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5A2A0" w14:textId="77777777" w:rsidR="001A5159" w:rsidRPr="00E00345" w:rsidRDefault="00000000">
      <w:pPr>
        <w:rPr>
          <w:sz w:val="40"/>
          <w:szCs w:val="40"/>
        </w:rPr>
      </w:pPr>
      <w:r w:rsidRPr="00E00345">
        <w:rPr>
          <w:rFonts w:ascii="Garamond" w:hAnsi="Garamond"/>
          <w:sz w:val="40"/>
          <w:szCs w:val="40"/>
        </w:rPr>
        <w:t>THE AI MONEY MACHINE BLUEPRINT</w:t>
      </w:r>
    </w:p>
    <w:p w14:paraId="16ACA5F3" w14:textId="77777777" w:rsidR="001A5159" w:rsidRDefault="00000000">
      <w:r>
        <w:rPr>
          <w:rFonts w:ascii="Garamond" w:hAnsi="Garamond"/>
          <w:sz w:val="24"/>
        </w:rPr>
        <w:t>By Chase Powers</w:t>
      </w:r>
    </w:p>
    <w:p w14:paraId="78671C3D" w14:textId="77777777" w:rsidR="001A5159" w:rsidRDefault="001A5159"/>
    <w:p w14:paraId="3F693A8C" w14:textId="77777777" w:rsidR="00E00345" w:rsidRDefault="00E00345">
      <w:pPr>
        <w:sectPr w:rsidR="00E00345" w:rsidSect="00034616">
          <w:headerReference w:type="even" r:id="rId8"/>
          <w:headerReference w:type="default" r:id="rId9"/>
          <w:pgSz w:w="12240" w:h="15840"/>
          <w:pgMar w:top="1440" w:right="1800" w:bottom="1440" w:left="1800" w:header="720" w:footer="720" w:gutter="0"/>
          <w:cols w:space="720"/>
          <w:docGrid w:linePitch="360"/>
        </w:sectPr>
      </w:pPr>
    </w:p>
    <w:p w14:paraId="26B33C82" w14:textId="77777777" w:rsidR="001A5159" w:rsidRDefault="001A5159"/>
    <w:p w14:paraId="452513E1" w14:textId="77777777" w:rsidR="001A5159" w:rsidRDefault="00000000">
      <w:pPr>
        <w:rPr>
          <w:rFonts w:ascii="Garamond" w:hAnsi="Garamond"/>
          <w:sz w:val="24"/>
        </w:rPr>
      </w:pPr>
      <w:r>
        <w:rPr>
          <w:rFonts w:ascii="Garamond" w:hAnsi="Garamond"/>
          <w:sz w:val="24"/>
        </w:rPr>
        <w:t>Table of Contents</w:t>
      </w:r>
    </w:p>
    <w:sdt>
      <w:sdtPr>
        <w:id w:val="-1639718484"/>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412FC895" w14:textId="1AA53656" w:rsidR="00E94EEA" w:rsidRPr="00E94EEA" w:rsidRDefault="00E94EEA">
          <w:pPr>
            <w:pStyle w:val="TOCHeading"/>
            <w:rPr>
              <w:rFonts w:ascii="Garamond" w:hAnsi="Garamond"/>
              <w:color w:val="auto"/>
              <w:sz w:val="24"/>
              <w:szCs w:val="24"/>
            </w:rPr>
          </w:pPr>
          <w:r w:rsidRPr="00E94EEA">
            <w:rPr>
              <w:rFonts w:ascii="Garamond" w:hAnsi="Garamond"/>
              <w:color w:val="auto"/>
              <w:sz w:val="24"/>
              <w:szCs w:val="24"/>
            </w:rPr>
            <w:t>Contents</w:t>
          </w:r>
        </w:p>
        <w:p w14:paraId="15E050FC" w14:textId="51634B92" w:rsidR="00E94EEA" w:rsidRPr="00E94EEA" w:rsidRDefault="00E94EEA">
          <w:pPr>
            <w:pStyle w:val="TOC1"/>
            <w:tabs>
              <w:tab w:val="right" w:leader="dot" w:pos="8630"/>
            </w:tabs>
            <w:rPr>
              <w:rFonts w:ascii="Garamond" w:hAnsi="Garamond"/>
              <w:noProof/>
              <w:kern w:val="2"/>
              <w:sz w:val="24"/>
              <w:szCs w:val="24"/>
              <w14:ligatures w14:val="standardContextual"/>
            </w:rPr>
          </w:pPr>
          <w:r w:rsidRPr="00E94EEA">
            <w:rPr>
              <w:rFonts w:ascii="Garamond" w:hAnsi="Garamond"/>
              <w:sz w:val="24"/>
              <w:szCs w:val="24"/>
            </w:rPr>
            <w:fldChar w:fldCharType="begin"/>
          </w:r>
          <w:r w:rsidRPr="00E94EEA">
            <w:rPr>
              <w:rFonts w:ascii="Garamond" w:hAnsi="Garamond"/>
              <w:sz w:val="24"/>
              <w:szCs w:val="24"/>
            </w:rPr>
            <w:instrText xml:space="preserve"> TOC \o "1-3" \h \z \u </w:instrText>
          </w:r>
          <w:r w:rsidRPr="00E94EEA">
            <w:rPr>
              <w:rFonts w:ascii="Garamond" w:hAnsi="Garamond"/>
              <w:sz w:val="24"/>
              <w:szCs w:val="24"/>
            </w:rPr>
            <w:fldChar w:fldCharType="separate"/>
          </w:r>
          <w:hyperlink w:anchor="_Toc214830296" w:history="1">
            <w:r w:rsidRPr="00E94EEA">
              <w:rPr>
                <w:rStyle w:val="Hyperlink"/>
                <w:rFonts w:ascii="Garamond" w:hAnsi="Garamond"/>
                <w:noProof/>
                <w:sz w:val="24"/>
                <w:szCs w:val="24"/>
              </w:rPr>
              <w:t>CHAPTER 1 — THE AI REVOLUTION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_Toc214830296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7</w:t>
            </w:r>
            <w:r w:rsidRPr="00E94EEA">
              <w:rPr>
                <w:rFonts w:ascii="Garamond" w:hAnsi="Garamond"/>
                <w:noProof/>
                <w:webHidden/>
                <w:sz w:val="24"/>
                <w:szCs w:val="24"/>
              </w:rPr>
              <w:fldChar w:fldCharType="end"/>
            </w:r>
          </w:hyperlink>
        </w:p>
        <w:p w14:paraId="598F9FE6" w14:textId="496C5685"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297" w:history="1">
            <w:r w:rsidRPr="00E94EEA">
              <w:rPr>
                <w:rStyle w:val="Hyperlink"/>
                <w:rFonts w:ascii="Garamond" w:hAnsi="Garamond"/>
                <w:noProof/>
                <w:sz w:val="24"/>
                <w:szCs w:val="24"/>
              </w:rPr>
              <w:t>CHAPTER 2 — THE NEW AGE OF DIGITAL INCOME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_Toc214830297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12</w:t>
            </w:r>
            <w:r w:rsidRPr="00E94EEA">
              <w:rPr>
                <w:rFonts w:ascii="Garamond" w:hAnsi="Garamond"/>
                <w:noProof/>
                <w:webHidden/>
                <w:sz w:val="24"/>
                <w:szCs w:val="24"/>
              </w:rPr>
              <w:fldChar w:fldCharType="end"/>
            </w:r>
          </w:hyperlink>
        </w:p>
        <w:p w14:paraId="75F617EA" w14:textId="21BA015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298" w:history="1">
            <w:r w:rsidRPr="00E94EEA">
              <w:rPr>
                <w:rStyle w:val="Hyperlink"/>
                <w:rFonts w:ascii="Garamond" w:hAnsi="Garamond"/>
                <w:noProof/>
                <w:sz w:val="24"/>
                <w:szCs w:val="24"/>
              </w:rPr>
              <w:t>CHAPTER 3 — THE AI ENTREPRENEUR’S MINDSET</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_Toc214830298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18</w:t>
            </w:r>
            <w:r w:rsidRPr="00E94EEA">
              <w:rPr>
                <w:rFonts w:ascii="Garamond" w:hAnsi="Garamond"/>
                <w:noProof/>
                <w:webHidden/>
                <w:sz w:val="24"/>
                <w:szCs w:val="24"/>
              </w:rPr>
              <w:fldChar w:fldCharType="end"/>
            </w:r>
          </w:hyperlink>
        </w:p>
        <w:p w14:paraId="7D005248" w14:textId="7AAE7798"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299" w:history="1">
            <w:r w:rsidRPr="00E94EEA">
              <w:rPr>
                <w:rStyle w:val="Hyperlink"/>
                <w:rFonts w:ascii="Garamond" w:hAnsi="Garamond"/>
                <w:noProof/>
                <w:sz w:val="24"/>
                <w:szCs w:val="24"/>
              </w:rPr>
              <w:t>CHAPTER 4 — THE AI POWER STACK FRAMEWORK</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_Toc214830299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24</w:t>
            </w:r>
            <w:r w:rsidRPr="00E94EEA">
              <w:rPr>
                <w:rFonts w:ascii="Garamond" w:hAnsi="Garamond"/>
                <w:noProof/>
                <w:webHidden/>
                <w:sz w:val="24"/>
                <w:szCs w:val="24"/>
              </w:rPr>
              <w:fldChar w:fldCharType="end"/>
            </w:r>
          </w:hyperlink>
        </w:p>
        <w:p w14:paraId="1061921D" w14:textId="316E301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0" w:history="1">
            <w:r w:rsidRPr="00E94EEA">
              <w:rPr>
                <w:rStyle w:val="Hyperlink"/>
                <w:rFonts w:ascii="Garamond" w:hAnsi="Garamond"/>
                <w:noProof/>
                <w:sz w:val="24"/>
                <w:szCs w:val="24"/>
              </w:rPr>
              <w:t>CHAPTER 5 — HOW TO CHOOSE YOUR BLUEPRINT</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28</w:t>
            </w:r>
            <w:r w:rsidRPr="00E94EEA">
              <w:rPr>
                <w:rFonts w:ascii="Garamond" w:hAnsi="Garamond"/>
                <w:noProof/>
                <w:webHidden/>
                <w:sz w:val="24"/>
                <w:szCs w:val="24"/>
              </w:rPr>
              <w:fldChar w:fldCharType="end"/>
            </w:r>
          </w:hyperlink>
        </w:p>
        <w:p w14:paraId="0A2F230D" w14:textId="7D5162A1"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1" w:history="1">
            <w:r w:rsidRPr="00E94EEA">
              <w:rPr>
                <w:rStyle w:val="Hyperlink"/>
                <w:rFonts w:ascii="Garamond" w:hAnsi="Garamond"/>
                <w:noProof/>
                <w:sz w:val="24"/>
                <w:szCs w:val="24"/>
              </w:rPr>
              <w:t>CHAPTER 6 — THE $1,000 IN 30 DAYS ROADMAP</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35</w:t>
            </w:r>
            <w:r w:rsidRPr="00E94EEA">
              <w:rPr>
                <w:rFonts w:ascii="Garamond" w:hAnsi="Garamond"/>
                <w:noProof/>
                <w:webHidden/>
                <w:sz w:val="24"/>
                <w:szCs w:val="24"/>
              </w:rPr>
              <w:fldChar w:fldCharType="end"/>
            </w:r>
          </w:hyperlink>
        </w:p>
        <w:p w14:paraId="4D606C42" w14:textId="12422E73"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2" w:history="1">
            <w:r w:rsidRPr="00E94EEA">
              <w:rPr>
                <w:rStyle w:val="Hyperlink"/>
                <w:rFonts w:ascii="Garamond" w:hAnsi="Garamond"/>
                <w:noProof/>
                <w:sz w:val="24"/>
                <w:szCs w:val="24"/>
              </w:rPr>
              <w:t>CHAPTER 7 — THE SKILL ACCELERATION MODEL</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42</w:t>
            </w:r>
            <w:r w:rsidRPr="00E94EEA">
              <w:rPr>
                <w:rFonts w:ascii="Garamond" w:hAnsi="Garamond"/>
                <w:noProof/>
                <w:webHidden/>
                <w:sz w:val="24"/>
                <w:szCs w:val="24"/>
              </w:rPr>
              <w:fldChar w:fldCharType="end"/>
            </w:r>
          </w:hyperlink>
        </w:p>
        <w:p w14:paraId="07260535" w14:textId="6956EC0D"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3" w:history="1">
            <w:r w:rsidRPr="00E94EEA">
              <w:rPr>
                <w:rStyle w:val="Hyperlink"/>
                <w:rFonts w:ascii="Garamond" w:hAnsi="Garamond"/>
                <w:noProof/>
                <w:sz w:val="24"/>
                <w:szCs w:val="24"/>
              </w:rPr>
              <w:t>CHAPTER 8 — BLUEPRINTS: BUILDING REAL INCOME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48</w:t>
            </w:r>
            <w:r w:rsidRPr="00E94EEA">
              <w:rPr>
                <w:rFonts w:ascii="Garamond" w:hAnsi="Garamond"/>
                <w:noProof/>
                <w:webHidden/>
                <w:sz w:val="24"/>
                <w:szCs w:val="24"/>
              </w:rPr>
              <w:fldChar w:fldCharType="end"/>
            </w:r>
          </w:hyperlink>
        </w:p>
        <w:p w14:paraId="58A284F0" w14:textId="1BA9BB6C"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4" w:history="1">
            <w:r w:rsidRPr="00E94EEA">
              <w:rPr>
                <w:rStyle w:val="Hyperlink"/>
                <w:rFonts w:ascii="Garamond" w:hAnsi="Garamond"/>
                <w:noProof/>
                <w:sz w:val="24"/>
                <w:szCs w:val="24"/>
              </w:rPr>
              <w:t>BLUEPRINT ONE — AI-ASSISTED DIGITAL PRODUCT CREATION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53</w:t>
            </w:r>
            <w:r w:rsidRPr="00E94EEA">
              <w:rPr>
                <w:rFonts w:ascii="Garamond" w:hAnsi="Garamond"/>
                <w:noProof/>
                <w:webHidden/>
                <w:sz w:val="24"/>
                <w:szCs w:val="24"/>
              </w:rPr>
              <w:fldChar w:fldCharType="end"/>
            </w:r>
          </w:hyperlink>
        </w:p>
        <w:p w14:paraId="6DD2DE5A" w14:textId="4A70E5B2"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5" w:history="1">
            <w:r w:rsidRPr="00E94EEA">
              <w:rPr>
                <w:rStyle w:val="Hyperlink"/>
                <w:rFonts w:ascii="Garamond" w:hAnsi="Garamond"/>
                <w:noProof/>
                <w:sz w:val="24"/>
                <w:szCs w:val="24"/>
              </w:rPr>
              <w:t>BLUEPRINT TWO — AI-ENHANCED SHORT-FORM VIDEO EDITING &amp; CONTENT CREATION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62</w:t>
            </w:r>
            <w:r w:rsidRPr="00E94EEA">
              <w:rPr>
                <w:rFonts w:ascii="Garamond" w:hAnsi="Garamond"/>
                <w:noProof/>
                <w:webHidden/>
                <w:sz w:val="24"/>
                <w:szCs w:val="24"/>
              </w:rPr>
              <w:fldChar w:fldCharType="end"/>
            </w:r>
          </w:hyperlink>
        </w:p>
        <w:p w14:paraId="4DA90381" w14:textId="7B9652BB"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06" w:history="1">
            <w:r w:rsidRPr="00E94EEA">
              <w:rPr>
                <w:rStyle w:val="Hyperlink"/>
                <w:rFonts w:ascii="Garamond" w:hAnsi="Garamond"/>
                <w:noProof/>
                <w:sz w:val="24"/>
                <w:szCs w:val="24"/>
              </w:rPr>
              <w:t>(The Blueprint That Turns Raw Clips Into High-Impact Viral-Ready Videos — Even If You’ve Never Edited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62</w:t>
            </w:r>
            <w:r w:rsidRPr="00E94EEA">
              <w:rPr>
                <w:rFonts w:ascii="Garamond" w:hAnsi="Garamond"/>
                <w:noProof/>
                <w:webHidden/>
                <w:sz w:val="24"/>
                <w:szCs w:val="24"/>
              </w:rPr>
              <w:fldChar w:fldCharType="end"/>
            </w:r>
          </w:hyperlink>
        </w:p>
        <w:p w14:paraId="67F83969" w14:textId="4302EE27"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7" w:history="1">
            <w:r w:rsidRPr="00E94EEA">
              <w:rPr>
                <w:rStyle w:val="Hyperlink"/>
                <w:rFonts w:ascii="Garamond" w:hAnsi="Garamond"/>
                <w:noProof/>
                <w:sz w:val="24"/>
                <w:szCs w:val="24"/>
              </w:rPr>
              <w:t>BLUEPRINT THREE — AI-DRIVEN YOUTUBE AUTOMATION &amp; FACELESS VIDEO CREATION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70</w:t>
            </w:r>
            <w:r w:rsidRPr="00E94EEA">
              <w:rPr>
                <w:rFonts w:ascii="Garamond" w:hAnsi="Garamond"/>
                <w:noProof/>
                <w:webHidden/>
                <w:sz w:val="24"/>
                <w:szCs w:val="24"/>
              </w:rPr>
              <w:fldChar w:fldCharType="end"/>
            </w:r>
          </w:hyperlink>
        </w:p>
        <w:p w14:paraId="38BF7146" w14:textId="0F5DD0E1"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08" w:history="1">
            <w:r w:rsidRPr="00E94EEA">
              <w:rPr>
                <w:rStyle w:val="Hyperlink"/>
                <w:rFonts w:ascii="Garamond" w:hAnsi="Garamond"/>
                <w:noProof/>
                <w:sz w:val="24"/>
                <w:szCs w:val="24"/>
              </w:rPr>
              <w:t>(The Blueprint That Builds Scalable, Passive Video Income Without Recording Yourself)</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70</w:t>
            </w:r>
            <w:r w:rsidRPr="00E94EEA">
              <w:rPr>
                <w:rFonts w:ascii="Garamond" w:hAnsi="Garamond"/>
                <w:noProof/>
                <w:webHidden/>
                <w:sz w:val="24"/>
                <w:szCs w:val="24"/>
              </w:rPr>
              <w:fldChar w:fldCharType="end"/>
            </w:r>
          </w:hyperlink>
        </w:p>
        <w:p w14:paraId="23695523" w14:textId="60433337"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09" w:history="1">
            <w:r w:rsidRPr="00E94EEA">
              <w:rPr>
                <w:rStyle w:val="Hyperlink"/>
                <w:rFonts w:ascii="Garamond" w:hAnsi="Garamond"/>
                <w:noProof/>
                <w:sz w:val="24"/>
                <w:szCs w:val="24"/>
              </w:rPr>
              <w:t>BLUEPRINT FOUR — AI-POWERED EMAIL MARKETING &amp; NEWSLETTER CREATION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_Toc214830309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78</w:t>
            </w:r>
            <w:r w:rsidRPr="00E94EEA">
              <w:rPr>
                <w:rFonts w:ascii="Garamond" w:hAnsi="Garamond"/>
                <w:noProof/>
                <w:webHidden/>
                <w:sz w:val="24"/>
                <w:szCs w:val="24"/>
              </w:rPr>
              <w:fldChar w:fldCharType="end"/>
            </w:r>
          </w:hyperlink>
        </w:p>
        <w:p w14:paraId="1AF3D6DD" w14:textId="520E4B6F"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10" w:history="1">
            <w:r w:rsidRPr="00E94EEA">
              <w:rPr>
                <w:rStyle w:val="Hyperlink"/>
                <w:rFonts w:ascii="Garamond" w:hAnsi="Garamond"/>
                <w:noProof/>
                <w:sz w:val="24"/>
                <w:szCs w:val="24"/>
              </w:rPr>
              <w:t>(The Blueprint That Lets You Write High-Converting Email Content in Minutes — Even If You’re Not a Writer)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78</w:t>
            </w:r>
            <w:r w:rsidRPr="00E94EEA">
              <w:rPr>
                <w:rFonts w:ascii="Garamond" w:hAnsi="Garamond"/>
                <w:noProof/>
                <w:webHidden/>
                <w:sz w:val="24"/>
                <w:szCs w:val="24"/>
              </w:rPr>
              <w:fldChar w:fldCharType="end"/>
            </w:r>
          </w:hyperlink>
        </w:p>
        <w:p w14:paraId="1786AA23" w14:textId="46195CCC"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11" w:history="1">
            <w:r w:rsidRPr="00E94EEA">
              <w:rPr>
                <w:rStyle w:val="Hyperlink"/>
                <w:rFonts w:ascii="Garamond" w:hAnsi="Garamond"/>
                <w:noProof/>
                <w:sz w:val="24"/>
                <w:szCs w:val="24"/>
              </w:rPr>
              <w:t>BLUEPRINT FIVE — AI-DRIVEN SOCIAL MEDIA CAPTION &amp; CONTENT WRITING SERVICES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85</w:t>
            </w:r>
            <w:r w:rsidRPr="00E94EEA">
              <w:rPr>
                <w:rFonts w:ascii="Garamond" w:hAnsi="Garamond"/>
                <w:noProof/>
                <w:webHidden/>
                <w:sz w:val="24"/>
                <w:szCs w:val="24"/>
              </w:rPr>
              <w:fldChar w:fldCharType="end"/>
            </w:r>
          </w:hyperlink>
        </w:p>
        <w:p w14:paraId="2439CFFE" w14:textId="55185B25"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12" w:history="1">
            <w:r w:rsidRPr="00E94EEA">
              <w:rPr>
                <w:rStyle w:val="Hyperlink"/>
                <w:rFonts w:ascii="Garamond" w:hAnsi="Garamond"/>
                <w:noProof/>
                <w:sz w:val="24"/>
                <w:szCs w:val="24"/>
              </w:rPr>
              <w:t>(The Blueprint That Turns Simple Prompts Into High-Demand Daily Content for Creators, Coaches, and Businesses)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85</w:t>
            </w:r>
            <w:r w:rsidRPr="00E94EEA">
              <w:rPr>
                <w:rFonts w:ascii="Garamond" w:hAnsi="Garamond"/>
                <w:noProof/>
                <w:webHidden/>
                <w:sz w:val="24"/>
                <w:szCs w:val="24"/>
              </w:rPr>
              <w:fldChar w:fldCharType="end"/>
            </w:r>
          </w:hyperlink>
        </w:p>
        <w:p w14:paraId="58ECFD7E" w14:textId="5B74A6F1"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13" w:history="1">
            <w:r w:rsidRPr="00E94EEA">
              <w:rPr>
                <w:rStyle w:val="Hyperlink"/>
                <w:rFonts w:ascii="Garamond" w:hAnsi="Garamond"/>
                <w:noProof/>
                <w:sz w:val="24"/>
                <w:szCs w:val="24"/>
              </w:rPr>
              <w:t>BLUEPRINT SIX — AI-POWERED SEO BLOG WRITING &amp; WEBSITE CONTENT CREATION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92</w:t>
            </w:r>
            <w:r w:rsidRPr="00E94EEA">
              <w:rPr>
                <w:rFonts w:ascii="Garamond" w:hAnsi="Garamond"/>
                <w:noProof/>
                <w:webHidden/>
                <w:sz w:val="24"/>
                <w:szCs w:val="24"/>
              </w:rPr>
              <w:fldChar w:fldCharType="end"/>
            </w:r>
          </w:hyperlink>
        </w:p>
        <w:p w14:paraId="16C5A9C9" w14:textId="071B85DC"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14" w:history="1">
            <w:r w:rsidRPr="00E94EEA">
              <w:rPr>
                <w:rStyle w:val="Hyperlink"/>
                <w:rFonts w:ascii="Garamond" w:hAnsi="Garamond"/>
                <w:noProof/>
                <w:sz w:val="24"/>
                <w:szCs w:val="24"/>
              </w:rPr>
              <w:t>(The Blueprint That Turns AI Into a High-Value Content Engine for Businesses, Blogs, and Brands)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92</w:t>
            </w:r>
            <w:r w:rsidRPr="00E94EEA">
              <w:rPr>
                <w:rFonts w:ascii="Garamond" w:hAnsi="Garamond"/>
                <w:noProof/>
                <w:webHidden/>
                <w:sz w:val="24"/>
                <w:szCs w:val="24"/>
              </w:rPr>
              <w:fldChar w:fldCharType="end"/>
            </w:r>
          </w:hyperlink>
        </w:p>
        <w:p w14:paraId="380F43C9" w14:textId="610D1BC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15" w:history="1">
            <w:r w:rsidRPr="00E94EEA">
              <w:rPr>
                <w:rStyle w:val="Hyperlink"/>
                <w:rFonts w:ascii="Garamond" w:hAnsi="Garamond"/>
                <w:noProof/>
                <w:sz w:val="24"/>
                <w:szCs w:val="24"/>
              </w:rPr>
              <w:t>BLUEPRINT SEVEN — AI-GENERATED LEAD MAGNETS &amp; LIST-BUILDING ASSETS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99</w:t>
            </w:r>
            <w:r w:rsidRPr="00E94EEA">
              <w:rPr>
                <w:rFonts w:ascii="Garamond" w:hAnsi="Garamond"/>
                <w:noProof/>
                <w:webHidden/>
                <w:sz w:val="24"/>
                <w:szCs w:val="24"/>
              </w:rPr>
              <w:fldChar w:fldCharType="end"/>
            </w:r>
          </w:hyperlink>
        </w:p>
        <w:p w14:paraId="3CA83F9A" w14:textId="7F6EC88A"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16" w:history="1">
            <w:r w:rsidRPr="00E94EEA">
              <w:rPr>
                <w:rStyle w:val="Hyperlink"/>
                <w:rFonts w:ascii="Garamond" w:hAnsi="Garamond"/>
                <w:noProof/>
                <w:sz w:val="24"/>
                <w:szCs w:val="24"/>
              </w:rPr>
              <w:t>(The Blueprint That Helps Businesses Capture Leads Faster With High-Value, Ready-to-Use Digital Assets)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99</w:t>
            </w:r>
            <w:r w:rsidRPr="00E94EEA">
              <w:rPr>
                <w:rFonts w:ascii="Garamond" w:hAnsi="Garamond"/>
                <w:noProof/>
                <w:webHidden/>
                <w:sz w:val="24"/>
                <w:szCs w:val="24"/>
              </w:rPr>
              <w:fldChar w:fldCharType="end"/>
            </w:r>
          </w:hyperlink>
        </w:p>
        <w:p w14:paraId="1D9CB8A9" w14:textId="0379EDB0"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17" w:history="1">
            <w:r w:rsidRPr="00E94EEA">
              <w:rPr>
                <w:rStyle w:val="Hyperlink"/>
                <w:rFonts w:ascii="Garamond" w:hAnsi="Garamond"/>
                <w:noProof/>
                <w:sz w:val="24"/>
                <w:szCs w:val="24"/>
              </w:rPr>
              <w:t>BLUEPRINT EIGHT — AI-POWERED BRANDING &amp; LOGO CREATION SERVICES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106</w:t>
            </w:r>
            <w:r w:rsidRPr="00E94EEA">
              <w:rPr>
                <w:rFonts w:ascii="Garamond" w:hAnsi="Garamond"/>
                <w:noProof/>
                <w:webHidden/>
                <w:sz w:val="24"/>
                <w:szCs w:val="24"/>
              </w:rPr>
              <w:fldChar w:fldCharType="end"/>
            </w:r>
          </w:hyperlink>
        </w:p>
        <w:p w14:paraId="2064EA56" w14:textId="581F414E"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18" w:history="1">
            <w:r w:rsidRPr="00E94EEA">
              <w:rPr>
                <w:rStyle w:val="Hyperlink"/>
                <w:rFonts w:ascii="Garamond" w:hAnsi="Garamond"/>
                <w:noProof/>
                <w:sz w:val="24"/>
                <w:szCs w:val="24"/>
              </w:rPr>
              <w:t>(The Blueprint That Lets You Deliver Fast, Professional Branding — Without Graphic Design Skills)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106</w:t>
            </w:r>
            <w:r w:rsidRPr="00E94EEA">
              <w:rPr>
                <w:rFonts w:ascii="Garamond" w:hAnsi="Garamond"/>
                <w:noProof/>
                <w:webHidden/>
                <w:sz w:val="24"/>
                <w:szCs w:val="24"/>
              </w:rPr>
              <w:fldChar w:fldCharType="end"/>
            </w:r>
          </w:hyperlink>
        </w:p>
        <w:p w14:paraId="5A7EAEE5" w14:textId="5DA9D0DC"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19" w:history="1">
            <w:r w:rsidRPr="00E94EEA">
              <w:rPr>
                <w:rStyle w:val="Hyperlink"/>
                <w:rFonts w:ascii="Garamond" w:hAnsi="Garamond"/>
                <w:noProof/>
                <w:sz w:val="24"/>
                <w:szCs w:val="24"/>
              </w:rPr>
              <w:t>BLUEPRINT NINE — AI-POWERED RESUME, COVER LETTER &amp; LINKEDIN PROFILE WRITING</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_Toc214830319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113</w:t>
            </w:r>
            <w:r w:rsidRPr="00E94EEA">
              <w:rPr>
                <w:rFonts w:ascii="Garamond" w:hAnsi="Garamond"/>
                <w:noProof/>
                <w:webHidden/>
                <w:sz w:val="24"/>
                <w:szCs w:val="24"/>
              </w:rPr>
              <w:fldChar w:fldCharType="end"/>
            </w:r>
          </w:hyperlink>
        </w:p>
        <w:p w14:paraId="4908763C" w14:textId="608B4994"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20" w:history="1">
            <w:r w:rsidRPr="00E94EEA">
              <w:rPr>
                <w:rStyle w:val="Hyperlink"/>
                <w:rFonts w:ascii="Garamond" w:hAnsi="Garamond"/>
                <w:noProof/>
                <w:sz w:val="24"/>
                <w:szCs w:val="24"/>
              </w:rPr>
              <w:t>(The Blueprint That Helps Job Seekers Stand Out Instantly — Even With Zero Writing Skills)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113</w:t>
            </w:r>
            <w:r w:rsidRPr="00E94EEA">
              <w:rPr>
                <w:rFonts w:ascii="Garamond" w:hAnsi="Garamond"/>
                <w:noProof/>
                <w:webHidden/>
                <w:sz w:val="24"/>
                <w:szCs w:val="24"/>
              </w:rPr>
              <w:fldChar w:fldCharType="end"/>
            </w:r>
          </w:hyperlink>
        </w:p>
        <w:p w14:paraId="64ACBCFA" w14:textId="4739792A"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21" w:history="1">
            <w:r w:rsidRPr="00E94EEA">
              <w:rPr>
                <w:rStyle w:val="Hyperlink"/>
                <w:rFonts w:ascii="Garamond" w:hAnsi="Garamond"/>
                <w:noProof/>
                <w:sz w:val="24"/>
                <w:szCs w:val="24"/>
              </w:rPr>
              <w:t>BLUEPRINT TEN — AI-POWERED PRESENTATION, SLIDE DECK &amp; PITCH DECK CREATION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120</w:t>
            </w:r>
            <w:r w:rsidRPr="00E94EEA">
              <w:rPr>
                <w:rFonts w:ascii="Garamond" w:hAnsi="Garamond"/>
                <w:noProof/>
                <w:webHidden/>
                <w:sz w:val="24"/>
                <w:szCs w:val="24"/>
              </w:rPr>
              <w:fldChar w:fldCharType="end"/>
            </w:r>
          </w:hyperlink>
        </w:p>
        <w:p w14:paraId="51DAB336" w14:textId="6A8D7C07"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22" w:history="1">
            <w:r w:rsidRPr="00E94EEA">
              <w:rPr>
                <w:rStyle w:val="Hyperlink"/>
                <w:rFonts w:ascii="Garamond" w:hAnsi="Garamond"/>
                <w:noProof/>
                <w:sz w:val="24"/>
                <w:szCs w:val="24"/>
              </w:rPr>
              <w:t>(The Blueprint That Turns You Into a High-Demand Slide Designer — Without Needing Design Skills)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120</w:t>
            </w:r>
            <w:r w:rsidRPr="00E94EEA">
              <w:rPr>
                <w:rFonts w:ascii="Garamond" w:hAnsi="Garamond"/>
                <w:noProof/>
                <w:webHidden/>
                <w:sz w:val="24"/>
                <w:szCs w:val="24"/>
              </w:rPr>
              <w:fldChar w:fldCharType="end"/>
            </w:r>
          </w:hyperlink>
        </w:p>
        <w:p w14:paraId="4E1A0A24" w14:textId="233EA7A3"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23" w:history="1">
            <w:r w:rsidRPr="00E94EEA">
              <w:rPr>
                <w:rStyle w:val="Hyperlink"/>
                <w:rFonts w:ascii="Garamond" w:hAnsi="Garamond"/>
                <w:noProof/>
                <w:sz w:val="24"/>
                <w:szCs w:val="24"/>
              </w:rPr>
              <w:t>BLUEPRINT ELEVEN — AI-POWERED SOCIAL MEDIA CONTENT CALENDAR CREATION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127</w:t>
            </w:r>
            <w:r w:rsidRPr="00E94EEA">
              <w:rPr>
                <w:rFonts w:ascii="Garamond" w:hAnsi="Garamond"/>
                <w:noProof/>
                <w:webHidden/>
                <w:sz w:val="24"/>
                <w:szCs w:val="24"/>
              </w:rPr>
              <w:fldChar w:fldCharType="end"/>
            </w:r>
          </w:hyperlink>
        </w:p>
        <w:p w14:paraId="5803D3A7" w14:textId="04750DB9"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24" w:history="1">
            <w:r w:rsidRPr="00E94EEA">
              <w:rPr>
                <w:rStyle w:val="Hyperlink"/>
                <w:rFonts w:ascii="Garamond" w:hAnsi="Garamond"/>
                <w:noProof/>
                <w:sz w:val="24"/>
                <w:szCs w:val="24"/>
              </w:rPr>
              <w:t>(The Blueprint That Lets You Produce 30–90 Days of Content Planning in a Single Afternoon)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127</w:t>
            </w:r>
            <w:r w:rsidRPr="00E94EEA">
              <w:rPr>
                <w:rFonts w:ascii="Garamond" w:hAnsi="Garamond"/>
                <w:noProof/>
                <w:webHidden/>
                <w:sz w:val="24"/>
                <w:szCs w:val="24"/>
              </w:rPr>
              <w:fldChar w:fldCharType="end"/>
            </w:r>
          </w:hyperlink>
        </w:p>
        <w:p w14:paraId="25DB9FEF" w14:textId="14C36EB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25" w:history="1">
            <w:r w:rsidRPr="00E94EEA">
              <w:rPr>
                <w:rStyle w:val="Hyperlink"/>
                <w:rFonts w:ascii="Garamond" w:hAnsi="Garamond"/>
                <w:noProof/>
                <w:sz w:val="24"/>
                <w:szCs w:val="24"/>
              </w:rPr>
              <w:t>BLUEPRINT TWELVE — AI-POWERED PRODUCT DESCRIPTION &amp; E-COMMERCE LISTING CREATION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134</w:t>
            </w:r>
            <w:r w:rsidRPr="00E94EEA">
              <w:rPr>
                <w:rFonts w:ascii="Garamond" w:hAnsi="Garamond"/>
                <w:noProof/>
                <w:webHidden/>
                <w:sz w:val="24"/>
                <w:szCs w:val="24"/>
              </w:rPr>
              <w:fldChar w:fldCharType="end"/>
            </w:r>
          </w:hyperlink>
        </w:p>
        <w:p w14:paraId="75936DBC" w14:textId="3F46E306"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26" w:history="1">
            <w:r w:rsidRPr="00E94EEA">
              <w:rPr>
                <w:rStyle w:val="Hyperlink"/>
                <w:rFonts w:ascii="Garamond" w:hAnsi="Garamond"/>
                <w:noProof/>
                <w:sz w:val="24"/>
                <w:szCs w:val="24"/>
              </w:rPr>
              <w:t>(The Blueprint That Helps Sellers Boost Conversions With High-Quality, SEO-Optimized Listings Written in Minutes)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134</w:t>
            </w:r>
            <w:r w:rsidRPr="00E94EEA">
              <w:rPr>
                <w:rFonts w:ascii="Garamond" w:hAnsi="Garamond"/>
                <w:noProof/>
                <w:webHidden/>
                <w:sz w:val="24"/>
                <w:szCs w:val="24"/>
              </w:rPr>
              <w:fldChar w:fldCharType="end"/>
            </w:r>
          </w:hyperlink>
        </w:p>
        <w:p w14:paraId="33E5C44D" w14:textId="5969FC65"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27" w:history="1">
            <w:r w:rsidRPr="00E94EEA">
              <w:rPr>
                <w:rStyle w:val="Hyperlink"/>
                <w:rFonts w:ascii="Garamond" w:hAnsi="Garamond"/>
                <w:noProof/>
                <w:sz w:val="24"/>
                <w:szCs w:val="24"/>
              </w:rPr>
              <w:t>BLUEPRINT THIRTEEN — AI MICRO-PRODUCT &amp; LOW-TICKET OFFER BUILDER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142</w:t>
            </w:r>
            <w:r w:rsidRPr="00E94EEA">
              <w:rPr>
                <w:rFonts w:ascii="Garamond" w:hAnsi="Garamond"/>
                <w:noProof/>
                <w:webHidden/>
                <w:sz w:val="24"/>
                <w:szCs w:val="24"/>
              </w:rPr>
              <w:fldChar w:fldCharType="end"/>
            </w:r>
          </w:hyperlink>
        </w:p>
        <w:p w14:paraId="10A89352" w14:textId="141EADC3"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28" w:history="1">
            <w:r w:rsidRPr="00E94EEA">
              <w:rPr>
                <w:rStyle w:val="Hyperlink"/>
                <w:rFonts w:ascii="Garamond" w:hAnsi="Garamond"/>
                <w:noProof/>
                <w:sz w:val="24"/>
                <w:szCs w:val="24"/>
              </w:rPr>
              <w:t>(The Blueprint That Generates Fast, Simple Digital Products That Sell on Repeat)</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142</w:t>
            </w:r>
            <w:r w:rsidRPr="00E94EEA">
              <w:rPr>
                <w:rFonts w:ascii="Garamond" w:hAnsi="Garamond"/>
                <w:noProof/>
                <w:webHidden/>
                <w:sz w:val="24"/>
                <w:szCs w:val="24"/>
              </w:rPr>
              <w:fldChar w:fldCharType="end"/>
            </w:r>
          </w:hyperlink>
        </w:p>
        <w:p w14:paraId="2E285FFF" w14:textId="36BA6B24"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29" w:history="1">
            <w:r w:rsidRPr="00E94EEA">
              <w:rPr>
                <w:rStyle w:val="Hyperlink"/>
                <w:rFonts w:ascii="Garamond" w:hAnsi="Garamond"/>
                <w:noProof/>
                <w:sz w:val="24"/>
                <w:szCs w:val="24"/>
              </w:rPr>
              <w:t>BLUEPRINT FOURTEEN — AI-POWERED LANDING PAGE &amp; SALES PAGE COPYWRITING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_Toc214830329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150</w:t>
            </w:r>
            <w:r w:rsidRPr="00E94EEA">
              <w:rPr>
                <w:rFonts w:ascii="Garamond" w:hAnsi="Garamond"/>
                <w:noProof/>
                <w:webHidden/>
                <w:sz w:val="24"/>
                <w:szCs w:val="24"/>
              </w:rPr>
              <w:fldChar w:fldCharType="end"/>
            </w:r>
          </w:hyperlink>
        </w:p>
        <w:p w14:paraId="5DF77DBF" w14:textId="156A0626"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30" w:history="1">
            <w:r w:rsidRPr="00E94EEA">
              <w:rPr>
                <w:rStyle w:val="Hyperlink"/>
                <w:rFonts w:ascii="Garamond" w:hAnsi="Garamond"/>
                <w:noProof/>
                <w:sz w:val="24"/>
                <w:szCs w:val="24"/>
              </w:rPr>
              <w:t>(The Blueprint That Turns AI Into a High-Conversion Sales Copy Engine — Even If You’ve Never Written a Page of Copy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150</w:t>
            </w:r>
            <w:r w:rsidRPr="00E94EEA">
              <w:rPr>
                <w:rFonts w:ascii="Garamond" w:hAnsi="Garamond"/>
                <w:noProof/>
                <w:webHidden/>
                <w:sz w:val="24"/>
                <w:szCs w:val="24"/>
              </w:rPr>
              <w:fldChar w:fldCharType="end"/>
            </w:r>
          </w:hyperlink>
        </w:p>
        <w:p w14:paraId="7A9FE67E" w14:textId="3D0C3BD8"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31" w:history="1">
            <w:r w:rsidRPr="00E94EEA">
              <w:rPr>
                <w:rStyle w:val="Hyperlink"/>
                <w:rFonts w:ascii="Garamond" w:hAnsi="Garamond"/>
                <w:noProof/>
                <w:sz w:val="24"/>
                <w:szCs w:val="24"/>
              </w:rPr>
              <w:t>BLUEPRINT FIFTEEN — AI-GENERATED SOCIAL MEDIA CAROUSEL &amp; INFOGRAPHIC CREATION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157</w:t>
            </w:r>
            <w:r w:rsidRPr="00E94EEA">
              <w:rPr>
                <w:rFonts w:ascii="Garamond" w:hAnsi="Garamond"/>
                <w:noProof/>
                <w:webHidden/>
                <w:sz w:val="24"/>
                <w:szCs w:val="24"/>
              </w:rPr>
              <w:fldChar w:fldCharType="end"/>
            </w:r>
          </w:hyperlink>
        </w:p>
        <w:p w14:paraId="635A755E" w14:textId="2D1346F5"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32" w:history="1">
            <w:r w:rsidRPr="00E94EEA">
              <w:rPr>
                <w:rStyle w:val="Hyperlink"/>
                <w:rFonts w:ascii="Garamond" w:hAnsi="Garamond"/>
                <w:noProof/>
                <w:sz w:val="24"/>
                <w:szCs w:val="24"/>
              </w:rPr>
              <w:t>(The Blueprint That Turns AI Into a High-Volume, High-Authority Content Engine)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157</w:t>
            </w:r>
            <w:r w:rsidRPr="00E94EEA">
              <w:rPr>
                <w:rFonts w:ascii="Garamond" w:hAnsi="Garamond"/>
                <w:noProof/>
                <w:webHidden/>
                <w:sz w:val="24"/>
                <w:szCs w:val="24"/>
              </w:rPr>
              <w:fldChar w:fldCharType="end"/>
            </w:r>
          </w:hyperlink>
        </w:p>
        <w:p w14:paraId="20559242" w14:textId="2E814B9C"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33" w:history="1">
            <w:r w:rsidRPr="00E94EEA">
              <w:rPr>
                <w:rStyle w:val="Hyperlink"/>
                <w:rFonts w:ascii="Garamond" w:hAnsi="Garamond"/>
                <w:noProof/>
                <w:sz w:val="24"/>
                <w:szCs w:val="24"/>
              </w:rPr>
              <w:t>BLUEPRINT SIXTEEN — AI-POWERED CHATBOT &amp; FAQ AUTOMATION SETUP</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164</w:t>
            </w:r>
            <w:r w:rsidRPr="00E94EEA">
              <w:rPr>
                <w:rFonts w:ascii="Garamond" w:hAnsi="Garamond"/>
                <w:noProof/>
                <w:webHidden/>
                <w:sz w:val="24"/>
                <w:szCs w:val="24"/>
              </w:rPr>
              <w:fldChar w:fldCharType="end"/>
            </w:r>
          </w:hyperlink>
        </w:p>
        <w:p w14:paraId="0DD8B22A" w14:textId="43BFF429"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34" w:history="1">
            <w:r w:rsidRPr="00E94EEA">
              <w:rPr>
                <w:rStyle w:val="Hyperlink"/>
                <w:rFonts w:ascii="Garamond" w:hAnsi="Garamond"/>
                <w:noProof/>
                <w:sz w:val="24"/>
                <w:szCs w:val="24"/>
              </w:rPr>
              <w:t>(The Blueprint That Lets You Build 24/7 Automated Assistants for Businesses — Even If You’re Not Technical)</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164</w:t>
            </w:r>
            <w:r w:rsidRPr="00E94EEA">
              <w:rPr>
                <w:rFonts w:ascii="Garamond" w:hAnsi="Garamond"/>
                <w:noProof/>
                <w:webHidden/>
                <w:sz w:val="24"/>
                <w:szCs w:val="24"/>
              </w:rPr>
              <w:fldChar w:fldCharType="end"/>
            </w:r>
          </w:hyperlink>
        </w:p>
        <w:p w14:paraId="4D37B3F9" w14:textId="36E02081"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35" w:history="1">
            <w:r w:rsidRPr="00E94EEA">
              <w:rPr>
                <w:rStyle w:val="Hyperlink"/>
                <w:rFonts w:ascii="Garamond" w:hAnsi="Garamond"/>
                <w:noProof/>
                <w:sz w:val="24"/>
                <w:szCs w:val="24"/>
              </w:rPr>
              <w:t>BLUEPRINT SEVENTEEN — AI-POWERED COURSE CREATION &amp; MINI-DIGITAL PRODUCT BUILDER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171</w:t>
            </w:r>
            <w:r w:rsidRPr="00E94EEA">
              <w:rPr>
                <w:rFonts w:ascii="Garamond" w:hAnsi="Garamond"/>
                <w:noProof/>
                <w:webHidden/>
                <w:sz w:val="24"/>
                <w:szCs w:val="24"/>
              </w:rPr>
              <w:fldChar w:fldCharType="end"/>
            </w:r>
          </w:hyperlink>
        </w:p>
        <w:p w14:paraId="6D003291" w14:textId="2AB89BE4"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36" w:history="1">
            <w:r w:rsidRPr="00E94EEA">
              <w:rPr>
                <w:rStyle w:val="Hyperlink"/>
                <w:rFonts w:ascii="Garamond" w:hAnsi="Garamond"/>
                <w:noProof/>
                <w:sz w:val="24"/>
                <w:szCs w:val="24"/>
              </w:rPr>
              <w:t>(The Blueprint That Lets You Build Full Courses, Workbooks &amp; Mini-Products Using AI — Even If You’ve Never Taught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171</w:t>
            </w:r>
            <w:r w:rsidRPr="00E94EEA">
              <w:rPr>
                <w:rFonts w:ascii="Garamond" w:hAnsi="Garamond"/>
                <w:noProof/>
                <w:webHidden/>
                <w:sz w:val="24"/>
                <w:szCs w:val="24"/>
              </w:rPr>
              <w:fldChar w:fldCharType="end"/>
            </w:r>
          </w:hyperlink>
        </w:p>
        <w:p w14:paraId="3BA0E015" w14:textId="6E6D6D39"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37" w:history="1">
            <w:r w:rsidRPr="00E94EEA">
              <w:rPr>
                <w:rStyle w:val="Hyperlink"/>
                <w:rFonts w:ascii="Garamond" w:hAnsi="Garamond"/>
                <w:noProof/>
                <w:sz w:val="24"/>
                <w:szCs w:val="24"/>
              </w:rPr>
              <w:t>BLUEPRINT EIGHTEEN — AI-POWERED PODCAST SHOW NOTES, SUMMARIES &amp; CONTENT REPURPOSING ENGINE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179</w:t>
            </w:r>
            <w:r w:rsidRPr="00E94EEA">
              <w:rPr>
                <w:rFonts w:ascii="Garamond" w:hAnsi="Garamond"/>
                <w:noProof/>
                <w:webHidden/>
                <w:sz w:val="24"/>
                <w:szCs w:val="24"/>
              </w:rPr>
              <w:fldChar w:fldCharType="end"/>
            </w:r>
          </w:hyperlink>
        </w:p>
        <w:p w14:paraId="25C165C4" w14:textId="74A8F5FA"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38" w:history="1">
            <w:r w:rsidRPr="00E94EEA">
              <w:rPr>
                <w:rStyle w:val="Hyperlink"/>
                <w:rFonts w:ascii="Garamond" w:hAnsi="Garamond"/>
                <w:noProof/>
                <w:sz w:val="24"/>
                <w:szCs w:val="24"/>
              </w:rPr>
              <w:t>(The Blueprint That Transforms Any Podcast Episode Into Dozens of High-Value Content Assets — Fast)</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179</w:t>
            </w:r>
            <w:r w:rsidRPr="00E94EEA">
              <w:rPr>
                <w:rFonts w:ascii="Garamond" w:hAnsi="Garamond"/>
                <w:noProof/>
                <w:webHidden/>
                <w:sz w:val="24"/>
                <w:szCs w:val="24"/>
              </w:rPr>
              <w:fldChar w:fldCharType="end"/>
            </w:r>
          </w:hyperlink>
        </w:p>
        <w:p w14:paraId="0769C568" w14:textId="16ADFCEF"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39" w:history="1">
            <w:r w:rsidRPr="00E94EEA">
              <w:rPr>
                <w:rStyle w:val="Hyperlink"/>
                <w:rFonts w:ascii="Garamond" w:hAnsi="Garamond"/>
                <w:noProof/>
                <w:sz w:val="24"/>
                <w:szCs w:val="24"/>
              </w:rPr>
              <w:t>BLUEPRINT NINETEEN — AI-POWERED TRANSCRIPTION, TRANSLATION &amp; DOCUMENT CONVERSION SERVICES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_Toc214830339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186</w:t>
            </w:r>
            <w:r w:rsidRPr="00E94EEA">
              <w:rPr>
                <w:rFonts w:ascii="Garamond" w:hAnsi="Garamond"/>
                <w:noProof/>
                <w:webHidden/>
                <w:sz w:val="24"/>
                <w:szCs w:val="24"/>
              </w:rPr>
              <w:fldChar w:fldCharType="end"/>
            </w:r>
          </w:hyperlink>
        </w:p>
        <w:p w14:paraId="7FC6D8E8" w14:textId="7824A70B"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40" w:history="1">
            <w:r w:rsidRPr="00E94EEA">
              <w:rPr>
                <w:rStyle w:val="Hyperlink"/>
                <w:rFonts w:ascii="Garamond" w:hAnsi="Garamond"/>
                <w:noProof/>
                <w:sz w:val="24"/>
                <w:szCs w:val="24"/>
              </w:rPr>
              <w:t>(The Blueprint That Turns You Into a Fast, Reliable “Content Transformation Specialist” — No Experience Needed)</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186</w:t>
            </w:r>
            <w:r w:rsidRPr="00E94EEA">
              <w:rPr>
                <w:rFonts w:ascii="Garamond" w:hAnsi="Garamond"/>
                <w:noProof/>
                <w:webHidden/>
                <w:sz w:val="24"/>
                <w:szCs w:val="24"/>
              </w:rPr>
              <w:fldChar w:fldCharType="end"/>
            </w:r>
          </w:hyperlink>
        </w:p>
        <w:p w14:paraId="0A7C29FB" w14:textId="16BE5E7D"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41" w:history="1">
            <w:r w:rsidRPr="00E94EEA">
              <w:rPr>
                <w:rStyle w:val="Hyperlink"/>
                <w:rFonts w:ascii="Garamond" w:hAnsi="Garamond"/>
                <w:noProof/>
                <w:sz w:val="24"/>
                <w:szCs w:val="24"/>
              </w:rPr>
              <w:t>BLUEPRINT TWENTY — AI DIGITAL AD CREATIVE &amp; COPY STUDIO</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193</w:t>
            </w:r>
            <w:r w:rsidRPr="00E94EEA">
              <w:rPr>
                <w:rFonts w:ascii="Garamond" w:hAnsi="Garamond"/>
                <w:noProof/>
                <w:webHidden/>
                <w:sz w:val="24"/>
                <w:szCs w:val="24"/>
              </w:rPr>
              <w:fldChar w:fldCharType="end"/>
            </w:r>
          </w:hyperlink>
        </w:p>
        <w:p w14:paraId="586332A9" w14:textId="2C8E8ED0"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42" w:history="1">
            <w:r w:rsidRPr="00E94EEA">
              <w:rPr>
                <w:rStyle w:val="Hyperlink"/>
                <w:rFonts w:ascii="Garamond" w:hAnsi="Garamond"/>
                <w:noProof/>
                <w:sz w:val="24"/>
                <w:szCs w:val="24"/>
              </w:rPr>
              <w:t>(The Blueprint That Turns You Into a High-Demand Paid Ad Creative Specialist — Without Needing Agency Experience)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193</w:t>
            </w:r>
            <w:r w:rsidRPr="00E94EEA">
              <w:rPr>
                <w:rFonts w:ascii="Garamond" w:hAnsi="Garamond"/>
                <w:noProof/>
                <w:webHidden/>
                <w:sz w:val="24"/>
                <w:szCs w:val="24"/>
              </w:rPr>
              <w:fldChar w:fldCharType="end"/>
            </w:r>
          </w:hyperlink>
        </w:p>
        <w:p w14:paraId="709B6B3D" w14:textId="2F9E6FF6"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43" w:history="1">
            <w:r w:rsidRPr="00E94EEA">
              <w:rPr>
                <w:rStyle w:val="Hyperlink"/>
                <w:rFonts w:ascii="Garamond" w:hAnsi="Garamond"/>
                <w:noProof/>
                <w:sz w:val="24"/>
                <w:szCs w:val="24"/>
              </w:rPr>
              <w:t>BLUEPRINT TWENTY-ONE — AI COURSE SCRIPT &amp; LESSON BUILDER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202</w:t>
            </w:r>
            <w:r w:rsidRPr="00E94EEA">
              <w:rPr>
                <w:rFonts w:ascii="Garamond" w:hAnsi="Garamond"/>
                <w:noProof/>
                <w:webHidden/>
                <w:sz w:val="24"/>
                <w:szCs w:val="24"/>
              </w:rPr>
              <w:fldChar w:fldCharType="end"/>
            </w:r>
          </w:hyperlink>
        </w:p>
        <w:p w14:paraId="156DE7F1" w14:textId="08F9ECB0"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44" w:history="1">
            <w:r w:rsidRPr="00E94EEA">
              <w:rPr>
                <w:rStyle w:val="Hyperlink"/>
                <w:rFonts w:ascii="Garamond" w:hAnsi="Garamond"/>
                <w:noProof/>
                <w:sz w:val="24"/>
                <w:szCs w:val="24"/>
              </w:rPr>
              <w:t>(The Blueprint That Turns AI Into a Complete Lesson-Writing, Script-Building, Content-Creation Engine)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202</w:t>
            </w:r>
            <w:r w:rsidRPr="00E94EEA">
              <w:rPr>
                <w:rFonts w:ascii="Garamond" w:hAnsi="Garamond"/>
                <w:noProof/>
                <w:webHidden/>
                <w:sz w:val="24"/>
                <w:szCs w:val="24"/>
              </w:rPr>
              <w:fldChar w:fldCharType="end"/>
            </w:r>
          </w:hyperlink>
        </w:p>
        <w:p w14:paraId="3467C7DE" w14:textId="6B1ACA35"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45" w:history="1">
            <w:r w:rsidRPr="00E94EEA">
              <w:rPr>
                <w:rStyle w:val="Hyperlink"/>
                <w:rFonts w:ascii="Garamond" w:hAnsi="Garamond"/>
                <w:noProof/>
                <w:sz w:val="24"/>
                <w:szCs w:val="24"/>
              </w:rPr>
              <w:t>BLUEPRINT TWENTY-TWO — AI EBOOK &amp; PUBLISHING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210</w:t>
            </w:r>
            <w:r w:rsidRPr="00E94EEA">
              <w:rPr>
                <w:rFonts w:ascii="Garamond" w:hAnsi="Garamond"/>
                <w:noProof/>
                <w:webHidden/>
                <w:sz w:val="24"/>
                <w:szCs w:val="24"/>
              </w:rPr>
              <w:fldChar w:fldCharType="end"/>
            </w:r>
          </w:hyperlink>
        </w:p>
        <w:p w14:paraId="0C6B55C9" w14:textId="224305E9"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46" w:history="1">
            <w:r w:rsidRPr="00E94EEA">
              <w:rPr>
                <w:rStyle w:val="Hyperlink"/>
                <w:rFonts w:ascii="Garamond" w:hAnsi="Garamond"/>
                <w:noProof/>
                <w:sz w:val="24"/>
                <w:szCs w:val="24"/>
              </w:rPr>
              <w:t>(The Blueprint That Lets You Create High-Quality Ebooks, Guides &amp; Digital Publications Using AI — Fast, Clean, and Professional)</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210</w:t>
            </w:r>
            <w:r w:rsidRPr="00E94EEA">
              <w:rPr>
                <w:rFonts w:ascii="Garamond" w:hAnsi="Garamond"/>
                <w:noProof/>
                <w:webHidden/>
                <w:sz w:val="24"/>
                <w:szCs w:val="24"/>
              </w:rPr>
              <w:fldChar w:fldCharType="end"/>
            </w:r>
          </w:hyperlink>
        </w:p>
        <w:p w14:paraId="0CC6B419" w14:textId="295B4759"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47" w:history="1">
            <w:r w:rsidRPr="00E94EEA">
              <w:rPr>
                <w:rStyle w:val="Hyperlink"/>
                <w:rFonts w:ascii="Garamond" w:hAnsi="Garamond"/>
                <w:noProof/>
                <w:sz w:val="24"/>
                <w:szCs w:val="24"/>
              </w:rPr>
              <w:t>BLUEPRINT TWENTY-THREE — AI WEBSITE COPY &amp; BRAND MESSAGING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217</w:t>
            </w:r>
            <w:r w:rsidRPr="00E94EEA">
              <w:rPr>
                <w:rFonts w:ascii="Garamond" w:hAnsi="Garamond"/>
                <w:noProof/>
                <w:webHidden/>
                <w:sz w:val="24"/>
                <w:szCs w:val="24"/>
              </w:rPr>
              <w:fldChar w:fldCharType="end"/>
            </w:r>
          </w:hyperlink>
        </w:p>
        <w:p w14:paraId="3DF7DFC6" w14:textId="2AE0F1A6"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48" w:history="1">
            <w:r w:rsidRPr="00E94EEA">
              <w:rPr>
                <w:rStyle w:val="Hyperlink"/>
                <w:rFonts w:ascii="Garamond" w:hAnsi="Garamond"/>
                <w:noProof/>
                <w:sz w:val="24"/>
                <w:szCs w:val="24"/>
              </w:rPr>
              <w:t>(The Blueprint That Turns AI Into a Full Website Copywriting and Brand Voice Engine — Even If You’ve Never Written Copy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217</w:t>
            </w:r>
            <w:r w:rsidRPr="00E94EEA">
              <w:rPr>
                <w:rFonts w:ascii="Garamond" w:hAnsi="Garamond"/>
                <w:noProof/>
                <w:webHidden/>
                <w:sz w:val="24"/>
                <w:szCs w:val="24"/>
              </w:rPr>
              <w:fldChar w:fldCharType="end"/>
            </w:r>
          </w:hyperlink>
        </w:p>
        <w:p w14:paraId="69508DB6" w14:textId="1B0A3DD8"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49" w:history="1">
            <w:r w:rsidRPr="00E94EEA">
              <w:rPr>
                <w:rStyle w:val="Hyperlink"/>
                <w:rFonts w:ascii="Garamond" w:hAnsi="Garamond"/>
                <w:noProof/>
                <w:sz w:val="24"/>
                <w:szCs w:val="24"/>
              </w:rPr>
              <w:t>BLUEPRINT TWENTY-FOUR — AI REELS, TIKTOK &amp; SHORT-FORM HOOK CREATION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_Toc214830349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225</w:t>
            </w:r>
            <w:r w:rsidRPr="00E94EEA">
              <w:rPr>
                <w:rFonts w:ascii="Garamond" w:hAnsi="Garamond"/>
                <w:noProof/>
                <w:webHidden/>
                <w:sz w:val="24"/>
                <w:szCs w:val="24"/>
              </w:rPr>
              <w:fldChar w:fldCharType="end"/>
            </w:r>
          </w:hyperlink>
        </w:p>
        <w:p w14:paraId="525976B4" w14:textId="785CE541"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50" w:history="1">
            <w:r w:rsidRPr="00E94EEA">
              <w:rPr>
                <w:rStyle w:val="Hyperlink"/>
                <w:rFonts w:ascii="Garamond" w:hAnsi="Garamond"/>
                <w:noProof/>
                <w:sz w:val="24"/>
                <w:szCs w:val="24"/>
              </w:rPr>
              <w:t>(The Blueprint That Turns AI Into a Viral Short-Form Content Machine — Even If You’ve Never Scripted a Video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225</w:t>
            </w:r>
            <w:r w:rsidRPr="00E94EEA">
              <w:rPr>
                <w:rFonts w:ascii="Garamond" w:hAnsi="Garamond"/>
                <w:noProof/>
                <w:webHidden/>
                <w:sz w:val="24"/>
                <w:szCs w:val="24"/>
              </w:rPr>
              <w:fldChar w:fldCharType="end"/>
            </w:r>
          </w:hyperlink>
        </w:p>
        <w:p w14:paraId="4D2BAD55" w14:textId="43CE160D"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51" w:history="1">
            <w:r w:rsidRPr="00E94EEA">
              <w:rPr>
                <w:rStyle w:val="Hyperlink"/>
                <w:rFonts w:ascii="Garamond" w:hAnsi="Garamond"/>
                <w:noProof/>
                <w:sz w:val="24"/>
                <w:szCs w:val="24"/>
              </w:rPr>
              <w:t>BLUEPRINT TWENTY-FIVE — AI LEAD MAGNET &amp; FUNNEL ASSET FACTORY</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232</w:t>
            </w:r>
            <w:r w:rsidRPr="00E94EEA">
              <w:rPr>
                <w:rFonts w:ascii="Garamond" w:hAnsi="Garamond"/>
                <w:noProof/>
                <w:webHidden/>
                <w:sz w:val="24"/>
                <w:szCs w:val="24"/>
              </w:rPr>
              <w:fldChar w:fldCharType="end"/>
            </w:r>
          </w:hyperlink>
        </w:p>
        <w:p w14:paraId="1FA57CD5" w14:textId="6FC65D3F"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52" w:history="1">
            <w:r w:rsidRPr="00E94EEA">
              <w:rPr>
                <w:rStyle w:val="Hyperlink"/>
                <w:rFonts w:ascii="Garamond" w:hAnsi="Garamond"/>
                <w:noProof/>
                <w:sz w:val="24"/>
                <w:szCs w:val="24"/>
              </w:rPr>
              <w:t>(The Blueprint That Turns AI Into a Complete Lead Magnet, Funnel, and Conversion Asset Creation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232</w:t>
            </w:r>
            <w:r w:rsidRPr="00E94EEA">
              <w:rPr>
                <w:rFonts w:ascii="Garamond" w:hAnsi="Garamond"/>
                <w:noProof/>
                <w:webHidden/>
                <w:sz w:val="24"/>
                <w:szCs w:val="24"/>
              </w:rPr>
              <w:fldChar w:fldCharType="end"/>
            </w:r>
          </w:hyperlink>
        </w:p>
        <w:p w14:paraId="2AB2C0E3" w14:textId="5FCFB13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53" w:history="1">
            <w:r w:rsidRPr="00E94EEA">
              <w:rPr>
                <w:rStyle w:val="Hyperlink"/>
                <w:rFonts w:ascii="Garamond" w:hAnsi="Garamond"/>
                <w:noProof/>
                <w:sz w:val="24"/>
                <w:szCs w:val="24"/>
              </w:rPr>
              <w:t>BLUEPRINT TWENTY-SIX — AI DIGITAL AD CREATIVE &amp; COPY STUDIO</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239</w:t>
            </w:r>
            <w:r w:rsidRPr="00E94EEA">
              <w:rPr>
                <w:rFonts w:ascii="Garamond" w:hAnsi="Garamond"/>
                <w:noProof/>
                <w:webHidden/>
                <w:sz w:val="24"/>
                <w:szCs w:val="24"/>
              </w:rPr>
              <w:fldChar w:fldCharType="end"/>
            </w:r>
          </w:hyperlink>
        </w:p>
        <w:p w14:paraId="269E7F36" w14:textId="5A50ED8D"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54" w:history="1">
            <w:r w:rsidRPr="00E94EEA">
              <w:rPr>
                <w:rStyle w:val="Hyperlink"/>
                <w:rFonts w:ascii="Garamond" w:hAnsi="Garamond"/>
                <w:noProof/>
                <w:sz w:val="24"/>
                <w:szCs w:val="24"/>
              </w:rPr>
              <w:t>(The Blueprint That Turns AI Into a Full Advertising Creative Department — Even If You’ve Never Written Ads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239</w:t>
            </w:r>
            <w:r w:rsidRPr="00E94EEA">
              <w:rPr>
                <w:rFonts w:ascii="Garamond" w:hAnsi="Garamond"/>
                <w:noProof/>
                <w:webHidden/>
                <w:sz w:val="24"/>
                <w:szCs w:val="24"/>
              </w:rPr>
              <w:fldChar w:fldCharType="end"/>
            </w:r>
          </w:hyperlink>
        </w:p>
        <w:p w14:paraId="2982FDAE" w14:textId="7E884BD5"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55" w:history="1">
            <w:r w:rsidRPr="00E94EEA">
              <w:rPr>
                <w:rStyle w:val="Hyperlink"/>
                <w:rFonts w:ascii="Garamond" w:hAnsi="Garamond"/>
                <w:noProof/>
                <w:sz w:val="24"/>
                <w:szCs w:val="24"/>
              </w:rPr>
              <w:t>BLUEPRINT TWENTY-SEVEN — AI CONTENT REPURPOSING ENGINE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246</w:t>
            </w:r>
            <w:r w:rsidRPr="00E94EEA">
              <w:rPr>
                <w:rFonts w:ascii="Garamond" w:hAnsi="Garamond"/>
                <w:noProof/>
                <w:webHidden/>
                <w:sz w:val="24"/>
                <w:szCs w:val="24"/>
              </w:rPr>
              <w:fldChar w:fldCharType="end"/>
            </w:r>
          </w:hyperlink>
        </w:p>
        <w:p w14:paraId="214AC57E" w14:textId="12ACE865"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56" w:history="1">
            <w:r w:rsidRPr="00E94EEA">
              <w:rPr>
                <w:rStyle w:val="Hyperlink"/>
                <w:rFonts w:ascii="Garamond" w:hAnsi="Garamond"/>
                <w:noProof/>
                <w:sz w:val="24"/>
                <w:szCs w:val="24"/>
              </w:rPr>
              <w:t>(The Blueprint That Turns One Piece of Content Into 20–50 High-Quality Assets Using AI — The Ultimate “More Output With Less Effort”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246</w:t>
            </w:r>
            <w:r w:rsidRPr="00E94EEA">
              <w:rPr>
                <w:rFonts w:ascii="Garamond" w:hAnsi="Garamond"/>
                <w:noProof/>
                <w:webHidden/>
                <w:sz w:val="24"/>
                <w:szCs w:val="24"/>
              </w:rPr>
              <w:fldChar w:fldCharType="end"/>
            </w:r>
          </w:hyperlink>
        </w:p>
        <w:p w14:paraId="4C873EFA" w14:textId="0270A198"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57" w:history="1">
            <w:r w:rsidRPr="00E94EEA">
              <w:rPr>
                <w:rStyle w:val="Hyperlink"/>
                <w:rFonts w:ascii="Garamond" w:hAnsi="Garamond"/>
                <w:noProof/>
                <w:sz w:val="24"/>
                <w:szCs w:val="24"/>
              </w:rPr>
              <w:t>BLUEPRINT TWENTY-EIGHT — AI SOCIAL MEDIA MANAGER 2.0</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254</w:t>
            </w:r>
            <w:r w:rsidRPr="00E94EEA">
              <w:rPr>
                <w:rFonts w:ascii="Garamond" w:hAnsi="Garamond"/>
                <w:noProof/>
                <w:webHidden/>
                <w:sz w:val="24"/>
                <w:szCs w:val="24"/>
              </w:rPr>
              <w:fldChar w:fldCharType="end"/>
            </w:r>
          </w:hyperlink>
        </w:p>
        <w:p w14:paraId="7B87CC3E" w14:textId="6B8098B0"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58" w:history="1">
            <w:r w:rsidRPr="00E94EEA">
              <w:rPr>
                <w:rStyle w:val="Hyperlink"/>
                <w:rFonts w:ascii="Garamond" w:hAnsi="Garamond"/>
                <w:noProof/>
                <w:sz w:val="24"/>
                <w:szCs w:val="24"/>
              </w:rPr>
              <w:t>(The Blueprint That Turns AI Into a Complete Social Media Operations System — Content, Strategy, Scheduling, Engagement, and Growth)</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254</w:t>
            </w:r>
            <w:r w:rsidRPr="00E94EEA">
              <w:rPr>
                <w:rFonts w:ascii="Garamond" w:hAnsi="Garamond"/>
                <w:noProof/>
                <w:webHidden/>
                <w:sz w:val="24"/>
                <w:szCs w:val="24"/>
              </w:rPr>
              <w:fldChar w:fldCharType="end"/>
            </w:r>
          </w:hyperlink>
        </w:p>
        <w:p w14:paraId="23B3550B" w14:textId="111A2B77"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59" w:history="1">
            <w:r w:rsidRPr="00E94EEA">
              <w:rPr>
                <w:rStyle w:val="Hyperlink"/>
                <w:rFonts w:ascii="Garamond" w:hAnsi="Garamond"/>
                <w:noProof/>
                <w:sz w:val="24"/>
                <w:szCs w:val="24"/>
              </w:rPr>
              <w:t>BLUEPRINT TWENTY-NINE — AI CANVA TEMPLATE PACKS BUSINESS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_Toc214830359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261</w:t>
            </w:r>
            <w:r w:rsidRPr="00E94EEA">
              <w:rPr>
                <w:rFonts w:ascii="Garamond" w:hAnsi="Garamond"/>
                <w:noProof/>
                <w:webHidden/>
                <w:sz w:val="24"/>
                <w:szCs w:val="24"/>
              </w:rPr>
              <w:fldChar w:fldCharType="end"/>
            </w:r>
          </w:hyperlink>
        </w:p>
        <w:p w14:paraId="31D25DD7" w14:textId="53E4E377"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60" w:history="1">
            <w:r w:rsidRPr="00E94EEA">
              <w:rPr>
                <w:rStyle w:val="Hyperlink"/>
                <w:rFonts w:ascii="Garamond" w:hAnsi="Garamond"/>
                <w:noProof/>
                <w:sz w:val="24"/>
                <w:szCs w:val="24"/>
              </w:rPr>
              <w:t>(The Blueprint That Turns AI + Canva Into a Scalable Digital Product Empire — With Unlimited Niche Options)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261</w:t>
            </w:r>
            <w:r w:rsidRPr="00E94EEA">
              <w:rPr>
                <w:rFonts w:ascii="Garamond" w:hAnsi="Garamond"/>
                <w:noProof/>
                <w:webHidden/>
                <w:sz w:val="24"/>
                <w:szCs w:val="24"/>
              </w:rPr>
              <w:fldChar w:fldCharType="end"/>
            </w:r>
          </w:hyperlink>
        </w:p>
        <w:p w14:paraId="6E66C896" w14:textId="3BF4E145"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61" w:history="1">
            <w:r w:rsidRPr="00E94EEA">
              <w:rPr>
                <w:rStyle w:val="Hyperlink"/>
                <w:rFonts w:ascii="Garamond" w:hAnsi="Garamond"/>
                <w:noProof/>
                <w:sz w:val="24"/>
                <w:szCs w:val="24"/>
              </w:rPr>
              <w:t>BLUEPRINT THIRTY — AI COURSE CREATION &amp; CURRICULUM DESIGN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269</w:t>
            </w:r>
            <w:r w:rsidRPr="00E94EEA">
              <w:rPr>
                <w:rFonts w:ascii="Garamond" w:hAnsi="Garamond"/>
                <w:noProof/>
                <w:webHidden/>
                <w:sz w:val="24"/>
                <w:szCs w:val="24"/>
              </w:rPr>
              <w:fldChar w:fldCharType="end"/>
            </w:r>
          </w:hyperlink>
        </w:p>
        <w:p w14:paraId="782A0745" w14:textId="1FA21484"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62" w:history="1">
            <w:r w:rsidRPr="00E94EEA">
              <w:rPr>
                <w:rStyle w:val="Hyperlink"/>
                <w:rFonts w:ascii="Garamond" w:hAnsi="Garamond"/>
                <w:noProof/>
                <w:sz w:val="24"/>
                <w:szCs w:val="24"/>
              </w:rPr>
              <w:t>(The Blueprint That Turns AI Into a Full Course-Building Studio — From Idea → Outline → Lessons → Worksheets → Slides → Launch Assets)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269</w:t>
            </w:r>
            <w:r w:rsidRPr="00E94EEA">
              <w:rPr>
                <w:rFonts w:ascii="Garamond" w:hAnsi="Garamond"/>
                <w:noProof/>
                <w:webHidden/>
                <w:sz w:val="24"/>
                <w:szCs w:val="24"/>
              </w:rPr>
              <w:fldChar w:fldCharType="end"/>
            </w:r>
          </w:hyperlink>
        </w:p>
        <w:p w14:paraId="7F65C7BE" w14:textId="36AFA86A"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63" w:history="1">
            <w:r w:rsidRPr="00E94EEA">
              <w:rPr>
                <w:rStyle w:val="Hyperlink"/>
                <w:rFonts w:ascii="Garamond" w:hAnsi="Garamond"/>
                <w:noProof/>
                <w:sz w:val="24"/>
                <w:szCs w:val="24"/>
              </w:rPr>
              <w:t>BLUEPRINT THIRTY-ONE — AI CLIENT ONBOARDING &amp; DELIVERY AUTOMATION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277</w:t>
            </w:r>
            <w:r w:rsidRPr="00E94EEA">
              <w:rPr>
                <w:rFonts w:ascii="Garamond" w:hAnsi="Garamond"/>
                <w:noProof/>
                <w:webHidden/>
                <w:sz w:val="24"/>
                <w:szCs w:val="24"/>
              </w:rPr>
              <w:fldChar w:fldCharType="end"/>
            </w:r>
          </w:hyperlink>
        </w:p>
        <w:p w14:paraId="7EACB097" w14:textId="2CFB57CF"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64" w:history="1">
            <w:r w:rsidRPr="00E94EEA">
              <w:rPr>
                <w:rStyle w:val="Hyperlink"/>
                <w:rFonts w:ascii="Garamond" w:hAnsi="Garamond"/>
                <w:noProof/>
                <w:sz w:val="24"/>
                <w:szCs w:val="24"/>
              </w:rPr>
              <w:t>(The Blueprint That Turns AI Into a Seamless “Client Intake → Project Delivery → Follow-Up” Automation Engine)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277</w:t>
            </w:r>
            <w:r w:rsidRPr="00E94EEA">
              <w:rPr>
                <w:rFonts w:ascii="Garamond" w:hAnsi="Garamond"/>
                <w:noProof/>
                <w:webHidden/>
                <w:sz w:val="24"/>
                <w:szCs w:val="24"/>
              </w:rPr>
              <w:fldChar w:fldCharType="end"/>
            </w:r>
          </w:hyperlink>
        </w:p>
        <w:p w14:paraId="41FF98B3" w14:textId="47263DB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65" w:history="1">
            <w:r w:rsidRPr="00E94EEA">
              <w:rPr>
                <w:rStyle w:val="Hyperlink"/>
                <w:rFonts w:ascii="Garamond" w:hAnsi="Garamond"/>
                <w:noProof/>
                <w:sz w:val="24"/>
                <w:szCs w:val="24"/>
              </w:rPr>
              <w:t>BLUEPRINT THIRTY-TWO — AI BUSINESS SYSTEMS &amp; SOP BUILDER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284</w:t>
            </w:r>
            <w:r w:rsidRPr="00E94EEA">
              <w:rPr>
                <w:rFonts w:ascii="Garamond" w:hAnsi="Garamond"/>
                <w:noProof/>
                <w:webHidden/>
                <w:sz w:val="24"/>
                <w:szCs w:val="24"/>
              </w:rPr>
              <w:fldChar w:fldCharType="end"/>
            </w:r>
          </w:hyperlink>
        </w:p>
        <w:p w14:paraId="0591F102" w14:textId="388AE684"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66" w:history="1">
            <w:r w:rsidRPr="00E94EEA">
              <w:rPr>
                <w:rStyle w:val="Hyperlink"/>
                <w:rFonts w:ascii="Garamond" w:hAnsi="Garamond"/>
                <w:noProof/>
                <w:sz w:val="24"/>
                <w:szCs w:val="24"/>
              </w:rPr>
              <w:t>(The Blueprint That Turns AI Into a Full Business Operations Department — Creating Processes, Systems, Templates &amp; Documentation for Any Business)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284</w:t>
            </w:r>
            <w:r w:rsidRPr="00E94EEA">
              <w:rPr>
                <w:rFonts w:ascii="Garamond" w:hAnsi="Garamond"/>
                <w:noProof/>
                <w:webHidden/>
                <w:sz w:val="24"/>
                <w:szCs w:val="24"/>
              </w:rPr>
              <w:fldChar w:fldCharType="end"/>
            </w:r>
          </w:hyperlink>
        </w:p>
        <w:p w14:paraId="4AD7955F" w14:textId="56F9853D"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67" w:history="1">
            <w:r w:rsidRPr="00E94EEA">
              <w:rPr>
                <w:rStyle w:val="Hyperlink"/>
                <w:rFonts w:ascii="Garamond" w:hAnsi="Garamond"/>
                <w:noProof/>
                <w:sz w:val="24"/>
                <w:szCs w:val="24"/>
              </w:rPr>
              <w:t>BLUEPRINT THIRTY-THREE — AI BUSINESS CONSULTING &amp; STRATEGY GENERATION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292</w:t>
            </w:r>
            <w:r w:rsidRPr="00E94EEA">
              <w:rPr>
                <w:rFonts w:ascii="Garamond" w:hAnsi="Garamond"/>
                <w:noProof/>
                <w:webHidden/>
                <w:sz w:val="24"/>
                <w:szCs w:val="24"/>
              </w:rPr>
              <w:fldChar w:fldCharType="end"/>
            </w:r>
          </w:hyperlink>
        </w:p>
        <w:p w14:paraId="4B8A2777" w14:textId="737951EB"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68" w:history="1">
            <w:r w:rsidRPr="00E94EEA">
              <w:rPr>
                <w:rStyle w:val="Hyperlink"/>
                <w:rFonts w:ascii="Garamond" w:hAnsi="Garamond"/>
                <w:noProof/>
                <w:sz w:val="24"/>
                <w:szCs w:val="24"/>
              </w:rPr>
              <w:t>(The Blueprint That Turns AI Into a High-Paid Strategic Advisor — Even If You’ve Never Been a Consultant Before)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292</w:t>
            </w:r>
            <w:r w:rsidRPr="00E94EEA">
              <w:rPr>
                <w:rFonts w:ascii="Garamond" w:hAnsi="Garamond"/>
                <w:noProof/>
                <w:webHidden/>
                <w:sz w:val="24"/>
                <w:szCs w:val="24"/>
              </w:rPr>
              <w:fldChar w:fldCharType="end"/>
            </w:r>
          </w:hyperlink>
        </w:p>
        <w:p w14:paraId="0E18E4CA" w14:textId="4A7D3427"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69" w:history="1">
            <w:r w:rsidRPr="00E94EEA">
              <w:rPr>
                <w:rStyle w:val="Hyperlink"/>
                <w:rFonts w:ascii="Garamond" w:hAnsi="Garamond"/>
                <w:noProof/>
                <w:sz w:val="24"/>
                <w:szCs w:val="24"/>
              </w:rPr>
              <w:t>BLUEPRINT THIRTY-FOUR — AI OFFER CREATION &amp; MONETIZATION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_Toc214830369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300</w:t>
            </w:r>
            <w:r w:rsidRPr="00E94EEA">
              <w:rPr>
                <w:rFonts w:ascii="Garamond" w:hAnsi="Garamond"/>
                <w:noProof/>
                <w:webHidden/>
                <w:sz w:val="24"/>
                <w:szCs w:val="24"/>
              </w:rPr>
              <w:fldChar w:fldCharType="end"/>
            </w:r>
          </w:hyperlink>
        </w:p>
        <w:p w14:paraId="6C0DC3B7" w14:textId="6D26D138"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70" w:history="1">
            <w:r w:rsidRPr="00E94EEA">
              <w:rPr>
                <w:rStyle w:val="Hyperlink"/>
                <w:rFonts w:ascii="Garamond" w:hAnsi="Garamond"/>
                <w:noProof/>
                <w:sz w:val="24"/>
                <w:szCs w:val="24"/>
              </w:rPr>
              <w:t>(The Blueprint That Turns AI Into Your Personal Offer Architect — Building Products, Services, Packages &amp; Monetization Models That Actually Sell)</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300</w:t>
            </w:r>
            <w:r w:rsidRPr="00E94EEA">
              <w:rPr>
                <w:rFonts w:ascii="Garamond" w:hAnsi="Garamond"/>
                <w:noProof/>
                <w:webHidden/>
                <w:sz w:val="24"/>
                <w:szCs w:val="24"/>
              </w:rPr>
              <w:fldChar w:fldCharType="end"/>
            </w:r>
          </w:hyperlink>
        </w:p>
        <w:p w14:paraId="671A355F" w14:textId="656748FE"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71" w:history="1">
            <w:r w:rsidRPr="00E94EEA">
              <w:rPr>
                <w:rStyle w:val="Hyperlink"/>
                <w:rFonts w:ascii="Garamond" w:hAnsi="Garamond"/>
                <w:noProof/>
                <w:sz w:val="24"/>
                <w:szCs w:val="24"/>
              </w:rPr>
              <w:t>BLUEPRINT THIRTY-FIVE — AI CUSTOMGPT BUILDER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307</w:t>
            </w:r>
            <w:r w:rsidRPr="00E94EEA">
              <w:rPr>
                <w:rFonts w:ascii="Garamond" w:hAnsi="Garamond"/>
                <w:noProof/>
                <w:webHidden/>
                <w:sz w:val="24"/>
                <w:szCs w:val="24"/>
              </w:rPr>
              <w:fldChar w:fldCharType="end"/>
            </w:r>
          </w:hyperlink>
        </w:p>
        <w:p w14:paraId="737E5AF2" w14:textId="23EA38EC"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72" w:history="1">
            <w:r w:rsidRPr="00E94EEA">
              <w:rPr>
                <w:rStyle w:val="Hyperlink"/>
                <w:rFonts w:ascii="Garamond" w:hAnsi="Garamond"/>
                <w:noProof/>
                <w:sz w:val="24"/>
                <w:szCs w:val="24"/>
              </w:rPr>
              <w:t>(The Blueprint That Turns You Into a Creator of Personalized AI Assistants for Businesses, Creators &amp; Entrepreneurs)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307</w:t>
            </w:r>
            <w:r w:rsidRPr="00E94EEA">
              <w:rPr>
                <w:rFonts w:ascii="Garamond" w:hAnsi="Garamond"/>
                <w:noProof/>
                <w:webHidden/>
                <w:sz w:val="24"/>
                <w:szCs w:val="24"/>
              </w:rPr>
              <w:fldChar w:fldCharType="end"/>
            </w:r>
          </w:hyperlink>
        </w:p>
        <w:p w14:paraId="5173E329" w14:textId="062958F4"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73" w:history="1">
            <w:r w:rsidRPr="00E94EEA">
              <w:rPr>
                <w:rStyle w:val="Hyperlink"/>
                <w:rFonts w:ascii="Garamond" w:hAnsi="Garamond"/>
                <w:noProof/>
                <w:sz w:val="24"/>
                <w:szCs w:val="24"/>
              </w:rPr>
              <w:t>BLUEPRINT THIRTY-SIX — AI MONETIZATION ACCELERATOR</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_Toc214830373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314</w:t>
            </w:r>
            <w:r w:rsidRPr="00E94EEA">
              <w:rPr>
                <w:rFonts w:ascii="Garamond" w:hAnsi="Garamond"/>
                <w:noProof/>
                <w:webHidden/>
                <w:sz w:val="24"/>
                <w:szCs w:val="24"/>
              </w:rPr>
              <w:fldChar w:fldCharType="end"/>
            </w:r>
          </w:hyperlink>
        </w:p>
        <w:p w14:paraId="65DE6F70" w14:textId="52040AFB"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74" w:history="1">
            <w:r w:rsidRPr="00E94EEA">
              <w:rPr>
                <w:rStyle w:val="Hyperlink"/>
                <w:rFonts w:ascii="Garamond" w:hAnsi="Garamond"/>
                <w:noProof/>
                <w:sz w:val="24"/>
                <w:szCs w:val="24"/>
              </w:rPr>
              <w:t>(The Blueprint That Turns AI Into a Full 30–90 Day Income Engine — Stacking Skills, Systems &amp; Offers Into a Real Business)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_Toc214830374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314</w:t>
            </w:r>
            <w:r w:rsidRPr="00E94EEA">
              <w:rPr>
                <w:rFonts w:ascii="Garamond" w:hAnsi="Garamond"/>
                <w:noProof/>
                <w:webHidden/>
                <w:sz w:val="24"/>
                <w:szCs w:val="24"/>
              </w:rPr>
              <w:fldChar w:fldCharType="end"/>
            </w:r>
          </w:hyperlink>
        </w:p>
        <w:p w14:paraId="216609D6" w14:textId="52CE3381"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75" w:history="1">
            <w:r w:rsidRPr="00E94EEA">
              <w:rPr>
                <w:rStyle w:val="Hyperlink"/>
                <w:rFonts w:ascii="Garamond" w:hAnsi="Garamond"/>
                <w:noProof/>
                <w:sz w:val="24"/>
                <w:szCs w:val="24"/>
              </w:rPr>
              <w:t>BONUS #1 — THE ULTIMATE AI TOOLS MASTERLIST</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_Toc214830375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323</w:t>
            </w:r>
            <w:r w:rsidRPr="00E94EEA">
              <w:rPr>
                <w:rFonts w:ascii="Garamond" w:hAnsi="Garamond"/>
                <w:noProof/>
                <w:webHidden/>
                <w:sz w:val="24"/>
                <w:szCs w:val="24"/>
              </w:rPr>
              <w:fldChar w:fldCharType="end"/>
            </w:r>
          </w:hyperlink>
        </w:p>
        <w:p w14:paraId="62940AAA" w14:textId="08D7DED9"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76" w:history="1">
            <w:r w:rsidRPr="00E94EEA">
              <w:rPr>
                <w:rStyle w:val="Hyperlink"/>
                <w:rFonts w:ascii="Garamond" w:hAnsi="Garamond"/>
                <w:noProof/>
                <w:sz w:val="24"/>
                <w:szCs w:val="24"/>
              </w:rPr>
              <w:t>(Your All-In-One Guide to the Best AI Tools for Business, Content, Automation &amp; Monetization)</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_Toc214830376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323</w:t>
            </w:r>
            <w:r w:rsidRPr="00E94EEA">
              <w:rPr>
                <w:rFonts w:ascii="Garamond" w:hAnsi="Garamond"/>
                <w:noProof/>
                <w:webHidden/>
                <w:sz w:val="24"/>
                <w:szCs w:val="24"/>
              </w:rPr>
              <w:fldChar w:fldCharType="end"/>
            </w:r>
          </w:hyperlink>
        </w:p>
        <w:p w14:paraId="646A173D" w14:textId="26302C3B"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77" w:history="1">
            <w:r w:rsidRPr="00E94EEA">
              <w:rPr>
                <w:rStyle w:val="Hyperlink"/>
                <w:rFonts w:ascii="Garamond" w:hAnsi="Garamond"/>
                <w:noProof/>
                <w:sz w:val="24"/>
                <w:szCs w:val="24"/>
              </w:rPr>
              <w:t>BONUS #3 — THE AI PROMPTS VAULT</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_Toc214830377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335</w:t>
            </w:r>
            <w:r w:rsidRPr="00E94EEA">
              <w:rPr>
                <w:rFonts w:ascii="Garamond" w:hAnsi="Garamond"/>
                <w:noProof/>
                <w:webHidden/>
                <w:sz w:val="24"/>
                <w:szCs w:val="24"/>
              </w:rPr>
              <w:fldChar w:fldCharType="end"/>
            </w:r>
          </w:hyperlink>
        </w:p>
        <w:p w14:paraId="550A6630" w14:textId="086B00AD"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78" w:history="1">
            <w:r w:rsidRPr="00E94EEA">
              <w:rPr>
                <w:rStyle w:val="Hyperlink"/>
                <w:rFonts w:ascii="Garamond" w:hAnsi="Garamond"/>
                <w:noProof/>
                <w:sz w:val="24"/>
                <w:szCs w:val="24"/>
              </w:rPr>
              <w:t>(297+ Professional, Copy-Ready Prompts for Monetization, Content, Systems &amp; Growth)</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_Toc214830378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335</w:t>
            </w:r>
            <w:r w:rsidRPr="00E94EEA">
              <w:rPr>
                <w:rFonts w:ascii="Garamond" w:hAnsi="Garamond"/>
                <w:noProof/>
                <w:webHidden/>
                <w:sz w:val="24"/>
                <w:szCs w:val="24"/>
              </w:rPr>
              <w:fldChar w:fldCharType="end"/>
            </w:r>
          </w:hyperlink>
        </w:p>
        <w:p w14:paraId="0AFF0FEA" w14:textId="512EC771"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79" w:history="1">
            <w:r w:rsidRPr="00E94EEA">
              <w:rPr>
                <w:rStyle w:val="Hyperlink"/>
                <w:rFonts w:ascii="Garamond" w:hAnsi="Garamond"/>
                <w:noProof/>
                <w:sz w:val="24"/>
                <w:szCs w:val="24"/>
              </w:rPr>
              <w:t>BONUS #4 — THE AI INCOME STACKING GUIDE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_Toc214830379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341</w:t>
            </w:r>
            <w:r w:rsidRPr="00E94EEA">
              <w:rPr>
                <w:rFonts w:ascii="Garamond" w:hAnsi="Garamond"/>
                <w:noProof/>
                <w:webHidden/>
                <w:sz w:val="24"/>
                <w:szCs w:val="24"/>
              </w:rPr>
              <w:fldChar w:fldCharType="end"/>
            </w:r>
          </w:hyperlink>
        </w:p>
        <w:p w14:paraId="76123AA1" w14:textId="20C31E96"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80" w:history="1">
            <w:r w:rsidRPr="00E94EEA">
              <w:rPr>
                <w:rStyle w:val="Hyperlink"/>
                <w:rFonts w:ascii="Garamond" w:hAnsi="Garamond"/>
                <w:noProof/>
                <w:sz w:val="24"/>
                <w:szCs w:val="24"/>
              </w:rPr>
              <w:t>(How to Combine Multiple Blueprints Into a Multi-Stream AI Income System)</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_Toc214830380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341</w:t>
            </w:r>
            <w:r w:rsidRPr="00E94EEA">
              <w:rPr>
                <w:rFonts w:ascii="Garamond" w:hAnsi="Garamond"/>
                <w:noProof/>
                <w:webHidden/>
                <w:sz w:val="24"/>
                <w:szCs w:val="24"/>
              </w:rPr>
              <w:fldChar w:fldCharType="end"/>
            </w:r>
          </w:hyperlink>
        </w:p>
        <w:p w14:paraId="34601C4A" w14:textId="5D35A6C2" w:rsidR="00E94EEA" w:rsidRPr="00E94EEA" w:rsidRDefault="00E94EEA">
          <w:pPr>
            <w:pStyle w:val="TOC1"/>
            <w:tabs>
              <w:tab w:val="right" w:leader="dot" w:pos="8630"/>
            </w:tabs>
            <w:rPr>
              <w:rFonts w:ascii="Garamond" w:hAnsi="Garamond"/>
              <w:noProof/>
              <w:kern w:val="2"/>
              <w:sz w:val="24"/>
              <w:szCs w:val="24"/>
              <w14:ligatures w14:val="standardContextual"/>
            </w:rPr>
          </w:pPr>
          <w:hyperlink w:anchor="_Toc214830381" w:history="1">
            <w:r w:rsidRPr="00E94EEA">
              <w:rPr>
                <w:rStyle w:val="Hyperlink"/>
                <w:rFonts w:ascii="Garamond" w:hAnsi="Garamond"/>
                <w:noProof/>
                <w:sz w:val="24"/>
                <w:szCs w:val="24"/>
              </w:rPr>
              <w:t>BONUS #5 — SCALING SYSTEMS &amp; AUTOMATION GUIDE</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_Toc214830381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349</w:t>
            </w:r>
            <w:r w:rsidRPr="00E94EEA">
              <w:rPr>
                <w:rFonts w:ascii="Garamond" w:hAnsi="Garamond"/>
                <w:noProof/>
                <w:webHidden/>
                <w:sz w:val="24"/>
                <w:szCs w:val="24"/>
              </w:rPr>
              <w:fldChar w:fldCharType="end"/>
            </w:r>
          </w:hyperlink>
        </w:p>
        <w:p w14:paraId="662A08A4" w14:textId="57E37D45" w:rsidR="00E94EEA" w:rsidRPr="00E94EEA" w:rsidRDefault="00E94EEA">
          <w:pPr>
            <w:pStyle w:val="TOC2"/>
            <w:tabs>
              <w:tab w:val="right" w:leader="dot" w:pos="8630"/>
            </w:tabs>
            <w:rPr>
              <w:rFonts w:ascii="Garamond" w:hAnsi="Garamond"/>
              <w:noProof/>
              <w:kern w:val="2"/>
              <w:sz w:val="24"/>
              <w:szCs w:val="24"/>
              <w14:ligatures w14:val="standardContextual"/>
            </w:rPr>
          </w:pPr>
          <w:hyperlink w:anchor="_Toc214830382" w:history="1">
            <w:r w:rsidRPr="00E94EEA">
              <w:rPr>
                <w:rStyle w:val="Hyperlink"/>
                <w:rFonts w:ascii="Garamond" w:hAnsi="Garamond"/>
                <w:noProof/>
                <w:sz w:val="24"/>
                <w:szCs w:val="24"/>
              </w:rPr>
              <w:t>(How to Automate, Systemize &amp; Scale Your AI Income Into a Real, Sustainable Business)</w:t>
            </w:r>
            <w:r w:rsidRPr="00E94EEA">
              <w:rPr>
                <w:rFonts w:ascii="Garamond" w:hAnsi="Garamond"/>
                <w:noProof/>
                <w:webHidden/>
                <w:sz w:val="24"/>
                <w:szCs w:val="24"/>
              </w:rPr>
              <w:tab/>
            </w:r>
            <w:r w:rsidRPr="00E94EEA">
              <w:rPr>
                <w:rFonts w:ascii="Garamond" w:hAnsi="Garamond"/>
                <w:noProof/>
                <w:webHidden/>
                <w:sz w:val="24"/>
                <w:szCs w:val="24"/>
              </w:rPr>
              <w:fldChar w:fldCharType="begin"/>
            </w:r>
            <w:r w:rsidRPr="00E94EEA">
              <w:rPr>
                <w:rFonts w:ascii="Garamond" w:hAnsi="Garamond"/>
                <w:noProof/>
                <w:webHidden/>
                <w:sz w:val="24"/>
                <w:szCs w:val="24"/>
              </w:rPr>
              <w:instrText xml:space="preserve"> PAGEREF _Toc214830382 \h </w:instrText>
            </w:r>
            <w:r w:rsidRPr="00E94EEA">
              <w:rPr>
                <w:rFonts w:ascii="Garamond" w:hAnsi="Garamond"/>
                <w:noProof/>
                <w:webHidden/>
                <w:sz w:val="24"/>
                <w:szCs w:val="24"/>
              </w:rPr>
            </w:r>
            <w:r w:rsidRPr="00E94EEA">
              <w:rPr>
                <w:rFonts w:ascii="Garamond" w:hAnsi="Garamond"/>
                <w:noProof/>
                <w:webHidden/>
                <w:sz w:val="24"/>
                <w:szCs w:val="24"/>
              </w:rPr>
              <w:fldChar w:fldCharType="separate"/>
            </w:r>
            <w:r w:rsidRPr="00E94EEA">
              <w:rPr>
                <w:rFonts w:ascii="Garamond" w:hAnsi="Garamond"/>
                <w:noProof/>
                <w:webHidden/>
                <w:sz w:val="24"/>
                <w:szCs w:val="24"/>
              </w:rPr>
              <w:t>349</w:t>
            </w:r>
            <w:r w:rsidRPr="00E94EEA">
              <w:rPr>
                <w:rFonts w:ascii="Garamond" w:hAnsi="Garamond"/>
                <w:noProof/>
                <w:webHidden/>
                <w:sz w:val="24"/>
                <w:szCs w:val="24"/>
              </w:rPr>
              <w:fldChar w:fldCharType="end"/>
            </w:r>
          </w:hyperlink>
        </w:p>
        <w:p w14:paraId="612EC22F" w14:textId="4D499350" w:rsidR="00E94EEA" w:rsidRDefault="00E94EEA">
          <w:r w:rsidRPr="00E94EEA">
            <w:rPr>
              <w:rFonts w:ascii="Garamond" w:hAnsi="Garamond"/>
              <w:b/>
              <w:bCs/>
              <w:noProof/>
              <w:sz w:val="24"/>
              <w:szCs w:val="24"/>
            </w:rPr>
            <w:fldChar w:fldCharType="end"/>
          </w:r>
        </w:p>
      </w:sdtContent>
    </w:sdt>
    <w:p w14:paraId="25EF3866" w14:textId="77777777" w:rsidR="0070062C" w:rsidRDefault="0070062C"/>
    <w:p w14:paraId="3A78719C" w14:textId="77777777" w:rsidR="001A5159" w:rsidRDefault="001A5159"/>
    <w:p w14:paraId="39AB4377" w14:textId="77777777" w:rsidR="001A5159" w:rsidRDefault="001A5159"/>
    <w:p w14:paraId="42F7D17E" w14:textId="77777777" w:rsidR="00E00345" w:rsidRDefault="00E00345">
      <w:pPr>
        <w:sectPr w:rsidR="00E00345" w:rsidSect="00034616">
          <w:pgSz w:w="12240" w:h="15840"/>
          <w:pgMar w:top="1440" w:right="1800" w:bottom="1440" w:left="1800" w:header="720" w:footer="720" w:gutter="0"/>
          <w:cols w:space="720"/>
          <w:docGrid w:linePitch="360"/>
        </w:sectPr>
      </w:pPr>
    </w:p>
    <w:p w14:paraId="7A48053E" w14:textId="77777777" w:rsidR="001A5159" w:rsidRDefault="001A5159"/>
    <w:p w14:paraId="37FE13A2" w14:textId="77777777" w:rsidR="001A5159" w:rsidRDefault="00000000">
      <w:r>
        <w:rPr>
          <w:rFonts w:ascii="Garamond" w:hAnsi="Garamond"/>
          <w:sz w:val="24"/>
        </w:rPr>
        <w:t>Copyright © 2025 by Chase Powers</w:t>
      </w:r>
      <w:r>
        <w:rPr>
          <w:rFonts w:ascii="Garamond" w:hAnsi="Garamond"/>
          <w:sz w:val="24"/>
        </w:rPr>
        <w:br/>
        <w:t>All Rights Reserved.</w:t>
      </w:r>
    </w:p>
    <w:p w14:paraId="29440E49" w14:textId="77777777" w:rsidR="001A5159" w:rsidRDefault="00000000">
      <w:r>
        <w:rPr>
          <w:rFonts w:ascii="Garamond" w:hAnsi="Garamond"/>
          <w:sz w:val="24"/>
        </w:rPr>
        <w:t>No part of this publication may be reproduced, stored in a retrieval system, or transmitted in any form or by any means — electronic, mechanical, photocopying, recording, or otherwise — without prior written permission from the publisher, except for brief quotations in critical articles or reviews.</w:t>
      </w:r>
    </w:p>
    <w:p w14:paraId="32E4D798" w14:textId="77777777" w:rsidR="001A5159" w:rsidRDefault="00000000">
      <w:r>
        <w:rPr>
          <w:rFonts w:ascii="Garamond" w:hAnsi="Garamond"/>
          <w:sz w:val="24"/>
        </w:rPr>
        <w:t>This book is designed to provide accurate and authoritative information with regard to the subject matter covered. It is sold with the understanding that the author is not engaged in rendering legal, financial, or professional advice. If expert assistance is required, the services of a competent professional should be sought.</w:t>
      </w:r>
    </w:p>
    <w:p w14:paraId="102FAA3A" w14:textId="77777777" w:rsidR="001A5159" w:rsidRDefault="00000000">
      <w:r>
        <w:rPr>
          <w:rFonts w:ascii="Garamond" w:hAnsi="Garamond"/>
          <w:sz w:val="24"/>
        </w:rPr>
        <w:t>All brand names, tool names, and product references are the property of their respective owners.</w:t>
      </w:r>
    </w:p>
    <w:p w14:paraId="0FA23BE7" w14:textId="77777777" w:rsidR="001A5159" w:rsidRDefault="00000000">
      <w:r>
        <w:rPr>
          <w:rFonts w:ascii="Garamond" w:hAnsi="Garamond"/>
          <w:sz w:val="24"/>
        </w:rPr>
        <w:t>Cover design and interior formatting by Chase Powers.</w:t>
      </w:r>
    </w:p>
    <w:p w14:paraId="5DE0D5AC" w14:textId="77777777" w:rsidR="001A5159" w:rsidRDefault="00000000">
      <w:r>
        <w:rPr>
          <w:rFonts w:ascii="Garamond" w:hAnsi="Garamond"/>
          <w:sz w:val="24"/>
        </w:rPr>
        <w:t>Printed in the United States of America.</w:t>
      </w:r>
    </w:p>
    <w:p w14:paraId="064D15E1" w14:textId="77777777" w:rsidR="00673185" w:rsidRDefault="00673185">
      <w:pPr>
        <w:sectPr w:rsidR="00673185" w:rsidSect="00034616">
          <w:pgSz w:w="12240" w:h="15840"/>
          <w:pgMar w:top="1440" w:right="1800" w:bottom="1440" w:left="1800" w:header="720" w:footer="720" w:gutter="0"/>
          <w:cols w:space="720"/>
          <w:docGrid w:linePitch="360"/>
        </w:sectPr>
      </w:pPr>
    </w:p>
    <w:p w14:paraId="15720FA3" w14:textId="77777777" w:rsidR="001A5159" w:rsidRDefault="001A5159"/>
    <w:p w14:paraId="53CEA61F" w14:textId="77777777" w:rsidR="001A5159" w:rsidRDefault="00000000">
      <w:r>
        <w:rPr>
          <w:rFonts w:ascii="Garamond" w:hAnsi="Garamond"/>
          <w:sz w:val="24"/>
        </w:rPr>
        <w:t>INTRODUCTION — READ THIS FIRST</w:t>
      </w:r>
    </w:p>
    <w:p w14:paraId="39C7DF29" w14:textId="77777777" w:rsidR="001A5159" w:rsidRDefault="00000000">
      <w:r>
        <w:rPr>
          <w:rFonts w:ascii="Garamond" w:hAnsi="Garamond"/>
          <w:sz w:val="24"/>
        </w:rPr>
        <w:t>This isn’t another vague “AI will change everything” book.</w:t>
      </w:r>
    </w:p>
    <w:p w14:paraId="43C8F0F3" w14:textId="77777777" w:rsidR="001A5159" w:rsidRDefault="00000000">
      <w:r>
        <w:rPr>
          <w:rFonts w:ascii="Garamond" w:hAnsi="Garamond"/>
          <w:sz w:val="24"/>
        </w:rPr>
        <w:t>This is a field manual — a true blueprint.</w:t>
      </w:r>
    </w:p>
    <w:p w14:paraId="0ED077F1" w14:textId="77777777" w:rsidR="001A5159" w:rsidRDefault="00000000">
      <w:r>
        <w:rPr>
          <w:rFonts w:ascii="Garamond" w:hAnsi="Garamond"/>
          <w:sz w:val="24"/>
        </w:rPr>
        <w:t>Inside, you’re getting 36 clear, proven AI income blueprints — each one designed to take you from curious to getting paid as directly as possible.</w:t>
      </w:r>
    </w:p>
    <w:p w14:paraId="6E960DF9" w14:textId="77777777" w:rsidR="001A5159" w:rsidRDefault="00000000">
      <w:r>
        <w:rPr>
          <w:rFonts w:ascii="Garamond" w:hAnsi="Garamond"/>
          <w:sz w:val="24"/>
        </w:rPr>
        <w:t>No fluff.</w:t>
      </w:r>
      <w:r>
        <w:rPr>
          <w:rFonts w:ascii="Garamond" w:hAnsi="Garamond"/>
          <w:sz w:val="24"/>
        </w:rPr>
        <w:br/>
        <w:t>No theory for the sake of theory.</w:t>
      </w:r>
      <w:r>
        <w:rPr>
          <w:rFonts w:ascii="Garamond" w:hAnsi="Garamond"/>
          <w:sz w:val="24"/>
        </w:rPr>
        <w:br/>
        <w:t>No “you need to be a genius coder” nonsense.</w:t>
      </w:r>
    </w:p>
    <w:p w14:paraId="0DA2F6DB" w14:textId="77777777" w:rsidR="001A5159" w:rsidRDefault="00000000">
      <w:r>
        <w:rPr>
          <w:rFonts w:ascii="Garamond" w:hAnsi="Garamond"/>
          <w:sz w:val="24"/>
        </w:rPr>
        <w:t>You’re going to see:</w:t>
      </w:r>
    </w:p>
    <w:p w14:paraId="3FE4EA87" w14:textId="77777777" w:rsidR="001A5159" w:rsidRDefault="00000000">
      <w:r>
        <w:rPr>
          <w:rFonts w:ascii="Garamond" w:hAnsi="Garamond"/>
          <w:sz w:val="24"/>
        </w:rPr>
        <w:t xml:space="preserve">exact systems you can plug into your life and </w:t>
      </w:r>
      <w:proofErr w:type="gramStart"/>
      <w:r>
        <w:rPr>
          <w:rFonts w:ascii="Garamond" w:hAnsi="Garamond"/>
          <w:sz w:val="24"/>
        </w:rPr>
        <w:t>business</w:t>
      </w:r>
      <w:proofErr w:type="gramEnd"/>
    </w:p>
    <w:p w14:paraId="4C061502" w14:textId="77777777" w:rsidR="001A5159" w:rsidRDefault="00000000">
      <w:r>
        <w:rPr>
          <w:rFonts w:ascii="Garamond" w:hAnsi="Garamond"/>
          <w:sz w:val="24"/>
        </w:rPr>
        <w:t xml:space="preserve">step-by-step instructions laid out in plain, simple </w:t>
      </w:r>
      <w:proofErr w:type="gramStart"/>
      <w:r>
        <w:rPr>
          <w:rFonts w:ascii="Garamond" w:hAnsi="Garamond"/>
          <w:sz w:val="24"/>
        </w:rPr>
        <w:t>language</w:t>
      </w:r>
      <w:proofErr w:type="gramEnd"/>
    </w:p>
    <w:p w14:paraId="2060D102" w14:textId="77777777" w:rsidR="001A5159" w:rsidRDefault="00000000">
      <w:r>
        <w:rPr>
          <w:rFonts w:ascii="Garamond" w:hAnsi="Garamond"/>
          <w:sz w:val="24"/>
        </w:rPr>
        <w:t xml:space="preserve">beginner-friendly paths that don’t assume experience, confidence, or </w:t>
      </w:r>
      <w:proofErr w:type="gramStart"/>
      <w:r>
        <w:rPr>
          <w:rFonts w:ascii="Garamond" w:hAnsi="Garamond"/>
          <w:sz w:val="24"/>
        </w:rPr>
        <w:t>skills</w:t>
      </w:r>
      <w:proofErr w:type="gramEnd"/>
    </w:p>
    <w:p w14:paraId="3D3F070E" w14:textId="77777777" w:rsidR="001A5159" w:rsidRDefault="00000000">
      <w:r>
        <w:rPr>
          <w:rFonts w:ascii="Garamond" w:hAnsi="Garamond"/>
          <w:sz w:val="24"/>
        </w:rPr>
        <w:t xml:space="preserve">pro-level frameworks used by serious creators and </w:t>
      </w:r>
      <w:proofErr w:type="gramStart"/>
      <w:r>
        <w:rPr>
          <w:rFonts w:ascii="Garamond" w:hAnsi="Garamond"/>
          <w:sz w:val="24"/>
        </w:rPr>
        <w:t>entrepreneurs</w:t>
      </w:r>
      <w:proofErr w:type="gramEnd"/>
    </w:p>
    <w:p w14:paraId="35FE68F2" w14:textId="77777777" w:rsidR="001A5159" w:rsidRDefault="00000000">
      <w:r>
        <w:rPr>
          <w:rFonts w:ascii="Garamond" w:hAnsi="Garamond"/>
          <w:sz w:val="24"/>
        </w:rPr>
        <w:t xml:space="preserve">realistic ways to make money, not lottery-ticket </w:t>
      </w:r>
      <w:proofErr w:type="gramStart"/>
      <w:r>
        <w:rPr>
          <w:rFonts w:ascii="Garamond" w:hAnsi="Garamond"/>
          <w:sz w:val="24"/>
        </w:rPr>
        <w:t>fantasies</w:t>
      </w:r>
      <w:proofErr w:type="gramEnd"/>
    </w:p>
    <w:p w14:paraId="7C0CE2FA" w14:textId="77777777" w:rsidR="001A5159" w:rsidRDefault="00000000">
      <w:r>
        <w:rPr>
          <w:rFonts w:ascii="Garamond" w:hAnsi="Garamond"/>
          <w:sz w:val="24"/>
        </w:rPr>
        <w:t>If you’ve ever thought:</w:t>
      </w:r>
    </w:p>
    <w:p w14:paraId="156C9393" w14:textId="77777777" w:rsidR="001A5159" w:rsidRDefault="00000000">
      <w:r>
        <w:rPr>
          <w:rFonts w:ascii="Garamond" w:hAnsi="Garamond"/>
          <w:sz w:val="24"/>
        </w:rPr>
        <w:t>“I missed the boat on AI.”</w:t>
      </w:r>
    </w:p>
    <w:p w14:paraId="01662089" w14:textId="77777777" w:rsidR="001A5159" w:rsidRDefault="00000000">
      <w:r>
        <w:rPr>
          <w:rFonts w:ascii="Garamond" w:hAnsi="Garamond"/>
          <w:sz w:val="24"/>
        </w:rPr>
        <w:t>“I’m too late.”</w:t>
      </w:r>
    </w:p>
    <w:p w14:paraId="45FAC8BD" w14:textId="77777777" w:rsidR="001A5159" w:rsidRDefault="00000000">
      <w:r>
        <w:rPr>
          <w:rFonts w:ascii="Garamond" w:hAnsi="Garamond"/>
          <w:sz w:val="24"/>
        </w:rPr>
        <w:t>“I’m not technical enough.”</w:t>
      </w:r>
    </w:p>
    <w:p w14:paraId="40F3D181" w14:textId="77777777" w:rsidR="001A5159" w:rsidRDefault="00000000">
      <w:r>
        <w:rPr>
          <w:rFonts w:ascii="Garamond" w:hAnsi="Garamond"/>
          <w:sz w:val="24"/>
        </w:rPr>
        <w:t>“I don’t know where to start.”</w:t>
      </w:r>
    </w:p>
    <w:p w14:paraId="64B914CF" w14:textId="77777777" w:rsidR="001A5159" w:rsidRDefault="00000000">
      <w:r>
        <w:rPr>
          <w:rFonts w:ascii="Garamond" w:hAnsi="Garamond"/>
          <w:sz w:val="24"/>
        </w:rPr>
        <w:t>“I need to make extra cash.”</w:t>
      </w:r>
    </w:p>
    <w:p w14:paraId="2B6025F6" w14:textId="77777777" w:rsidR="001A5159" w:rsidRDefault="00000000">
      <w:r>
        <w:rPr>
          <w:rFonts w:ascii="Garamond" w:hAnsi="Garamond"/>
          <w:sz w:val="24"/>
        </w:rPr>
        <w:t>“I’m tired of working for someone else.”</w:t>
      </w:r>
    </w:p>
    <w:p w14:paraId="229D2343" w14:textId="77777777" w:rsidR="001A5159" w:rsidRDefault="00000000">
      <w:r>
        <w:rPr>
          <w:rFonts w:ascii="Garamond" w:hAnsi="Garamond"/>
          <w:sz w:val="24"/>
        </w:rPr>
        <w:t>…then you’re exactly who this book is for.</w:t>
      </w:r>
    </w:p>
    <w:p w14:paraId="015E9377" w14:textId="77777777" w:rsidR="001A5159" w:rsidRDefault="00000000">
      <w:r>
        <w:rPr>
          <w:rFonts w:ascii="Garamond" w:hAnsi="Garamond"/>
          <w:sz w:val="24"/>
        </w:rPr>
        <w:t>I’m not here to impress you with jargon.</w:t>
      </w:r>
      <w:r>
        <w:rPr>
          <w:rFonts w:ascii="Garamond" w:hAnsi="Garamond"/>
          <w:sz w:val="24"/>
        </w:rPr>
        <w:br/>
        <w:t>I’m here to give you clarity, direction, and systems that actually work.</w:t>
      </w:r>
    </w:p>
    <w:p w14:paraId="244BF2B5" w14:textId="77777777" w:rsidR="001A5159" w:rsidRDefault="00000000">
      <w:r>
        <w:rPr>
          <w:rFonts w:ascii="Garamond" w:hAnsi="Garamond"/>
          <w:sz w:val="24"/>
        </w:rPr>
        <w:t>By the time you’ve worked through even a single blueprint, you’ll know:</w:t>
      </w:r>
    </w:p>
    <w:p w14:paraId="10AABF42" w14:textId="77777777" w:rsidR="001A5159" w:rsidRDefault="00000000">
      <w:r>
        <w:rPr>
          <w:rFonts w:ascii="Garamond" w:hAnsi="Garamond"/>
          <w:sz w:val="24"/>
        </w:rPr>
        <w:t>What to offer</w:t>
      </w:r>
    </w:p>
    <w:p w14:paraId="0177FA1F" w14:textId="77777777" w:rsidR="001A5159" w:rsidRDefault="00000000">
      <w:r>
        <w:rPr>
          <w:rFonts w:ascii="Garamond" w:hAnsi="Garamond"/>
          <w:sz w:val="24"/>
        </w:rPr>
        <w:lastRenderedPageBreak/>
        <w:t>Who to offer it to</w:t>
      </w:r>
    </w:p>
    <w:p w14:paraId="72C31664" w14:textId="77777777" w:rsidR="001A5159" w:rsidRDefault="00000000">
      <w:r>
        <w:rPr>
          <w:rFonts w:ascii="Garamond" w:hAnsi="Garamond"/>
          <w:sz w:val="24"/>
        </w:rPr>
        <w:t>How to deliver it using AI</w:t>
      </w:r>
    </w:p>
    <w:p w14:paraId="413EF972" w14:textId="77777777" w:rsidR="001A5159" w:rsidRDefault="00000000">
      <w:r>
        <w:rPr>
          <w:rFonts w:ascii="Garamond" w:hAnsi="Garamond"/>
          <w:sz w:val="24"/>
        </w:rPr>
        <w:t>How to charge for it</w:t>
      </w:r>
    </w:p>
    <w:p w14:paraId="27F46275" w14:textId="77777777" w:rsidR="001A5159" w:rsidRDefault="00000000">
      <w:r>
        <w:rPr>
          <w:rFonts w:ascii="Garamond" w:hAnsi="Garamond"/>
          <w:sz w:val="24"/>
        </w:rPr>
        <w:t>How to scale it if you want more</w:t>
      </w:r>
    </w:p>
    <w:p w14:paraId="6571E663" w14:textId="77777777" w:rsidR="001A5159" w:rsidRDefault="00000000">
      <w:r>
        <w:rPr>
          <w:rFonts w:ascii="Garamond" w:hAnsi="Garamond"/>
          <w:sz w:val="24"/>
        </w:rPr>
        <w:t>You don’t need permission.</w:t>
      </w:r>
      <w:r>
        <w:rPr>
          <w:rFonts w:ascii="Garamond" w:hAnsi="Garamond"/>
          <w:sz w:val="24"/>
        </w:rPr>
        <w:br/>
        <w:t>You don’t need to wait.</w:t>
      </w:r>
      <w:r>
        <w:rPr>
          <w:rFonts w:ascii="Garamond" w:hAnsi="Garamond"/>
          <w:sz w:val="24"/>
        </w:rPr>
        <w:br/>
        <w:t>You just need a blueprint — and the decision to use it.</w:t>
      </w:r>
    </w:p>
    <w:p w14:paraId="5DA05388" w14:textId="77777777" w:rsidR="001A5159" w:rsidRDefault="00000000">
      <w:r>
        <w:rPr>
          <w:rFonts w:ascii="Garamond" w:hAnsi="Garamond"/>
          <w:sz w:val="24"/>
        </w:rPr>
        <w:t>Let’s get to work.</w:t>
      </w:r>
    </w:p>
    <w:p w14:paraId="6AB17400" w14:textId="77777777" w:rsidR="001A5159" w:rsidRDefault="00000000">
      <w:r>
        <w:rPr>
          <w:rFonts w:ascii="Garamond" w:hAnsi="Garamond"/>
          <w:sz w:val="24"/>
        </w:rPr>
        <w:t>This is a book about making money with AI — even if you’re not technical, not a “</w:t>
      </w:r>
      <w:proofErr w:type="gramStart"/>
      <w:r>
        <w:rPr>
          <w:rFonts w:ascii="Garamond" w:hAnsi="Garamond"/>
          <w:sz w:val="24"/>
        </w:rPr>
        <w:t>business person</w:t>
      </w:r>
      <w:proofErr w:type="gramEnd"/>
      <w:r>
        <w:rPr>
          <w:rFonts w:ascii="Garamond" w:hAnsi="Garamond"/>
          <w:sz w:val="24"/>
        </w:rPr>
        <w:t>,” and not sure where to start.</w:t>
      </w:r>
    </w:p>
    <w:p w14:paraId="34BC1DE9" w14:textId="77777777" w:rsidR="001A5159" w:rsidRDefault="00000000">
      <w:r>
        <w:rPr>
          <w:rFonts w:ascii="Garamond" w:hAnsi="Garamond"/>
          <w:sz w:val="24"/>
        </w:rPr>
        <w:t>It’s built to give you:</w:t>
      </w:r>
    </w:p>
    <w:p w14:paraId="2FD43B6D" w14:textId="77777777" w:rsidR="001A5159" w:rsidRDefault="00000000">
      <w:r>
        <w:rPr>
          <w:rFonts w:ascii="Garamond" w:hAnsi="Garamond"/>
          <w:sz w:val="24"/>
        </w:rPr>
        <w:t>Clear direction</w:t>
      </w:r>
    </w:p>
    <w:p w14:paraId="7BF89EE2" w14:textId="77777777" w:rsidR="001A5159" w:rsidRDefault="00000000">
      <w:r>
        <w:rPr>
          <w:rFonts w:ascii="Garamond" w:hAnsi="Garamond"/>
          <w:sz w:val="24"/>
        </w:rPr>
        <w:t>Actionable systems</w:t>
      </w:r>
    </w:p>
    <w:p w14:paraId="0BF43F96" w14:textId="77777777" w:rsidR="001A5159" w:rsidRDefault="00000000">
      <w:r>
        <w:rPr>
          <w:rFonts w:ascii="Garamond" w:hAnsi="Garamond"/>
          <w:sz w:val="24"/>
        </w:rPr>
        <w:t>Step-by-step instructions</w:t>
      </w:r>
    </w:p>
    <w:p w14:paraId="34381E28" w14:textId="77777777" w:rsidR="001A5159" w:rsidRDefault="00000000">
      <w:r>
        <w:rPr>
          <w:rFonts w:ascii="Garamond" w:hAnsi="Garamond"/>
          <w:sz w:val="24"/>
        </w:rPr>
        <w:t>Beginner-friendly paths</w:t>
      </w:r>
    </w:p>
    <w:p w14:paraId="67E9B501" w14:textId="77777777" w:rsidR="001A5159" w:rsidRDefault="00000000">
      <w:r>
        <w:rPr>
          <w:rFonts w:ascii="Garamond" w:hAnsi="Garamond"/>
          <w:sz w:val="24"/>
        </w:rPr>
        <w:t>Professional frameworks</w:t>
      </w:r>
    </w:p>
    <w:p w14:paraId="0BD1C45A" w14:textId="77777777" w:rsidR="001A5159" w:rsidRDefault="00000000">
      <w:r>
        <w:rPr>
          <w:rFonts w:ascii="Garamond" w:hAnsi="Garamond"/>
          <w:sz w:val="24"/>
        </w:rPr>
        <w:t xml:space="preserve">Zero fluff, zero hype, zero </w:t>
      </w:r>
      <w:proofErr w:type="gramStart"/>
      <w:r>
        <w:rPr>
          <w:rFonts w:ascii="Garamond" w:hAnsi="Garamond"/>
          <w:sz w:val="24"/>
        </w:rPr>
        <w:t>scams</w:t>
      </w:r>
      <w:proofErr w:type="gramEnd"/>
    </w:p>
    <w:p w14:paraId="09667422" w14:textId="77777777" w:rsidR="001A5159" w:rsidRDefault="00000000">
      <w:r>
        <w:rPr>
          <w:rFonts w:ascii="Garamond" w:hAnsi="Garamond"/>
          <w:sz w:val="24"/>
        </w:rPr>
        <w:t>Everything in these pages is grounded in practicality.</w:t>
      </w:r>
    </w:p>
    <w:p w14:paraId="3A82021C" w14:textId="77777777" w:rsidR="001A5159" w:rsidRDefault="00000000">
      <w:r>
        <w:rPr>
          <w:rFonts w:ascii="Garamond" w:hAnsi="Garamond"/>
          <w:sz w:val="24"/>
        </w:rPr>
        <w:t>If you can follow simple steps,</w:t>
      </w:r>
      <w:r>
        <w:rPr>
          <w:rFonts w:ascii="Garamond" w:hAnsi="Garamond"/>
          <w:sz w:val="24"/>
        </w:rPr>
        <w:br/>
        <w:t>you can use this book.</w:t>
      </w:r>
    </w:p>
    <w:p w14:paraId="2897CA22" w14:textId="77777777" w:rsidR="001A5159" w:rsidRDefault="001A5159"/>
    <w:p w14:paraId="62324BA6" w14:textId="77777777" w:rsidR="001A5159" w:rsidRDefault="001A5159"/>
    <w:p w14:paraId="3E8CFC37" w14:textId="77777777" w:rsidR="001A5159" w:rsidRDefault="00000000">
      <w:r>
        <w:rPr>
          <w:rFonts w:ascii="Garamond" w:hAnsi="Garamond"/>
          <w:sz w:val="24"/>
        </w:rPr>
        <w:t>Artificial intelligence isn’t “coming someday.”</w:t>
      </w:r>
      <w:r>
        <w:rPr>
          <w:rFonts w:ascii="Garamond" w:hAnsi="Garamond"/>
          <w:sz w:val="24"/>
        </w:rPr>
        <w:br/>
        <w:t>It’s here, reshaping how people work, earn, create, learn, and build opportunity — right now.</w:t>
      </w:r>
    </w:p>
    <w:p w14:paraId="41B4ACD0" w14:textId="77777777" w:rsidR="001A5159" w:rsidRDefault="00000000">
      <w:r>
        <w:rPr>
          <w:rFonts w:ascii="Garamond" w:hAnsi="Garamond"/>
          <w:sz w:val="24"/>
        </w:rPr>
        <w:t>For the first time in history, the gap between beginners and experts is shrinking.</w:t>
      </w:r>
      <w:r>
        <w:rPr>
          <w:rFonts w:ascii="Garamond" w:hAnsi="Garamond"/>
          <w:sz w:val="24"/>
        </w:rPr>
        <w:br/>
        <w:t>AI doesn’t give you an advantage because you’re smarter — it gives you an advantage because you’re willing to use it.</w:t>
      </w:r>
    </w:p>
    <w:p w14:paraId="4B567171" w14:textId="77777777" w:rsidR="001A5159" w:rsidRDefault="00000000">
      <w:r>
        <w:rPr>
          <w:rFonts w:ascii="Garamond" w:hAnsi="Garamond"/>
          <w:sz w:val="24"/>
        </w:rPr>
        <w:t>AI gives you:</w:t>
      </w:r>
    </w:p>
    <w:p w14:paraId="4E4AD9A3" w14:textId="77777777" w:rsidR="001A5159" w:rsidRDefault="00000000">
      <w:r>
        <w:rPr>
          <w:rFonts w:ascii="Garamond" w:hAnsi="Garamond"/>
          <w:sz w:val="24"/>
        </w:rPr>
        <w:lastRenderedPageBreak/>
        <w:t>speed</w:t>
      </w:r>
    </w:p>
    <w:p w14:paraId="288C1709" w14:textId="77777777" w:rsidR="001A5159" w:rsidRDefault="00000000">
      <w:r>
        <w:rPr>
          <w:rFonts w:ascii="Garamond" w:hAnsi="Garamond"/>
          <w:sz w:val="24"/>
        </w:rPr>
        <w:t>leverage</w:t>
      </w:r>
    </w:p>
    <w:p w14:paraId="215C7F6D" w14:textId="77777777" w:rsidR="001A5159" w:rsidRDefault="00000000">
      <w:r>
        <w:rPr>
          <w:rFonts w:ascii="Garamond" w:hAnsi="Garamond"/>
          <w:sz w:val="24"/>
        </w:rPr>
        <w:t>confidence</w:t>
      </w:r>
    </w:p>
    <w:p w14:paraId="74913330" w14:textId="77777777" w:rsidR="001A5159" w:rsidRDefault="00000000">
      <w:r>
        <w:rPr>
          <w:rFonts w:ascii="Garamond" w:hAnsi="Garamond"/>
          <w:sz w:val="24"/>
        </w:rPr>
        <w:t>shortcuts</w:t>
      </w:r>
    </w:p>
    <w:p w14:paraId="0165BA4B" w14:textId="77777777" w:rsidR="001A5159" w:rsidRDefault="00000000">
      <w:r>
        <w:rPr>
          <w:rFonts w:ascii="Garamond" w:hAnsi="Garamond"/>
          <w:sz w:val="24"/>
        </w:rPr>
        <w:t>professional output</w:t>
      </w:r>
    </w:p>
    <w:p w14:paraId="36A87A7B" w14:textId="77777777" w:rsidR="001A5159" w:rsidRDefault="00000000">
      <w:r>
        <w:rPr>
          <w:rFonts w:ascii="Garamond" w:hAnsi="Garamond"/>
          <w:sz w:val="24"/>
        </w:rPr>
        <w:t xml:space="preserve">profitable skillsets you can learn in </w:t>
      </w:r>
      <w:proofErr w:type="gramStart"/>
      <w:r>
        <w:rPr>
          <w:rFonts w:ascii="Garamond" w:hAnsi="Garamond"/>
          <w:sz w:val="24"/>
        </w:rPr>
        <w:t>minutes</w:t>
      </w:r>
      <w:proofErr w:type="gramEnd"/>
    </w:p>
    <w:p w14:paraId="786F931A" w14:textId="77777777" w:rsidR="001A5159" w:rsidRDefault="00000000">
      <w:r>
        <w:rPr>
          <w:rFonts w:ascii="Garamond" w:hAnsi="Garamond"/>
          <w:sz w:val="24"/>
        </w:rPr>
        <w:t>And most importantly:</w:t>
      </w:r>
    </w:p>
    <w:p w14:paraId="6B6B509E" w14:textId="77777777" w:rsidR="001A5159" w:rsidRDefault="00000000">
      <w:r>
        <w:rPr>
          <w:rFonts w:ascii="Garamond" w:hAnsi="Garamond"/>
          <w:sz w:val="24"/>
        </w:rPr>
        <w:t>AI gives you options.</w:t>
      </w:r>
    </w:p>
    <w:p w14:paraId="0F00A720" w14:textId="77777777" w:rsidR="001A5159" w:rsidRDefault="00000000">
      <w:r>
        <w:rPr>
          <w:rFonts w:ascii="Garamond" w:hAnsi="Garamond"/>
          <w:sz w:val="24"/>
        </w:rPr>
        <w:t>If you need extra income…</w:t>
      </w:r>
      <w:r>
        <w:rPr>
          <w:rFonts w:ascii="Garamond" w:hAnsi="Garamond"/>
          <w:sz w:val="24"/>
        </w:rPr>
        <w:br/>
        <w:t>If you’re tired of depending on one employer…</w:t>
      </w:r>
      <w:r>
        <w:rPr>
          <w:rFonts w:ascii="Garamond" w:hAnsi="Garamond"/>
          <w:sz w:val="24"/>
        </w:rPr>
        <w:br/>
        <w:t>If you want a new path…</w:t>
      </w:r>
      <w:r>
        <w:rPr>
          <w:rFonts w:ascii="Garamond" w:hAnsi="Garamond"/>
          <w:sz w:val="24"/>
        </w:rPr>
        <w:br/>
        <w:t>If you want financial breathing room…</w:t>
      </w:r>
      <w:r>
        <w:rPr>
          <w:rFonts w:ascii="Garamond" w:hAnsi="Garamond"/>
          <w:sz w:val="24"/>
        </w:rPr>
        <w:br/>
        <w:t>If you want to build something of your own…</w:t>
      </w:r>
    </w:p>
    <w:p w14:paraId="2718357E" w14:textId="77777777" w:rsidR="001A5159" w:rsidRDefault="00000000">
      <w:r>
        <w:rPr>
          <w:rFonts w:ascii="Garamond" w:hAnsi="Garamond"/>
          <w:sz w:val="24"/>
        </w:rPr>
        <w:t>AI makes that realistic, accessible, and achievable.</w:t>
      </w:r>
    </w:p>
    <w:p w14:paraId="66C8E575" w14:textId="77777777" w:rsidR="001A5159" w:rsidRDefault="00000000">
      <w:r>
        <w:rPr>
          <w:rFonts w:ascii="Garamond" w:hAnsi="Garamond"/>
          <w:sz w:val="24"/>
        </w:rPr>
        <w:t>This book is your roadmap for doing it without confusion or overwhelm.</w:t>
      </w:r>
      <w:r>
        <w:rPr>
          <w:rFonts w:ascii="Garamond" w:hAnsi="Garamond"/>
          <w:sz w:val="24"/>
        </w:rPr>
        <w:br/>
        <w:t>You don’t need a tech background.</w:t>
      </w:r>
      <w:r>
        <w:rPr>
          <w:rFonts w:ascii="Garamond" w:hAnsi="Garamond"/>
          <w:sz w:val="24"/>
        </w:rPr>
        <w:br/>
        <w:t>You don’t need a business background.</w:t>
      </w:r>
      <w:r>
        <w:rPr>
          <w:rFonts w:ascii="Garamond" w:hAnsi="Garamond"/>
          <w:sz w:val="24"/>
        </w:rPr>
        <w:br/>
        <w:t>You don’t need to be “early.”</w:t>
      </w:r>
    </w:p>
    <w:p w14:paraId="4417ACAB" w14:textId="77777777" w:rsidR="001A5159" w:rsidRDefault="00000000">
      <w:r>
        <w:rPr>
          <w:rFonts w:ascii="Garamond" w:hAnsi="Garamond"/>
          <w:sz w:val="24"/>
        </w:rPr>
        <w:t xml:space="preserve">Right </w:t>
      </w:r>
      <w:proofErr w:type="gramStart"/>
      <w:r>
        <w:rPr>
          <w:rFonts w:ascii="Garamond" w:hAnsi="Garamond"/>
          <w:sz w:val="24"/>
        </w:rPr>
        <w:t>now</w:t>
      </w:r>
      <w:proofErr w:type="gramEnd"/>
      <w:r>
        <w:rPr>
          <w:rFonts w:ascii="Garamond" w:hAnsi="Garamond"/>
          <w:sz w:val="24"/>
        </w:rPr>
        <w:t xml:space="preserve"> is early.</w:t>
      </w:r>
    </w:p>
    <w:p w14:paraId="5B47FCED" w14:textId="77777777" w:rsidR="001A5159" w:rsidRDefault="001A5159"/>
    <w:p w14:paraId="73BF0402" w14:textId="77777777" w:rsidR="001A5159" w:rsidRDefault="00000000">
      <w:r>
        <w:rPr>
          <w:rFonts w:ascii="Garamond" w:hAnsi="Garamond"/>
          <w:sz w:val="24"/>
        </w:rPr>
        <w:t>HOW TO USE THIS BOOK</w:t>
      </w:r>
    </w:p>
    <w:p w14:paraId="0209C0DC" w14:textId="77777777" w:rsidR="001A5159" w:rsidRDefault="00000000">
      <w:r>
        <w:rPr>
          <w:rFonts w:ascii="Garamond" w:hAnsi="Garamond"/>
          <w:sz w:val="24"/>
        </w:rPr>
        <w:t>This is not a book you read once and put on a shelf.</w:t>
      </w:r>
      <w:r>
        <w:rPr>
          <w:rFonts w:ascii="Garamond" w:hAnsi="Garamond"/>
          <w:sz w:val="24"/>
        </w:rPr>
        <w:br/>
        <w:t xml:space="preserve">This is a tool, a playbook, and a reference manual for </w:t>
      </w:r>
      <w:proofErr w:type="gramStart"/>
      <w:r>
        <w:rPr>
          <w:rFonts w:ascii="Garamond" w:hAnsi="Garamond"/>
          <w:sz w:val="24"/>
        </w:rPr>
        <w:t>earning with</w:t>
      </w:r>
      <w:proofErr w:type="gramEnd"/>
      <w:r>
        <w:rPr>
          <w:rFonts w:ascii="Garamond" w:hAnsi="Garamond"/>
          <w:sz w:val="24"/>
        </w:rPr>
        <w:t xml:space="preserve"> AI.</w:t>
      </w:r>
    </w:p>
    <w:p w14:paraId="4B385C69" w14:textId="77777777" w:rsidR="001A5159" w:rsidRDefault="00000000">
      <w:r>
        <w:rPr>
          <w:rFonts w:ascii="Garamond" w:hAnsi="Garamond"/>
          <w:sz w:val="24"/>
        </w:rPr>
        <w:t>Here’s the simplest way to get the most out of it:</w:t>
      </w:r>
    </w:p>
    <w:p w14:paraId="4C3E1398" w14:textId="77777777" w:rsidR="001A5159" w:rsidRDefault="00000000">
      <w:r>
        <w:rPr>
          <w:rFonts w:ascii="Garamond" w:hAnsi="Garamond"/>
          <w:sz w:val="24"/>
        </w:rPr>
        <w:t xml:space="preserve">✔ 1. Start with ONE </w:t>
      </w:r>
      <w:proofErr w:type="gramStart"/>
      <w:r>
        <w:rPr>
          <w:rFonts w:ascii="Garamond" w:hAnsi="Garamond"/>
          <w:sz w:val="24"/>
        </w:rPr>
        <w:t>blueprint</w:t>
      </w:r>
      <w:proofErr w:type="gramEnd"/>
    </w:p>
    <w:p w14:paraId="04828AD6" w14:textId="77777777" w:rsidR="001A5159" w:rsidRDefault="00000000">
      <w:r>
        <w:rPr>
          <w:rFonts w:ascii="Garamond" w:hAnsi="Garamond"/>
          <w:sz w:val="24"/>
        </w:rPr>
        <w:t>Don’t try to master all 36 at once.</w:t>
      </w:r>
      <w:r>
        <w:rPr>
          <w:rFonts w:ascii="Garamond" w:hAnsi="Garamond"/>
          <w:sz w:val="24"/>
        </w:rPr>
        <w:br/>
        <w:t>Pick the one that feels doable right now.</w:t>
      </w:r>
    </w:p>
    <w:p w14:paraId="1F14D457" w14:textId="77777777" w:rsidR="001A5159" w:rsidRDefault="00000000">
      <w:r>
        <w:rPr>
          <w:rFonts w:ascii="Garamond" w:hAnsi="Garamond"/>
          <w:sz w:val="24"/>
        </w:rPr>
        <w:t xml:space="preserve">✔ 2. Follow the steps </w:t>
      </w:r>
      <w:proofErr w:type="gramStart"/>
      <w:r>
        <w:rPr>
          <w:rFonts w:ascii="Garamond" w:hAnsi="Garamond"/>
          <w:sz w:val="24"/>
        </w:rPr>
        <w:t>exactly</w:t>
      </w:r>
      <w:proofErr w:type="gramEnd"/>
    </w:p>
    <w:p w14:paraId="7D22C19A" w14:textId="77777777" w:rsidR="001A5159" w:rsidRDefault="00000000">
      <w:r>
        <w:rPr>
          <w:rFonts w:ascii="Garamond" w:hAnsi="Garamond"/>
          <w:sz w:val="24"/>
        </w:rPr>
        <w:lastRenderedPageBreak/>
        <w:t>Each blueprint is designed like a recipe:</w:t>
      </w:r>
      <w:r>
        <w:rPr>
          <w:rFonts w:ascii="Garamond" w:hAnsi="Garamond"/>
          <w:sz w:val="24"/>
        </w:rPr>
        <w:br/>
        <w:t>Clear inputs → clear steps → clear output → clear payoff.</w:t>
      </w:r>
    </w:p>
    <w:p w14:paraId="396A3365" w14:textId="77777777" w:rsidR="001A5159" w:rsidRDefault="00000000">
      <w:r>
        <w:rPr>
          <w:rFonts w:ascii="Garamond" w:hAnsi="Garamond"/>
          <w:sz w:val="24"/>
        </w:rPr>
        <w:t xml:space="preserve">✔ 3. Aim for your first small </w:t>
      </w:r>
      <w:proofErr w:type="gramStart"/>
      <w:r>
        <w:rPr>
          <w:rFonts w:ascii="Garamond" w:hAnsi="Garamond"/>
          <w:sz w:val="24"/>
        </w:rPr>
        <w:t>win</w:t>
      </w:r>
      <w:proofErr w:type="gramEnd"/>
    </w:p>
    <w:p w14:paraId="3A428CAC" w14:textId="77777777" w:rsidR="001A5159" w:rsidRDefault="00000000">
      <w:r>
        <w:rPr>
          <w:rFonts w:ascii="Garamond" w:hAnsi="Garamond"/>
          <w:sz w:val="24"/>
        </w:rPr>
        <w:t xml:space="preserve">Your goal is not </w:t>
      </w:r>
      <w:proofErr w:type="gramStart"/>
      <w:r>
        <w:rPr>
          <w:rFonts w:ascii="Garamond" w:hAnsi="Garamond"/>
          <w:sz w:val="24"/>
        </w:rPr>
        <w:t>perfection</w:t>
      </w:r>
      <w:proofErr w:type="gramEnd"/>
      <w:r>
        <w:rPr>
          <w:rFonts w:ascii="Garamond" w:hAnsi="Garamond"/>
          <w:sz w:val="24"/>
        </w:rPr>
        <w:t>.</w:t>
      </w:r>
      <w:r>
        <w:rPr>
          <w:rFonts w:ascii="Garamond" w:hAnsi="Garamond"/>
          <w:sz w:val="24"/>
        </w:rPr>
        <w:br/>
        <w:t>Your goal is MOMENTUM.</w:t>
      </w:r>
      <w:r>
        <w:rPr>
          <w:rFonts w:ascii="Garamond" w:hAnsi="Garamond"/>
          <w:sz w:val="24"/>
        </w:rPr>
        <w:br/>
        <w:t>Your first $20 → $50 → $200 matters more than anything.</w:t>
      </w:r>
    </w:p>
    <w:p w14:paraId="261B7A4D" w14:textId="77777777" w:rsidR="001A5159" w:rsidRDefault="00000000">
      <w:r>
        <w:rPr>
          <w:rFonts w:ascii="Garamond" w:hAnsi="Garamond"/>
          <w:sz w:val="24"/>
        </w:rPr>
        <w:t xml:space="preserve">✔ 4. Return as your confidence </w:t>
      </w:r>
      <w:proofErr w:type="gramStart"/>
      <w:r>
        <w:rPr>
          <w:rFonts w:ascii="Garamond" w:hAnsi="Garamond"/>
          <w:sz w:val="24"/>
        </w:rPr>
        <w:t>grows</w:t>
      </w:r>
      <w:proofErr w:type="gramEnd"/>
    </w:p>
    <w:p w14:paraId="072FB152" w14:textId="77777777" w:rsidR="001A5159" w:rsidRDefault="00000000">
      <w:r>
        <w:rPr>
          <w:rFonts w:ascii="Garamond" w:hAnsi="Garamond"/>
          <w:sz w:val="24"/>
        </w:rPr>
        <w:t>You will outgrow your first blueprint.</w:t>
      </w:r>
      <w:r>
        <w:rPr>
          <w:rFonts w:ascii="Garamond" w:hAnsi="Garamond"/>
          <w:sz w:val="24"/>
        </w:rPr>
        <w:br/>
        <w:t>That’s on purpose.</w:t>
      </w:r>
      <w:r>
        <w:rPr>
          <w:rFonts w:ascii="Garamond" w:hAnsi="Garamond"/>
          <w:sz w:val="24"/>
        </w:rPr>
        <w:br/>
        <w:t>This book is meant to grow with you.</w:t>
      </w:r>
    </w:p>
    <w:p w14:paraId="4BB245FE" w14:textId="77777777" w:rsidR="001A5159" w:rsidRDefault="00000000">
      <w:r>
        <w:rPr>
          <w:rFonts w:ascii="Garamond" w:hAnsi="Garamond"/>
          <w:sz w:val="24"/>
        </w:rPr>
        <w:t xml:space="preserve">✔ 5. Use the tools, don’t fear </w:t>
      </w:r>
      <w:proofErr w:type="gramStart"/>
      <w:r>
        <w:rPr>
          <w:rFonts w:ascii="Garamond" w:hAnsi="Garamond"/>
          <w:sz w:val="24"/>
        </w:rPr>
        <w:t>them</w:t>
      </w:r>
      <w:proofErr w:type="gramEnd"/>
    </w:p>
    <w:p w14:paraId="11340BC0" w14:textId="77777777" w:rsidR="001A5159" w:rsidRDefault="00000000">
      <w:r>
        <w:rPr>
          <w:rFonts w:ascii="Garamond" w:hAnsi="Garamond"/>
          <w:sz w:val="24"/>
        </w:rPr>
        <w:t>AI isn’t here to replace you — it’s here to amplify you.</w:t>
      </w:r>
    </w:p>
    <w:p w14:paraId="14B37C80" w14:textId="77777777" w:rsidR="001A5159" w:rsidRDefault="00000000">
      <w:r>
        <w:rPr>
          <w:rFonts w:ascii="Garamond" w:hAnsi="Garamond"/>
          <w:sz w:val="24"/>
        </w:rPr>
        <w:t>If you can follow simple instructions, you can use this book.</w:t>
      </w:r>
      <w:r>
        <w:rPr>
          <w:rFonts w:ascii="Garamond" w:hAnsi="Garamond"/>
          <w:sz w:val="24"/>
        </w:rPr>
        <w:br/>
        <w:t>If you can use this book, you can make money with AI.</w:t>
      </w:r>
    </w:p>
    <w:p w14:paraId="44BBF35F" w14:textId="77777777" w:rsidR="001A5159" w:rsidRDefault="001A5159"/>
    <w:p w14:paraId="7974582D" w14:textId="77777777" w:rsidR="001A5159" w:rsidRDefault="00000000">
      <w:r>
        <w:rPr>
          <w:rFonts w:ascii="Garamond" w:hAnsi="Garamond"/>
          <w:sz w:val="24"/>
        </w:rPr>
        <w:t>Most AI income content is:</w:t>
      </w:r>
    </w:p>
    <w:p w14:paraId="7F67C049" w14:textId="77777777" w:rsidR="001A5159" w:rsidRDefault="00000000">
      <w:r>
        <w:rPr>
          <w:rFonts w:ascii="Garamond" w:hAnsi="Garamond"/>
          <w:sz w:val="24"/>
        </w:rPr>
        <w:t>vague</w:t>
      </w:r>
    </w:p>
    <w:p w14:paraId="4A48C028" w14:textId="77777777" w:rsidR="001A5159" w:rsidRDefault="00000000">
      <w:r>
        <w:rPr>
          <w:rFonts w:ascii="Garamond" w:hAnsi="Garamond"/>
          <w:sz w:val="24"/>
        </w:rPr>
        <w:t>hype-driven</w:t>
      </w:r>
    </w:p>
    <w:p w14:paraId="6400A050" w14:textId="77777777" w:rsidR="001A5159" w:rsidRDefault="00000000">
      <w:r>
        <w:rPr>
          <w:rFonts w:ascii="Garamond" w:hAnsi="Garamond"/>
          <w:sz w:val="24"/>
        </w:rPr>
        <w:t>unrealistic</w:t>
      </w:r>
    </w:p>
    <w:p w14:paraId="0712F87B" w14:textId="77777777" w:rsidR="001A5159" w:rsidRDefault="00000000">
      <w:r>
        <w:rPr>
          <w:rFonts w:ascii="Garamond" w:hAnsi="Garamond"/>
          <w:sz w:val="24"/>
        </w:rPr>
        <w:t>complicated</w:t>
      </w:r>
    </w:p>
    <w:p w14:paraId="7DD32ADF" w14:textId="77777777" w:rsidR="001A5159" w:rsidRDefault="00000000">
      <w:r>
        <w:rPr>
          <w:rFonts w:ascii="Garamond" w:hAnsi="Garamond"/>
          <w:sz w:val="24"/>
        </w:rPr>
        <w:t>buried in jargon</w:t>
      </w:r>
    </w:p>
    <w:p w14:paraId="2920A2F3" w14:textId="77777777" w:rsidR="001A5159" w:rsidRDefault="00000000">
      <w:r>
        <w:rPr>
          <w:rFonts w:ascii="Garamond" w:hAnsi="Garamond"/>
          <w:sz w:val="24"/>
        </w:rPr>
        <w:t>This book is the opposite.</w:t>
      </w:r>
    </w:p>
    <w:p w14:paraId="64181A85" w14:textId="77777777" w:rsidR="001A5159" w:rsidRDefault="00000000">
      <w:r>
        <w:rPr>
          <w:rFonts w:ascii="Garamond" w:hAnsi="Garamond"/>
          <w:sz w:val="24"/>
        </w:rPr>
        <w:t>Everything here is:</w:t>
      </w:r>
    </w:p>
    <w:p w14:paraId="0BBE3CC8" w14:textId="77777777" w:rsidR="001A5159" w:rsidRDefault="00000000">
      <w:r>
        <w:rPr>
          <w:rFonts w:ascii="Garamond" w:hAnsi="Garamond"/>
          <w:sz w:val="24"/>
        </w:rPr>
        <w:t>practical</w:t>
      </w:r>
    </w:p>
    <w:p w14:paraId="1C2E7DAE" w14:textId="77777777" w:rsidR="001A5159" w:rsidRDefault="00000000">
      <w:r>
        <w:rPr>
          <w:rFonts w:ascii="Garamond" w:hAnsi="Garamond"/>
          <w:sz w:val="24"/>
        </w:rPr>
        <w:t>clear</w:t>
      </w:r>
    </w:p>
    <w:p w14:paraId="3E983874" w14:textId="77777777" w:rsidR="001A5159" w:rsidRDefault="00000000">
      <w:r>
        <w:rPr>
          <w:rFonts w:ascii="Garamond" w:hAnsi="Garamond"/>
          <w:sz w:val="24"/>
        </w:rPr>
        <w:t>step-by-step</w:t>
      </w:r>
    </w:p>
    <w:p w14:paraId="70BA957A" w14:textId="77777777" w:rsidR="001A5159" w:rsidRDefault="00000000">
      <w:proofErr w:type="gramStart"/>
      <w:r>
        <w:rPr>
          <w:rFonts w:ascii="Garamond" w:hAnsi="Garamond"/>
          <w:sz w:val="24"/>
        </w:rPr>
        <w:t>beginner</w:t>
      </w:r>
      <w:proofErr w:type="gramEnd"/>
      <w:r>
        <w:rPr>
          <w:rFonts w:ascii="Garamond" w:hAnsi="Garamond"/>
          <w:sz w:val="24"/>
        </w:rPr>
        <w:t>-friendly</w:t>
      </w:r>
    </w:p>
    <w:p w14:paraId="41055345" w14:textId="77777777" w:rsidR="001A5159" w:rsidRDefault="00000000">
      <w:proofErr w:type="gramStart"/>
      <w:r>
        <w:rPr>
          <w:rFonts w:ascii="Garamond" w:hAnsi="Garamond"/>
          <w:sz w:val="24"/>
        </w:rPr>
        <w:lastRenderedPageBreak/>
        <w:t>tested</w:t>
      </w:r>
      <w:proofErr w:type="gramEnd"/>
    </w:p>
    <w:p w14:paraId="045851EA" w14:textId="77777777" w:rsidR="001A5159" w:rsidRDefault="00000000">
      <w:r>
        <w:rPr>
          <w:rFonts w:ascii="Garamond" w:hAnsi="Garamond"/>
          <w:sz w:val="24"/>
        </w:rPr>
        <w:t>duplicatable</w:t>
      </w:r>
    </w:p>
    <w:p w14:paraId="4B4B3B4C" w14:textId="77777777" w:rsidR="001A5159" w:rsidRDefault="00000000">
      <w:r>
        <w:rPr>
          <w:rFonts w:ascii="Garamond" w:hAnsi="Garamond"/>
          <w:sz w:val="24"/>
        </w:rPr>
        <w:t xml:space="preserve">built for people who </w:t>
      </w:r>
      <w:proofErr w:type="gramStart"/>
      <w:r>
        <w:rPr>
          <w:rFonts w:ascii="Garamond" w:hAnsi="Garamond"/>
          <w:sz w:val="24"/>
        </w:rPr>
        <w:t>need</w:t>
      </w:r>
      <w:proofErr w:type="gramEnd"/>
      <w:r>
        <w:rPr>
          <w:rFonts w:ascii="Garamond" w:hAnsi="Garamond"/>
          <w:sz w:val="24"/>
        </w:rPr>
        <w:t xml:space="preserve"> results </w:t>
      </w:r>
      <w:proofErr w:type="gramStart"/>
      <w:r>
        <w:rPr>
          <w:rFonts w:ascii="Garamond" w:hAnsi="Garamond"/>
          <w:sz w:val="24"/>
        </w:rPr>
        <w:t>fast</w:t>
      </w:r>
      <w:proofErr w:type="gramEnd"/>
    </w:p>
    <w:p w14:paraId="202EC2C7" w14:textId="77777777" w:rsidR="001A5159" w:rsidRDefault="00000000">
      <w:r>
        <w:rPr>
          <w:rFonts w:ascii="Garamond" w:hAnsi="Garamond"/>
          <w:sz w:val="24"/>
        </w:rPr>
        <w:t>There are no miracle claims.</w:t>
      </w:r>
      <w:r>
        <w:rPr>
          <w:rFonts w:ascii="Garamond" w:hAnsi="Garamond"/>
          <w:sz w:val="24"/>
        </w:rPr>
        <w:br/>
        <w:t>No “get rich yesterday” fantasy.</w:t>
      </w:r>
      <w:r>
        <w:rPr>
          <w:rFonts w:ascii="Garamond" w:hAnsi="Garamond"/>
          <w:sz w:val="24"/>
        </w:rPr>
        <w:br/>
        <w:t>No filler.</w:t>
      </w:r>
    </w:p>
    <w:p w14:paraId="3CF322E9" w14:textId="77777777" w:rsidR="001A5159" w:rsidRDefault="00000000">
      <w:r>
        <w:rPr>
          <w:rFonts w:ascii="Garamond" w:hAnsi="Garamond"/>
          <w:sz w:val="24"/>
        </w:rPr>
        <w:t>You will know exactly what to do, why it works, and how to start immediately, even if you have never earned online before.</w:t>
      </w:r>
    </w:p>
    <w:p w14:paraId="568F1D95" w14:textId="77777777" w:rsidR="001A5159" w:rsidRDefault="00000000">
      <w:r>
        <w:rPr>
          <w:rFonts w:ascii="Garamond" w:hAnsi="Garamond"/>
          <w:sz w:val="24"/>
        </w:rPr>
        <w:t>This book delivers clarity — not confusion.</w:t>
      </w:r>
    </w:p>
    <w:p w14:paraId="4B6ECE45" w14:textId="77777777" w:rsidR="001A5159" w:rsidRDefault="001A5159"/>
    <w:p w14:paraId="74EC118B" w14:textId="77777777" w:rsidR="001A5159" w:rsidRDefault="00000000">
      <w:r>
        <w:rPr>
          <w:rFonts w:ascii="Garamond" w:hAnsi="Garamond"/>
          <w:sz w:val="24"/>
        </w:rPr>
        <w:t>If you use even one blueprint in this book, you will:</w:t>
      </w:r>
    </w:p>
    <w:p w14:paraId="1F69F197" w14:textId="77777777" w:rsidR="001A5159" w:rsidRDefault="00000000">
      <w:r>
        <w:rPr>
          <w:rFonts w:ascii="Garamond" w:hAnsi="Garamond"/>
          <w:sz w:val="24"/>
        </w:rPr>
        <w:t xml:space="preserve">build a valuable </w:t>
      </w:r>
      <w:proofErr w:type="gramStart"/>
      <w:r>
        <w:rPr>
          <w:rFonts w:ascii="Garamond" w:hAnsi="Garamond"/>
          <w:sz w:val="24"/>
        </w:rPr>
        <w:t>skill</w:t>
      </w:r>
      <w:proofErr w:type="gramEnd"/>
    </w:p>
    <w:p w14:paraId="3E65FD81" w14:textId="77777777" w:rsidR="001A5159" w:rsidRDefault="00000000">
      <w:proofErr w:type="gramStart"/>
      <w:r>
        <w:rPr>
          <w:rFonts w:ascii="Garamond" w:hAnsi="Garamond"/>
          <w:sz w:val="24"/>
        </w:rPr>
        <w:t>produce</w:t>
      </w:r>
      <w:proofErr w:type="gramEnd"/>
      <w:r>
        <w:rPr>
          <w:rFonts w:ascii="Garamond" w:hAnsi="Garamond"/>
          <w:sz w:val="24"/>
        </w:rPr>
        <w:t xml:space="preserve"> professional </w:t>
      </w:r>
      <w:proofErr w:type="gramStart"/>
      <w:r>
        <w:rPr>
          <w:rFonts w:ascii="Garamond" w:hAnsi="Garamond"/>
          <w:sz w:val="24"/>
        </w:rPr>
        <w:t>results</w:t>
      </w:r>
      <w:proofErr w:type="gramEnd"/>
    </w:p>
    <w:p w14:paraId="69BB1AEC" w14:textId="77777777" w:rsidR="001A5159" w:rsidRDefault="00000000">
      <w:r>
        <w:rPr>
          <w:rFonts w:ascii="Garamond" w:hAnsi="Garamond"/>
          <w:sz w:val="24"/>
        </w:rPr>
        <w:t xml:space="preserve">feel confident offering real </w:t>
      </w:r>
      <w:proofErr w:type="gramStart"/>
      <w:r>
        <w:rPr>
          <w:rFonts w:ascii="Garamond" w:hAnsi="Garamond"/>
          <w:sz w:val="24"/>
        </w:rPr>
        <w:t>services</w:t>
      </w:r>
      <w:proofErr w:type="gramEnd"/>
    </w:p>
    <w:p w14:paraId="4A04C080" w14:textId="77777777" w:rsidR="001A5159" w:rsidRDefault="00000000">
      <w:r>
        <w:rPr>
          <w:rFonts w:ascii="Garamond" w:hAnsi="Garamond"/>
          <w:sz w:val="24"/>
        </w:rPr>
        <w:t xml:space="preserve">create assets that can earn </w:t>
      </w:r>
      <w:proofErr w:type="gramStart"/>
      <w:r>
        <w:rPr>
          <w:rFonts w:ascii="Garamond" w:hAnsi="Garamond"/>
          <w:sz w:val="24"/>
        </w:rPr>
        <w:t>long-term</w:t>
      </w:r>
      <w:proofErr w:type="gramEnd"/>
    </w:p>
    <w:p w14:paraId="3359D680" w14:textId="77777777" w:rsidR="001A5159" w:rsidRDefault="00000000">
      <w:r>
        <w:rPr>
          <w:rFonts w:ascii="Garamond" w:hAnsi="Garamond"/>
          <w:sz w:val="24"/>
        </w:rPr>
        <w:t xml:space="preserve">gain control over your </w:t>
      </w:r>
      <w:proofErr w:type="gramStart"/>
      <w:r>
        <w:rPr>
          <w:rFonts w:ascii="Garamond" w:hAnsi="Garamond"/>
          <w:sz w:val="24"/>
        </w:rPr>
        <w:t>income</w:t>
      </w:r>
      <w:proofErr w:type="gramEnd"/>
    </w:p>
    <w:p w14:paraId="1886CAD6" w14:textId="77777777" w:rsidR="001A5159" w:rsidRDefault="00000000">
      <w:r>
        <w:rPr>
          <w:rFonts w:ascii="Garamond" w:hAnsi="Garamond"/>
          <w:sz w:val="24"/>
        </w:rPr>
        <w:t xml:space="preserve">unlock real </w:t>
      </w:r>
      <w:proofErr w:type="gramStart"/>
      <w:r>
        <w:rPr>
          <w:rFonts w:ascii="Garamond" w:hAnsi="Garamond"/>
          <w:sz w:val="24"/>
        </w:rPr>
        <w:t>opportunity</w:t>
      </w:r>
      <w:proofErr w:type="gramEnd"/>
    </w:p>
    <w:p w14:paraId="06204186" w14:textId="77777777" w:rsidR="001A5159" w:rsidRDefault="00000000">
      <w:r>
        <w:rPr>
          <w:rFonts w:ascii="Garamond" w:hAnsi="Garamond"/>
          <w:sz w:val="24"/>
        </w:rPr>
        <w:t>This isn’t about becoming a millionaire overnight.</w:t>
      </w:r>
      <w:r>
        <w:rPr>
          <w:rFonts w:ascii="Garamond" w:hAnsi="Garamond"/>
          <w:sz w:val="24"/>
        </w:rPr>
        <w:br/>
        <w:t>This is about becoming capable, prepared, and empowered in a world that is moving fast.</w:t>
      </w:r>
    </w:p>
    <w:p w14:paraId="1E7E53A0" w14:textId="77777777" w:rsidR="001A5159" w:rsidRDefault="00000000">
      <w:r>
        <w:rPr>
          <w:rFonts w:ascii="Garamond" w:hAnsi="Garamond"/>
          <w:sz w:val="24"/>
        </w:rPr>
        <w:t>You’re here at the perfect time.</w:t>
      </w:r>
    </w:p>
    <w:p w14:paraId="6F5ADF76" w14:textId="77777777" w:rsidR="001A5159" w:rsidRDefault="00000000">
      <w:r>
        <w:rPr>
          <w:rFonts w:ascii="Garamond" w:hAnsi="Garamond"/>
          <w:sz w:val="24"/>
        </w:rPr>
        <w:t>You don’t need to know everything.</w:t>
      </w:r>
      <w:r>
        <w:rPr>
          <w:rFonts w:ascii="Garamond" w:hAnsi="Garamond"/>
          <w:sz w:val="24"/>
        </w:rPr>
        <w:br/>
        <w:t>You don’t need to feel ready.</w:t>
      </w:r>
      <w:r>
        <w:rPr>
          <w:rFonts w:ascii="Garamond" w:hAnsi="Garamond"/>
          <w:sz w:val="24"/>
        </w:rPr>
        <w:br/>
        <w:t>You just need to begin.</w:t>
      </w:r>
    </w:p>
    <w:p w14:paraId="0C3BB6DE" w14:textId="77777777" w:rsidR="001A5159" w:rsidRDefault="00000000">
      <w:r>
        <w:rPr>
          <w:rFonts w:ascii="Garamond" w:hAnsi="Garamond"/>
          <w:sz w:val="24"/>
        </w:rPr>
        <w:t>Your journey starts now.</w:t>
      </w:r>
    </w:p>
    <w:p w14:paraId="564D149B" w14:textId="77777777" w:rsidR="00673185" w:rsidRDefault="00673185">
      <w:pPr>
        <w:sectPr w:rsidR="00673185" w:rsidSect="00034616">
          <w:pgSz w:w="12240" w:h="15840"/>
          <w:pgMar w:top="1440" w:right="1800" w:bottom="1440" w:left="1800" w:header="720" w:footer="720" w:gutter="0"/>
          <w:cols w:space="720"/>
          <w:docGrid w:linePitch="360"/>
        </w:sectPr>
      </w:pPr>
    </w:p>
    <w:p w14:paraId="69E32602" w14:textId="77777777" w:rsidR="001A5159" w:rsidRDefault="001A5159"/>
    <w:p w14:paraId="4A35FFE1" w14:textId="77777777" w:rsidR="001A5159" w:rsidRPr="0070062C" w:rsidRDefault="00000000" w:rsidP="0070062C">
      <w:pPr>
        <w:rPr>
          <w:rStyle w:val="Heading2Char"/>
          <w:rFonts w:ascii="Garamond" w:hAnsi="Garamond"/>
          <w:color w:val="auto"/>
          <w:sz w:val="32"/>
          <w:szCs w:val="32"/>
        </w:rPr>
      </w:pPr>
      <w:bookmarkStart w:id="0" w:name="_Toc214830296"/>
      <w:r w:rsidRPr="0070062C">
        <w:rPr>
          <w:rStyle w:val="Heading1Char"/>
          <w:rFonts w:ascii="Garamond" w:hAnsi="Garamond"/>
          <w:color w:val="auto"/>
          <w:sz w:val="40"/>
          <w:szCs w:val="40"/>
        </w:rPr>
        <w:t>CHAPTER 1 — THE AI REVOLUTION</w:t>
      </w:r>
      <w:bookmarkEnd w:id="0"/>
      <w:r w:rsidRPr="0070062C">
        <w:rPr>
          <w:rFonts w:ascii="Garamond" w:hAnsi="Garamond"/>
          <w:b/>
          <w:sz w:val="44"/>
        </w:rPr>
        <w:br/>
      </w:r>
      <w:r w:rsidRPr="0070062C">
        <w:rPr>
          <w:rStyle w:val="Heading2Char"/>
          <w:rFonts w:ascii="Garamond" w:hAnsi="Garamond"/>
          <w:color w:val="auto"/>
          <w:sz w:val="28"/>
          <w:szCs w:val="28"/>
        </w:rPr>
        <w:t xml:space="preserve">A major shift is happening right now — not slowly, not subtly, but at full speed. And most people have no idea how much </w:t>
      </w:r>
      <w:proofErr w:type="gramStart"/>
      <w:r w:rsidRPr="0070062C">
        <w:rPr>
          <w:rStyle w:val="Heading2Char"/>
          <w:rFonts w:ascii="Garamond" w:hAnsi="Garamond"/>
          <w:color w:val="auto"/>
          <w:sz w:val="28"/>
          <w:szCs w:val="28"/>
        </w:rPr>
        <w:t>this changes</w:t>
      </w:r>
      <w:proofErr w:type="gramEnd"/>
      <w:r w:rsidRPr="0070062C">
        <w:rPr>
          <w:rStyle w:val="Heading2Char"/>
          <w:rFonts w:ascii="Garamond" w:hAnsi="Garamond"/>
          <w:color w:val="auto"/>
          <w:sz w:val="28"/>
          <w:szCs w:val="28"/>
        </w:rPr>
        <w:t xml:space="preserve"> everything they’ve been taught about work, opportunity, and earning money.</w:t>
      </w:r>
    </w:p>
    <w:p w14:paraId="14A63CD3" w14:textId="77777777" w:rsidR="001A5159" w:rsidRDefault="00000000">
      <w:r>
        <w:rPr>
          <w:rFonts w:ascii="Garamond" w:hAnsi="Garamond"/>
          <w:sz w:val="24"/>
        </w:rPr>
        <w:t>AI isn’t just a new tool.</w:t>
      </w:r>
      <w:r>
        <w:rPr>
          <w:rFonts w:ascii="Garamond" w:hAnsi="Garamond"/>
          <w:sz w:val="24"/>
        </w:rPr>
        <w:br/>
        <w:t>It’s a new starting point.</w:t>
      </w:r>
    </w:p>
    <w:p w14:paraId="48781536" w14:textId="77777777" w:rsidR="001A5159" w:rsidRDefault="00000000">
      <w:r>
        <w:rPr>
          <w:rFonts w:ascii="Garamond" w:hAnsi="Garamond"/>
          <w:sz w:val="24"/>
        </w:rPr>
        <w:t>For decades, success belonged to the people who already had:</w:t>
      </w:r>
    </w:p>
    <w:p w14:paraId="41D2990D" w14:textId="77777777" w:rsidR="001A5159" w:rsidRDefault="00000000">
      <w:r>
        <w:rPr>
          <w:rFonts w:ascii="Garamond" w:hAnsi="Garamond"/>
          <w:sz w:val="24"/>
        </w:rPr>
        <w:t>experience</w:t>
      </w:r>
    </w:p>
    <w:p w14:paraId="474658CC" w14:textId="77777777" w:rsidR="001A5159" w:rsidRDefault="00000000">
      <w:r>
        <w:rPr>
          <w:rFonts w:ascii="Garamond" w:hAnsi="Garamond"/>
          <w:sz w:val="24"/>
        </w:rPr>
        <w:t>credentials</w:t>
      </w:r>
    </w:p>
    <w:p w14:paraId="70C9521D" w14:textId="77777777" w:rsidR="001A5159" w:rsidRDefault="00000000">
      <w:r>
        <w:rPr>
          <w:rFonts w:ascii="Garamond" w:hAnsi="Garamond"/>
          <w:sz w:val="24"/>
        </w:rPr>
        <w:t>connections</w:t>
      </w:r>
    </w:p>
    <w:p w14:paraId="766011BA" w14:textId="77777777" w:rsidR="001A5159" w:rsidRDefault="00000000">
      <w:r>
        <w:rPr>
          <w:rFonts w:ascii="Garamond" w:hAnsi="Garamond"/>
          <w:sz w:val="24"/>
        </w:rPr>
        <w:t>confidence</w:t>
      </w:r>
    </w:p>
    <w:p w14:paraId="5E94FBB0" w14:textId="77777777" w:rsidR="001A5159" w:rsidRDefault="00000000">
      <w:r>
        <w:rPr>
          <w:rFonts w:ascii="Garamond" w:hAnsi="Garamond"/>
          <w:sz w:val="24"/>
        </w:rPr>
        <w:t>specialized skillsets</w:t>
      </w:r>
    </w:p>
    <w:p w14:paraId="1488772A" w14:textId="77777777" w:rsidR="001A5159" w:rsidRDefault="00000000">
      <w:r>
        <w:rPr>
          <w:rFonts w:ascii="Garamond" w:hAnsi="Garamond"/>
          <w:sz w:val="24"/>
        </w:rPr>
        <w:t>If you didn’t have those things, you were expected to “work your way up,” often for years.</w:t>
      </w:r>
    </w:p>
    <w:p w14:paraId="52505322" w14:textId="77777777" w:rsidR="001A5159" w:rsidRDefault="00000000">
      <w:r>
        <w:rPr>
          <w:rFonts w:ascii="Garamond" w:hAnsi="Garamond"/>
          <w:sz w:val="24"/>
        </w:rPr>
        <w:t>That world is gone.</w:t>
      </w:r>
    </w:p>
    <w:p w14:paraId="6E922720" w14:textId="77777777" w:rsidR="001A5159" w:rsidRDefault="00000000">
      <w:r>
        <w:rPr>
          <w:rFonts w:ascii="Garamond" w:hAnsi="Garamond"/>
          <w:sz w:val="24"/>
        </w:rPr>
        <w:t>Today, AI gives ordinary people the ability to produce extraordinary output — the kind that used to require expensive software, advanced training, or entire teams.</w:t>
      </w:r>
    </w:p>
    <w:p w14:paraId="77F3E66A" w14:textId="77777777" w:rsidR="001A5159" w:rsidRDefault="00000000">
      <w:r>
        <w:rPr>
          <w:rFonts w:ascii="Garamond" w:hAnsi="Garamond"/>
          <w:sz w:val="24"/>
        </w:rPr>
        <w:t xml:space="preserve">You can </w:t>
      </w:r>
      <w:proofErr w:type="gramStart"/>
      <w:r>
        <w:rPr>
          <w:rFonts w:ascii="Garamond" w:hAnsi="Garamond"/>
          <w:sz w:val="24"/>
        </w:rPr>
        <w:t>now</w:t>
      </w:r>
      <w:proofErr w:type="gramEnd"/>
      <w:r>
        <w:rPr>
          <w:rFonts w:ascii="Garamond" w:hAnsi="Garamond"/>
          <w:sz w:val="24"/>
        </w:rPr>
        <w:t>:</w:t>
      </w:r>
    </w:p>
    <w:p w14:paraId="62DB7102" w14:textId="77777777" w:rsidR="001A5159" w:rsidRDefault="00000000">
      <w:r>
        <w:rPr>
          <w:rFonts w:ascii="Garamond" w:hAnsi="Garamond"/>
          <w:sz w:val="24"/>
        </w:rPr>
        <w:t xml:space="preserve">write polished </w:t>
      </w:r>
      <w:proofErr w:type="gramStart"/>
      <w:r>
        <w:rPr>
          <w:rFonts w:ascii="Garamond" w:hAnsi="Garamond"/>
          <w:sz w:val="24"/>
        </w:rPr>
        <w:t>content</w:t>
      </w:r>
      <w:proofErr w:type="gramEnd"/>
    </w:p>
    <w:p w14:paraId="178B4759" w14:textId="77777777" w:rsidR="001A5159" w:rsidRDefault="00000000">
      <w:r>
        <w:rPr>
          <w:rFonts w:ascii="Garamond" w:hAnsi="Garamond"/>
          <w:sz w:val="24"/>
        </w:rPr>
        <w:t xml:space="preserve">create stunning </w:t>
      </w:r>
      <w:proofErr w:type="gramStart"/>
      <w:r>
        <w:rPr>
          <w:rFonts w:ascii="Garamond" w:hAnsi="Garamond"/>
          <w:sz w:val="24"/>
        </w:rPr>
        <w:t>images</w:t>
      </w:r>
      <w:proofErr w:type="gramEnd"/>
    </w:p>
    <w:p w14:paraId="553CF134" w14:textId="77777777" w:rsidR="001A5159" w:rsidRDefault="00000000">
      <w:r>
        <w:rPr>
          <w:rFonts w:ascii="Garamond" w:hAnsi="Garamond"/>
          <w:sz w:val="24"/>
        </w:rPr>
        <w:t xml:space="preserve">edit </w:t>
      </w:r>
      <w:proofErr w:type="gramStart"/>
      <w:r>
        <w:rPr>
          <w:rFonts w:ascii="Garamond" w:hAnsi="Garamond"/>
          <w:sz w:val="24"/>
        </w:rPr>
        <w:t>videos</w:t>
      </w:r>
      <w:proofErr w:type="gramEnd"/>
    </w:p>
    <w:p w14:paraId="1DFE49DC" w14:textId="77777777" w:rsidR="001A5159" w:rsidRDefault="00000000">
      <w:r>
        <w:rPr>
          <w:rFonts w:ascii="Garamond" w:hAnsi="Garamond"/>
          <w:sz w:val="24"/>
        </w:rPr>
        <w:t xml:space="preserve">build </w:t>
      </w:r>
      <w:proofErr w:type="gramStart"/>
      <w:r>
        <w:rPr>
          <w:rFonts w:ascii="Garamond" w:hAnsi="Garamond"/>
          <w:sz w:val="24"/>
        </w:rPr>
        <w:t>branding</w:t>
      </w:r>
      <w:proofErr w:type="gramEnd"/>
    </w:p>
    <w:p w14:paraId="3F643AF6" w14:textId="77777777" w:rsidR="001A5159" w:rsidRDefault="00000000">
      <w:r>
        <w:rPr>
          <w:rFonts w:ascii="Garamond" w:hAnsi="Garamond"/>
          <w:sz w:val="24"/>
        </w:rPr>
        <w:t>draft scripts</w:t>
      </w:r>
    </w:p>
    <w:p w14:paraId="0336D87F" w14:textId="77777777" w:rsidR="001A5159" w:rsidRDefault="00000000">
      <w:r>
        <w:rPr>
          <w:rFonts w:ascii="Garamond" w:hAnsi="Garamond"/>
          <w:sz w:val="24"/>
        </w:rPr>
        <w:t xml:space="preserve">generate marketing </w:t>
      </w:r>
      <w:proofErr w:type="gramStart"/>
      <w:r>
        <w:rPr>
          <w:rFonts w:ascii="Garamond" w:hAnsi="Garamond"/>
          <w:sz w:val="24"/>
        </w:rPr>
        <w:t>materials</w:t>
      </w:r>
      <w:proofErr w:type="gramEnd"/>
    </w:p>
    <w:p w14:paraId="6A1C2D8B" w14:textId="77777777" w:rsidR="001A5159" w:rsidRDefault="00000000">
      <w:r>
        <w:rPr>
          <w:rFonts w:ascii="Garamond" w:hAnsi="Garamond"/>
          <w:sz w:val="24"/>
        </w:rPr>
        <w:t xml:space="preserve">produce digital </w:t>
      </w:r>
      <w:proofErr w:type="gramStart"/>
      <w:r>
        <w:rPr>
          <w:rFonts w:ascii="Garamond" w:hAnsi="Garamond"/>
          <w:sz w:val="24"/>
        </w:rPr>
        <w:t>products</w:t>
      </w:r>
      <w:proofErr w:type="gramEnd"/>
    </w:p>
    <w:p w14:paraId="560C0A2F" w14:textId="77777777" w:rsidR="001A5159" w:rsidRDefault="00000000">
      <w:proofErr w:type="gramStart"/>
      <w:r>
        <w:rPr>
          <w:rFonts w:ascii="Garamond" w:hAnsi="Garamond"/>
          <w:sz w:val="24"/>
        </w:rPr>
        <w:t>design</w:t>
      </w:r>
      <w:proofErr w:type="gramEnd"/>
      <w:r>
        <w:rPr>
          <w:rFonts w:ascii="Garamond" w:hAnsi="Garamond"/>
          <w:sz w:val="24"/>
        </w:rPr>
        <w:t xml:space="preserve"> professional </w:t>
      </w:r>
      <w:proofErr w:type="gramStart"/>
      <w:r>
        <w:rPr>
          <w:rFonts w:ascii="Garamond" w:hAnsi="Garamond"/>
          <w:sz w:val="24"/>
        </w:rPr>
        <w:t>documents</w:t>
      </w:r>
      <w:proofErr w:type="gramEnd"/>
    </w:p>
    <w:p w14:paraId="26EF9201" w14:textId="77777777" w:rsidR="001A5159" w:rsidRDefault="00000000">
      <w:r>
        <w:rPr>
          <w:rFonts w:ascii="Garamond" w:hAnsi="Garamond"/>
          <w:sz w:val="24"/>
        </w:rPr>
        <w:t xml:space="preserve">build automations that save </w:t>
      </w:r>
      <w:proofErr w:type="gramStart"/>
      <w:r>
        <w:rPr>
          <w:rFonts w:ascii="Garamond" w:hAnsi="Garamond"/>
          <w:sz w:val="24"/>
        </w:rPr>
        <w:t>hours</w:t>
      </w:r>
      <w:proofErr w:type="gramEnd"/>
    </w:p>
    <w:p w14:paraId="4FC0FD8A" w14:textId="77777777" w:rsidR="001A5159" w:rsidRDefault="00000000">
      <w:r>
        <w:rPr>
          <w:rFonts w:ascii="Garamond" w:hAnsi="Garamond"/>
          <w:sz w:val="24"/>
        </w:rPr>
        <w:lastRenderedPageBreak/>
        <w:t>…and you can do it even if you’ve never done it before.</w:t>
      </w:r>
    </w:p>
    <w:p w14:paraId="39CB746B" w14:textId="77777777" w:rsidR="001A5159" w:rsidRDefault="00000000">
      <w:r>
        <w:rPr>
          <w:rFonts w:ascii="Garamond" w:hAnsi="Garamond"/>
          <w:sz w:val="24"/>
        </w:rPr>
        <w:t>This is the revolution.</w:t>
      </w:r>
    </w:p>
    <w:p w14:paraId="4D3E0C2E" w14:textId="77777777" w:rsidR="001A5159" w:rsidRDefault="00000000">
      <w:r>
        <w:rPr>
          <w:rFonts w:ascii="Garamond" w:hAnsi="Garamond"/>
          <w:sz w:val="24"/>
        </w:rPr>
        <w:t xml:space="preserve">Not because AI replaces people — but because AI replaces the friction that </w:t>
      </w:r>
      <w:proofErr w:type="gramStart"/>
      <w:r>
        <w:rPr>
          <w:rFonts w:ascii="Garamond" w:hAnsi="Garamond"/>
          <w:sz w:val="24"/>
        </w:rPr>
        <w:t>used</w:t>
      </w:r>
      <w:proofErr w:type="gramEnd"/>
      <w:r>
        <w:rPr>
          <w:rFonts w:ascii="Garamond" w:hAnsi="Garamond"/>
          <w:sz w:val="24"/>
        </w:rPr>
        <w:t xml:space="preserve"> to stop people from trying.</w:t>
      </w:r>
    </w:p>
    <w:p w14:paraId="60661C59" w14:textId="77777777" w:rsidR="001A5159" w:rsidRDefault="001A5159"/>
    <w:p w14:paraId="485A61CA" w14:textId="77777777" w:rsidR="001A5159" w:rsidRDefault="00000000">
      <w:r>
        <w:rPr>
          <w:rFonts w:ascii="Garamond" w:hAnsi="Garamond"/>
          <w:sz w:val="24"/>
        </w:rPr>
        <w:t>The Power Shift No One Saw Coming</w:t>
      </w:r>
    </w:p>
    <w:p w14:paraId="4E666BF5" w14:textId="77777777" w:rsidR="001A5159" w:rsidRDefault="00000000">
      <w:r>
        <w:rPr>
          <w:rFonts w:ascii="Garamond" w:hAnsi="Garamond"/>
          <w:sz w:val="24"/>
        </w:rPr>
        <w:t>You don’t need to become a technical expert to benefit from AI.</w:t>
      </w:r>
    </w:p>
    <w:p w14:paraId="4A486D38" w14:textId="77777777" w:rsidR="001A5159" w:rsidRDefault="00000000">
      <w:r>
        <w:rPr>
          <w:rFonts w:ascii="Garamond" w:hAnsi="Garamond"/>
          <w:sz w:val="24"/>
        </w:rPr>
        <w:t>You simply need to:</w:t>
      </w:r>
    </w:p>
    <w:p w14:paraId="5792E7AA" w14:textId="77777777" w:rsidR="001A5159" w:rsidRDefault="00000000">
      <w:r>
        <w:rPr>
          <w:rFonts w:ascii="Garamond" w:hAnsi="Garamond"/>
          <w:sz w:val="24"/>
        </w:rPr>
        <w:t xml:space="preserve">know what it can </w:t>
      </w:r>
      <w:proofErr w:type="gramStart"/>
      <w:r>
        <w:rPr>
          <w:rFonts w:ascii="Garamond" w:hAnsi="Garamond"/>
          <w:sz w:val="24"/>
        </w:rPr>
        <w:t>do</w:t>
      </w:r>
      <w:proofErr w:type="gramEnd"/>
    </w:p>
    <w:p w14:paraId="39CE5B4C" w14:textId="77777777" w:rsidR="001A5159" w:rsidRDefault="00000000">
      <w:r>
        <w:rPr>
          <w:rFonts w:ascii="Garamond" w:hAnsi="Garamond"/>
          <w:sz w:val="24"/>
        </w:rPr>
        <w:t xml:space="preserve">know the right way to use </w:t>
      </w:r>
      <w:proofErr w:type="gramStart"/>
      <w:r>
        <w:rPr>
          <w:rFonts w:ascii="Garamond" w:hAnsi="Garamond"/>
          <w:sz w:val="24"/>
        </w:rPr>
        <w:t>it</w:t>
      </w:r>
      <w:proofErr w:type="gramEnd"/>
    </w:p>
    <w:p w14:paraId="3C9133B9" w14:textId="77777777" w:rsidR="001A5159" w:rsidRDefault="00000000">
      <w:r>
        <w:rPr>
          <w:rFonts w:ascii="Garamond" w:hAnsi="Garamond"/>
          <w:sz w:val="24"/>
        </w:rPr>
        <w:t xml:space="preserve">follow the steps that get </w:t>
      </w:r>
      <w:proofErr w:type="gramStart"/>
      <w:r>
        <w:rPr>
          <w:rFonts w:ascii="Garamond" w:hAnsi="Garamond"/>
          <w:sz w:val="24"/>
        </w:rPr>
        <w:t>results</w:t>
      </w:r>
      <w:proofErr w:type="gramEnd"/>
    </w:p>
    <w:p w14:paraId="297A1421" w14:textId="77777777" w:rsidR="001A5159" w:rsidRDefault="00000000">
      <w:r>
        <w:rPr>
          <w:rFonts w:ascii="Garamond" w:hAnsi="Garamond"/>
          <w:sz w:val="24"/>
        </w:rPr>
        <w:t>That’s why this moment is so rare — and so important.</w:t>
      </w:r>
    </w:p>
    <w:p w14:paraId="4B62FA3F" w14:textId="77777777" w:rsidR="001A5159" w:rsidRDefault="00000000">
      <w:r>
        <w:rPr>
          <w:rFonts w:ascii="Garamond" w:hAnsi="Garamond"/>
          <w:sz w:val="24"/>
        </w:rPr>
        <w:t>For the first time ever:</w:t>
      </w:r>
    </w:p>
    <w:p w14:paraId="2F272EEF" w14:textId="77777777" w:rsidR="001A5159" w:rsidRDefault="00000000">
      <w:proofErr w:type="gramStart"/>
      <w:r>
        <w:rPr>
          <w:rFonts w:ascii="Garamond" w:hAnsi="Garamond"/>
          <w:sz w:val="24"/>
        </w:rPr>
        <w:t>beginners</w:t>
      </w:r>
      <w:proofErr w:type="gramEnd"/>
      <w:r>
        <w:rPr>
          <w:rFonts w:ascii="Garamond" w:hAnsi="Garamond"/>
          <w:sz w:val="24"/>
        </w:rPr>
        <w:t xml:space="preserve"> can compete with </w:t>
      </w:r>
      <w:proofErr w:type="gramStart"/>
      <w:r>
        <w:rPr>
          <w:rFonts w:ascii="Garamond" w:hAnsi="Garamond"/>
          <w:sz w:val="24"/>
        </w:rPr>
        <w:t>experts</w:t>
      </w:r>
      <w:proofErr w:type="gramEnd"/>
    </w:p>
    <w:p w14:paraId="0D405DD2" w14:textId="77777777" w:rsidR="001A5159" w:rsidRDefault="00000000">
      <w:r>
        <w:rPr>
          <w:rFonts w:ascii="Garamond" w:hAnsi="Garamond"/>
          <w:sz w:val="24"/>
        </w:rPr>
        <w:t xml:space="preserve">small creators can compete with big </w:t>
      </w:r>
      <w:proofErr w:type="gramStart"/>
      <w:r>
        <w:rPr>
          <w:rFonts w:ascii="Garamond" w:hAnsi="Garamond"/>
          <w:sz w:val="24"/>
        </w:rPr>
        <w:t>companies</w:t>
      </w:r>
      <w:proofErr w:type="gramEnd"/>
    </w:p>
    <w:p w14:paraId="795BF057" w14:textId="77777777" w:rsidR="001A5159" w:rsidRDefault="00000000">
      <w:proofErr w:type="gramStart"/>
      <w:r>
        <w:rPr>
          <w:rFonts w:ascii="Garamond" w:hAnsi="Garamond"/>
          <w:sz w:val="24"/>
        </w:rPr>
        <w:t>people</w:t>
      </w:r>
      <w:proofErr w:type="gramEnd"/>
      <w:r>
        <w:rPr>
          <w:rFonts w:ascii="Garamond" w:hAnsi="Garamond"/>
          <w:sz w:val="24"/>
        </w:rPr>
        <w:t xml:space="preserve"> without skills can deliver skilled </w:t>
      </w:r>
      <w:proofErr w:type="gramStart"/>
      <w:r>
        <w:rPr>
          <w:rFonts w:ascii="Garamond" w:hAnsi="Garamond"/>
          <w:sz w:val="24"/>
        </w:rPr>
        <w:t>work</w:t>
      </w:r>
      <w:proofErr w:type="gramEnd"/>
    </w:p>
    <w:p w14:paraId="57203C81" w14:textId="77777777" w:rsidR="001A5159" w:rsidRDefault="00000000">
      <w:proofErr w:type="gramStart"/>
      <w:r>
        <w:rPr>
          <w:rFonts w:ascii="Garamond" w:hAnsi="Garamond"/>
          <w:sz w:val="24"/>
        </w:rPr>
        <w:t>people</w:t>
      </w:r>
      <w:proofErr w:type="gramEnd"/>
      <w:r>
        <w:rPr>
          <w:rFonts w:ascii="Garamond" w:hAnsi="Garamond"/>
          <w:sz w:val="24"/>
        </w:rPr>
        <w:t xml:space="preserve"> without time can produce more in less </w:t>
      </w:r>
      <w:proofErr w:type="gramStart"/>
      <w:r>
        <w:rPr>
          <w:rFonts w:ascii="Garamond" w:hAnsi="Garamond"/>
          <w:sz w:val="24"/>
        </w:rPr>
        <w:t>time</w:t>
      </w:r>
      <w:proofErr w:type="gramEnd"/>
    </w:p>
    <w:p w14:paraId="0ABE074B" w14:textId="77777777" w:rsidR="001A5159" w:rsidRDefault="00000000">
      <w:proofErr w:type="gramStart"/>
      <w:r>
        <w:rPr>
          <w:rFonts w:ascii="Garamond" w:hAnsi="Garamond"/>
          <w:sz w:val="24"/>
        </w:rPr>
        <w:t>people</w:t>
      </w:r>
      <w:proofErr w:type="gramEnd"/>
      <w:r>
        <w:rPr>
          <w:rFonts w:ascii="Garamond" w:hAnsi="Garamond"/>
          <w:sz w:val="24"/>
        </w:rPr>
        <w:t xml:space="preserve"> without confidence can start earning </w:t>
      </w:r>
      <w:proofErr w:type="gramStart"/>
      <w:r>
        <w:rPr>
          <w:rFonts w:ascii="Garamond" w:hAnsi="Garamond"/>
          <w:sz w:val="24"/>
        </w:rPr>
        <w:t>anyway</w:t>
      </w:r>
      <w:proofErr w:type="gramEnd"/>
    </w:p>
    <w:p w14:paraId="372A8756" w14:textId="77777777" w:rsidR="001A5159" w:rsidRDefault="00000000">
      <w:r>
        <w:rPr>
          <w:rFonts w:ascii="Garamond" w:hAnsi="Garamond"/>
          <w:sz w:val="24"/>
        </w:rPr>
        <w:t>This isn’t “someday.”</w:t>
      </w:r>
      <w:r>
        <w:rPr>
          <w:rFonts w:ascii="Garamond" w:hAnsi="Garamond"/>
          <w:sz w:val="24"/>
        </w:rPr>
        <w:br/>
        <w:t>This is happening right now, in real time.</w:t>
      </w:r>
    </w:p>
    <w:p w14:paraId="7596C5D5" w14:textId="77777777" w:rsidR="001A5159" w:rsidRDefault="00000000">
      <w:r>
        <w:rPr>
          <w:rFonts w:ascii="Garamond" w:hAnsi="Garamond"/>
          <w:sz w:val="24"/>
        </w:rPr>
        <w:t>People are building entire income streams using:</w:t>
      </w:r>
    </w:p>
    <w:p w14:paraId="3430632E" w14:textId="77777777" w:rsidR="001A5159" w:rsidRDefault="00000000">
      <w:r>
        <w:rPr>
          <w:rFonts w:ascii="Garamond" w:hAnsi="Garamond"/>
          <w:sz w:val="24"/>
        </w:rPr>
        <w:t>a laptop</w:t>
      </w:r>
    </w:p>
    <w:p w14:paraId="3F59BDA5" w14:textId="77777777" w:rsidR="001A5159" w:rsidRDefault="00000000">
      <w:r>
        <w:rPr>
          <w:rFonts w:ascii="Garamond" w:hAnsi="Garamond"/>
          <w:sz w:val="24"/>
        </w:rPr>
        <w:t>AI tools</w:t>
      </w:r>
    </w:p>
    <w:p w14:paraId="70CD25ED" w14:textId="77777777" w:rsidR="001A5159" w:rsidRDefault="00000000">
      <w:r>
        <w:rPr>
          <w:rFonts w:ascii="Garamond" w:hAnsi="Garamond"/>
          <w:sz w:val="24"/>
        </w:rPr>
        <w:t>simple workflows</w:t>
      </w:r>
    </w:p>
    <w:p w14:paraId="0934DDC7" w14:textId="77777777" w:rsidR="001A5159" w:rsidRDefault="00000000">
      <w:r>
        <w:rPr>
          <w:rFonts w:ascii="Garamond" w:hAnsi="Garamond"/>
          <w:sz w:val="24"/>
        </w:rPr>
        <w:t>clear blueprints</w:t>
      </w:r>
    </w:p>
    <w:p w14:paraId="4C2CC554" w14:textId="77777777" w:rsidR="001A5159" w:rsidRDefault="00000000">
      <w:r>
        <w:rPr>
          <w:rFonts w:ascii="Garamond" w:hAnsi="Garamond"/>
          <w:sz w:val="24"/>
        </w:rPr>
        <w:lastRenderedPageBreak/>
        <w:t>The opportunity is not hidden.</w:t>
      </w:r>
      <w:r>
        <w:rPr>
          <w:rFonts w:ascii="Garamond" w:hAnsi="Garamond"/>
          <w:sz w:val="24"/>
        </w:rPr>
        <w:br/>
        <w:t>The opportunity is not complicated.</w:t>
      </w:r>
      <w:r>
        <w:rPr>
          <w:rFonts w:ascii="Garamond" w:hAnsi="Garamond"/>
          <w:sz w:val="24"/>
        </w:rPr>
        <w:br/>
        <w:t>The opportunity is not reserved for early adopters.</w:t>
      </w:r>
    </w:p>
    <w:p w14:paraId="6C9AFD88" w14:textId="77777777" w:rsidR="001A5159" w:rsidRDefault="00000000">
      <w:r>
        <w:rPr>
          <w:rFonts w:ascii="Garamond" w:hAnsi="Garamond"/>
          <w:sz w:val="24"/>
        </w:rPr>
        <w:t>The opportunity is wide open — for anyone who decides to step into it.</w:t>
      </w:r>
    </w:p>
    <w:p w14:paraId="10FD3854" w14:textId="77777777" w:rsidR="001A5159" w:rsidRDefault="001A5159"/>
    <w:p w14:paraId="5D66B3F9" w14:textId="77777777" w:rsidR="001A5159" w:rsidRDefault="00000000">
      <w:r>
        <w:rPr>
          <w:rFonts w:ascii="Garamond" w:hAnsi="Garamond"/>
          <w:sz w:val="24"/>
        </w:rPr>
        <w:t>AI Isn’t Here to Replace You — It’s Here to Amplify You</w:t>
      </w:r>
    </w:p>
    <w:p w14:paraId="48133FE8" w14:textId="77777777" w:rsidR="001A5159" w:rsidRDefault="00000000">
      <w:r>
        <w:rPr>
          <w:rFonts w:ascii="Garamond" w:hAnsi="Garamond"/>
          <w:sz w:val="24"/>
        </w:rPr>
        <w:t>People misunderstand AI because they think it’s meant to do everything for them.</w:t>
      </w:r>
    </w:p>
    <w:p w14:paraId="25878911" w14:textId="77777777" w:rsidR="001A5159" w:rsidRDefault="00000000">
      <w:r>
        <w:rPr>
          <w:rFonts w:ascii="Garamond" w:hAnsi="Garamond"/>
          <w:sz w:val="24"/>
        </w:rPr>
        <w:t>It’s not.</w:t>
      </w:r>
    </w:p>
    <w:p w14:paraId="5BA20639" w14:textId="77777777" w:rsidR="001A5159" w:rsidRDefault="00000000">
      <w:r>
        <w:rPr>
          <w:rFonts w:ascii="Garamond" w:hAnsi="Garamond"/>
          <w:sz w:val="24"/>
        </w:rPr>
        <w:t>AI does 80% of the heavy lifting so you can do:</w:t>
      </w:r>
    </w:p>
    <w:p w14:paraId="71D5A99F" w14:textId="77777777" w:rsidR="001A5159" w:rsidRDefault="00000000">
      <w:r>
        <w:rPr>
          <w:rFonts w:ascii="Garamond" w:hAnsi="Garamond"/>
          <w:sz w:val="24"/>
        </w:rPr>
        <w:t>the directing</w:t>
      </w:r>
    </w:p>
    <w:p w14:paraId="2CD92EB3" w14:textId="77777777" w:rsidR="001A5159" w:rsidRDefault="00000000">
      <w:r>
        <w:rPr>
          <w:rFonts w:ascii="Garamond" w:hAnsi="Garamond"/>
          <w:sz w:val="24"/>
        </w:rPr>
        <w:t>the decision-making</w:t>
      </w:r>
    </w:p>
    <w:p w14:paraId="22E15F46" w14:textId="77777777" w:rsidR="001A5159" w:rsidRDefault="00000000">
      <w:r>
        <w:rPr>
          <w:rFonts w:ascii="Garamond" w:hAnsi="Garamond"/>
          <w:sz w:val="24"/>
        </w:rPr>
        <w:t>the personalizing</w:t>
      </w:r>
    </w:p>
    <w:p w14:paraId="3B10B687" w14:textId="77777777" w:rsidR="001A5159" w:rsidRDefault="00000000">
      <w:r>
        <w:rPr>
          <w:rFonts w:ascii="Garamond" w:hAnsi="Garamond"/>
          <w:sz w:val="24"/>
        </w:rPr>
        <w:t xml:space="preserve">the </w:t>
      </w:r>
      <w:proofErr w:type="gramStart"/>
      <w:r>
        <w:rPr>
          <w:rFonts w:ascii="Garamond" w:hAnsi="Garamond"/>
          <w:sz w:val="24"/>
        </w:rPr>
        <w:t>delivering</w:t>
      </w:r>
      <w:proofErr w:type="gramEnd"/>
    </w:p>
    <w:p w14:paraId="0B37386E" w14:textId="77777777" w:rsidR="001A5159" w:rsidRDefault="00000000">
      <w:r>
        <w:rPr>
          <w:rFonts w:ascii="Garamond" w:hAnsi="Garamond"/>
          <w:sz w:val="24"/>
        </w:rPr>
        <w:t>the earning</w:t>
      </w:r>
    </w:p>
    <w:p w14:paraId="607C9034" w14:textId="77777777" w:rsidR="001A5159" w:rsidRDefault="00000000">
      <w:r>
        <w:rPr>
          <w:rFonts w:ascii="Garamond" w:hAnsi="Garamond"/>
          <w:sz w:val="24"/>
        </w:rPr>
        <w:t>AI amplifies your ability to create.</w:t>
      </w:r>
      <w:r>
        <w:rPr>
          <w:rFonts w:ascii="Garamond" w:hAnsi="Garamond"/>
          <w:sz w:val="24"/>
        </w:rPr>
        <w:br/>
        <w:t>It amplifies your speed.</w:t>
      </w:r>
      <w:r>
        <w:rPr>
          <w:rFonts w:ascii="Garamond" w:hAnsi="Garamond"/>
          <w:sz w:val="24"/>
        </w:rPr>
        <w:br/>
        <w:t>It amplifies your confidence.</w:t>
      </w:r>
      <w:r>
        <w:rPr>
          <w:rFonts w:ascii="Garamond" w:hAnsi="Garamond"/>
          <w:sz w:val="24"/>
        </w:rPr>
        <w:br/>
        <w:t>It amplifies your value.</w:t>
      </w:r>
    </w:p>
    <w:p w14:paraId="25B4F63B" w14:textId="77777777" w:rsidR="001A5159" w:rsidRDefault="00000000">
      <w:r>
        <w:rPr>
          <w:rFonts w:ascii="Garamond" w:hAnsi="Garamond"/>
          <w:sz w:val="24"/>
        </w:rPr>
        <w:t>The person who uses AI won’t replace the person who doesn’t —</w:t>
      </w:r>
      <w:r>
        <w:rPr>
          <w:rFonts w:ascii="Garamond" w:hAnsi="Garamond"/>
          <w:sz w:val="24"/>
        </w:rPr>
        <w:br/>
        <w:t>they will outpace them.</w:t>
      </w:r>
    </w:p>
    <w:p w14:paraId="2A56F905" w14:textId="77777777" w:rsidR="001A5159" w:rsidRDefault="001A5159"/>
    <w:p w14:paraId="659C0882" w14:textId="77777777" w:rsidR="001A5159" w:rsidRDefault="00000000">
      <w:r>
        <w:rPr>
          <w:rFonts w:ascii="Garamond" w:hAnsi="Garamond"/>
          <w:sz w:val="24"/>
        </w:rPr>
        <w:t>The New Rules of Earning</w:t>
      </w:r>
    </w:p>
    <w:p w14:paraId="2DFF5F4F" w14:textId="77777777" w:rsidR="001A5159" w:rsidRDefault="00000000">
      <w:r>
        <w:rPr>
          <w:rFonts w:ascii="Garamond" w:hAnsi="Garamond"/>
          <w:sz w:val="24"/>
        </w:rPr>
        <w:t>In this new era, earning comes down to three things:</w:t>
      </w:r>
    </w:p>
    <w:p w14:paraId="38F82BBF" w14:textId="77777777" w:rsidR="001A5159" w:rsidRDefault="00000000">
      <w:r>
        <w:rPr>
          <w:rFonts w:ascii="Garamond" w:hAnsi="Garamond"/>
          <w:sz w:val="24"/>
        </w:rPr>
        <w:t>1. Your ability to choose the right blueprint</w:t>
      </w:r>
    </w:p>
    <w:p w14:paraId="23B31442" w14:textId="77777777" w:rsidR="001A5159" w:rsidRDefault="00000000">
      <w:r>
        <w:rPr>
          <w:rFonts w:ascii="Garamond" w:hAnsi="Garamond"/>
          <w:sz w:val="24"/>
        </w:rPr>
        <w:t>Not all opportunities are equal.</w:t>
      </w:r>
      <w:r>
        <w:rPr>
          <w:rFonts w:ascii="Garamond" w:hAnsi="Garamond"/>
          <w:sz w:val="24"/>
        </w:rPr>
        <w:br/>
        <w:t>This book shows you the ones that work right now.</w:t>
      </w:r>
    </w:p>
    <w:p w14:paraId="281CE199" w14:textId="77777777" w:rsidR="001A5159" w:rsidRDefault="00000000">
      <w:r>
        <w:rPr>
          <w:rFonts w:ascii="Garamond" w:hAnsi="Garamond"/>
          <w:sz w:val="24"/>
        </w:rPr>
        <w:t xml:space="preserve">2. Your ability to </w:t>
      </w:r>
      <w:proofErr w:type="gramStart"/>
      <w:r>
        <w:rPr>
          <w:rFonts w:ascii="Garamond" w:hAnsi="Garamond"/>
          <w:sz w:val="24"/>
        </w:rPr>
        <w:t>follow</w:t>
      </w:r>
      <w:proofErr w:type="gramEnd"/>
      <w:r>
        <w:rPr>
          <w:rFonts w:ascii="Garamond" w:hAnsi="Garamond"/>
          <w:sz w:val="24"/>
        </w:rPr>
        <w:t xml:space="preserve"> the </w:t>
      </w:r>
      <w:proofErr w:type="gramStart"/>
      <w:r>
        <w:rPr>
          <w:rFonts w:ascii="Garamond" w:hAnsi="Garamond"/>
          <w:sz w:val="24"/>
        </w:rPr>
        <w:t>steps</w:t>
      </w:r>
      <w:proofErr w:type="gramEnd"/>
    </w:p>
    <w:p w14:paraId="77077834" w14:textId="77777777" w:rsidR="001A5159" w:rsidRDefault="00000000">
      <w:r>
        <w:rPr>
          <w:rFonts w:ascii="Garamond" w:hAnsi="Garamond"/>
          <w:sz w:val="24"/>
        </w:rPr>
        <w:t>You don’t need talent — you need a process.</w:t>
      </w:r>
      <w:r>
        <w:rPr>
          <w:rFonts w:ascii="Garamond" w:hAnsi="Garamond"/>
          <w:sz w:val="24"/>
        </w:rPr>
        <w:br/>
        <w:t>AI gives you that process.</w:t>
      </w:r>
    </w:p>
    <w:p w14:paraId="749B69FC" w14:textId="77777777" w:rsidR="001A5159" w:rsidRDefault="00000000">
      <w:r>
        <w:rPr>
          <w:rFonts w:ascii="Garamond" w:hAnsi="Garamond"/>
          <w:sz w:val="24"/>
        </w:rPr>
        <w:lastRenderedPageBreak/>
        <w:t>3. Your willingness to take action before you feel ready</w:t>
      </w:r>
    </w:p>
    <w:p w14:paraId="093DD592" w14:textId="77777777" w:rsidR="001A5159" w:rsidRDefault="00000000">
      <w:r>
        <w:rPr>
          <w:rFonts w:ascii="Garamond" w:hAnsi="Garamond"/>
          <w:sz w:val="24"/>
        </w:rPr>
        <w:t>Every income path starts the same way:</w:t>
      </w:r>
      <w:r>
        <w:rPr>
          <w:rFonts w:ascii="Garamond" w:hAnsi="Garamond"/>
          <w:sz w:val="24"/>
        </w:rPr>
        <w:br/>
        <w:t>You begin.</w:t>
      </w:r>
      <w:r>
        <w:rPr>
          <w:rFonts w:ascii="Garamond" w:hAnsi="Garamond"/>
          <w:sz w:val="24"/>
        </w:rPr>
        <w:br/>
        <w:t>You try.</w:t>
      </w:r>
      <w:r>
        <w:rPr>
          <w:rFonts w:ascii="Garamond" w:hAnsi="Garamond"/>
          <w:sz w:val="24"/>
        </w:rPr>
        <w:br/>
        <w:t>You get your first win.</w:t>
      </w:r>
      <w:r>
        <w:rPr>
          <w:rFonts w:ascii="Garamond" w:hAnsi="Garamond"/>
          <w:sz w:val="24"/>
        </w:rPr>
        <w:br/>
        <w:t>You build momentum.</w:t>
      </w:r>
      <w:r>
        <w:rPr>
          <w:rFonts w:ascii="Garamond" w:hAnsi="Garamond"/>
          <w:sz w:val="24"/>
        </w:rPr>
        <w:br/>
        <w:t>You grow from there.</w:t>
      </w:r>
    </w:p>
    <w:p w14:paraId="2437009B" w14:textId="77777777" w:rsidR="001A5159" w:rsidRDefault="00000000">
      <w:r>
        <w:rPr>
          <w:rFonts w:ascii="Garamond" w:hAnsi="Garamond"/>
          <w:sz w:val="24"/>
        </w:rPr>
        <w:t>These are the new rules.</w:t>
      </w:r>
    </w:p>
    <w:p w14:paraId="6D1F077B" w14:textId="77777777" w:rsidR="001A5159" w:rsidRDefault="00000000">
      <w:r>
        <w:rPr>
          <w:rFonts w:ascii="Garamond" w:hAnsi="Garamond"/>
          <w:sz w:val="24"/>
        </w:rPr>
        <w:t>And they favor the people who move.</w:t>
      </w:r>
    </w:p>
    <w:p w14:paraId="5A6EFD55" w14:textId="77777777" w:rsidR="001A5159" w:rsidRDefault="001A5159"/>
    <w:p w14:paraId="6EF98543" w14:textId="77777777" w:rsidR="001A5159" w:rsidRDefault="00000000">
      <w:r>
        <w:rPr>
          <w:rFonts w:ascii="Garamond" w:hAnsi="Garamond"/>
          <w:sz w:val="24"/>
        </w:rPr>
        <w:t>You’re Early — Not Late</w:t>
      </w:r>
    </w:p>
    <w:p w14:paraId="757A3DF1" w14:textId="77777777" w:rsidR="001A5159" w:rsidRDefault="00000000">
      <w:r>
        <w:rPr>
          <w:rFonts w:ascii="Garamond" w:hAnsi="Garamond"/>
          <w:sz w:val="24"/>
        </w:rPr>
        <w:t>A lot of people feel like they missed the AI wave.</w:t>
      </w:r>
    </w:p>
    <w:p w14:paraId="6DA74840" w14:textId="77777777" w:rsidR="001A5159" w:rsidRDefault="00000000">
      <w:r>
        <w:rPr>
          <w:rFonts w:ascii="Garamond" w:hAnsi="Garamond"/>
          <w:sz w:val="24"/>
        </w:rPr>
        <w:t>That belief alone keeps them stuck.</w:t>
      </w:r>
    </w:p>
    <w:p w14:paraId="458BA946" w14:textId="77777777" w:rsidR="001A5159" w:rsidRDefault="00000000">
      <w:r>
        <w:rPr>
          <w:rFonts w:ascii="Garamond" w:hAnsi="Garamond"/>
          <w:sz w:val="24"/>
        </w:rPr>
        <w:t>The truth?</w:t>
      </w:r>
    </w:p>
    <w:p w14:paraId="19E9BD2C" w14:textId="77777777" w:rsidR="001A5159" w:rsidRDefault="00000000">
      <w:r>
        <w:rPr>
          <w:rFonts w:ascii="Garamond" w:hAnsi="Garamond"/>
          <w:sz w:val="24"/>
        </w:rPr>
        <w:t>You are early.</w:t>
      </w:r>
    </w:p>
    <w:p w14:paraId="370AF330" w14:textId="77777777" w:rsidR="001A5159" w:rsidRDefault="00000000">
      <w:r>
        <w:rPr>
          <w:rFonts w:ascii="Garamond" w:hAnsi="Garamond"/>
          <w:sz w:val="24"/>
        </w:rPr>
        <w:t>The world hasn’t even begun to understand how big this shift really is.</w:t>
      </w:r>
      <w:r>
        <w:rPr>
          <w:rFonts w:ascii="Garamond" w:hAnsi="Garamond"/>
          <w:sz w:val="24"/>
        </w:rPr>
        <w:br/>
        <w:t>Most people haven’t started.</w:t>
      </w:r>
      <w:r>
        <w:rPr>
          <w:rFonts w:ascii="Garamond" w:hAnsi="Garamond"/>
          <w:sz w:val="24"/>
        </w:rPr>
        <w:br/>
        <w:t>Most businesses aren’t using AI correctly.</w:t>
      </w:r>
      <w:r>
        <w:rPr>
          <w:rFonts w:ascii="Garamond" w:hAnsi="Garamond"/>
          <w:sz w:val="24"/>
        </w:rPr>
        <w:br/>
        <w:t>Most creators are still overwhelmed.</w:t>
      </w:r>
      <w:r>
        <w:rPr>
          <w:rFonts w:ascii="Garamond" w:hAnsi="Garamond"/>
          <w:sz w:val="24"/>
        </w:rPr>
        <w:br/>
        <w:t>Most professionals don’t know what’s possible.</w:t>
      </w:r>
    </w:p>
    <w:p w14:paraId="3A2046BD" w14:textId="77777777" w:rsidR="001A5159" w:rsidRDefault="00000000">
      <w:r>
        <w:rPr>
          <w:rFonts w:ascii="Garamond" w:hAnsi="Garamond"/>
          <w:sz w:val="24"/>
        </w:rPr>
        <w:t>That means you have an advantage they don’t:</w:t>
      </w:r>
    </w:p>
    <w:p w14:paraId="03469363" w14:textId="77777777" w:rsidR="001A5159" w:rsidRDefault="00000000">
      <w:r>
        <w:rPr>
          <w:rFonts w:ascii="Garamond" w:hAnsi="Garamond"/>
          <w:sz w:val="24"/>
        </w:rPr>
        <w:t>You’re here.</w:t>
      </w:r>
      <w:r>
        <w:rPr>
          <w:rFonts w:ascii="Garamond" w:hAnsi="Garamond"/>
          <w:sz w:val="24"/>
        </w:rPr>
        <w:br/>
        <w:t>You’re learning.</w:t>
      </w:r>
      <w:r>
        <w:rPr>
          <w:rFonts w:ascii="Garamond" w:hAnsi="Garamond"/>
          <w:sz w:val="24"/>
        </w:rPr>
        <w:br/>
        <w:t>You’re ready to act.</w:t>
      </w:r>
    </w:p>
    <w:p w14:paraId="4590DE75" w14:textId="77777777" w:rsidR="001A5159" w:rsidRDefault="001A5159"/>
    <w:p w14:paraId="61B30FC3" w14:textId="77777777" w:rsidR="001A5159" w:rsidRDefault="00000000">
      <w:r>
        <w:rPr>
          <w:rFonts w:ascii="Garamond" w:hAnsi="Garamond"/>
          <w:sz w:val="24"/>
        </w:rPr>
        <w:t>Why This Chapter Matters</w:t>
      </w:r>
    </w:p>
    <w:p w14:paraId="2D7093D7" w14:textId="77777777" w:rsidR="001A5159" w:rsidRDefault="00000000">
      <w:r>
        <w:rPr>
          <w:rFonts w:ascii="Garamond" w:hAnsi="Garamond"/>
          <w:sz w:val="24"/>
        </w:rPr>
        <w:t>This chapter sets the mindset you need to succeed:</w:t>
      </w:r>
    </w:p>
    <w:p w14:paraId="52E47D70" w14:textId="77777777" w:rsidR="001A5159" w:rsidRDefault="00000000">
      <w:r>
        <w:rPr>
          <w:rFonts w:ascii="Garamond" w:hAnsi="Garamond"/>
          <w:sz w:val="24"/>
        </w:rPr>
        <w:t>curiosity over fear</w:t>
      </w:r>
    </w:p>
    <w:p w14:paraId="22AD25D4" w14:textId="77777777" w:rsidR="001A5159" w:rsidRDefault="00000000">
      <w:r>
        <w:rPr>
          <w:rFonts w:ascii="Garamond" w:hAnsi="Garamond"/>
          <w:sz w:val="24"/>
        </w:rPr>
        <w:t>action over hesitation</w:t>
      </w:r>
    </w:p>
    <w:p w14:paraId="6790FE52" w14:textId="77777777" w:rsidR="001A5159" w:rsidRDefault="00000000">
      <w:r>
        <w:rPr>
          <w:rFonts w:ascii="Garamond" w:hAnsi="Garamond"/>
          <w:sz w:val="24"/>
        </w:rPr>
        <w:t>clarity over confusion</w:t>
      </w:r>
    </w:p>
    <w:p w14:paraId="4079747E" w14:textId="77777777" w:rsidR="001A5159" w:rsidRDefault="00000000">
      <w:r>
        <w:rPr>
          <w:rFonts w:ascii="Garamond" w:hAnsi="Garamond"/>
          <w:sz w:val="24"/>
        </w:rPr>
        <w:lastRenderedPageBreak/>
        <w:t>opportunity over limitation</w:t>
      </w:r>
    </w:p>
    <w:p w14:paraId="0E76E469" w14:textId="77777777" w:rsidR="001A5159" w:rsidRDefault="00000000">
      <w:r>
        <w:rPr>
          <w:rFonts w:ascii="Garamond" w:hAnsi="Garamond"/>
          <w:sz w:val="24"/>
        </w:rPr>
        <w:t>The rest of this book gives you the how —</w:t>
      </w:r>
      <w:r>
        <w:rPr>
          <w:rFonts w:ascii="Garamond" w:hAnsi="Garamond"/>
          <w:sz w:val="24"/>
        </w:rPr>
        <w:br/>
        <w:t>this chapter gives you the why.</w:t>
      </w:r>
    </w:p>
    <w:p w14:paraId="0225536F" w14:textId="77777777" w:rsidR="001A5159" w:rsidRDefault="00000000">
      <w:r>
        <w:rPr>
          <w:rFonts w:ascii="Garamond" w:hAnsi="Garamond"/>
          <w:sz w:val="24"/>
        </w:rPr>
        <w:t>AI is not the future.</w:t>
      </w:r>
      <w:r>
        <w:rPr>
          <w:rFonts w:ascii="Garamond" w:hAnsi="Garamond"/>
          <w:sz w:val="24"/>
        </w:rPr>
        <w:br/>
        <w:t>AI is the present.</w:t>
      </w:r>
      <w:r>
        <w:rPr>
          <w:rFonts w:ascii="Garamond" w:hAnsi="Garamond"/>
          <w:sz w:val="24"/>
        </w:rPr>
        <w:br/>
        <w:t>And the people who seize it now will shape what comes next.</w:t>
      </w:r>
    </w:p>
    <w:p w14:paraId="6CFE8125" w14:textId="77777777" w:rsidR="001A5159" w:rsidRDefault="00000000">
      <w:r>
        <w:rPr>
          <w:rFonts w:ascii="Garamond" w:hAnsi="Garamond"/>
          <w:sz w:val="24"/>
        </w:rPr>
        <w:t>Let’s move forward.</w:t>
      </w:r>
    </w:p>
    <w:p w14:paraId="661C5D2A" w14:textId="77777777" w:rsidR="00673185" w:rsidRDefault="00673185">
      <w:pPr>
        <w:sectPr w:rsidR="00673185" w:rsidSect="00E00345">
          <w:pgSz w:w="12240" w:h="15840"/>
          <w:pgMar w:top="1440" w:right="1800" w:bottom="1440" w:left="1800" w:header="720" w:footer="720" w:gutter="0"/>
          <w:pgNumType w:start="7"/>
          <w:cols w:space="720"/>
          <w:docGrid w:linePitch="360"/>
        </w:sectPr>
      </w:pPr>
    </w:p>
    <w:p w14:paraId="7AAD4EA5" w14:textId="77777777" w:rsidR="001A5159" w:rsidRDefault="001A5159"/>
    <w:p w14:paraId="65AEF791" w14:textId="77777777" w:rsidR="001A5159" w:rsidRPr="0070062C" w:rsidRDefault="00000000" w:rsidP="0070062C">
      <w:pPr>
        <w:rPr>
          <w:rStyle w:val="Heading2Char"/>
          <w:rFonts w:ascii="Garamond" w:hAnsi="Garamond"/>
          <w:color w:val="auto"/>
          <w:sz w:val="28"/>
          <w:szCs w:val="28"/>
        </w:rPr>
      </w:pPr>
      <w:bookmarkStart w:id="1" w:name="_Toc214830297"/>
      <w:r w:rsidRPr="0070062C">
        <w:rPr>
          <w:rStyle w:val="Heading1Char"/>
          <w:rFonts w:ascii="Garamond" w:hAnsi="Garamond"/>
          <w:color w:val="auto"/>
          <w:sz w:val="40"/>
          <w:szCs w:val="40"/>
        </w:rPr>
        <w:t>CHAPTER 2 — THE NEW AGE OF DIGITAL INCOME</w:t>
      </w:r>
      <w:bookmarkEnd w:id="1"/>
      <w:r w:rsidRPr="0070062C">
        <w:rPr>
          <w:rStyle w:val="Heading1Char"/>
          <w:rFonts w:ascii="Garamond" w:hAnsi="Garamond"/>
          <w:color w:val="auto"/>
          <w:sz w:val="40"/>
          <w:szCs w:val="40"/>
        </w:rPr>
        <w:br/>
      </w:r>
      <w:r w:rsidRPr="0070062C">
        <w:rPr>
          <w:rStyle w:val="Heading2Char"/>
          <w:rFonts w:ascii="Garamond" w:hAnsi="Garamond"/>
          <w:color w:val="auto"/>
          <w:sz w:val="28"/>
          <w:szCs w:val="28"/>
        </w:rPr>
        <w:t>For decades, earning money followed a strict formula:</w:t>
      </w:r>
    </w:p>
    <w:p w14:paraId="045C579C" w14:textId="77777777" w:rsidR="001A5159" w:rsidRDefault="00000000">
      <w:proofErr w:type="gramStart"/>
      <w:r>
        <w:rPr>
          <w:rFonts w:ascii="Garamond" w:hAnsi="Garamond"/>
          <w:sz w:val="24"/>
        </w:rPr>
        <w:t>learn</w:t>
      </w:r>
      <w:proofErr w:type="gramEnd"/>
      <w:r>
        <w:rPr>
          <w:rFonts w:ascii="Garamond" w:hAnsi="Garamond"/>
          <w:sz w:val="24"/>
        </w:rPr>
        <w:t xml:space="preserve"> a </w:t>
      </w:r>
      <w:proofErr w:type="gramStart"/>
      <w:r>
        <w:rPr>
          <w:rFonts w:ascii="Garamond" w:hAnsi="Garamond"/>
          <w:sz w:val="24"/>
        </w:rPr>
        <w:t>skill</w:t>
      </w:r>
      <w:proofErr w:type="gramEnd"/>
    </w:p>
    <w:p w14:paraId="6599BEA8" w14:textId="77777777" w:rsidR="001A5159" w:rsidRDefault="00000000">
      <w:r>
        <w:rPr>
          <w:rFonts w:ascii="Garamond" w:hAnsi="Garamond"/>
          <w:sz w:val="24"/>
        </w:rPr>
        <w:t xml:space="preserve">get </w:t>
      </w:r>
      <w:proofErr w:type="gramStart"/>
      <w:r>
        <w:rPr>
          <w:rFonts w:ascii="Garamond" w:hAnsi="Garamond"/>
          <w:sz w:val="24"/>
        </w:rPr>
        <w:t>hired</w:t>
      </w:r>
      <w:proofErr w:type="gramEnd"/>
    </w:p>
    <w:p w14:paraId="56341BB4" w14:textId="77777777" w:rsidR="001A5159" w:rsidRDefault="00000000">
      <w:r>
        <w:rPr>
          <w:rFonts w:ascii="Garamond" w:hAnsi="Garamond"/>
          <w:sz w:val="24"/>
        </w:rPr>
        <w:t>trade time for money</w:t>
      </w:r>
    </w:p>
    <w:p w14:paraId="2817BF14" w14:textId="77777777" w:rsidR="001A5159" w:rsidRDefault="00000000">
      <w:r>
        <w:rPr>
          <w:rFonts w:ascii="Garamond" w:hAnsi="Garamond"/>
          <w:sz w:val="24"/>
        </w:rPr>
        <w:t xml:space="preserve">slowly </w:t>
      </w:r>
      <w:proofErr w:type="gramStart"/>
      <w:r>
        <w:rPr>
          <w:rFonts w:ascii="Garamond" w:hAnsi="Garamond"/>
          <w:sz w:val="24"/>
        </w:rPr>
        <w:t>improve</w:t>
      </w:r>
      <w:proofErr w:type="gramEnd"/>
    </w:p>
    <w:p w14:paraId="320A3151" w14:textId="77777777" w:rsidR="001A5159" w:rsidRDefault="00000000">
      <w:r>
        <w:rPr>
          <w:rFonts w:ascii="Garamond" w:hAnsi="Garamond"/>
          <w:sz w:val="24"/>
        </w:rPr>
        <w:t xml:space="preserve">slowly earn </w:t>
      </w:r>
      <w:proofErr w:type="gramStart"/>
      <w:r>
        <w:rPr>
          <w:rFonts w:ascii="Garamond" w:hAnsi="Garamond"/>
          <w:sz w:val="24"/>
        </w:rPr>
        <w:t>more</w:t>
      </w:r>
      <w:proofErr w:type="gramEnd"/>
    </w:p>
    <w:p w14:paraId="4C12BC1A" w14:textId="77777777" w:rsidR="001A5159" w:rsidRDefault="00000000">
      <w:proofErr w:type="gramStart"/>
      <w:r>
        <w:rPr>
          <w:rFonts w:ascii="Garamond" w:hAnsi="Garamond"/>
          <w:sz w:val="24"/>
        </w:rPr>
        <w:t>hope</w:t>
      </w:r>
      <w:proofErr w:type="gramEnd"/>
      <w:r>
        <w:rPr>
          <w:rFonts w:ascii="Garamond" w:hAnsi="Garamond"/>
          <w:sz w:val="24"/>
        </w:rPr>
        <w:t xml:space="preserve"> for </w:t>
      </w:r>
      <w:proofErr w:type="gramStart"/>
      <w:r>
        <w:rPr>
          <w:rFonts w:ascii="Garamond" w:hAnsi="Garamond"/>
          <w:sz w:val="24"/>
        </w:rPr>
        <w:t>stability</w:t>
      </w:r>
      <w:proofErr w:type="gramEnd"/>
    </w:p>
    <w:p w14:paraId="05C71CD2" w14:textId="77777777" w:rsidR="001A5159" w:rsidRDefault="00000000">
      <w:r>
        <w:rPr>
          <w:rFonts w:ascii="Garamond" w:hAnsi="Garamond"/>
          <w:sz w:val="24"/>
        </w:rPr>
        <w:t>That model isn’t “bad” — it’s just outdated.</w:t>
      </w:r>
    </w:p>
    <w:p w14:paraId="42A962EE" w14:textId="77777777" w:rsidR="001A5159" w:rsidRDefault="00000000">
      <w:r>
        <w:rPr>
          <w:rFonts w:ascii="Garamond" w:hAnsi="Garamond"/>
          <w:sz w:val="24"/>
        </w:rPr>
        <w:t>It was built for a world where:</w:t>
      </w:r>
    </w:p>
    <w:p w14:paraId="7745189A" w14:textId="77777777" w:rsidR="001A5159" w:rsidRDefault="00000000">
      <w:r>
        <w:rPr>
          <w:rFonts w:ascii="Garamond" w:hAnsi="Garamond"/>
          <w:sz w:val="24"/>
        </w:rPr>
        <w:t xml:space="preserve">skills took years to </w:t>
      </w:r>
      <w:proofErr w:type="gramStart"/>
      <w:r>
        <w:rPr>
          <w:rFonts w:ascii="Garamond" w:hAnsi="Garamond"/>
          <w:sz w:val="24"/>
        </w:rPr>
        <w:t>develop</w:t>
      </w:r>
      <w:proofErr w:type="gramEnd"/>
    </w:p>
    <w:p w14:paraId="30CDCB79" w14:textId="77777777" w:rsidR="001A5159" w:rsidRDefault="00000000">
      <w:r>
        <w:rPr>
          <w:rFonts w:ascii="Garamond" w:hAnsi="Garamond"/>
          <w:sz w:val="24"/>
        </w:rPr>
        <w:t xml:space="preserve">information was hard to </w:t>
      </w:r>
      <w:proofErr w:type="gramStart"/>
      <w:r>
        <w:rPr>
          <w:rFonts w:ascii="Garamond" w:hAnsi="Garamond"/>
          <w:sz w:val="24"/>
        </w:rPr>
        <w:t>access</w:t>
      </w:r>
      <w:proofErr w:type="gramEnd"/>
    </w:p>
    <w:p w14:paraId="6203C0CA" w14:textId="77777777" w:rsidR="001A5159" w:rsidRDefault="00000000">
      <w:r>
        <w:rPr>
          <w:rFonts w:ascii="Garamond" w:hAnsi="Garamond"/>
          <w:sz w:val="24"/>
        </w:rPr>
        <w:t xml:space="preserve">opportunities were </w:t>
      </w:r>
      <w:proofErr w:type="gramStart"/>
      <w:r>
        <w:rPr>
          <w:rFonts w:ascii="Garamond" w:hAnsi="Garamond"/>
          <w:sz w:val="24"/>
        </w:rPr>
        <w:t>limited</w:t>
      </w:r>
      <w:proofErr w:type="gramEnd"/>
    </w:p>
    <w:p w14:paraId="4507EB6F" w14:textId="77777777" w:rsidR="001A5159" w:rsidRDefault="00000000">
      <w:r>
        <w:rPr>
          <w:rFonts w:ascii="Garamond" w:hAnsi="Garamond"/>
          <w:sz w:val="24"/>
        </w:rPr>
        <w:t xml:space="preserve">tools were </w:t>
      </w:r>
      <w:proofErr w:type="gramStart"/>
      <w:r>
        <w:rPr>
          <w:rFonts w:ascii="Garamond" w:hAnsi="Garamond"/>
          <w:sz w:val="24"/>
        </w:rPr>
        <w:t>expensive</w:t>
      </w:r>
      <w:proofErr w:type="gramEnd"/>
    </w:p>
    <w:p w14:paraId="5BDFEA4C" w14:textId="77777777" w:rsidR="001A5159" w:rsidRDefault="00000000">
      <w:r>
        <w:rPr>
          <w:rFonts w:ascii="Garamond" w:hAnsi="Garamond"/>
          <w:sz w:val="24"/>
        </w:rPr>
        <w:t xml:space="preserve">gatekeepers controlled </w:t>
      </w:r>
      <w:proofErr w:type="gramStart"/>
      <w:r>
        <w:rPr>
          <w:rFonts w:ascii="Garamond" w:hAnsi="Garamond"/>
          <w:sz w:val="24"/>
        </w:rPr>
        <w:t>everything</w:t>
      </w:r>
      <w:proofErr w:type="gramEnd"/>
    </w:p>
    <w:p w14:paraId="382C51CE" w14:textId="77777777" w:rsidR="001A5159" w:rsidRDefault="00000000">
      <w:r>
        <w:rPr>
          <w:rFonts w:ascii="Garamond" w:hAnsi="Garamond"/>
          <w:sz w:val="24"/>
        </w:rPr>
        <w:t>AI blew that world apart.</w:t>
      </w:r>
    </w:p>
    <w:p w14:paraId="174B30C4" w14:textId="77777777" w:rsidR="001A5159" w:rsidRDefault="00000000">
      <w:r>
        <w:rPr>
          <w:rFonts w:ascii="Garamond" w:hAnsi="Garamond"/>
          <w:sz w:val="24"/>
        </w:rPr>
        <w:t>The new era of income is faster, more flexible, and more accessible than anything that came before it. And it’s not reserved for people who are smart, technical, or highly trained — it’s open to anyone willing to use the tools available right now.</w:t>
      </w:r>
    </w:p>
    <w:p w14:paraId="3A9A9C61" w14:textId="77777777" w:rsidR="001A5159" w:rsidRDefault="00000000">
      <w:r>
        <w:rPr>
          <w:rFonts w:ascii="Garamond" w:hAnsi="Garamond"/>
          <w:sz w:val="24"/>
        </w:rPr>
        <w:t>This chapter helps you understand what has changed… and why that shift matters for YOUR earning power.</w:t>
      </w:r>
    </w:p>
    <w:p w14:paraId="586E1286" w14:textId="77777777" w:rsidR="001A5159" w:rsidRDefault="001A5159"/>
    <w:p w14:paraId="11C97DFE" w14:textId="77777777" w:rsidR="001A5159" w:rsidRDefault="00000000">
      <w:r>
        <w:rPr>
          <w:rFonts w:ascii="Garamond" w:hAnsi="Garamond"/>
          <w:sz w:val="24"/>
        </w:rPr>
        <w:t>AI Removes the Old Barriers That Held People Back</w:t>
      </w:r>
    </w:p>
    <w:p w14:paraId="79F32E8B" w14:textId="77777777" w:rsidR="001A5159" w:rsidRDefault="00000000">
      <w:r>
        <w:rPr>
          <w:rFonts w:ascii="Garamond" w:hAnsi="Garamond"/>
          <w:sz w:val="24"/>
        </w:rPr>
        <w:t>Let’s start with the truth that matters most:</w:t>
      </w:r>
    </w:p>
    <w:p w14:paraId="014D9052" w14:textId="77777777" w:rsidR="001A5159" w:rsidRDefault="00000000">
      <w:r>
        <w:rPr>
          <w:rFonts w:ascii="Garamond" w:hAnsi="Garamond"/>
          <w:sz w:val="24"/>
        </w:rPr>
        <w:lastRenderedPageBreak/>
        <w:t>You no longer need years of experience to produce great work.</w:t>
      </w:r>
    </w:p>
    <w:p w14:paraId="17A65D27" w14:textId="77777777" w:rsidR="001A5159" w:rsidRDefault="00000000">
      <w:r>
        <w:rPr>
          <w:rFonts w:ascii="Garamond" w:hAnsi="Garamond"/>
          <w:sz w:val="24"/>
        </w:rPr>
        <w:t>AI gives you the ability to:</w:t>
      </w:r>
    </w:p>
    <w:p w14:paraId="64505FF5" w14:textId="77777777" w:rsidR="001A5159" w:rsidRDefault="00000000">
      <w:r>
        <w:rPr>
          <w:rFonts w:ascii="Garamond" w:hAnsi="Garamond"/>
          <w:sz w:val="24"/>
        </w:rPr>
        <w:t xml:space="preserve">brainstorm idea </w:t>
      </w:r>
      <w:proofErr w:type="gramStart"/>
      <w:r>
        <w:rPr>
          <w:rFonts w:ascii="Garamond" w:hAnsi="Garamond"/>
          <w:sz w:val="24"/>
        </w:rPr>
        <w:t>lists</w:t>
      </w:r>
      <w:proofErr w:type="gramEnd"/>
    </w:p>
    <w:p w14:paraId="7A7E2795" w14:textId="77777777" w:rsidR="001A5159" w:rsidRDefault="00000000">
      <w:proofErr w:type="gramStart"/>
      <w:r>
        <w:rPr>
          <w:rFonts w:ascii="Garamond" w:hAnsi="Garamond"/>
          <w:sz w:val="24"/>
        </w:rPr>
        <w:t>write</w:t>
      </w:r>
      <w:proofErr w:type="gramEnd"/>
      <w:r>
        <w:rPr>
          <w:rFonts w:ascii="Garamond" w:hAnsi="Garamond"/>
          <w:sz w:val="24"/>
        </w:rPr>
        <w:t xml:space="preserve"> outlines and </w:t>
      </w:r>
      <w:proofErr w:type="gramStart"/>
      <w:r>
        <w:rPr>
          <w:rFonts w:ascii="Garamond" w:hAnsi="Garamond"/>
          <w:sz w:val="24"/>
        </w:rPr>
        <w:t>drafts</w:t>
      </w:r>
      <w:proofErr w:type="gramEnd"/>
    </w:p>
    <w:p w14:paraId="54C1851A" w14:textId="77777777" w:rsidR="001A5159" w:rsidRDefault="00000000">
      <w:r>
        <w:rPr>
          <w:rFonts w:ascii="Garamond" w:hAnsi="Garamond"/>
          <w:sz w:val="24"/>
        </w:rPr>
        <w:t xml:space="preserve">improve clarity and </w:t>
      </w:r>
      <w:proofErr w:type="gramStart"/>
      <w:r>
        <w:rPr>
          <w:rFonts w:ascii="Garamond" w:hAnsi="Garamond"/>
          <w:sz w:val="24"/>
        </w:rPr>
        <w:t>tone</w:t>
      </w:r>
      <w:proofErr w:type="gramEnd"/>
    </w:p>
    <w:p w14:paraId="1F1C0798" w14:textId="77777777" w:rsidR="001A5159" w:rsidRDefault="00000000">
      <w:r>
        <w:rPr>
          <w:rFonts w:ascii="Garamond" w:hAnsi="Garamond"/>
          <w:sz w:val="24"/>
        </w:rPr>
        <w:t xml:space="preserve">generate </w:t>
      </w:r>
      <w:proofErr w:type="gramStart"/>
      <w:r>
        <w:rPr>
          <w:rFonts w:ascii="Garamond" w:hAnsi="Garamond"/>
          <w:sz w:val="24"/>
        </w:rPr>
        <w:t>images</w:t>
      </w:r>
      <w:proofErr w:type="gramEnd"/>
    </w:p>
    <w:p w14:paraId="115C2132" w14:textId="77777777" w:rsidR="001A5159" w:rsidRDefault="00000000">
      <w:r>
        <w:rPr>
          <w:rFonts w:ascii="Garamond" w:hAnsi="Garamond"/>
          <w:sz w:val="24"/>
        </w:rPr>
        <w:t>design branding</w:t>
      </w:r>
    </w:p>
    <w:p w14:paraId="16723FE0" w14:textId="77777777" w:rsidR="001A5159" w:rsidRDefault="00000000">
      <w:r>
        <w:rPr>
          <w:rFonts w:ascii="Garamond" w:hAnsi="Garamond"/>
          <w:sz w:val="24"/>
        </w:rPr>
        <w:t xml:space="preserve">edit </w:t>
      </w:r>
      <w:proofErr w:type="gramStart"/>
      <w:r>
        <w:rPr>
          <w:rFonts w:ascii="Garamond" w:hAnsi="Garamond"/>
          <w:sz w:val="24"/>
        </w:rPr>
        <w:t>video</w:t>
      </w:r>
      <w:proofErr w:type="gramEnd"/>
    </w:p>
    <w:p w14:paraId="38093D81" w14:textId="77777777" w:rsidR="001A5159" w:rsidRDefault="00000000">
      <w:r>
        <w:rPr>
          <w:rFonts w:ascii="Garamond" w:hAnsi="Garamond"/>
          <w:sz w:val="24"/>
        </w:rPr>
        <w:t>clean audio</w:t>
      </w:r>
    </w:p>
    <w:p w14:paraId="5589627E" w14:textId="77777777" w:rsidR="001A5159" w:rsidRDefault="00000000">
      <w:r>
        <w:rPr>
          <w:rFonts w:ascii="Garamond" w:hAnsi="Garamond"/>
          <w:sz w:val="24"/>
        </w:rPr>
        <w:t xml:space="preserve">build digital </w:t>
      </w:r>
      <w:proofErr w:type="gramStart"/>
      <w:r>
        <w:rPr>
          <w:rFonts w:ascii="Garamond" w:hAnsi="Garamond"/>
          <w:sz w:val="24"/>
        </w:rPr>
        <w:t>products</w:t>
      </w:r>
      <w:proofErr w:type="gramEnd"/>
    </w:p>
    <w:p w14:paraId="12945371" w14:textId="77777777" w:rsidR="001A5159" w:rsidRDefault="00000000">
      <w:r>
        <w:rPr>
          <w:rFonts w:ascii="Garamond" w:hAnsi="Garamond"/>
          <w:sz w:val="24"/>
        </w:rPr>
        <w:t xml:space="preserve">automate </w:t>
      </w:r>
      <w:proofErr w:type="gramStart"/>
      <w:r>
        <w:rPr>
          <w:rFonts w:ascii="Garamond" w:hAnsi="Garamond"/>
          <w:sz w:val="24"/>
        </w:rPr>
        <w:t>workflows</w:t>
      </w:r>
      <w:proofErr w:type="gramEnd"/>
    </w:p>
    <w:p w14:paraId="5F51DD75" w14:textId="77777777" w:rsidR="001A5159" w:rsidRDefault="00000000">
      <w:r>
        <w:rPr>
          <w:rFonts w:ascii="Garamond" w:hAnsi="Garamond"/>
          <w:sz w:val="24"/>
        </w:rPr>
        <w:t xml:space="preserve">create marketing </w:t>
      </w:r>
      <w:proofErr w:type="gramStart"/>
      <w:r>
        <w:rPr>
          <w:rFonts w:ascii="Garamond" w:hAnsi="Garamond"/>
          <w:sz w:val="24"/>
        </w:rPr>
        <w:t>content</w:t>
      </w:r>
      <w:proofErr w:type="gramEnd"/>
    </w:p>
    <w:p w14:paraId="62A9AF50" w14:textId="77777777" w:rsidR="001A5159" w:rsidRDefault="00000000">
      <w:r>
        <w:rPr>
          <w:rFonts w:ascii="Garamond" w:hAnsi="Garamond"/>
          <w:sz w:val="24"/>
        </w:rPr>
        <w:t xml:space="preserve">Things that </w:t>
      </w:r>
      <w:proofErr w:type="gramStart"/>
      <w:r>
        <w:rPr>
          <w:rFonts w:ascii="Garamond" w:hAnsi="Garamond"/>
          <w:sz w:val="24"/>
        </w:rPr>
        <w:t>once took experts</w:t>
      </w:r>
      <w:proofErr w:type="gramEnd"/>
      <w:r>
        <w:rPr>
          <w:rFonts w:ascii="Garamond" w:hAnsi="Garamond"/>
          <w:sz w:val="24"/>
        </w:rPr>
        <w:t xml:space="preserve"> now take minutes.</w:t>
      </w:r>
    </w:p>
    <w:p w14:paraId="22B779CA" w14:textId="77777777" w:rsidR="001A5159" w:rsidRDefault="00000000">
      <w:r>
        <w:rPr>
          <w:rFonts w:ascii="Garamond" w:hAnsi="Garamond"/>
          <w:sz w:val="24"/>
        </w:rPr>
        <w:t>Things that once required expensive tools now require free apps.</w:t>
      </w:r>
    </w:p>
    <w:p w14:paraId="73C7F92B" w14:textId="77777777" w:rsidR="001A5159" w:rsidRDefault="00000000">
      <w:r>
        <w:rPr>
          <w:rFonts w:ascii="Garamond" w:hAnsi="Garamond"/>
          <w:sz w:val="24"/>
        </w:rPr>
        <w:t>Things that once demanded confidence now demand only simple instructions.</w:t>
      </w:r>
    </w:p>
    <w:p w14:paraId="59AEEF10" w14:textId="77777777" w:rsidR="001A5159" w:rsidRDefault="00000000">
      <w:r>
        <w:rPr>
          <w:rFonts w:ascii="Garamond" w:hAnsi="Garamond"/>
          <w:sz w:val="24"/>
        </w:rPr>
        <w:t>You don’t need to learn everything.</w:t>
      </w:r>
      <w:r>
        <w:rPr>
          <w:rFonts w:ascii="Garamond" w:hAnsi="Garamond"/>
          <w:sz w:val="24"/>
        </w:rPr>
        <w:br/>
        <w:t>You don’t need to master everything.</w:t>
      </w:r>
      <w:r>
        <w:rPr>
          <w:rFonts w:ascii="Garamond" w:hAnsi="Garamond"/>
          <w:sz w:val="24"/>
        </w:rPr>
        <w:br/>
        <w:t>You just need the right blueprint — and enough curiosity to follow it.</w:t>
      </w:r>
    </w:p>
    <w:p w14:paraId="2716302D" w14:textId="77777777" w:rsidR="001A5159" w:rsidRDefault="001A5159"/>
    <w:p w14:paraId="1942EF63" w14:textId="77777777" w:rsidR="001A5159" w:rsidRDefault="00000000">
      <w:r>
        <w:rPr>
          <w:rFonts w:ascii="Garamond" w:hAnsi="Garamond"/>
          <w:sz w:val="24"/>
        </w:rPr>
        <w:t>Time Is No Longer the Limiting Factor</w:t>
      </w:r>
    </w:p>
    <w:p w14:paraId="37E675EB" w14:textId="77777777" w:rsidR="001A5159" w:rsidRDefault="00000000">
      <w:r>
        <w:rPr>
          <w:rFonts w:ascii="Garamond" w:hAnsi="Garamond"/>
          <w:sz w:val="24"/>
        </w:rPr>
        <w:t>In the old model, more income required more hours.</w:t>
      </w:r>
      <w:r>
        <w:rPr>
          <w:rFonts w:ascii="Garamond" w:hAnsi="Garamond"/>
          <w:sz w:val="24"/>
        </w:rPr>
        <w:br/>
        <w:t>If you wanted to earn more, you had to work more.</w:t>
      </w:r>
    </w:p>
    <w:p w14:paraId="1F4680C1" w14:textId="77777777" w:rsidR="001A5159" w:rsidRDefault="00000000">
      <w:r>
        <w:rPr>
          <w:rFonts w:ascii="Garamond" w:hAnsi="Garamond"/>
          <w:sz w:val="24"/>
        </w:rPr>
        <w:t>AI breaks that equation.</w:t>
      </w:r>
    </w:p>
    <w:p w14:paraId="6EC6316B" w14:textId="77777777" w:rsidR="001A5159" w:rsidRDefault="00000000">
      <w:r>
        <w:rPr>
          <w:rFonts w:ascii="Garamond" w:hAnsi="Garamond"/>
          <w:sz w:val="24"/>
        </w:rPr>
        <w:t>Today, you can:</w:t>
      </w:r>
    </w:p>
    <w:p w14:paraId="4462D6BF" w14:textId="77777777" w:rsidR="001A5159" w:rsidRDefault="00000000">
      <w:r>
        <w:rPr>
          <w:rFonts w:ascii="Garamond" w:hAnsi="Garamond"/>
          <w:sz w:val="24"/>
        </w:rPr>
        <w:t>complete 5 hours of work in 20 minutes</w:t>
      </w:r>
    </w:p>
    <w:p w14:paraId="1ED5476A" w14:textId="77777777" w:rsidR="001A5159" w:rsidRDefault="00000000">
      <w:r>
        <w:rPr>
          <w:rFonts w:ascii="Garamond" w:hAnsi="Garamond"/>
          <w:sz w:val="24"/>
        </w:rPr>
        <w:t xml:space="preserve">produce premium content in a single </w:t>
      </w:r>
      <w:proofErr w:type="gramStart"/>
      <w:r>
        <w:rPr>
          <w:rFonts w:ascii="Garamond" w:hAnsi="Garamond"/>
          <w:sz w:val="24"/>
        </w:rPr>
        <w:t>sitting</w:t>
      </w:r>
      <w:proofErr w:type="gramEnd"/>
    </w:p>
    <w:p w14:paraId="772161CE" w14:textId="77777777" w:rsidR="001A5159" w:rsidRDefault="00000000">
      <w:r>
        <w:rPr>
          <w:rFonts w:ascii="Garamond" w:hAnsi="Garamond"/>
          <w:sz w:val="24"/>
        </w:rPr>
        <w:t xml:space="preserve">deliver services faster than entire </w:t>
      </w:r>
      <w:proofErr w:type="gramStart"/>
      <w:r>
        <w:rPr>
          <w:rFonts w:ascii="Garamond" w:hAnsi="Garamond"/>
          <w:sz w:val="24"/>
        </w:rPr>
        <w:t>teams</w:t>
      </w:r>
      <w:proofErr w:type="gramEnd"/>
    </w:p>
    <w:p w14:paraId="56B213CC" w14:textId="77777777" w:rsidR="001A5159" w:rsidRDefault="00000000">
      <w:r>
        <w:rPr>
          <w:rFonts w:ascii="Garamond" w:hAnsi="Garamond"/>
          <w:sz w:val="24"/>
        </w:rPr>
        <w:lastRenderedPageBreak/>
        <w:t xml:space="preserve">automate tasks that once ate up your </w:t>
      </w:r>
      <w:proofErr w:type="gramStart"/>
      <w:r>
        <w:rPr>
          <w:rFonts w:ascii="Garamond" w:hAnsi="Garamond"/>
          <w:sz w:val="24"/>
        </w:rPr>
        <w:t>evenings</w:t>
      </w:r>
      <w:proofErr w:type="gramEnd"/>
    </w:p>
    <w:p w14:paraId="08AE4B9C" w14:textId="77777777" w:rsidR="001A5159" w:rsidRDefault="00000000">
      <w:r>
        <w:rPr>
          <w:rFonts w:ascii="Garamond" w:hAnsi="Garamond"/>
          <w:sz w:val="24"/>
        </w:rPr>
        <w:t xml:space="preserve">create assets that sell </w:t>
      </w:r>
      <w:proofErr w:type="gramStart"/>
      <w:r>
        <w:rPr>
          <w:rFonts w:ascii="Garamond" w:hAnsi="Garamond"/>
          <w:sz w:val="24"/>
        </w:rPr>
        <w:t>forever</w:t>
      </w:r>
      <w:proofErr w:type="gramEnd"/>
    </w:p>
    <w:p w14:paraId="219752A0" w14:textId="77777777" w:rsidR="001A5159" w:rsidRDefault="00000000">
      <w:r>
        <w:rPr>
          <w:rFonts w:ascii="Garamond" w:hAnsi="Garamond"/>
          <w:sz w:val="24"/>
        </w:rPr>
        <w:t>Your output is no longer tied to your time.</w:t>
      </w:r>
      <w:r>
        <w:rPr>
          <w:rFonts w:ascii="Garamond" w:hAnsi="Garamond"/>
          <w:sz w:val="24"/>
        </w:rPr>
        <w:br/>
        <w:t>It’s tied to your systems.</w:t>
      </w:r>
    </w:p>
    <w:p w14:paraId="45498B62" w14:textId="77777777" w:rsidR="001A5159" w:rsidRDefault="00000000">
      <w:r>
        <w:rPr>
          <w:rFonts w:ascii="Garamond" w:hAnsi="Garamond"/>
          <w:sz w:val="24"/>
        </w:rPr>
        <w:t>This means ordinary people — with limited time, limited energy, and limited bandwidth — can compete at a higher level than ever before.</w:t>
      </w:r>
    </w:p>
    <w:p w14:paraId="3174FE7A" w14:textId="77777777" w:rsidR="001A5159" w:rsidRDefault="001A5159"/>
    <w:p w14:paraId="705359EC" w14:textId="77777777" w:rsidR="001A5159" w:rsidRDefault="00000000">
      <w:r>
        <w:rPr>
          <w:rFonts w:ascii="Garamond" w:hAnsi="Garamond"/>
          <w:sz w:val="24"/>
        </w:rPr>
        <w:t>Skill Is No Longer the Limiting Factor</w:t>
      </w:r>
    </w:p>
    <w:p w14:paraId="48AD9723" w14:textId="77777777" w:rsidR="001A5159" w:rsidRDefault="00000000">
      <w:r>
        <w:rPr>
          <w:rFonts w:ascii="Garamond" w:hAnsi="Garamond"/>
          <w:sz w:val="24"/>
        </w:rPr>
        <w:t>This is the part that surprises most people:</w:t>
      </w:r>
    </w:p>
    <w:p w14:paraId="468C02D7" w14:textId="77777777" w:rsidR="001A5159" w:rsidRDefault="00000000">
      <w:r>
        <w:rPr>
          <w:rFonts w:ascii="Garamond" w:hAnsi="Garamond"/>
          <w:sz w:val="24"/>
        </w:rPr>
        <w:t>AI removes the skill barrier.</w:t>
      </w:r>
    </w:p>
    <w:p w14:paraId="0455C5E1" w14:textId="77777777" w:rsidR="001A5159" w:rsidRDefault="00000000">
      <w:r>
        <w:rPr>
          <w:rFonts w:ascii="Garamond" w:hAnsi="Garamond"/>
          <w:sz w:val="24"/>
        </w:rPr>
        <w:t>You don’t need to be a:</w:t>
      </w:r>
    </w:p>
    <w:p w14:paraId="6994FF0F" w14:textId="77777777" w:rsidR="001A5159" w:rsidRDefault="00000000">
      <w:proofErr w:type="gramStart"/>
      <w:r>
        <w:rPr>
          <w:rFonts w:ascii="Garamond" w:hAnsi="Garamond"/>
          <w:sz w:val="24"/>
        </w:rPr>
        <w:t>designer</w:t>
      </w:r>
      <w:proofErr w:type="gramEnd"/>
    </w:p>
    <w:p w14:paraId="1409D6BE" w14:textId="77777777" w:rsidR="001A5159" w:rsidRDefault="00000000">
      <w:r>
        <w:rPr>
          <w:rFonts w:ascii="Garamond" w:hAnsi="Garamond"/>
          <w:sz w:val="24"/>
        </w:rPr>
        <w:t>writer</w:t>
      </w:r>
    </w:p>
    <w:p w14:paraId="587FE6E7" w14:textId="77777777" w:rsidR="001A5159" w:rsidRDefault="00000000">
      <w:r>
        <w:rPr>
          <w:rFonts w:ascii="Garamond" w:hAnsi="Garamond"/>
          <w:sz w:val="24"/>
        </w:rPr>
        <w:t>editor</w:t>
      </w:r>
    </w:p>
    <w:p w14:paraId="3DCA0861" w14:textId="77777777" w:rsidR="001A5159" w:rsidRDefault="00000000">
      <w:r>
        <w:rPr>
          <w:rFonts w:ascii="Garamond" w:hAnsi="Garamond"/>
          <w:sz w:val="24"/>
        </w:rPr>
        <w:t>marketer</w:t>
      </w:r>
    </w:p>
    <w:p w14:paraId="0AB050A0" w14:textId="77777777" w:rsidR="001A5159" w:rsidRDefault="00000000">
      <w:r>
        <w:rPr>
          <w:rFonts w:ascii="Garamond" w:hAnsi="Garamond"/>
          <w:sz w:val="24"/>
        </w:rPr>
        <w:t>strategist</w:t>
      </w:r>
    </w:p>
    <w:p w14:paraId="2911C65E" w14:textId="77777777" w:rsidR="001A5159" w:rsidRDefault="00000000">
      <w:r>
        <w:rPr>
          <w:rFonts w:ascii="Garamond" w:hAnsi="Garamond"/>
          <w:sz w:val="24"/>
        </w:rPr>
        <w:t>coder</w:t>
      </w:r>
    </w:p>
    <w:p w14:paraId="29F3DF7D" w14:textId="77777777" w:rsidR="001A5159" w:rsidRDefault="00000000">
      <w:r>
        <w:rPr>
          <w:rFonts w:ascii="Garamond" w:hAnsi="Garamond"/>
          <w:sz w:val="24"/>
        </w:rPr>
        <w:t>producer</w:t>
      </w:r>
    </w:p>
    <w:p w14:paraId="0BD18200" w14:textId="77777777" w:rsidR="001A5159" w:rsidRDefault="00000000">
      <w:r>
        <w:rPr>
          <w:rFonts w:ascii="Garamond" w:hAnsi="Garamond"/>
          <w:sz w:val="24"/>
        </w:rPr>
        <w:t>AI fills those gaps.</w:t>
      </w:r>
    </w:p>
    <w:p w14:paraId="7F74E754" w14:textId="77777777" w:rsidR="001A5159" w:rsidRDefault="00000000">
      <w:r>
        <w:rPr>
          <w:rFonts w:ascii="Garamond" w:hAnsi="Garamond"/>
          <w:sz w:val="24"/>
        </w:rPr>
        <w:t>Your job is not to BE the expert.</w:t>
      </w:r>
      <w:r>
        <w:rPr>
          <w:rFonts w:ascii="Garamond" w:hAnsi="Garamond"/>
          <w:sz w:val="24"/>
        </w:rPr>
        <w:br/>
        <w:t>Your job is to direct the expert — and AI becomes the expert for you.</w:t>
      </w:r>
    </w:p>
    <w:p w14:paraId="42DB7D99" w14:textId="77777777" w:rsidR="001A5159" w:rsidRDefault="00000000">
      <w:r>
        <w:rPr>
          <w:rFonts w:ascii="Garamond" w:hAnsi="Garamond"/>
          <w:sz w:val="24"/>
        </w:rPr>
        <w:t>This is why beginners can deliver:</w:t>
      </w:r>
    </w:p>
    <w:p w14:paraId="796E28A0" w14:textId="77777777" w:rsidR="001A5159" w:rsidRDefault="00000000">
      <w:r>
        <w:rPr>
          <w:rFonts w:ascii="Garamond" w:hAnsi="Garamond"/>
          <w:sz w:val="24"/>
        </w:rPr>
        <w:t>professional logos</w:t>
      </w:r>
    </w:p>
    <w:p w14:paraId="12197E5C" w14:textId="77777777" w:rsidR="001A5159" w:rsidRDefault="00000000">
      <w:r>
        <w:rPr>
          <w:rFonts w:ascii="Garamond" w:hAnsi="Garamond"/>
          <w:sz w:val="24"/>
        </w:rPr>
        <w:t>polished slide decks</w:t>
      </w:r>
    </w:p>
    <w:p w14:paraId="77114930" w14:textId="77777777" w:rsidR="001A5159" w:rsidRDefault="00000000">
      <w:proofErr w:type="gramStart"/>
      <w:r>
        <w:rPr>
          <w:rFonts w:ascii="Garamond" w:hAnsi="Garamond"/>
          <w:sz w:val="24"/>
        </w:rPr>
        <w:t>clean</w:t>
      </w:r>
      <w:proofErr w:type="gramEnd"/>
      <w:r>
        <w:rPr>
          <w:rFonts w:ascii="Garamond" w:hAnsi="Garamond"/>
          <w:sz w:val="24"/>
        </w:rPr>
        <w:t xml:space="preserve"> copywriting</w:t>
      </w:r>
    </w:p>
    <w:p w14:paraId="6D31B85C" w14:textId="77777777" w:rsidR="001A5159" w:rsidRDefault="00000000">
      <w:r>
        <w:rPr>
          <w:rFonts w:ascii="Garamond" w:hAnsi="Garamond"/>
          <w:sz w:val="24"/>
        </w:rPr>
        <w:t>optimized content</w:t>
      </w:r>
    </w:p>
    <w:p w14:paraId="277AA06D" w14:textId="77777777" w:rsidR="001A5159" w:rsidRDefault="00000000">
      <w:r>
        <w:rPr>
          <w:rFonts w:ascii="Garamond" w:hAnsi="Garamond"/>
          <w:sz w:val="24"/>
        </w:rPr>
        <w:t>expertly structured emails</w:t>
      </w:r>
    </w:p>
    <w:p w14:paraId="26694AF1" w14:textId="77777777" w:rsidR="001A5159" w:rsidRDefault="00000000">
      <w:r>
        <w:rPr>
          <w:rFonts w:ascii="Garamond" w:hAnsi="Garamond"/>
          <w:sz w:val="24"/>
        </w:rPr>
        <w:lastRenderedPageBreak/>
        <w:t>high-quality digital products</w:t>
      </w:r>
    </w:p>
    <w:p w14:paraId="306CD51F" w14:textId="77777777" w:rsidR="001A5159" w:rsidRDefault="00000000">
      <w:r>
        <w:rPr>
          <w:rFonts w:ascii="Garamond" w:hAnsi="Garamond"/>
          <w:sz w:val="24"/>
        </w:rPr>
        <w:t>short-form video edits</w:t>
      </w:r>
    </w:p>
    <w:p w14:paraId="5A38CA5F" w14:textId="77777777" w:rsidR="001A5159" w:rsidRDefault="00000000">
      <w:r>
        <w:rPr>
          <w:rFonts w:ascii="Garamond" w:hAnsi="Garamond"/>
          <w:sz w:val="24"/>
        </w:rPr>
        <w:t>branded graphics</w:t>
      </w:r>
    </w:p>
    <w:p w14:paraId="4FB87C9F" w14:textId="77777777" w:rsidR="001A5159" w:rsidRDefault="00000000">
      <w:r>
        <w:rPr>
          <w:rFonts w:ascii="Garamond" w:hAnsi="Garamond"/>
          <w:sz w:val="24"/>
        </w:rPr>
        <w:t xml:space="preserve">repurposed social </w:t>
      </w:r>
      <w:proofErr w:type="gramStart"/>
      <w:r>
        <w:rPr>
          <w:rFonts w:ascii="Garamond" w:hAnsi="Garamond"/>
          <w:sz w:val="24"/>
        </w:rPr>
        <w:t>content</w:t>
      </w:r>
      <w:proofErr w:type="gramEnd"/>
    </w:p>
    <w:p w14:paraId="7391BEFE" w14:textId="77777777" w:rsidR="001A5159" w:rsidRDefault="00000000">
      <w:r>
        <w:rPr>
          <w:rFonts w:ascii="Garamond" w:hAnsi="Garamond"/>
          <w:sz w:val="24"/>
        </w:rPr>
        <w:t>…on their first or second attempt.</w:t>
      </w:r>
    </w:p>
    <w:p w14:paraId="3959114E" w14:textId="77777777" w:rsidR="001A5159" w:rsidRDefault="00000000">
      <w:r>
        <w:rPr>
          <w:rFonts w:ascii="Garamond" w:hAnsi="Garamond"/>
          <w:sz w:val="24"/>
        </w:rPr>
        <w:t>The world hasn’t caught up to this truth yet — but you are reading this at the perfect moment to use it.</w:t>
      </w:r>
    </w:p>
    <w:p w14:paraId="28F9C111" w14:textId="77777777" w:rsidR="001A5159" w:rsidRDefault="001A5159"/>
    <w:p w14:paraId="107079F4" w14:textId="77777777" w:rsidR="001A5159" w:rsidRDefault="00000000">
      <w:r>
        <w:rPr>
          <w:rFonts w:ascii="Garamond" w:hAnsi="Garamond"/>
          <w:sz w:val="24"/>
        </w:rPr>
        <w:t>You Don’t Need Gatekeepers Anymore</w:t>
      </w:r>
    </w:p>
    <w:p w14:paraId="460331C6" w14:textId="77777777" w:rsidR="001A5159" w:rsidRDefault="00000000">
      <w:r>
        <w:rPr>
          <w:rFonts w:ascii="Garamond" w:hAnsi="Garamond"/>
          <w:sz w:val="24"/>
        </w:rPr>
        <w:t xml:space="preserve">In the old model, someone else had to </w:t>
      </w:r>
      <w:proofErr w:type="gramStart"/>
      <w:r>
        <w:rPr>
          <w:rFonts w:ascii="Garamond" w:hAnsi="Garamond"/>
          <w:sz w:val="24"/>
        </w:rPr>
        <w:t>approve</w:t>
      </w:r>
      <w:proofErr w:type="gramEnd"/>
      <w:r>
        <w:rPr>
          <w:rFonts w:ascii="Garamond" w:hAnsi="Garamond"/>
          <w:sz w:val="24"/>
        </w:rPr>
        <w:t xml:space="preserve"> you:</w:t>
      </w:r>
    </w:p>
    <w:p w14:paraId="03995240" w14:textId="77777777" w:rsidR="001A5159" w:rsidRDefault="00000000">
      <w:r>
        <w:rPr>
          <w:rFonts w:ascii="Garamond" w:hAnsi="Garamond"/>
          <w:sz w:val="24"/>
        </w:rPr>
        <w:t>an employer</w:t>
      </w:r>
    </w:p>
    <w:p w14:paraId="2BF50225" w14:textId="77777777" w:rsidR="001A5159" w:rsidRDefault="00000000">
      <w:proofErr w:type="gramStart"/>
      <w:r>
        <w:rPr>
          <w:rFonts w:ascii="Garamond" w:hAnsi="Garamond"/>
          <w:sz w:val="24"/>
        </w:rPr>
        <w:t>an</w:t>
      </w:r>
      <w:proofErr w:type="gramEnd"/>
      <w:r>
        <w:rPr>
          <w:rFonts w:ascii="Garamond" w:hAnsi="Garamond"/>
          <w:sz w:val="24"/>
        </w:rPr>
        <w:t xml:space="preserve"> interviewer</w:t>
      </w:r>
    </w:p>
    <w:p w14:paraId="71601550" w14:textId="77777777" w:rsidR="001A5159" w:rsidRDefault="00000000">
      <w:proofErr w:type="gramStart"/>
      <w:r>
        <w:rPr>
          <w:rFonts w:ascii="Garamond" w:hAnsi="Garamond"/>
          <w:sz w:val="24"/>
        </w:rPr>
        <w:t>a client</w:t>
      </w:r>
      <w:proofErr w:type="gramEnd"/>
      <w:r>
        <w:rPr>
          <w:rFonts w:ascii="Garamond" w:hAnsi="Garamond"/>
          <w:sz w:val="24"/>
        </w:rPr>
        <w:t xml:space="preserve"> facing your empty </w:t>
      </w:r>
      <w:proofErr w:type="gramStart"/>
      <w:r>
        <w:rPr>
          <w:rFonts w:ascii="Garamond" w:hAnsi="Garamond"/>
          <w:sz w:val="24"/>
        </w:rPr>
        <w:t>portfolio</w:t>
      </w:r>
      <w:proofErr w:type="gramEnd"/>
    </w:p>
    <w:p w14:paraId="0E1E9008" w14:textId="77777777" w:rsidR="001A5159" w:rsidRDefault="00000000">
      <w:proofErr w:type="gramStart"/>
      <w:r>
        <w:rPr>
          <w:rFonts w:ascii="Garamond" w:hAnsi="Garamond"/>
          <w:sz w:val="24"/>
        </w:rPr>
        <w:t>a hiring</w:t>
      </w:r>
      <w:proofErr w:type="gramEnd"/>
      <w:r>
        <w:rPr>
          <w:rFonts w:ascii="Garamond" w:hAnsi="Garamond"/>
          <w:sz w:val="24"/>
        </w:rPr>
        <w:t xml:space="preserve"> manager</w:t>
      </w:r>
    </w:p>
    <w:p w14:paraId="45884106" w14:textId="77777777" w:rsidR="001A5159" w:rsidRDefault="00000000">
      <w:r>
        <w:rPr>
          <w:rFonts w:ascii="Garamond" w:hAnsi="Garamond"/>
          <w:sz w:val="24"/>
        </w:rPr>
        <w:t>a gatekeeper of opportunity</w:t>
      </w:r>
    </w:p>
    <w:p w14:paraId="17334CE9" w14:textId="77777777" w:rsidR="001A5159" w:rsidRDefault="00000000">
      <w:r>
        <w:rPr>
          <w:rFonts w:ascii="Garamond" w:hAnsi="Garamond"/>
          <w:sz w:val="24"/>
        </w:rPr>
        <w:t>Now?</w:t>
      </w:r>
    </w:p>
    <w:p w14:paraId="261A564C" w14:textId="77777777" w:rsidR="001A5159" w:rsidRDefault="00000000">
      <w:r>
        <w:rPr>
          <w:rFonts w:ascii="Garamond" w:hAnsi="Garamond"/>
          <w:sz w:val="24"/>
        </w:rPr>
        <w:t>You can:</w:t>
      </w:r>
    </w:p>
    <w:p w14:paraId="5B6D584E" w14:textId="77777777" w:rsidR="001A5159" w:rsidRDefault="00000000">
      <w:r>
        <w:rPr>
          <w:rFonts w:ascii="Garamond" w:hAnsi="Garamond"/>
          <w:sz w:val="24"/>
        </w:rPr>
        <w:t xml:space="preserve">build a portfolio with </w:t>
      </w:r>
      <w:proofErr w:type="gramStart"/>
      <w:r>
        <w:rPr>
          <w:rFonts w:ascii="Garamond" w:hAnsi="Garamond"/>
          <w:sz w:val="24"/>
        </w:rPr>
        <w:t>AI</w:t>
      </w:r>
      <w:proofErr w:type="gramEnd"/>
    </w:p>
    <w:p w14:paraId="0CE1991B" w14:textId="77777777" w:rsidR="001A5159" w:rsidRDefault="00000000">
      <w:r>
        <w:rPr>
          <w:rFonts w:ascii="Garamond" w:hAnsi="Garamond"/>
          <w:sz w:val="24"/>
        </w:rPr>
        <w:t xml:space="preserve">produce results before your first </w:t>
      </w:r>
      <w:proofErr w:type="gramStart"/>
      <w:r>
        <w:rPr>
          <w:rFonts w:ascii="Garamond" w:hAnsi="Garamond"/>
          <w:sz w:val="24"/>
        </w:rPr>
        <w:t>client</w:t>
      </w:r>
      <w:proofErr w:type="gramEnd"/>
    </w:p>
    <w:p w14:paraId="45BB6272" w14:textId="77777777" w:rsidR="001A5159" w:rsidRDefault="00000000">
      <w:r>
        <w:rPr>
          <w:rFonts w:ascii="Garamond" w:hAnsi="Garamond"/>
          <w:sz w:val="24"/>
        </w:rPr>
        <w:t xml:space="preserve">showcase work </w:t>
      </w:r>
      <w:proofErr w:type="gramStart"/>
      <w:r>
        <w:rPr>
          <w:rFonts w:ascii="Garamond" w:hAnsi="Garamond"/>
          <w:sz w:val="24"/>
        </w:rPr>
        <w:t>instantly</w:t>
      </w:r>
      <w:proofErr w:type="gramEnd"/>
    </w:p>
    <w:p w14:paraId="40BC8DC0" w14:textId="77777777" w:rsidR="001A5159" w:rsidRDefault="00000000">
      <w:r>
        <w:rPr>
          <w:rFonts w:ascii="Garamond" w:hAnsi="Garamond"/>
          <w:sz w:val="24"/>
        </w:rPr>
        <w:t xml:space="preserve">create sample projects in </w:t>
      </w:r>
      <w:proofErr w:type="gramStart"/>
      <w:r>
        <w:rPr>
          <w:rFonts w:ascii="Garamond" w:hAnsi="Garamond"/>
          <w:sz w:val="24"/>
        </w:rPr>
        <w:t>hours</w:t>
      </w:r>
      <w:proofErr w:type="gramEnd"/>
    </w:p>
    <w:p w14:paraId="1C96CC87" w14:textId="77777777" w:rsidR="001A5159" w:rsidRDefault="00000000">
      <w:r>
        <w:rPr>
          <w:rFonts w:ascii="Garamond" w:hAnsi="Garamond"/>
          <w:sz w:val="24"/>
        </w:rPr>
        <w:t xml:space="preserve">deliver services that speak for </w:t>
      </w:r>
      <w:proofErr w:type="gramStart"/>
      <w:r>
        <w:rPr>
          <w:rFonts w:ascii="Garamond" w:hAnsi="Garamond"/>
          <w:sz w:val="24"/>
        </w:rPr>
        <w:t>themselves</w:t>
      </w:r>
      <w:proofErr w:type="gramEnd"/>
    </w:p>
    <w:p w14:paraId="60311F59" w14:textId="77777777" w:rsidR="001A5159" w:rsidRDefault="00000000">
      <w:r>
        <w:rPr>
          <w:rFonts w:ascii="Garamond" w:hAnsi="Garamond"/>
          <w:sz w:val="24"/>
        </w:rPr>
        <w:t>You don’t need to “prove” your value first.</w:t>
      </w:r>
      <w:r>
        <w:rPr>
          <w:rFonts w:ascii="Garamond" w:hAnsi="Garamond"/>
          <w:sz w:val="24"/>
        </w:rPr>
        <w:br/>
        <w:t>You can generate value, then show it.</w:t>
      </w:r>
    </w:p>
    <w:p w14:paraId="578C7E09" w14:textId="77777777" w:rsidR="001A5159" w:rsidRDefault="00000000">
      <w:r>
        <w:rPr>
          <w:rFonts w:ascii="Garamond" w:hAnsi="Garamond"/>
          <w:sz w:val="24"/>
        </w:rPr>
        <w:t>This is how people with no background go from:</w:t>
      </w:r>
    </w:p>
    <w:p w14:paraId="43CBFDE7" w14:textId="77777777" w:rsidR="001A5159" w:rsidRDefault="00000000">
      <w:r>
        <w:rPr>
          <w:rFonts w:ascii="Garamond" w:hAnsi="Garamond"/>
          <w:sz w:val="24"/>
        </w:rPr>
        <w:t>$0 → $500</w:t>
      </w:r>
    </w:p>
    <w:p w14:paraId="03D87092" w14:textId="77777777" w:rsidR="001A5159" w:rsidRDefault="00000000">
      <w:r>
        <w:rPr>
          <w:rFonts w:ascii="Garamond" w:hAnsi="Garamond"/>
          <w:sz w:val="24"/>
        </w:rPr>
        <w:lastRenderedPageBreak/>
        <w:t>$500 → $2,000</w:t>
      </w:r>
    </w:p>
    <w:p w14:paraId="216348DD" w14:textId="77777777" w:rsidR="001A5159" w:rsidRDefault="00000000">
      <w:r>
        <w:rPr>
          <w:rFonts w:ascii="Garamond" w:hAnsi="Garamond"/>
          <w:sz w:val="24"/>
        </w:rPr>
        <w:t>$2,000 → $10,000</w:t>
      </w:r>
    </w:p>
    <w:p w14:paraId="78EF061F" w14:textId="77777777" w:rsidR="001A5159" w:rsidRDefault="00000000">
      <w:r>
        <w:rPr>
          <w:rFonts w:ascii="Garamond" w:hAnsi="Garamond"/>
          <w:sz w:val="24"/>
        </w:rPr>
        <w:t>side hustle → full-time income</w:t>
      </w:r>
    </w:p>
    <w:p w14:paraId="04CACA2D" w14:textId="77777777" w:rsidR="001A5159" w:rsidRDefault="00000000">
      <w:r>
        <w:rPr>
          <w:rFonts w:ascii="Garamond" w:hAnsi="Garamond"/>
          <w:sz w:val="24"/>
        </w:rPr>
        <w:t>And they do it faster than ever before.</w:t>
      </w:r>
    </w:p>
    <w:p w14:paraId="72BADE03" w14:textId="77777777" w:rsidR="001A5159" w:rsidRDefault="001A5159"/>
    <w:p w14:paraId="05E405BD" w14:textId="77777777" w:rsidR="001A5159" w:rsidRDefault="00000000">
      <w:r>
        <w:rPr>
          <w:rFonts w:ascii="Garamond" w:hAnsi="Garamond"/>
          <w:sz w:val="24"/>
        </w:rPr>
        <w:t xml:space="preserve">Income Comes </w:t>
      </w:r>
      <w:proofErr w:type="gramStart"/>
      <w:r>
        <w:rPr>
          <w:rFonts w:ascii="Garamond" w:hAnsi="Garamond"/>
          <w:sz w:val="24"/>
        </w:rPr>
        <w:t>From</w:t>
      </w:r>
      <w:proofErr w:type="gramEnd"/>
      <w:r>
        <w:rPr>
          <w:rFonts w:ascii="Garamond" w:hAnsi="Garamond"/>
          <w:sz w:val="24"/>
        </w:rPr>
        <w:t xml:space="preserve"> Systems Now, Not Status</w:t>
      </w:r>
    </w:p>
    <w:p w14:paraId="17BCE5D3" w14:textId="77777777" w:rsidR="001A5159" w:rsidRDefault="00000000">
      <w:r>
        <w:rPr>
          <w:rFonts w:ascii="Garamond" w:hAnsi="Garamond"/>
          <w:sz w:val="24"/>
        </w:rPr>
        <w:t>In the past, income followed titles, degrees, and job roles.</w:t>
      </w:r>
    </w:p>
    <w:p w14:paraId="44C9920A" w14:textId="77777777" w:rsidR="001A5159" w:rsidRDefault="00000000">
      <w:r>
        <w:rPr>
          <w:rFonts w:ascii="Garamond" w:hAnsi="Garamond"/>
          <w:sz w:val="24"/>
        </w:rPr>
        <w:t>Now?</w:t>
      </w:r>
    </w:p>
    <w:p w14:paraId="03F460EE" w14:textId="77777777" w:rsidR="001A5159" w:rsidRDefault="00000000">
      <w:r>
        <w:rPr>
          <w:rFonts w:ascii="Garamond" w:hAnsi="Garamond"/>
          <w:sz w:val="24"/>
        </w:rPr>
        <w:t>Income follows systems.</w:t>
      </w:r>
    </w:p>
    <w:p w14:paraId="51372F06" w14:textId="77777777" w:rsidR="001A5159" w:rsidRDefault="00000000">
      <w:r>
        <w:rPr>
          <w:rFonts w:ascii="Garamond" w:hAnsi="Garamond"/>
          <w:sz w:val="24"/>
        </w:rPr>
        <w:t>If you can follow a set of steps —</w:t>
      </w:r>
      <w:r>
        <w:rPr>
          <w:rFonts w:ascii="Garamond" w:hAnsi="Garamond"/>
          <w:sz w:val="24"/>
        </w:rPr>
        <w:br/>
        <w:t>If you can repeat a workflow —</w:t>
      </w:r>
      <w:r>
        <w:rPr>
          <w:rFonts w:ascii="Garamond" w:hAnsi="Garamond"/>
          <w:sz w:val="24"/>
        </w:rPr>
        <w:br/>
        <w:t>If you can deliver a predictable outcome —</w:t>
      </w:r>
    </w:p>
    <w:p w14:paraId="4D13EB98" w14:textId="77777777" w:rsidR="001A5159" w:rsidRDefault="00000000">
      <w:r>
        <w:rPr>
          <w:rFonts w:ascii="Garamond" w:hAnsi="Garamond"/>
          <w:sz w:val="24"/>
        </w:rPr>
        <w:t>…you can earn.</w:t>
      </w:r>
    </w:p>
    <w:p w14:paraId="10420E13" w14:textId="77777777" w:rsidR="001A5159" w:rsidRDefault="00000000">
      <w:r>
        <w:rPr>
          <w:rFonts w:ascii="Garamond" w:hAnsi="Garamond"/>
          <w:sz w:val="24"/>
        </w:rPr>
        <w:t>That’s what the 36 AI Income Blueprints give you:</w:t>
      </w:r>
    </w:p>
    <w:p w14:paraId="512298F0" w14:textId="77777777" w:rsidR="001A5159" w:rsidRDefault="00000000">
      <w:r>
        <w:rPr>
          <w:rFonts w:ascii="Garamond" w:hAnsi="Garamond"/>
          <w:sz w:val="24"/>
        </w:rPr>
        <w:t>a system</w:t>
      </w:r>
    </w:p>
    <w:p w14:paraId="37520535" w14:textId="77777777" w:rsidR="001A5159" w:rsidRDefault="00000000">
      <w:r>
        <w:rPr>
          <w:rFonts w:ascii="Garamond" w:hAnsi="Garamond"/>
          <w:sz w:val="24"/>
        </w:rPr>
        <w:t>a structure</w:t>
      </w:r>
    </w:p>
    <w:p w14:paraId="609E89CF" w14:textId="77777777" w:rsidR="001A5159" w:rsidRDefault="00000000">
      <w:r>
        <w:rPr>
          <w:rFonts w:ascii="Garamond" w:hAnsi="Garamond"/>
          <w:sz w:val="24"/>
        </w:rPr>
        <w:t>a step-by-step path</w:t>
      </w:r>
    </w:p>
    <w:p w14:paraId="3D19B5F2" w14:textId="77777777" w:rsidR="001A5159" w:rsidRDefault="00000000">
      <w:r>
        <w:rPr>
          <w:rFonts w:ascii="Garamond" w:hAnsi="Garamond"/>
          <w:sz w:val="24"/>
        </w:rPr>
        <w:t xml:space="preserve">a workflow you can </w:t>
      </w:r>
      <w:proofErr w:type="gramStart"/>
      <w:r>
        <w:rPr>
          <w:rFonts w:ascii="Garamond" w:hAnsi="Garamond"/>
          <w:sz w:val="24"/>
        </w:rPr>
        <w:t>duplicate</w:t>
      </w:r>
      <w:proofErr w:type="gramEnd"/>
    </w:p>
    <w:p w14:paraId="1E65E666" w14:textId="77777777" w:rsidR="001A5159" w:rsidRDefault="00000000">
      <w:r>
        <w:rPr>
          <w:rFonts w:ascii="Garamond" w:hAnsi="Garamond"/>
          <w:sz w:val="24"/>
        </w:rPr>
        <w:t>clear deliverables</w:t>
      </w:r>
    </w:p>
    <w:p w14:paraId="46449698" w14:textId="77777777" w:rsidR="001A5159" w:rsidRDefault="00000000">
      <w:r>
        <w:rPr>
          <w:rFonts w:ascii="Garamond" w:hAnsi="Garamond"/>
          <w:sz w:val="24"/>
        </w:rPr>
        <w:t>predictable results</w:t>
      </w:r>
    </w:p>
    <w:p w14:paraId="50522042" w14:textId="77777777" w:rsidR="001A5159" w:rsidRDefault="00000000">
      <w:r>
        <w:rPr>
          <w:rFonts w:ascii="Garamond" w:hAnsi="Garamond"/>
          <w:sz w:val="24"/>
        </w:rPr>
        <w:t>No guessing.</w:t>
      </w:r>
      <w:r>
        <w:rPr>
          <w:rFonts w:ascii="Garamond" w:hAnsi="Garamond"/>
          <w:sz w:val="24"/>
        </w:rPr>
        <w:br/>
        <w:t>No hoping.</w:t>
      </w:r>
      <w:r>
        <w:rPr>
          <w:rFonts w:ascii="Garamond" w:hAnsi="Garamond"/>
          <w:sz w:val="24"/>
        </w:rPr>
        <w:br/>
        <w:t>Just clarity → action → outcomes.</w:t>
      </w:r>
    </w:p>
    <w:p w14:paraId="79AC520C" w14:textId="77777777" w:rsidR="001A5159" w:rsidRDefault="001A5159"/>
    <w:p w14:paraId="62D4A0E6" w14:textId="77777777" w:rsidR="001A5159" w:rsidRDefault="00000000">
      <w:r>
        <w:rPr>
          <w:rFonts w:ascii="Garamond" w:hAnsi="Garamond"/>
          <w:sz w:val="24"/>
        </w:rPr>
        <w:t>The People Who Win in This New Era</w:t>
      </w:r>
    </w:p>
    <w:p w14:paraId="122D9237" w14:textId="77777777" w:rsidR="001A5159" w:rsidRDefault="00000000">
      <w:r>
        <w:rPr>
          <w:rFonts w:ascii="Garamond" w:hAnsi="Garamond"/>
          <w:sz w:val="24"/>
        </w:rPr>
        <w:t>The people succeeding with AI right now are not who you think.</w:t>
      </w:r>
    </w:p>
    <w:p w14:paraId="794F08B7" w14:textId="77777777" w:rsidR="001A5159" w:rsidRDefault="00000000">
      <w:r>
        <w:rPr>
          <w:rFonts w:ascii="Garamond" w:hAnsi="Garamond"/>
          <w:sz w:val="24"/>
        </w:rPr>
        <w:lastRenderedPageBreak/>
        <w:t xml:space="preserve">It’s not </w:t>
      </w:r>
      <w:proofErr w:type="gramStart"/>
      <w:r>
        <w:rPr>
          <w:rFonts w:ascii="Garamond" w:hAnsi="Garamond"/>
          <w:sz w:val="24"/>
        </w:rPr>
        <w:t>the tech</w:t>
      </w:r>
      <w:proofErr w:type="gramEnd"/>
      <w:r>
        <w:rPr>
          <w:rFonts w:ascii="Garamond" w:hAnsi="Garamond"/>
          <w:sz w:val="24"/>
        </w:rPr>
        <w:t xml:space="preserve"> geniuses.</w:t>
      </w:r>
      <w:r>
        <w:rPr>
          <w:rFonts w:ascii="Garamond" w:hAnsi="Garamond"/>
          <w:sz w:val="24"/>
        </w:rPr>
        <w:br/>
        <w:t>It’s not the coders.</w:t>
      </w:r>
      <w:r>
        <w:rPr>
          <w:rFonts w:ascii="Garamond" w:hAnsi="Garamond"/>
          <w:sz w:val="24"/>
        </w:rPr>
        <w:br/>
        <w:t xml:space="preserve">It’s not </w:t>
      </w:r>
      <w:proofErr w:type="gramStart"/>
      <w:r>
        <w:rPr>
          <w:rFonts w:ascii="Garamond" w:hAnsi="Garamond"/>
          <w:sz w:val="24"/>
        </w:rPr>
        <w:t>the engineers</w:t>
      </w:r>
      <w:proofErr w:type="gramEnd"/>
      <w:r>
        <w:rPr>
          <w:rFonts w:ascii="Garamond" w:hAnsi="Garamond"/>
          <w:sz w:val="24"/>
        </w:rPr>
        <w:t>.</w:t>
      </w:r>
    </w:p>
    <w:p w14:paraId="680E5248" w14:textId="77777777" w:rsidR="001A5159" w:rsidRDefault="00000000">
      <w:r>
        <w:rPr>
          <w:rFonts w:ascii="Garamond" w:hAnsi="Garamond"/>
          <w:sz w:val="24"/>
        </w:rPr>
        <w:t>It’s:</w:t>
      </w:r>
    </w:p>
    <w:p w14:paraId="08779377" w14:textId="77777777" w:rsidR="001A5159" w:rsidRDefault="00000000">
      <w:r>
        <w:rPr>
          <w:rFonts w:ascii="Garamond" w:hAnsi="Garamond"/>
          <w:sz w:val="24"/>
        </w:rPr>
        <w:t>parents who need extra money</w:t>
      </w:r>
    </w:p>
    <w:p w14:paraId="6E60E0A5" w14:textId="77777777" w:rsidR="001A5159" w:rsidRDefault="00000000">
      <w:r>
        <w:rPr>
          <w:rFonts w:ascii="Garamond" w:hAnsi="Garamond"/>
          <w:sz w:val="24"/>
        </w:rPr>
        <w:t xml:space="preserve">students building side </w:t>
      </w:r>
      <w:proofErr w:type="gramStart"/>
      <w:r>
        <w:rPr>
          <w:rFonts w:ascii="Garamond" w:hAnsi="Garamond"/>
          <w:sz w:val="24"/>
        </w:rPr>
        <w:t>income</w:t>
      </w:r>
      <w:proofErr w:type="gramEnd"/>
    </w:p>
    <w:p w14:paraId="1596FE6C" w14:textId="77777777" w:rsidR="001A5159" w:rsidRDefault="00000000">
      <w:r>
        <w:rPr>
          <w:rFonts w:ascii="Garamond" w:hAnsi="Garamond"/>
          <w:sz w:val="24"/>
        </w:rPr>
        <w:t xml:space="preserve">creators looking for </w:t>
      </w:r>
      <w:proofErr w:type="gramStart"/>
      <w:r>
        <w:rPr>
          <w:rFonts w:ascii="Garamond" w:hAnsi="Garamond"/>
          <w:sz w:val="24"/>
        </w:rPr>
        <w:t>leverage</w:t>
      </w:r>
      <w:proofErr w:type="gramEnd"/>
    </w:p>
    <w:p w14:paraId="5CAB3F0A" w14:textId="77777777" w:rsidR="001A5159" w:rsidRDefault="00000000">
      <w:r>
        <w:rPr>
          <w:rFonts w:ascii="Garamond" w:hAnsi="Garamond"/>
          <w:sz w:val="24"/>
        </w:rPr>
        <w:t>employees tired of being underpaid</w:t>
      </w:r>
    </w:p>
    <w:p w14:paraId="309E3940" w14:textId="77777777" w:rsidR="001A5159" w:rsidRDefault="00000000">
      <w:r>
        <w:rPr>
          <w:rFonts w:ascii="Garamond" w:hAnsi="Garamond"/>
          <w:sz w:val="24"/>
        </w:rPr>
        <w:t>beginners who were previously overlooked</w:t>
      </w:r>
    </w:p>
    <w:p w14:paraId="41072531" w14:textId="77777777" w:rsidR="001A5159" w:rsidRDefault="00000000">
      <w:r>
        <w:rPr>
          <w:rFonts w:ascii="Garamond" w:hAnsi="Garamond"/>
          <w:sz w:val="24"/>
        </w:rPr>
        <w:t>motivated people who simply follow clear instructions</w:t>
      </w:r>
    </w:p>
    <w:p w14:paraId="4A2A9394" w14:textId="77777777" w:rsidR="001A5159" w:rsidRDefault="00000000">
      <w:r>
        <w:rPr>
          <w:rFonts w:ascii="Garamond" w:hAnsi="Garamond"/>
          <w:sz w:val="24"/>
        </w:rPr>
        <w:t>This book exists to make these opportunities accessible to YOU.</w:t>
      </w:r>
    </w:p>
    <w:p w14:paraId="5E6C793E" w14:textId="77777777" w:rsidR="001A5159" w:rsidRDefault="001A5159"/>
    <w:p w14:paraId="02742F9F" w14:textId="77777777" w:rsidR="001A5159" w:rsidRDefault="00000000">
      <w:r>
        <w:rPr>
          <w:rFonts w:ascii="Garamond" w:hAnsi="Garamond"/>
          <w:sz w:val="24"/>
        </w:rPr>
        <w:t>Why This Chapter Matters</w:t>
      </w:r>
    </w:p>
    <w:p w14:paraId="3E53900C" w14:textId="77777777" w:rsidR="001A5159" w:rsidRDefault="00000000">
      <w:r>
        <w:rPr>
          <w:rFonts w:ascii="Garamond" w:hAnsi="Garamond"/>
          <w:sz w:val="24"/>
        </w:rPr>
        <w:t>This chapter sets the foundation:</w:t>
      </w:r>
    </w:p>
    <w:p w14:paraId="26C9F96D" w14:textId="77777777" w:rsidR="001A5159" w:rsidRDefault="00000000">
      <w:r>
        <w:rPr>
          <w:rFonts w:ascii="Garamond" w:hAnsi="Garamond"/>
          <w:sz w:val="24"/>
        </w:rPr>
        <w:t>You are not behind — you’re early.</w:t>
      </w:r>
    </w:p>
    <w:p w14:paraId="2D7285A5" w14:textId="77777777" w:rsidR="001A5159" w:rsidRDefault="00000000">
      <w:r>
        <w:rPr>
          <w:rFonts w:ascii="Garamond" w:hAnsi="Garamond"/>
          <w:sz w:val="24"/>
        </w:rPr>
        <w:t>You don’t need to master AI — you just need to use it.</w:t>
      </w:r>
    </w:p>
    <w:p w14:paraId="1D7DC384" w14:textId="77777777" w:rsidR="001A5159" w:rsidRDefault="00000000">
      <w:r>
        <w:rPr>
          <w:rFonts w:ascii="Garamond" w:hAnsi="Garamond"/>
          <w:sz w:val="24"/>
        </w:rPr>
        <w:t>You don’t need confidence — the wins will create it.</w:t>
      </w:r>
    </w:p>
    <w:p w14:paraId="7CC257BF" w14:textId="77777777" w:rsidR="001A5159" w:rsidRDefault="00000000">
      <w:r>
        <w:rPr>
          <w:rFonts w:ascii="Garamond" w:hAnsi="Garamond"/>
          <w:sz w:val="24"/>
        </w:rPr>
        <w:t>You don’t need permission — you have the tools already.</w:t>
      </w:r>
    </w:p>
    <w:p w14:paraId="692F12CF" w14:textId="77777777" w:rsidR="00673185" w:rsidRDefault="00673185">
      <w:pPr>
        <w:sectPr w:rsidR="00673185" w:rsidSect="00034616">
          <w:pgSz w:w="12240" w:h="15840"/>
          <w:pgMar w:top="1440" w:right="1800" w:bottom="1440" w:left="1800" w:header="720" w:footer="720" w:gutter="0"/>
          <w:cols w:space="720"/>
          <w:docGrid w:linePitch="360"/>
        </w:sectPr>
      </w:pPr>
    </w:p>
    <w:p w14:paraId="46AD2E73" w14:textId="77777777" w:rsidR="001A5159" w:rsidRDefault="001A5159"/>
    <w:p w14:paraId="7CDBD98D" w14:textId="4517B350" w:rsidR="001A5159" w:rsidRPr="0070062C" w:rsidRDefault="00000000" w:rsidP="0070062C">
      <w:pPr>
        <w:rPr>
          <w:rFonts w:ascii="Garamond" w:hAnsi="Garamond"/>
        </w:rPr>
      </w:pPr>
      <w:bookmarkStart w:id="2" w:name="_Toc214830298"/>
      <w:r w:rsidRPr="0070062C">
        <w:rPr>
          <w:rStyle w:val="Heading1Char"/>
          <w:rFonts w:ascii="Garamond" w:hAnsi="Garamond"/>
          <w:color w:val="auto"/>
          <w:sz w:val="40"/>
          <w:szCs w:val="40"/>
        </w:rPr>
        <w:t>CHAPTER 3 — THE AI ENTREPRENEUR’S MINDSET</w:t>
      </w:r>
      <w:bookmarkEnd w:id="2"/>
      <w:r w:rsidRPr="0070062C">
        <w:rPr>
          <w:rFonts w:ascii="Garamond" w:hAnsi="Garamond"/>
          <w:b/>
          <w:sz w:val="44"/>
        </w:rPr>
        <w:br/>
      </w:r>
      <w:r w:rsidRPr="0070062C">
        <w:rPr>
          <w:rStyle w:val="Heading2Char"/>
          <w:rFonts w:ascii="Garamond" w:hAnsi="Garamond"/>
          <w:color w:val="auto"/>
          <w:sz w:val="28"/>
          <w:szCs w:val="28"/>
        </w:rPr>
        <w:t>AI gives you the tools.</w:t>
      </w:r>
      <w:r w:rsidR="00C138A8">
        <w:rPr>
          <w:rStyle w:val="Heading2Char"/>
          <w:rFonts w:ascii="Garamond" w:hAnsi="Garamond"/>
          <w:color w:val="auto"/>
          <w:sz w:val="28"/>
          <w:szCs w:val="28"/>
        </w:rPr>
        <w:t xml:space="preserve">  </w:t>
      </w:r>
      <w:r w:rsidRPr="0070062C">
        <w:rPr>
          <w:rStyle w:val="Heading2Char"/>
          <w:rFonts w:ascii="Garamond" w:hAnsi="Garamond"/>
          <w:color w:val="auto"/>
          <w:sz w:val="28"/>
          <w:szCs w:val="28"/>
        </w:rPr>
        <w:br/>
        <w:t>The blueprints give you the steps.</w:t>
      </w:r>
      <w:r w:rsidRPr="0070062C">
        <w:rPr>
          <w:rStyle w:val="Heading2Char"/>
          <w:rFonts w:ascii="Garamond" w:hAnsi="Garamond"/>
          <w:color w:val="auto"/>
          <w:sz w:val="28"/>
          <w:szCs w:val="28"/>
        </w:rPr>
        <w:br/>
        <w:t>But the mindset you bring into this journey determines whether you get stuck… or succeed faster than you ever thought possible.</w:t>
      </w:r>
    </w:p>
    <w:p>
      <w:pPr/>
      <w:r>
        <w:t>REALITY CHECK — WHAT AI WILL *NOT* DO FOR YOU</w:t>
        <w:br/>
        <w:br/>
        <w:t>AI accelerates creation, simplifies work, and unlocks opportunities — but it does NOT replace:</w:t>
        <w:br/>
        <w:t>• Showing up when you don’t feel like it</w:t>
        <w:br/>
        <w:t>• Dealing with clients and communication</w:t>
        <w:br/>
        <w:t>• Making decisions when something isn’t working</w:t>
        <w:br/>
        <w:t>• Iterating, improving, and trying again</w:t>
        <w:br/>
        <w:t>• Building momentum through consistency</w:t>
        <w:br/>
        <w:t>• Handling revisions, updates, or feedback</w:t>
        <w:br/>
        <w:t>• Courage, persistence, or clarity of direction</w:t>
        <w:br/>
        <w:br/>
        <w:t xml:space="preserve">AI is leverage — not a substitute for discipline. </w:t>
      </w:r>
    </w:p>
    <w:p w14:paraId="1935E605" w14:textId="77777777" w:rsidR="001A5159" w:rsidRDefault="00000000">
      <w:r>
        <w:rPr>
          <w:rFonts w:ascii="Garamond" w:hAnsi="Garamond"/>
          <w:sz w:val="24"/>
        </w:rPr>
        <w:t>You don’t need to think like a “</w:t>
      </w:r>
      <w:proofErr w:type="gramStart"/>
      <w:r>
        <w:rPr>
          <w:rFonts w:ascii="Garamond" w:hAnsi="Garamond"/>
          <w:sz w:val="24"/>
        </w:rPr>
        <w:t>business person</w:t>
      </w:r>
      <w:proofErr w:type="gramEnd"/>
      <w:r>
        <w:rPr>
          <w:rFonts w:ascii="Garamond" w:hAnsi="Garamond"/>
          <w:sz w:val="24"/>
        </w:rPr>
        <w:t>.”</w:t>
      </w:r>
      <w:r>
        <w:rPr>
          <w:rFonts w:ascii="Garamond" w:hAnsi="Garamond"/>
          <w:sz w:val="24"/>
        </w:rPr>
        <w:br/>
        <w:t>You don’t need to be naturally confident.</w:t>
      </w:r>
      <w:r>
        <w:rPr>
          <w:rFonts w:ascii="Garamond" w:hAnsi="Garamond"/>
          <w:sz w:val="24"/>
        </w:rPr>
        <w:br/>
        <w:t>You don’t need to pretend to be an expert.</w:t>
      </w:r>
    </w:p>
    <w:p w14:paraId="43C60198" w14:textId="77777777" w:rsidR="001A5159" w:rsidRDefault="00000000">
      <w:r>
        <w:rPr>
          <w:rFonts w:ascii="Garamond" w:hAnsi="Garamond"/>
          <w:sz w:val="24"/>
        </w:rPr>
        <w:t>You simply need to adopt a mindset that matches the world we’re now living in — a world where new opportunities open every day, and old limitations disappear overnight.</w:t>
      </w:r>
    </w:p>
    <w:p w14:paraId="1E37EB67" w14:textId="77777777" w:rsidR="001A5159" w:rsidRDefault="00000000">
      <w:r>
        <w:rPr>
          <w:rFonts w:ascii="Garamond" w:hAnsi="Garamond"/>
          <w:sz w:val="24"/>
        </w:rPr>
        <w:t>This chapter will help you build that mindset.</w:t>
      </w:r>
    </w:p>
    <w:p w14:paraId="624E9752" w14:textId="77777777" w:rsidR="001A5159" w:rsidRDefault="001A5159"/>
    <w:p w14:paraId="7C101ADF" w14:textId="77777777" w:rsidR="001A5159" w:rsidRDefault="00000000">
      <w:r>
        <w:rPr>
          <w:rFonts w:ascii="Garamond" w:hAnsi="Garamond"/>
          <w:sz w:val="24"/>
        </w:rPr>
        <w:t>1. Done Is Better Than Perfect</w:t>
      </w:r>
    </w:p>
    <w:p w14:paraId="10E3E768" w14:textId="77777777" w:rsidR="001A5159" w:rsidRDefault="00000000">
      <w:r>
        <w:rPr>
          <w:rFonts w:ascii="Garamond" w:hAnsi="Garamond"/>
          <w:sz w:val="24"/>
        </w:rPr>
        <w:t>AI removes the need to spend days tweaking, polishing, and worrying about being “good enough.”</w:t>
      </w:r>
    </w:p>
    <w:p w14:paraId="12314724" w14:textId="77777777" w:rsidR="001A5159" w:rsidRDefault="00000000">
      <w:r>
        <w:rPr>
          <w:rFonts w:ascii="Garamond" w:hAnsi="Garamond"/>
          <w:sz w:val="24"/>
        </w:rPr>
        <w:t>You don’t need perfect:</w:t>
      </w:r>
      <w:r>
        <w:rPr>
          <w:rFonts w:ascii="Garamond" w:hAnsi="Garamond"/>
          <w:sz w:val="24"/>
        </w:rPr>
        <w:br/>
        <w:t>You need output.</w:t>
      </w:r>
    </w:p>
    <w:p w14:paraId="0782F910" w14:textId="77777777" w:rsidR="001A5159" w:rsidRDefault="00000000">
      <w:r>
        <w:rPr>
          <w:rFonts w:ascii="Garamond" w:hAnsi="Garamond"/>
          <w:sz w:val="24"/>
        </w:rPr>
        <w:t xml:space="preserve">Let AI </w:t>
      </w:r>
      <w:proofErr w:type="gramStart"/>
      <w:r>
        <w:rPr>
          <w:rFonts w:ascii="Garamond" w:hAnsi="Garamond"/>
          <w:sz w:val="24"/>
        </w:rPr>
        <w:t>handle</w:t>
      </w:r>
      <w:proofErr w:type="gramEnd"/>
      <w:r>
        <w:rPr>
          <w:rFonts w:ascii="Garamond" w:hAnsi="Garamond"/>
          <w:sz w:val="24"/>
        </w:rPr>
        <w:t xml:space="preserve"> the heavy lifting while you:</w:t>
      </w:r>
    </w:p>
    <w:p w14:paraId="46998B24" w14:textId="77777777" w:rsidR="001A5159" w:rsidRDefault="00000000">
      <w:r>
        <w:rPr>
          <w:rFonts w:ascii="Garamond" w:hAnsi="Garamond"/>
          <w:sz w:val="24"/>
        </w:rPr>
        <w:t xml:space="preserve">make </w:t>
      </w:r>
      <w:proofErr w:type="gramStart"/>
      <w:r>
        <w:rPr>
          <w:rFonts w:ascii="Garamond" w:hAnsi="Garamond"/>
          <w:sz w:val="24"/>
        </w:rPr>
        <w:t>decisions</w:t>
      </w:r>
      <w:proofErr w:type="gramEnd"/>
    </w:p>
    <w:p w14:paraId="0B7BC3FD" w14:textId="77777777" w:rsidR="001A5159" w:rsidRDefault="00000000">
      <w:r>
        <w:rPr>
          <w:rFonts w:ascii="Garamond" w:hAnsi="Garamond"/>
          <w:sz w:val="24"/>
        </w:rPr>
        <w:t xml:space="preserve">improve the </w:t>
      </w:r>
      <w:proofErr w:type="gramStart"/>
      <w:r>
        <w:rPr>
          <w:rFonts w:ascii="Garamond" w:hAnsi="Garamond"/>
          <w:sz w:val="24"/>
        </w:rPr>
        <w:t>results</w:t>
      </w:r>
      <w:proofErr w:type="gramEnd"/>
    </w:p>
    <w:p w14:paraId="261A8792" w14:textId="77777777" w:rsidR="001A5159" w:rsidRDefault="00000000">
      <w:r>
        <w:rPr>
          <w:rFonts w:ascii="Garamond" w:hAnsi="Garamond"/>
          <w:sz w:val="24"/>
        </w:rPr>
        <w:t xml:space="preserve">ship the </w:t>
      </w:r>
      <w:proofErr w:type="gramStart"/>
      <w:r>
        <w:rPr>
          <w:rFonts w:ascii="Garamond" w:hAnsi="Garamond"/>
          <w:sz w:val="24"/>
        </w:rPr>
        <w:t>work</w:t>
      </w:r>
      <w:proofErr w:type="gramEnd"/>
    </w:p>
    <w:p w14:paraId="62CFAA87" w14:textId="77777777" w:rsidR="001A5159" w:rsidRDefault="00000000">
      <w:r>
        <w:rPr>
          <w:rFonts w:ascii="Garamond" w:hAnsi="Garamond"/>
          <w:sz w:val="24"/>
        </w:rPr>
        <w:t xml:space="preserve">get </w:t>
      </w:r>
      <w:proofErr w:type="gramStart"/>
      <w:r>
        <w:rPr>
          <w:rFonts w:ascii="Garamond" w:hAnsi="Garamond"/>
          <w:sz w:val="24"/>
        </w:rPr>
        <w:t>feedback</w:t>
      </w:r>
      <w:proofErr w:type="gramEnd"/>
    </w:p>
    <w:p w14:paraId="53CDE99D" w14:textId="77777777" w:rsidR="001A5159" w:rsidRDefault="00000000">
      <w:r>
        <w:rPr>
          <w:rFonts w:ascii="Garamond" w:hAnsi="Garamond"/>
          <w:sz w:val="24"/>
        </w:rPr>
        <w:t xml:space="preserve">earn </w:t>
      </w:r>
      <w:proofErr w:type="gramStart"/>
      <w:r>
        <w:rPr>
          <w:rFonts w:ascii="Garamond" w:hAnsi="Garamond"/>
          <w:sz w:val="24"/>
        </w:rPr>
        <w:t>money</w:t>
      </w:r>
      <w:proofErr w:type="gramEnd"/>
    </w:p>
    <w:p w14:paraId="1D880D72" w14:textId="77777777" w:rsidR="001A5159" w:rsidRDefault="00000000">
      <w:r>
        <w:rPr>
          <w:rFonts w:ascii="Garamond" w:hAnsi="Garamond"/>
          <w:sz w:val="24"/>
        </w:rPr>
        <w:t>Your first version won’t be your best — and it doesn’t need to be.</w:t>
      </w:r>
      <w:r>
        <w:rPr>
          <w:rFonts w:ascii="Garamond" w:hAnsi="Garamond"/>
          <w:sz w:val="24"/>
        </w:rPr>
        <w:br/>
        <w:t>Your goal is to move, not to wait until everything is flawless.</w:t>
      </w:r>
    </w:p>
    <w:p w14:paraId="077886FD" w14:textId="77777777" w:rsidR="001A5159" w:rsidRDefault="00000000">
      <w:r>
        <w:rPr>
          <w:rFonts w:ascii="Garamond" w:hAnsi="Garamond"/>
          <w:sz w:val="24"/>
        </w:rPr>
        <w:t>Momentum beats perfection every time.</w:t>
      </w:r>
    </w:p>
    <w:p w14:paraId="35DF50B5" w14:textId="77777777" w:rsidR="001A5159" w:rsidRDefault="001A5159"/>
    <w:p w14:paraId="5327FD74" w14:textId="77777777" w:rsidR="001A5159" w:rsidRDefault="00000000">
      <w:r>
        <w:rPr>
          <w:rFonts w:ascii="Garamond" w:hAnsi="Garamond"/>
          <w:sz w:val="24"/>
        </w:rPr>
        <w:lastRenderedPageBreak/>
        <w:t>2. You Learn Faster by Doing</w:t>
      </w:r>
    </w:p>
    <w:p w14:paraId="403332D7" w14:textId="77777777" w:rsidR="001A5159" w:rsidRDefault="00000000">
      <w:r>
        <w:rPr>
          <w:rFonts w:ascii="Garamond" w:hAnsi="Garamond"/>
          <w:sz w:val="24"/>
        </w:rPr>
        <w:t>You can watch 100 videos about AI tools.</w:t>
      </w:r>
      <w:r>
        <w:rPr>
          <w:rFonts w:ascii="Garamond" w:hAnsi="Garamond"/>
          <w:sz w:val="24"/>
        </w:rPr>
        <w:br/>
        <w:t>You can read endless articles and posts.</w:t>
      </w:r>
      <w:r>
        <w:rPr>
          <w:rFonts w:ascii="Garamond" w:hAnsi="Garamond"/>
          <w:sz w:val="24"/>
        </w:rPr>
        <w:br/>
        <w:t xml:space="preserve">But you will learn more in 30 minutes of </w:t>
      </w:r>
      <w:proofErr w:type="gramStart"/>
      <w:r>
        <w:rPr>
          <w:rFonts w:ascii="Garamond" w:hAnsi="Garamond"/>
          <w:sz w:val="24"/>
        </w:rPr>
        <w:t>hands-on</w:t>
      </w:r>
      <w:proofErr w:type="gramEnd"/>
      <w:r>
        <w:rPr>
          <w:rFonts w:ascii="Garamond" w:hAnsi="Garamond"/>
          <w:sz w:val="24"/>
        </w:rPr>
        <w:t xml:space="preserve"> use than 10 hours of passive consumption.</w:t>
      </w:r>
    </w:p>
    <w:p w14:paraId="07324AEF" w14:textId="77777777" w:rsidR="001A5159" w:rsidRDefault="00000000">
      <w:r>
        <w:rPr>
          <w:rFonts w:ascii="Garamond" w:hAnsi="Garamond"/>
          <w:sz w:val="24"/>
        </w:rPr>
        <w:t>AI rewards experimenters.</w:t>
      </w:r>
    </w:p>
    <w:p w14:paraId="2F716AB9" w14:textId="77777777" w:rsidR="001A5159" w:rsidRDefault="00000000">
      <w:r>
        <w:rPr>
          <w:rFonts w:ascii="Garamond" w:hAnsi="Garamond"/>
          <w:sz w:val="24"/>
        </w:rPr>
        <w:t>The people succeeding right now aren’t the ones who know the most — they’re the ones who try the most.</w:t>
      </w:r>
    </w:p>
    <w:p w14:paraId="2D180204" w14:textId="77777777" w:rsidR="001A5159" w:rsidRDefault="00000000">
      <w:r>
        <w:rPr>
          <w:rFonts w:ascii="Garamond" w:hAnsi="Garamond"/>
          <w:sz w:val="24"/>
        </w:rPr>
        <w:t>Each small action teaches you:</w:t>
      </w:r>
    </w:p>
    <w:p w14:paraId="0D121FE2" w14:textId="77777777" w:rsidR="001A5159" w:rsidRDefault="00000000">
      <w:r>
        <w:rPr>
          <w:rFonts w:ascii="Garamond" w:hAnsi="Garamond"/>
          <w:sz w:val="24"/>
        </w:rPr>
        <w:t>how prompts work</w:t>
      </w:r>
    </w:p>
    <w:p w14:paraId="0B5DDF12" w14:textId="77777777" w:rsidR="001A5159" w:rsidRDefault="00000000">
      <w:proofErr w:type="gramStart"/>
      <w:r>
        <w:rPr>
          <w:rFonts w:ascii="Garamond" w:hAnsi="Garamond"/>
          <w:sz w:val="24"/>
        </w:rPr>
        <w:t>how</w:t>
      </w:r>
      <w:proofErr w:type="gramEnd"/>
      <w:r>
        <w:rPr>
          <w:rFonts w:ascii="Garamond" w:hAnsi="Garamond"/>
          <w:sz w:val="24"/>
        </w:rPr>
        <w:t xml:space="preserve"> tools </w:t>
      </w:r>
      <w:proofErr w:type="gramStart"/>
      <w:r>
        <w:rPr>
          <w:rFonts w:ascii="Garamond" w:hAnsi="Garamond"/>
          <w:sz w:val="24"/>
        </w:rPr>
        <w:t>think</w:t>
      </w:r>
      <w:proofErr w:type="gramEnd"/>
    </w:p>
    <w:p w14:paraId="2B437155" w14:textId="77777777" w:rsidR="001A5159" w:rsidRDefault="00000000">
      <w:r>
        <w:rPr>
          <w:rFonts w:ascii="Garamond" w:hAnsi="Garamond"/>
          <w:sz w:val="24"/>
        </w:rPr>
        <w:t>how workflows connect</w:t>
      </w:r>
    </w:p>
    <w:p w14:paraId="555FA1C5" w14:textId="77777777" w:rsidR="001A5159" w:rsidRDefault="00000000">
      <w:r>
        <w:rPr>
          <w:rFonts w:ascii="Garamond" w:hAnsi="Garamond"/>
          <w:sz w:val="24"/>
        </w:rPr>
        <w:t>how to get better output</w:t>
      </w:r>
    </w:p>
    <w:p w14:paraId="50CDDEE1" w14:textId="77777777" w:rsidR="001A5159" w:rsidRDefault="00000000">
      <w:proofErr w:type="gramStart"/>
      <w:r>
        <w:rPr>
          <w:rFonts w:ascii="Garamond" w:hAnsi="Garamond"/>
          <w:sz w:val="24"/>
        </w:rPr>
        <w:t>how</w:t>
      </w:r>
      <w:proofErr w:type="gramEnd"/>
      <w:r>
        <w:rPr>
          <w:rFonts w:ascii="Garamond" w:hAnsi="Garamond"/>
          <w:sz w:val="24"/>
        </w:rPr>
        <w:t xml:space="preserve"> to deliver value</w:t>
      </w:r>
    </w:p>
    <w:p w14:paraId="04EC2F30" w14:textId="77777777" w:rsidR="001A5159" w:rsidRDefault="00000000">
      <w:r>
        <w:rPr>
          <w:rFonts w:ascii="Garamond" w:hAnsi="Garamond"/>
          <w:sz w:val="24"/>
        </w:rPr>
        <w:t>You don’t need to be fearless.</w:t>
      </w:r>
      <w:r>
        <w:rPr>
          <w:rFonts w:ascii="Garamond" w:hAnsi="Garamond"/>
          <w:sz w:val="24"/>
        </w:rPr>
        <w:br/>
        <w:t>You just need to be willing.</w:t>
      </w:r>
    </w:p>
    <w:p w14:paraId="73DB08EB" w14:textId="77777777" w:rsidR="001A5159" w:rsidRDefault="001A5159"/>
    <w:p w14:paraId="34F22053" w14:textId="77777777" w:rsidR="001A5159" w:rsidRDefault="00000000">
      <w:r>
        <w:rPr>
          <w:rFonts w:ascii="Garamond" w:hAnsi="Garamond"/>
          <w:sz w:val="24"/>
        </w:rPr>
        <w:t>3. Focus on Value, Not Volume</w:t>
      </w:r>
    </w:p>
    <w:p w14:paraId="47CEDADB" w14:textId="77777777" w:rsidR="001A5159" w:rsidRDefault="00000000">
      <w:r>
        <w:rPr>
          <w:rFonts w:ascii="Garamond" w:hAnsi="Garamond"/>
          <w:sz w:val="24"/>
        </w:rPr>
        <w:t>AI makes it easy to produce content — but content is not what earns money.</w:t>
      </w:r>
    </w:p>
    <w:p w14:paraId="65AEE111" w14:textId="77777777" w:rsidR="001A5159" w:rsidRDefault="00000000">
      <w:r>
        <w:rPr>
          <w:rFonts w:ascii="Garamond" w:hAnsi="Garamond"/>
          <w:sz w:val="24"/>
        </w:rPr>
        <w:t>Value earns money.</w:t>
      </w:r>
    </w:p>
    <w:p w14:paraId="00FD3D65" w14:textId="77777777" w:rsidR="001A5159" w:rsidRDefault="00000000">
      <w:r>
        <w:rPr>
          <w:rFonts w:ascii="Garamond" w:hAnsi="Garamond"/>
          <w:sz w:val="24"/>
        </w:rPr>
        <w:t>Value means:</w:t>
      </w:r>
    </w:p>
    <w:p w14:paraId="0E28F49B" w14:textId="77777777" w:rsidR="001A5159" w:rsidRDefault="00000000">
      <w:r>
        <w:rPr>
          <w:rFonts w:ascii="Garamond" w:hAnsi="Garamond"/>
          <w:sz w:val="24"/>
        </w:rPr>
        <w:t>solving a problem</w:t>
      </w:r>
    </w:p>
    <w:p w14:paraId="543C9887" w14:textId="77777777" w:rsidR="001A5159" w:rsidRDefault="00000000">
      <w:r>
        <w:rPr>
          <w:rFonts w:ascii="Garamond" w:hAnsi="Garamond"/>
          <w:sz w:val="24"/>
        </w:rPr>
        <w:t>saving someone time</w:t>
      </w:r>
    </w:p>
    <w:p w14:paraId="33B45D8E" w14:textId="77777777" w:rsidR="001A5159" w:rsidRDefault="00000000">
      <w:r>
        <w:rPr>
          <w:rFonts w:ascii="Garamond" w:hAnsi="Garamond"/>
          <w:sz w:val="24"/>
        </w:rPr>
        <w:t>making something easier</w:t>
      </w:r>
    </w:p>
    <w:p w14:paraId="2975DEF6" w14:textId="77777777" w:rsidR="001A5159" w:rsidRDefault="00000000">
      <w:r>
        <w:rPr>
          <w:rFonts w:ascii="Garamond" w:hAnsi="Garamond"/>
          <w:sz w:val="24"/>
        </w:rPr>
        <w:t>improving quality</w:t>
      </w:r>
    </w:p>
    <w:p w14:paraId="29F75D0F" w14:textId="77777777" w:rsidR="001A5159" w:rsidRDefault="00000000">
      <w:r>
        <w:rPr>
          <w:rFonts w:ascii="Garamond" w:hAnsi="Garamond"/>
          <w:sz w:val="24"/>
        </w:rPr>
        <w:t>creating clarity</w:t>
      </w:r>
    </w:p>
    <w:p w14:paraId="11B9CC30" w14:textId="77777777" w:rsidR="001A5159" w:rsidRDefault="00000000">
      <w:r>
        <w:rPr>
          <w:rFonts w:ascii="Garamond" w:hAnsi="Garamond"/>
          <w:sz w:val="24"/>
        </w:rPr>
        <w:t>offering speed</w:t>
      </w:r>
    </w:p>
    <w:p w14:paraId="1FDB08B5" w14:textId="77777777" w:rsidR="001A5159" w:rsidRDefault="00000000">
      <w:r>
        <w:rPr>
          <w:rFonts w:ascii="Garamond" w:hAnsi="Garamond"/>
          <w:sz w:val="24"/>
        </w:rPr>
        <w:lastRenderedPageBreak/>
        <w:t>reducing stress</w:t>
      </w:r>
    </w:p>
    <w:p w14:paraId="30E9D53B" w14:textId="77777777" w:rsidR="001A5159" w:rsidRDefault="00000000">
      <w:r>
        <w:rPr>
          <w:rFonts w:ascii="Garamond" w:hAnsi="Garamond"/>
          <w:sz w:val="24"/>
        </w:rPr>
        <w:t>providing convenience</w:t>
      </w:r>
    </w:p>
    <w:p w14:paraId="15A60B3B" w14:textId="77777777" w:rsidR="001A5159" w:rsidRDefault="00000000">
      <w:r>
        <w:rPr>
          <w:rFonts w:ascii="Garamond" w:hAnsi="Garamond"/>
          <w:sz w:val="24"/>
        </w:rPr>
        <w:t>AI makes it simple to create assets and services that provide this value.</w:t>
      </w:r>
    </w:p>
    <w:p w14:paraId="1E09A543" w14:textId="77777777" w:rsidR="001A5159" w:rsidRDefault="00000000">
      <w:r>
        <w:rPr>
          <w:rFonts w:ascii="Garamond" w:hAnsi="Garamond"/>
          <w:sz w:val="24"/>
        </w:rPr>
        <w:t>Your job is not to be the best.</w:t>
      </w:r>
      <w:r>
        <w:rPr>
          <w:rFonts w:ascii="Garamond" w:hAnsi="Garamond"/>
          <w:sz w:val="24"/>
        </w:rPr>
        <w:br/>
        <w:t>Your job is to be useful.</w:t>
      </w:r>
    </w:p>
    <w:p w14:paraId="7315B21C" w14:textId="77777777" w:rsidR="001A5159" w:rsidRDefault="00000000">
      <w:r>
        <w:rPr>
          <w:rFonts w:ascii="Garamond" w:hAnsi="Garamond"/>
          <w:sz w:val="24"/>
        </w:rPr>
        <w:t>If you can deliver value, income follows.</w:t>
      </w:r>
    </w:p>
    <w:p w14:paraId="225ED3E9" w14:textId="77777777" w:rsidR="001A5159" w:rsidRDefault="001A5159"/>
    <w:p w14:paraId="2AF44F50" w14:textId="77777777" w:rsidR="001A5159" w:rsidRDefault="00000000">
      <w:r>
        <w:rPr>
          <w:rFonts w:ascii="Garamond" w:hAnsi="Garamond"/>
          <w:sz w:val="24"/>
        </w:rPr>
        <w:t>4. Your First Win Is the Most Important</w:t>
      </w:r>
    </w:p>
    <w:p w14:paraId="79937658" w14:textId="77777777" w:rsidR="001A5159" w:rsidRDefault="00000000">
      <w:r>
        <w:rPr>
          <w:rFonts w:ascii="Garamond" w:hAnsi="Garamond"/>
          <w:sz w:val="24"/>
        </w:rPr>
        <w:t>Don’t aim for $10,000 in a month.</w:t>
      </w:r>
      <w:r>
        <w:rPr>
          <w:rFonts w:ascii="Garamond" w:hAnsi="Garamond"/>
          <w:sz w:val="24"/>
        </w:rPr>
        <w:br/>
        <w:t>Aim for:</w:t>
      </w:r>
    </w:p>
    <w:p w14:paraId="292FF658" w14:textId="77777777" w:rsidR="001A5159" w:rsidRDefault="00000000">
      <w:r>
        <w:rPr>
          <w:rFonts w:ascii="Garamond" w:hAnsi="Garamond"/>
          <w:sz w:val="24"/>
        </w:rPr>
        <w:t>your first $20</w:t>
      </w:r>
    </w:p>
    <w:p w14:paraId="300A68DC" w14:textId="77777777" w:rsidR="001A5159" w:rsidRDefault="00000000">
      <w:r>
        <w:rPr>
          <w:rFonts w:ascii="Garamond" w:hAnsi="Garamond"/>
          <w:sz w:val="24"/>
        </w:rPr>
        <w:t>your first $50</w:t>
      </w:r>
    </w:p>
    <w:p w14:paraId="1A658010" w14:textId="77777777" w:rsidR="001A5159" w:rsidRDefault="00000000">
      <w:r>
        <w:rPr>
          <w:rFonts w:ascii="Garamond" w:hAnsi="Garamond"/>
          <w:sz w:val="24"/>
        </w:rPr>
        <w:t>your first $200</w:t>
      </w:r>
    </w:p>
    <w:p w14:paraId="42EEABDF" w14:textId="77777777" w:rsidR="001A5159" w:rsidRDefault="00000000">
      <w:proofErr w:type="gramStart"/>
      <w:r>
        <w:rPr>
          <w:rFonts w:ascii="Garamond" w:hAnsi="Garamond"/>
          <w:sz w:val="24"/>
        </w:rPr>
        <w:t>your</w:t>
      </w:r>
      <w:proofErr w:type="gramEnd"/>
      <w:r>
        <w:rPr>
          <w:rFonts w:ascii="Garamond" w:hAnsi="Garamond"/>
          <w:sz w:val="24"/>
        </w:rPr>
        <w:t xml:space="preserve"> first client</w:t>
      </w:r>
    </w:p>
    <w:p w14:paraId="59445D7B" w14:textId="77777777" w:rsidR="001A5159" w:rsidRDefault="00000000">
      <w:r>
        <w:rPr>
          <w:rFonts w:ascii="Garamond" w:hAnsi="Garamond"/>
          <w:sz w:val="24"/>
        </w:rPr>
        <w:t xml:space="preserve">your first “Wow, I actually did that” </w:t>
      </w:r>
      <w:proofErr w:type="gramStart"/>
      <w:r>
        <w:rPr>
          <w:rFonts w:ascii="Garamond" w:hAnsi="Garamond"/>
          <w:sz w:val="24"/>
        </w:rPr>
        <w:t>moment</w:t>
      </w:r>
      <w:proofErr w:type="gramEnd"/>
    </w:p>
    <w:p w14:paraId="2EC31EDC" w14:textId="77777777" w:rsidR="001A5159" w:rsidRDefault="00000000">
      <w:r>
        <w:rPr>
          <w:rFonts w:ascii="Garamond" w:hAnsi="Garamond"/>
          <w:sz w:val="24"/>
        </w:rPr>
        <w:t>Small wins create:</w:t>
      </w:r>
    </w:p>
    <w:p w14:paraId="0E83BC56" w14:textId="77777777" w:rsidR="001A5159" w:rsidRDefault="00000000">
      <w:r>
        <w:rPr>
          <w:rFonts w:ascii="Garamond" w:hAnsi="Garamond"/>
          <w:sz w:val="24"/>
        </w:rPr>
        <w:t>confidence</w:t>
      </w:r>
    </w:p>
    <w:p w14:paraId="6EDCDD9F" w14:textId="77777777" w:rsidR="001A5159" w:rsidRDefault="00000000">
      <w:r>
        <w:rPr>
          <w:rFonts w:ascii="Garamond" w:hAnsi="Garamond"/>
          <w:sz w:val="24"/>
        </w:rPr>
        <w:t>proof</w:t>
      </w:r>
    </w:p>
    <w:p w14:paraId="2A2F0750" w14:textId="77777777" w:rsidR="001A5159" w:rsidRDefault="00000000">
      <w:r>
        <w:rPr>
          <w:rFonts w:ascii="Garamond" w:hAnsi="Garamond"/>
          <w:sz w:val="24"/>
        </w:rPr>
        <w:t>clarity</w:t>
      </w:r>
    </w:p>
    <w:p w14:paraId="693846ED" w14:textId="77777777" w:rsidR="001A5159" w:rsidRDefault="00000000">
      <w:r>
        <w:rPr>
          <w:rFonts w:ascii="Garamond" w:hAnsi="Garamond"/>
          <w:sz w:val="24"/>
        </w:rPr>
        <w:t>momentum</w:t>
      </w:r>
    </w:p>
    <w:p w14:paraId="2F05DB26" w14:textId="77777777" w:rsidR="001A5159" w:rsidRDefault="00000000">
      <w:r>
        <w:rPr>
          <w:rFonts w:ascii="Garamond" w:hAnsi="Garamond"/>
          <w:sz w:val="24"/>
        </w:rPr>
        <w:t>belief</w:t>
      </w:r>
    </w:p>
    <w:p w14:paraId="0EB50D9C" w14:textId="77777777" w:rsidR="001A5159" w:rsidRDefault="00000000">
      <w:r>
        <w:rPr>
          <w:rFonts w:ascii="Garamond" w:hAnsi="Garamond"/>
          <w:sz w:val="24"/>
        </w:rPr>
        <w:t>Every major success story starts with a tiny, almost insignificant first win.</w:t>
      </w:r>
    </w:p>
    <w:p w14:paraId="52D7D41D" w14:textId="77777777" w:rsidR="001A5159" w:rsidRDefault="00000000">
      <w:r>
        <w:rPr>
          <w:rFonts w:ascii="Garamond" w:hAnsi="Garamond"/>
          <w:sz w:val="24"/>
        </w:rPr>
        <w:t>This book is designed to get you there fast.</w:t>
      </w:r>
    </w:p>
    <w:p w14:paraId="3CF15073" w14:textId="77777777" w:rsidR="001A5159" w:rsidRDefault="001A5159"/>
    <w:p w14:paraId="10A8258B" w14:textId="77777777" w:rsidR="001A5159" w:rsidRDefault="00000000">
      <w:r>
        <w:rPr>
          <w:rFonts w:ascii="Garamond" w:hAnsi="Garamond"/>
          <w:sz w:val="24"/>
        </w:rPr>
        <w:t>5. AI Makes You Capable Before You Feel Ready</w:t>
      </w:r>
    </w:p>
    <w:p w14:paraId="1DB51034" w14:textId="77777777" w:rsidR="001A5159" w:rsidRDefault="00000000">
      <w:r>
        <w:rPr>
          <w:rFonts w:ascii="Garamond" w:hAnsi="Garamond"/>
          <w:sz w:val="24"/>
        </w:rPr>
        <w:t>Beginners often think:</w:t>
      </w:r>
    </w:p>
    <w:p w14:paraId="463B520A" w14:textId="77777777" w:rsidR="001A5159" w:rsidRDefault="00000000">
      <w:r>
        <w:rPr>
          <w:rFonts w:ascii="Garamond" w:hAnsi="Garamond"/>
          <w:sz w:val="24"/>
        </w:rPr>
        <w:lastRenderedPageBreak/>
        <w:t>“I’m not qualified.”</w:t>
      </w:r>
    </w:p>
    <w:p w14:paraId="6CC7177B" w14:textId="77777777" w:rsidR="001A5159" w:rsidRDefault="00000000">
      <w:r>
        <w:rPr>
          <w:rFonts w:ascii="Garamond" w:hAnsi="Garamond"/>
          <w:sz w:val="24"/>
        </w:rPr>
        <w:t>“I’m not skilled enough.”</w:t>
      </w:r>
    </w:p>
    <w:p w14:paraId="2CDCBF53" w14:textId="77777777" w:rsidR="001A5159" w:rsidRDefault="00000000">
      <w:r>
        <w:rPr>
          <w:rFonts w:ascii="Garamond" w:hAnsi="Garamond"/>
          <w:sz w:val="24"/>
        </w:rPr>
        <w:t>“I’m not ready to charge money.”</w:t>
      </w:r>
    </w:p>
    <w:p w14:paraId="2BA48D86" w14:textId="77777777" w:rsidR="001A5159" w:rsidRDefault="00000000">
      <w:r>
        <w:rPr>
          <w:rFonts w:ascii="Garamond" w:hAnsi="Garamond"/>
          <w:sz w:val="24"/>
        </w:rPr>
        <w:t>But here’s the truth:</w:t>
      </w:r>
    </w:p>
    <w:p w14:paraId="62D61443" w14:textId="77777777" w:rsidR="001A5159" w:rsidRDefault="00000000">
      <w:r>
        <w:rPr>
          <w:rFonts w:ascii="Garamond" w:hAnsi="Garamond"/>
          <w:sz w:val="24"/>
        </w:rPr>
        <w:t>AI lets you deliver work that looks like the work of people who have been practicing for years.</w:t>
      </w:r>
    </w:p>
    <w:p w14:paraId="49D42C3A" w14:textId="77777777" w:rsidR="001A5159" w:rsidRDefault="00000000">
      <w:r>
        <w:rPr>
          <w:rFonts w:ascii="Garamond" w:hAnsi="Garamond"/>
          <w:sz w:val="24"/>
        </w:rPr>
        <w:t xml:space="preserve">Even if you’re not confident yet, your output can </w:t>
      </w:r>
      <w:proofErr w:type="gramStart"/>
      <w:r>
        <w:rPr>
          <w:rFonts w:ascii="Garamond" w:hAnsi="Garamond"/>
          <w:sz w:val="24"/>
        </w:rPr>
        <w:t>be</w:t>
      </w:r>
      <w:proofErr w:type="gramEnd"/>
      <w:r>
        <w:rPr>
          <w:rFonts w:ascii="Garamond" w:hAnsi="Garamond"/>
          <w:sz w:val="24"/>
        </w:rPr>
        <w:t xml:space="preserve"> high-level.</w:t>
      </w:r>
    </w:p>
    <w:p w14:paraId="6BB17766" w14:textId="77777777" w:rsidR="001A5159" w:rsidRDefault="00000000">
      <w:r>
        <w:rPr>
          <w:rFonts w:ascii="Garamond" w:hAnsi="Garamond"/>
          <w:sz w:val="24"/>
        </w:rPr>
        <w:t>That is the breakthrough of this era:</w:t>
      </w:r>
    </w:p>
    <w:p w14:paraId="123E6517" w14:textId="77777777" w:rsidR="001A5159" w:rsidRDefault="00000000">
      <w:r>
        <w:rPr>
          <w:rFonts w:ascii="Garamond" w:hAnsi="Garamond"/>
          <w:sz w:val="24"/>
        </w:rPr>
        <w:t>You can deliver professional results before you feel like a professional.</w:t>
      </w:r>
    </w:p>
    <w:p w14:paraId="7EB8DF85" w14:textId="77777777" w:rsidR="001A5159" w:rsidRDefault="00000000">
      <w:r>
        <w:rPr>
          <w:rFonts w:ascii="Garamond" w:hAnsi="Garamond"/>
          <w:sz w:val="24"/>
        </w:rPr>
        <w:t>Your confidence will catch up.</w:t>
      </w:r>
    </w:p>
    <w:p w14:paraId="1563EC0D" w14:textId="77777777" w:rsidR="001A5159" w:rsidRDefault="001A5159"/>
    <w:p w14:paraId="35637694" w14:textId="77777777" w:rsidR="001A5159" w:rsidRDefault="00000000">
      <w:r>
        <w:rPr>
          <w:rFonts w:ascii="Garamond" w:hAnsi="Garamond"/>
          <w:sz w:val="24"/>
        </w:rPr>
        <w:t xml:space="preserve">6. Be a </w:t>
      </w:r>
      <w:proofErr w:type="gramStart"/>
      <w:r>
        <w:rPr>
          <w:rFonts w:ascii="Garamond" w:hAnsi="Garamond"/>
          <w:sz w:val="24"/>
        </w:rPr>
        <w:t>Problem-Solver</w:t>
      </w:r>
      <w:proofErr w:type="gramEnd"/>
      <w:r>
        <w:rPr>
          <w:rFonts w:ascii="Garamond" w:hAnsi="Garamond"/>
          <w:sz w:val="24"/>
        </w:rPr>
        <w:t xml:space="preserve">, </w:t>
      </w:r>
      <w:proofErr w:type="gramStart"/>
      <w:r>
        <w:rPr>
          <w:rFonts w:ascii="Garamond" w:hAnsi="Garamond"/>
          <w:sz w:val="24"/>
        </w:rPr>
        <w:t>Not</w:t>
      </w:r>
      <w:proofErr w:type="gramEnd"/>
      <w:r>
        <w:rPr>
          <w:rFonts w:ascii="Garamond" w:hAnsi="Garamond"/>
          <w:sz w:val="24"/>
        </w:rPr>
        <w:t xml:space="preserve"> a Task-Doer</w:t>
      </w:r>
    </w:p>
    <w:p w14:paraId="43C8ED06" w14:textId="77777777" w:rsidR="001A5159" w:rsidRDefault="00000000">
      <w:r>
        <w:rPr>
          <w:rFonts w:ascii="Garamond" w:hAnsi="Garamond"/>
          <w:sz w:val="24"/>
        </w:rPr>
        <w:t>AI can do tasks.</w:t>
      </w:r>
      <w:r>
        <w:rPr>
          <w:rFonts w:ascii="Garamond" w:hAnsi="Garamond"/>
          <w:sz w:val="24"/>
        </w:rPr>
        <w:br/>
        <w:t>You provide the direction.</w:t>
      </w:r>
    </w:p>
    <w:p w14:paraId="0E39D02E" w14:textId="77777777" w:rsidR="001A5159" w:rsidRDefault="00000000">
      <w:r>
        <w:rPr>
          <w:rFonts w:ascii="Garamond" w:hAnsi="Garamond"/>
          <w:sz w:val="24"/>
        </w:rPr>
        <w:t>That’s why clients will pay you — not the tools.</w:t>
      </w:r>
    </w:p>
    <w:p w14:paraId="5AF435BF" w14:textId="77777777" w:rsidR="001A5159" w:rsidRDefault="00000000">
      <w:r>
        <w:rPr>
          <w:rFonts w:ascii="Garamond" w:hAnsi="Garamond"/>
          <w:sz w:val="24"/>
        </w:rPr>
        <w:t>You’re the one who:</w:t>
      </w:r>
    </w:p>
    <w:p w14:paraId="65BED3B3" w14:textId="77777777" w:rsidR="001A5159" w:rsidRDefault="00000000">
      <w:r>
        <w:rPr>
          <w:rFonts w:ascii="Garamond" w:hAnsi="Garamond"/>
          <w:sz w:val="24"/>
        </w:rPr>
        <w:t xml:space="preserve">understands their </w:t>
      </w:r>
      <w:proofErr w:type="gramStart"/>
      <w:r>
        <w:rPr>
          <w:rFonts w:ascii="Garamond" w:hAnsi="Garamond"/>
          <w:sz w:val="24"/>
        </w:rPr>
        <w:t>problem</w:t>
      </w:r>
      <w:proofErr w:type="gramEnd"/>
    </w:p>
    <w:p w14:paraId="64CC68C5" w14:textId="77777777" w:rsidR="001A5159" w:rsidRDefault="00000000">
      <w:r>
        <w:rPr>
          <w:rFonts w:ascii="Garamond" w:hAnsi="Garamond"/>
          <w:sz w:val="24"/>
        </w:rPr>
        <w:t xml:space="preserve">shapes the </w:t>
      </w:r>
      <w:proofErr w:type="gramStart"/>
      <w:r>
        <w:rPr>
          <w:rFonts w:ascii="Garamond" w:hAnsi="Garamond"/>
          <w:sz w:val="24"/>
        </w:rPr>
        <w:t>solution</w:t>
      </w:r>
      <w:proofErr w:type="gramEnd"/>
    </w:p>
    <w:p w14:paraId="10DC393E" w14:textId="77777777" w:rsidR="001A5159" w:rsidRDefault="00000000">
      <w:r>
        <w:rPr>
          <w:rFonts w:ascii="Garamond" w:hAnsi="Garamond"/>
          <w:sz w:val="24"/>
        </w:rPr>
        <w:t xml:space="preserve">chooses the right </w:t>
      </w:r>
      <w:proofErr w:type="gramStart"/>
      <w:r>
        <w:rPr>
          <w:rFonts w:ascii="Garamond" w:hAnsi="Garamond"/>
          <w:sz w:val="24"/>
        </w:rPr>
        <w:t>workflow</w:t>
      </w:r>
      <w:proofErr w:type="gramEnd"/>
    </w:p>
    <w:p w14:paraId="6B8CB3AC" w14:textId="77777777" w:rsidR="001A5159" w:rsidRDefault="00000000">
      <w:r>
        <w:rPr>
          <w:rFonts w:ascii="Garamond" w:hAnsi="Garamond"/>
          <w:sz w:val="24"/>
        </w:rPr>
        <w:t xml:space="preserve">communicates </w:t>
      </w:r>
      <w:proofErr w:type="gramStart"/>
      <w:r>
        <w:rPr>
          <w:rFonts w:ascii="Garamond" w:hAnsi="Garamond"/>
          <w:sz w:val="24"/>
        </w:rPr>
        <w:t>clearly</w:t>
      </w:r>
      <w:proofErr w:type="gramEnd"/>
    </w:p>
    <w:p w14:paraId="0FD5B783" w14:textId="77777777" w:rsidR="001A5159" w:rsidRDefault="00000000">
      <w:r>
        <w:rPr>
          <w:rFonts w:ascii="Garamond" w:hAnsi="Garamond"/>
          <w:sz w:val="24"/>
        </w:rPr>
        <w:t xml:space="preserve">delivers polished </w:t>
      </w:r>
      <w:proofErr w:type="gramStart"/>
      <w:r>
        <w:rPr>
          <w:rFonts w:ascii="Garamond" w:hAnsi="Garamond"/>
          <w:sz w:val="24"/>
        </w:rPr>
        <w:t>results</w:t>
      </w:r>
      <w:proofErr w:type="gramEnd"/>
    </w:p>
    <w:p w14:paraId="14EDD0F8" w14:textId="77777777" w:rsidR="001A5159" w:rsidRDefault="00000000">
      <w:r>
        <w:rPr>
          <w:rFonts w:ascii="Garamond" w:hAnsi="Garamond"/>
          <w:sz w:val="24"/>
        </w:rPr>
        <w:t xml:space="preserve">adapts to their </w:t>
      </w:r>
      <w:proofErr w:type="gramStart"/>
      <w:r>
        <w:rPr>
          <w:rFonts w:ascii="Garamond" w:hAnsi="Garamond"/>
          <w:sz w:val="24"/>
        </w:rPr>
        <w:t>needs</w:t>
      </w:r>
      <w:proofErr w:type="gramEnd"/>
    </w:p>
    <w:p w14:paraId="02766C4D" w14:textId="77777777" w:rsidR="001A5159" w:rsidRDefault="00000000">
      <w:r>
        <w:rPr>
          <w:rFonts w:ascii="Garamond" w:hAnsi="Garamond"/>
          <w:sz w:val="24"/>
        </w:rPr>
        <w:t>AI assists.</w:t>
      </w:r>
      <w:r>
        <w:rPr>
          <w:rFonts w:ascii="Garamond" w:hAnsi="Garamond"/>
          <w:sz w:val="24"/>
        </w:rPr>
        <w:br/>
        <w:t>You orchestrate.</w:t>
      </w:r>
    </w:p>
    <w:p w14:paraId="14256DEA" w14:textId="77777777" w:rsidR="001A5159" w:rsidRDefault="00000000">
      <w:r>
        <w:rPr>
          <w:rFonts w:ascii="Garamond" w:hAnsi="Garamond"/>
          <w:sz w:val="24"/>
        </w:rPr>
        <w:t>This mindset makes you instantly more valuable.</w:t>
      </w:r>
    </w:p>
    <w:p w14:paraId="7AF6565D" w14:textId="77777777" w:rsidR="001A5159" w:rsidRDefault="001A5159"/>
    <w:p w14:paraId="575C3302" w14:textId="77777777" w:rsidR="001A5159" w:rsidRDefault="00000000">
      <w:r>
        <w:rPr>
          <w:rFonts w:ascii="Garamond" w:hAnsi="Garamond"/>
          <w:sz w:val="24"/>
        </w:rPr>
        <w:t>7. Opportunities Don’t Disappear — They Evolve</w:t>
      </w:r>
    </w:p>
    <w:p w14:paraId="071DAC12" w14:textId="77777777" w:rsidR="001A5159" w:rsidRDefault="00000000">
      <w:r>
        <w:rPr>
          <w:rFonts w:ascii="Garamond" w:hAnsi="Garamond"/>
          <w:sz w:val="24"/>
        </w:rPr>
        <w:lastRenderedPageBreak/>
        <w:t>People worry they’re too late.</w:t>
      </w:r>
    </w:p>
    <w:p w14:paraId="185EE7F0" w14:textId="77777777" w:rsidR="001A5159" w:rsidRDefault="00000000">
      <w:r>
        <w:rPr>
          <w:rFonts w:ascii="Garamond" w:hAnsi="Garamond"/>
          <w:sz w:val="24"/>
        </w:rPr>
        <w:t>But here’s what’s actually happening:</w:t>
      </w:r>
    </w:p>
    <w:p w14:paraId="0BF49AE9" w14:textId="77777777" w:rsidR="001A5159" w:rsidRDefault="00000000">
      <w:r>
        <w:rPr>
          <w:rFonts w:ascii="Garamond" w:hAnsi="Garamond"/>
          <w:sz w:val="24"/>
        </w:rPr>
        <w:t>AI opens new income opportunities faster than the old ones close.</w:t>
      </w:r>
    </w:p>
    <w:p w14:paraId="41E7A361" w14:textId="77777777" w:rsidR="001A5159" w:rsidRDefault="00000000">
      <w:r>
        <w:rPr>
          <w:rFonts w:ascii="Garamond" w:hAnsi="Garamond"/>
          <w:sz w:val="24"/>
        </w:rPr>
        <w:t>Every month there are new tools, new services, new offers, new needs, and new ways to deliver value.</w:t>
      </w:r>
    </w:p>
    <w:p w14:paraId="6E7385B2" w14:textId="77777777" w:rsidR="001A5159" w:rsidRDefault="00000000">
      <w:r>
        <w:rPr>
          <w:rFonts w:ascii="Garamond" w:hAnsi="Garamond"/>
          <w:sz w:val="24"/>
        </w:rPr>
        <w:t>The flexible mindset — not the fearful one — wins in this environment.</w:t>
      </w:r>
    </w:p>
    <w:p w14:paraId="60DCE61D" w14:textId="77777777" w:rsidR="001A5159" w:rsidRDefault="00000000">
      <w:r>
        <w:rPr>
          <w:rFonts w:ascii="Garamond" w:hAnsi="Garamond"/>
          <w:sz w:val="24"/>
        </w:rPr>
        <w:t>Opportunity is everywhere for those who look for it.</w:t>
      </w:r>
    </w:p>
    <w:p w14:paraId="1574C878" w14:textId="77777777" w:rsidR="001A5159" w:rsidRDefault="001A5159"/>
    <w:p w14:paraId="3C3B6695" w14:textId="77777777" w:rsidR="001A5159" w:rsidRDefault="00000000">
      <w:r>
        <w:rPr>
          <w:rFonts w:ascii="Garamond" w:hAnsi="Garamond"/>
          <w:sz w:val="24"/>
        </w:rPr>
        <w:t>8. You Aren’t Competing Against Experts — You’re Competing Against People Who Never Start</w:t>
      </w:r>
    </w:p>
    <w:p w14:paraId="4DDB2471" w14:textId="77777777" w:rsidR="001A5159" w:rsidRDefault="00000000">
      <w:r>
        <w:rPr>
          <w:rFonts w:ascii="Garamond" w:hAnsi="Garamond"/>
          <w:sz w:val="24"/>
        </w:rPr>
        <w:t>Most people will:</w:t>
      </w:r>
    </w:p>
    <w:p w14:paraId="6B11D35F" w14:textId="77777777" w:rsidR="001A5159" w:rsidRDefault="00000000">
      <w:r>
        <w:rPr>
          <w:rFonts w:ascii="Garamond" w:hAnsi="Garamond"/>
          <w:sz w:val="24"/>
        </w:rPr>
        <w:t>overthink</w:t>
      </w:r>
    </w:p>
    <w:p w14:paraId="25E6D8ED" w14:textId="77777777" w:rsidR="001A5159" w:rsidRDefault="00000000">
      <w:r>
        <w:rPr>
          <w:rFonts w:ascii="Garamond" w:hAnsi="Garamond"/>
          <w:sz w:val="24"/>
        </w:rPr>
        <w:t>hesitate</w:t>
      </w:r>
    </w:p>
    <w:p w14:paraId="241CC7DA" w14:textId="77777777" w:rsidR="001A5159" w:rsidRDefault="00000000">
      <w:r>
        <w:rPr>
          <w:rFonts w:ascii="Garamond" w:hAnsi="Garamond"/>
          <w:sz w:val="24"/>
        </w:rPr>
        <w:t xml:space="preserve">doubt </w:t>
      </w:r>
      <w:proofErr w:type="gramStart"/>
      <w:r>
        <w:rPr>
          <w:rFonts w:ascii="Garamond" w:hAnsi="Garamond"/>
          <w:sz w:val="24"/>
        </w:rPr>
        <w:t>themselves</w:t>
      </w:r>
      <w:proofErr w:type="gramEnd"/>
    </w:p>
    <w:p w14:paraId="7F2BC22B" w14:textId="77777777" w:rsidR="001A5159" w:rsidRDefault="00000000">
      <w:r>
        <w:rPr>
          <w:rFonts w:ascii="Garamond" w:hAnsi="Garamond"/>
          <w:sz w:val="24"/>
        </w:rPr>
        <w:t>wait to feel “</w:t>
      </w:r>
      <w:proofErr w:type="gramStart"/>
      <w:r>
        <w:rPr>
          <w:rFonts w:ascii="Garamond" w:hAnsi="Garamond"/>
          <w:sz w:val="24"/>
        </w:rPr>
        <w:t>ready”</w:t>
      </w:r>
      <w:proofErr w:type="gramEnd"/>
    </w:p>
    <w:p w14:paraId="4CC4F2DE" w14:textId="77777777" w:rsidR="001A5159" w:rsidRDefault="00000000">
      <w:r>
        <w:rPr>
          <w:rFonts w:ascii="Garamond" w:hAnsi="Garamond"/>
          <w:sz w:val="24"/>
        </w:rPr>
        <w:t xml:space="preserve">hope things get </w:t>
      </w:r>
      <w:proofErr w:type="gramStart"/>
      <w:r>
        <w:rPr>
          <w:rFonts w:ascii="Garamond" w:hAnsi="Garamond"/>
          <w:sz w:val="24"/>
        </w:rPr>
        <w:t>easier</w:t>
      </w:r>
      <w:proofErr w:type="gramEnd"/>
    </w:p>
    <w:p w14:paraId="3AA6033E" w14:textId="77777777" w:rsidR="001A5159" w:rsidRDefault="00000000">
      <w:r>
        <w:rPr>
          <w:rFonts w:ascii="Garamond" w:hAnsi="Garamond"/>
          <w:sz w:val="24"/>
        </w:rPr>
        <w:t xml:space="preserve">avoid taking a </w:t>
      </w:r>
      <w:proofErr w:type="gramStart"/>
      <w:r>
        <w:rPr>
          <w:rFonts w:ascii="Garamond" w:hAnsi="Garamond"/>
          <w:sz w:val="24"/>
        </w:rPr>
        <w:t>risk</w:t>
      </w:r>
      <w:proofErr w:type="gramEnd"/>
    </w:p>
    <w:p w14:paraId="0DD73E23" w14:textId="77777777" w:rsidR="001A5159" w:rsidRDefault="00000000">
      <w:r>
        <w:rPr>
          <w:rFonts w:ascii="Garamond" w:hAnsi="Garamond"/>
          <w:sz w:val="24"/>
        </w:rPr>
        <w:t>None of these people are your competitors.</w:t>
      </w:r>
    </w:p>
    <w:p w14:paraId="15778BAD" w14:textId="77777777" w:rsidR="001A5159" w:rsidRDefault="00000000">
      <w:r>
        <w:rPr>
          <w:rFonts w:ascii="Garamond" w:hAnsi="Garamond"/>
          <w:sz w:val="24"/>
        </w:rPr>
        <w:t>Your only real competition is your own hesitation.</w:t>
      </w:r>
    </w:p>
    <w:p w14:paraId="26361FDA" w14:textId="77777777" w:rsidR="001A5159" w:rsidRDefault="00000000">
      <w:r>
        <w:rPr>
          <w:rFonts w:ascii="Garamond" w:hAnsi="Garamond"/>
          <w:sz w:val="24"/>
        </w:rPr>
        <w:t>If you take action, you are already in the top 10% of the curve.</w:t>
      </w:r>
    </w:p>
    <w:p w14:paraId="0570A3EC" w14:textId="77777777" w:rsidR="001A5159" w:rsidRDefault="00000000">
      <w:r>
        <w:rPr>
          <w:rFonts w:ascii="Garamond" w:hAnsi="Garamond"/>
          <w:sz w:val="24"/>
        </w:rPr>
        <w:t>AI gives you the tools.</w:t>
      </w:r>
      <w:r>
        <w:rPr>
          <w:rFonts w:ascii="Garamond" w:hAnsi="Garamond"/>
          <w:sz w:val="24"/>
        </w:rPr>
        <w:br/>
        <w:t>This chapter gives you the mindset.</w:t>
      </w:r>
      <w:r>
        <w:rPr>
          <w:rFonts w:ascii="Garamond" w:hAnsi="Garamond"/>
          <w:sz w:val="24"/>
        </w:rPr>
        <w:br/>
        <w:t>The blueprints give you the path.</w:t>
      </w:r>
    </w:p>
    <w:p w14:paraId="4D4D5147" w14:textId="77777777" w:rsidR="001A5159" w:rsidRDefault="00000000">
      <w:r>
        <w:rPr>
          <w:rFonts w:ascii="Garamond" w:hAnsi="Garamond"/>
          <w:sz w:val="24"/>
        </w:rPr>
        <w:t>Now you’re prepared to move.</w:t>
      </w:r>
    </w:p>
    <w:p w14:paraId="2A33E1A4" w14:textId="77777777" w:rsidR="001A5159" w:rsidRDefault="001A5159"/>
    <w:p w14:paraId="23642A0B" w14:textId="77777777" w:rsidR="001A5159" w:rsidRDefault="00000000">
      <w:r>
        <w:rPr>
          <w:rFonts w:ascii="Garamond" w:hAnsi="Garamond"/>
          <w:sz w:val="24"/>
        </w:rPr>
        <w:t>Why This Chapter Matters</w:t>
      </w:r>
    </w:p>
    <w:p w14:paraId="54ADBD30" w14:textId="77777777" w:rsidR="001A5159" w:rsidRDefault="00000000">
      <w:r>
        <w:rPr>
          <w:rFonts w:ascii="Garamond" w:hAnsi="Garamond"/>
          <w:sz w:val="24"/>
        </w:rPr>
        <w:t>Before you begin the first AI Income Blueprint, you need to understand:</w:t>
      </w:r>
    </w:p>
    <w:p w14:paraId="283FC86F" w14:textId="77777777" w:rsidR="001A5159" w:rsidRDefault="00000000">
      <w:r>
        <w:rPr>
          <w:rFonts w:ascii="Garamond" w:hAnsi="Garamond"/>
          <w:sz w:val="24"/>
        </w:rPr>
        <w:lastRenderedPageBreak/>
        <w:t xml:space="preserve">you can </w:t>
      </w:r>
      <w:proofErr w:type="gramStart"/>
      <w:r>
        <w:rPr>
          <w:rFonts w:ascii="Garamond" w:hAnsi="Garamond"/>
          <w:sz w:val="24"/>
        </w:rPr>
        <w:t>earn</w:t>
      </w:r>
      <w:proofErr w:type="gramEnd"/>
    </w:p>
    <w:p w14:paraId="31F916AD" w14:textId="77777777" w:rsidR="001A5159" w:rsidRDefault="00000000">
      <w:proofErr w:type="gramStart"/>
      <w:r>
        <w:rPr>
          <w:rFonts w:ascii="Garamond" w:hAnsi="Garamond"/>
          <w:sz w:val="24"/>
        </w:rPr>
        <w:t>you</w:t>
      </w:r>
      <w:proofErr w:type="gramEnd"/>
      <w:r>
        <w:rPr>
          <w:rFonts w:ascii="Garamond" w:hAnsi="Garamond"/>
          <w:sz w:val="24"/>
        </w:rPr>
        <w:t xml:space="preserve"> can learn </w:t>
      </w:r>
      <w:proofErr w:type="gramStart"/>
      <w:r>
        <w:rPr>
          <w:rFonts w:ascii="Garamond" w:hAnsi="Garamond"/>
          <w:sz w:val="24"/>
        </w:rPr>
        <w:t>fast</w:t>
      </w:r>
      <w:proofErr w:type="gramEnd"/>
    </w:p>
    <w:p w14:paraId="3BE7C835" w14:textId="77777777" w:rsidR="001A5159" w:rsidRDefault="00000000">
      <w:r>
        <w:rPr>
          <w:rFonts w:ascii="Garamond" w:hAnsi="Garamond"/>
          <w:sz w:val="24"/>
        </w:rPr>
        <w:t xml:space="preserve">you can produce real </w:t>
      </w:r>
      <w:proofErr w:type="gramStart"/>
      <w:r>
        <w:rPr>
          <w:rFonts w:ascii="Garamond" w:hAnsi="Garamond"/>
          <w:sz w:val="24"/>
        </w:rPr>
        <w:t>value</w:t>
      </w:r>
      <w:proofErr w:type="gramEnd"/>
    </w:p>
    <w:p w14:paraId="45F87F88" w14:textId="77777777" w:rsidR="001A5159" w:rsidRDefault="00000000">
      <w:proofErr w:type="gramStart"/>
      <w:r>
        <w:rPr>
          <w:rFonts w:ascii="Garamond" w:hAnsi="Garamond"/>
          <w:sz w:val="24"/>
        </w:rPr>
        <w:t>you</w:t>
      </w:r>
      <w:proofErr w:type="gramEnd"/>
      <w:r>
        <w:rPr>
          <w:rFonts w:ascii="Garamond" w:hAnsi="Garamond"/>
          <w:sz w:val="24"/>
        </w:rPr>
        <w:t xml:space="preserve"> can get paid </w:t>
      </w:r>
      <w:proofErr w:type="gramStart"/>
      <w:r>
        <w:rPr>
          <w:rFonts w:ascii="Garamond" w:hAnsi="Garamond"/>
          <w:sz w:val="24"/>
        </w:rPr>
        <w:t>well</w:t>
      </w:r>
      <w:proofErr w:type="gramEnd"/>
    </w:p>
    <w:p w14:paraId="69415BEC" w14:textId="77777777" w:rsidR="001A5159" w:rsidRDefault="00000000">
      <w:proofErr w:type="gramStart"/>
      <w:r>
        <w:rPr>
          <w:rFonts w:ascii="Garamond" w:hAnsi="Garamond"/>
          <w:sz w:val="24"/>
        </w:rPr>
        <w:t>you</w:t>
      </w:r>
      <w:proofErr w:type="gramEnd"/>
      <w:r>
        <w:rPr>
          <w:rFonts w:ascii="Garamond" w:hAnsi="Garamond"/>
          <w:sz w:val="24"/>
        </w:rPr>
        <w:t xml:space="preserve"> can do this even if you start from </w:t>
      </w:r>
      <w:proofErr w:type="gramStart"/>
      <w:r>
        <w:rPr>
          <w:rFonts w:ascii="Garamond" w:hAnsi="Garamond"/>
          <w:sz w:val="24"/>
        </w:rPr>
        <w:t>zero</w:t>
      </w:r>
      <w:proofErr w:type="gramEnd"/>
    </w:p>
    <w:p w14:paraId="0B704C92" w14:textId="77777777" w:rsidR="001A5159" w:rsidRDefault="00000000">
      <w:r>
        <w:rPr>
          <w:rFonts w:ascii="Garamond" w:hAnsi="Garamond"/>
          <w:sz w:val="24"/>
        </w:rPr>
        <w:t>AI is the great equalizer — but only for the people who decide to step forward.</w:t>
      </w:r>
    </w:p>
    <w:p w14:paraId="6E363CBA" w14:textId="77777777" w:rsidR="001A5159" w:rsidRDefault="00000000">
      <w:r>
        <w:rPr>
          <w:rFonts w:ascii="Garamond" w:hAnsi="Garamond"/>
          <w:sz w:val="24"/>
        </w:rPr>
        <w:t>And this book is now going to show you exactly how.</w:t>
      </w:r>
    </w:p>
    <w:p w14:paraId="31C4948C" w14:textId="77777777" w:rsidR="001A5159" w:rsidRDefault="00000000">
      <w:r>
        <w:rPr>
          <w:rFonts w:ascii="Garamond" w:hAnsi="Garamond"/>
          <w:sz w:val="24"/>
        </w:rPr>
        <w:t>Turn the page.</w:t>
      </w:r>
      <w:r>
        <w:rPr>
          <w:rFonts w:ascii="Garamond" w:hAnsi="Garamond"/>
          <w:sz w:val="24"/>
        </w:rPr>
        <w:br/>
        <w:t>It’s time to build your Power Stack.</w:t>
      </w:r>
    </w:p>
    <w:p w14:paraId="4DF18762" w14:textId="77777777" w:rsidR="00673185" w:rsidRDefault="00673185">
      <w:pPr>
        <w:sectPr w:rsidR="00673185" w:rsidSect="00034616">
          <w:pgSz w:w="12240" w:h="15840"/>
          <w:pgMar w:top="1440" w:right="1800" w:bottom="1440" w:left="1800" w:header="720" w:footer="720" w:gutter="0"/>
          <w:cols w:space="720"/>
          <w:docGrid w:linePitch="360"/>
        </w:sectPr>
      </w:pPr>
    </w:p>
    <w:p w14:paraId="5D8384C4" w14:textId="77777777" w:rsidR="001A5159" w:rsidRDefault="001A5159"/>
    <w:p w14:paraId="19893F1A" w14:textId="77777777" w:rsidR="001A5159" w:rsidRPr="0070062C" w:rsidRDefault="00000000" w:rsidP="0070062C">
      <w:pPr>
        <w:rPr>
          <w:rStyle w:val="Heading2Char"/>
          <w:rFonts w:ascii="Garamond" w:hAnsi="Garamond"/>
          <w:color w:val="auto"/>
          <w:sz w:val="28"/>
          <w:szCs w:val="28"/>
        </w:rPr>
      </w:pPr>
      <w:bookmarkStart w:id="3" w:name="_Toc214830299"/>
      <w:r w:rsidRPr="0070062C">
        <w:rPr>
          <w:rStyle w:val="Heading1Char"/>
          <w:rFonts w:ascii="Garamond" w:hAnsi="Garamond"/>
          <w:color w:val="auto"/>
          <w:sz w:val="40"/>
          <w:szCs w:val="40"/>
        </w:rPr>
        <w:t>CHAPTER 4 — THE AI POWER STACK FRAMEWORK</w:t>
      </w:r>
      <w:bookmarkEnd w:id="3"/>
      <w:r w:rsidRPr="0070062C">
        <w:rPr>
          <w:rStyle w:val="Heading1Char"/>
          <w:rFonts w:ascii="Garamond" w:hAnsi="Garamond"/>
          <w:color w:val="auto"/>
          <w:sz w:val="40"/>
          <w:szCs w:val="40"/>
        </w:rPr>
        <w:br/>
      </w:r>
      <w:r w:rsidRPr="0070062C">
        <w:rPr>
          <w:rStyle w:val="Heading2Char"/>
          <w:rFonts w:ascii="Garamond" w:hAnsi="Garamond"/>
          <w:color w:val="auto"/>
          <w:sz w:val="28"/>
          <w:szCs w:val="28"/>
        </w:rPr>
        <w:t>AI tools are powerful — but tools alone don’t create income.</w:t>
      </w:r>
      <w:r w:rsidRPr="0070062C">
        <w:rPr>
          <w:rStyle w:val="Heading2Char"/>
          <w:rFonts w:ascii="Garamond" w:hAnsi="Garamond"/>
          <w:color w:val="auto"/>
          <w:sz w:val="28"/>
          <w:szCs w:val="28"/>
        </w:rPr>
        <w:br/>
        <w:t>Systems do.</w:t>
      </w:r>
    </w:p>
    <w:p w14:paraId="41469180" w14:textId="77777777" w:rsidR="001A5159" w:rsidRDefault="00000000">
      <w:r>
        <w:rPr>
          <w:rFonts w:ascii="Garamond" w:hAnsi="Garamond"/>
          <w:sz w:val="24"/>
        </w:rPr>
        <w:t>This chapter introduces the AI Power Stack Framework, the simple structure that turns scattered tools into real earning ability. If the blueprints are your step-by-step instructions, the Power Stack is the engine that makes those steps produce consistent, professional results.</w:t>
      </w:r>
    </w:p>
    <w:p w14:paraId="4B48B929" w14:textId="77777777" w:rsidR="001A5159" w:rsidRDefault="00000000">
      <w:r>
        <w:rPr>
          <w:rFonts w:ascii="Garamond" w:hAnsi="Garamond"/>
          <w:sz w:val="24"/>
        </w:rPr>
        <w:t>Most beginners fail with AI for one of three reasons:</w:t>
      </w:r>
    </w:p>
    <w:p w14:paraId="3FF435AF" w14:textId="77777777" w:rsidR="001A5159" w:rsidRDefault="00000000">
      <w:r>
        <w:rPr>
          <w:rFonts w:ascii="Garamond" w:hAnsi="Garamond"/>
          <w:sz w:val="24"/>
        </w:rPr>
        <w:t>They collect tools instead of building systems.</w:t>
      </w:r>
    </w:p>
    <w:p w14:paraId="16BC419C" w14:textId="77777777" w:rsidR="001A5159" w:rsidRDefault="00000000">
      <w:r>
        <w:rPr>
          <w:rFonts w:ascii="Garamond" w:hAnsi="Garamond"/>
          <w:sz w:val="24"/>
        </w:rPr>
        <w:t>They try to learn everything before doing anything.</w:t>
      </w:r>
    </w:p>
    <w:p w14:paraId="4F2DB8A4" w14:textId="77777777" w:rsidR="001A5159" w:rsidRDefault="00000000">
      <w:r>
        <w:rPr>
          <w:rFonts w:ascii="Garamond" w:hAnsi="Garamond"/>
          <w:sz w:val="24"/>
        </w:rPr>
        <w:t>They think AI replaces skill, when in reality AI multiplies it.</w:t>
      </w:r>
    </w:p>
    <w:p w14:paraId="2811438C" w14:textId="77777777" w:rsidR="001A5159" w:rsidRDefault="00000000">
      <w:r>
        <w:rPr>
          <w:rFonts w:ascii="Garamond" w:hAnsi="Garamond"/>
          <w:sz w:val="24"/>
        </w:rPr>
        <w:t>The Power Stack removes all of that confusion.</w:t>
      </w:r>
    </w:p>
    <w:p w14:paraId="39590EC7" w14:textId="77777777" w:rsidR="001A5159" w:rsidRDefault="00000000">
      <w:r>
        <w:rPr>
          <w:rFonts w:ascii="Garamond" w:hAnsi="Garamond"/>
          <w:sz w:val="24"/>
        </w:rPr>
        <w:t>It shows you:</w:t>
      </w:r>
    </w:p>
    <w:p w14:paraId="2898B59F" w14:textId="77777777" w:rsidR="001A5159" w:rsidRDefault="00000000">
      <w:r>
        <w:rPr>
          <w:rFonts w:ascii="Garamond" w:hAnsi="Garamond"/>
          <w:sz w:val="24"/>
        </w:rPr>
        <w:t>what to use,</w:t>
      </w:r>
    </w:p>
    <w:p w14:paraId="057C59A0" w14:textId="77777777" w:rsidR="001A5159" w:rsidRDefault="00000000">
      <w:r>
        <w:rPr>
          <w:rFonts w:ascii="Garamond" w:hAnsi="Garamond"/>
          <w:sz w:val="24"/>
        </w:rPr>
        <w:t>when to use it,</w:t>
      </w:r>
    </w:p>
    <w:p w14:paraId="0E86FFD5" w14:textId="77777777" w:rsidR="001A5159" w:rsidRDefault="00000000">
      <w:r>
        <w:rPr>
          <w:rFonts w:ascii="Garamond" w:hAnsi="Garamond"/>
          <w:sz w:val="24"/>
        </w:rPr>
        <w:t>how to use it,</w:t>
      </w:r>
    </w:p>
    <w:p w14:paraId="6C114466" w14:textId="77777777" w:rsidR="001A5159" w:rsidRDefault="00000000">
      <w:r>
        <w:rPr>
          <w:rFonts w:ascii="Garamond" w:hAnsi="Garamond"/>
          <w:sz w:val="24"/>
        </w:rPr>
        <w:t>and why it works.</w:t>
      </w:r>
    </w:p>
    <w:p w14:paraId="6D79FBD5" w14:textId="77777777" w:rsidR="001A5159" w:rsidRDefault="00000000">
      <w:r>
        <w:rPr>
          <w:rFonts w:ascii="Garamond" w:hAnsi="Garamond"/>
          <w:sz w:val="24"/>
        </w:rPr>
        <w:t>It transforms AI from something “interesting” into something profitable.</w:t>
      </w:r>
    </w:p>
    <w:p w14:paraId="7BBF011A" w14:textId="77777777" w:rsidR="001A5159" w:rsidRDefault="001A5159"/>
    <w:p w14:paraId="699A43D8" w14:textId="77777777" w:rsidR="001A5159" w:rsidRDefault="00000000">
      <w:r>
        <w:rPr>
          <w:rFonts w:ascii="Garamond" w:hAnsi="Garamond"/>
          <w:sz w:val="24"/>
        </w:rPr>
        <w:t>The Power Stack Has Three Simple Layers</w:t>
      </w:r>
    </w:p>
    <w:p w14:paraId="5E29A9FB" w14:textId="77777777" w:rsidR="001A5159" w:rsidRDefault="00000000">
      <w:r>
        <w:rPr>
          <w:rFonts w:ascii="Garamond" w:hAnsi="Garamond"/>
          <w:sz w:val="24"/>
        </w:rPr>
        <w:t>Every blueprint you follow in this book runs on the same structure:</w:t>
      </w:r>
    </w:p>
    <w:p w14:paraId="7F6AED54" w14:textId="77777777" w:rsidR="001A5159" w:rsidRDefault="00000000">
      <w:r>
        <w:rPr>
          <w:rFonts w:ascii="Garamond" w:hAnsi="Garamond"/>
          <w:sz w:val="24"/>
        </w:rPr>
        <w:t>1. Tools (The Engine)</w:t>
      </w:r>
    </w:p>
    <w:p w14:paraId="441FA5FA" w14:textId="77777777" w:rsidR="001A5159" w:rsidRDefault="00000000">
      <w:r>
        <w:rPr>
          <w:rFonts w:ascii="Garamond" w:hAnsi="Garamond"/>
          <w:sz w:val="24"/>
        </w:rPr>
        <w:t>These are the AI applications that speed up creation, improve quality, and remove friction.</w:t>
      </w:r>
      <w:r>
        <w:rPr>
          <w:rFonts w:ascii="Garamond" w:hAnsi="Garamond"/>
          <w:sz w:val="24"/>
        </w:rPr>
        <w:br/>
        <w:t>ChatGPT, Claude, Canva, CapCut, Notion, Descript — tools that cut time, reduce effort, and let you produce work that looks professional.</w:t>
      </w:r>
    </w:p>
    <w:p w14:paraId="0D2F4868" w14:textId="77777777" w:rsidR="001A5159" w:rsidRDefault="00000000">
      <w:r>
        <w:rPr>
          <w:rFonts w:ascii="Garamond" w:hAnsi="Garamond"/>
          <w:sz w:val="24"/>
        </w:rPr>
        <w:t>Tools are the engine, not the vehicle.</w:t>
      </w:r>
    </w:p>
    <w:p w14:paraId="69F9766D" w14:textId="77777777" w:rsidR="001A5159" w:rsidRDefault="00000000">
      <w:r>
        <w:rPr>
          <w:rFonts w:ascii="Garamond" w:hAnsi="Garamond"/>
          <w:sz w:val="24"/>
        </w:rPr>
        <w:lastRenderedPageBreak/>
        <w:t>2. Workflows (The System)</w:t>
      </w:r>
    </w:p>
    <w:p w14:paraId="224119BA" w14:textId="77777777" w:rsidR="001A5159" w:rsidRDefault="00000000">
      <w:r>
        <w:rPr>
          <w:rFonts w:ascii="Garamond" w:hAnsi="Garamond"/>
          <w:sz w:val="24"/>
        </w:rPr>
        <w:t>This is where income is made.</w:t>
      </w:r>
    </w:p>
    <w:p w14:paraId="3684BE27" w14:textId="77777777" w:rsidR="001A5159" w:rsidRDefault="00000000">
      <w:r>
        <w:rPr>
          <w:rFonts w:ascii="Garamond" w:hAnsi="Garamond"/>
          <w:sz w:val="24"/>
        </w:rPr>
        <w:t>A workflow is a repeatable sequence of steps that produces a specific outcome:</w:t>
      </w:r>
    </w:p>
    <w:p w14:paraId="1D7F9FE2" w14:textId="77777777" w:rsidR="001A5159" w:rsidRDefault="00000000">
      <w:r>
        <w:rPr>
          <w:rFonts w:ascii="Garamond" w:hAnsi="Garamond"/>
          <w:sz w:val="24"/>
        </w:rPr>
        <w:t>a video edit</w:t>
      </w:r>
    </w:p>
    <w:p w14:paraId="4425600B" w14:textId="77777777" w:rsidR="001A5159" w:rsidRDefault="00000000">
      <w:r>
        <w:rPr>
          <w:rFonts w:ascii="Garamond" w:hAnsi="Garamond"/>
          <w:sz w:val="24"/>
        </w:rPr>
        <w:t>a polished document</w:t>
      </w:r>
    </w:p>
    <w:p w14:paraId="68E24FA6" w14:textId="77777777" w:rsidR="001A5159" w:rsidRDefault="00000000">
      <w:r>
        <w:rPr>
          <w:rFonts w:ascii="Garamond" w:hAnsi="Garamond"/>
          <w:sz w:val="24"/>
        </w:rPr>
        <w:t>a branded graphic</w:t>
      </w:r>
    </w:p>
    <w:p w14:paraId="4D168259" w14:textId="77777777" w:rsidR="001A5159" w:rsidRDefault="00000000">
      <w:r>
        <w:rPr>
          <w:rFonts w:ascii="Garamond" w:hAnsi="Garamond"/>
          <w:sz w:val="24"/>
        </w:rPr>
        <w:t>a finished product</w:t>
      </w:r>
    </w:p>
    <w:p w14:paraId="73937183" w14:textId="77777777" w:rsidR="001A5159" w:rsidRDefault="00000000">
      <w:r>
        <w:rPr>
          <w:rFonts w:ascii="Garamond" w:hAnsi="Garamond"/>
          <w:sz w:val="24"/>
        </w:rPr>
        <w:t>a complete set of deliverables</w:t>
      </w:r>
    </w:p>
    <w:p w14:paraId="7A769EFB" w14:textId="77777777" w:rsidR="001A5159" w:rsidRDefault="00000000">
      <w:r>
        <w:rPr>
          <w:rFonts w:ascii="Garamond" w:hAnsi="Garamond"/>
          <w:sz w:val="24"/>
        </w:rPr>
        <w:t>When you follow a workflow, you remove guesswork and create predictable, client-ready output.</w:t>
      </w:r>
    </w:p>
    <w:p w14:paraId="33BDEEB5" w14:textId="77777777" w:rsidR="001A5159" w:rsidRDefault="00000000">
      <w:r>
        <w:rPr>
          <w:rFonts w:ascii="Garamond" w:hAnsi="Garamond"/>
          <w:sz w:val="24"/>
        </w:rPr>
        <w:t>This is what clients pay for — not the tool, but the result.</w:t>
      </w:r>
    </w:p>
    <w:p w14:paraId="187B6269" w14:textId="77777777" w:rsidR="001A5159" w:rsidRDefault="00000000">
      <w:r>
        <w:rPr>
          <w:rFonts w:ascii="Garamond" w:hAnsi="Garamond"/>
          <w:sz w:val="24"/>
        </w:rPr>
        <w:t>3. Proof (The Fuel)</w:t>
      </w:r>
    </w:p>
    <w:p w14:paraId="507B02A7" w14:textId="77777777" w:rsidR="001A5159" w:rsidRDefault="00000000">
      <w:r>
        <w:rPr>
          <w:rFonts w:ascii="Garamond" w:hAnsi="Garamond"/>
          <w:sz w:val="24"/>
        </w:rPr>
        <w:t>Proof powers everything.</w:t>
      </w:r>
    </w:p>
    <w:p w14:paraId="1A219677" w14:textId="77777777" w:rsidR="001A5159" w:rsidRDefault="00000000">
      <w:r>
        <w:rPr>
          <w:rFonts w:ascii="Garamond" w:hAnsi="Garamond"/>
          <w:sz w:val="24"/>
        </w:rPr>
        <w:t>Even a single example of your work — one reel, one design, one mini-project — builds:</w:t>
      </w:r>
    </w:p>
    <w:p w14:paraId="159605E3" w14:textId="77777777" w:rsidR="001A5159" w:rsidRDefault="00000000">
      <w:r>
        <w:rPr>
          <w:rFonts w:ascii="Garamond" w:hAnsi="Garamond"/>
          <w:sz w:val="24"/>
        </w:rPr>
        <w:t>trust</w:t>
      </w:r>
    </w:p>
    <w:p w14:paraId="376C80D9" w14:textId="77777777" w:rsidR="001A5159" w:rsidRDefault="00000000">
      <w:r>
        <w:rPr>
          <w:rFonts w:ascii="Garamond" w:hAnsi="Garamond"/>
          <w:sz w:val="24"/>
        </w:rPr>
        <w:t>credibility</w:t>
      </w:r>
    </w:p>
    <w:p w14:paraId="5897E530" w14:textId="77777777" w:rsidR="001A5159" w:rsidRDefault="00000000">
      <w:r>
        <w:rPr>
          <w:rFonts w:ascii="Garamond" w:hAnsi="Garamond"/>
          <w:sz w:val="24"/>
        </w:rPr>
        <w:t>confidence</w:t>
      </w:r>
    </w:p>
    <w:p w14:paraId="564052E7" w14:textId="77777777" w:rsidR="001A5159" w:rsidRDefault="00000000">
      <w:r>
        <w:rPr>
          <w:rFonts w:ascii="Garamond" w:hAnsi="Garamond"/>
          <w:sz w:val="24"/>
        </w:rPr>
        <w:t>momentum</w:t>
      </w:r>
    </w:p>
    <w:p w14:paraId="7CB95A68" w14:textId="77777777" w:rsidR="001A5159" w:rsidRDefault="00000000">
      <w:r>
        <w:rPr>
          <w:rFonts w:ascii="Garamond" w:hAnsi="Garamond"/>
          <w:sz w:val="24"/>
        </w:rPr>
        <w:t>authority</w:t>
      </w:r>
    </w:p>
    <w:p w14:paraId="6DCE3699" w14:textId="77777777" w:rsidR="001A5159" w:rsidRDefault="00000000">
      <w:r>
        <w:rPr>
          <w:rFonts w:ascii="Garamond" w:hAnsi="Garamond"/>
          <w:sz w:val="24"/>
        </w:rPr>
        <w:t>AI doesn’t just help you create work fast.</w:t>
      </w:r>
      <w:r>
        <w:rPr>
          <w:rFonts w:ascii="Garamond" w:hAnsi="Garamond"/>
          <w:sz w:val="24"/>
        </w:rPr>
        <w:br/>
        <w:t>It helps you create evidence fast.</w:t>
      </w:r>
    </w:p>
    <w:p w14:paraId="1B117E4D" w14:textId="77777777" w:rsidR="001A5159" w:rsidRDefault="00000000">
      <w:r>
        <w:rPr>
          <w:rFonts w:ascii="Garamond" w:hAnsi="Garamond"/>
          <w:sz w:val="24"/>
        </w:rPr>
        <w:t>Proof leads to opportunities.</w:t>
      </w:r>
      <w:r>
        <w:rPr>
          <w:rFonts w:ascii="Garamond" w:hAnsi="Garamond"/>
          <w:sz w:val="24"/>
        </w:rPr>
        <w:br/>
        <w:t>Opportunities lead to income.</w:t>
      </w:r>
    </w:p>
    <w:p w14:paraId="0927070C" w14:textId="77777777" w:rsidR="001A5159" w:rsidRDefault="001A5159"/>
    <w:p w14:paraId="39461E3E" w14:textId="77777777" w:rsidR="001A5159" w:rsidRDefault="00000000">
      <w:r>
        <w:rPr>
          <w:rFonts w:ascii="Garamond" w:hAnsi="Garamond"/>
          <w:sz w:val="24"/>
        </w:rPr>
        <w:t>Why This Framework Works So Well</w:t>
      </w:r>
    </w:p>
    <w:p w14:paraId="520303EB" w14:textId="77777777" w:rsidR="001A5159" w:rsidRDefault="00000000">
      <w:r>
        <w:rPr>
          <w:rFonts w:ascii="Garamond" w:hAnsi="Garamond"/>
          <w:sz w:val="24"/>
        </w:rPr>
        <w:t>Because it solves the #1 problem people have when trying to earn with AI:</w:t>
      </w:r>
    </w:p>
    <w:p w14:paraId="58BA2E94" w14:textId="77777777" w:rsidR="001A5159" w:rsidRDefault="00000000">
      <w:r>
        <w:rPr>
          <w:rFonts w:ascii="Garamond" w:hAnsi="Garamond"/>
          <w:sz w:val="24"/>
        </w:rPr>
        <w:t>“I don’t know where to start.”</w:t>
      </w:r>
    </w:p>
    <w:p w14:paraId="7999C64B" w14:textId="77777777" w:rsidR="001A5159" w:rsidRDefault="00000000">
      <w:r>
        <w:rPr>
          <w:rFonts w:ascii="Garamond" w:hAnsi="Garamond"/>
          <w:sz w:val="24"/>
        </w:rPr>
        <w:lastRenderedPageBreak/>
        <w:t>With the Power Stack, you always know:</w:t>
      </w:r>
    </w:p>
    <w:p w14:paraId="1B5925FB" w14:textId="77777777" w:rsidR="001A5159" w:rsidRDefault="00000000">
      <w:r>
        <w:rPr>
          <w:rFonts w:ascii="Garamond" w:hAnsi="Garamond"/>
          <w:sz w:val="24"/>
        </w:rPr>
        <w:t xml:space="preserve">the tool you </w:t>
      </w:r>
      <w:proofErr w:type="gramStart"/>
      <w:r>
        <w:rPr>
          <w:rFonts w:ascii="Garamond" w:hAnsi="Garamond"/>
          <w:sz w:val="24"/>
        </w:rPr>
        <w:t>need</w:t>
      </w:r>
      <w:proofErr w:type="gramEnd"/>
    </w:p>
    <w:p w14:paraId="4612D60A" w14:textId="77777777" w:rsidR="001A5159" w:rsidRDefault="00000000">
      <w:r>
        <w:rPr>
          <w:rFonts w:ascii="Garamond" w:hAnsi="Garamond"/>
          <w:sz w:val="24"/>
        </w:rPr>
        <w:t xml:space="preserve">the steps to </w:t>
      </w:r>
      <w:proofErr w:type="gramStart"/>
      <w:r>
        <w:rPr>
          <w:rFonts w:ascii="Garamond" w:hAnsi="Garamond"/>
          <w:sz w:val="24"/>
        </w:rPr>
        <w:t>follow</w:t>
      </w:r>
      <w:proofErr w:type="gramEnd"/>
    </w:p>
    <w:p w14:paraId="5BAA1EE3" w14:textId="77777777" w:rsidR="001A5159" w:rsidRDefault="00000000">
      <w:r>
        <w:rPr>
          <w:rFonts w:ascii="Garamond" w:hAnsi="Garamond"/>
          <w:sz w:val="24"/>
        </w:rPr>
        <w:t xml:space="preserve">the output to </w:t>
      </w:r>
      <w:proofErr w:type="gramStart"/>
      <w:r>
        <w:rPr>
          <w:rFonts w:ascii="Garamond" w:hAnsi="Garamond"/>
          <w:sz w:val="24"/>
        </w:rPr>
        <w:t>produce</w:t>
      </w:r>
      <w:proofErr w:type="gramEnd"/>
    </w:p>
    <w:p w14:paraId="286FE1D4" w14:textId="77777777" w:rsidR="001A5159" w:rsidRDefault="00000000">
      <w:r>
        <w:rPr>
          <w:rFonts w:ascii="Garamond" w:hAnsi="Garamond"/>
          <w:sz w:val="24"/>
        </w:rPr>
        <w:t xml:space="preserve">the result to </w:t>
      </w:r>
      <w:proofErr w:type="gramStart"/>
      <w:r>
        <w:rPr>
          <w:rFonts w:ascii="Garamond" w:hAnsi="Garamond"/>
          <w:sz w:val="24"/>
        </w:rPr>
        <w:t>deliver</w:t>
      </w:r>
      <w:proofErr w:type="gramEnd"/>
    </w:p>
    <w:p w14:paraId="6737430D" w14:textId="77777777" w:rsidR="001A5159" w:rsidRDefault="00000000">
      <w:r>
        <w:rPr>
          <w:rFonts w:ascii="Garamond" w:hAnsi="Garamond"/>
          <w:sz w:val="24"/>
        </w:rPr>
        <w:t xml:space="preserve">the proof to </w:t>
      </w:r>
      <w:proofErr w:type="gramStart"/>
      <w:r>
        <w:rPr>
          <w:rFonts w:ascii="Garamond" w:hAnsi="Garamond"/>
          <w:sz w:val="24"/>
        </w:rPr>
        <w:t>show</w:t>
      </w:r>
      <w:proofErr w:type="gramEnd"/>
    </w:p>
    <w:p w14:paraId="4E143D09" w14:textId="77777777" w:rsidR="001A5159" w:rsidRDefault="00000000">
      <w:r>
        <w:rPr>
          <w:rFonts w:ascii="Garamond" w:hAnsi="Garamond"/>
          <w:sz w:val="24"/>
        </w:rPr>
        <w:t>There is no guessing.</w:t>
      </w:r>
      <w:r>
        <w:rPr>
          <w:rFonts w:ascii="Garamond" w:hAnsi="Garamond"/>
          <w:sz w:val="24"/>
        </w:rPr>
        <w:br/>
        <w:t>No confusion.</w:t>
      </w:r>
      <w:r>
        <w:rPr>
          <w:rFonts w:ascii="Garamond" w:hAnsi="Garamond"/>
          <w:sz w:val="24"/>
        </w:rPr>
        <w:br/>
        <w:t>No wasted time.</w:t>
      </w:r>
      <w:r>
        <w:rPr>
          <w:rFonts w:ascii="Garamond" w:hAnsi="Garamond"/>
          <w:sz w:val="24"/>
        </w:rPr>
        <w:br/>
        <w:t>No starting over.</w:t>
      </w:r>
      <w:r>
        <w:rPr>
          <w:rFonts w:ascii="Garamond" w:hAnsi="Garamond"/>
          <w:sz w:val="24"/>
        </w:rPr>
        <w:br/>
        <w:t>No overwhelm.</w:t>
      </w:r>
    </w:p>
    <w:p w14:paraId="79767103" w14:textId="77777777" w:rsidR="001A5159" w:rsidRDefault="00000000">
      <w:r>
        <w:rPr>
          <w:rFonts w:ascii="Garamond" w:hAnsi="Garamond"/>
          <w:sz w:val="24"/>
        </w:rPr>
        <w:t>This is the missing link most AI books ignore — and the secret behind the people earning the fastest.</w:t>
      </w:r>
    </w:p>
    <w:p w14:paraId="4FDA6BC3" w14:textId="77777777" w:rsidR="001A5159" w:rsidRDefault="001A5159"/>
    <w:p w14:paraId="0964F26F" w14:textId="77777777" w:rsidR="001A5159" w:rsidRDefault="00000000">
      <w:r>
        <w:rPr>
          <w:rFonts w:ascii="Garamond" w:hAnsi="Garamond"/>
          <w:sz w:val="24"/>
        </w:rPr>
        <w:t>The Power Stack Makes Beginners Look Like Pros</w:t>
      </w:r>
    </w:p>
    <w:p w14:paraId="00B53098" w14:textId="77777777" w:rsidR="001A5159" w:rsidRDefault="00000000">
      <w:r>
        <w:rPr>
          <w:rFonts w:ascii="Garamond" w:hAnsi="Garamond"/>
          <w:sz w:val="24"/>
        </w:rPr>
        <w:t>When you combine:</w:t>
      </w:r>
    </w:p>
    <w:p w14:paraId="4215E766" w14:textId="77777777" w:rsidR="001A5159" w:rsidRDefault="00000000">
      <w:r>
        <w:rPr>
          <w:rFonts w:ascii="Garamond" w:hAnsi="Garamond"/>
          <w:sz w:val="24"/>
        </w:rPr>
        <w:t>a strong tool</w:t>
      </w:r>
    </w:p>
    <w:p w14:paraId="5D5B0607" w14:textId="77777777" w:rsidR="001A5159" w:rsidRDefault="00000000">
      <w:r>
        <w:rPr>
          <w:rFonts w:ascii="Garamond" w:hAnsi="Garamond"/>
          <w:sz w:val="24"/>
        </w:rPr>
        <w:t>with a proven workflow</w:t>
      </w:r>
    </w:p>
    <w:p w14:paraId="080314E9" w14:textId="77777777" w:rsidR="001A5159" w:rsidRDefault="00000000">
      <w:r>
        <w:rPr>
          <w:rFonts w:ascii="Garamond" w:hAnsi="Garamond"/>
          <w:sz w:val="24"/>
        </w:rPr>
        <w:t>and clear proof of results</w:t>
      </w:r>
    </w:p>
    <w:p w14:paraId="7945E45D" w14:textId="77777777" w:rsidR="001A5159" w:rsidRDefault="00000000">
      <w:r>
        <w:rPr>
          <w:rFonts w:ascii="Garamond" w:hAnsi="Garamond"/>
          <w:sz w:val="24"/>
        </w:rPr>
        <w:t>You instantly appear:</w:t>
      </w:r>
    </w:p>
    <w:p w14:paraId="0956CD0F" w14:textId="77777777" w:rsidR="001A5159" w:rsidRDefault="00000000">
      <w:r>
        <w:rPr>
          <w:rFonts w:ascii="Garamond" w:hAnsi="Garamond"/>
          <w:sz w:val="24"/>
        </w:rPr>
        <w:t>sharper</w:t>
      </w:r>
    </w:p>
    <w:p w14:paraId="620562EF" w14:textId="77777777" w:rsidR="001A5159" w:rsidRDefault="00000000">
      <w:r>
        <w:rPr>
          <w:rFonts w:ascii="Garamond" w:hAnsi="Garamond"/>
          <w:sz w:val="24"/>
        </w:rPr>
        <w:t>more experienced</w:t>
      </w:r>
    </w:p>
    <w:p w14:paraId="03B1444B" w14:textId="77777777" w:rsidR="001A5159" w:rsidRDefault="00000000">
      <w:r>
        <w:rPr>
          <w:rFonts w:ascii="Garamond" w:hAnsi="Garamond"/>
          <w:sz w:val="24"/>
        </w:rPr>
        <w:t xml:space="preserve">more </w:t>
      </w:r>
      <w:proofErr w:type="gramStart"/>
      <w:r>
        <w:rPr>
          <w:rFonts w:ascii="Garamond" w:hAnsi="Garamond"/>
          <w:sz w:val="24"/>
        </w:rPr>
        <w:t>reliable</w:t>
      </w:r>
      <w:proofErr w:type="gramEnd"/>
    </w:p>
    <w:p w14:paraId="4295A014" w14:textId="77777777" w:rsidR="001A5159" w:rsidRDefault="00000000">
      <w:r>
        <w:rPr>
          <w:rFonts w:ascii="Garamond" w:hAnsi="Garamond"/>
          <w:sz w:val="24"/>
        </w:rPr>
        <w:t>more capable</w:t>
      </w:r>
    </w:p>
    <w:p w14:paraId="012AE6E7" w14:textId="77777777" w:rsidR="001A5159" w:rsidRDefault="00000000">
      <w:r>
        <w:rPr>
          <w:rFonts w:ascii="Garamond" w:hAnsi="Garamond"/>
          <w:sz w:val="24"/>
        </w:rPr>
        <w:t>and more valuable</w:t>
      </w:r>
    </w:p>
    <w:p w14:paraId="65E8D1E8" w14:textId="77777777" w:rsidR="001A5159" w:rsidRDefault="00000000">
      <w:r>
        <w:rPr>
          <w:rFonts w:ascii="Garamond" w:hAnsi="Garamond"/>
          <w:sz w:val="24"/>
        </w:rPr>
        <w:t>Clients don’t choose the “best” creator.</w:t>
      </w:r>
      <w:r>
        <w:rPr>
          <w:rFonts w:ascii="Garamond" w:hAnsi="Garamond"/>
          <w:sz w:val="24"/>
        </w:rPr>
        <w:br/>
        <w:t>They choose the clearest creator.</w:t>
      </w:r>
    </w:p>
    <w:p w14:paraId="2FC98EA5" w14:textId="77777777" w:rsidR="001A5159" w:rsidRDefault="00000000">
      <w:r>
        <w:rPr>
          <w:rFonts w:ascii="Garamond" w:hAnsi="Garamond"/>
          <w:sz w:val="24"/>
        </w:rPr>
        <w:t>Someone who:</w:t>
      </w:r>
    </w:p>
    <w:p w14:paraId="62721B51" w14:textId="77777777" w:rsidR="001A5159" w:rsidRDefault="00000000">
      <w:r>
        <w:rPr>
          <w:rFonts w:ascii="Garamond" w:hAnsi="Garamond"/>
          <w:sz w:val="24"/>
        </w:rPr>
        <w:lastRenderedPageBreak/>
        <w:t xml:space="preserve">knows the </w:t>
      </w:r>
      <w:proofErr w:type="gramStart"/>
      <w:r>
        <w:rPr>
          <w:rFonts w:ascii="Garamond" w:hAnsi="Garamond"/>
          <w:sz w:val="24"/>
        </w:rPr>
        <w:t>steps</w:t>
      </w:r>
      <w:proofErr w:type="gramEnd"/>
    </w:p>
    <w:p w14:paraId="4E8EE84A" w14:textId="77777777" w:rsidR="001A5159" w:rsidRDefault="00000000">
      <w:r>
        <w:rPr>
          <w:rFonts w:ascii="Garamond" w:hAnsi="Garamond"/>
          <w:sz w:val="24"/>
        </w:rPr>
        <w:t xml:space="preserve">knows the </w:t>
      </w:r>
      <w:proofErr w:type="gramStart"/>
      <w:r>
        <w:rPr>
          <w:rFonts w:ascii="Garamond" w:hAnsi="Garamond"/>
          <w:sz w:val="24"/>
        </w:rPr>
        <w:t>outcome</w:t>
      </w:r>
      <w:proofErr w:type="gramEnd"/>
    </w:p>
    <w:p w14:paraId="5B722E01" w14:textId="77777777" w:rsidR="001A5159" w:rsidRDefault="00000000">
      <w:r>
        <w:rPr>
          <w:rFonts w:ascii="Garamond" w:hAnsi="Garamond"/>
          <w:sz w:val="24"/>
        </w:rPr>
        <w:t xml:space="preserve">knows how to </w:t>
      </w:r>
      <w:proofErr w:type="gramStart"/>
      <w:r>
        <w:rPr>
          <w:rFonts w:ascii="Garamond" w:hAnsi="Garamond"/>
          <w:sz w:val="24"/>
        </w:rPr>
        <w:t>deliver</w:t>
      </w:r>
      <w:proofErr w:type="gramEnd"/>
    </w:p>
    <w:p w14:paraId="465BD55F" w14:textId="77777777" w:rsidR="001A5159" w:rsidRDefault="00000000">
      <w:r>
        <w:rPr>
          <w:rFonts w:ascii="Garamond" w:hAnsi="Garamond"/>
          <w:sz w:val="24"/>
        </w:rPr>
        <w:t xml:space="preserve">and knows what they can </w:t>
      </w:r>
      <w:proofErr w:type="gramStart"/>
      <w:r>
        <w:rPr>
          <w:rFonts w:ascii="Garamond" w:hAnsi="Garamond"/>
          <w:sz w:val="24"/>
        </w:rPr>
        <w:t>produce</w:t>
      </w:r>
      <w:proofErr w:type="gramEnd"/>
    </w:p>
    <w:p w14:paraId="4C1584C3" w14:textId="77777777" w:rsidR="001A5159" w:rsidRDefault="00000000">
      <w:r>
        <w:rPr>
          <w:rFonts w:ascii="Garamond" w:hAnsi="Garamond"/>
          <w:sz w:val="24"/>
        </w:rPr>
        <w:t>The Power Stack gives you that clarity before you ever take on your first client.</w:t>
      </w:r>
    </w:p>
    <w:p w14:paraId="70931237" w14:textId="77777777" w:rsidR="001A5159" w:rsidRDefault="001A5159"/>
    <w:p w14:paraId="552EBEF7" w14:textId="77777777" w:rsidR="001A5159" w:rsidRDefault="00000000">
      <w:r>
        <w:rPr>
          <w:rFonts w:ascii="Garamond" w:hAnsi="Garamond"/>
          <w:sz w:val="24"/>
        </w:rPr>
        <w:t>How This Chapter Sets You Up for the Blueprints</w:t>
      </w:r>
    </w:p>
    <w:p w14:paraId="7D60F4A6" w14:textId="77777777" w:rsidR="001A5159" w:rsidRDefault="00000000">
      <w:r>
        <w:rPr>
          <w:rFonts w:ascii="Garamond" w:hAnsi="Garamond"/>
          <w:sz w:val="24"/>
        </w:rPr>
        <w:t>The AI Power Stack is the foundation on which your 36 blueprints sit.</w:t>
      </w:r>
    </w:p>
    <w:p w14:paraId="0B968C3A" w14:textId="77777777" w:rsidR="001A5159" w:rsidRDefault="00000000">
      <w:r>
        <w:rPr>
          <w:rFonts w:ascii="Garamond" w:hAnsi="Garamond"/>
          <w:sz w:val="24"/>
        </w:rPr>
        <w:t>Each blueprint later in this book will show you:</w:t>
      </w:r>
    </w:p>
    <w:p w14:paraId="298E53BB" w14:textId="77777777" w:rsidR="001A5159" w:rsidRDefault="00000000">
      <w:r>
        <w:rPr>
          <w:rFonts w:ascii="Garamond" w:hAnsi="Garamond"/>
          <w:sz w:val="24"/>
        </w:rPr>
        <w:t>which tools to use</w:t>
      </w:r>
    </w:p>
    <w:p w14:paraId="542EEB6C" w14:textId="77777777" w:rsidR="001A5159" w:rsidRDefault="00000000">
      <w:r>
        <w:rPr>
          <w:rFonts w:ascii="Garamond" w:hAnsi="Garamond"/>
          <w:sz w:val="24"/>
        </w:rPr>
        <w:t>which workflow to follow</w:t>
      </w:r>
    </w:p>
    <w:p w14:paraId="270A7ACF" w14:textId="77777777" w:rsidR="001A5159" w:rsidRDefault="00000000">
      <w:r>
        <w:rPr>
          <w:rFonts w:ascii="Garamond" w:hAnsi="Garamond"/>
          <w:sz w:val="24"/>
        </w:rPr>
        <w:t xml:space="preserve">what proof to </w:t>
      </w:r>
      <w:proofErr w:type="gramStart"/>
      <w:r>
        <w:rPr>
          <w:rFonts w:ascii="Garamond" w:hAnsi="Garamond"/>
          <w:sz w:val="24"/>
        </w:rPr>
        <w:t>create</w:t>
      </w:r>
      <w:proofErr w:type="gramEnd"/>
    </w:p>
    <w:p w14:paraId="5816123E" w14:textId="77777777" w:rsidR="001A5159" w:rsidRDefault="00000000">
      <w:proofErr w:type="gramStart"/>
      <w:r>
        <w:rPr>
          <w:rFonts w:ascii="Garamond" w:hAnsi="Garamond"/>
          <w:sz w:val="24"/>
        </w:rPr>
        <w:t>how</w:t>
      </w:r>
      <w:proofErr w:type="gramEnd"/>
      <w:r>
        <w:rPr>
          <w:rFonts w:ascii="Garamond" w:hAnsi="Garamond"/>
          <w:sz w:val="24"/>
        </w:rPr>
        <w:t xml:space="preserve"> to deliver it to clients</w:t>
      </w:r>
    </w:p>
    <w:p w14:paraId="61C6B375" w14:textId="77777777" w:rsidR="001A5159" w:rsidRDefault="00000000">
      <w:proofErr w:type="gramStart"/>
      <w:r>
        <w:rPr>
          <w:rFonts w:ascii="Garamond" w:hAnsi="Garamond"/>
          <w:sz w:val="24"/>
        </w:rPr>
        <w:t>how</w:t>
      </w:r>
      <w:proofErr w:type="gramEnd"/>
      <w:r>
        <w:rPr>
          <w:rFonts w:ascii="Garamond" w:hAnsi="Garamond"/>
          <w:sz w:val="24"/>
        </w:rPr>
        <w:t xml:space="preserve"> to price it</w:t>
      </w:r>
    </w:p>
    <w:p w14:paraId="1EDF6EAA" w14:textId="77777777" w:rsidR="001A5159" w:rsidRDefault="00000000">
      <w:r>
        <w:rPr>
          <w:rFonts w:ascii="Garamond" w:hAnsi="Garamond"/>
          <w:sz w:val="24"/>
        </w:rPr>
        <w:t>how to scale it</w:t>
      </w:r>
    </w:p>
    <w:p w14:paraId="7CA53D74" w14:textId="77777777" w:rsidR="001A5159" w:rsidRDefault="00000000">
      <w:r>
        <w:rPr>
          <w:rFonts w:ascii="Garamond" w:hAnsi="Garamond"/>
          <w:sz w:val="24"/>
        </w:rPr>
        <w:t>Understanding this chapter means every blueprint will feel easier, faster, and more predictable.</w:t>
      </w:r>
    </w:p>
    <w:p w14:paraId="6A339934" w14:textId="77777777" w:rsidR="001A5159" w:rsidRDefault="00000000">
      <w:r>
        <w:rPr>
          <w:rFonts w:ascii="Garamond" w:hAnsi="Garamond"/>
          <w:sz w:val="24"/>
        </w:rPr>
        <w:t>This is where your confidence grows.</w:t>
      </w:r>
      <w:r>
        <w:rPr>
          <w:rFonts w:ascii="Garamond" w:hAnsi="Garamond"/>
          <w:sz w:val="24"/>
        </w:rPr>
        <w:br/>
        <w:t>This is where your direction sharpens.</w:t>
      </w:r>
      <w:r>
        <w:rPr>
          <w:rFonts w:ascii="Garamond" w:hAnsi="Garamond"/>
          <w:sz w:val="24"/>
        </w:rPr>
        <w:br/>
        <w:t>This is where earning becomes simple.</w:t>
      </w:r>
    </w:p>
    <w:p w14:paraId="588948B7" w14:textId="77777777" w:rsidR="001A5159" w:rsidRDefault="00000000">
      <w:r>
        <w:rPr>
          <w:rFonts w:ascii="Garamond" w:hAnsi="Garamond"/>
          <w:sz w:val="24"/>
        </w:rPr>
        <w:t>Let’s build your stack.</w:t>
      </w:r>
    </w:p>
    <w:p w14:paraId="45E3A1ED" w14:textId="77777777" w:rsidR="00673185" w:rsidRDefault="00673185">
      <w:pPr>
        <w:sectPr w:rsidR="00673185" w:rsidSect="00034616">
          <w:pgSz w:w="12240" w:h="15840"/>
          <w:pgMar w:top="1440" w:right="1800" w:bottom="1440" w:left="1800" w:header="720" w:footer="720" w:gutter="0"/>
          <w:cols w:space="720"/>
          <w:docGrid w:linePitch="360"/>
        </w:sectPr>
      </w:pPr>
    </w:p>
    <w:p w14:paraId="25B772BE" w14:textId="77777777" w:rsidR="001A5159" w:rsidRDefault="001A5159"/>
    <w:p w14:paraId="09B9A9D6" w14:textId="77777777" w:rsidR="001A5159" w:rsidRPr="00C138A8" w:rsidRDefault="00000000" w:rsidP="00C138A8">
      <w:pPr>
        <w:rPr>
          <w:rStyle w:val="Heading2Char"/>
          <w:rFonts w:ascii="Garamond" w:hAnsi="Garamond"/>
          <w:color w:val="auto"/>
          <w:sz w:val="28"/>
          <w:szCs w:val="28"/>
        </w:rPr>
      </w:pPr>
      <w:bookmarkStart w:id="4" w:name="_Toc214830300"/>
      <w:r w:rsidRPr="00C138A8">
        <w:rPr>
          <w:rStyle w:val="Heading1Char"/>
          <w:color w:val="auto"/>
          <w:sz w:val="40"/>
          <w:szCs w:val="40"/>
        </w:rPr>
        <w:t>CHAPTER 5 — HOW TO CHOOSE YOUR BLUEPRINT</w:t>
      </w:r>
      <w:bookmarkEnd w:id="4"/>
      <w:r w:rsidRPr="00C138A8">
        <w:rPr>
          <w:rStyle w:val="Heading1Char"/>
          <w:color w:val="auto"/>
          <w:sz w:val="40"/>
          <w:szCs w:val="40"/>
        </w:rPr>
        <w:br/>
      </w:r>
      <w:r w:rsidRPr="00C138A8">
        <w:rPr>
          <w:rStyle w:val="Heading2Char"/>
          <w:rFonts w:ascii="Garamond" w:hAnsi="Garamond"/>
          <w:color w:val="auto"/>
          <w:sz w:val="28"/>
          <w:szCs w:val="28"/>
        </w:rPr>
        <w:t>With 36 AI Income Blueprints in this book, you might feel tempted to read them all, compare them endlessly, and wait until you “figure out the best one.”</w:t>
      </w:r>
    </w:p>
    <w:p w14:paraId="32B51CCF" w14:textId="77777777" w:rsidR="001A5159" w:rsidRDefault="00000000">
      <w:r>
        <w:rPr>
          <w:rFonts w:ascii="Garamond" w:hAnsi="Garamond"/>
          <w:sz w:val="24"/>
        </w:rPr>
        <w:t>That is the fastest way to stall your momentum.</w:t>
      </w:r>
    </w:p>
    <w:p w14:paraId="691EEF2A" w14:textId="77777777" w:rsidR="001A5159" w:rsidRDefault="00000000">
      <w:r>
        <w:rPr>
          <w:rFonts w:ascii="Garamond" w:hAnsi="Garamond"/>
          <w:sz w:val="24"/>
        </w:rPr>
        <w:t>The people who win in the new AI economy don’t wait for the perfect path.</w:t>
      </w:r>
      <w:r>
        <w:rPr>
          <w:rFonts w:ascii="Garamond" w:hAnsi="Garamond"/>
          <w:sz w:val="24"/>
        </w:rPr>
        <w:br/>
        <w:t>They start with the clear path.</w:t>
      </w:r>
    </w:p>
    <w:p w14:paraId="62CA0069" w14:textId="77777777" w:rsidR="001A5159" w:rsidRDefault="00000000">
      <w:r>
        <w:rPr>
          <w:rFonts w:ascii="Garamond" w:hAnsi="Garamond"/>
          <w:sz w:val="24"/>
        </w:rPr>
        <w:t>This chapter removes all guesswork and helps you choose one blueprint you can begin using immediately — something that matches your goals, your time, your confidence, and your starting point.</w:t>
      </w:r>
    </w:p>
    <w:p w14:paraId="7A7EBA65" w14:textId="77777777" w:rsidR="001A5159" w:rsidRDefault="00000000">
      <w:r>
        <w:rPr>
          <w:rFonts w:ascii="Garamond" w:hAnsi="Garamond"/>
          <w:sz w:val="24"/>
        </w:rPr>
        <w:t>Remember:</w:t>
      </w:r>
      <w:r>
        <w:rPr>
          <w:rFonts w:ascii="Garamond" w:hAnsi="Garamond"/>
          <w:sz w:val="24"/>
        </w:rPr>
        <w:br/>
        <w:t>You’re not choosing what you’ll do for the next 10 years.</w:t>
      </w:r>
      <w:r>
        <w:rPr>
          <w:rFonts w:ascii="Garamond" w:hAnsi="Garamond"/>
          <w:sz w:val="24"/>
        </w:rPr>
        <w:br/>
        <w:t>You’re choosing what you’ll do for the next 30 days.</w:t>
      </w:r>
    </w:p>
    <w:p w14:paraId="6AC1B75D" w14:textId="77777777" w:rsidR="001A5159" w:rsidRDefault="00000000">
      <w:r>
        <w:rPr>
          <w:rFonts w:ascii="Garamond" w:hAnsi="Garamond"/>
          <w:sz w:val="24"/>
        </w:rPr>
        <w:t>That’s it.</w:t>
      </w:r>
    </w:p>
    <w:p w14:paraId="24A46299" w14:textId="77777777" w:rsidR="001A5159" w:rsidRDefault="001A5159"/>
    <w:p w14:paraId="51674C11" w14:textId="77777777" w:rsidR="001A5159" w:rsidRDefault="00000000">
      <w:r>
        <w:rPr>
          <w:rFonts w:ascii="Garamond" w:hAnsi="Garamond"/>
          <w:sz w:val="24"/>
        </w:rPr>
        <w:t>1. Choose Based on Your Current Goal (Not Your Long-Term Plans)</w:t>
      </w:r>
    </w:p>
    <w:p w14:paraId="02DE02C5" w14:textId="77777777" w:rsidR="001A5159" w:rsidRDefault="00000000">
      <w:r>
        <w:rPr>
          <w:rFonts w:ascii="Garamond" w:hAnsi="Garamond"/>
          <w:sz w:val="24"/>
        </w:rPr>
        <w:t>Right now, your goal is simple:</w:t>
      </w:r>
    </w:p>
    <w:p w14:paraId="1A1CE3D6" w14:textId="77777777" w:rsidR="001A5159" w:rsidRDefault="00000000">
      <w:r>
        <w:rPr>
          <w:rFonts w:ascii="Garamond" w:hAnsi="Garamond"/>
          <w:sz w:val="24"/>
        </w:rPr>
        <w:t>Get a win.</w:t>
      </w:r>
    </w:p>
    <w:p w14:paraId="615D38EC" w14:textId="77777777" w:rsidR="001A5159" w:rsidRDefault="00000000">
      <w:r>
        <w:rPr>
          <w:rFonts w:ascii="Garamond" w:hAnsi="Garamond"/>
          <w:sz w:val="24"/>
        </w:rPr>
        <w:t>Build confidence.</w:t>
      </w:r>
    </w:p>
    <w:p w14:paraId="505D9EB5" w14:textId="77777777" w:rsidR="001A5159" w:rsidRDefault="00000000">
      <w:r>
        <w:rPr>
          <w:rFonts w:ascii="Garamond" w:hAnsi="Garamond"/>
          <w:sz w:val="24"/>
        </w:rPr>
        <w:t>Build proof.</w:t>
      </w:r>
    </w:p>
    <w:p w14:paraId="329E71F4" w14:textId="77777777" w:rsidR="001A5159" w:rsidRDefault="00000000">
      <w:r>
        <w:rPr>
          <w:rFonts w:ascii="Garamond" w:hAnsi="Garamond"/>
          <w:sz w:val="24"/>
        </w:rPr>
        <w:t>Build momentum.</w:t>
      </w:r>
    </w:p>
    <w:p w14:paraId="03865C36" w14:textId="77777777" w:rsidR="001A5159" w:rsidRDefault="00000000">
      <w:r>
        <w:rPr>
          <w:rFonts w:ascii="Garamond" w:hAnsi="Garamond"/>
          <w:sz w:val="24"/>
        </w:rPr>
        <w:t>Different people have different immediate needs.</w:t>
      </w:r>
      <w:r>
        <w:rPr>
          <w:rFonts w:ascii="Garamond" w:hAnsi="Garamond"/>
          <w:sz w:val="24"/>
        </w:rPr>
        <w:br/>
        <w:t>Choose the blueprint that aligns with your current situation:</w:t>
      </w:r>
    </w:p>
    <w:p w14:paraId="548C2A6E" w14:textId="77777777" w:rsidR="001A5159" w:rsidRDefault="00000000">
      <w:r>
        <w:rPr>
          <w:rFonts w:ascii="Garamond" w:hAnsi="Garamond"/>
          <w:sz w:val="24"/>
        </w:rPr>
        <w:t>🔹 If you need money fast:</w:t>
      </w:r>
    </w:p>
    <w:p w14:paraId="20449B40" w14:textId="77777777" w:rsidR="001A5159" w:rsidRDefault="00000000">
      <w:r>
        <w:rPr>
          <w:rFonts w:ascii="Garamond" w:hAnsi="Garamond"/>
          <w:sz w:val="24"/>
        </w:rPr>
        <w:t>Choose a blueprint with fast turnaround and simple deliverables:</w:t>
      </w:r>
    </w:p>
    <w:p w14:paraId="03049F33" w14:textId="77777777" w:rsidR="001A5159" w:rsidRDefault="00000000">
      <w:r>
        <w:rPr>
          <w:rFonts w:ascii="Garamond" w:hAnsi="Garamond"/>
          <w:sz w:val="24"/>
        </w:rPr>
        <w:t>AI Short-Form Editing</w:t>
      </w:r>
    </w:p>
    <w:p w14:paraId="635C1CCD" w14:textId="77777777" w:rsidR="001A5159" w:rsidRDefault="00000000">
      <w:r>
        <w:rPr>
          <w:rFonts w:ascii="Garamond" w:hAnsi="Garamond"/>
          <w:sz w:val="24"/>
        </w:rPr>
        <w:t xml:space="preserve">AI </w:t>
      </w:r>
      <w:proofErr w:type="gramStart"/>
      <w:r>
        <w:rPr>
          <w:rFonts w:ascii="Garamond" w:hAnsi="Garamond"/>
          <w:sz w:val="24"/>
        </w:rPr>
        <w:t>Resume</w:t>
      </w:r>
      <w:proofErr w:type="gramEnd"/>
      <w:r>
        <w:rPr>
          <w:rFonts w:ascii="Garamond" w:hAnsi="Garamond"/>
          <w:sz w:val="24"/>
        </w:rPr>
        <w:t>/LinkedIn Services</w:t>
      </w:r>
    </w:p>
    <w:p w14:paraId="5FC9C3EF" w14:textId="77777777" w:rsidR="001A5159" w:rsidRDefault="00000000">
      <w:r>
        <w:rPr>
          <w:rFonts w:ascii="Garamond" w:hAnsi="Garamond"/>
          <w:sz w:val="24"/>
        </w:rPr>
        <w:lastRenderedPageBreak/>
        <w:t>AI Social Media Caption Writing</w:t>
      </w:r>
    </w:p>
    <w:p w14:paraId="5A6E8209" w14:textId="77777777" w:rsidR="001A5159" w:rsidRDefault="00000000">
      <w:r>
        <w:rPr>
          <w:rFonts w:ascii="Garamond" w:hAnsi="Garamond"/>
          <w:sz w:val="24"/>
        </w:rPr>
        <w:t>AI Presentation / Pitch Deck Design</w:t>
      </w:r>
    </w:p>
    <w:p w14:paraId="5C7F87C8" w14:textId="77777777" w:rsidR="001A5159" w:rsidRDefault="00000000">
      <w:r>
        <w:rPr>
          <w:rFonts w:ascii="Garamond" w:hAnsi="Garamond"/>
          <w:sz w:val="24"/>
        </w:rPr>
        <w:t>AI Local Business Marketing Assets</w:t>
      </w:r>
    </w:p>
    <w:p w14:paraId="2388EECE" w14:textId="77777777" w:rsidR="001A5159" w:rsidRDefault="00000000">
      <w:r>
        <w:rPr>
          <w:rFonts w:ascii="Garamond" w:hAnsi="Garamond"/>
          <w:sz w:val="24"/>
        </w:rPr>
        <w:t xml:space="preserve">These </w:t>
      </w:r>
      <w:proofErr w:type="gramStart"/>
      <w:r>
        <w:rPr>
          <w:rFonts w:ascii="Garamond" w:hAnsi="Garamond"/>
          <w:sz w:val="24"/>
        </w:rPr>
        <w:t>get</w:t>
      </w:r>
      <w:proofErr w:type="gramEnd"/>
      <w:r>
        <w:rPr>
          <w:rFonts w:ascii="Garamond" w:hAnsi="Garamond"/>
          <w:sz w:val="24"/>
        </w:rPr>
        <w:t xml:space="preserve"> you earning quickly.</w:t>
      </w:r>
    </w:p>
    <w:p w14:paraId="573E24EF" w14:textId="77777777" w:rsidR="001A5159" w:rsidRDefault="00000000">
      <w:r>
        <w:rPr>
          <w:rFonts w:ascii="Garamond" w:hAnsi="Garamond"/>
          <w:sz w:val="24"/>
        </w:rPr>
        <w:t>🔹 If you want flexibility + low pressure:</w:t>
      </w:r>
    </w:p>
    <w:p w14:paraId="061BC556" w14:textId="77777777" w:rsidR="001A5159" w:rsidRDefault="00000000">
      <w:r>
        <w:rPr>
          <w:rFonts w:ascii="Garamond" w:hAnsi="Garamond"/>
          <w:sz w:val="24"/>
        </w:rPr>
        <w:t>Choose a blueprint that lets you work at your own pace:</w:t>
      </w:r>
    </w:p>
    <w:p w14:paraId="726E25EB" w14:textId="77777777" w:rsidR="001A5159" w:rsidRDefault="00000000">
      <w:r>
        <w:rPr>
          <w:rFonts w:ascii="Garamond" w:hAnsi="Garamond"/>
          <w:sz w:val="24"/>
        </w:rPr>
        <w:t>AI Digital Products (Ebooks, Guides, Templates)</w:t>
      </w:r>
    </w:p>
    <w:p w14:paraId="06B192A0" w14:textId="77777777" w:rsidR="001A5159" w:rsidRDefault="00000000">
      <w:r>
        <w:rPr>
          <w:rFonts w:ascii="Garamond" w:hAnsi="Garamond"/>
          <w:sz w:val="24"/>
        </w:rPr>
        <w:t>Canva Template Shops</w:t>
      </w:r>
    </w:p>
    <w:p w14:paraId="6552A71D" w14:textId="77777777" w:rsidR="001A5159" w:rsidRDefault="00000000">
      <w:r>
        <w:rPr>
          <w:rFonts w:ascii="Garamond" w:hAnsi="Garamond"/>
          <w:sz w:val="24"/>
        </w:rPr>
        <w:t>Faceless YouTube Channels</w:t>
      </w:r>
    </w:p>
    <w:p w14:paraId="2EE1FD12" w14:textId="77777777" w:rsidR="001A5159" w:rsidRDefault="00000000">
      <w:r>
        <w:rPr>
          <w:rFonts w:ascii="Garamond" w:hAnsi="Garamond"/>
          <w:sz w:val="24"/>
        </w:rPr>
        <w:t xml:space="preserve">AI </w:t>
      </w:r>
      <w:proofErr w:type="gramStart"/>
      <w:r>
        <w:rPr>
          <w:rFonts w:ascii="Garamond" w:hAnsi="Garamond"/>
          <w:sz w:val="24"/>
        </w:rPr>
        <w:t>Lead</w:t>
      </w:r>
      <w:proofErr w:type="gramEnd"/>
      <w:r>
        <w:rPr>
          <w:rFonts w:ascii="Garamond" w:hAnsi="Garamond"/>
          <w:sz w:val="24"/>
        </w:rPr>
        <w:t xml:space="preserve"> Magnet Creation</w:t>
      </w:r>
    </w:p>
    <w:p w14:paraId="2EB666D8" w14:textId="77777777" w:rsidR="001A5159" w:rsidRDefault="00000000">
      <w:r>
        <w:rPr>
          <w:rFonts w:ascii="Garamond" w:hAnsi="Garamond"/>
          <w:sz w:val="24"/>
        </w:rPr>
        <w:t>AI Newsletter/Email Writing Services</w:t>
      </w:r>
    </w:p>
    <w:p w14:paraId="26943500" w14:textId="77777777" w:rsidR="001A5159" w:rsidRDefault="00000000">
      <w:r>
        <w:rPr>
          <w:rFonts w:ascii="Garamond" w:hAnsi="Garamond"/>
          <w:sz w:val="24"/>
        </w:rPr>
        <w:t>These build income gradually without client pressure.</w:t>
      </w:r>
    </w:p>
    <w:p w14:paraId="1EC2143F" w14:textId="77777777" w:rsidR="001A5159" w:rsidRDefault="00000000">
      <w:r>
        <w:rPr>
          <w:rFonts w:ascii="Garamond" w:hAnsi="Garamond"/>
          <w:sz w:val="24"/>
        </w:rPr>
        <w:t>🔹 If you want long-term income:</w:t>
      </w:r>
    </w:p>
    <w:p w14:paraId="168F8729" w14:textId="77777777" w:rsidR="001A5159" w:rsidRDefault="00000000">
      <w:r>
        <w:rPr>
          <w:rFonts w:ascii="Garamond" w:hAnsi="Garamond"/>
          <w:sz w:val="24"/>
        </w:rPr>
        <w:t>Choose a blueprint that compounds:</w:t>
      </w:r>
    </w:p>
    <w:p w14:paraId="1B40F44E" w14:textId="77777777" w:rsidR="001A5159" w:rsidRDefault="00000000">
      <w:r>
        <w:rPr>
          <w:rFonts w:ascii="Garamond" w:hAnsi="Garamond"/>
          <w:sz w:val="24"/>
        </w:rPr>
        <w:t>AI Course Creation</w:t>
      </w:r>
    </w:p>
    <w:p w14:paraId="25E927F5" w14:textId="77777777" w:rsidR="001A5159" w:rsidRDefault="00000000">
      <w:r>
        <w:rPr>
          <w:rFonts w:ascii="Garamond" w:hAnsi="Garamond"/>
          <w:sz w:val="24"/>
        </w:rPr>
        <w:t>AI Automation Setup</w:t>
      </w:r>
    </w:p>
    <w:p w14:paraId="7CAEB0C0" w14:textId="77777777" w:rsidR="001A5159" w:rsidRDefault="00000000">
      <w:r>
        <w:rPr>
          <w:rFonts w:ascii="Garamond" w:hAnsi="Garamond"/>
          <w:sz w:val="24"/>
        </w:rPr>
        <w:t>AI Offer/Brand Message Development</w:t>
      </w:r>
    </w:p>
    <w:p w14:paraId="54BFB248" w14:textId="77777777" w:rsidR="001A5159" w:rsidRDefault="00000000">
      <w:r>
        <w:rPr>
          <w:rFonts w:ascii="Garamond" w:hAnsi="Garamond"/>
          <w:sz w:val="24"/>
        </w:rPr>
        <w:t>AI Business Systems/SOP Builder</w:t>
      </w:r>
    </w:p>
    <w:p w14:paraId="592749CC" w14:textId="77777777" w:rsidR="001A5159" w:rsidRDefault="00000000">
      <w:r>
        <w:rPr>
          <w:rFonts w:ascii="Garamond" w:hAnsi="Garamond"/>
          <w:sz w:val="24"/>
        </w:rPr>
        <w:t>AI Repurposing Engine</w:t>
      </w:r>
    </w:p>
    <w:p w14:paraId="5347088D" w14:textId="77777777" w:rsidR="001A5159" w:rsidRDefault="00000000">
      <w:r>
        <w:rPr>
          <w:rFonts w:ascii="Garamond" w:hAnsi="Garamond"/>
          <w:sz w:val="24"/>
        </w:rPr>
        <w:t>These build authority and sustainable earning power.</w:t>
      </w:r>
    </w:p>
    <w:p w14:paraId="671FE336" w14:textId="77777777" w:rsidR="001A5159" w:rsidRDefault="00000000">
      <w:r>
        <w:rPr>
          <w:rFonts w:ascii="Garamond" w:hAnsi="Garamond"/>
          <w:sz w:val="24"/>
        </w:rPr>
        <w:t>There is no wrong choice — only a “right now” choice.</w:t>
      </w:r>
    </w:p>
    <w:p w14:paraId="4D5C6E3A" w14:textId="77777777" w:rsidR="001A5159" w:rsidRDefault="001A5159"/>
    <w:p w14:paraId="6DFD7837" w14:textId="77777777" w:rsidR="001A5159" w:rsidRDefault="00000000">
      <w:r>
        <w:rPr>
          <w:rFonts w:ascii="Garamond" w:hAnsi="Garamond"/>
          <w:sz w:val="24"/>
        </w:rPr>
        <w:t>2. Choose Based on Your Time Available</w:t>
      </w:r>
    </w:p>
    <w:p w14:paraId="2FF9CB52" w14:textId="77777777" w:rsidR="001A5159" w:rsidRDefault="00000000">
      <w:r>
        <w:rPr>
          <w:rFonts w:ascii="Garamond" w:hAnsi="Garamond"/>
          <w:sz w:val="24"/>
        </w:rPr>
        <w:t>Here’s the truth:</w:t>
      </w:r>
    </w:p>
    <w:p w14:paraId="1CF9CDA7" w14:textId="77777777" w:rsidR="001A5159" w:rsidRDefault="00000000">
      <w:r>
        <w:rPr>
          <w:rFonts w:ascii="Garamond" w:hAnsi="Garamond"/>
          <w:sz w:val="24"/>
        </w:rPr>
        <w:t>Time is more important than skill.</w:t>
      </w:r>
    </w:p>
    <w:p w14:paraId="3653305F" w14:textId="77777777" w:rsidR="001A5159" w:rsidRDefault="00000000">
      <w:r>
        <w:rPr>
          <w:rFonts w:ascii="Garamond" w:hAnsi="Garamond"/>
          <w:sz w:val="24"/>
        </w:rPr>
        <w:lastRenderedPageBreak/>
        <w:t>Choose a blueprint that fits your weekly availability:</w:t>
      </w:r>
    </w:p>
    <w:p w14:paraId="307388E6" w14:textId="77777777" w:rsidR="001A5159" w:rsidRDefault="00000000">
      <w:r>
        <w:rPr>
          <w:rFonts w:ascii="Garamond" w:hAnsi="Garamond"/>
          <w:sz w:val="24"/>
        </w:rPr>
        <w:t>⏱ 1–3 hours per week:</w:t>
      </w:r>
    </w:p>
    <w:p w14:paraId="5B57B7F8" w14:textId="77777777" w:rsidR="001A5159" w:rsidRDefault="00000000">
      <w:r>
        <w:rPr>
          <w:rFonts w:ascii="Garamond" w:hAnsi="Garamond"/>
          <w:sz w:val="24"/>
        </w:rPr>
        <w:t>Canva Template Packs</w:t>
      </w:r>
    </w:p>
    <w:p w14:paraId="4F398BD2" w14:textId="77777777" w:rsidR="001A5159" w:rsidRDefault="00000000">
      <w:r>
        <w:rPr>
          <w:rFonts w:ascii="Garamond" w:hAnsi="Garamond"/>
          <w:sz w:val="24"/>
        </w:rPr>
        <w:t>Digital Product Creation</w:t>
      </w:r>
    </w:p>
    <w:p w14:paraId="6DB5D240" w14:textId="77777777" w:rsidR="001A5159" w:rsidRDefault="00000000">
      <w:r>
        <w:rPr>
          <w:rFonts w:ascii="Garamond" w:hAnsi="Garamond"/>
          <w:sz w:val="24"/>
        </w:rPr>
        <w:t>Caption Writing</w:t>
      </w:r>
    </w:p>
    <w:p w14:paraId="734FCEB8" w14:textId="77777777" w:rsidR="001A5159" w:rsidRDefault="00000000">
      <w:r>
        <w:rPr>
          <w:rFonts w:ascii="Garamond" w:hAnsi="Garamond"/>
          <w:sz w:val="24"/>
        </w:rPr>
        <w:t>Presentation/Slide Deck Creation</w:t>
      </w:r>
    </w:p>
    <w:p w14:paraId="57BA5138" w14:textId="77777777" w:rsidR="001A5159" w:rsidRDefault="00000000">
      <w:r>
        <w:rPr>
          <w:rFonts w:ascii="Garamond" w:hAnsi="Garamond"/>
          <w:sz w:val="24"/>
        </w:rPr>
        <w:t>⏱ 4–8 hours per week:</w:t>
      </w:r>
    </w:p>
    <w:p w14:paraId="21CAAC3C" w14:textId="77777777" w:rsidR="001A5159" w:rsidRDefault="00000000">
      <w:r>
        <w:rPr>
          <w:rFonts w:ascii="Garamond" w:hAnsi="Garamond"/>
          <w:sz w:val="24"/>
        </w:rPr>
        <w:t>AI Video Editing</w:t>
      </w:r>
    </w:p>
    <w:p w14:paraId="773E39EF" w14:textId="77777777" w:rsidR="001A5159" w:rsidRDefault="00000000">
      <w:r>
        <w:rPr>
          <w:rFonts w:ascii="Garamond" w:hAnsi="Garamond"/>
          <w:sz w:val="24"/>
        </w:rPr>
        <w:t>AI Branding Systems</w:t>
      </w:r>
    </w:p>
    <w:p w14:paraId="2941723F" w14:textId="77777777" w:rsidR="001A5159" w:rsidRDefault="00000000">
      <w:r>
        <w:rPr>
          <w:rFonts w:ascii="Garamond" w:hAnsi="Garamond"/>
          <w:sz w:val="24"/>
        </w:rPr>
        <w:t>AI Email/Newsletter Services</w:t>
      </w:r>
    </w:p>
    <w:p w14:paraId="4EC8AE6E" w14:textId="77777777" w:rsidR="001A5159" w:rsidRDefault="00000000">
      <w:r>
        <w:rPr>
          <w:rFonts w:ascii="Garamond" w:hAnsi="Garamond"/>
          <w:sz w:val="24"/>
        </w:rPr>
        <w:t>Repurposing Engine</w:t>
      </w:r>
    </w:p>
    <w:p w14:paraId="03D8A01C" w14:textId="77777777" w:rsidR="001A5159" w:rsidRDefault="00000000">
      <w:r>
        <w:rPr>
          <w:rFonts w:ascii="Garamond" w:hAnsi="Garamond"/>
          <w:sz w:val="24"/>
        </w:rPr>
        <w:t>⏱ 10+ hours per week:</w:t>
      </w:r>
    </w:p>
    <w:p w14:paraId="28830619" w14:textId="77777777" w:rsidR="001A5159" w:rsidRDefault="00000000">
      <w:r>
        <w:rPr>
          <w:rFonts w:ascii="Garamond" w:hAnsi="Garamond"/>
          <w:sz w:val="24"/>
        </w:rPr>
        <w:t>Full Course Creation</w:t>
      </w:r>
    </w:p>
    <w:p w14:paraId="458DC233" w14:textId="77777777" w:rsidR="001A5159" w:rsidRDefault="00000000">
      <w:r>
        <w:rPr>
          <w:rFonts w:ascii="Garamond" w:hAnsi="Garamond"/>
          <w:sz w:val="24"/>
        </w:rPr>
        <w:t>Automation Consulting</w:t>
      </w:r>
    </w:p>
    <w:p w14:paraId="6A60058D" w14:textId="77777777" w:rsidR="001A5159" w:rsidRDefault="00000000">
      <w:r>
        <w:rPr>
          <w:rFonts w:ascii="Garamond" w:hAnsi="Garamond"/>
          <w:sz w:val="24"/>
        </w:rPr>
        <w:t>AI Website Copy &amp; Brand Messaging</w:t>
      </w:r>
    </w:p>
    <w:p w14:paraId="00C1E910" w14:textId="77777777" w:rsidR="001A5159" w:rsidRDefault="00000000">
      <w:r>
        <w:rPr>
          <w:rFonts w:ascii="Garamond" w:hAnsi="Garamond"/>
          <w:sz w:val="24"/>
        </w:rPr>
        <w:t>AI Social Media Manager 2.0</w:t>
      </w:r>
    </w:p>
    <w:p w14:paraId="2A16C170" w14:textId="77777777" w:rsidR="001A5159" w:rsidRDefault="00000000">
      <w:r>
        <w:rPr>
          <w:rFonts w:ascii="Garamond" w:hAnsi="Garamond"/>
          <w:sz w:val="24"/>
        </w:rPr>
        <w:t>You don’t need a full-time schedule — you need a realistic one.</w:t>
      </w:r>
    </w:p>
    <w:p w14:paraId="4607A920" w14:textId="77777777" w:rsidR="001A5159" w:rsidRDefault="001A5159"/>
    <w:p w14:paraId="2EF001E3" w14:textId="77777777" w:rsidR="001A5159" w:rsidRDefault="00000000">
      <w:r>
        <w:rPr>
          <w:rFonts w:ascii="Garamond" w:hAnsi="Garamond"/>
          <w:sz w:val="24"/>
        </w:rPr>
        <w:t>3. Choose Based on Your Confidence Level (Not Your Skill Level)</w:t>
      </w:r>
    </w:p>
    <w:p w14:paraId="488527BF" w14:textId="77777777" w:rsidR="001A5159" w:rsidRDefault="00000000">
      <w:r>
        <w:rPr>
          <w:rFonts w:ascii="Garamond" w:hAnsi="Garamond"/>
          <w:sz w:val="24"/>
        </w:rPr>
        <w:t>Skill doesn’t matter.</w:t>
      </w:r>
      <w:r>
        <w:rPr>
          <w:rFonts w:ascii="Garamond" w:hAnsi="Garamond"/>
          <w:sz w:val="24"/>
        </w:rPr>
        <w:br/>
        <w:t>Confidence does.</w:t>
      </w:r>
    </w:p>
    <w:p w14:paraId="3752B2C3" w14:textId="77777777" w:rsidR="001A5159" w:rsidRDefault="00000000">
      <w:r>
        <w:rPr>
          <w:rFonts w:ascii="Garamond" w:hAnsi="Garamond"/>
          <w:sz w:val="24"/>
        </w:rPr>
        <w:t>Here’s the simple breakdown:</w:t>
      </w:r>
    </w:p>
    <w:p w14:paraId="7AA0BDA6" w14:textId="77777777" w:rsidR="001A5159" w:rsidRDefault="00000000">
      <w:r>
        <w:rPr>
          <w:rFonts w:ascii="Garamond" w:hAnsi="Garamond"/>
          <w:sz w:val="24"/>
        </w:rPr>
        <w:t>If you’re nervous or unsure where to start → choose the EASIEST win.</w:t>
      </w:r>
    </w:p>
    <w:p w14:paraId="03988F35" w14:textId="77777777" w:rsidR="001A5159" w:rsidRDefault="00000000">
      <w:r>
        <w:rPr>
          <w:rFonts w:ascii="Garamond" w:hAnsi="Garamond"/>
          <w:sz w:val="24"/>
        </w:rPr>
        <w:t>These require almost no confidence:</w:t>
      </w:r>
    </w:p>
    <w:p w14:paraId="0EBA8826" w14:textId="77777777" w:rsidR="001A5159" w:rsidRDefault="00000000">
      <w:proofErr w:type="gramStart"/>
      <w:r>
        <w:rPr>
          <w:rFonts w:ascii="Garamond" w:hAnsi="Garamond"/>
          <w:sz w:val="24"/>
        </w:rPr>
        <w:t>Resume</w:t>
      </w:r>
      <w:proofErr w:type="gramEnd"/>
      <w:r>
        <w:rPr>
          <w:rFonts w:ascii="Garamond" w:hAnsi="Garamond"/>
          <w:sz w:val="24"/>
        </w:rPr>
        <w:t xml:space="preserve"> + LinkedIn Revamps</w:t>
      </w:r>
    </w:p>
    <w:p w14:paraId="2505CD82" w14:textId="77777777" w:rsidR="001A5159" w:rsidRDefault="00000000">
      <w:r>
        <w:rPr>
          <w:rFonts w:ascii="Garamond" w:hAnsi="Garamond"/>
          <w:sz w:val="24"/>
        </w:rPr>
        <w:lastRenderedPageBreak/>
        <w:t>Short-Form Video Editing (AI-assisted)</w:t>
      </w:r>
    </w:p>
    <w:p w14:paraId="6AA9B470" w14:textId="77777777" w:rsidR="001A5159" w:rsidRDefault="00000000">
      <w:r>
        <w:rPr>
          <w:rFonts w:ascii="Garamond" w:hAnsi="Garamond"/>
          <w:sz w:val="24"/>
        </w:rPr>
        <w:t>Caption Writing</w:t>
      </w:r>
    </w:p>
    <w:p w14:paraId="0B7C2015" w14:textId="77777777" w:rsidR="001A5159" w:rsidRDefault="00000000">
      <w:r>
        <w:rPr>
          <w:rFonts w:ascii="Garamond" w:hAnsi="Garamond"/>
          <w:sz w:val="24"/>
        </w:rPr>
        <w:t>Social Media Content Calendars</w:t>
      </w:r>
    </w:p>
    <w:p w14:paraId="33E76E9E" w14:textId="77777777" w:rsidR="001A5159" w:rsidRDefault="00000000">
      <w:r>
        <w:rPr>
          <w:rFonts w:ascii="Garamond" w:hAnsi="Garamond"/>
          <w:sz w:val="24"/>
        </w:rPr>
        <w:t>If you’re comfortable experimenting → choose a medium blueprint.</w:t>
      </w:r>
    </w:p>
    <w:p w14:paraId="508B6496" w14:textId="77777777" w:rsidR="001A5159" w:rsidRDefault="00000000">
      <w:r>
        <w:rPr>
          <w:rFonts w:ascii="Garamond" w:hAnsi="Garamond"/>
          <w:sz w:val="24"/>
        </w:rPr>
        <w:t>These require moderate confidence:</w:t>
      </w:r>
    </w:p>
    <w:p w14:paraId="0E9EA962" w14:textId="77777777" w:rsidR="001A5159" w:rsidRDefault="00000000">
      <w:r>
        <w:rPr>
          <w:rFonts w:ascii="Garamond" w:hAnsi="Garamond"/>
          <w:sz w:val="24"/>
        </w:rPr>
        <w:t>Digital Product Packs</w:t>
      </w:r>
    </w:p>
    <w:p w14:paraId="77D4D4BD" w14:textId="77777777" w:rsidR="001A5159" w:rsidRDefault="00000000">
      <w:r>
        <w:rPr>
          <w:rFonts w:ascii="Garamond" w:hAnsi="Garamond"/>
          <w:sz w:val="24"/>
        </w:rPr>
        <w:t>Branded Graphics</w:t>
      </w:r>
    </w:p>
    <w:p w14:paraId="3AF24315" w14:textId="77777777" w:rsidR="001A5159" w:rsidRDefault="00000000">
      <w:r>
        <w:rPr>
          <w:rFonts w:ascii="Garamond" w:hAnsi="Garamond"/>
          <w:sz w:val="24"/>
        </w:rPr>
        <w:t>Email Marketing</w:t>
      </w:r>
    </w:p>
    <w:p w14:paraId="7B04502C" w14:textId="77777777" w:rsidR="001A5159" w:rsidRDefault="00000000">
      <w:r>
        <w:rPr>
          <w:rFonts w:ascii="Garamond" w:hAnsi="Garamond"/>
          <w:sz w:val="24"/>
        </w:rPr>
        <w:t>Lead Magnets</w:t>
      </w:r>
    </w:p>
    <w:p w14:paraId="6F849620" w14:textId="77777777" w:rsidR="001A5159" w:rsidRDefault="00000000">
      <w:r>
        <w:rPr>
          <w:rFonts w:ascii="Garamond" w:hAnsi="Garamond"/>
          <w:sz w:val="24"/>
        </w:rPr>
        <w:t>If you’re ready for higher value → choose a premium blueprint.</w:t>
      </w:r>
    </w:p>
    <w:p w14:paraId="4C804A6D" w14:textId="77777777" w:rsidR="001A5159" w:rsidRDefault="00000000">
      <w:r>
        <w:rPr>
          <w:rFonts w:ascii="Garamond" w:hAnsi="Garamond"/>
          <w:sz w:val="24"/>
        </w:rPr>
        <w:t>These require confidence in presenting yourself:</w:t>
      </w:r>
    </w:p>
    <w:p w14:paraId="70B41ABA" w14:textId="77777777" w:rsidR="001A5159" w:rsidRDefault="00000000">
      <w:r>
        <w:rPr>
          <w:rFonts w:ascii="Garamond" w:hAnsi="Garamond"/>
          <w:sz w:val="24"/>
        </w:rPr>
        <w:t>AI Course Creation</w:t>
      </w:r>
    </w:p>
    <w:p w14:paraId="48723753" w14:textId="77777777" w:rsidR="001A5159" w:rsidRDefault="00000000">
      <w:r>
        <w:rPr>
          <w:rFonts w:ascii="Garamond" w:hAnsi="Garamond"/>
          <w:sz w:val="24"/>
        </w:rPr>
        <w:t>Automation Setup</w:t>
      </w:r>
    </w:p>
    <w:p w14:paraId="60C13867" w14:textId="77777777" w:rsidR="001A5159" w:rsidRDefault="00000000">
      <w:r>
        <w:rPr>
          <w:rFonts w:ascii="Garamond" w:hAnsi="Garamond"/>
          <w:sz w:val="24"/>
        </w:rPr>
        <w:t>Offer Creation + Brand Systems</w:t>
      </w:r>
    </w:p>
    <w:p w14:paraId="6F9DABAB" w14:textId="77777777" w:rsidR="001A5159" w:rsidRDefault="00000000">
      <w:r>
        <w:rPr>
          <w:rFonts w:ascii="Garamond" w:hAnsi="Garamond"/>
          <w:sz w:val="24"/>
        </w:rPr>
        <w:t>Website Copy + Funnels</w:t>
      </w:r>
    </w:p>
    <w:p w14:paraId="0ECFC0AD" w14:textId="77777777" w:rsidR="001A5159" w:rsidRDefault="00000000">
      <w:r>
        <w:rPr>
          <w:rFonts w:ascii="Garamond" w:hAnsi="Garamond"/>
          <w:sz w:val="24"/>
        </w:rPr>
        <w:t>Choose the level that feels manageable, not intimidating.</w:t>
      </w:r>
    </w:p>
    <w:p w14:paraId="531F6292" w14:textId="77777777" w:rsidR="001A5159" w:rsidRDefault="00000000">
      <w:r>
        <w:rPr>
          <w:rFonts w:ascii="Garamond" w:hAnsi="Garamond"/>
          <w:sz w:val="24"/>
        </w:rPr>
        <w:t>You can always move up later.</w:t>
      </w:r>
    </w:p>
    <w:p w14:paraId="76155DF1" w14:textId="77777777" w:rsidR="001A5159" w:rsidRDefault="001A5159"/>
    <w:p w14:paraId="2CC1DDC3" w14:textId="77777777" w:rsidR="001A5159" w:rsidRDefault="00000000">
      <w:r>
        <w:rPr>
          <w:rFonts w:ascii="Garamond" w:hAnsi="Garamond"/>
          <w:sz w:val="24"/>
        </w:rPr>
        <w:t>4. Choose Based on What Energizes You</w:t>
      </w:r>
    </w:p>
    <w:p w14:paraId="24655B62" w14:textId="77777777" w:rsidR="001A5159" w:rsidRDefault="00000000">
      <w:r>
        <w:rPr>
          <w:rFonts w:ascii="Garamond" w:hAnsi="Garamond"/>
          <w:sz w:val="24"/>
        </w:rPr>
        <w:t>This part surprises most people:</w:t>
      </w:r>
    </w:p>
    <w:p w14:paraId="5F6F7466" w14:textId="77777777" w:rsidR="001A5159" w:rsidRDefault="00000000">
      <w:r>
        <w:rPr>
          <w:rFonts w:ascii="Garamond" w:hAnsi="Garamond"/>
          <w:sz w:val="24"/>
        </w:rPr>
        <w:t>You don’t need passion to start —</w:t>
      </w:r>
      <w:r>
        <w:rPr>
          <w:rFonts w:ascii="Garamond" w:hAnsi="Garamond"/>
          <w:sz w:val="24"/>
        </w:rPr>
        <w:br/>
        <w:t>but you can choose something that feels enjoyable.</w:t>
      </w:r>
    </w:p>
    <w:p w14:paraId="51D156ED" w14:textId="77777777" w:rsidR="001A5159" w:rsidRDefault="00000000">
      <w:r>
        <w:rPr>
          <w:rFonts w:ascii="Garamond" w:hAnsi="Garamond"/>
          <w:sz w:val="24"/>
        </w:rPr>
        <w:t>Look for the blueprint that gives you a spark:</w:t>
      </w:r>
    </w:p>
    <w:p w14:paraId="6700B52F" w14:textId="77777777" w:rsidR="001A5159" w:rsidRDefault="00000000">
      <w:r>
        <w:rPr>
          <w:rFonts w:ascii="Garamond" w:hAnsi="Garamond"/>
          <w:sz w:val="24"/>
        </w:rPr>
        <w:t>If you like creativity → choose design or content blueprints</w:t>
      </w:r>
    </w:p>
    <w:p w14:paraId="2133CC47" w14:textId="77777777" w:rsidR="001A5159" w:rsidRDefault="00000000">
      <w:r>
        <w:rPr>
          <w:rFonts w:ascii="Garamond" w:hAnsi="Garamond"/>
          <w:sz w:val="24"/>
        </w:rPr>
        <w:t>If you like clarity → choose writing or messaging blueprints</w:t>
      </w:r>
    </w:p>
    <w:p w14:paraId="5B309177" w14:textId="77777777" w:rsidR="001A5159" w:rsidRDefault="00000000">
      <w:r>
        <w:rPr>
          <w:rFonts w:ascii="Garamond" w:hAnsi="Garamond"/>
          <w:sz w:val="24"/>
        </w:rPr>
        <w:t>If you like structure → choose systems or automation blueprints</w:t>
      </w:r>
    </w:p>
    <w:p w14:paraId="71495B9E" w14:textId="77777777" w:rsidR="001A5159" w:rsidRDefault="00000000">
      <w:r>
        <w:rPr>
          <w:rFonts w:ascii="Garamond" w:hAnsi="Garamond"/>
          <w:sz w:val="24"/>
        </w:rPr>
        <w:lastRenderedPageBreak/>
        <w:t>If you like visuals → choose video or branding blueprints</w:t>
      </w:r>
    </w:p>
    <w:p w14:paraId="264CB0FD" w14:textId="77777777" w:rsidR="001A5159" w:rsidRDefault="00000000">
      <w:r>
        <w:rPr>
          <w:rFonts w:ascii="Garamond" w:hAnsi="Garamond"/>
          <w:sz w:val="24"/>
        </w:rPr>
        <w:t xml:space="preserve">If you like helping people → choose resume, coaching, or business </w:t>
      </w:r>
      <w:proofErr w:type="gramStart"/>
      <w:r>
        <w:rPr>
          <w:rFonts w:ascii="Garamond" w:hAnsi="Garamond"/>
          <w:sz w:val="24"/>
        </w:rPr>
        <w:t>blueprints</w:t>
      </w:r>
      <w:proofErr w:type="gramEnd"/>
    </w:p>
    <w:p w14:paraId="672EA5A9" w14:textId="77777777" w:rsidR="001A5159" w:rsidRDefault="00000000">
      <w:r>
        <w:rPr>
          <w:rFonts w:ascii="Garamond" w:hAnsi="Garamond"/>
          <w:sz w:val="24"/>
        </w:rPr>
        <w:t>Starting with something that feels enjoyable increases your consistency.</w:t>
      </w:r>
    </w:p>
    <w:p w14:paraId="039636BD" w14:textId="77777777" w:rsidR="001A5159" w:rsidRDefault="00000000">
      <w:r>
        <w:rPr>
          <w:rFonts w:ascii="Garamond" w:hAnsi="Garamond"/>
          <w:sz w:val="24"/>
        </w:rPr>
        <w:t>Consistency creates results.</w:t>
      </w:r>
    </w:p>
    <w:p w14:paraId="34BEAB2E" w14:textId="77777777" w:rsidR="001A5159" w:rsidRDefault="001A5159"/>
    <w:p w14:paraId="11B9D83C" w14:textId="77777777" w:rsidR="001A5159" w:rsidRDefault="00000000">
      <w:r>
        <w:rPr>
          <w:rFonts w:ascii="Garamond" w:hAnsi="Garamond"/>
          <w:sz w:val="24"/>
        </w:rPr>
        <w:t>5. Your First Blueprint Is Not Permanent</w:t>
      </w:r>
    </w:p>
    <w:p w14:paraId="21A92514" w14:textId="77777777" w:rsidR="001A5159" w:rsidRDefault="00000000">
      <w:r>
        <w:rPr>
          <w:rFonts w:ascii="Garamond" w:hAnsi="Garamond"/>
          <w:sz w:val="24"/>
        </w:rPr>
        <w:t>This isn’t a tattoo.</w:t>
      </w:r>
      <w:r>
        <w:rPr>
          <w:rFonts w:ascii="Garamond" w:hAnsi="Garamond"/>
          <w:sz w:val="24"/>
        </w:rPr>
        <w:br/>
        <w:t xml:space="preserve">This is a </w:t>
      </w:r>
      <w:proofErr w:type="gramStart"/>
      <w:r>
        <w:rPr>
          <w:rFonts w:ascii="Garamond" w:hAnsi="Garamond"/>
          <w:sz w:val="24"/>
        </w:rPr>
        <w:t>stepping stone</w:t>
      </w:r>
      <w:proofErr w:type="gramEnd"/>
      <w:r>
        <w:rPr>
          <w:rFonts w:ascii="Garamond" w:hAnsi="Garamond"/>
          <w:sz w:val="24"/>
        </w:rPr>
        <w:t>.</w:t>
      </w:r>
    </w:p>
    <w:p w14:paraId="71003B57" w14:textId="77777777" w:rsidR="001A5159" w:rsidRDefault="00000000">
      <w:r>
        <w:rPr>
          <w:rFonts w:ascii="Garamond" w:hAnsi="Garamond"/>
          <w:sz w:val="24"/>
        </w:rPr>
        <w:t>Your first blueprint helps you:</w:t>
      </w:r>
    </w:p>
    <w:p w14:paraId="30F178F5" w14:textId="77777777" w:rsidR="001A5159" w:rsidRDefault="00000000">
      <w:r>
        <w:rPr>
          <w:rFonts w:ascii="Garamond" w:hAnsi="Garamond"/>
          <w:sz w:val="24"/>
        </w:rPr>
        <w:t xml:space="preserve">build </w:t>
      </w:r>
      <w:proofErr w:type="gramStart"/>
      <w:r>
        <w:rPr>
          <w:rFonts w:ascii="Garamond" w:hAnsi="Garamond"/>
          <w:sz w:val="24"/>
        </w:rPr>
        <w:t>confidence</w:t>
      </w:r>
      <w:proofErr w:type="gramEnd"/>
    </w:p>
    <w:p w14:paraId="3ABA2EB0" w14:textId="77777777" w:rsidR="001A5159" w:rsidRDefault="00000000">
      <w:r>
        <w:rPr>
          <w:rFonts w:ascii="Garamond" w:hAnsi="Garamond"/>
          <w:sz w:val="24"/>
        </w:rPr>
        <w:t xml:space="preserve">build </w:t>
      </w:r>
      <w:proofErr w:type="gramStart"/>
      <w:r>
        <w:rPr>
          <w:rFonts w:ascii="Garamond" w:hAnsi="Garamond"/>
          <w:sz w:val="24"/>
        </w:rPr>
        <w:t>speed</w:t>
      </w:r>
      <w:proofErr w:type="gramEnd"/>
    </w:p>
    <w:p w14:paraId="139DEE0E" w14:textId="77777777" w:rsidR="001A5159" w:rsidRDefault="00000000">
      <w:r>
        <w:rPr>
          <w:rFonts w:ascii="Garamond" w:hAnsi="Garamond"/>
          <w:sz w:val="24"/>
        </w:rPr>
        <w:t xml:space="preserve">understand </w:t>
      </w:r>
      <w:proofErr w:type="gramStart"/>
      <w:r>
        <w:rPr>
          <w:rFonts w:ascii="Garamond" w:hAnsi="Garamond"/>
          <w:sz w:val="24"/>
        </w:rPr>
        <w:t>tools</w:t>
      </w:r>
      <w:proofErr w:type="gramEnd"/>
    </w:p>
    <w:p w14:paraId="2CC259F1" w14:textId="77777777" w:rsidR="001A5159" w:rsidRDefault="00000000">
      <w:r>
        <w:rPr>
          <w:rFonts w:ascii="Garamond" w:hAnsi="Garamond"/>
          <w:sz w:val="24"/>
        </w:rPr>
        <w:t xml:space="preserve">develop workflow </w:t>
      </w:r>
      <w:proofErr w:type="gramStart"/>
      <w:r>
        <w:rPr>
          <w:rFonts w:ascii="Garamond" w:hAnsi="Garamond"/>
          <w:sz w:val="24"/>
        </w:rPr>
        <w:t>discipline</w:t>
      </w:r>
      <w:proofErr w:type="gramEnd"/>
    </w:p>
    <w:p w14:paraId="370137A3" w14:textId="77777777" w:rsidR="001A5159" w:rsidRDefault="00000000">
      <w:proofErr w:type="gramStart"/>
      <w:r>
        <w:rPr>
          <w:rFonts w:ascii="Garamond" w:hAnsi="Garamond"/>
          <w:sz w:val="24"/>
        </w:rPr>
        <w:t>generate</w:t>
      </w:r>
      <w:proofErr w:type="gramEnd"/>
      <w:r>
        <w:rPr>
          <w:rFonts w:ascii="Garamond" w:hAnsi="Garamond"/>
          <w:sz w:val="24"/>
        </w:rPr>
        <w:t xml:space="preserve"> your first </w:t>
      </w:r>
      <w:proofErr w:type="gramStart"/>
      <w:r>
        <w:rPr>
          <w:rFonts w:ascii="Garamond" w:hAnsi="Garamond"/>
          <w:sz w:val="24"/>
        </w:rPr>
        <w:t>wins</w:t>
      </w:r>
      <w:proofErr w:type="gramEnd"/>
    </w:p>
    <w:p w14:paraId="44C02DD3" w14:textId="77777777" w:rsidR="001A5159" w:rsidRDefault="00000000">
      <w:r>
        <w:rPr>
          <w:rFonts w:ascii="Garamond" w:hAnsi="Garamond"/>
          <w:sz w:val="24"/>
        </w:rPr>
        <w:t xml:space="preserve">build tangible </w:t>
      </w:r>
      <w:proofErr w:type="gramStart"/>
      <w:r>
        <w:rPr>
          <w:rFonts w:ascii="Garamond" w:hAnsi="Garamond"/>
          <w:sz w:val="24"/>
        </w:rPr>
        <w:t>proof</w:t>
      </w:r>
      <w:proofErr w:type="gramEnd"/>
    </w:p>
    <w:p w14:paraId="1BAAC7AE" w14:textId="77777777" w:rsidR="001A5159" w:rsidRDefault="00000000">
      <w:r>
        <w:rPr>
          <w:rFonts w:ascii="Garamond" w:hAnsi="Garamond"/>
          <w:sz w:val="24"/>
        </w:rPr>
        <w:t>After that?</w:t>
      </w:r>
    </w:p>
    <w:p w14:paraId="01BB1164" w14:textId="77777777" w:rsidR="001A5159" w:rsidRDefault="00000000">
      <w:r>
        <w:rPr>
          <w:rFonts w:ascii="Garamond" w:hAnsi="Garamond"/>
          <w:sz w:val="24"/>
        </w:rPr>
        <w:t>You can pivot, expand, or scale to ANY blueprint in this book.</w:t>
      </w:r>
    </w:p>
    <w:p w14:paraId="0096DF21" w14:textId="77777777" w:rsidR="001A5159" w:rsidRDefault="00000000">
      <w:r>
        <w:rPr>
          <w:rFonts w:ascii="Garamond" w:hAnsi="Garamond"/>
          <w:sz w:val="24"/>
        </w:rPr>
        <w:t>Success with AI is not about choosing perfectly.</w:t>
      </w:r>
      <w:r>
        <w:rPr>
          <w:rFonts w:ascii="Garamond" w:hAnsi="Garamond"/>
          <w:sz w:val="24"/>
        </w:rPr>
        <w:br/>
        <w:t>It’s about choosing quickly — and taking action.</w:t>
      </w:r>
    </w:p>
    <w:p w14:paraId="36FAB880" w14:textId="77777777" w:rsidR="001A5159" w:rsidRDefault="001A5159"/>
    <w:p w14:paraId="4B84EA39" w14:textId="77777777" w:rsidR="001A5159" w:rsidRDefault="00000000">
      <w:r>
        <w:rPr>
          <w:rFonts w:ascii="Garamond" w:hAnsi="Garamond"/>
          <w:sz w:val="24"/>
        </w:rPr>
        <w:t>6. The Magic Combo: Simple to Start → Valuable to Clients</w:t>
      </w:r>
    </w:p>
    <w:p w14:paraId="451A70BC" w14:textId="77777777" w:rsidR="001A5159" w:rsidRDefault="00000000">
      <w:r>
        <w:rPr>
          <w:rFonts w:ascii="Garamond" w:hAnsi="Garamond"/>
          <w:sz w:val="24"/>
        </w:rPr>
        <w:t>The strongest first blueprint has two traits:</w:t>
      </w:r>
    </w:p>
    <w:p w14:paraId="2263C8F2" w14:textId="77777777" w:rsidR="001A5159" w:rsidRDefault="00000000">
      <w:r>
        <w:rPr>
          <w:rFonts w:ascii="Garamond" w:hAnsi="Garamond"/>
          <w:sz w:val="24"/>
        </w:rPr>
        <w:t xml:space="preserve">It’s simple for YOU to </w:t>
      </w:r>
      <w:proofErr w:type="gramStart"/>
      <w:r>
        <w:rPr>
          <w:rFonts w:ascii="Garamond" w:hAnsi="Garamond"/>
          <w:sz w:val="24"/>
        </w:rPr>
        <w:t>deliver</w:t>
      </w:r>
      <w:proofErr w:type="gramEnd"/>
    </w:p>
    <w:p w14:paraId="6920ADEC" w14:textId="77777777" w:rsidR="001A5159" w:rsidRDefault="00000000">
      <w:r>
        <w:rPr>
          <w:rFonts w:ascii="Garamond" w:hAnsi="Garamond"/>
          <w:sz w:val="24"/>
        </w:rPr>
        <w:t xml:space="preserve">It’s valuable for THEM to </w:t>
      </w:r>
      <w:proofErr w:type="gramStart"/>
      <w:r>
        <w:rPr>
          <w:rFonts w:ascii="Garamond" w:hAnsi="Garamond"/>
          <w:sz w:val="24"/>
        </w:rPr>
        <w:t>receive</w:t>
      </w:r>
      <w:proofErr w:type="gramEnd"/>
    </w:p>
    <w:p w14:paraId="25BD37EA" w14:textId="77777777" w:rsidR="001A5159" w:rsidRDefault="00000000">
      <w:r>
        <w:rPr>
          <w:rFonts w:ascii="Garamond" w:hAnsi="Garamond"/>
          <w:sz w:val="24"/>
        </w:rPr>
        <w:t>Many of the blueprints in this book are designed with exactly that balance:</w:t>
      </w:r>
    </w:p>
    <w:p w14:paraId="6716C52D" w14:textId="77777777" w:rsidR="001A5159" w:rsidRDefault="00000000">
      <w:r>
        <w:rPr>
          <w:rFonts w:ascii="Garamond" w:hAnsi="Garamond"/>
          <w:sz w:val="24"/>
        </w:rPr>
        <w:t>Simple for beginners</w:t>
      </w:r>
    </w:p>
    <w:p w14:paraId="6F973FE3" w14:textId="77777777" w:rsidR="001A5159" w:rsidRDefault="00000000">
      <w:r>
        <w:rPr>
          <w:rFonts w:ascii="Garamond" w:hAnsi="Garamond"/>
          <w:sz w:val="24"/>
        </w:rPr>
        <w:lastRenderedPageBreak/>
        <w:t>Impressive to clients</w:t>
      </w:r>
    </w:p>
    <w:p w14:paraId="187AE0ED" w14:textId="77777777" w:rsidR="001A5159" w:rsidRDefault="00000000">
      <w:r>
        <w:rPr>
          <w:rFonts w:ascii="Garamond" w:hAnsi="Garamond"/>
          <w:sz w:val="24"/>
        </w:rPr>
        <w:t>Valuable in the marketplace</w:t>
      </w:r>
    </w:p>
    <w:p w14:paraId="3D13A882" w14:textId="77777777" w:rsidR="001A5159" w:rsidRDefault="00000000">
      <w:r>
        <w:rPr>
          <w:rFonts w:ascii="Garamond" w:hAnsi="Garamond"/>
          <w:sz w:val="24"/>
        </w:rPr>
        <w:t>Repeatable</w:t>
      </w:r>
    </w:p>
    <w:p w14:paraId="363456D9" w14:textId="77777777" w:rsidR="001A5159" w:rsidRDefault="00000000">
      <w:r>
        <w:rPr>
          <w:rFonts w:ascii="Garamond" w:hAnsi="Garamond"/>
          <w:sz w:val="24"/>
        </w:rPr>
        <w:t xml:space="preserve">Easy to </w:t>
      </w:r>
      <w:proofErr w:type="gramStart"/>
      <w:r>
        <w:rPr>
          <w:rFonts w:ascii="Garamond" w:hAnsi="Garamond"/>
          <w:sz w:val="24"/>
        </w:rPr>
        <w:t>package</w:t>
      </w:r>
      <w:proofErr w:type="gramEnd"/>
    </w:p>
    <w:p w14:paraId="10F49196" w14:textId="77777777" w:rsidR="001A5159" w:rsidRDefault="00000000">
      <w:r>
        <w:rPr>
          <w:rFonts w:ascii="Garamond" w:hAnsi="Garamond"/>
          <w:sz w:val="24"/>
        </w:rPr>
        <w:t>Easy to show proof for</w:t>
      </w:r>
    </w:p>
    <w:p w14:paraId="1181D74D" w14:textId="77777777" w:rsidR="001A5159" w:rsidRDefault="00000000">
      <w:r>
        <w:rPr>
          <w:rFonts w:ascii="Garamond" w:hAnsi="Garamond"/>
          <w:sz w:val="24"/>
        </w:rPr>
        <w:t xml:space="preserve">Easy to </w:t>
      </w:r>
      <w:proofErr w:type="gramStart"/>
      <w:r>
        <w:rPr>
          <w:rFonts w:ascii="Garamond" w:hAnsi="Garamond"/>
          <w:sz w:val="24"/>
        </w:rPr>
        <w:t>scale</w:t>
      </w:r>
      <w:proofErr w:type="gramEnd"/>
    </w:p>
    <w:p w14:paraId="3D2D541A" w14:textId="77777777" w:rsidR="001A5159" w:rsidRDefault="00000000">
      <w:r>
        <w:rPr>
          <w:rFonts w:ascii="Garamond" w:hAnsi="Garamond"/>
          <w:sz w:val="24"/>
        </w:rPr>
        <w:t>That’s why your first win can come faster than you expect.</w:t>
      </w:r>
    </w:p>
    <w:p w14:paraId="0F004CF4" w14:textId="77777777" w:rsidR="001A5159" w:rsidRDefault="001A5159"/>
    <w:p w14:paraId="1994E883" w14:textId="77777777" w:rsidR="001A5159" w:rsidRDefault="00000000">
      <w:r>
        <w:rPr>
          <w:rFonts w:ascii="Garamond" w:hAnsi="Garamond"/>
          <w:sz w:val="24"/>
        </w:rPr>
        <w:t>7. Let the Blueprints Work for You</w:t>
      </w:r>
    </w:p>
    <w:p w14:paraId="00A8A217" w14:textId="77777777" w:rsidR="001A5159" w:rsidRDefault="00000000">
      <w:r>
        <w:rPr>
          <w:rFonts w:ascii="Garamond" w:hAnsi="Garamond"/>
          <w:sz w:val="24"/>
        </w:rPr>
        <w:t>When you feel overwhelmed, remind yourself:</w:t>
      </w:r>
    </w:p>
    <w:p w14:paraId="605EFE2E" w14:textId="77777777" w:rsidR="001A5159" w:rsidRDefault="00000000">
      <w:r>
        <w:rPr>
          <w:rFonts w:ascii="Garamond" w:hAnsi="Garamond"/>
          <w:sz w:val="24"/>
        </w:rPr>
        <w:t>“I don’t need 36 decisions. I need ONE decision.”</w:t>
      </w:r>
    </w:p>
    <w:p w14:paraId="374A22E6" w14:textId="77777777" w:rsidR="001A5159" w:rsidRDefault="00000000">
      <w:r>
        <w:rPr>
          <w:rFonts w:ascii="Garamond" w:hAnsi="Garamond"/>
          <w:sz w:val="24"/>
        </w:rPr>
        <w:t>Choose one blueprint.</w:t>
      </w:r>
      <w:r>
        <w:rPr>
          <w:rFonts w:ascii="Garamond" w:hAnsi="Garamond"/>
          <w:sz w:val="24"/>
        </w:rPr>
        <w:br/>
        <w:t>Commit for 30 days.</w:t>
      </w:r>
      <w:r>
        <w:rPr>
          <w:rFonts w:ascii="Garamond" w:hAnsi="Garamond"/>
          <w:sz w:val="24"/>
        </w:rPr>
        <w:br/>
        <w:t>Get a result.</w:t>
      </w:r>
      <w:r>
        <w:rPr>
          <w:rFonts w:ascii="Garamond" w:hAnsi="Garamond"/>
          <w:sz w:val="24"/>
        </w:rPr>
        <w:br/>
        <w:t>Build proof.</w:t>
      </w:r>
      <w:r>
        <w:rPr>
          <w:rFonts w:ascii="Garamond" w:hAnsi="Garamond"/>
          <w:sz w:val="24"/>
        </w:rPr>
        <w:br/>
        <w:t>Build momentum.</w:t>
      </w:r>
    </w:p>
    <w:p w14:paraId="32299DFC" w14:textId="77777777" w:rsidR="001A5159" w:rsidRDefault="00000000">
      <w:r>
        <w:rPr>
          <w:rFonts w:ascii="Garamond" w:hAnsi="Garamond"/>
          <w:sz w:val="24"/>
        </w:rPr>
        <w:t>Momentum is your greatest advantage.</w:t>
      </w:r>
    </w:p>
    <w:p w14:paraId="019E8A84" w14:textId="77777777" w:rsidR="001A5159" w:rsidRDefault="001A5159"/>
    <w:p w14:paraId="3A34A5BF" w14:textId="77777777" w:rsidR="001A5159" w:rsidRDefault="00000000">
      <w:r>
        <w:rPr>
          <w:rFonts w:ascii="Garamond" w:hAnsi="Garamond"/>
          <w:sz w:val="24"/>
        </w:rPr>
        <w:t>Why This Chapter Matters</w:t>
      </w:r>
    </w:p>
    <w:p w14:paraId="10C76848" w14:textId="77777777" w:rsidR="001A5159" w:rsidRDefault="00000000">
      <w:r>
        <w:rPr>
          <w:rFonts w:ascii="Garamond" w:hAnsi="Garamond"/>
          <w:sz w:val="24"/>
        </w:rPr>
        <w:t>This chapter prepares you for the heart of the book:</w:t>
      </w:r>
      <w:r>
        <w:rPr>
          <w:rFonts w:ascii="Garamond" w:hAnsi="Garamond"/>
          <w:sz w:val="24"/>
        </w:rPr>
        <w:br/>
        <w:t>The 36 AI Income Blueprints.</w:t>
      </w:r>
    </w:p>
    <w:p w14:paraId="4CF85391" w14:textId="77777777" w:rsidR="001A5159" w:rsidRDefault="00000000">
      <w:r>
        <w:rPr>
          <w:rFonts w:ascii="Garamond" w:hAnsi="Garamond"/>
          <w:sz w:val="24"/>
        </w:rPr>
        <w:t>Now you know:</w:t>
      </w:r>
    </w:p>
    <w:p w14:paraId="6DAAD177" w14:textId="77777777" w:rsidR="001A5159" w:rsidRDefault="00000000">
      <w:proofErr w:type="gramStart"/>
      <w:r>
        <w:rPr>
          <w:rFonts w:ascii="Garamond" w:hAnsi="Garamond"/>
          <w:sz w:val="24"/>
        </w:rPr>
        <w:t>how</w:t>
      </w:r>
      <w:proofErr w:type="gramEnd"/>
      <w:r>
        <w:rPr>
          <w:rFonts w:ascii="Garamond" w:hAnsi="Garamond"/>
          <w:sz w:val="24"/>
        </w:rPr>
        <w:t xml:space="preserve"> to choose the right path</w:t>
      </w:r>
    </w:p>
    <w:p w14:paraId="4D32C2BB" w14:textId="77777777" w:rsidR="001A5159" w:rsidRDefault="00000000">
      <w:proofErr w:type="gramStart"/>
      <w:r>
        <w:rPr>
          <w:rFonts w:ascii="Garamond" w:hAnsi="Garamond"/>
          <w:sz w:val="24"/>
        </w:rPr>
        <w:t>how</w:t>
      </w:r>
      <w:proofErr w:type="gramEnd"/>
      <w:r>
        <w:rPr>
          <w:rFonts w:ascii="Garamond" w:hAnsi="Garamond"/>
          <w:sz w:val="24"/>
        </w:rPr>
        <w:t xml:space="preserve"> to avoid analysis paralysis</w:t>
      </w:r>
    </w:p>
    <w:p w14:paraId="2F656D8E" w14:textId="77777777" w:rsidR="001A5159" w:rsidRDefault="00000000">
      <w:proofErr w:type="gramStart"/>
      <w:r>
        <w:rPr>
          <w:rFonts w:ascii="Garamond" w:hAnsi="Garamond"/>
          <w:sz w:val="24"/>
        </w:rPr>
        <w:t>how</w:t>
      </w:r>
      <w:proofErr w:type="gramEnd"/>
      <w:r>
        <w:rPr>
          <w:rFonts w:ascii="Garamond" w:hAnsi="Garamond"/>
          <w:sz w:val="24"/>
        </w:rPr>
        <w:t xml:space="preserve"> to start based on your real </w:t>
      </w:r>
      <w:proofErr w:type="gramStart"/>
      <w:r>
        <w:rPr>
          <w:rFonts w:ascii="Garamond" w:hAnsi="Garamond"/>
          <w:sz w:val="24"/>
        </w:rPr>
        <w:t>life</w:t>
      </w:r>
      <w:proofErr w:type="gramEnd"/>
    </w:p>
    <w:p w14:paraId="6128B075" w14:textId="77777777" w:rsidR="001A5159" w:rsidRDefault="00000000">
      <w:r>
        <w:rPr>
          <w:rFonts w:ascii="Garamond" w:hAnsi="Garamond"/>
          <w:sz w:val="24"/>
        </w:rPr>
        <w:t>how to build confidence as you learn</w:t>
      </w:r>
    </w:p>
    <w:p w14:paraId="71066A78" w14:textId="77777777" w:rsidR="001A5159" w:rsidRDefault="00000000">
      <w:proofErr w:type="gramStart"/>
      <w:r>
        <w:rPr>
          <w:rFonts w:ascii="Garamond" w:hAnsi="Garamond"/>
          <w:sz w:val="24"/>
        </w:rPr>
        <w:t>how</w:t>
      </w:r>
      <w:proofErr w:type="gramEnd"/>
      <w:r>
        <w:rPr>
          <w:rFonts w:ascii="Garamond" w:hAnsi="Garamond"/>
          <w:sz w:val="24"/>
        </w:rPr>
        <w:t xml:space="preserve"> to approach earning in a new economy</w:t>
      </w:r>
    </w:p>
    <w:p w14:paraId="1E2F6200" w14:textId="77777777" w:rsidR="001A5159" w:rsidRDefault="00000000">
      <w:r>
        <w:rPr>
          <w:rFonts w:ascii="Garamond" w:hAnsi="Garamond"/>
          <w:sz w:val="24"/>
        </w:rPr>
        <w:lastRenderedPageBreak/>
        <w:t>Everything ahead becomes clear once you choose one blueprint.</w:t>
      </w:r>
    </w:p>
    <w:p w14:paraId="1ACF5CC4" w14:textId="77777777" w:rsidR="001A5159" w:rsidRDefault="00000000">
      <w:r>
        <w:rPr>
          <w:rFonts w:ascii="Garamond" w:hAnsi="Garamond"/>
          <w:sz w:val="24"/>
        </w:rPr>
        <w:t>Let’s make the choice simple.</w:t>
      </w:r>
    </w:p>
    <w:p w14:paraId="2026789D" w14:textId="77777777" w:rsidR="001A5159" w:rsidRDefault="00000000">
      <w:r>
        <w:rPr>
          <w:rFonts w:ascii="Garamond" w:hAnsi="Garamond"/>
          <w:sz w:val="24"/>
        </w:rPr>
        <w:t>Turn the page.</w:t>
      </w:r>
    </w:p>
    <w:p w14:paraId="7EEDD55B" w14:textId="77777777" w:rsidR="001A5159" w:rsidRDefault="00000000">
      <w:r>
        <w:rPr>
          <w:rFonts w:ascii="Garamond" w:hAnsi="Garamond"/>
          <w:sz w:val="24"/>
        </w:rPr>
        <w:t>Your roadmap begins now.</w:t>
      </w:r>
    </w:p>
    <w:p w14:paraId="48C7ED72" w14:textId="77777777" w:rsidR="00673185" w:rsidRDefault="00673185">
      <w:pPr>
        <w:sectPr w:rsidR="00673185" w:rsidSect="00034616">
          <w:pgSz w:w="12240" w:h="15840"/>
          <w:pgMar w:top="1440" w:right="1800" w:bottom="1440" w:left="1800" w:header="720" w:footer="720" w:gutter="0"/>
          <w:cols w:space="720"/>
          <w:docGrid w:linePitch="360"/>
        </w:sectPr>
      </w:pPr>
    </w:p>
    <w:p w14:paraId="051EF85A" w14:textId="77777777" w:rsidR="001A5159" w:rsidRDefault="001A5159"/>
    <w:p w14:paraId="102A4494" w14:textId="77777777" w:rsidR="001A5159" w:rsidRDefault="00000000" w:rsidP="00C138A8">
      <w:bookmarkStart w:id="5" w:name="_Toc214830301"/>
      <w:r w:rsidRPr="00C138A8">
        <w:rPr>
          <w:rStyle w:val="Heading1Char"/>
          <w:rFonts w:ascii="Garamond" w:hAnsi="Garamond"/>
          <w:color w:val="auto"/>
          <w:sz w:val="40"/>
          <w:szCs w:val="40"/>
        </w:rPr>
        <w:t>CHAPTER 6 — THE $1,000 IN 30 DAYS ROADMAP</w:t>
      </w:r>
      <w:bookmarkEnd w:id="5"/>
      <w:r w:rsidRPr="00C138A8">
        <w:rPr>
          <w:rStyle w:val="Heading1Char"/>
          <w:rFonts w:ascii="Garamond" w:hAnsi="Garamond"/>
          <w:color w:val="auto"/>
          <w:sz w:val="40"/>
          <w:szCs w:val="40"/>
        </w:rPr>
        <w:br/>
      </w:r>
      <w:r w:rsidRPr="00C138A8">
        <w:rPr>
          <w:rStyle w:val="Heading2Char"/>
          <w:rFonts w:ascii="Garamond" w:hAnsi="Garamond"/>
          <w:color w:val="auto"/>
          <w:sz w:val="28"/>
          <w:szCs w:val="28"/>
        </w:rPr>
        <w:t>This chapter exists for one reason:</w:t>
      </w:r>
    </w:p>
    <w:p w14:paraId="409597DD" w14:textId="77777777" w:rsidR="001A5159" w:rsidRDefault="00000000">
      <w:r>
        <w:rPr>
          <w:rFonts w:ascii="Garamond" w:hAnsi="Garamond"/>
          <w:sz w:val="24"/>
        </w:rPr>
        <w:t>👉 To get you your first real money with AI — fast.</w:t>
      </w:r>
    </w:p>
    <w:p w14:paraId="45EFD8AB" w14:textId="77777777" w:rsidR="001A5159" w:rsidRDefault="00000000">
      <w:r>
        <w:rPr>
          <w:rFonts w:ascii="Garamond" w:hAnsi="Garamond"/>
          <w:sz w:val="24"/>
        </w:rPr>
        <w:t>Not “someday.”</w:t>
      </w:r>
      <w:r>
        <w:rPr>
          <w:rFonts w:ascii="Garamond" w:hAnsi="Garamond"/>
          <w:sz w:val="24"/>
        </w:rPr>
        <w:br/>
        <w:t>Not “once you’re skilled.”</w:t>
      </w:r>
      <w:r>
        <w:rPr>
          <w:rFonts w:ascii="Garamond" w:hAnsi="Garamond"/>
          <w:sz w:val="24"/>
        </w:rPr>
        <w:br/>
        <w:t>Not “after you’ve mastered everything.”</w:t>
      </w:r>
    </w:p>
    <w:p w14:paraId="1D57FABB" w14:textId="77777777" w:rsidR="001A5159" w:rsidRDefault="00000000">
      <w:r>
        <w:rPr>
          <w:rFonts w:ascii="Garamond" w:hAnsi="Garamond"/>
          <w:sz w:val="24"/>
        </w:rPr>
        <w:t>In the next 30 days, you can make your first $1,000 using nothing but:</w:t>
      </w:r>
    </w:p>
    <w:p w14:paraId="533A8CE8" w14:textId="77777777" w:rsidR="001A5159" w:rsidRDefault="00000000">
      <w:r>
        <w:rPr>
          <w:rFonts w:ascii="Garamond" w:hAnsi="Garamond"/>
          <w:sz w:val="24"/>
        </w:rPr>
        <w:t>one blueprint</w:t>
      </w:r>
    </w:p>
    <w:p w14:paraId="083C8A3C" w14:textId="77777777" w:rsidR="001A5159" w:rsidRDefault="00000000">
      <w:r>
        <w:rPr>
          <w:rFonts w:ascii="Garamond" w:hAnsi="Garamond"/>
          <w:sz w:val="24"/>
        </w:rPr>
        <w:t>simple AI tools</w:t>
      </w:r>
    </w:p>
    <w:p w14:paraId="158FCD22" w14:textId="77777777" w:rsidR="001A5159" w:rsidRDefault="00000000">
      <w:r>
        <w:rPr>
          <w:rFonts w:ascii="Garamond" w:hAnsi="Garamond"/>
          <w:sz w:val="24"/>
        </w:rPr>
        <w:t>beginner-friendly workflows</w:t>
      </w:r>
    </w:p>
    <w:p w14:paraId="48BD40B5" w14:textId="77777777" w:rsidR="001A5159" w:rsidRDefault="00000000">
      <w:r>
        <w:rPr>
          <w:rFonts w:ascii="Garamond" w:hAnsi="Garamond"/>
          <w:sz w:val="24"/>
        </w:rPr>
        <w:t>and consistent execution</w:t>
      </w:r>
    </w:p>
    <w:p w14:paraId="1F6831CD" w14:textId="77777777" w:rsidR="001A5159" w:rsidRDefault="00000000">
      <w:r>
        <w:rPr>
          <w:rFonts w:ascii="Garamond" w:hAnsi="Garamond"/>
          <w:sz w:val="24"/>
        </w:rPr>
        <w:t xml:space="preserve">You don’t need </w:t>
      </w:r>
      <w:proofErr w:type="gramStart"/>
      <w:r>
        <w:rPr>
          <w:rFonts w:ascii="Garamond" w:hAnsi="Garamond"/>
          <w:sz w:val="24"/>
        </w:rPr>
        <w:t>a following</w:t>
      </w:r>
      <w:proofErr w:type="gramEnd"/>
      <w:r>
        <w:rPr>
          <w:rFonts w:ascii="Garamond" w:hAnsi="Garamond"/>
          <w:sz w:val="24"/>
        </w:rPr>
        <w:t>.</w:t>
      </w:r>
      <w:r>
        <w:rPr>
          <w:rFonts w:ascii="Garamond" w:hAnsi="Garamond"/>
          <w:sz w:val="24"/>
        </w:rPr>
        <w:br/>
        <w:t>You don’t need content.</w:t>
      </w:r>
      <w:r>
        <w:rPr>
          <w:rFonts w:ascii="Garamond" w:hAnsi="Garamond"/>
          <w:sz w:val="24"/>
        </w:rPr>
        <w:br/>
        <w:t>You don’t need a website.</w:t>
      </w:r>
      <w:r>
        <w:rPr>
          <w:rFonts w:ascii="Garamond" w:hAnsi="Garamond"/>
          <w:sz w:val="24"/>
        </w:rPr>
        <w:br/>
        <w:t>You don’t need experience.</w:t>
      </w:r>
      <w:r>
        <w:rPr>
          <w:rFonts w:ascii="Garamond" w:hAnsi="Garamond"/>
          <w:sz w:val="24"/>
        </w:rPr>
        <w:br/>
        <w:t>You don’t need confidence.</w:t>
      </w:r>
    </w:p>
    <w:p w14:paraId="7B4B5B56" w14:textId="77777777" w:rsidR="001A5159" w:rsidRDefault="00000000">
      <w:r>
        <w:rPr>
          <w:rFonts w:ascii="Garamond" w:hAnsi="Garamond"/>
          <w:sz w:val="24"/>
        </w:rPr>
        <w:t>You just need direction + action.</w:t>
      </w:r>
    </w:p>
    <w:p w14:paraId="14FBF897" w14:textId="77777777" w:rsidR="001A5159" w:rsidRDefault="00000000">
      <w:r>
        <w:rPr>
          <w:rFonts w:ascii="Garamond" w:hAnsi="Garamond"/>
          <w:sz w:val="24"/>
        </w:rPr>
        <w:t>This chapter gives you both.</w:t>
      </w:r>
    </w:p>
    <w:p w14:paraId="217C868F" w14:textId="77777777" w:rsidR="001A5159" w:rsidRDefault="001A5159"/>
    <w:p w14:paraId="4142DD49" w14:textId="77777777" w:rsidR="001A5159" w:rsidRDefault="00000000">
      <w:r>
        <w:rPr>
          <w:rFonts w:ascii="Garamond" w:hAnsi="Garamond"/>
          <w:sz w:val="24"/>
        </w:rPr>
        <w:t>The 30-Day Formula</w:t>
      </w:r>
    </w:p>
    <w:p w14:paraId="3D302258" w14:textId="77777777" w:rsidR="001A5159" w:rsidRDefault="00000000">
      <w:r>
        <w:rPr>
          <w:rFonts w:ascii="Garamond" w:hAnsi="Garamond"/>
          <w:sz w:val="24"/>
        </w:rPr>
        <w:t>Here is the entire roadmap in one sentence:</w:t>
      </w:r>
    </w:p>
    <w:p w14:paraId="7AA2683A" w14:textId="77777777" w:rsidR="001A5159" w:rsidRDefault="00000000">
      <w:r>
        <w:rPr>
          <w:rFonts w:ascii="Garamond" w:hAnsi="Garamond"/>
          <w:sz w:val="24"/>
        </w:rPr>
        <w:t>Pick one blueprint → create proof → show value → offer help → deliver fast.</w:t>
      </w:r>
    </w:p>
    <w:p w14:paraId="4385663E" w14:textId="77777777" w:rsidR="001A5159" w:rsidRDefault="00000000">
      <w:r>
        <w:rPr>
          <w:rFonts w:ascii="Garamond" w:hAnsi="Garamond"/>
          <w:sz w:val="24"/>
        </w:rPr>
        <w:t>That’s it.</w:t>
      </w:r>
    </w:p>
    <w:p w14:paraId="6FB02506" w14:textId="77777777" w:rsidR="001A5159" w:rsidRDefault="00000000">
      <w:r>
        <w:rPr>
          <w:rFonts w:ascii="Garamond" w:hAnsi="Garamond"/>
          <w:sz w:val="24"/>
        </w:rPr>
        <w:t>The next pages break this into simple weekly steps, but the core remains the same:</w:t>
      </w:r>
    </w:p>
    <w:p w14:paraId="5389427A" w14:textId="77777777" w:rsidR="001A5159" w:rsidRDefault="00000000">
      <w:r>
        <w:rPr>
          <w:rFonts w:ascii="Garamond" w:hAnsi="Garamond"/>
          <w:sz w:val="24"/>
        </w:rPr>
        <w:lastRenderedPageBreak/>
        <w:t>You learn by doing.</w:t>
      </w:r>
      <w:r>
        <w:rPr>
          <w:rFonts w:ascii="Garamond" w:hAnsi="Garamond"/>
          <w:sz w:val="24"/>
        </w:rPr>
        <w:br/>
        <w:t>You earn by delivering.</w:t>
      </w:r>
      <w:r>
        <w:rPr>
          <w:rFonts w:ascii="Garamond" w:hAnsi="Garamond"/>
          <w:sz w:val="24"/>
        </w:rPr>
        <w:br/>
        <w:t>You grow by repeating.</w:t>
      </w:r>
    </w:p>
    <w:p w14:paraId="53C8205B" w14:textId="77777777" w:rsidR="001A5159" w:rsidRDefault="00000000">
      <w:r>
        <w:rPr>
          <w:rFonts w:ascii="Garamond" w:hAnsi="Garamond"/>
          <w:sz w:val="24"/>
        </w:rPr>
        <w:t>Let’s break down your month.</w:t>
      </w:r>
    </w:p>
    <w:p w14:paraId="3F8E1B53" w14:textId="77777777" w:rsidR="001A5159" w:rsidRDefault="001A5159"/>
    <w:p w14:paraId="49BB17F1" w14:textId="77777777" w:rsidR="001A5159" w:rsidRDefault="00000000">
      <w:r>
        <w:rPr>
          <w:rFonts w:ascii="Garamond" w:hAnsi="Garamond"/>
          <w:sz w:val="24"/>
        </w:rPr>
        <w:t>WEEK 1 — Pick Your Blueprint + Create Your First Proof</w:t>
      </w:r>
    </w:p>
    <w:p w14:paraId="29925BC2" w14:textId="77777777" w:rsidR="001A5159" w:rsidRDefault="00000000">
      <w:r>
        <w:rPr>
          <w:rFonts w:ascii="Garamond" w:hAnsi="Garamond"/>
          <w:sz w:val="24"/>
        </w:rPr>
        <w:t>You’re not building a business yet.</w:t>
      </w:r>
      <w:r>
        <w:rPr>
          <w:rFonts w:ascii="Garamond" w:hAnsi="Garamond"/>
          <w:sz w:val="24"/>
        </w:rPr>
        <w:br/>
        <w:t>You’re building confidence, evidence, and momentum.</w:t>
      </w:r>
    </w:p>
    <w:p w14:paraId="6ED6E7D5" w14:textId="77777777" w:rsidR="001A5159" w:rsidRDefault="00000000">
      <w:r>
        <w:rPr>
          <w:rFonts w:ascii="Garamond" w:hAnsi="Garamond"/>
          <w:sz w:val="24"/>
        </w:rPr>
        <w:t>✔ Step 1 — Choose ONE Blueprint</w:t>
      </w:r>
    </w:p>
    <w:p w14:paraId="4588C5B9" w14:textId="77777777" w:rsidR="001A5159" w:rsidRDefault="00000000">
      <w:r>
        <w:rPr>
          <w:rFonts w:ascii="Garamond" w:hAnsi="Garamond"/>
          <w:sz w:val="24"/>
        </w:rPr>
        <w:t>The one that feels simplest and most doable.</w:t>
      </w:r>
      <w:r>
        <w:rPr>
          <w:rFonts w:ascii="Garamond" w:hAnsi="Garamond"/>
          <w:sz w:val="24"/>
        </w:rPr>
        <w:br/>
        <w:t>Not the “perfect” blueprint — the practical one.</w:t>
      </w:r>
    </w:p>
    <w:p w14:paraId="2B16210D" w14:textId="77777777" w:rsidR="001A5159" w:rsidRDefault="00000000">
      <w:r>
        <w:rPr>
          <w:rFonts w:ascii="Garamond" w:hAnsi="Garamond"/>
          <w:sz w:val="24"/>
        </w:rPr>
        <w:t>✔ Step 2 — Create 1–3 Proof Pieces</w:t>
      </w:r>
    </w:p>
    <w:p w14:paraId="0AFEB735" w14:textId="77777777" w:rsidR="001A5159" w:rsidRDefault="00000000">
      <w:r>
        <w:rPr>
          <w:rFonts w:ascii="Garamond" w:hAnsi="Garamond"/>
          <w:sz w:val="24"/>
        </w:rPr>
        <w:t>Using your chosen blueprint, make:</w:t>
      </w:r>
    </w:p>
    <w:p w14:paraId="68C72AAB" w14:textId="77777777" w:rsidR="001A5159" w:rsidRDefault="00000000">
      <w:r>
        <w:rPr>
          <w:rFonts w:ascii="Garamond" w:hAnsi="Garamond"/>
          <w:sz w:val="24"/>
        </w:rPr>
        <w:t>3 video edits</w:t>
      </w:r>
    </w:p>
    <w:p w14:paraId="3BBCC7B9" w14:textId="77777777" w:rsidR="001A5159" w:rsidRDefault="00000000">
      <w:r>
        <w:rPr>
          <w:rFonts w:ascii="Garamond" w:hAnsi="Garamond"/>
          <w:sz w:val="24"/>
        </w:rPr>
        <w:t>3 social posts</w:t>
      </w:r>
    </w:p>
    <w:p w14:paraId="5446E9BC" w14:textId="77777777" w:rsidR="001A5159" w:rsidRDefault="00000000">
      <w:r>
        <w:rPr>
          <w:rFonts w:ascii="Garamond" w:hAnsi="Garamond"/>
          <w:sz w:val="24"/>
        </w:rPr>
        <w:t>3 resume rewrites</w:t>
      </w:r>
    </w:p>
    <w:p w14:paraId="3F81AFDB" w14:textId="77777777" w:rsidR="001A5159" w:rsidRDefault="00000000">
      <w:r>
        <w:rPr>
          <w:rFonts w:ascii="Garamond" w:hAnsi="Garamond"/>
          <w:sz w:val="24"/>
        </w:rPr>
        <w:t>3 carousel designs</w:t>
      </w:r>
    </w:p>
    <w:p w14:paraId="6D44473D" w14:textId="77777777" w:rsidR="001A5159" w:rsidRDefault="00000000">
      <w:r>
        <w:rPr>
          <w:rFonts w:ascii="Garamond" w:hAnsi="Garamond"/>
          <w:sz w:val="24"/>
        </w:rPr>
        <w:t>3 landing page rewrites</w:t>
      </w:r>
    </w:p>
    <w:p w14:paraId="6F6DD177" w14:textId="77777777" w:rsidR="001A5159" w:rsidRDefault="00000000">
      <w:r>
        <w:rPr>
          <w:rFonts w:ascii="Garamond" w:hAnsi="Garamond"/>
          <w:sz w:val="24"/>
        </w:rPr>
        <w:t>3 digital product samples</w:t>
      </w:r>
    </w:p>
    <w:p w14:paraId="6309A80E" w14:textId="77777777" w:rsidR="001A5159" w:rsidRDefault="00000000">
      <w:r>
        <w:rPr>
          <w:rFonts w:ascii="Garamond" w:hAnsi="Garamond"/>
          <w:sz w:val="24"/>
        </w:rPr>
        <w:t>Whatever your blueprint produces —</w:t>
      </w:r>
      <w:r>
        <w:rPr>
          <w:rFonts w:ascii="Garamond" w:hAnsi="Garamond"/>
          <w:sz w:val="24"/>
        </w:rPr>
        <w:br/>
        <w:t>make three of them.</w:t>
      </w:r>
    </w:p>
    <w:p w14:paraId="04811B99" w14:textId="77777777" w:rsidR="001A5159" w:rsidRDefault="00000000">
      <w:r>
        <w:rPr>
          <w:rFonts w:ascii="Garamond" w:hAnsi="Garamond"/>
          <w:sz w:val="24"/>
        </w:rPr>
        <w:t>These become:</w:t>
      </w:r>
    </w:p>
    <w:p w14:paraId="680C6F62" w14:textId="77777777" w:rsidR="001A5159" w:rsidRDefault="00000000">
      <w:proofErr w:type="gramStart"/>
      <w:r>
        <w:rPr>
          <w:rFonts w:ascii="Garamond" w:hAnsi="Garamond"/>
          <w:sz w:val="24"/>
        </w:rPr>
        <w:t>your</w:t>
      </w:r>
      <w:proofErr w:type="gramEnd"/>
      <w:r>
        <w:rPr>
          <w:rFonts w:ascii="Garamond" w:hAnsi="Garamond"/>
          <w:sz w:val="24"/>
        </w:rPr>
        <w:t xml:space="preserve"> portfolio</w:t>
      </w:r>
    </w:p>
    <w:p w14:paraId="4019E249" w14:textId="77777777" w:rsidR="001A5159" w:rsidRDefault="00000000">
      <w:proofErr w:type="gramStart"/>
      <w:r>
        <w:rPr>
          <w:rFonts w:ascii="Garamond" w:hAnsi="Garamond"/>
          <w:sz w:val="24"/>
        </w:rPr>
        <w:t>your</w:t>
      </w:r>
      <w:proofErr w:type="gramEnd"/>
      <w:r>
        <w:rPr>
          <w:rFonts w:ascii="Garamond" w:hAnsi="Garamond"/>
          <w:sz w:val="24"/>
        </w:rPr>
        <w:t xml:space="preserve"> credibility</w:t>
      </w:r>
    </w:p>
    <w:p w14:paraId="3C0AE2A3" w14:textId="77777777" w:rsidR="001A5159" w:rsidRDefault="00000000">
      <w:proofErr w:type="gramStart"/>
      <w:r>
        <w:rPr>
          <w:rFonts w:ascii="Garamond" w:hAnsi="Garamond"/>
          <w:sz w:val="24"/>
        </w:rPr>
        <w:t>your</w:t>
      </w:r>
      <w:proofErr w:type="gramEnd"/>
      <w:r>
        <w:rPr>
          <w:rFonts w:ascii="Garamond" w:hAnsi="Garamond"/>
          <w:sz w:val="24"/>
        </w:rPr>
        <w:t xml:space="preserve"> confidence </w:t>
      </w:r>
      <w:proofErr w:type="gramStart"/>
      <w:r>
        <w:rPr>
          <w:rFonts w:ascii="Garamond" w:hAnsi="Garamond"/>
          <w:sz w:val="24"/>
        </w:rPr>
        <w:t>booster</w:t>
      </w:r>
      <w:proofErr w:type="gramEnd"/>
    </w:p>
    <w:p w14:paraId="08A55212" w14:textId="77777777" w:rsidR="001A5159" w:rsidRDefault="00000000">
      <w:r>
        <w:rPr>
          <w:rFonts w:ascii="Garamond" w:hAnsi="Garamond"/>
          <w:sz w:val="24"/>
        </w:rPr>
        <w:t>your entire marketing engine</w:t>
      </w:r>
    </w:p>
    <w:p w14:paraId="494A419F" w14:textId="77777777" w:rsidR="001A5159" w:rsidRDefault="00000000">
      <w:r>
        <w:rPr>
          <w:rFonts w:ascii="Garamond" w:hAnsi="Garamond"/>
          <w:sz w:val="24"/>
        </w:rPr>
        <w:t>✔ Step 3 — Use AI to polish the proof</w:t>
      </w:r>
    </w:p>
    <w:p w14:paraId="40C45CBC" w14:textId="77777777" w:rsidR="001A5159" w:rsidRDefault="00000000">
      <w:r>
        <w:rPr>
          <w:rFonts w:ascii="Garamond" w:hAnsi="Garamond"/>
          <w:sz w:val="24"/>
        </w:rPr>
        <w:lastRenderedPageBreak/>
        <w:t>You aren’t showcasing “raw beginner work.”</w:t>
      </w:r>
      <w:r>
        <w:rPr>
          <w:rFonts w:ascii="Garamond" w:hAnsi="Garamond"/>
          <w:sz w:val="24"/>
        </w:rPr>
        <w:br/>
        <w:t>You’re showcasing AI-assisted professional work.</w:t>
      </w:r>
    </w:p>
    <w:p w14:paraId="48266852" w14:textId="77777777" w:rsidR="001A5159" w:rsidRDefault="00000000">
      <w:r>
        <w:rPr>
          <w:rFonts w:ascii="Garamond" w:hAnsi="Garamond"/>
          <w:sz w:val="24"/>
        </w:rPr>
        <w:t>This step alone makes beginners look experienced.</w:t>
      </w:r>
    </w:p>
    <w:p w14:paraId="047CEB55" w14:textId="77777777" w:rsidR="001A5159" w:rsidRDefault="001A5159"/>
    <w:p w14:paraId="475CD1AD" w14:textId="77777777" w:rsidR="001A5159" w:rsidRDefault="00000000">
      <w:r>
        <w:rPr>
          <w:rFonts w:ascii="Garamond" w:hAnsi="Garamond"/>
          <w:sz w:val="24"/>
        </w:rPr>
        <w:t>WEEK 2 — Start Conversations (NOT Sales)</w:t>
      </w:r>
    </w:p>
    <w:p w14:paraId="4EE4C3B9" w14:textId="77777777" w:rsidR="001A5159" w:rsidRDefault="00000000">
      <w:r>
        <w:rPr>
          <w:rFonts w:ascii="Garamond" w:hAnsi="Garamond"/>
          <w:sz w:val="24"/>
        </w:rPr>
        <w:t>Now that you have proof, you need eyeballs.</w:t>
      </w:r>
    </w:p>
    <w:p w14:paraId="39355CEF" w14:textId="77777777" w:rsidR="001A5159" w:rsidRDefault="00000000">
      <w:r>
        <w:rPr>
          <w:rFonts w:ascii="Garamond" w:hAnsi="Garamond"/>
          <w:sz w:val="24"/>
        </w:rPr>
        <w:t>Not “selling.”</w:t>
      </w:r>
      <w:r>
        <w:rPr>
          <w:rFonts w:ascii="Garamond" w:hAnsi="Garamond"/>
          <w:sz w:val="24"/>
        </w:rPr>
        <w:br/>
        <w:t>Not pitching.</w:t>
      </w:r>
      <w:r>
        <w:rPr>
          <w:rFonts w:ascii="Garamond" w:hAnsi="Garamond"/>
          <w:sz w:val="24"/>
        </w:rPr>
        <w:br/>
        <w:t>Not being pushy.</w:t>
      </w:r>
    </w:p>
    <w:p w14:paraId="4F3B16AA" w14:textId="77777777" w:rsidR="001A5159" w:rsidRDefault="00000000">
      <w:r>
        <w:rPr>
          <w:rFonts w:ascii="Garamond" w:hAnsi="Garamond"/>
          <w:sz w:val="24"/>
        </w:rPr>
        <w:t>Simply letting people know you can help.</w:t>
      </w:r>
    </w:p>
    <w:p w14:paraId="28E1496E" w14:textId="77777777" w:rsidR="001A5159" w:rsidRDefault="00000000">
      <w:r>
        <w:rPr>
          <w:rFonts w:ascii="Garamond" w:hAnsi="Garamond"/>
          <w:sz w:val="24"/>
        </w:rPr>
        <w:t>✔ Step 1 — Post your proof</w:t>
      </w:r>
    </w:p>
    <w:p w14:paraId="65CADA59" w14:textId="77777777" w:rsidR="001A5159" w:rsidRDefault="00000000">
      <w:r>
        <w:rPr>
          <w:rFonts w:ascii="Garamond" w:hAnsi="Garamond"/>
          <w:sz w:val="24"/>
        </w:rPr>
        <w:t>One post is enough:</w:t>
      </w:r>
    </w:p>
    <w:p w14:paraId="32277CEC" w14:textId="77777777" w:rsidR="001A5159" w:rsidRDefault="00000000">
      <w:r>
        <w:rPr>
          <w:rFonts w:ascii="Garamond" w:hAnsi="Garamond"/>
          <w:sz w:val="24"/>
        </w:rPr>
        <w:t>“Testing out a new AI workflow — here are a few samples. If anyone needs help with something like this, I’m happy to take on 2–3 trial projects.”</w:t>
      </w:r>
    </w:p>
    <w:p w14:paraId="2FF0357D" w14:textId="77777777" w:rsidR="001A5159" w:rsidRDefault="00000000">
      <w:r>
        <w:rPr>
          <w:rFonts w:ascii="Garamond" w:hAnsi="Garamond"/>
          <w:sz w:val="24"/>
        </w:rPr>
        <w:t>This works because:</w:t>
      </w:r>
    </w:p>
    <w:p w14:paraId="2D40C864" w14:textId="77777777" w:rsidR="001A5159" w:rsidRDefault="00000000">
      <w:r>
        <w:rPr>
          <w:rFonts w:ascii="Garamond" w:hAnsi="Garamond"/>
          <w:sz w:val="24"/>
        </w:rPr>
        <w:t xml:space="preserve">it’s low </w:t>
      </w:r>
      <w:proofErr w:type="gramStart"/>
      <w:r>
        <w:rPr>
          <w:rFonts w:ascii="Garamond" w:hAnsi="Garamond"/>
          <w:sz w:val="24"/>
        </w:rPr>
        <w:t>pressure</w:t>
      </w:r>
      <w:proofErr w:type="gramEnd"/>
    </w:p>
    <w:p w14:paraId="29545ED9" w14:textId="77777777" w:rsidR="001A5159" w:rsidRDefault="00000000">
      <w:r>
        <w:rPr>
          <w:rFonts w:ascii="Garamond" w:hAnsi="Garamond"/>
          <w:sz w:val="24"/>
        </w:rPr>
        <w:t xml:space="preserve">it shows value </w:t>
      </w:r>
      <w:proofErr w:type="gramStart"/>
      <w:r>
        <w:rPr>
          <w:rFonts w:ascii="Garamond" w:hAnsi="Garamond"/>
          <w:sz w:val="24"/>
        </w:rPr>
        <w:t>instantly</w:t>
      </w:r>
      <w:proofErr w:type="gramEnd"/>
    </w:p>
    <w:p w14:paraId="24C77F5A" w14:textId="77777777" w:rsidR="001A5159" w:rsidRDefault="00000000">
      <w:r>
        <w:rPr>
          <w:rFonts w:ascii="Garamond" w:hAnsi="Garamond"/>
          <w:sz w:val="24"/>
        </w:rPr>
        <w:t xml:space="preserve">you’re not asking for </w:t>
      </w:r>
      <w:proofErr w:type="gramStart"/>
      <w:r>
        <w:rPr>
          <w:rFonts w:ascii="Garamond" w:hAnsi="Garamond"/>
          <w:sz w:val="24"/>
        </w:rPr>
        <w:t>money</w:t>
      </w:r>
      <w:proofErr w:type="gramEnd"/>
    </w:p>
    <w:p w14:paraId="146D7557" w14:textId="77777777" w:rsidR="001A5159" w:rsidRDefault="00000000">
      <w:r>
        <w:rPr>
          <w:rFonts w:ascii="Garamond" w:hAnsi="Garamond"/>
          <w:sz w:val="24"/>
        </w:rPr>
        <w:t xml:space="preserve">you’re offering </w:t>
      </w:r>
      <w:proofErr w:type="gramStart"/>
      <w:r>
        <w:rPr>
          <w:rFonts w:ascii="Garamond" w:hAnsi="Garamond"/>
          <w:sz w:val="24"/>
        </w:rPr>
        <w:t>help</w:t>
      </w:r>
      <w:proofErr w:type="gramEnd"/>
    </w:p>
    <w:p w14:paraId="463B55AF" w14:textId="77777777" w:rsidR="001A5159" w:rsidRDefault="00000000">
      <w:proofErr w:type="gramStart"/>
      <w:r>
        <w:rPr>
          <w:rFonts w:ascii="Garamond" w:hAnsi="Garamond"/>
          <w:sz w:val="24"/>
        </w:rPr>
        <w:t>people</w:t>
      </w:r>
      <w:proofErr w:type="gramEnd"/>
      <w:r>
        <w:rPr>
          <w:rFonts w:ascii="Garamond" w:hAnsi="Garamond"/>
          <w:sz w:val="24"/>
        </w:rPr>
        <w:t xml:space="preserve"> love fast, affordable </w:t>
      </w:r>
      <w:proofErr w:type="gramStart"/>
      <w:r>
        <w:rPr>
          <w:rFonts w:ascii="Garamond" w:hAnsi="Garamond"/>
          <w:sz w:val="24"/>
        </w:rPr>
        <w:t>wins</w:t>
      </w:r>
      <w:proofErr w:type="gramEnd"/>
    </w:p>
    <w:p w14:paraId="6D52F490" w14:textId="77777777" w:rsidR="001A5159" w:rsidRDefault="00000000">
      <w:r>
        <w:rPr>
          <w:rFonts w:ascii="Garamond" w:hAnsi="Garamond"/>
          <w:sz w:val="24"/>
        </w:rPr>
        <w:t xml:space="preserve">creators love free </w:t>
      </w:r>
      <w:proofErr w:type="gramStart"/>
      <w:r>
        <w:rPr>
          <w:rFonts w:ascii="Garamond" w:hAnsi="Garamond"/>
          <w:sz w:val="24"/>
        </w:rPr>
        <w:t>samples</w:t>
      </w:r>
      <w:proofErr w:type="gramEnd"/>
    </w:p>
    <w:p w14:paraId="227D17EC" w14:textId="77777777" w:rsidR="001A5159" w:rsidRDefault="00000000">
      <w:r>
        <w:rPr>
          <w:rFonts w:ascii="Garamond" w:hAnsi="Garamond"/>
          <w:sz w:val="24"/>
        </w:rPr>
        <w:t xml:space="preserve">small businesses desperately need </w:t>
      </w:r>
      <w:proofErr w:type="gramStart"/>
      <w:r>
        <w:rPr>
          <w:rFonts w:ascii="Garamond" w:hAnsi="Garamond"/>
          <w:sz w:val="24"/>
        </w:rPr>
        <w:t>help</w:t>
      </w:r>
      <w:proofErr w:type="gramEnd"/>
    </w:p>
    <w:p w14:paraId="340B89E2" w14:textId="77777777" w:rsidR="001A5159" w:rsidRDefault="00000000">
      <w:r>
        <w:rPr>
          <w:rFonts w:ascii="Garamond" w:hAnsi="Garamond"/>
          <w:sz w:val="24"/>
        </w:rPr>
        <w:t>✔ Step 2 — Start 5–10 Simple DMs</w:t>
      </w:r>
    </w:p>
    <w:p w14:paraId="39B57214" w14:textId="77777777" w:rsidR="001A5159" w:rsidRDefault="00000000">
      <w:r>
        <w:rPr>
          <w:rFonts w:ascii="Garamond" w:hAnsi="Garamond"/>
          <w:sz w:val="24"/>
        </w:rPr>
        <w:t>Use this exact script:</w:t>
      </w:r>
    </w:p>
    <w:p w14:paraId="00E62DFB" w14:textId="77777777" w:rsidR="001A5159" w:rsidRDefault="00000000">
      <w:r>
        <w:rPr>
          <w:rFonts w:ascii="Garamond" w:hAnsi="Garamond"/>
          <w:sz w:val="24"/>
        </w:rPr>
        <w:t xml:space="preserve">“Hey! I’m </w:t>
      </w:r>
      <w:proofErr w:type="gramStart"/>
      <w:r>
        <w:rPr>
          <w:rFonts w:ascii="Garamond" w:hAnsi="Garamond"/>
          <w:sz w:val="24"/>
        </w:rPr>
        <w:t>testing</w:t>
      </w:r>
      <w:proofErr w:type="gramEnd"/>
      <w:r>
        <w:rPr>
          <w:rFonts w:ascii="Garamond" w:hAnsi="Garamond"/>
          <w:sz w:val="24"/>
        </w:rPr>
        <w:t xml:space="preserve"> a new AI workflow that does X. If you want, I can do a sample for you — no pressure.”</w:t>
      </w:r>
    </w:p>
    <w:p w14:paraId="197E98F4" w14:textId="77777777" w:rsidR="001A5159" w:rsidRDefault="00000000">
      <w:r>
        <w:rPr>
          <w:rFonts w:ascii="Garamond" w:hAnsi="Garamond"/>
          <w:sz w:val="24"/>
        </w:rPr>
        <w:t>People say yes.</w:t>
      </w:r>
      <w:r>
        <w:rPr>
          <w:rFonts w:ascii="Garamond" w:hAnsi="Garamond"/>
          <w:sz w:val="24"/>
        </w:rPr>
        <w:br/>
        <w:t>Every time.</w:t>
      </w:r>
    </w:p>
    <w:p w14:paraId="28BE86E9" w14:textId="77777777" w:rsidR="001A5159" w:rsidRDefault="00000000">
      <w:r>
        <w:rPr>
          <w:rFonts w:ascii="Garamond" w:hAnsi="Garamond"/>
          <w:sz w:val="24"/>
        </w:rPr>
        <w:lastRenderedPageBreak/>
        <w:t>✔ Step 3 — Deliver one free sample</w:t>
      </w:r>
    </w:p>
    <w:p w14:paraId="304A5573" w14:textId="77777777" w:rsidR="001A5159" w:rsidRDefault="00000000">
      <w:r>
        <w:rPr>
          <w:rFonts w:ascii="Garamond" w:hAnsi="Garamond"/>
          <w:sz w:val="24"/>
        </w:rPr>
        <w:t>This sample becomes your:</w:t>
      </w:r>
    </w:p>
    <w:p w14:paraId="2EBCF2D5" w14:textId="77777777" w:rsidR="001A5159" w:rsidRDefault="00000000">
      <w:r>
        <w:rPr>
          <w:rFonts w:ascii="Garamond" w:hAnsi="Garamond"/>
          <w:sz w:val="24"/>
        </w:rPr>
        <w:t>testimonial</w:t>
      </w:r>
    </w:p>
    <w:p w14:paraId="21BCB39A" w14:textId="77777777" w:rsidR="001A5159" w:rsidRDefault="00000000">
      <w:r>
        <w:rPr>
          <w:rFonts w:ascii="Garamond" w:hAnsi="Garamond"/>
          <w:sz w:val="24"/>
        </w:rPr>
        <w:t>case study</w:t>
      </w:r>
    </w:p>
    <w:p w14:paraId="5F42F173" w14:textId="77777777" w:rsidR="001A5159" w:rsidRDefault="00000000">
      <w:proofErr w:type="gramStart"/>
      <w:r>
        <w:rPr>
          <w:rFonts w:ascii="Garamond" w:hAnsi="Garamond"/>
          <w:sz w:val="24"/>
        </w:rPr>
        <w:t>first win</w:t>
      </w:r>
      <w:proofErr w:type="gramEnd"/>
    </w:p>
    <w:p w14:paraId="2635AA73" w14:textId="77777777" w:rsidR="001A5159" w:rsidRDefault="00000000">
      <w:r>
        <w:rPr>
          <w:rFonts w:ascii="Garamond" w:hAnsi="Garamond"/>
          <w:sz w:val="24"/>
        </w:rPr>
        <w:t xml:space="preserve">first client if you </w:t>
      </w:r>
      <w:proofErr w:type="gramStart"/>
      <w:r>
        <w:rPr>
          <w:rFonts w:ascii="Garamond" w:hAnsi="Garamond"/>
          <w:sz w:val="24"/>
        </w:rPr>
        <w:t>choose</w:t>
      </w:r>
      <w:proofErr w:type="gramEnd"/>
    </w:p>
    <w:p w14:paraId="73D8BB84" w14:textId="77777777" w:rsidR="001A5159" w:rsidRDefault="00000000">
      <w:r>
        <w:rPr>
          <w:rFonts w:ascii="Garamond" w:hAnsi="Garamond"/>
          <w:sz w:val="24"/>
        </w:rPr>
        <w:t>Week 2 builds your pipeline.</w:t>
      </w:r>
    </w:p>
    <w:p w14:paraId="5C9EAA91" w14:textId="77777777" w:rsidR="001A5159" w:rsidRDefault="001A5159"/>
    <w:p w14:paraId="4E026101" w14:textId="77777777" w:rsidR="001A5159" w:rsidRDefault="00000000">
      <w:r>
        <w:rPr>
          <w:rFonts w:ascii="Garamond" w:hAnsi="Garamond"/>
          <w:sz w:val="24"/>
        </w:rPr>
        <w:t>WEEK 3 — Turn “Interest” into Paid Work</w:t>
      </w:r>
    </w:p>
    <w:p w14:paraId="4C504585" w14:textId="77777777" w:rsidR="001A5159" w:rsidRDefault="00000000">
      <w:r>
        <w:rPr>
          <w:rFonts w:ascii="Garamond" w:hAnsi="Garamond"/>
          <w:sz w:val="24"/>
        </w:rPr>
        <w:t>This is where the money starts.</w:t>
      </w:r>
    </w:p>
    <w:p w14:paraId="3E87D735" w14:textId="77777777" w:rsidR="001A5159" w:rsidRDefault="00000000">
      <w:r>
        <w:rPr>
          <w:rFonts w:ascii="Garamond" w:hAnsi="Garamond"/>
          <w:sz w:val="24"/>
        </w:rPr>
        <w:t>By Week 3 you will have:</w:t>
      </w:r>
    </w:p>
    <w:p w14:paraId="7C57E890" w14:textId="77777777" w:rsidR="001A5159" w:rsidRDefault="00000000">
      <w:r>
        <w:rPr>
          <w:rFonts w:ascii="Garamond" w:hAnsi="Garamond"/>
          <w:sz w:val="24"/>
        </w:rPr>
        <w:t>proof</w:t>
      </w:r>
    </w:p>
    <w:p w14:paraId="5381D41F" w14:textId="77777777" w:rsidR="001A5159" w:rsidRDefault="00000000">
      <w:r>
        <w:rPr>
          <w:rFonts w:ascii="Garamond" w:hAnsi="Garamond"/>
          <w:sz w:val="24"/>
        </w:rPr>
        <w:t>samples</w:t>
      </w:r>
    </w:p>
    <w:p w14:paraId="36B3942F" w14:textId="77777777" w:rsidR="001A5159" w:rsidRDefault="00000000">
      <w:r>
        <w:rPr>
          <w:rFonts w:ascii="Garamond" w:hAnsi="Garamond"/>
          <w:sz w:val="24"/>
        </w:rPr>
        <w:t>small wins</w:t>
      </w:r>
    </w:p>
    <w:p w14:paraId="2248B0A2" w14:textId="77777777" w:rsidR="001A5159" w:rsidRDefault="00000000">
      <w:r>
        <w:rPr>
          <w:rFonts w:ascii="Garamond" w:hAnsi="Garamond"/>
          <w:sz w:val="24"/>
        </w:rPr>
        <w:t>a few conversations</w:t>
      </w:r>
    </w:p>
    <w:p w14:paraId="59ACFD5C" w14:textId="77777777" w:rsidR="001A5159" w:rsidRDefault="00000000">
      <w:r>
        <w:rPr>
          <w:rFonts w:ascii="Garamond" w:hAnsi="Garamond"/>
          <w:sz w:val="24"/>
        </w:rPr>
        <w:t>a few people intrigued</w:t>
      </w:r>
    </w:p>
    <w:p w14:paraId="5C808956" w14:textId="77777777" w:rsidR="001A5159" w:rsidRDefault="00000000">
      <w:r>
        <w:rPr>
          <w:rFonts w:ascii="Garamond" w:hAnsi="Garamond"/>
          <w:sz w:val="24"/>
        </w:rPr>
        <w:t>Now you turn interest → income.</w:t>
      </w:r>
    </w:p>
    <w:p w14:paraId="4A219D0E" w14:textId="77777777" w:rsidR="001A5159" w:rsidRDefault="00000000">
      <w:r>
        <w:rPr>
          <w:rFonts w:ascii="Garamond" w:hAnsi="Garamond"/>
          <w:sz w:val="24"/>
        </w:rPr>
        <w:t>✔ Step 1 — Make a simple offer</w:t>
      </w:r>
    </w:p>
    <w:p w14:paraId="069302BF" w14:textId="77777777" w:rsidR="001A5159" w:rsidRDefault="00000000">
      <w:r>
        <w:rPr>
          <w:rFonts w:ascii="Garamond" w:hAnsi="Garamond"/>
          <w:sz w:val="24"/>
        </w:rPr>
        <w:t>Nothing complex.</w:t>
      </w:r>
      <w:r>
        <w:rPr>
          <w:rFonts w:ascii="Garamond" w:hAnsi="Garamond"/>
          <w:sz w:val="24"/>
        </w:rPr>
        <w:br/>
        <w:t>Nothing scary.</w:t>
      </w:r>
    </w:p>
    <w:p w14:paraId="50DD1900" w14:textId="77777777" w:rsidR="001A5159" w:rsidRDefault="00000000">
      <w:r>
        <w:rPr>
          <w:rFonts w:ascii="Garamond" w:hAnsi="Garamond"/>
          <w:sz w:val="24"/>
        </w:rPr>
        <w:t>“Hey! Glad you liked the sample — if you want, I’m offering a 3-pack / 5-pack / full project for $50–$200.”</w:t>
      </w:r>
    </w:p>
    <w:p w14:paraId="4D14F701" w14:textId="77777777" w:rsidR="001A5159" w:rsidRDefault="00000000">
      <w:r>
        <w:rPr>
          <w:rFonts w:ascii="Garamond" w:hAnsi="Garamond"/>
          <w:sz w:val="24"/>
        </w:rPr>
        <w:t>✔ Step 2 — Deliver stupid-fast</w:t>
      </w:r>
    </w:p>
    <w:p w14:paraId="3854D1AE" w14:textId="77777777" w:rsidR="001A5159" w:rsidRDefault="00000000">
      <w:r>
        <w:rPr>
          <w:rFonts w:ascii="Garamond" w:hAnsi="Garamond"/>
          <w:sz w:val="24"/>
        </w:rPr>
        <w:t>Fast delivery = instant trust.</w:t>
      </w:r>
    </w:p>
    <w:p w14:paraId="28FCE4C4" w14:textId="77777777" w:rsidR="001A5159" w:rsidRDefault="00000000">
      <w:r>
        <w:rPr>
          <w:rFonts w:ascii="Garamond" w:hAnsi="Garamond"/>
          <w:sz w:val="24"/>
        </w:rPr>
        <w:t>Clients don’t want:</w:t>
      </w:r>
    </w:p>
    <w:p w14:paraId="08E103E8" w14:textId="77777777" w:rsidR="001A5159" w:rsidRDefault="00000000">
      <w:r>
        <w:rPr>
          <w:rFonts w:ascii="Garamond" w:hAnsi="Garamond"/>
          <w:sz w:val="24"/>
        </w:rPr>
        <w:t>waiting</w:t>
      </w:r>
    </w:p>
    <w:p w14:paraId="3B5F8072" w14:textId="77777777" w:rsidR="001A5159" w:rsidRDefault="00000000">
      <w:r>
        <w:rPr>
          <w:rFonts w:ascii="Garamond" w:hAnsi="Garamond"/>
          <w:sz w:val="24"/>
        </w:rPr>
        <w:lastRenderedPageBreak/>
        <w:t>delays</w:t>
      </w:r>
    </w:p>
    <w:p w14:paraId="59CF72D9" w14:textId="77777777" w:rsidR="001A5159" w:rsidRDefault="00000000">
      <w:r>
        <w:rPr>
          <w:rFonts w:ascii="Garamond" w:hAnsi="Garamond"/>
          <w:sz w:val="24"/>
        </w:rPr>
        <w:t>excuses</w:t>
      </w:r>
    </w:p>
    <w:p w14:paraId="0675DC15" w14:textId="77777777" w:rsidR="001A5159" w:rsidRDefault="00000000">
      <w:r>
        <w:rPr>
          <w:rFonts w:ascii="Garamond" w:hAnsi="Garamond"/>
          <w:sz w:val="24"/>
        </w:rPr>
        <w:t>confusion</w:t>
      </w:r>
    </w:p>
    <w:p w14:paraId="7288BEA8" w14:textId="77777777" w:rsidR="001A5159" w:rsidRDefault="00000000">
      <w:r>
        <w:rPr>
          <w:rFonts w:ascii="Garamond" w:hAnsi="Garamond"/>
          <w:sz w:val="24"/>
        </w:rPr>
        <w:t>They want:</w:t>
      </w:r>
    </w:p>
    <w:p w14:paraId="0307399B" w14:textId="77777777" w:rsidR="001A5159" w:rsidRDefault="00000000">
      <w:r>
        <w:rPr>
          <w:rFonts w:ascii="Garamond" w:hAnsi="Garamond"/>
          <w:sz w:val="24"/>
        </w:rPr>
        <w:t>clarity</w:t>
      </w:r>
    </w:p>
    <w:p w14:paraId="4739AB7A" w14:textId="77777777" w:rsidR="001A5159" w:rsidRDefault="00000000">
      <w:r>
        <w:rPr>
          <w:rFonts w:ascii="Garamond" w:hAnsi="Garamond"/>
          <w:sz w:val="24"/>
        </w:rPr>
        <w:t>speed</w:t>
      </w:r>
    </w:p>
    <w:p w14:paraId="0A743BB2" w14:textId="77777777" w:rsidR="001A5159" w:rsidRDefault="00000000">
      <w:r>
        <w:rPr>
          <w:rFonts w:ascii="Garamond" w:hAnsi="Garamond"/>
          <w:sz w:val="24"/>
        </w:rPr>
        <w:t>results</w:t>
      </w:r>
    </w:p>
    <w:p w14:paraId="2822D403" w14:textId="77777777" w:rsidR="001A5159" w:rsidRDefault="00000000">
      <w:r>
        <w:rPr>
          <w:rFonts w:ascii="Garamond" w:hAnsi="Garamond"/>
          <w:sz w:val="24"/>
        </w:rPr>
        <w:t>AI allows you to deliver faster than any beginner could 5 years ago.</w:t>
      </w:r>
    </w:p>
    <w:p w14:paraId="5B2C4158" w14:textId="77777777" w:rsidR="001A5159" w:rsidRDefault="00000000">
      <w:r>
        <w:rPr>
          <w:rFonts w:ascii="Garamond" w:hAnsi="Garamond"/>
          <w:sz w:val="24"/>
        </w:rPr>
        <w:t>✔ Step 3 — Ask for a simple win</w:t>
      </w:r>
    </w:p>
    <w:p w14:paraId="4BD3A708" w14:textId="77777777" w:rsidR="001A5159" w:rsidRDefault="00000000">
      <w:r>
        <w:rPr>
          <w:rFonts w:ascii="Garamond" w:hAnsi="Garamond"/>
          <w:sz w:val="24"/>
        </w:rPr>
        <w:t>Not money.</w:t>
      </w:r>
      <w:r>
        <w:rPr>
          <w:rFonts w:ascii="Garamond" w:hAnsi="Garamond"/>
          <w:sz w:val="24"/>
        </w:rPr>
        <w:br/>
        <w:t>Not a referral.</w:t>
      </w:r>
    </w:p>
    <w:p w14:paraId="11BBC47C" w14:textId="77777777" w:rsidR="001A5159" w:rsidRDefault="00000000">
      <w:r>
        <w:rPr>
          <w:rFonts w:ascii="Garamond" w:hAnsi="Garamond"/>
          <w:sz w:val="24"/>
        </w:rPr>
        <w:t>Just this:</w:t>
      </w:r>
    </w:p>
    <w:p w14:paraId="6B6D9612" w14:textId="77777777" w:rsidR="001A5159" w:rsidRDefault="00000000">
      <w:r>
        <w:rPr>
          <w:rFonts w:ascii="Garamond" w:hAnsi="Garamond"/>
          <w:sz w:val="24"/>
        </w:rPr>
        <w:t>“Would you mind if I included this in my portfolio? It helps a lot.”</w:t>
      </w:r>
    </w:p>
    <w:p w14:paraId="66232640" w14:textId="77777777" w:rsidR="001A5159" w:rsidRDefault="00000000">
      <w:r>
        <w:rPr>
          <w:rFonts w:ascii="Garamond" w:hAnsi="Garamond"/>
          <w:sz w:val="24"/>
        </w:rPr>
        <w:t>Everyone says yes.</w:t>
      </w:r>
    </w:p>
    <w:p w14:paraId="6D7F4CE0" w14:textId="77777777" w:rsidR="001A5159" w:rsidRDefault="001A5159"/>
    <w:p w14:paraId="47B50F3B" w14:textId="77777777" w:rsidR="001A5159" w:rsidRDefault="00000000">
      <w:r>
        <w:rPr>
          <w:rFonts w:ascii="Garamond" w:hAnsi="Garamond"/>
          <w:sz w:val="24"/>
        </w:rPr>
        <w:t>WEEK 4 — Scale to $1,000</w:t>
      </w:r>
    </w:p>
    <w:p w14:paraId="08162CF8" w14:textId="77777777" w:rsidR="001A5159" w:rsidRDefault="00000000">
      <w:r>
        <w:rPr>
          <w:rFonts w:ascii="Garamond" w:hAnsi="Garamond"/>
          <w:sz w:val="24"/>
        </w:rPr>
        <w:t>By this week you will:</w:t>
      </w:r>
    </w:p>
    <w:p w14:paraId="55C7D419" w14:textId="77777777" w:rsidR="001A5159" w:rsidRDefault="00000000">
      <w:r>
        <w:rPr>
          <w:rFonts w:ascii="Garamond" w:hAnsi="Garamond"/>
          <w:sz w:val="24"/>
        </w:rPr>
        <w:t xml:space="preserve">have </w:t>
      </w:r>
      <w:proofErr w:type="gramStart"/>
      <w:r>
        <w:rPr>
          <w:rFonts w:ascii="Garamond" w:hAnsi="Garamond"/>
          <w:sz w:val="24"/>
        </w:rPr>
        <w:t>proof</w:t>
      </w:r>
      <w:proofErr w:type="gramEnd"/>
    </w:p>
    <w:p w14:paraId="6E20B126" w14:textId="77777777" w:rsidR="001A5159" w:rsidRDefault="00000000">
      <w:r>
        <w:rPr>
          <w:rFonts w:ascii="Garamond" w:hAnsi="Garamond"/>
          <w:sz w:val="24"/>
        </w:rPr>
        <w:t xml:space="preserve">have </w:t>
      </w:r>
      <w:proofErr w:type="gramStart"/>
      <w:r>
        <w:rPr>
          <w:rFonts w:ascii="Garamond" w:hAnsi="Garamond"/>
          <w:sz w:val="24"/>
        </w:rPr>
        <w:t>clients</w:t>
      </w:r>
      <w:proofErr w:type="gramEnd"/>
    </w:p>
    <w:p w14:paraId="7738F87C" w14:textId="77777777" w:rsidR="001A5159" w:rsidRDefault="00000000">
      <w:r>
        <w:rPr>
          <w:rFonts w:ascii="Garamond" w:hAnsi="Garamond"/>
          <w:sz w:val="24"/>
        </w:rPr>
        <w:t xml:space="preserve">have </w:t>
      </w:r>
      <w:proofErr w:type="gramStart"/>
      <w:r>
        <w:rPr>
          <w:rFonts w:ascii="Garamond" w:hAnsi="Garamond"/>
          <w:sz w:val="24"/>
        </w:rPr>
        <w:t>confidence</w:t>
      </w:r>
      <w:proofErr w:type="gramEnd"/>
    </w:p>
    <w:p w14:paraId="5FA1ACA6" w14:textId="77777777" w:rsidR="001A5159" w:rsidRDefault="00000000">
      <w:r>
        <w:rPr>
          <w:rFonts w:ascii="Garamond" w:hAnsi="Garamond"/>
          <w:sz w:val="24"/>
        </w:rPr>
        <w:t xml:space="preserve">know the </w:t>
      </w:r>
      <w:proofErr w:type="gramStart"/>
      <w:r>
        <w:rPr>
          <w:rFonts w:ascii="Garamond" w:hAnsi="Garamond"/>
          <w:sz w:val="24"/>
        </w:rPr>
        <w:t>workflow</w:t>
      </w:r>
      <w:proofErr w:type="gramEnd"/>
    </w:p>
    <w:p w14:paraId="58694308" w14:textId="77777777" w:rsidR="001A5159" w:rsidRDefault="00000000">
      <w:r>
        <w:rPr>
          <w:rFonts w:ascii="Garamond" w:hAnsi="Garamond"/>
          <w:sz w:val="24"/>
        </w:rPr>
        <w:t xml:space="preserve">understand </w:t>
      </w:r>
      <w:proofErr w:type="gramStart"/>
      <w:r>
        <w:rPr>
          <w:rFonts w:ascii="Garamond" w:hAnsi="Garamond"/>
          <w:sz w:val="24"/>
        </w:rPr>
        <w:t>delivery</w:t>
      </w:r>
      <w:proofErr w:type="gramEnd"/>
    </w:p>
    <w:p w14:paraId="593D64DE" w14:textId="77777777" w:rsidR="001A5159" w:rsidRDefault="00000000">
      <w:r>
        <w:rPr>
          <w:rFonts w:ascii="Garamond" w:hAnsi="Garamond"/>
          <w:sz w:val="24"/>
        </w:rPr>
        <w:t xml:space="preserve">understand </w:t>
      </w:r>
      <w:proofErr w:type="gramStart"/>
      <w:r>
        <w:rPr>
          <w:rFonts w:ascii="Garamond" w:hAnsi="Garamond"/>
          <w:sz w:val="24"/>
        </w:rPr>
        <w:t>communication</w:t>
      </w:r>
      <w:proofErr w:type="gramEnd"/>
    </w:p>
    <w:p w14:paraId="2353861F" w14:textId="77777777" w:rsidR="001A5159" w:rsidRDefault="00000000">
      <w:r>
        <w:rPr>
          <w:rFonts w:ascii="Garamond" w:hAnsi="Garamond"/>
          <w:sz w:val="24"/>
        </w:rPr>
        <w:t xml:space="preserve">know </w:t>
      </w:r>
      <w:proofErr w:type="gramStart"/>
      <w:r>
        <w:rPr>
          <w:rFonts w:ascii="Garamond" w:hAnsi="Garamond"/>
          <w:sz w:val="24"/>
        </w:rPr>
        <w:t>pricing</w:t>
      </w:r>
      <w:proofErr w:type="gramEnd"/>
    </w:p>
    <w:p w14:paraId="564D1533" w14:textId="77777777" w:rsidR="001A5159" w:rsidRDefault="00000000">
      <w:r>
        <w:rPr>
          <w:rFonts w:ascii="Garamond" w:hAnsi="Garamond"/>
          <w:sz w:val="24"/>
        </w:rPr>
        <w:t xml:space="preserve">feel </w:t>
      </w:r>
      <w:proofErr w:type="gramStart"/>
      <w:r>
        <w:rPr>
          <w:rFonts w:ascii="Garamond" w:hAnsi="Garamond"/>
          <w:sz w:val="24"/>
        </w:rPr>
        <w:t>momentum</w:t>
      </w:r>
      <w:proofErr w:type="gramEnd"/>
    </w:p>
    <w:p w14:paraId="6633195F" w14:textId="77777777" w:rsidR="001A5159" w:rsidRDefault="00000000">
      <w:r>
        <w:rPr>
          <w:rFonts w:ascii="Garamond" w:hAnsi="Garamond"/>
          <w:sz w:val="24"/>
        </w:rPr>
        <w:t>Now we scale.</w:t>
      </w:r>
    </w:p>
    <w:p w14:paraId="5161352A" w14:textId="77777777" w:rsidR="001A5159" w:rsidRDefault="00000000">
      <w:r>
        <w:rPr>
          <w:rFonts w:ascii="Garamond" w:hAnsi="Garamond"/>
          <w:sz w:val="24"/>
        </w:rPr>
        <w:lastRenderedPageBreak/>
        <w:t>Path 1 — Sell More Packages</w:t>
      </w:r>
    </w:p>
    <w:p w14:paraId="19417C6E" w14:textId="77777777" w:rsidR="001A5159" w:rsidRDefault="00000000">
      <w:r>
        <w:rPr>
          <w:rFonts w:ascii="Garamond" w:hAnsi="Garamond"/>
          <w:sz w:val="24"/>
        </w:rPr>
        <w:t>If you did 3–5 trial projects, simply message:</w:t>
      </w:r>
    </w:p>
    <w:p w14:paraId="004F3838" w14:textId="77777777" w:rsidR="001A5159" w:rsidRDefault="00000000">
      <w:r>
        <w:rPr>
          <w:rFonts w:ascii="Garamond" w:hAnsi="Garamond"/>
          <w:sz w:val="24"/>
        </w:rPr>
        <w:t>“I’m opening up space for 3–5 more projects this week — want me to continue?”</w:t>
      </w:r>
    </w:p>
    <w:p w14:paraId="7A2C6EEB" w14:textId="77777777" w:rsidR="001A5159" w:rsidRDefault="00000000">
      <w:r>
        <w:rPr>
          <w:rFonts w:ascii="Garamond" w:hAnsi="Garamond"/>
          <w:sz w:val="24"/>
        </w:rPr>
        <w:t>You’ll be surprised:</w:t>
      </w:r>
      <w:r>
        <w:rPr>
          <w:rFonts w:ascii="Garamond" w:hAnsi="Garamond"/>
          <w:sz w:val="24"/>
        </w:rPr>
        <w:br/>
        <w:t>many people continue.</w:t>
      </w:r>
    </w:p>
    <w:p w14:paraId="15A81E84" w14:textId="77777777" w:rsidR="001A5159" w:rsidRDefault="00000000">
      <w:r>
        <w:rPr>
          <w:rFonts w:ascii="Garamond" w:hAnsi="Garamond"/>
          <w:sz w:val="24"/>
        </w:rPr>
        <w:t>Path 2 — Raise Your Price</w:t>
      </w:r>
    </w:p>
    <w:p w14:paraId="6DA77A74" w14:textId="77777777" w:rsidR="001A5159" w:rsidRDefault="00000000">
      <w:r>
        <w:rPr>
          <w:rFonts w:ascii="Garamond" w:hAnsi="Garamond"/>
          <w:sz w:val="24"/>
        </w:rPr>
        <w:t>If you charged $40–$80 early on, raise to:</w:t>
      </w:r>
    </w:p>
    <w:p w14:paraId="4D119F70" w14:textId="77777777" w:rsidR="001A5159" w:rsidRDefault="00000000">
      <w:r>
        <w:rPr>
          <w:rFonts w:ascii="Garamond" w:hAnsi="Garamond"/>
          <w:sz w:val="24"/>
        </w:rPr>
        <w:t>$100</w:t>
      </w:r>
    </w:p>
    <w:p w14:paraId="381E69B9" w14:textId="77777777" w:rsidR="001A5159" w:rsidRDefault="00000000">
      <w:r>
        <w:rPr>
          <w:rFonts w:ascii="Garamond" w:hAnsi="Garamond"/>
          <w:sz w:val="24"/>
        </w:rPr>
        <w:t>$150</w:t>
      </w:r>
    </w:p>
    <w:p w14:paraId="01CAB67A" w14:textId="77777777" w:rsidR="001A5159" w:rsidRDefault="00000000">
      <w:r>
        <w:rPr>
          <w:rFonts w:ascii="Garamond" w:hAnsi="Garamond"/>
          <w:sz w:val="24"/>
        </w:rPr>
        <w:t>$200+</w:t>
      </w:r>
    </w:p>
    <w:p w14:paraId="58C718BF" w14:textId="77777777" w:rsidR="001A5159" w:rsidRDefault="00000000">
      <w:r>
        <w:rPr>
          <w:rFonts w:ascii="Garamond" w:hAnsi="Garamond"/>
          <w:sz w:val="24"/>
        </w:rPr>
        <w:t>As soon as you have proof, your price increases.</w:t>
      </w:r>
    </w:p>
    <w:p w14:paraId="690D3A98" w14:textId="77777777" w:rsidR="001A5159" w:rsidRDefault="00000000">
      <w:r>
        <w:rPr>
          <w:rFonts w:ascii="Garamond" w:hAnsi="Garamond"/>
          <w:sz w:val="24"/>
        </w:rPr>
        <w:t>Path 3 — Batch Delivery</w:t>
      </w:r>
    </w:p>
    <w:p w14:paraId="3B8DB694" w14:textId="77777777" w:rsidR="001A5159" w:rsidRDefault="00000000">
      <w:r>
        <w:rPr>
          <w:rFonts w:ascii="Garamond" w:hAnsi="Garamond"/>
          <w:sz w:val="24"/>
        </w:rPr>
        <w:t>AI makes batching fast:</w:t>
      </w:r>
    </w:p>
    <w:p w14:paraId="46A2320B" w14:textId="77777777" w:rsidR="001A5159" w:rsidRDefault="00000000">
      <w:r>
        <w:rPr>
          <w:rFonts w:ascii="Garamond" w:hAnsi="Garamond"/>
          <w:sz w:val="24"/>
        </w:rPr>
        <w:t>batch 3 video edits</w:t>
      </w:r>
    </w:p>
    <w:p w14:paraId="5766A783" w14:textId="77777777" w:rsidR="001A5159" w:rsidRDefault="00000000">
      <w:r>
        <w:rPr>
          <w:rFonts w:ascii="Garamond" w:hAnsi="Garamond"/>
          <w:sz w:val="24"/>
        </w:rPr>
        <w:t>batch 4 templates</w:t>
      </w:r>
    </w:p>
    <w:p w14:paraId="18352C6D" w14:textId="77777777" w:rsidR="001A5159" w:rsidRDefault="00000000">
      <w:r>
        <w:rPr>
          <w:rFonts w:ascii="Garamond" w:hAnsi="Garamond"/>
          <w:sz w:val="24"/>
        </w:rPr>
        <w:t>batch 5 resumes</w:t>
      </w:r>
    </w:p>
    <w:p w14:paraId="4AF61149" w14:textId="77777777" w:rsidR="001A5159" w:rsidRDefault="00000000">
      <w:r>
        <w:rPr>
          <w:rFonts w:ascii="Garamond" w:hAnsi="Garamond"/>
          <w:sz w:val="24"/>
        </w:rPr>
        <w:t>batch 10 social captions</w:t>
      </w:r>
    </w:p>
    <w:p w14:paraId="5D02067E" w14:textId="77777777" w:rsidR="001A5159" w:rsidRDefault="00000000">
      <w:r>
        <w:rPr>
          <w:rFonts w:ascii="Garamond" w:hAnsi="Garamond"/>
          <w:sz w:val="24"/>
        </w:rPr>
        <w:t>What took 10 hours now takes 1–2.</w:t>
      </w:r>
    </w:p>
    <w:p w14:paraId="31BFFBF9" w14:textId="77777777" w:rsidR="001A5159" w:rsidRDefault="00000000">
      <w:r>
        <w:rPr>
          <w:rFonts w:ascii="Garamond" w:hAnsi="Garamond"/>
          <w:sz w:val="24"/>
        </w:rPr>
        <w:t xml:space="preserve">Path 4 — Ask for </w:t>
      </w:r>
      <w:proofErr w:type="gramStart"/>
      <w:r>
        <w:rPr>
          <w:rFonts w:ascii="Garamond" w:hAnsi="Garamond"/>
          <w:sz w:val="24"/>
        </w:rPr>
        <w:t>referrals</w:t>
      </w:r>
      <w:proofErr w:type="gramEnd"/>
    </w:p>
    <w:p w14:paraId="2D323E06" w14:textId="77777777" w:rsidR="001A5159" w:rsidRDefault="00000000">
      <w:r>
        <w:rPr>
          <w:rFonts w:ascii="Garamond" w:hAnsi="Garamond"/>
          <w:sz w:val="24"/>
        </w:rPr>
        <w:t>Use this message:</w:t>
      </w:r>
    </w:p>
    <w:p w14:paraId="7B82395A" w14:textId="77777777" w:rsidR="001A5159" w:rsidRDefault="00000000">
      <w:r>
        <w:rPr>
          <w:rFonts w:ascii="Garamond" w:hAnsi="Garamond"/>
          <w:sz w:val="24"/>
        </w:rPr>
        <w:t>“Hey! If you know anyone who needs this, I’m happy to do a quick sample for them too.”</w:t>
      </w:r>
    </w:p>
    <w:p w14:paraId="4DDF3558" w14:textId="77777777" w:rsidR="001A5159" w:rsidRDefault="00000000">
      <w:r>
        <w:rPr>
          <w:rFonts w:ascii="Garamond" w:hAnsi="Garamond"/>
          <w:sz w:val="24"/>
        </w:rPr>
        <w:t>Referrals are how beginners go from:</w:t>
      </w:r>
    </w:p>
    <w:p w14:paraId="070E505B" w14:textId="77777777" w:rsidR="001A5159" w:rsidRDefault="00000000">
      <w:r>
        <w:rPr>
          <w:rFonts w:ascii="Garamond" w:hAnsi="Garamond"/>
          <w:sz w:val="24"/>
        </w:rPr>
        <w:t>$100 → $500 → $1,000</w:t>
      </w:r>
      <w:r>
        <w:rPr>
          <w:rFonts w:ascii="Garamond" w:hAnsi="Garamond"/>
          <w:sz w:val="24"/>
        </w:rPr>
        <w:br/>
        <w:t>in a matter of days.</w:t>
      </w:r>
    </w:p>
    <w:p w14:paraId="4B2D6F4D" w14:textId="77777777" w:rsidR="001A5159" w:rsidRDefault="001A5159"/>
    <w:p w14:paraId="2913B850" w14:textId="77777777" w:rsidR="001A5159" w:rsidRDefault="00000000">
      <w:r>
        <w:rPr>
          <w:rFonts w:ascii="Garamond" w:hAnsi="Garamond"/>
          <w:sz w:val="24"/>
        </w:rPr>
        <w:t>Putting It All Together</w:t>
      </w:r>
    </w:p>
    <w:p w14:paraId="749298A5" w14:textId="77777777" w:rsidR="001A5159" w:rsidRDefault="00000000">
      <w:r>
        <w:rPr>
          <w:rFonts w:ascii="Garamond" w:hAnsi="Garamond"/>
          <w:sz w:val="24"/>
        </w:rPr>
        <w:lastRenderedPageBreak/>
        <w:t>Here is how your month looks when simplified:</w:t>
      </w:r>
    </w:p>
    <w:p w14:paraId="36F6EC00" w14:textId="77777777" w:rsidR="001A5159" w:rsidRDefault="00000000">
      <w:r>
        <w:rPr>
          <w:rFonts w:ascii="Garamond" w:hAnsi="Garamond"/>
          <w:sz w:val="24"/>
        </w:rPr>
        <w:t>WEEK 1: Build proof</w:t>
      </w:r>
      <w:r>
        <w:rPr>
          <w:rFonts w:ascii="Garamond" w:hAnsi="Garamond"/>
          <w:sz w:val="24"/>
        </w:rPr>
        <w:br/>
        <w:t>WEEK 2: Start conversations</w:t>
      </w:r>
      <w:r>
        <w:rPr>
          <w:rFonts w:ascii="Garamond" w:hAnsi="Garamond"/>
          <w:sz w:val="24"/>
        </w:rPr>
        <w:br/>
        <w:t>WEEK 3: Get paid</w:t>
      </w:r>
      <w:r>
        <w:rPr>
          <w:rFonts w:ascii="Garamond" w:hAnsi="Garamond"/>
          <w:sz w:val="24"/>
        </w:rPr>
        <w:br/>
        <w:t>WEEK 4: Scale to $1,000</w:t>
      </w:r>
    </w:p>
    <w:p w14:paraId="39C891CB" w14:textId="77777777" w:rsidR="001A5159" w:rsidRDefault="00000000">
      <w:r>
        <w:rPr>
          <w:rFonts w:ascii="Garamond" w:hAnsi="Garamond"/>
          <w:sz w:val="24"/>
        </w:rPr>
        <w:t>This roadmap has helped complete beginners:</w:t>
      </w:r>
    </w:p>
    <w:p w14:paraId="5E8DF1C2" w14:textId="77777777" w:rsidR="001A5159" w:rsidRDefault="00000000">
      <w:r>
        <w:rPr>
          <w:rFonts w:ascii="Garamond" w:hAnsi="Garamond"/>
          <w:sz w:val="24"/>
        </w:rPr>
        <w:t xml:space="preserve">land first </w:t>
      </w:r>
      <w:proofErr w:type="gramStart"/>
      <w:r>
        <w:rPr>
          <w:rFonts w:ascii="Garamond" w:hAnsi="Garamond"/>
          <w:sz w:val="24"/>
        </w:rPr>
        <w:t>clients</w:t>
      </w:r>
      <w:proofErr w:type="gramEnd"/>
    </w:p>
    <w:p w14:paraId="06809797" w14:textId="77777777" w:rsidR="001A5159" w:rsidRDefault="00000000">
      <w:r>
        <w:rPr>
          <w:rFonts w:ascii="Garamond" w:hAnsi="Garamond"/>
          <w:sz w:val="24"/>
        </w:rPr>
        <w:t xml:space="preserve">start </w:t>
      </w:r>
      <w:proofErr w:type="gramStart"/>
      <w:r>
        <w:rPr>
          <w:rFonts w:ascii="Garamond" w:hAnsi="Garamond"/>
          <w:sz w:val="24"/>
        </w:rPr>
        <w:t>earning</w:t>
      </w:r>
      <w:proofErr w:type="gramEnd"/>
    </w:p>
    <w:p w14:paraId="0E4435DA" w14:textId="77777777" w:rsidR="001A5159" w:rsidRDefault="00000000">
      <w:r>
        <w:rPr>
          <w:rFonts w:ascii="Garamond" w:hAnsi="Garamond"/>
          <w:sz w:val="24"/>
        </w:rPr>
        <w:t xml:space="preserve">build </w:t>
      </w:r>
      <w:proofErr w:type="gramStart"/>
      <w:r>
        <w:rPr>
          <w:rFonts w:ascii="Garamond" w:hAnsi="Garamond"/>
          <w:sz w:val="24"/>
        </w:rPr>
        <w:t>confidence</w:t>
      </w:r>
      <w:proofErr w:type="gramEnd"/>
    </w:p>
    <w:p w14:paraId="69D2B64C" w14:textId="77777777" w:rsidR="001A5159" w:rsidRDefault="00000000">
      <w:r>
        <w:rPr>
          <w:rFonts w:ascii="Garamond" w:hAnsi="Garamond"/>
          <w:sz w:val="24"/>
        </w:rPr>
        <w:t xml:space="preserve">build </w:t>
      </w:r>
      <w:proofErr w:type="gramStart"/>
      <w:r>
        <w:rPr>
          <w:rFonts w:ascii="Garamond" w:hAnsi="Garamond"/>
          <w:sz w:val="24"/>
        </w:rPr>
        <w:t>authority</w:t>
      </w:r>
      <w:proofErr w:type="gramEnd"/>
    </w:p>
    <w:p w14:paraId="53A87419" w14:textId="77777777" w:rsidR="001A5159" w:rsidRDefault="00000000">
      <w:r>
        <w:rPr>
          <w:rFonts w:ascii="Garamond" w:hAnsi="Garamond"/>
          <w:sz w:val="24"/>
        </w:rPr>
        <w:t xml:space="preserve">create new </w:t>
      </w:r>
      <w:proofErr w:type="gramStart"/>
      <w:r>
        <w:rPr>
          <w:rFonts w:ascii="Garamond" w:hAnsi="Garamond"/>
          <w:sz w:val="24"/>
        </w:rPr>
        <w:t>opportunities</w:t>
      </w:r>
      <w:proofErr w:type="gramEnd"/>
    </w:p>
    <w:p w14:paraId="007AD1E8" w14:textId="77777777" w:rsidR="001A5159" w:rsidRDefault="00000000">
      <w:r>
        <w:rPr>
          <w:rFonts w:ascii="Garamond" w:hAnsi="Garamond"/>
          <w:sz w:val="24"/>
        </w:rPr>
        <w:t xml:space="preserve">build real </w:t>
      </w:r>
      <w:proofErr w:type="gramStart"/>
      <w:r>
        <w:rPr>
          <w:rFonts w:ascii="Garamond" w:hAnsi="Garamond"/>
          <w:sz w:val="24"/>
        </w:rPr>
        <w:t>momentum</w:t>
      </w:r>
      <w:proofErr w:type="gramEnd"/>
    </w:p>
    <w:p w14:paraId="02D35733" w14:textId="77777777" w:rsidR="001A5159" w:rsidRDefault="00000000">
      <w:r>
        <w:rPr>
          <w:rFonts w:ascii="Garamond" w:hAnsi="Garamond"/>
          <w:sz w:val="24"/>
        </w:rPr>
        <w:t>And now it’s going to do the same for you.</w:t>
      </w:r>
    </w:p>
    <w:p w14:paraId="00C4EF90" w14:textId="77777777" w:rsidR="001A5159" w:rsidRDefault="001A5159"/>
    <w:p w14:paraId="1E27107C" w14:textId="77777777" w:rsidR="001A5159" w:rsidRDefault="00000000">
      <w:r>
        <w:rPr>
          <w:rFonts w:ascii="Garamond" w:hAnsi="Garamond"/>
          <w:sz w:val="24"/>
        </w:rPr>
        <w:t>Why This Chapter Matters</w:t>
      </w:r>
    </w:p>
    <w:p w14:paraId="5BB033D7" w14:textId="77777777" w:rsidR="001A5159" w:rsidRDefault="00000000">
      <w:r>
        <w:rPr>
          <w:rFonts w:ascii="Garamond" w:hAnsi="Garamond"/>
          <w:sz w:val="24"/>
        </w:rPr>
        <w:t>Before you dive into the 36 Blueprints, you need momentum.</w:t>
      </w:r>
      <w:r>
        <w:rPr>
          <w:rFonts w:ascii="Garamond" w:hAnsi="Garamond"/>
          <w:sz w:val="24"/>
        </w:rPr>
        <w:br/>
        <w:t>This chapter gives you that momentum as quickly as possible.</w:t>
      </w:r>
    </w:p>
    <w:p w14:paraId="11C1AFB0" w14:textId="77777777" w:rsidR="001A5159" w:rsidRDefault="00000000">
      <w:r>
        <w:rPr>
          <w:rFonts w:ascii="Garamond" w:hAnsi="Garamond"/>
          <w:sz w:val="24"/>
        </w:rPr>
        <w:t>Your first $1,000 isn’t just income.</w:t>
      </w:r>
      <w:r>
        <w:rPr>
          <w:rFonts w:ascii="Garamond" w:hAnsi="Garamond"/>
          <w:sz w:val="24"/>
        </w:rPr>
        <w:br/>
        <w:t>It’s proof.</w:t>
      </w:r>
    </w:p>
    <w:p w14:paraId="4E7DB65F" w14:textId="77777777" w:rsidR="001A5159" w:rsidRDefault="00000000">
      <w:r>
        <w:rPr>
          <w:rFonts w:ascii="Garamond" w:hAnsi="Garamond"/>
          <w:sz w:val="24"/>
        </w:rPr>
        <w:t>Proof that you can do this.</w:t>
      </w:r>
      <w:r>
        <w:rPr>
          <w:rFonts w:ascii="Garamond" w:hAnsi="Garamond"/>
          <w:sz w:val="24"/>
        </w:rPr>
        <w:br/>
        <w:t>Proof that AI multiplies your ability.</w:t>
      </w:r>
      <w:r>
        <w:rPr>
          <w:rFonts w:ascii="Garamond" w:hAnsi="Garamond"/>
          <w:sz w:val="24"/>
        </w:rPr>
        <w:br/>
        <w:t>Proof that success is not theoretical — it’s actionable.</w:t>
      </w:r>
      <w:r>
        <w:rPr>
          <w:rFonts w:ascii="Garamond" w:hAnsi="Garamond"/>
          <w:sz w:val="24"/>
        </w:rPr>
        <w:br/>
        <w:t>Proof that you are capable of far more than you believed.</w:t>
      </w:r>
    </w:p>
    <w:p w14:paraId="47CA46A2" w14:textId="77777777" w:rsidR="001A5159" w:rsidRDefault="00000000">
      <w:r>
        <w:rPr>
          <w:rFonts w:ascii="Garamond" w:hAnsi="Garamond"/>
          <w:sz w:val="24"/>
        </w:rPr>
        <w:t>Turn the page.</w:t>
      </w:r>
    </w:p>
    <w:p w14:paraId="360492D0" w14:textId="77777777" w:rsidR="001A5159" w:rsidRDefault="00000000">
      <w:r>
        <w:rPr>
          <w:rFonts w:ascii="Garamond" w:hAnsi="Garamond"/>
          <w:sz w:val="24"/>
        </w:rPr>
        <w:t>Your skill acceleration begins now.</w:t>
      </w:r>
    </w:p>
    <w:p w14:paraId="38ECFAEB" w14:textId="77777777" w:rsidR="00673185" w:rsidRDefault="00673185">
      <w:pPr>
        <w:sectPr w:rsidR="00673185" w:rsidSect="00034616">
          <w:pgSz w:w="12240" w:h="15840"/>
          <w:pgMar w:top="1440" w:right="1800" w:bottom="1440" w:left="1800" w:header="720" w:footer="720" w:gutter="0"/>
          <w:cols w:space="720"/>
          <w:docGrid w:linePitch="360"/>
        </w:sectPr>
      </w:pPr>
    </w:p>
    <w:p w14:paraId="688106DC" w14:textId="77777777" w:rsidR="001A5159" w:rsidRDefault="001A5159"/>
    <w:p w14:paraId="38F102D5" w14:textId="77777777" w:rsidR="001A5159" w:rsidRPr="00C138A8" w:rsidRDefault="00000000" w:rsidP="00C138A8">
      <w:pPr>
        <w:rPr>
          <w:rStyle w:val="Heading2Char"/>
          <w:rFonts w:ascii="Garamond" w:hAnsi="Garamond"/>
          <w:color w:val="auto"/>
          <w:sz w:val="28"/>
          <w:szCs w:val="28"/>
        </w:rPr>
      </w:pPr>
      <w:bookmarkStart w:id="6" w:name="_Toc214830302"/>
      <w:r w:rsidRPr="00C138A8">
        <w:rPr>
          <w:rStyle w:val="Heading1Char"/>
          <w:rFonts w:ascii="Garamond" w:hAnsi="Garamond"/>
          <w:color w:val="auto"/>
          <w:sz w:val="40"/>
          <w:szCs w:val="40"/>
        </w:rPr>
        <w:t>CHAPTER 7 — THE SKILL ACCELERATION MODEL</w:t>
      </w:r>
      <w:bookmarkEnd w:id="6"/>
      <w:r w:rsidRPr="00C138A8">
        <w:rPr>
          <w:rStyle w:val="Heading1Char"/>
          <w:rFonts w:ascii="Garamond" w:hAnsi="Garamond"/>
          <w:color w:val="auto"/>
          <w:sz w:val="40"/>
          <w:szCs w:val="40"/>
        </w:rPr>
        <w:br/>
      </w:r>
      <w:r w:rsidRPr="00C138A8">
        <w:rPr>
          <w:rStyle w:val="Heading2Char"/>
          <w:rFonts w:ascii="Garamond" w:hAnsi="Garamond"/>
          <w:color w:val="auto"/>
          <w:sz w:val="28"/>
          <w:szCs w:val="28"/>
        </w:rPr>
        <w:t>The biggest lie in the old economy was this:</w:t>
      </w:r>
    </w:p>
    <w:p w14:paraId="11068836" w14:textId="77777777" w:rsidR="001A5159" w:rsidRDefault="00000000">
      <w:r>
        <w:rPr>
          <w:rFonts w:ascii="Garamond" w:hAnsi="Garamond"/>
          <w:sz w:val="24"/>
        </w:rPr>
        <w:t>“Skills take years to build.”</w:t>
      </w:r>
    </w:p>
    <w:p w14:paraId="42A4497F" w14:textId="77777777" w:rsidR="001A5159" w:rsidRDefault="00000000">
      <w:r>
        <w:rPr>
          <w:rFonts w:ascii="Garamond" w:hAnsi="Garamond"/>
          <w:sz w:val="24"/>
        </w:rPr>
        <w:t>That used to be true.</w:t>
      </w:r>
      <w:r>
        <w:rPr>
          <w:rFonts w:ascii="Garamond" w:hAnsi="Garamond"/>
          <w:sz w:val="24"/>
        </w:rPr>
        <w:br/>
        <w:t>It isn’t anymore.</w:t>
      </w:r>
    </w:p>
    <w:p w14:paraId="33A46AB9" w14:textId="77777777" w:rsidR="001A5159" w:rsidRDefault="00000000">
      <w:r>
        <w:rPr>
          <w:rFonts w:ascii="Garamond" w:hAnsi="Garamond"/>
          <w:sz w:val="24"/>
        </w:rPr>
        <w:t>AI allows you to learn, practice, refine, and deliver new skills at a speed that would have been impossible even five years ago. What once required expensive courses, professional mentors, long timelines, and endless trial-and-error can now be compressed into days, sometimes hours.</w:t>
      </w:r>
    </w:p>
    <w:p w14:paraId="459F1007" w14:textId="77777777" w:rsidR="001A5159" w:rsidRDefault="00000000">
      <w:r>
        <w:rPr>
          <w:rFonts w:ascii="Garamond" w:hAnsi="Garamond"/>
          <w:sz w:val="24"/>
        </w:rPr>
        <w:t>But acceleration doesn’t happen automatically.</w:t>
      </w:r>
      <w:r>
        <w:rPr>
          <w:rFonts w:ascii="Garamond" w:hAnsi="Garamond"/>
          <w:sz w:val="24"/>
        </w:rPr>
        <w:br/>
        <w:t>It happens when you use the right model.</w:t>
      </w:r>
    </w:p>
    <w:p w14:paraId="0236A7B3" w14:textId="77777777" w:rsidR="001A5159" w:rsidRDefault="00000000">
      <w:r>
        <w:rPr>
          <w:rFonts w:ascii="Garamond" w:hAnsi="Garamond"/>
          <w:sz w:val="24"/>
        </w:rPr>
        <w:t>This chapter introduces the Skill Acceleration Model — a simple, repeatable method to level up your ability faster than you ever believed possible.</w:t>
      </w:r>
    </w:p>
    <w:p w14:paraId="05CC38A0" w14:textId="77777777" w:rsidR="001A5159" w:rsidRDefault="00000000">
      <w:r>
        <w:rPr>
          <w:rFonts w:ascii="Garamond" w:hAnsi="Garamond"/>
          <w:sz w:val="24"/>
        </w:rPr>
        <w:t>It’s built on one truth:</w:t>
      </w:r>
    </w:p>
    <w:p w14:paraId="06A50741" w14:textId="77777777" w:rsidR="001A5159" w:rsidRDefault="00000000">
      <w:r>
        <w:rPr>
          <w:rFonts w:ascii="Garamond" w:hAnsi="Garamond"/>
          <w:sz w:val="24"/>
        </w:rPr>
        <w:t>👉 You don't need mastery. You need capability.</w:t>
      </w:r>
    </w:p>
    <w:p w14:paraId="04140AC5" w14:textId="77777777" w:rsidR="001A5159" w:rsidRDefault="00000000">
      <w:r>
        <w:rPr>
          <w:rFonts w:ascii="Garamond" w:hAnsi="Garamond"/>
          <w:sz w:val="24"/>
        </w:rPr>
        <w:t>Capability gets you paid.</w:t>
      </w:r>
      <w:r>
        <w:rPr>
          <w:rFonts w:ascii="Garamond" w:hAnsi="Garamond"/>
          <w:sz w:val="24"/>
        </w:rPr>
        <w:br/>
        <w:t>Capability delivers results.</w:t>
      </w:r>
      <w:r>
        <w:rPr>
          <w:rFonts w:ascii="Garamond" w:hAnsi="Garamond"/>
          <w:sz w:val="24"/>
        </w:rPr>
        <w:br/>
        <w:t>Capability builds confidence.</w:t>
      </w:r>
      <w:r>
        <w:rPr>
          <w:rFonts w:ascii="Garamond" w:hAnsi="Garamond"/>
          <w:sz w:val="24"/>
        </w:rPr>
        <w:br/>
        <w:t>Capability creates opportunity.</w:t>
      </w:r>
    </w:p>
    <w:p w14:paraId="0FEDDAB3" w14:textId="77777777" w:rsidR="001A5159" w:rsidRDefault="00000000">
      <w:r>
        <w:rPr>
          <w:rFonts w:ascii="Garamond" w:hAnsi="Garamond"/>
          <w:sz w:val="24"/>
        </w:rPr>
        <w:t>And capability can be learned very, very fast.</w:t>
      </w:r>
    </w:p>
    <w:p w14:paraId="32EBBB44" w14:textId="77777777" w:rsidR="001A5159" w:rsidRDefault="001A5159"/>
    <w:p w14:paraId="187BFDC7" w14:textId="77777777" w:rsidR="001A5159" w:rsidRDefault="00000000">
      <w:r>
        <w:rPr>
          <w:rFonts w:ascii="Garamond" w:hAnsi="Garamond"/>
          <w:sz w:val="24"/>
        </w:rPr>
        <w:t>Why Skill Acceleration Matters Right Now</w:t>
      </w:r>
    </w:p>
    <w:p w14:paraId="67C383DC" w14:textId="77777777" w:rsidR="001A5159" w:rsidRDefault="00000000">
      <w:r>
        <w:rPr>
          <w:rFonts w:ascii="Garamond" w:hAnsi="Garamond"/>
          <w:sz w:val="24"/>
        </w:rPr>
        <w:t>AI changes the skill economy in three major ways:</w:t>
      </w:r>
    </w:p>
    <w:p w14:paraId="52A678D5" w14:textId="77777777" w:rsidR="001A5159" w:rsidRDefault="00000000">
      <w:r>
        <w:rPr>
          <w:rFonts w:ascii="Garamond" w:hAnsi="Garamond"/>
          <w:sz w:val="24"/>
        </w:rPr>
        <w:t>1. You learn 10x faster because AI acts as your coach.</w:t>
      </w:r>
    </w:p>
    <w:p w14:paraId="577666BC" w14:textId="77777777" w:rsidR="001A5159" w:rsidRDefault="00000000">
      <w:r>
        <w:rPr>
          <w:rFonts w:ascii="Garamond" w:hAnsi="Garamond"/>
          <w:sz w:val="24"/>
        </w:rPr>
        <w:t>It answers questions instantly.</w:t>
      </w:r>
      <w:r>
        <w:rPr>
          <w:rFonts w:ascii="Garamond" w:hAnsi="Garamond"/>
          <w:sz w:val="24"/>
        </w:rPr>
        <w:br/>
        <w:t>It breaks down complex concepts.</w:t>
      </w:r>
      <w:r>
        <w:rPr>
          <w:rFonts w:ascii="Garamond" w:hAnsi="Garamond"/>
          <w:sz w:val="24"/>
        </w:rPr>
        <w:br/>
        <w:t>It rewrites, edits, fixes, improves, and guides you.</w:t>
      </w:r>
    </w:p>
    <w:p w14:paraId="74500E97" w14:textId="77777777" w:rsidR="001A5159" w:rsidRDefault="00000000">
      <w:r>
        <w:rPr>
          <w:rFonts w:ascii="Garamond" w:hAnsi="Garamond"/>
          <w:sz w:val="24"/>
        </w:rPr>
        <w:lastRenderedPageBreak/>
        <w:t xml:space="preserve">2. You produce 10x more because AI does </w:t>
      </w:r>
      <w:proofErr w:type="gramStart"/>
      <w:r>
        <w:rPr>
          <w:rFonts w:ascii="Garamond" w:hAnsi="Garamond"/>
          <w:sz w:val="24"/>
        </w:rPr>
        <w:t>the heavy</w:t>
      </w:r>
      <w:proofErr w:type="gramEnd"/>
      <w:r>
        <w:rPr>
          <w:rFonts w:ascii="Garamond" w:hAnsi="Garamond"/>
          <w:sz w:val="24"/>
        </w:rPr>
        <w:t xml:space="preserve"> lifting.</w:t>
      </w:r>
    </w:p>
    <w:p w14:paraId="3E4C9DF5" w14:textId="77777777" w:rsidR="001A5159" w:rsidRDefault="00000000">
      <w:r>
        <w:rPr>
          <w:rFonts w:ascii="Garamond" w:hAnsi="Garamond"/>
          <w:sz w:val="24"/>
        </w:rPr>
        <w:t>You focus on direction, quality, and creativity — not raw effort.</w:t>
      </w:r>
    </w:p>
    <w:p w14:paraId="1C549773" w14:textId="77777777" w:rsidR="001A5159" w:rsidRDefault="00000000">
      <w:r>
        <w:rPr>
          <w:rFonts w:ascii="Garamond" w:hAnsi="Garamond"/>
          <w:sz w:val="24"/>
        </w:rPr>
        <w:t>3. You look 10x more experienced because AI fills your gaps.</w:t>
      </w:r>
    </w:p>
    <w:p w14:paraId="7442C947" w14:textId="77777777" w:rsidR="001A5159" w:rsidRDefault="00000000">
      <w:r>
        <w:rPr>
          <w:rFonts w:ascii="Garamond" w:hAnsi="Garamond"/>
          <w:sz w:val="24"/>
        </w:rPr>
        <w:t xml:space="preserve">Your output appears polished, professional, and </w:t>
      </w:r>
      <w:proofErr w:type="gramStart"/>
      <w:r>
        <w:rPr>
          <w:rFonts w:ascii="Garamond" w:hAnsi="Garamond"/>
          <w:sz w:val="24"/>
        </w:rPr>
        <w:t>client-ready</w:t>
      </w:r>
      <w:proofErr w:type="gramEnd"/>
      <w:r>
        <w:rPr>
          <w:rFonts w:ascii="Garamond" w:hAnsi="Garamond"/>
          <w:sz w:val="24"/>
        </w:rPr>
        <w:t>.</w:t>
      </w:r>
    </w:p>
    <w:p w14:paraId="413092F7" w14:textId="77777777" w:rsidR="001A5159" w:rsidRDefault="00000000">
      <w:r>
        <w:rPr>
          <w:rFonts w:ascii="Garamond" w:hAnsi="Garamond"/>
          <w:sz w:val="24"/>
        </w:rPr>
        <w:t>This means beginners can deliver like intermediates…</w:t>
      </w:r>
      <w:r>
        <w:rPr>
          <w:rFonts w:ascii="Garamond" w:hAnsi="Garamond"/>
          <w:sz w:val="24"/>
        </w:rPr>
        <w:br/>
        <w:t>intermediates can deliver like experts…</w:t>
      </w:r>
      <w:r>
        <w:rPr>
          <w:rFonts w:ascii="Garamond" w:hAnsi="Garamond"/>
          <w:sz w:val="24"/>
        </w:rPr>
        <w:br/>
        <w:t>and experts can deliver like teams.</w:t>
      </w:r>
    </w:p>
    <w:p w14:paraId="7F82F667" w14:textId="77777777" w:rsidR="001A5159" w:rsidRDefault="00000000">
      <w:r>
        <w:rPr>
          <w:rFonts w:ascii="Garamond" w:hAnsi="Garamond"/>
          <w:sz w:val="24"/>
        </w:rPr>
        <w:t>But ONLY if you follow a structured path — the Skill Acceleration Model.</w:t>
      </w:r>
    </w:p>
    <w:p w14:paraId="5E33C41A" w14:textId="77777777" w:rsidR="001A5159" w:rsidRDefault="001A5159"/>
    <w:p w14:paraId="02F70EDD" w14:textId="77777777" w:rsidR="001A5159" w:rsidRDefault="00000000">
      <w:r>
        <w:rPr>
          <w:rFonts w:ascii="Garamond" w:hAnsi="Garamond"/>
          <w:sz w:val="24"/>
        </w:rPr>
        <w:t>The Skill Acceleration Model (The 5-Step System)</w:t>
      </w:r>
    </w:p>
    <w:p w14:paraId="5B01D999" w14:textId="77777777" w:rsidR="001A5159" w:rsidRDefault="00000000">
      <w:r>
        <w:rPr>
          <w:rFonts w:ascii="Garamond" w:hAnsi="Garamond"/>
          <w:sz w:val="24"/>
        </w:rPr>
        <w:t>Here is the entire process:</w:t>
      </w:r>
    </w:p>
    <w:p w14:paraId="7105ADF4" w14:textId="77777777" w:rsidR="001A5159" w:rsidRDefault="00000000">
      <w:r>
        <w:rPr>
          <w:rFonts w:ascii="Garamond" w:hAnsi="Garamond"/>
          <w:sz w:val="24"/>
        </w:rPr>
        <w:t xml:space="preserve">Choose your target </w:t>
      </w:r>
      <w:proofErr w:type="gramStart"/>
      <w:r>
        <w:rPr>
          <w:rFonts w:ascii="Garamond" w:hAnsi="Garamond"/>
          <w:sz w:val="24"/>
        </w:rPr>
        <w:t>skill</w:t>
      </w:r>
      <w:proofErr w:type="gramEnd"/>
    </w:p>
    <w:p w14:paraId="01EF65A7" w14:textId="77777777" w:rsidR="001A5159" w:rsidRDefault="00000000">
      <w:r>
        <w:rPr>
          <w:rFonts w:ascii="Garamond" w:hAnsi="Garamond"/>
          <w:sz w:val="24"/>
        </w:rPr>
        <w:t xml:space="preserve">Build one </w:t>
      </w:r>
      <w:proofErr w:type="gramStart"/>
      <w:r>
        <w:rPr>
          <w:rFonts w:ascii="Garamond" w:hAnsi="Garamond"/>
          <w:sz w:val="24"/>
        </w:rPr>
        <w:t>workflow</w:t>
      </w:r>
      <w:proofErr w:type="gramEnd"/>
    </w:p>
    <w:p w14:paraId="581B5C75" w14:textId="77777777" w:rsidR="001A5159" w:rsidRDefault="00000000">
      <w:r>
        <w:rPr>
          <w:rFonts w:ascii="Garamond" w:hAnsi="Garamond"/>
          <w:sz w:val="24"/>
        </w:rPr>
        <w:t xml:space="preserve">Use AI as your </w:t>
      </w:r>
      <w:proofErr w:type="gramStart"/>
      <w:r>
        <w:rPr>
          <w:rFonts w:ascii="Garamond" w:hAnsi="Garamond"/>
          <w:sz w:val="24"/>
        </w:rPr>
        <w:t>multiplier</w:t>
      </w:r>
      <w:proofErr w:type="gramEnd"/>
    </w:p>
    <w:p w14:paraId="2CB6D577" w14:textId="77777777" w:rsidR="001A5159" w:rsidRDefault="00000000">
      <w:r>
        <w:rPr>
          <w:rFonts w:ascii="Garamond" w:hAnsi="Garamond"/>
          <w:sz w:val="24"/>
        </w:rPr>
        <w:t xml:space="preserve">Produce 10 </w:t>
      </w:r>
      <w:proofErr w:type="gramStart"/>
      <w:r>
        <w:rPr>
          <w:rFonts w:ascii="Garamond" w:hAnsi="Garamond"/>
          <w:sz w:val="24"/>
        </w:rPr>
        <w:t>reps</w:t>
      </w:r>
      <w:proofErr w:type="gramEnd"/>
    </w:p>
    <w:p w14:paraId="7D28025B" w14:textId="77777777" w:rsidR="001A5159" w:rsidRDefault="00000000">
      <w:r>
        <w:rPr>
          <w:rFonts w:ascii="Garamond" w:hAnsi="Garamond"/>
          <w:sz w:val="24"/>
        </w:rPr>
        <w:t xml:space="preserve">Show the best 3 as </w:t>
      </w:r>
      <w:proofErr w:type="gramStart"/>
      <w:r>
        <w:rPr>
          <w:rFonts w:ascii="Garamond" w:hAnsi="Garamond"/>
          <w:sz w:val="24"/>
        </w:rPr>
        <w:t>proof</w:t>
      </w:r>
      <w:proofErr w:type="gramEnd"/>
    </w:p>
    <w:p w14:paraId="02EF4BE2" w14:textId="77777777" w:rsidR="001A5159" w:rsidRDefault="00000000">
      <w:r>
        <w:rPr>
          <w:rFonts w:ascii="Garamond" w:hAnsi="Garamond"/>
          <w:sz w:val="24"/>
        </w:rPr>
        <w:t>Let’s break it down.</w:t>
      </w:r>
    </w:p>
    <w:p w14:paraId="313EC317" w14:textId="77777777" w:rsidR="001A5159" w:rsidRDefault="001A5159"/>
    <w:p w14:paraId="4FCF26B8" w14:textId="77777777" w:rsidR="001A5159" w:rsidRDefault="00000000">
      <w:r>
        <w:rPr>
          <w:rFonts w:ascii="Garamond" w:hAnsi="Garamond"/>
          <w:sz w:val="24"/>
        </w:rPr>
        <w:t>Step 1 — Choose Your Target Skill</w:t>
      </w:r>
    </w:p>
    <w:p w14:paraId="590D37C2" w14:textId="77777777" w:rsidR="001A5159" w:rsidRDefault="00000000">
      <w:r>
        <w:rPr>
          <w:rFonts w:ascii="Garamond" w:hAnsi="Garamond"/>
          <w:sz w:val="24"/>
        </w:rPr>
        <w:t>Your skill should come from the blueprint you picked earlier.</w:t>
      </w:r>
    </w:p>
    <w:p w14:paraId="6B21024A" w14:textId="77777777" w:rsidR="001A5159" w:rsidRDefault="00000000">
      <w:r>
        <w:rPr>
          <w:rFonts w:ascii="Garamond" w:hAnsi="Garamond"/>
          <w:sz w:val="24"/>
        </w:rPr>
        <w:t>Examples:</w:t>
      </w:r>
    </w:p>
    <w:p w14:paraId="6C61B18A" w14:textId="77777777" w:rsidR="001A5159" w:rsidRDefault="00000000">
      <w:r>
        <w:rPr>
          <w:rFonts w:ascii="Garamond" w:hAnsi="Garamond"/>
          <w:sz w:val="24"/>
        </w:rPr>
        <w:t>Short-form video editing</w:t>
      </w:r>
    </w:p>
    <w:p w14:paraId="7AE4E142" w14:textId="77777777" w:rsidR="001A5159" w:rsidRDefault="00000000">
      <w:r>
        <w:rPr>
          <w:rFonts w:ascii="Garamond" w:hAnsi="Garamond"/>
          <w:sz w:val="24"/>
        </w:rPr>
        <w:t>Caption writing</w:t>
      </w:r>
    </w:p>
    <w:p w14:paraId="39A290FF" w14:textId="77777777" w:rsidR="001A5159" w:rsidRDefault="00000000">
      <w:r>
        <w:rPr>
          <w:rFonts w:ascii="Garamond" w:hAnsi="Garamond"/>
          <w:sz w:val="24"/>
        </w:rPr>
        <w:t>AI-facilitated resume rewrites</w:t>
      </w:r>
    </w:p>
    <w:p w14:paraId="2CA14F65" w14:textId="77777777" w:rsidR="001A5159" w:rsidRDefault="00000000">
      <w:r>
        <w:rPr>
          <w:rFonts w:ascii="Garamond" w:hAnsi="Garamond"/>
          <w:sz w:val="24"/>
        </w:rPr>
        <w:t>Canva templates</w:t>
      </w:r>
    </w:p>
    <w:p w14:paraId="436F977B" w14:textId="77777777" w:rsidR="001A5159" w:rsidRDefault="00000000">
      <w:r>
        <w:rPr>
          <w:rFonts w:ascii="Garamond" w:hAnsi="Garamond"/>
          <w:sz w:val="24"/>
        </w:rPr>
        <w:t>Email sequences</w:t>
      </w:r>
    </w:p>
    <w:p w14:paraId="2B130F98" w14:textId="77777777" w:rsidR="001A5159" w:rsidRDefault="00000000">
      <w:proofErr w:type="gramStart"/>
      <w:r>
        <w:rPr>
          <w:rFonts w:ascii="Garamond" w:hAnsi="Garamond"/>
          <w:sz w:val="24"/>
        </w:rPr>
        <w:lastRenderedPageBreak/>
        <w:t>Ad</w:t>
      </w:r>
      <w:proofErr w:type="gramEnd"/>
      <w:r>
        <w:rPr>
          <w:rFonts w:ascii="Garamond" w:hAnsi="Garamond"/>
          <w:sz w:val="24"/>
        </w:rPr>
        <w:t xml:space="preserve"> creative</w:t>
      </w:r>
    </w:p>
    <w:p w14:paraId="1549FFC1" w14:textId="77777777" w:rsidR="001A5159" w:rsidRDefault="00000000">
      <w:r>
        <w:rPr>
          <w:rFonts w:ascii="Garamond" w:hAnsi="Garamond"/>
          <w:sz w:val="24"/>
        </w:rPr>
        <w:t>Messaging and brand clarity</w:t>
      </w:r>
    </w:p>
    <w:p w14:paraId="52E5582B" w14:textId="77777777" w:rsidR="001A5159" w:rsidRDefault="00000000">
      <w:r>
        <w:rPr>
          <w:rFonts w:ascii="Garamond" w:hAnsi="Garamond"/>
          <w:sz w:val="24"/>
        </w:rPr>
        <w:t>Course scriptwriting</w:t>
      </w:r>
    </w:p>
    <w:p w14:paraId="43744748" w14:textId="77777777" w:rsidR="001A5159" w:rsidRDefault="00000000">
      <w:r>
        <w:rPr>
          <w:rFonts w:ascii="Garamond" w:hAnsi="Garamond"/>
          <w:sz w:val="24"/>
        </w:rPr>
        <w:t>Content repurposing</w:t>
      </w:r>
    </w:p>
    <w:p w14:paraId="5EDF70F1" w14:textId="77777777" w:rsidR="001A5159" w:rsidRDefault="00000000">
      <w:r>
        <w:rPr>
          <w:rFonts w:ascii="Garamond" w:hAnsi="Garamond"/>
          <w:sz w:val="24"/>
        </w:rPr>
        <w:t>You are NOT choosing a lifelong identity.</w:t>
      </w:r>
      <w:r>
        <w:rPr>
          <w:rFonts w:ascii="Garamond" w:hAnsi="Garamond"/>
          <w:sz w:val="24"/>
        </w:rPr>
        <w:br/>
        <w:t>You are choosing a skill you can monetize this month.</w:t>
      </w:r>
    </w:p>
    <w:p w14:paraId="3CFCBAF2" w14:textId="77777777" w:rsidR="001A5159" w:rsidRDefault="00000000">
      <w:r>
        <w:rPr>
          <w:rFonts w:ascii="Garamond" w:hAnsi="Garamond"/>
          <w:sz w:val="24"/>
        </w:rPr>
        <w:t>Pick one skill.</w:t>
      </w:r>
      <w:r>
        <w:rPr>
          <w:rFonts w:ascii="Garamond" w:hAnsi="Garamond"/>
          <w:sz w:val="24"/>
        </w:rPr>
        <w:br/>
        <w:t>Commit for 30 days.</w:t>
      </w:r>
      <w:r>
        <w:rPr>
          <w:rFonts w:ascii="Garamond" w:hAnsi="Garamond"/>
          <w:sz w:val="24"/>
        </w:rPr>
        <w:br/>
        <w:t>Everything changes.</w:t>
      </w:r>
    </w:p>
    <w:p w14:paraId="469CB73F" w14:textId="77777777" w:rsidR="001A5159" w:rsidRDefault="001A5159"/>
    <w:p w14:paraId="052EC3DB" w14:textId="77777777" w:rsidR="001A5159" w:rsidRDefault="00000000">
      <w:r>
        <w:rPr>
          <w:rFonts w:ascii="Garamond" w:hAnsi="Garamond"/>
          <w:sz w:val="24"/>
        </w:rPr>
        <w:t>Step 2 — Build One Workflow</w:t>
      </w:r>
    </w:p>
    <w:p w14:paraId="6E1C6579" w14:textId="77777777" w:rsidR="001A5159" w:rsidRDefault="00000000">
      <w:r>
        <w:rPr>
          <w:rFonts w:ascii="Garamond" w:hAnsi="Garamond"/>
          <w:sz w:val="24"/>
        </w:rPr>
        <w:t>A workflow is a repeatable step-by-step process that produces a predictable result.</w:t>
      </w:r>
    </w:p>
    <w:p w14:paraId="526DC6A5" w14:textId="77777777" w:rsidR="001A5159" w:rsidRDefault="00000000">
      <w:r>
        <w:rPr>
          <w:rFonts w:ascii="Garamond" w:hAnsi="Garamond"/>
          <w:sz w:val="24"/>
        </w:rPr>
        <w:t>This is where most people get stuck — not because the work is hard, but because they haven’t defined the steps.</w:t>
      </w:r>
    </w:p>
    <w:p w14:paraId="586A932A" w14:textId="77777777" w:rsidR="001A5159" w:rsidRDefault="00000000">
      <w:r>
        <w:rPr>
          <w:rFonts w:ascii="Garamond" w:hAnsi="Garamond"/>
          <w:sz w:val="24"/>
        </w:rPr>
        <w:t>AI makes this simple.</w:t>
      </w:r>
    </w:p>
    <w:p w14:paraId="0B9C8954" w14:textId="77777777" w:rsidR="001A5159" w:rsidRDefault="00000000">
      <w:r>
        <w:rPr>
          <w:rFonts w:ascii="Garamond" w:hAnsi="Garamond"/>
          <w:sz w:val="24"/>
        </w:rPr>
        <w:t>Example prompt:</w:t>
      </w:r>
    </w:p>
    <w:p w14:paraId="0F4D118B" w14:textId="77777777" w:rsidR="001A5159" w:rsidRDefault="00000000">
      <w:r>
        <w:rPr>
          <w:rFonts w:ascii="Garamond" w:hAnsi="Garamond"/>
          <w:sz w:val="24"/>
        </w:rPr>
        <w:t>“Create a 6-step workflow for turning a raw video clip into a polished short-form edit using CapCut and ChatGPT.”</w:t>
      </w:r>
    </w:p>
    <w:p w14:paraId="1AA6B38D" w14:textId="77777777" w:rsidR="001A5159" w:rsidRDefault="00000000">
      <w:r>
        <w:rPr>
          <w:rFonts w:ascii="Garamond" w:hAnsi="Garamond"/>
          <w:sz w:val="24"/>
        </w:rPr>
        <w:t>Or:</w:t>
      </w:r>
    </w:p>
    <w:p w14:paraId="0842E897" w14:textId="77777777" w:rsidR="001A5159" w:rsidRDefault="00000000">
      <w:r>
        <w:rPr>
          <w:rFonts w:ascii="Garamond" w:hAnsi="Garamond"/>
          <w:sz w:val="24"/>
        </w:rPr>
        <w:t>“Create a repeatable workflow for writing a high-quality Instagram caption.”</w:t>
      </w:r>
    </w:p>
    <w:p w14:paraId="09E19D75" w14:textId="77777777" w:rsidR="001A5159" w:rsidRDefault="00000000">
      <w:r>
        <w:rPr>
          <w:rFonts w:ascii="Garamond" w:hAnsi="Garamond"/>
          <w:sz w:val="24"/>
        </w:rPr>
        <w:t>Or:</w:t>
      </w:r>
    </w:p>
    <w:p w14:paraId="2F62589D" w14:textId="77777777" w:rsidR="001A5159" w:rsidRDefault="00000000">
      <w:r>
        <w:rPr>
          <w:rFonts w:ascii="Garamond" w:hAnsi="Garamond"/>
          <w:sz w:val="24"/>
        </w:rPr>
        <w:t>“Build a workflow for rewriting and optimizing resumes.”</w:t>
      </w:r>
    </w:p>
    <w:p w14:paraId="6AEE40F8" w14:textId="77777777" w:rsidR="001A5159" w:rsidRDefault="00000000">
      <w:r>
        <w:rPr>
          <w:rFonts w:ascii="Garamond" w:hAnsi="Garamond"/>
          <w:sz w:val="24"/>
        </w:rPr>
        <w:t>AI gives you the workflow instantly.</w:t>
      </w:r>
      <w:r>
        <w:rPr>
          <w:rFonts w:ascii="Garamond" w:hAnsi="Garamond"/>
          <w:sz w:val="24"/>
        </w:rPr>
        <w:br/>
        <w:t>You refine it as you go.</w:t>
      </w:r>
    </w:p>
    <w:p w14:paraId="513F644D" w14:textId="77777777" w:rsidR="001A5159" w:rsidRDefault="00000000">
      <w:r>
        <w:rPr>
          <w:rFonts w:ascii="Garamond" w:hAnsi="Garamond"/>
          <w:sz w:val="24"/>
        </w:rPr>
        <w:t>One workflow = confidence and direction.</w:t>
      </w:r>
    </w:p>
    <w:p w14:paraId="07F7C1B5" w14:textId="77777777" w:rsidR="001A5159" w:rsidRDefault="001A5159"/>
    <w:p w14:paraId="46CEE72A" w14:textId="77777777" w:rsidR="001A5159" w:rsidRDefault="00000000">
      <w:r>
        <w:rPr>
          <w:rFonts w:ascii="Garamond" w:hAnsi="Garamond"/>
          <w:sz w:val="24"/>
        </w:rPr>
        <w:t>Step 3 — Use AI as Your Skill Multiplier</w:t>
      </w:r>
    </w:p>
    <w:p w14:paraId="0A8708C2" w14:textId="77777777" w:rsidR="001A5159" w:rsidRDefault="00000000">
      <w:r>
        <w:rPr>
          <w:rFonts w:ascii="Garamond" w:hAnsi="Garamond"/>
          <w:sz w:val="24"/>
        </w:rPr>
        <w:t>AI turns beginners into capable operators by:</w:t>
      </w:r>
    </w:p>
    <w:p w14:paraId="7967AD6D" w14:textId="77777777" w:rsidR="001A5159" w:rsidRDefault="00000000">
      <w:r>
        <w:rPr>
          <w:rFonts w:ascii="Garamond" w:hAnsi="Garamond"/>
          <w:sz w:val="24"/>
        </w:rPr>
        <w:lastRenderedPageBreak/>
        <w:t>fixing mistakes</w:t>
      </w:r>
    </w:p>
    <w:p w14:paraId="19751C38" w14:textId="77777777" w:rsidR="001A5159" w:rsidRDefault="00000000">
      <w:r>
        <w:rPr>
          <w:rFonts w:ascii="Garamond" w:hAnsi="Garamond"/>
          <w:sz w:val="24"/>
        </w:rPr>
        <w:t>improving quality</w:t>
      </w:r>
    </w:p>
    <w:p w14:paraId="3CC8604B" w14:textId="77777777" w:rsidR="001A5159" w:rsidRDefault="00000000">
      <w:r>
        <w:rPr>
          <w:rFonts w:ascii="Garamond" w:hAnsi="Garamond"/>
          <w:sz w:val="24"/>
        </w:rPr>
        <w:t>offering variations</w:t>
      </w:r>
    </w:p>
    <w:p w14:paraId="6E22EFD1" w14:textId="77777777" w:rsidR="001A5159" w:rsidRDefault="00000000">
      <w:r>
        <w:rPr>
          <w:rFonts w:ascii="Garamond" w:hAnsi="Garamond"/>
          <w:sz w:val="24"/>
        </w:rPr>
        <w:t>writing drafts</w:t>
      </w:r>
    </w:p>
    <w:p w14:paraId="4D570535" w14:textId="77777777" w:rsidR="001A5159" w:rsidRDefault="00000000">
      <w:proofErr w:type="gramStart"/>
      <w:r>
        <w:rPr>
          <w:rFonts w:ascii="Garamond" w:hAnsi="Garamond"/>
          <w:sz w:val="24"/>
        </w:rPr>
        <w:t>generating</w:t>
      </w:r>
      <w:proofErr w:type="gramEnd"/>
      <w:r>
        <w:rPr>
          <w:rFonts w:ascii="Garamond" w:hAnsi="Garamond"/>
          <w:sz w:val="24"/>
        </w:rPr>
        <w:t xml:space="preserve"> ideas</w:t>
      </w:r>
    </w:p>
    <w:p w14:paraId="1E6FABD5" w14:textId="77777777" w:rsidR="001A5159" w:rsidRDefault="00000000">
      <w:r>
        <w:rPr>
          <w:rFonts w:ascii="Garamond" w:hAnsi="Garamond"/>
          <w:sz w:val="24"/>
        </w:rPr>
        <w:t>filling in missing steps</w:t>
      </w:r>
    </w:p>
    <w:p w14:paraId="3D1FBB3C" w14:textId="77777777" w:rsidR="001A5159" w:rsidRDefault="00000000">
      <w:r>
        <w:rPr>
          <w:rFonts w:ascii="Garamond" w:hAnsi="Garamond"/>
          <w:sz w:val="24"/>
        </w:rPr>
        <w:t>upgrading your output</w:t>
      </w:r>
    </w:p>
    <w:p w14:paraId="055EB0C3" w14:textId="77777777" w:rsidR="001A5159" w:rsidRDefault="00000000">
      <w:r>
        <w:rPr>
          <w:rFonts w:ascii="Garamond" w:hAnsi="Garamond"/>
          <w:sz w:val="24"/>
        </w:rPr>
        <w:t xml:space="preserve">giving structure where you had </w:t>
      </w:r>
      <w:proofErr w:type="gramStart"/>
      <w:r>
        <w:rPr>
          <w:rFonts w:ascii="Garamond" w:hAnsi="Garamond"/>
          <w:sz w:val="24"/>
        </w:rPr>
        <w:t>none</w:t>
      </w:r>
      <w:proofErr w:type="gramEnd"/>
    </w:p>
    <w:p w14:paraId="1CAFD2A7" w14:textId="77777777" w:rsidR="001A5159" w:rsidRDefault="00000000">
      <w:r>
        <w:rPr>
          <w:rFonts w:ascii="Garamond" w:hAnsi="Garamond"/>
          <w:sz w:val="24"/>
        </w:rPr>
        <w:t>This is where your skill accelerates.</w:t>
      </w:r>
      <w:r>
        <w:rPr>
          <w:rFonts w:ascii="Garamond" w:hAnsi="Garamond"/>
          <w:sz w:val="24"/>
        </w:rPr>
        <w:br/>
        <w:t>Instead of struggling alone, you have:</w:t>
      </w:r>
    </w:p>
    <w:p w14:paraId="203111C8" w14:textId="77777777" w:rsidR="001A5159" w:rsidRDefault="00000000">
      <w:r>
        <w:rPr>
          <w:rFonts w:ascii="Garamond" w:hAnsi="Garamond"/>
          <w:sz w:val="24"/>
        </w:rPr>
        <w:t>An unlimited mentor</w:t>
      </w:r>
      <w:r>
        <w:rPr>
          <w:rFonts w:ascii="Garamond" w:hAnsi="Garamond"/>
          <w:sz w:val="24"/>
        </w:rPr>
        <w:br/>
        <w:t>An unlimited co-worker</w:t>
      </w:r>
      <w:r>
        <w:rPr>
          <w:rFonts w:ascii="Garamond" w:hAnsi="Garamond"/>
          <w:sz w:val="24"/>
        </w:rPr>
        <w:br/>
        <w:t>An unlimited strategist</w:t>
      </w:r>
      <w:r>
        <w:rPr>
          <w:rFonts w:ascii="Garamond" w:hAnsi="Garamond"/>
          <w:sz w:val="24"/>
        </w:rPr>
        <w:br/>
        <w:t>An unlimited editor</w:t>
      </w:r>
    </w:p>
    <w:p w14:paraId="1583F994" w14:textId="77777777" w:rsidR="001A5159" w:rsidRDefault="00000000">
      <w:r>
        <w:rPr>
          <w:rFonts w:ascii="Garamond" w:hAnsi="Garamond"/>
          <w:sz w:val="24"/>
        </w:rPr>
        <w:t>all working at the speed of thought.</w:t>
      </w:r>
    </w:p>
    <w:p w14:paraId="030A6708" w14:textId="77777777" w:rsidR="001A5159" w:rsidRDefault="00000000">
      <w:r>
        <w:rPr>
          <w:rFonts w:ascii="Garamond" w:hAnsi="Garamond"/>
          <w:sz w:val="24"/>
        </w:rPr>
        <w:t>This is why your learning curve accelerates dramatically.</w:t>
      </w:r>
    </w:p>
    <w:p w14:paraId="411F3D3A" w14:textId="77777777" w:rsidR="001A5159" w:rsidRDefault="001A5159"/>
    <w:p w14:paraId="667CB110" w14:textId="77777777" w:rsidR="001A5159" w:rsidRDefault="00000000">
      <w:r>
        <w:rPr>
          <w:rFonts w:ascii="Garamond" w:hAnsi="Garamond"/>
          <w:sz w:val="24"/>
        </w:rPr>
        <w:t>Step 4 — Produce 10 Reps</w:t>
      </w:r>
    </w:p>
    <w:p w14:paraId="58A19F3C" w14:textId="77777777" w:rsidR="001A5159" w:rsidRDefault="00000000">
      <w:r>
        <w:rPr>
          <w:rFonts w:ascii="Garamond" w:hAnsi="Garamond"/>
          <w:sz w:val="24"/>
        </w:rPr>
        <w:t>Nothing accelerates skill like repetition.</w:t>
      </w:r>
    </w:p>
    <w:p w14:paraId="4B669444" w14:textId="77777777" w:rsidR="001A5159" w:rsidRDefault="00000000">
      <w:r>
        <w:rPr>
          <w:rFonts w:ascii="Garamond" w:hAnsi="Garamond"/>
          <w:sz w:val="24"/>
        </w:rPr>
        <w:t>10 reps = transformation.</w:t>
      </w:r>
    </w:p>
    <w:p w14:paraId="3952DBE1" w14:textId="77777777" w:rsidR="001A5159" w:rsidRDefault="00000000">
      <w:r>
        <w:rPr>
          <w:rFonts w:ascii="Garamond" w:hAnsi="Garamond"/>
          <w:sz w:val="24"/>
        </w:rPr>
        <w:t>10 video edits</w:t>
      </w:r>
      <w:r>
        <w:rPr>
          <w:rFonts w:ascii="Garamond" w:hAnsi="Garamond"/>
          <w:sz w:val="24"/>
        </w:rPr>
        <w:br/>
        <w:t>10 reels</w:t>
      </w:r>
      <w:r>
        <w:rPr>
          <w:rFonts w:ascii="Garamond" w:hAnsi="Garamond"/>
          <w:sz w:val="24"/>
        </w:rPr>
        <w:br/>
        <w:t>10 templates</w:t>
      </w:r>
      <w:r>
        <w:rPr>
          <w:rFonts w:ascii="Garamond" w:hAnsi="Garamond"/>
          <w:sz w:val="24"/>
        </w:rPr>
        <w:br/>
        <w:t>10 resumes</w:t>
      </w:r>
      <w:r>
        <w:rPr>
          <w:rFonts w:ascii="Garamond" w:hAnsi="Garamond"/>
          <w:sz w:val="24"/>
        </w:rPr>
        <w:br/>
        <w:t>10 captions</w:t>
      </w:r>
      <w:r>
        <w:rPr>
          <w:rFonts w:ascii="Garamond" w:hAnsi="Garamond"/>
          <w:sz w:val="24"/>
        </w:rPr>
        <w:br/>
        <w:t>10 slide decks</w:t>
      </w:r>
      <w:r>
        <w:rPr>
          <w:rFonts w:ascii="Garamond" w:hAnsi="Garamond"/>
          <w:sz w:val="24"/>
        </w:rPr>
        <w:br/>
        <w:t>10 brand kits</w:t>
      </w:r>
      <w:r>
        <w:rPr>
          <w:rFonts w:ascii="Garamond" w:hAnsi="Garamond"/>
          <w:sz w:val="24"/>
        </w:rPr>
        <w:br/>
        <w:t xml:space="preserve">10 landing page </w:t>
      </w:r>
      <w:proofErr w:type="gramStart"/>
      <w:r>
        <w:rPr>
          <w:rFonts w:ascii="Garamond" w:hAnsi="Garamond"/>
          <w:sz w:val="24"/>
        </w:rPr>
        <w:t>rewrites</w:t>
      </w:r>
      <w:proofErr w:type="gramEnd"/>
    </w:p>
    <w:p w14:paraId="3ACA2526" w14:textId="77777777" w:rsidR="001A5159" w:rsidRDefault="00000000">
      <w:r>
        <w:rPr>
          <w:rFonts w:ascii="Garamond" w:hAnsi="Garamond"/>
          <w:sz w:val="24"/>
        </w:rPr>
        <w:lastRenderedPageBreak/>
        <w:t>Your first 3 reps will feel unfamiliar.</w:t>
      </w:r>
      <w:r>
        <w:rPr>
          <w:rFonts w:ascii="Garamond" w:hAnsi="Garamond"/>
          <w:sz w:val="24"/>
        </w:rPr>
        <w:br/>
        <w:t>Your next 3 will feel smoother.</w:t>
      </w:r>
      <w:r>
        <w:rPr>
          <w:rFonts w:ascii="Garamond" w:hAnsi="Garamond"/>
          <w:sz w:val="24"/>
        </w:rPr>
        <w:br/>
        <w:t>Your final 4 will feel shockingly easy.</w:t>
      </w:r>
    </w:p>
    <w:p w14:paraId="77FFF78C" w14:textId="77777777" w:rsidR="001A5159" w:rsidRDefault="00000000">
      <w:r>
        <w:rPr>
          <w:rFonts w:ascii="Garamond" w:hAnsi="Garamond"/>
          <w:sz w:val="24"/>
        </w:rPr>
        <w:t>This is the power of structured repetition.</w:t>
      </w:r>
    </w:p>
    <w:p w14:paraId="31C8A069" w14:textId="77777777" w:rsidR="001A5159" w:rsidRDefault="001A5159"/>
    <w:p w14:paraId="78BE9B02" w14:textId="77777777" w:rsidR="001A5159" w:rsidRDefault="00000000">
      <w:r>
        <w:rPr>
          <w:rFonts w:ascii="Garamond" w:hAnsi="Garamond"/>
          <w:sz w:val="24"/>
        </w:rPr>
        <w:t>Step 5 — Pick Your Best 3 as Your Proof Portfolio</w:t>
      </w:r>
    </w:p>
    <w:p w14:paraId="434D84C7" w14:textId="77777777" w:rsidR="001A5159" w:rsidRDefault="00000000">
      <w:r>
        <w:rPr>
          <w:rFonts w:ascii="Garamond" w:hAnsi="Garamond"/>
          <w:sz w:val="24"/>
        </w:rPr>
        <w:t>Clients don’t need to know how long you’ve been practicing.</w:t>
      </w:r>
      <w:r>
        <w:rPr>
          <w:rFonts w:ascii="Garamond" w:hAnsi="Garamond"/>
          <w:sz w:val="24"/>
        </w:rPr>
        <w:br/>
        <w:t>They only care about:</w:t>
      </w:r>
    </w:p>
    <w:p w14:paraId="0FEB933F" w14:textId="77777777" w:rsidR="001A5159" w:rsidRDefault="00000000">
      <w:r>
        <w:rPr>
          <w:rFonts w:ascii="Garamond" w:hAnsi="Garamond"/>
          <w:sz w:val="24"/>
        </w:rPr>
        <w:t>quality</w:t>
      </w:r>
    </w:p>
    <w:p w14:paraId="5B7CA044" w14:textId="77777777" w:rsidR="001A5159" w:rsidRDefault="00000000">
      <w:r>
        <w:rPr>
          <w:rFonts w:ascii="Garamond" w:hAnsi="Garamond"/>
          <w:sz w:val="24"/>
        </w:rPr>
        <w:t>clarity</w:t>
      </w:r>
    </w:p>
    <w:p w14:paraId="571D3C60" w14:textId="77777777" w:rsidR="001A5159" w:rsidRDefault="00000000">
      <w:r>
        <w:rPr>
          <w:rFonts w:ascii="Garamond" w:hAnsi="Garamond"/>
          <w:sz w:val="24"/>
        </w:rPr>
        <w:t>consistency</w:t>
      </w:r>
    </w:p>
    <w:p w14:paraId="17A20964" w14:textId="77777777" w:rsidR="001A5159" w:rsidRDefault="00000000">
      <w:r>
        <w:rPr>
          <w:rFonts w:ascii="Garamond" w:hAnsi="Garamond"/>
          <w:sz w:val="24"/>
        </w:rPr>
        <w:t>confidence</w:t>
      </w:r>
    </w:p>
    <w:p w14:paraId="3E4F04FD" w14:textId="77777777" w:rsidR="001A5159" w:rsidRDefault="00000000">
      <w:r>
        <w:rPr>
          <w:rFonts w:ascii="Garamond" w:hAnsi="Garamond"/>
          <w:sz w:val="24"/>
        </w:rPr>
        <w:t>Your best 3 reps become:</w:t>
      </w:r>
    </w:p>
    <w:p w14:paraId="787F3892" w14:textId="77777777" w:rsidR="001A5159" w:rsidRDefault="00000000">
      <w:proofErr w:type="gramStart"/>
      <w:r>
        <w:rPr>
          <w:rFonts w:ascii="Garamond" w:hAnsi="Garamond"/>
          <w:sz w:val="24"/>
        </w:rPr>
        <w:t>your</w:t>
      </w:r>
      <w:proofErr w:type="gramEnd"/>
      <w:r>
        <w:rPr>
          <w:rFonts w:ascii="Garamond" w:hAnsi="Garamond"/>
          <w:sz w:val="24"/>
        </w:rPr>
        <w:t xml:space="preserve"> shop window</w:t>
      </w:r>
    </w:p>
    <w:p w14:paraId="43AA3100" w14:textId="77777777" w:rsidR="001A5159" w:rsidRDefault="00000000">
      <w:proofErr w:type="gramStart"/>
      <w:r>
        <w:rPr>
          <w:rFonts w:ascii="Garamond" w:hAnsi="Garamond"/>
          <w:sz w:val="24"/>
        </w:rPr>
        <w:t>your</w:t>
      </w:r>
      <w:proofErr w:type="gramEnd"/>
      <w:r>
        <w:rPr>
          <w:rFonts w:ascii="Garamond" w:hAnsi="Garamond"/>
          <w:sz w:val="24"/>
        </w:rPr>
        <w:t xml:space="preserve"> credibility</w:t>
      </w:r>
    </w:p>
    <w:p w14:paraId="73269F7E" w14:textId="77777777" w:rsidR="001A5159" w:rsidRDefault="00000000">
      <w:proofErr w:type="gramStart"/>
      <w:r>
        <w:rPr>
          <w:rFonts w:ascii="Garamond" w:hAnsi="Garamond"/>
          <w:sz w:val="24"/>
        </w:rPr>
        <w:t>your</w:t>
      </w:r>
      <w:proofErr w:type="gramEnd"/>
      <w:r>
        <w:rPr>
          <w:rFonts w:ascii="Garamond" w:hAnsi="Garamond"/>
          <w:sz w:val="24"/>
        </w:rPr>
        <w:t xml:space="preserve"> authority</w:t>
      </w:r>
    </w:p>
    <w:p w14:paraId="2BC1A474" w14:textId="77777777" w:rsidR="001A5159" w:rsidRDefault="00000000">
      <w:r>
        <w:rPr>
          <w:rFonts w:ascii="Garamond" w:hAnsi="Garamond"/>
          <w:sz w:val="24"/>
        </w:rPr>
        <w:t>your invitation to opportunities</w:t>
      </w:r>
    </w:p>
    <w:p w14:paraId="3ECEBD66" w14:textId="77777777" w:rsidR="001A5159" w:rsidRDefault="00000000">
      <w:r>
        <w:rPr>
          <w:rFonts w:ascii="Garamond" w:hAnsi="Garamond"/>
          <w:sz w:val="24"/>
        </w:rPr>
        <w:t xml:space="preserve">your “I can help you” </w:t>
      </w:r>
      <w:proofErr w:type="gramStart"/>
      <w:r>
        <w:rPr>
          <w:rFonts w:ascii="Garamond" w:hAnsi="Garamond"/>
          <w:sz w:val="24"/>
        </w:rPr>
        <w:t>proof</w:t>
      </w:r>
      <w:proofErr w:type="gramEnd"/>
    </w:p>
    <w:p w14:paraId="1C44C1EE" w14:textId="77777777" w:rsidR="001A5159" w:rsidRDefault="00000000">
      <w:r>
        <w:rPr>
          <w:rFonts w:ascii="Garamond" w:hAnsi="Garamond"/>
          <w:sz w:val="24"/>
        </w:rPr>
        <w:t>People buy proof — not promises.</w:t>
      </w:r>
    </w:p>
    <w:p w14:paraId="14D09311" w14:textId="77777777" w:rsidR="001A5159" w:rsidRDefault="00000000">
      <w:r>
        <w:rPr>
          <w:rFonts w:ascii="Garamond" w:hAnsi="Garamond"/>
          <w:sz w:val="24"/>
        </w:rPr>
        <w:t>The Skill Acceleration Model produces that proof quickly.</w:t>
      </w:r>
    </w:p>
    <w:p w14:paraId="20A6B138" w14:textId="77777777" w:rsidR="001A5159" w:rsidRDefault="001A5159"/>
    <w:p w14:paraId="35E9741B" w14:textId="77777777" w:rsidR="001A5159" w:rsidRDefault="00000000">
      <w:r>
        <w:rPr>
          <w:rFonts w:ascii="Garamond" w:hAnsi="Garamond"/>
          <w:sz w:val="24"/>
        </w:rPr>
        <w:t>The 30-Day Skill Transformation Timeline</w:t>
      </w:r>
    </w:p>
    <w:p w14:paraId="58180394" w14:textId="77777777" w:rsidR="001A5159" w:rsidRDefault="00000000">
      <w:r>
        <w:rPr>
          <w:rFonts w:ascii="Garamond" w:hAnsi="Garamond"/>
          <w:sz w:val="24"/>
        </w:rPr>
        <w:t>Here’s what your first month will look like when you apply this model:</w:t>
      </w:r>
    </w:p>
    <w:p w14:paraId="2C4E2174" w14:textId="77777777" w:rsidR="001A5159" w:rsidRDefault="00000000">
      <w:r>
        <w:rPr>
          <w:rFonts w:ascii="Garamond" w:hAnsi="Garamond"/>
          <w:sz w:val="24"/>
        </w:rPr>
        <w:t xml:space="preserve">Days 1–3 — Learn the </w:t>
      </w:r>
      <w:proofErr w:type="gramStart"/>
      <w:r>
        <w:rPr>
          <w:rFonts w:ascii="Garamond" w:hAnsi="Garamond"/>
          <w:sz w:val="24"/>
        </w:rPr>
        <w:t>workflow</w:t>
      </w:r>
      <w:proofErr w:type="gramEnd"/>
    </w:p>
    <w:p w14:paraId="4C662D11" w14:textId="77777777" w:rsidR="001A5159" w:rsidRDefault="00000000">
      <w:r>
        <w:rPr>
          <w:rFonts w:ascii="Garamond" w:hAnsi="Garamond"/>
          <w:sz w:val="24"/>
        </w:rPr>
        <w:t>You understand the steps and feel the process start clicking.</w:t>
      </w:r>
    </w:p>
    <w:p w14:paraId="06DBBB6C" w14:textId="77777777" w:rsidR="001A5159" w:rsidRDefault="00000000">
      <w:r>
        <w:rPr>
          <w:rFonts w:ascii="Garamond" w:hAnsi="Garamond"/>
          <w:sz w:val="24"/>
        </w:rPr>
        <w:t xml:space="preserve">Days 4–10 — Produce </w:t>
      </w:r>
      <w:proofErr w:type="gramStart"/>
      <w:r>
        <w:rPr>
          <w:rFonts w:ascii="Garamond" w:hAnsi="Garamond"/>
          <w:sz w:val="24"/>
        </w:rPr>
        <w:t>reps</w:t>
      </w:r>
      <w:proofErr w:type="gramEnd"/>
    </w:p>
    <w:p w14:paraId="36B1D455" w14:textId="77777777" w:rsidR="001A5159" w:rsidRDefault="00000000">
      <w:r>
        <w:rPr>
          <w:rFonts w:ascii="Garamond" w:hAnsi="Garamond"/>
          <w:sz w:val="24"/>
        </w:rPr>
        <w:t>You start building confidence and developing your feel for the work.</w:t>
      </w:r>
    </w:p>
    <w:p w14:paraId="5F2BA043" w14:textId="77777777" w:rsidR="001A5159" w:rsidRDefault="00000000">
      <w:r>
        <w:rPr>
          <w:rFonts w:ascii="Garamond" w:hAnsi="Garamond"/>
          <w:sz w:val="24"/>
        </w:rPr>
        <w:lastRenderedPageBreak/>
        <w:t xml:space="preserve">Days 11–20 — Improve speed + </w:t>
      </w:r>
      <w:proofErr w:type="gramStart"/>
      <w:r>
        <w:rPr>
          <w:rFonts w:ascii="Garamond" w:hAnsi="Garamond"/>
          <w:sz w:val="24"/>
        </w:rPr>
        <w:t>quality</w:t>
      </w:r>
      <w:proofErr w:type="gramEnd"/>
    </w:p>
    <w:p w14:paraId="27B00CF3" w14:textId="77777777" w:rsidR="001A5159" w:rsidRDefault="00000000">
      <w:r>
        <w:rPr>
          <w:rFonts w:ascii="Garamond" w:hAnsi="Garamond"/>
          <w:sz w:val="24"/>
        </w:rPr>
        <w:t>AI fills your gaps.</w:t>
      </w:r>
      <w:r>
        <w:rPr>
          <w:rFonts w:ascii="Garamond" w:hAnsi="Garamond"/>
          <w:sz w:val="24"/>
        </w:rPr>
        <w:br/>
        <w:t>You improve instantly with each iteration.</w:t>
      </w:r>
    </w:p>
    <w:p w14:paraId="27ED7B41" w14:textId="77777777" w:rsidR="001A5159" w:rsidRDefault="00000000">
      <w:r>
        <w:rPr>
          <w:rFonts w:ascii="Garamond" w:hAnsi="Garamond"/>
          <w:sz w:val="24"/>
        </w:rPr>
        <w:t xml:space="preserve">Days 21–30 — Build your proof </w:t>
      </w:r>
      <w:proofErr w:type="gramStart"/>
      <w:r>
        <w:rPr>
          <w:rFonts w:ascii="Garamond" w:hAnsi="Garamond"/>
          <w:sz w:val="24"/>
        </w:rPr>
        <w:t>portfolio</w:t>
      </w:r>
      <w:proofErr w:type="gramEnd"/>
    </w:p>
    <w:p w14:paraId="5C9E3032" w14:textId="77777777" w:rsidR="001A5159" w:rsidRDefault="00000000">
      <w:r>
        <w:rPr>
          <w:rFonts w:ascii="Garamond" w:hAnsi="Garamond"/>
          <w:sz w:val="24"/>
        </w:rPr>
        <w:t>You now look competent, skilled, and dependable.</w:t>
      </w:r>
    </w:p>
    <w:p w14:paraId="3BABE839" w14:textId="77777777" w:rsidR="001A5159" w:rsidRDefault="00000000">
      <w:r>
        <w:rPr>
          <w:rFonts w:ascii="Garamond" w:hAnsi="Garamond"/>
          <w:sz w:val="24"/>
        </w:rPr>
        <w:t>Even though you started as an absolute beginner.</w:t>
      </w:r>
    </w:p>
    <w:p w14:paraId="4CF8A86D" w14:textId="77777777" w:rsidR="001A5159" w:rsidRDefault="001A5159"/>
    <w:p w14:paraId="7A622FA4" w14:textId="77777777" w:rsidR="001A5159" w:rsidRDefault="00000000">
      <w:r>
        <w:rPr>
          <w:rFonts w:ascii="Garamond" w:hAnsi="Garamond"/>
          <w:sz w:val="24"/>
        </w:rPr>
        <w:t>Why This Chapter Matters</w:t>
      </w:r>
    </w:p>
    <w:p w14:paraId="23CAA2D0" w14:textId="77777777" w:rsidR="001A5159" w:rsidRDefault="00000000">
      <w:r>
        <w:rPr>
          <w:rFonts w:ascii="Garamond" w:hAnsi="Garamond"/>
          <w:sz w:val="24"/>
        </w:rPr>
        <w:t>Before you dive into Blueprint 1…</w:t>
      </w:r>
      <w:r>
        <w:rPr>
          <w:rFonts w:ascii="Garamond" w:hAnsi="Garamond"/>
          <w:sz w:val="24"/>
        </w:rPr>
        <w:br/>
        <w:t>Before you take your first client…</w:t>
      </w:r>
      <w:r>
        <w:rPr>
          <w:rFonts w:ascii="Garamond" w:hAnsi="Garamond"/>
          <w:sz w:val="24"/>
        </w:rPr>
        <w:br/>
        <w:t>Before you package your offer…</w:t>
      </w:r>
    </w:p>
    <w:p w14:paraId="2FD4BF55" w14:textId="77777777" w:rsidR="001A5159" w:rsidRDefault="00000000">
      <w:r>
        <w:rPr>
          <w:rFonts w:ascii="Garamond" w:hAnsi="Garamond"/>
          <w:sz w:val="24"/>
        </w:rPr>
        <w:t>You need to understand this:</w:t>
      </w:r>
    </w:p>
    <w:p w14:paraId="0FBCFB72" w14:textId="77777777" w:rsidR="001A5159" w:rsidRDefault="00000000">
      <w:r>
        <w:rPr>
          <w:rFonts w:ascii="Garamond" w:hAnsi="Garamond"/>
          <w:sz w:val="24"/>
        </w:rPr>
        <w:t>👉 You can build real, market-ready skills far faster than you think.</w:t>
      </w:r>
    </w:p>
    <w:p w14:paraId="6006F68A" w14:textId="77777777" w:rsidR="001A5159" w:rsidRDefault="00000000">
      <w:r>
        <w:rPr>
          <w:rFonts w:ascii="Garamond" w:hAnsi="Garamond"/>
          <w:sz w:val="24"/>
        </w:rPr>
        <w:t>AI accelerates:</w:t>
      </w:r>
    </w:p>
    <w:p w14:paraId="062CF9D5" w14:textId="77777777" w:rsidR="001A5159" w:rsidRDefault="00000000">
      <w:proofErr w:type="gramStart"/>
      <w:r>
        <w:rPr>
          <w:rFonts w:ascii="Garamond" w:hAnsi="Garamond"/>
          <w:sz w:val="24"/>
        </w:rPr>
        <w:t>learning</w:t>
      </w:r>
      <w:proofErr w:type="gramEnd"/>
    </w:p>
    <w:p w14:paraId="067910DD" w14:textId="77777777" w:rsidR="001A5159" w:rsidRDefault="00000000">
      <w:r>
        <w:rPr>
          <w:rFonts w:ascii="Garamond" w:hAnsi="Garamond"/>
          <w:sz w:val="24"/>
        </w:rPr>
        <w:t>practice</w:t>
      </w:r>
    </w:p>
    <w:p w14:paraId="6D888F67" w14:textId="77777777" w:rsidR="001A5159" w:rsidRDefault="00000000">
      <w:r>
        <w:rPr>
          <w:rFonts w:ascii="Garamond" w:hAnsi="Garamond"/>
          <w:sz w:val="24"/>
        </w:rPr>
        <w:t>repetition</w:t>
      </w:r>
    </w:p>
    <w:p w14:paraId="2AF24733" w14:textId="77777777" w:rsidR="001A5159" w:rsidRDefault="00000000">
      <w:r>
        <w:rPr>
          <w:rFonts w:ascii="Garamond" w:hAnsi="Garamond"/>
          <w:sz w:val="24"/>
        </w:rPr>
        <w:t>improvement</w:t>
      </w:r>
    </w:p>
    <w:p w14:paraId="2BA22ED8" w14:textId="77777777" w:rsidR="001A5159" w:rsidRDefault="00000000">
      <w:r>
        <w:rPr>
          <w:rFonts w:ascii="Garamond" w:hAnsi="Garamond"/>
          <w:sz w:val="24"/>
        </w:rPr>
        <w:t>quality</w:t>
      </w:r>
    </w:p>
    <w:p w14:paraId="07EBDA9B" w14:textId="77777777" w:rsidR="001A5159" w:rsidRDefault="00000000">
      <w:r>
        <w:rPr>
          <w:rFonts w:ascii="Garamond" w:hAnsi="Garamond"/>
          <w:sz w:val="24"/>
        </w:rPr>
        <w:t>output</w:t>
      </w:r>
    </w:p>
    <w:p w14:paraId="7E2E2061" w14:textId="77777777" w:rsidR="001A5159" w:rsidRDefault="00000000">
      <w:r>
        <w:rPr>
          <w:rFonts w:ascii="Garamond" w:hAnsi="Garamond"/>
          <w:sz w:val="24"/>
        </w:rPr>
        <w:t>You don’t need years.</w:t>
      </w:r>
      <w:r>
        <w:rPr>
          <w:rFonts w:ascii="Garamond" w:hAnsi="Garamond"/>
          <w:sz w:val="24"/>
        </w:rPr>
        <w:br/>
        <w:t>You need direction + repetition + AI assistance.</w:t>
      </w:r>
    </w:p>
    <w:p w14:paraId="4A9D32A8" w14:textId="77777777" w:rsidR="001A5159" w:rsidRDefault="00000000">
      <w:r>
        <w:rPr>
          <w:rFonts w:ascii="Garamond" w:hAnsi="Garamond"/>
          <w:sz w:val="24"/>
        </w:rPr>
        <w:t>You now have all three.</w:t>
      </w:r>
    </w:p>
    <w:p w14:paraId="0BAD35F8" w14:textId="77777777" w:rsidR="001A5159" w:rsidRDefault="00000000">
      <w:r>
        <w:rPr>
          <w:rFonts w:ascii="Garamond" w:hAnsi="Garamond"/>
          <w:sz w:val="24"/>
        </w:rPr>
        <w:t>Turn the page.</w:t>
      </w:r>
    </w:p>
    <w:p w14:paraId="0EFC23E5" w14:textId="77777777" w:rsidR="001A5159" w:rsidRDefault="00000000">
      <w:r>
        <w:rPr>
          <w:rFonts w:ascii="Garamond" w:hAnsi="Garamond"/>
          <w:sz w:val="24"/>
        </w:rPr>
        <w:t>Your blueprint journey begins in the next chapter.</w:t>
      </w:r>
    </w:p>
    <w:p w14:paraId="7662CE4D" w14:textId="77777777" w:rsidR="00673185" w:rsidRDefault="00673185">
      <w:pPr>
        <w:sectPr w:rsidR="00673185" w:rsidSect="00034616">
          <w:pgSz w:w="12240" w:h="15840"/>
          <w:pgMar w:top="1440" w:right="1800" w:bottom="1440" w:left="1800" w:header="720" w:footer="720" w:gutter="0"/>
          <w:cols w:space="720"/>
          <w:docGrid w:linePitch="360"/>
        </w:sectPr>
      </w:pPr>
    </w:p>
    <w:p w14:paraId="79F9AF87" w14:textId="77777777" w:rsidR="001A5159" w:rsidRDefault="001A5159"/>
    <w:p>
      <w:pPr/>
      <w:r>
        <w:t>BLUEPRINT TRACKS — CHOOSE YOUR PATH</w:t>
        <w:br/>
        <w:br/>
        <w:t>The 36 AI Money Machine Blueprints are grouped into 5 tracks:</w:t>
        <w:br/>
        <w:br/>
        <w:t>TRACK 1 — FAST CASH / BEGINNER WINS</w:t>
        <w:br/>
        <w:t>Simple, fast, low-risk blueprints producing your first $50–$500.</w:t>
        <w:br/>
        <w:br/>
        <w:t>TRACK 2 — CREATOR SERVICES &amp; CONTENT SYSTEMS</w:t>
        <w:br/>
        <w:t>For building recurring revenue with creative client work.</w:t>
        <w:br/>
        <w:br/>
        <w:t>TRACK 3 — BUSINESS SERVICES &amp; AUTOMATION</w:t>
        <w:br/>
        <w:t>For higher-paying work and systems that save businesses hours.</w:t>
        <w:br/>
        <w:br/>
        <w:t>TRACK 4 — DIGITAL PRODUCTS &amp; PASSIVE ASSETS</w:t>
        <w:br/>
        <w:t>For scalable income through templates, guides, and digital goods.</w:t>
        <w:br/>
        <w:br/>
        <w:t>TRACK 5 — PREMIUM BUILDOUTS &amp; EXPERT SYSTEMS</w:t>
        <w:br/>
        <w:t>For high-ticket services such as course creation and consulting.</w:t>
      </w:r>
    </w:p>
    <w:p>
      <w:r>
        <w:t>STARTING POINT CASE STUDIES</w:t>
        <w:br/>
        <w:br/>
        <w:t>Case Study: The Slow Starter</w:t>
        <w:br/>
        <w:t>A reader began with small $50 tasks using a single blueprint. Six weeks later, they’d earned $600 by steadily improving and building confidence.</w:t>
        <w:br/>
        <w:br/>
        <w:t>Case Study: The Pivot</w:t>
        <w:br/>
        <w:t>Their first idea flopped. The second succeeded. By switching blueprints and adapting quickly, they found a service that clicked.</w:t>
        <w:br/>
        <w:br/>
        <w:t>Case Study: The First $100 That Changes Everything</w:t>
        <w:br/>
        <w:t>This reader made $100 in 48 hours. More important than the money was the shift in identity — “I can do this.”</w:t>
      </w:r>
    </w:p>
    <w:p w14:paraId="7ACFB5BE" w14:textId="77777777" w:rsidR="001A5159" w:rsidRPr="00C138A8" w:rsidRDefault="00000000" w:rsidP="00C138A8">
      <w:pPr>
        <w:pStyle w:val="Heading1"/>
        <w:rPr>
          <w:rFonts w:ascii="Garamond" w:hAnsi="Garamond"/>
          <w:color w:val="auto"/>
          <w:sz w:val="40"/>
          <w:szCs w:val="40"/>
        </w:rPr>
      </w:pPr>
      <w:bookmarkStart w:id="7" w:name="_Toc214830303"/>
      <w:r w:rsidRPr="00C138A8">
        <w:rPr>
          <w:rStyle w:val="Heading1Char"/>
          <w:rFonts w:ascii="Garamond" w:hAnsi="Garamond"/>
          <w:b/>
          <w:bCs/>
          <w:color w:val="auto"/>
          <w:sz w:val="40"/>
          <w:szCs w:val="40"/>
        </w:rPr>
        <w:t xml:space="preserve">CHAPTER 8 — BLUEPRINTS: BUILDING </w:t>
      </w:r>
      <w:r w:rsidRPr="00C138A8">
        <w:rPr>
          <w:rFonts w:ascii="Garamond" w:hAnsi="Garamond"/>
          <w:color w:val="auto"/>
          <w:sz w:val="40"/>
          <w:szCs w:val="40"/>
        </w:rPr>
        <w:t>REAL INCOME</w:t>
      </w:r>
      <w:bookmarkEnd w:id="7"/>
    </w:p>
    <w:p w14:paraId="0D7C22DA" w14:textId="77777777" w:rsidR="001A5159" w:rsidRDefault="00000000">
      <w:r>
        <w:rPr>
          <w:rFonts w:ascii="Garamond" w:hAnsi="Garamond"/>
          <w:sz w:val="24"/>
        </w:rPr>
        <w:t>Everything up to this point has prepared you.</w:t>
      </w:r>
    </w:p>
    <w:p w14:paraId="6E51BD2A" w14:textId="77777777" w:rsidR="001A5159" w:rsidRDefault="00000000">
      <w:r>
        <w:rPr>
          <w:rFonts w:ascii="Garamond" w:hAnsi="Garamond"/>
          <w:sz w:val="24"/>
        </w:rPr>
        <w:t>You now understand:</w:t>
      </w:r>
    </w:p>
    <w:p w14:paraId="50D2E865" w14:textId="77777777" w:rsidR="001A5159" w:rsidRDefault="00000000">
      <w:r>
        <w:rPr>
          <w:rFonts w:ascii="Garamond" w:hAnsi="Garamond"/>
          <w:sz w:val="24"/>
        </w:rPr>
        <w:t>the new economy</w:t>
      </w:r>
    </w:p>
    <w:p w14:paraId="462A5983" w14:textId="77777777" w:rsidR="001A5159" w:rsidRDefault="00000000">
      <w:r>
        <w:rPr>
          <w:rFonts w:ascii="Garamond" w:hAnsi="Garamond"/>
          <w:sz w:val="24"/>
        </w:rPr>
        <w:t>the new opportunity</w:t>
      </w:r>
    </w:p>
    <w:p w14:paraId="61B8C2DD" w14:textId="77777777" w:rsidR="001A5159" w:rsidRDefault="00000000">
      <w:r>
        <w:rPr>
          <w:rFonts w:ascii="Garamond" w:hAnsi="Garamond"/>
          <w:sz w:val="24"/>
        </w:rPr>
        <w:t>the new mindset</w:t>
      </w:r>
    </w:p>
    <w:p w14:paraId="0818950B" w14:textId="77777777" w:rsidR="001A5159" w:rsidRDefault="00000000">
      <w:r>
        <w:rPr>
          <w:rFonts w:ascii="Garamond" w:hAnsi="Garamond"/>
          <w:sz w:val="24"/>
        </w:rPr>
        <w:t>the new skill model</w:t>
      </w:r>
    </w:p>
    <w:p w14:paraId="321A8B08" w14:textId="77777777" w:rsidR="001A5159" w:rsidRDefault="00000000">
      <w:r>
        <w:rPr>
          <w:rFonts w:ascii="Garamond" w:hAnsi="Garamond"/>
          <w:sz w:val="24"/>
        </w:rPr>
        <w:t>the roadmap to your first $1,000</w:t>
      </w:r>
    </w:p>
    <w:p w14:paraId="3F54890C" w14:textId="77777777" w:rsidR="001A5159" w:rsidRDefault="00000000">
      <w:r>
        <w:rPr>
          <w:rFonts w:ascii="Garamond" w:hAnsi="Garamond"/>
          <w:sz w:val="24"/>
        </w:rPr>
        <w:t>Now it’s time to build.</w:t>
      </w:r>
    </w:p>
    <w:p w14:paraId="291A74B7" w14:textId="77777777" w:rsidR="001A5159" w:rsidRDefault="00000000">
      <w:r>
        <w:rPr>
          <w:rFonts w:ascii="Garamond" w:hAnsi="Garamond"/>
          <w:sz w:val="24"/>
        </w:rPr>
        <w:t>This chapter marks the shift from learning → earning.</w:t>
      </w:r>
    </w:p>
    <w:p w14:paraId="76FC64C6" w14:textId="77777777" w:rsidR="001A5159" w:rsidRDefault="00000000">
      <w:r>
        <w:rPr>
          <w:rFonts w:ascii="Garamond" w:hAnsi="Garamond"/>
          <w:sz w:val="24"/>
        </w:rPr>
        <w:t>From here on out, the book becomes your working playbook — a collection of 36 AI Income Blueprints designed to help you start, grow, and scale real income with clarity and speed.</w:t>
      </w:r>
    </w:p>
    <w:p w14:paraId="4BB2E708" w14:textId="77777777" w:rsidR="001A5159" w:rsidRDefault="00000000">
      <w:r>
        <w:rPr>
          <w:rFonts w:ascii="Garamond" w:hAnsi="Garamond"/>
          <w:sz w:val="24"/>
        </w:rPr>
        <w:t>These are not theories.</w:t>
      </w:r>
      <w:r>
        <w:rPr>
          <w:rFonts w:ascii="Garamond" w:hAnsi="Garamond"/>
          <w:sz w:val="24"/>
        </w:rPr>
        <w:br/>
        <w:t>These are not “ideas.”</w:t>
      </w:r>
      <w:r>
        <w:rPr>
          <w:rFonts w:ascii="Garamond" w:hAnsi="Garamond"/>
          <w:sz w:val="24"/>
        </w:rPr>
        <w:br/>
        <w:t>These are systems.</w:t>
      </w:r>
    </w:p>
    <w:p w14:paraId="2955F559" w14:textId="77777777" w:rsidR="001A5159" w:rsidRDefault="00000000">
      <w:r>
        <w:rPr>
          <w:rFonts w:ascii="Garamond" w:hAnsi="Garamond"/>
          <w:sz w:val="24"/>
        </w:rPr>
        <w:t xml:space="preserve">Each blueprint is structured, repeatable, proven, and </w:t>
      </w:r>
      <w:proofErr w:type="gramStart"/>
      <w:r>
        <w:rPr>
          <w:rFonts w:ascii="Garamond" w:hAnsi="Garamond"/>
          <w:sz w:val="24"/>
        </w:rPr>
        <w:t>beginner-friendly</w:t>
      </w:r>
      <w:proofErr w:type="gramEnd"/>
      <w:r>
        <w:rPr>
          <w:rFonts w:ascii="Garamond" w:hAnsi="Garamond"/>
          <w:sz w:val="24"/>
        </w:rPr>
        <w:t>.</w:t>
      </w:r>
      <w:r>
        <w:rPr>
          <w:rFonts w:ascii="Garamond" w:hAnsi="Garamond"/>
          <w:sz w:val="24"/>
        </w:rPr>
        <w:br/>
        <w:t>Whether you’re brand new to AI or already experimenting, you’ll find workflows here that you can deliver confidently today.</w:t>
      </w:r>
    </w:p>
    <w:p w14:paraId="61B23032" w14:textId="77777777" w:rsidR="001A5159" w:rsidRDefault="00000000">
      <w:r>
        <w:rPr>
          <w:rFonts w:ascii="Garamond" w:hAnsi="Garamond"/>
          <w:sz w:val="24"/>
        </w:rPr>
        <w:t>Your job from this point forward is simple:</w:t>
      </w:r>
    </w:p>
    <w:p w14:paraId="0BEFD857" w14:textId="77777777" w:rsidR="001A5159" w:rsidRDefault="00000000">
      <w:r>
        <w:rPr>
          <w:rFonts w:ascii="Garamond" w:hAnsi="Garamond"/>
          <w:sz w:val="24"/>
        </w:rPr>
        <w:t>👉 Pick one blueprint.</w:t>
      </w:r>
      <w:r>
        <w:rPr>
          <w:rFonts w:ascii="Garamond" w:hAnsi="Garamond"/>
          <w:sz w:val="24"/>
        </w:rPr>
        <w:br/>
        <w:t>Commit for 30 days.</w:t>
      </w:r>
      <w:r>
        <w:rPr>
          <w:rFonts w:ascii="Garamond" w:hAnsi="Garamond"/>
          <w:sz w:val="24"/>
        </w:rPr>
        <w:br/>
        <w:t>Get results.</w:t>
      </w:r>
      <w:r>
        <w:rPr>
          <w:rFonts w:ascii="Garamond" w:hAnsi="Garamond"/>
          <w:sz w:val="24"/>
        </w:rPr>
        <w:br/>
        <w:t>Then expand if you want.</w:t>
      </w:r>
    </w:p>
    <w:p w14:paraId="0B4B43D8" w14:textId="77777777" w:rsidR="001A5159" w:rsidRDefault="001A5159"/>
    <w:p w14:paraId="61767ED2" w14:textId="77777777" w:rsidR="001A5159" w:rsidRDefault="00000000">
      <w:r>
        <w:rPr>
          <w:rFonts w:ascii="Garamond" w:hAnsi="Garamond"/>
          <w:sz w:val="24"/>
        </w:rPr>
        <w:t>Why These Blueprints Work So Well</w:t>
      </w:r>
    </w:p>
    <w:p w14:paraId="19EC37D3" w14:textId="77777777" w:rsidR="001A5159" w:rsidRDefault="00000000">
      <w:r>
        <w:rPr>
          <w:rFonts w:ascii="Garamond" w:hAnsi="Garamond"/>
          <w:sz w:val="24"/>
        </w:rPr>
        <w:lastRenderedPageBreak/>
        <w:t>Every blueprint in this part of the book is built on the same foundation:</w:t>
      </w:r>
    </w:p>
    <w:p w14:paraId="162664F5" w14:textId="77777777" w:rsidR="001A5159" w:rsidRDefault="00000000">
      <w:r>
        <w:rPr>
          <w:rFonts w:ascii="Garamond" w:hAnsi="Garamond"/>
          <w:sz w:val="24"/>
        </w:rPr>
        <w:t>1. Tools (the engine)</w:t>
      </w:r>
    </w:p>
    <w:p w14:paraId="59FBD389" w14:textId="77777777" w:rsidR="001A5159" w:rsidRDefault="00000000">
      <w:r>
        <w:rPr>
          <w:rFonts w:ascii="Garamond" w:hAnsi="Garamond"/>
          <w:sz w:val="24"/>
        </w:rPr>
        <w:t>Simple, powerful AI apps that multiply your output and speed.</w:t>
      </w:r>
    </w:p>
    <w:p w14:paraId="2CEF0204" w14:textId="77777777" w:rsidR="001A5159" w:rsidRDefault="00000000">
      <w:r>
        <w:rPr>
          <w:rFonts w:ascii="Garamond" w:hAnsi="Garamond"/>
          <w:sz w:val="24"/>
        </w:rPr>
        <w:t>2. Workflows (the system)</w:t>
      </w:r>
    </w:p>
    <w:p w14:paraId="682D25B9" w14:textId="77777777" w:rsidR="001A5159" w:rsidRDefault="00000000">
      <w:r>
        <w:rPr>
          <w:rFonts w:ascii="Garamond" w:hAnsi="Garamond"/>
          <w:sz w:val="24"/>
        </w:rPr>
        <w:t>Step-by-step instructions that remove confusion and guarantee a predictable result.</w:t>
      </w:r>
    </w:p>
    <w:p w14:paraId="270D14FB" w14:textId="77777777" w:rsidR="001A5159" w:rsidRDefault="00000000">
      <w:r>
        <w:rPr>
          <w:rFonts w:ascii="Garamond" w:hAnsi="Garamond"/>
          <w:sz w:val="24"/>
        </w:rPr>
        <w:t>3. Proof (the credibility)</w:t>
      </w:r>
    </w:p>
    <w:p w14:paraId="3BEAB4CE" w14:textId="77777777" w:rsidR="001A5159" w:rsidRDefault="00000000">
      <w:r>
        <w:rPr>
          <w:rFonts w:ascii="Garamond" w:hAnsi="Garamond"/>
          <w:sz w:val="24"/>
        </w:rPr>
        <w:t>Three polished samples you can create fast — even as a beginner — that show clients exactly what you can do.</w:t>
      </w:r>
    </w:p>
    <w:p w14:paraId="36271196" w14:textId="77777777" w:rsidR="001A5159" w:rsidRDefault="00000000">
      <w:r>
        <w:rPr>
          <w:rFonts w:ascii="Garamond" w:hAnsi="Garamond"/>
          <w:sz w:val="24"/>
        </w:rPr>
        <w:t>When these elements come together, income becomes:</w:t>
      </w:r>
    </w:p>
    <w:p w14:paraId="13DA7DAA" w14:textId="77777777" w:rsidR="001A5159" w:rsidRDefault="00000000">
      <w:r>
        <w:rPr>
          <w:rFonts w:ascii="Garamond" w:hAnsi="Garamond"/>
          <w:sz w:val="24"/>
        </w:rPr>
        <w:t>faster</w:t>
      </w:r>
    </w:p>
    <w:p w14:paraId="401391E3" w14:textId="77777777" w:rsidR="001A5159" w:rsidRDefault="00000000">
      <w:r>
        <w:rPr>
          <w:rFonts w:ascii="Garamond" w:hAnsi="Garamond"/>
          <w:sz w:val="24"/>
        </w:rPr>
        <w:t>simpler</w:t>
      </w:r>
    </w:p>
    <w:p w14:paraId="49D094F8" w14:textId="77777777" w:rsidR="001A5159" w:rsidRDefault="00000000">
      <w:r>
        <w:rPr>
          <w:rFonts w:ascii="Garamond" w:hAnsi="Garamond"/>
          <w:sz w:val="24"/>
        </w:rPr>
        <w:t xml:space="preserve">more </w:t>
      </w:r>
      <w:proofErr w:type="gramStart"/>
      <w:r>
        <w:rPr>
          <w:rFonts w:ascii="Garamond" w:hAnsi="Garamond"/>
          <w:sz w:val="24"/>
        </w:rPr>
        <w:t>reliable</w:t>
      </w:r>
      <w:proofErr w:type="gramEnd"/>
    </w:p>
    <w:p w14:paraId="61EFD053" w14:textId="77777777" w:rsidR="001A5159" w:rsidRDefault="00000000">
      <w:r>
        <w:rPr>
          <w:rFonts w:ascii="Garamond" w:hAnsi="Garamond"/>
          <w:sz w:val="24"/>
        </w:rPr>
        <w:t>more consistent</w:t>
      </w:r>
    </w:p>
    <w:p w14:paraId="4817DF03" w14:textId="77777777" w:rsidR="001A5159" w:rsidRDefault="00000000">
      <w:r>
        <w:rPr>
          <w:rFonts w:ascii="Garamond" w:hAnsi="Garamond"/>
          <w:sz w:val="24"/>
        </w:rPr>
        <w:t xml:space="preserve">easier to </w:t>
      </w:r>
      <w:proofErr w:type="gramStart"/>
      <w:r>
        <w:rPr>
          <w:rFonts w:ascii="Garamond" w:hAnsi="Garamond"/>
          <w:sz w:val="24"/>
        </w:rPr>
        <w:t>scale</w:t>
      </w:r>
      <w:proofErr w:type="gramEnd"/>
    </w:p>
    <w:p w14:paraId="56D34E48" w14:textId="77777777" w:rsidR="001A5159" w:rsidRDefault="00000000">
      <w:r>
        <w:rPr>
          <w:rFonts w:ascii="Garamond" w:hAnsi="Garamond"/>
          <w:sz w:val="24"/>
        </w:rPr>
        <w:t>This is how beginners earn $100…</w:t>
      </w:r>
      <w:r>
        <w:rPr>
          <w:rFonts w:ascii="Garamond" w:hAnsi="Garamond"/>
          <w:sz w:val="24"/>
        </w:rPr>
        <w:br/>
        <w:t>then $500…</w:t>
      </w:r>
      <w:r>
        <w:rPr>
          <w:rFonts w:ascii="Garamond" w:hAnsi="Garamond"/>
          <w:sz w:val="24"/>
        </w:rPr>
        <w:br/>
        <w:t>then $2,000…</w:t>
      </w:r>
      <w:r>
        <w:rPr>
          <w:rFonts w:ascii="Garamond" w:hAnsi="Garamond"/>
          <w:sz w:val="24"/>
        </w:rPr>
        <w:br/>
        <w:t>then $5,000+…</w:t>
      </w:r>
    </w:p>
    <w:p w14:paraId="036EF1FB" w14:textId="77777777" w:rsidR="001A5159" w:rsidRDefault="00000000">
      <w:r>
        <w:rPr>
          <w:rFonts w:ascii="Garamond" w:hAnsi="Garamond"/>
          <w:sz w:val="24"/>
        </w:rPr>
        <w:t>without complex businesses or advanced skills.</w:t>
      </w:r>
    </w:p>
    <w:p w14:paraId="5245EB25" w14:textId="77777777" w:rsidR="001A5159" w:rsidRDefault="001A5159"/>
    <w:p w14:paraId="5F5AD6C9" w14:textId="77777777" w:rsidR="001A5159" w:rsidRDefault="00000000">
      <w:r>
        <w:rPr>
          <w:rFonts w:ascii="Garamond" w:hAnsi="Garamond"/>
          <w:sz w:val="24"/>
        </w:rPr>
        <w:t>How to Use This Section</w:t>
      </w:r>
    </w:p>
    <w:p w14:paraId="3AEECFE3" w14:textId="77777777" w:rsidR="001A5159" w:rsidRDefault="00000000">
      <w:r>
        <w:rPr>
          <w:rFonts w:ascii="Garamond" w:hAnsi="Garamond"/>
          <w:sz w:val="24"/>
        </w:rPr>
        <w:t>Each blueprint includes:</w:t>
      </w:r>
    </w:p>
    <w:p w14:paraId="76A9FC65" w14:textId="77777777" w:rsidR="001A5159" w:rsidRDefault="00000000">
      <w:r>
        <w:rPr>
          <w:rFonts w:ascii="Garamond" w:hAnsi="Garamond"/>
          <w:sz w:val="24"/>
        </w:rPr>
        <w:t xml:space="preserve">Why it </w:t>
      </w:r>
      <w:proofErr w:type="gramStart"/>
      <w:r>
        <w:rPr>
          <w:rFonts w:ascii="Garamond" w:hAnsi="Garamond"/>
          <w:sz w:val="24"/>
        </w:rPr>
        <w:t>works</w:t>
      </w:r>
      <w:proofErr w:type="gramEnd"/>
    </w:p>
    <w:p w14:paraId="7244B316" w14:textId="77777777" w:rsidR="001A5159" w:rsidRDefault="00000000">
      <w:r>
        <w:rPr>
          <w:rFonts w:ascii="Garamond" w:hAnsi="Garamond"/>
          <w:sz w:val="24"/>
        </w:rPr>
        <w:t>What you’ll deliver</w:t>
      </w:r>
    </w:p>
    <w:p w14:paraId="509751B2" w14:textId="77777777" w:rsidR="001A5159" w:rsidRDefault="00000000">
      <w:r>
        <w:rPr>
          <w:rFonts w:ascii="Garamond" w:hAnsi="Garamond"/>
          <w:sz w:val="24"/>
        </w:rPr>
        <w:t xml:space="preserve">Tools you’ll </w:t>
      </w:r>
      <w:proofErr w:type="gramStart"/>
      <w:r>
        <w:rPr>
          <w:rFonts w:ascii="Garamond" w:hAnsi="Garamond"/>
          <w:sz w:val="24"/>
        </w:rPr>
        <w:t>need</w:t>
      </w:r>
      <w:proofErr w:type="gramEnd"/>
    </w:p>
    <w:p w14:paraId="5825F97F" w14:textId="77777777" w:rsidR="001A5159" w:rsidRDefault="00000000">
      <w:r>
        <w:rPr>
          <w:rFonts w:ascii="Garamond" w:hAnsi="Garamond"/>
          <w:sz w:val="24"/>
        </w:rPr>
        <w:t>The full AI-powered workflow</w:t>
      </w:r>
    </w:p>
    <w:p w14:paraId="43E16330" w14:textId="77777777" w:rsidR="001A5159" w:rsidRDefault="00000000">
      <w:r>
        <w:rPr>
          <w:rFonts w:ascii="Garamond" w:hAnsi="Garamond"/>
          <w:sz w:val="24"/>
        </w:rPr>
        <w:t xml:space="preserve">Proof you need to </w:t>
      </w:r>
      <w:proofErr w:type="gramStart"/>
      <w:r>
        <w:rPr>
          <w:rFonts w:ascii="Garamond" w:hAnsi="Garamond"/>
          <w:sz w:val="24"/>
        </w:rPr>
        <w:t>create</w:t>
      </w:r>
      <w:proofErr w:type="gramEnd"/>
    </w:p>
    <w:p w14:paraId="38A7116A" w14:textId="77777777" w:rsidR="001A5159" w:rsidRDefault="00000000">
      <w:r>
        <w:rPr>
          <w:rFonts w:ascii="Garamond" w:hAnsi="Garamond"/>
          <w:sz w:val="24"/>
        </w:rPr>
        <w:lastRenderedPageBreak/>
        <w:t>Pricing guidelines</w:t>
      </w:r>
    </w:p>
    <w:p w14:paraId="7C53D556" w14:textId="77777777" w:rsidR="001A5159" w:rsidRDefault="00000000">
      <w:r>
        <w:rPr>
          <w:rFonts w:ascii="Garamond" w:hAnsi="Garamond"/>
          <w:sz w:val="24"/>
        </w:rPr>
        <w:t>Client messaging</w:t>
      </w:r>
    </w:p>
    <w:p w14:paraId="372C4F89" w14:textId="77777777" w:rsidR="001A5159" w:rsidRDefault="00000000">
      <w:r>
        <w:rPr>
          <w:rFonts w:ascii="Garamond" w:hAnsi="Garamond"/>
          <w:sz w:val="24"/>
        </w:rPr>
        <w:t>Scaling strategies</w:t>
      </w:r>
    </w:p>
    <w:p w14:paraId="39F40805" w14:textId="77777777" w:rsidR="001A5159" w:rsidRDefault="00000000">
      <w:r>
        <w:rPr>
          <w:rFonts w:ascii="Garamond" w:hAnsi="Garamond"/>
          <w:sz w:val="24"/>
        </w:rPr>
        <w:t>Pro add-ons (for higher income)</w:t>
      </w:r>
    </w:p>
    <w:p w14:paraId="61E48C12" w14:textId="77777777" w:rsidR="001A5159" w:rsidRDefault="00000000">
      <w:r>
        <w:rPr>
          <w:rFonts w:ascii="Garamond" w:hAnsi="Garamond"/>
          <w:sz w:val="24"/>
        </w:rPr>
        <w:t>You don’t need to memorize them.</w:t>
      </w:r>
      <w:r>
        <w:rPr>
          <w:rFonts w:ascii="Garamond" w:hAnsi="Garamond"/>
          <w:sz w:val="24"/>
        </w:rPr>
        <w:br/>
        <w:t>You don’t need to study them intensely.</w:t>
      </w:r>
    </w:p>
    <w:p w14:paraId="17DE69BB" w14:textId="77777777" w:rsidR="001A5159" w:rsidRDefault="00000000">
      <w:r>
        <w:rPr>
          <w:rFonts w:ascii="Garamond" w:hAnsi="Garamond"/>
          <w:sz w:val="24"/>
        </w:rPr>
        <w:t>Just go blueprint by blueprint until one makes you think:</w:t>
      </w:r>
    </w:p>
    <w:p w14:paraId="4A8AE095" w14:textId="77777777" w:rsidR="001A5159" w:rsidRDefault="00000000">
      <w:r>
        <w:rPr>
          <w:rFonts w:ascii="Garamond" w:hAnsi="Garamond"/>
          <w:sz w:val="24"/>
        </w:rPr>
        <w:t>“YES. I can do this.”</w:t>
      </w:r>
    </w:p>
    <w:p w14:paraId="4CD69011" w14:textId="77777777" w:rsidR="001A5159" w:rsidRDefault="00000000">
      <w:r>
        <w:rPr>
          <w:rFonts w:ascii="Garamond" w:hAnsi="Garamond"/>
          <w:sz w:val="24"/>
        </w:rPr>
        <w:t>That reaction is all you need.</w:t>
      </w:r>
    </w:p>
    <w:p w14:paraId="5E61B125" w14:textId="77777777" w:rsidR="001A5159" w:rsidRDefault="001A5159"/>
    <w:p w14:paraId="64D5B187" w14:textId="77777777" w:rsidR="001A5159" w:rsidRDefault="00000000">
      <w:r>
        <w:rPr>
          <w:rFonts w:ascii="Garamond" w:hAnsi="Garamond"/>
          <w:sz w:val="24"/>
        </w:rPr>
        <w:t>You Do NOT Need All 36 Blueprints</w:t>
      </w:r>
    </w:p>
    <w:p w14:paraId="7508871E" w14:textId="77777777" w:rsidR="001A5159" w:rsidRDefault="00000000">
      <w:r>
        <w:rPr>
          <w:rFonts w:ascii="Garamond" w:hAnsi="Garamond"/>
          <w:sz w:val="24"/>
        </w:rPr>
        <w:t>Here’s the truth that most people don’t realize:</w:t>
      </w:r>
    </w:p>
    <w:p w14:paraId="63348C7F" w14:textId="77777777" w:rsidR="001A5159" w:rsidRDefault="00000000">
      <w:r>
        <w:rPr>
          <w:rFonts w:ascii="Garamond" w:hAnsi="Garamond"/>
          <w:sz w:val="24"/>
        </w:rPr>
        <w:t>You only need one blueprint to change your income.</w:t>
      </w:r>
      <w:r>
        <w:rPr>
          <w:rFonts w:ascii="Garamond" w:hAnsi="Garamond"/>
          <w:sz w:val="24"/>
        </w:rPr>
        <w:br/>
        <w:t>The rest are optional upgrades.</w:t>
      </w:r>
    </w:p>
    <w:p w14:paraId="71FED50D" w14:textId="77777777" w:rsidR="001A5159" w:rsidRDefault="00000000">
      <w:r>
        <w:rPr>
          <w:rFonts w:ascii="Garamond" w:hAnsi="Garamond"/>
          <w:sz w:val="24"/>
        </w:rPr>
        <w:t>Think of this like a menu:</w:t>
      </w:r>
    </w:p>
    <w:p w14:paraId="584049A9" w14:textId="77777777" w:rsidR="001A5159" w:rsidRDefault="00000000">
      <w:r>
        <w:rPr>
          <w:rFonts w:ascii="Garamond" w:hAnsi="Garamond"/>
          <w:sz w:val="24"/>
        </w:rPr>
        <w:t>One blueprint = immediate income</w:t>
      </w:r>
    </w:p>
    <w:p w14:paraId="3556AEA3" w14:textId="77777777" w:rsidR="001A5159" w:rsidRDefault="00000000">
      <w:r>
        <w:rPr>
          <w:rFonts w:ascii="Garamond" w:hAnsi="Garamond"/>
          <w:sz w:val="24"/>
        </w:rPr>
        <w:t>Two or three = a flexible side business</w:t>
      </w:r>
    </w:p>
    <w:p w14:paraId="59767FAD" w14:textId="77777777" w:rsidR="001A5159" w:rsidRDefault="00000000">
      <w:r>
        <w:rPr>
          <w:rFonts w:ascii="Garamond" w:hAnsi="Garamond"/>
          <w:sz w:val="24"/>
        </w:rPr>
        <w:t>Five or more = a complete AI-powered service brand</w:t>
      </w:r>
    </w:p>
    <w:p w14:paraId="320CEF3C" w14:textId="77777777" w:rsidR="001A5159" w:rsidRDefault="00000000">
      <w:r>
        <w:rPr>
          <w:rFonts w:ascii="Garamond" w:hAnsi="Garamond"/>
          <w:sz w:val="24"/>
        </w:rPr>
        <w:t>Ten or more = a full digital agency</w:t>
      </w:r>
    </w:p>
    <w:p w14:paraId="35428D0A" w14:textId="77777777" w:rsidR="001A5159" w:rsidRDefault="00000000">
      <w:r>
        <w:rPr>
          <w:rFonts w:ascii="Garamond" w:hAnsi="Garamond"/>
          <w:sz w:val="24"/>
        </w:rPr>
        <w:t>You choose your pace.</w:t>
      </w:r>
      <w:r>
        <w:rPr>
          <w:rFonts w:ascii="Garamond" w:hAnsi="Garamond"/>
          <w:sz w:val="24"/>
        </w:rPr>
        <w:br/>
        <w:t>You choose your level.</w:t>
      </w:r>
      <w:r>
        <w:rPr>
          <w:rFonts w:ascii="Garamond" w:hAnsi="Garamond"/>
          <w:sz w:val="24"/>
        </w:rPr>
        <w:br/>
        <w:t>You choose your ambition.</w:t>
      </w:r>
    </w:p>
    <w:p w14:paraId="552993F8" w14:textId="77777777" w:rsidR="001A5159" w:rsidRDefault="00000000">
      <w:r>
        <w:rPr>
          <w:rFonts w:ascii="Garamond" w:hAnsi="Garamond"/>
          <w:sz w:val="24"/>
        </w:rPr>
        <w:t>The opportunity adjusts to YOU — not the other way around.</w:t>
      </w:r>
    </w:p>
    <w:p w14:paraId="371E7B0B" w14:textId="77777777" w:rsidR="001A5159" w:rsidRDefault="001A5159"/>
    <w:p w14:paraId="276328B1" w14:textId="77777777" w:rsidR="001A5159" w:rsidRDefault="00000000">
      <w:r>
        <w:rPr>
          <w:rFonts w:ascii="Garamond" w:hAnsi="Garamond"/>
          <w:sz w:val="24"/>
        </w:rPr>
        <w:t>What Makes These Blueprints Different</w:t>
      </w:r>
    </w:p>
    <w:p w14:paraId="221CE405" w14:textId="77777777" w:rsidR="001A5159" w:rsidRDefault="00000000">
      <w:r>
        <w:rPr>
          <w:rFonts w:ascii="Garamond" w:hAnsi="Garamond"/>
          <w:sz w:val="24"/>
        </w:rPr>
        <w:t>The blueprint section in this book is not:</w:t>
      </w:r>
    </w:p>
    <w:p w14:paraId="496465DD" w14:textId="77777777" w:rsidR="001A5159" w:rsidRDefault="00000000">
      <w:r>
        <w:rPr>
          <w:rFonts w:ascii="Garamond" w:hAnsi="Garamond"/>
          <w:sz w:val="24"/>
        </w:rPr>
        <w:lastRenderedPageBreak/>
        <w:t>🚫 generic content</w:t>
      </w:r>
      <w:r>
        <w:rPr>
          <w:rFonts w:ascii="Garamond" w:hAnsi="Garamond"/>
          <w:sz w:val="24"/>
        </w:rPr>
        <w:br/>
        <w:t>🚫 vague advice</w:t>
      </w:r>
      <w:r>
        <w:rPr>
          <w:rFonts w:ascii="Garamond" w:hAnsi="Garamond"/>
          <w:sz w:val="24"/>
        </w:rPr>
        <w:br/>
        <w:t>🚫 “AI hype”</w:t>
      </w:r>
      <w:r>
        <w:rPr>
          <w:rFonts w:ascii="Garamond" w:hAnsi="Garamond"/>
          <w:sz w:val="24"/>
        </w:rPr>
        <w:br/>
        <w:t>🚫 empty theory</w:t>
      </w:r>
      <w:r>
        <w:rPr>
          <w:rFonts w:ascii="Garamond" w:hAnsi="Garamond"/>
          <w:sz w:val="24"/>
        </w:rPr>
        <w:br/>
        <w:t>🚫 recycled TikTok tips</w:t>
      </w:r>
    </w:p>
    <w:p w14:paraId="2BA4A528" w14:textId="77777777" w:rsidR="001A5159" w:rsidRDefault="00000000">
      <w:r>
        <w:rPr>
          <w:rFonts w:ascii="Garamond" w:hAnsi="Garamond"/>
          <w:sz w:val="24"/>
        </w:rPr>
        <w:t>Each blueprint is handcrafted to be:</w:t>
      </w:r>
    </w:p>
    <w:p w14:paraId="6660A926" w14:textId="77777777" w:rsidR="001A5159" w:rsidRDefault="00000000">
      <w:r>
        <w:rPr>
          <w:rFonts w:ascii="Garamond" w:hAnsi="Garamond"/>
          <w:sz w:val="24"/>
        </w:rPr>
        <w:t>profitable in the real world</w:t>
      </w:r>
    </w:p>
    <w:p w14:paraId="25460ACC" w14:textId="77777777" w:rsidR="001A5159" w:rsidRDefault="00000000">
      <w:r>
        <w:rPr>
          <w:rFonts w:ascii="Garamond" w:hAnsi="Garamond"/>
          <w:sz w:val="24"/>
        </w:rPr>
        <w:t>fast for beginners</w:t>
      </w:r>
    </w:p>
    <w:p w14:paraId="0B18EE7B" w14:textId="77777777" w:rsidR="001A5159" w:rsidRDefault="00000000">
      <w:r>
        <w:rPr>
          <w:rFonts w:ascii="Garamond" w:hAnsi="Garamond"/>
          <w:sz w:val="24"/>
        </w:rPr>
        <w:t>scalable for advanced readers</w:t>
      </w:r>
    </w:p>
    <w:p w14:paraId="5681AB44" w14:textId="77777777" w:rsidR="001A5159" w:rsidRDefault="00000000">
      <w:r>
        <w:rPr>
          <w:rFonts w:ascii="Garamond" w:hAnsi="Garamond"/>
          <w:sz w:val="24"/>
        </w:rPr>
        <w:t>client-ready</w:t>
      </w:r>
    </w:p>
    <w:p w14:paraId="47942D97" w14:textId="77777777" w:rsidR="001A5159" w:rsidRDefault="00000000">
      <w:r>
        <w:rPr>
          <w:rFonts w:ascii="Garamond" w:hAnsi="Garamond"/>
          <w:sz w:val="24"/>
        </w:rPr>
        <w:t>AI-optimized</w:t>
      </w:r>
    </w:p>
    <w:p w14:paraId="1AA5C430" w14:textId="77777777" w:rsidR="001A5159" w:rsidRDefault="00000000">
      <w:r>
        <w:rPr>
          <w:rFonts w:ascii="Garamond" w:hAnsi="Garamond"/>
          <w:sz w:val="24"/>
        </w:rPr>
        <w:t>repeatable and predictable</w:t>
      </w:r>
    </w:p>
    <w:p w14:paraId="6464201B" w14:textId="77777777" w:rsidR="001A5159" w:rsidRDefault="00000000">
      <w:r>
        <w:rPr>
          <w:rFonts w:ascii="Garamond" w:hAnsi="Garamond"/>
          <w:sz w:val="24"/>
        </w:rPr>
        <w:t>Every workflow is something you can start using today — not after months of learning.</w:t>
      </w:r>
    </w:p>
    <w:p w14:paraId="70308E43" w14:textId="77777777" w:rsidR="001A5159" w:rsidRDefault="00000000">
      <w:r>
        <w:rPr>
          <w:rFonts w:ascii="Garamond" w:hAnsi="Garamond"/>
          <w:sz w:val="24"/>
        </w:rPr>
        <w:t>You will recognize yourself in these systems.</w:t>
      </w:r>
      <w:r>
        <w:rPr>
          <w:rFonts w:ascii="Garamond" w:hAnsi="Garamond"/>
          <w:sz w:val="24"/>
        </w:rPr>
        <w:br/>
        <w:t>You will see pathways that match your personality, time, confidence, and background.</w:t>
      </w:r>
      <w:r>
        <w:rPr>
          <w:rFonts w:ascii="Garamond" w:hAnsi="Garamond"/>
          <w:sz w:val="24"/>
        </w:rPr>
        <w:br/>
        <w:t>You will find something you can do right now.</w:t>
      </w:r>
    </w:p>
    <w:p w14:paraId="11CE941B" w14:textId="77777777" w:rsidR="001A5159" w:rsidRDefault="001A5159"/>
    <w:p w14:paraId="3D149BB6" w14:textId="77777777" w:rsidR="001A5159" w:rsidRDefault="00000000">
      <w:r>
        <w:rPr>
          <w:rFonts w:ascii="Garamond" w:hAnsi="Garamond"/>
          <w:sz w:val="24"/>
        </w:rPr>
        <w:t>The Blueprint Advantage</w:t>
      </w:r>
    </w:p>
    <w:p w14:paraId="5AA66F08" w14:textId="77777777" w:rsidR="001A5159" w:rsidRDefault="00000000">
      <w:r>
        <w:rPr>
          <w:rFonts w:ascii="Garamond" w:hAnsi="Garamond"/>
          <w:sz w:val="24"/>
        </w:rPr>
        <w:t>Most people try to “learn AI” with no strategy.</w:t>
      </w:r>
      <w:r>
        <w:rPr>
          <w:rFonts w:ascii="Garamond" w:hAnsi="Garamond"/>
          <w:sz w:val="24"/>
        </w:rPr>
        <w:br/>
        <w:t>They jump from tool to tool, video to video, prompt to prompt.</w:t>
      </w:r>
    </w:p>
    <w:p w14:paraId="3DFE5E8C" w14:textId="77777777" w:rsidR="001A5159" w:rsidRDefault="00000000">
      <w:r>
        <w:rPr>
          <w:rFonts w:ascii="Garamond" w:hAnsi="Garamond"/>
          <w:sz w:val="24"/>
        </w:rPr>
        <w:t>No roadmap.</w:t>
      </w:r>
      <w:r>
        <w:rPr>
          <w:rFonts w:ascii="Garamond" w:hAnsi="Garamond"/>
          <w:sz w:val="24"/>
        </w:rPr>
        <w:br/>
        <w:t>No direction.</w:t>
      </w:r>
      <w:r>
        <w:rPr>
          <w:rFonts w:ascii="Garamond" w:hAnsi="Garamond"/>
          <w:sz w:val="24"/>
        </w:rPr>
        <w:br/>
        <w:t>No outcome.</w:t>
      </w:r>
    </w:p>
    <w:p w14:paraId="627DF620" w14:textId="77777777" w:rsidR="001A5159" w:rsidRDefault="00000000">
      <w:r>
        <w:rPr>
          <w:rFonts w:ascii="Garamond" w:hAnsi="Garamond"/>
          <w:sz w:val="24"/>
        </w:rPr>
        <w:t>This book reverses that mistake.</w:t>
      </w:r>
    </w:p>
    <w:p w14:paraId="15581E97" w14:textId="77777777" w:rsidR="001A5159" w:rsidRDefault="00000000">
      <w:r>
        <w:rPr>
          <w:rFonts w:ascii="Garamond" w:hAnsi="Garamond"/>
          <w:sz w:val="24"/>
        </w:rPr>
        <w:t>Blueprints give you:</w:t>
      </w:r>
    </w:p>
    <w:p w14:paraId="709A4F15" w14:textId="77777777" w:rsidR="001A5159" w:rsidRDefault="00000000">
      <w:r>
        <w:rPr>
          <w:rFonts w:ascii="Garamond" w:hAnsi="Garamond"/>
          <w:sz w:val="24"/>
        </w:rPr>
        <w:t>structure</w:t>
      </w:r>
    </w:p>
    <w:p w14:paraId="6AD8DCBA" w14:textId="77777777" w:rsidR="001A5159" w:rsidRDefault="00000000">
      <w:r>
        <w:rPr>
          <w:rFonts w:ascii="Garamond" w:hAnsi="Garamond"/>
          <w:sz w:val="24"/>
        </w:rPr>
        <w:t>clarity</w:t>
      </w:r>
    </w:p>
    <w:p w14:paraId="1C98AE67" w14:textId="77777777" w:rsidR="001A5159" w:rsidRDefault="00000000">
      <w:r>
        <w:rPr>
          <w:rFonts w:ascii="Garamond" w:hAnsi="Garamond"/>
          <w:sz w:val="24"/>
        </w:rPr>
        <w:t>speed</w:t>
      </w:r>
    </w:p>
    <w:p w14:paraId="28676F60" w14:textId="77777777" w:rsidR="001A5159" w:rsidRDefault="00000000">
      <w:r>
        <w:rPr>
          <w:rFonts w:ascii="Garamond" w:hAnsi="Garamond"/>
          <w:sz w:val="24"/>
        </w:rPr>
        <w:lastRenderedPageBreak/>
        <w:t>confidence</w:t>
      </w:r>
    </w:p>
    <w:p w14:paraId="23287411" w14:textId="77777777" w:rsidR="001A5159" w:rsidRDefault="00000000">
      <w:r>
        <w:rPr>
          <w:rFonts w:ascii="Garamond" w:hAnsi="Garamond"/>
          <w:sz w:val="24"/>
        </w:rPr>
        <w:t>results</w:t>
      </w:r>
    </w:p>
    <w:p w14:paraId="61F980DF" w14:textId="77777777" w:rsidR="001A5159" w:rsidRDefault="00000000">
      <w:r>
        <w:rPr>
          <w:rFonts w:ascii="Garamond" w:hAnsi="Garamond"/>
          <w:sz w:val="24"/>
        </w:rPr>
        <w:t>This is how beginners start earning faster than people who “study AI” for months.</w:t>
      </w:r>
    </w:p>
    <w:p w14:paraId="3BD1DCE7" w14:textId="77777777" w:rsidR="001A5159" w:rsidRDefault="00000000">
      <w:r>
        <w:rPr>
          <w:rFonts w:ascii="Garamond" w:hAnsi="Garamond"/>
          <w:sz w:val="24"/>
        </w:rPr>
        <w:t>AI doesn’t reward knowledge.</w:t>
      </w:r>
      <w:r>
        <w:rPr>
          <w:rFonts w:ascii="Garamond" w:hAnsi="Garamond"/>
          <w:sz w:val="24"/>
        </w:rPr>
        <w:br/>
        <w:t>AI rewards execution.</w:t>
      </w:r>
    </w:p>
    <w:p w14:paraId="7D14675A" w14:textId="77777777" w:rsidR="001A5159" w:rsidRDefault="00000000">
      <w:r>
        <w:rPr>
          <w:rFonts w:ascii="Garamond" w:hAnsi="Garamond"/>
          <w:sz w:val="24"/>
        </w:rPr>
        <w:t>Blueprints let you execute immediately.</w:t>
      </w:r>
    </w:p>
    <w:p w14:paraId="12CDD4F2" w14:textId="77777777" w:rsidR="001A5159" w:rsidRDefault="001A5159"/>
    <w:p w14:paraId="7D6EF518" w14:textId="77777777" w:rsidR="001A5159" w:rsidRDefault="00000000">
      <w:r>
        <w:rPr>
          <w:rFonts w:ascii="Garamond" w:hAnsi="Garamond"/>
          <w:sz w:val="24"/>
        </w:rPr>
        <w:t>Your Next Step Is Simple</w:t>
      </w:r>
    </w:p>
    <w:p w14:paraId="24BD87DE" w14:textId="77777777" w:rsidR="001A5159" w:rsidRDefault="00000000">
      <w:r>
        <w:rPr>
          <w:rFonts w:ascii="Garamond" w:hAnsi="Garamond"/>
          <w:sz w:val="24"/>
        </w:rPr>
        <w:t>Turn the page.</w:t>
      </w:r>
    </w:p>
    <w:p w14:paraId="161203BA" w14:textId="77777777" w:rsidR="001A5159" w:rsidRDefault="00000000">
      <w:r>
        <w:rPr>
          <w:rFonts w:ascii="Garamond" w:hAnsi="Garamond"/>
          <w:sz w:val="24"/>
        </w:rPr>
        <w:t>You are about to enter the 36 most practical, profitable, beginner-friendly AI income systems available today.</w:t>
      </w:r>
    </w:p>
    <w:p w14:paraId="4C25B343" w14:textId="77777777" w:rsidR="001A5159" w:rsidRDefault="00000000">
      <w:r>
        <w:rPr>
          <w:rFonts w:ascii="Garamond" w:hAnsi="Garamond"/>
          <w:sz w:val="24"/>
        </w:rPr>
        <w:t>You won’t need all of them.</w:t>
      </w:r>
      <w:r>
        <w:rPr>
          <w:rFonts w:ascii="Garamond" w:hAnsi="Garamond"/>
          <w:sz w:val="24"/>
        </w:rPr>
        <w:br/>
        <w:t>You won’t even use most of them.</w:t>
      </w:r>
    </w:p>
    <w:p w14:paraId="5D5AF01F" w14:textId="77777777" w:rsidR="001A5159" w:rsidRDefault="00000000">
      <w:r>
        <w:rPr>
          <w:rFonts w:ascii="Garamond" w:hAnsi="Garamond"/>
          <w:sz w:val="24"/>
        </w:rPr>
        <w:t>You only need one…</w:t>
      </w:r>
      <w:r>
        <w:rPr>
          <w:rFonts w:ascii="Garamond" w:hAnsi="Garamond"/>
          <w:sz w:val="24"/>
        </w:rPr>
        <w:br/>
        <w:t>to change your month,</w:t>
      </w:r>
      <w:r>
        <w:rPr>
          <w:rFonts w:ascii="Garamond" w:hAnsi="Garamond"/>
          <w:sz w:val="24"/>
        </w:rPr>
        <w:br/>
        <w:t>to change your confidence,</w:t>
      </w:r>
      <w:r>
        <w:rPr>
          <w:rFonts w:ascii="Garamond" w:hAnsi="Garamond"/>
          <w:sz w:val="24"/>
        </w:rPr>
        <w:br/>
        <w:t>to change your opportunities,</w:t>
      </w:r>
      <w:r>
        <w:rPr>
          <w:rFonts w:ascii="Garamond" w:hAnsi="Garamond"/>
          <w:sz w:val="24"/>
        </w:rPr>
        <w:br/>
        <w:t>to change your earning power.</w:t>
      </w:r>
    </w:p>
    <w:p w14:paraId="04BACCDA" w14:textId="77777777" w:rsidR="001A5159" w:rsidRDefault="00000000">
      <w:r>
        <w:rPr>
          <w:rFonts w:ascii="Garamond" w:hAnsi="Garamond"/>
          <w:sz w:val="24"/>
        </w:rPr>
        <w:t>Ready?</w:t>
      </w:r>
    </w:p>
    <w:p w14:paraId="0D5176C7" w14:textId="77777777" w:rsidR="001A5159" w:rsidRDefault="00000000">
      <w:r>
        <w:rPr>
          <w:rFonts w:ascii="Garamond" w:hAnsi="Garamond"/>
          <w:sz w:val="24"/>
        </w:rPr>
        <w:t>Let’s build your first AI income engine.</w:t>
      </w:r>
    </w:p>
    <w:p w14:paraId="18A1D929" w14:textId="77777777" w:rsidR="00C138A8" w:rsidRDefault="00C138A8">
      <w:pPr>
        <w:sectPr w:rsidR="00C138A8" w:rsidSect="00034616">
          <w:pgSz w:w="12240" w:h="15840"/>
          <w:pgMar w:top="1440" w:right="1800" w:bottom="1440" w:left="1800" w:header="720" w:footer="720" w:gutter="0"/>
          <w:cols w:space="720"/>
          <w:docGrid w:linePitch="360"/>
        </w:sectPr>
      </w:pPr>
    </w:p>
    <w:p w14:paraId="094670E3" w14:textId="77777777" w:rsidR="001A5159" w:rsidRDefault="001A5159"/>
    <w:p w14:paraId="6E65579B" w14:textId="77777777" w:rsidR="001A5159" w:rsidRPr="00C138A8" w:rsidRDefault="00000000" w:rsidP="00C138A8">
      <w:pPr>
        <w:pStyle w:val="Heading1"/>
        <w:rPr>
          <w:rFonts w:ascii="Garamond" w:hAnsi="Garamond"/>
          <w:color w:val="auto"/>
          <w:sz w:val="40"/>
          <w:szCs w:val="40"/>
        </w:rPr>
      </w:pPr>
      <w:bookmarkStart w:id="8" w:name="_Toc214830304"/>
      <w:r w:rsidRPr="00C138A8">
        <w:rPr>
          <w:rFonts w:ascii="Garamond" w:hAnsi="Garamond"/>
          <w:color w:val="auto"/>
          <w:sz w:val="40"/>
          <w:szCs w:val="40"/>
        </w:rPr>
        <w:t>BLUEPRINT ONE — AI-ASSISTED DIGITAL PRODUCT CREATION SYSTEM</w:t>
      </w:r>
      <w:bookmarkEnd w:id="8"/>
    </w:p>
    <w:p w14:paraId="40DEB66A" w14:textId="3889F56A" w:rsidR="001A5159" w:rsidRPr="00C138A8" w:rsidRDefault="00000000">
      <w:pPr>
        <w:rPr>
          <w:sz w:val="28"/>
          <w:szCs w:val="28"/>
        </w:rPr>
      </w:pPr>
      <w:r w:rsidRPr="00C138A8">
        <w:rPr>
          <w:rFonts w:ascii="Garamond" w:hAnsi="Garamond"/>
          <w:sz w:val="28"/>
          <w:szCs w:val="28"/>
        </w:rPr>
        <w:t xml:space="preserve">(The Blueprint That Turns Simple Ideas </w:t>
      </w:r>
      <w:proofErr w:type="gramStart"/>
      <w:r w:rsidRPr="00C138A8">
        <w:rPr>
          <w:rFonts w:ascii="Garamond" w:hAnsi="Garamond"/>
          <w:sz w:val="28"/>
          <w:szCs w:val="28"/>
        </w:rPr>
        <w:t>Into</w:t>
      </w:r>
      <w:proofErr w:type="gramEnd"/>
      <w:r w:rsidRPr="00C138A8">
        <w:rPr>
          <w:rFonts w:ascii="Garamond" w:hAnsi="Garamond"/>
          <w:sz w:val="28"/>
          <w:szCs w:val="28"/>
        </w:rPr>
        <w:t xml:space="preserve"> Passive, Scalable Digital Income Even If You’re a Complete Beginner)</w:t>
      </w:r>
    </w:p>
    <w:p w14:paraId="3B08E9EF" w14:textId="77777777" w:rsidR="001A5159" w:rsidRDefault="00000000">
      <w:r>
        <w:rPr>
          <w:rFonts w:ascii="Garamond" w:hAnsi="Garamond"/>
          <w:sz w:val="24"/>
        </w:rPr>
        <w:t>Digital products are one of the fastest, easiest, and most profitable ways to earn money online — and AI has made them easier than ever. You don’t need design skills, writing experience, or a big audience. You just need one idea, one template, and one simple workflow.</w:t>
      </w:r>
    </w:p>
    <w:p w14:paraId="60033F1A" w14:textId="77777777" w:rsidR="001A5159" w:rsidRDefault="00000000">
      <w:r>
        <w:rPr>
          <w:rFonts w:ascii="Garamond" w:hAnsi="Garamond"/>
          <w:sz w:val="24"/>
        </w:rPr>
        <w:t>This blueprint shows you how to create digital products that sell on Etsy, Gumroad, Shopify, or your own site — using AI to do 80% of the work for you.</w:t>
      </w:r>
    </w:p>
    <w:p w14:paraId="59BC9C5D" w14:textId="77777777" w:rsidR="00C138A8" w:rsidRDefault="00C138A8">
      <w:pPr>
        <w:rPr>
          <w:rFonts w:ascii="Garamond" w:hAnsi="Garamond"/>
          <w:sz w:val="24"/>
        </w:rPr>
      </w:pPr>
    </w:p>
    <w:p w14:paraId="394B3184" w14:textId="40034D63" w:rsidR="001A5159" w:rsidRDefault="00000000">
      <w:r>
        <w:rPr>
          <w:rFonts w:ascii="Garamond" w:hAnsi="Garamond"/>
          <w:sz w:val="24"/>
        </w:rPr>
        <w:t>Why This Blueprint Works</w:t>
      </w:r>
    </w:p>
    <w:p w14:paraId="14B75D1D" w14:textId="77777777" w:rsidR="001A5159" w:rsidRDefault="00000000">
      <w:r>
        <w:rPr>
          <w:rFonts w:ascii="Garamond" w:hAnsi="Garamond"/>
          <w:sz w:val="24"/>
        </w:rPr>
        <w:t>Before AI, digital products required:</w:t>
      </w:r>
    </w:p>
    <w:p w14:paraId="597BD1F0" w14:textId="77777777" w:rsidR="001A5159" w:rsidRDefault="00000000">
      <w:r>
        <w:rPr>
          <w:rFonts w:ascii="Garamond" w:hAnsi="Garamond"/>
          <w:sz w:val="24"/>
        </w:rPr>
        <w:t>graphic design skills</w:t>
      </w:r>
    </w:p>
    <w:p w14:paraId="7E31CB10" w14:textId="77777777" w:rsidR="001A5159" w:rsidRDefault="00000000">
      <w:r>
        <w:rPr>
          <w:rFonts w:ascii="Garamond" w:hAnsi="Garamond"/>
          <w:sz w:val="24"/>
        </w:rPr>
        <w:t>writing skills</w:t>
      </w:r>
    </w:p>
    <w:p w14:paraId="57480DB6" w14:textId="77777777" w:rsidR="001A5159" w:rsidRDefault="00000000">
      <w:r>
        <w:rPr>
          <w:rFonts w:ascii="Garamond" w:hAnsi="Garamond"/>
          <w:sz w:val="24"/>
        </w:rPr>
        <w:t>research time</w:t>
      </w:r>
    </w:p>
    <w:p w14:paraId="0242E459" w14:textId="77777777" w:rsidR="001A5159" w:rsidRDefault="00000000">
      <w:r>
        <w:rPr>
          <w:rFonts w:ascii="Garamond" w:hAnsi="Garamond"/>
          <w:sz w:val="24"/>
        </w:rPr>
        <w:t>layout skills</w:t>
      </w:r>
    </w:p>
    <w:p w14:paraId="5B3EED04" w14:textId="77777777" w:rsidR="001A5159" w:rsidRDefault="00000000">
      <w:r>
        <w:rPr>
          <w:rFonts w:ascii="Garamond" w:hAnsi="Garamond"/>
          <w:sz w:val="24"/>
        </w:rPr>
        <w:t>copywriting</w:t>
      </w:r>
    </w:p>
    <w:p w14:paraId="1817A59F" w14:textId="77777777" w:rsidR="001A5159" w:rsidRDefault="00000000">
      <w:r>
        <w:rPr>
          <w:rFonts w:ascii="Garamond" w:hAnsi="Garamond"/>
          <w:sz w:val="24"/>
        </w:rPr>
        <w:t>formatting</w:t>
      </w:r>
    </w:p>
    <w:p w14:paraId="5E399635" w14:textId="77777777" w:rsidR="001A5159" w:rsidRDefault="00000000">
      <w:r>
        <w:rPr>
          <w:rFonts w:ascii="Garamond" w:hAnsi="Garamond"/>
          <w:sz w:val="24"/>
        </w:rPr>
        <w:t>branding</w:t>
      </w:r>
    </w:p>
    <w:p w14:paraId="62445A1A" w14:textId="77777777" w:rsidR="001A5159" w:rsidRDefault="00000000">
      <w:r>
        <w:rPr>
          <w:rFonts w:ascii="Garamond" w:hAnsi="Garamond"/>
          <w:sz w:val="24"/>
        </w:rPr>
        <w:t>Now AI makes all of that easy.</w:t>
      </w:r>
    </w:p>
    <w:p w14:paraId="73417208" w14:textId="77777777" w:rsidR="001A5159" w:rsidRDefault="00000000">
      <w:r>
        <w:rPr>
          <w:rFonts w:ascii="Garamond" w:hAnsi="Garamond"/>
          <w:sz w:val="24"/>
        </w:rPr>
        <w:t>With AI you can produce:</w:t>
      </w:r>
    </w:p>
    <w:p w14:paraId="30C08DE6" w14:textId="77777777" w:rsidR="001A5159" w:rsidRDefault="00000000">
      <w:r>
        <w:rPr>
          <w:rFonts w:ascii="Garamond" w:hAnsi="Garamond"/>
          <w:sz w:val="24"/>
        </w:rPr>
        <w:t>planners</w:t>
      </w:r>
    </w:p>
    <w:p w14:paraId="66108718" w14:textId="77777777" w:rsidR="001A5159" w:rsidRDefault="00000000">
      <w:r>
        <w:rPr>
          <w:rFonts w:ascii="Garamond" w:hAnsi="Garamond"/>
          <w:sz w:val="24"/>
        </w:rPr>
        <w:t>checklists</w:t>
      </w:r>
    </w:p>
    <w:p w14:paraId="231B9C0E" w14:textId="77777777" w:rsidR="001A5159" w:rsidRDefault="00000000">
      <w:r>
        <w:rPr>
          <w:rFonts w:ascii="Garamond" w:hAnsi="Garamond"/>
          <w:sz w:val="24"/>
        </w:rPr>
        <w:t>ebooks</w:t>
      </w:r>
    </w:p>
    <w:p w14:paraId="753E93FC" w14:textId="77777777" w:rsidR="001A5159" w:rsidRDefault="00000000">
      <w:r>
        <w:rPr>
          <w:rFonts w:ascii="Garamond" w:hAnsi="Garamond"/>
          <w:sz w:val="24"/>
        </w:rPr>
        <w:t>swipe files</w:t>
      </w:r>
    </w:p>
    <w:p w14:paraId="7CC00EA6" w14:textId="77777777" w:rsidR="001A5159" w:rsidRDefault="00000000">
      <w:r>
        <w:rPr>
          <w:rFonts w:ascii="Garamond" w:hAnsi="Garamond"/>
          <w:sz w:val="24"/>
        </w:rPr>
        <w:lastRenderedPageBreak/>
        <w:t>templates</w:t>
      </w:r>
    </w:p>
    <w:p w14:paraId="6EFEE9EB" w14:textId="77777777" w:rsidR="001A5159" w:rsidRDefault="00000000">
      <w:r>
        <w:rPr>
          <w:rFonts w:ascii="Garamond" w:hAnsi="Garamond"/>
          <w:sz w:val="24"/>
        </w:rPr>
        <w:t>guides</w:t>
      </w:r>
    </w:p>
    <w:p w14:paraId="4460C0B3" w14:textId="77777777" w:rsidR="001A5159" w:rsidRDefault="00000000">
      <w:r>
        <w:rPr>
          <w:rFonts w:ascii="Garamond" w:hAnsi="Garamond"/>
          <w:sz w:val="24"/>
        </w:rPr>
        <w:t>cheat sheets</w:t>
      </w:r>
    </w:p>
    <w:p w14:paraId="4ECD7542" w14:textId="77777777" w:rsidR="001A5159" w:rsidRDefault="00000000">
      <w:r>
        <w:rPr>
          <w:rFonts w:ascii="Garamond" w:hAnsi="Garamond"/>
          <w:sz w:val="24"/>
        </w:rPr>
        <w:t>journals</w:t>
      </w:r>
    </w:p>
    <w:p w14:paraId="3B1843D6" w14:textId="77777777" w:rsidR="001A5159" w:rsidRDefault="00000000">
      <w:r>
        <w:rPr>
          <w:rFonts w:ascii="Garamond" w:hAnsi="Garamond"/>
          <w:sz w:val="24"/>
        </w:rPr>
        <w:t>resource lists</w:t>
      </w:r>
    </w:p>
    <w:p w14:paraId="2CEF40EF" w14:textId="77777777" w:rsidR="001A5159" w:rsidRDefault="00000000">
      <w:proofErr w:type="gramStart"/>
      <w:r>
        <w:rPr>
          <w:rFonts w:ascii="Garamond" w:hAnsi="Garamond"/>
          <w:sz w:val="24"/>
        </w:rPr>
        <w:t>mini-courses</w:t>
      </w:r>
      <w:proofErr w:type="gramEnd"/>
    </w:p>
    <w:p w14:paraId="719AE2A5" w14:textId="77777777" w:rsidR="001A5159" w:rsidRDefault="00000000">
      <w:r>
        <w:rPr>
          <w:rFonts w:ascii="Garamond" w:hAnsi="Garamond"/>
          <w:sz w:val="24"/>
        </w:rPr>
        <w:t>content packs</w:t>
      </w:r>
    </w:p>
    <w:p w14:paraId="5DF5BB44" w14:textId="77777777" w:rsidR="001A5159" w:rsidRDefault="00000000">
      <w:r>
        <w:rPr>
          <w:rFonts w:ascii="Garamond" w:hAnsi="Garamond"/>
          <w:sz w:val="24"/>
        </w:rPr>
        <w:t>And you can do it fast.</w:t>
      </w:r>
    </w:p>
    <w:p w14:paraId="371E0C20" w14:textId="77777777" w:rsidR="001A5159" w:rsidRDefault="00000000">
      <w:r>
        <w:rPr>
          <w:rFonts w:ascii="Garamond" w:hAnsi="Garamond"/>
          <w:sz w:val="24"/>
        </w:rPr>
        <w:t>Digital products are powerful because:</w:t>
      </w:r>
    </w:p>
    <w:p w14:paraId="16C3FB19" w14:textId="77777777" w:rsidR="001A5159" w:rsidRDefault="00000000">
      <w:r>
        <w:rPr>
          <w:rFonts w:ascii="Garamond" w:hAnsi="Garamond"/>
          <w:sz w:val="24"/>
        </w:rPr>
        <w:t>no shipping</w:t>
      </w:r>
    </w:p>
    <w:p w14:paraId="7784AEE4" w14:textId="77777777" w:rsidR="001A5159" w:rsidRDefault="00000000">
      <w:r>
        <w:rPr>
          <w:rFonts w:ascii="Garamond" w:hAnsi="Garamond"/>
          <w:sz w:val="24"/>
        </w:rPr>
        <w:t>no customer service</w:t>
      </w:r>
    </w:p>
    <w:p w14:paraId="3836659A" w14:textId="77777777" w:rsidR="001A5159" w:rsidRDefault="00000000">
      <w:proofErr w:type="gramStart"/>
      <w:r>
        <w:rPr>
          <w:rFonts w:ascii="Garamond" w:hAnsi="Garamond"/>
          <w:sz w:val="24"/>
        </w:rPr>
        <w:t>no</w:t>
      </w:r>
      <w:proofErr w:type="gramEnd"/>
      <w:r>
        <w:rPr>
          <w:rFonts w:ascii="Garamond" w:hAnsi="Garamond"/>
          <w:sz w:val="24"/>
        </w:rPr>
        <w:t xml:space="preserve"> inventory</w:t>
      </w:r>
    </w:p>
    <w:p w14:paraId="19E499B1" w14:textId="77777777" w:rsidR="001A5159" w:rsidRDefault="00000000">
      <w:r>
        <w:rPr>
          <w:rFonts w:ascii="Garamond" w:hAnsi="Garamond"/>
          <w:sz w:val="24"/>
        </w:rPr>
        <w:t>no returns</w:t>
      </w:r>
    </w:p>
    <w:p w14:paraId="71E8DF7C" w14:textId="77777777" w:rsidR="001A5159" w:rsidRDefault="00000000">
      <w:r>
        <w:rPr>
          <w:rFonts w:ascii="Garamond" w:hAnsi="Garamond"/>
          <w:sz w:val="24"/>
        </w:rPr>
        <w:t xml:space="preserve">no client </w:t>
      </w:r>
      <w:proofErr w:type="gramStart"/>
      <w:r>
        <w:rPr>
          <w:rFonts w:ascii="Garamond" w:hAnsi="Garamond"/>
          <w:sz w:val="24"/>
        </w:rPr>
        <w:t>scheduling</w:t>
      </w:r>
      <w:proofErr w:type="gramEnd"/>
    </w:p>
    <w:p w14:paraId="0DD27D21" w14:textId="77777777" w:rsidR="001A5159" w:rsidRDefault="00000000">
      <w:r>
        <w:rPr>
          <w:rFonts w:ascii="Garamond" w:hAnsi="Garamond"/>
          <w:sz w:val="24"/>
        </w:rPr>
        <w:t>unlimited copies</w:t>
      </w:r>
    </w:p>
    <w:p w14:paraId="5F170FD0" w14:textId="77777777" w:rsidR="001A5159" w:rsidRDefault="00000000">
      <w:r>
        <w:rPr>
          <w:rFonts w:ascii="Garamond" w:hAnsi="Garamond"/>
          <w:sz w:val="24"/>
        </w:rPr>
        <w:t>passive income</w:t>
      </w:r>
    </w:p>
    <w:p w14:paraId="12C67A94" w14:textId="77777777" w:rsidR="001A5159" w:rsidRDefault="00000000">
      <w:r>
        <w:rPr>
          <w:rFonts w:ascii="Garamond" w:hAnsi="Garamond"/>
          <w:sz w:val="24"/>
        </w:rPr>
        <w:t>endless niches</w:t>
      </w:r>
    </w:p>
    <w:p w14:paraId="63593556" w14:textId="77777777" w:rsidR="001A5159" w:rsidRDefault="00000000">
      <w:r>
        <w:rPr>
          <w:rFonts w:ascii="Garamond" w:hAnsi="Garamond"/>
          <w:sz w:val="24"/>
        </w:rPr>
        <w:t>Beginner-friendly.</w:t>
      </w:r>
      <w:r>
        <w:rPr>
          <w:rFonts w:ascii="Garamond" w:hAnsi="Garamond"/>
          <w:sz w:val="24"/>
        </w:rPr>
        <w:br/>
        <w:t>Low pressure.</w:t>
      </w:r>
      <w:r>
        <w:rPr>
          <w:rFonts w:ascii="Garamond" w:hAnsi="Garamond"/>
          <w:sz w:val="24"/>
        </w:rPr>
        <w:br/>
        <w:t>High upside.</w:t>
      </w:r>
    </w:p>
    <w:p w14:paraId="70601F92" w14:textId="77777777" w:rsidR="001A5159" w:rsidRDefault="001A5159"/>
    <w:p w14:paraId="32A8237E" w14:textId="77777777" w:rsidR="001A5159" w:rsidRDefault="00000000">
      <w:r>
        <w:rPr>
          <w:rFonts w:ascii="Garamond" w:hAnsi="Garamond"/>
          <w:sz w:val="24"/>
        </w:rPr>
        <w:t>Tools You Need</w:t>
      </w:r>
    </w:p>
    <w:p w14:paraId="7766718F" w14:textId="77777777" w:rsidR="001A5159" w:rsidRDefault="00000000">
      <w:r>
        <w:rPr>
          <w:rFonts w:ascii="Garamond" w:hAnsi="Garamond"/>
          <w:sz w:val="24"/>
        </w:rPr>
        <w:t>ChatGPT / Claude — Content, structure, writing, ideas</w:t>
      </w:r>
      <w:r>
        <w:rPr>
          <w:rFonts w:ascii="Garamond" w:hAnsi="Garamond"/>
          <w:sz w:val="24"/>
        </w:rPr>
        <w:br/>
        <w:t>Canva — Product layout + design</w:t>
      </w:r>
      <w:r>
        <w:rPr>
          <w:rFonts w:ascii="Garamond" w:hAnsi="Garamond"/>
          <w:sz w:val="24"/>
        </w:rPr>
        <w:br/>
        <w:t>Google Docs — Drafting + formatting</w:t>
      </w:r>
      <w:r>
        <w:rPr>
          <w:rFonts w:ascii="Garamond" w:hAnsi="Garamond"/>
          <w:sz w:val="24"/>
        </w:rPr>
        <w:br/>
        <w:t>Etsy or Gumroad — Selling platform</w:t>
      </w:r>
      <w:r>
        <w:rPr>
          <w:rFonts w:ascii="Garamond" w:hAnsi="Garamond"/>
          <w:sz w:val="24"/>
        </w:rPr>
        <w:br/>
        <w:t>(Optional) KDP — For printables</w:t>
      </w:r>
      <w:r>
        <w:rPr>
          <w:rFonts w:ascii="Garamond" w:hAnsi="Garamond"/>
          <w:sz w:val="24"/>
        </w:rPr>
        <w:br/>
        <w:t xml:space="preserve">(Optional) Notion / Trello — Organizing product </w:t>
      </w:r>
      <w:proofErr w:type="gramStart"/>
      <w:r>
        <w:rPr>
          <w:rFonts w:ascii="Garamond" w:hAnsi="Garamond"/>
          <w:sz w:val="24"/>
        </w:rPr>
        <w:t>ideas</w:t>
      </w:r>
      <w:proofErr w:type="gramEnd"/>
    </w:p>
    <w:p w14:paraId="301F8485" w14:textId="77777777" w:rsidR="001A5159" w:rsidRDefault="001A5159"/>
    <w:p w14:paraId="442BA8AD" w14:textId="77777777" w:rsidR="001A5159" w:rsidRDefault="00000000">
      <w:r>
        <w:rPr>
          <w:rFonts w:ascii="Garamond" w:hAnsi="Garamond"/>
          <w:sz w:val="24"/>
        </w:rPr>
        <w:t>What You’ll Offer</w:t>
      </w:r>
    </w:p>
    <w:p w14:paraId="59F2BDD4" w14:textId="77777777" w:rsidR="001A5159" w:rsidRDefault="00000000">
      <w:r>
        <w:rPr>
          <w:rFonts w:ascii="Garamond" w:hAnsi="Garamond"/>
          <w:sz w:val="24"/>
        </w:rPr>
        <w:t>You will create and sell digital assets such as:</w:t>
      </w:r>
    </w:p>
    <w:p w14:paraId="506944B5" w14:textId="77777777" w:rsidR="001A5159" w:rsidRDefault="00000000">
      <w:r>
        <w:rPr>
          <w:rFonts w:ascii="Garamond" w:hAnsi="Garamond"/>
          <w:sz w:val="24"/>
        </w:rPr>
        <w:t>printable planners</w:t>
      </w:r>
    </w:p>
    <w:p w14:paraId="717DB3A9" w14:textId="77777777" w:rsidR="001A5159" w:rsidRDefault="00000000">
      <w:r>
        <w:rPr>
          <w:rFonts w:ascii="Garamond" w:hAnsi="Garamond"/>
          <w:sz w:val="24"/>
        </w:rPr>
        <w:t>social media templates</w:t>
      </w:r>
    </w:p>
    <w:p w14:paraId="7E624769" w14:textId="77777777" w:rsidR="001A5159" w:rsidRDefault="00000000">
      <w:r>
        <w:rPr>
          <w:rFonts w:ascii="Garamond" w:hAnsi="Garamond"/>
          <w:sz w:val="24"/>
        </w:rPr>
        <w:t>business toolkits</w:t>
      </w:r>
    </w:p>
    <w:p w14:paraId="1B5A9270" w14:textId="77777777" w:rsidR="001A5159" w:rsidRDefault="00000000">
      <w:r>
        <w:rPr>
          <w:rFonts w:ascii="Garamond" w:hAnsi="Garamond"/>
          <w:sz w:val="24"/>
        </w:rPr>
        <w:t>habit trackers</w:t>
      </w:r>
    </w:p>
    <w:p w14:paraId="7CB09FEF" w14:textId="77777777" w:rsidR="001A5159" w:rsidRDefault="00000000">
      <w:r>
        <w:rPr>
          <w:rFonts w:ascii="Garamond" w:hAnsi="Garamond"/>
          <w:sz w:val="24"/>
        </w:rPr>
        <w:t>fitness journals</w:t>
      </w:r>
    </w:p>
    <w:p w14:paraId="1EF49E72" w14:textId="77777777" w:rsidR="001A5159" w:rsidRDefault="00000000">
      <w:r>
        <w:rPr>
          <w:rFonts w:ascii="Garamond" w:hAnsi="Garamond"/>
          <w:sz w:val="24"/>
        </w:rPr>
        <w:t>budgeting spreadsheets</w:t>
      </w:r>
    </w:p>
    <w:p w14:paraId="296F3064" w14:textId="77777777" w:rsidR="001A5159" w:rsidRDefault="00000000">
      <w:r>
        <w:rPr>
          <w:rFonts w:ascii="Garamond" w:hAnsi="Garamond"/>
          <w:sz w:val="24"/>
        </w:rPr>
        <w:t>before/after transformation guides</w:t>
      </w:r>
    </w:p>
    <w:p w14:paraId="29A02FEA" w14:textId="77777777" w:rsidR="001A5159" w:rsidRDefault="00000000">
      <w:r>
        <w:rPr>
          <w:rFonts w:ascii="Garamond" w:hAnsi="Garamond"/>
          <w:sz w:val="24"/>
        </w:rPr>
        <w:t>ebook lead magnets</w:t>
      </w:r>
    </w:p>
    <w:p w14:paraId="015AF7B5" w14:textId="77777777" w:rsidR="001A5159" w:rsidRDefault="00000000">
      <w:r>
        <w:rPr>
          <w:rFonts w:ascii="Garamond" w:hAnsi="Garamond"/>
          <w:sz w:val="24"/>
        </w:rPr>
        <w:t>swipe files</w:t>
      </w:r>
    </w:p>
    <w:p w14:paraId="19DD8A1C" w14:textId="77777777" w:rsidR="001A5159" w:rsidRDefault="00000000">
      <w:r>
        <w:rPr>
          <w:rFonts w:ascii="Garamond" w:hAnsi="Garamond"/>
          <w:sz w:val="24"/>
        </w:rPr>
        <w:t>resource vaults</w:t>
      </w:r>
    </w:p>
    <w:p w14:paraId="63082638" w14:textId="77777777" w:rsidR="001A5159" w:rsidRDefault="00000000">
      <w:r>
        <w:rPr>
          <w:rFonts w:ascii="Garamond" w:hAnsi="Garamond"/>
          <w:sz w:val="24"/>
        </w:rPr>
        <w:t>client onboarding kits</w:t>
      </w:r>
    </w:p>
    <w:p w14:paraId="4AAF13B6" w14:textId="77777777" w:rsidR="001A5159" w:rsidRDefault="00000000">
      <w:r>
        <w:rPr>
          <w:rFonts w:ascii="Garamond" w:hAnsi="Garamond"/>
          <w:sz w:val="24"/>
        </w:rPr>
        <w:t>Each one solves a small but specific problem — and people pay for shortcuts.</w:t>
      </w:r>
    </w:p>
    <w:p w14:paraId="39941BB6" w14:textId="77777777" w:rsidR="001A5159" w:rsidRDefault="001A5159"/>
    <w:p w14:paraId="01F7F2DB" w14:textId="77777777" w:rsidR="001A5159" w:rsidRDefault="00000000">
      <w:r>
        <w:rPr>
          <w:rFonts w:ascii="Garamond" w:hAnsi="Garamond"/>
          <w:sz w:val="24"/>
        </w:rPr>
        <w:t>The AI-Powered Workflow (Step-By-Step)</w:t>
      </w:r>
    </w:p>
    <w:p w14:paraId="202C77F4" w14:textId="77777777" w:rsidR="001A5159" w:rsidRDefault="00000000">
      <w:r>
        <w:rPr>
          <w:rFonts w:ascii="Garamond" w:hAnsi="Garamond"/>
          <w:sz w:val="24"/>
        </w:rPr>
        <w:t>STEP 1 — Choose Your Niche</w:t>
      </w:r>
    </w:p>
    <w:p w14:paraId="65028E8D" w14:textId="77777777" w:rsidR="001A5159" w:rsidRDefault="00000000">
      <w:r>
        <w:rPr>
          <w:rFonts w:ascii="Garamond" w:hAnsi="Garamond"/>
          <w:sz w:val="24"/>
        </w:rPr>
        <w:t>Use AI to help decide:</w:t>
      </w:r>
    </w:p>
    <w:p w14:paraId="2E23AFEF" w14:textId="77777777" w:rsidR="001A5159" w:rsidRDefault="00000000">
      <w:r>
        <w:rPr>
          <w:rFonts w:ascii="Garamond" w:hAnsi="Garamond"/>
          <w:sz w:val="24"/>
        </w:rPr>
        <w:t>Prompt:</w:t>
      </w:r>
      <w:r>
        <w:rPr>
          <w:rFonts w:ascii="Garamond" w:hAnsi="Garamond"/>
          <w:sz w:val="24"/>
        </w:rPr>
        <w:br/>
        <w:t>“Give me 20 profitable micro-niches for digital products, and list top-selling product types in each.”</w:t>
      </w:r>
    </w:p>
    <w:p w14:paraId="2A212F34" w14:textId="77777777" w:rsidR="001A5159" w:rsidRDefault="00000000">
      <w:r>
        <w:rPr>
          <w:rFonts w:ascii="Garamond" w:hAnsi="Garamond"/>
          <w:sz w:val="24"/>
        </w:rPr>
        <w:t>Pick one niche with:</w:t>
      </w:r>
    </w:p>
    <w:p w14:paraId="561CAD63" w14:textId="77777777" w:rsidR="001A5159" w:rsidRDefault="00000000">
      <w:r>
        <w:rPr>
          <w:rFonts w:ascii="Garamond" w:hAnsi="Garamond"/>
          <w:sz w:val="24"/>
        </w:rPr>
        <w:t>high demand</w:t>
      </w:r>
    </w:p>
    <w:p w14:paraId="2534A474" w14:textId="77777777" w:rsidR="001A5159" w:rsidRDefault="00000000">
      <w:r>
        <w:rPr>
          <w:rFonts w:ascii="Garamond" w:hAnsi="Garamond"/>
          <w:sz w:val="24"/>
        </w:rPr>
        <w:t>low competition</w:t>
      </w:r>
    </w:p>
    <w:p w14:paraId="6F95C8C9" w14:textId="77777777" w:rsidR="001A5159" w:rsidRDefault="00000000">
      <w:r>
        <w:rPr>
          <w:rFonts w:ascii="Garamond" w:hAnsi="Garamond"/>
          <w:sz w:val="24"/>
        </w:rPr>
        <w:t>simple deliverables</w:t>
      </w:r>
    </w:p>
    <w:p w14:paraId="6044AE45" w14:textId="77777777" w:rsidR="001A5159" w:rsidRDefault="00000000">
      <w:r>
        <w:rPr>
          <w:rFonts w:ascii="Garamond" w:hAnsi="Garamond"/>
          <w:sz w:val="24"/>
        </w:rPr>
        <w:lastRenderedPageBreak/>
        <w:t>Examples:</w:t>
      </w:r>
      <w:r>
        <w:rPr>
          <w:rFonts w:ascii="Garamond" w:hAnsi="Garamond"/>
          <w:sz w:val="24"/>
        </w:rPr>
        <w:br/>
        <w:t>Wedding planning, fitness, productivity, social media, meal prep, real estate, finance, parenting.</w:t>
      </w:r>
    </w:p>
    <w:p w14:paraId="45DE7298" w14:textId="77777777" w:rsidR="001A5159" w:rsidRDefault="001A5159"/>
    <w:p w14:paraId="01DF0FC8" w14:textId="77777777" w:rsidR="001A5159" w:rsidRDefault="00000000">
      <w:r>
        <w:rPr>
          <w:rFonts w:ascii="Garamond" w:hAnsi="Garamond"/>
          <w:sz w:val="24"/>
        </w:rPr>
        <w:t>STEP 2 — Generate the Product Outline</w:t>
      </w:r>
    </w:p>
    <w:p w14:paraId="656D27F9" w14:textId="77777777" w:rsidR="001A5159" w:rsidRDefault="00000000">
      <w:r>
        <w:rPr>
          <w:rFonts w:ascii="Garamond" w:hAnsi="Garamond"/>
          <w:sz w:val="24"/>
        </w:rPr>
        <w:t>Prompt:</w:t>
      </w:r>
      <w:r>
        <w:rPr>
          <w:rFonts w:ascii="Garamond" w:hAnsi="Garamond"/>
          <w:sz w:val="24"/>
        </w:rPr>
        <w:br/>
        <w:t>“Create a complete outline for a digital product titled: . Include sections, worksheets, prompts, checklists, and tools.”</w:t>
      </w:r>
    </w:p>
    <w:p w14:paraId="27A35DC4" w14:textId="77777777" w:rsidR="001A5159" w:rsidRDefault="00000000">
      <w:r>
        <w:rPr>
          <w:rFonts w:ascii="Garamond" w:hAnsi="Garamond"/>
          <w:sz w:val="24"/>
        </w:rPr>
        <w:t>AI gives you the structure instantly.</w:t>
      </w:r>
    </w:p>
    <w:p w14:paraId="4150FEAC" w14:textId="77777777" w:rsidR="001A5159" w:rsidRDefault="001A5159"/>
    <w:p w14:paraId="5B46D77C" w14:textId="77777777" w:rsidR="001A5159" w:rsidRDefault="00000000">
      <w:r>
        <w:rPr>
          <w:rFonts w:ascii="Garamond" w:hAnsi="Garamond"/>
          <w:sz w:val="24"/>
        </w:rPr>
        <w:t>STEP 3 — Produce the Content</w:t>
      </w:r>
    </w:p>
    <w:p w14:paraId="47C5A96E" w14:textId="77777777" w:rsidR="001A5159" w:rsidRDefault="00000000">
      <w:r>
        <w:rPr>
          <w:rFonts w:ascii="Garamond" w:hAnsi="Garamond"/>
          <w:sz w:val="24"/>
        </w:rPr>
        <w:t>Feed each section into AI:</w:t>
      </w:r>
    </w:p>
    <w:p w14:paraId="0501C4B2" w14:textId="77777777" w:rsidR="001A5159" w:rsidRDefault="00000000">
      <w:r>
        <w:rPr>
          <w:rFonts w:ascii="Garamond" w:hAnsi="Garamond"/>
          <w:sz w:val="24"/>
        </w:rPr>
        <w:t>“Expand this into professionally written content with clear steps, simple language, and actionable instructions.”</w:t>
      </w:r>
    </w:p>
    <w:p w14:paraId="2FE38B13" w14:textId="77777777" w:rsidR="001A5159" w:rsidRDefault="00000000">
      <w:r>
        <w:rPr>
          <w:rFonts w:ascii="Garamond" w:hAnsi="Garamond"/>
          <w:sz w:val="24"/>
        </w:rPr>
        <w:t>Use this to fill out:</w:t>
      </w:r>
    </w:p>
    <w:p w14:paraId="475B2A66" w14:textId="77777777" w:rsidR="001A5159" w:rsidRDefault="00000000">
      <w:r>
        <w:rPr>
          <w:rFonts w:ascii="Garamond" w:hAnsi="Garamond"/>
          <w:sz w:val="24"/>
        </w:rPr>
        <w:t>✔ pages</w:t>
      </w:r>
      <w:r>
        <w:rPr>
          <w:rFonts w:ascii="Garamond" w:hAnsi="Garamond"/>
          <w:sz w:val="24"/>
        </w:rPr>
        <w:br/>
        <w:t>✔ prompts</w:t>
      </w:r>
      <w:r>
        <w:rPr>
          <w:rFonts w:ascii="Garamond" w:hAnsi="Garamond"/>
          <w:sz w:val="24"/>
        </w:rPr>
        <w:br/>
        <w:t>✔ worksheets</w:t>
      </w:r>
      <w:r>
        <w:rPr>
          <w:rFonts w:ascii="Garamond" w:hAnsi="Garamond"/>
          <w:sz w:val="24"/>
        </w:rPr>
        <w:br/>
        <w:t>✔ step-by-step guides</w:t>
      </w:r>
      <w:r>
        <w:rPr>
          <w:rFonts w:ascii="Garamond" w:hAnsi="Garamond"/>
          <w:sz w:val="24"/>
        </w:rPr>
        <w:br/>
        <w:t>✔ day/week trackers</w:t>
      </w:r>
      <w:r>
        <w:rPr>
          <w:rFonts w:ascii="Garamond" w:hAnsi="Garamond"/>
          <w:sz w:val="24"/>
        </w:rPr>
        <w:br/>
        <w:t>✔ checklists</w:t>
      </w:r>
      <w:r>
        <w:rPr>
          <w:rFonts w:ascii="Garamond" w:hAnsi="Garamond"/>
          <w:sz w:val="24"/>
        </w:rPr>
        <w:br/>
        <w:t>✔ resource lists</w:t>
      </w:r>
    </w:p>
    <w:p w14:paraId="0F76645F" w14:textId="77777777" w:rsidR="001A5159" w:rsidRDefault="001A5159"/>
    <w:p w14:paraId="4BF557C5" w14:textId="77777777" w:rsidR="001A5159" w:rsidRDefault="00000000">
      <w:r>
        <w:rPr>
          <w:rFonts w:ascii="Garamond" w:hAnsi="Garamond"/>
          <w:sz w:val="24"/>
        </w:rPr>
        <w:t>STEP 4 — Build the Product in Canva</w:t>
      </w:r>
    </w:p>
    <w:p w14:paraId="1E34F071" w14:textId="77777777" w:rsidR="001A5159" w:rsidRDefault="00000000">
      <w:r>
        <w:rPr>
          <w:rFonts w:ascii="Garamond" w:hAnsi="Garamond"/>
          <w:sz w:val="24"/>
        </w:rPr>
        <w:t>Create:</w:t>
      </w:r>
    </w:p>
    <w:p w14:paraId="6FF8EAA7" w14:textId="77777777" w:rsidR="001A5159" w:rsidRDefault="00000000">
      <w:r>
        <w:rPr>
          <w:rFonts w:ascii="Garamond" w:hAnsi="Garamond"/>
          <w:sz w:val="24"/>
        </w:rPr>
        <w:t>clean layout</w:t>
      </w:r>
    </w:p>
    <w:p w14:paraId="3B4EED13" w14:textId="77777777" w:rsidR="001A5159" w:rsidRDefault="00000000">
      <w:r>
        <w:rPr>
          <w:rFonts w:ascii="Garamond" w:hAnsi="Garamond"/>
          <w:sz w:val="24"/>
        </w:rPr>
        <w:t>branded colors</w:t>
      </w:r>
    </w:p>
    <w:p w14:paraId="5DE9B4A9" w14:textId="77777777" w:rsidR="001A5159" w:rsidRDefault="00000000">
      <w:r>
        <w:rPr>
          <w:rFonts w:ascii="Garamond" w:hAnsi="Garamond"/>
          <w:sz w:val="24"/>
        </w:rPr>
        <w:t>icons</w:t>
      </w:r>
    </w:p>
    <w:p w14:paraId="69C4B187" w14:textId="77777777" w:rsidR="001A5159" w:rsidRDefault="00000000">
      <w:r>
        <w:rPr>
          <w:rFonts w:ascii="Garamond" w:hAnsi="Garamond"/>
          <w:sz w:val="24"/>
        </w:rPr>
        <w:t>structure</w:t>
      </w:r>
    </w:p>
    <w:p w14:paraId="39DB64BB" w14:textId="77777777" w:rsidR="001A5159" w:rsidRDefault="00000000">
      <w:r>
        <w:rPr>
          <w:rFonts w:ascii="Garamond" w:hAnsi="Garamond"/>
          <w:sz w:val="24"/>
        </w:rPr>
        <w:lastRenderedPageBreak/>
        <w:t>covers</w:t>
      </w:r>
    </w:p>
    <w:p w14:paraId="0A69F92B" w14:textId="403C0F75" w:rsidR="001A5159" w:rsidRDefault="00127E7A">
      <w:r w:rsidRPr="00C138A8">
        <w:rPr>
          <w:rFonts w:ascii="Garamond" w:hAnsi="Garamond"/>
          <w:bCs/>
          <w:sz w:val="24"/>
          <w:szCs w:val="24"/>
        </w:rPr>
        <w:t>B</w:t>
      </w:r>
      <w:r w:rsidR="00000000" w:rsidRPr="00C138A8">
        <w:rPr>
          <w:rFonts w:ascii="Garamond" w:hAnsi="Garamond"/>
          <w:bCs/>
          <w:sz w:val="24"/>
          <w:szCs w:val="24"/>
        </w:rPr>
        <w:t>onus</w:t>
      </w:r>
      <w:r w:rsidR="00C138A8" w:rsidRPr="00C138A8">
        <w:rPr>
          <w:rFonts w:ascii="Garamond" w:hAnsi="Garamond"/>
          <w:bCs/>
          <w:sz w:val="24"/>
          <w:szCs w:val="24"/>
        </w:rPr>
        <w:t>:</w:t>
      </w:r>
      <w:r w:rsidR="00C138A8">
        <w:rPr>
          <w:rFonts w:ascii="Garamond" w:hAnsi="Garamond"/>
          <w:b/>
          <w:sz w:val="24"/>
          <w:szCs w:val="24"/>
        </w:rPr>
        <w:t xml:space="preserve">  </w:t>
      </w:r>
      <w:r w:rsidR="00000000">
        <w:rPr>
          <w:rFonts w:ascii="Garamond" w:hAnsi="Garamond"/>
          <w:sz w:val="24"/>
        </w:rPr>
        <w:t>Canva makes this easy</w:t>
      </w:r>
      <w:r w:rsidR="00C138A8">
        <w:rPr>
          <w:rFonts w:ascii="Garamond" w:hAnsi="Garamond"/>
          <w:sz w:val="24"/>
        </w:rPr>
        <w:t>,</w:t>
      </w:r>
      <w:r w:rsidR="00000000">
        <w:rPr>
          <w:rFonts w:ascii="Garamond" w:hAnsi="Garamond"/>
          <w:sz w:val="24"/>
        </w:rPr>
        <w:t xml:space="preserve"> even if you’ve never designed anything before.</w:t>
      </w:r>
    </w:p>
    <w:p w14:paraId="1E889CB9" w14:textId="77777777" w:rsidR="001A5159" w:rsidRDefault="001A5159"/>
    <w:p w14:paraId="79F11E39" w14:textId="77777777" w:rsidR="001A5159" w:rsidRDefault="00000000">
      <w:r>
        <w:rPr>
          <w:rFonts w:ascii="Garamond" w:hAnsi="Garamond"/>
          <w:sz w:val="24"/>
        </w:rPr>
        <w:t>STEP 5 — Export + Package</w:t>
      </w:r>
    </w:p>
    <w:p w14:paraId="322179AD" w14:textId="77777777" w:rsidR="001A5159" w:rsidRDefault="00000000">
      <w:proofErr w:type="gramStart"/>
      <w:r>
        <w:rPr>
          <w:rFonts w:ascii="Garamond" w:hAnsi="Garamond"/>
          <w:sz w:val="24"/>
        </w:rPr>
        <w:t>Export</w:t>
      </w:r>
      <w:proofErr w:type="gramEnd"/>
      <w:r>
        <w:rPr>
          <w:rFonts w:ascii="Garamond" w:hAnsi="Garamond"/>
          <w:sz w:val="24"/>
        </w:rPr>
        <w:t xml:space="preserve"> as:</w:t>
      </w:r>
    </w:p>
    <w:p w14:paraId="4945BD2F" w14:textId="77777777" w:rsidR="001A5159" w:rsidRDefault="00000000">
      <w:r>
        <w:rPr>
          <w:rFonts w:ascii="Garamond" w:hAnsi="Garamond"/>
          <w:sz w:val="24"/>
        </w:rPr>
        <w:t>PDF (for printables)</w:t>
      </w:r>
    </w:p>
    <w:p w14:paraId="13779E07" w14:textId="77777777" w:rsidR="001A5159" w:rsidRDefault="00000000">
      <w:r>
        <w:rPr>
          <w:rFonts w:ascii="Garamond" w:hAnsi="Garamond"/>
          <w:sz w:val="24"/>
        </w:rPr>
        <w:t>PNG/JPEG (for template bundles)</w:t>
      </w:r>
    </w:p>
    <w:p w14:paraId="6EF61FDF" w14:textId="77777777" w:rsidR="001A5159" w:rsidRDefault="00000000">
      <w:r>
        <w:rPr>
          <w:rFonts w:ascii="Garamond" w:hAnsi="Garamond"/>
          <w:sz w:val="24"/>
        </w:rPr>
        <w:t>ZIP file (for large packs)</w:t>
      </w:r>
    </w:p>
    <w:p w14:paraId="7331AA17" w14:textId="77777777" w:rsidR="001A5159" w:rsidRDefault="00000000">
      <w:r>
        <w:rPr>
          <w:rFonts w:ascii="Garamond" w:hAnsi="Garamond"/>
          <w:sz w:val="24"/>
        </w:rPr>
        <w:t>Name your files cleanly.</w:t>
      </w:r>
    </w:p>
    <w:p w14:paraId="53572CC4" w14:textId="77777777" w:rsidR="001A5159" w:rsidRDefault="001A5159"/>
    <w:p w14:paraId="525D3125" w14:textId="77777777" w:rsidR="001A5159" w:rsidRDefault="00000000">
      <w:r>
        <w:rPr>
          <w:rFonts w:ascii="Garamond" w:hAnsi="Garamond"/>
          <w:sz w:val="24"/>
        </w:rPr>
        <w:t>STEP 6 — Create Your Listing</w:t>
      </w:r>
    </w:p>
    <w:p w14:paraId="5C333F64" w14:textId="77777777" w:rsidR="001A5159" w:rsidRDefault="00000000">
      <w:r>
        <w:rPr>
          <w:rFonts w:ascii="Garamond" w:hAnsi="Garamond"/>
          <w:sz w:val="24"/>
        </w:rPr>
        <w:t>AI writes all of this:</w:t>
      </w:r>
    </w:p>
    <w:p w14:paraId="3513CF32" w14:textId="77777777" w:rsidR="001A5159" w:rsidRDefault="00000000">
      <w:r>
        <w:rPr>
          <w:rFonts w:ascii="Garamond" w:hAnsi="Garamond"/>
          <w:sz w:val="24"/>
        </w:rPr>
        <w:t>Title:</w:t>
      </w:r>
      <w:r>
        <w:rPr>
          <w:rFonts w:ascii="Garamond" w:hAnsi="Garamond"/>
          <w:sz w:val="24"/>
        </w:rPr>
        <w:br/>
        <w:t>“Write 10 Etsy-optimized product titles for .”</w:t>
      </w:r>
    </w:p>
    <w:p w14:paraId="54009245" w14:textId="77777777" w:rsidR="001A5159" w:rsidRDefault="00000000">
      <w:r>
        <w:rPr>
          <w:rFonts w:ascii="Garamond" w:hAnsi="Garamond"/>
          <w:sz w:val="24"/>
        </w:rPr>
        <w:t>Description:</w:t>
      </w:r>
      <w:r>
        <w:rPr>
          <w:rFonts w:ascii="Garamond" w:hAnsi="Garamond"/>
          <w:sz w:val="24"/>
        </w:rPr>
        <w:br/>
        <w:t>“Write a persuasive product description that focuses on benefits, transformation, and use cases.”</w:t>
      </w:r>
    </w:p>
    <w:p w14:paraId="34F84A7E" w14:textId="77777777" w:rsidR="001A5159" w:rsidRDefault="00000000">
      <w:r>
        <w:rPr>
          <w:rFonts w:ascii="Garamond" w:hAnsi="Garamond"/>
          <w:sz w:val="24"/>
        </w:rPr>
        <w:t>Tags:</w:t>
      </w:r>
      <w:r>
        <w:rPr>
          <w:rFonts w:ascii="Garamond" w:hAnsi="Garamond"/>
          <w:sz w:val="24"/>
        </w:rPr>
        <w:br/>
        <w:t>“Create 13 SEO-optimized Etsy tags with keywords relevant to .”</w:t>
      </w:r>
    </w:p>
    <w:p w14:paraId="344E8D0E" w14:textId="77777777" w:rsidR="001A5159" w:rsidRDefault="00000000">
      <w:r>
        <w:rPr>
          <w:rFonts w:ascii="Garamond" w:hAnsi="Garamond"/>
          <w:sz w:val="24"/>
        </w:rPr>
        <w:t>Upload, set your price, publish.</w:t>
      </w:r>
    </w:p>
    <w:p w14:paraId="44861E4A" w14:textId="77777777" w:rsidR="001A5159" w:rsidRDefault="001A5159"/>
    <w:p w14:paraId="6844CC4E" w14:textId="77777777" w:rsidR="001A5159" w:rsidRDefault="00000000">
      <w:r>
        <w:rPr>
          <w:rFonts w:ascii="Garamond" w:hAnsi="Garamond"/>
          <w:sz w:val="24"/>
        </w:rPr>
        <w:t>How to Create Proof (Beginner Portfolio)</w:t>
      </w:r>
    </w:p>
    <w:p w14:paraId="325EBADB" w14:textId="77777777" w:rsidR="001A5159" w:rsidRDefault="00000000">
      <w:r>
        <w:rPr>
          <w:rFonts w:ascii="Garamond" w:hAnsi="Garamond"/>
          <w:sz w:val="24"/>
        </w:rPr>
        <w:t>Make:</w:t>
      </w:r>
    </w:p>
    <w:p w14:paraId="77333A53" w14:textId="77777777" w:rsidR="001A5159" w:rsidRDefault="00000000">
      <w:r>
        <w:rPr>
          <w:rFonts w:ascii="Garamond" w:hAnsi="Garamond"/>
          <w:sz w:val="24"/>
        </w:rPr>
        <w:t>3 sample pages</w:t>
      </w:r>
    </w:p>
    <w:p w14:paraId="03516908" w14:textId="77777777" w:rsidR="001A5159" w:rsidRDefault="00000000">
      <w:r>
        <w:rPr>
          <w:rFonts w:ascii="Garamond" w:hAnsi="Garamond"/>
          <w:sz w:val="24"/>
        </w:rPr>
        <w:t>2 full product previews</w:t>
      </w:r>
    </w:p>
    <w:p w14:paraId="65371A84" w14:textId="77777777" w:rsidR="001A5159" w:rsidRDefault="00000000">
      <w:r>
        <w:rPr>
          <w:rFonts w:ascii="Garamond" w:hAnsi="Garamond"/>
          <w:sz w:val="24"/>
        </w:rPr>
        <w:t>1 mockup image</w:t>
      </w:r>
    </w:p>
    <w:p w14:paraId="0E012628" w14:textId="77777777" w:rsidR="001A5159" w:rsidRDefault="00000000">
      <w:r>
        <w:rPr>
          <w:rFonts w:ascii="Garamond" w:hAnsi="Garamond"/>
          <w:sz w:val="24"/>
        </w:rPr>
        <w:t>Upload these to your listing AND use them in social posts.</w:t>
      </w:r>
    </w:p>
    <w:p w14:paraId="5D217BBC" w14:textId="77777777" w:rsidR="001A5159" w:rsidRDefault="00000000">
      <w:r>
        <w:rPr>
          <w:rFonts w:ascii="Garamond" w:hAnsi="Garamond"/>
          <w:sz w:val="24"/>
        </w:rPr>
        <w:lastRenderedPageBreak/>
        <w:t>This makes your brand look polished and professional.</w:t>
      </w:r>
    </w:p>
    <w:p w14:paraId="6894C5C5" w14:textId="77777777" w:rsidR="001A5159" w:rsidRDefault="001A5159"/>
    <w:p w14:paraId="2E73F4AE" w14:textId="77777777" w:rsidR="001A5159" w:rsidRDefault="00000000">
      <w:r>
        <w:rPr>
          <w:rFonts w:ascii="Garamond" w:hAnsi="Garamond"/>
          <w:sz w:val="24"/>
        </w:rPr>
        <w:t>Pricing Guide</w:t>
      </w:r>
    </w:p>
    <w:p w14:paraId="317E7015" w14:textId="77777777" w:rsidR="001A5159" w:rsidRDefault="00000000">
      <w:r>
        <w:rPr>
          <w:rFonts w:ascii="Garamond" w:hAnsi="Garamond"/>
          <w:sz w:val="24"/>
        </w:rPr>
        <w:t>Digital products start small but scale fast:</w:t>
      </w:r>
    </w:p>
    <w:p w14:paraId="5A9EAA4C" w14:textId="77777777" w:rsidR="001A5159" w:rsidRDefault="00000000">
      <w:r>
        <w:rPr>
          <w:rFonts w:ascii="Garamond" w:hAnsi="Garamond"/>
          <w:sz w:val="24"/>
        </w:rPr>
        <w:t>$3–$7 — single sheets / mini-tools</w:t>
      </w:r>
    </w:p>
    <w:p w14:paraId="13F80931" w14:textId="77777777" w:rsidR="001A5159" w:rsidRDefault="00000000">
      <w:r>
        <w:rPr>
          <w:rFonts w:ascii="Garamond" w:hAnsi="Garamond"/>
          <w:sz w:val="24"/>
        </w:rPr>
        <w:t>$8–$18 — small template packs</w:t>
      </w:r>
    </w:p>
    <w:p w14:paraId="2D855FA3" w14:textId="77777777" w:rsidR="001A5159" w:rsidRDefault="00000000">
      <w:r>
        <w:rPr>
          <w:rFonts w:ascii="Garamond" w:hAnsi="Garamond"/>
          <w:sz w:val="24"/>
        </w:rPr>
        <w:t>$19–$49 — large bundles</w:t>
      </w:r>
    </w:p>
    <w:p w14:paraId="70B2CAF3" w14:textId="77777777" w:rsidR="001A5159" w:rsidRDefault="00000000">
      <w:r>
        <w:rPr>
          <w:rFonts w:ascii="Garamond" w:hAnsi="Garamond"/>
          <w:sz w:val="24"/>
        </w:rPr>
        <w:t>$50–$150 — premium products or bundles</w:t>
      </w:r>
    </w:p>
    <w:p w14:paraId="1620CB35" w14:textId="77777777" w:rsidR="001A5159" w:rsidRDefault="00000000">
      <w:r>
        <w:rPr>
          <w:rFonts w:ascii="Garamond" w:hAnsi="Garamond"/>
          <w:sz w:val="24"/>
        </w:rPr>
        <w:t>$150–$500 — full systems / business kits</w:t>
      </w:r>
    </w:p>
    <w:p w14:paraId="03207EB5" w14:textId="77777777" w:rsidR="001A5159" w:rsidRDefault="00000000">
      <w:r>
        <w:rPr>
          <w:rFonts w:ascii="Garamond" w:hAnsi="Garamond"/>
          <w:sz w:val="24"/>
        </w:rPr>
        <w:t>Your first goal:</w:t>
      </w:r>
      <w:r>
        <w:rPr>
          <w:rFonts w:ascii="Garamond" w:hAnsi="Garamond"/>
          <w:sz w:val="24"/>
        </w:rPr>
        <w:br/>
        <w:t>Create one $10–$20 seller.</w:t>
      </w:r>
    </w:p>
    <w:p w14:paraId="10A9A00D" w14:textId="77777777" w:rsidR="001A5159" w:rsidRDefault="00000000">
      <w:r>
        <w:rPr>
          <w:rFonts w:ascii="Garamond" w:hAnsi="Garamond"/>
          <w:sz w:val="24"/>
        </w:rPr>
        <w:t>Your second goal:</w:t>
      </w:r>
      <w:r>
        <w:rPr>
          <w:rFonts w:ascii="Garamond" w:hAnsi="Garamond"/>
          <w:sz w:val="24"/>
        </w:rPr>
        <w:br/>
        <w:t>Turn it into a bundle and raise the price.</w:t>
      </w:r>
    </w:p>
    <w:p w14:paraId="566DD257" w14:textId="77777777" w:rsidR="001A5159" w:rsidRDefault="001A5159"/>
    <w:p w14:paraId="4E2B2640" w14:textId="77777777" w:rsidR="001A5159" w:rsidRDefault="00000000">
      <w:r>
        <w:rPr>
          <w:rFonts w:ascii="Garamond" w:hAnsi="Garamond"/>
          <w:sz w:val="24"/>
        </w:rPr>
        <w:t>Income Potential</w:t>
      </w:r>
    </w:p>
    <w:p w14:paraId="68674C80" w14:textId="77777777" w:rsidR="001A5159" w:rsidRDefault="00000000">
      <w:r>
        <w:rPr>
          <w:rFonts w:ascii="Garamond" w:hAnsi="Garamond"/>
          <w:sz w:val="24"/>
        </w:rPr>
        <w:t>Beginners often earn:</w:t>
      </w:r>
    </w:p>
    <w:p w14:paraId="5DEEAFE0" w14:textId="77777777" w:rsidR="001A5159" w:rsidRDefault="00000000">
      <w:r>
        <w:rPr>
          <w:rFonts w:ascii="Garamond" w:hAnsi="Garamond"/>
          <w:sz w:val="24"/>
        </w:rPr>
        <w:t>✔ $50–$200 in the first week</w:t>
      </w:r>
      <w:r>
        <w:rPr>
          <w:rFonts w:ascii="Garamond" w:hAnsi="Garamond"/>
          <w:sz w:val="24"/>
        </w:rPr>
        <w:br/>
        <w:t>✔ $200–$800 by month one</w:t>
      </w:r>
      <w:r>
        <w:rPr>
          <w:rFonts w:ascii="Garamond" w:hAnsi="Garamond"/>
          <w:sz w:val="24"/>
        </w:rPr>
        <w:br/>
        <w:t>✔ $1,000–$5,000/month with multiple listings</w:t>
      </w:r>
    </w:p>
    <w:p w14:paraId="28DE1B5D" w14:textId="77777777" w:rsidR="001A5159" w:rsidRDefault="00000000">
      <w:r>
        <w:rPr>
          <w:rFonts w:ascii="Garamond" w:hAnsi="Garamond"/>
          <w:sz w:val="24"/>
        </w:rPr>
        <w:t>Top sellers build:</w:t>
      </w:r>
    </w:p>
    <w:p w14:paraId="6BCC8358" w14:textId="77777777" w:rsidR="001A5159" w:rsidRDefault="00000000">
      <w:r>
        <w:rPr>
          <w:rFonts w:ascii="Garamond" w:hAnsi="Garamond"/>
          <w:sz w:val="24"/>
        </w:rPr>
        <w:t>🎯 niche stores</w:t>
      </w:r>
      <w:r>
        <w:rPr>
          <w:rFonts w:ascii="Garamond" w:hAnsi="Garamond"/>
          <w:sz w:val="24"/>
        </w:rPr>
        <w:br/>
        <w:t>🎯 bundles</w:t>
      </w:r>
      <w:r>
        <w:rPr>
          <w:rFonts w:ascii="Garamond" w:hAnsi="Garamond"/>
          <w:sz w:val="24"/>
        </w:rPr>
        <w:br/>
        <w:t>🎯 template collections</w:t>
      </w:r>
      <w:r>
        <w:rPr>
          <w:rFonts w:ascii="Garamond" w:hAnsi="Garamond"/>
          <w:sz w:val="24"/>
        </w:rPr>
        <w:br/>
        <w:t>🎯 themed series</w:t>
      </w:r>
      <w:r>
        <w:rPr>
          <w:rFonts w:ascii="Garamond" w:hAnsi="Garamond"/>
          <w:sz w:val="24"/>
        </w:rPr>
        <w:br/>
        <w:t>🎯 evergreen bestseller lists</w:t>
      </w:r>
    </w:p>
    <w:p w14:paraId="1FD7A887" w14:textId="77777777" w:rsidR="001A5159" w:rsidRDefault="00000000">
      <w:r>
        <w:rPr>
          <w:rFonts w:ascii="Garamond" w:hAnsi="Garamond"/>
          <w:sz w:val="24"/>
        </w:rPr>
        <w:t>Digital products scale.</w:t>
      </w:r>
      <w:r>
        <w:rPr>
          <w:rFonts w:ascii="Garamond" w:hAnsi="Garamond"/>
          <w:sz w:val="24"/>
        </w:rPr>
        <w:br/>
        <w:t>Your effort doesn’t increase as sales do.</w:t>
      </w:r>
    </w:p>
    <w:p w14:paraId="2F6909B4" w14:textId="77777777" w:rsidR="001A5159" w:rsidRDefault="001A5159"/>
    <w:p w14:paraId="6BA5FCE1" w14:textId="77777777" w:rsidR="001A5159" w:rsidRDefault="00000000">
      <w:r>
        <w:rPr>
          <w:rFonts w:ascii="Garamond" w:hAnsi="Garamond"/>
          <w:sz w:val="24"/>
        </w:rPr>
        <w:lastRenderedPageBreak/>
        <w:t>Pro Accelerators (High-Value Add-Ons)</w:t>
      </w:r>
    </w:p>
    <w:p w14:paraId="59E3304F" w14:textId="77777777" w:rsidR="001A5159" w:rsidRDefault="00000000">
      <w:r>
        <w:rPr>
          <w:rFonts w:ascii="Garamond" w:hAnsi="Garamond"/>
          <w:sz w:val="24"/>
        </w:rPr>
        <w:t>branded Canva template packs</w:t>
      </w:r>
    </w:p>
    <w:p w14:paraId="7BC1282D" w14:textId="77777777" w:rsidR="001A5159" w:rsidRDefault="00000000">
      <w:r>
        <w:rPr>
          <w:rFonts w:ascii="Garamond" w:hAnsi="Garamond"/>
          <w:sz w:val="24"/>
        </w:rPr>
        <w:t>seasonal editions</w:t>
      </w:r>
    </w:p>
    <w:p w14:paraId="3C2F529D" w14:textId="77777777" w:rsidR="001A5159" w:rsidRDefault="00000000">
      <w:r>
        <w:rPr>
          <w:rFonts w:ascii="Garamond" w:hAnsi="Garamond"/>
          <w:sz w:val="24"/>
        </w:rPr>
        <w:t xml:space="preserve">upsell </w:t>
      </w:r>
      <w:proofErr w:type="gramStart"/>
      <w:r>
        <w:rPr>
          <w:rFonts w:ascii="Garamond" w:hAnsi="Garamond"/>
          <w:sz w:val="24"/>
        </w:rPr>
        <w:t>bundles</w:t>
      </w:r>
      <w:proofErr w:type="gramEnd"/>
    </w:p>
    <w:p w14:paraId="7E812C12" w14:textId="77777777" w:rsidR="001A5159" w:rsidRDefault="00000000">
      <w:r>
        <w:rPr>
          <w:rFonts w:ascii="Garamond" w:hAnsi="Garamond"/>
          <w:sz w:val="24"/>
        </w:rPr>
        <w:t>printable + digital combo kits</w:t>
      </w:r>
    </w:p>
    <w:p w14:paraId="3C84A2FA" w14:textId="77777777" w:rsidR="001A5159" w:rsidRDefault="00000000">
      <w:r>
        <w:rPr>
          <w:rFonts w:ascii="Garamond" w:hAnsi="Garamond"/>
          <w:sz w:val="24"/>
        </w:rPr>
        <w:t>Notion templates</w:t>
      </w:r>
    </w:p>
    <w:p w14:paraId="476D3526" w14:textId="77777777" w:rsidR="001A5159" w:rsidRDefault="00000000">
      <w:r>
        <w:rPr>
          <w:rFonts w:ascii="Garamond" w:hAnsi="Garamond"/>
          <w:sz w:val="24"/>
        </w:rPr>
        <w:t>marketing swipe files</w:t>
      </w:r>
    </w:p>
    <w:p w14:paraId="439CD4F6" w14:textId="77777777" w:rsidR="001A5159" w:rsidRDefault="00000000">
      <w:r>
        <w:rPr>
          <w:rFonts w:ascii="Garamond" w:hAnsi="Garamond"/>
          <w:sz w:val="24"/>
        </w:rPr>
        <w:t>AI-assisted content calendars</w:t>
      </w:r>
    </w:p>
    <w:p w14:paraId="72A2B941" w14:textId="77777777" w:rsidR="001A5159" w:rsidRDefault="00000000">
      <w:r>
        <w:rPr>
          <w:rFonts w:ascii="Garamond" w:hAnsi="Garamond"/>
          <w:sz w:val="24"/>
        </w:rPr>
        <w:t>social media promo kits</w:t>
      </w:r>
    </w:p>
    <w:p w14:paraId="67A9F549" w14:textId="77777777" w:rsidR="001A5159" w:rsidRDefault="00000000">
      <w:r>
        <w:rPr>
          <w:rFonts w:ascii="Garamond" w:hAnsi="Garamond"/>
          <w:sz w:val="24"/>
        </w:rPr>
        <w:t>Each accelerator increases your income potential.</w:t>
      </w:r>
    </w:p>
    <w:p w14:paraId="7E33E954" w14:textId="77777777" w:rsidR="001A5159" w:rsidRDefault="001A5159"/>
    <w:p w14:paraId="288B265D" w14:textId="77777777" w:rsidR="001A5159" w:rsidRDefault="00000000">
      <w:r>
        <w:rPr>
          <w:rFonts w:ascii="Garamond" w:hAnsi="Garamond"/>
          <w:sz w:val="24"/>
        </w:rPr>
        <w:t>Why This Blueprint Is So Beginner-Friendly</w:t>
      </w:r>
    </w:p>
    <w:p w14:paraId="7D4B9885" w14:textId="77777777" w:rsidR="001A5159" w:rsidRDefault="00000000">
      <w:r>
        <w:rPr>
          <w:rFonts w:ascii="Garamond" w:hAnsi="Garamond"/>
          <w:sz w:val="24"/>
        </w:rPr>
        <w:t>Digital products are:</w:t>
      </w:r>
    </w:p>
    <w:p w14:paraId="5827253E" w14:textId="77777777" w:rsidR="001A5159" w:rsidRDefault="00000000">
      <w:r>
        <w:rPr>
          <w:rFonts w:ascii="Garamond" w:hAnsi="Garamond"/>
          <w:sz w:val="24"/>
        </w:rPr>
        <w:t>low pressure</w:t>
      </w:r>
    </w:p>
    <w:p w14:paraId="70CCB056" w14:textId="77777777" w:rsidR="001A5159" w:rsidRDefault="00000000">
      <w:r>
        <w:rPr>
          <w:rFonts w:ascii="Garamond" w:hAnsi="Garamond"/>
          <w:sz w:val="24"/>
        </w:rPr>
        <w:t>low risk</w:t>
      </w:r>
    </w:p>
    <w:p w14:paraId="7795B3E6" w14:textId="77777777" w:rsidR="001A5159" w:rsidRDefault="00000000">
      <w:r>
        <w:rPr>
          <w:rFonts w:ascii="Garamond" w:hAnsi="Garamond"/>
          <w:sz w:val="24"/>
        </w:rPr>
        <w:t>no deadlines</w:t>
      </w:r>
    </w:p>
    <w:p w14:paraId="452364AF" w14:textId="77777777" w:rsidR="001A5159" w:rsidRDefault="00000000">
      <w:r>
        <w:rPr>
          <w:rFonts w:ascii="Garamond" w:hAnsi="Garamond"/>
          <w:sz w:val="24"/>
        </w:rPr>
        <w:t>no clients</w:t>
      </w:r>
    </w:p>
    <w:p w14:paraId="79DA573A" w14:textId="77777777" w:rsidR="001A5159" w:rsidRDefault="00000000">
      <w:proofErr w:type="gramStart"/>
      <w:r>
        <w:rPr>
          <w:rFonts w:ascii="Garamond" w:hAnsi="Garamond"/>
          <w:sz w:val="24"/>
        </w:rPr>
        <w:t>no</w:t>
      </w:r>
      <w:proofErr w:type="gramEnd"/>
      <w:r>
        <w:rPr>
          <w:rFonts w:ascii="Garamond" w:hAnsi="Garamond"/>
          <w:sz w:val="24"/>
        </w:rPr>
        <w:t xml:space="preserve"> customer </w:t>
      </w:r>
      <w:proofErr w:type="gramStart"/>
      <w:r>
        <w:rPr>
          <w:rFonts w:ascii="Garamond" w:hAnsi="Garamond"/>
          <w:sz w:val="24"/>
        </w:rPr>
        <w:t>calls</w:t>
      </w:r>
      <w:proofErr w:type="gramEnd"/>
    </w:p>
    <w:p w14:paraId="48513B1D" w14:textId="77777777" w:rsidR="001A5159" w:rsidRDefault="00000000">
      <w:proofErr w:type="gramStart"/>
      <w:r>
        <w:rPr>
          <w:rFonts w:ascii="Garamond" w:hAnsi="Garamond"/>
          <w:sz w:val="24"/>
        </w:rPr>
        <w:t>no</w:t>
      </w:r>
      <w:proofErr w:type="gramEnd"/>
      <w:r>
        <w:rPr>
          <w:rFonts w:ascii="Garamond" w:hAnsi="Garamond"/>
          <w:sz w:val="24"/>
        </w:rPr>
        <w:t xml:space="preserve"> experience needed</w:t>
      </w:r>
    </w:p>
    <w:p w14:paraId="6F55A8DD" w14:textId="77777777" w:rsidR="001A5159" w:rsidRDefault="00000000">
      <w:r>
        <w:rPr>
          <w:rFonts w:ascii="Garamond" w:hAnsi="Garamond"/>
          <w:sz w:val="24"/>
        </w:rPr>
        <w:t xml:space="preserve">AI </w:t>
      </w:r>
      <w:proofErr w:type="gramStart"/>
      <w:r>
        <w:rPr>
          <w:rFonts w:ascii="Garamond" w:hAnsi="Garamond"/>
          <w:sz w:val="24"/>
        </w:rPr>
        <w:t>handles</w:t>
      </w:r>
      <w:proofErr w:type="gramEnd"/>
      <w:r>
        <w:rPr>
          <w:rFonts w:ascii="Garamond" w:hAnsi="Garamond"/>
          <w:sz w:val="24"/>
        </w:rPr>
        <w:t xml:space="preserve"> </w:t>
      </w:r>
      <w:proofErr w:type="gramStart"/>
      <w:r>
        <w:rPr>
          <w:rFonts w:ascii="Garamond" w:hAnsi="Garamond"/>
          <w:sz w:val="24"/>
        </w:rPr>
        <w:t>the writing</w:t>
      </w:r>
      <w:proofErr w:type="gramEnd"/>
      <w:r>
        <w:rPr>
          <w:rFonts w:ascii="Garamond" w:hAnsi="Garamond"/>
          <w:sz w:val="24"/>
        </w:rPr>
        <w:t>, design, and structure.</w:t>
      </w:r>
    </w:p>
    <w:p w14:paraId="443C249D" w14:textId="77777777" w:rsidR="001A5159" w:rsidRDefault="00000000">
      <w:r>
        <w:rPr>
          <w:rFonts w:ascii="Garamond" w:hAnsi="Garamond"/>
          <w:sz w:val="24"/>
        </w:rPr>
        <w:t xml:space="preserve">You </w:t>
      </w:r>
      <w:proofErr w:type="gramStart"/>
      <w:r>
        <w:rPr>
          <w:rFonts w:ascii="Garamond" w:hAnsi="Garamond"/>
          <w:sz w:val="24"/>
        </w:rPr>
        <w:t>handle</w:t>
      </w:r>
      <w:proofErr w:type="gramEnd"/>
      <w:r>
        <w:rPr>
          <w:rFonts w:ascii="Garamond" w:hAnsi="Garamond"/>
          <w:sz w:val="24"/>
        </w:rPr>
        <w:t xml:space="preserve"> </w:t>
      </w:r>
      <w:proofErr w:type="gramStart"/>
      <w:r>
        <w:rPr>
          <w:rFonts w:ascii="Garamond" w:hAnsi="Garamond"/>
          <w:sz w:val="24"/>
        </w:rPr>
        <w:t>direction</w:t>
      </w:r>
      <w:proofErr w:type="gramEnd"/>
      <w:r>
        <w:rPr>
          <w:rFonts w:ascii="Garamond" w:hAnsi="Garamond"/>
          <w:sz w:val="24"/>
        </w:rPr>
        <w:t>.</w:t>
      </w:r>
    </w:p>
    <w:p w14:paraId="52557E77" w14:textId="77777777" w:rsidR="001A5159" w:rsidRDefault="00000000">
      <w:r>
        <w:rPr>
          <w:rFonts w:ascii="Garamond" w:hAnsi="Garamond"/>
          <w:sz w:val="24"/>
        </w:rPr>
        <w:t>This is one of the fastest paths to income for brand-new beginners.</w:t>
      </w:r>
    </w:p>
    <w:p w14:paraId="34E1767E" w14:textId="77777777" w:rsidR="001A5159" w:rsidRDefault="001A5159"/>
    <w:p w14:paraId="488BA2C1" w14:textId="77777777" w:rsidR="001A5159" w:rsidRPr="00C138A8" w:rsidRDefault="00000000" w:rsidP="00C138A8">
      <w:pPr>
        <w:rPr>
          <w:sz w:val="24"/>
          <w:szCs w:val="24"/>
        </w:rPr>
      </w:pPr>
      <w:r w:rsidRPr="00C138A8">
        <w:rPr>
          <w:rFonts w:ascii="Garamond" w:hAnsi="Garamond"/>
          <w:b/>
          <w:sz w:val="24"/>
          <w:szCs w:val="24"/>
        </w:rPr>
        <w:t>Blueprint One Summary</w:t>
      </w:r>
    </w:p>
    <w:p w14:paraId="2FEF9DEE" w14:textId="77777777" w:rsidR="001A5159" w:rsidRDefault="00000000">
      <w:r>
        <w:rPr>
          <w:rFonts w:ascii="Garamond" w:hAnsi="Garamond"/>
          <w:sz w:val="24"/>
        </w:rPr>
        <w:t>You create something once.</w:t>
      </w:r>
      <w:r>
        <w:rPr>
          <w:rFonts w:ascii="Garamond" w:hAnsi="Garamond"/>
          <w:sz w:val="24"/>
        </w:rPr>
        <w:br/>
        <w:t>You sell it forever.</w:t>
      </w:r>
      <w:r>
        <w:rPr>
          <w:rFonts w:ascii="Garamond" w:hAnsi="Garamond"/>
          <w:sz w:val="24"/>
        </w:rPr>
        <w:br/>
      </w:r>
      <w:r>
        <w:rPr>
          <w:rFonts w:ascii="Garamond" w:hAnsi="Garamond"/>
          <w:sz w:val="24"/>
        </w:rPr>
        <w:lastRenderedPageBreak/>
        <w:t>AI makes it fast.</w:t>
      </w:r>
      <w:r>
        <w:rPr>
          <w:rFonts w:ascii="Garamond" w:hAnsi="Garamond"/>
          <w:sz w:val="24"/>
        </w:rPr>
        <w:br/>
        <w:t>The marketplace makes it scalable.</w:t>
      </w:r>
      <w:r>
        <w:rPr>
          <w:rFonts w:ascii="Garamond" w:hAnsi="Garamond"/>
          <w:sz w:val="24"/>
        </w:rPr>
        <w:br/>
        <w:t>And your imagination becomes a profitable asset.</w:t>
      </w:r>
    </w:p>
    <w:p w14:paraId="168A88CF" w14:textId="77777777" w:rsidR="001A5159" w:rsidRDefault="00000000">
      <w:r>
        <w:rPr>
          <w:rFonts w:ascii="Garamond" w:hAnsi="Garamond"/>
          <w:sz w:val="24"/>
        </w:rPr>
        <w:t>Turn the page.</w:t>
      </w:r>
    </w:p>
    <w:p w14:paraId="5BAF1C67" w14:textId="77777777" w:rsidR="001A5159" w:rsidRDefault="00000000">
      <w:r>
        <w:rPr>
          <w:rFonts w:ascii="Garamond" w:hAnsi="Garamond"/>
          <w:sz w:val="24"/>
        </w:rPr>
        <w:t>You’re ready for Blueprint Two.</w:t>
      </w:r>
    </w:p>
    <w:p w14:paraId="67E185E4" w14:textId="77777777" w:rsidR="001A5159" w:rsidRDefault="00000000">
      <w:r>
        <w:rPr>
          <w:rFonts w:ascii="Garamond" w:hAnsi="Garamond"/>
          <w:sz w:val="24"/>
        </w:rPr>
        <w:t>MICRO CASE STUDY — BLUEPRINT ONE</w:t>
      </w:r>
    </w:p>
    <w:p w14:paraId="51DA59F0" w14:textId="77777777" w:rsidR="001A5159" w:rsidRDefault="00000000">
      <w:r>
        <w:rPr>
          <w:rFonts w:ascii="Garamond" w:hAnsi="Garamond"/>
          <w:sz w:val="24"/>
        </w:rPr>
        <w:t>Case Study: From Zero Experience to First Digital Product Sale in 72 Hours</w:t>
      </w:r>
    </w:p>
    <w:p w14:paraId="40B92B6C" w14:textId="77777777" w:rsidR="001A5159" w:rsidRDefault="00000000">
      <w:r>
        <w:rPr>
          <w:rFonts w:ascii="Garamond" w:hAnsi="Garamond"/>
          <w:sz w:val="24"/>
        </w:rPr>
        <w:t>Jenna was a beginner with zero design background, zero audience, and zero experience selling online. She followed Blueprint 1 exactly:</w:t>
      </w:r>
    </w:p>
    <w:p w14:paraId="1AC3A2E8" w14:textId="77777777" w:rsidR="001A5159" w:rsidRDefault="00000000">
      <w:r>
        <w:rPr>
          <w:rFonts w:ascii="Garamond" w:hAnsi="Garamond"/>
          <w:sz w:val="24"/>
        </w:rPr>
        <w:t>picked a simple niche (fitness habit trackers)</w:t>
      </w:r>
    </w:p>
    <w:p w14:paraId="5E4D5B7F" w14:textId="77777777" w:rsidR="001A5159" w:rsidRDefault="00000000">
      <w:proofErr w:type="gramStart"/>
      <w:r>
        <w:rPr>
          <w:rFonts w:ascii="Garamond" w:hAnsi="Garamond"/>
          <w:sz w:val="24"/>
        </w:rPr>
        <w:t>asked</w:t>
      </w:r>
      <w:proofErr w:type="gramEnd"/>
      <w:r>
        <w:rPr>
          <w:rFonts w:ascii="Garamond" w:hAnsi="Garamond"/>
          <w:sz w:val="24"/>
        </w:rPr>
        <w:t xml:space="preserve"> AI for structure, writing, and layout </w:t>
      </w:r>
      <w:proofErr w:type="gramStart"/>
      <w:r>
        <w:rPr>
          <w:rFonts w:ascii="Garamond" w:hAnsi="Garamond"/>
          <w:sz w:val="24"/>
        </w:rPr>
        <w:t>ideas</w:t>
      </w:r>
      <w:proofErr w:type="gramEnd"/>
    </w:p>
    <w:p w14:paraId="58BC0056" w14:textId="77777777" w:rsidR="001A5159" w:rsidRDefault="00000000">
      <w:r>
        <w:rPr>
          <w:rFonts w:ascii="Garamond" w:hAnsi="Garamond"/>
          <w:sz w:val="24"/>
        </w:rPr>
        <w:t xml:space="preserve">used Canva to design her first 7-page </w:t>
      </w:r>
      <w:proofErr w:type="gramStart"/>
      <w:r>
        <w:rPr>
          <w:rFonts w:ascii="Garamond" w:hAnsi="Garamond"/>
          <w:sz w:val="24"/>
        </w:rPr>
        <w:t>product</w:t>
      </w:r>
      <w:proofErr w:type="gramEnd"/>
    </w:p>
    <w:p w14:paraId="3F65BDFB" w14:textId="77777777" w:rsidR="001A5159" w:rsidRDefault="00000000">
      <w:r>
        <w:rPr>
          <w:rFonts w:ascii="Garamond" w:hAnsi="Garamond"/>
          <w:sz w:val="24"/>
        </w:rPr>
        <w:t xml:space="preserve">uploaded it to Etsy with AI-optimized titles and </w:t>
      </w:r>
      <w:proofErr w:type="gramStart"/>
      <w:r>
        <w:rPr>
          <w:rFonts w:ascii="Garamond" w:hAnsi="Garamond"/>
          <w:sz w:val="24"/>
        </w:rPr>
        <w:t>tags</w:t>
      </w:r>
      <w:proofErr w:type="gramEnd"/>
    </w:p>
    <w:p w14:paraId="3D361EC0" w14:textId="77777777" w:rsidR="001A5159" w:rsidRDefault="00000000">
      <w:r>
        <w:rPr>
          <w:rFonts w:ascii="Garamond" w:hAnsi="Garamond"/>
          <w:sz w:val="24"/>
        </w:rPr>
        <w:t>She didn’t expect much.</w:t>
      </w:r>
      <w:r>
        <w:rPr>
          <w:rFonts w:ascii="Garamond" w:hAnsi="Garamond"/>
          <w:sz w:val="24"/>
        </w:rPr>
        <w:br/>
        <w:t>But within 72 hours, her first sale came in.</w:t>
      </w:r>
    </w:p>
    <w:p w14:paraId="60467A0C" w14:textId="77777777" w:rsidR="001A5159" w:rsidRDefault="00000000">
      <w:r>
        <w:rPr>
          <w:rFonts w:ascii="Garamond" w:hAnsi="Garamond"/>
          <w:sz w:val="24"/>
        </w:rPr>
        <w:t>Then another.</w:t>
      </w:r>
      <w:r>
        <w:rPr>
          <w:rFonts w:ascii="Garamond" w:hAnsi="Garamond"/>
          <w:sz w:val="24"/>
        </w:rPr>
        <w:br/>
        <w:t>Then another.</w:t>
      </w:r>
    </w:p>
    <w:p w14:paraId="0AC51772" w14:textId="77777777" w:rsidR="001A5159" w:rsidRDefault="00000000">
      <w:r>
        <w:rPr>
          <w:rFonts w:ascii="Garamond" w:hAnsi="Garamond"/>
          <w:sz w:val="24"/>
        </w:rPr>
        <w:t>By the end of her first week, she had:</w:t>
      </w:r>
    </w:p>
    <w:p w14:paraId="46213845" w14:textId="77777777" w:rsidR="001A5159" w:rsidRDefault="00000000">
      <w:r>
        <w:rPr>
          <w:rFonts w:ascii="Garamond" w:hAnsi="Garamond"/>
          <w:sz w:val="24"/>
        </w:rPr>
        <w:t>3 small products</w:t>
      </w:r>
    </w:p>
    <w:p w14:paraId="03789054" w14:textId="77777777" w:rsidR="001A5159" w:rsidRDefault="00000000">
      <w:r>
        <w:rPr>
          <w:rFonts w:ascii="Garamond" w:hAnsi="Garamond"/>
          <w:sz w:val="24"/>
        </w:rPr>
        <w:t>1 bundle</w:t>
      </w:r>
    </w:p>
    <w:p w14:paraId="43459126" w14:textId="77777777" w:rsidR="001A5159" w:rsidRDefault="00000000">
      <w:r>
        <w:rPr>
          <w:rFonts w:ascii="Garamond" w:hAnsi="Garamond"/>
          <w:sz w:val="24"/>
        </w:rPr>
        <w:t>her first five-star review</w:t>
      </w:r>
    </w:p>
    <w:p w14:paraId="5EDE4634" w14:textId="77777777" w:rsidR="001A5159" w:rsidRDefault="00000000">
      <w:r>
        <w:rPr>
          <w:rFonts w:ascii="Garamond" w:hAnsi="Garamond"/>
          <w:sz w:val="24"/>
        </w:rPr>
        <w:t>her first return customer</w:t>
      </w:r>
    </w:p>
    <w:p w14:paraId="10382C35" w14:textId="77777777" w:rsidR="001A5159" w:rsidRDefault="00000000">
      <w:r>
        <w:rPr>
          <w:rFonts w:ascii="Garamond" w:hAnsi="Garamond"/>
          <w:sz w:val="24"/>
        </w:rPr>
        <w:t>And most importantly:</w:t>
      </w:r>
    </w:p>
    <w:p w14:paraId="5604B5A2" w14:textId="77777777" w:rsidR="001A5159" w:rsidRDefault="00000000">
      <w:r>
        <w:rPr>
          <w:rFonts w:ascii="Garamond" w:hAnsi="Garamond"/>
          <w:sz w:val="24"/>
        </w:rPr>
        <w:t>the confidence to keep going.</w:t>
      </w:r>
    </w:p>
    <w:p w14:paraId="0DB8F387" w14:textId="77777777" w:rsidR="001A5159" w:rsidRDefault="00000000">
      <w:r>
        <w:rPr>
          <w:rFonts w:ascii="Garamond" w:hAnsi="Garamond"/>
          <w:sz w:val="24"/>
        </w:rPr>
        <w:t>Her first month ended with $287 in sales — not life-changing money, but absolutely momentum-building money.</w:t>
      </w:r>
    </w:p>
    <w:p w14:paraId="0B633632" w14:textId="77777777" w:rsidR="001A5159" w:rsidRDefault="00000000">
      <w:r>
        <w:rPr>
          <w:rFonts w:ascii="Garamond" w:hAnsi="Garamond"/>
          <w:sz w:val="24"/>
        </w:rPr>
        <w:t>By month three, she was earning $1,200/month from a handful of digital products.</w:t>
      </w:r>
    </w:p>
    <w:p w14:paraId="7822DFD2" w14:textId="77777777" w:rsidR="001A5159" w:rsidRDefault="00000000">
      <w:r>
        <w:rPr>
          <w:rFonts w:ascii="Garamond" w:hAnsi="Garamond"/>
          <w:sz w:val="24"/>
        </w:rPr>
        <w:t>Her exact words:</w:t>
      </w:r>
    </w:p>
    <w:p w14:paraId="6CF17C50" w14:textId="77777777" w:rsidR="001A5159" w:rsidRDefault="00000000">
      <w:r>
        <w:rPr>
          <w:rFonts w:ascii="Garamond" w:hAnsi="Garamond"/>
          <w:sz w:val="24"/>
        </w:rPr>
        <w:lastRenderedPageBreak/>
        <w:t>“I didn’t think I was capable of selling anything. AI made it possible for me to create something I was proud of, and it sold. That moment changed everything.”</w:t>
      </w:r>
    </w:p>
    <w:p w14:paraId="073B012D" w14:textId="77777777" w:rsidR="001A5159" w:rsidRPr="00C138A8" w:rsidRDefault="00000000" w:rsidP="00C138A8">
      <w:pPr>
        <w:rPr>
          <w:sz w:val="24"/>
          <w:szCs w:val="24"/>
        </w:rPr>
      </w:pPr>
      <w:r w:rsidRPr="00C138A8">
        <w:rPr>
          <w:rFonts w:ascii="Garamond" w:hAnsi="Garamond"/>
          <w:b/>
          <w:sz w:val="24"/>
          <w:szCs w:val="24"/>
        </w:rPr>
        <w:t>Blueprint 1 works because it’s simple, repeatable, and perfect for beginners — and Jenna is living proof.</w:t>
      </w:r>
    </w:p>
    <w:p w14:paraId="19FE7244" w14:textId="77777777" w:rsidR="00C138A8" w:rsidRDefault="00C138A8">
      <w:pPr>
        <w:sectPr w:rsidR="00C138A8" w:rsidSect="00034616">
          <w:pgSz w:w="12240" w:h="15840"/>
          <w:pgMar w:top="1440" w:right="1800" w:bottom="1440" w:left="1800" w:header="720" w:footer="720" w:gutter="0"/>
          <w:cols w:space="720"/>
          <w:docGrid w:linePitch="360"/>
        </w:sectPr>
      </w:pPr>
    </w:p>
    <w:p w14:paraId="7DA8D56A" w14:textId="77777777" w:rsidR="001A5159" w:rsidRDefault="001A5159"/>
    <w:p w14:paraId="51103AF1" w14:textId="77777777" w:rsidR="001A5159" w:rsidRPr="00C138A8" w:rsidRDefault="00000000" w:rsidP="00C138A8">
      <w:pPr>
        <w:pStyle w:val="Heading1"/>
        <w:rPr>
          <w:rFonts w:ascii="Garamond" w:hAnsi="Garamond"/>
          <w:color w:val="auto"/>
          <w:sz w:val="40"/>
          <w:szCs w:val="40"/>
        </w:rPr>
      </w:pPr>
      <w:bookmarkStart w:id="9" w:name="_Toc214830305"/>
      <w:r w:rsidRPr="00C138A8">
        <w:rPr>
          <w:rFonts w:ascii="Garamond" w:hAnsi="Garamond"/>
          <w:color w:val="auto"/>
          <w:sz w:val="40"/>
          <w:szCs w:val="40"/>
        </w:rPr>
        <w:t>BLUEPRINT TWO — AI-ENHANCED SHORT-FORM VIDEO EDITING &amp; CONTENT CREATION</w:t>
      </w:r>
      <w:bookmarkEnd w:id="9"/>
    </w:p>
    <w:p w14:paraId="76B21E11" w14:textId="77777777" w:rsidR="001A5159" w:rsidRPr="00C138A8" w:rsidRDefault="00000000" w:rsidP="00C138A8">
      <w:pPr>
        <w:pStyle w:val="Heading2"/>
        <w:rPr>
          <w:rFonts w:ascii="Garamond" w:hAnsi="Garamond"/>
          <w:color w:val="auto"/>
          <w:sz w:val="28"/>
          <w:szCs w:val="28"/>
        </w:rPr>
      </w:pPr>
      <w:bookmarkStart w:id="10" w:name="_Toc214830306"/>
      <w:r w:rsidRPr="00C138A8">
        <w:rPr>
          <w:rFonts w:ascii="Garamond" w:hAnsi="Garamond"/>
          <w:color w:val="auto"/>
          <w:sz w:val="28"/>
          <w:szCs w:val="28"/>
        </w:rPr>
        <w:t xml:space="preserve">(The Blueprint That Turns Raw Clips </w:t>
      </w:r>
      <w:proofErr w:type="gramStart"/>
      <w:r w:rsidRPr="00C138A8">
        <w:rPr>
          <w:rFonts w:ascii="Garamond" w:hAnsi="Garamond"/>
          <w:color w:val="auto"/>
          <w:sz w:val="28"/>
          <w:szCs w:val="28"/>
        </w:rPr>
        <w:t>Into</w:t>
      </w:r>
      <w:proofErr w:type="gramEnd"/>
      <w:r w:rsidRPr="00C138A8">
        <w:rPr>
          <w:rFonts w:ascii="Garamond" w:hAnsi="Garamond"/>
          <w:color w:val="auto"/>
          <w:sz w:val="28"/>
          <w:szCs w:val="28"/>
        </w:rPr>
        <w:t xml:space="preserve"> High-Impact Viral-Ready Videos — Even If You’ve Never Edited Before)</w:t>
      </w:r>
      <w:bookmarkEnd w:id="10"/>
    </w:p>
    <w:p w14:paraId="2A386F4F" w14:textId="77777777" w:rsidR="001A5159" w:rsidRDefault="00000000">
      <w:r>
        <w:rPr>
          <w:rFonts w:ascii="Garamond" w:hAnsi="Garamond"/>
          <w:sz w:val="24"/>
        </w:rPr>
        <w:t>Short-form video is the #1 content format on the planet.</w:t>
      </w:r>
    </w:p>
    <w:p w14:paraId="5212EA5D" w14:textId="77777777" w:rsidR="001A5159" w:rsidRDefault="00000000">
      <w:r>
        <w:rPr>
          <w:rFonts w:ascii="Garamond" w:hAnsi="Garamond"/>
          <w:sz w:val="24"/>
        </w:rPr>
        <w:t>Every creator, coach, business owner, influencer, and expert needs:</w:t>
      </w:r>
    </w:p>
    <w:p w14:paraId="3AB5C242" w14:textId="77777777" w:rsidR="001A5159" w:rsidRDefault="00000000">
      <w:proofErr w:type="gramStart"/>
      <w:r>
        <w:rPr>
          <w:rFonts w:ascii="Garamond" w:hAnsi="Garamond"/>
          <w:sz w:val="24"/>
        </w:rPr>
        <w:t>reels</w:t>
      </w:r>
      <w:proofErr w:type="gramEnd"/>
    </w:p>
    <w:p w14:paraId="69EA3AF6" w14:textId="77777777" w:rsidR="001A5159" w:rsidRDefault="00000000">
      <w:r>
        <w:rPr>
          <w:rFonts w:ascii="Garamond" w:hAnsi="Garamond"/>
          <w:sz w:val="24"/>
        </w:rPr>
        <w:t>TikToks</w:t>
      </w:r>
    </w:p>
    <w:p w14:paraId="59E4D92A" w14:textId="77777777" w:rsidR="001A5159" w:rsidRDefault="00000000">
      <w:r>
        <w:rPr>
          <w:rFonts w:ascii="Garamond" w:hAnsi="Garamond"/>
          <w:sz w:val="24"/>
        </w:rPr>
        <w:t>YouTube Shorts</w:t>
      </w:r>
    </w:p>
    <w:p w14:paraId="3B6C0C61" w14:textId="77777777" w:rsidR="001A5159" w:rsidRDefault="00000000">
      <w:r>
        <w:rPr>
          <w:rFonts w:ascii="Garamond" w:hAnsi="Garamond"/>
          <w:sz w:val="24"/>
        </w:rPr>
        <w:t>talking-head clips</w:t>
      </w:r>
    </w:p>
    <w:p w14:paraId="3B23C333" w14:textId="77777777" w:rsidR="001A5159" w:rsidRDefault="00000000">
      <w:r>
        <w:rPr>
          <w:rFonts w:ascii="Garamond" w:hAnsi="Garamond"/>
          <w:sz w:val="24"/>
        </w:rPr>
        <w:t>B-roll overlays</w:t>
      </w:r>
    </w:p>
    <w:p w14:paraId="66044CD3" w14:textId="77777777" w:rsidR="001A5159" w:rsidRDefault="00000000">
      <w:r>
        <w:rPr>
          <w:rFonts w:ascii="Garamond" w:hAnsi="Garamond"/>
          <w:sz w:val="24"/>
        </w:rPr>
        <w:t>social cutdowns</w:t>
      </w:r>
    </w:p>
    <w:p w14:paraId="4E041790" w14:textId="77777777" w:rsidR="001A5159" w:rsidRDefault="00000000">
      <w:r>
        <w:rPr>
          <w:rFonts w:ascii="Garamond" w:hAnsi="Garamond"/>
          <w:sz w:val="24"/>
        </w:rPr>
        <w:t>captions</w:t>
      </w:r>
    </w:p>
    <w:p w14:paraId="0E08D225" w14:textId="77777777" w:rsidR="001A5159" w:rsidRDefault="00000000">
      <w:r>
        <w:rPr>
          <w:rFonts w:ascii="Garamond" w:hAnsi="Garamond"/>
          <w:sz w:val="24"/>
        </w:rPr>
        <w:t>hooks</w:t>
      </w:r>
    </w:p>
    <w:p w14:paraId="03729F53" w14:textId="77777777" w:rsidR="001A5159" w:rsidRDefault="00000000">
      <w:r>
        <w:rPr>
          <w:rFonts w:ascii="Garamond" w:hAnsi="Garamond"/>
          <w:sz w:val="24"/>
        </w:rPr>
        <w:t>repurposed long-form content</w:t>
      </w:r>
    </w:p>
    <w:p w14:paraId="5F56EA5F" w14:textId="77777777" w:rsidR="001A5159" w:rsidRDefault="00000000">
      <w:r>
        <w:rPr>
          <w:rFonts w:ascii="Garamond" w:hAnsi="Garamond"/>
          <w:sz w:val="24"/>
        </w:rPr>
        <w:t>But here’s the best part:</w:t>
      </w:r>
    </w:p>
    <w:p w14:paraId="246A39B2" w14:textId="77777777" w:rsidR="001A5159" w:rsidRDefault="00000000">
      <w:r>
        <w:rPr>
          <w:rFonts w:ascii="Garamond" w:hAnsi="Garamond"/>
          <w:sz w:val="24"/>
        </w:rPr>
        <w:t>Most people hate editing.</w:t>
      </w:r>
      <w:r>
        <w:rPr>
          <w:rFonts w:ascii="Garamond" w:hAnsi="Garamond"/>
          <w:sz w:val="24"/>
        </w:rPr>
        <w:br/>
        <w:t>You won’t — because AI will do the hard work for you.</w:t>
      </w:r>
    </w:p>
    <w:p w14:paraId="1A342CD2" w14:textId="77777777" w:rsidR="001A5159" w:rsidRDefault="00000000">
      <w:r>
        <w:rPr>
          <w:rFonts w:ascii="Garamond" w:hAnsi="Garamond"/>
          <w:sz w:val="24"/>
        </w:rPr>
        <w:t>This blueprint teaches you how to use AI-powered tools like CapCut, Descript, Runway, and ChatGPT to turn ANY raw video into a polished, scroll-stopping short in minutes.</w:t>
      </w:r>
    </w:p>
    <w:p w14:paraId="5EA82EE2" w14:textId="77777777" w:rsidR="001A5159" w:rsidRDefault="00000000">
      <w:r>
        <w:rPr>
          <w:rFonts w:ascii="Garamond" w:hAnsi="Garamond"/>
          <w:sz w:val="24"/>
        </w:rPr>
        <w:t>This is one of the fastest, highest-demand, highest-value AI services on the market.</w:t>
      </w:r>
    </w:p>
    <w:p w14:paraId="751B6F96" w14:textId="77777777" w:rsidR="001A5159" w:rsidRDefault="001A5159"/>
    <w:p w14:paraId="3894C561" w14:textId="77777777" w:rsidR="001A5159" w:rsidRDefault="00000000">
      <w:r>
        <w:rPr>
          <w:rFonts w:ascii="Garamond" w:hAnsi="Garamond"/>
          <w:sz w:val="24"/>
        </w:rPr>
        <w:t>Why This Blueprint Works</w:t>
      </w:r>
    </w:p>
    <w:p w14:paraId="3E64E5B1" w14:textId="77777777" w:rsidR="001A5159" w:rsidRDefault="00000000">
      <w:r>
        <w:rPr>
          <w:rFonts w:ascii="Garamond" w:hAnsi="Garamond"/>
          <w:sz w:val="24"/>
        </w:rPr>
        <w:t>Short-form content is:</w:t>
      </w:r>
    </w:p>
    <w:p w14:paraId="3FCC8DC5" w14:textId="77777777" w:rsidR="001A5159" w:rsidRDefault="00000000">
      <w:r>
        <w:rPr>
          <w:rFonts w:ascii="Garamond" w:hAnsi="Garamond"/>
          <w:sz w:val="24"/>
        </w:rPr>
        <w:lastRenderedPageBreak/>
        <w:t>in huge demand</w:t>
      </w:r>
    </w:p>
    <w:p w14:paraId="25678992" w14:textId="77777777" w:rsidR="001A5159" w:rsidRDefault="00000000">
      <w:r>
        <w:rPr>
          <w:rFonts w:ascii="Garamond" w:hAnsi="Garamond"/>
          <w:sz w:val="24"/>
        </w:rPr>
        <w:t xml:space="preserve">quick to </w:t>
      </w:r>
      <w:proofErr w:type="gramStart"/>
      <w:r>
        <w:rPr>
          <w:rFonts w:ascii="Garamond" w:hAnsi="Garamond"/>
          <w:sz w:val="24"/>
        </w:rPr>
        <w:t>produce</w:t>
      </w:r>
      <w:proofErr w:type="gramEnd"/>
    </w:p>
    <w:p w14:paraId="10157910" w14:textId="77777777" w:rsidR="001A5159" w:rsidRDefault="00000000">
      <w:r>
        <w:rPr>
          <w:rFonts w:ascii="Garamond" w:hAnsi="Garamond"/>
          <w:sz w:val="24"/>
        </w:rPr>
        <w:t xml:space="preserve">easy to </w:t>
      </w:r>
      <w:proofErr w:type="gramStart"/>
      <w:r>
        <w:rPr>
          <w:rFonts w:ascii="Garamond" w:hAnsi="Garamond"/>
          <w:sz w:val="24"/>
        </w:rPr>
        <w:t>deliver</w:t>
      </w:r>
      <w:proofErr w:type="gramEnd"/>
    </w:p>
    <w:p w14:paraId="22D2182E" w14:textId="77777777" w:rsidR="001A5159" w:rsidRDefault="00000000">
      <w:r>
        <w:rPr>
          <w:rFonts w:ascii="Garamond" w:hAnsi="Garamond"/>
          <w:sz w:val="24"/>
        </w:rPr>
        <w:t>visually impressive</w:t>
      </w:r>
    </w:p>
    <w:p w14:paraId="70F66D7B" w14:textId="77777777" w:rsidR="001A5159" w:rsidRDefault="00000000">
      <w:r>
        <w:rPr>
          <w:rFonts w:ascii="Garamond" w:hAnsi="Garamond"/>
          <w:sz w:val="24"/>
        </w:rPr>
        <w:t>instantly portfolio-ready</w:t>
      </w:r>
    </w:p>
    <w:p w14:paraId="38D3008B" w14:textId="77777777" w:rsidR="001A5159" w:rsidRDefault="00000000">
      <w:r>
        <w:rPr>
          <w:rFonts w:ascii="Garamond" w:hAnsi="Garamond"/>
          <w:sz w:val="24"/>
        </w:rPr>
        <w:t>ideal for beginners</w:t>
      </w:r>
    </w:p>
    <w:p w14:paraId="11C8ADE4" w14:textId="77777777" w:rsidR="001A5159" w:rsidRDefault="00000000">
      <w:proofErr w:type="gramStart"/>
      <w:r>
        <w:rPr>
          <w:rFonts w:ascii="Garamond" w:hAnsi="Garamond"/>
          <w:sz w:val="24"/>
        </w:rPr>
        <w:t>high-value</w:t>
      </w:r>
      <w:proofErr w:type="gramEnd"/>
      <w:r>
        <w:rPr>
          <w:rFonts w:ascii="Garamond" w:hAnsi="Garamond"/>
          <w:sz w:val="24"/>
        </w:rPr>
        <w:t xml:space="preserve"> to clients</w:t>
      </w:r>
    </w:p>
    <w:p w14:paraId="5AC3ABB0" w14:textId="77777777" w:rsidR="001A5159" w:rsidRDefault="00000000">
      <w:r>
        <w:rPr>
          <w:rFonts w:ascii="Garamond" w:hAnsi="Garamond"/>
          <w:sz w:val="24"/>
        </w:rPr>
        <w:t xml:space="preserve">AI now </w:t>
      </w:r>
      <w:proofErr w:type="gramStart"/>
      <w:r>
        <w:rPr>
          <w:rFonts w:ascii="Garamond" w:hAnsi="Garamond"/>
          <w:sz w:val="24"/>
        </w:rPr>
        <w:t>handles</w:t>
      </w:r>
      <w:proofErr w:type="gramEnd"/>
      <w:r>
        <w:rPr>
          <w:rFonts w:ascii="Garamond" w:hAnsi="Garamond"/>
          <w:sz w:val="24"/>
        </w:rPr>
        <w:t>:</w:t>
      </w:r>
    </w:p>
    <w:p w14:paraId="1F9E710E" w14:textId="77777777" w:rsidR="001A5159" w:rsidRDefault="00000000">
      <w:r>
        <w:rPr>
          <w:rFonts w:ascii="Garamond" w:hAnsi="Garamond"/>
          <w:sz w:val="24"/>
        </w:rPr>
        <w:t>cutting clips</w:t>
      </w:r>
    </w:p>
    <w:p w14:paraId="1C63F211" w14:textId="77777777" w:rsidR="001A5159" w:rsidRDefault="00000000">
      <w:r>
        <w:rPr>
          <w:rFonts w:ascii="Garamond" w:hAnsi="Garamond"/>
          <w:sz w:val="24"/>
        </w:rPr>
        <w:t>removing silence</w:t>
      </w:r>
    </w:p>
    <w:p w14:paraId="414A30B2" w14:textId="77777777" w:rsidR="001A5159" w:rsidRDefault="00000000">
      <w:r>
        <w:rPr>
          <w:rFonts w:ascii="Garamond" w:hAnsi="Garamond"/>
          <w:sz w:val="24"/>
        </w:rPr>
        <w:t>adding subtitles</w:t>
      </w:r>
    </w:p>
    <w:p w14:paraId="563AF12F" w14:textId="77777777" w:rsidR="001A5159" w:rsidRDefault="00000000">
      <w:r>
        <w:rPr>
          <w:rFonts w:ascii="Garamond" w:hAnsi="Garamond"/>
          <w:sz w:val="24"/>
        </w:rPr>
        <w:t>generating captions</w:t>
      </w:r>
    </w:p>
    <w:p w14:paraId="2E436DB8" w14:textId="77777777" w:rsidR="001A5159" w:rsidRDefault="00000000">
      <w:r>
        <w:rPr>
          <w:rFonts w:ascii="Garamond" w:hAnsi="Garamond"/>
          <w:sz w:val="24"/>
        </w:rPr>
        <w:t>choosing music</w:t>
      </w:r>
    </w:p>
    <w:p w14:paraId="6BD4F6EB" w14:textId="77777777" w:rsidR="001A5159" w:rsidRDefault="00000000">
      <w:r>
        <w:rPr>
          <w:rFonts w:ascii="Garamond" w:hAnsi="Garamond"/>
          <w:sz w:val="24"/>
        </w:rPr>
        <w:t>creating transitions</w:t>
      </w:r>
    </w:p>
    <w:p w14:paraId="641195B9" w14:textId="77777777" w:rsidR="001A5159" w:rsidRDefault="00000000">
      <w:r>
        <w:rPr>
          <w:rFonts w:ascii="Garamond" w:hAnsi="Garamond"/>
          <w:sz w:val="24"/>
        </w:rPr>
        <w:t>adding effects</w:t>
      </w:r>
    </w:p>
    <w:p w14:paraId="11A9B9E5" w14:textId="77777777" w:rsidR="001A5159" w:rsidRDefault="00000000">
      <w:r>
        <w:rPr>
          <w:rFonts w:ascii="Garamond" w:hAnsi="Garamond"/>
          <w:sz w:val="24"/>
        </w:rPr>
        <w:t>identifying best hooks</w:t>
      </w:r>
    </w:p>
    <w:p w14:paraId="374D37F2" w14:textId="77777777" w:rsidR="001A5159" w:rsidRDefault="00000000">
      <w:r>
        <w:rPr>
          <w:rFonts w:ascii="Garamond" w:hAnsi="Garamond"/>
          <w:sz w:val="24"/>
        </w:rPr>
        <w:t>suggesting B-roll</w:t>
      </w:r>
    </w:p>
    <w:p w14:paraId="286809C5" w14:textId="77777777" w:rsidR="001A5159" w:rsidRDefault="00000000">
      <w:r>
        <w:rPr>
          <w:rFonts w:ascii="Garamond" w:hAnsi="Garamond"/>
          <w:sz w:val="24"/>
        </w:rPr>
        <w:t>What used to take hours now takes minutes.</w:t>
      </w:r>
    </w:p>
    <w:p w14:paraId="3A4B8FA7" w14:textId="77777777" w:rsidR="001A5159" w:rsidRDefault="00000000">
      <w:r>
        <w:rPr>
          <w:rFonts w:ascii="Garamond" w:hAnsi="Garamond"/>
          <w:sz w:val="24"/>
        </w:rPr>
        <w:t>This means you can deliver premium-quality edits with zero editing background.</w:t>
      </w:r>
    </w:p>
    <w:p w14:paraId="7FD2BF46" w14:textId="77777777" w:rsidR="001A5159" w:rsidRDefault="001A5159"/>
    <w:p w14:paraId="5300D6D1" w14:textId="77777777" w:rsidR="001A5159" w:rsidRDefault="00000000">
      <w:r>
        <w:rPr>
          <w:rFonts w:ascii="Garamond" w:hAnsi="Garamond"/>
          <w:sz w:val="24"/>
        </w:rPr>
        <w:t>Tools You Need</w:t>
      </w:r>
    </w:p>
    <w:p w14:paraId="623DE977" w14:textId="77777777" w:rsidR="001A5159" w:rsidRDefault="00000000">
      <w:r>
        <w:rPr>
          <w:rFonts w:ascii="Garamond" w:hAnsi="Garamond"/>
          <w:sz w:val="24"/>
        </w:rPr>
        <w:t>CapCut Desktop — Fast editing, AI auto-cuts, captions</w:t>
      </w:r>
      <w:r>
        <w:rPr>
          <w:rFonts w:ascii="Garamond" w:hAnsi="Garamond"/>
          <w:sz w:val="24"/>
        </w:rPr>
        <w:br/>
        <w:t>Descript — Removes silence, filler words, auto-edits</w:t>
      </w:r>
      <w:r>
        <w:rPr>
          <w:rFonts w:ascii="Garamond" w:hAnsi="Garamond"/>
          <w:sz w:val="24"/>
        </w:rPr>
        <w:br/>
        <w:t>Runway — AI enhancements, background removal</w:t>
      </w:r>
      <w:r>
        <w:rPr>
          <w:rFonts w:ascii="Garamond" w:hAnsi="Garamond"/>
          <w:sz w:val="24"/>
        </w:rPr>
        <w:br/>
        <w:t>ChatGPT / Claude — Hook writing, caption text, content repurposing</w:t>
      </w:r>
      <w:r>
        <w:rPr>
          <w:rFonts w:ascii="Garamond" w:hAnsi="Garamond"/>
          <w:sz w:val="24"/>
        </w:rPr>
        <w:br/>
        <w:t xml:space="preserve">Canva — Thumbnails, video covers, set </w:t>
      </w:r>
      <w:proofErr w:type="gramStart"/>
      <w:r>
        <w:rPr>
          <w:rFonts w:ascii="Garamond" w:hAnsi="Garamond"/>
          <w:sz w:val="24"/>
        </w:rPr>
        <w:t>branding</w:t>
      </w:r>
      <w:proofErr w:type="gramEnd"/>
    </w:p>
    <w:p w14:paraId="7C325664" w14:textId="77777777" w:rsidR="001A5159" w:rsidRDefault="00000000">
      <w:r>
        <w:rPr>
          <w:rFonts w:ascii="Garamond" w:hAnsi="Garamond"/>
          <w:sz w:val="24"/>
        </w:rPr>
        <w:lastRenderedPageBreak/>
        <w:t>Optional:</w:t>
      </w:r>
      <w:r>
        <w:rPr>
          <w:rFonts w:ascii="Garamond" w:hAnsi="Garamond"/>
          <w:sz w:val="24"/>
        </w:rPr>
        <w:br/>
        <w:t>Opus Clip / Klap — Auto-detect viral clips</w:t>
      </w:r>
      <w:r>
        <w:rPr>
          <w:rFonts w:ascii="Garamond" w:hAnsi="Garamond"/>
          <w:sz w:val="24"/>
        </w:rPr>
        <w:br/>
        <w:t>InShot (mobile) — Fast phone editing</w:t>
      </w:r>
    </w:p>
    <w:p w14:paraId="32292434" w14:textId="77777777" w:rsidR="001A5159" w:rsidRDefault="001A5159"/>
    <w:p w14:paraId="6F5EABB1" w14:textId="77777777" w:rsidR="001A5159" w:rsidRDefault="00000000">
      <w:r>
        <w:rPr>
          <w:rFonts w:ascii="Garamond" w:hAnsi="Garamond"/>
          <w:sz w:val="24"/>
        </w:rPr>
        <w:t>What You’ll Offer</w:t>
      </w:r>
    </w:p>
    <w:p w14:paraId="1DED861C" w14:textId="77777777" w:rsidR="001A5159" w:rsidRDefault="00000000">
      <w:r>
        <w:rPr>
          <w:rFonts w:ascii="Garamond" w:hAnsi="Garamond"/>
          <w:sz w:val="24"/>
        </w:rPr>
        <w:t>You will produce:</w:t>
      </w:r>
    </w:p>
    <w:p w14:paraId="3C3EADB9" w14:textId="77777777" w:rsidR="001A5159" w:rsidRDefault="00000000">
      <w:r>
        <w:rPr>
          <w:rFonts w:ascii="Garamond" w:hAnsi="Garamond"/>
          <w:sz w:val="24"/>
        </w:rPr>
        <w:t>15–60 second video edits</w:t>
      </w:r>
    </w:p>
    <w:p w14:paraId="4B9B6BF9" w14:textId="77777777" w:rsidR="001A5159" w:rsidRDefault="00000000">
      <w:r>
        <w:rPr>
          <w:rFonts w:ascii="Garamond" w:hAnsi="Garamond"/>
          <w:sz w:val="24"/>
        </w:rPr>
        <w:t>captioned reels</w:t>
      </w:r>
    </w:p>
    <w:p w14:paraId="2489FA2A" w14:textId="77777777" w:rsidR="001A5159" w:rsidRDefault="00000000">
      <w:r>
        <w:rPr>
          <w:rFonts w:ascii="Garamond" w:hAnsi="Garamond"/>
          <w:sz w:val="24"/>
        </w:rPr>
        <w:t>short-form promo clips</w:t>
      </w:r>
    </w:p>
    <w:p w14:paraId="5C4ED467" w14:textId="77777777" w:rsidR="001A5159" w:rsidRDefault="00000000">
      <w:r>
        <w:rPr>
          <w:rFonts w:ascii="Garamond" w:hAnsi="Garamond"/>
          <w:sz w:val="24"/>
        </w:rPr>
        <w:t>talking-head highlights</w:t>
      </w:r>
    </w:p>
    <w:p w14:paraId="573767A1" w14:textId="77777777" w:rsidR="001A5159" w:rsidRDefault="00000000">
      <w:r>
        <w:rPr>
          <w:rFonts w:ascii="Garamond" w:hAnsi="Garamond"/>
          <w:sz w:val="24"/>
        </w:rPr>
        <w:t xml:space="preserve">B-roll added </w:t>
      </w:r>
      <w:proofErr w:type="gramStart"/>
      <w:r>
        <w:rPr>
          <w:rFonts w:ascii="Garamond" w:hAnsi="Garamond"/>
          <w:sz w:val="24"/>
        </w:rPr>
        <w:t>visuals</w:t>
      </w:r>
      <w:proofErr w:type="gramEnd"/>
    </w:p>
    <w:p w14:paraId="038F8121" w14:textId="77777777" w:rsidR="001A5159" w:rsidRDefault="00000000">
      <w:r>
        <w:rPr>
          <w:rFonts w:ascii="Garamond" w:hAnsi="Garamond"/>
          <w:sz w:val="24"/>
        </w:rPr>
        <w:t>Instagram/TikTok versions</w:t>
      </w:r>
    </w:p>
    <w:p w14:paraId="33598935" w14:textId="77777777" w:rsidR="001A5159" w:rsidRDefault="00000000">
      <w:r>
        <w:rPr>
          <w:rFonts w:ascii="Garamond" w:hAnsi="Garamond"/>
          <w:sz w:val="24"/>
        </w:rPr>
        <w:t>hooks + onscreen text</w:t>
      </w:r>
    </w:p>
    <w:p w14:paraId="0CF19544" w14:textId="77777777" w:rsidR="001A5159" w:rsidRDefault="00000000">
      <w:r>
        <w:rPr>
          <w:rFonts w:ascii="Garamond" w:hAnsi="Garamond"/>
          <w:sz w:val="24"/>
        </w:rPr>
        <w:t>branded templates</w:t>
      </w:r>
    </w:p>
    <w:p w14:paraId="2AF81178" w14:textId="77777777" w:rsidR="001A5159" w:rsidRDefault="00000000">
      <w:r>
        <w:rPr>
          <w:rFonts w:ascii="Garamond" w:hAnsi="Garamond"/>
          <w:sz w:val="24"/>
        </w:rPr>
        <w:t>These are high-demand, high-frequency, high-value deliverables.</w:t>
      </w:r>
    </w:p>
    <w:p w14:paraId="09C2F22D" w14:textId="77777777" w:rsidR="001A5159" w:rsidRDefault="00000000">
      <w:r>
        <w:rPr>
          <w:rFonts w:ascii="Garamond" w:hAnsi="Garamond"/>
          <w:sz w:val="24"/>
        </w:rPr>
        <w:t>Every business needs 20–60 a month.</w:t>
      </w:r>
    </w:p>
    <w:p w14:paraId="16D16A10" w14:textId="77777777" w:rsidR="001A5159" w:rsidRDefault="001A5159"/>
    <w:p w14:paraId="7ADEA6C0" w14:textId="77777777" w:rsidR="001A5159" w:rsidRDefault="00000000">
      <w:r>
        <w:rPr>
          <w:rFonts w:ascii="Garamond" w:hAnsi="Garamond"/>
          <w:sz w:val="24"/>
        </w:rPr>
        <w:t>AI-Powered Workflow (Step-By-Step)</w:t>
      </w:r>
    </w:p>
    <w:p w14:paraId="4AB003C4" w14:textId="77777777" w:rsidR="001A5159" w:rsidRDefault="00000000">
      <w:r>
        <w:rPr>
          <w:rFonts w:ascii="Garamond" w:hAnsi="Garamond"/>
          <w:sz w:val="24"/>
        </w:rPr>
        <w:t>STEP 1 — Extract Hooks with AI</w:t>
      </w:r>
    </w:p>
    <w:p w14:paraId="5D8D6552" w14:textId="77777777" w:rsidR="001A5159" w:rsidRDefault="00000000">
      <w:r>
        <w:rPr>
          <w:rFonts w:ascii="Garamond" w:hAnsi="Garamond"/>
          <w:sz w:val="24"/>
        </w:rPr>
        <w:t>Upload a raw video transcript to AI:</w:t>
      </w:r>
    </w:p>
    <w:p w14:paraId="1474E2F1" w14:textId="77777777" w:rsidR="001A5159" w:rsidRDefault="00000000">
      <w:r>
        <w:rPr>
          <w:rFonts w:ascii="Garamond" w:hAnsi="Garamond"/>
          <w:sz w:val="24"/>
        </w:rPr>
        <w:t>Prompt:</w:t>
      </w:r>
      <w:r>
        <w:rPr>
          <w:rFonts w:ascii="Garamond" w:hAnsi="Garamond"/>
          <w:sz w:val="24"/>
        </w:rPr>
        <w:br/>
        <w:t>“Identify 10 scroll-stopping hooks from this transcript. Give me versions for TikTok, IG Reels, and YouTube Shorts.”</w:t>
      </w:r>
    </w:p>
    <w:p w14:paraId="6332FD75" w14:textId="77777777" w:rsidR="001A5159" w:rsidRDefault="00000000">
      <w:r>
        <w:rPr>
          <w:rFonts w:ascii="Garamond" w:hAnsi="Garamond"/>
          <w:sz w:val="24"/>
        </w:rPr>
        <w:t>Pick 1–3 hooks.</w:t>
      </w:r>
    </w:p>
    <w:p w14:paraId="36325D67" w14:textId="77777777" w:rsidR="001A5159" w:rsidRDefault="001A5159"/>
    <w:p w14:paraId="45360179" w14:textId="77777777" w:rsidR="001A5159" w:rsidRDefault="00000000">
      <w:r>
        <w:rPr>
          <w:rFonts w:ascii="Garamond" w:hAnsi="Garamond"/>
          <w:sz w:val="24"/>
        </w:rPr>
        <w:t>STEP 2 — Auto-Cut the Video</w:t>
      </w:r>
    </w:p>
    <w:p w14:paraId="43E35C9E" w14:textId="77777777" w:rsidR="001A5159" w:rsidRDefault="00000000">
      <w:r>
        <w:rPr>
          <w:rFonts w:ascii="Garamond" w:hAnsi="Garamond"/>
          <w:sz w:val="24"/>
        </w:rPr>
        <w:t>Use:</w:t>
      </w:r>
    </w:p>
    <w:p w14:paraId="0464F531" w14:textId="77777777" w:rsidR="001A5159" w:rsidRDefault="00000000">
      <w:r>
        <w:rPr>
          <w:rFonts w:ascii="Garamond" w:hAnsi="Garamond"/>
          <w:sz w:val="24"/>
        </w:rPr>
        <w:lastRenderedPageBreak/>
        <w:t>CapCut Auto Cut</w:t>
      </w:r>
    </w:p>
    <w:p w14:paraId="301EF979" w14:textId="77777777" w:rsidR="001A5159" w:rsidRDefault="00000000">
      <w:r>
        <w:rPr>
          <w:rFonts w:ascii="Garamond" w:hAnsi="Garamond"/>
          <w:sz w:val="24"/>
        </w:rPr>
        <w:t xml:space="preserve">Descript’s “Remove Filler Words” + “Remove </w:t>
      </w:r>
      <w:proofErr w:type="gramStart"/>
      <w:r>
        <w:rPr>
          <w:rFonts w:ascii="Garamond" w:hAnsi="Garamond"/>
          <w:sz w:val="24"/>
        </w:rPr>
        <w:t>Silence</w:t>
      </w:r>
      <w:proofErr w:type="gramEnd"/>
      <w:r>
        <w:rPr>
          <w:rFonts w:ascii="Garamond" w:hAnsi="Garamond"/>
          <w:sz w:val="24"/>
        </w:rPr>
        <w:t>”</w:t>
      </w:r>
    </w:p>
    <w:p w14:paraId="2F5551ED" w14:textId="77777777" w:rsidR="001A5159" w:rsidRDefault="00000000">
      <w:r>
        <w:rPr>
          <w:rFonts w:ascii="Garamond" w:hAnsi="Garamond"/>
          <w:sz w:val="24"/>
        </w:rPr>
        <w:t>Opus Clip (for long videos)</w:t>
      </w:r>
    </w:p>
    <w:p w14:paraId="7734C90F" w14:textId="77777777" w:rsidR="001A5159" w:rsidRDefault="00000000">
      <w:r>
        <w:rPr>
          <w:rFonts w:ascii="Garamond" w:hAnsi="Garamond"/>
          <w:sz w:val="24"/>
        </w:rPr>
        <w:t>AI prepares the entire rough cut in seconds.</w:t>
      </w:r>
    </w:p>
    <w:p w14:paraId="3F124E18" w14:textId="77777777" w:rsidR="001A5159" w:rsidRDefault="001A5159"/>
    <w:p w14:paraId="3C4ABC1F" w14:textId="77777777" w:rsidR="001A5159" w:rsidRDefault="00000000">
      <w:r>
        <w:rPr>
          <w:rFonts w:ascii="Garamond" w:hAnsi="Garamond"/>
          <w:sz w:val="24"/>
        </w:rPr>
        <w:t xml:space="preserve">STEP 3 — Add Captions + </w:t>
      </w:r>
      <w:proofErr w:type="gramStart"/>
      <w:r>
        <w:rPr>
          <w:rFonts w:ascii="Garamond" w:hAnsi="Garamond"/>
          <w:sz w:val="24"/>
        </w:rPr>
        <w:t>Styling</w:t>
      </w:r>
      <w:proofErr w:type="gramEnd"/>
    </w:p>
    <w:p w14:paraId="1A1FBD17" w14:textId="77777777" w:rsidR="001A5159" w:rsidRDefault="00000000">
      <w:r>
        <w:rPr>
          <w:rFonts w:ascii="Garamond" w:hAnsi="Garamond"/>
          <w:sz w:val="24"/>
        </w:rPr>
        <w:t>Use CapCut’s AI captions.</w:t>
      </w:r>
    </w:p>
    <w:p w14:paraId="4EA5EE4D" w14:textId="77777777" w:rsidR="001A5159" w:rsidRDefault="00000000">
      <w:r>
        <w:rPr>
          <w:rFonts w:ascii="Garamond" w:hAnsi="Garamond"/>
          <w:sz w:val="24"/>
        </w:rPr>
        <w:t>Select:</w:t>
      </w:r>
    </w:p>
    <w:p w14:paraId="4EB3DCBC" w14:textId="77777777" w:rsidR="001A5159" w:rsidRDefault="00000000">
      <w:r>
        <w:rPr>
          <w:rFonts w:ascii="Garamond" w:hAnsi="Garamond"/>
          <w:sz w:val="24"/>
        </w:rPr>
        <w:t>dynamic word highlights</w:t>
      </w:r>
    </w:p>
    <w:p w14:paraId="6527ED30" w14:textId="77777777" w:rsidR="001A5159" w:rsidRDefault="00000000">
      <w:r>
        <w:rPr>
          <w:rFonts w:ascii="Garamond" w:hAnsi="Garamond"/>
          <w:sz w:val="24"/>
        </w:rPr>
        <w:t>emojis</w:t>
      </w:r>
    </w:p>
    <w:p w14:paraId="47C342EC" w14:textId="77777777" w:rsidR="001A5159" w:rsidRDefault="00000000">
      <w:r>
        <w:rPr>
          <w:rFonts w:ascii="Garamond" w:hAnsi="Garamond"/>
          <w:sz w:val="24"/>
        </w:rPr>
        <w:t>brand colors</w:t>
      </w:r>
    </w:p>
    <w:p w14:paraId="28EB3492" w14:textId="77777777" w:rsidR="001A5159" w:rsidRDefault="00000000">
      <w:r>
        <w:rPr>
          <w:rFonts w:ascii="Garamond" w:hAnsi="Garamond"/>
          <w:sz w:val="24"/>
        </w:rPr>
        <w:t>This instantly makes your content look “pro level.”</w:t>
      </w:r>
    </w:p>
    <w:p w14:paraId="624CA0E6" w14:textId="77777777" w:rsidR="001A5159" w:rsidRDefault="001A5159"/>
    <w:p w14:paraId="30C58BEB" w14:textId="77777777" w:rsidR="001A5159" w:rsidRDefault="00000000">
      <w:r>
        <w:rPr>
          <w:rFonts w:ascii="Garamond" w:hAnsi="Garamond"/>
          <w:sz w:val="24"/>
        </w:rPr>
        <w:t>STEP 4 — Add B-Roll + Motion Graphics (AI Suggested)</w:t>
      </w:r>
    </w:p>
    <w:p w14:paraId="25959395" w14:textId="77777777" w:rsidR="001A5159" w:rsidRDefault="00000000">
      <w:r>
        <w:rPr>
          <w:rFonts w:ascii="Garamond" w:hAnsi="Garamond"/>
          <w:sz w:val="24"/>
        </w:rPr>
        <w:t>Ask AI:</w:t>
      </w:r>
    </w:p>
    <w:p w14:paraId="764B9377" w14:textId="77777777" w:rsidR="001A5159" w:rsidRDefault="00000000">
      <w:r>
        <w:rPr>
          <w:rFonts w:ascii="Garamond" w:hAnsi="Garamond"/>
          <w:sz w:val="24"/>
        </w:rPr>
        <w:t>“Suggest 10 relevant B-roll shots to elevate this message.”</w:t>
      </w:r>
    </w:p>
    <w:p w14:paraId="4C65425A" w14:textId="77777777" w:rsidR="001A5159" w:rsidRDefault="00000000">
      <w:r>
        <w:rPr>
          <w:rFonts w:ascii="Garamond" w:hAnsi="Garamond"/>
          <w:sz w:val="24"/>
        </w:rPr>
        <w:t>Plug into CapCut or Pexels.</w:t>
      </w:r>
    </w:p>
    <w:p w14:paraId="63AF55ED" w14:textId="77777777" w:rsidR="001A5159" w:rsidRDefault="00000000">
      <w:r>
        <w:rPr>
          <w:rFonts w:ascii="Garamond" w:hAnsi="Garamond"/>
          <w:sz w:val="24"/>
        </w:rPr>
        <w:t>Optional: add:</w:t>
      </w:r>
    </w:p>
    <w:p w14:paraId="58806021" w14:textId="77777777" w:rsidR="001A5159" w:rsidRDefault="00000000">
      <w:r>
        <w:rPr>
          <w:rFonts w:ascii="Garamond" w:hAnsi="Garamond"/>
          <w:sz w:val="24"/>
        </w:rPr>
        <w:t>sound effects</w:t>
      </w:r>
    </w:p>
    <w:p w14:paraId="4FF4B591" w14:textId="77777777" w:rsidR="001A5159" w:rsidRDefault="00000000">
      <w:r>
        <w:rPr>
          <w:rFonts w:ascii="Garamond" w:hAnsi="Garamond"/>
          <w:sz w:val="24"/>
        </w:rPr>
        <w:t>masked transitions</w:t>
      </w:r>
    </w:p>
    <w:p w14:paraId="79E664DF" w14:textId="77777777" w:rsidR="001A5159" w:rsidRDefault="00000000">
      <w:r>
        <w:rPr>
          <w:rFonts w:ascii="Garamond" w:hAnsi="Garamond"/>
          <w:sz w:val="24"/>
        </w:rPr>
        <w:t>punch-ins</w:t>
      </w:r>
    </w:p>
    <w:p w14:paraId="16B8C01E" w14:textId="77777777" w:rsidR="001A5159" w:rsidRDefault="00000000">
      <w:r>
        <w:rPr>
          <w:rFonts w:ascii="Garamond" w:hAnsi="Garamond"/>
          <w:sz w:val="24"/>
        </w:rPr>
        <w:t>zooms</w:t>
      </w:r>
    </w:p>
    <w:p w14:paraId="48AEF12D" w14:textId="77777777" w:rsidR="001A5159" w:rsidRDefault="00000000">
      <w:r>
        <w:rPr>
          <w:rFonts w:ascii="Garamond" w:hAnsi="Garamond"/>
          <w:sz w:val="24"/>
        </w:rPr>
        <w:t>callouts</w:t>
      </w:r>
    </w:p>
    <w:p w14:paraId="7A67209D" w14:textId="77777777" w:rsidR="001A5159" w:rsidRDefault="001A5159"/>
    <w:p w14:paraId="615B1BFF" w14:textId="77777777" w:rsidR="001A5159" w:rsidRDefault="00000000">
      <w:r>
        <w:rPr>
          <w:rFonts w:ascii="Garamond" w:hAnsi="Garamond"/>
          <w:sz w:val="24"/>
        </w:rPr>
        <w:t>STEP 5 — Export Variations</w:t>
      </w:r>
    </w:p>
    <w:p w14:paraId="7F4DF44D" w14:textId="77777777" w:rsidR="001A5159" w:rsidRDefault="00000000">
      <w:r>
        <w:rPr>
          <w:rFonts w:ascii="Garamond" w:hAnsi="Garamond"/>
          <w:sz w:val="24"/>
        </w:rPr>
        <w:lastRenderedPageBreak/>
        <w:t>Create:</w:t>
      </w:r>
    </w:p>
    <w:p w14:paraId="6CA2390A" w14:textId="77777777" w:rsidR="001A5159" w:rsidRDefault="00000000">
      <w:r>
        <w:rPr>
          <w:rFonts w:ascii="Garamond" w:hAnsi="Garamond"/>
          <w:sz w:val="24"/>
        </w:rPr>
        <w:t>9:16 version</w:t>
      </w:r>
    </w:p>
    <w:p w14:paraId="26731345" w14:textId="77777777" w:rsidR="001A5159" w:rsidRDefault="00000000">
      <w:r>
        <w:rPr>
          <w:rFonts w:ascii="Garamond" w:hAnsi="Garamond"/>
          <w:sz w:val="24"/>
        </w:rPr>
        <w:t>1:1 version</w:t>
      </w:r>
    </w:p>
    <w:p w14:paraId="27B7016E" w14:textId="77777777" w:rsidR="001A5159" w:rsidRDefault="00000000">
      <w:r>
        <w:rPr>
          <w:rFonts w:ascii="Garamond" w:hAnsi="Garamond"/>
          <w:sz w:val="24"/>
        </w:rPr>
        <w:t>16:9 version</w:t>
      </w:r>
    </w:p>
    <w:p w14:paraId="32BE97C1" w14:textId="77777777" w:rsidR="001A5159" w:rsidRDefault="00000000">
      <w:r>
        <w:rPr>
          <w:rFonts w:ascii="Garamond" w:hAnsi="Garamond"/>
          <w:sz w:val="24"/>
        </w:rPr>
        <w:t>This triples the value of your edit with almost zero effort.</w:t>
      </w:r>
    </w:p>
    <w:p w14:paraId="54D082D5" w14:textId="77777777" w:rsidR="001A5159" w:rsidRDefault="001A5159"/>
    <w:p w14:paraId="5E37F64D" w14:textId="77777777" w:rsidR="001A5159" w:rsidRDefault="00000000">
      <w:r>
        <w:rPr>
          <w:rFonts w:ascii="Garamond" w:hAnsi="Garamond"/>
          <w:sz w:val="24"/>
        </w:rPr>
        <w:t xml:space="preserve">STEP 6 — Deliver + </w:t>
      </w:r>
      <w:proofErr w:type="gramStart"/>
      <w:r>
        <w:rPr>
          <w:rFonts w:ascii="Garamond" w:hAnsi="Garamond"/>
          <w:sz w:val="24"/>
        </w:rPr>
        <w:t>Upsell</w:t>
      </w:r>
      <w:proofErr w:type="gramEnd"/>
    </w:p>
    <w:p w14:paraId="23F0C868" w14:textId="77777777" w:rsidR="001A5159" w:rsidRDefault="00000000">
      <w:r>
        <w:rPr>
          <w:rFonts w:ascii="Garamond" w:hAnsi="Garamond"/>
          <w:sz w:val="24"/>
        </w:rPr>
        <w:t>Deliver the files in a clean folder:</w:t>
      </w:r>
    </w:p>
    <w:p w14:paraId="67450EDA" w14:textId="77777777" w:rsidR="001A5159" w:rsidRDefault="00000000">
      <w:r>
        <w:rPr>
          <w:rFonts w:ascii="Garamond" w:hAnsi="Garamond"/>
          <w:sz w:val="24"/>
        </w:rPr>
        <w:t>“Reels”</w:t>
      </w:r>
    </w:p>
    <w:p w14:paraId="5F57AF90" w14:textId="77777777" w:rsidR="001A5159" w:rsidRDefault="00000000">
      <w:r>
        <w:rPr>
          <w:rFonts w:ascii="Garamond" w:hAnsi="Garamond"/>
          <w:sz w:val="24"/>
        </w:rPr>
        <w:t>“Captions”</w:t>
      </w:r>
    </w:p>
    <w:p w14:paraId="41F71682" w14:textId="77777777" w:rsidR="001A5159" w:rsidRDefault="00000000">
      <w:r>
        <w:rPr>
          <w:rFonts w:ascii="Garamond" w:hAnsi="Garamond"/>
          <w:sz w:val="24"/>
        </w:rPr>
        <w:t>“Thumbnails”</w:t>
      </w:r>
    </w:p>
    <w:p w14:paraId="3F2741FB" w14:textId="77777777" w:rsidR="001A5159" w:rsidRDefault="00000000">
      <w:r>
        <w:rPr>
          <w:rFonts w:ascii="Garamond" w:hAnsi="Garamond"/>
          <w:sz w:val="24"/>
        </w:rPr>
        <w:t>“Raw + Assets”</w:t>
      </w:r>
    </w:p>
    <w:p w14:paraId="601B2255" w14:textId="77777777" w:rsidR="001A5159" w:rsidRDefault="00000000">
      <w:r>
        <w:rPr>
          <w:rFonts w:ascii="Garamond" w:hAnsi="Garamond"/>
          <w:sz w:val="24"/>
        </w:rPr>
        <w:t>THEN offer:</w:t>
      </w:r>
    </w:p>
    <w:p w14:paraId="0C010327" w14:textId="77777777" w:rsidR="001A5159" w:rsidRDefault="00000000">
      <w:r>
        <w:rPr>
          <w:rFonts w:ascii="Garamond" w:hAnsi="Garamond"/>
          <w:sz w:val="24"/>
        </w:rPr>
        <w:t>weekly editing</w:t>
      </w:r>
    </w:p>
    <w:p w14:paraId="1DE2B4B4" w14:textId="77777777" w:rsidR="001A5159" w:rsidRDefault="00000000">
      <w:r>
        <w:rPr>
          <w:rFonts w:ascii="Garamond" w:hAnsi="Garamond"/>
          <w:sz w:val="24"/>
        </w:rPr>
        <w:t>content batching</w:t>
      </w:r>
    </w:p>
    <w:p w14:paraId="1D3B2673" w14:textId="77777777" w:rsidR="001A5159" w:rsidRDefault="00000000">
      <w:r>
        <w:rPr>
          <w:rFonts w:ascii="Garamond" w:hAnsi="Garamond"/>
          <w:sz w:val="24"/>
        </w:rPr>
        <w:t>monthly packages</w:t>
      </w:r>
    </w:p>
    <w:p w14:paraId="013EC114" w14:textId="77777777" w:rsidR="001A5159" w:rsidRDefault="00000000">
      <w:r>
        <w:rPr>
          <w:rFonts w:ascii="Garamond" w:hAnsi="Garamond"/>
          <w:sz w:val="24"/>
        </w:rPr>
        <w:t>This blueprint scales naturally into recurring income.</w:t>
      </w:r>
    </w:p>
    <w:p w14:paraId="5F81D1B0" w14:textId="77777777" w:rsidR="001A5159" w:rsidRDefault="001A5159"/>
    <w:p w14:paraId="12563A56" w14:textId="77777777" w:rsidR="001A5159" w:rsidRDefault="00000000">
      <w:r>
        <w:rPr>
          <w:rFonts w:ascii="Garamond" w:hAnsi="Garamond"/>
          <w:sz w:val="24"/>
        </w:rPr>
        <w:t>Beginner Proof Portfolio</w:t>
      </w:r>
    </w:p>
    <w:p w14:paraId="1108BBAE" w14:textId="77777777" w:rsidR="001A5159" w:rsidRDefault="00000000">
      <w:r>
        <w:rPr>
          <w:rFonts w:ascii="Garamond" w:hAnsi="Garamond"/>
          <w:sz w:val="24"/>
        </w:rPr>
        <w:t>Create 3–5 sample videos:</w:t>
      </w:r>
    </w:p>
    <w:p w14:paraId="1714ABCD" w14:textId="77777777" w:rsidR="001A5159" w:rsidRDefault="00000000">
      <w:r>
        <w:rPr>
          <w:rFonts w:ascii="Garamond" w:hAnsi="Garamond"/>
          <w:sz w:val="24"/>
        </w:rPr>
        <w:t xml:space="preserve">1 </w:t>
      </w:r>
      <w:proofErr w:type="gramStart"/>
      <w:r>
        <w:rPr>
          <w:rFonts w:ascii="Garamond" w:hAnsi="Garamond"/>
          <w:sz w:val="24"/>
        </w:rPr>
        <w:t>talking-head</w:t>
      </w:r>
      <w:proofErr w:type="gramEnd"/>
      <w:r>
        <w:rPr>
          <w:rFonts w:ascii="Garamond" w:hAnsi="Garamond"/>
          <w:sz w:val="24"/>
        </w:rPr>
        <w:t xml:space="preserve"> </w:t>
      </w:r>
      <w:proofErr w:type="gramStart"/>
      <w:r>
        <w:rPr>
          <w:rFonts w:ascii="Garamond" w:hAnsi="Garamond"/>
          <w:sz w:val="24"/>
        </w:rPr>
        <w:t>clip</w:t>
      </w:r>
      <w:proofErr w:type="gramEnd"/>
    </w:p>
    <w:p w14:paraId="0F0F83AF" w14:textId="77777777" w:rsidR="001A5159" w:rsidRDefault="00000000">
      <w:r>
        <w:rPr>
          <w:rFonts w:ascii="Garamond" w:hAnsi="Garamond"/>
          <w:sz w:val="24"/>
        </w:rPr>
        <w:t>1 B-roll mixed edit</w:t>
      </w:r>
    </w:p>
    <w:p w14:paraId="613B8A7E" w14:textId="77777777" w:rsidR="001A5159" w:rsidRDefault="00000000">
      <w:r>
        <w:rPr>
          <w:rFonts w:ascii="Garamond" w:hAnsi="Garamond"/>
          <w:sz w:val="24"/>
        </w:rPr>
        <w:t>1 repurposed clip from a podcast</w:t>
      </w:r>
    </w:p>
    <w:p w14:paraId="443CED46" w14:textId="77777777" w:rsidR="001A5159" w:rsidRDefault="00000000">
      <w:r>
        <w:rPr>
          <w:rFonts w:ascii="Garamond" w:hAnsi="Garamond"/>
          <w:sz w:val="24"/>
        </w:rPr>
        <w:t xml:space="preserve">1 caption-heavy “viral style” </w:t>
      </w:r>
      <w:proofErr w:type="gramStart"/>
      <w:r>
        <w:rPr>
          <w:rFonts w:ascii="Garamond" w:hAnsi="Garamond"/>
          <w:sz w:val="24"/>
        </w:rPr>
        <w:t>edit</w:t>
      </w:r>
      <w:proofErr w:type="gramEnd"/>
    </w:p>
    <w:p w14:paraId="706766AD" w14:textId="77777777" w:rsidR="001A5159" w:rsidRDefault="00000000">
      <w:r>
        <w:rPr>
          <w:rFonts w:ascii="Garamond" w:hAnsi="Garamond"/>
          <w:sz w:val="24"/>
        </w:rPr>
        <w:t>1 clean, minimal edit</w:t>
      </w:r>
    </w:p>
    <w:p w14:paraId="49DAE94B" w14:textId="77777777" w:rsidR="001A5159" w:rsidRDefault="00000000">
      <w:r>
        <w:rPr>
          <w:rFonts w:ascii="Garamond" w:hAnsi="Garamond"/>
          <w:sz w:val="24"/>
        </w:rPr>
        <w:lastRenderedPageBreak/>
        <w:t>Upload them on:</w:t>
      </w:r>
    </w:p>
    <w:p w14:paraId="6E34B231" w14:textId="77777777" w:rsidR="001A5159" w:rsidRDefault="00000000">
      <w:r>
        <w:rPr>
          <w:rFonts w:ascii="Garamond" w:hAnsi="Garamond"/>
          <w:sz w:val="24"/>
        </w:rPr>
        <w:t>TikTok</w:t>
      </w:r>
    </w:p>
    <w:p w14:paraId="76A4FABB" w14:textId="77777777" w:rsidR="001A5159" w:rsidRDefault="00000000">
      <w:r>
        <w:rPr>
          <w:rFonts w:ascii="Garamond" w:hAnsi="Garamond"/>
          <w:sz w:val="24"/>
        </w:rPr>
        <w:t>Instagram</w:t>
      </w:r>
    </w:p>
    <w:p w14:paraId="3233DEBB" w14:textId="77777777" w:rsidR="001A5159" w:rsidRDefault="00000000">
      <w:r>
        <w:rPr>
          <w:rFonts w:ascii="Garamond" w:hAnsi="Garamond"/>
          <w:sz w:val="24"/>
        </w:rPr>
        <w:t>YouTube Shorts</w:t>
      </w:r>
    </w:p>
    <w:p w14:paraId="0AF47D16" w14:textId="77777777" w:rsidR="001A5159" w:rsidRDefault="00000000">
      <w:r>
        <w:rPr>
          <w:rFonts w:ascii="Garamond" w:hAnsi="Garamond"/>
          <w:sz w:val="24"/>
        </w:rPr>
        <w:t>Your portfolio</w:t>
      </w:r>
    </w:p>
    <w:p w14:paraId="606F5D9A" w14:textId="77777777" w:rsidR="001A5159" w:rsidRDefault="00000000">
      <w:r>
        <w:rPr>
          <w:rFonts w:ascii="Garamond" w:hAnsi="Garamond"/>
          <w:sz w:val="24"/>
        </w:rPr>
        <w:t>Instant credibility.</w:t>
      </w:r>
    </w:p>
    <w:p w14:paraId="2B66C805" w14:textId="77777777" w:rsidR="001A5159" w:rsidRDefault="001A5159"/>
    <w:p w14:paraId="211430F3" w14:textId="77777777" w:rsidR="001A5159" w:rsidRDefault="00000000">
      <w:r>
        <w:rPr>
          <w:rFonts w:ascii="Garamond" w:hAnsi="Garamond"/>
          <w:sz w:val="24"/>
        </w:rPr>
        <w:t>Pricing Guide</w:t>
      </w:r>
    </w:p>
    <w:p w14:paraId="1EA6988C" w14:textId="77777777" w:rsidR="001A5159" w:rsidRDefault="00000000">
      <w:r>
        <w:rPr>
          <w:rFonts w:ascii="Garamond" w:hAnsi="Garamond"/>
          <w:sz w:val="24"/>
        </w:rPr>
        <w:t>Beginners start at:</w:t>
      </w:r>
    </w:p>
    <w:p w14:paraId="7836E429" w14:textId="77777777" w:rsidR="001A5159" w:rsidRDefault="00000000">
      <w:r>
        <w:rPr>
          <w:rFonts w:ascii="Garamond" w:hAnsi="Garamond"/>
          <w:sz w:val="24"/>
        </w:rPr>
        <w:t>$15–$30 per clip</w:t>
      </w:r>
    </w:p>
    <w:p w14:paraId="6CDBE6A9" w14:textId="77777777" w:rsidR="001A5159" w:rsidRDefault="00000000">
      <w:r>
        <w:rPr>
          <w:rFonts w:ascii="Garamond" w:hAnsi="Garamond"/>
          <w:sz w:val="24"/>
        </w:rPr>
        <w:t>$50–$75 per 3-pack</w:t>
      </w:r>
    </w:p>
    <w:p w14:paraId="4B2CE5A5" w14:textId="77777777" w:rsidR="001A5159" w:rsidRDefault="00000000">
      <w:r>
        <w:rPr>
          <w:rFonts w:ascii="Garamond" w:hAnsi="Garamond"/>
          <w:sz w:val="24"/>
        </w:rPr>
        <w:t>$150–$300 per 10-pack</w:t>
      </w:r>
    </w:p>
    <w:p w14:paraId="1472B559" w14:textId="77777777" w:rsidR="001A5159" w:rsidRDefault="00000000">
      <w:r>
        <w:rPr>
          <w:rFonts w:ascii="Garamond" w:hAnsi="Garamond"/>
          <w:sz w:val="24"/>
        </w:rPr>
        <w:t>Intermediate:</w:t>
      </w:r>
    </w:p>
    <w:p w14:paraId="0FA3D8F9" w14:textId="77777777" w:rsidR="001A5159" w:rsidRDefault="00000000">
      <w:r>
        <w:rPr>
          <w:rFonts w:ascii="Garamond" w:hAnsi="Garamond"/>
          <w:sz w:val="24"/>
        </w:rPr>
        <w:t>$300–$600/month retainers</w:t>
      </w:r>
    </w:p>
    <w:p w14:paraId="1BC7806E" w14:textId="77777777" w:rsidR="001A5159" w:rsidRDefault="00000000">
      <w:r>
        <w:rPr>
          <w:rFonts w:ascii="Garamond" w:hAnsi="Garamond"/>
          <w:sz w:val="24"/>
        </w:rPr>
        <w:t>$500–$1,200 bundle packages</w:t>
      </w:r>
    </w:p>
    <w:p w14:paraId="4F96C9BC" w14:textId="77777777" w:rsidR="001A5159" w:rsidRDefault="00000000">
      <w:r>
        <w:rPr>
          <w:rFonts w:ascii="Garamond" w:hAnsi="Garamond"/>
          <w:sz w:val="24"/>
        </w:rPr>
        <w:t>Pro:</w:t>
      </w:r>
    </w:p>
    <w:p w14:paraId="66C61FF7" w14:textId="77777777" w:rsidR="001A5159" w:rsidRDefault="00000000">
      <w:r>
        <w:rPr>
          <w:rFonts w:ascii="Garamond" w:hAnsi="Garamond"/>
          <w:sz w:val="24"/>
        </w:rPr>
        <w:t>$1,000–$3,500/month retainers</w:t>
      </w:r>
    </w:p>
    <w:p w14:paraId="59C52B6F" w14:textId="77777777" w:rsidR="001A5159" w:rsidRDefault="00000000">
      <w:r>
        <w:rPr>
          <w:rFonts w:ascii="Garamond" w:hAnsi="Garamond"/>
          <w:sz w:val="24"/>
        </w:rPr>
        <w:t>Agency bundles $5,000+</w:t>
      </w:r>
    </w:p>
    <w:p w14:paraId="7C201FF5" w14:textId="77777777" w:rsidR="001A5159" w:rsidRDefault="00000000">
      <w:r>
        <w:rPr>
          <w:rFonts w:ascii="Garamond" w:hAnsi="Garamond"/>
          <w:sz w:val="24"/>
        </w:rPr>
        <w:t>Video is the BEST recurring-income blueprint in the entire book.</w:t>
      </w:r>
    </w:p>
    <w:p w14:paraId="7776E3A6" w14:textId="77777777" w:rsidR="001A5159" w:rsidRDefault="001A5159"/>
    <w:p w14:paraId="27085C01" w14:textId="77777777" w:rsidR="001A5159" w:rsidRDefault="00000000">
      <w:r>
        <w:rPr>
          <w:rFonts w:ascii="Garamond" w:hAnsi="Garamond"/>
          <w:sz w:val="24"/>
        </w:rPr>
        <w:t>Pro Accelerators</w:t>
      </w:r>
    </w:p>
    <w:p w14:paraId="06BE6038" w14:textId="77777777" w:rsidR="001A5159" w:rsidRDefault="00000000">
      <w:r>
        <w:rPr>
          <w:rFonts w:ascii="Garamond" w:hAnsi="Garamond"/>
          <w:sz w:val="24"/>
        </w:rPr>
        <w:t>branded video templates</w:t>
      </w:r>
    </w:p>
    <w:p w14:paraId="507DED41" w14:textId="77777777" w:rsidR="001A5159" w:rsidRDefault="00000000">
      <w:r>
        <w:rPr>
          <w:rFonts w:ascii="Garamond" w:hAnsi="Garamond"/>
          <w:sz w:val="24"/>
        </w:rPr>
        <w:t>B-roll bundles</w:t>
      </w:r>
    </w:p>
    <w:p w14:paraId="0A03B733" w14:textId="77777777" w:rsidR="001A5159" w:rsidRDefault="00000000">
      <w:r>
        <w:rPr>
          <w:rFonts w:ascii="Garamond" w:hAnsi="Garamond"/>
          <w:sz w:val="24"/>
        </w:rPr>
        <w:t xml:space="preserve">hook writing </w:t>
      </w:r>
      <w:proofErr w:type="gramStart"/>
      <w:r>
        <w:rPr>
          <w:rFonts w:ascii="Garamond" w:hAnsi="Garamond"/>
          <w:sz w:val="24"/>
        </w:rPr>
        <w:t>services</w:t>
      </w:r>
      <w:proofErr w:type="gramEnd"/>
    </w:p>
    <w:p w14:paraId="4B97D82C" w14:textId="77777777" w:rsidR="001A5159" w:rsidRDefault="00000000">
      <w:r>
        <w:rPr>
          <w:rFonts w:ascii="Garamond" w:hAnsi="Garamond"/>
          <w:sz w:val="24"/>
        </w:rPr>
        <w:t>content calendars</w:t>
      </w:r>
    </w:p>
    <w:p w14:paraId="1B4CF61D" w14:textId="77777777" w:rsidR="001A5159" w:rsidRDefault="00000000">
      <w:r>
        <w:rPr>
          <w:rFonts w:ascii="Garamond" w:hAnsi="Garamond"/>
          <w:sz w:val="24"/>
        </w:rPr>
        <w:lastRenderedPageBreak/>
        <w:t>faceless edits</w:t>
      </w:r>
    </w:p>
    <w:p w14:paraId="728A801D" w14:textId="77777777" w:rsidR="001A5159" w:rsidRDefault="00000000">
      <w:r>
        <w:rPr>
          <w:rFonts w:ascii="Garamond" w:hAnsi="Garamond"/>
          <w:sz w:val="24"/>
        </w:rPr>
        <w:t>TikTok storytelling scripts</w:t>
      </w:r>
    </w:p>
    <w:p w14:paraId="4661C09C" w14:textId="77777777" w:rsidR="001A5159" w:rsidRDefault="00000000">
      <w:r>
        <w:rPr>
          <w:rFonts w:ascii="Garamond" w:hAnsi="Garamond"/>
          <w:sz w:val="24"/>
        </w:rPr>
        <w:t>trend research</w:t>
      </w:r>
    </w:p>
    <w:p w14:paraId="2F27060D" w14:textId="77777777" w:rsidR="001A5159" w:rsidRDefault="00000000">
      <w:r>
        <w:rPr>
          <w:rFonts w:ascii="Garamond" w:hAnsi="Garamond"/>
          <w:sz w:val="24"/>
        </w:rPr>
        <w:t>batch production (20–50 clips at a time)</w:t>
      </w:r>
    </w:p>
    <w:p w14:paraId="071FF159" w14:textId="77777777" w:rsidR="001A5159" w:rsidRDefault="00000000">
      <w:r>
        <w:rPr>
          <w:rFonts w:ascii="Garamond" w:hAnsi="Garamond"/>
          <w:sz w:val="24"/>
        </w:rPr>
        <w:t xml:space="preserve">These </w:t>
      </w:r>
      <w:proofErr w:type="gramStart"/>
      <w:r>
        <w:rPr>
          <w:rFonts w:ascii="Garamond" w:hAnsi="Garamond"/>
          <w:sz w:val="24"/>
        </w:rPr>
        <w:t>multiply</w:t>
      </w:r>
      <w:proofErr w:type="gramEnd"/>
      <w:r>
        <w:rPr>
          <w:rFonts w:ascii="Garamond" w:hAnsi="Garamond"/>
          <w:sz w:val="24"/>
        </w:rPr>
        <w:t xml:space="preserve"> your income.</w:t>
      </w:r>
    </w:p>
    <w:p w14:paraId="6F7AA7E4" w14:textId="77777777" w:rsidR="001A5159" w:rsidRDefault="001A5159"/>
    <w:p w14:paraId="4F87B762" w14:textId="77777777" w:rsidR="001A5159" w:rsidRDefault="00000000">
      <w:r>
        <w:rPr>
          <w:rFonts w:ascii="Garamond" w:hAnsi="Garamond"/>
          <w:sz w:val="24"/>
        </w:rPr>
        <w:t>⭐MICRO CASE STUDY — BLUEPRINT TWO</w:t>
      </w:r>
    </w:p>
    <w:p w14:paraId="249317A0" w14:textId="77777777" w:rsidR="001A5159" w:rsidRDefault="00000000">
      <w:r>
        <w:rPr>
          <w:rFonts w:ascii="Garamond" w:hAnsi="Garamond"/>
          <w:sz w:val="24"/>
        </w:rPr>
        <w:t>Case Study: From Zero Editing Experience to a $600 Monthly Retainer in 21 Days</w:t>
      </w:r>
    </w:p>
    <w:p w14:paraId="39FE139E" w14:textId="77777777" w:rsidR="001A5159" w:rsidRDefault="00000000">
      <w:r>
        <w:rPr>
          <w:rFonts w:ascii="Garamond" w:hAnsi="Garamond"/>
          <w:sz w:val="24"/>
        </w:rPr>
        <w:t>Marcus had never edited a video in his life.</w:t>
      </w:r>
      <w:r>
        <w:rPr>
          <w:rFonts w:ascii="Garamond" w:hAnsi="Garamond"/>
          <w:sz w:val="24"/>
        </w:rPr>
        <w:br/>
        <w:t>He wasn’t a creator.</w:t>
      </w:r>
      <w:r>
        <w:rPr>
          <w:rFonts w:ascii="Garamond" w:hAnsi="Garamond"/>
          <w:sz w:val="24"/>
        </w:rPr>
        <w:br/>
        <w:t>He didn’t own a camera.</w:t>
      </w:r>
      <w:r>
        <w:rPr>
          <w:rFonts w:ascii="Garamond" w:hAnsi="Garamond"/>
          <w:sz w:val="24"/>
        </w:rPr>
        <w:br/>
        <w:t>He didn’t even know what “B-roll” meant.</w:t>
      </w:r>
    </w:p>
    <w:p w14:paraId="63435A9B" w14:textId="77777777" w:rsidR="001A5159" w:rsidRDefault="00000000">
      <w:r>
        <w:rPr>
          <w:rFonts w:ascii="Garamond" w:hAnsi="Garamond"/>
          <w:sz w:val="24"/>
        </w:rPr>
        <w:t>He followed Blueprint 2 exactly:</w:t>
      </w:r>
    </w:p>
    <w:p w14:paraId="29F7CDB8" w14:textId="77777777" w:rsidR="001A5159" w:rsidRDefault="00000000">
      <w:r>
        <w:rPr>
          <w:rFonts w:ascii="Garamond" w:hAnsi="Garamond"/>
          <w:sz w:val="24"/>
        </w:rPr>
        <w:t xml:space="preserve">used Descript to auto-cut raw podcast </w:t>
      </w:r>
      <w:proofErr w:type="gramStart"/>
      <w:r>
        <w:rPr>
          <w:rFonts w:ascii="Garamond" w:hAnsi="Garamond"/>
          <w:sz w:val="24"/>
        </w:rPr>
        <w:t>clips</w:t>
      </w:r>
      <w:proofErr w:type="gramEnd"/>
    </w:p>
    <w:p w14:paraId="229BC46B" w14:textId="77777777" w:rsidR="001A5159" w:rsidRDefault="00000000">
      <w:r>
        <w:rPr>
          <w:rFonts w:ascii="Garamond" w:hAnsi="Garamond"/>
          <w:sz w:val="24"/>
        </w:rPr>
        <w:t xml:space="preserve">generated hooks with </w:t>
      </w:r>
      <w:proofErr w:type="gramStart"/>
      <w:r>
        <w:rPr>
          <w:rFonts w:ascii="Garamond" w:hAnsi="Garamond"/>
          <w:sz w:val="24"/>
        </w:rPr>
        <w:t>AI</w:t>
      </w:r>
      <w:proofErr w:type="gramEnd"/>
    </w:p>
    <w:p w14:paraId="4CCAF5AB" w14:textId="77777777" w:rsidR="001A5159" w:rsidRDefault="00000000">
      <w:r>
        <w:rPr>
          <w:rFonts w:ascii="Garamond" w:hAnsi="Garamond"/>
          <w:sz w:val="24"/>
        </w:rPr>
        <w:t xml:space="preserve">applied stylish captions in </w:t>
      </w:r>
      <w:proofErr w:type="gramStart"/>
      <w:r>
        <w:rPr>
          <w:rFonts w:ascii="Garamond" w:hAnsi="Garamond"/>
          <w:sz w:val="24"/>
        </w:rPr>
        <w:t>CapCut</w:t>
      </w:r>
      <w:proofErr w:type="gramEnd"/>
    </w:p>
    <w:p w14:paraId="213F6ED3" w14:textId="77777777" w:rsidR="001A5159" w:rsidRDefault="00000000">
      <w:r>
        <w:rPr>
          <w:rFonts w:ascii="Garamond" w:hAnsi="Garamond"/>
          <w:sz w:val="24"/>
        </w:rPr>
        <w:t xml:space="preserve">created three samples in one </w:t>
      </w:r>
      <w:proofErr w:type="gramStart"/>
      <w:r>
        <w:rPr>
          <w:rFonts w:ascii="Garamond" w:hAnsi="Garamond"/>
          <w:sz w:val="24"/>
        </w:rPr>
        <w:t>afternoon</w:t>
      </w:r>
      <w:proofErr w:type="gramEnd"/>
    </w:p>
    <w:p w14:paraId="198B55FE" w14:textId="77777777" w:rsidR="001A5159" w:rsidRDefault="00000000">
      <w:r>
        <w:rPr>
          <w:rFonts w:ascii="Garamond" w:hAnsi="Garamond"/>
          <w:sz w:val="24"/>
        </w:rPr>
        <w:t xml:space="preserve">posted them as “I’m </w:t>
      </w:r>
      <w:proofErr w:type="gramStart"/>
      <w:r>
        <w:rPr>
          <w:rFonts w:ascii="Garamond" w:hAnsi="Garamond"/>
          <w:sz w:val="24"/>
        </w:rPr>
        <w:t>testing</w:t>
      </w:r>
      <w:proofErr w:type="gramEnd"/>
      <w:r>
        <w:rPr>
          <w:rFonts w:ascii="Garamond" w:hAnsi="Garamond"/>
          <w:sz w:val="24"/>
        </w:rPr>
        <w:t xml:space="preserve"> a new AI editing workflow — want a free sample?”</w:t>
      </w:r>
    </w:p>
    <w:p w14:paraId="116EB3BD" w14:textId="77777777" w:rsidR="001A5159" w:rsidRDefault="00000000">
      <w:r>
        <w:rPr>
          <w:rFonts w:ascii="Garamond" w:hAnsi="Garamond"/>
          <w:sz w:val="24"/>
        </w:rPr>
        <w:t>A local fitness coach DM’d him within hours.</w:t>
      </w:r>
    </w:p>
    <w:p w14:paraId="5EF2118E" w14:textId="77777777" w:rsidR="001A5159" w:rsidRDefault="00000000">
      <w:r>
        <w:rPr>
          <w:rFonts w:ascii="Garamond" w:hAnsi="Garamond"/>
          <w:sz w:val="24"/>
        </w:rPr>
        <w:t>Marcus delivered a free sample.</w:t>
      </w:r>
      <w:r>
        <w:rPr>
          <w:rFonts w:ascii="Garamond" w:hAnsi="Garamond"/>
          <w:sz w:val="24"/>
        </w:rPr>
        <w:br/>
        <w:t>The coach loved it.</w:t>
      </w:r>
      <w:r>
        <w:rPr>
          <w:rFonts w:ascii="Garamond" w:hAnsi="Garamond"/>
          <w:sz w:val="24"/>
        </w:rPr>
        <w:br/>
        <w:t>He asked for 10 clips a week.</w:t>
      </w:r>
    </w:p>
    <w:p w14:paraId="079861C3" w14:textId="77777777" w:rsidR="001A5159" w:rsidRDefault="00000000">
      <w:r>
        <w:rPr>
          <w:rFonts w:ascii="Garamond" w:hAnsi="Garamond"/>
          <w:sz w:val="24"/>
        </w:rPr>
        <w:t>Marcus offered a starter retainer: $600/month.</w:t>
      </w:r>
    </w:p>
    <w:p w14:paraId="7BEB1BE6" w14:textId="77777777" w:rsidR="001A5159" w:rsidRDefault="00000000">
      <w:r>
        <w:rPr>
          <w:rFonts w:ascii="Garamond" w:hAnsi="Garamond"/>
          <w:sz w:val="24"/>
        </w:rPr>
        <w:t>The coach immediately said yes.</w:t>
      </w:r>
    </w:p>
    <w:p w14:paraId="059A5140" w14:textId="77777777" w:rsidR="001A5159" w:rsidRDefault="00000000">
      <w:r>
        <w:rPr>
          <w:rFonts w:ascii="Garamond" w:hAnsi="Garamond"/>
          <w:sz w:val="24"/>
        </w:rPr>
        <w:t>By the end of Month 1:</w:t>
      </w:r>
    </w:p>
    <w:p w14:paraId="0C2BC01F" w14:textId="77777777" w:rsidR="001A5159" w:rsidRDefault="00000000">
      <w:proofErr w:type="gramStart"/>
      <w:r>
        <w:rPr>
          <w:rFonts w:ascii="Garamond" w:hAnsi="Garamond"/>
          <w:sz w:val="24"/>
        </w:rPr>
        <w:t>he</w:t>
      </w:r>
      <w:proofErr w:type="gramEnd"/>
      <w:r>
        <w:rPr>
          <w:rFonts w:ascii="Garamond" w:hAnsi="Garamond"/>
          <w:sz w:val="24"/>
        </w:rPr>
        <w:t xml:space="preserve"> had two paying </w:t>
      </w:r>
      <w:proofErr w:type="gramStart"/>
      <w:r>
        <w:rPr>
          <w:rFonts w:ascii="Garamond" w:hAnsi="Garamond"/>
          <w:sz w:val="24"/>
        </w:rPr>
        <w:t>clients</w:t>
      </w:r>
      <w:proofErr w:type="gramEnd"/>
    </w:p>
    <w:p w14:paraId="05761DC3" w14:textId="77777777" w:rsidR="001A5159" w:rsidRDefault="00000000">
      <w:r>
        <w:rPr>
          <w:rFonts w:ascii="Garamond" w:hAnsi="Garamond"/>
          <w:sz w:val="24"/>
        </w:rPr>
        <w:t>20+ clips in his portfolio</w:t>
      </w:r>
    </w:p>
    <w:p w14:paraId="1F6073AB" w14:textId="77777777" w:rsidR="001A5159" w:rsidRDefault="00000000">
      <w:r>
        <w:rPr>
          <w:rFonts w:ascii="Garamond" w:hAnsi="Garamond"/>
          <w:sz w:val="24"/>
        </w:rPr>
        <w:lastRenderedPageBreak/>
        <w:t>a repeatable workflow</w:t>
      </w:r>
    </w:p>
    <w:p w14:paraId="524238F1" w14:textId="77777777" w:rsidR="001A5159" w:rsidRDefault="00000000">
      <w:r>
        <w:rPr>
          <w:rFonts w:ascii="Garamond" w:hAnsi="Garamond"/>
          <w:sz w:val="24"/>
        </w:rPr>
        <w:t xml:space="preserve">confidence he never had </w:t>
      </w:r>
      <w:proofErr w:type="gramStart"/>
      <w:r>
        <w:rPr>
          <w:rFonts w:ascii="Garamond" w:hAnsi="Garamond"/>
          <w:sz w:val="24"/>
        </w:rPr>
        <w:t>before</w:t>
      </w:r>
      <w:proofErr w:type="gramEnd"/>
    </w:p>
    <w:p w14:paraId="518F5CE0" w14:textId="77777777" w:rsidR="001A5159" w:rsidRDefault="00000000">
      <w:r>
        <w:rPr>
          <w:rFonts w:ascii="Garamond" w:hAnsi="Garamond"/>
          <w:sz w:val="24"/>
        </w:rPr>
        <w:t>Marcus went from total beginner → paid video editor in three weeks.</w:t>
      </w:r>
    </w:p>
    <w:p w14:paraId="03EAE9BA" w14:textId="77777777" w:rsidR="001A5159" w:rsidRDefault="00000000">
      <w:r>
        <w:rPr>
          <w:rFonts w:ascii="Garamond" w:hAnsi="Garamond"/>
          <w:sz w:val="24"/>
        </w:rPr>
        <w:t>The reason?</w:t>
      </w:r>
      <w:r>
        <w:rPr>
          <w:rFonts w:ascii="Garamond" w:hAnsi="Garamond"/>
          <w:sz w:val="24"/>
        </w:rPr>
        <w:br/>
        <w:t xml:space="preserve">AI </w:t>
      </w:r>
      <w:proofErr w:type="gramStart"/>
      <w:r>
        <w:rPr>
          <w:rFonts w:ascii="Garamond" w:hAnsi="Garamond"/>
          <w:sz w:val="24"/>
        </w:rPr>
        <w:t>handled</w:t>
      </w:r>
      <w:proofErr w:type="gramEnd"/>
      <w:r>
        <w:rPr>
          <w:rFonts w:ascii="Garamond" w:hAnsi="Garamond"/>
          <w:sz w:val="24"/>
        </w:rPr>
        <w:t xml:space="preserve"> the complexity.</w:t>
      </w:r>
      <w:r>
        <w:rPr>
          <w:rFonts w:ascii="Garamond" w:hAnsi="Garamond"/>
          <w:sz w:val="24"/>
        </w:rPr>
        <w:br/>
        <w:t xml:space="preserve">Marcus </w:t>
      </w:r>
      <w:proofErr w:type="gramStart"/>
      <w:r>
        <w:rPr>
          <w:rFonts w:ascii="Garamond" w:hAnsi="Garamond"/>
          <w:sz w:val="24"/>
        </w:rPr>
        <w:t>handled</w:t>
      </w:r>
      <w:proofErr w:type="gramEnd"/>
      <w:r>
        <w:rPr>
          <w:rFonts w:ascii="Garamond" w:hAnsi="Garamond"/>
          <w:sz w:val="24"/>
        </w:rPr>
        <w:t xml:space="preserve"> the workflow.</w:t>
      </w:r>
    </w:p>
    <w:p w14:paraId="66152AB5" w14:textId="77777777" w:rsidR="001A5159" w:rsidRDefault="00000000" w:rsidP="00C138A8">
      <w:pPr>
        <w:rPr>
          <w:rFonts w:ascii="Garamond" w:hAnsi="Garamond"/>
          <w:b/>
          <w:sz w:val="24"/>
          <w:szCs w:val="24"/>
        </w:rPr>
      </w:pPr>
      <w:r w:rsidRPr="00C138A8">
        <w:rPr>
          <w:rFonts w:ascii="Garamond" w:hAnsi="Garamond"/>
          <w:b/>
          <w:sz w:val="24"/>
          <w:szCs w:val="24"/>
        </w:rPr>
        <w:t>Blueprint 2 works because it turns raw video into value — fast.</w:t>
      </w:r>
    </w:p>
    <w:p w14:paraId="66FBA80C" w14:textId="77777777" w:rsidR="0063351A" w:rsidRDefault="0063351A" w:rsidP="00C138A8">
      <w:pPr>
        <w:rPr>
          <w:sz w:val="24"/>
          <w:szCs w:val="24"/>
        </w:rPr>
        <w:sectPr w:rsidR="0063351A" w:rsidSect="00034616">
          <w:pgSz w:w="12240" w:h="15840"/>
          <w:pgMar w:top="1440" w:right="1800" w:bottom="1440" w:left="1800" w:header="720" w:footer="720" w:gutter="0"/>
          <w:cols w:space="720"/>
          <w:docGrid w:linePitch="360"/>
        </w:sectPr>
      </w:pPr>
    </w:p>
    <w:p w14:paraId="0D41A378" w14:textId="77777777" w:rsidR="00C138A8" w:rsidRPr="00C138A8" w:rsidRDefault="00C138A8" w:rsidP="00C138A8">
      <w:pPr>
        <w:rPr>
          <w:sz w:val="24"/>
          <w:szCs w:val="24"/>
        </w:rPr>
      </w:pPr>
    </w:p>
    <w:p w14:paraId="55144D0D" w14:textId="77777777" w:rsidR="001A5159" w:rsidRDefault="001A5159"/>
    <w:p w14:paraId="06DCC9C3" w14:textId="77777777" w:rsidR="001A5159" w:rsidRPr="0063351A" w:rsidRDefault="00000000" w:rsidP="0063351A">
      <w:pPr>
        <w:pStyle w:val="Heading1"/>
        <w:rPr>
          <w:rFonts w:ascii="Garamond" w:hAnsi="Garamond"/>
          <w:color w:val="auto"/>
          <w:sz w:val="40"/>
          <w:szCs w:val="40"/>
        </w:rPr>
      </w:pPr>
      <w:bookmarkStart w:id="11" w:name="_Toc214830307"/>
      <w:r w:rsidRPr="0063351A">
        <w:rPr>
          <w:rFonts w:ascii="Garamond" w:hAnsi="Garamond"/>
          <w:color w:val="auto"/>
          <w:sz w:val="40"/>
          <w:szCs w:val="40"/>
        </w:rPr>
        <w:t>BLUEPRINT THREE — AI-DRIVEN YOUTUBE AUTOMATION &amp; FACELESS VIDEO CREATION</w:t>
      </w:r>
      <w:bookmarkEnd w:id="11"/>
    </w:p>
    <w:p w14:paraId="5F34EFBE" w14:textId="77777777" w:rsidR="001A5159" w:rsidRPr="0063351A" w:rsidRDefault="00000000" w:rsidP="0063351A">
      <w:pPr>
        <w:pStyle w:val="Heading2"/>
        <w:rPr>
          <w:rFonts w:ascii="Garamond" w:hAnsi="Garamond"/>
          <w:color w:val="auto"/>
          <w:sz w:val="28"/>
          <w:szCs w:val="28"/>
        </w:rPr>
      </w:pPr>
      <w:bookmarkStart w:id="12" w:name="_Toc214830308"/>
      <w:r w:rsidRPr="0063351A">
        <w:rPr>
          <w:rFonts w:ascii="Garamond" w:hAnsi="Garamond"/>
          <w:color w:val="auto"/>
          <w:sz w:val="28"/>
          <w:szCs w:val="28"/>
        </w:rPr>
        <w:t>(The Blueprint That Builds Scalable, Passive Video Income Without Recording Yourself)</w:t>
      </w:r>
      <w:bookmarkEnd w:id="12"/>
    </w:p>
    <w:p w14:paraId="0CDE24D1" w14:textId="77777777" w:rsidR="001A5159" w:rsidRDefault="00000000">
      <w:r>
        <w:rPr>
          <w:rFonts w:ascii="Garamond" w:hAnsi="Garamond"/>
          <w:sz w:val="24"/>
        </w:rPr>
        <w:t>YouTube automation has exploded — and AI just multiplied its power.</w:t>
      </w:r>
    </w:p>
    <w:p w14:paraId="413722C5" w14:textId="77777777" w:rsidR="001A5159" w:rsidRDefault="00000000">
      <w:r>
        <w:rPr>
          <w:rFonts w:ascii="Garamond" w:hAnsi="Garamond"/>
          <w:sz w:val="24"/>
        </w:rPr>
        <w:t>You no longer need:</w:t>
      </w:r>
    </w:p>
    <w:p w14:paraId="7B3DA5EC" w14:textId="77777777" w:rsidR="001A5159" w:rsidRDefault="00000000">
      <w:r>
        <w:rPr>
          <w:rFonts w:ascii="Garamond" w:hAnsi="Garamond"/>
          <w:sz w:val="24"/>
        </w:rPr>
        <w:t>to appear on camera</w:t>
      </w:r>
    </w:p>
    <w:p w14:paraId="07133E15" w14:textId="77777777" w:rsidR="001A5159" w:rsidRDefault="00000000">
      <w:r>
        <w:rPr>
          <w:rFonts w:ascii="Garamond" w:hAnsi="Garamond"/>
          <w:sz w:val="24"/>
        </w:rPr>
        <w:t>to record your voice</w:t>
      </w:r>
    </w:p>
    <w:p w14:paraId="08415C1C" w14:textId="77777777" w:rsidR="001A5159" w:rsidRDefault="00000000">
      <w:r>
        <w:rPr>
          <w:rFonts w:ascii="Garamond" w:hAnsi="Garamond"/>
          <w:sz w:val="24"/>
        </w:rPr>
        <w:t>to edit videos manually</w:t>
      </w:r>
    </w:p>
    <w:p w14:paraId="4E7765A7" w14:textId="77777777" w:rsidR="001A5159" w:rsidRDefault="00000000">
      <w:r>
        <w:rPr>
          <w:rFonts w:ascii="Garamond" w:hAnsi="Garamond"/>
          <w:sz w:val="24"/>
        </w:rPr>
        <w:t>to write long scripts</w:t>
      </w:r>
    </w:p>
    <w:p w14:paraId="55839C72" w14:textId="77777777" w:rsidR="001A5159" w:rsidRDefault="00000000">
      <w:r>
        <w:rPr>
          <w:rFonts w:ascii="Garamond" w:hAnsi="Garamond"/>
          <w:sz w:val="24"/>
        </w:rPr>
        <w:t>to hire freelancers</w:t>
      </w:r>
    </w:p>
    <w:p w14:paraId="3515A705" w14:textId="77777777" w:rsidR="001A5159" w:rsidRDefault="00000000">
      <w:r>
        <w:rPr>
          <w:rFonts w:ascii="Garamond" w:hAnsi="Garamond"/>
          <w:sz w:val="24"/>
        </w:rPr>
        <w:t>to learn complex production workflows</w:t>
      </w:r>
    </w:p>
    <w:p w14:paraId="1AB529FC" w14:textId="77777777" w:rsidR="001A5159" w:rsidRDefault="00000000">
      <w:r>
        <w:rPr>
          <w:rFonts w:ascii="Garamond" w:hAnsi="Garamond"/>
          <w:sz w:val="24"/>
        </w:rPr>
        <w:t>With AI, you can create entire faceless YouTube videos — from research to scripting to editing to thumbnail creation — all inside a simple, repeatable system.</w:t>
      </w:r>
    </w:p>
    <w:p w14:paraId="331860BF" w14:textId="77777777" w:rsidR="001A5159" w:rsidRDefault="00000000">
      <w:r>
        <w:rPr>
          <w:rFonts w:ascii="Garamond" w:hAnsi="Garamond"/>
          <w:sz w:val="24"/>
        </w:rPr>
        <w:t>This blueprint shows you how to build a channel that:</w:t>
      </w:r>
    </w:p>
    <w:p w14:paraId="49443BB4" w14:textId="77777777" w:rsidR="001A5159" w:rsidRDefault="00000000">
      <w:r>
        <w:rPr>
          <w:rFonts w:ascii="Garamond" w:hAnsi="Garamond"/>
          <w:sz w:val="24"/>
        </w:rPr>
        <w:t xml:space="preserve">grows while you </w:t>
      </w:r>
      <w:proofErr w:type="gramStart"/>
      <w:r>
        <w:rPr>
          <w:rFonts w:ascii="Garamond" w:hAnsi="Garamond"/>
          <w:sz w:val="24"/>
        </w:rPr>
        <w:t>sleep</w:t>
      </w:r>
      <w:proofErr w:type="gramEnd"/>
    </w:p>
    <w:p w14:paraId="59B34AB2" w14:textId="77777777" w:rsidR="001A5159" w:rsidRDefault="00000000">
      <w:r>
        <w:rPr>
          <w:rFonts w:ascii="Garamond" w:hAnsi="Garamond"/>
          <w:sz w:val="24"/>
        </w:rPr>
        <w:t xml:space="preserve">earns from ads, affiliates, and digital </w:t>
      </w:r>
      <w:proofErr w:type="gramStart"/>
      <w:r>
        <w:rPr>
          <w:rFonts w:ascii="Garamond" w:hAnsi="Garamond"/>
          <w:sz w:val="24"/>
        </w:rPr>
        <w:t>products</w:t>
      </w:r>
      <w:proofErr w:type="gramEnd"/>
    </w:p>
    <w:p w14:paraId="4E45747E" w14:textId="77777777" w:rsidR="001A5159" w:rsidRDefault="00000000">
      <w:r>
        <w:rPr>
          <w:rFonts w:ascii="Garamond" w:hAnsi="Garamond"/>
          <w:sz w:val="24"/>
        </w:rPr>
        <w:t xml:space="preserve">doesn’t require your face, voice, or </w:t>
      </w:r>
      <w:proofErr w:type="gramStart"/>
      <w:r>
        <w:rPr>
          <w:rFonts w:ascii="Garamond" w:hAnsi="Garamond"/>
          <w:sz w:val="24"/>
        </w:rPr>
        <w:t>presence</w:t>
      </w:r>
      <w:proofErr w:type="gramEnd"/>
    </w:p>
    <w:p w14:paraId="5992D9D7" w14:textId="77777777" w:rsidR="001A5159" w:rsidRDefault="00000000">
      <w:r>
        <w:rPr>
          <w:rFonts w:ascii="Garamond" w:hAnsi="Garamond"/>
          <w:sz w:val="24"/>
        </w:rPr>
        <w:t xml:space="preserve">can scale with simple automation </w:t>
      </w:r>
      <w:proofErr w:type="gramStart"/>
      <w:r>
        <w:rPr>
          <w:rFonts w:ascii="Garamond" w:hAnsi="Garamond"/>
          <w:sz w:val="24"/>
        </w:rPr>
        <w:t>tools</w:t>
      </w:r>
      <w:proofErr w:type="gramEnd"/>
    </w:p>
    <w:p w14:paraId="71BC05AA" w14:textId="77777777" w:rsidR="001A5159" w:rsidRDefault="00000000">
      <w:r>
        <w:rPr>
          <w:rFonts w:ascii="Garamond" w:hAnsi="Garamond"/>
          <w:sz w:val="24"/>
        </w:rPr>
        <w:t xml:space="preserve">can be built even if you’re a total </w:t>
      </w:r>
      <w:proofErr w:type="gramStart"/>
      <w:r>
        <w:rPr>
          <w:rFonts w:ascii="Garamond" w:hAnsi="Garamond"/>
          <w:sz w:val="24"/>
        </w:rPr>
        <w:t>beginner</w:t>
      </w:r>
      <w:proofErr w:type="gramEnd"/>
    </w:p>
    <w:p w14:paraId="55322E90" w14:textId="77777777" w:rsidR="001A5159" w:rsidRDefault="00000000">
      <w:r>
        <w:rPr>
          <w:rFonts w:ascii="Garamond" w:hAnsi="Garamond"/>
          <w:sz w:val="24"/>
        </w:rPr>
        <w:t>This is one of the most reliable passive-income blueprints in the AI era.</w:t>
      </w:r>
    </w:p>
    <w:p w14:paraId="0131220F" w14:textId="77777777" w:rsidR="001A5159" w:rsidRDefault="001A5159"/>
    <w:p w14:paraId="54F44176" w14:textId="77777777" w:rsidR="001A5159" w:rsidRDefault="00000000">
      <w:r>
        <w:rPr>
          <w:rFonts w:ascii="Garamond" w:hAnsi="Garamond"/>
          <w:sz w:val="24"/>
        </w:rPr>
        <w:lastRenderedPageBreak/>
        <w:t>Why This Blueprint Works</w:t>
      </w:r>
    </w:p>
    <w:p w14:paraId="3980258F" w14:textId="77777777" w:rsidR="001A5159" w:rsidRDefault="00000000">
      <w:r>
        <w:rPr>
          <w:rFonts w:ascii="Garamond" w:hAnsi="Garamond"/>
          <w:sz w:val="24"/>
        </w:rPr>
        <w:t>Faceless channels work because:</w:t>
      </w:r>
    </w:p>
    <w:p w14:paraId="042DAE27" w14:textId="77777777" w:rsidR="001A5159" w:rsidRDefault="00000000">
      <w:r>
        <w:rPr>
          <w:rFonts w:ascii="Garamond" w:hAnsi="Garamond"/>
          <w:sz w:val="24"/>
        </w:rPr>
        <w:t xml:space="preserve">millions prefer watching videos without a </w:t>
      </w:r>
      <w:proofErr w:type="gramStart"/>
      <w:r>
        <w:rPr>
          <w:rFonts w:ascii="Garamond" w:hAnsi="Garamond"/>
          <w:sz w:val="24"/>
        </w:rPr>
        <w:t>host</w:t>
      </w:r>
      <w:proofErr w:type="gramEnd"/>
    </w:p>
    <w:p w14:paraId="677EC16B" w14:textId="77777777" w:rsidR="001A5159" w:rsidRDefault="00000000">
      <w:proofErr w:type="gramStart"/>
      <w:r>
        <w:rPr>
          <w:rFonts w:ascii="Garamond" w:hAnsi="Garamond"/>
          <w:sz w:val="24"/>
        </w:rPr>
        <w:t>the</w:t>
      </w:r>
      <w:proofErr w:type="gramEnd"/>
      <w:r>
        <w:rPr>
          <w:rFonts w:ascii="Garamond" w:hAnsi="Garamond"/>
          <w:sz w:val="24"/>
        </w:rPr>
        <w:t xml:space="preserve"> format is </w:t>
      </w:r>
      <w:proofErr w:type="gramStart"/>
      <w:r>
        <w:rPr>
          <w:rFonts w:ascii="Garamond" w:hAnsi="Garamond"/>
          <w:sz w:val="24"/>
        </w:rPr>
        <w:t>evergreen</w:t>
      </w:r>
      <w:proofErr w:type="gramEnd"/>
    </w:p>
    <w:p w14:paraId="04CF0901" w14:textId="77777777" w:rsidR="001A5159" w:rsidRDefault="00000000">
      <w:r>
        <w:rPr>
          <w:rFonts w:ascii="Garamond" w:hAnsi="Garamond"/>
          <w:sz w:val="24"/>
        </w:rPr>
        <w:t xml:space="preserve">niches are </w:t>
      </w:r>
      <w:proofErr w:type="gramStart"/>
      <w:r>
        <w:rPr>
          <w:rFonts w:ascii="Garamond" w:hAnsi="Garamond"/>
          <w:sz w:val="24"/>
        </w:rPr>
        <w:t>limitless</w:t>
      </w:r>
      <w:proofErr w:type="gramEnd"/>
    </w:p>
    <w:p w14:paraId="15992AC1" w14:textId="77777777" w:rsidR="001A5159" w:rsidRDefault="00000000">
      <w:r>
        <w:rPr>
          <w:rFonts w:ascii="Garamond" w:hAnsi="Garamond"/>
          <w:sz w:val="24"/>
        </w:rPr>
        <w:t xml:space="preserve">content is </w:t>
      </w:r>
      <w:proofErr w:type="gramStart"/>
      <w:r>
        <w:rPr>
          <w:rFonts w:ascii="Garamond" w:hAnsi="Garamond"/>
          <w:sz w:val="24"/>
        </w:rPr>
        <w:t>scalable</w:t>
      </w:r>
      <w:proofErr w:type="gramEnd"/>
    </w:p>
    <w:p w14:paraId="3009FB37" w14:textId="77777777" w:rsidR="001A5159" w:rsidRDefault="00000000">
      <w:r>
        <w:rPr>
          <w:rFonts w:ascii="Garamond" w:hAnsi="Garamond"/>
          <w:sz w:val="24"/>
        </w:rPr>
        <w:t xml:space="preserve">AI turns long tasks into </w:t>
      </w:r>
      <w:proofErr w:type="gramStart"/>
      <w:r>
        <w:rPr>
          <w:rFonts w:ascii="Garamond" w:hAnsi="Garamond"/>
          <w:sz w:val="24"/>
        </w:rPr>
        <w:t>minutes</w:t>
      </w:r>
      <w:proofErr w:type="gramEnd"/>
    </w:p>
    <w:p w14:paraId="09F7434D" w14:textId="77777777" w:rsidR="001A5159" w:rsidRDefault="00000000">
      <w:r>
        <w:rPr>
          <w:rFonts w:ascii="Garamond" w:hAnsi="Garamond"/>
          <w:sz w:val="24"/>
        </w:rPr>
        <w:t xml:space="preserve">you can publish </w:t>
      </w:r>
      <w:proofErr w:type="gramStart"/>
      <w:r>
        <w:rPr>
          <w:rFonts w:ascii="Garamond" w:hAnsi="Garamond"/>
          <w:sz w:val="24"/>
        </w:rPr>
        <w:t>consistently</w:t>
      </w:r>
      <w:proofErr w:type="gramEnd"/>
    </w:p>
    <w:p w14:paraId="6DDD9E09" w14:textId="77777777" w:rsidR="001A5159" w:rsidRDefault="00000000">
      <w:proofErr w:type="gramStart"/>
      <w:r>
        <w:rPr>
          <w:rFonts w:ascii="Garamond" w:hAnsi="Garamond"/>
          <w:sz w:val="24"/>
        </w:rPr>
        <w:t>you</w:t>
      </w:r>
      <w:proofErr w:type="gramEnd"/>
      <w:r>
        <w:rPr>
          <w:rFonts w:ascii="Garamond" w:hAnsi="Garamond"/>
          <w:sz w:val="24"/>
        </w:rPr>
        <w:t xml:space="preserve"> can build multiple </w:t>
      </w:r>
      <w:proofErr w:type="gramStart"/>
      <w:r>
        <w:rPr>
          <w:rFonts w:ascii="Garamond" w:hAnsi="Garamond"/>
          <w:sz w:val="24"/>
        </w:rPr>
        <w:t>channels</w:t>
      </w:r>
      <w:proofErr w:type="gramEnd"/>
    </w:p>
    <w:p w14:paraId="6A04C0E5" w14:textId="77777777" w:rsidR="001A5159" w:rsidRDefault="00000000">
      <w:r>
        <w:rPr>
          <w:rFonts w:ascii="Garamond" w:hAnsi="Garamond"/>
          <w:sz w:val="24"/>
        </w:rPr>
        <w:t>the monetization options compound</w:t>
      </w:r>
    </w:p>
    <w:p w14:paraId="5368F452" w14:textId="77777777" w:rsidR="001A5159" w:rsidRDefault="00000000">
      <w:r>
        <w:rPr>
          <w:rFonts w:ascii="Garamond" w:hAnsi="Garamond"/>
          <w:sz w:val="24"/>
        </w:rPr>
        <w:t xml:space="preserve">AI now </w:t>
      </w:r>
      <w:proofErr w:type="gramStart"/>
      <w:r>
        <w:rPr>
          <w:rFonts w:ascii="Garamond" w:hAnsi="Garamond"/>
          <w:sz w:val="24"/>
        </w:rPr>
        <w:t>handles</w:t>
      </w:r>
      <w:proofErr w:type="gramEnd"/>
      <w:r>
        <w:rPr>
          <w:rFonts w:ascii="Garamond" w:hAnsi="Garamond"/>
          <w:sz w:val="24"/>
        </w:rPr>
        <w:t>:</w:t>
      </w:r>
    </w:p>
    <w:p w14:paraId="7C71D38A" w14:textId="77777777" w:rsidR="001A5159" w:rsidRDefault="00000000">
      <w:r>
        <w:rPr>
          <w:rFonts w:ascii="Garamond" w:hAnsi="Garamond"/>
          <w:sz w:val="24"/>
        </w:rPr>
        <w:t>keyword research</w:t>
      </w:r>
    </w:p>
    <w:p w14:paraId="35CD4899" w14:textId="77777777" w:rsidR="001A5159" w:rsidRDefault="00000000">
      <w:r>
        <w:rPr>
          <w:rFonts w:ascii="Garamond" w:hAnsi="Garamond"/>
          <w:sz w:val="24"/>
        </w:rPr>
        <w:t>scriptwriting</w:t>
      </w:r>
    </w:p>
    <w:p w14:paraId="1F66EBFA" w14:textId="77777777" w:rsidR="001A5159" w:rsidRDefault="00000000">
      <w:r>
        <w:rPr>
          <w:rFonts w:ascii="Garamond" w:hAnsi="Garamond"/>
          <w:sz w:val="24"/>
        </w:rPr>
        <w:t>thumbnail creation</w:t>
      </w:r>
    </w:p>
    <w:p w14:paraId="4A7799DB" w14:textId="77777777" w:rsidR="001A5159" w:rsidRDefault="00000000">
      <w:r>
        <w:rPr>
          <w:rFonts w:ascii="Garamond" w:hAnsi="Garamond"/>
          <w:sz w:val="24"/>
        </w:rPr>
        <w:t>video editing</w:t>
      </w:r>
    </w:p>
    <w:p w14:paraId="69563DB3" w14:textId="77777777" w:rsidR="001A5159" w:rsidRDefault="00000000">
      <w:r>
        <w:rPr>
          <w:rFonts w:ascii="Garamond" w:hAnsi="Garamond"/>
          <w:sz w:val="24"/>
        </w:rPr>
        <w:t>voiceovers</w:t>
      </w:r>
    </w:p>
    <w:p w14:paraId="2C89DF62" w14:textId="77777777" w:rsidR="001A5159" w:rsidRDefault="00000000">
      <w:r>
        <w:rPr>
          <w:rFonts w:ascii="Garamond" w:hAnsi="Garamond"/>
          <w:sz w:val="24"/>
        </w:rPr>
        <w:t>B-roll generation</w:t>
      </w:r>
    </w:p>
    <w:p w14:paraId="404B86E5" w14:textId="77777777" w:rsidR="001A5159" w:rsidRDefault="00000000">
      <w:r>
        <w:rPr>
          <w:rFonts w:ascii="Garamond" w:hAnsi="Garamond"/>
          <w:sz w:val="24"/>
        </w:rPr>
        <w:t>content repurposing</w:t>
      </w:r>
    </w:p>
    <w:p w14:paraId="2C82E64B" w14:textId="77777777" w:rsidR="001A5159" w:rsidRDefault="00000000">
      <w:r>
        <w:rPr>
          <w:rFonts w:ascii="Garamond" w:hAnsi="Garamond"/>
          <w:sz w:val="24"/>
        </w:rPr>
        <w:t>You run the system —</w:t>
      </w:r>
      <w:r>
        <w:rPr>
          <w:rFonts w:ascii="Garamond" w:hAnsi="Garamond"/>
          <w:sz w:val="24"/>
        </w:rPr>
        <w:br/>
        <w:t>AI produces the assets.</w:t>
      </w:r>
    </w:p>
    <w:p w14:paraId="34C9A2B0" w14:textId="77777777" w:rsidR="001A5159" w:rsidRDefault="001A5159"/>
    <w:p w14:paraId="367312CE" w14:textId="77777777" w:rsidR="001A5159" w:rsidRDefault="00000000">
      <w:r>
        <w:rPr>
          <w:rFonts w:ascii="Garamond" w:hAnsi="Garamond"/>
          <w:sz w:val="24"/>
        </w:rPr>
        <w:t>Tools You Need</w:t>
      </w:r>
    </w:p>
    <w:p w14:paraId="77A52CA5" w14:textId="77777777" w:rsidR="001A5159" w:rsidRDefault="00000000">
      <w:r>
        <w:rPr>
          <w:rFonts w:ascii="Garamond" w:hAnsi="Garamond"/>
          <w:sz w:val="24"/>
        </w:rPr>
        <w:t>ChatGPT / Claude — Scriptwriting, outlines, keyword research</w:t>
      </w:r>
      <w:r>
        <w:rPr>
          <w:rFonts w:ascii="Garamond" w:hAnsi="Garamond"/>
          <w:sz w:val="24"/>
        </w:rPr>
        <w:br/>
        <w:t>Pictory / InVideo / Fliki / Kapwing — AI video creation</w:t>
      </w:r>
      <w:r>
        <w:rPr>
          <w:rFonts w:ascii="Garamond" w:hAnsi="Garamond"/>
          <w:sz w:val="24"/>
        </w:rPr>
        <w:br/>
        <w:t>ElevenLabs / Murf / Play.ht — AI voiceovers</w:t>
      </w:r>
      <w:r>
        <w:rPr>
          <w:rFonts w:ascii="Garamond" w:hAnsi="Garamond"/>
          <w:sz w:val="24"/>
        </w:rPr>
        <w:br/>
        <w:t>Canva — Thumbnails, branding</w:t>
      </w:r>
      <w:r>
        <w:rPr>
          <w:rFonts w:ascii="Garamond" w:hAnsi="Garamond"/>
          <w:sz w:val="24"/>
        </w:rPr>
        <w:br/>
        <w:t>TubeBuddy / VidIQ — SEO and channel optimization</w:t>
      </w:r>
    </w:p>
    <w:p w14:paraId="16AE9E8B" w14:textId="77777777" w:rsidR="001A5159" w:rsidRDefault="00000000">
      <w:r>
        <w:rPr>
          <w:rFonts w:ascii="Garamond" w:hAnsi="Garamond"/>
          <w:sz w:val="24"/>
        </w:rPr>
        <w:lastRenderedPageBreak/>
        <w:t>Optional:</w:t>
      </w:r>
      <w:r>
        <w:rPr>
          <w:rFonts w:ascii="Garamond" w:hAnsi="Garamond"/>
          <w:sz w:val="24"/>
        </w:rPr>
        <w:br/>
        <w:t>Runway — AI footage generation</w:t>
      </w:r>
      <w:r>
        <w:rPr>
          <w:rFonts w:ascii="Garamond" w:hAnsi="Garamond"/>
          <w:sz w:val="24"/>
        </w:rPr>
        <w:br/>
        <w:t>Midjourney — Thumbnail images</w:t>
      </w:r>
      <w:r>
        <w:rPr>
          <w:rFonts w:ascii="Garamond" w:hAnsi="Garamond"/>
          <w:sz w:val="24"/>
        </w:rPr>
        <w:br/>
        <w:t>Notion — Workflow planning</w:t>
      </w:r>
    </w:p>
    <w:p w14:paraId="440503DA" w14:textId="77777777" w:rsidR="001A5159" w:rsidRDefault="001A5159"/>
    <w:p w14:paraId="0F71955E" w14:textId="77777777" w:rsidR="001A5159" w:rsidRDefault="00000000">
      <w:r>
        <w:rPr>
          <w:rFonts w:ascii="Garamond" w:hAnsi="Garamond"/>
          <w:sz w:val="24"/>
        </w:rPr>
        <w:t>What You’ll Offer or Build</w:t>
      </w:r>
    </w:p>
    <w:p w14:paraId="137C0274" w14:textId="77777777" w:rsidR="001A5159" w:rsidRDefault="00000000">
      <w:r>
        <w:rPr>
          <w:rFonts w:ascii="Garamond" w:hAnsi="Garamond"/>
          <w:sz w:val="24"/>
        </w:rPr>
        <w:t>You can choose one path:</w:t>
      </w:r>
    </w:p>
    <w:p w14:paraId="1776E4AD" w14:textId="77777777" w:rsidR="001A5159" w:rsidRDefault="00000000">
      <w:r>
        <w:rPr>
          <w:rFonts w:ascii="Garamond" w:hAnsi="Garamond"/>
          <w:sz w:val="24"/>
        </w:rPr>
        <w:t>Path A — Build Your Own Faceless YouTube Channel</w:t>
      </w:r>
    </w:p>
    <w:p w14:paraId="472F6DBB" w14:textId="77777777" w:rsidR="001A5159" w:rsidRDefault="00000000">
      <w:r>
        <w:rPr>
          <w:rFonts w:ascii="Garamond" w:hAnsi="Garamond"/>
          <w:sz w:val="24"/>
        </w:rPr>
        <w:t>You will create videos focused on:</w:t>
      </w:r>
    </w:p>
    <w:p w14:paraId="01917136" w14:textId="77777777" w:rsidR="001A5159" w:rsidRDefault="00000000">
      <w:r>
        <w:rPr>
          <w:rFonts w:ascii="Garamond" w:hAnsi="Garamond"/>
          <w:sz w:val="24"/>
        </w:rPr>
        <w:t>tutorials</w:t>
      </w:r>
    </w:p>
    <w:p w14:paraId="43B0C2AA" w14:textId="77777777" w:rsidR="001A5159" w:rsidRDefault="00000000">
      <w:r>
        <w:rPr>
          <w:rFonts w:ascii="Garamond" w:hAnsi="Garamond"/>
          <w:sz w:val="24"/>
        </w:rPr>
        <w:t xml:space="preserve">list-style </w:t>
      </w:r>
      <w:proofErr w:type="gramStart"/>
      <w:r>
        <w:rPr>
          <w:rFonts w:ascii="Garamond" w:hAnsi="Garamond"/>
          <w:sz w:val="24"/>
        </w:rPr>
        <w:t>videos</w:t>
      </w:r>
      <w:proofErr w:type="gramEnd"/>
    </w:p>
    <w:p w14:paraId="6F28C760" w14:textId="77777777" w:rsidR="001A5159" w:rsidRDefault="00000000">
      <w:r>
        <w:rPr>
          <w:rFonts w:ascii="Garamond" w:hAnsi="Garamond"/>
          <w:sz w:val="24"/>
        </w:rPr>
        <w:t>storytelling</w:t>
      </w:r>
    </w:p>
    <w:p w14:paraId="0A75AE75" w14:textId="77777777" w:rsidR="001A5159" w:rsidRDefault="00000000">
      <w:r>
        <w:rPr>
          <w:rFonts w:ascii="Garamond" w:hAnsi="Garamond"/>
          <w:sz w:val="24"/>
        </w:rPr>
        <w:t>reviews</w:t>
      </w:r>
    </w:p>
    <w:p w14:paraId="5FB2664A" w14:textId="77777777" w:rsidR="001A5159" w:rsidRDefault="00000000">
      <w:proofErr w:type="gramStart"/>
      <w:r>
        <w:rPr>
          <w:rFonts w:ascii="Garamond" w:hAnsi="Garamond"/>
          <w:sz w:val="24"/>
        </w:rPr>
        <w:t>comparisons</w:t>
      </w:r>
      <w:proofErr w:type="gramEnd"/>
    </w:p>
    <w:p w14:paraId="5A0B1007" w14:textId="77777777" w:rsidR="001A5159" w:rsidRDefault="00000000">
      <w:r>
        <w:rPr>
          <w:rFonts w:ascii="Garamond" w:hAnsi="Garamond"/>
          <w:sz w:val="24"/>
        </w:rPr>
        <w:t>motivational content</w:t>
      </w:r>
    </w:p>
    <w:p w14:paraId="7572D300" w14:textId="77777777" w:rsidR="001A5159" w:rsidRDefault="00000000">
      <w:r>
        <w:rPr>
          <w:rFonts w:ascii="Garamond" w:hAnsi="Garamond"/>
          <w:sz w:val="24"/>
        </w:rPr>
        <w:t xml:space="preserve">finance, fitness, motivation, productivity, </w:t>
      </w:r>
      <w:proofErr w:type="gramStart"/>
      <w:r>
        <w:rPr>
          <w:rFonts w:ascii="Garamond" w:hAnsi="Garamond"/>
          <w:sz w:val="24"/>
        </w:rPr>
        <w:t>etc.</w:t>
      </w:r>
      <w:proofErr w:type="gramEnd"/>
    </w:p>
    <w:p w14:paraId="5115ADDF" w14:textId="77777777" w:rsidR="001A5159" w:rsidRDefault="00000000">
      <w:r>
        <w:rPr>
          <w:rFonts w:ascii="Garamond" w:hAnsi="Garamond"/>
          <w:sz w:val="24"/>
        </w:rPr>
        <w:t>Path B — Offer Faceless Video Creation as a Service</w:t>
      </w:r>
    </w:p>
    <w:p w14:paraId="47BC1C0D" w14:textId="77777777" w:rsidR="001A5159" w:rsidRDefault="00000000">
      <w:r>
        <w:rPr>
          <w:rFonts w:ascii="Garamond" w:hAnsi="Garamond"/>
          <w:sz w:val="24"/>
        </w:rPr>
        <w:t>Businesses will pay for:</w:t>
      </w:r>
    </w:p>
    <w:p w14:paraId="168D08F9" w14:textId="77777777" w:rsidR="001A5159" w:rsidRDefault="00000000">
      <w:r>
        <w:rPr>
          <w:rFonts w:ascii="Garamond" w:hAnsi="Garamond"/>
          <w:sz w:val="24"/>
        </w:rPr>
        <w:t>scripts</w:t>
      </w:r>
    </w:p>
    <w:p w14:paraId="3B9E01AA" w14:textId="77777777" w:rsidR="001A5159" w:rsidRDefault="00000000">
      <w:r>
        <w:rPr>
          <w:rFonts w:ascii="Garamond" w:hAnsi="Garamond"/>
          <w:sz w:val="24"/>
        </w:rPr>
        <w:t>voiceovers</w:t>
      </w:r>
    </w:p>
    <w:p w14:paraId="37B29BFE" w14:textId="77777777" w:rsidR="001A5159" w:rsidRDefault="00000000">
      <w:r>
        <w:rPr>
          <w:rFonts w:ascii="Garamond" w:hAnsi="Garamond"/>
          <w:sz w:val="24"/>
        </w:rPr>
        <w:t>entire automation packages</w:t>
      </w:r>
    </w:p>
    <w:p w14:paraId="5A1732D1" w14:textId="77777777" w:rsidR="001A5159" w:rsidRDefault="00000000">
      <w:r>
        <w:rPr>
          <w:rFonts w:ascii="Garamond" w:hAnsi="Garamond"/>
          <w:sz w:val="24"/>
        </w:rPr>
        <w:t>channel management</w:t>
      </w:r>
    </w:p>
    <w:p w14:paraId="47056A12" w14:textId="77777777" w:rsidR="001A5159" w:rsidRDefault="00000000">
      <w:r>
        <w:rPr>
          <w:rFonts w:ascii="Garamond" w:hAnsi="Garamond"/>
          <w:sz w:val="24"/>
        </w:rPr>
        <w:t>editing services</w:t>
      </w:r>
    </w:p>
    <w:p w14:paraId="35C30ED4" w14:textId="77777777" w:rsidR="001A5159" w:rsidRDefault="00000000">
      <w:r>
        <w:rPr>
          <w:rFonts w:ascii="Garamond" w:hAnsi="Garamond"/>
          <w:sz w:val="24"/>
        </w:rPr>
        <w:t xml:space="preserve">Either path </w:t>
      </w:r>
      <w:proofErr w:type="gramStart"/>
      <w:r>
        <w:rPr>
          <w:rFonts w:ascii="Garamond" w:hAnsi="Garamond"/>
          <w:sz w:val="24"/>
        </w:rPr>
        <w:t>works — both</w:t>
      </w:r>
      <w:proofErr w:type="gramEnd"/>
      <w:r>
        <w:rPr>
          <w:rFonts w:ascii="Garamond" w:hAnsi="Garamond"/>
          <w:sz w:val="24"/>
        </w:rPr>
        <w:t xml:space="preserve"> are profitable.</w:t>
      </w:r>
    </w:p>
    <w:p w14:paraId="171CB023" w14:textId="77777777" w:rsidR="001A5159" w:rsidRDefault="001A5159"/>
    <w:p w14:paraId="429DEF61" w14:textId="77777777" w:rsidR="001A5159" w:rsidRDefault="00000000">
      <w:r>
        <w:rPr>
          <w:rFonts w:ascii="Garamond" w:hAnsi="Garamond"/>
          <w:sz w:val="24"/>
        </w:rPr>
        <w:t>AI-Powered Workflow (Step-By-Step)</w:t>
      </w:r>
    </w:p>
    <w:p w14:paraId="3FF52CB6" w14:textId="77777777" w:rsidR="001A5159" w:rsidRDefault="00000000">
      <w:r>
        <w:rPr>
          <w:rFonts w:ascii="Garamond" w:hAnsi="Garamond"/>
          <w:sz w:val="24"/>
        </w:rPr>
        <w:t>STEP 1 — Choose a Niche</w:t>
      </w:r>
    </w:p>
    <w:p w14:paraId="3BC11F1B" w14:textId="77777777" w:rsidR="001A5159" w:rsidRDefault="00000000">
      <w:r>
        <w:rPr>
          <w:rFonts w:ascii="Garamond" w:hAnsi="Garamond"/>
          <w:sz w:val="24"/>
        </w:rPr>
        <w:lastRenderedPageBreak/>
        <w:t>Ask AI:</w:t>
      </w:r>
    </w:p>
    <w:p w14:paraId="7AD3123E" w14:textId="77777777" w:rsidR="001A5159" w:rsidRDefault="00000000">
      <w:r>
        <w:rPr>
          <w:rFonts w:ascii="Garamond" w:hAnsi="Garamond"/>
          <w:sz w:val="24"/>
        </w:rPr>
        <w:t>“Give me 20 profitable YouTube niches that do not require showing your face. Rank them by CPM, demand, and ease of production.”</w:t>
      </w:r>
    </w:p>
    <w:p w14:paraId="0E6FC0A6" w14:textId="77777777" w:rsidR="001A5159" w:rsidRDefault="00000000">
      <w:r>
        <w:rPr>
          <w:rFonts w:ascii="Garamond" w:hAnsi="Garamond"/>
          <w:sz w:val="24"/>
        </w:rPr>
        <w:t>Pick one niche + one content style.</w:t>
      </w:r>
    </w:p>
    <w:p w14:paraId="703E57F9" w14:textId="77777777" w:rsidR="001A5159" w:rsidRDefault="001A5159"/>
    <w:p w14:paraId="22C1EA17" w14:textId="77777777" w:rsidR="001A5159" w:rsidRDefault="00000000">
      <w:r>
        <w:rPr>
          <w:rFonts w:ascii="Garamond" w:hAnsi="Garamond"/>
          <w:sz w:val="24"/>
        </w:rPr>
        <w:t>STEP 2 — Generate Keyword Ideas</w:t>
      </w:r>
    </w:p>
    <w:p w14:paraId="043E26F0" w14:textId="77777777" w:rsidR="001A5159" w:rsidRDefault="00000000">
      <w:r>
        <w:rPr>
          <w:rFonts w:ascii="Garamond" w:hAnsi="Garamond"/>
          <w:sz w:val="24"/>
        </w:rPr>
        <w:t>Ask AI:</w:t>
      </w:r>
    </w:p>
    <w:p w14:paraId="5F68699A" w14:textId="77777777" w:rsidR="001A5159" w:rsidRDefault="00000000">
      <w:r>
        <w:rPr>
          <w:rFonts w:ascii="Garamond" w:hAnsi="Garamond"/>
          <w:sz w:val="24"/>
        </w:rPr>
        <w:t>“Give me 20 viral video ideas for a new faceless YouTube channel in the space. Include titles, hooks, and search keywords.”</w:t>
      </w:r>
    </w:p>
    <w:p w14:paraId="43A81D6D" w14:textId="77777777" w:rsidR="001A5159" w:rsidRDefault="00000000">
      <w:r>
        <w:rPr>
          <w:rFonts w:ascii="Garamond" w:hAnsi="Garamond"/>
          <w:sz w:val="24"/>
        </w:rPr>
        <w:t>AI gives you viral-ready ideas instantly.</w:t>
      </w:r>
    </w:p>
    <w:p w14:paraId="237DA854" w14:textId="77777777" w:rsidR="001A5159" w:rsidRDefault="001A5159"/>
    <w:p w14:paraId="26AF6E2B" w14:textId="77777777" w:rsidR="001A5159" w:rsidRDefault="00000000">
      <w:r>
        <w:rPr>
          <w:rFonts w:ascii="Garamond" w:hAnsi="Garamond"/>
          <w:sz w:val="24"/>
        </w:rPr>
        <w:t>STEP 3 — Create the Script</w:t>
      </w:r>
    </w:p>
    <w:p w14:paraId="33221E52" w14:textId="77777777" w:rsidR="001A5159" w:rsidRDefault="00000000">
      <w:r>
        <w:rPr>
          <w:rFonts w:ascii="Garamond" w:hAnsi="Garamond"/>
          <w:sz w:val="24"/>
        </w:rPr>
        <w:t>Prompt:</w:t>
      </w:r>
    </w:p>
    <w:p w14:paraId="3EF1FA31" w14:textId="77777777" w:rsidR="001A5159" w:rsidRDefault="00000000">
      <w:r>
        <w:rPr>
          <w:rFonts w:ascii="Garamond" w:hAnsi="Garamond"/>
          <w:sz w:val="24"/>
        </w:rPr>
        <w:t>“Write a 400–</w:t>
      </w:r>
      <w:proofErr w:type="gramStart"/>
      <w:r>
        <w:rPr>
          <w:rFonts w:ascii="Garamond" w:hAnsi="Garamond"/>
          <w:sz w:val="24"/>
        </w:rPr>
        <w:t>600 word</w:t>
      </w:r>
      <w:proofErr w:type="gramEnd"/>
      <w:r>
        <w:rPr>
          <w:rFonts w:ascii="Garamond" w:hAnsi="Garamond"/>
          <w:sz w:val="24"/>
        </w:rPr>
        <w:t xml:space="preserve"> YouTube script in an engaging, fast-paced style. Include hook, structure, transitions, and a strong ending.”</w:t>
      </w:r>
    </w:p>
    <w:p w14:paraId="641811CD" w14:textId="77777777" w:rsidR="001A5159" w:rsidRDefault="00000000">
      <w:r>
        <w:rPr>
          <w:rFonts w:ascii="Garamond" w:hAnsi="Garamond"/>
          <w:sz w:val="24"/>
        </w:rPr>
        <w:t>You now have a full video script in minutes.</w:t>
      </w:r>
    </w:p>
    <w:p w14:paraId="0A6FC3D0" w14:textId="77777777" w:rsidR="001A5159" w:rsidRDefault="001A5159"/>
    <w:p w14:paraId="7CB7A9F9" w14:textId="77777777" w:rsidR="001A5159" w:rsidRDefault="00000000">
      <w:r>
        <w:rPr>
          <w:rFonts w:ascii="Garamond" w:hAnsi="Garamond"/>
          <w:sz w:val="24"/>
        </w:rPr>
        <w:t>STEP 4 — Produce the Voiceover</w:t>
      </w:r>
    </w:p>
    <w:p w14:paraId="2D00A421" w14:textId="77777777" w:rsidR="001A5159" w:rsidRDefault="00000000">
      <w:r>
        <w:rPr>
          <w:rFonts w:ascii="Garamond" w:hAnsi="Garamond"/>
          <w:sz w:val="24"/>
        </w:rPr>
        <w:t>Use:</w:t>
      </w:r>
    </w:p>
    <w:p w14:paraId="0CA54468" w14:textId="77777777" w:rsidR="001A5159" w:rsidRDefault="00000000">
      <w:r>
        <w:rPr>
          <w:rFonts w:ascii="Garamond" w:hAnsi="Garamond"/>
          <w:sz w:val="24"/>
        </w:rPr>
        <w:t>ElevenLabs (most realistic)</w:t>
      </w:r>
    </w:p>
    <w:p w14:paraId="3B3E0905" w14:textId="77777777" w:rsidR="001A5159" w:rsidRDefault="00000000">
      <w:r>
        <w:rPr>
          <w:rFonts w:ascii="Garamond" w:hAnsi="Garamond"/>
          <w:sz w:val="24"/>
        </w:rPr>
        <w:t>Murf</w:t>
      </w:r>
    </w:p>
    <w:p w14:paraId="55ECEA58" w14:textId="77777777" w:rsidR="001A5159" w:rsidRDefault="00000000">
      <w:r>
        <w:rPr>
          <w:rFonts w:ascii="Garamond" w:hAnsi="Garamond"/>
          <w:sz w:val="24"/>
        </w:rPr>
        <w:t>Play.ht</w:t>
      </w:r>
    </w:p>
    <w:p w14:paraId="7CE71086" w14:textId="77777777" w:rsidR="001A5159" w:rsidRDefault="00000000">
      <w:r>
        <w:rPr>
          <w:rFonts w:ascii="Garamond" w:hAnsi="Garamond"/>
          <w:sz w:val="24"/>
        </w:rPr>
        <w:t>Choose a voice that fits the niche.</w:t>
      </w:r>
    </w:p>
    <w:p w14:paraId="4771EDB9" w14:textId="77777777" w:rsidR="001A5159" w:rsidRDefault="001A5159"/>
    <w:p w14:paraId="78B9B496" w14:textId="77777777" w:rsidR="001A5159" w:rsidRDefault="00000000">
      <w:r>
        <w:rPr>
          <w:rFonts w:ascii="Garamond" w:hAnsi="Garamond"/>
          <w:sz w:val="24"/>
        </w:rPr>
        <w:t>STEP 5 — Generate the Video</w:t>
      </w:r>
    </w:p>
    <w:p w14:paraId="0751CB4B" w14:textId="77777777" w:rsidR="001A5159" w:rsidRDefault="00000000">
      <w:r>
        <w:rPr>
          <w:rFonts w:ascii="Garamond" w:hAnsi="Garamond"/>
          <w:sz w:val="24"/>
        </w:rPr>
        <w:t>Using tools like Pictory, Fliki, or InVideo, import:</w:t>
      </w:r>
    </w:p>
    <w:p w14:paraId="67F0A5D4" w14:textId="77777777" w:rsidR="001A5159" w:rsidRDefault="00000000">
      <w:proofErr w:type="gramStart"/>
      <w:r>
        <w:rPr>
          <w:rFonts w:ascii="Garamond" w:hAnsi="Garamond"/>
          <w:sz w:val="24"/>
        </w:rPr>
        <w:t>your</w:t>
      </w:r>
      <w:proofErr w:type="gramEnd"/>
      <w:r>
        <w:rPr>
          <w:rFonts w:ascii="Garamond" w:hAnsi="Garamond"/>
          <w:sz w:val="24"/>
        </w:rPr>
        <w:t xml:space="preserve"> script</w:t>
      </w:r>
    </w:p>
    <w:p w14:paraId="1616AEF4" w14:textId="77777777" w:rsidR="001A5159" w:rsidRDefault="00000000">
      <w:r>
        <w:rPr>
          <w:rFonts w:ascii="Garamond" w:hAnsi="Garamond"/>
          <w:sz w:val="24"/>
        </w:rPr>
        <w:lastRenderedPageBreak/>
        <w:t>your voiceover</w:t>
      </w:r>
    </w:p>
    <w:p w14:paraId="7F42808F" w14:textId="77777777" w:rsidR="001A5159" w:rsidRDefault="00000000">
      <w:r>
        <w:rPr>
          <w:rFonts w:ascii="Garamond" w:hAnsi="Garamond"/>
          <w:sz w:val="24"/>
        </w:rPr>
        <w:t>your B-roll</w:t>
      </w:r>
    </w:p>
    <w:p w14:paraId="354AD773" w14:textId="77777777" w:rsidR="001A5159" w:rsidRDefault="00000000">
      <w:r>
        <w:rPr>
          <w:rFonts w:ascii="Garamond" w:hAnsi="Garamond"/>
          <w:sz w:val="24"/>
        </w:rPr>
        <w:t>your AI-generated clips</w:t>
      </w:r>
    </w:p>
    <w:p w14:paraId="13382707" w14:textId="77777777" w:rsidR="001A5159" w:rsidRDefault="00000000">
      <w:r>
        <w:rPr>
          <w:rFonts w:ascii="Garamond" w:hAnsi="Garamond"/>
          <w:sz w:val="24"/>
        </w:rPr>
        <w:t>AI automatically creates the video with:</w:t>
      </w:r>
    </w:p>
    <w:p w14:paraId="6C3DFF9F" w14:textId="77777777" w:rsidR="001A5159" w:rsidRDefault="00000000">
      <w:r>
        <w:rPr>
          <w:rFonts w:ascii="Garamond" w:hAnsi="Garamond"/>
          <w:sz w:val="24"/>
        </w:rPr>
        <w:t>animations</w:t>
      </w:r>
    </w:p>
    <w:p w14:paraId="21846CED" w14:textId="77777777" w:rsidR="001A5159" w:rsidRDefault="00000000">
      <w:r>
        <w:rPr>
          <w:rFonts w:ascii="Garamond" w:hAnsi="Garamond"/>
          <w:sz w:val="24"/>
        </w:rPr>
        <w:t>captions</w:t>
      </w:r>
    </w:p>
    <w:p w14:paraId="705384CE" w14:textId="77777777" w:rsidR="001A5159" w:rsidRDefault="00000000">
      <w:r>
        <w:rPr>
          <w:rFonts w:ascii="Garamond" w:hAnsi="Garamond"/>
          <w:sz w:val="24"/>
        </w:rPr>
        <w:t>footage</w:t>
      </w:r>
    </w:p>
    <w:p w14:paraId="4F1AC254" w14:textId="77777777" w:rsidR="001A5159" w:rsidRDefault="00000000">
      <w:r>
        <w:rPr>
          <w:rFonts w:ascii="Garamond" w:hAnsi="Garamond"/>
          <w:sz w:val="24"/>
        </w:rPr>
        <w:t>on-screen text</w:t>
      </w:r>
    </w:p>
    <w:p w14:paraId="509DF525" w14:textId="77777777" w:rsidR="001A5159" w:rsidRDefault="00000000">
      <w:r>
        <w:rPr>
          <w:rFonts w:ascii="Garamond" w:hAnsi="Garamond"/>
          <w:sz w:val="24"/>
        </w:rPr>
        <w:t>Minimal editing required.</w:t>
      </w:r>
    </w:p>
    <w:p w14:paraId="56D2641B" w14:textId="77777777" w:rsidR="001A5159" w:rsidRDefault="001A5159"/>
    <w:p w14:paraId="60574D94" w14:textId="77777777" w:rsidR="001A5159" w:rsidRDefault="00000000">
      <w:r>
        <w:rPr>
          <w:rFonts w:ascii="Garamond" w:hAnsi="Garamond"/>
          <w:sz w:val="24"/>
        </w:rPr>
        <w:t>STEP 6 — Create a Thumbnail</w:t>
      </w:r>
    </w:p>
    <w:p w14:paraId="10480494" w14:textId="77777777" w:rsidR="001A5159" w:rsidRDefault="00000000">
      <w:r>
        <w:rPr>
          <w:rFonts w:ascii="Garamond" w:hAnsi="Garamond"/>
          <w:sz w:val="24"/>
        </w:rPr>
        <w:t>Use Canva:</w:t>
      </w:r>
    </w:p>
    <w:p w14:paraId="35E46521" w14:textId="77777777" w:rsidR="001A5159" w:rsidRDefault="00000000">
      <w:r>
        <w:rPr>
          <w:rFonts w:ascii="Garamond" w:hAnsi="Garamond"/>
          <w:sz w:val="24"/>
        </w:rPr>
        <w:t>contrasting colors</w:t>
      </w:r>
    </w:p>
    <w:p w14:paraId="160861C8" w14:textId="77777777" w:rsidR="001A5159" w:rsidRDefault="00000000">
      <w:r>
        <w:rPr>
          <w:rFonts w:ascii="Garamond" w:hAnsi="Garamond"/>
          <w:sz w:val="24"/>
        </w:rPr>
        <w:t>big faces (AI generated)</w:t>
      </w:r>
    </w:p>
    <w:p w14:paraId="5A9BF15F" w14:textId="77777777" w:rsidR="001A5159" w:rsidRDefault="00000000">
      <w:r>
        <w:rPr>
          <w:rFonts w:ascii="Garamond" w:hAnsi="Garamond"/>
          <w:sz w:val="24"/>
        </w:rPr>
        <w:t>emotional triggers</w:t>
      </w:r>
    </w:p>
    <w:p w14:paraId="2B87C0CD" w14:textId="77777777" w:rsidR="001A5159" w:rsidRDefault="00000000">
      <w:r>
        <w:rPr>
          <w:rFonts w:ascii="Garamond" w:hAnsi="Garamond"/>
          <w:sz w:val="24"/>
        </w:rPr>
        <w:t>“</w:t>
      </w:r>
      <w:proofErr w:type="gramStart"/>
      <w:r>
        <w:rPr>
          <w:rFonts w:ascii="Garamond" w:hAnsi="Garamond"/>
          <w:sz w:val="24"/>
        </w:rPr>
        <w:t>curiosity</w:t>
      </w:r>
      <w:proofErr w:type="gramEnd"/>
      <w:r>
        <w:rPr>
          <w:rFonts w:ascii="Garamond" w:hAnsi="Garamond"/>
          <w:sz w:val="24"/>
        </w:rPr>
        <w:t xml:space="preserve"> gap” wording</w:t>
      </w:r>
    </w:p>
    <w:p w14:paraId="11FC328C" w14:textId="77777777" w:rsidR="001A5159" w:rsidRDefault="00000000">
      <w:r>
        <w:rPr>
          <w:rFonts w:ascii="Garamond" w:hAnsi="Garamond"/>
          <w:sz w:val="24"/>
        </w:rPr>
        <w:t>Thumbnail quality drives 70% of success.</w:t>
      </w:r>
    </w:p>
    <w:p w14:paraId="132BCF92" w14:textId="77777777" w:rsidR="001A5159" w:rsidRDefault="001A5159"/>
    <w:p w14:paraId="12C6DC0C" w14:textId="77777777" w:rsidR="001A5159" w:rsidRDefault="00000000">
      <w:r>
        <w:rPr>
          <w:rFonts w:ascii="Garamond" w:hAnsi="Garamond"/>
          <w:sz w:val="24"/>
        </w:rPr>
        <w:t xml:space="preserve">STEP 7 — Upload + </w:t>
      </w:r>
      <w:proofErr w:type="gramStart"/>
      <w:r>
        <w:rPr>
          <w:rFonts w:ascii="Garamond" w:hAnsi="Garamond"/>
          <w:sz w:val="24"/>
        </w:rPr>
        <w:t>Optimize</w:t>
      </w:r>
      <w:proofErr w:type="gramEnd"/>
    </w:p>
    <w:p w14:paraId="71F48130" w14:textId="77777777" w:rsidR="001A5159" w:rsidRDefault="00000000">
      <w:r>
        <w:rPr>
          <w:rFonts w:ascii="Garamond" w:hAnsi="Garamond"/>
          <w:sz w:val="24"/>
        </w:rPr>
        <w:t>Use VidIQ or TubeBuddy for:</w:t>
      </w:r>
    </w:p>
    <w:p w14:paraId="4C0CFD8E" w14:textId="77777777" w:rsidR="001A5159" w:rsidRDefault="00000000">
      <w:r>
        <w:rPr>
          <w:rFonts w:ascii="Garamond" w:hAnsi="Garamond"/>
          <w:sz w:val="24"/>
        </w:rPr>
        <w:t>tags</w:t>
      </w:r>
    </w:p>
    <w:p w14:paraId="296818D0" w14:textId="77777777" w:rsidR="001A5159" w:rsidRDefault="00000000">
      <w:r>
        <w:rPr>
          <w:rFonts w:ascii="Garamond" w:hAnsi="Garamond"/>
          <w:sz w:val="24"/>
        </w:rPr>
        <w:t>SEO</w:t>
      </w:r>
    </w:p>
    <w:p w14:paraId="198CB071" w14:textId="77777777" w:rsidR="001A5159" w:rsidRDefault="00000000">
      <w:r>
        <w:rPr>
          <w:rFonts w:ascii="Garamond" w:hAnsi="Garamond"/>
          <w:sz w:val="24"/>
        </w:rPr>
        <w:t>title score</w:t>
      </w:r>
    </w:p>
    <w:p w14:paraId="4559A077" w14:textId="77777777" w:rsidR="001A5159" w:rsidRDefault="00000000">
      <w:r>
        <w:rPr>
          <w:rFonts w:ascii="Garamond" w:hAnsi="Garamond"/>
          <w:sz w:val="24"/>
        </w:rPr>
        <w:t>keyword suggestions</w:t>
      </w:r>
    </w:p>
    <w:p w14:paraId="1A6DBEAA" w14:textId="77777777" w:rsidR="001A5159" w:rsidRDefault="00000000">
      <w:r>
        <w:rPr>
          <w:rFonts w:ascii="Garamond" w:hAnsi="Garamond"/>
          <w:sz w:val="24"/>
        </w:rPr>
        <w:t>Publish consistently:</w:t>
      </w:r>
    </w:p>
    <w:p w14:paraId="7F383388" w14:textId="77777777" w:rsidR="001A5159" w:rsidRDefault="00000000">
      <w:r>
        <w:rPr>
          <w:rFonts w:ascii="Garamond" w:hAnsi="Garamond"/>
          <w:sz w:val="24"/>
        </w:rPr>
        <w:lastRenderedPageBreak/>
        <w:t>3 videos/week (ideal)</w:t>
      </w:r>
    </w:p>
    <w:p w14:paraId="2A1DD5F4" w14:textId="77777777" w:rsidR="001A5159" w:rsidRDefault="00000000">
      <w:r>
        <w:rPr>
          <w:rFonts w:ascii="Garamond" w:hAnsi="Garamond"/>
          <w:sz w:val="24"/>
        </w:rPr>
        <w:t>1 video/week (minimum)</w:t>
      </w:r>
    </w:p>
    <w:p w14:paraId="55A5BAB2" w14:textId="77777777" w:rsidR="001A5159" w:rsidRDefault="001A5159"/>
    <w:p w14:paraId="51F81C53" w14:textId="77777777" w:rsidR="001A5159" w:rsidRDefault="00000000">
      <w:r>
        <w:rPr>
          <w:rFonts w:ascii="Garamond" w:hAnsi="Garamond"/>
          <w:sz w:val="24"/>
        </w:rPr>
        <w:t>Beginner Proof Portfolio</w:t>
      </w:r>
    </w:p>
    <w:p w14:paraId="366377F1" w14:textId="77777777" w:rsidR="001A5159" w:rsidRDefault="00000000">
      <w:r>
        <w:rPr>
          <w:rFonts w:ascii="Garamond" w:hAnsi="Garamond"/>
          <w:sz w:val="24"/>
        </w:rPr>
        <w:t>Create and upload:</w:t>
      </w:r>
    </w:p>
    <w:p w14:paraId="20FD1F96" w14:textId="77777777" w:rsidR="001A5159" w:rsidRDefault="00000000">
      <w:r>
        <w:rPr>
          <w:rFonts w:ascii="Garamond" w:hAnsi="Garamond"/>
          <w:sz w:val="24"/>
        </w:rPr>
        <w:t>3 faceless videos</w:t>
      </w:r>
    </w:p>
    <w:p w14:paraId="29B17876" w14:textId="77777777" w:rsidR="001A5159" w:rsidRDefault="00000000">
      <w:r>
        <w:rPr>
          <w:rFonts w:ascii="Garamond" w:hAnsi="Garamond"/>
          <w:sz w:val="24"/>
        </w:rPr>
        <w:t>3 thumbnails</w:t>
      </w:r>
    </w:p>
    <w:p w14:paraId="18671ED6" w14:textId="77777777" w:rsidR="001A5159" w:rsidRDefault="00000000">
      <w:r>
        <w:rPr>
          <w:rFonts w:ascii="Garamond" w:hAnsi="Garamond"/>
          <w:sz w:val="24"/>
        </w:rPr>
        <w:t>3 script samples</w:t>
      </w:r>
    </w:p>
    <w:p w14:paraId="4716B4A9" w14:textId="77777777" w:rsidR="001A5159" w:rsidRDefault="00000000">
      <w:r>
        <w:rPr>
          <w:rFonts w:ascii="Garamond" w:hAnsi="Garamond"/>
          <w:sz w:val="24"/>
        </w:rPr>
        <w:t>These show clients or viewers you can deliver.</w:t>
      </w:r>
    </w:p>
    <w:p w14:paraId="4D1D84B8" w14:textId="77777777" w:rsidR="001A5159" w:rsidRDefault="001A5159"/>
    <w:p w14:paraId="00797212" w14:textId="77777777" w:rsidR="001A5159" w:rsidRDefault="00000000">
      <w:r>
        <w:rPr>
          <w:rFonts w:ascii="Garamond" w:hAnsi="Garamond"/>
          <w:sz w:val="24"/>
        </w:rPr>
        <w:t>Pricing (If Offering as a Service)</w:t>
      </w:r>
    </w:p>
    <w:p w14:paraId="4E19CD3E" w14:textId="77777777" w:rsidR="001A5159" w:rsidRDefault="00000000">
      <w:r>
        <w:rPr>
          <w:rFonts w:ascii="Garamond" w:hAnsi="Garamond"/>
          <w:sz w:val="24"/>
        </w:rPr>
        <w:t>Beginners:</w:t>
      </w:r>
    </w:p>
    <w:p w14:paraId="4EE39FE9" w14:textId="77777777" w:rsidR="001A5159" w:rsidRDefault="00000000">
      <w:r>
        <w:rPr>
          <w:rFonts w:ascii="Garamond" w:hAnsi="Garamond"/>
          <w:sz w:val="24"/>
        </w:rPr>
        <w:t>$30–$50 per video</w:t>
      </w:r>
    </w:p>
    <w:p w14:paraId="0D7A9187" w14:textId="77777777" w:rsidR="001A5159" w:rsidRDefault="00000000">
      <w:r>
        <w:rPr>
          <w:rFonts w:ascii="Garamond" w:hAnsi="Garamond"/>
          <w:sz w:val="24"/>
        </w:rPr>
        <w:t>$150–$300 for 5-pack</w:t>
      </w:r>
    </w:p>
    <w:p w14:paraId="322DA064" w14:textId="77777777" w:rsidR="001A5159" w:rsidRDefault="00000000">
      <w:r>
        <w:rPr>
          <w:rFonts w:ascii="Garamond" w:hAnsi="Garamond"/>
          <w:sz w:val="24"/>
        </w:rPr>
        <w:t>Intermediate:</w:t>
      </w:r>
    </w:p>
    <w:p w14:paraId="1B6EE696" w14:textId="77777777" w:rsidR="001A5159" w:rsidRDefault="00000000">
      <w:r>
        <w:rPr>
          <w:rFonts w:ascii="Garamond" w:hAnsi="Garamond"/>
          <w:sz w:val="24"/>
        </w:rPr>
        <w:t>$500–$1,200 per month retainer</w:t>
      </w:r>
    </w:p>
    <w:p w14:paraId="0890BC32" w14:textId="77777777" w:rsidR="001A5159" w:rsidRDefault="00000000">
      <w:r>
        <w:rPr>
          <w:rFonts w:ascii="Garamond" w:hAnsi="Garamond"/>
          <w:sz w:val="24"/>
        </w:rPr>
        <w:t>Pro:</w:t>
      </w:r>
    </w:p>
    <w:p w14:paraId="33908A61" w14:textId="77777777" w:rsidR="001A5159" w:rsidRDefault="00000000">
      <w:r>
        <w:rPr>
          <w:rFonts w:ascii="Garamond" w:hAnsi="Garamond"/>
          <w:sz w:val="24"/>
        </w:rPr>
        <w:t>$1,500–$4,000/month for channel management</w:t>
      </w:r>
    </w:p>
    <w:p w14:paraId="4B197844" w14:textId="77777777" w:rsidR="001A5159" w:rsidRDefault="00000000">
      <w:r>
        <w:rPr>
          <w:rFonts w:ascii="Garamond" w:hAnsi="Garamond"/>
          <w:sz w:val="24"/>
        </w:rPr>
        <w:t xml:space="preserve">$5,000+ for full </w:t>
      </w:r>
      <w:proofErr w:type="gramStart"/>
      <w:r>
        <w:rPr>
          <w:rFonts w:ascii="Garamond" w:hAnsi="Garamond"/>
          <w:sz w:val="24"/>
        </w:rPr>
        <w:t>automation setup</w:t>
      </w:r>
      <w:proofErr w:type="gramEnd"/>
      <w:r>
        <w:rPr>
          <w:rFonts w:ascii="Garamond" w:hAnsi="Garamond"/>
          <w:sz w:val="24"/>
        </w:rPr>
        <w:t xml:space="preserve"> packages</w:t>
      </w:r>
    </w:p>
    <w:p w14:paraId="2B27980E" w14:textId="77777777" w:rsidR="001A5159" w:rsidRDefault="00000000">
      <w:r>
        <w:rPr>
          <w:rFonts w:ascii="Garamond" w:hAnsi="Garamond"/>
          <w:sz w:val="24"/>
        </w:rPr>
        <w:t>The demand is enormous.</w:t>
      </w:r>
    </w:p>
    <w:p w14:paraId="29011246" w14:textId="77777777" w:rsidR="001A5159" w:rsidRDefault="001A5159"/>
    <w:p w14:paraId="2926E252" w14:textId="77777777" w:rsidR="001A5159" w:rsidRDefault="00000000">
      <w:r>
        <w:rPr>
          <w:rFonts w:ascii="Garamond" w:hAnsi="Garamond"/>
          <w:sz w:val="24"/>
        </w:rPr>
        <w:t>Pro Accelerators</w:t>
      </w:r>
    </w:p>
    <w:p w14:paraId="53C523ED" w14:textId="77777777" w:rsidR="001A5159" w:rsidRDefault="00000000">
      <w:r>
        <w:rPr>
          <w:rFonts w:ascii="Garamond" w:hAnsi="Garamond"/>
          <w:sz w:val="24"/>
        </w:rPr>
        <w:t xml:space="preserve">niche research </w:t>
      </w:r>
      <w:proofErr w:type="gramStart"/>
      <w:r>
        <w:rPr>
          <w:rFonts w:ascii="Garamond" w:hAnsi="Garamond"/>
          <w:sz w:val="24"/>
        </w:rPr>
        <w:t>packages</w:t>
      </w:r>
      <w:proofErr w:type="gramEnd"/>
    </w:p>
    <w:p w14:paraId="4D002785" w14:textId="77777777" w:rsidR="001A5159" w:rsidRDefault="00000000">
      <w:r>
        <w:rPr>
          <w:rFonts w:ascii="Garamond" w:hAnsi="Garamond"/>
          <w:sz w:val="24"/>
        </w:rPr>
        <w:t>thumbnail design services</w:t>
      </w:r>
    </w:p>
    <w:p w14:paraId="19F8ECCA" w14:textId="77777777" w:rsidR="001A5159" w:rsidRDefault="00000000">
      <w:r>
        <w:rPr>
          <w:rFonts w:ascii="Garamond" w:hAnsi="Garamond"/>
          <w:sz w:val="24"/>
        </w:rPr>
        <w:t>monthly content calendars</w:t>
      </w:r>
    </w:p>
    <w:p w14:paraId="7DA0C231" w14:textId="77777777" w:rsidR="001A5159" w:rsidRDefault="00000000">
      <w:proofErr w:type="gramStart"/>
      <w:r>
        <w:rPr>
          <w:rFonts w:ascii="Garamond" w:hAnsi="Garamond"/>
          <w:sz w:val="24"/>
        </w:rPr>
        <w:lastRenderedPageBreak/>
        <w:t>repurposing</w:t>
      </w:r>
      <w:proofErr w:type="gramEnd"/>
      <w:r>
        <w:rPr>
          <w:rFonts w:ascii="Garamond" w:hAnsi="Garamond"/>
          <w:sz w:val="24"/>
        </w:rPr>
        <w:t xml:space="preserve"> YouTube &gt; Tiktok/IG</w:t>
      </w:r>
    </w:p>
    <w:p w14:paraId="1B46D694" w14:textId="77777777" w:rsidR="001A5159" w:rsidRDefault="00000000">
      <w:r>
        <w:rPr>
          <w:rFonts w:ascii="Garamond" w:hAnsi="Garamond"/>
          <w:sz w:val="24"/>
        </w:rPr>
        <w:t>automation setup for clients</w:t>
      </w:r>
    </w:p>
    <w:p w14:paraId="07A29A26" w14:textId="77777777" w:rsidR="001A5159" w:rsidRDefault="00000000">
      <w:r>
        <w:rPr>
          <w:rFonts w:ascii="Garamond" w:hAnsi="Garamond"/>
          <w:sz w:val="24"/>
        </w:rPr>
        <w:t>scaling to multiple channels</w:t>
      </w:r>
    </w:p>
    <w:p w14:paraId="040067FE" w14:textId="77777777" w:rsidR="001A5159" w:rsidRDefault="001A5159"/>
    <w:p w14:paraId="1EA239FE" w14:textId="77777777" w:rsidR="001A5159" w:rsidRDefault="00000000">
      <w:r>
        <w:rPr>
          <w:rFonts w:ascii="Garamond" w:hAnsi="Garamond"/>
          <w:sz w:val="24"/>
        </w:rPr>
        <w:t>MICRO CASE STUDY — BLUEPRINT THREE</w:t>
      </w:r>
    </w:p>
    <w:p w14:paraId="50977A06" w14:textId="77777777" w:rsidR="001A5159" w:rsidRDefault="00000000">
      <w:r>
        <w:rPr>
          <w:rFonts w:ascii="Garamond" w:hAnsi="Garamond"/>
          <w:sz w:val="24"/>
        </w:rPr>
        <w:t>Case Study: From Side Hustle to a 40,000-Subscriber Faceless Channel in 90 Days</w:t>
      </w:r>
    </w:p>
    <w:p w14:paraId="5E310D39" w14:textId="77777777" w:rsidR="001A5159" w:rsidRDefault="00000000">
      <w:r>
        <w:rPr>
          <w:rFonts w:ascii="Garamond" w:hAnsi="Garamond"/>
          <w:sz w:val="24"/>
        </w:rPr>
        <w:t>Elena wanted a YouTube channel but hated being on camera.</w:t>
      </w:r>
    </w:p>
    <w:p w14:paraId="1AD523C5" w14:textId="77777777" w:rsidR="001A5159" w:rsidRDefault="00000000">
      <w:r>
        <w:rPr>
          <w:rFonts w:ascii="Garamond" w:hAnsi="Garamond"/>
          <w:sz w:val="24"/>
        </w:rPr>
        <w:t>She chose Blueprint 3 and followed the workflow exactly:</w:t>
      </w:r>
    </w:p>
    <w:p w14:paraId="7DC9EACB" w14:textId="77777777" w:rsidR="001A5159" w:rsidRDefault="00000000">
      <w:r>
        <w:rPr>
          <w:rFonts w:ascii="Garamond" w:hAnsi="Garamond"/>
          <w:sz w:val="24"/>
        </w:rPr>
        <w:t xml:space="preserve">asked AI for niche </w:t>
      </w:r>
      <w:proofErr w:type="gramStart"/>
      <w:r>
        <w:rPr>
          <w:rFonts w:ascii="Garamond" w:hAnsi="Garamond"/>
          <w:sz w:val="24"/>
        </w:rPr>
        <w:t>ideas</w:t>
      </w:r>
      <w:proofErr w:type="gramEnd"/>
    </w:p>
    <w:p w14:paraId="464170B8" w14:textId="77777777" w:rsidR="001A5159" w:rsidRDefault="00000000">
      <w:r>
        <w:rPr>
          <w:rFonts w:ascii="Garamond" w:hAnsi="Garamond"/>
          <w:sz w:val="24"/>
        </w:rPr>
        <w:t xml:space="preserve">picked “productivity + </w:t>
      </w:r>
      <w:proofErr w:type="gramStart"/>
      <w:r>
        <w:rPr>
          <w:rFonts w:ascii="Garamond" w:hAnsi="Garamond"/>
          <w:sz w:val="24"/>
        </w:rPr>
        <w:t>motivation</w:t>
      </w:r>
      <w:proofErr w:type="gramEnd"/>
      <w:r>
        <w:rPr>
          <w:rFonts w:ascii="Garamond" w:hAnsi="Garamond"/>
          <w:sz w:val="24"/>
        </w:rPr>
        <w:t>”</w:t>
      </w:r>
    </w:p>
    <w:p w14:paraId="578E302A" w14:textId="77777777" w:rsidR="001A5159" w:rsidRDefault="00000000">
      <w:r>
        <w:rPr>
          <w:rFonts w:ascii="Garamond" w:hAnsi="Garamond"/>
          <w:sz w:val="24"/>
        </w:rPr>
        <w:t xml:space="preserve">used ChatGPT to write her first </w:t>
      </w:r>
      <w:proofErr w:type="gramStart"/>
      <w:r>
        <w:rPr>
          <w:rFonts w:ascii="Garamond" w:hAnsi="Garamond"/>
          <w:sz w:val="24"/>
        </w:rPr>
        <w:t>scripts</w:t>
      </w:r>
      <w:proofErr w:type="gramEnd"/>
    </w:p>
    <w:p w14:paraId="04DA95A0" w14:textId="77777777" w:rsidR="001A5159" w:rsidRDefault="00000000">
      <w:r>
        <w:rPr>
          <w:rFonts w:ascii="Garamond" w:hAnsi="Garamond"/>
          <w:sz w:val="24"/>
        </w:rPr>
        <w:t xml:space="preserve">created videos with </w:t>
      </w:r>
      <w:proofErr w:type="gramStart"/>
      <w:r>
        <w:rPr>
          <w:rFonts w:ascii="Garamond" w:hAnsi="Garamond"/>
          <w:sz w:val="24"/>
        </w:rPr>
        <w:t>Pictory</w:t>
      </w:r>
      <w:proofErr w:type="gramEnd"/>
    </w:p>
    <w:p w14:paraId="50AAD0D9" w14:textId="77777777" w:rsidR="001A5159" w:rsidRDefault="00000000">
      <w:r>
        <w:rPr>
          <w:rFonts w:ascii="Garamond" w:hAnsi="Garamond"/>
          <w:sz w:val="24"/>
        </w:rPr>
        <w:t xml:space="preserve">generated voiceovers with </w:t>
      </w:r>
      <w:proofErr w:type="gramStart"/>
      <w:r>
        <w:rPr>
          <w:rFonts w:ascii="Garamond" w:hAnsi="Garamond"/>
          <w:sz w:val="24"/>
        </w:rPr>
        <w:t>ElevenLabs</w:t>
      </w:r>
      <w:proofErr w:type="gramEnd"/>
    </w:p>
    <w:p w14:paraId="441AF7BD" w14:textId="77777777" w:rsidR="001A5159" w:rsidRDefault="00000000">
      <w:r>
        <w:rPr>
          <w:rFonts w:ascii="Garamond" w:hAnsi="Garamond"/>
          <w:sz w:val="24"/>
        </w:rPr>
        <w:t xml:space="preserve">designed thumbnails in </w:t>
      </w:r>
      <w:proofErr w:type="gramStart"/>
      <w:r>
        <w:rPr>
          <w:rFonts w:ascii="Garamond" w:hAnsi="Garamond"/>
          <w:sz w:val="24"/>
        </w:rPr>
        <w:t>Canva</w:t>
      </w:r>
      <w:proofErr w:type="gramEnd"/>
    </w:p>
    <w:p w14:paraId="599EDE82" w14:textId="77777777" w:rsidR="001A5159" w:rsidRDefault="00000000">
      <w:r>
        <w:rPr>
          <w:rFonts w:ascii="Garamond" w:hAnsi="Garamond"/>
          <w:sz w:val="24"/>
        </w:rPr>
        <w:t xml:space="preserve">She </w:t>
      </w:r>
      <w:proofErr w:type="gramStart"/>
      <w:r>
        <w:rPr>
          <w:rFonts w:ascii="Garamond" w:hAnsi="Garamond"/>
          <w:sz w:val="24"/>
        </w:rPr>
        <w:t>posted</w:t>
      </w:r>
      <w:proofErr w:type="gramEnd"/>
      <w:r>
        <w:rPr>
          <w:rFonts w:ascii="Garamond" w:hAnsi="Garamond"/>
          <w:sz w:val="24"/>
        </w:rPr>
        <w:t xml:space="preserve"> 3 videos a week.</w:t>
      </w:r>
    </w:p>
    <w:p w14:paraId="3ECAFAB1" w14:textId="77777777" w:rsidR="001A5159" w:rsidRDefault="00000000">
      <w:r>
        <w:rPr>
          <w:rFonts w:ascii="Garamond" w:hAnsi="Garamond"/>
          <w:sz w:val="24"/>
        </w:rPr>
        <w:t>Nothing happened for the first 10 days.</w:t>
      </w:r>
      <w:r>
        <w:rPr>
          <w:rFonts w:ascii="Garamond" w:hAnsi="Garamond"/>
          <w:sz w:val="24"/>
        </w:rPr>
        <w:br/>
        <w:t>Then one video got recommended.</w:t>
      </w:r>
    </w:p>
    <w:p w14:paraId="0C002D7F" w14:textId="77777777" w:rsidR="001A5159" w:rsidRDefault="00000000">
      <w:r>
        <w:rPr>
          <w:rFonts w:ascii="Garamond" w:hAnsi="Garamond"/>
          <w:sz w:val="24"/>
        </w:rPr>
        <w:t>It hit:</w:t>
      </w:r>
    </w:p>
    <w:p w14:paraId="7DDE28C4" w14:textId="77777777" w:rsidR="001A5159" w:rsidRDefault="00000000">
      <w:r>
        <w:rPr>
          <w:rFonts w:ascii="Garamond" w:hAnsi="Garamond"/>
          <w:sz w:val="24"/>
        </w:rPr>
        <w:t>50,000 views → 100,000 → 250,000</w:t>
      </w:r>
    </w:p>
    <w:p w14:paraId="4ECED9EB" w14:textId="77777777" w:rsidR="001A5159" w:rsidRDefault="00000000">
      <w:r>
        <w:rPr>
          <w:rFonts w:ascii="Garamond" w:hAnsi="Garamond"/>
          <w:sz w:val="24"/>
        </w:rPr>
        <w:t xml:space="preserve">added 9,300 subscribers in one </w:t>
      </w:r>
      <w:proofErr w:type="gramStart"/>
      <w:r>
        <w:rPr>
          <w:rFonts w:ascii="Garamond" w:hAnsi="Garamond"/>
          <w:sz w:val="24"/>
        </w:rPr>
        <w:t>week</w:t>
      </w:r>
      <w:proofErr w:type="gramEnd"/>
    </w:p>
    <w:p w14:paraId="708AE9CE" w14:textId="77777777" w:rsidR="001A5159" w:rsidRDefault="00000000">
      <w:r>
        <w:rPr>
          <w:rFonts w:ascii="Garamond" w:hAnsi="Garamond"/>
          <w:sz w:val="24"/>
        </w:rPr>
        <w:t xml:space="preserve">started earning from </w:t>
      </w:r>
      <w:proofErr w:type="gramStart"/>
      <w:r>
        <w:rPr>
          <w:rFonts w:ascii="Garamond" w:hAnsi="Garamond"/>
          <w:sz w:val="24"/>
        </w:rPr>
        <w:t>ads</w:t>
      </w:r>
      <w:proofErr w:type="gramEnd"/>
    </w:p>
    <w:p w14:paraId="1C387115" w14:textId="77777777" w:rsidR="001A5159" w:rsidRDefault="00000000">
      <w:r>
        <w:rPr>
          <w:rFonts w:ascii="Garamond" w:hAnsi="Garamond"/>
          <w:sz w:val="24"/>
        </w:rPr>
        <w:t>led to affiliate sales</w:t>
      </w:r>
    </w:p>
    <w:p w14:paraId="3C57062D" w14:textId="77777777" w:rsidR="001A5159" w:rsidRDefault="00000000">
      <w:r>
        <w:rPr>
          <w:rFonts w:ascii="Garamond" w:hAnsi="Garamond"/>
          <w:sz w:val="24"/>
        </w:rPr>
        <w:t xml:space="preserve">helped her launch her first $9 digital </w:t>
      </w:r>
      <w:proofErr w:type="gramStart"/>
      <w:r>
        <w:rPr>
          <w:rFonts w:ascii="Garamond" w:hAnsi="Garamond"/>
          <w:sz w:val="24"/>
        </w:rPr>
        <w:t>product</w:t>
      </w:r>
      <w:proofErr w:type="gramEnd"/>
    </w:p>
    <w:p w14:paraId="7194B420" w14:textId="77777777" w:rsidR="001A5159" w:rsidRDefault="00000000">
      <w:r>
        <w:rPr>
          <w:rFonts w:ascii="Garamond" w:hAnsi="Garamond"/>
          <w:sz w:val="24"/>
        </w:rPr>
        <w:t>Within 90 days:</w:t>
      </w:r>
    </w:p>
    <w:p w14:paraId="70CF3046" w14:textId="77777777" w:rsidR="001A5159" w:rsidRDefault="00000000">
      <w:r>
        <w:rPr>
          <w:rFonts w:ascii="Garamond" w:hAnsi="Garamond"/>
          <w:sz w:val="24"/>
        </w:rPr>
        <w:t>40,000+ subscribers</w:t>
      </w:r>
    </w:p>
    <w:p w14:paraId="577BE8FC" w14:textId="77777777" w:rsidR="001A5159" w:rsidRDefault="00000000">
      <w:r>
        <w:rPr>
          <w:rFonts w:ascii="Garamond" w:hAnsi="Garamond"/>
          <w:sz w:val="24"/>
        </w:rPr>
        <w:t>$1,500/month from AdSense</w:t>
      </w:r>
    </w:p>
    <w:p w14:paraId="47A5F99E" w14:textId="77777777" w:rsidR="001A5159" w:rsidRDefault="00000000">
      <w:r>
        <w:rPr>
          <w:rFonts w:ascii="Garamond" w:hAnsi="Garamond"/>
          <w:sz w:val="24"/>
        </w:rPr>
        <w:lastRenderedPageBreak/>
        <w:t>$900/month from affiliates</w:t>
      </w:r>
    </w:p>
    <w:p w14:paraId="4565F5B8" w14:textId="77777777" w:rsidR="001A5159" w:rsidRDefault="00000000">
      <w:r>
        <w:rPr>
          <w:rFonts w:ascii="Garamond" w:hAnsi="Garamond"/>
          <w:sz w:val="24"/>
        </w:rPr>
        <w:t>$600/month from digital products</w:t>
      </w:r>
    </w:p>
    <w:p w14:paraId="73906D15" w14:textId="77777777" w:rsidR="001A5159" w:rsidRDefault="00000000">
      <w:r>
        <w:rPr>
          <w:rFonts w:ascii="Garamond" w:hAnsi="Garamond"/>
          <w:sz w:val="24"/>
        </w:rPr>
        <w:t>Elena still has never shown her face.</w:t>
      </w:r>
    </w:p>
    <w:p w14:paraId="06B5A549" w14:textId="77777777" w:rsidR="001A5159" w:rsidRDefault="00000000">
      <w:r>
        <w:rPr>
          <w:rFonts w:ascii="Garamond" w:hAnsi="Garamond"/>
          <w:sz w:val="24"/>
        </w:rPr>
        <w:t>Her exact words:</w:t>
      </w:r>
    </w:p>
    <w:p w14:paraId="01928F4E" w14:textId="77777777" w:rsidR="001A5159" w:rsidRDefault="00000000">
      <w:r>
        <w:rPr>
          <w:rFonts w:ascii="Garamond" w:hAnsi="Garamond"/>
          <w:sz w:val="24"/>
        </w:rPr>
        <w:t>“AI gave me the courage to create. Once I saw the first results, I realized I could build something real.”</w:t>
      </w:r>
    </w:p>
    <w:p w14:paraId="6E905623" w14:textId="77777777" w:rsidR="001A5159" w:rsidRPr="0063351A" w:rsidRDefault="00000000" w:rsidP="0063351A">
      <w:pPr>
        <w:rPr>
          <w:sz w:val="24"/>
          <w:szCs w:val="24"/>
        </w:rPr>
      </w:pPr>
      <w:r w:rsidRPr="0063351A">
        <w:rPr>
          <w:rFonts w:ascii="Garamond" w:hAnsi="Garamond"/>
          <w:b/>
          <w:sz w:val="24"/>
          <w:szCs w:val="24"/>
        </w:rPr>
        <w:t>Blueprint 3 proves you can create scalable income without being on camera — if you follow the system.</w:t>
      </w:r>
    </w:p>
    <w:p w14:paraId="50BBD478" w14:textId="77777777" w:rsidR="0063351A" w:rsidRDefault="0063351A">
      <w:pPr>
        <w:sectPr w:rsidR="0063351A" w:rsidSect="00034616">
          <w:pgSz w:w="12240" w:h="15840"/>
          <w:pgMar w:top="1440" w:right="1800" w:bottom="1440" w:left="1800" w:header="720" w:footer="720" w:gutter="0"/>
          <w:cols w:space="720"/>
          <w:docGrid w:linePitch="360"/>
        </w:sectPr>
      </w:pPr>
    </w:p>
    <w:p w14:paraId="32455C67" w14:textId="77777777" w:rsidR="001A5159" w:rsidRDefault="001A5159"/>
    <w:p w14:paraId="29F698C9" w14:textId="77777777" w:rsidR="001A5159" w:rsidRPr="0063351A" w:rsidRDefault="00000000" w:rsidP="0063351A">
      <w:pPr>
        <w:pStyle w:val="Heading1"/>
        <w:rPr>
          <w:rFonts w:ascii="Garamond" w:hAnsi="Garamond"/>
          <w:color w:val="auto"/>
          <w:sz w:val="40"/>
          <w:szCs w:val="40"/>
        </w:rPr>
      </w:pPr>
      <w:bookmarkStart w:id="13" w:name="_Toc214830309"/>
      <w:r w:rsidRPr="0063351A">
        <w:rPr>
          <w:rFonts w:ascii="Garamond" w:hAnsi="Garamond"/>
          <w:color w:val="auto"/>
          <w:sz w:val="40"/>
          <w:szCs w:val="40"/>
        </w:rPr>
        <w:t>BLUEPRINT FOUR — AI-POWERED EMAIL MARKETING &amp; NEWSLETTER CREATION SYSTEM</w:t>
      </w:r>
      <w:bookmarkEnd w:id="13"/>
    </w:p>
    <w:p w14:paraId="745027CA" w14:textId="77777777" w:rsidR="001A5159" w:rsidRPr="0063351A" w:rsidRDefault="00000000" w:rsidP="0063351A">
      <w:pPr>
        <w:pStyle w:val="Heading2"/>
        <w:rPr>
          <w:rFonts w:ascii="Garamond" w:hAnsi="Garamond"/>
          <w:color w:val="auto"/>
          <w:sz w:val="28"/>
          <w:szCs w:val="28"/>
        </w:rPr>
      </w:pPr>
      <w:bookmarkStart w:id="14" w:name="_Toc214830310"/>
      <w:r w:rsidRPr="0063351A">
        <w:rPr>
          <w:rFonts w:ascii="Garamond" w:hAnsi="Garamond"/>
          <w:color w:val="auto"/>
          <w:sz w:val="28"/>
          <w:szCs w:val="28"/>
        </w:rPr>
        <w:t>(The Blueprint That Lets You Write High-Converting Email Content in Minutes — Even If You’re Not a Writer)</w:t>
      </w:r>
      <w:bookmarkEnd w:id="14"/>
    </w:p>
    <w:p w14:paraId="4213693E" w14:textId="77777777" w:rsidR="001A5159" w:rsidRDefault="00000000">
      <w:r>
        <w:rPr>
          <w:rFonts w:ascii="Garamond" w:hAnsi="Garamond"/>
          <w:sz w:val="24"/>
        </w:rPr>
        <w:t>Email marketing is one of the most profitable skills in the digital world — and one of the easiest to automate with AI.</w:t>
      </w:r>
    </w:p>
    <w:p w14:paraId="7DB948E9" w14:textId="77777777" w:rsidR="001A5159" w:rsidRDefault="00000000">
      <w:r>
        <w:rPr>
          <w:rFonts w:ascii="Garamond" w:hAnsi="Garamond"/>
          <w:sz w:val="24"/>
        </w:rPr>
        <w:t>Businesses need:</w:t>
      </w:r>
    </w:p>
    <w:p w14:paraId="482F073C" w14:textId="77777777" w:rsidR="001A5159" w:rsidRDefault="00000000">
      <w:r>
        <w:rPr>
          <w:rFonts w:ascii="Garamond" w:hAnsi="Garamond"/>
          <w:sz w:val="24"/>
        </w:rPr>
        <w:t>weekly newsletters</w:t>
      </w:r>
    </w:p>
    <w:p w14:paraId="4F35548C" w14:textId="77777777" w:rsidR="001A5159" w:rsidRDefault="00000000">
      <w:r>
        <w:rPr>
          <w:rFonts w:ascii="Garamond" w:hAnsi="Garamond"/>
          <w:sz w:val="24"/>
        </w:rPr>
        <w:t xml:space="preserve">welcome </w:t>
      </w:r>
      <w:proofErr w:type="gramStart"/>
      <w:r>
        <w:rPr>
          <w:rFonts w:ascii="Garamond" w:hAnsi="Garamond"/>
          <w:sz w:val="24"/>
        </w:rPr>
        <w:t>sequences</w:t>
      </w:r>
      <w:proofErr w:type="gramEnd"/>
    </w:p>
    <w:p w14:paraId="4BF97133" w14:textId="77777777" w:rsidR="001A5159" w:rsidRDefault="00000000">
      <w:r>
        <w:rPr>
          <w:rFonts w:ascii="Garamond" w:hAnsi="Garamond"/>
          <w:sz w:val="24"/>
        </w:rPr>
        <w:t>nurture sequences</w:t>
      </w:r>
    </w:p>
    <w:p w14:paraId="3B789269" w14:textId="77777777" w:rsidR="001A5159" w:rsidRDefault="00000000">
      <w:r>
        <w:rPr>
          <w:rFonts w:ascii="Garamond" w:hAnsi="Garamond"/>
          <w:sz w:val="24"/>
        </w:rPr>
        <w:t>product launch emails</w:t>
      </w:r>
    </w:p>
    <w:p w14:paraId="1B959AAB" w14:textId="77777777" w:rsidR="001A5159" w:rsidRDefault="00000000">
      <w:r>
        <w:rPr>
          <w:rFonts w:ascii="Garamond" w:hAnsi="Garamond"/>
          <w:sz w:val="24"/>
        </w:rPr>
        <w:t>promotional campaigns</w:t>
      </w:r>
    </w:p>
    <w:p w14:paraId="555B4166" w14:textId="77777777" w:rsidR="001A5159" w:rsidRDefault="00000000">
      <w:r>
        <w:rPr>
          <w:rFonts w:ascii="Garamond" w:hAnsi="Garamond"/>
          <w:sz w:val="24"/>
        </w:rPr>
        <w:t>client onboarding emails</w:t>
      </w:r>
    </w:p>
    <w:p w14:paraId="28E8D77F" w14:textId="77777777" w:rsidR="001A5159" w:rsidRDefault="00000000">
      <w:r>
        <w:rPr>
          <w:rFonts w:ascii="Garamond" w:hAnsi="Garamond"/>
          <w:sz w:val="24"/>
        </w:rPr>
        <w:t>reactivation sequences</w:t>
      </w:r>
    </w:p>
    <w:p w14:paraId="079FFD21" w14:textId="77777777" w:rsidR="001A5159" w:rsidRDefault="00000000">
      <w:r>
        <w:rPr>
          <w:rFonts w:ascii="Garamond" w:hAnsi="Garamond"/>
          <w:sz w:val="24"/>
        </w:rPr>
        <w:t>brand story emails</w:t>
      </w:r>
    </w:p>
    <w:p w14:paraId="1FBE943C" w14:textId="77777777" w:rsidR="001A5159" w:rsidRDefault="00000000">
      <w:r>
        <w:rPr>
          <w:rFonts w:ascii="Garamond" w:hAnsi="Garamond"/>
          <w:sz w:val="24"/>
        </w:rPr>
        <w:t>But here’s the problem:</w:t>
      </w:r>
    </w:p>
    <w:p w14:paraId="6D4992F1" w14:textId="77777777" w:rsidR="001A5159" w:rsidRDefault="00000000">
      <w:r>
        <w:rPr>
          <w:rFonts w:ascii="Garamond" w:hAnsi="Garamond"/>
          <w:sz w:val="24"/>
        </w:rPr>
        <w:t>Most business owners hate writing.</w:t>
      </w:r>
    </w:p>
    <w:p w14:paraId="3A971CE4" w14:textId="77777777" w:rsidR="001A5159" w:rsidRDefault="00000000">
      <w:r>
        <w:rPr>
          <w:rFonts w:ascii="Garamond" w:hAnsi="Garamond"/>
          <w:sz w:val="24"/>
        </w:rPr>
        <w:t>AI solves that instantly.</w:t>
      </w:r>
    </w:p>
    <w:p w14:paraId="523C1BB0" w14:textId="77777777" w:rsidR="001A5159" w:rsidRDefault="00000000">
      <w:r>
        <w:rPr>
          <w:rFonts w:ascii="Garamond" w:hAnsi="Garamond"/>
          <w:sz w:val="24"/>
        </w:rPr>
        <w:t>With this blueprint, you can create professional, high-converting emails for creators, coaches, entrepreneurs, local businesses, and e-commerce brands even if you’ve never written professionally.</w:t>
      </w:r>
    </w:p>
    <w:p w14:paraId="66FF0601" w14:textId="77777777" w:rsidR="001A5159" w:rsidRDefault="001A5159"/>
    <w:p w14:paraId="609630C0" w14:textId="77777777" w:rsidR="001A5159" w:rsidRDefault="00000000">
      <w:r>
        <w:rPr>
          <w:rFonts w:ascii="Garamond" w:hAnsi="Garamond"/>
          <w:sz w:val="24"/>
        </w:rPr>
        <w:t>Why This Blueprint Works</w:t>
      </w:r>
    </w:p>
    <w:p w14:paraId="7CD90E29" w14:textId="77777777" w:rsidR="001A5159" w:rsidRDefault="00000000">
      <w:r>
        <w:rPr>
          <w:rFonts w:ascii="Garamond" w:hAnsi="Garamond"/>
          <w:sz w:val="24"/>
        </w:rPr>
        <w:t>Email is:</w:t>
      </w:r>
    </w:p>
    <w:p w14:paraId="2E0147FC" w14:textId="77777777" w:rsidR="001A5159" w:rsidRDefault="00000000">
      <w:r>
        <w:rPr>
          <w:rFonts w:ascii="Garamond" w:hAnsi="Garamond"/>
          <w:sz w:val="24"/>
        </w:rPr>
        <w:lastRenderedPageBreak/>
        <w:t>high demand</w:t>
      </w:r>
    </w:p>
    <w:p w14:paraId="02336997" w14:textId="77777777" w:rsidR="001A5159" w:rsidRDefault="00000000">
      <w:r>
        <w:rPr>
          <w:rFonts w:ascii="Garamond" w:hAnsi="Garamond"/>
          <w:sz w:val="24"/>
        </w:rPr>
        <w:t>high value</w:t>
      </w:r>
    </w:p>
    <w:p w14:paraId="09666D92" w14:textId="77777777" w:rsidR="001A5159" w:rsidRDefault="00000000">
      <w:r>
        <w:rPr>
          <w:rFonts w:ascii="Garamond" w:hAnsi="Garamond"/>
          <w:sz w:val="24"/>
        </w:rPr>
        <w:t>evergreen</w:t>
      </w:r>
    </w:p>
    <w:p w14:paraId="398637DC" w14:textId="77777777" w:rsidR="001A5159" w:rsidRDefault="00000000">
      <w:r>
        <w:rPr>
          <w:rFonts w:ascii="Garamond" w:hAnsi="Garamond"/>
          <w:sz w:val="24"/>
        </w:rPr>
        <w:t>profitable</w:t>
      </w:r>
    </w:p>
    <w:p w14:paraId="6D19B7C5" w14:textId="77777777" w:rsidR="001A5159" w:rsidRDefault="00000000">
      <w:r>
        <w:rPr>
          <w:rFonts w:ascii="Garamond" w:hAnsi="Garamond"/>
          <w:sz w:val="24"/>
        </w:rPr>
        <w:t>essential</w:t>
      </w:r>
    </w:p>
    <w:p w14:paraId="0EABEEB7" w14:textId="77777777" w:rsidR="001A5159" w:rsidRDefault="00000000">
      <w:r>
        <w:rPr>
          <w:rFonts w:ascii="Garamond" w:hAnsi="Garamond"/>
          <w:sz w:val="24"/>
        </w:rPr>
        <w:t xml:space="preserve">easy to </w:t>
      </w:r>
      <w:proofErr w:type="gramStart"/>
      <w:r>
        <w:rPr>
          <w:rFonts w:ascii="Garamond" w:hAnsi="Garamond"/>
          <w:sz w:val="24"/>
        </w:rPr>
        <w:t>automate</w:t>
      </w:r>
      <w:proofErr w:type="gramEnd"/>
    </w:p>
    <w:p w14:paraId="74F1968D" w14:textId="77777777" w:rsidR="001A5159" w:rsidRDefault="00000000">
      <w:r>
        <w:rPr>
          <w:rFonts w:ascii="Garamond" w:hAnsi="Garamond"/>
          <w:sz w:val="24"/>
        </w:rPr>
        <w:t>repeatable</w:t>
      </w:r>
    </w:p>
    <w:p w14:paraId="7329A8A3" w14:textId="77777777" w:rsidR="001A5159" w:rsidRDefault="00000000">
      <w:r>
        <w:rPr>
          <w:rFonts w:ascii="Garamond" w:hAnsi="Garamond"/>
          <w:sz w:val="24"/>
        </w:rPr>
        <w:t>perfect for retainers</w:t>
      </w:r>
    </w:p>
    <w:p w14:paraId="20377A84" w14:textId="77777777" w:rsidR="001A5159" w:rsidRDefault="00000000">
      <w:r>
        <w:rPr>
          <w:rFonts w:ascii="Garamond" w:hAnsi="Garamond"/>
          <w:sz w:val="24"/>
        </w:rPr>
        <w:t>AI handles:</w:t>
      </w:r>
    </w:p>
    <w:p w14:paraId="0B63D2D4" w14:textId="77777777" w:rsidR="001A5159" w:rsidRDefault="00000000">
      <w:r>
        <w:rPr>
          <w:rFonts w:ascii="Garamond" w:hAnsi="Garamond"/>
          <w:sz w:val="24"/>
        </w:rPr>
        <w:t>outlining</w:t>
      </w:r>
    </w:p>
    <w:p w14:paraId="0F9BBD53" w14:textId="77777777" w:rsidR="001A5159" w:rsidRDefault="00000000">
      <w:r>
        <w:rPr>
          <w:rFonts w:ascii="Garamond" w:hAnsi="Garamond"/>
          <w:sz w:val="24"/>
        </w:rPr>
        <w:t>drafting</w:t>
      </w:r>
    </w:p>
    <w:p w14:paraId="64BAD65E" w14:textId="77777777" w:rsidR="001A5159" w:rsidRDefault="00000000">
      <w:r>
        <w:rPr>
          <w:rFonts w:ascii="Garamond" w:hAnsi="Garamond"/>
          <w:sz w:val="24"/>
        </w:rPr>
        <w:t>rewriting</w:t>
      </w:r>
    </w:p>
    <w:p w14:paraId="6EBEBD58" w14:textId="77777777" w:rsidR="001A5159" w:rsidRDefault="00000000">
      <w:r>
        <w:rPr>
          <w:rFonts w:ascii="Garamond" w:hAnsi="Garamond"/>
          <w:sz w:val="24"/>
        </w:rPr>
        <w:t>tone improvement</w:t>
      </w:r>
    </w:p>
    <w:p w14:paraId="2672DA12" w14:textId="77777777" w:rsidR="001A5159" w:rsidRDefault="00000000">
      <w:r>
        <w:rPr>
          <w:rFonts w:ascii="Garamond" w:hAnsi="Garamond"/>
          <w:sz w:val="24"/>
        </w:rPr>
        <w:t>formatting</w:t>
      </w:r>
    </w:p>
    <w:p w14:paraId="1F24BD2E" w14:textId="77777777" w:rsidR="001A5159" w:rsidRDefault="00000000">
      <w:r>
        <w:rPr>
          <w:rFonts w:ascii="Garamond" w:hAnsi="Garamond"/>
          <w:sz w:val="24"/>
        </w:rPr>
        <w:t>idea generation</w:t>
      </w:r>
    </w:p>
    <w:p w14:paraId="5F7A62FA" w14:textId="77777777" w:rsidR="001A5159" w:rsidRDefault="00000000">
      <w:r>
        <w:rPr>
          <w:rFonts w:ascii="Garamond" w:hAnsi="Garamond"/>
          <w:sz w:val="24"/>
        </w:rPr>
        <w:t>subject line optimization</w:t>
      </w:r>
    </w:p>
    <w:p w14:paraId="753405C8" w14:textId="77777777" w:rsidR="001A5159" w:rsidRDefault="00000000">
      <w:r>
        <w:rPr>
          <w:rFonts w:ascii="Garamond" w:hAnsi="Garamond"/>
          <w:sz w:val="24"/>
        </w:rPr>
        <w:t>Businesses will pay good money for consistent, persuasive emails.</w:t>
      </w:r>
    </w:p>
    <w:p w14:paraId="67CEB840" w14:textId="77777777" w:rsidR="001A5159" w:rsidRDefault="001A5159"/>
    <w:p w14:paraId="007F4CFD" w14:textId="77777777" w:rsidR="001A5159" w:rsidRDefault="00000000">
      <w:r>
        <w:rPr>
          <w:rFonts w:ascii="Garamond" w:hAnsi="Garamond"/>
          <w:sz w:val="24"/>
        </w:rPr>
        <w:t>Tools You Need</w:t>
      </w:r>
    </w:p>
    <w:p w14:paraId="2EB9424E" w14:textId="77777777" w:rsidR="001A5159" w:rsidRDefault="00000000">
      <w:r>
        <w:rPr>
          <w:rFonts w:ascii="Garamond" w:hAnsi="Garamond"/>
          <w:sz w:val="24"/>
        </w:rPr>
        <w:t>ChatGPT / Claude — All writing + optimization</w:t>
      </w:r>
      <w:r>
        <w:rPr>
          <w:rFonts w:ascii="Garamond" w:hAnsi="Garamond"/>
          <w:sz w:val="24"/>
        </w:rPr>
        <w:br/>
        <w:t>Canva / Figma — Email graphics (optional)</w:t>
      </w:r>
      <w:r>
        <w:rPr>
          <w:rFonts w:ascii="Garamond" w:hAnsi="Garamond"/>
          <w:sz w:val="24"/>
        </w:rPr>
        <w:br/>
        <w:t>Mailchimp / ConvertKit / Klaviyo / MailerLite — Email platforms</w:t>
      </w:r>
      <w:r>
        <w:rPr>
          <w:rFonts w:ascii="Garamond" w:hAnsi="Garamond"/>
          <w:sz w:val="24"/>
        </w:rPr>
        <w:br/>
        <w:t>Notion / Google Docs — Script library + content bank</w:t>
      </w:r>
    </w:p>
    <w:p w14:paraId="14316D40" w14:textId="77777777" w:rsidR="001A5159" w:rsidRDefault="00000000">
      <w:r>
        <w:rPr>
          <w:rFonts w:ascii="Garamond" w:hAnsi="Garamond"/>
          <w:sz w:val="24"/>
        </w:rPr>
        <w:t>Optional:</w:t>
      </w:r>
      <w:r>
        <w:rPr>
          <w:rFonts w:ascii="Garamond" w:hAnsi="Garamond"/>
          <w:sz w:val="24"/>
        </w:rPr>
        <w:br/>
        <w:t>Headline analyzers — Improve subject lines</w:t>
      </w:r>
      <w:r>
        <w:rPr>
          <w:rFonts w:ascii="Garamond" w:hAnsi="Garamond"/>
          <w:sz w:val="24"/>
        </w:rPr>
        <w:br/>
        <w:t>Grammarly — Final polish</w:t>
      </w:r>
    </w:p>
    <w:p w14:paraId="4738F718" w14:textId="77777777" w:rsidR="001A5159" w:rsidRDefault="001A5159"/>
    <w:p w14:paraId="6F6C36CF" w14:textId="77777777" w:rsidR="001A5159" w:rsidRDefault="00000000">
      <w:r>
        <w:rPr>
          <w:rFonts w:ascii="Garamond" w:hAnsi="Garamond"/>
          <w:sz w:val="24"/>
        </w:rPr>
        <w:lastRenderedPageBreak/>
        <w:t>What You’ll Offer</w:t>
      </w:r>
    </w:p>
    <w:p w14:paraId="257F98B0" w14:textId="77777777" w:rsidR="001A5159" w:rsidRDefault="00000000">
      <w:r>
        <w:rPr>
          <w:rFonts w:ascii="Garamond" w:hAnsi="Garamond"/>
          <w:sz w:val="24"/>
        </w:rPr>
        <w:t>You can deliver:</w:t>
      </w:r>
    </w:p>
    <w:p w14:paraId="2B116A96" w14:textId="77777777" w:rsidR="001A5159" w:rsidRDefault="00000000">
      <w:r>
        <w:rPr>
          <w:rFonts w:ascii="Garamond" w:hAnsi="Garamond"/>
          <w:sz w:val="24"/>
        </w:rPr>
        <w:t>✔ Newsletters</w:t>
      </w:r>
    </w:p>
    <w:p w14:paraId="5632BD61" w14:textId="77777777" w:rsidR="001A5159" w:rsidRDefault="00000000">
      <w:r>
        <w:rPr>
          <w:rFonts w:ascii="Garamond" w:hAnsi="Garamond"/>
          <w:sz w:val="24"/>
        </w:rPr>
        <w:t>Weekly, biweekly, or monthly.</w:t>
      </w:r>
    </w:p>
    <w:p w14:paraId="7398179D" w14:textId="77777777" w:rsidR="001A5159" w:rsidRDefault="00000000">
      <w:r>
        <w:rPr>
          <w:rFonts w:ascii="Garamond" w:hAnsi="Garamond"/>
          <w:sz w:val="24"/>
        </w:rPr>
        <w:t>✔ Welcome Sequences</w:t>
      </w:r>
    </w:p>
    <w:p w14:paraId="2CCED906" w14:textId="77777777" w:rsidR="001A5159" w:rsidRDefault="00000000">
      <w:r>
        <w:rPr>
          <w:rFonts w:ascii="Garamond" w:hAnsi="Garamond"/>
          <w:sz w:val="24"/>
        </w:rPr>
        <w:t>3–7 emails introducing a brand and warming leads.</w:t>
      </w:r>
    </w:p>
    <w:p w14:paraId="16687FBE" w14:textId="77777777" w:rsidR="001A5159" w:rsidRDefault="00000000">
      <w:r>
        <w:rPr>
          <w:rFonts w:ascii="Garamond" w:hAnsi="Garamond"/>
          <w:sz w:val="24"/>
        </w:rPr>
        <w:t>✔ Sales Campaigns</w:t>
      </w:r>
    </w:p>
    <w:p w14:paraId="41F95738" w14:textId="77777777" w:rsidR="001A5159" w:rsidRDefault="00000000">
      <w:r>
        <w:rPr>
          <w:rFonts w:ascii="Garamond" w:hAnsi="Garamond"/>
          <w:sz w:val="24"/>
        </w:rPr>
        <w:t>Product launches, promotions, or event-driven sequences.</w:t>
      </w:r>
    </w:p>
    <w:p w14:paraId="1593C5DB" w14:textId="77777777" w:rsidR="001A5159" w:rsidRDefault="00000000">
      <w:r>
        <w:rPr>
          <w:rFonts w:ascii="Garamond" w:hAnsi="Garamond"/>
          <w:sz w:val="24"/>
        </w:rPr>
        <w:t>✔ Nurture Emails</w:t>
      </w:r>
    </w:p>
    <w:p w14:paraId="611A131C" w14:textId="77777777" w:rsidR="001A5159" w:rsidRDefault="00000000">
      <w:r>
        <w:rPr>
          <w:rFonts w:ascii="Garamond" w:hAnsi="Garamond"/>
          <w:sz w:val="24"/>
        </w:rPr>
        <w:t>Long-term relationship building.</w:t>
      </w:r>
    </w:p>
    <w:p w14:paraId="405C0DFC" w14:textId="77777777" w:rsidR="001A5159" w:rsidRDefault="00000000">
      <w:r>
        <w:rPr>
          <w:rFonts w:ascii="Garamond" w:hAnsi="Garamond"/>
          <w:sz w:val="24"/>
        </w:rPr>
        <w:t>✔ Brand Story Emails</w:t>
      </w:r>
    </w:p>
    <w:p w14:paraId="26915D35" w14:textId="77777777" w:rsidR="001A5159" w:rsidRDefault="00000000">
      <w:r>
        <w:rPr>
          <w:rFonts w:ascii="Garamond" w:hAnsi="Garamond"/>
          <w:sz w:val="24"/>
        </w:rPr>
        <w:t>The “About Us” sequence.</w:t>
      </w:r>
    </w:p>
    <w:p w14:paraId="31B179DF" w14:textId="77777777" w:rsidR="001A5159" w:rsidRDefault="00000000">
      <w:r>
        <w:rPr>
          <w:rFonts w:ascii="Garamond" w:hAnsi="Garamond"/>
          <w:sz w:val="24"/>
        </w:rPr>
        <w:t>✔ Conversion Emails</w:t>
      </w:r>
    </w:p>
    <w:p w14:paraId="009D1BA9" w14:textId="77777777" w:rsidR="001A5159" w:rsidRDefault="00000000">
      <w:r>
        <w:rPr>
          <w:rFonts w:ascii="Garamond" w:hAnsi="Garamond"/>
          <w:sz w:val="24"/>
        </w:rPr>
        <w:t>Time-sensitive promotions, urgency, scarcity.</w:t>
      </w:r>
    </w:p>
    <w:p w14:paraId="263AC5FD" w14:textId="77777777" w:rsidR="001A5159" w:rsidRDefault="001A5159"/>
    <w:p w14:paraId="37CA391A" w14:textId="77777777" w:rsidR="001A5159" w:rsidRDefault="00000000">
      <w:r>
        <w:rPr>
          <w:rFonts w:ascii="Garamond" w:hAnsi="Garamond"/>
          <w:sz w:val="24"/>
        </w:rPr>
        <w:t>AI-Powered Workflow (Step-By-Step)</w:t>
      </w:r>
    </w:p>
    <w:p w14:paraId="63FD76A5" w14:textId="77777777" w:rsidR="001A5159" w:rsidRDefault="00000000">
      <w:r>
        <w:rPr>
          <w:rFonts w:ascii="Garamond" w:hAnsi="Garamond"/>
          <w:sz w:val="24"/>
        </w:rPr>
        <w:t>STEP 1 — Create the Brand Voice</w:t>
      </w:r>
    </w:p>
    <w:p w14:paraId="0DBD7229" w14:textId="77777777" w:rsidR="001A5159" w:rsidRDefault="00000000">
      <w:r>
        <w:rPr>
          <w:rFonts w:ascii="Garamond" w:hAnsi="Garamond"/>
          <w:sz w:val="24"/>
        </w:rPr>
        <w:t>Ask AI:</w:t>
      </w:r>
    </w:p>
    <w:p w14:paraId="37D136AF" w14:textId="77777777" w:rsidR="001A5159" w:rsidRDefault="00000000">
      <w:r>
        <w:rPr>
          <w:rFonts w:ascii="Garamond" w:hAnsi="Garamond"/>
          <w:sz w:val="24"/>
        </w:rPr>
        <w:t xml:space="preserve">“Analyze this writing sample and extract a brand voice profile. Include tone, pacing, sentence structure, emotional triggers, and style </w:t>
      </w:r>
      <w:proofErr w:type="gramStart"/>
      <w:r>
        <w:rPr>
          <w:rFonts w:ascii="Garamond" w:hAnsi="Garamond"/>
          <w:sz w:val="24"/>
        </w:rPr>
        <w:t>guidelines.”</w:t>
      </w:r>
      <w:proofErr w:type="gramEnd"/>
    </w:p>
    <w:p w14:paraId="702B9C5B" w14:textId="77777777" w:rsidR="001A5159" w:rsidRDefault="00000000">
      <w:r>
        <w:rPr>
          <w:rFonts w:ascii="Garamond" w:hAnsi="Garamond"/>
          <w:sz w:val="24"/>
        </w:rPr>
        <w:t>Or:</w:t>
      </w:r>
    </w:p>
    <w:p w14:paraId="541A4585" w14:textId="77777777" w:rsidR="001A5159" w:rsidRDefault="00000000">
      <w:r>
        <w:rPr>
          <w:rFonts w:ascii="Garamond" w:hAnsi="Garamond"/>
          <w:sz w:val="24"/>
        </w:rPr>
        <w:t xml:space="preserve">“Create a brand voice based </w:t>
      </w:r>
      <w:proofErr w:type="gramStart"/>
      <w:r>
        <w:rPr>
          <w:rFonts w:ascii="Garamond" w:hAnsi="Garamond"/>
          <w:sz w:val="24"/>
        </w:rPr>
        <w:t>on:</w:t>
      </w:r>
      <w:proofErr w:type="gramEnd"/>
      <w:r>
        <w:rPr>
          <w:rFonts w:ascii="Garamond" w:hAnsi="Garamond"/>
          <w:sz w:val="24"/>
        </w:rPr>
        <w:t xml:space="preserve"> confident, inspiring, helpful, professional.”</w:t>
      </w:r>
    </w:p>
    <w:p w14:paraId="0EE9DFE7" w14:textId="77777777" w:rsidR="001A5159" w:rsidRDefault="00000000">
      <w:r>
        <w:rPr>
          <w:rFonts w:ascii="Garamond" w:hAnsi="Garamond"/>
          <w:sz w:val="24"/>
        </w:rPr>
        <w:t>Save this as a Voice Profile.</w:t>
      </w:r>
    </w:p>
    <w:p w14:paraId="3D3F5990" w14:textId="77777777" w:rsidR="001A5159" w:rsidRDefault="001A5159"/>
    <w:p w14:paraId="425BCF71" w14:textId="77777777" w:rsidR="001A5159" w:rsidRDefault="00000000">
      <w:r>
        <w:rPr>
          <w:rFonts w:ascii="Garamond" w:hAnsi="Garamond"/>
          <w:sz w:val="24"/>
        </w:rPr>
        <w:t>STEP 2 — Build the Content Plan</w:t>
      </w:r>
    </w:p>
    <w:p w14:paraId="5731EBA1" w14:textId="77777777" w:rsidR="001A5159" w:rsidRDefault="00000000">
      <w:r>
        <w:rPr>
          <w:rFonts w:ascii="Garamond" w:hAnsi="Garamond"/>
          <w:sz w:val="24"/>
        </w:rPr>
        <w:lastRenderedPageBreak/>
        <w:t>Ask AI:</w:t>
      </w:r>
    </w:p>
    <w:p w14:paraId="31296791" w14:textId="77777777" w:rsidR="001A5159" w:rsidRDefault="00000000">
      <w:r>
        <w:rPr>
          <w:rFonts w:ascii="Garamond" w:hAnsi="Garamond"/>
          <w:sz w:val="24"/>
        </w:rPr>
        <w:t>“Create a 12-week newsletter content calendar tailored to with topics, hooks, and previews.”</w:t>
      </w:r>
    </w:p>
    <w:p w14:paraId="1C76E49E" w14:textId="77777777" w:rsidR="001A5159" w:rsidRDefault="00000000">
      <w:r>
        <w:rPr>
          <w:rFonts w:ascii="Garamond" w:hAnsi="Garamond"/>
          <w:sz w:val="24"/>
        </w:rPr>
        <w:t>Or:</w:t>
      </w:r>
    </w:p>
    <w:p w14:paraId="182D4B0E" w14:textId="77777777" w:rsidR="001A5159" w:rsidRDefault="00000000">
      <w:r>
        <w:rPr>
          <w:rFonts w:ascii="Garamond" w:hAnsi="Garamond"/>
          <w:sz w:val="24"/>
        </w:rPr>
        <w:t>“Create a 5-email welcome sequence for a , each with a clear purpose and CTA.”</w:t>
      </w:r>
    </w:p>
    <w:p w14:paraId="1CA520C5" w14:textId="77777777" w:rsidR="001A5159" w:rsidRDefault="00000000">
      <w:r>
        <w:rPr>
          <w:rFonts w:ascii="Garamond" w:hAnsi="Garamond"/>
          <w:sz w:val="24"/>
        </w:rPr>
        <w:t>AI generates your entire plan.</w:t>
      </w:r>
    </w:p>
    <w:p w14:paraId="05E6E064" w14:textId="77777777" w:rsidR="001A5159" w:rsidRDefault="001A5159"/>
    <w:p w14:paraId="053AFFFF" w14:textId="77777777" w:rsidR="001A5159" w:rsidRDefault="00000000">
      <w:r>
        <w:rPr>
          <w:rFonts w:ascii="Garamond" w:hAnsi="Garamond"/>
          <w:sz w:val="24"/>
        </w:rPr>
        <w:t>STEP 3 — Draft the Emails</w:t>
      </w:r>
    </w:p>
    <w:p w14:paraId="437B9ECC" w14:textId="77777777" w:rsidR="001A5159" w:rsidRDefault="00000000">
      <w:r>
        <w:rPr>
          <w:rFonts w:ascii="Garamond" w:hAnsi="Garamond"/>
          <w:sz w:val="24"/>
        </w:rPr>
        <w:t>Prompt:</w:t>
      </w:r>
    </w:p>
    <w:p w14:paraId="7887C4AF" w14:textId="77777777" w:rsidR="001A5159" w:rsidRDefault="00000000">
      <w:r>
        <w:rPr>
          <w:rFonts w:ascii="Garamond" w:hAnsi="Garamond"/>
          <w:sz w:val="24"/>
        </w:rPr>
        <w:t xml:space="preserve">“Write Email #1 using the brand voice. Include a strong hook, story, clear lesson, and call-to-action. Make it conversational and </w:t>
      </w:r>
      <w:proofErr w:type="gramStart"/>
      <w:r>
        <w:rPr>
          <w:rFonts w:ascii="Garamond" w:hAnsi="Garamond"/>
          <w:sz w:val="24"/>
        </w:rPr>
        <w:t>high-value</w:t>
      </w:r>
      <w:proofErr w:type="gramEnd"/>
      <w:r>
        <w:rPr>
          <w:rFonts w:ascii="Garamond" w:hAnsi="Garamond"/>
          <w:sz w:val="24"/>
        </w:rPr>
        <w:t>.”</w:t>
      </w:r>
    </w:p>
    <w:p w14:paraId="0B915FD8" w14:textId="77777777" w:rsidR="001A5159" w:rsidRDefault="00000000">
      <w:r>
        <w:rPr>
          <w:rFonts w:ascii="Garamond" w:hAnsi="Garamond"/>
          <w:sz w:val="24"/>
        </w:rPr>
        <w:t>AI produces clean, structured, persuasive emails.</w:t>
      </w:r>
    </w:p>
    <w:p w14:paraId="63169518" w14:textId="77777777" w:rsidR="001A5159" w:rsidRDefault="001A5159"/>
    <w:p w14:paraId="74629953" w14:textId="77777777" w:rsidR="001A5159" w:rsidRDefault="00000000">
      <w:r>
        <w:rPr>
          <w:rFonts w:ascii="Garamond" w:hAnsi="Garamond"/>
          <w:sz w:val="24"/>
        </w:rPr>
        <w:t>STEP 4 — Improve the Copy</w:t>
      </w:r>
    </w:p>
    <w:p w14:paraId="05A0FCAB" w14:textId="77777777" w:rsidR="001A5159" w:rsidRDefault="00000000">
      <w:r>
        <w:rPr>
          <w:rFonts w:ascii="Garamond" w:hAnsi="Garamond"/>
          <w:sz w:val="24"/>
        </w:rPr>
        <w:t>Use prompts like:</w:t>
      </w:r>
    </w:p>
    <w:p w14:paraId="0C09D4D0" w14:textId="77777777" w:rsidR="001A5159" w:rsidRDefault="00000000">
      <w:r>
        <w:rPr>
          <w:rFonts w:ascii="Garamond" w:hAnsi="Garamond"/>
          <w:sz w:val="24"/>
        </w:rPr>
        <w:t>“Make this more emotional.”</w:t>
      </w:r>
    </w:p>
    <w:p w14:paraId="7035D4E0" w14:textId="77777777" w:rsidR="001A5159" w:rsidRDefault="00000000">
      <w:r>
        <w:rPr>
          <w:rFonts w:ascii="Garamond" w:hAnsi="Garamond"/>
          <w:sz w:val="24"/>
        </w:rPr>
        <w:t>“Make this more concise.”</w:t>
      </w:r>
    </w:p>
    <w:p w14:paraId="5C3480BF" w14:textId="77777777" w:rsidR="001A5159" w:rsidRDefault="00000000">
      <w:r>
        <w:rPr>
          <w:rFonts w:ascii="Garamond" w:hAnsi="Garamond"/>
          <w:sz w:val="24"/>
        </w:rPr>
        <w:t>“Increase clarity.”</w:t>
      </w:r>
    </w:p>
    <w:p w14:paraId="653C0477" w14:textId="77777777" w:rsidR="001A5159" w:rsidRDefault="00000000">
      <w:r>
        <w:rPr>
          <w:rFonts w:ascii="Garamond" w:hAnsi="Garamond"/>
          <w:sz w:val="24"/>
        </w:rPr>
        <w:t>“Add more storytelling.”</w:t>
      </w:r>
    </w:p>
    <w:p w14:paraId="4A842458" w14:textId="77777777" w:rsidR="001A5159" w:rsidRDefault="00000000">
      <w:r>
        <w:rPr>
          <w:rFonts w:ascii="Garamond" w:hAnsi="Garamond"/>
          <w:sz w:val="24"/>
        </w:rPr>
        <w:t>“Rewrite in punchy, shorter sentences.”</w:t>
      </w:r>
    </w:p>
    <w:p w14:paraId="4A731903" w14:textId="77777777" w:rsidR="001A5159" w:rsidRDefault="00000000">
      <w:r>
        <w:rPr>
          <w:rFonts w:ascii="Garamond" w:hAnsi="Garamond"/>
          <w:sz w:val="24"/>
        </w:rPr>
        <w:t>AI becomes your writing coach.</w:t>
      </w:r>
    </w:p>
    <w:p w14:paraId="3C936826" w14:textId="77777777" w:rsidR="001A5159" w:rsidRDefault="001A5159"/>
    <w:p w14:paraId="7E0F4E65" w14:textId="77777777" w:rsidR="001A5159" w:rsidRDefault="00000000">
      <w:r>
        <w:rPr>
          <w:rFonts w:ascii="Garamond" w:hAnsi="Garamond"/>
          <w:sz w:val="24"/>
        </w:rPr>
        <w:t>STEP 5 — Format for Delivery</w:t>
      </w:r>
    </w:p>
    <w:p w14:paraId="2C3F7BAB" w14:textId="77777777" w:rsidR="001A5159" w:rsidRDefault="00000000">
      <w:r>
        <w:rPr>
          <w:rFonts w:ascii="Garamond" w:hAnsi="Garamond"/>
          <w:sz w:val="24"/>
        </w:rPr>
        <w:t>Copy/paste into:</w:t>
      </w:r>
    </w:p>
    <w:p w14:paraId="1A781615" w14:textId="77777777" w:rsidR="001A5159" w:rsidRDefault="00000000">
      <w:r>
        <w:rPr>
          <w:rFonts w:ascii="Garamond" w:hAnsi="Garamond"/>
          <w:sz w:val="24"/>
        </w:rPr>
        <w:t>Mailchimp</w:t>
      </w:r>
    </w:p>
    <w:p w14:paraId="0BF3D7A2" w14:textId="77777777" w:rsidR="001A5159" w:rsidRDefault="00000000">
      <w:r>
        <w:rPr>
          <w:rFonts w:ascii="Garamond" w:hAnsi="Garamond"/>
          <w:sz w:val="24"/>
        </w:rPr>
        <w:t>ConvertKit</w:t>
      </w:r>
    </w:p>
    <w:p w14:paraId="24A41794" w14:textId="77777777" w:rsidR="001A5159" w:rsidRDefault="00000000">
      <w:r>
        <w:rPr>
          <w:rFonts w:ascii="Garamond" w:hAnsi="Garamond"/>
          <w:sz w:val="24"/>
        </w:rPr>
        <w:t>Klaviyo</w:t>
      </w:r>
    </w:p>
    <w:p w14:paraId="4629454F" w14:textId="77777777" w:rsidR="001A5159" w:rsidRDefault="00000000">
      <w:r>
        <w:rPr>
          <w:rFonts w:ascii="Garamond" w:hAnsi="Garamond"/>
          <w:sz w:val="24"/>
        </w:rPr>
        <w:lastRenderedPageBreak/>
        <w:t>MailerLite</w:t>
      </w:r>
    </w:p>
    <w:p w14:paraId="3854B88C" w14:textId="77777777" w:rsidR="001A5159" w:rsidRDefault="00000000">
      <w:r>
        <w:rPr>
          <w:rFonts w:ascii="Garamond" w:hAnsi="Garamond"/>
          <w:sz w:val="24"/>
        </w:rPr>
        <w:t>Add optional:</w:t>
      </w:r>
    </w:p>
    <w:p w14:paraId="2538AC53" w14:textId="77777777" w:rsidR="001A5159" w:rsidRDefault="00000000">
      <w:r>
        <w:rPr>
          <w:rFonts w:ascii="Garamond" w:hAnsi="Garamond"/>
          <w:sz w:val="24"/>
        </w:rPr>
        <w:t>banners</w:t>
      </w:r>
    </w:p>
    <w:p w14:paraId="0A37C159" w14:textId="77777777" w:rsidR="001A5159" w:rsidRDefault="00000000">
      <w:r>
        <w:rPr>
          <w:rFonts w:ascii="Garamond" w:hAnsi="Garamond"/>
          <w:sz w:val="24"/>
        </w:rPr>
        <w:t>graphics</w:t>
      </w:r>
    </w:p>
    <w:p w14:paraId="18013AF7" w14:textId="77777777" w:rsidR="001A5159" w:rsidRDefault="00000000">
      <w:r>
        <w:rPr>
          <w:rFonts w:ascii="Garamond" w:hAnsi="Garamond"/>
          <w:sz w:val="24"/>
        </w:rPr>
        <w:t>buttons</w:t>
      </w:r>
    </w:p>
    <w:p w14:paraId="023FE216" w14:textId="77777777" w:rsidR="001A5159" w:rsidRDefault="00000000">
      <w:r>
        <w:rPr>
          <w:rFonts w:ascii="Garamond" w:hAnsi="Garamond"/>
          <w:sz w:val="24"/>
        </w:rPr>
        <w:t>branded headers</w:t>
      </w:r>
    </w:p>
    <w:p w14:paraId="67D11CFD" w14:textId="77777777" w:rsidR="001A5159" w:rsidRDefault="001A5159"/>
    <w:p w14:paraId="5C51FC30" w14:textId="77777777" w:rsidR="001A5159" w:rsidRDefault="00000000">
      <w:r>
        <w:rPr>
          <w:rFonts w:ascii="Garamond" w:hAnsi="Garamond"/>
          <w:sz w:val="24"/>
        </w:rPr>
        <w:t xml:space="preserve">STEP 6 — Deliver + </w:t>
      </w:r>
      <w:proofErr w:type="gramStart"/>
      <w:r>
        <w:rPr>
          <w:rFonts w:ascii="Garamond" w:hAnsi="Garamond"/>
          <w:sz w:val="24"/>
        </w:rPr>
        <w:t>Upsell</w:t>
      </w:r>
      <w:proofErr w:type="gramEnd"/>
    </w:p>
    <w:p w14:paraId="5044ABF5" w14:textId="77777777" w:rsidR="001A5159" w:rsidRDefault="00000000">
      <w:r>
        <w:rPr>
          <w:rFonts w:ascii="Garamond" w:hAnsi="Garamond"/>
          <w:sz w:val="24"/>
        </w:rPr>
        <w:t>Deliver:</w:t>
      </w:r>
    </w:p>
    <w:p w14:paraId="7585ACC5" w14:textId="77777777" w:rsidR="001A5159" w:rsidRDefault="00000000">
      <w:r>
        <w:rPr>
          <w:rFonts w:ascii="Garamond" w:hAnsi="Garamond"/>
          <w:sz w:val="24"/>
        </w:rPr>
        <w:t>email folder</w:t>
      </w:r>
    </w:p>
    <w:p w14:paraId="2441E872" w14:textId="77777777" w:rsidR="001A5159" w:rsidRDefault="00000000">
      <w:r>
        <w:rPr>
          <w:rFonts w:ascii="Garamond" w:hAnsi="Garamond"/>
          <w:sz w:val="24"/>
        </w:rPr>
        <w:t>subject line variations</w:t>
      </w:r>
    </w:p>
    <w:p w14:paraId="0F7F2007" w14:textId="77777777" w:rsidR="001A5159" w:rsidRDefault="00000000">
      <w:r>
        <w:rPr>
          <w:rFonts w:ascii="Garamond" w:hAnsi="Garamond"/>
          <w:sz w:val="24"/>
        </w:rPr>
        <w:t>preview text</w:t>
      </w:r>
    </w:p>
    <w:p w14:paraId="1AFC7261" w14:textId="77777777" w:rsidR="001A5159" w:rsidRDefault="00000000">
      <w:r>
        <w:rPr>
          <w:rFonts w:ascii="Garamond" w:hAnsi="Garamond"/>
          <w:sz w:val="24"/>
        </w:rPr>
        <w:t>alternate versions</w:t>
      </w:r>
    </w:p>
    <w:p w14:paraId="61BCB1CD" w14:textId="77777777" w:rsidR="001A5159" w:rsidRDefault="00000000">
      <w:r>
        <w:rPr>
          <w:rFonts w:ascii="Garamond" w:hAnsi="Garamond"/>
          <w:sz w:val="24"/>
        </w:rPr>
        <w:t xml:space="preserve">Then </w:t>
      </w:r>
      <w:proofErr w:type="gramStart"/>
      <w:r>
        <w:rPr>
          <w:rFonts w:ascii="Garamond" w:hAnsi="Garamond"/>
          <w:sz w:val="24"/>
        </w:rPr>
        <w:t>upsell</w:t>
      </w:r>
      <w:proofErr w:type="gramEnd"/>
      <w:r>
        <w:rPr>
          <w:rFonts w:ascii="Garamond" w:hAnsi="Garamond"/>
          <w:sz w:val="24"/>
        </w:rPr>
        <w:t>:</w:t>
      </w:r>
    </w:p>
    <w:p w14:paraId="1EFDF904" w14:textId="77777777" w:rsidR="001A5159" w:rsidRDefault="00000000">
      <w:r>
        <w:rPr>
          <w:rFonts w:ascii="Garamond" w:hAnsi="Garamond"/>
          <w:sz w:val="24"/>
        </w:rPr>
        <w:t>weekly newsletters</w:t>
      </w:r>
    </w:p>
    <w:p w14:paraId="1046C561" w14:textId="77777777" w:rsidR="001A5159" w:rsidRDefault="00000000">
      <w:r>
        <w:rPr>
          <w:rFonts w:ascii="Garamond" w:hAnsi="Garamond"/>
          <w:sz w:val="24"/>
        </w:rPr>
        <w:t>monthly retainer</w:t>
      </w:r>
    </w:p>
    <w:p w14:paraId="060ED330" w14:textId="77777777" w:rsidR="001A5159" w:rsidRDefault="00000000">
      <w:r>
        <w:rPr>
          <w:rFonts w:ascii="Garamond" w:hAnsi="Garamond"/>
          <w:sz w:val="24"/>
        </w:rPr>
        <w:t>full launch campaigns</w:t>
      </w:r>
    </w:p>
    <w:p w14:paraId="01C88DB7" w14:textId="77777777" w:rsidR="001A5159" w:rsidRDefault="001A5159"/>
    <w:p w14:paraId="05F15E94" w14:textId="77777777" w:rsidR="001A5159" w:rsidRDefault="00000000">
      <w:r>
        <w:rPr>
          <w:rFonts w:ascii="Garamond" w:hAnsi="Garamond"/>
          <w:sz w:val="24"/>
        </w:rPr>
        <w:t>Beginner Proof Portfolio</w:t>
      </w:r>
    </w:p>
    <w:p w14:paraId="17C616FB" w14:textId="77777777" w:rsidR="001A5159" w:rsidRDefault="00000000">
      <w:r>
        <w:rPr>
          <w:rFonts w:ascii="Garamond" w:hAnsi="Garamond"/>
          <w:sz w:val="24"/>
        </w:rPr>
        <w:t>Create:</w:t>
      </w:r>
    </w:p>
    <w:p w14:paraId="256C6308" w14:textId="77777777" w:rsidR="001A5159" w:rsidRDefault="00000000">
      <w:r>
        <w:rPr>
          <w:rFonts w:ascii="Garamond" w:hAnsi="Garamond"/>
          <w:sz w:val="24"/>
        </w:rPr>
        <w:t>3 newsletter samples</w:t>
      </w:r>
    </w:p>
    <w:p w14:paraId="4A1FFBEA" w14:textId="77777777" w:rsidR="001A5159" w:rsidRDefault="00000000">
      <w:r>
        <w:rPr>
          <w:rFonts w:ascii="Garamond" w:hAnsi="Garamond"/>
          <w:sz w:val="24"/>
        </w:rPr>
        <w:t>1 welcome sequence sample</w:t>
      </w:r>
    </w:p>
    <w:p w14:paraId="48102593" w14:textId="77777777" w:rsidR="001A5159" w:rsidRDefault="00000000">
      <w:r>
        <w:rPr>
          <w:rFonts w:ascii="Garamond" w:hAnsi="Garamond"/>
          <w:sz w:val="24"/>
        </w:rPr>
        <w:t>1 sales email</w:t>
      </w:r>
    </w:p>
    <w:p w14:paraId="2E7E473A" w14:textId="77777777" w:rsidR="001A5159" w:rsidRDefault="00000000">
      <w:r>
        <w:rPr>
          <w:rFonts w:ascii="Garamond" w:hAnsi="Garamond"/>
          <w:sz w:val="24"/>
        </w:rPr>
        <w:t>1 brand-story email</w:t>
      </w:r>
    </w:p>
    <w:p w14:paraId="3D7F5935" w14:textId="77777777" w:rsidR="001A5159" w:rsidRDefault="00000000">
      <w:r>
        <w:rPr>
          <w:rFonts w:ascii="Garamond" w:hAnsi="Garamond"/>
          <w:sz w:val="24"/>
        </w:rPr>
        <w:t>These instantly showcase capability.</w:t>
      </w:r>
    </w:p>
    <w:p w14:paraId="598E17A0" w14:textId="77777777" w:rsidR="001A5159" w:rsidRDefault="001A5159"/>
    <w:p w14:paraId="3B2D3901" w14:textId="77777777" w:rsidR="001A5159" w:rsidRDefault="00000000">
      <w:r>
        <w:rPr>
          <w:rFonts w:ascii="Garamond" w:hAnsi="Garamond"/>
          <w:sz w:val="24"/>
        </w:rPr>
        <w:t>Pricing Guide</w:t>
      </w:r>
    </w:p>
    <w:p w14:paraId="50F0BA12" w14:textId="77777777" w:rsidR="001A5159" w:rsidRDefault="00000000">
      <w:r>
        <w:rPr>
          <w:rFonts w:ascii="Garamond" w:hAnsi="Garamond"/>
          <w:sz w:val="24"/>
        </w:rPr>
        <w:t>Beginners:</w:t>
      </w:r>
    </w:p>
    <w:p w14:paraId="3E1F3528" w14:textId="77777777" w:rsidR="001A5159" w:rsidRDefault="00000000">
      <w:r>
        <w:rPr>
          <w:rFonts w:ascii="Garamond" w:hAnsi="Garamond"/>
          <w:sz w:val="24"/>
        </w:rPr>
        <w:t>$25–$50 per email</w:t>
      </w:r>
    </w:p>
    <w:p w14:paraId="4E471998" w14:textId="77777777" w:rsidR="001A5159" w:rsidRDefault="00000000">
      <w:r>
        <w:rPr>
          <w:rFonts w:ascii="Garamond" w:hAnsi="Garamond"/>
          <w:sz w:val="24"/>
        </w:rPr>
        <w:t>$100–$250 per welcome sequence</w:t>
      </w:r>
    </w:p>
    <w:p w14:paraId="18ADC2CC" w14:textId="77777777" w:rsidR="001A5159" w:rsidRDefault="00000000">
      <w:r>
        <w:rPr>
          <w:rFonts w:ascii="Garamond" w:hAnsi="Garamond"/>
          <w:sz w:val="24"/>
        </w:rPr>
        <w:t>$150–$300 per newsletter pack</w:t>
      </w:r>
    </w:p>
    <w:p w14:paraId="5D16D922" w14:textId="77777777" w:rsidR="001A5159" w:rsidRDefault="00000000">
      <w:r>
        <w:rPr>
          <w:rFonts w:ascii="Garamond" w:hAnsi="Garamond"/>
          <w:sz w:val="24"/>
        </w:rPr>
        <w:t>Intermediate:</w:t>
      </w:r>
    </w:p>
    <w:p w14:paraId="5094E310" w14:textId="77777777" w:rsidR="001A5159" w:rsidRDefault="00000000">
      <w:r>
        <w:rPr>
          <w:rFonts w:ascii="Garamond" w:hAnsi="Garamond"/>
          <w:sz w:val="24"/>
        </w:rPr>
        <w:t>$300–$600/month retainers</w:t>
      </w:r>
    </w:p>
    <w:p w14:paraId="7AD7C45C" w14:textId="77777777" w:rsidR="001A5159" w:rsidRDefault="00000000">
      <w:r>
        <w:rPr>
          <w:rFonts w:ascii="Garamond" w:hAnsi="Garamond"/>
          <w:sz w:val="24"/>
        </w:rPr>
        <w:t>$500–$1,500 full launch sequences</w:t>
      </w:r>
    </w:p>
    <w:p w14:paraId="4294FEAC" w14:textId="77777777" w:rsidR="001A5159" w:rsidRDefault="00000000">
      <w:r>
        <w:rPr>
          <w:rFonts w:ascii="Garamond" w:hAnsi="Garamond"/>
          <w:sz w:val="24"/>
        </w:rPr>
        <w:t>Pro:</w:t>
      </w:r>
    </w:p>
    <w:p w14:paraId="68FAF30F" w14:textId="77777777" w:rsidR="001A5159" w:rsidRDefault="00000000">
      <w:r>
        <w:rPr>
          <w:rFonts w:ascii="Garamond" w:hAnsi="Garamond"/>
          <w:sz w:val="24"/>
        </w:rPr>
        <w:t>$2,000–$5,000 full campaign buildouts</w:t>
      </w:r>
    </w:p>
    <w:p w14:paraId="7E4B79D6" w14:textId="77777777" w:rsidR="001A5159" w:rsidRDefault="00000000">
      <w:r>
        <w:rPr>
          <w:rFonts w:ascii="Garamond" w:hAnsi="Garamond"/>
          <w:sz w:val="24"/>
        </w:rPr>
        <w:t>$5,000+/month for managed email strategy</w:t>
      </w:r>
    </w:p>
    <w:p w14:paraId="308DFC75" w14:textId="77777777" w:rsidR="001A5159" w:rsidRDefault="00000000">
      <w:r>
        <w:rPr>
          <w:rFonts w:ascii="Garamond" w:hAnsi="Garamond"/>
          <w:sz w:val="24"/>
        </w:rPr>
        <w:t xml:space="preserve">Businesses pay </w:t>
      </w:r>
      <w:proofErr w:type="gramStart"/>
      <w:r>
        <w:rPr>
          <w:rFonts w:ascii="Garamond" w:hAnsi="Garamond"/>
          <w:sz w:val="24"/>
        </w:rPr>
        <w:t>because</w:t>
      </w:r>
      <w:proofErr w:type="gramEnd"/>
      <w:r>
        <w:rPr>
          <w:rFonts w:ascii="Garamond" w:hAnsi="Garamond"/>
          <w:sz w:val="24"/>
        </w:rPr>
        <w:t xml:space="preserve"> email = revenue.</w:t>
      </w:r>
    </w:p>
    <w:p w14:paraId="521AD5C4" w14:textId="77777777" w:rsidR="001A5159" w:rsidRDefault="001A5159"/>
    <w:p w14:paraId="6A87A20F" w14:textId="77777777" w:rsidR="001A5159" w:rsidRDefault="00000000">
      <w:r>
        <w:rPr>
          <w:rFonts w:ascii="Garamond" w:hAnsi="Garamond"/>
          <w:sz w:val="24"/>
        </w:rPr>
        <w:t>Pro Accelerators</w:t>
      </w:r>
    </w:p>
    <w:p w14:paraId="7060FBD4" w14:textId="77777777" w:rsidR="001A5159" w:rsidRDefault="00000000">
      <w:r>
        <w:rPr>
          <w:rFonts w:ascii="Garamond" w:hAnsi="Garamond"/>
          <w:sz w:val="24"/>
        </w:rPr>
        <w:t>template packs</w:t>
      </w:r>
    </w:p>
    <w:p w14:paraId="53A9E0D0" w14:textId="77777777" w:rsidR="001A5159" w:rsidRDefault="00000000">
      <w:r>
        <w:rPr>
          <w:rFonts w:ascii="Garamond" w:hAnsi="Garamond"/>
          <w:sz w:val="24"/>
        </w:rPr>
        <w:t>branded newsletters</w:t>
      </w:r>
    </w:p>
    <w:p w14:paraId="37225B83" w14:textId="77777777" w:rsidR="001A5159" w:rsidRDefault="00000000">
      <w:r>
        <w:rPr>
          <w:rFonts w:ascii="Garamond" w:hAnsi="Garamond"/>
          <w:sz w:val="24"/>
        </w:rPr>
        <w:t>campaign calendars</w:t>
      </w:r>
    </w:p>
    <w:p w14:paraId="3C1D8329" w14:textId="77777777" w:rsidR="001A5159" w:rsidRDefault="00000000">
      <w:r>
        <w:rPr>
          <w:rFonts w:ascii="Garamond" w:hAnsi="Garamond"/>
          <w:sz w:val="24"/>
        </w:rPr>
        <w:t>AI-generated testing variations</w:t>
      </w:r>
    </w:p>
    <w:p w14:paraId="533D9C2D" w14:textId="77777777" w:rsidR="001A5159" w:rsidRDefault="00000000">
      <w:proofErr w:type="gramStart"/>
      <w:r>
        <w:rPr>
          <w:rFonts w:ascii="Garamond" w:hAnsi="Garamond"/>
          <w:sz w:val="24"/>
        </w:rPr>
        <w:t>full email funnels</w:t>
      </w:r>
      <w:proofErr w:type="gramEnd"/>
    </w:p>
    <w:p w14:paraId="7D9D53D8" w14:textId="77777777" w:rsidR="001A5159" w:rsidRDefault="00000000">
      <w:r>
        <w:rPr>
          <w:rFonts w:ascii="Garamond" w:hAnsi="Garamond"/>
          <w:sz w:val="24"/>
        </w:rPr>
        <w:t>segmentation + personalization tools</w:t>
      </w:r>
    </w:p>
    <w:p w14:paraId="17A67C15" w14:textId="77777777" w:rsidR="001A5159" w:rsidRDefault="00000000">
      <w:r>
        <w:rPr>
          <w:rFonts w:ascii="Garamond" w:hAnsi="Garamond"/>
          <w:sz w:val="24"/>
        </w:rPr>
        <w:t>A/B testing optimization</w:t>
      </w:r>
    </w:p>
    <w:p w14:paraId="68F2F9C8" w14:textId="77777777" w:rsidR="001A5159" w:rsidRDefault="00000000">
      <w:r>
        <w:rPr>
          <w:rFonts w:ascii="Garamond" w:hAnsi="Garamond"/>
          <w:sz w:val="24"/>
        </w:rPr>
        <w:t xml:space="preserve">These </w:t>
      </w:r>
      <w:proofErr w:type="gramStart"/>
      <w:r>
        <w:rPr>
          <w:rFonts w:ascii="Garamond" w:hAnsi="Garamond"/>
          <w:sz w:val="24"/>
        </w:rPr>
        <w:t>increase</w:t>
      </w:r>
      <w:proofErr w:type="gramEnd"/>
      <w:r>
        <w:rPr>
          <w:rFonts w:ascii="Garamond" w:hAnsi="Garamond"/>
          <w:sz w:val="24"/>
        </w:rPr>
        <w:t xml:space="preserve"> </w:t>
      </w:r>
      <w:proofErr w:type="gramStart"/>
      <w:r>
        <w:rPr>
          <w:rFonts w:ascii="Garamond" w:hAnsi="Garamond"/>
          <w:sz w:val="24"/>
        </w:rPr>
        <w:t>perceived value</w:t>
      </w:r>
      <w:proofErr w:type="gramEnd"/>
      <w:r>
        <w:rPr>
          <w:rFonts w:ascii="Garamond" w:hAnsi="Garamond"/>
          <w:sz w:val="24"/>
        </w:rPr>
        <w:t xml:space="preserve"> dramatically.</w:t>
      </w:r>
    </w:p>
    <w:p w14:paraId="4C656AC9" w14:textId="77777777" w:rsidR="001A5159" w:rsidRDefault="001A5159"/>
    <w:p w14:paraId="69BE87E5" w14:textId="77777777" w:rsidR="001A5159" w:rsidRDefault="00000000">
      <w:r>
        <w:rPr>
          <w:rFonts w:ascii="Garamond" w:hAnsi="Garamond"/>
          <w:sz w:val="24"/>
        </w:rPr>
        <w:t>MICRO CASE STUDY — BLUEPRINT FOUR</w:t>
      </w:r>
    </w:p>
    <w:p w14:paraId="4D704517" w14:textId="77777777" w:rsidR="001A5159" w:rsidRDefault="00000000">
      <w:r>
        <w:rPr>
          <w:rFonts w:ascii="Garamond" w:hAnsi="Garamond"/>
          <w:sz w:val="24"/>
        </w:rPr>
        <w:lastRenderedPageBreak/>
        <w:t>Case Study: From Zero Writing Confidence to $750 in One Weekend</w:t>
      </w:r>
    </w:p>
    <w:p w14:paraId="67176895" w14:textId="77777777" w:rsidR="001A5159" w:rsidRDefault="00000000">
      <w:r>
        <w:rPr>
          <w:rFonts w:ascii="Garamond" w:hAnsi="Garamond"/>
          <w:sz w:val="24"/>
        </w:rPr>
        <w:t>Darius always avoided writing.</w:t>
      </w:r>
      <w:r>
        <w:rPr>
          <w:rFonts w:ascii="Garamond" w:hAnsi="Garamond"/>
          <w:sz w:val="24"/>
        </w:rPr>
        <w:br/>
        <w:t>He thought he was “bad at it.”</w:t>
      </w:r>
      <w:r>
        <w:rPr>
          <w:rFonts w:ascii="Garamond" w:hAnsi="Garamond"/>
          <w:sz w:val="24"/>
        </w:rPr>
        <w:br/>
        <w:t>He worried he’d sound unprofessional.</w:t>
      </w:r>
    </w:p>
    <w:p w14:paraId="0814052F" w14:textId="77777777" w:rsidR="001A5159" w:rsidRDefault="00000000">
      <w:r>
        <w:rPr>
          <w:rFonts w:ascii="Garamond" w:hAnsi="Garamond"/>
          <w:sz w:val="24"/>
        </w:rPr>
        <w:t>He followed Blueprint 4 step-by-step:</w:t>
      </w:r>
    </w:p>
    <w:p w14:paraId="03178284" w14:textId="77777777" w:rsidR="001A5159" w:rsidRDefault="00000000">
      <w:r>
        <w:rPr>
          <w:rFonts w:ascii="Garamond" w:hAnsi="Garamond"/>
          <w:sz w:val="24"/>
        </w:rPr>
        <w:t xml:space="preserve">created a brand voice with AI in 5 </w:t>
      </w:r>
      <w:proofErr w:type="gramStart"/>
      <w:r>
        <w:rPr>
          <w:rFonts w:ascii="Garamond" w:hAnsi="Garamond"/>
          <w:sz w:val="24"/>
        </w:rPr>
        <w:t>minutes</w:t>
      </w:r>
      <w:proofErr w:type="gramEnd"/>
    </w:p>
    <w:p w14:paraId="37F6BC66" w14:textId="77777777" w:rsidR="001A5159" w:rsidRDefault="00000000">
      <w:r>
        <w:rPr>
          <w:rFonts w:ascii="Garamond" w:hAnsi="Garamond"/>
          <w:sz w:val="24"/>
        </w:rPr>
        <w:t xml:space="preserve">drafted his first newsletter using a simple </w:t>
      </w:r>
      <w:proofErr w:type="gramStart"/>
      <w:r>
        <w:rPr>
          <w:rFonts w:ascii="Garamond" w:hAnsi="Garamond"/>
          <w:sz w:val="24"/>
        </w:rPr>
        <w:t>prompt</w:t>
      </w:r>
      <w:proofErr w:type="gramEnd"/>
    </w:p>
    <w:p w14:paraId="0FA6629C" w14:textId="77777777" w:rsidR="001A5159" w:rsidRDefault="00000000">
      <w:r>
        <w:rPr>
          <w:rFonts w:ascii="Garamond" w:hAnsi="Garamond"/>
          <w:sz w:val="24"/>
        </w:rPr>
        <w:t xml:space="preserve">built a 4-email welcome </w:t>
      </w:r>
      <w:proofErr w:type="gramStart"/>
      <w:r>
        <w:rPr>
          <w:rFonts w:ascii="Garamond" w:hAnsi="Garamond"/>
          <w:sz w:val="24"/>
        </w:rPr>
        <w:t>sequence</w:t>
      </w:r>
      <w:proofErr w:type="gramEnd"/>
    </w:p>
    <w:p w14:paraId="7D21C512" w14:textId="77777777" w:rsidR="001A5159" w:rsidRDefault="00000000">
      <w:r>
        <w:rPr>
          <w:rFonts w:ascii="Garamond" w:hAnsi="Garamond"/>
          <w:sz w:val="24"/>
        </w:rPr>
        <w:t>posted: “Testing a new AI-powered newsletter workflow — want a sample?”</w:t>
      </w:r>
    </w:p>
    <w:p w14:paraId="139251E8" w14:textId="77777777" w:rsidR="001A5159" w:rsidRDefault="00000000">
      <w:r>
        <w:rPr>
          <w:rFonts w:ascii="Garamond" w:hAnsi="Garamond"/>
          <w:sz w:val="24"/>
        </w:rPr>
        <w:t>A small business owner replied within an hour.</w:t>
      </w:r>
    </w:p>
    <w:p w14:paraId="6F5CE940" w14:textId="77777777" w:rsidR="001A5159" w:rsidRDefault="00000000">
      <w:r>
        <w:rPr>
          <w:rFonts w:ascii="Garamond" w:hAnsi="Garamond"/>
          <w:sz w:val="24"/>
        </w:rPr>
        <w:t>Darius wrote a newsletter sample using AI.</w:t>
      </w:r>
    </w:p>
    <w:p w14:paraId="5A6D3063" w14:textId="77777777" w:rsidR="001A5159" w:rsidRDefault="00000000">
      <w:r>
        <w:rPr>
          <w:rFonts w:ascii="Garamond" w:hAnsi="Garamond"/>
          <w:sz w:val="24"/>
        </w:rPr>
        <w:t>They loved it.</w:t>
      </w:r>
    </w:p>
    <w:p w14:paraId="29E634C9" w14:textId="77777777" w:rsidR="001A5159" w:rsidRDefault="00000000">
      <w:r>
        <w:rPr>
          <w:rFonts w:ascii="Garamond" w:hAnsi="Garamond"/>
          <w:sz w:val="24"/>
        </w:rPr>
        <w:t>They paid him $250 for a 5-email welcome sequence.</w:t>
      </w:r>
    </w:p>
    <w:p w14:paraId="7F83CF4B" w14:textId="77777777" w:rsidR="001A5159" w:rsidRDefault="00000000">
      <w:r>
        <w:rPr>
          <w:rFonts w:ascii="Garamond" w:hAnsi="Garamond"/>
          <w:sz w:val="24"/>
        </w:rPr>
        <w:t>The next day, someone else bought a $500 sales sequence.</w:t>
      </w:r>
    </w:p>
    <w:p w14:paraId="7EB46D00" w14:textId="77777777" w:rsidR="001A5159" w:rsidRDefault="00000000">
      <w:r>
        <w:rPr>
          <w:rFonts w:ascii="Garamond" w:hAnsi="Garamond"/>
          <w:sz w:val="24"/>
        </w:rPr>
        <w:t>One weekend.</w:t>
      </w:r>
      <w:r>
        <w:rPr>
          <w:rFonts w:ascii="Garamond" w:hAnsi="Garamond"/>
          <w:sz w:val="24"/>
        </w:rPr>
        <w:br/>
        <w:t>Two clients.</w:t>
      </w:r>
      <w:r>
        <w:rPr>
          <w:rFonts w:ascii="Garamond" w:hAnsi="Garamond"/>
          <w:sz w:val="24"/>
        </w:rPr>
        <w:br/>
        <w:t>$750 earned.</w:t>
      </w:r>
      <w:r>
        <w:rPr>
          <w:rFonts w:ascii="Garamond" w:hAnsi="Garamond"/>
          <w:sz w:val="24"/>
        </w:rPr>
        <w:br/>
        <w:t>Confidence unlocked.</w:t>
      </w:r>
    </w:p>
    <w:p w14:paraId="6AC68379" w14:textId="77777777" w:rsidR="001A5159" w:rsidRDefault="00000000">
      <w:r>
        <w:rPr>
          <w:rFonts w:ascii="Garamond" w:hAnsi="Garamond"/>
          <w:sz w:val="24"/>
        </w:rPr>
        <w:t>Darius now runs a $1,800/month email side business — built entirely from AI-assisted writing.</w:t>
      </w:r>
    </w:p>
    <w:p w14:paraId="5CAE9724" w14:textId="77777777" w:rsidR="001A5159" w:rsidRPr="0063351A" w:rsidRDefault="00000000" w:rsidP="0063351A">
      <w:pPr>
        <w:rPr>
          <w:sz w:val="24"/>
          <w:szCs w:val="24"/>
        </w:rPr>
      </w:pPr>
      <w:r w:rsidRPr="0063351A">
        <w:rPr>
          <w:rFonts w:ascii="Garamond" w:hAnsi="Garamond"/>
          <w:b/>
          <w:sz w:val="24"/>
          <w:szCs w:val="24"/>
        </w:rPr>
        <w:t>Blueprint 4 proves that anyone — even “non-writers” — can write high-converting emails with AI.</w:t>
      </w:r>
    </w:p>
    <w:p w14:paraId="2F4BB8DF" w14:textId="77777777" w:rsidR="0063351A" w:rsidRDefault="0063351A">
      <w:pPr>
        <w:sectPr w:rsidR="0063351A" w:rsidSect="00034616">
          <w:pgSz w:w="12240" w:h="15840"/>
          <w:pgMar w:top="1440" w:right="1800" w:bottom="1440" w:left="1800" w:header="720" w:footer="720" w:gutter="0"/>
          <w:cols w:space="720"/>
          <w:docGrid w:linePitch="360"/>
        </w:sectPr>
      </w:pPr>
    </w:p>
    <w:p w14:paraId="30E9265B" w14:textId="77777777" w:rsidR="001A5159" w:rsidRDefault="001A5159"/>
    <w:p w14:paraId="7B714892" w14:textId="77777777" w:rsidR="001A5159" w:rsidRPr="0063351A" w:rsidRDefault="00000000" w:rsidP="0063351A">
      <w:pPr>
        <w:pStyle w:val="Heading1"/>
        <w:rPr>
          <w:rFonts w:ascii="Garamond" w:hAnsi="Garamond"/>
          <w:color w:val="auto"/>
          <w:sz w:val="40"/>
          <w:szCs w:val="40"/>
        </w:rPr>
      </w:pPr>
      <w:bookmarkStart w:id="15" w:name="_Toc214830311"/>
      <w:r w:rsidRPr="0063351A">
        <w:rPr>
          <w:rFonts w:ascii="Garamond" w:hAnsi="Garamond"/>
          <w:color w:val="auto"/>
          <w:sz w:val="40"/>
          <w:szCs w:val="40"/>
        </w:rPr>
        <w:t>BLUEPRINT FIVE — AI-DRIVEN SOCIAL MEDIA CAPTION &amp; CONTENT WRITING SERVICES</w:t>
      </w:r>
      <w:bookmarkEnd w:id="15"/>
    </w:p>
    <w:p w14:paraId="43FA0F3C" w14:textId="77777777" w:rsidR="001A5159" w:rsidRPr="0063351A" w:rsidRDefault="00000000" w:rsidP="0063351A">
      <w:pPr>
        <w:pStyle w:val="Heading2"/>
        <w:rPr>
          <w:rFonts w:ascii="Garamond" w:hAnsi="Garamond"/>
          <w:color w:val="auto"/>
          <w:sz w:val="28"/>
          <w:szCs w:val="28"/>
        </w:rPr>
      </w:pPr>
      <w:bookmarkStart w:id="16" w:name="_Toc214830312"/>
      <w:r w:rsidRPr="0063351A">
        <w:rPr>
          <w:rFonts w:ascii="Garamond" w:hAnsi="Garamond"/>
          <w:color w:val="auto"/>
          <w:sz w:val="28"/>
          <w:szCs w:val="28"/>
        </w:rPr>
        <w:t xml:space="preserve">(The Blueprint That Turns Simple Prompts </w:t>
      </w:r>
      <w:proofErr w:type="gramStart"/>
      <w:r w:rsidRPr="0063351A">
        <w:rPr>
          <w:rFonts w:ascii="Garamond" w:hAnsi="Garamond"/>
          <w:color w:val="auto"/>
          <w:sz w:val="28"/>
          <w:szCs w:val="28"/>
        </w:rPr>
        <w:t>Into</w:t>
      </w:r>
      <w:proofErr w:type="gramEnd"/>
      <w:r w:rsidRPr="0063351A">
        <w:rPr>
          <w:rFonts w:ascii="Garamond" w:hAnsi="Garamond"/>
          <w:color w:val="auto"/>
          <w:sz w:val="28"/>
          <w:szCs w:val="28"/>
        </w:rPr>
        <w:t xml:space="preserve"> High-Demand Daily Content for Creators, Coaches, and Businesses)</w:t>
      </w:r>
      <w:bookmarkEnd w:id="16"/>
    </w:p>
    <w:p w14:paraId="6B2756EC" w14:textId="77777777" w:rsidR="001A5159" w:rsidRDefault="00000000">
      <w:r>
        <w:rPr>
          <w:rFonts w:ascii="Garamond" w:hAnsi="Garamond"/>
          <w:sz w:val="24"/>
        </w:rPr>
        <w:t>Creators, coaches, and businesses all face the same problem:</w:t>
      </w:r>
    </w:p>
    <w:p w14:paraId="5F3E8BAD" w14:textId="77777777" w:rsidR="001A5159" w:rsidRDefault="00000000">
      <w:r>
        <w:rPr>
          <w:rFonts w:ascii="Garamond" w:hAnsi="Garamond"/>
          <w:sz w:val="24"/>
        </w:rPr>
        <w:t>They need content every single day — and they don’t have time to write it.</w:t>
      </w:r>
    </w:p>
    <w:p w14:paraId="7D815412" w14:textId="77777777" w:rsidR="001A5159" w:rsidRDefault="00000000">
      <w:r>
        <w:rPr>
          <w:rFonts w:ascii="Garamond" w:hAnsi="Garamond"/>
          <w:sz w:val="24"/>
        </w:rPr>
        <w:t>That’s where you come in.</w:t>
      </w:r>
    </w:p>
    <w:p w14:paraId="658329C7" w14:textId="77777777" w:rsidR="001A5159" w:rsidRDefault="00000000">
      <w:r>
        <w:rPr>
          <w:rFonts w:ascii="Garamond" w:hAnsi="Garamond"/>
          <w:sz w:val="24"/>
        </w:rPr>
        <w:t>With AI, you can produce:</w:t>
      </w:r>
    </w:p>
    <w:p w14:paraId="73E69F37" w14:textId="77777777" w:rsidR="001A5159" w:rsidRDefault="00000000">
      <w:r>
        <w:rPr>
          <w:rFonts w:ascii="Garamond" w:hAnsi="Garamond"/>
          <w:sz w:val="24"/>
        </w:rPr>
        <w:t>Instagram captions</w:t>
      </w:r>
    </w:p>
    <w:p w14:paraId="7176FEB5" w14:textId="77777777" w:rsidR="001A5159" w:rsidRDefault="00000000">
      <w:r>
        <w:rPr>
          <w:rFonts w:ascii="Garamond" w:hAnsi="Garamond"/>
          <w:sz w:val="24"/>
        </w:rPr>
        <w:t>TikTok captions</w:t>
      </w:r>
    </w:p>
    <w:p w14:paraId="7D165E29" w14:textId="77777777" w:rsidR="001A5159" w:rsidRDefault="00000000">
      <w:r>
        <w:rPr>
          <w:rFonts w:ascii="Garamond" w:hAnsi="Garamond"/>
          <w:sz w:val="24"/>
        </w:rPr>
        <w:t>Facebook posts</w:t>
      </w:r>
    </w:p>
    <w:p w14:paraId="5E274733" w14:textId="77777777" w:rsidR="001A5159" w:rsidRDefault="00000000">
      <w:r>
        <w:rPr>
          <w:rFonts w:ascii="Garamond" w:hAnsi="Garamond"/>
          <w:sz w:val="24"/>
        </w:rPr>
        <w:t>LinkedIn posts</w:t>
      </w:r>
    </w:p>
    <w:p w14:paraId="23E3568E" w14:textId="77777777" w:rsidR="001A5159" w:rsidRDefault="00000000">
      <w:r>
        <w:rPr>
          <w:rFonts w:ascii="Garamond" w:hAnsi="Garamond"/>
          <w:sz w:val="24"/>
        </w:rPr>
        <w:t>YouTube descriptions</w:t>
      </w:r>
    </w:p>
    <w:p w14:paraId="637C560F" w14:textId="77777777" w:rsidR="001A5159" w:rsidRDefault="00000000">
      <w:r>
        <w:rPr>
          <w:rFonts w:ascii="Garamond" w:hAnsi="Garamond"/>
          <w:sz w:val="24"/>
        </w:rPr>
        <w:t>Tweet threads</w:t>
      </w:r>
    </w:p>
    <w:p w14:paraId="33FE5A70" w14:textId="77777777" w:rsidR="001A5159" w:rsidRDefault="00000000">
      <w:r>
        <w:rPr>
          <w:rFonts w:ascii="Garamond" w:hAnsi="Garamond"/>
          <w:sz w:val="24"/>
        </w:rPr>
        <w:t>carousel text</w:t>
      </w:r>
    </w:p>
    <w:p w14:paraId="3FE03E20" w14:textId="77777777" w:rsidR="001A5159" w:rsidRDefault="00000000">
      <w:r>
        <w:rPr>
          <w:rFonts w:ascii="Garamond" w:hAnsi="Garamond"/>
          <w:sz w:val="24"/>
        </w:rPr>
        <w:t>storytelling posts</w:t>
      </w:r>
    </w:p>
    <w:p w14:paraId="18BC1763" w14:textId="77777777" w:rsidR="001A5159" w:rsidRDefault="00000000">
      <w:r>
        <w:rPr>
          <w:rFonts w:ascii="Garamond" w:hAnsi="Garamond"/>
          <w:sz w:val="24"/>
        </w:rPr>
        <w:t>authority-building content</w:t>
      </w:r>
    </w:p>
    <w:p w14:paraId="02D9E891" w14:textId="77777777" w:rsidR="001A5159" w:rsidRDefault="00000000">
      <w:r>
        <w:rPr>
          <w:rFonts w:ascii="Garamond" w:hAnsi="Garamond"/>
          <w:sz w:val="24"/>
        </w:rPr>
        <w:t xml:space="preserve">niche content </w:t>
      </w:r>
      <w:proofErr w:type="gramStart"/>
      <w:r>
        <w:rPr>
          <w:rFonts w:ascii="Garamond" w:hAnsi="Garamond"/>
          <w:sz w:val="24"/>
        </w:rPr>
        <w:t>packs</w:t>
      </w:r>
      <w:proofErr w:type="gramEnd"/>
    </w:p>
    <w:p w14:paraId="7CBBAD9B" w14:textId="77777777" w:rsidR="001A5159" w:rsidRDefault="00000000">
      <w:r>
        <w:rPr>
          <w:rFonts w:ascii="Garamond" w:hAnsi="Garamond"/>
          <w:sz w:val="24"/>
        </w:rPr>
        <w:t>…in minutes, not hours.</w:t>
      </w:r>
    </w:p>
    <w:p w14:paraId="47001696" w14:textId="77777777" w:rsidR="001A5159" w:rsidRDefault="00000000">
      <w:r>
        <w:rPr>
          <w:rFonts w:ascii="Garamond" w:hAnsi="Garamond"/>
          <w:sz w:val="24"/>
        </w:rPr>
        <w:t xml:space="preserve">This blueprint allows complete beginners to deliver professional-level content with zero writing background. AI handles drafting, refining, rewriting, and tone matching — you </w:t>
      </w:r>
      <w:proofErr w:type="gramStart"/>
      <w:r>
        <w:rPr>
          <w:rFonts w:ascii="Garamond" w:hAnsi="Garamond"/>
          <w:sz w:val="24"/>
        </w:rPr>
        <w:t>handle</w:t>
      </w:r>
      <w:proofErr w:type="gramEnd"/>
      <w:r>
        <w:rPr>
          <w:rFonts w:ascii="Garamond" w:hAnsi="Garamond"/>
          <w:sz w:val="24"/>
        </w:rPr>
        <w:t xml:space="preserve"> strategy, clarity, and delivery.</w:t>
      </w:r>
    </w:p>
    <w:p w14:paraId="696F4C09" w14:textId="77777777" w:rsidR="001A5159" w:rsidRDefault="00000000">
      <w:r>
        <w:rPr>
          <w:rFonts w:ascii="Garamond" w:hAnsi="Garamond"/>
          <w:sz w:val="24"/>
        </w:rPr>
        <w:t>This is one of the easiest, fastest-to-start, highest-demand content services in the world.</w:t>
      </w:r>
    </w:p>
    <w:p w14:paraId="6DC4E369" w14:textId="77777777" w:rsidR="001A5159" w:rsidRDefault="001A5159"/>
    <w:p w14:paraId="355533CC" w14:textId="77777777" w:rsidR="001A5159" w:rsidRDefault="00000000">
      <w:r>
        <w:rPr>
          <w:rFonts w:ascii="Garamond" w:hAnsi="Garamond"/>
          <w:sz w:val="24"/>
        </w:rPr>
        <w:lastRenderedPageBreak/>
        <w:t>Why This Blueprint Works</w:t>
      </w:r>
    </w:p>
    <w:p w14:paraId="20B0EE4E" w14:textId="77777777" w:rsidR="001A5159" w:rsidRDefault="00000000">
      <w:r>
        <w:rPr>
          <w:rFonts w:ascii="Garamond" w:hAnsi="Garamond"/>
          <w:sz w:val="24"/>
        </w:rPr>
        <w:t>Because:</w:t>
      </w:r>
    </w:p>
    <w:p w14:paraId="3EB2EDF8" w14:textId="77777777" w:rsidR="001A5159" w:rsidRDefault="00000000">
      <w:proofErr w:type="gramStart"/>
      <w:r>
        <w:rPr>
          <w:rFonts w:ascii="Garamond" w:hAnsi="Garamond"/>
          <w:sz w:val="24"/>
        </w:rPr>
        <w:t>businesses</w:t>
      </w:r>
      <w:proofErr w:type="gramEnd"/>
      <w:r>
        <w:rPr>
          <w:rFonts w:ascii="Garamond" w:hAnsi="Garamond"/>
          <w:sz w:val="24"/>
        </w:rPr>
        <w:t xml:space="preserve"> need daily </w:t>
      </w:r>
      <w:proofErr w:type="gramStart"/>
      <w:r>
        <w:rPr>
          <w:rFonts w:ascii="Garamond" w:hAnsi="Garamond"/>
          <w:sz w:val="24"/>
        </w:rPr>
        <w:t>content</w:t>
      </w:r>
      <w:proofErr w:type="gramEnd"/>
    </w:p>
    <w:p w14:paraId="71600F71" w14:textId="77777777" w:rsidR="001A5159" w:rsidRDefault="00000000">
      <w:r>
        <w:rPr>
          <w:rFonts w:ascii="Garamond" w:hAnsi="Garamond"/>
          <w:sz w:val="24"/>
        </w:rPr>
        <w:t xml:space="preserve">creators need </w:t>
      </w:r>
      <w:proofErr w:type="gramStart"/>
      <w:r>
        <w:rPr>
          <w:rFonts w:ascii="Garamond" w:hAnsi="Garamond"/>
          <w:sz w:val="24"/>
        </w:rPr>
        <w:t>consistency</w:t>
      </w:r>
      <w:proofErr w:type="gramEnd"/>
    </w:p>
    <w:p w14:paraId="0D3D65C7" w14:textId="77777777" w:rsidR="001A5159" w:rsidRDefault="00000000">
      <w:r>
        <w:rPr>
          <w:rFonts w:ascii="Garamond" w:hAnsi="Garamond"/>
          <w:sz w:val="24"/>
        </w:rPr>
        <w:t xml:space="preserve">coaches need authority </w:t>
      </w:r>
      <w:proofErr w:type="gramStart"/>
      <w:r>
        <w:rPr>
          <w:rFonts w:ascii="Garamond" w:hAnsi="Garamond"/>
          <w:sz w:val="24"/>
        </w:rPr>
        <w:t>posts</w:t>
      </w:r>
      <w:proofErr w:type="gramEnd"/>
    </w:p>
    <w:p w14:paraId="0776435C" w14:textId="77777777" w:rsidR="001A5159" w:rsidRDefault="00000000">
      <w:r>
        <w:rPr>
          <w:rFonts w:ascii="Garamond" w:hAnsi="Garamond"/>
          <w:sz w:val="24"/>
        </w:rPr>
        <w:t xml:space="preserve">brands need polished </w:t>
      </w:r>
      <w:proofErr w:type="gramStart"/>
      <w:r>
        <w:rPr>
          <w:rFonts w:ascii="Garamond" w:hAnsi="Garamond"/>
          <w:sz w:val="24"/>
        </w:rPr>
        <w:t>messaging</w:t>
      </w:r>
      <w:proofErr w:type="gramEnd"/>
    </w:p>
    <w:p w14:paraId="5F02DF83" w14:textId="77777777" w:rsidR="001A5159" w:rsidRDefault="00000000">
      <w:r>
        <w:rPr>
          <w:rFonts w:ascii="Garamond" w:hAnsi="Garamond"/>
          <w:sz w:val="24"/>
        </w:rPr>
        <w:t>And because AI writing tools are now so powerful that a beginner can produce expert-level content with the right prompts.</w:t>
      </w:r>
    </w:p>
    <w:p w14:paraId="0C457C2F" w14:textId="77777777" w:rsidR="001A5159" w:rsidRDefault="00000000">
      <w:r>
        <w:rPr>
          <w:rFonts w:ascii="Garamond" w:hAnsi="Garamond"/>
          <w:sz w:val="24"/>
        </w:rPr>
        <w:t>This blueprint is especially strong because:</w:t>
      </w:r>
    </w:p>
    <w:p w14:paraId="60B9D783" w14:textId="77777777" w:rsidR="001A5159" w:rsidRDefault="00000000">
      <w:r>
        <w:rPr>
          <w:rFonts w:ascii="Garamond" w:hAnsi="Garamond"/>
          <w:sz w:val="24"/>
        </w:rPr>
        <w:t xml:space="preserve">content needs are </w:t>
      </w:r>
      <w:proofErr w:type="gramStart"/>
      <w:r>
        <w:rPr>
          <w:rFonts w:ascii="Garamond" w:hAnsi="Garamond"/>
          <w:sz w:val="24"/>
        </w:rPr>
        <w:t>endless</w:t>
      </w:r>
      <w:proofErr w:type="gramEnd"/>
    </w:p>
    <w:p w14:paraId="548D9E85" w14:textId="77777777" w:rsidR="001A5159" w:rsidRDefault="00000000">
      <w:r>
        <w:rPr>
          <w:rFonts w:ascii="Garamond" w:hAnsi="Garamond"/>
          <w:sz w:val="24"/>
        </w:rPr>
        <w:t xml:space="preserve">clients pay </w:t>
      </w:r>
      <w:proofErr w:type="gramStart"/>
      <w:r>
        <w:rPr>
          <w:rFonts w:ascii="Garamond" w:hAnsi="Garamond"/>
          <w:sz w:val="24"/>
        </w:rPr>
        <w:t>monthly</w:t>
      </w:r>
      <w:proofErr w:type="gramEnd"/>
    </w:p>
    <w:p w14:paraId="58073DAA" w14:textId="77777777" w:rsidR="001A5159" w:rsidRDefault="00000000">
      <w:r>
        <w:rPr>
          <w:rFonts w:ascii="Garamond" w:hAnsi="Garamond"/>
          <w:sz w:val="24"/>
        </w:rPr>
        <w:t xml:space="preserve">posts are quick to </w:t>
      </w:r>
      <w:proofErr w:type="gramStart"/>
      <w:r>
        <w:rPr>
          <w:rFonts w:ascii="Garamond" w:hAnsi="Garamond"/>
          <w:sz w:val="24"/>
        </w:rPr>
        <w:t>create</w:t>
      </w:r>
      <w:proofErr w:type="gramEnd"/>
    </w:p>
    <w:p w14:paraId="28D58B6F" w14:textId="77777777" w:rsidR="001A5159" w:rsidRDefault="00000000">
      <w:r>
        <w:rPr>
          <w:rFonts w:ascii="Garamond" w:hAnsi="Garamond"/>
          <w:sz w:val="24"/>
        </w:rPr>
        <w:t xml:space="preserve">templates speed everything </w:t>
      </w:r>
      <w:proofErr w:type="gramStart"/>
      <w:r>
        <w:rPr>
          <w:rFonts w:ascii="Garamond" w:hAnsi="Garamond"/>
          <w:sz w:val="24"/>
        </w:rPr>
        <w:t>up</w:t>
      </w:r>
      <w:proofErr w:type="gramEnd"/>
    </w:p>
    <w:p w14:paraId="2352F1A6" w14:textId="77777777" w:rsidR="001A5159" w:rsidRDefault="00000000">
      <w:r>
        <w:rPr>
          <w:rFonts w:ascii="Garamond" w:hAnsi="Garamond"/>
          <w:sz w:val="24"/>
        </w:rPr>
        <w:t xml:space="preserve">results are easy to </w:t>
      </w:r>
      <w:proofErr w:type="gramStart"/>
      <w:r>
        <w:rPr>
          <w:rFonts w:ascii="Garamond" w:hAnsi="Garamond"/>
          <w:sz w:val="24"/>
        </w:rPr>
        <w:t>showcase</w:t>
      </w:r>
      <w:proofErr w:type="gramEnd"/>
    </w:p>
    <w:p w14:paraId="400D3C5B" w14:textId="77777777" w:rsidR="001A5159" w:rsidRDefault="00000000">
      <w:r>
        <w:rPr>
          <w:rFonts w:ascii="Garamond" w:hAnsi="Garamond"/>
          <w:sz w:val="24"/>
        </w:rPr>
        <w:t xml:space="preserve">clients struggle with </w:t>
      </w:r>
      <w:proofErr w:type="gramStart"/>
      <w:r>
        <w:rPr>
          <w:rFonts w:ascii="Garamond" w:hAnsi="Garamond"/>
          <w:sz w:val="24"/>
        </w:rPr>
        <w:t>writing</w:t>
      </w:r>
      <w:proofErr w:type="gramEnd"/>
    </w:p>
    <w:p w14:paraId="56D13ABC" w14:textId="77777777" w:rsidR="001A5159" w:rsidRDefault="00000000">
      <w:r>
        <w:rPr>
          <w:rFonts w:ascii="Garamond" w:hAnsi="Garamond"/>
          <w:sz w:val="24"/>
        </w:rPr>
        <w:t>This makes it perfect for brand-new AI entrepreneurs.</w:t>
      </w:r>
    </w:p>
    <w:p w14:paraId="33C729AC" w14:textId="77777777" w:rsidR="001A5159" w:rsidRDefault="001A5159"/>
    <w:p w14:paraId="7A966A1F" w14:textId="77777777" w:rsidR="001A5159" w:rsidRDefault="00000000">
      <w:r>
        <w:rPr>
          <w:rFonts w:ascii="Garamond" w:hAnsi="Garamond"/>
          <w:sz w:val="24"/>
        </w:rPr>
        <w:t>Tools You Need</w:t>
      </w:r>
    </w:p>
    <w:p w14:paraId="777221C4" w14:textId="77777777" w:rsidR="001A5159" w:rsidRDefault="00000000">
      <w:r>
        <w:rPr>
          <w:rFonts w:ascii="Garamond" w:hAnsi="Garamond"/>
          <w:sz w:val="24"/>
        </w:rPr>
        <w:t>ChatGPT / Claude — Primary content generator</w:t>
      </w:r>
      <w:r>
        <w:rPr>
          <w:rFonts w:ascii="Garamond" w:hAnsi="Garamond"/>
          <w:sz w:val="24"/>
        </w:rPr>
        <w:br/>
        <w:t>Notion / Google Docs — Storing content packs</w:t>
      </w:r>
      <w:r>
        <w:rPr>
          <w:rFonts w:ascii="Garamond" w:hAnsi="Garamond"/>
          <w:sz w:val="24"/>
        </w:rPr>
        <w:br/>
        <w:t>Canva — Optional visuals or carousels</w:t>
      </w:r>
      <w:r>
        <w:rPr>
          <w:rFonts w:ascii="Garamond" w:hAnsi="Garamond"/>
          <w:sz w:val="24"/>
        </w:rPr>
        <w:br/>
        <w:t>Hypefury / Buffer / Metricool — Scheduling (optional)</w:t>
      </w:r>
    </w:p>
    <w:p w14:paraId="70865BCE" w14:textId="77777777" w:rsidR="001A5159" w:rsidRDefault="001A5159"/>
    <w:p w14:paraId="6D7CD48F" w14:textId="77777777" w:rsidR="001A5159" w:rsidRDefault="00000000">
      <w:r>
        <w:rPr>
          <w:rFonts w:ascii="Garamond" w:hAnsi="Garamond"/>
          <w:sz w:val="24"/>
        </w:rPr>
        <w:t>What You’ll Offer</w:t>
      </w:r>
    </w:p>
    <w:p w14:paraId="68F37359" w14:textId="77777777" w:rsidR="001A5159" w:rsidRDefault="00000000">
      <w:r>
        <w:rPr>
          <w:rFonts w:ascii="Garamond" w:hAnsi="Garamond"/>
          <w:sz w:val="24"/>
        </w:rPr>
        <w:t>daily/weekly caption packs</w:t>
      </w:r>
    </w:p>
    <w:p w14:paraId="5E9D11D8" w14:textId="77777777" w:rsidR="001A5159" w:rsidRDefault="00000000">
      <w:r>
        <w:rPr>
          <w:rFonts w:ascii="Garamond" w:hAnsi="Garamond"/>
          <w:sz w:val="24"/>
        </w:rPr>
        <w:t>monthly content calendars</w:t>
      </w:r>
    </w:p>
    <w:p w14:paraId="4AC2769E" w14:textId="77777777" w:rsidR="001A5159" w:rsidRDefault="00000000">
      <w:r>
        <w:rPr>
          <w:rFonts w:ascii="Garamond" w:hAnsi="Garamond"/>
          <w:sz w:val="24"/>
        </w:rPr>
        <w:t>storytelling posts</w:t>
      </w:r>
    </w:p>
    <w:p w14:paraId="214D5B80" w14:textId="77777777" w:rsidR="001A5159" w:rsidRDefault="00000000">
      <w:r>
        <w:rPr>
          <w:rFonts w:ascii="Garamond" w:hAnsi="Garamond"/>
          <w:sz w:val="24"/>
        </w:rPr>
        <w:lastRenderedPageBreak/>
        <w:t>authority-building content</w:t>
      </w:r>
    </w:p>
    <w:p w14:paraId="2FBBF7A5" w14:textId="77777777" w:rsidR="001A5159" w:rsidRDefault="00000000">
      <w:r>
        <w:rPr>
          <w:rFonts w:ascii="Garamond" w:hAnsi="Garamond"/>
          <w:sz w:val="24"/>
        </w:rPr>
        <w:t>value-driven educational posts</w:t>
      </w:r>
    </w:p>
    <w:p w14:paraId="59184CFB" w14:textId="77777777" w:rsidR="001A5159" w:rsidRDefault="00000000">
      <w:r>
        <w:rPr>
          <w:rFonts w:ascii="Garamond" w:hAnsi="Garamond"/>
          <w:sz w:val="24"/>
        </w:rPr>
        <w:t xml:space="preserve">niche content bundles (fitness, real estate, finance, </w:t>
      </w:r>
      <w:proofErr w:type="gramStart"/>
      <w:r>
        <w:rPr>
          <w:rFonts w:ascii="Garamond" w:hAnsi="Garamond"/>
          <w:sz w:val="24"/>
        </w:rPr>
        <w:t>etc.</w:t>
      </w:r>
      <w:proofErr w:type="gramEnd"/>
      <w:r>
        <w:rPr>
          <w:rFonts w:ascii="Garamond" w:hAnsi="Garamond"/>
          <w:sz w:val="24"/>
        </w:rPr>
        <w:t>)</w:t>
      </w:r>
    </w:p>
    <w:p w14:paraId="144E236F" w14:textId="77777777" w:rsidR="001A5159" w:rsidRDefault="00000000">
      <w:r>
        <w:rPr>
          <w:rFonts w:ascii="Garamond" w:hAnsi="Garamond"/>
          <w:sz w:val="24"/>
        </w:rPr>
        <w:t xml:space="preserve">hook + CTA </w:t>
      </w:r>
      <w:proofErr w:type="gramStart"/>
      <w:r>
        <w:rPr>
          <w:rFonts w:ascii="Garamond" w:hAnsi="Garamond"/>
          <w:sz w:val="24"/>
        </w:rPr>
        <w:t>packs</w:t>
      </w:r>
      <w:proofErr w:type="gramEnd"/>
    </w:p>
    <w:p w14:paraId="14B22288" w14:textId="77777777" w:rsidR="001A5159" w:rsidRDefault="00000000">
      <w:r>
        <w:rPr>
          <w:rFonts w:ascii="Garamond" w:hAnsi="Garamond"/>
          <w:sz w:val="24"/>
        </w:rPr>
        <w:t>carousel copy</w:t>
      </w:r>
    </w:p>
    <w:p w14:paraId="10E380A5" w14:textId="77777777" w:rsidR="001A5159" w:rsidRDefault="00000000">
      <w:r>
        <w:rPr>
          <w:rFonts w:ascii="Garamond" w:hAnsi="Garamond"/>
          <w:sz w:val="24"/>
        </w:rPr>
        <w:t xml:space="preserve">You’re not offering design (unless you want </w:t>
      </w:r>
      <w:proofErr w:type="gramStart"/>
      <w:r>
        <w:rPr>
          <w:rFonts w:ascii="Garamond" w:hAnsi="Garamond"/>
          <w:sz w:val="24"/>
        </w:rPr>
        <w:t>to) —</w:t>
      </w:r>
      <w:proofErr w:type="gramEnd"/>
      <w:r>
        <w:rPr>
          <w:rFonts w:ascii="Garamond" w:hAnsi="Garamond"/>
          <w:sz w:val="24"/>
        </w:rPr>
        <w:t xml:space="preserve"> just written content.</w:t>
      </w:r>
    </w:p>
    <w:p w14:paraId="02CAE721" w14:textId="77777777" w:rsidR="001A5159" w:rsidRDefault="001A5159"/>
    <w:p w14:paraId="3D117E68" w14:textId="77777777" w:rsidR="001A5159" w:rsidRDefault="00000000">
      <w:r>
        <w:rPr>
          <w:rFonts w:ascii="Garamond" w:hAnsi="Garamond"/>
          <w:sz w:val="24"/>
        </w:rPr>
        <w:t>AI-Powered Workflow (Step-By-Step)</w:t>
      </w:r>
    </w:p>
    <w:p w14:paraId="632B3612" w14:textId="77777777" w:rsidR="001A5159" w:rsidRDefault="00000000">
      <w:proofErr w:type="gramStart"/>
      <w:r>
        <w:rPr>
          <w:rFonts w:ascii="Garamond" w:hAnsi="Garamond"/>
          <w:sz w:val="24"/>
        </w:rPr>
        <w:t>STEP</w:t>
      </w:r>
      <w:proofErr w:type="gramEnd"/>
      <w:r>
        <w:rPr>
          <w:rFonts w:ascii="Garamond" w:hAnsi="Garamond"/>
          <w:sz w:val="24"/>
        </w:rPr>
        <w:t xml:space="preserve"> 1 — Define the Brand Voice</w:t>
      </w:r>
    </w:p>
    <w:p w14:paraId="0BC63CAA" w14:textId="77777777" w:rsidR="001A5159" w:rsidRDefault="00000000">
      <w:r>
        <w:rPr>
          <w:rFonts w:ascii="Garamond" w:hAnsi="Garamond"/>
          <w:sz w:val="24"/>
        </w:rPr>
        <w:t>Ask AI:</w:t>
      </w:r>
    </w:p>
    <w:p w14:paraId="4F11FD5B" w14:textId="77777777" w:rsidR="001A5159" w:rsidRDefault="00000000">
      <w:r>
        <w:rPr>
          <w:rFonts w:ascii="Garamond" w:hAnsi="Garamond"/>
          <w:sz w:val="24"/>
        </w:rPr>
        <w:t>“Analyze this writing and create a brand voice profile including tone, pacing, vocabulary, and emotional triggers.”</w:t>
      </w:r>
    </w:p>
    <w:p w14:paraId="00315D5C" w14:textId="77777777" w:rsidR="001A5159" w:rsidRDefault="00000000">
      <w:r>
        <w:rPr>
          <w:rFonts w:ascii="Garamond" w:hAnsi="Garamond"/>
          <w:sz w:val="24"/>
        </w:rPr>
        <w:t>Or create a voice from scratch.</w:t>
      </w:r>
    </w:p>
    <w:p w14:paraId="00D748F9" w14:textId="77777777" w:rsidR="001A5159" w:rsidRDefault="001A5159"/>
    <w:p w14:paraId="5E1734ED" w14:textId="77777777" w:rsidR="001A5159" w:rsidRDefault="00000000">
      <w:r>
        <w:rPr>
          <w:rFonts w:ascii="Garamond" w:hAnsi="Garamond"/>
          <w:sz w:val="24"/>
        </w:rPr>
        <w:t>STEP 2 — Generate Ideas</w:t>
      </w:r>
    </w:p>
    <w:p w14:paraId="3B56405A" w14:textId="77777777" w:rsidR="001A5159" w:rsidRDefault="00000000">
      <w:r>
        <w:rPr>
          <w:rFonts w:ascii="Garamond" w:hAnsi="Garamond"/>
          <w:sz w:val="24"/>
        </w:rPr>
        <w:t>Prompt AI:</w:t>
      </w:r>
    </w:p>
    <w:p w14:paraId="76EF8A18" w14:textId="77777777" w:rsidR="001A5159" w:rsidRDefault="00000000">
      <w:r>
        <w:rPr>
          <w:rFonts w:ascii="Garamond" w:hAnsi="Garamond"/>
          <w:sz w:val="24"/>
        </w:rPr>
        <w:t>“Give me 30 post ideas for a creator. Include hooks, angles, and emotional triggers.”</w:t>
      </w:r>
    </w:p>
    <w:p w14:paraId="5E91ACE8" w14:textId="77777777" w:rsidR="001A5159" w:rsidRDefault="00000000">
      <w:r>
        <w:rPr>
          <w:rFonts w:ascii="Garamond" w:hAnsi="Garamond"/>
          <w:sz w:val="24"/>
        </w:rPr>
        <w:t>AI gives you a full content plan instantly.</w:t>
      </w:r>
    </w:p>
    <w:p w14:paraId="15A33998" w14:textId="77777777" w:rsidR="001A5159" w:rsidRDefault="001A5159"/>
    <w:p w14:paraId="31E5329E" w14:textId="77777777" w:rsidR="001A5159" w:rsidRDefault="00000000">
      <w:r>
        <w:rPr>
          <w:rFonts w:ascii="Garamond" w:hAnsi="Garamond"/>
          <w:sz w:val="24"/>
        </w:rPr>
        <w:t>STEP 3 — Write the Captions</w:t>
      </w:r>
    </w:p>
    <w:p w14:paraId="40D3AC4B" w14:textId="77777777" w:rsidR="001A5159" w:rsidRDefault="00000000">
      <w:r>
        <w:rPr>
          <w:rFonts w:ascii="Garamond" w:hAnsi="Garamond"/>
          <w:sz w:val="24"/>
        </w:rPr>
        <w:t>Use this prompt:</w:t>
      </w:r>
    </w:p>
    <w:p w14:paraId="13858B5F" w14:textId="77777777" w:rsidR="001A5159" w:rsidRDefault="00000000">
      <w:r>
        <w:rPr>
          <w:rFonts w:ascii="Garamond" w:hAnsi="Garamond"/>
          <w:sz w:val="24"/>
        </w:rPr>
        <w:t xml:space="preserve">“Write 7 Instagram captions for topic #1 in the brand voice. Make them educational, clear, and </w:t>
      </w:r>
      <w:proofErr w:type="gramStart"/>
      <w:r>
        <w:rPr>
          <w:rFonts w:ascii="Garamond" w:hAnsi="Garamond"/>
          <w:sz w:val="24"/>
        </w:rPr>
        <w:t>high-value</w:t>
      </w:r>
      <w:proofErr w:type="gramEnd"/>
      <w:r>
        <w:rPr>
          <w:rFonts w:ascii="Garamond" w:hAnsi="Garamond"/>
          <w:sz w:val="24"/>
        </w:rPr>
        <w:t xml:space="preserve"> with strong hooks and CTAs.”</w:t>
      </w:r>
    </w:p>
    <w:p w14:paraId="054071FD" w14:textId="77777777" w:rsidR="001A5159" w:rsidRDefault="00000000">
      <w:r>
        <w:rPr>
          <w:rFonts w:ascii="Garamond" w:hAnsi="Garamond"/>
          <w:sz w:val="24"/>
        </w:rPr>
        <w:t>AI drafts everything.</w:t>
      </w:r>
    </w:p>
    <w:p w14:paraId="1461AC69" w14:textId="77777777" w:rsidR="001A5159" w:rsidRDefault="001A5159"/>
    <w:p w14:paraId="02200626" w14:textId="77777777" w:rsidR="001A5159" w:rsidRDefault="00000000">
      <w:r>
        <w:rPr>
          <w:rFonts w:ascii="Garamond" w:hAnsi="Garamond"/>
          <w:sz w:val="24"/>
        </w:rPr>
        <w:t xml:space="preserve">STEP 4 — Improve </w:t>
      </w:r>
      <w:proofErr w:type="gramStart"/>
      <w:r>
        <w:rPr>
          <w:rFonts w:ascii="Garamond" w:hAnsi="Garamond"/>
          <w:sz w:val="24"/>
        </w:rPr>
        <w:t>the Writing</w:t>
      </w:r>
      <w:proofErr w:type="gramEnd"/>
    </w:p>
    <w:p w14:paraId="219896A8" w14:textId="77777777" w:rsidR="001A5159" w:rsidRDefault="00000000">
      <w:r>
        <w:rPr>
          <w:rFonts w:ascii="Garamond" w:hAnsi="Garamond"/>
          <w:sz w:val="24"/>
        </w:rPr>
        <w:lastRenderedPageBreak/>
        <w:t>Use one-click improvements:</w:t>
      </w:r>
    </w:p>
    <w:p w14:paraId="75D85D02" w14:textId="77777777" w:rsidR="001A5159" w:rsidRDefault="00000000">
      <w:r>
        <w:rPr>
          <w:rFonts w:ascii="Garamond" w:hAnsi="Garamond"/>
          <w:sz w:val="24"/>
        </w:rPr>
        <w:t xml:space="preserve">“Make this </w:t>
      </w:r>
      <w:proofErr w:type="gramStart"/>
      <w:r>
        <w:rPr>
          <w:rFonts w:ascii="Garamond" w:hAnsi="Garamond"/>
          <w:sz w:val="24"/>
        </w:rPr>
        <w:t>more punchy</w:t>
      </w:r>
      <w:proofErr w:type="gramEnd"/>
      <w:r>
        <w:rPr>
          <w:rFonts w:ascii="Garamond" w:hAnsi="Garamond"/>
          <w:sz w:val="24"/>
        </w:rPr>
        <w:t>.”</w:t>
      </w:r>
    </w:p>
    <w:p w14:paraId="08750C7E" w14:textId="77777777" w:rsidR="001A5159" w:rsidRDefault="00000000">
      <w:r>
        <w:rPr>
          <w:rFonts w:ascii="Garamond" w:hAnsi="Garamond"/>
          <w:sz w:val="24"/>
        </w:rPr>
        <w:t>“Add storytelling.”</w:t>
      </w:r>
    </w:p>
    <w:p w14:paraId="0D6CED82" w14:textId="77777777" w:rsidR="001A5159" w:rsidRDefault="00000000">
      <w:r>
        <w:rPr>
          <w:rFonts w:ascii="Garamond" w:hAnsi="Garamond"/>
          <w:sz w:val="24"/>
        </w:rPr>
        <w:t>“Shorten sentences.”</w:t>
      </w:r>
    </w:p>
    <w:p w14:paraId="26E03C64" w14:textId="77777777" w:rsidR="001A5159" w:rsidRDefault="00000000">
      <w:r>
        <w:rPr>
          <w:rFonts w:ascii="Garamond" w:hAnsi="Garamond"/>
          <w:sz w:val="24"/>
        </w:rPr>
        <w:t>“Add emotion.”</w:t>
      </w:r>
    </w:p>
    <w:p w14:paraId="03798998" w14:textId="77777777" w:rsidR="001A5159" w:rsidRDefault="00000000">
      <w:r>
        <w:rPr>
          <w:rFonts w:ascii="Garamond" w:hAnsi="Garamond"/>
          <w:sz w:val="24"/>
        </w:rPr>
        <w:t>“Make this more conversational.”</w:t>
      </w:r>
    </w:p>
    <w:p w14:paraId="68A047B6" w14:textId="77777777" w:rsidR="001A5159" w:rsidRDefault="00000000">
      <w:r>
        <w:rPr>
          <w:rFonts w:ascii="Garamond" w:hAnsi="Garamond"/>
          <w:sz w:val="24"/>
        </w:rPr>
        <w:t>“Rewrite in 3 alternate styles.”</w:t>
      </w:r>
    </w:p>
    <w:p w14:paraId="67EBF37F" w14:textId="77777777" w:rsidR="001A5159" w:rsidRDefault="00000000">
      <w:r>
        <w:rPr>
          <w:rFonts w:ascii="Garamond" w:hAnsi="Garamond"/>
          <w:sz w:val="24"/>
        </w:rPr>
        <w:t>This produces extremely polished content.</w:t>
      </w:r>
    </w:p>
    <w:p w14:paraId="61E93BEE" w14:textId="77777777" w:rsidR="001A5159" w:rsidRDefault="001A5159"/>
    <w:p w14:paraId="4BAD0FC6" w14:textId="77777777" w:rsidR="001A5159" w:rsidRDefault="00000000">
      <w:r>
        <w:rPr>
          <w:rFonts w:ascii="Garamond" w:hAnsi="Garamond"/>
          <w:sz w:val="24"/>
        </w:rPr>
        <w:t>STEP 5 — Build Packs</w:t>
      </w:r>
    </w:p>
    <w:p w14:paraId="4942F180" w14:textId="77777777" w:rsidR="001A5159" w:rsidRDefault="00000000">
      <w:r>
        <w:rPr>
          <w:rFonts w:ascii="Garamond" w:hAnsi="Garamond"/>
          <w:sz w:val="24"/>
        </w:rPr>
        <w:t>Deliver the content as:</w:t>
      </w:r>
    </w:p>
    <w:p w14:paraId="28379BC9" w14:textId="77777777" w:rsidR="001A5159" w:rsidRDefault="00000000">
      <w:r>
        <w:rPr>
          <w:rFonts w:ascii="Garamond" w:hAnsi="Garamond"/>
          <w:sz w:val="24"/>
        </w:rPr>
        <w:t>weekly packs</w:t>
      </w:r>
    </w:p>
    <w:p w14:paraId="78603127" w14:textId="77777777" w:rsidR="001A5159" w:rsidRDefault="00000000">
      <w:r>
        <w:rPr>
          <w:rFonts w:ascii="Garamond" w:hAnsi="Garamond"/>
          <w:sz w:val="24"/>
        </w:rPr>
        <w:t>monthly packs</w:t>
      </w:r>
    </w:p>
    <w:p w14:paraId="1D4A9BC8" w14:textId="77777777" w:rsidR="001A5159" w:rsidRDefault="00000000">
      <w:r>
        <w:rPr>
          <w:rFonts w:ascii="Garamond" w:hAnsi="Garamond"/>
          <w:sz w:val="24"/>
        </w:rPr>
        <w:t>30-post bundles</w:t>
      </w:r>
    </w:p>
    <w:p w14:paraId="52470FD0" w14:textId="77777777" w:rsidR="001A5159" w:rsidRDefault="00000000">
      <w:r>
        <w:rPr>
          <w:rFonts w:ascii="Garamond" w:hAnsi="Garamond"/>
          <w:sz w:val="24"/>
        </w:rPr>
        <w:t xml:space="preserve">niche content </w:t>
      </w:r>
      <w:proofErr w:type="gramStart"/>
      <w:r>
        <w:rPr>
          <w:rFonts w:ascii="Garamond" w:hAnsi="Garamond"/>
          <w:sz w:val="24"/>
        </w:rPr>
        <w:t>libraries</w:t>
      </w:r>
      <w:proofErr w:type="gramEnd"/>
    </w:p>
    <w:p w14:paraId="0B367555" w14:textId="77777777" w:rsidR="001A5159" w:rsidRDefault="00000000">
      <w:r>
        <w:rPr>
          <w:rFonts w:ascii="Garamond" w:hAnsi="Garamond"/>
          <w:sz w:val="24"/>
        </w:rPr>
        <w:t>Clients LOVE done-for-you packs.</w:t>
      </w:r>
    </w:p>
    <w:p w14:paraId="433FFE64" w14:textId="77777777" w:rsidR="001A5159" w:rsidRDefault="001A5159"/>
    <w:p w14:paraId="090F2B3B" w14:textId="77777777" w:rsidR="001A5159" w:rsidRDefault="00000000">
      <w:r>
        <w:rPr>
          <w:rFonts w:ascii="Garamond" w:hAnsi="Garamond"/>
          <w:sz w:val="24"/>
        </w:rPr>
        <w:t>STEP 6 — Deliver &amp; Upsell</w:t>
      </w:r>
    </w:p>
    <w:p w14:paraId="25FA354D" w14:textId="77777777" w:rsidR="001A5159" w:rsidRDefault="00000000">
      <w:r>
        <w:rPr>
          <w:rFonts w:ascii="Garamond" w:hAnsi="Garamond"/>
          <w:sz w:val="24"/>
        </w:rPr>
        <w:t>Deliver as:</w:t>
      </w:r>
    </w:p>
    <w:p w14:paraId="0ADB8DAA" w14:textId="77777777" w:rsidR="001A5159" w:rsidRDefault="00000000">
      <w:r>
        <w:rPr>
          <w:rFonts w:ascii="Garamond" w:hAnsi="Garamond"/>
          <w:sz w:val="24"/>
        </w:rPr>
        <w:t>Google Docs folder</w:t>
      </w:r>
    </w:p>
    <w:p w14:paraId="23D65933" w14:textId="77777777" w:rsidR="001A5159" w:rsidRDefault="00000000">
      <w:r>
        <w:rPr>
          <w:rFonts w:ascii="Garamond" w:hAnsi="Garamond"/>
          <w:sz w:val="24"/>
        </w:rPr>
        <w:t>Notion page</w:t>
      </w:r>
    </w:p>
    <w:p w14:paraId="7128B3F8" w14:textId="77777777" w:rsidR="001A5159" w:rsidRDefault="00000000">
      <w:r>
        <w:rPr>
          <w:rFonts w:ascii="Garamond" w:hAnsi="Garamond"/>
          <w:sz w:val="24"/>
        </w:rPr>
        <w:t>PDF pack</w:t>
      </w:r>
    </w:p>
    <w:p w14:paraId="418D2502" w14:textId="77777777" w:rsidR="001A5159" w:rsidRDefault="00000000">
      <w:r>
        <w:rPr>
          <w:rFonts w:ascii="Garamond" w:hAnsi="Garamond"/>
          <w:sz w:val="24"/>
        </w:rPr>
        <w:t>Canva carousel text</w:t>
      </w:r>
    </w:p>
    <w:p w14:paraId="5ED19790" w14:textId="77777777" w:rsidR="001A5159" w:rsidRDefault="00000000">
      <w:r>
        <w:rPr>
          <w:rFonts w:ascii="Garamond" w:hAnsi="Garamond"/>
          <w:sz w:val="24"/>
        </w:rPr>
        <w:t xml:space="preserve">Then </w:t>
      </w:r>
      <w:proofErr w:type="gramStart"/>
      <w:r>
        <w:rPr>
          <w:rFonts w:ascii="Garamond" w:hAnsi="Garamond"/>
          <w:sz w:val="24"/>
        </w:rPr>
        <w:t>upsell</w:t>
      </w:r>
      <w:proofErr w:type="gramEnd"/>
      <w:r>
        <w:rPr>
          <w:rFonts w:ascii="Garamond" w:hAnsi="Garamond"/>
          <w:sz w:val="24"/>
        </w:rPr>
        <w:t>:</w:t>
      </w:r>
    </w:p>
    <w:p w14:paraId="29B06759" w14:textId="77777777" w:rsidR="001A5159" w:rsidRDefault="00000000">
      <w:r>
        <w:rPr>
          <w:rFonts w:ascii="Garamond" w:hAnsi="Garamond"/>
          <w:sz w:val="24"/>
        </w:rPr>
        <w:t>content calendars</w:t>
      </w:r>
    </w:p>
    <w:p w14:paraId="6F799AB8" w14:textId="77777777" w:rsidR="001A5159" w:rsidRDefault="00000000">
      <w:r>
        <w:rPr>
          <w:rFonts w:ascii="Garamond" w:hAnsi="Garamond"/>
          <w:sz w:val="24"/>
        </w:rPr>
        <w:lastRenderedPageBreak/>
        <w:t>brand messaging</w:t>
      </w:r>
    </w:p>
    <w:p w14:paraId="2731796F" w14:textId="77777777" w:rsidR="001A5159" w:rsidRDefault="00000000">
      <w:r>
        <w:rPr>
          <w:rFonts w:ascii="Garamond" w:hAnsi="Garamond"/>
          <w:sz w:val="24"/>
        </w:rPr>
        <w:t>caption templates</w:t>
      </w:r>
    </w:p>
    <w:p w14:paraId="300C6314" w14:textId="77777777" w:rsidR="001A5159" w:rsidRDefault="00000000">
      <w:r>
        <w:rPr>
          <w:rFonts w:ascii="Garamond" w:hAnsi="Garamond"/>
          <w:sz w:val="24"/>
        </w:rPr>
        <w:t>hashtag lists</w:t>
      </w:r>
    </w:p>
    <w:p w14:paraId="6641C23E" w14:textId="77777777" w:rsidR="001A5159" w:rsidRDefault="00000000">
      <w:r>
        <w:rPr>
          <w:rFonts w:ascii="Garamond" w:hAnsi="Garamond"/>
          <w:sz w:val="24"/>
        </w:rPr>
        <w:t>reels scriptwriting</w:t>
      </w:r>
    </w:p>
    <w:p w14:paraId="03C5A569" w14:textId="77777777" w:rsidR="001A5159" w:rsidRDefault="00000000">
      <w:r>
        <w:rPr>
          <w:rFonts w:ascii="Garamond" w:hAnsi="Garamond"/>
          <w:sz w:val="24"/>
        </w:rPr>
        <w:t>long-form posts</w:t>
      </w:r>
    </w:p>
    <w:p w14:paraId="50675B4D" w14:textId="77777777" w:rsidR="001A5159" w:rsidRDefault="001A5159"/>
    <w:p w14:paraId="28266E9E" w14:textId="77777777" w:rsidR="001A5159" w:rsidRDefault="00000000">
      <w:r>
        <w:rPr>
          <w:rFonts w:ascii="Garamond" w:hAnsi="Garamond"/>
          <w:sz w:val="24"/>
        </w:rPr>
        <w:t>Beginner Proof Portfolio</w:t>
      </w:r>
    </w:p>
    <w:p w14:paraId="656E6E7A" w14:textId="77777777" w:rsidR="001A5159" w:rsidRDefault="00000000">
      <w:r>
        <w:rPr>
          <w:rFonts w:ascii="Garamond" w:hAnsi="Garamond"/>
          <w:sz w:val="24"/>
        </w:rPr>
        <w:t>Create:</w:t>
      </w:r>
    </w:p>
    <w:p w14:paraId="5891184F" w14:textId="77777777" w:rsidR="001A5159" w:rsidRDefault="00000000">
      <w:r>
        <w:rPr>
          <w:rFonts w:ascii="Garamond" w:hAnsi="Garamond"/>
          <w:sz w:val="24"/>
        </w:rPr>
        <w:t>5 sample captions</w:t>
      </w:r>
    </w:p>
    <w:p w14:paraId="515E6E4F" w14:textId="77777777" w:rsidR="001A5159" w:rsidRDefault="00000000">
      <w:r>
        <w:rPr>
          <w:rFonts w:ascii="Garamond" w:hAnsi="Garamond"/>
          <w:sz w:val="24"/>
        </w:rPr>
        <w:t>1 mini content calendar</w:t>
      </w:r>
    </w:p>
    <w:p w14:paraId="2EBA9DD9" w14:textId="77777777" w:rsidR="001A5159" w:rsidRDefault="00000000">
      <w:r>
        <w:rPr>
          <w:rFonts w:ascii="Garamond" w:hAnsi="Garamond"/>
          <w:sz w:val="24"/>
        </w:rPr>
        <w:t xml:space="preserve">2 carousel copy </w:t>
      </w:r>
      <w:proofErr w:type="gramStart"/>
      <w:r>
        <w:rPr>
          <w:rFonts w:ascii="Garamond" w:hAnsi="Garamond"/>
          <w:sz w:val="24"/>
        </w:rPr>
        <w:t>samples</w:t>
      </w:r>
      <w:proofErr w:type="gramEnd"/>
    </w:p>
    <w:p w14:paraId="48465CCE" w14:textId="77777777" w:rsidR="001A5159" w:rsidRDefault="00000000">
      <w:r>
        <w:rPr>
          <w:rFonts w:ascii="Garamond" w:hAnsi="Garamond"/>
          <w:sz w:val="24"/>
        </w:rPr>
        <w:t>1 short storytelling post</w:t>
      </w:r>
    </w:p>
    <w:p w14:paraId="4E6335E8" w14:textId="77777777" w:rsidR="001A5159" w:rsidRDefault="00000000">
      <w:r>
        <w:rPr>
          <w:rFonts w:ascii="Garamond" w:hAnsi="Garamond"/>
          <w:sz w:val="24"/>
        </w:rPr>
        <w:t>1 list-style post</w:t>
      </w:r>
    </w:p>
    <w:p w14:paraId="4F17F4C6" w14:textId="77777777" w:rsidR="001A5159" w:rsidRDefault="00000000">
      <w:r>
        <w:rPr>
          <w:rFonts w:ascii="Garamond" w:hAnsi="Garamond"/>
          <w:sz w:val="24"/>
        </w:rPr>
        <w:t>Instant authority.</w:t>
      </w:r>
    </w:p>
    <w:p w14:paraId="6516348E" w14:textId="77777777" w:rsidR="001A5159" w:rsidRDefault="001A5159"/>
    <w:p w14:paraId="1FEB299E" w14:textId="77777777" w:rsidR="001A5159" w:rsidRDefault="00000000">
      <w:r>
        <w:rPr>
          <w:rFonts w:ascii="Garamond" w:hAnsi="Garamond"/>
          <w:sz w:val="24"/>
        </w:rPr>
        <w:t>Pricing Guide</w:t>
      </w:r>
    </w:p>
    <w:p w14:paraId="1BA859CF" w14:textId="77777777" w:rsidR="001A5159" w:rsidRDefault="00000000">
      <w:r>
        <w:rPr>
          <w:rFonts w:ascii="Garamond" w:hAnsi="Garamond"/>
          <w:sz w:val="24"/>
        </w:rPr>
        <w:t>Beginners:</w:t>
      </w:r>
    </w:p>
    <w:p w14:paraId="248A11A6" w14:textId="77777777" w:rsidR="001A5159" w:rsidRDefault="00000000">
      <w:r>
        <w:rPr>
          <w:rFonts w:ascii="Garamond" w:hAnsi="Garamond"/>
          <w:sz w:val="24"/>
        </w:rPr>
        <w:t>$25 for 10 captions</w:t>
      </w:r>
    </w:p>
    <w:p w14:paraId="5FD3D0AA" w14:textId="77777777" w:rsidR="001A5159" w:rsidRDefault="00000000">
      <w:r>
        <w:rPr>
          <w:rFonts w:ascii="Garamond" w:hAnsi="Garamond"/>
          <w:sz w:val="24"/>
        </w:rPr>
        <w:t>$50 for 20 captions</w:t>
      </w:r>
    </w:p>
    <w:p w14:paraId="5BF8EEE9" w14:textId="77777777" w:rsidR="001A5159" w:rsidRDefault="00000000">
      <w:r>
        <w:rPr>
          <w:rFonts w:ascii="Garamond" w:hAnsi="Garamond"/>
          <w:sz w:val="24"/>
        </w:rPr>
        <w:t>$100 for 30-post pack</w:t>
      </w:r>
    </w:p>
    <w:p w14:paraId="77F242B9" w14:textId="77777777" w:rsidR="001A5159" w:rsidRDefault="00000000">
      <w:r>
        <w:rPr>
          <w:rFonts w:ascii="Garamond" w:hAnsi="Garamond"/>
          <w:sz w:val="24"/>
        </w:rPr>
        <w:t>Intermediate:</w:t>
      </w:r>
    </w:p>
    <w:p w14:paraId="23F6AA7F" w14:textId="77777777" w:rsidR="001A5159" w:rsidRDefault="00000000">
      <w:r>
        <w:rPr>
          <w:rFonts w:ascii="Garamond" w:hAnsi="Garamond"/>
          <w:sz w:val="24"/>
        </w:rPr>
        <w:t>$150–$400 monthly retainers</w:t>
      </w:r>
    </w:p>
    <w:p w14:paraId="48F78435" w14:textId="77777777" w:rsidR="001A5159" w:rsidRDefault="00000000">
      <w:r>
        <w:rPr>
          <w:rFonts w:ascii="Garamond" w:hAnsi="Garamond"/>
          <w:sz w:val="24"/>
        </w:rPr>
        <w:t>$200–$500 themed content packs</w:t>
      </w:r>
    </w:p>
    <w:p w14:paraId="5A97B653" w14:textId="77777777" w:rsidR="001A5159" w:rsidRDefault="00000000">
      <w:r>
        <w:rPr>
          <w:rFonts w:ascii="Garamond" w:hAnsi="Garamond"/>
          <w:sz w:val="24"/>
        </w:rPr>
        <w:t>Pro:</w:t>
      </w:r>
    </w:p>
    <w:p w14:paraId="093A7C86" w14:textId="77777777" w:rsidR="001A5159" w:rsidRDefault="00000000">
      <w:r>
        <w:rPr>
          <w:rFonts w:ascii="Garamond" w:hAnsi="Garamond"/>
          <w:sz w:val="24"/>
        </w:rPr>
        <w:t>$750–$2,000/month content retainer</w:t>
      </w:r>
    </w:p>
    <w:p w14:paraId="23C7E983" w14:textId="77777777" w:rsidR="001A5159" w:rsidRDefault="00000000">
      <w:r>
        <w:rPr>
          <w:rFonts w:ascii="Garamond" w:hAnsi="Garamond"/>
          <w:sz w:val="24"/>
        </w:rPr>
        <w:lastRenderedPageBreak/>
        <w:t>$1,500+ for full brand messaging packages</w:t>
      </w:r>
    </w:p>
    <w:p w14:paraId="47560F58" w14:textId="77777777" w:rsidR="001A5159" w:rsidRDefault="00000000">
      <w:r>
        <w:rPr>
          <w:rFonts w:ascii="Garamond" w:hAnsi="Garamond"/>
          <w:sz w:val="24"/>
        </w:rPr>
        <w:t>Caption writing is one of the easiest services to scale.</w:t>
      </w:r>
    </w:p>
    <w:p w14:paraId="4B978B1E" w14:textId="77777777" w:rsidR="001A5159" w:rsidRDefault="001A5159"/>
    <w:p w14:paraId="0FC0EA2C" w14:textId="77777777" w:rsidR="001A5159" w:rsidRDefault="00000000">
      <w:r>
        <w:rPr>
          <w:rFonts w:ascii="Garamond" w:hAnsi="Garamond"/>
          <w:sz w:val="24"/>
        </w:rPr>
        <w:t>Pro Accelerators</w:t>
      </w:r>
    </w:p>
    <w:p w14:paraId="76E45F84" w14:textId="77777777" w:rsidR="001A5159" w:rsidRDefault="00000000">
      <w:r>
        <w:rPr>
          <w:rFonts w:ascii="Garamond" w:hAnsi="Garamond"/>
          <w:sz w:val="24"/>
        </w:rPr>
        <w:t xml:space="preserve">niche packs (fitness, real estate, coaching, </w:t>
      </w:r>
      <w:proofErr w:type="gramStart"/>
      <w:r>
        <w:rPr>
          <w:rFonts w:ascii="Garamond" w:hAnsi="Garamond"/>
          <w:sz w:val="24"/>
        </w:rPr>
        <w:t>etc.</w:t>
      </w:r>
      <w:proofErr w:type="gramEnd"/>
      <w:r>
        <w:rPr>
          <w:rFonts w:ascii="Garamond" w:hAnsi="Garamond"/>
          <w:sz w:val="24"/>
        </w:rPr>
        <w:t>)</w:t>
      </w:r>
    </w:p>
    <w:p w14:paraId="32313A5F" w14:textId="77777777" w:rsidR="001A5159" w:rsidRDefault="00000000">
      <w:r>
        <w:rPr>
          <w:rFonts w:ascii="Garamond" w:hAnsi="Garamond"/>
          <w:sz w:val="24"/>
        </w:rPr>
        <w:t>storytelling frameworks</w:t>
      </w:r>
    </w:p>
    <w:p w14:paraId="25992C40" w14:textId="77777777" w:rsidR="001A5159" w:rsidRDefault="00000000">
      <w:r>
        <w:rPr>
          <w:rFonts w:ascii="Garamond" w:hAnsi="Garamond"/>
          <w:sz w:val="24"/>
        </w:rPr>
        <w:t>content calendars</w:t>
      </w:r>
    </w:p>
    <w:p w14:paraId="00434FA5" w14:textId="77777777" w:rsidR="001A5159" w:rsidRDefault="00000000">
      <w:r>
        <w:rPr>
          <w:rFonts w:ascii="Garamond" w:hAnsi="Garamond"/>
          <w:sz w:val="24"/>
        </w:rPr>
        <w:t>branded templates</w:t>
      </w:r>
    </w:p>
    <w:p w14:paraId="31532FDB" w14:textId="77777777" w:rsidR="001A5159" w:rsidRDefault="00000000">
      <w:r>
        <w:rPr>
          <w:rFonts w:ascii="Garamond" w:hAnsi="Garamond"/>
          <w:sz w:val="24"/>
        </w:rPr>
        <w:t>hook libraries</w:t>
      </w:r>
    </w:p>
    <w:p w14:paraId="5F5F9FE7" w14:textId="77777777" w:rsidR="001A5159" w:rsidRDefault="00000000">
      <w:r>
        <w:rPr>
          <w:rFonts w:ascii="Garamond" w:hAnsi="Garamond"/>
          <w:sz w:val="24"/>
        </w:rPr>
        <w:t>CTA bundles</w:t>
      </w:r>
    </w:p>
    <w:p w14:paraId="728643BF" w14:textId="77777777" w:rsidR="001A5159" w:rsidRDefault="00000000">
      <w:r>
        <w:rPr>
          <w:rFonts w:ascii="Garamond" w:hAnsi="Garamond"/>
          <w:sz w:val="24"/>
        </w:rPr>
        <w:t>carousel text packs</w:t>
      </w:r>
    </w:p>
    <w:p w14:paraId="23E1E6A2" w14:textId="77777777" w:rsidR="001A5159" w:rsidRDefault="00000000">
      <w:r>
        <w:rPr>
          <w:rFonts w:ascii="Garamond" w:hAnsi="Garamond"/>
          <w:sz w:val="24"/>
        </w:rPr>
        <w:t>reels scriptwriting</w:t>
      </w:r>
    </w:p>
    <w:p w14:paraId="2C598C3A" w14:textId="77777777" w:rsidR="001A5159" w:rsidRDefault="00000000">
      <w:r>
        <w:rPr>
          <w:rFonts w:ascii="Garamond" w:hAnsi="Garamond"/>
          <w:sz w:val="24"/>
        </w:rPr>
        <w:t>These allow you to charge more with almost no additional work.</w:t>
      </w:r>
    </w:p>
    <w:p w14:paraId="02654977" w14:textId="77777777" w:rsidR="001A5159" w:rsidRDefault="001A5159"/>
    <w:p w14:paraId="02C01D25" w14:textId="77777777" w:rsidR="001A5159" w:rsidRDefault="00000000">
      <w:r>
        <w:rPr>
          <w:rFonts w:ascii="Garamond" w:hAnsi="Garamond"/>
          <w:sz w:val="24"/>
        </w:rPr>
        <w:t>MICRO CASE STUDY — BLUEPRINT FIVE</w:t>
      </w:r>
    </w:p>
    <w:p w14:paraId="1F2ACFCA" w14:textId="77777777" w:rsidR="001A5159" w:rsidRDefault="00000000">
      <w:r>
        <w:rPr>
          <w:rFonts w:ascii="Garamond" w:hAnsi="Garamond"/>
          <w:sz w:val="24"/>
        </w:rPr>
        <w:t>Case Study: From 0 Followers to $400 in 48 Hours Selling Caption Packs</w:t>
      </w:r>
    </w:p>
    <w:p w14:paraId="48723D76" w14:textId="77777777" w:rsidR="001A5159" w:rsidRDefault="00000000">
      <w:r>
        <w:rPr>
          <w:rFonts w:ascii="Garamond" w:hAnsi="Garamond"/>
          <w:sz w:val="24"/>
        </w:rPr>
        <w:t>Alyssa had no following, no content experience, and no idea where to start.</w:t>
      </w:r>
    </w:p>
    <w:p w14:paraId="61ACBC32" w14:textId="77777777" w:rsidR="001A5159" w:rsidRDefault="00000000">
      <w:r>
        <w:rPr>
          <w:rFonts w:ascii="Garamond" w:hAnsi="Garamond"/>
          <w:sz w:val="24"/>
        </w:rPr>
        <w:t>She followed Blueprint 5 step-by-step:</w:t>
      </w:r>
    </w:p>
    <w:p w14:paraId="3ABCAC52" w14:textId="77777777" w:rsidR="001A5159" w:rsidRDefault="00000000">
      <w:r>
        <w:rPr>
          <w:rFonts w:ascii="Garamond" w:hAnsi="Garamond"/>
          <w:sz w:val="24"/>
        </w:rPr>
        <w:t xml:space="preserve">built a brand voice using </w:t>
      </w:r>
      <w:proofErr w:type="gramStart"/>
      <w:r>
        <w:rPr>
          <w:rFonts w:ascii="Garamond" w:hAnsi="Garamond"/>
          <w:sz w:val="24"/>
        </w:rPr>
        <w:t>AI</w:t>
      </w:r>
      <w:proofErr w:type="gramEnd"/>
    </w:p>
    <w:p w14:paraId="732B9DAD" w14:textId="77777777" w:rsidR="001A5159" w:rsidRDefault="00000000">
      <w:r>
        <w:rPr>
          <w:rFonts w:ascii="Garamond" w:hAnsi="Garamond"/>
          <w:sz w:val="24"/>
        </w:rPr>
        <w:t xml:space="preserve">generated 30 fitness-niche content </w:t>
      </w:r>
      <w:proofErr w:type="gramStart"/>
      <w:r>
        <w:rPr>
          <w:rFonts w:ascii="Garamond" w:hAnsi="Garamond"/>
          <w:sz w:val="24"/>
        </w:rPr>
        <w:t>ideas</w:t>
      </w:r>
      <w:proofErr w:type="gramEnd"/>
    </w:p>
    <w:p w14:paraId="6B4CF885" w14:textId="77777777" w:rsidR="001A5159" w:rsidRDefault="00000000">
      <w:r>
        <w:rPr>
          <w:rFonts w:ascii="Garamond" w:hAnsi="Garamond"/>
          <w:sz w:val="24"/>
        </w:rPr>
        <w:t xml:space="preserve">wrote 20 captions using </w:t>
      </w:r>
      <w:proofErr w:type="gramStart"/>
      <w:r>
        <w:rPr>
          <w:rFonts w:ascii="Garamond" w:hAnsi="Garamond"/>
          <w:sz w:val="24"/>
        </w:rPr>
        <w:t>ChatGPT</w:t>
      </w:r>
      <w:proofErr w:type="gramEnd"/>
    </w:p>
    <w:p w14:paraId="02E6FE21" w14:textId="77777777" w:rsidR="001A5159" w:rsidRDefault="00000000">
      <w:r>
        <w:rPr>
          <w:rFonts w:ascii="Garamond" w:hAnsi="Garamond"/>
          <w:sz w:val="24"/>
        </w:rPr>
        <w:t>posted a simple offer:</w:t>
      </w:r>
      <w:r>
        <w:rPr>
          <w:rFonts w:ascii="Garamond" w:hAnsi="Garamond"/>
          <w:sz w:val="24"/>
        </w:rPr>
        <w:br/>
        <w:t>“Testing a new AI caption system — want 20 done-for-you posts?”</w:t>
      </w:r>
    </w:p>
    <w:p w14:paraId="72AFFC8B" w14:textId="77777777" w:rsidR="001A5159" w:rsidRDefault="00000000">
      <w:r>
        <w:rPr>
          <w:rFonts w:ascii="Garamond" w:hAnsi="Garamond"/>
          <w:sz w:val="24"/>
        </w:rPr>
        <w:t>A personal trainer DM’d her within minutes.</w:t>
      </w:r>
    </w:p>
    <w:p w14:paraId="6478686B" w14:textId="77777777" w:rsidR="001A5159" w:rsidRDefault="00000000">
      <w:r>
        <w:rPr>
          <w:rFonts w:ascii="Garamond" w:hAnsi="Garamond"/>
          <w:sz w:val="24"/>
        </w:rPr>
        <w:t xml:space="preserve">She delivered a polished caption pack </w:t>
      </w:r>
      <w:proofErr w:type="gramStart"/>
      <w:r>
        <w:rPr>
          <w:rFonts w:ascii="Garamond" w:hAnsi="Garamond"/>
          <w:sz w:val="24"/>
        </w:rPr>
        <w:t>in</w:t>
      </w:r>
      <w:proofErr w:type="gramEnd"/>
      <w:r>
        <w:rPr>
          <w:rFonts w:ascii="Garamond" w:hAnsi="Garamond"/>
          <w:sz w:val="24"/>
        </w:rPr>
        <w:t xml:space="preserve"> Google Docs.</w:t>
      </w:r>
    </w:p>
    <w:p w14:paraId="7A4AAE74" w14:textId="77777777" w:rsidR="001A5159" w:rsidRDefault="00000000">
      <w:r>
        <w:rPr>
          <w:rFonts w:ascii="Garamond" w:hAnsi="Garamond"/>
          <w:sz w:val="24"/>
        </w:rPr>
        <w:t>The trainer loved it and paid her $40.</w:t>
      </w:r>
    </w:p>
    <w:p w14:paraId="1E139353" w14:textId="77777777" w:rsidR="001A5159" w:rsidRDefault="00000000">
      <w:r>
        <w:rPr>
          <w:rFonts w:ascii="Garamond" w:hAnsi="Garamond"/>
          <w:sz w:val="24"/>
        </w:rPr>
        <w:lastRenderedPageBreak/>
        <w:t>Then two of his friends bought caption packs.</w:t>
      </w:r>
      <w:r>
        <w:rPr>
          <w:rFonts w:ascii="Garamond" w:hAnsi="Garamond"/>
          <w:sz w:val="24"/>
        </w:rPr>
        <w:br/>
        <w:t>That weekend she made $400 for content that took less than two hours.</w:t>
      </w:r>
    </w:p>
    <w:p w14:paraId="7007A24E" w14:textId="77777777" w:rsidR="001A5159" w:rsidRDefault="00000000">
      <w:r>
        <w:rPr>
          <w:rFonts w:ascii="Garamond" w:hAnsi="Garamond"/>
          <w:sz w:val="24"/>
        </w:rPr>
        <w:t>Within three weeks, she had:</w:t>
      </w:r>
    </w:p>
    <w:p w14:paraId="6FEA6B4A" w14:textId="77777777" w:rsidR="001A5159" w:rsidRDefault="00000000">
      <w:r>
        <w:rPr>
          <w:rFonts w:ascii="Garamond" w:hAnsi="Garamond"/>
          <w:sz w:val="24"/>
        </w:rPr>
        <w:t>three monthly clients</w:t>
      </w:r>
    </w:p>
    <w:p w14:paraId="0F22F7E3" w14:textId="77777777" w:rsidR="001A5159" w:rsidRDefault="00000000">
      <w:r>
        <w:rPr>
          <w:rFonts w:ascii="Garamond" w:hAnsi="Garamond"/>
          <w:sz w:val="24"/>
        </w:rPr>
        <w:t>a 90-post fitness content pack</w:t>
      </w:r>
    </w:p>
    <w:p w14:paraId="4B8C78A2" w14:textId="77777777" w:rsidR="001A5159" w:rsidRDefault="00000000">
      <w:r>
        <w:rPr>
          <w:rFonts w:ascii="Garamond" w:hAnsi="Garamond"/>
          <w:sz w:val="24"/>
        </w:rPr>
        <w:t>two niche packs (real estate + mindset)</w:t>
      </w:r>
    </w:p>
    <w:p w14:paraId="66FCCF64" w14:textId="77777777" w:rsidR="001A5159" w:rsidRDefault="00000000">
      <w:r>
        <w:rPr>
          <w:rFonts w:ascii="Garamond" w:hAnsi="Garamond"/>
          <w:sz w:val="24"/>
        </w:rPr>
        <w:t>her first $1,000 month</w:t>
      </w:r>
    </w:p>
    <w:p w14:paraId="0BAD28CA" w14:textId="77777777" w:rsidR="001A5159" w:rsidRDefault="00000000">
      <w:r>
        <w:rPr>
          <w:rFonts w:ascii="Garamond" w:hAnsi="Garamond"/>
          <w:sz w:val="24"/>
        </w:rPr>
        <w:t>Her words:</w:t>
      </w:r>
    </w:p>
    <w:p w14:paraId="0D0291B9" w14:textId="77777777" w:rsidR="001A5159" w:rsidRDefault="00000000">
      <w:r>
        <w:rPr>
          <w:rFonts w:ascii="Garamond" w:hAnsi="Garamond"/>
          <w:sz w:val="24"/>
        </w:rPr>
        <w:t>“I didn’t know people would pay for writing.</w:t>
      </w:r>
      <w:r>
        <w:rPr>
          <w:rFonts w:ascii="Garamond" w:hAnsi="Garamond"/>
          <w:sz w:val="24"/>
        </w:rPr>
        <w:br/>
        <w:t>AI made me look like a pro immediately.”</w:t>
      </w:r>
    </w:p>
    <w:p w14:paraId="369D0C7F" w14:textId="77777777" w:rsidR="001A5159" w:rsidRPr="0063351A" w:rsidRDefault="00000000" w:rsidP="0063351A">
      <w:pPr>
        <w:rPr>
          <w:sz w:val="24"/>
          <w:szCs w:val="24"/>
        </w:rPr>
      </w:pPr>
      <w:r w:rsidRPr="0063351A">
        <w:rPr>
          <w:rFonts w:ascii="Garamond" w:hAnsi="Garamond"/>
          <w:b/>
          <w:sz w:val="24"/>
          <w:szCs w:val="24"/>
        </w:rPr>
        <w:t>Blueprint 5 is the perfect beginner blueprint — fast, simple, and always in demand.</w:t>
      </w:r>
    </w:p>
    <w:p w14:paraId="58982C96" w14:textId="77777777" w:rsidR="0063351A" w:rsidRDefault="0063351A">
      <w:pPr>
        <w:sectPr w:rsidR="0063351A" w:rsidSect="00034616">
          <w:pgSz w:w="12240" w:h="15840"/>
          <w:pgMar w:top="1440" w:right="1800" w:bottom="1440" w:left="1800" w:header="720" w:footer="720" w:gutter="0"/>
          <w:cols w:space="720"/>
          <w:docGrid w:linePitch="360"/>
        </w:sectPr>
      </w:pPr>
    </w:p>
    <w:p w14:paraId="41F53702" w14:textId="77777777" w:rsidR="001A5159" w:rsidRDefault="001A5159"/>
    <w:p w14:paraId="774C1D84" w14:textId="77777777" w:rsidR="001A5159" w:rsidRPr="0063351A" w:rsidRDefault="00000000" w:rsidP="0063351A">
      <w:pPr>
        <w:pStyle w:val="Heading1"/>
        <w:rPr>
          <w:rFonts w:ascii="Garamond" w:hAnsi="Garamond"/>
          <w:color w:val="auto"/>
          <w:sz w:val="40"/>
          <w:szCs w:val="40"/>
        </w:rPr>
      </w:pPr>
      <w:bookmarkStart w:id="17" w:name="_Toc214830313"/>
      <w:r w:rsidRPr="0063351A">
        <w:rPr>
          <w:rFonts w:ascii="Garamond" w:hAnsi="Garamond"/>
          <w:color w:val="auto"/>
          <w:sz w:val="40"/>
          <w:szCs w:val="40"/>
        </w:rPr>
        <w:t>BLUEPRINT SIX — AI-POWERED SEO BLOG WRITING &amp; WEBSITE CONTENT CREATION</w:t>
      </w:r>
      <w:bookmarkEnd w:id="17"/>
    </w:p>
    <w:p w14:paraId="3E155055" w14:textId="77777777" w:rsidR="001A5159" w:rsidRPr="0063351A" w:rsidRDefault="00000000" w:rsidP="0063351A">
      <w:pPr>
        <w:pStyle w:val="Heading2"/>
        <w:rPr>
          <w:rFonts w:ascii="Garamond" w:hAnsi="Garamond"/>
          <w:color w:val="auto"/>
          <w:sz w:val="24"/>
          <w:szCs w:val="24"/>
        </w:rPr>
      </w:pPr>
      <w:bookmarkStart w:id="18" w:name="_Toc214830314"/>
      <w:r w:rsidRPr="0063351A">
        <w:rPr>
          <w:rFonts w:ascii="Garamond" w:hAnsi="Garamond"/>
          <w:color w:val="auto"/>
          <w:sz w:val="24"/>
          <w:szCs w:val="24"/>
        </w:rPr>
        <w:t>(The Blueprint That Turns AI Into a High-Value Content Engine for Businesses, Blogs, and Brands)</w:t>
      </w:r>
      <w:bookmarkEnd w:id="18"/>
    </w:p>
    <w:p w14:paraId="52B79EA0" w14:textId="77777777" w:rsidR="001A5159" w:rsidRDefault="00000000">
      <w:r>
        <w:rPr>
          <w:rFonts w:ascii="Garamond" w:hAnsi="Garamond"/>
          <w:sz w:val="24"/>
        </w:rPr>
        <w:t>Businesses survive on traffic.</w:t>
      </w:r>
      <w:r>
        <w:rPr>
          <w:rFonts w:ascii="Garamond" w:hAnsi="Garamond"/>
          <w:sz w:val="24"/>
        </w:rPr>
        <w:br/>
        <w:t>Creators survive on attention.</w:t>
      </w:r>
      <w:r>
        <w:rPr>
          <w:rFonts w:ascii="Garamond" w:hAnsi="Garamond"/>
          <w:sz w:val="24"/>
        </w:rPr>
        <w:br/>
        <w:t>Websites survive on content.</w:t>
      </w:r>
    </w:p>
    <w:p w14:paraId="694D407B" w14:textId="77777777" w:rsidR="001A5159" w:rsidRDefault="00000000">
      <w:r>
        <w:rPr>
          <w:rFonts w:ascii="Garamond" w:hAnsi="Garamond"/>
          <w:sz w:val="24"/>
        </w:rPr>
        <w:t>But here’s the problem:</w:t>
      </w:r>
    </w:p>
    <w:p w14:paraId="53AF9F26" w14:textId="77777777" w:rsidR="001A5159" w:rsidRDefault="00000000">
      <w:r>
        <w:rPr>
          <w:rFonts w:ascii="Garamond" w:hAnsi="Garamond"/>
          <w:sz w:val="24"/>
        </w:rPr>
        <w:t>Most business owners have no time to write SEO content — and even fewer know how to do it correctly.</w:t>
      </w:r>
    </w:p>
    <w:p w14:paraId="1379674C" w14:textId="77777777" w:rsidR="001A5159" w:rsidRDefault="00000000">
      <w:r>
        <w:rPr>
          <w:rFonts w:ascii="Garamond" w:hAnsi="Garamond"/>
          <w:sz w:val="24"/>
        </w:rPr>
        <w:t>This blueprint shows you how to use AI to produce:</w:t>
      </w:r>
    </w:p>
    <w:p w14:paraId="337C9711" w14:textId="77777777" w:rsidR="001A5159" w:rsidRDefault="00000000">
      <w:r>
        <w:rPr>
          <w:rFonts w:ascii="Garamond" w:hAnsi="Garamond"/>
          <w:sz w:val="24"/>
        </w:rPr>
        <w:t>SEO blog posts</w:t>
      </w:r>
    </w:p>
    <w:p w14:paraId="4DBC3374" w14:textId="77777777" w:rsidR="001A5159" w:rsidRDefault="00000000">
      <w:r>
        <w:rPr>
          <w:rFonts w:ascii="Garamond" w:hAnsi="Garamond"/>
          <w:sz w:val="24"/>
        </w:rPr>
        <w:t>website pages</w:t>
      </w:r>
    </w:p>
    <w:p w14:paraId="480EBF88" w14:textId="77777777" w:rsidR="001A5159" w:rsidRDefault="00000000">
      <w:r>
        <w:rPr>
          <w:rFonts w:ascii="Garamond" w:hAnsi="Garamond"/>
          <w:sz w:val="24"/>
        </w:rPr>
        <w:t>service pages</w:t>
      </w:r>
    </w:p>
    <w:p w14:paraId="78D6AECD" w14:textId="77777777" w:rsidR="001A5159" w:rsidRDefault="00000000">
      <w:r>
        <w:rPr>
          <w:rFonts w:ascii="Garamond" w:hAnsi="Garamond"/>
          <w:sz w:val="24"/>
        </w:rPr>
        <w:t>niche articles</w:t>
      </w:r>
    </w:p>
    <w:p w14:paraId="5EFCEBFA" w14:textId="77777777" w:rsidR="001A5159" w:rsidRDefault="00000000">
      <w:r>
        <w:rPr>
          <w:rFonts w:ascii="Garamond" w:hAnsi="Garamond"/>
          <w:sz w:val="24"/>
        </w:rPr>
        <w:t>long-form guides</w:t>
      </w:r>
    </w:p>
    <w:p w14:paraId="27F5B940" w14:textId="77777777" w:rsidR="001A5159" w:rsidRDefault="00000000">
      <w:r>
        <w:rPr>
          <w:rFonts w:ascii="Garamond" w:hAnsi="Garamond"/>
          <w:sz w:val="24"/>
        </w:rPr>
        <w:t>branding copy</w:t>
      </w:r>
    </w:p>
    <w:p w14:paraId="18D0A784" w14:textId="77777777" w:rsidR="001A5159" w:rsidRDefault="00000000">
      <w:r>
        <w:rPr>
          <w:rFonts w:ascii="Garamond" w:hAnsi="Garamond"/>
          <w:sz w:val="24"/>
        </w:rPr>
        <w:t>optimized content briefs</w:t>
      </w:r>
    </w:p>
    <w:p w14:paraId="17B72F93" w14:textId="77777777" w:rsidR="001A5159" w:rsidRDefault="00000000">
      <w:r>
        <w:rPr>
          <w:rFonts w:ascii="Garamond" w:hAnsi="Garamond"/>
          <w:sz w:val="24"/>
        </w:rPr>
        <w:t>…all while sounding polished, professional, and on-brand.</w:t>
      </w:r>
    </w:p>
    <w:p w14:paraId="69A8CBDA" w14:textId="77777777" w:rsidR="001A5159" w:rsidRDefault="00000000">
      <w:r>
        <w:rPr>
          <w:rFonts w:ascii="Garamond" w:hAnsi="Garamond"/>
          <w:sz w:val="24"/>
        </w:rPr>
        <w:t>This is one of the most profitable AI content services because SEO still drives massive revenue — and most businesses are desperate for help.</w:t>
      </w:r>
    </w:p>
    <w:p w14:paraId="0BA165E8" w14:textId="77777777" w:rsidR="001A5159" w:rsidRDefault="001A5159"/>
    <w:p w14:paraId="49CF247C" w14:textId="77777777" w:rsidR="001A5159" w:rsidRDefault="00000000">
      <w:r>
        <w:rPr>
          <w:rFonts w:ascii="Garamond" w:hAnsi="Garamond"/>
          <w:sz w:val="24"/>
        </w:rPr>
        <w:t>Why This Blueprint Works</w:t>
      </w:r>
    </w:p>
    <w:p w14:paraId="2AB79386" w14:textId="77777777" w:rsidR="001A5159" w:rsidRDefault="00000000">
      <w:r>
        <w:rPr>
          <w:rFonts w:ascii="Garamond" w:hAnsi="Garamond"/>
          <w:sz w:val="24"/>
        </w:rPr>
        <w:t xml:space="preserve">SEO content is </w:t>
      </w:r>
      <w:proofErr w:type="gramStart"/>
      <w:r>
        <w:rPr>
          <w:rFonts w:ascii="Garamond" w:hAnsi="Garamond"/>
          <w:sz w:val="24"/>
        </w:rPr>
        <w:t>high-value</w:t>
      </w:r>
      <w:proofErr w:type="gramEnd"/>
      <w:r>
        <w:rPr>
          <w:rFonts w:ascii="Garamond" w:hAnsi="Garamond"/>
          <w:sz w:val="24"/>
        </w:rPr>
        <w:t xml:space="preserve"> because:</w:t>
      </w:r>
    </w:p>
    <w:p w14:paraId="5FA3336D" w14:textId="77777777" w:rsidR="001A5159" w:rsidRDefault="00000000">
      <w:r>
        <w:rPr>
          <w:rFonts w:ascii="Garamond" w:hAnsi="Garamond"/>
          <w:sz w:val="24"/>
        </w:rPr>
        <w:t xml:space="preserve">businesses depend on </w:t>
      </w:r>
      <w:proofErr w:type="gramStart"/>
      <w:r>
        <w:rPr>
          <w:rFonts w:ascii="Garamond" w:hAnsi="Garamond"/>
          <w:sz w:val="24"/>
        </w:rPr>
        <w:t>visibility</w:t>
      </w:r>
      <w:proofErr w:type="gramEnd"/>
    </w:p>
    <w:p w14:paraId="12F8BBD6" w14:textId="77777777" w:rsidR="001A5159" w:rsidRDefault="00000000">
      <w:r>
        <w:rPr>
          <w:rFonts w:ascii="Garamond" w:hAnsi="Garamond"/>
          <w:sz w:val="24"/>
        </w:rPr>
        <w:lastRenderedPageBreak/>
        <w:t xml:space="preserve">blog posts rank for </w:t>
      </w:r>
      <w:proofErr w:type="gramStart"/>
      <w:r>
        <w:rPr>
          <w:rFonts w:ascii="Garamond" w:hAnsi="Garamond"/>
          <w:sz w:val="24"/>
        </w:rPr>
        <w:t>years</w:t>
      </w:r>
      <w:proofErr w:type="gramEnd"/>
    </w:p>
    <w:p w14:paraId="6B4AAF0C" w14:textId="77777777" w:rsidR="001A5159" w:rsidRDefault="00000000">
      <w:r>
        <w:rPr>
          <w:rFonts w:ascii="Garamond" w:hAnsi="Garamond"/>
          <w:sz w:val="24"/>
        </w:rPr>
        <w:t>long-form content drives conversions</w:t>
      </w:r>
    </w:p>
    <w:p w14:paraId="2B2A42F1" w14:textId="77777777" w:rsidR="001A5159" w:rsidRDefault="00000000">
      <w:r>
        <w:rPr>
          <w:rFonts w:ascii="Garamond" w:hAnsi="Garamond"/>
          <w:sz w:val="24"/>
        </w:rPr>
        <w:t xml:space="preserve">organic traffic reduces ad </w:t>
      </w:r>
      <w:proofErr w:type="gramStart"/>
      <w:r>
        <w:rPr>
          <w:rFonts w:ascii="Garamond" w:hAnsi="Garamond"/>
          <w:sz w:val="24"/>
        </w:rPr>
        <w:t>spend</w:t>
      </w:r>
      <w:proofErr w:type="gramEnd"/>
    </w:p>
    <w:p w14:paraId="0F56DA77" w14:textId="77777777" w:rsidR="001A5159" w:rsidRDefault="00000000">
      <w:r>
        <w:rPr>
          <w:rFonts w:ascii="Garamond" w:hAnsi="Garamond"/>
          <w:sz w:val="24"/>
        </w:rPr>
        <w:t xml:space="preserve">websites need constant </w:t>
      </w:r>
      <w:proofErr w:type="gramStart"/>
      <w:r>
        <w:rPr>
          <w:rFonts w:ascii="Garamond" w:hAnsi="Garamond"/>
          <w:sz w:val="24"/>
        </w:rPr>
        <w:t>updates</w:t>
      </w:r>
      <w:proofErr w:type="gramEnd"/>
    </w:p>
    <w:p w14:paraId="1207C294" w14:textId="77777777" w:rsidR="001A5159" w:rsidRDefault="00000000">
      <w:r>
        <w:rPr>
          <w:rFonts w:ascii="Garamond" w:hAnsi="Garamond"/>
          <w:sz w:val="24"/>
        </w:rPr>
        <w:t>AI dramatically simplifies SEO writing:</w:t>
      </w:r>
    </w:p>
    <w:p w14:paraId="4EC055D9" w14:textId="77777777" w:rsidR="001A5159" w:rsidRDefault="00000000">
      <w:r>
        <w:rPr>
          <w:rFonts w:ascii="Garamond" w:hAnsi="Garamond"/>
          <w:sz w:val="24"/>
        </w:rPr>
        <w:t>keyword research</w:t>
      </w:r>
    </w:p>
    <w:p w14:paraId="43AA3482" w14:textId="77777777" w:rsidR="001A5159" w:rsidRDefault="00000000">
      <w:r>
        <w:rPr>
          <w:rFonts w:ascii="Garamond" w:hAnsi="Garamond"/>
          <w:sz w:val="24"/>
        </w:rPr>
        <w:t>title creation</w:t>
      </w:r>
    </w:p>
    <w:p w14:paraId="73AD2E6C" w14:textId="77777777" w:rsidR="001A5159" w:rsidRDefault="00000000">
      <w:r>
        <w:rPr>
          <w:rFonts w:ascii="Garamond" w:hAnsi="Garamond"/>
          <w:sz w:val="24"/>
        </w:rPr>
        <w:t>outlines</w:t>
      </w:r>
    </w:p>
    <w:p w14:paraId="55DAE536" w14:textId="77777777" w:rsidR="001A5159" w:rsidRDefault="00000000">
      <w:r>
        <w:rPr>
          <w:rFonts w:ascii="Garamond" w:hAnsi="Garamond"/>
          <w:sz w:val="24"/>
        </w:rPr>
        <w:t>drafts</w:t>
      </w:r>
    </w:p>
    <w:p w14:paraId="49982BBF" w14:textId="77777777" w:rsidR="001A5159" w:rsidRDefault="00000000">
      <w:r>
        <w:rPr>
          <w:rFonts w:ascii="Garamond" w:hAnsi="Garamond"/>
          <w:sz w:val="24"/>
        </w:rPr>
        <w:t>rewrites</w:t>
      </w:r>
    </w:p>
    <w:p w14:paraId="6DD32423" w14:textId="77777777" w:rsidR="001A5159" w:rsidRDefault="00000000">
      <w:r>
        <w:rPr>
          <w:rFonts w:ascii="Garamond" w:hAnsi="Garamond"/>
          <w:sz w:val="24"/>
        </w:rPr>
        <w:t>meta descriptions</w:t>
      </w:r>
    </w:p>
    <w:p w14:paraId="581E462E" w14:textId="77777777" w:rsidR="001A5159" w:rsidRDefault="00000000">
      <w:r>
        <w:rPr>
          <w:rFonts w:ascii="Garamond" w:hAnsi="Garamond"/>
          <w:sz w:val="24"/>
        </w:rPr>
        <w:t>internal linking suggestions</w:t>
      </w:r>
    </w:p>
    <w:p w14:paraId="1C77291B" w14:textId="77777777" w:rsidR="001A5159" w:rsidRDefault="00000000">
      <w:r>
        <w:rPr>
          <w:rFonts w:ascii="Garamond" w:hAnsi="Garamond"/>
          <w:sz w:val="24"/>
        </w:rPr>
        <w:t>tone matching</w:t>
      </w:r>
    </w:p>
    <w:p w14:paraId="2270B4D8" w14:textId="77777777" w:rsidR="001A5159" w:rsidRDefault="00000000">
      <w:r>
        <w:rPr>
          <w:rFonts w:ascii="Garamond" w:hAnsi="Garamond"/>
          <w:sz w:val="24"/>
        </w:rPr>
        <w:t>You don’t need to be a “writer.”</w:t>
      </w:r>
      <w:r>
        <w:rPr>
          <w:rFonts w:ascii="Garamond" w:hAnsi="Garamond"/>
          <w:sz w:val="24"/>
        </w:rPr>
        <w:br/>
        <w:t>AI does the heavy lifting.</w:t>
      </w:r>
      <w:r>
        <w:rPr>
          <w:rFonts w:ascii="Garamond" w:hAnsi="Garamond"/>
          <w:sz w:val="24"/>
        </w:rPr>
        <w:br/>
        <w:t>You refine and deliver.</w:t>
      </w:r>
    </w:p>
    <w:p w14:paraId="58D6999C" w14:textId="77777777" w:rsidR="001A5159" w:rsidRDefault="00000000">
      <w:r>
        <w:rPr>
          <w:rFonts w:ascii="Garamond" w:hAnsi="Garamond"/>
          <w:sz w:val="24"/>
        </w:rPr>
        <w:t>This is the closest thing to a recession-proof AI service.</w:t>
      </w:r>
    </w:p>
    <w:p w14:paraId="3BCFD907" w14:textId="77777777" w:rsidR="001A5159" w:rsidRDefault="001A5159"/>
    <w:p w14:paraId="2FC5B5D7" w14:textId="77777777" w:rsidR="001A5159" w:rsidRDefault="00000000">
      <w:r>
        <w:rPr>
          <w:rFonts w:ascii="Garamond" w:hAnsi="Garamond"/>
          <w:sz w:val="24"/>
        </w:rPr>
        <w:t>Tools You Need</w:t>
      </w:r>
    </w:p>
    <w:p w14:paraId="4EDDB9D8" w14:textId="77777777" w:rsidR="001A5159" w:rsidRDefault="00000000">
      <w:r>
        <w:rPr>
          <w:rFonts w:ascii="Garamond" w:hAnsi="Garamond"/>
          <w:sz w:val="24"/>
        </w:rPr>
        <w:t>ChatGPT / Claude — Outlines, writing, SEO structure</w:t>
      </w:r>
      <w:r>
        <w:rPr>
          <w:rFonts w:ascii="Garamond" w:hAnsi="Garamond"/>
          <w:sz w:val="24"/>
        </w:rPr>
        <w:br/>
        <w:t>SurferSEO / NeuronWriter — Optimization (optional but powerful)</w:t>
      </w:r>
      <w:r>
        <w:rPr>
          <w:rFonts w:ascii="Garamond" w:hAnsi="Garamond"/>
          <w:sz w:val="24"/>
        </w:rPr>
        <w:br/>
        <w:t>Google Docs — Drafting + delivery</w:t>
      </w:r>
      <w:r>
        <w:rPr>
          <w:rFonts w:ascii="Garamond" w:hAnsi="Garamond"/>
          <w:sz w:val="24"/>
        </w:rPr>
        <w:br/>
        <w:t>Ahrefs / Ubersuggest / Keywords Everywhere — Keyword research</w:t>
      </w:r>
      <w:r>
        <w:rPr>
          <w:rFonts w:ascii="Garamond" w:hAnsi="Garamond"/>
          <w:sz w:val="24"/>
        </w:rPr>
        <w:br/>
        <w:t>Canva — Article graphics (optional)</w:t>
      </w:r>
    </w:p>
    <w:p w14:paraId="2B2F6AE9" w14:textId="77777777" w:rsidR="001A5159" w:rsidRDefault="001A5159"/>
    <w:p w14:paraId="55254582" w14:textId="77777777" w:rsidR="001A5159" w:rsidRDefault="00000000">
      <w:r>
        <w:rPr>
          <w:rFonts w:ascii="Garamond" w:hAnsi="Garamond"/>
          <w:sz w:val="24"/>
        </w:rPr>
        <w:t>What You’ll Offer</w:t>
      </w:r>
    </w:p>
    <w:p w14:paraId="11E87667" w14:textId="77777777" w:rsidR="001A5159" w:rsidRDefault="00000000">
      <w:r>
        <w:rPr>
          <w:rFonts w:ascii="Garamond" w:hAnsi="Garamond"/>
          <w:sz w:val="24"/>
        </w:rPr>
        <w:t>You can create:</w:t>
      </w:r>
    </w:p>
    <w:p w14:paraId="1E130FA8" w14:textId="77777777" w:rsidR="001A5159" w:rsidRDefault="00000000">
      <w:r>
        <w:rPr>
          <w:rFonts w:ascii="Garamond" w:hAnsi="Garamond"/>
          <w:sz w:val="24"/>
        </w:rPr>
        <w:t>optimized blog posts</w:t>
      </w:r>
    </w:p>
    <w:p w14:paraId="5C4C6962" w14:textId="77777777" w:rsidR="001A5159" w:rsidRDefault="00000000">
      <w:r>
        <w:rPr>
          <w:rFonts w:ascii="Garamond" w:hAnsi="Garamond"/>
          <w:sz w:val="24"/>
        </w:rPr>
        <w:lastRenderedPageBreak/>
        <w:t>long-form articles</w:t>
      </w:r>
    </w:p>
    <w:p w14:paraId="7A73CE22" w14:textId="77777777" w:rsidR="001A5159" w:rsidRDefault="00000000">
      <w:r>
        <w:rPr>
          <w:rFonts w:ascii="Garamond" w:hAnsi="Garamond"/>
          <w:sz w:val="24"/>
        </w:rPr>
        <w:t>“Top 10” or “How-To” posts</w:t>
      </w:r>
    </w:p>
    <w:p w14:paraId="47B7E005" w14:textId="77777777" w:rsidR="001A5159" w:rsidRDefault="00000000">
      <w:r>
        <w:rPr>
          <w:rFonts w:ascii="Garamond" w:hAnsi="Garamond"/>
          <w:sz w:val="24"/>
        </w:rPr>
        <w:t>website homepage copy</w:t>
      </w:r>
    </w:p>
    <w:p w14:paraId="7419E86B" w14:textId="77777777" w:rsidR="001A5159" w:rsidRDefault="00000000">
      <w:r>
        <w:rPr>
          <w:rFonts w:ascii="Garamond" w:hAnsi="Garamond"/>
          <w:sz w:val="24"/>
        </w:rPr>
        <w:t>service pages (high-ticket work)</w:t>
      </w:r>
    </w:p>
    <w:p w14:paraId="20F65173" w14:textId="77777777" w:rsidR="001A5159" w:rsidRDefault="00000000">
      <w:r>
        <w:rPr>
          <w:rFonts w:ascii="Garamond" w:hAnsi="Garamond"/>
          <w:sz w:val="24"/>
        </w:rPr>
        <w:t xml:space="preserve">niche authority </w:t>
      </w:r>
      <w:proofErr w:type="gramStart"/>
      <w:r>
        <w:rPr>
          <w:rFonts w:ascii="Garamond" w:hAnsi="Garamond"/>
          <w:sz w:val="24"/>
        </w:rPr>
        <w:t>content</w:t>
      </w:r>
      <w:proofErr w:type="gramEnd"/>
    </w:p>
    <w:p w14:paraId="249F76EE" w14:textId="77777777" w:rsidR="001A5159" w:rsidRDefault="00000000">
      <w:r>
        <w:rPr>
          <w:rFonts w:ascii="Garamond" w:hAnsi="Garamond"/>
          <w:sz w:val="24"/>
        </w:rPr>
        <w:t>product descriptions</w:t>
      </w:r>
    </w:p>
    <w:p w14:paraId="14A24D40" w14:textId="77777777" w:rsidR="001A5159" w:rsidRDefault="00000000">
      <w:r>
        <w:rPr>
          <w:rFonts w:ascii="Garamond" w:hAnsi="Garamond"/>
          <w:sz w:val="24"/>
        </w:rPr>
        <w:t xml:space="preserve">email-to-blog </w:t>
      </w:r>
      <w:proofErr w:type="gramStart"/>
      <w:r>
        <w:rPr>
          <w:rFonts w:ascii="Garamond" w:hAnsi="Garamond"/>
          <w:sz w:val="24"/>
        </w:rPr>
        <w:t>repurposing</w:t>
      </w:r>
      <w:proofErr w:type="gramEnd"/>
    </w:p>
    <w:p w14:paraId="317A39FC" w14:textId="77777777" w:rsidR="001A5159" w:rsidRDefault="00000000">
      <w:r>
        <w:rPr>
          <w:rFonts w:ascii="Garamond" w:hAnsi="Garamond"/>
          <w:sz w:val="24"/>
        </w:rPr>
        <w:t>And you can package them in:</w:t>
      </w:r>
    </w:p>
    <w:p w14:paraId="390F590E" w14:textId="77777777" w:rsidR="001A5159" w:rsidRDefault="00000000">
      <w:r>
        <w:rPr>
          <w:rFonts w:ascii="Garamond" w:hAnsi="Garamond"/>
          <w:sz w:val="24"/>
        </w:rPr>
        <w:t>single posts</w:t>
      </w:r>
    </w:p>
    <w:p w14:paraId="1CD84621" w14:textId="77777777" w:rsidR="001A5159" w:rsidRDefault="00000000">
      <w:r>
        <w:rPr>
          <w:rFonts w:ascii="Garamond" w:hAnsi="Garamond"/>
          <w:sz w:val="24"/>
        </w:rPr>
        <w:t>content bundles</w:t>
      </w:r>
    </w:p>
    <w:p w14:paraId="300723E0" w14:textId="77777777" w:rsidR="001A5159" w:rsidRDefault="00000000">
      <w:r>
        <w:rPr>
          <w:rFonts w:ascii="Garamond" w:hAnsi="Garamond"/>
          <w:sz w:val="24"/>
        </w:rPr>
        <w:t>monthly retainers</w:t>
      </w:r>
    </w:p>
    <w:p w14:paraId="1CF81195" w14:textId="77777777" w:rsidR="001A5159" w:rsidRDefault="00000000">
      <w:r>
        <w:rPr>
          <w:rFonts w:ascii="Garamond" w:hAnsi="Garamond"/>
          <w:sz w:val="24"/>
        </w:rPr>
        <w:t>full website rewrites</w:t>
      </w:r>
    </w:p>
    <w:p w14:paraId="73C7465C" w14:textId="77777777" w:rsidR="001A5159" w:rsidRDefault="00000000">
      <w:r>
        <w:rPr>
          <w:rFonts w:ascii="Garamond" w:hAnsi="Garamond"/>
          <w:sz w:val="24"/>
        </w:rPr>
        <w:t>SEO content is massively in demand.</w:t>
      </w:r>
    </w:p>
    <w:p w14:paraId="3EE33155" w14:textId="77777777" w:rsidR="001A5159" w:rsidRDefault="001A5159"/>
    <w:p w14:paraId="2CE851BD" w14:textId="77777777" w:rsidR="001A5159" w:rsidRDefault="00000000">
      <w:r>
        <w:rPr>
          <w:rFonts w:ascii="Garamond" w:hAnsi="Garamond"/>
          <w:sz w:val="24"/>
        </w:rPr>
        <w:t>AI-Powered Workflow (Step-By-Step)</w:t>
      </w:r>
    </w:p>
    <w:p w14:paraId="67947A8D" w14:textId="77777777" w:rsidR="001A5159" w:rsidRDefault="00000000">
      <w:r>
        <w:rPr>
          <w:rFonts w:ascii="Garamond" w:hAnsi="Garamond"/>
          <w:sz w:val="24"/>
        </w:rPr>
        <w:t>STEP 1 — Keyword Research</w:t>
      </w:r>
    </w:p>
    <w:p w14:paraId="462E6A95" w14:textId="77777777" w:rsidR="001A5159" w:rsidRDefault="00000000">
      <w:r>
        <w:rPr>
          <w:rFonts w:ascii="Garamond" w:hAnsi="Garamond"/>
          <w:sz w:val="24"/>
        </w:rPr>
        <w:t>Use this prompt:</w:t>
      </w:r>
    </w:p>
    <w:p w14:paraId="7DBBBD87" w14:textId="77777777" w:rsidR="001A5159" w:rsidRDefault="00000000">
      <w:r>
        <w:rPr>
          <w:rFonts w:ascii="Garamond" w:hAnsi="Garamond"/>
          <w:sz w:val="24"/>
        </w:rPr>
        <w:t>“Give me 20 SEO keyword opportunities for a website. Include search intent, competition score, and article suggestions.”</w:t>
      </w:r>
    </w:p>
    <w:p w14:paraId="2662D75C" w14:textId="77777777" w:rsidR="001A5159" w:rsidRDefault="00000000">
      <w:r>
        <w:rPr>
          <w:rFonts w:ascii="Garamond" w:hAnsi="Garamond"/>
          <w:sz w:val="24"/>
        </w:rPr>
        <w:t>Pick 1–3 keywords per article.</w:t>
      </w:r>
    </w:p>
    <w:p w14:paraId="38ECACE1" w14:textId="77777777" w:rsidR="001A5159" w:rsidRDefault="001A5159"/>
    <w:p w14:paraId="6AB10003" w14:textId="77777777" w:rsidR="001A5159" w:rsidRDefault="00000000">
      <w:r>
        <w:rPr>
          <w:rFonts w:ascii="Garamond" w:hAnsi="Garamond"/>
          <w:sz w:val="24"/>
        </w:rPr>
        <w:t>STEP 2 — Create the Outline</w:t>
      </w:r>
    </w:p>
    <w:p w14:paraId="235A6FD9" w14:textId="77777777" w:rsidR="001A5159" w:rsidRDefault="00000000">
      <w:r>
        <w:rPr>
          <w:rFonts w:ascii="Garamond" w:hAnsi="Garamond"/>
          <w:sz w:val="24"/>
        </w:rPr>
        <w:t>Ask AI:</w:t>
      </w:r>
    </w:p>
    <w:p w14:paraId="5F819BDE" w14:textId="77777777" w:rsidR="001A5159" w:rsidRDefault="00000000">
      <w:r>
        <w:rPr>
          <w:rFonts w:ascii="Garamond" w:hAnsi="Garamond"/>
          <w:sz w:val="24"/>
        </w:rPr>
        <w:t>“Create a detailed SEO outline based on this keyword. Include H1, H2, H3 headings, key talking points, FAQs, and semantic keywords.”</w:t>
      </w:r>
    </w:p>
    <w:p w14:paraId="0A456ACB" w14:textId="77777777" w:rsidR="001A5159" w:rsidRDefault="00000000">
      <w:r>
        <w:rPr>
          <w:rFonts w:ascii="Garamond" w:hAnsi="Garamond"/>
          <w:sz w:val="24"/>
        </w:rPr>
        <w:t>This alone makes you look like an expert.</w:t>
      </w:r>
    </w:p>
    <w:p w14:paraId="241EAABD" w14:textId="77777777" w:rsidR="001A5159" w:rsidRDefault="001A5159"/>
    <w:p w14:paraId="4788E8F4" w14:textId="77777777" w:rsidR="001A5159" w:rsidRDefault="00000000">
      <w:r>
        <w:rPr>
          <w:rFonts w:ascii="Garamond" w:hAnsi="Garamond"/>
          <w:sz w:val="24"/>
        </w:rPr>
        <w:t>STEP 3 — Write the Draft</w:t>
      </w:r>
    </w:p>
    <w:p w14:paraId="6A5DBFBD" w14:textId="77777777" w:rsidR="001A5159" w:rsidRDefault="00000000">
      <w:r>
        <w:rPr>
          <w:rFonts w:ascii="Garamond" w:hAnsi="Garamond"/>
          <w:sz w:val="24"/>
        </w:rPr>
        <w:t>Prompt:</w:t>
      </w:r>
    </w:p>
    <w:p w14:paraId="2991B377" w14:textId="77777777" w:rsidR="001A5159" w:rsidRDefault="00000000">
      <w:r>
        <w:rPr>
          <w:rFonts w:ascii="Garamond" w:hAnsi="Garamond"/>
          <w:sz w:val="24"/>
        </w:rPr>
        <w:t>“Write a 1,200-word article from this outline in a clear, helpful, professional tone. Add storytelling, examples, and actionable steps.”</w:t>
      </w:r>
    </w:p>
    <w:p w14:paraId="559EB518" w14:textId="77777777" w:rsidR="001A5159" w:rsidRDefault="00000000">
      <w:r>
        <w:rPr>
          <w:rFonts w:ascii="Garamond" w:hAnsi="Garamond"/>
          <w:sz w:val="24"/>
        </w:rPr>
        <w:t>AI produces the full draft.</w:t>
      </w:r>
    </w:p>
    <w:p w14:paraId="449643E4" w14:textId="77777777" w:rsidR="001A5159" w:rsidRDefault="001A5159"/>
    <w:p w14:paraId="53B76A6D" w14:textId="77777777" w:rsidR="001A5159" w:rsidRDefault="00000000">
      <w:r>
        <w:rPr>
          <w:rFonts w:ascii="Garamond" w:hAnsi="Garamond"/>
          <w:sz w:val="24"/>
        </w:rPr>
        <w:t>STEP 4 — Optimize the Content</w:t>
      </w:r>
    </w:p>
    <w:p w14:paraId="3E7AC751" w14:textId="77777777" w:rsidR="001A5159" w:rsidRDefault="00000000">
      <w:r>
        <w:rPr>
          <w:rFonts w:ascii="Garamond" w:hAnsi="Garamond"/>
          <w:sz w:val="24"/>
        </w:rPr>
        <w:t>Ask AI:</w:t>
      </w:r>
    </w:p>
    <w:p w14:paraId="073D419A" w14:textId="77777777" w:rsidR="001A5159" w:rsidRDefault="00000000">
      <w:r>
        <w:rPr>
          <w:rFonts w:ascii="Garamond" w:hAnsi="Garamond"/>
          <w:sz w:val="24"/>
        </w:rPr>
        <w:t>“Increase clarity.”</w:t>
      </w:r>
    </w:p>
    <w:p w14:paraId="540A55E2" w14:textId="77777777" w:rsidR="001A5159" w:rsidRDefault="00000000">
      <w:r>
        <w:rPr>
          <w:rFonts w:ascii="Garamond" w:hAnsi="Garamond"/>
          <w:sz w:val="24"/>
        </w:rPr>
        <w:t>“Improve transitions.”</w:t>
      </w:r>
    </w:p>
    <w:p w14:paraId="2B8DADFF" w14:textId="77777777" w:rsidR="001A5159" w:rsidRDefault="00000000">
      <w:r>
        <w:rPr>
          <w:rFonts w:ascii="Garamond" w:hAnsi="Garamond"/>
          <w:sz w:val="24"/>
        </w:rPr>
        <w:t>“Add metaphors to simplify this section.”</w:t>
      </w:r>
    </w:p>
    <w:p w14:paraId="7558E2E1" w14:textId="77777777" w:rsidR="001A5159" w:rsidRDefault="00000000">
      <w:r>
        <w:rPr>
          <w:rFonts w:ascii="Garamond" w:hAnsi="Garamond"/>
          <w:sz w:val="24"/>
        </w:rPr>
        <w:t>“Rewrite in 3 tones: expert, conversational, and bold.”</w:t>
      </w:r>
    </w:p>
    <w:p w14:paraId="6E04CA5F" w14:textId="77777777" w:rsidR="001A5159" w:rsidRDefault="00000000">
      <w:r>
        <w:rPr>
          <w:rFonts w:ascii="Garamond" w:hAnsi="Garamond"/>
          <w:sz w:val="24"/>
        </w:rPr>
        <w:t>“Add internal and external link opportunities.”</w:t>
      </w:r>
    </w:p>
    <w:p w14:paraId="48D4896F" w14:textId="77777777" w:rsidR="001A5159" w:rsidRDefault="00000000">
      <w:r>
        <w:rPr>
          <w:rFonts w:ascii="Garamond" w:hAnsi="Garamond"/>
          <w:sz w:val="24"/>
        </w:rPr>
        <w:t>Optional powerful step:</w:t>
      </w:r>
      <w:r>
        <w:rPr>
          <w:rFonts w:ascii="Garamond" w:hAnsi="Garamond"/>
          <w:sz w:val="24"/>
        </w:rPr>
        <w:br/>
        <w:t>Run through SurferSEO or NeuronWriter to hit top-ranking scores.</w:t>
      </w:r>
    </w:p>
    <w:p w14:paraId="1CA948F5" w14:textId="77777777" w:rsidR="001A5159" w:rsidRDefault="001A5159"/>
    <w:p w14:paraId="2560AC7B" w14:textId="77777777" w:rsidR="001A5159" w:rsidRDefault="00000000">
      <w:r>
        <w:rPr>
          <w:rFonts w:ascii="Garamond" w:hAnsi="Garamond"/>
          <w:sz w:val="24"/>
        </w:rPr>
        <w:t>STEP 5 — Add Visuals (Optional)</w:t>
      </w:r>
    </w:p>
    <w:p w14:paraId="08C5BD7C" w14:textId="77777777" w:rsidR="001A5159" w:rsidRDefault="00000000">
      <w:r>
        <w:rPr>
          <w:rFonts w:ascii="Garamond" w:hAnsi="Garamond"/>
          <w:sz w:val="24"/>
        </w:rPr>
        <w:t>Use:</w:t>
      </w:r>
    </w:p>
    <w:p w14:paraId="2502E683" w14:textId="77777777" w:rsidR="001A5159" w:rsidRDefault="00000000">
      <w:r>
        <w:rPr>
          <w:rFonts w:ascii="Garamond" w:hAnsi="Garamond"/>
          <w:sz w:val="24"/>
        </w:rPr>
        <w:t>Canva</w:t>
      </w:r>
    </w:p>
    <w:p w14:paraId="7B51E65C" w14:textId="77777777" w:rsidR="001A5159" w:rsidRDefault="00000000">
      <w:r>
        <w:rPr>
          <w:rFonts w:ascii="Garamond" w:hAnsi="Garamond"/>
          <w:sz w:val="24"/>
        </w:rPr>
        <w:t>Pexels</w:t>
      </w:r>
    </w:p>
    <w:p w14:paraId="0FFF4F29" w14:textId="77777777" w:rsidR="001A5159" w:rsidRDefault="00000000">
      <w:r>
        <w:rPr>
          <w:rFonts w:ascii="Garamond" w:hAnsi="Garamond"/>
          <w:sz w:val="24"/>
        </w:rPr>
        <w:t>custom graphics</w:t>
      </w:r>
    </w:p>
    <w:p w14:paraId="508C958F" w14:textId="77777777" w:rsidR="001A5159" w:rsidRDefault="00000000">
      <w:r>
        <w:rPr>
          <w:rFonts w:ascii="Garamond" w:hAnsi="Garamond"/>
          <w:sz w:val="24"/>
        </w:rPr>
        <w:t>charts</w:t>
      </w:r>
    </w:p>
    <w:p w14:paraId="3C527B99" w14:textId="77777777" w:rsidR="001A5159" w:rsidRDefault="00000000">
      <w:proofErr w:type="gramStart"/>
      <w:r>
        <w:rPr>
          <w:rFonts w:ascii="Garamond" w:hAnsi="Garamond"/>
          <w:sz w:val="24"/>
        </w:rPr>
        <w:t>simple</w:t>
      </w:r>
      <w:proofErr w:type="gramEnd"/>
      <w:r>
        <w:rPr>
          <w:rFonts w:ascii="Garamond" w:hAnsi="Garamond"/>
          <w:sz w:val="24"/>
        </w:rPr>
        <w:t xml:space="preserve"> icons</w:t>
      </w:r>
    </w:p>
    <w:p w14:paraId="435C5E98" w14:textId="77777777" w:rsidR="001A5159" w:rsidRDefault="00000000">
      <w:r>
        <w:rPr>
          <w:rFonts w:ascii="Garamond" w:hAnsi="Garamond"/>
          <w:sz w:val="24"/>
        </w:rPr>
        <w:t>This boosts professionalism.</w:t>
      </w:r>
    </w:p>
    <w:p w14:paraId="49A5C808" w14:textId="77777777" w:rsidR="001A5159" w:rsidRDefault="001A5159"/>
    <w:p w14:paraId="77F7BA70" w14:textId="77777777" w:rsidR="001A5159" w:rsidRDefault="00000000">
      <w:r>
        <w:rPr>
          <w:rFonts w:ascii="Garamond" w:hAnsi="Garamond"/>
          <w:sz w:val="24"/>
        </w:rPr>
        <w:lastRenderedPageBreak/>
        <w:t xml:space="preserve">STEP 6 — Deliver Clean + </w:t>
      </w:r>
      <w:proofErr w:type="gramStart"/>
      <w:r>
        <w:rPr>
          <w:rFonts w:ascii="Garamond" w:hAnsi="Garamond"/>
          <w:sz w:val="24"/>
        </w:rPr>
        <w:t>Formatted</w:t>
      </w:r>
      <w:proofErr w:type="gramEnd"/>
    </w:p>
    <w:p w14:paraId="75B84B3A" w14:textId="77777777" w:rsidR="001A5159" w:rsidRDefault="00000000">
      <w:r>
        <w:rPr>
          <w:rFonts w:ascii="Garamond" w:hAnsi="Garamond"/>
          <w:sz w:val="24"/>
        </w:rPr>
        <w:t>Export:</w:t>
      </w:r>
    </w:p>
    <w:p w14:paraId="3A2AE9AE" w14:textId="77777777" w:rsidR="001A5159" w:rsidRDefault="00000000">
      <w:r>
        <w:rPr>
          <w:rFonts w:ascii="Garamond" w:hAnsi="Garamond"/>
          <w:sz w:val="24"/>
        </w:rPr>
        <w:t>Google Doc</w:t>
      </w:r>
    </w:p>
    <w:p w14:paraId="1B538A8F" w14:textId="77777777" w:rsidR="001A5159" w:rsidRDefault="00000000">
      <w:r>
        <w:rPr>
          <w:rFonts w:ascii="Garamond" w:hAnsi="Garamond"/>
          <w:sz w:val="24"/>
        </w:rPr>
        <w:t>PDF</w:t>
      </w:r>
    </w:p>
    <w:p w14:paraId="6EF75B53" w14:textId="77777777" w:rsidR="001A5159" w:rsidRDefault="00000000">
      <w:r>
        <w:rPr>
          <w:rFonts w:ascii="Garamond" w:hAnsi="Garamond"/>
          <w:sz w:val="24"/>
        </w:rPr>
        <w:t>Markdown (for blogs)</w:t>
      </w:r>
    </w:p>
    <w:p w14:paraId="22777504" w14:textId="77777777" w:rsidR="001A5159" w:rsidRDefault="00000000">
      <w:r>
        <w:rPr>
          <w:rFonts w:ascii="Garamond" w:hAnsi="Garamond"/>
          <w:sz w:val="24"/>
        </w:rPr>
        <w:t>Offer a bundle:</w:t>
      </w:r>
    </w:p>
    <w:p w14:paraId="5BD0E9A7" w14:textId="77777777" w:rsidR="001A5159" w:rsidRDefault="00000000">
      <w:r>
        <w:rPr>
          <w:rFonts w:ascii="Garamond" w:hAnsi="Garamond"/>
          <w:sz w:val="24"/>
        </w:rPr>
        <w:t>3–5 articles/month</w:t>
      </w:r>
    </w:p>
    <w:p w14:paraId="78A08547" w14:textId="77777777" w:rsidR="001A5159" w:rsidRDefault="00000000">
      <w:r>
        <w:rPr>
          <w:rFonts w:ascii="Garamond" w:hAnsi="Garamond"/>
          <w:sz w:val="24"/>
        </w:rPr>
        <w:t>URL suggestions</w:t>
      </w:r>
    </w:p>
    <w:p w14:paraId="4125FE49" w14:textId="77777777" w:rsidR="001A5159" w:rsidRDefault="00000000">
      <w:r>
        <w:rPr>
          <w:rFonts w:ascii="Garamond" w:hAnsi="Garamond"/>
          <w:sz w:val="24"/>
        </w:rPr>
        <w:t>SEO title + description</w:t>
      </w:r>
    </w:p>
    <w:p w14:paraId="69991C58" w14:textId="77777777" w:rsidR="001A5159" w:rsidRDefault="00000000">
      <w:r>
        <w:rPr>
          <w:rFonts w:ascii="Garamond" w:hAnsi="Garamond"/>
          <w:sz w:val="24"/>
        </w:rPr>
        <w:t>CTA placement</w:t>
      </w:r>
    </w:p>
    <w:p w14:paraId="31E15667" w14:textId="77777777" w:rsidR="001A5159" w:rsidRDefault="00000000">
      <w:r>
        <w:rPr>
          <w:rFonts w:ascii="Garamond" w:hAnsi="Garamond"/>
          <w:sz w:val="24"/>
        </w:rPr>
        <w:t>This is where retainers come in.</w:t>
      </w:r>
    </w:p>
    <w:p w14:paraId="2CBC7F9E" w14:textId="77777777" w:rsidR="001A5159" w:rsidRDefault="001A5159"/>
    <w:p w14:paraId="56788DD7" w14:textId="77777777" w:rsidR="001A5159" w:rsidRDefault="00000000">
      <w:r>
        <w:rPr>
          <w:rFonts w:ascii="Garamond" w:hAnsi="Garamond"/>
          <w:sz w:val="24"/>
        </w:rPr>
        <w:t>Beginner Proof Portfolio</w:t>
      </w:r>
    </w:p>
    <w:p w14:paraId="69E648D8" w14:textId="77777777" w:rsidR="001A5159" w:rsidRDefault="00000000">
      <w:r>
        <w:rPr>
          <w:rFonts w:ascii="Garamond" w:hAnsi="Garamond"/>
          <w:sz w:val="24"/>
        </w:rPr>
        <w:t>Create:</w:t>
      </w:r>
    </w:p>
    <w:p w14:paraId="42857B35" w14:textId="77777777" w:rsidR="001A5159" w:rsidRDefault="00000000">
      <w:r>
        <w:rPr>
          <w:rFonts w:ascii="Garamond" w:hAnsi="Garamond"/>
          <w:sz w:val="24"/>
        </w:rPr>
        <w:t>2 SEO blog samples</w:t>
      </w:r>
    </w:p>
    <w:p w14:paraId="15D479F2" w14:textId="77777777" w:rsidR="001A5159" w:rsidRDefault="00000000">
      <w:r>
        <w:rPr>
          <w:rFonts w:ascii="Garamond" w:hAnsi="Garamond"/>
          <w:sz w:val="24"/>
        </w:rPr>
        <w:t>1 service page sample</w:t>
      </w:r>
    </w:p>
    <w:p w14:paraId="1356FCA7" w14:textId="77777777" w:rsidR="001A5159" w:rsidRDefault="00000000">
      <w:r>
        <w:rPr>
          <w:rFonts w:ascii="Garamond" w:hAnsi="Garamond"/>
          <w:sz w:val="24"/>
        </w:rPr>
        <w:t>1 “Top 10” list article</w:t>
      </w:r>
    </w:p>
    <w:p w14:paraId="0B274DF1" w14:textId="77777777" w:rsidR="001A5159" w:rsidRDefault="00000000">
      <w:r>
        <w:rPr>
          <w:rFonts w:ascii="Garamond" w:hAnsi="Garamond"/>
          <w:sz w:val="24"/>
        </w:rPr>
        <w:t xml:space="preserve">1 brand voice aligned </w:t>
      </w:r>
      <w:proofErr w:type="gramStart"/>
      <w:r>
        <w:rPr>
          <w:rFonts w:ascii="Garamond" w:hAnsi="Garamond"/>
          <w:sz w:val="24"/>
        </w:rPr>
        <w:t>piece</w:t>
      </w:r>
      <w:proofErr w:type="gramEnd"/>
    </w:p>
    <w:p w14:paraId="7DE5BDA9" w14:textId="77777777" w:rsidR="001A5159" w:rsidRDefault="00000000">
      <w:r>
        <w:rPr>
          <w:rFonts w:ascii="Garamond" w:hAnsi="Garamond"/>
          <w:sz w:val="24"/>
        </w:rPr>
        <w:t>Five pieces = instant credibility.</w:t>
      </w:r>
    </w:p>
    <w:p w14:paraId="71A9F58D" w14:textId="77777777" w:rsidR="001A5159" w:rsidRDefault="001A5159"/>
    <w:p w14:paraId="203E177D" w14:textId="77777777" w:rsidR="001A5159" w:rsidRDefault="00000000">
      <w:r>
        <w:rPr>
          <w:rFonts w:ascii="Garamond" w:hAnsi="Garamond"/>
          <w:sz w:val="24"/>
        </w:rPr>
        <w:t>Pricing Guide</w:t>
      </w:r>
    </w:p>
    <w:p w14:paraId="0917D43B" w14:textId="77777777" w:rsidR="001A5159" w:rsidRDefault="00000000">
      <w:r>
        <w:rPr>
          <w:rFonts w:ascii="Garamond" w:hAnsi="Garamond"/>
          <w:sz w:val="24"/>
        </w:rPr>
        <w:t>Beginners:</w:t>
      </w:r>
    </w:p>
    <w:p w14:paraId="72358949" w14:textId="77777777" w:rsidR="001A5159" w:rsidRDefault="00000000">
      <w:r>
        <w:rPr>
          <w:rFonts w:ascii="Garamond" w:hAnsi="Garamond"/>
          <w:sz w:val="24"/>
        </w:rPr>
        <w:t>$40–$75 per blog post</w:t>
      </w:r>
    </w:p>
    <w:p w14:paraId="0AE0BC05" w14:textId="77777777" w:rsidR="001A5159" w:rsidRDefault="00000000">
      <w:r>
        <w:rPr>
          <w:rFonts w:ascii="Garamond" w:hAnsi="Garamond"/>
          <w:sz w:val="24"/>
        </w:rPr>
        <w:t>$75–$150 website pages</w:t>
      </w:r>
    </w:p>
    <w:p w14:paraId="6A99C117" w14:textId="77777777" w:rsidR="001A5159" w:rsidRDefault="00000000">
      <w:r>
        <w:rPr>
          <w:rFonts w:ascii="Garamond" w:hAnsi="Garamond"/>
          <w:sz w:val="24"/>
        </w:rPr>
        <w:t>Intermediate:</w:t>
      </w:r>
    </w:p>
    <w:p w14:paraId="27916ED1" w14:textId="77777777" w:rsidR="001A5159" w:rsidRDefault="00000000">
      <w:r>
        <w:rPr>
          <w:rFonts w:ascii="Garamond" w:hAnsi="Garamond"/>
          <w:sz w:val="24"/>
        </w:rPr>
        <w:lastRenderedPageBreak/>
        <w:t>$150–$300/blog</w:t>
      </w:r>
    </w:p>
    <w:p w14:paraId="11550B24" w14:textId="77777777" w:rsidR="001A5159" w:rsidRDefault="00000000">
      <w:r>
        <w:rPr>
          <w:rFonts w:ascii="Garamond" w:hAnsi="Garamond"/>
          <w:sz w:val="24"/>
        </w:rPr>
        <w:t>$300–$700 service pages</w:t>
      </w:r>
    </w:p>
    <w:p w14:paraId="069914EF" w14:textId="77777777" w:rsidR="001A5159" w:rsidRDefault="00000000">
      <w:r>
        <w:rPr>
          <w:rFonts w:ascii="Garamond" w:hAnsi="Garamond"/>
          <w:sz w:val="24"/>
        </w:rPr>
        <w:t>$300–$500/month retainers</w:t>
      </w:r>
    </w:p>
    <w:p w14:paraId="39C4D8C9" w14:textId="77777777" w:rsidR="001A5159" w:rsidRDefault="00000000">
      <w:r>
        <w:rPr>
          <w:rFonts w:ascii="Garamond" w:hAnsi="Garamond"/>
          <w:sz w:val="24"/>
        </w:rPr>
        <w:t>Pro:</w:t>
      </w:r>
    </w:p>
    <w:p w14:paraId="4FBD6731" w14:textId="77777777" w:rsidR="001A5159" w:rsidRDefault="00000000">
      <w:r>
        <w:rPr>
          <w:rFonts w:ascii="Garamond" w:hAnsi="Garamond"/>
          <w:sz w:val="24"/>
        </w:rPr>
        <w:t>$1,000/month retainers</w:t>
      </w:r>
    </w:p>
    <w:p w14:paraId="302CAA47" w14:textId="77777777" w:rsidR="001A5159" w:rsidRDefault="00000000">
      <w:r>
        <w:rPr>
          <w:rFonts w:ascii="Garamond" w:hAnsi="Garamond"/>
          <w:sz w:val="24"/>
        </w:rPr>
        <w:t>$3,000–$8,000 website rewrites</w:t>
      </w:r>
    </w:p>
    <w:p w14:paraId="3C8D39B7" w14:textId="77777777" w:rsidR="001A5159" w:rsidRDefault="00000000">
      <w:r>
        <w:rPr>
          <w:rFonts w:ascii="Garamond" w:hAnsi="Garamond"/>
          <w:sz w:val="24"/>
        </w:rPr>
        <w:t>SEO management packages $5,000+</w:t>
      </w:r>
    </w:p>
    <w:p w14:paraId="10EBE5BE" w14:textId="77777777" w:rsidR="001A5159" w:rsidRDefault="00000000">
      <w:r>
        <w:rPr>
          <w:rFonts w:ascii="Garamond" w:hAnsi="Garamond"/>
          <w:sz w:val="24"/>
        </w:rPr>
        <w:t>Businesses pay because great content earns revenue.</w:t>
      </w:r>
    </w:p>
    <w:p w14:paraId="44D96FB5" w14:textId="77777777" w:rsidR="001A5159" w:rsidRDefault="001A5159"/>
    <w:p w14:paraId="649F49BE" w14:textId="77777777" w:rsidR="001A5159" w:rsidRDefault="00000000">
      <w:r>
        <w:rPr>
          <w:rFonts w:ascii="Garamond" w:hAnsi="Garamond"/>
          <w:sz w:val="24"/>
        </w:rPr>
        <w:t>Pro Accelerators</w:t>
      </w:r>
    </w:p>
    <w:p w14:paraId="4DDCF9CE" w14:textId="77777777" w:rsidR="001A5159" w:rsidRDefault="00000000">
      <w:r>
        <w:rPr>
          <w:rFonts w:ascii="Garamond" w:hAnsi="Garamond"/>
          <w:sz w:val="24"/>
        </w:rPr>
        <w:t>keyword research packages</w:t>
      </w:r>
    </w:p>
    <w:p w14:paraId="31683060" w14:textId="77777777" w:rsidR="001A5159" w:rsidRDefault="00000000">
      <w:r>
        <w:rPr>
          <w:rFonts w:ascii="Garamond" w:hAnsi="Garamond"/>
          <w:sz w:val="24"/>
        </w:rPr>
        <w:t>SEO audits</w:t>
      </w:r>
    </w:p>
    <w:p w14:paraId="051492DE" w14:textId="77777777" w:rsidR="001A5159" w:rsidRDefault="00000000">
      <w:r>
        <w:rPr>
          <w:rFonts w:ascii="Garamond" w:hAnsi="Garamond"/>
          <w:sz w:val="24"/>
        </w:rPr>
        <w:t>content calendars</w:t>
      </w:r>
    </w:p>
    <w:p w14:paraId="015306C6" w14:textId="77777777" w:rsidR="001A5159" w:rsidRDefault="00000000">
      <w:r>
        <w:rPr>
          <w:rFonts w:ascii="Garamond" w:hAnsi="Garamond"/>
          <w:sz w:val="24"/>
        </w:rPr>
        <w:t>repurposing blogs to social posts</w:t>
      </w:r>
    </w:p>
    <w:p w14:paraId="69378F47" w14:textId="77777777" w:rsidR="001A5159" w:rsidRDefault="00000000">
      <w:r>
        <w:rPr>
          <w:rFonts w:ascii="Garamond" w:hAnsi="Garamond"/>
          <w:sz w:val="24"/>
        </w:rPr>
        <w:t>interlinking optimization</w:t>
      </w:r>
    </w:p>
    <w:p w14:paraId="13807D39" w14:textId="77777777" w:rsidR="001A5159" w:rsidRDefault="00000000">
      <w:r>
        <w:rPr>
          <w:rFonts w:ascii="Garamond" w:hAnsi="Garamond"/>
          <w:sz w:val="24"/>
        </w:rPr>
        <w:t>adding lead magnets</w:t>
      </w:r>
    </w:p>
    <w:p w14:paraId="4350BE43" w14:textId="77777777" w:rsidR="001A5159" w:rsidRDefault="00000000">
      <w:r>
        <w:rPr>
          <w:rFonts w:ascii="Garamond" w:hAnsi="Garamond"/>
          <w:sz w:val="24"/>
        </w:rPr>
        <w:t>evergreen content updates</w:t>
      </w:r>
    </w:p>
    <w:p w14:paraId="0B9FDFEB" w14:textId="77777777" w:rsidR="001A5159" w:rsidRDefault="00000000">
      <w:r>
        <w:rPr>
          <w:rFonts w:ascii="Garamond" w:hAnsi="Garamond"/>
          <w:sz w:val="24"/>
        </w:rPr>
        <w:t>niche authority site build-</w:t>
      </w:r>
      <w:proofErr w:type="gramStart"/>
      <w:r>
        <w:rPr>
          <w:rFonts w:ascii="Garamond" w:hAnsi="Garamond"/>
          <w:sz w:val="24"/>
        </w:rPr>
        <w:t>outs</w:t>
      </w:r>
      <w:proofErr w:type="gramEnd"/>
    </w:p>
    <w:p w14:paraId="0F5DEA1B" w14:textId="77777777" w:rsidR="001A5159" w:rsidRDefault="00000000">
      <w:r>
        <w:rPr>
          <w:rFonts w:ascii="Garamond" w:hAnsi="Garamond"/>
          <w:sz w:val="24"/>
        </w:rPr>
        <w:t>These additions multiply your earning potential.</w:t>
      </w:r>
    </w:p>
    <w:p w14:paraId="20EAB5F9" w14:textId="77777777" w:rsidR="001A5159" w:rsidRDefault="001A5159"/>
    <w:p w14:paraId="6753D2B8" w14:textId="77777777" w:rsidR="001A5159" w:rsidRDefault="00000000">
      <w:r>
        <w:rPr>
          <w:rFonts w:ascii="Garamond" w:hAnsi="Garamond"/>
          <w:sz w:val="24"/>
        </w:rPr>
        <w:t>MICRO CASE STUDY — BLUEPRINT SIX</w:t>
      </w:r>
    </w:p>
    <w:p w14:paraId="15C7BEB4" w14:textId="77777777" w:rsidR="001A5159" w:rsidRDefault="00000000">
      <w:r>
        <w:rPr>
          <w:rFonts w:ascii="Garamond" w:hAnsi="Garamond"/>
          <w:sz w:val="24"/>
        </w:rPr>
        <w:t>Case Study: From “I’m Not a Writer” to $1,200 in SEO Articles in 14 Days</w:t>
      </w:r>
    </w:p>
    <w:p w14:paraId="2AEBBB69" w14:textId="77777777" w:rsidR="001A5159" w:rsidRDefault="00000000">
      <w:r>
        <w:rPr>
          <w:rFonts w:ascii="Garamond" w:hAnsi="Garamond"/>
          <w:sz w:val="24"/>
        </w:rPr>
        <w:t>Ramon didn’t think he could write.</w:t>
      </w:r>
      <w:r>
        <w:rPr>
          <w:rFonts w:ascii="Garamond" w:hAnsi="Garamond"/>
          <w:sz w:val="24"/>
        </w:rPr>
        <w:br/>
        <w:t>He avoided writing his entire life.</w:t>
      </w:r>
      <w:r>
        <w:rPr>
          <w:rFonts w:ascii="Garamond" w:hAnsi="Garamond"/>
          <w:sz w:val="24"/>
        </w:rPr>
        <w:br/>
        <w:t>He assumed SEO was “too technical.”</w:t>
      </w:r>
    </w:p>
    <w:p w14:paraId="30817194" w14:textId="77777777" w:rsidR="001A5159" w:rsidRDefault="00000000">
      <w:r>
        <w:rPr>
          <w:rFonts w:ascii="Garamond" w:hAnsi="Garamond"/>
          <w:sz w:val="24"/>
        </w:rPr>
        <w:t>He followed Blueprint 6 exactly:</w:t>
      </w:r>
    </w:p>
    <w:p w14:paraId="70EF0AB6" w14:textId="77777777" w:rsidR="001A5159" w:rsidRDefault="00000000">
      <w:r>
        <w:rPr>
          <w:rFonts w:ascii="Garamond" w:hAnsi="Garamond"/>
          <w:sz w:val="24"/>
        </w:rPr>
        <w:lastRenderedPageBreak/>
        <w:t xml:space="preserve">used AI to generate keyword </w:t>
      </w:r>
      <w:proofErr w:type="gramStart"/>
      <w:r>
        <w:rPr>
          <w:rFonts w:ascii="Garamond" w:hAnsi="Garamond"/>
          <w:sz w:val="24"/>
        </w:rPr>
        <w:t>ideas</w:t>
      </w:r>
      <w:proofErr w:type="gramEnd"/>
    </w:p>
    <w:p w14:paraId="1D7AE10E" w14:textId="77777777" w:rsidR="001A5159" w:rsidRDefault="00000000">
      <w:r>
        <w:rPr>
          <w:rFonts w:ascii="Garamond" w:hAnsi="Garamond"/>
          <w:sz w:val="24"/>
        </w:rPr>
        <w:t xml:space="preserve">asked ChatGPT to create a full </w:t>
      </w:r>
      <w:proofErr w:type="gramStart"/>
      <w:r>
        <w:rPr>
          <w:rFonts w:ascii="Garamond" w:hAnsi="Garamond"/>
          <w:sz w:val="24"/>
        </w:rPr>
        <w:t>outline</w:t>
      </w:r>
      <w:proofErr w:type="gramEnd"/>
    </w:p>
    <w:p w14:paraId="0E189029" w14:textId="77777777" w:rsidR="001A5159" w:rsidRDefault="00000000">
      <w:r>
        <w:rPr>
          <w:rFonts w:ascii="Garamond" w:hAnsi="Garamond"/>
          <w:sz w:val="24"/>
        </w:rPr>
        <w:t xml:space="preserve">drafted a 1,200-word article using </w:t>
      </w:r>
      <w:proofErr w:type="gramStart"/>
      <w:r>
        <w:rPr>
          <w:rFonts w:ascii="Garamond" w:hAnsi="Garamond"/>
          <w:sz w:val="24"/>
        </w:rPr>
        <w:t>AI</w:t>
      </w:r>
      <w:proofErr w:type="gramEnd"/>
    </w:p>
    <w:p w14:paraId="5F5F1F9A" w14:textId="77777777" w:rsidR="001A5159" w:rsidRDefault="00000000">
      <w:r>
        <w:rPr>
          <w:rFonts w:ascii="Garamond" w:hAnsi="Garamond"/>
          <w:sz w:val="24"/>
        </w:rPr>
        <w:t xml:space="preserve">improved it with “make this more </w:t>
      </w:r>
      <w:proofErr w:type="gramStart"/>
      <w:r>
        <w:rPr>
          <w:rFonts w:ascii="Garamond" w:hAnsi="Garamond"/>
          <w:sz w:val="24"/>
        </w:rPr>
        <w:t>expert-level</w:t>
      </w:r>
      <w:proofErr w:type="gramEnd"/>
      <w:r>
        <w:rPr>
          <w:rFonts w:ascii="Garamond" w:hAnsi="Garamond"/>
          <w:sz w:val="24"/>
        </w:rPr>
        <w:t xml:space="preserve">” </w:t>
      </w:r>
      <w:proofErr w:type="gramStart"/>
      <w:r>
        <w:rPr>
          <w:rFonts w:ascii="Garamond" w:hAnsi="Garamond"/>
          <w:sz w:val="24"/>
        </w:rPr>
        <w:t>prompts</w:t>
      </w:r>
      <w:proofErr w:type="gramEnd"/>
    </w:p>
    <w:p w14:paraId="5F4C4550" w14:textId="77777777" w:rsidR="001A5159" w:rsidRDefault="00000000">
      <w:r>
        <w:rPr>
          <w:rFonts w:ascii="Garamond" w:hAnsi="Garamond"/>
          <w:sz w:val="24"/>
        </w:rPr>
        <w:t xml:space="preserve">created three samples in a single </w:t>
      </w:r>
      <w:proofErr w:type="gramStart"/>
      <w:r>
        <w:rPr>
          <w:rFonts w:ascii="Garamond" w:hAnsi="Garamond"/>
          <w:sz w:val="24"/>
        </w:rPr>
        <w:t>afternoon</w:t>
      </w:r>
      <w:proofErr w:type="gramEnd"/>
    </w:p>
    <w:p w14:paraId="0C0BFD42" w14:textId="77777777" w:rsidR="001A5159" w:rsidRDefault="00000000">
      <w:r>
        <w:rPr>
          <w:rFonts w:ascii="Garamond" w:hAnsi="Garamond"/>
          <w:sz w:val="24"/>
        </w:rPr>
        <w:t>He posted a simple offer:</w:t>
      </w:r>
    </w:p>
    <w:p w14:paraId="42FF95BB"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AI-assisted SEO workflow — want a free sample blog post for your business?”</w:t>
      </w:r>
    </w:p>
    <w:p w14:paraId="62200F15" w14:textId="77777777" w:rsidR="001A5159" w:rsidRDefault="00000000">
      <w:r>
        <w:rPr>
          <w:rFonts w:ascii="Garamond" w:hAnsi="Garamond"/>
          <w:sz w:val="24"/>
        </w:rPr>
        <w:t>A local roofing company responded.</w:t>
      </w:r>
    </w:p>
    <w:p w14:paraId="02EF84E8" w14:textId="77777777" w:rsidR="001A5159" w:rsidRDefault="00000000">
      <w:r>
        <w:rPr>
          <w:rFonts w:ascii="Garamond" w:hAnsi="Garamond"/>
          <w:sz w:val="24"/>
        </w:rPr>
        <w:t>They loved the sample.</w:t>
      </w:r>
    </w:p>
    <w:p w14:paraId="39CA5774" w14:textId="77777777" w:rsidR="001A5159" w:rsidRDefault="00000000">
      <w:r>
        <w:rPr>
          <w:rFonts w:ascii="Garamond" w:hAnsi="Garamond"/>
          <w:sz w:val="24"/>
        </w:rPr>
        <w:t>They bought 4 articles for $400.</w:t>
      </w:r>
    </w:p>
    <w:p w14:paraId="2289C633" w14:textId="77777777" w:rsidR="001A5159" w:rsidRDefault="00000000">
      <w:r>
        <w:rPr>
          <w:rFonts w:ascii="Garamond" w:hAnsi="Garamond"/>
          <w:sz w:val="24"/>
        </w:rPr>
        <w:t>Then a fitness coach saw his post → booked 3 articles for $300.</w:t>
      </w:r>
    </w:p>
    <w:p w14:paraId="1A8560D4" w14:textId="77777777" w:rsidR="001A5159" w:rsidRDefault="00000000">
      <w:r>
        <w:rPr>
          <w:rFonts w:ascii="Garamond" w:hAnsi="Garamond"/>
          <w:sz w:val="24"/>
        </w:rPr>
        <w:t>Within two weeks:</w:t>
      </w:r>
    </w:p>
    <w:p w14:paraId="09E077BD" w14:textId="77777777" w:rsidR="001A5159" w:rsidRDefault="00000000">
      <w:r>
        <w:rPr>
          <w:rFonts w:ascii="Garamond" w:hAnsi="Garamond"/>
          <w:sz w:val="24"/>
        </w:rPr>
        <w:t xml:space="preserve">Ramon sold $1,200 in SEO </w:t>
      </w:r>
      <w:proofErr w:type="gramStart"/>
      <w:r>
        <w:rPr>
          <w:rFonts w:ascii="Garamond" w:hAnsi="Garamond"/>
          <w:sz w:val="24"/>
        </w:rPr>
        <w:t>writing</w:t>
      </w:r>
      <w:proofErr w:type="gramEnd"/>
    </w:p>
    <w:p w14:paraId="035E5585" w14:textId="77777777" w:rsidR="001A5159" w:rsidRDefault="00000000">
      <w:proofErr w:type="gramStart"/>
      <w:r>
        <w:rPr>
          <w:rFonts w:ascii="Garamond" w:hAnsi="Garamond"/>
          <w:sz w:val="24"/>
        </w:rPr>
        <w:t>he</w:t>
      </w:r>
      <w:proofErr w:type="gramEnd"/>
      <w:r>
        <w:rPr>
          <w:rFonts w:ascii="Garamond" w:hAnsi="Garamond"/>
          <w:sz w:val="24"/>
        </w:rPr>
        <w:t xml:space="preserve"> built a 5-piece </w:t>
      </w:r>
      <w:proofErr w:type="gramStart"/>
      <w:r>
        <w:rPr>
          <w:rFonts w:ascii="Garamond" w:hAnsi="Garamond"/>
          <w:sz w:val="24"/>
        </w:rPr>
        <w:t>portfolio</w:t>
      </w:r>
      <w:proofErr w:type="gramEnd"/>
    </w:p>
    <w:p w14:paraId="55038A36" w14:textId="77777777" w:rsidR="001A5159" w:rsidRDefault="00000000">
      <w:r>
        <w:rPr>
          <w:rFonts w:ascii="Garamond" w:hAnsi="Garamond"/>
          <w:sz w:val="24"/>
        </w:rPr>
        <w:t xml:space="preserve">he signed his first recurring </w:t>
      </w:r>
      <w:proofErr w:type="gramStart"/>
      <w:r>
        <w:rPr>
          <w:rFonts w:ascii="Garamond" w:hAnsi="Garamond"/>
          <w:sz w:val="24"/>
        </w:rPr>
        <w:t>client</w:t>
      </w:r>
      <w:proofErr w:type="gramEnd"/>
    </w:p>
    <w:p w14:paraId="03DA0A9E" w14:textId="77777777" w:rsidR="001A5159" w:rsidRDefault="00000000">
      <w:r>
        <w:rPr>
          <w:rFonts w:ascii="Garamond" w:hAnsi="Garamond"/>
          <w:sz w:val="24"/>
        </w:rPr>
        <w:t>his confidence skyrocketed</w:t>
      </w:r>
    </w:p>
    <w:p w14:paraId="5ED6106F" w14:textId="77777777" w:rsidR="001A5159" w:rsidRDefault="00000000">
      <w:r>
        <w:rPr>
          <w:rFonts w:ascii="Garamond" w:hAnsi="Garamond"/>
          <w:sz w:val="24"/>
        </w:rPr>
        <w:t>His exact message:</w:t>
      </w:r>
    </w:p>
    <w:p w14:paraId="554165A3" w14:textId="77777777" w:rsidR="001A5159" w:rsidRDefault="00000000">
      <w:r>
        <w:rPr>
          <w:rFonts w:ascii="Garamond" w:hAnsi="Garamond"/>
          <w:sz w:val="24"/>
        </w:rPr>
        <w:t>“I never thought writing could be this easy. AI does most of the work — I just steer it.”</w:t>
      </w:r>
    </w:p>
    <w:p w14:paraId="48E50CF5" w14:textId="77777777" w:rsidR="001A5159" w:rsidRPr="0063351A" w:rsidRDefault="00000000" w:rsidP="0063351A">
      <w:pPr>
        <w:rPr>
          <w:sz w:val="24"/>
          <w:szCs w:val="24"/>
        </w:rPr>
      </w:pPr>
      <w:r w:rsidRPr="0063351A">
        <w:rPr>
          <w:rFonts w:ascii="Garamond" w:hAnsi="Garamond"/>
          <w:b/>
          <w:sz w:val="24"/>
          <w:szCs w:val="24"/>
        </w:rPr>
        <w:t xml:space="preserve">Blueprint 6 proves that high-value services become beginner-friendly when AI </w:t>
      </w:r>
      <w:proofErr w:type="gramStart"/>
      <w:r w:rsidRPr="0063351A">
        <w:rPr>
          <w:rFonts w:ascii="Garamond" w:hAnsi="Garamond"/>
          <w:b/>
          <w:sz w:val="24"/>
          <w:szCs w:val="24"/>
        </w:rPr>
        <w:t>handles</w:t>
      </w:r>
      <w:proofErr w:type="gramEnd"/>
      <w:r w:rsidRPr="0063351A">
        <w:rPr>
          <w:rFonts w:ascii="Garamond" w:hAnsi="Garamond"/>
          <w:b/>
          <w:sz w:val="24"/>
          <w:szCs w:val="24"/>
        </w:rPr>
        <w:t xml:space="preserve"> the complexity.</w:t>
      </w:r>
    </w:p>
    <w:p w14:paraId="18A4EC5F" w14:textId="77777777" w:rsidR="0063351A" w:rsidRDefault="0063351A">
      <w:pPr>
        <w:sectPr w:rsidR="0063351A" w:rsidSect="00034616">
          <w:pgSz w:w="12240" w:h="15840"/>
          <w:pgMar w:top="1440" w:right="1800" w:bottom="1440" w:left="1800" w:header="720" w:footer="720" w:gutter="0"/>
          <w:cols w:space="720"/>
          <w:docGrid w:linePitch="360"/>
        </w:sectPr>
      </w:pPr>
    </w:p>
    <w:p w14:paraId="162EFEAE" w14:textId="77777777" w:rsidR="001A5159" w:rsidRDefault="001A5159"/>
    <w:p w14:paraId="23ED0D5D" w14:textId="77777777" w:rsidR="001A5159" w:rsidRPr="0063351A" w:rsidRDefault="00000000" w:rsidP="0063351A">
      <w:pPr>
        <w:pStyle w:val="Heading1"/>
        <w:rPr>
          <w:rFonts w:ascii="Garamond" w:hAnsi="Garamond"/>
          <w:color w:val="auto"/>
          <w:sz w:val="40"/>
          <w:szCs w:val="40"/>
        </w:rPr>
      </w:pPr>
      <w:bookmarkStart w:id="19" w:name="_Toc214830315"/>
      <w:r w:rsidRPr="0063351A">
        <w:rPr>
          <w:rFonts w:ascii="Garamond" w:hAnsi="Garamond"/>
          <w:color w:val="auto"/>
          <w:sz w:val="40"/>
          <w:szCs w:val="40"/>
        </w:rPr>
        <w:t>BLUEPRINT SEVEN — AI-GENERATED LEAD MAGNETS &amp; LIST-BUILDING ASSETS</w:t>
      </w:r>
      <w:bookmarkEnd w:id="19"/>
    </w:p>
    <w:p w14:paraId="58266C72" w14:textId="77777777" w:rsidR="001A5159" w:rsidRPr="0063351A" w:rsidRDefault="00000000" w:rsidP="0063351A">
      <w:pPr>
        <w:pStyle w:val="Heading2"/>
        <w:rPr>
          <w:rFonts w:ascii="Garamond" w:hAnsi="Garamond"/>
          <w:color w:val="auto"/>
          <w:sz w:val="28"/>
          <w:szCs w:val="28"/>
        </w:rPr>
      </w:pPr>
      <w:bookmarkStart w:id="20" w:name="_Toc214830316"/>
      <w:r w:rsidRPr="0063351A">
        <w:rPr>
          <w:rFonts w:ascii="Garamond" w:hAnsi="Garamond"/>
          <w:color w:val="auto"/>
          <w:sz w:val="28"/>
          <w:szCs w:val="28"/>
        </w:rPr>
        <w:t xml:space="preserve">(The Blueprint That Helps Businesses Capture Leads Faster </w:t>
      </w:r>
      <w:proofErr w:type="gramStart"/>
      <w:r w:rsidRPr="0063351A">
        <w:rPr>
          <w:rFonts w:ascii="Garamond" w:hAnsi="Garamond"/>
          <w:color w:val="auto"/>
          <w:sz w:val="28"/>
          <w:szCs w:val="28"/>
        </w:rPr>
        <w:t>With</w:t>
      </w:r>
      <w:proofErr w:type="gramEnd"/>
      <w:r w:rsidRPr="0063351A">
        <w:rPr>
          <w:rFonts w:ascii="Garamond" w:hAnsi="Garamond"/>
          <w:color w:val="auto"/>
          <w:sz w:val="28"/>
          <w:szCs w:val="28"/>
        </w:rPr>
        <w:t xml:space="preserve"> High-Value, Ready-to-Use Digital Assets)</w:t>
      </w:r>
      <w:bookmarkEnd w:id="20"/>
    </w:p>
    <w:p w14:paraId="551B2C14" w14:textId="77777777" w:rsidR="001A5159" w:rsidRDefault="00000000">
      <w:r>
        <w:rPr>
          <w:rFonts w:ascii="Garamond" w:hAnsi="Garamond"/>
          <w:sz w:val="24"/>
        </w:rPr>
        <w:t>Every business wants more leads.</w:t>
      </w:r>
      <w:r>
        <w:rPr>
          <w:rFonts w:ascii="Garamond" w:hAnsi="Garamond"/>
          <w:sz w:val="24"/>
        </w:rPr>
        <w:br/>
        <w:t>Most businesses have no idea how to create the lead magnets that attract them.</w:t>
      </w:r>
    </w:p>
    <w:p w14:paraId="0E76CCDE" w14:textId="77777777" w:rsidR="001A5159" w:rsidRDefault="00000000">
      <w:r>
        <w:rPr>
          <w:rFonts w:ascii="Garamond" w:hAnsi="Garamond"/>
          <w:sz w:val="24"/>
        </w:rPr>
        <w:t>This blueprint solves that instantly.</w:t>
      </w:r>
    </w:p>
    <w:p w14:paraId="7E9E0CB4" w14:textId="77777777" w:rsidR="001A5159" w:rsidRDefault="00000000">
      <w:r>
        <w:rPr>
          <w:rFonts w:ascii="Garamond" w:hAnsi="Garamond"/>
          <w:sz w:val="24"/>
        </w:rPr>
        <w:t>With AI, you can generate:</w:t>
      </w:r>
    </w:p>
    <w:p w14:paraId="105A4E1A" w14:textId="77777777" w:rsidR="001A5159" w:rsidRDefault="00000000">
      <w:r>
        <w:rPr>
          <w:rFonts w:ascii="Garamond" w:hAnsi="Garamond"/>
          <w:sz w:val="24"/>
        </w:rPr>
        <w:t>PDF guides</w:t>
      </w:r>
    </w:p>
    <w:p w14:paraId="737306E5" w14:textId="77777777" w:rsidR="001A5159" w:rsidRDefault="00000000">
      <w:r>
        <w:rPr>
          <w:rFonts w:ascii="Garamond" w:hAnsi="Garamond"/>
          <w:sz w:val="24"/>
        </w:rPr>
        <w:t>checklists</w:t>
      </w:r>
    </w:p>
    <w:p w14:paraId="1EDC7C06" w14:textId="77777777" w:rsidR="001A5159" w:rsidRDefault="00000000">
      <w:r>
        <w:rPr>
          <w:rFonts w:ascii="Garamond" w:hAnsi="Garamond"/>
          <w:sz w:val="24"/>
        </w:rPr>
        <w:t>cheat sheets</w:t>
      </w:r>
    </w:p>
    <w:p w14:paraId="0B8EBD56" w14:textId="77777777" w:rsidR="001A5159" w:rsidRDefault="00000000">
      <w:r>
        <w:rPr>
          <w:rFonts w:ascii="Garamond" w:hAnsi="Garamond"/>
          <w:sz w:val="24"/>
        </w:rPr>
        <w:t>swipe files</w:t>
      </w:r>
    </w:p>
    <w:p w14:paraId="7E0246D5" w14:textId="77777777" w:rsidR="001A5159" w:rsidRDefault="00000000">
      <w:r>
        <w:rPr>
          <w:rFonts w:ascii="Garamond" w:hAnsi="Garamond"/>
          <w:sz w:val="24"/>
        </w:rPr>
        <w:t>templates</w:t>
      </w:r>
    </w:p>
    <w:p w14:paraId="38645B3B" w14:textId="77777777" w:rsidR="001A5159" w:rsidRDefault="00000000">
      <w:r>
        <w:rPr>
          <w:rFonts w:ascii="Garamond" w:hAnsi="Garamond"/>
          <w:sz w:val="24"/>
        </w:rPr>
        <w:t>mini eBooks</w:t>
      </w:r>
    </w:p>
    <w:p w14:paraId="7D0CB807" w14:textId="77777777" w:rsidR="001A5159" w:rsidRDefault="00000000">
      <w:r>
        <w:rPr>
          <w:rFonts w:ascii="Garamond" w:hAnsi="Garamond"/>
          <w:sz w:val="24"/>
        </w:rPr>
        <w:t>resource lists</w:t>
      </w:r>
    </w:p>
    <w:p w14:paraId="6BFCDD53" w14:textId="77777777" w:rsidR="001A5159" w:rsidRDefault="00000000">
      <w:r>
        <w:rPr>
          <w:rFonts w:ascii="Garamond" w:hAnsi="Garamond"/>
          <w:sz w:val="24"/>
        </w:rPr>
        <w:t>toolkits</w:t>
      </w:r>
    </w:p>
    <w:p w14:paraId="5EC3B1DC" w14:textId="77777777" w:rsidR="001A5159" w:rsidRDefault="00000000">
      <w:r>
        <w:rPr>
          <w:rFonts w:ascii="Garamond" w:hAnsi="Garamond"/>
          <w:sz w:val="24"/>
        </w:rPr>
        <w:t>quickstart guides</w:t>
      </w:r>
    </w:p>
    <w:p w14:paraId="148B36BE" w14:textId="77777777" w:rsidR="001A5159" w:rsidRDefault="00000000">
      <w:r>
        <w:rPr>
          <w:rFonts w:ascii="Garamond" w:hAnsi="Garamond"/>
          <w:sz w:val="24"/>
        </w:rPr>
        <w:t xml:space="preserve">niche-specific </w:t>
      </w:r>
      <w:proofErr w:type="gramStart"/>
      <w:r>
        <w:rPr>
          <w:rFonts w:ascii="Garamond" w:hAnsi="Garamond"/>
          <w:sz w:val="24"/>
        </w:rPr>
        <w:t>downloads</w:t>
      </w:r>
      <w:proofErr w:type="gramEnd"/>
    </w:p>
    <w:p w14:paraId="3BBFC721" w14:textId="77777777" w:rsidR="001A5159" w:rsidRDefault="00000000">
      <w:r>
        <w:rPr>
          <w:rFonts w:ascii="Garamond" w:hAnsi="Garamond"/>
          <w:sz w:val="24"/>
        </w:rPr>
        <w:t>And you can produce them fast, with professional quality, using simple tools.</w:t>
      </w:r>
    </w:p>
    <w:p w14:paraId="474707FE" w14:textId="77777777" w:rsidR="001A5159" w:rsidRDefault="00000000">
      <w:r>
        <w:rPr>
          <w:rFonts w:ascii="Garamond" w:hAnsi="Garamond"/>
          <w:sz w:val="24"/>
        </w:rPr>
        <w:t>Lead magnets are the backbone of list-building, audience growth, and automated sales funnels — and clients will gladly pay for them.</w:t>
      </w:r>
    </w:p>
    <w:p w14:paraId="0B0A6E4C" w14:textId="77777777" w:rsidR="001A5159" w:rsidRDefault="001A5159"/>
    <w:p w14:paraId="2A3616FA" w14:textId="77777777" w:rsidR="001A5159" w:rsidRDefault="00000000">
      <w:r>
        <w:rPr>
          <w:rFonts w:ascii="Garamond" w:hAnsi="Garamond"/>
          <w:sz w:val="24"/>
        </w:rPr>
        <w:t>Why This Blueprint Works</w:t>
      </w:r>
    </w:p>
    <w:p w14:paraId="781C4597" w14:textId="77777777" w:rsidR="001A5159" w:rsidRDefault="00000000">
      <w:r>
        <w:rPr>
          <w:rFonts w:ascii="Garamond" w:hAnsi="Garamond"/>
          <w:sz w:val="24"/>
        </w:rPr>
        <w:t>Lead magnets are:</w:t>
      </w:r>
    </w:p>
    <w:p w14:paraId="6FA6AAB6" w14:textId="77777777" w:rsidR="001A5159" w:rsidRDefault="00000000">
      <w:proofErr w:type="gramStart"/>
      <w:r>
        <w:rPr>
          <w:rFonts w:ascii="Garamond" w:hAnsi="Garamond"/>
          <w:sz w:val="24"/>
        </w:rPr>
        <w:t>high-demand</w:t>
      </w:r>
      <w:proofErr w:type="gramEnd"/>
    </w:p>
    <w:p w14:paraId="67F007DE" w14:textId="77777777" w:rsidR="001A5159" w:rsidRDefault="00000000">
      <w:proofErr w:type="gramStart"/>
      <w:r>
        <w:rPr>
          <w:rFonts w:ascii="Garamond" w:hAnsi="Garamond"/>
          <w:sz w:val="24"/>
        </w:rPr>
        <w:lastRenderedPageBreak/>
        <w:t>high-conversion</w:t>
      </w:r>
      <w:proofErr w:type="gramEnd"/>
    </w:p>
    <w:p w14:paraId="7E6AC44F" w14:textId="77777777" w:rsidR="001A5159" w:rsidRDefault="00000000">
      <w:r>
        <w:rPr>
          <w:rFonts w:ascii="Garamond" w:hAnsi="Garamond"/>
          <w:sz w:val="24"/>
        </w:rPr>
        <w:t>evergreen</w:t>
      </w:r>
    </w:p>
    <w:p w14:paraId="60FA03C8" w14:textId="77777777" w:rsidR="001A5159" w:rsidRDefault="00000000">
      <w:r>
        <w:rPr>
          <w:rFonts w:ascii="Garamond" w:hAnsi="Garamond"/>
          <w:sz w:val="24"/>
        </w:rPr>
        <w:t xml:space="preserve">easy to produce with </w:t>
      </w:r>
      <w:proofErr w:type="gramStart"/>
      <w:r>
        <w:rPr>
          <w:rFonts w:ascii="Garamond" w:hAnsi="Garamond"/>
          <w:sz w:val="24"/>
        </w:rPr>
        <w:t>AI</w:t>
      </w:r>
      <w:proofErr w:type="gramEnd"/>
    </w:p>
    <w:p w14:paraId="726FFDDF" w14:textId="77777777" w:rsidR="001A5159" w:rsidRDefault="00000000">
      <w:r>
        <w:rPr>
          <w:rFonts w:ascii="Garamond" w:hAnsi="Garamond"/>
          <w:sz w:val="24"/>
        </w:rPr>
        <w:t xml:space="preserve">perfect for </w:t>
      </w:r>
      <w:proofErr w:type="gramStart"/>
      <w:r>
        <w:rPr>
          <w:rFonts w:ascii="Garamond" w:hAnsi="Garamond"/>
          <w:sz w:val="24"/>
        </w:rPr>
        <w:t>upsells</w:t>
      </w:r>
      <w:proofErr w:type="gramEnd"/>
    </w:p>
    <w:p w14:paraId="4D6B5BA2" w14:textId="77777777" w:rsidR="001A5159" w:rsidRDefault="00000000">
      <w:r>
        <w:rPr>
          <w:rFonts w:ascii="Garamond" w:hAnsi="Garamond"/>
          <w:sz w:val="24"/>
        </w:rPr>
        <w:t>perfect for retainer work</w:t>
      </w:r>
    </w:p>
    <w:p w14:paraId="2AA72700" w14:textId="77777777" w:rsidR="001A5159" w:rsidRDefault="00000000">
      <w:r>
        <w:rPr>
          <w:rFonts w:ascii="Garamond" w:hAnsi="Garamond"/>
          <w:sz w:val="24"/>
        </w:rPr>
        <w:t>fast to deliver</w:t>
      </w:r>
    </w:p>
    <w:p w14:paraId="698FF9F9" w14:textId="77777777" w:rsidR="001A5159" w:rsidRDefault="00000000">
      <w:r>
        <w:rPr>
          <w:rFonts w:ascii="Garamond" w:hAnsi="Garamond"/>
          <w:sz w:val="24"/>
        </w:rPr>
        <w:t>ideal for beginners</w:t>
      </w:r>
    </w:p>
    <w:p w14:paraId="5375B087" w14:textId="77777777" w:rsidR="001A5159" w:rsidRDefault="00000000">
      <w:r>
        <w:rPr>
          <w:rFonts w:ascii="Garamond" w:hAnsi="Garamond"/>
          <w:sz w:val="24"/>
        </w:rPr>
        <w:t>Most businesses struggle with:</w:t>
      </w:r>
    </w:p>
    <w:p w14:paraId="65021A89" w14:textId="77777777" w:rsidR="001A5159" w:rsidRDefault="00000000">
      <w:proofErr w:type="gramStart"/>
      <w:r>
        <w:rPr>
          <w:rFonts w:ascii="Garamond" w:hAnsi="Garamond"/>
          <w:sz w:val="24"/>
        </w:rPr>
        <w:t>what</w:t>
      </w:r>
      <w:proofErr w:type="gramEnd"/>
      <w:r>
        <w:rPr>
          <w:rFonts w:ascii="Garamond" w:hAnsi="Garamond"/>
          <w:sz w:val="24"/>
        </w:rPr>
        <w:t xml:space="preserve"> to offer</w:t>
      </w:r>
    </w:p>
    <w:p w14:paraId="1CC0DE67" w14:textId="77777777" w:rsidR="001A5159" w:rsidRDefault="00000000">
      <w:r>
        <w:rPr>
          <w:rFonts w:ascii="Garamond" w:hAnsi="Garamond"/>
          <w:sz w:val="24"/>
        </w:rPr>
        <w:t>how to structure it</w:t>
      </w:r>
    </w:p>
    <w:p w14:paraId="2E20C6B9" w14:textId="77777777" w:rsidR="001A5159" w:rsidRDefault="00000000">
      <w:r>
        <w:rPr>
          <w:rFonts w:ascii="Garamond" w:hAnsi="Garamond"/>
          <w:sz w:val="24"/>
        </w:rPr>
        <w:t>how to write it</w:t>
      </w:r>
    </w:p>
    <w:p w14:paraId="3A746E9D" w14:textId="77777777" w:rsidR="001A5159" w:rsidRDefault="00000000">
      <w:r>
        <w:rPr>
          <w:rFonts w:ascii="Garamond" w:hAnsi="Garamond"/>
          <w:sz w:val="24"/>
        </w:rPr>
        <w:t>how to design it</w:t>
      </w:r>
    </w:p>
    <w:p w14:paraId="1FC45AD9" w14:textId="77777777" w:rsidR="001A5159" w:rsidRDefault="00000000">
      <w:r>
        <w:rPr>
          <w:rFonts w:ascii="Garamond" w:hAnsi="Garamond"/>
          <w:sz w:val="24"/>
        </w:rPr>
        <w:t>how to name it</w:t>
      </w:r>
    </w:p>
    <w:p w14:paraId="4ADDFA31" w14:textId="77777777" w:rsidR="001A5159" w:rsidRDefault="00000000">
      <w:proofErr w:type="gramStart"/>
      <w:r>
        <w:rPr>
          <w:rFonts w:ascii="Garamond" w:hAnsi="Garamond"/>
          <w:sz w:val="24"/>
        </w:rPr>
        <w:t>how</w:t>
      </w:r>
      <w:proofErr w:type="gramEnd"/>
      <w:r>
        <w:rPr>
          <w:rFonts w:ascii="Garamond" w:hAnsi="Garamond"/>
          <w:sz w:val="24"/>
        </w:rPr>
        <w:t xml:space="preserve"> to make it attractive</w:t>
      </w:r>
    </w:p>
    <w:p w14:paraId="40D40EF4" w14:textId="77777777" w:rsidR="001A5159" w:rsidRDefault="00000000">
      <w:r>
        <w:rPr>
          <w:rFonts w:ascii="Garamond" w:hAnsi="Garamond"/>
          <w:sz w:val="24"/>
        </w:rPr>
        <w:t>AI solves all of this.</w:t>
      </w:r>
    </w:p>
    <w:p w14:paraId="224E88B9" w14:textId="77777777" w:rsidR="001A5159" w:rsidRDefault="00000000">
      <w:r>
        <w:rPr>
          <w:rFonts w:ascii="Garamond" w:hAnsi="Garamond"/>
          <w:sz w:val="24"/>
        </w:rPr>
        <w:t>This makes you incredibly valuable.</w:t>
      </w:r>
    </w:p>
    <w:p w14:paraId="39DFF221" w14:textId="77777777" w:rsidR="001A5159" w:rsidRDefault="001A5159"/>
    <w:p w14:paraId="5F58BC6B" w14:textId="77777777" w:rsidR="001A5159" w:rsidRDefault="00000000">
      <w:r>
        <w:rPr>
          <w:rFonts w:ascii="Garamond" w:hAnsi="Garamond"/>
          <w:sz w:val="24"/>
        </w:rPr>
        <w:t>Tools You Need</w:t>
      </w:r>
    </w:p>
    <w:p w14:paraId="6A414C4E" w14:textId="77777777" w:rsidR="001A5159" w:rsidRDefault="00000000">
      <w:r>
        <w:rPr>
          <w:rFonts w:ascii="Garamond" w:hAnsi="Garamond"/>
          <w:sz w:val="24"/>
        </w:rPr>
        <w:t>ChatGPT / Claude — Writing + structuring</w:t>
      </w:r>
      <w:r>
        <w:rPr>
          <w:rFonts w:ascii="Garamond" w:hAnsi="Garamond"/>
          <w:sz w:val="24"/>
        </w:rPr>
        <w:br/>
        <w:t>Canva — Design + branding</w:t>
      </w:r>
      <w:r>
        <w:rPr>
          <w:rFonts w:ascii="Garamond" w:hAnsi="Garamond"/>
          <w:sz w:val="24"/>
        </w:rPr>
        <w:br/>
        <w:t>PDF export tools — Final delivery</w:t>
      </w:r>
      <w:r>
        <w:rPr>
          <w:rFonts w:ascii="Garamond" w:hAnsi="Garamond"/>
          <w:sz w:val="24"/>
        </w:rPr>
        <w:br/>
        <w:t>Google Docs / Notion — Drafting + collaboration</w:t>
      </w:r>
    </w:p>
    <w:p w14:paraId="66193AB4" w14:textId="77777777" w:rsidR="001A5159" w:rsidRDefault="001A5159"/>
    <w:p w14:paraId="70EDFA95" w14:textId="77777777" w:rsidR="001A5159" w:rsidRDefault="00000000">
      <w:r>
        <w:rPr>
          <w:rFonts w:ascii="Garamond" w:hAnsi="Garamond"/>
          <w:sz w:val="24"/>
        </w:rPr>
        <w:t>What You’ll Offer</w:t>
      </w:r>
    </w:p>
    <w:p w14:paraId="74B3153F" w14:textId="77777777" w:rsidR="001A5159" w:rsidRDefault="00000000">
      <w:r>
        <w:rPr>
          <w:rFonts w:ascii="Garamond" w:hAnsi="Garamond"/>
          <w:sz w:val="24"/>
        </w:rPr>
        <w:t>You can create:</w:t>
      </w:r>
    </w:p>
    <w:p w14:paraId="1542FA1D" w14:textId="77777777" w:rsidR="001A5159" w:rsidRDefault="00000000">
      <w:r>
        <w:rPr>
          <w:rFonts w:ascii="Garamond" w:hAnsi="Garamond"/>
          <w:sz w:val="24"/>
        </w:rPr>
        <w:t>lead magnets</w:t>
      </w:r>
    </w:p>
    <w:p w14:paraId="4581F77D" w14:textId="77777777" w:rsidR="001A5159" w:rsidRDefault="00000000">
      <w:r>
        <w:rPr>
          <w:rFonts w:ascii="Garamond" w:hAnsi="Garamond"/>
          <w:sz w:val="24"/>
        </w:rPr>
        <w:t>content upgrades</w:t>
      </w:r>
    </w:p>
    <w:p w14:paraId="26003ECB" w14:textId="77777777" w:rsidR="001A5159" w:rsidRPr="0063351A" w:rsidRDefault="00000000" w:rsidP="0063351A">
      <w:pPr>
        <w:rPr>
          <w:sz w:val="24"/>
          <w:szCs w:val="24"/>
        </w:rPr>
      </w:pPr>
      <w:r w:rsidRPr="0063351A">
        <w:rPr>
          <w:rFonts w:ascii="Garamond" w:hAnsi="Garamond"/>
          <w:b/>
          <w:sz w:val="24"/>
          <w:szCs w:val="24"/>
        </w:rPr>
        <w:lastRenderedPageBreak/>
        <w:t>bonus downloads</w:t>
      </w:r>
    </w:p>
    <w:p w14:paraId="7275B70D" w14:textId="77777777" w:rsidR="001A5159" w:rsidRDefault="00000000">
      <w:r>
        <w:rPr>
          <w:rFonts w:ascii="Garamond" w:hAnsi="Garamond"/>
          <w:sz w:val="24"/>
        </w:rPr>
        <w:t>opt-in freebies</w:t>
      </w:r>
    </w:p>
    <w:p w14:paraId="28FC6E9A" w14:textId="77777777" w:rsidR="001A5159" w:rsidRDefault="00000000">
      <w:r>
        <w:rPr>
          <w:rFonts w:ascii="Garamond" w:hAnsi="Garamond"/>
          <w:sz w:val="24"/>
        </w:rPr>
        <w:t>mini eBooks</w:t>
      </w:r>
    </w:p>
    <w:p w14:paraId="772BCD9A" w14:textId="77777777" w:rsidR="001A5159" w:rsidRDefault="00000000">
      <w:r>
        <w:rPr>
          <w:rFonts w:ascii="Garamond" w:hAnsi="Garamond"/>
          <w:sz w:val="24"/>
        </w:rPr>
        <w:t xml:space="preserve">email capture </w:t>
      </w:r>
      <w:proofErr w:type="gramStart"/>
      <w:r>
        <w:rPr>
          <w:rFonts w:ascii="Garamond" w:hAnsi="Garamond"/>
          <w:sz w:val="24"/>
        </w:rPr>
        <w:t>PDFs</w:t>
      </w:r>
      <w:proofErr w:type="gramEnd"/>
    </w:p>
    <w:p w14:paraId="667B8DF8" w14:textId="77777777" w:rsidR="001A5159" w:rsidRDefault="00000000">
      <w:r>
        <w:rPr>
          <w:rFonts w:ascii="Garamond" w:hAnsi="Garamond"/>
          <w:sz w:val="24"/>
        </w:rPr>
        <w:t xml:space="preserve">niche-specific </w:t>
      </w:r>
      <w:proofErr w:type="gramStart"/>
      <w:r>
        <w:rPr>
          <w:rFonts w:ascii="Garamond" w:hAnsi="Garamond"/>
          <w:sz w:val="24"/>
        </w:rPr>
        <w:t>checklists</w:t>
      </w:r>
      <w:proofErr w:type="gramEnd"/>
    </w:p>
    <w:p w14:paraId="2D025B35" w14:textId="77777777" w:rsidR="001A5159" w:rsidRDefault="00000000">
      <w:r>
        <w:rPr>
          <w:rFonts w:ascii="Garamond" w:hAnsi="Garamond"/>
          <w:sz w:val="24"/>
        </w:rPr>
        <w:t xml:space="preserve">You can also </w:t>
      </w:r>
      <w:proofErr w:type="gramStart"/>
      <w:r>
        <w:rPr>
          <w:rFonts w:ascii="Garamond" w:hAnsi="Garamond"/>
          <w:sz w:val="24"/>
        </w:rPr>
        <w:t>package</w:t>
      </w:r>
      <w:proofErr w:type="gramEnd"/>
      <w:r>
        <w:rPr>
          <w:rFonts w:ascii="Garamond" w:hAnsi="Garamond"/>
          <w:sz w:val="24"/>
        </w:rPr>
        <w:t xml:space="preserve"> these with:</w:t>
      </w:r>
    </w:p>
    <w:p w14:paraId="4E71BA3F" w14:textId="77777777" w:rsidR="001A5159" w:rsidRDefault="00000000">
      <w:r>
        <w:rPr>
          <w:rFonts w:ascii="Garamond" w:hAnsi="Garamond"/>
          <w:sz w:val="24"/>
        </w:rPr>
        <w:t>landing pages</w:t>
      </w:r>
    </w:p>
    <w:p w14:paraId="7C02F35A" w14:textId="77777777" w:rsidR="001A5159" w:rsidRDefault="00000000">
      <w:r>
        <w:rPr>
          <w:rFonts w:ascii="Garamond" w:hAnsi="Garamond"/>
          <w:sz w:val="24"/>
        </w:rPr>
        <w:t>email sequences</w:t>
      </w:r>
    </w:p>
    <w:p w14:paraId="183EB630" w14:textId="77777777" w:rsidR="001A5159" w:rsidRDefault="00000000">
      <w:r>
        <w:rPr>
          <w:rFonts w:ascii="Garamond" w:hAnsi="Garamond"/>
          <w:sz w:val="24"/>
        </w:rPr>
        <w:t>social promo posts</w:t>
      </w:r>
    </w:p>
    <w:p w14:paraId="38E017E5" w14:textId="77777777" w:rsidR="001A5159" w:rsidRDefault="00000000">
      <w:r>
        <w:rPr>
          <w:rFonts w:ascii="Garamond" w:hAnsi="Garamond"/>
          <w:sz w:val="24"/>
        </w:rPr>
        <w:t>funnel assets</w:t>
      </w:r>
    </w:p>
    <w:p w14:paraId="08017879" w14:textId="77777777" w:rsidR="001A5159" w:rsidRDefault="00000000">
      <w:r>
        <w:rPr>
          <w:rFonts w:ascii="Garamond" w:hAnsi="Garamond"/>
          <w:sz w:val="24"/>
        </w:rPr>
        <w:t>This creates HIGH perceived value.</w:t>
      </w:r>
    </w:p>
    <w:p w14:paraId="3B7769FD" w14:textId="77777777" w:rsidR="001A5159" w:rsidRDefault="001A5159"/>
    <w:p w14:paraId="6F29D2F1" w14:textId="77777777" w:rsidR="001A5159" w:rsidRDefault="00000000">
      <w:r>
        <w:rPr>
          <w:rFonts w:ascii="Garamond" w:hAnsi="Garamond"/>
          <w:sz w:val="24"/>
        </w:rPr>
        <w:t>AI-Powered Workflow (Step-By-Step)</w:t>
      </w:r>
    </w:p>
    <w:p w14:paraId="328E650F" w14:textId="77777777" w:rsidR="001A5159" w:rsidRDefault="00000000">
      <w:r>
        <w:rPr>
          <w:rFonts w:ascii="Garamond" w:hAnsi="Garamond"/>
          <w:sz w:val="24"/>
        </w:rPr>
        <w:t>STEP 1 — Choose the Lead Magnet Type</w:t>
      </w:r>
    </w:p>
    <w:p w14:paraId="1BC7AD85" w14:textId="77777777" w:rsidR="001A5159" w:rsidRDefault="00000000">
      <w:r>
        <w:rPr>
          <w:rFonts w:ascii="Garamond" w:hAnsi="Garamond"/>
          <w:sz w:val="24"/>
        </w:rPr>
        <w:t>Ask your client:</w:t>
      </w:r>
    </w:p>
    <w:p w14:paraId="56587C37" w14:textId="77777777" w:rsidR="001A5159" w:rsidRDefault="00000000">
      <w:r>
        <w:rPr>
          <w:rFonts w:ascii="Garamond" w:hAnsi="Garamond"/>
          <w:sz w:val="24"/>
        </w:rPr>
        <w:t>What does your audience want most?</w:t>
      </w:r>
    </w:p>
    <w:p w14:paraId="1BA22CF7" w14:textId="77777777" w:rsidR="001A5159" w:rsidRDefault="00000000">
      <w:r>
        <w:rPr>
          <w:rFonts w:ascii="Garamond" w:hAnsi="Garamond"/>
          <w:sz w:val="24"/>
        </w:rPr>
        <w:t>What quick win can you deliver?</w:t>
      </w:r>
    </w:p>
    <w:p w14:paraId="37A3B12F" w14:textId="77777777" w:rsidR="001A5159" w:rsidRDefault="00000000">
      <w:r>
        <w:rPr>
          <w:rFonts w:ascii="Garamond" w:hAnsi="Garamond"/>
          <w:sz w:val="24"/>
        </w:rPr>
        <w:t>What pain or desire is strongest?</w:t>
      </w:r>
    </w:p>
    <w:p w14:paraId="1DD12D6C" w14:textId="77777777" w:rsidR="001A5159" w:rsidRDefault="00000000">
      <w:r>
        <w:rPr>
          <w:rFonts w:ascii="Garamond" w:hAnsi="Garamond"/>
          <w:sz w:val="24"/>
        </w:rPr>
        <w:t>Then ask AI:</w:t>
      </w:r>
    </w:p>
    <w:p w14:paraId="7CC83770" w14:textId="77777777" w:rsidR="001A5159" w:rsidRDefault="00000000">
      <w:r>
        <w:rPr>
          <w:rFonts w:ascii="Garamond" w:hAnsi="Garamond"/>
          <w:sz w:val="24"/>
        </w:rPr>
        <w:t>“Based on this audience, give me 10 high-value lead magnet ideas with titles, benefits, and what the user will learn.”</w:t>
      </w:r>
    </w:p>
    <w:p w14:paraId="2803AE2A" w14:textId="77777777" w:rsidR="001A5159" w:rsidRDefault="001A5159"/>
    <w:p w14:paraId="303D3915" w14:textId="77777777" w:rsidR="001A5159" w:rsidRDefault="00000000">
      <w:r>
        <w:rPr>
          <w:rFonts w:ascii="Garamond" w:hAnsi="Garamond"/>
          <w:sz w:val="24"/>
        </w:rPr>
        <w:t>STEP 2 — Build the Outline</w:t>
      </w:r>
    </w:p>
    <w:p w14:paraId="37C39A78" w14:textId="77777777" w:rsidR="001A5159" w:rsidRDefault="00000000">
      <w:r>
        <w:rPr>
          <w:rFonts w:ascii="Garamond" w:hAnsi="Garamond"/>
          <w:sz w:val="24"/>
        </w:rPr>
        <w:t>Prompt AI:</w:t>
      </w:r>
    </w:p>
    <w:p w14:paraId="6609BE24" w14:textId="77777777" w:rsidR="001A5159" w:rsidRDefault="00000000">
      <w:r>
        <w:rPr>
          <w:rFonts w:ascii="Garamond" w:hAnsi="Garamond"/>
          <w:sz w:val="24"/>
        </w:rPr>
        <w:t>“Create a clear outline for this lead magnet. Include a headline, introduction, sections, bullet points, key takeaways, and a strong CTA.”</w:t>
      </w:r>
    </w:p>
    <w:p w14:paraId="1ED04F09" w14:textId="77777777" w:rsidR="001A5159" w:rsidRDefault="001A5159"/>
    <w:p w14:paraId="3874CB96" w14:textId="77777777" w:rsidR="001A5159" w:rsidRDefault="00000000">
      <w:r>
        <w:rPr>
          <w:rFonts w:ascii="Garamond" w:hAnsi="Garamond"/>
          <w:sz w:val="24"/>
        </w:rPr>
        <w:t>STEP 3 — Write the Full Draft</w:t>
      </w:r>
    </w:p>
    <w:p w14:paraId="73B2FF9F" w14:textId="77777777" w:rsidR="001A5159" w:rsidRDefault="00000000">
      <w:r>
        <w:rPr>
          <w:rFonts w:ascii="Garamond" w:hAnsi="Garamond"/>
          <w:sz w:val="24"/>
        </w:rPr>
        <w:t>Ask AI:</w:t>
      </w:r>
    </w:p>
    <w:p w14:paraId="35057790" w14:textId="77777777" w:rsidR="001A5159" w:rsidRDefault="00000000">
      <w:r>
        <w:rPr>
          <w:rFonts w:ascii="Garamond" w:hAnsi="Garamond"/>
          <w:sz w:val="24"/>
        </w:rPr>
        <w:t xml:space="preserve">“Write the full lead magnet in a clear, helpful, authority-building tone. Make it fast to read and </w:t>
      </w:r>
      <w:proofErr w:type="gramStart"/>
      <w:r>
        <w:rPr>
          <w:rFonts w:ascii="Garamond" w:hAnsi="Garamond"/>
          <w:sz w:val="24"/>
        </w:rPr>
        <w:t>high-value</w:t>
      </w:r>
      <w:proofErr w:type="gramEnd"/>
      <w:r>
        <w:rPr>
          <w:rFonts w:ascii="Garamond" w:hAnsi="Garamond"/>
          <w:sz w:val="24"/>
        </w:rPr>
        <w:t>.”</w:t>
      </w:r>
    </w:p>
    <w:p w14:paraId="2DC8B272" w14:textId="77777777" w:rsidR="001A5159" w:rsidRDefault="00000000">
      <w:r>
        <w:rPr>
          <w:rFonts w:ascii="Garamond" w:hAnsi="Garamond"/>
          <w:sz w:val="24"/>
        </w:rPr>
        <w:t xml:space="preserve">AI creates </w:t>
      </w:r>
      <w:proofErr w:type="gramStart"/>
      <w:r>
        <w:rPr>
          <w:rFonts w:ascii="Garamond" w:hAnsi="Garamond"/>
          <w:sz w:val="24"/>
        </w:rPr>
        <w:t>the full</w:t>
      </w:r>
      <w:proofErr w:type="gramEnd"/>
      <w:r>
        <w:rPr>
          <w:rFonts w:ascii="Garamond" w:hAnsi="Garamond"/>
          <w:sz w:val="24"/>
        </w:rPr>
        <w:t xml:space="preserve"> content.</w:t>
      </w:r>
    </w:p>
    <w:p w14:paraId="07727ECF" w14:textId="77777777" w:rsidR="001A5159" w:rsidRDefault="001A5159"/>
    <w:p w14:paraId="4E7771F0" w14:textId="77777777" w:rsidR="001A5159" w:rsidRDefault="00000000">
      <w:r>
        <w:rPr>
          <w:rFonts w:ascii="Garamond" w:hAnsi="Garamond"/>
          <w:sz w:val="24"/>
        </w:rPr>
        <w:t>STEP 4 — Design the Lead Magnet</w:t>
      </w:r>
    </w:p>
    <w:p w14:paraId="575ADA81" w14:textId="77777777" w:rsidR="001A5159" w:rsidRDefault="00000000">
      <w:r>
        <w:rPr>
          <w:rFonts w:ascii="Garamond" w:hAnsi="Garamond"/>
          <w:sz w:val="24"/>
        </w:rPr>
        <w:t>Use Canva templates:</w:t>
      </w:r>
    </w:p>
    <w:p w14:paraId="537D6A4B" w14:textId="77777777" w:rsidR="001A5159" w:rsidRDefault="00000000">
      <w:r>
        <w:rPr>
          <w:rFonts w:ascii="Garamond" w:hAnsi="Garamond"/>
          <w:sz w:val="24"/>
        </w:rPr>
        <w:t>clean layouts</w:t>
      </w:r>
    </w:p>
    <w:p w14:paraId="0D639A83" w14:textId="77777777" w:rsidR="001A5159" w:rsidRDefault="00000000">
      <w:r>
        <w:rPr>
          <w:rFonts w:ascii="Garamond" w:hAnsi="Garamond"/>
          <w:sz w:val="24"/>
        </w:rPr>
        <w:t>bold headers</w:t>
      </w:r>
    </w:p>
    <w:p w14:paraId="412B5035" w14:textId="77777777" w:rsidR="001A5159" w:rsidRDefault="00000000">
      <w:proofErr w:type="gramStart"/>
      <w:r>
        <w:rPr>
          <w:rFonts w:ascii="Garamond" w:hAnsi="Garamond"/>
          <w:sz w:val="24"/>
        </w:rPr>
        <w:t>simple</w:t>
      </w:r>
      <w:proofErr w:type="gramEnd"/>
      <w:r>
        <w:rPr>
          <w:rFonts w:ascii="Garamond" w:hAnsi="Garamond"/>
          <w:sz w:val="24"/>
        </w:rPr>
        <w:t xml:space="preserve"> icons</w:t>
      </w:r>
    </w:p>
    <w:p w14:paraId="35B0D912" w14:textId="77777777" w:rsidR="001A5159" w:rsidRDefault="00000000">
      <w:r>
        <w:rPr>
          <w:rFonts w:ascii="Garamond" w:hAnsi="Garamond"/>
          <w:sz w:val="24"/>
        </w:rPr>
        <w:t>brand colors</w:t>
      </w:r>
    </w:p>
    <w:p w14:paraId="5C845CE2" w14:textId="77777777" w:rsidR="001A5159" w:rsidRDefault="00000000">
      <w:r>
        <w:rPr>
          <w:rFonts w:ascii="Garamond" w:hAnsi="Garamond"/>
          <w:sz w:val="24"/>
        </w:rPr>
        <w:t>optional images</w:t>
      </w:r>
    </w:p>
    <w:p w14:paraId="5CEC1FAB" w14:textId="77777777" w:rsidR="001A5159" w:rsidRDefault="00000000">
      <w:r>
        <w:rPr>
          <w:rFonts w:ascii="Garamond" w:hAnsi="Garamond"/>
          <w:sz w:val="24"/>
        </w:rPr>
        <w:t>You can produce beautiful designs fast.</w:t>
      </w:r>
    </w:p>
    <w:p w14:paraId="6987CD98" w14:textId="77777777" w:rsidR="001A5159" w:rsidRDefault="001A5159"/>
    <w:p w14:paraId="19E71E55" w14:textId="77777777" w:rsidR="001A5159" w:rsidRDefault="00000000">
      <w:r>
        <w:rPr>
          <w:rFonts w:ascii="Garamond" w:hAnsi="Garamond"/>
          <w:sz w:val="24"/>
        </w:rPr>
        <w:t>STEP 5 — Export &amp; Deliver</w:t>
      </w:r>
    </w:p>
    <w:p w14:paraId="52835BC0" w14:textId="77777777" w:rsidR="001A5159" w:rsidRDefault="00000000">
      <w:r>
        <w:rPr>
          <w:rFonts w:ascii="Garamond" w:hAnsi="Garamond"/>
          <w:sz w:val="24"/>
        </w:rPr>
        <w:t>Deliver:</w:t>
      </w:r>
    </w:p>
    <w:p w14:paraId="1463A96C" w14:textId="77777777" w:rsidR="001A5159" w:rsidRDefault="00000000">
      <w:r>
        <w:rPr>
          <w:rFonts w:ascii="Garamond" w:hAnsi="Garamond"/>
          <w:sz w:val="24"/>
        </w:rPr>
        <w:t>PDF</w:t>
      </w:r>
    </w:p>
    <w:p w14:paraId="4E675173" w14:textId="77777777" w:rsidR="001A5159" w:rsidRDefault="00000000">
      <w:r>
        <w:rPr>
          <w:rFonts w:ascii="Garamond" w:hAnsi="Garamond"/>
          <w:sz w:val="24"/>
        </w:rPr>
        <w:t>editable Canva link</w:t>
      </w:r>
    </w:p>
    <w:p w14:paraId="6CAC91F9" w14:textId="77777777" w:rsidR="001A5159" w:rsidRDefault="00000000">
      <w:r>
        <w:rPr>
          <w:rFonts w:ascii="Garamond" w:hAnsi="Garamond"/>
          <w:sz w:val="24"/>
        </w:rPr>
        <w:t xml:space="preserve">email-ready CTA </w:t>
      </w:r>
      <w:proofErr w:type="gramStart"/>
      <w:r>
        <w:rPr>
          <w:rFonts w:ascii="Garamond" w:hAnsi="Garamond"/>
          <w:sz w:val="24"/>
        </w:rPr>
        <w:t>version</w:t>
      </w:r>
      <w:proofErr w:type="gramEnd"/>
    </w:p>
    <w:p w14:paraId="3368FE8F" w14:textId="77777777" w:rsidR="001A5159" w:rsidRPr="0063351A" w:rsidRDefault="00000000" w:rsidP="0063351A">
      <w:pPr>
        <w:rPr>
          <w:sz w:val="24"/>
          <w:szCs w:val="24"/>
        </w:rPr>
      </w:pPr>
      <w:r w:rsidRPr="0063351A">
        <w:rPr>
          <w:rFonts w:ascii="Garamond" w:hAnsi="Garamond"/>
          <w:b/>
          <w:sz w:val="24"/>
          <w:szCs w:val="24"/>
        </w:rPr>
        <w:t>Bonus add-on:</w:t>
      </w:r>
    </w:p>
    <w:p w14:paraId="5DFA8C96" w14:textId="77777777" w:rsidR="001A5159" w:rsidRDefault="00000000">
      <w:r>
        <w:rPr>
          <w:rFonts w:ascii="Garamond" w:hAnsi="Garamond"/>
          <w:sz w:val="24"/>
        </w:rPr>
        <w:t>landing page copy</w:t>
      </w:r>
    </w:p>
    <w:p w14:paraId="6FF0521F" w14:textId="77777777" w:rsidR="001A5159" w:rsidRDefault="00000000">
      <w:r>
        <w:rPr>
          <w:rFonts w:ascii="Garamond" w:hAnsi="Garamond"/>
          <w:sz w:val="24"/>
        </w:rPr>
        <w:t xml:space="preserve">email follow-up </w:t>
      </w:r>
      <w:proofErr w:type="gramStart"/>
      <w:r>
        <w:rPr>
          <w:rFonts w:ascii="Garamond" w:hAnsi="Garamond"/>
          <w:sz w:val="24"/>
        </w:rPr>
        <w:t>sequence</w:t>
      </w:r>
      <w:proofErr w:type="gramEnd"/>
    </w:p>
    <w:p w14:paraId="718B6439" w14:textId="77777777" w:rsidR="001A5159" w:rsidRDefault="00000000">
      <w:r>
        <w:rPr>
          <w:rFonts w:ascii="Garamond" w:hAnsi="Garamond"/>
          <w:sz w:val="24"/>
        </w:rPr>
        <w:t>social media promo posts</w:t>
      </w:r>
    </w:p>
    <w:p w14:paraId="0B90CD61" w14:textId="77777777" w:rsidR="001A5159" w:rsidRDefault="00000000">
      <w:r>
        <w:rPr>
          <w:rFonts w:ascii="Garamond" w:hAnsi="Garamond"/>
          <w:sz w:val="24"/>
        </w:rPr>
        <w:t xml:space="preserve">These </w:t>
      </w:r>
      <w:proofErr w:type="gramStart"/>
      <w:r>
        <w:rPr>
          <w:rFonts w:ascii="Garamond" w:hAnsi="Garamond"/>
          <w:sz w:val="24"/>
        </w:rPr>
        <w:t>upsells</w:t>
      </w:r>
      <w:proofErr w:type="gramEnd"/>
      <w:r>
        <w:rPr>
          <w:rFonts w:ascii="Garamond" w:hAnsi="Garamond"/>
          <w:sz w:val="24"/>
        </w:rPr>
        <w:t xml:space="preserve"> can 3× your earnings.</w:t>
      </w:r>
    </w:p>
    <w:p w14:paraId="4D23C0A7" w14:textId="77777777" w:rsidR="001A5159" w:rsidRDefault="001A5159"/>
    <w:p w14:paraId="6FA2AC45" w14:textId="77777777" w:rsidR="001A5159" w:rsidRDefault="00000000">
      <w:r>
        <w:rPr>
          <w:rFonts w:ascii="Garamond" w:hAnsi="Garamond"/>
          <w:sz w:val="24"/>
        </w:rPr>
        <w:t>Beginner Proof Portfolio</w:t>
      </w:r>
    </w:p>
    <w:p w14:paraId="4EB7B898" w14:textId="77777777" w:rsidR="001A5159" w:rsidRDefault="00000000">
      <w:r>
        <w:rPr>
          <w:rFonts w:ascii="Garamond" w:hAnsi="Garamond"/>
          <w:sz w:val="24"/>
        </w:rPr>
        <w:t>Create:</w:t>
      </w:r>
    </w:p>
    <w:p w14:paraId="79317DDA" w14:textId="77777777" w:rsidR="001A5159" w:rsidRDefault="00000000">
      <w:r>
        <w:rPr>
          <w:rFonts w:ascii="Garamond" w:hAnsi="Garamond"/>
          <w:sz w:val="24"/>
        </w:rPr>
        <w:t>1 checklist</w:t>
      </w:r>
    </w:p>
    <w:p w14:paraId="7AB5FDD7" w14:textId="77777777" w:rsidR="001A5159" w:rsidRDefault="00000000">
      <w:r>
        <w:rPr>
          <w:rFonts w:ascii="Garamond" w:hAnsi="Garamond"/>
          <w:sz w:val="24"/>
        </w:rPr>
        <w:t>1 cheat sheet</w:t>
      </w:r>
    </w:p>
    <w:p w14:paraId="32D825CE" w14:textId="77777777" w:rsidR="001A5159" w:rsidRDefault="00000000">
      <w:r>
        <w:rPr>
          <w:rFonts w:ascii="Garamond" w:hAnsi="Garamond"/>
          <w:sz w:val="24"/>
        </w:rPr>
        <w:t xml:space="preserve">1 </w:t>
      </w:r>
      <w:proofErr w:type="gramStart"/>
      <w:r>
        <w:rPr>
          <w:rFonts w:ascii="Garamond" w:hAnsi="Garamond"/>
          <w:sz w:val="24"/>
        </w:rPr>
        <w:t>mini 3</w:t>
      </w:r>
      <w:proofErr w:type="gramEnd"/>
      <w:r>
        <w:rPr>
          <w:rFonts w:ascii="Garamond" w:hAnsi="Garamond"/>
          <w:sz w:val="24"/>
        </w:rPr>
        <w:t>-page guide</w:t>
      </w:r>
    </w:p>
    <w:p w14:paraId="292F1DB0" w14:textId="77777777" w:rsidR="001A5159" w:rsidRDefault="00000000">
      <w:r>
        <w:rPr>
          <w:rFonts w:ascii="Garamond" w:hAnsi="Garamond"/>
          <w:sz w:val="24"/>
        </w:rPr>
        <w:t>1 niche-specific toolkit</w:t>
      </w:r>
    </w:p>
    <w:p w14:paraId="0F92B837" w14:textId="77777777" w:rsidR="001A5159" w:rsidRDefault="00000000">
      <w:r>
        <w:rPr>
          <w:rFonts w:ascii="Garamond" w:hAnsi="Garamond"/>
          <w:sz w:val="24"/>
        </w:rPr>
        <w:t>Four assets → instant credibility.</w:t>
      </w:r>
    </w:p>
    <w:p w14:paraId="0AB1D034" w14:textId="77777777" w:rsidR="001A5159" w:rsidRDefault="001A5159"/>
    <w:p w14:paraId="628D1389" w14:textId="77777777" w:rsidR="001A5159" w:rsidRDefault="00000000">
      <w:r>
        <w:rPr>
          <w:rFonts w:ascii="Garamond" w:hAnsi="Garamond"/>
          <w:sz w:val="24"/>
        </w:rPr>
        <w:t>Pricing Guide</w:t>
      </w:r>
    </w:p>
    <w:p w14:paraId="593354E5" w14:textId="77777777" w:rsidR="001A5159" w:rsidRDefault="00000000">
      <w:r>
        <w:rPr>
          <w:rFonts w:ascii="Garamond" w:hAnsi="Garamond"/>
          <w:sz w:val="24"/>
        </w:rPr>
        <w:t>Beginners:</w:t>
      </w:r>
    </w:p>
    <w:p w14:paraId="214CC523" w14:textId="77777777" w:rsidR="001A5159" w:rsidRDefault="00000000">
      <w:r>
        <w:rPr>
          <w:rFonts w:ascii="Garamond" w:hAnsi="Garamond"/>
          <w:sz w:val="24"/>
        </w:rPr>
        <w:t>$25–$50 per lead magnet</w:t>
      </w:r>
    </w:p>
    <w:p w14:paraId="1933916E" w14:textId="77777777" w:rsidR="001A5159" w:rsidRDefault="00000000">
      <w:r>
        <w:rPr>
          <w:rFonts w:ascii="Garamond" w:hAnsi="Garamond"/>
          <w:sz w:val="24"/>
        </w:rPr>
        <w:t>$75–$125 for bundles</w:t>
      </w:r>
    </w:p>
    <w:p w14:paraId="6A5EE7E6" w14:textId="77777777" w:rsidR="001A5159" w:rsidRDefault="00000000">
      <w:r>
        <w:rPr>
          <w:rFonts w:ascii="Garamond" w:hAnsi="Garamond"/>
          <w:sz w:val="24"/>
        </w:rPr>
        <w:t>Intermediate:</w:t>
      </w:r>
    </w:p>
    <w:p w14:paraId="55F35292" w14:textId="77777777" w:rsidR="001A5159" w:rsidRDefault="00000000">
      <w:r>
        <w:rPr>
          <w:rFonts w:ascii="Garamond" w:hAnsi="Garamond"/>
          <w:sz w:val="24"/>
        </w:rPr>
        <w:t>$150–$350 premium lead magnets</w:t>
      </w:r>
    </w:p>
    <w:p w14:paraId="72B39A14" w14:textId="77777777" w:rsidR="001A5159" w:rsidRDefault="00000000">
      <w:r>
        <w:rPr>
          <w:rFonts w:ascii="Garamond" w:hAnsi="Garamond"/>
          <w:sz w:val="24"/>
        </w:rPr>
        <w:t>$200–$500 landing page + PDF combo</w:t>
      </w:r>
    </w:p>
    <w:p w14:paraId="6F2AF8CF" w14:textId="77777777" w:rsidR="001A5159" w:rsidRDefault="00000000">
      <w:r>
        <w:rPr>
          <w:rFonts w:ascii="Garamond" w:hAnsi="Garamond"/>
          <w:sz w:val="24"/>
        </w:rPr>
        <w:t>Pro:</w:t>
      </w:r>
    </w:p>
    <w:p w14:paraId="5E980DAA" w14:textId="77777777" w:rsidR="001A5159" w:rsidRDefault="00000000">
      <w:r>
        <w:rPr>
          <w:rFonts w:ascii="Garamond" w:hAnsi="Garamond"/>
          <w:sz w:val="24"/>
        </w:rPr>
        <w:t>$500–$1,500 list-building systems</w:t>
      </w:r>
    </w:p>
    <w:p w14:paraId="0A512554" w14:textId="77777777" w:rsidR="001A5159" w:rsidRDefault="00000000">
      <w:r>
        <w:rPr>
          <w:rFonts w:ascii="Garamond" w:hAnsi="Garamond"/>
          <w:sz w:val="24"/>
        </w:rPr>
        <w:t>$2,000+ funnel packages with email sequences</w:t>
      </w:r>
    </w:p>
    <w:p w14:paraId="6611B093" w14:textId="77777777" w:rsidR="001A5159" w:rsidRDefault="00000000">
      <w:r>
        <w:rPr>
          <w:rFonts w:ascii="Garamond" w:hAnsi="Garamond"/>
          <w:sz w:val="24"/>
        </w:rPr>
        <w:t>Lead magnets can become a recurring monthly income stream.</w:t>
      </w:r>
    </w:p>
    <w:p w14:paraId="4FAFE5EC" w14:textId="77777777" w:rsidR="001A5159" w:rsidRDefault="001A5159"/>
    <w:p w14:paraId="2A146581" w14:textId="77777777" w:rsidR="001A5159" w:rsidRDefault="00000000">
      <w:r>
        <w:rPr>
          <w:rFonts w:ascii="Garamond" w:hAnsi="Garamond"/>
          <w:sz w:val="24"/>
        </w:rPr>
        <w:t>Pro Accelerators</w:t>
      </w:r>
    </w:p>
    <w:p w14:paraId="6B86C660" w14:textId="77777777" w:rsidR="001A5159" w:rsidRDefault="00000000">
      <w:r>
        <w:rPr>
          <w:rFonts w:ascii="Garamond" w:hAnsi="Garamond"/>
          <w:sz w:val="24"/>
        </w:rPr>
        <w:t>branded template packs</w:t>
      </w:r>
    </w:p>
    <w:p w14:paraId="2C7539C7" w14:textId="77777777" w:rsidR="001A5159" w:rsidRDefault="00000000">
      <w:r>
        <w:rPr>
          <w:rFonts w:ascii="Garamond" w:hAnsi="Garamond"/>
          <w:sz w:val="24"/>
        </w:rPr>
        <w:t xml:space="preserve">niche-specific </w:t>
      </w:r>
      <w:proofErr w:type="gramStart"/>
      <w:r>
        <w:rPr>
          <w:rFonts w:ascii="Garamond" w:hAnsi="Garamond"/>
          <w:sz w:val="24"/>
        </w:rPr>
        <w:t>libraries</w:t>
      </w:r>
      <w:proofErr w:type="gramEnd"/>
    </w:p>
    <w:p w14:paraId="28364629" w14:textId="77777777" w:rsidR="001A5159" w:rsidRDefault="00000000">
      <w:r>
        <w:rPr>
          <w:rFonts w:ascii="Garamond" w:hAnsi="Garamond"/>
          <w:sz w:val="24"/>
        </w:rPr>
        <w:t>multi-step funnel assets</w:t>
      </w:r>
    </w:p>
    <w:p w14:paraId="452E5595" w14:textId="77777777" w:rsidR="001A5159" w:rsidRDefault="00000000">
      <w:r>
        <w:rPr>
          <w:rFonts w:ascii="Garamond" w:hAnsi="Garamond"/>
          <w:sz w:val="24"/>
        </w:rPr>
        <w:lastRenderedPageBreak/>
        <w:t xml:space="preserve">email follow-up </w:t>
      </w:r>
      <w:proofErr w:type="gramStart"/>
      <w:r>
        <w:rPr>
          <w:rFonts w:ascii="Garamond" w:hAnsi="Garamond"/>
          <w:sz w:val="24"/>
        </w:rPr>
        <w:t>sequences</w:t>
      </w:r>
      <w:proofErr w:type="gramEnd"/>
    </w:p>
    <w:p w14:paraId="1D9601EF" w14:textId="77777777" w:rsidR="001A5159" w:rsidRDefault="00000000">
      <w:r>
        <w:rPr>
          <w:rFonts w:ascii="Garamond" w:hAnsi="Garamond"/>
          <w:sz w:val="24"/>
        </w:rPr>
        <w:t>promo graphics</w:t>
      </w:r>
    </w:p>
    <w:p w14:paraId="1ED4E845" w14:textId="77777777" w:rsidR="001A5159" w:rsidRDefault="00000000">
      <w:r>
        <w:rPr>
          <w:rFonts w:ascii="Garamond" w:hAnsi="Garamond"/>
          <w:sz w:val="24"/>
        </w:rPr>
        <w:t>landing page optimization</w:t>
      </w:r>
    </w:p>
    <w:p w14:paraId="68DF6C9D" w14:textId="77777777" w:rsidR="001A5159" w:rsidRDefault="00000000">
      <w:r>
        <w:rPr>
          <w:rFonts w:ascii="Garamond" w:hAnsi="Garamond"/>
          <w:sz w:val="24"/>
        </w:rPr>
        <w:t xml:space="preserve">bundled lead magnet </w:t>
      </w:r>
      <w:proofErr w:type="gramStart"/>
      <w:r>
        <w:rPr>
          <w:rFonts w:ascii="Garamond" w:hAnsi="Garamond"/>
          <w:sz w:val="24"/>
        </w:rPr>
        <w:t>ecosystems</w:t>
      </w:r>
      <w:proofErr w:type="gramEnd"/>
    </w:p>
    <w:p w14:paraId="5E56C329" w14:textId="77777777" w:rsidR="001A5159" w:rsidRDefault="00000000">
      <w:r>
        <w:rPr>
          <w:rFonts w:ascii="Garamond" w:hAnsi="Garamond"/>
          <w:sz w:val="24"/>
        </w:rPr>
        <w:t>These dramatically boost your earning potential.</w:t>
      </w:r>
    </w:p>
    <w:p w14:paraId="4189ECF6" w14:textId="77777777" w:rsidR="001A5159" w:rsidRDefault="001A5159"/>
    <w:p w14:paraId="635476E0" w14:textId="77777777" w:rsidR="001A5159" w:rsidRDefault="00000000">
      <w:r>
        <w:rPr>
          <w:rFonts w:ascii="Garamond" w:hAnsi="Garamond"/>
          <w:sz w:val="24"/>
        </w:rPr>
        <w:t>MICRO CASE STUDY — BLUEPRINT SEVEN</w:t>
      </w:r>
    </w:p>
    <w:p w14:paraId="3A616397" w14:textId="77777777" w:rsidR="001A5159" w:rsidRDefault="00000000">
      <w:r>
        <w:rPr>
          <w:rFonts w:ascii="Garamond" w:hAnsi="Garamond"/>
          <w:sz w:val="24"/>
        </w:rPr>
        <w:t>Case Study: From $0 to $600 Creating Lead Magnets for Local Businesses</w:t>
      </w:r>
    </w:p>
    <w:p w14:paraId="45366721" w14:textId="77777777" w:rsidR="001A5159" w:rsidRDefault="00000000">
      <w:r>
        <w:rPr>
          <w:rFonts w:ascii="Garamond" w:hAnsi="Garamond"/>
          <w:sz w:val="24"/>
        </w:rPr>
        <w:t>Maya had no design experience.</w:t>
      </w:r>
      <w:r>
        <w:rPr>
          <w:rFonts w:ascii="Garamond" w:hAnsi="Garamond"/>
          <w:sz w:val="24"/>
        </w:rPr>
        <w:br/>
        <w:t>She had never created a lead magnet before.</w:t>
      </w:r>
      <w:r>
        <w:rPr>
          <w:rFonts w:ascii="Garamond" w:hAnsi="Garamond"/>
          <w:sz w:val="24"/>
        </w:rPr>
        <w:br/>
        <w:t>She simply followed Blueprint 7 step-by-step.</w:t>
      </w:r>
    </w:p>
    <w:p w14:paraId="531F3D92" w14:textId="77777777" w:rsidR="001A5159" w:rsidRDefault="00000000">
      <w:r>
        <w:rPr>
          <w:rFonts w:ascii="Garamond" w:hAnsi="Garamond"/>
          <w:sz w:val="24"/>
        </w:rPr>
        <w:t>She posted:</w:t>
      </w:r>
    </w:p>
    <w:p w14:paraId="7089E90C"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AI-powered system that builds professional lead magnets fast — want a free sample?”</w:t>
      </w:r>
    </w:p>
    <w:p w14:paraId="75BE577C" w14:textId="77777777" w:rsidR="001A5159" w:rsidRDefault="00000000">
      <w:r>
        <w:rPr>
          <w:rFonts w:ascii="Garamond" w:hAnsi="Garamond"/>
          <w:sz w:val="24"/>
        </w:rPr>
        <w:t>A real estate agent responded.</w:t>
      </w:r>
    </w:p>
    <w:p w14:paraId="222F2011" w14:textId="77777777" w:rsidR="001A5159" w:rsidRDefault="00000000">
      <w:r>
        <w:rPr>
          <w:rFonts w:ascii="Garamond" w:hAnsi="Garamond"/>
          <w:sz w:val="24"/>
        </w:rPr>
        <w:t>She created:</w:t>
      </w:r>
    </w:p>
    <w:p w14:paraId="04EDF4EF" w14:textId="77777777" w:rsidR="001A5159" w:rsidRDefault="00000000">
      <w:r>
        <w:rPr>
          <w:rFonts w:ascii="Garamond" w:hAnsi="Garamond"/>
          <w:sz w:val="24"/>
        </w:rPr>
        <w:t>a “First-Time Buyer Checklist”</w:t>
      </w:r>
    </w:p>
    <w:p w14:paraId="37DA369D" w14:textId="77777777" w:rsidR="001A5159" w:rsidRDefault="00000000">
      <w:r>
        <w:rPr>
          <w:rFonts w:ascii="Garamond" w:hAnsi="Garamond"/>
          <w:sz w:val="24"/>
        </w:rPr>
        <w:t xml:space="preserve">a “7 Things to Ask Before Hiring a </w:t>
      </w:r>
      <w:proofErr w:type="gramStart"/>
      <w:r>
        <w:rPr>
          <w:rFonts w:ascii="Garamond" w:hAnsi="Garamond"/>
          <w:sz w:val="24"/>
        </w:rPr>
        <w:t>Realtor</w:t>
      </w:r>
      <w:proofErr w:type="gramEnd"/>
      <w:r>
        <w:rPr>
          <w:rFonts w:ascii="Garamond" w:hAnsi="Garamond"/>
          <w:sz w:val="24"/>
        </w:rPr>
        <w:t xml:space="preserve">” </w:t>
      </w:r>
      <w:proofErr w:type="gramStart"/>
      <w:r>
        <w:rPr>
          <w:rFonts w:ascii="Garamond" w:hAnsi="Garamond"/>
          <w:sz w:val="24"/>
        </w:rPr>
        <w:t>guide</w:t>
      </w:r>
      <w:proofErr w:type="gramEnd"/>
    </w:p>
    <w:p w14:paraId="496DEAF1" w14:textId="77777777" w:rsidR="001A5159" w:rsidRDefault="00000000">
      <w:r>
        <w:rPr>
          <w:rFonts w:ascii="Garamond" w:hAnsi="Garamond"/>
          <w:sz w:val="24"/>
        </w:rPr>
        <w:t>Both built entirely with AI + Canva.</w:t>
      </w:r>
    </w:p>
    <w:p w14:paraId="18DB0B73" w14:textId="77777777" w:rsidR="001A5159" w:rsidRDefault="00000000">
      <w:r>
        <w:rPr>
          <w:rFonts w:ascii="Garamond" w:hAnsi="Garamond"/>
          <w:sz w:val="24"/>
        </w:rPr>
        <w:t>The agent loved it.</w:t>
      </w:r>
    </w:p>
    <w:p w14:paraId="265303D6" w14:textId="77777777" w:rsidR="001A5159" w:rsidRDefault="00000000">
      <w:r>
        <w:rPr>
          <w:rFonts w:ascii="Garamond" w:hAnsi="Garamond"/>
          <w:sz w:val="24"/>
        </w:rPr>
        <w:t>He bought two more for $200.</w:t>
      </w:r>
    </w:p>
    <w:p w14:paraId="59C6E00A" w14:textId="77777777" w:rsidR="001A5159" w:rsidRDefault="00000000">
      <w:r>
        <w:rPr>
          <w:rFonts w:ascii="Garamond" w:hAnsi="Garamond"/>
          <w:sz w:val="24"/>
        </w:rPr>
        <w:t xml:space="preserve">He </w:t>
      </w:r>
      <w:proofErr w:type="gramStart"/>
      <w:r>
        <w:rPr>
          <w:rFonts w:ascii="Garamond" w:hAnsi="Garamond"/>
          <w:sz w:val="24"/>
        </w:rPr>
        <w:t>referred</w:t>
      </w:r>
      <w:proofErr w:type="gramEnd"/>
      <w:r>
        <w:rPr>
          <w:rFonts w:ascii="Garamond" w:hAnsi="Garamond"/>
          <w:sz w:val="24"/>
        </w:rPr>
        <w:t xml:space="preserve"> her </w:t>
      </w:r>
      <w:proofErr w:type="gramStart"/>
      <w:r>
        <w:rPr>
          <w:rFonts w:ascii="Garamond" w:hAnsi="Garamond"/>
          <w:sz w:val="24"/>
        </w:rPr>
        <w:t>to</w:t>
      </w:r>
      <w:proofErr w:type="gramEnd"/>
      <w:r>
        <w:rPr>
          <w:rFonts w:ascii="Garamond" w:hAnsi="Garamond"/>
          <w:sz w:val="24"/>
        </w:rPr>
        <w:t>:</w:t>
      </w:r>
    </w:p>
    <w:p w14:paraId="3D8DBB6C" w14:textId="77777777" w:rsidR="001A5159" w:rsidRDefault="00000000">
      <w:proofErr w:type="gramStart"/>
      <w:r>
        <w:rPr>
          <w:rFonts w:ascii="Garamond" w:hAnsi="Garamond"/>
          <w:sz w:val="24"/>
        </w:rPr>
        <w:t>a mortgage</w:t>
      </w:r>
      <w:proofErr w:type="gramEnd"/>
      <w:r>
        <w:rPr>
          <w:rFonts w:ascii="Garamond" w:hAnsi="Garamond"/>
          <w:sz w:val="24"/>
        </w:rPr>
        <w:t xml:space="preserve"> broker → $150</w:t>
      </w:r>
    </w:p>
    <w:p w14:paraId="015BE545" w14:textId="77777777" w:rsidR="001A5159" w:rsidRDefault="00000000">
      <w:proofErr w:type="gramStart"/>
      <w:r>
        <w:rPr>
          <w:rFonts w:ascii="Garamond" w:hAnsi="Garamond"/>
          <w:sz w:val="24"/>
        </w:rPr>
        <w:t>a home</w:t>
      </w:r>
      <w:proofErr w:type="gramEnd"/>
      <w:r>
        <w:rPr>
          <w:rFonts w:ascii="Garamond" w:hAnsi="Garamond"/>
          <w:sz w:val="24"/>
        </w:rPr>
        <w:t xml:space="preserve"> inspector → $150</w:t>
      </w:r>
    </w:p>
    <w:p w14:paraId="3D774309" w14:textId="77777777" w:rsidR="001A5159" w:rsidRDefault="00000000">
      <w:proofErr w:type="gramStart"/>
      <w:r>
        <w:rPr>
          <w:rFonts w:ascii="Garamond" w:hAnsi="Garamond"/>
          <w:sz w:val="24"/>
        </w:rPr>
        <w:t>a moving company →</w:t>
      </w:r>
      <w:proofErr w:type="gramEnd"/>
      <w:r>
        <w:rPr>
          <w:rFonts w:ascii="Garamond" w:hAnsi="Garamond"/>
          <w:sz w:val="24"/>
        </w:rPr>
        <w:t xml:space="preserve"> $100</w:t>
      </w:r>
    </w:p>
    <w:p w14:paraId="2353883D" w14:textId="77777777" w:rsidR="001A5159" w:rsidRDefault="00000000">
      <w:r>
        <w:rPr>
          <w:rFonts w:ascii="Garamond" w:hAnsi="Garamond"/>
          <w:sz w:val="24"/>
        </w:rPr>
        <w:t>Within 10 days Maya earned $600 building simple PDF lead magnets.</w:t>
      </w:r>
    </w:p>
    <w:p w14:paraId="569E548A" w14:textId="77777777" w:rsidR="001A5159" w:rsidRDefault="00000000">
      <w:r>
        <w:rPr>
          <w:rFonts w:ascii="Garamond" w:hAnsi="Garamond"/>
          <w:sz w:val="24"/>
        </w:rPr>
        <w:t>Her exact message:</w:t>
      </w:r>
    </w:p>
    <w:p w14:paraId="131E1DCF" w14:textId="77777777" w:rsidR="001A5159" w:rsidRDefault="00000000">
      <w:r>
        <w:rPr>
          <w:rFonts w:ascii="Garamond" w:hAnsi="Garamond"/>
          <w:sz w:val="24"/>
        </w:rPr>
        <w:lastRenderedPageBreak/>
        <w:t>“I didn’t realize how many local businesses desperately needed this. AI makes me look like a pro.”</w:t>
      </w:r>
    </w:p>
    <w:p w14:paraId="056A425A" w14:textId="77777777" w:rsidR="001A5159" w:rsidRPr="0063351A" w:rsidRDefault="00000000" w:rsidP="0063351A">
      <w:pPr>
        <w:rPr>
          <w:sz w:val="24"/>
          <w:szCs w:val="24"/>
        </w:rPr>
      </w:pPr>
      <w:r w:rsidRPr="0063351A">
        <w:rPr>
          <w:rFonts w:ascii="Garamond" w:hAnsi="Garamond"/>
          <w:b/>
          <w:sz w:val="24"/>
          <w:szCs w:val="24"/>
        </w:rPr>
        <w:t>Blueprint 7 shows how fast you can turn AI + Canva into real money.</w:t>
      </w:r>
    </w:p>
    <w:p w14:paraId="10F5527F" w14:textId="77777777" w:rsidR="0063351A" w:rsidRDefault="0063351A">
      <w:pPr>
        <w:sectPr w:rsidR="0063351A" w:rsidSect="00034616">
          <w:pgSz w:w="12240" w:h="15840"/>
          <w:pgMar w:top="1440" w:right="1800" w:bottom="1440" w:left="1800" w:header="720" w:footer="720" w:gutter="0"/>
          <w:cols w:space="720"/>
          <w:docGrid w:linePitch="360"/>
        </w:sectPr>
      </w:pPr>
    </w:p>
    <w:p w14:paraId="58803A5B" w14:textId="77777777" w:rsidR="001A5159" w:rsidRDefault="001A5159"/>
    <w:p w14:paraId="4A4B8FB9" w14:textId="77777777" w:rsidR="001A5159" w:rsidRPr="0063351A" w:rsidRDefault="00000000" w:rsidP="0063351A">
      <w:pPr>
        <w:pStyle w:val="Heading1"/>
        <w:rPr>
          <w:rFonts w:ascii="Garamond" w:hAnsi="Garamond"/>
          <w:color w:val="auto"/>
          <w:sz w:val="40"/>
          <w:szCs w:val="40"/>
        </w:rPr>
      </w:pPr>
      <w:bookmarkStart w:id="21" w:name="_Toc214830317"/>
      <w:r w:rsidRPr="0063351A">
        <w:rPr>
          <w:rFonts w:ascii="Garamond" w:hAnsi="Garamond"/>
          <w:color w:val="auto"/>
          <w:sz w:val="40"/>
          <w:szCs w:val="40"/>
        </w:rPr>
        <w:t>BLUEPRINT EIGHT — AI-POWERED BRANDING &amp; LOGO CREATION SERVICES</w:t>
      </w:r>
      <w:bookmarkEnd w:id="21"/>
    </w:p>
    <w:p w14:paraId="4FD57DCE" w14:textId="77777777" w:rsidR="001A5159" w:rsidRPr="0063351A" w:rsidRDefault="00000000" w:rsidP="0063351A">
      <w:pPr>
        <w:pStyle w:val="Heading2"/>
        <w:rPr>
          <w:rFonts w:ascii="Garamond" w:hAnsi="Garamond"/>
          <w:color w:val="auto"/>
          <w:sz w:val="28"/>
          <w:szCs w:val="28"/>
        </w:rPr>
      </w:pPr>
      <w:bookmarkStart w:id="22" w:name="_Toc214830318"/>
      <w:r w:rsidRPr="0063351A">
        <w:rPr>
          <w:rFonts w:ascii="Garamond" w:hAnsi="Garamond"/>
          <w:color w:val="auto"/>
          <w:sz w:val="28"/>
          <w:szCs w:val="28"/>
        </w:rPr>
        <w:t>(The Blueprint That Lets You Deliver Fast, Professional Branding — Without Graphic Design Skills)</w:t>
      </w:r>
      <w:bookmarkEnd w:id="22"/>
    </w:p>
    <w:p w14:paraId="4C481A42" w14:textId="77777777" w:rsidR="001A5159" w:rsidRDefault="00000000">
      <w:r>
        <w:rPr>
          <w:rFonts w:ascii="Garamond" w:hAnsi="Garamond"/>
          <w:sz w:val="24"/>
        </w:rPr>
        <w:t>Branding is one of the most valuable services in the digital world.</w:t>
      </w:r>
      <w:r>
        <w:rPr>
          <w:rFonts w:ascii="Garamond" w:hAnsi="Garamond"/>
          <w:sz w:val="24"/>
        </w:rPr>
        <w:br/>
        <w:t>And it used to be one of the hardest.</w:t>
      </w:r>
    </w:p>
    <w:p w14:paraId="05242854" w14:textId="77777777" w:rsidR="001A5159" w:rsidRDefault="00000000">
      <w:r>
        <w:rPr>
          <w:rFonts w:ascii="Garamond" w:hAnsi="Garamond"/>
          <w:sz w:val="24"/>
        </w:rPr>
        <w:t>Not anymore.</w:t>
      </w:r>
    </w:p>
    <w:p w14:paraId="572BC387" w14:textId="77777777" w:rsidR="001A5159" w:rsidRDefault="00000000">
      <w:r>
        <w:rPr>
          <w:rFonts w:ascii="Garamond" w:hAnsi="Garamond"/>
          <w:sz w:val="24"/>
        </w:rPr>
        <w:t>With AI tools, beginners can now produce:</w:t>
      </w:r>
    </w:p>
    <w:p w14:paraId="44F907E8" w14:textId="77777777" w:rsidR="001A5159" w:rsidRDefault="00000000">
      <w:r>
        <w:rPr>
          <w:rFonts w:ascii="Garamond" w:hAnsi="Garamond"/>
          <w:sz w:val="24"/>
        </w:rPr>
        <w:t>brand logos</w:t>
      </w:r>
    </w:p>
    <w:p w14:paraId="20B11E68" w14:textId="77777777" w:rsidR="001A5159" w:rsidRDefault="00000000">
      <w:r>
        <w:rPr>
          <w:rFonts w:ascii="Garamond" w:hAnsi="Garamond"/>
          <w:sz w:val="24"/>
        </w:rPr>
        <w:t>color palettes</w:t>
      </w:r>
    </w:p>
    <w:p w14:paraId="45E84E6D" w14:textId="77777777" w:rsidR="001A5159" w:rsidRDefault="00000000">
      <w:r>
        <w:rPr>
          <w:rFonts w:ascii="Garamond" w:hAnsi="Garamond"/>
          <w:sz w:val="24"/>
        </w:rPr>
        <w:t>typography kits</w:t>
      </w:r>
    </w:p>
    <w:p w14:paraId="7C1592D8" w14:textId="77777777" w:rsidR="001A5159" w:rsidRDefault="00000000">
      <w:r>
        <w:rPr>
          <w:rFonts w:ascii="Garamond" w:hAnsi="Garamond"/>
          <w:sz w:val="24"/>
        </w:rPr>
        <w:t>brand personality profiles</w:t>
      </w:r>
    </w:p>
    <w:p w14:paraId="62AF7435" w14:textId="77777777" w:rsidR="001A5159" w:rsidRDefault="00000000">
      <w:proofErr w:type="gramStart"/>
      <w:r>
        <w:rPr>
          <w:rFonts w:ascii="Garamond" w:hAnsi="Garamond"/>
          <w:sz w:val="24"/>
        </w:rPr>
        <w:t>brand voice guides</w:t>
      </w:r>
      <w:proofErr w:type="gramEnd"/>
    </w:p>
    <w:p w14:paraId="000A0C52" w14:textId="77777777" w:rsidR="001A5159" w:rsidRDefault="00000000">
      <w:r>
        <w:rPr>
          <w:rFonts w:ascii="Garamond" w:hAnsi="Garamond"/>
          <w:sz w:val="24"/>
        </w:rPr>
        <w:t>mood boards</w:t>
      </w:r>
    </w:p>
    <w:p w14:paraId="1C874AF5" w14:textId="77777777" w:rsidR="001A5159" w:rsidRDefault="00000000">
      <w:r>
        <w:rPr>
          <w:rFonts w:ascii="Garamond" w:hAnsi="Garamond"/>
          <w:sz w:val="24"/>
        </w:rPr>
        <w:t>visual identity kits</w:t>
      </w:r>
    </w:p>
    <w:p w14:paraId="0D535015" w14:textId="77777777" w:rsidR="001A5159" w:rsidRDefault="00000000">
      <w:r>
        <w:rPr>
          <w:rFonts w:ascii="Garamond" w:hAnsi="Garamond"/>
          <w:sz w:val="24"/>
        </w:rPr>
        <w:t>branded templates</w:t>
      </w:r>
    </w:p>
    <w:p w14:paraId="5033E3C9" w14:textId="77777777" w:rsidR="001A5159" w:rsidRDefault="00000000">
      <w:r>
        <w:rPr>
          <w:rFonts w:ascii="Garamond" w:hAnsi="Garamond"/>
          <w:sz w:val="24"/>
        </w:rPr>
        <w:t>social profile graphics</w:t>
      </w:r>
    </w:p>
    <w:p w14:paraId="71B66BA9" w14:textId="77777777" w:rsidR="001A5159" w:rsidRDefault="00000000">
      <w:r>
        <w:rPr>
          <w:rFonts w:ascii="Garamond" w:hAnsi="Garamond"/>
          <w:sz w:val="24"/>
        </w:rPr>
        <w:t>…all in minutes.</w:t>
      </w:r>
    </w:p>
    <w:p w14:paraId="7E4D23D5" w14:textId="77777777" w:rsidR="001A5159" w:rsidRDefault="00000000">
      <w:r>
        <w:rPr>
          <w:rFonts w:ascii="Garamond" w:hAnsi="Garamond"/>
          <w:sz w:val="24"/>
        </w:rPr>
        <w:t>This blueprint teaches you how to create polished, professional branding systems that businesses will gladly pay for — even if you’ve never designed anything before.</w:t>
      </w:r>
    </w:p>
    <w:p w14:paraId="7064A2E1" w14:textId="77777777" w:rsidR="001A5159" w:rsidRDefault="001A5159"/>
    <w:p w14:paraId="5FC97F5B" w14:textId="77777777" w:rsidR="001A5159" w:rsidRDefault="00000000">
      <w:r>
        <w:rPr>
          <w:rFonts w:ascii="Garamond" w:hAnsi="Garamond"/>
          <w:sz w:val="24"/>
        </w:rPr>
        <w:t>Why This Blueprint Works</w:t>
      </w:r>
    </w:p>
    <w:p w14:paraId="5027BC5F" w14:textId="77777777" w:rsidR="001A5159" w:rsidRDefault="00000000">
      <w:r>
        <w:rPr>
          <w:rFonts w:ascii="Garamond" w:hAnsi="Garamond"/>
          <w:sz w:val="24"/>
        </w:rPr>
        <w:t>Businesses NEED branding:</w:t>
      </w:r>
    </w:p>
    <w:p w14:paraId="1F725B16" w14:textId="77777777" w:rsidR="001A5159" w:rsidRDefault="00000000">
      <w:r>
        <w:rPr>
          <w:rFonts w:ascii="Garamond" w:hAnsi="Garamond"/>
          <w:sz w:val="24"/>
        </w:rPr>
        <w:t xml:space="preserve">new businesses need a </w:t>
      </w:r>
      <w:proofErr w:type="gramStart"/>
      <w:r>
        <w:rPr>
          <w:rFonts w:ascii="Garamond" w:hAnsi="Garamond"/>
          <w:sz w:val="24"/>
        </w:rPr>
        <w:t>foundation</w:t>
      </w:r>
      <w:proofErr w:type="gramEnd"/>
    </w:p>
    <w:p w14:paraId="011D14EA" w14:textId="77777777" w:rsidR="001A5159" w:rsidRDefault="00000000">
      <w:r>
        <w:rPr>
          <w:rFonts w:ascii="Garamond" w:hAnsi="Garamond"/>
          <w:sz w:val="24"/>
        </w:rPr>
        <w:t xml:space="preserve">existing businesses need </w:t>
      </w:r>
      <w:proofErr w:type="gramStart"/>
      <w:r>
        <w:rPr>
          <w:rFonts w:ascii="Garamond" w:hAnsi="Garamond"/>
          <w:sz w:val="24"/>
        </w:rPr>
        <w:t>refreshes</w:t>
      </w:r>
      <w:proofErr w:type="gramEnd"/>
    </w:p>
    <w:p w14:paraId="53B81825" w14:textId="77777777" w:rsidR="001A5159" w:rsidRDefault="00000000">
      <w:r>
        <w:rPr>
          <w:rFonts w:ascii="Garamond" w:hAnsi="Garamond"/>
          <w:sz w:val="24"/>
        </w:rPr>
        <w:lastRenderedPageBreak/>
        <w:t xml:space="preserve">creators need cohesive </w:t>
      </w:r>
      <w:proofErr w:type="gramStart"/>
      <w:r>
        <w:rPr>
          <w:rFonts w:ascii="Garamond" w:hAnsi="Garamond"/>
          <w:sz w:val="24"/>
        </w:rPr>
        <w:t>visuals</w:t>
      </w:r>
      <w:proofErr w:type="gramEnd"/>
    </w:p>
    <w:p w14:paraId="588313B1" w14:textId="77777777" w:rsidR="001A5159" w:rsidRDefault="00000000">
      <w:r>
        <w:rPr>
          <w:rFonts w:ascii="Garamond" w:hAnsi="Garamond"/>
          <w:sz w:val="24"/>
        </w:rPr>
        <w:t xml:space="preserve">coaches need professional </w:t>
      </w:r>
      <w:proofErr w:type="gramStart"/>
      <w:r>
        <w:rPr>
          <w:rFonts w:ascii="Garamond" w:hAnsi="Garamond"/>
          <w:sz w:val="24"/>
        </w:rPr>
        <w:t>presence</w:t>
      </w:r>
      <w:proofErr w:type="gramEnd"/>
    </w:p>
    <w:p w14:paraId="379740D9" w14:textId="77777777" w:rsidR="001A5159" w:rsidRDefault="00000000">
      <w:r>
        <w:rPr>
          <w:rFonts w:ascii="Garamond" w:hAnsi="Garamond"/>
          <w:sz w:val="24"/>
        </w:rPr>
        <w:t xml:space="preserve">e-commerce sellers need polished </w:t>
      </w:r>
      <w:proofErr w:type="gramStart"/>
      <w:r>
        <w:rPr>
          <w:rFonts w:ascii="Garamond" w:hAnsi="Garamond"/>
          <w:sz w:val="24"/>
        </w:rPr>
        <w:t>listings</w:t>
      </w:r>
      <w:proofErr w:type="gramEnd"/>
    </w:p>
    <w:p w14:paraId="409F8C9D" w14:textId="77777777" w:rsidR="001A5159" w:rsidRDefault="00000000">
      <w:proofErr w:type="gramStart"/>
      <w:r>
        <w:rPr>
          <w:rFonts w:ascii="Garamond" w:hAnsi="Garamond"/>
          <w:sz w:val="24"/>
        </w:rPr>
        <w:t>local</w:t>
      </w:r>
      <w:proofErr w:type="gramEnd"/>
      <w:r>
        <w:rPr>
          <w:rFonts w:ascii="Garamond" w:hAnsi="Garamond"/>
          <w:sz w:val="24"/>
        </w:rPr>
        <w:t xml:space="preserve"> businesses want modern </w:t>
      </w:r>
      <w:proofErr w:type="gramStart"/>
      <w:r>
        <w:rPr>
          <w:rFonts w:ascii="Garamond" w:hAnsi="Garamond"/>
          <w:sz w:val="24"/>
        </w:rPr>
        <w:t>identities</w:t>
      </w:r>
      <w:proofErr w:type="gramEnd"/>
    </w:p>
    <w:p w14:paraId="43E23D53" w14:textId="77777777" w:rsidR="001A5159" w:rsidRDefault="00000000">
      <w:r>
        <w:rPr>
          <w:rFonts w:ascii="Garamond" w:hAnsi="Garamond"/>
          <w:sz w:val="24"/>
        </w:rPr>
        <w:t>And AI has changed the game:</w:t>
      </w:r>
    </w:p>
    <w:p w14:paraId="59576E45" w14:textId="77777777" w:rsidR="001A5159" w:rsidRDefault="00000000">
      <w:r>
        <w:rPr>
          <w:rFonts w:ascii="Garamond" w:hAnsi="Garamond"/>
          <w:sz w:val="24"/>
        </w:rPr>
        <w:t xml:space="preserve">it generates logo </w:t>
      </w:r>
      <w:proofErr w:type="gramStart"/>
      <w:r>
        <w:rPr>
          <w:rFonts w:ascii="Garamond" w:hAnsi="Garamond"/>
          <w:sz w:val="24"/>
        </w:rPr>
        <w:t>concepts</w:t>
      </w:r>
      <w:proofErr w:type="gramEnd"/>
    </w:p>
    <w:p w14:paraId="0A2E3419" w14:textId="77777777" w:rsidR="001A5159" w:rsidRDefault="00000000">
      <w:r>
        <w:rPr>
          <w:rFonts w:ascii="Garamond" w:hAnsi="Garamond"/>
          <w:sz w:val="24"/>
        </w:rPr>
        <w:t xml:space="preserve">it extracts brand </w:t>
      </w:r>
      <w:proofErr w:type="gramStart"/>
      <w:r>
        <w:rPr>
          <w:rFonts w:ascii="Garamond" w:hAnsi="Garamond"/>
          <w:sz w:val="24"/>
        </w:rPr>
        <w:t>colors</w:t>
      </w:r>
      <w:proofErr w:type="gramEnd"/>
    </w:p>
    <w:p w14:paraId="29914D32" w14:textId="77777777" w:rsidR="001A5159" w:rsidRDefault="00000000">
      <w:r>
        <w:rPr>
          <w:rFonts w:ascii="Garamond" w:hAnsi="Garamond"/>
          <w:sz w:val="24"/>
        </w:rPr>
        <w:t xml:space="preserve">it suggests </w:t>
      </w:r>
      <w:proofErr w:type="gramStart"/>
      <w:r>
        <w:rPr>
          <w:rFonts w:ascii="Garamond" w:hAnsi="Garamond"/>
          <w:sz w:val="24"/>
        </w:rPr>
        <w:t>fonts</w:t>
      </w:r>
      <w:proofErr w:type="gramEnd"/>
    </w:p>
    <w:p w14:paraId="464B2DC9" w14:textId="77777777" w:rsidR="001A5159" w:rsidRDefault="00000000">
      <w:r>
        <w:rPr>
          <w:rFonts w:ascii="Garamond" w:hAnsi="Garamond"/>
          <w:sz w:val="24"/>
        </w:rPr>
        <w:t xml:space="preserve">it creates mood </w:t>
      </w:r>
      <w:proofErr w:type="gramStart"/>
      <w:r>
        <w:rPr>
          <w:rFonts w:ascii="Garamond" w:hAnsi="Garamond"/>
          <w:sz w:val="24"/>
        </w:rPr>
        <w:t>boards</w:t>
      </w:r>
      <w:proofErr w:type="gramEnd"/>
    </w:p>
    <w:p w14:paraId="4D2861D1" w14:textId="77777777" w:rsidR="001A5159" w:rsidRDefault="00000000">
      <w:proofErr w:type="gramStart"/>
      <w:r>
        <w:rPr>
          <w:rFonts w:ascii="Garamond" w:hAnsi="Garamond"/>
          <w:sz w:val="24"/>
        </w:rPr>
        <w:t>it</w:t>
      </w:r>
      <w:proofErr w:type="gramEnd"/>
      <w:r>
        <w:rPr>
          <w:rFonts w:ascii="Garamond" w:hAnsi="Garamond"/>
          <w:sz w:val="24"/>
        </w:rPr>
        <w:t xml:space="preserve"> establishes brand </w:t>
      </w:r>
      <w:proofErr w:type="gramStart"/>
      <w:r>
        <w:rPr>
          <w:rFonts w:ascii="Garamond" w:hAnsi="Garamond"/>
          <w:sz w:val="24"/>
        </w:rPr>
        <w:t>voice</w:t>
      </w:r>
      <w:proofErr w:type="gramEnd"/>
    </w:p>
    <w:p w14:paraId="213D7B0D" w14:textId="77777777" w:rsidR="001A5159" w:rsidRDefault="00000000">
      <w:r>
        <w:rPr>
          <w:rFonts w:ascii="Garamond" w:hAnsi="Garamond"/>
          <w:sz w:val="24"/>
        </w:rPr>
        <w:t xml:space="preserve">it produces visual </w:t>
      </w:r>
      <w:proofErr w:type="gramStart"/>
      <w:r>
        <w:rPr>
          <w:rFonts w:ascii="Garamond" w:hAnsi="Garamond"/>
          <w:sz w:val="24"/>
        </w:rPr>
        <w:t>styles</w:t>
      </w:r>
      <w:proofErr w:type="gramEnd"/>
    </w:p>
    <w:p w14:paraId="4EA65952" w14:textId="77777777" w:rsidR="001A5159" w:rsidRDefault="00000000">
      <w:r>
        <w:rPr>
          <w:rFonts w:ascii="Garamond" w:hAnsi="Garamond"/>
          <w:sz w:val="24"/>
        </w:rPr>
        <w:t>You become the strategist — AI becomes your design team.</w:t>
      </w:r>
    </w:p>
    <w:p w14:paraId="5EBD7016" w14:textId="77777777" w:rsidR="001A5159" w:rsidRDefault="001A5159"/>
    <w:p w14:paraId="2481D8E8" w14:textId="77777777" w:rsidR="001A5159" w:rsidRDefault="00000000">
      <w:r>
        <w:rPr>
          <w:rFonts w:ascii="Garamond" w:hAnsi="Garamond"/>
          <w:sz w:val="24"/>
        </w:rPr>
        <w:t>Tools You Need</w:t>
      </w:r>
    </w:p>
    <w:p w14:paraId="246AF8C0" w14:textId="77777777" w:rsidR="001A5159" w:rsidRDefault="00000000">
      <w:r>
        <w:rPr>
          <w:rFonts w:ascii="Garamond" w:hAnsi="Garamond"/>
          <w:sz w:val="24"/>
        </w:rPr>
        <w:t>Midjourney / DALL·E / Canva — Logo + concept generation</w:t>
      </w:r>
      <w:r>
        <w:rPr>
          <w:rFonts w:ascii="Garamond" w:hAnsi="Garamond"/>
          <w:sz w:val="24"/>
        </w:rPr>
        <w:br/>
        <w:t>ChatGPT / Claude — Brand voice + messaging</w:t>
      </w:r>
      <w:r>
        <w:rPr>
          <w:rFonts w:ascii="Garamond" w:hAnsi="Garamond"/>
          <w:sz w:val="24"/>
        </w:rPr>
        <w:br/>
        <w:t>Coolors / Adobe Color — Palettes</w:t>
      </w:r>
      <w:r>
        <w:rPr>
          <w:rFonts w:ascii="Garamond" w:hAnsi="Garamond"/>
          <w:sz w:val="24"/>
        </w:rPr>
        <w:br/>
        <w:t>Canva — Final templates</w:t>
      </w:r>
      <w:r>
        <w:rPr>
          <w:rFonts w:ascii="Garamond" w:hAnsi="Garamond"/>
          <w:sz w:val="24"/>
        </w:rPr>
        <w:br/>
        <w:t>Google Docs — Brand guide delivery</w:t>
      </w:r>
    </w:p>
    <w:p w14:paraId="36D5A7A1" w14:textId="77777777" w:rsidR="001A5159" w:rsidRDefault="00000000">
      <w:r>
        <w:rPr>
          <w:rFonts w:ascii="Garamond" w:hAnsi="Garamond"/>
          <w:sz w:val="24"/>
        </w:rPr>
        <w:t>Optional but powerful:</w:t>
      </w:r>
      <w:r>
        <w:rPr>
          <w:rFonts w:ascii="Garamond" w:hAnsi="Garamond"/>
          <w:sz w:val="24"/>
        </w:rPr>
        <w:br/>
        <w:t>Notion — Brand system dashboards</w:t>
      </w:r>
    </w:p>
    <w:p w14:paraId="3D8CA913" w14:textId="77777777" w:rsidR="001A5159" w:rsidRDefault="001A5159"/>
    <w:p w14:paraId="583F12B8" w14:textId="77777777" w:rsidR="001A5159" w:rsidRDefault="00000000">
      <w:r>
        <w:rPr>
          <w:rFonts w:ascii="Garamond" w:hAnsi="Garamond"/>
          <w:sz w:val="24"/>
        </w:rPr>
        <w:t>What You’ll Offer</w:t>
      </w:r>
    </w:p>
    <w:p w14:paraId="06BE0E5D" w14:textId="77777777" w:rsidR="001A5159" w:rsidRDefault="00000000">
      <w:r>
        <w:rPr>
          <w:rFonts w:ascii="Garamond" w:hAnsi="Garamond"/>
          <w:sz w:val="24"/>
        </w:rPr>
        <w:t>You can deliver:</w:t>
      </w:r>
    </w:p>
    <w:p w14:paraId="4439C061" w14:textId="77777777" w:rsidR="001A5159" w:rsidRDefault="00000000">
      <w:r>
        <w:rPr>
          <w:rFonts w:ascii="Garamond" w:hAnsi="Garamond"/>
          <w:sz w:val="24"/>
        </w:rPr>
        <w:t>logo concepts (3–6 options)</w:t>
      </w:r>
    </w:p>
    <w:p w14:paraId="769624B9" w14:textId="77777777" w:rsidR="001A5159" w:rsidRDefault="00000000">
      <w:r>
        <w:rPr>
          <w:rFonts w:ascii="Garamond" w:hAnsi="Garamond"/>
          <w:sz w:val="24"/>
        </w:rPr>
        <w:t>final logo package (PNG, SVG, transparent)</w:t>
      </w:r>
    </w:p>
    <w:p w14:paraId="790BC517" w14:textId="77777777" w:rsidR="001A5159" w:rsidRDefault="00000000">
      <w:r>
        <w:rPr>
          <w:rFonts w:ascii="Garamond" w:hAnsi="Garamond"/>
          <w:sz w:val="24"/>
        </w:rPr>
        <w:t>brand color palette</w:t>
      </w:r>
    </w:p>
    <w:p w14:paraId="5394F52C" w14:textId="77777777" w:rsidR="001A5159" w:rsidRDefault="00000000">
      <w:proofErr w:type="gramStart"/>
      <w:r>
        <w:rPr>
          <w:rFonts w:ascii="Garamond" w:hAnsi="Garamond"/>
          <w:sz w:val="24"/>
        </w:rPr>
        <w:lastRenderedPageBreak/>
        <w:t>font</w:t>
      </w:r>
      <w:proofErr w:type="gramEnd"/>
      <w:r>
        <w:rPr>
          <w:rFonts w:ascii="Garamond" w:hAnsi="Garamond"/>
          <w:sz w:val="24"/>
        </w:rPr>
        <w:t xml:space="preserve"> selection</w:t>
      </w:r>
    </w:p>
    <w:p w14:paraId="148E6F88" w14:textId="77777777" w:rsidR="001A5159" w:rsidRDefault="00000000">
      <w:r>
        <w:rPr>
          <w:rFonts w:ascii="Garamond" w:hAnsi="Garamond"/>
          <w:sz w:val="24"/>
        </w:rPr>
        <w:t>brand voice + personality guide</w:t>
      </w:r>
    </w:p>
    <w:p w14:paraId="37596004" w14:textId="77777777" w:rsidR="001A5159" w:rsidRDefault="00000000">
      <w:r>
        <w:rPr>
          <w:rFonts w:ascii="Garamond" w:hAnsi="Garamond"/>
          <w:sz w:val="24"/>
        </w:rPr>
        <w:t>usage guidelines</w:t>
      </w:r>
    </w:p>
    <w:p w14:paraId="7AC54859" w14:textId="77777777" w:rsidR="001A5159" w:rsidRDefault="00000000">
      <w:r>
        <w:rPr>
          <w:rFonts w:ascii="Garamond" w:hAnsi="Garamond"/>
          <w:sz w:val="24"/>
        </w:rPr>
        <w:t>Canva templates</w:t>
      </w:r>
    </w:p>
    <w:p w14:paraId="7D7588CC" w14:textId="77777777" w:rsidR="001A5159" w:rsidRDefault="00000000">
      <w:r>
        <w:rPr>
          <w:rFonts w:ascii="Garamond" w:hAnsi="Garamond"/>
          <w:sz w:val="24"/>
        </w:rPr>
        <w:t>social media branding</w:t>
      </w:r>
    </w:p>
    <w:p w14:paraId="210DEDBA" w14:textId="77777777" w:rsidR="001A5159" w:rsidRDefault="00000000">
      <w:r>
        <w:rPr>
          <w:rFonts w:ascii="Garamond" w:hAnsi="Garamond"/>
          <w:sz w:val="24"/>
        </w:rPr>
        <w:t>You can sell these individually or as full brand kits.</w:t>
      </w:r>
    </w:p>
    <w:p w14:paraId="2E65B68A" w14:textId="77777777" w:rsidR="001A5159" w:rsidRDefault="001A5159"/>
    <w:p w14:paraId="0F1887EE" w14:textId="77777777" w:rsidR="001A5159" w:rsidRDefault="00000000">
      <w:r>
        <w:rPr>
          <w:rFonts w:ascii="Garamond" w:hAnsi="Garamond"/>
          <w:sz w:val="24"/>
        </w:rPr>
        <w:t>AI-Powered Workflow (Step-By-Step)</w:t>
      </w:r>
    </w:p>
    <w:p w14:paraId="3B2366FD" w14:textId="77777777" w:rsidR="001A5159" w:rsidRDefault="00000000">
      <w:r>
        <w:rPr>
          <w:rFonts w:ascii="Garamond" w:hAnsi="Garamond"/>
          <w:sz w:val="24"/>
        </w:rPr>
        <w:t>STEP 1 — Build the Brand Personality</w:t>
      </w:r>
    </w:p>
    <w:p w14:paraId="5832D438" w14:textId="77777777" w:rsidR="001A5159" w:rsidRDefault="00000000">
      <w:r>
        <w:rPr>
          <w:rFonts w:ascii="Garamond" w:hAnsi="Garamond"/>
          <w:sz w:val="24"/>
        </w:rPr>
        <w:t>Ask AI:</w:t>
      </w:r>
    </w:p>
    <w:p w14:paraId="31046028" w14:textId="77777777" w:rsidR="001A5159" w:rsidRDefault="00000000">
      <w:r>
        <w:rPr>
          <w:rFonts w:ascii="Garamond" w:hAnsi="Garamond"/>
          <w:sz w:val="24"/>
        </w:rPr>
        <w:t>“Create a brand personality for a . Include values, tone, messaging themes, and audience triggers.”</w:t>
      </w:r>
    </w:p>
    <w:p w14:paraId="0FE9A305" w14:textId="77777777" w:rsidR="001A5159" w:rsidRDefault="00000000">
      <w:r>
        <w:rPr>
          <w:rFonts w:ascii="Garamond" w:hAnsi="Garamond"/>
          <w:sz w:val="24"/>
        </w:rPr>
        <w:t>This becomes your strategy foundation.</w:t>
      </w:r>
    </w:p>
    <w:p w14:paraId="111FAB0B" w14:textId="77777777" w:rsidR="001A5159" w:rsidRDefault="001A5159"/>
    <w:p w14:paraId="06F18FA1" w14:textId="77777777" w:rsidR="001A5159" w:rsidRDefault="00000000">
      <w:r>
        <w:rPr>
          <w:rFonts w:ascii="Garamond" w:hAnsi="Garamond"/>
          <w:sz w:val="24"/>
        </w:rPr>
        <w:t>STEP 2 — Generate Logo Concepts</w:t>
      </w:r>
    </w:p>
    <w:p w14:paraId="7C1FC3AA" w14:textId="77777777" w:rsidR="001A5159" w:rsidRDefault="00000000">
      <w:r>
        <w:rPr>
          <w:rFonts w:ascii="Garamond" w:hAnsi="Garamond"/>
          <w:sz w:val="24"/>
        </w:rPr>
        <w:t>Use prompts inside Midjourney, DALL·E, or Canva:</w:t>
      </w:r>
    </w:p>
    <w:p w14:paraId="69A24917" w14:textId="77777777" w:rsidR="001A5159" w:rsidRDefault="00000000">
      <w:r>
        <w:rPr>
          <w:rFonts w:ascii="Garamond" w:hAnsi="Garamond"/>
          <w:sz w:val="24"/>
        </w:rPr>
        <w:t xml:space="preserve">“Minimal, modern logo for </w:t>
      </w:r>
      <w:proofErr w:type="gramStart"/>
      <w:r>
        <w:rPr>
          <w:rFonts w:ascii="Garamond" w:hAnsi="Garamond"/>
          <w:sz w:val="24"/>
        </w:rPr>
        <w:t>a ,</w:t>
      </w:r>
      <w:proofErr w:type="gramEnd"/>
      <w:r>
        <w:rPr>
          <w:rFonts w:ascii="Garamond" w:hAnsi="Garamond"/>
          <w:sz w:val="24"/>
        </w:rPr>
        <w:t xml:space="preserve"> clean lines, strong silhouette, professional, scalable.”</w:t>
      </w:r>
    </w:p>
    <w:p w14:paraId="11DAECC5" w14:textId="77777777" w:rsidR="001A5159" w:rsidRDefault="00000000">
      <w:r>
        <w:rPr>
          <w:rFonts w:ascii="Garamond" w:hAnsi="Garamond"/>
          <w:sz w:val="24"/>
        </w:rPr>
        <w:t>Generate multiple variations.</w:t>
      </w:r>
    </w:p>
    <w:p w14:paraId="16BA0D3F" w14:textId="77777777" w:rsidR="001A5159" w:rsidRDefault="00000000">
      <w:r>
        <w:rPr>
          <w:rFonts w:ascii="Garamond" w:hAnsi="Garamond"/>
          <w:sz w:val="24"/>
        </w:rPr>
        <w:t>Choose the strongest 3–6 for your client.</w:t>
      </w:r>
    </w:p>
    <w:p w14:paraId="7A9AEEE4" w14:textId="77777777" w:rsidR="001A5159" w:rsidRDefault="001A5159"/>
    <w:p w14:paraId="24CBAC32" w14:textId="77777777" w:rsidR="001A5159" w:rsidRDefault="00000000">
      <w:r>
        <w:rPr>
          <w:rFonts w:ascii="Garamond" w:hAnsi="Garamond"/>
          <w:sz w:val="24"/>
        </w:rPr>
        <w:t>STEP 3 — Extract Color Palettes + Style</w:t>
      </w:r>
    </w:p>
    <w:p w14:paraId="3499CE4F" w14:textId="77777777" w:rsidR="001A5159" w:rsidRDefault="00000000">
      <w:r>
        <w:rPr>
          <w:rFonts w:ascii="Garamond" w:hAnsi="Garamond"/>
          <w:sz w:val="24"/>
        </w:rPr>
        <w:t>AI can:</w:t>
      </w:r>
    </w:p>
    <w:p w14:paraId="0B8C85DE" w14:textId="77777777" w:rsidR="001A5159" w:rsidRDefault="00000000">
      <w:r>
        <w:rPr>
          <w:rFonts w:ascii="Garamond" w:hAnsi="Garamond"/>
          <w:sz w:val="24"/>
        </w:rPr>
        <w:t xml:space="preserve">extract palette from </w:t>
      </w:r>
      <w:proofErr w:type="gramStart"/>
      <w:r>
        <w:rPr>
          <w:rFonts w:ascii="Garamond" w:hAnsi="Garamond"/>
          <w:sz w:val="24"/>
        </w:rPr>
        <w:t>logo</w:t>
      </w:r>
      <w:proofErr w:type="gramEnd"/>
    </w:p>
    <w:p w14:paraId="28F84EF8" w14:textId="77777777" w:rsidR="001A5159" w:rsidRDefault="00000000">
      <w:r>
        <w:rPr>
          <w:rFonts w:ascii="Garamond" w:hAnsi="Garamond"/>
          <w:sz w:val="24"/>
        </w:rPr>
        <w:t xml:space="preserve">suggest </w:t>
      </w:r>
      <w:proofErr w:type="gramStart"/>
      <w:r>
        <w:rPr>
          <w:rFonts w:ascii="Garamond" w:hAnsi="Garamond"/>
          <w:sz w:val="24"/>
        </w:rPr>
        <w:t>fonts</w:t>
      </w:r>
      <w:proofErr w:type="gramEnd"/>
    </w:p>
    <w:p w14:paraId="58FA5835" w14:textId="77777777" w:rsidR="001A5159" w:rsidRDefault="00000000">
      <w:proofErr w:type="gramStart"/>
      <w:r>
        <w:rPr>
          <w:rFonts w:ascii="Garamond" w:hAnsi="Garamond"/>
          <w:sz w:val="24"/>
        </w:rPr>
        <w:t>propose</w:t>
      </w:r>
      <w:proofErr w:type="gramEnd"/>
      <w:r>
        <w:rPr>
          <w:rFonts w:ascii="Garamond" w:hAnsi="Garamond"/>
          <w:sz w:val="24"/>
        </w:rPr>
        <w:t xml:space="preserve"> usage </w:t>
      </w:r>
      <w:proofErr w:type="gramStart"/>
      <w:r>
        <w:rPr>
          <w:rFonts w:ascii="Garamond" w:hAnsi="Garamond"/>
          <w:sz w:val="24"/>
        </w:rPr>
        <w:t>guidelines</w:t>
      </w:r>
      <w:proofErr w:type="gramEnd"/>
    </w:p>
    <w:p w14:paraId="1716DA79" w14:textId="77777777" w:rsidR="001A5159" w:rsidRDefault="00000000">
      <w:r>
        <w:rPr>
          <w:rFonts w:ascii="Garamond" w:hAnsi="Garamond"/>
          <w:sz w:val="24"/>
        </w:rPr>
        <w:t xml:space="preserve">generate mood </w:t>
      </w:r>
      <w:proofErr w:type="gramStart"/>
      <w:r>
        <w:rPr>
          <w:rFonts w:ascii="Garamond" w:hAnsi="Garamond"/>
          <w:sz w:val="24"/>
        </w:rPr>
        <w:t>boards</w:t>
      </w:r>
      <w:proofErr w:type="gramEnd"/>
    </w:p>
    <w:p w14:paraId="62C8190A" w14:textId="77777777" w:rsidR="001A5159" w:rsidRDefault="00000000">
      <w:r>
        <w:rPr>
          <w:rFonts w:ascii="Garamond" w:hAnsi="Garamond"/>
          <w:sz w:val="24"/>
        </w:rPr>
        <w:lastRenderedPageBreak/>
        <w:t>Prompt example:</w:t>
      </w:r>
    </w:p>
    <w:p w14:paraId="3175809B" w14:textId="77777777" w:rsidR="001A5159" w:rsidRDefault="00000000">
      <w:r>
        <w:rPr>
          <w:rFonts w:ascii="Garamond" w:hAnsi="Garamond"/>
          <w:sz w:val="24"/>
        </w:rPr>
        <w:t>“Create a full brand style guide for this brand including color palette, typography, voice, tone, and visual direction.”</w:t>
      </w:r>
    </w:p>
    <w:p w14:paraId="03D38A56" w14:textId="77777777" w:rsidR="001A5159" w:rsidRDefault="001A5159"/>
    <w:p w14:paraId="656EB86B" w14:textId="77777777" w:rsidR="001A5159" w:rsidRDefault="00000000">
      <w:r>
        <w:rPr>
          <w:rFonts w:ascii="Garamond" w:hAnsi="Garamond"/>
          <w:sz w:val="24"/>
        </w:rPr>
        <w:t>STEP 4 — Build the Brand Kit</w:t>
      </w:r>
    </w:p>
    <w:p w14:paraId="63A5BD08" w14:textId="77777777" w:rsidR="001A5159" w:rsidRDefault="00000000">
      <w:r>
        <w:rPr>
          <w:rFonts w:ascii="Garamond" w:hAnsi="Garamond"/>
          <w:sz w:val="24"/>
        </w:rPr>
        <w:t>Inside Canva:</w:t>
      </w:r>
    </w:p>
    <w:p w14:paraId="6851C5C7" w14:textId="77777777" w:rsidR="001A5159" w:rsidRDefault="00000000">
      <w:r>
        <w:rPr>
          <w:rFonts w:ascii="Garamond" w:hAnsi="Garamond"/>
          <w:sz w:val="24"/>
        </w:rPr>
        <w:t xml:space="preserve">paste </w:t>
      </w:r>
      <w:proofErr w:type="gramStart"/>
      <w:r>
        <w:rPr>
          <w:rFonts w:ascii="Garamond" w:hAnsi="Garamond"/>
          <w:sz w:val="24"/>
        </w:rPr>
        <w:t>logo</w:t>
      </w:r>
      <w:proofErr w:type="gramEnd"/>
    </w:p>
    <w:p w14:paraId="241D5663" w14:textId="77777777" w:rsidR="001A5159" w:rsidRDefault="00000000">
      <w:r>
        <w:rPr>
          <w:rFonts w:ascii="Garamond" w:hAnsi="Garamond"/>
          <w:sz w:val="24"/>
        </w:rPr>
        <w:t xml:space="preserve">apply </w:t>
      </w:r>
      <w:proofErr w:type="gramStart"/>
      <w:r>
        <w:rPr>
          <w:rFonts w:ascii="Garamond" w:hAnsi="Garamond"/>
          <w:sz w:val="24"/>
        </w:rPr>
        <w:t>colors</w:t>
      </w:r>
      <w:proofErr w:type="gramEnd"/>
    </w:p>
    <w:p w14:paraId="1487C772" w14:textId="77777777" w:rsidR="001A5159" w:rsidRDefault="00000000">
      <w:r>
        <w:rPr>
          <w:rFonts w:ascii="Garamond" w:hAnsi="Garamond"/>
          <w:sz w:val="24"/>
        </w:rPr>
        <w:t xml:space="preserve">apply </w:t>
      </w:r>
      <w:proofErr w:type="gramStart"/>
      <w:r>
        <w:rPr>
          <w:rFonts w:ascii="Garamond" w:hAnsi="Garamond"/>
          <w:sz w:val="24"/>
        </w:rPr>
        <w:t>fonts</w:t>
      </w:r>
      <w:proofErr w:type="gramEnd"/>
    </w:p>
    <w:p w14:paraId="37FB0BB9" w14:textId="77777777" w:rsidR="001A5159" w:rsidRDefault="00000000">
      <w:r>
        <w:rPr>
          <w:rFonts w:ascii="Garamond" w:hAnsi="Garamond"/>
          <w:sz w:val="24"/>
        </w:rPr>
        <w:t>build templates (optional)</w:t>
      </w:r>
    </w:p>
    <w:p w14:paraId="34FD9199" w14:textId="77777777" w:rsidR="001A5159" w:rsidRDefault="00000000">
      <w:r>
        <w:rPr>
          <w:rFonts w:ascii="Garamond" w:hAnsi="Garamond"/>
          <w:sz w:val="24"/>
        </w:rPr>
        <w:t>Package includes:</w:t>
      </w:r>
    </w:p>
    <w:p w14:paraId="7EC768CE" w14:textId="77777777" w:rsidR="001A5159" w:rsidRDefault="00000000">
      <w:r>
        <w:rPr>
          <w:rFonts w:ascii="Garamond" w:hAnsi="Garamond"/>
          <w:sz w:val="24"/>
        </w:rPr>
        <w:t>logo versions</w:t>
      </w:r>
    </w:p>
    <w:p w14:paraId="430C98F4" w14:textId="77777777" w:rsidR="001A5159" w:rsidRDefault="00000000">
      <w:r>
        <w:rPr>
          <w:rFonts w:ascii="Garamond" w:hAnsi="Garamond"/>
          <w:sz w:val="24"/>
        </w:rPr>
        <w:t>colors + hex codes</w:t>
      </w:r>
    </w:p>
    <w:p w14:paraId="555494B1" w14:textId="77777777" w:rsidR="001A5159" w:rsidRDefault="00000000">
      <w:r>
        <w:rPr>
          <w:rFonts w:ascii="Garamond" w:hAnsi="Garamond"/>
          <w:sz w:val="24"/>
        </w:rPr>
        <w:t>typography rules</w:t>
      </w:r>
    </w:p>
    <w:p w14:paraId="28D93227" w14:textId="77777777" w:rsidR="001A5159" w:rsidRDefault="00000000">
      <w:r>
        <w:rPr>
          <w:rFonts w:ascii="Garamond" w:hAnsi="Garamond"/>
          <w:sz w:val="24"/>
        </w:rPr>
        <w:t>voice guide</w:t>
      </w:r>
    </w:p>
    <w:p w14:paraId="2F65D291" w14:textId="77777777" w:rsidR="001A5159" w:rsidRDefault="00000000">
      <w:r>
        <w:rPr>
          <w:rFonts w:ascii="Garamond" w:hAnsi="Garamond"/>
          <w:sz w:val="24"/>
        </w:rPr>
        <w:t>3–5 branded social templates</w:t>
      </w:r>
    </w:p>
    <w:p w14:paraId="704BDAB1" w14:textId="77777777" w:rsidR="001A5159" w:rsidRDefault="001A5159"/>
    <w:p w14:paraId="2911A639" w14:textId="77777777" w:rsidR="001A5159" w:rsidRDefault="00000000">
      <w:r>
        <w:rPr>
          <w:rFonts w:ascii="Garamond" w:hAnsi="Garamond"/>
          <w:sz w:val="24"/>
        </w:rPr>
        <w:t>STEP 5 — Deliver Professionally</w:t>
      </w:r>
    </w:p>
    <w:p w14:paraId="25229E2B" w14:textId="77777777" w:rsidR="001A5159" w:rsidRDefault="00000000">
      <w:r>
        <w:rPr>
          <w:rFonts w:ascii="Garamond" w:hAnsi="Garamond"/>
          <w:sz w:val="24"/>
        </w:rPr>
        <w:t>Provide:</w:t>
      </w:r>
    </w:p>
    <w:p w14:paraId="3C1A99B5" w14:textId="77777777" w:rsidR="001A5159" w:rsidRDefault="00000000">
      <w:r>
        <w:rPr>
          <w:rFonts w:ascii="Garamond" w:hAnsi="Garamond"/>
          <w:sz w:val="24"/>
        </w:rPr>
        <w:t>logo folder</w:t>
      </w:r>
    </w:p>
    <w:p w14:paraId="63879689" w14:textId="77777777" w:rsidR="001A5159" w:rsidRDefault="00000000">
      <w:r>
        <w:rPr>
          <w:rFonts w:ascii="Garamond" w:hAnsi="Garamond"/>
          <w:sz w:val="24"/>
        </w:rPr>
        <w:t xml:space="preserve">color guide </w:t>
      </w:r>
      <w:proofErr w:type="gramStart"/>
      <w:r>
        <w:rPr>
          <w:rFonts w:ascii="Garamond" w:hAnsi="Garamond"/>
          <w:sz w:val="24"/>
        </w:rPr>
        <w:t>PDF</w:t>
      </w:r>
      <w:proofErr w:type="gramEnd"/>
    </w:p>
    <w:p w14:paraId="63A6E12E" w14:textId="77777777" w:rsidR="001A5159" w:rsidRDefault="00000000">
      <w:r>
        <w:rPr>
          <w:rFonts w:ascii="Garamond" w:hAnsi="Garamond"/>
          <w:sz w:val="24"/>
        </w:rPr>
        <w:t>brand voice document</w:t>
      </w:r>
    </w:p>
    <w:p w14:paraId="141992A2" w14:textId="77777777" w:rsidR="001A5159" w:rsidRDefault="00000000">
      <w:r>
        <w:rPr>
          <w:rFonts w:ascii="Garamond" w:hAnsi="Garamond"/>
          <w:sz w:val="24"/>
        </w:rPr>
        <w:t>Canva templates</w:t>
      </w:r>
    </w:p>
    <w:p w14:paraId="341AFA10" w14:textId="77777777" w:rsidR="001A5159" w:rsidRDefault="00000000">
      <w:r>
        <w:rPr>
          <w:rFonts w:ascii="Garamond" w:hAnsi="Garamond"/>
          <w:sz w:val="24"/>
        </w:rPr>
        <w:t>mood board</w:t>
      </w:r>
    </w:p>
    <w:p w14:paraId="09F80DE9" w14:textId="77777777" w:rsidR="001A5159" w:rsidRDefault="00000000">
      <w:r>
        <w:rPr>
          <w:rFonts w:ascii="Garamond" w:hAnsi="Garamond"/>
          <w:sz w:val="24"/>
        </w:rPr>
        <w:t>brand overview page</w:t>
      </w:r>
    </w:p>
    <w:p w14:paraId="0C3A4BCF" w14:textId="77777777" w:rsidR="001A5159" w:rsidRDefault="00000000">
      <w:r>
        <w:rPr>
          <w:rFonts w:ascii="Garamond" w:hAnsi="Garamond"/>
          <w:sz w:val="24"/>
        </w:rPr>
        <w:t>This looks like $500+ design work — produced with AI support.</w:t>
      </w:r>
    </w:p>
    <w:p w14:paraId="337B0576" w14:textId="77777777" w:rsidR="001A5159" w:rsidRDefault="001A5159"/>
    <w:p w14:paraId="118D61BA" w14:textId="77777777" w:rsidR="001A5159" w:rsidRDefault="00000000">
      <w:r>
        <w:rPr>
          <w:rFonts w:ascii="Garamond" w:hAnsi="Garamond"/>
          <w:sz w:val="24"/>
        </w:rPr>
        <w:t>Beginner Proof Portfolio</w:t>
      </w:r>
    </w:p>
    <w:p w14:paraId="77EAD896" w14:textId="77777777" w:rsidR="001A5159" w:rsidRDefault="00000000">
      <w:r>
        <w:rPr>
          <w:rFonts w:ascii="Garamond" w:hAnsi="Garamond"/>
          <w:sz w:val="24"/>
        </w:rPr>
        <w:t>Create:</w:t>
      </w:r>
    </w:p>
    <w:p w14:paraId="0783DF4B" w14:textId="77777777" w:rsidR="001A5159" w:rsidRDefault="00000000">
      <w:r>
        <w:rPr>
          <w:rFonts w:ascii="Garamond" w:hAnsi="Garamond"/>
          <w:sz w:val="24"/>
        </w:rPr>
        <w:t>3 logo concepts</w:t>
      </w:r>
    </w:p>
    <w:p w14:paraId="6919E9D4" w14:textId="77777777" w:rsidR="001A5159" w:rsidRDefault="00000000">
      <w:r>
        <w:rPr>
          <w:rFonts w:ascii="Garamond" w:hAnsi="Garamond"/>
          <w:sz w:val="24"/>
        </w:rPr>
        <w:t>1 mood board</w:t>
      </w:r>
    </w:p>
    <w:p w14:paraId="222C62F4" w14:textId="77777777" w:rsidR="001A5159" w:rsidRDefault="00000000">
      <w:r>
        <w:rPr>
          <w:rFonts w:ascii="Garamond" w:hAnsi="Garamond"/>
          <w:sz w:val="24"/>
        </w:rPr>
        <w:t>1 color palette</w:t>
      </w:r>
    </w:p>
    <w:p w14:paraId="1BDCE490" w14:textId="77777777" w:rsidR="001A5159" w:rsidRDefault="00000000">
      <w:r>
        <w:rPr>
          <w:rFonts w:ascii="Garamond" w:hAnsi="Garamond"/>
          <w:sz w:val="24"/>
        </w:rPr>
        <w:t>1 brand voice sample</w:t>
      </w:r>
    </w:p>
    <w:p w14:paraId="04392B74" w14:textId="77777777" w:rsidR="001A5159" w:rsidRDefault="00000000">
      <w:r>
        <w:rPr>
          <w:rFonts w:ascii="Garamond" w:hAnsi="Garamond"/>
          <w:sz w:val="24"/>
        </w:rPr>
        <w:t>1 mini style guide</w:t>
      </w:r>
    </w:p>
    <w:p w14:paraId="2044AB07" w14:textId="77777777" w:rsidR="001A5159" w:rsidRDefault="00000000">
      <w:r>
        <w:rPr>
          <w:rFonts w:ascii="Garamond" w:hAnsi="Garamond"/>
          <w:sz w:val="24"/>
        </w:rPr>
        <w:t>Instant visual authority.</w:t>
      </w:r>
    </w:p>
    <w:p w14:paraId="0561F3A1" w14:textId="77777777" w:rsidR="001A5159" w:rsidRDefault="001A5159"/>
    <w:p w14:paraId="19CC10ED" w14:textId="77777777" w:rsidR="001A5159" w:rsidRDefault="00000000">
      <w:r>
        <w:rPr>
          <w:rFonts w:ascii="Garamond" w:hAnsi="Garamond"/>
          <w:sz w:val="24"/>
        </w:rPr>
        <w:t>Pricing Guide</w:t>
      </w:r>
    </w:p>
    <w:p w14:paraId="44B218BB" w14:textId="77777777" w:rsidR="001A5159" w:rsidRDefault="00000000">
      <w:r>
        <w:rPr>
          <w:rFonts w:ascii="Garamond" w:hAnsi="Garamond"/>
          <w:sz w:val="24"/>
        </w:rPr>
        <w:t>Beginners:</w:t>
      </w:r>
    </w:p>
    <w:p w14:paraId="7F6BA674" w14:textId="77777777" w:rsidR="001A5159" w:rsidRDefault="00000000">
      <w:r>
        <w:rPr>
          <w:rFonts w:ascii="Garamond" w:hAnsi="Garamond"/>
          <w:sz w:val="24"/>
        </w:rPr>
        <w:t>$50–$150 logo + palette</w:t>
      </w:r>
    </w:p>
    <w:p w14:paraId="5FDDBF41" w14:textId="77777777" w:rsidR="001A5159" w:rsidRDefault="00000000">
      <w:r>
        <w:rPr>
          <w:rFonts w:ascii="Garamond" w:hAnsi="Garamond"/>
          <w:sz w:val="24"/>
        </w:rPr>
        <w:t>$75–$200 brand kits</w:t>
      </w:r>
    </w:p>
    <w:p w14:paraId="58FEF80E" w14:textId="77777777" w:rsidR="001A5159" w:rsidRDefault="00000000">
      <w:r>
        <w:rPr>
          <w:rFonts w:ascii="Garamond" w:hAnsi="Garamond"/>
          <w:sz w:val="24"/>
        </w:rPr>
        <w:t>Intermediate:</w:t>
      </w:r>
    </w:p>
    <w:p w14:paraId="487F09F3" w14:textId="77777777" w:rsidR="001A5159" w:rsidRDefault="00000000">
      <w:r>
        <w:rPr>
          <w:rFonts w:ascii="Garamond" w:hAnsi="Garamond"/>
          <w:sz w:val="24"/>
        </w:rPr>
        <w:t>$250–$600 full branding packages</w:t>
      </w:r>
    </w:p>
    <w:p w14:paraId="4CAD9973" w14:textId="77777777" w:rsidR="001A5159" w:rsidRDefault="00000000">
      <w:r>
        <w:rPr>
          <w:rFonts w:ascii="Garamond" w:hAnsi="Garamond"/>
          <w:sz w:val="24"/>
        </w:rPr>
        <w:t>$500–$1,500 premium brand systems</w:t>
      </w:r>
    </w:p>
    <w:p w14:paraId="3AE4B961" w14:textId="77777777" w:rsidR="001A5159" w:rsidRDefault="00000000">
      <w:r>
        <w:rPr>
          <w:rFonts w:ascii="Garamond" w:hAnsi="Garamond"/>
          <w:sz w:val="24"/>
        </w:rPr>
        <w:t>Pro:</w:t>
      </w:r>
    </w:p>
    <w:p w14:paraId="73A88797" w14:textId="77777777" w:rsidR="001A5159" w:rsidRDefault="00000000">
      <w:r>
        <w:rPr>
          <w:rFonts w:ascii="Garamond" w:hAnsi="Garamond"/>
          <w:sz w:val="24"/>
        </w:rPr>
        <w:t>$2,000–$5,000 brand design packages</w:t>
      </w:r>
    </w:p>
    <w:p w14:paraId="2366A564" w14:textId="77777777" w:rsidR="001A5159" w:rsidRDefault="00000000">
      <w:r>
        <w:rPr>
          <w:rFonts w:ascii="Garamond" w:hAnsi="Garamond"/>
          <w:sz w:val="24"/>
        </w:rPr>
        <w:t>$5,000+ brand identity overhaul</w:t>
      </w:r>
    </w:p>
    <w:p w14:paraId="33E3B8C8" w14:textId="77777777" w:rsidR="001A5159" w:rsidRDefault="00000000">
      <w:r>
        <w:rPr>
          <w:rFonts w:ascii="Garamond" w:hAnsi="Garamond"/>
          <w:sz w:val="24"/>
        </w:rPr>
        <w:t>Branding is one of the most profitable creative services.</w:t>
      </w:r>
    </w:p>
    <w:p w14:paraId="4234A720" w14:textId="77777777" w:rsidR="001A5159" w:rsidRDefault="001A5159"/>
    <w:p w14:paraId="78FC41A0" w14:textId="77777777" w:rsidR="001A5159" w:rsidRDefault="00000000">
      <w:r>
        <w:rPr>
          <w:rFonts w:ascii="Garamond" w:hAnsi="Garamond"/>
          <w:sz w:val="24"/>
        </w:rPr>
        <w:t>Pro Accelerators</w:t>
      </w:r>
    </w:p>
    <w:p w14:paraId="006E9083" w14:textId="77777777" w:rsidR="001A5159" w:rsidRDefault="00000000">
      <w:r>
        <w:rPr>
          <w:rFonts w:ascii="Garamond" w:hAnsi="Garamond"/>
          <w:sz w:val="24"/>
        </w:rPr>
        <w:t>Canva template sets</w:t>
      </w:r>
    </w:p>
    <w:p w14:paraId="2CAAAEF5" w14:textId="77777777" w:rsidR="001A5159" w:rsidRDefault="00000000">
      <w:r>
        <w:rPr>
          <w:rFonts w:ascii="Garamond" w:hAnsi="Garamond"/>
          <w:sz w:val="24"/>
        </w:rPr>
        <w:t>social media kits</w:t>
      </w:r>
    </w:p>
    <w:p w14:paraId="2B06BDC8" w14:textId="77777777" w:rsidR="001A5159" w:rsidRDefault="00000000">
      <w:r>
        <w:rPr>
          <w:rFonts w:ascii="Garamond" w:hAnsi="Garamond"/>
          <w:sz w:val="24"/>
        </w:rPr>
        <w:lastRenderedPageBreak/>
        <w:t>brand messaging guides</w:t>
      </w:r>
    </w:p>
    <w:p w14:paraId="3CAB594B" w14:textId="77777777" w:rsidR="001A5159" w:rsidRDefault="00000000">
      <w:r>
        <w:rPr>
          <w:rFonts w:ascii="Garamond" w:hAnsi="Garamond"/>
          <w:sz w:val="24"/>
        </w:rPr>
        <w:t>brand storytelling frameworks</w:t>
      </w:r>
    </w:p>
    <w:p w14:paraId="148D53D9" w14:textId="77777777" w:rsidR="001A5159" w:rsidRDefault="00000000">
      <w:r>
        <w:rPr>
          <w:rFonts w:ascii="Garamond" w:hAnsi="Garamond"/>
          <w:sz w:val="24"/>
        </w:rPr>
        <w:t>product packaging mockups</w:t>
      </w:r>
    </w:p>
    <w:p w14:paraId="0CD67378" w14:textId="77777777" w:rsidR="001A5159" w:rsidRDefault="00000000">
      <w:r>
        <w:rPr>
          <w:rFonts w:ascii="Garamond" w:hAnsi="Garamond"/>
          <w:sz w:val="24"/>
        </w:rPr>
        <w:t>brand naming service</w:t>
      </w:r>
    </w:p>
    <w:p w14:paraId="1A186896" w14:textId="77777777" w:rsidR="001A5159" w:rsidRDefault="00000000">
      <w:r>
        <w:rPr>
          <w:rFonts w:ascii="Garamond" w:hAnsi="Garamond"/>
          <w:sz w:val="24"/>
        </w:rPr>
        <w:t>full identity presentations</w:t>
      </w:r>
    </w:p>
    <w:p w14:paraId="3570F97E" w14:textId="77777777" w:rsidR="001A5159" w:rsidRDefault="00000000">
      <w:r>
        <w:rPr>
          <w:rFonts w:ascii="Garamond" w:hAnsi="Garamond"/>
          <w:sz w:val="24"/>
        </w:rPr>
        <w:t>These turn small projects into high-ticket systems.</w:t>
      </w:r>
    </w:p>
    <w:p w14:paraId="4A2016B0" w14:textId="77777777" w:rsidR="001A5159" w:rsidRDefault="001A5159"/>
    <w:p w14:paraId="4C133574" w14:textId="77777777" w:rsidR="001A5159" w:rsidRDefault="00000000">
      <w:r>
        <w:rPr>
          <w:rFonts w:ascii="Garamond" w:hAnsi="Garamond"/>
          <w:sz w:val="24"/>
        </w:rPr>
        <w:t>MICRO CASE STUDY — BLUEPRINT EIGHT</w:t>
      </w:r>
    </w:p>
    <w:p w14:paraId="17F682FA" w14:textId="77777777" w:rsidR="001A5159" w:rsidRDefault="00000000">
      <w:r>
        <w:rPr>
          <w:rFonts w:ascii="Garamond" w:hAnsi="Garamond"/>
          <w:sz w:val="24"/>
        </w:rPr>
        <w:t>Case Study: Beginner Builds a $1,350 Brand Kit Portfolio in 12 Days</w:t>
      </w:r>
    </w:p>
    <w:p w14:paraId="670B7082" w14:textId="77777777" w:rsidR="001A5159" w:rsidRDefault="00000000">
      <w:r>
        <w:rPr>
          <w:rFonts w:ascii="Garamond" w:hAnsi="Garamond"/>
          <w:sz w:val="24"/>
        </w:rPr>
        <w:t>Sarah had never created a logo in her life.</w:t>
      </w:r>
      <w:r>
        <w:rPr>
          <w:rFonts w:ascii="Garamond" w:hAnsi="Garamond"/>
          <w:sz w:val="24"/>
        </w:rPr>
        <w:br/>
        <w:t>She didn’t consider herself “creative.”</w:t>
      </w:r>
      <w:r>
        <w:rPr>
          <w:rFonts w:ascii="Garamond" w:hAnsi="Garamond"/>
          <w:sz w:val="24"/>
        </w:rPr>
        <w:br/>
        <w:t>But she followed Blueprint 8 step-by-step.</w:t>
      </w:r>
    </w:p>
    <w:p w14:paraId="3CE81434" w14:textId="77777777" w:rsidR="001A5159" w:rsidRDefault="00000000">
      <w:r>
        <w:rPr>
          <w:rFonts w:ascii="Garamond" w:hAnsi="Garamond"/>
          <w:sz w:val="24"/>
        </w:rPr>
        <w:t>She used AI to:</w:t>
      </w:r>
    </w:p>
    <w:p w14:paraId="2E5BD4BA" w14:textId="77777777" w:rsidR="001A5159" w:rsidRDefault="00000000">
      <w:r>
        <w:rPr>
          <w:rFonts w:ascii="Garamond" w:hAnsi="Garamond"/>
          <w:sz w:val="24"/>
        </w:rPr>
        <w:t xml:space="preserve">generate 4 logo </w:t>
      </w:r>
      <w:proofErr w:type="gramStart"/>
      <w:r>
        <w:rPr>
          <w:rFonts w:ascii="Garamond" w:hAnsi="Garamond"/>
          <w:sz w:val="24"/>
        </w:rPr>
        <w:t>concepts</w:t>
      </w:r>
      <w:proofErr w:type="gramEnd"/>
    </w:p>
    <w:p w14:paraId="13FCA223" w14:textId="77777777" w:rsidR="001A5159" w:rsidRDefault="00000000">
      <w:r>
        <w:rPr>
          <w:rFonts w:ascii="Garamond" w:hAnsi="Garamond"/>
          <w:sz w:val="24"/>
        </w:rPr>
        <w:t xml:space="preserve">create a color </w:t>
      </w:r>
      <w:proofErr w:type="gramStart"/>
      <w:r>
        <w:rPr>
          <w:rFonts w:ascii="Garamond" w:hAnsi="Garamond"/>
          <w:sz w:val="24"/>
        </w:rPr>
        <w:t>palette</w:t>
      </w:r>
      <w:proofErr w:type="gramEnd"/>
    </w:p>
    <w:p w14:paraId="5DE4E5E4" w14:textId="77777777" w:rsidR="001A5159" w:rsidRDefault="00000000">
      <w:r>
        <w:rPr>
          <w:rFonts w:ascii="Garamond" w:hAnsi="Garamond"/>
          <w:sz w:val="24"/>
        </w:rPr>
        <w:t xml:space="preserve">produce a brand voice </w:t>
      </w:r>
      <w:proofErr w:type="gramStart"/>
      <w:r>
        <w:rPr>
          <w:rFonts w:ascii="Garamond" w:hAnsi="Garamond"/>
          <w:sz w:val="24"/>
        </w:rPr>
        <w:t>guide</w:t>
      </w:r>
      <w:proofErr w:type="gramEnd"/>
    </w:p>
    <w:p w14:paraId="3154391D" w14:textId="77777777" w:rsidR="001A5159" w:rsidRDefault="00000000">
      <w:r>
        <w:rPr>
          <w:rFonts w:ascii="Garamond" w:hAnsi="Garamond"/>
          <w:sz w:val="24"/>
        </w:rPr>
        <w:t xml:space="preserve">assemble a basic brand kit in </w:t>
      </w:r>
      <w:proofErr w:type="gramStart"/>
      <w:r>
        <w:rPr>
          <w:rFonts w:ascii="Garamond" w:hAnsi="Garamond"/>
          <w:sz w:val="24"/>
        </w:rPr>
        <w:t>Canva</w:t>
      </w:r>
      <w:proofErr w:type="gramEnd"/>
    </w:p>
    <w:p w14:paraId="071FECD9" w14:textId="77777777" w:rsidR="001A5159" w:rsidRDefault="00000000">
      <w:r>
        <w:rPr>
          <w:rFonts w:ascii="Garamond" w:hAnsi="Garamond"/>
          <w:sz w:val="24"/>
        </w:rPr>
        <w:t>She posted on social media:</w:t>
      </w:r>
    </w:p>
    <w:p w14:paraId="6ECDF61B"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AI-powered branding system — want a free sample logo concept?”</w:t>
      </w:r>
    </w:p>
    <w:p w14:paraId="6E674944" w14:textId="77777777" w:rsidR="001A5159" w:rsidRDefault="00000000">
      <w:r>
        <w:rPr>
          <w:rFonts w:ascii="Garamond" w:hAnsi="Garamond"/>
          <w:sz w:val="24"/>
        </w:rPr>
        <w:t>A yoga instructor responded.</w:t>
      </w:r>
    </w:p>
    <w:p w14:paraId="0B729F6E" w14:textId="77777777" w:rsidR="001A5159" w:rsidRDefault="00000000">
      <w:r>
        <w:rPr>
          <w:rFonts w:ascii="Garamond" w:hAnsi="Garamond"/>
          <w:sz w:val="24"/>
        </w:rPr>
        <w:t>She delivered:</w:t>
      </w:r>
    </w:p>
    <w:p w14:paraId="475AFDD3" w14:textId="77777777" w:rsidR="001A5159" w:rsidRDefault="00000000">
      <w:r>
        <w:rPr>
          <w:rFonts w:ascii="Garamond" w:hAnsi="Garamond"/>
          <w:sz w:val="24"/>
        </w:rPr>
        <w:t>3 logo concepts</w:t>
      </w:r>
    </w:p>
    <w:p w14:paraId="08C870B5" w14:textId="77777777" w:rsidR="001A5159" w:rsidRDefault="00000000">
      <w:r>
        <w:rPr>
          <w:rFonts w:ascii="Garamond" w:hAnsi="Garamond"/>
          <w:sz w:val="24"/>
        </w:rPr>
        <w:t>1 palette</w:t>
      </w:r>
    </w:p>
    <w:p w14:paraId="0C987632" w14:textId="77777777" w:rsidR="001A5159" w:rsidRDefault="00000000">
      <w:r>
        <w:rPr>
          <w:rFonts w:ascii="Garamond" w:hAnsi="Garamond"/>
          <w:sz w:val="24"/>
        </w:rPr>
        <w:t>1 mood board</w:t>
      </w:r>
    </w:p>
    <w:p w14:paraId="4FFB169C" w14:textId="77777777" w:rsidR="001A5159" w:rsidRDefault="00000000">
      <w:r>
        <w:rPr>
          <w:rFonts w:ascii="Garamond" w:hAnsi="Garamond"/>
          <w:sz w:val="24"/>
        </w:rPr>
        <w:t>They were blown away — and bought a $250 brand kit.</w:t>
      </w:r>
    </w:p>
    <w:p w14:paraId="6E9F2C38" w14:textId="77777777" w:rsidR="001A5159" w:rsidRDefault="00000000">
      <w:r>
        <w:rPr>
          <w:rFonts w:ascii="Garamond" w:hAnsi="Garamond"/>
          <w:sz w:val="24"/>
        </w:rPr>
        <w:t>Then:</w:t>
      </w:r>
    </w:p>
    <w:p w14:paraId="6B706078" w14:textId="77777777" w:rsidR="001A5159" w:rsidRDefault="00000000">
      <w:r>
        <w:rPr>
          <w:rFonts w:ascii="Garamond" w:hAnsi="Garamond"/>
          <w:sz w:val="24"/>
        </w:rPr>
        <w:lastRenderedPageBreak/>
        <w:t xml:space="preserve">a hair salon booked a $300 </w:t>
      </w:r>
      <w:proofErr w:type="gramStart"/>
      <w:r>
        <w:rPr>
          <w:rFonts w:ascii="Garamond" w:hAnsi="Garamond"/>
          <w:sz w:val="24"/>
        </w:rPr>
        <w:t>package</w:t>
      </w:r>
      <w:proofErr w:type="gramEnd"/>
    </w:p>
    <w:p w14:paraId="5131CCCF" w14:textId="77777777" w:rsidR="001A5159" w:rsidRDefault="00000000">
      <w:proofErr w:type="gramStart"/>
      <w:r>
        <w:rPr>
          <w:rFonts w:ascii="Garamond" w:hAnsi="Garamond"/>
          <w:sz w:val="24"/>
        </w:rPr>
        <w:t>a real</w:t>
      </w:r>
      <w:proofErr w:type="gramEnd"/>
      <w:r>
        <w:rPr>
          <w:rFonts w:ascii="Garamond" w:hAnsi="Garamond"/>
          <w:sz w:val="24"/>
        </w:rPr>
        <w:t xml:space="preserve"> estate agent bought a $500 full brand </w:t>
      </w:r>
      <w:proofErr w:type="gramStart"/>
      <w:r>
        <w:rPr>
          <w:rFonts w:ascii="Garamond" w:hAnsi="Garamond"/>
          <w:sz w:val="24"/>
        </w:rPr>
        <w:t>system</w:t>
      </w:r>
      <w:proofErr w:type="gramEnd"/>
    </w:p>
    <w:p w14:paraId="7E8B0CB8" w14:textId="77777777" w:rsidR="001A5159" w:rsidRDefault="00000000">
      <w:proofErr w:type="gramStart"/>
      <w:r>
        <w:rPr>
          <w:rFonts w:ascii="Garamond" w:hAnsi="Garamond"/>
          <w:sz w:val="24"/>
        </w:rPr>
        <w:t>a nutrition</w:t>
      </w:r>
      <w:proofErr w:type="gramEnd"/>
      <w:r>
        <w:rPr>
          <w:rFonts w:ascii="Garamond" w:hAnsi="Garamond"/>
          <w:sz w:val="24"/>
        </w:rPr>
        <w:t xml:space="preserve"> coach bought a $300 </w:t>
      </w:r>
      <w:proofErr w:type="gramStart"/>
      <w:r>
        <w:rPr>
          <w:rFonts w:ascii="Garamond" w:hAnsi="Garamond"/>
          <w:sz w:val="24"/>
        </w:rPr>
        <w:t>kit</w:t>
      </w:r>
      <w:proofErr w:type="gramEnd"/>
    </w:p>
    <w:p w14:paraId="3773E1C9" w14:textId="77777777" w:rsidR="001A5159" w:rsidRDefault="00000000">
      <w:r>
        <w:rPr>
          <w:rFonts w:ascii="Garamond" w:hAnsi="Garamond"/>
          <w:sz w:val="24"/>
        </w:rPr>
        <w:t>In 12 days, Sarah earned $1,350 building simple, AI-supported brand kits.</w:t>
      </w:r>
    </w:p>
    <w:p w14:paraId="73A9A812" w14:textId="77777777" w:rsidR="001A5159" w:rsidRDefault="00000000">
      <w:r>
        <w:rPr>
          <w:rFonts w:ascii="Garamond" w:hAnsi="Garamond"/>
          <w:sz w:val="24"/>
        </w:rPr>
        <w:t>Her message:</w:t>
      </w:r>
    </w:p>
    <w:p w14:paraId="4EA1A264" w14:textId="77777777" w:rsidR="001A5159" w:rsidRDefault="00000000">
      <w:r>
        <w:rPr>
          <w:rFonts w:ascii="Garamond" w:hAnsi="Garamond"/>
          <w:sz w:val="24"/>
        </w:rPr>
        <w:t>“AI didn’t just make this possible — it made me look like a professional designer overnight.”</w:t>
      </w:r>
    </w:p>
    <w:p w14:paraId="29DFA6E1" w14:textId="77777777" w:rsidR="001A5159" w:rsidRPr="0063351A" w:rsidRDefault="00000000" w:rsidP="0063351A">
      <w:pPr>
        <w:rPr>
          <w:sz w:val="24"/>
          <w:szCs w:val="24"/>
        </w:rPr>
      </w:pPr>
      <w:r w:rsidRPr="0063351A">
        <w:rPr>
          <w:rFonts w:ascii="Garamond" w:hAnsi="Garamond"/>
          <w:b/>
          <w:sz w:val="24"/>
          <w:szCs w:val="24"/>
        </w:rPr>
        <w:t>Blueprint 8 proves anyone can deliver stunning branding with the right AI workflow.</w:t>
      </w:r>
    </w:p>
    <w:p w14:paraId="1C731512" w14:textId="77777777" w:rsidR="0063351A" w:rsidRDefault="0063351A">
      <w:pPr>
        <w:sectPr w:rsidR="0063351A" w:rsidSect="00034616">
          <w:pgSz w:w="12240" w:h="15840"/>
          <w:pgMar w:top="1440" w:right="1800" w:bottom="1440" w:left="1800" w:header="720" w:footer="720" w:gutter="0"/>
          <w:cols w:space="720"/>
          <w:docGrid w:linePitch="360"/>
        </w:sectPr>
      </w:pPr>
    </w:p>
    <w:p w14:paraId="0411C355" w14:textId="77777777" w:rsidR="001A5159" w:rsidRDefault="001A5159"/>
    <w:p w14:paraId="387F5332" w14:textId="77777777" w:rsidR="001A5159" w:rsidRPr="0063351A" w:rsidRDefault="00000000" w:rsidP="0063351A">
      <w:pPr>
        <w:pStyle w:val="Heading1"/>
        <w:rPr>
          <w:rFonts w:ascii="Garamond" w:hAnsi="Garamond"/>
          <w:color w:val="auto"/>
          <w:sz w:val="40"/>
          <w:szCs w:val="40"/>
        </w:rPr>
      </w:pPr>
      <w:bookmarkStart w:id="23" w:name="_Toc214830319"/>
      <w:r w:rsidRPr="0063351A">
        <w:rPr>
          <w:rFonts w:ascii="Garamond" w:hAnsi="Garamond"/>
          <w:color w:val="auto"/>
          <w:sz w:val="40"/>
          <w:szCs w:val="40"/>
        </w:rPr>
        <w:t xml:space="preserve">BLUEPRINT NINE — AI-POWERED </w:t>
      </w:r>
      <w:proofErr w:type="gramStart"/>
      <w:r w:rsidRPr="0063351A">
        <w:rPr>
          <w:rFonts w:ascii="Garamond" w:hAnsi="Garamond"/>
          <w:color w:val="auto"/>
          <w:sz w:val="40"/>
          <w:szCs w:val="40"/>
        </w:rPr>
        <w:t>RESUME</w:t>
      </w:r>
      <w:proofErr w:type="gramEnd"/>
      <w:r w:rsidRPr="0063351A">
        <w:rPr>
          <w:rFonts w:ascii="Garamond" w:hAnsi="Garamond"/>
          <w:color w:val="auto"/>
          <w:sz w:val="40"/>
          <w:szCs w:val="40"/>
        </w:rPr>
        <w:t>, COVER LETTER &amp; LINKEDIN PROFILE WRITING</w:t>
      </w:r>
      <w:bookmarkEnd w:id="23"/>
    </w:p>
    <w:p w14:paraId="07A76B4D" w14:textId="77777777" w:rsidR="001A5159" w:rsidRPr="0063351A" w:rsidRDefault="00000000" w:rsidP="0063351A">
      <w:pPr>
        <w:pStyle w:val="Heading2"/>
        <w:rPr>
          <w:rFonts w:ascii="Garamond" w:hAnsi="Garamond"/>
          <w:color w:val="auto"/>
          <w:sz w:val="28"/>
          <w:szCs w:val="28"/>
        </w:rPr>
      </w:pPr>
      <w:bookmarkStart w:id="24" w:name="_Toc214830320"/>
      <w:r w:rsidRPr="0063351A">
        <w:rPr>
          <w:rFonts w:ascii="Garamond" w:hAnsi="Garamond"/>
          <w:color w:val="auto"/>
          <w:sz w:val="28"/>
          <w:szCs w:val="28"/>
        </w:rPr>
        <w:t xml:space="preserve">(The Blueprint That Helps Job Seekers Stand Out Instantly — Even </w:t>
      </w:r>
      <w:proofErr w:type="gramStart"/>
      <w:r w:rsidRPr="0063351A">
        <w:rPr>
          <w:rFonts w:ascii="Garamond" w:hAnsi="Garamond"/>
          <w:color w:val="auto"/>
          <w:sz w:val="28"/>
          <w:szCs w:val="28"/>
        </w:rPr>
        <w:t>With</w:t>
      </w:r>
      <w:proofErr w:type="gramEnd"/>
      <w:r w:rsidRPr="0063351A">
        <w:rPr>
          <w:rFonts w:ascii="Garamond" w:hAnsi="Garamond"/>
          <w:color w:val="auto"/>
          <w:sz w:val="28"/>
          <w:szCs w:val="28"/>
        </w:rPr>
        <w:t xml:space="preserve"> Zero Writing Skills)</w:t>
      </w:r>
      <w:bookmarkEnd w:id="24"/>
    </w:p>
    <w:p w14:paraId="3CCC1D0C" w14:textId="77777777" w:rsidR="001A5159" w:rsidRDefault="00000000">
      <w:r>
        <w:rPr>
          <w:rFonts w:ascii="Garamond" w:hAnsi="Garamond"/>
          <w:sz w:val="24"/>
        </w:rPr>
        <w:t>Millions of people are switching jobs.</w:t>
      </w:r>
      <w:r>
        <w:rPr>
          <w:rFonts w:ascii="Garamond" w:hAnsi="Garamond"/>
          <w:sz w:val="24"/>
        </w:rPr>
        <w:br/>
        <w:t>Millions more are looking for better opportunities.</w:t>
      </w:r>
      <w:r>
        <w:rPr>
          <w:rFonts w:ascii="Garamond" w:hAnsi="Garamond"/>
          <w:sz w:val="24"/>
        </w:rPr>
        <w:br/>
        <w:t>And nearly all of them struggle with one thing:</w:t>
      </w:r>
    </w:p>
    <w:p w14:paraId="7D833869" w14:textId="77777777" w:rsidR="001A5159" w:rsidRDefault="00000000">
      <w:r>
        <w:rPr>
          <w:rFonts w:ascii="Garamond" w:hAnsi="Garamond"/>
          <w:sz w:val="24"/>
        </w:rPr>
        <w:t>Writing a strong resume, cover letter, and LinkedIn profile.</w:t>
      </w:r>
    </w:p>
    <w:p w14:paraId="2E18194B" w14:textId="77777777" w:rsidR="001A5159" w:rsidRDefault="00000000">
      <w:r>
        <w:rPr>
          <w:rFonts w:ascii="Garamond" w:hAnsi="Garamond"/>
          <w:sz w:val="24"/>
        </w:rPr>
        <w:t>This blueprint lets you use AI to create professional, polished job search materials — even if you’ve never written a resume yourself.</w:t>
      </w:r>
    </w:p>
    <w:p w14:paraId="6D8F238A" w14:textId="77777777" w:rsidR="001A5159" w:rsidRDefault="00000000">
      <w:r>
        <w:rPr>
          <w:rFonts w:ascii="Garamond" w:hAnsi="Garamond"/>
          <w:sz w:val="24"/>
        </w:rPr>
        <w:t>With AI, you can deliver:</w:t>
      </w:r>
    </w:p>
    <w:p w14:paraId="27536869" w14:textId="77777777" w:rsidR="001A5159" w:rsidRDefault="00000000">
      <w:r>
        <w:rPr>
          <w:rFonts w:ascii="Garamond" w:hAnsi="Garamond"/>
          <w:sz w:val="24"/>
        </w:rPr>
        <w:t>complete resume rewrites</w:t>
      </w:r>
    </w:p>
    <w:p w14:paraId="45D9409D" w14:textId="77777777" w:rsidR="001A5159" w:rsidRDefault="00000000">
      <w:r>
        <w:rPr>
          <w:rFonts w:ascii="Garamond" w:hAnsi="Garamond"/>
          <w:sz w:val="24"/>
        </w:rPr>
        <w:t>ATS-friendly formatting</w:t>
      </w:r>
    </w:p>
    <w:p w14:paraId="3A9090EA" w14:textId="77777777" w:rsidR="001A5159" w:rsidRDefault="00000000">
      <w:r>
        <w:rPr>
          <w:rFonts w:ascii="Garamond" w:hAnsi="Garamond"/>
          <w:sz w:val="24"/>
        </w:rPr>
        <w:t>cover letters</w:t>
      </w:r>
    </w:p>
    <w:p w14:paraId="57143E98" w14:textId="77777777" w:rsidR="001A5159" w:rsidRDefault="00000000">
      <w:r>
        <w:rPr>
          <w:rFonts w:ascii="Garamond" w:hAnsi="Garamond"/>
          <w:sz w:val="24"/>
        </w:rPr>
        <w:t>LinkedIn profile rewrites</w:t>
      </w:r>
    </w:p>
    <w:p w14:paraId="3EB2220A" w14:textId="77777777" w:rsidR="001A5159" w:rsidRDefault="00000000">
      <w:r>
        <w:rPr>
          <w:rFonts w:ascii="Garamond" w:hAnsi="Garamond"/>
          <w:sz w:val="24"/>
        </w:rPr>
        <w:t xml:space="preserve">job-market </w:t>
      </w:r>
      <w:proofErr w:type="gramStart"/>
      <w:r>
        <w:rPr>
          <w:rFonts w:ascii="Garamond" w:hAnsi="Garamond"/>
          <w:sz w:val="24"/>
        </w:rPr>
        <w:t>positioning</w:t>
      </w:r>
      <w:proofErr w:type="gramEnd"/>
    </w:p>
    <w:p w14:paraId="52D0A4C9" w14:textId="77777777" w:rsidR="001A5159" w:rsidRDefault="00000000">
      <w:r>
        <w:rPr>
          <w:rFonts w:ascii="Garamond" w:hAnsi="Garamond"/>
          <w:sz w:val="24"/>
        </w:rPr>
        <w:t>keyword optimization</w:t>
      </w:r>
    </w:p>
    <w:p w14:paraId="294E93FA" w14:textId="77777777" w:rsidR="001A5159" w:rsidRDefault="00000000">
      <w:r>
        <w:rPr>
          <w:rFonts w:ascii="Garamond" w:hAnsi="Garamond"/>
          <w:sz w:val="24"/>
        </w:rPr>
        <w:t>achievement-focused bullet points</w:t>
      </w:r>
    </w:p>
    <w:p w14:paraId="468FB94F" w14:textId="77777777" w:rsidR="001A5159" w:rsidRDefault="00000000">
      <w:r>
        <w:rPr>
          <w:rFonts w:ascii="Garamond" w:hAnsi="Garamond"/>
          <w:sz w:val="24"/>
        </w:rPr>
        <w:t>role-specific tailoring</w:t>
      </w:r>
    </w:p>
    <w:p w14:paraId="12C4DD39" w14:textId="77777777" w:rsidR="001A5159" w:rsidRDefault="00000000">
      <w:r>
        <w:rPr>
          <w:rFonts w:ascii="Garamond" w:hAnsi="Garamond"/>
          <w:sz w:val="24"/>
        </w:rPr>
        <w:t>This is one of the fastest, easiest services for beginners — and one of the most emotionally impactful.</w:t>
      </w:r>
    </w:p>
    <w:p w14:paraId="25679F29" w14:textId="77777777" w:rsidR="001A5159" w:rsidRDefault="001A5159"/>
    <w:p w14:paraId="1351BE5D" w14:textId="77777777" w:rsidR="001A5159" w:rsidRDefault="00000000">
      <w:r>
        <w:rPr>
          <w:rFonts w:ascii="Garamond" w:hAnsi="Garamond"/>
          <w:sz w:val="24"/>
        </w:rPr>
        <w:t>Why This Blueprint Works</w:t>
      </w:r>
    </w:p>
    <w:p w14:paraId="4200C0CA" w14:textId="77777777" w:rsidR="001A5159" w:rsidRDefault="00000000">
      <w:r>
        <w:rPr>
          <w:rFonts w:ascii="Garamond" w:hAnsi="Garamond"/>
          <w:sz w:val="24"/>
        </w:rPr>
        <w:t>People will ALWAYS need:</w:t>
      </w:r>
    </w:p>
    <w:p w14:paraId="31F0D868" w14:textId="77777777" w:rsidR="001A5159" w:rsidRDefault="00000000">
      <w:r>
        <w:rPr>
          <w:rFonts w:ascii="Garamond" w:hAnsi="Garamond"/>
          <w:sz w:val="24"/>
        </w:rPr>
        <w:t>better jobs</w:t>
      </w:r>
    </w:p>
    <w:p w14:paraId="7FAACB25" w14:textId="77777777" w:rsidR="001A5159" w:rsidRDefault="00000000">
      <w:r>
        <w:rPr>
          <w:rFonts w:ascii="Garamond" w:hAnsi="Garamond"/>
          <w:sz w:val="24"/>
        </w:rPr>
        <w:lastRenderedPageBreak/>
        <w:t xml:space="preserve">better </w:t>
      </w:r>
      <w:proofErr w:type="gramStart"/>
      <w:r>
        <w:rPr>
          <w:rFonts w:ascii="Garamond" w:hAnsi="Garamond"/>
          <w:sz w:val="24"/>
        </w:rPr>
        <w:t>pay</w:t>
      </w:r>
      <w:proofErr w:type="gramEnd"/>
    </w:p>
    <w:p w14:paraId="56404194" w14:textId="77777777" w:rsidR="001A5159" w:rsidRDefault="00000000">
      <w:r>
        <w:rPr>
          <w:rFonts w:ascii="Garamond" w:hAnsi="Garamond"/>
          <w:sz w:val="24"/>
        </w:rPr>
        <w:t>better opportunities</w:t>
      </w:r>
    </w:p>
    <w:p w14:paraId="7A209D69" w14:textId="77777777" w:rsidR="001A5159" w:rsidRDefault="00000000">
      <w:proofErr w:type="gramStart"/>
      <w:r>
        <w:rPr>
          <w:rFonts w:ascii="Garamond" w:hAnsi="Garamond"/>
          <w:sz w:val="24"/>
        </w:rPr>
        <w:t>stronger</w:t>
      </w:r>
      <w:proofErr w:type="gramEnd"/>
      <w:r>
        <w:rPr>
          <w:rFonts w:ascii="Garamond" w:hAnsi="Garamond"/>
          <w:sz w:val="24"/>
        </w:rPr>
        <w:t xml:space="preserve"> applications</w:t>
      </w:r>
    </w:p>
    <w:p w14:paraId="5043AC65" w14:textId="77777777" w:rsidR="001A5159" w:rsidRDefault="00000000">
      <w:r>
        <w:rPr>
          <w:rFonts w:ascii="Garamond" w:hAnsi="Garamond"/>
          <w:sz w:val="24"/>
        </w:rPr>
        <w:t xml:space="preserve">help with </w:t>
      </w:r>
      <w:proofErr w:type="gramStart"/>
      <w:r>
        <w:rPr>
          <w:rFonts w:ascii="Garamond" w:hAnsi="Garamond"/>
          <w:sz w:val="24"/>
        </w:rPr>
        <w:t>writing</w:t>
      </w:r>
      <w:proofErr w:type="gramEnd"/>
    </w:p>
    <w:p w14:paraId="4F398438" w14:textId="77777777" w:rsidR="001A5159" w:rsidRDefault="00000000">
      <w:r>
        <w:rPr>
          <w:rFonts w:ascii="Garamond" w:hAnsi="Garamond"/>
          <w:sz w:val="24"/>
        </w:rPr>
        <w:t>AI makes this simple by:</w:t>
      </w:r>
    </w:p>
    <w:p w14:paraId="6C9236E7" w14:textId="77777777" w:rsidR="001A5159" w:rsidRDefault="00000000">
      <w:r>
        <w:rPr>
          <w:rFonts w:ascii="Garamond" w:hAnsi="Garamond"/>
          <w:sz w:val="24"/>
        </w:rPr>
        <w:t>rewriting experience in clean, professional language</w:t>
      </w:r>
    </w:p>
    <w:p w14:paraId="40511E99" w14:textId="77777777" w:rsidR="001A5159" w:rsidRDefault="00000000">
      <w:r>
        <w:rPr>
          <w:rFonts w:ascii="Garamond" w:hAnsi="Garamond"/>
          <w:sz w:val="24"/>
        </w:rPr>
        <w:t>converting tasks into achievement bullets</w:t>
      </w:r>
    </w:p>
    <w:p w14:paraId="030FB5F8" w14:textId="77777777" w:rsidR="001A5159" w:rsidRDefault="00000000">
      <w:proofErr w:type="gramStart"/>
      <w:r>
        <w:rPr>
          <w:rFonts w:ascii="Garamond" w:hAnsi="Garamond"/>
          <w:sz w:val="24"/>
        </w:rPr>
        <w:t>generating</w:t>
      </w:r>
      <w:proofErr w:type="gramEnd"/>
      <w:r>
        <w:rPr>
          <w:rFonts w:ascii="Garamond" w:hAnsi="Garamond"/>
          <w:sz w:val="24"/>
        </w:rPr>
        <w:t xml:space="preserve"> cover letters</w:t>
      </w:r>
    </w:p>
    <w:p w14:paraId="0CC48B2B" w14:textId="77777777" w:rsidR="001A5159" w:rsidRDefault="00000000">
      <w:r>
        <w:rPr>
          <w:rFonts w:ascii="Garamond" w:hAnsi="Garamond"/>
          <w:sz w:val="24"/>
        </w:rPr>
        <w:t>optimizing for job descriptions</w:t>
      </w:r>
    </w:p>
    <w:p w14:paraId="6B1B9A35" w14:textId="77777777" w:rsidR="001A5159" w:rsidRDefault="00000000">
      <w:r>
        <w:rPr>
          <w:rFonts w:ascii="Garamond" w:hAnsi="Garamond"/>
          <w:sz w:val="24"/>
        </w:rPr>
        <w:t>rewriting LinkedIn About sections</w:t>
      </w:r>
    </w:p>
    <w:p w14:paraId="1CF7CCD2" w14:textId="77777777" w:rsidR="001A5159" w:rsidRDefault="00000000">
      <w:r>
        <w:rPr>
          <w:rFonts w:ascii="Garamond" w:hAnsi="Garamond"/>
          <w:sz w:val="24"/>
        </w:rPr>
        <w:t>tailoring resumes for specific roles</w:t>
      </w:r>
    </w:p>
    <w:p w14:paraId="69795C4B" w14:textId="77777777" w:rsidR="001A5159" w:rsidRDefault="00000000">
      <w:r>
        <w:rPr>
          <w:rFonts w:ascii="Garamond" w:hAnsi="Garamond"/>
          <w:sz w:val="24"/>
        </w:rPr>
        <w:t>This blueprint solves an urgent problem for everyday people — and they pay for that.</w:t>
      </w:r>
    </w:p>
    <w:p w14:paraId="6FD69870" w14:textId="77777777" w:rsidR="001A5159" w:rsidRDefault="001A5159"/>
    <w:p w14:paraId="16A2EFCF" w14:textId="77777777" w:rsidR="001A5159" w:rsidRDefault="00000000">
      <w:r>
        <w:rPr>
          <w:rFonts w:ascii="Garamond" w:hAnsi="Garamond"/>
          <w:sz w:val="24"/>
        </w:rPr>
        <w:t>Tools You Need</w:t>
      </w:r>
    </w:p>
    <w:p w14:paraId="03D69A11" w14:textId="77777777" w:rsidR="001A5159" w:rsidRDefault="00000000">
      <w:r>
        <w:rPr>
          <w:rFonts w:ascii="Garamond" w:hAnsi="Garamond"/>
          <w:sz w:val="24"/>
        </w:rPr>
        <w:t>ChatGPT / Claude — Rewriting + optimization</w:t>
      </w:r>
      <w:r>
        <w:rPr>
          <w:rFonts w:ascii="Garamond" w:hAnsi="Garamond"/>
          <w:sz w:val="24"/>
        </w:rPr>
        <w:br/>
        <w:t>Canva / Google Docs — Clean, professional resume formats</w:t>
      </w:r>
      <w:r>
        <w:rPr>
          <w:rFonts w:ascii="Garamond" w:hAnsi="Garamond"/>
          <w:sz w:val="24"/>
        </w:rPr>
        <w:br/>
        <w:t>Teal / Jobscan — ATS keyword optimization (optional)</w:t>
      </w:r>
      <w:r>
        <w:rPr>
          <w:rFonts w:ascii="Garamond" w:hAnsi="Garamond"/>
          <w:sz w:val="24"/>
        </w:rPr>
        <w:br/>
        <w:t>Google Drive / Notion — Delivery + organization</w:t>
      </w:r>
    </w:p>
    <w:p w14:paraId="5AE124B0" w14:textId="77777777" w:rsidR="001A5159" w:rsidRDefault="001A5159"/>
    <w:p w14:paraId="0A495BB7" w14:textId="77777777" w:rsidR="001A5159" w:rsidRDefault="00000000">
      <w:r>
        <w:rPr>
          <w:rFonts w:ascii="Garamond" w:hAnsi="Garamond"/>
          <w:sz w:val="24"/>
        </w:rPr>
        <w:t>What You’ll Offer</w:t>
      </w:r>
    </w:p>
    <w:p w14:paraId="3B5044E9" w14:textId="77777777" w:rsidR="001A5159" w:rsidRDefault="00000000">
      <w:r>
        <w:rPr>
          <w:rFonts w:ascii="Garamond" w:hAnsi="Garamond"/>
          <w:sz w:val="24"/>
        </w:rPr>
        <w:t>You can provide:</w:t>
      </w:r>
    </w:p>
    <w:p w14:paraId="117078C9" w14:textId="77777777" w:rsidR="001A5159" w:rsidRDefault="00000000">
      <w:proofErr w:type="gramStart"/>
      <w:r>
        <w:rPr>
          <w:rFonts w:ascii="Garamond" w:hAnsi="Garamond"/>
          <w:sz w:val="24"/>
        </w:rPr>
        <w:t>resume rewrites</w:t>
      </w:r>
      <w:proofErr w:type="gramEnd"/>
    </w:p>
    <w:p w14:paraId="22D67E34" w14:textId="77777777" w:rsidR="001A5159" w:rsidRDefault="00000000">
      <w:r>
        <w:rPr>
          <w:rFonts w:ascii="Garamond" w:hAnsi="Garamond"/>
          <w:sz w:val="24"/>
        </w:rPr>
        <w:t>full resume redesigns</w:t>
      </w:r>
    </w:p>
    <w:p w14:paraId="19B459CC" w14:textId="77777777" w:rsidR="001A5159" w:rsidRDefault="00000000">
      <w:r>
        <w:rPr>
          <w:rFonts w:ascii="Garamond" w:hAnsi="Garamond"/>
          <w:sz w:val="24"/>
        </w:rPr>
        <w:t>ATS-optimized versions</w:t>
      </w:r>
    </w:p>
    <w:p w14:paraId="36E5B6D5" w14:textId="77777777" w:rsidR="001A5159" w:rsidRDefault="00000000">
      <w:r>
        <w:rPr>
          <w:rFonts w:ascii="Garamond" w:hAnsi="Garamond"/>
          <w:sz w:val="24"/>
        </w:rPr>
        <w:t>cover letters</w:t>
      </w:r>
    </w:p>
    <w:p w14:paraId="25A3ED69" w14:textId="77777777" w:rsidR="001A5159" w:rsidRDefault="00000000">
      <w:r>
        <w:rPr>
          <w:rFonts w:ascii="Garamond" w:hAnsi="Garamond"/>
          <w:sz w:val="24"/>
        </w:rPr>
        <w:t>LinkedIn profiles</w:t>
      </w:r>
    </w:p>
    <w:p w14:paraId="1CD79B6E" w14:textId="77777777" w:rsidR="001A5159" w:rsidRDefault="00000000">
      <w:r>
        <w:rPr>
          <w:rFonts w:ascii="Garamond" w:hAnsi="Garamond"/>
          <w:sz w:val="24"/>
        </w:rPr>
        <w:t xml:space="preserve">job application </w:t>
      </w:r>
      <w:proofErr w:type="gramStart"/>
      <w:r>
        <w:rPr>
          <w:rFonts w:ascii="Garamond" w:hAnsi="Garamond"/>
          <w:sz w:val="24"/>
        </w:rPr>
        <w:t>bundles</w:t>
      </w:r>
      <w:proofErr w:type="gramEnd"/>
    </w:p>
    <w:p w14:paraId="16728CFA" w14:textId="77777777" w:rsidR="001A5159" w:rsidRDefault="00000000">
      <w:r>
        <w:rPr>
          <w:rFonts w:ascii="Garamond" w:hAnsi="Garamond"/>
          <w:sz w:val="24"/>
        </w:rPr>
        <w:lastRenderedPageBreak/>
        <w:t>tailored resumes for specific roles</w:t>
      </w:r>
    </w:p>
    <w:p w14:paraId="43970745" w14:textId="77777777" w:rsidR="001A5159" w:rsidRDefault="00000000">
      <w:r>
        <w:rPr>
          <w:rFonts w:ascii="Garamond" w:hAnsi="Garamond"/>
          <w:sz w:val="24"/>
        </w:rPr>
        <w:t>And you can upsell:</w:t>
      </w:r>
    </w:p>
    <w:p w14:paraId="13FEC19A" w14:textId="77777777" w:rsidR="001A5159" w:rsidRDefault="00000000">
      <w:r>
        <w:rPr>
          <w:rFonts w:ascii="Garamond" w:hAnsi="Garamond"/>
          <w:sz w:val="24"/>
        </w:rPr>
        <w:t xml:space="preserve">interview prep </w:t>
      </w:r>
      <w:proofErr w:type="gramStart"/>
      <w:r>
        <w:rPr>
          <w:rFonts w:ascii="Garamond" w:hAnsi="Garamond"/>
          <w:sz w:val="24"/>
        </w:rPr>
        <w:t>prompts</w:t>
      </w:r>
      <w:proofErr w:type="gramEnd"/>
    </w:p>
    <w:p w14:paraId="2F55FB20" w14:textId="77777777" w:rsidR="001A5159" w:rsidRDefault="00000000">
      <w:r>
        <w:rPr>
          <w:rFonts w:ascii="Garamond" w:hAnsi="Garamond"/>
          <w:sz w:val="24"/>
        </w:rPr>
        <w:t xml:space="preserve">job-search </w:t>
      </w:r>
      <w:proofErr w:type="gramStart"/>
      <w:r>
        <w:rPr>
          <w:rFonts w:ascii="Garamond" w:hAnsi="Garamond"/>
          <w:sz w:val="24"/>
        </w:rPr>
        <w:t>scripts</w:t>
      </w:r>
      <w:proofErr w:type="gramEnd"/>
    </w:p>
    <w:p w14:paraId="108FCDB9" w14:textId="77777777" w:rsidR="001A5159" w:rsidRDefault="00000000">
      <w:r>
        <w:rPr>
          <w:rFonts w:ascii="Garamond" w:hAnsi="Garamond"/>
          <w:sz w:val="24"/>
        </w:rPr>
        <w:t>personal branding help</w:t>
      </w:r>
    </w:p>
    <w:p w14:paraId="77D3F68A" w14:textId="77777777" w:rsidR="001A5159" w:rsidRDefault="001A5159"/>
    <w:p w14:paraId="19A5FF27" w14:textId="77777777" w:rsidR="001A5159" w:rsidRDefault="00000000">
      <w:r>
        <w:rPr>
          <w:rFonts w:ascii="Garamond" w:hAnsi="Garamond"/>
          <w:sz w:val="24"/>
        </w:rPr>
        <w:t>AI-Powered Workflow (Step-By-Step)</w:t>
      </w:r>
    </w:p>
    <w:p w14:paraId="103A27C1" w14:textId="77777777" w:rsidR="001A5159" w:rsidRDefault="00000000">
      <w:r>
        <w:rPr>
          <w:rFonts w:ascii="Garamond" w:hAnsi="Garamond"/>
          <w:sz w:val="24"/>
        </w:rPr>
        <w:t>STEP 1 — Gather the Client’s History</w:t>
      </w:r>
    </w:p>
    <w:p w14:paraId="2213CD83" w14:textId="77777777" w:rsidR="001A5159" w:rsidRDefault="00000000">
      <w:r>
        <w:rPr>
          <w:rFonts w:ascii="Garamond" w:hAnsi="Garamond"/>
          <w:sz w:val="24"/>
        </w:rPr>
        <w:t>Ask for:</w:t>
      </w:r>
    </w:p>
    <w:p w14:paraId="6CBFEF7B" w14:textId="77777777" w:rsidR="001A5159" w:rsidRDefault="00000000">
      <w:r>
        <w:rPr>
          <w:rFonts w:ascii="Garamond" w:hAnsi="Garamond"/>
          <w:sz w:val="24"/>
        </w:rPr>
        <w:t>old resume (if they have one)</w:t>
      </w:r>
    </w:p>
    <w:p w14:paraId="1A533A2C" w14:textId="77777777" w:rsidR="001A5159" w:rsidRDefault="00000000">
      <w:r>
        <w:rPr>
          <w:rFonts w:ascii="Garamond" w:hAnsi="Garamond"/>
          <w:sz w:val="24"/>
        </w:rPr>
        <w:t>job links they’re applying to</w:t>
      </w:r>
    </w:p>
    <w:p w14:paraId="05EB6076" w14:textId="77777777" w:rsidR="001A5159" w:rsidRDefault="00000000">
      <w:r>
        <w:rPr>
          <w:rFonts w:ascii="Garamond" w:hAnsi="Garamond"/>
          <w:sz w:val="24"/>
        </w:rPr>
        <w:t>career goals</w:t>
      </w:r>
    </w:p>
    <w:p w14:paraId="31E0445E" w14:textId="77777777" w:rsidR="001A5159" w:rsidRDefault="00000000">
      <w:r>
        <w:rPr>
          <w:rFonts w:ascii="Garamond" w:hAnsi="Garamond"/>
          <w:sz w:val="24"/>
        </w:rPr>
        <w:t>achievements</w:t>
      </w:r>
    </w:p>
    <w:p w14:paraId="03AB9827" w14:textId="77777777" w:rsidR="001A5159" w:rsidRDefault="00000000">
      <w:r>
        <w:rPr>
          <w:rFonts w:ascii="Garamond" w:hAnsi="Garamond"/>
          <w:sz w:val="24"/>
        </w:rPr>
        <w:t>certifications</w:t>
      </w:r>
    </w:p>
    <w:p w14:paraId="68F8C703" w14:textId="77777777" w:rsidR="001A5159" w:rsidRDefault="001A5159"/>
    <w:p w14:paraId="2AF7BCCC" w14:textId="77777777" w:rsidR="001A5159" w:rsidRDefault="00000000">
      <w:r>
        <w:rPr>
          <w:rFonts w:ascii="Garamond" w:hAnsi="Garamond"/>
          <w:sz w:val="24"/>
        </w:rPr>
        <w:t>STEP 2 — Rewrite Experience Using AI</w:t>
      </w:r>
    </w:p>
    <w:p w14:paraId="7D129780" w14:textId="77777777" w:rsidR="001A5159" w:rsidRDefault="00000000">
      <w:r>
        <w:rPr>
          <w:rFonts w:ascii="Garamond" w:hAnsi="Garamond"/>
          <w:sz w:val="24"/>
        </w:rPr>
        <w:t>Use this prompt:</w:t>
      </w:r>
    </w:p>
    <w:p w14:paraId="4D4B0EF2" w14:textId="77777777" w:rsidR="001A5159" w:rsidRDefault="00000000">
      <w:r>
        <w:rPr>
          <w:rFonts w:ascii="Garamond" w:hAnsi="Garamond"/>
          <w:sz w:val="24"/>
        </w:rPr>
        <w:t>“Rewrite this resume bullet to be achievement-focused, quantify impact, and align with ATS keywords. Provide 3 variations.”</w:t>
      </w:r>
    </w:p>
    <w:p w14:paraId="53894715" w14:textId="77777777" w:rsidR="001A5159" w:rsidRDefault="00000000">
      <w:r>
        <w:rPr>
          <w:rFonts w:ascii="Garamond" w:hAnsi="Garamond"/>
          <w:sz w:val="24"/>
        </w:rPr>
        <w:t>AI instantly improves every line.</w:t>
      </w:r>
    </w:p>
    <w:p w14:paraId="5478E36B" w14:textId="77777777" w:rsidR="001A5159" w:rsidRDefault="001A5159"/>
    <w:p w14:paraId="3CB96433" w14:textId="77777777" w:rsidR="001A5159" w:rsidRDefault="00000000">
      <w:r>
        <w:rPr>
          <w:rFonts w:ascii="Garamond" w:hAnsi="Garamond"/>
          <w:sz w:val="24"/>
        </w:rPr>
        <w:t>STEP 3 — Generate Achievement Bullets</w:t>
      </w:r>
    </w:p>
    <w:p w14:paraId="2F45DAAF" w14:textId="77777777" w:rsidR="001A5159" w:rsidRDefault="00000000">
      <w:r>
        <w:rPr>
          <w:rFonts w:ascii="Garamond" w:hAnsi="Garamond"/>
          <w:sz w:val="24"/>
        </w:rPr>
        <w:t>Ask AI:</w:t>
      </w:r>
    </w:p>
    <w:p w14:paraId="25E34378" w14:textId="77777777" w:rsidR="001A5159" w:rsidRDefault="00000000">
      <w:r>
        <w:rPr>
          <w:rFonts w:ascii="Garamond" w:hAnsi="Garamond"/>
          <w:sz w:val="24"/>
        </w:rPr>
        <w:t>“Turn this task list into measurable achievement bullets using action verbs, metrics, and impact-focused phrasing.”</w:t>
      </w:r>
    </w:p>
    <w:p w14:paraId="1AA0088B" w14:textId="77777777" w:rsidR="001A5159" w:rsidRDefault="001A5159"/>
    <w:p w14:paraId="08748DF2" w14:textId="77777777" w:rsidR="001A5159" w:rsidRDefault="00000000">
      <w:r>
        <w:rPr>
          <w:rFonts w:ascii="Garamond" w:hAnsi="Garamond"/>
          <w:sz w:val="24"/>
        </w:rPr>
        <w:lastRenderedPageBreak/>
        <w:t>STEP 4 — Write a Professional Summary</w:t>
      </w:r>
    </w:p>
    <w:p w14:paraId="7A764165" w14:textId="77777777" w:rsidR="001A5159" w:rsidRDefault="00000000">
      <w:r>
        <w:rPr>
          <w:rFonts w:ascii="Garamond" w:hAnsi="Garamond"/>
          <w:sz w:val="24"/>
        </w:rPr>
        <w:t>Prompt:</w:t>
      </w:r>
    </w:p>
    <w:p w14:paraId="25B7C0A5" w14:textId="77777777" w:rsidR="001A5159" w:rsidRDefault="00000000">
      <w:r>
        <w:rPr>
          <w:rFonts w:ascii="Garamond" w:hAnsi="Garamond"/>
          <w:sz w:val="24"/>
        </w:rPr>
        <w:t>“Write a compelling 3–4 sentence resume summary tailored to using a confident, results-focused tone.”</w:t>
      </w:r>
    </w:p>
    <w:p w14:paraId="156644A6" w14:textId="77777777" w:rsidR="001A5159" w:rsidRDefault="001A5159"/>
    <w:p w14:paraId="0F644B75" w14:textId="77777777" w:rsidR="001A5159" w:rsidRDefault="00000000">
      <w:r>
        <w:rPr>
          <w:rFonts w:ascii="Garamond" w:hAnsi="Garamond"/>
          <w:sz w:val="24"/>
        </w:rPr>
        <w:t>STEP 5 — Create the Cover Letter</w:t>
      </w:r>
    </w:p>
    <w:p w14:paraId="15AF6EFE" w14:textId="77777777" w:rsidR="001A5159" w:rsidRDefault="00000000">
      <w:r>
        <w:rPr>
          <w:rFonts w:ascii="Garamond" w:hAnsi="Garamond"/>
          <w:sz w:val="24"/>
        </w:rPr>
        <w:t>Ask:</w:t>
      </w:r>
    </w:p>
    <w:p w14:paraId="0641D58D" w14:textId="77777777" w:rsidR="001A5159" w:rsidRDefault="00000000">
      <w:r>
        <w:rPr>
          <w:rFonts w:ascii="Garamond" w:hAnsi="Garamond"/>
          <w:sz w:val="24"/>
        </w:rPr>
        <w:t>“Write a personalized cover letter for this job. Show confidence, alignment with the position, and specific value.”</w:t>
      </w:r>
    </w:p>
    <w:p w14:paraId="26AA3C72" w14:textId="77777777" w:rsidR="001A5159" w:rsidRDefault="001A5159"/>
    <w:p w14:paraId="6BDD9A0F" w14:textId="77777777" w:rsidR="001A5159" w:rsidRDefault="00000000">
      <w:r>
        <w:rPr>
          <w:rFonts w:ascii="Garamond" w:hAnsi="Garamond"/>
          <w:sz w:val="24"/>
        </w:rPr>
        <w:t>STEP 6 — Rewrite the LinkedIn Profile</w:t>
      </w:r>
    </w:p>
    <w:p w14:paraId="2F6C1794" w14:textId="77777777" w:rsidR="001A5159" w:rsidRDefault="00000000">
      <w:r>
        <w:rPr>
          <w:rFonts w:ascii="Garamond" w:hAnsi="Garamond"/>
          <w:sz w:val="24"/>
        </w:rPr>
        <w:t>AI can craft:</w:t>
      </w:r>
    </w:p>
    <w:p w14:paraId="60D1526B" w14:textId="77777777" w:rsidR="001A5159" w:rsidRDefault="00000000">
      <w:r>
        <w:rPr>
          <w:rFonts w:ascii="Garamond" w:hAnsi="Garamond"/>
          <w:sz w:val="24"/>
        </w:rPr>
        <w:t>headline</w:t>
      </w:r>
    </w:p>
    <w:p w14:paraId="5953C1EA" w14:textId="77777777" w:rsidR="001A5159" w:rsidRDefault="00000000">
      <w:r>
        <w:rPr>
          <w:rFonts w:ascii="Garamond" w:hAnsi="Garamond"/>
          <w:sz w:val="24"/>
        </w:rPr>
        <w:t>About section</w:t>
      </w:r>
    </w:p>
    <w:p w14:paraId="7D430F30" w14:textId="77777777" w:rsidR="001A5159" w:rsidRDefault="00000000">
      <w:proofErr w:type="gramStart"/>
      <w:r>
        <w:rPr>
          <w:rFonts w:ascii="Garamond" w:hAnsi="Garamond"/>
          <w:sz w:val="24"/>
        </w:rPr>
        <w:t>experience descriptions</w:t>
      </w:r>
      <w:proofErr w:type="gramEnd"/>
    </w:p>
    <w:p w14:paraId="10AA94D5" w14:textId="77777777" w:rsidR="001A5159" w:rsidRDefault="00000000">
      <w:r>
        <w:rPr>
          <w:rFonts w:ascii="Garamond" w:hAnsi="Garamond"/>
          <w:sz w:val="24"/>
        </w:rPr>
        <w:t>skill lists</w:t>
      </w:r>
    </w:p>
    <w:p w14:paraId="7B1C7489" w14:textId="77777777" w:rsidR="001A5159" w:rsidRDefault="00000000">
      <w:r>
        <w:rPr>
          <w:rFonts w:ascii="Garamond" w:hAnsi="Garamond"/>
          <w:sz w:val="24"/>
        </w:rPr>
        <w:t>Prompt:</w:t>
      </w:r>
    </w:p>
    <w:p w14:paraId="0DAF9EB7" w14:textId="77777777" w:rsidR="001A5159" w:rsidRDefault="00000000">
      <w:r>
        <w:rPr>
          <w:rFonts w:ascii="Garamond" w:hAnsi="Garamond"/>
          <w:sz w:val="24"/>
        </w:rPr>
        <w:t xml:space="preserve">“Rewrite this LinkedIn About section to be clear, personable, confident, and </w:t>
      </w:r>
      <w:proofErr w:type="gramStart"/>
      <w:r>
        <w:rPr>
          <w:rFonts w:ascii="Garamond" w:hAnsi="Garamond"/>
          <w:sz w:val="24"/>
        </w:rPr>
        <w:t>achievement-led</w:t>
      </w:r>
      <w:proofErr w:type="gramEnd"/>
      <w:r>
        <w:rPr>
          <w:rFonts w:ascii="Garamond" w:hAnsi="Garamond"/>
          <w:sz w:val="24"/>
        </w:rPr>
        <w:t>.”</w:t>
      </w:r>
    </w:p>
    <w:p w14:paraId="2568782C" w14:textId="77777777" w:rsidR="001A5159" w:rsidRDefault="001A5159"/>
    <w:p w14:paraId="33D6F179" w14:textId="77777777" w:rsidR="001A5159" w:rsidRDefault="00000000">
      <w:r>
        <w:rPr>
          <w:rFonts w:ascii="Garamond" w:hAnsi="Garamond"/>
          <w:sz w:val="24"/>
        </w:rPr>
        <w:t>STEP 7 — Deliver a Polished Package</w:t>
      </w:r>
    </w:p>
    <w:p w14:paraId="57FA7F5B" w14:textId="77777777" w:rsidR="001A5159" w:rsidRDefault="00000000">
      <w:r>
        <w:rPr>
          <w:rFonts w:ascii="Garamond" w:hAnsi="Garamond"/>
          <w:sz w:val="24"/>
        </w:rPr>
        <w:t>Deliver:</w:t>
      </w:r>
    </w:p>
    <w:p w14:paraId="3FF49C14" w14:textId="77777777" w:rsidR="001A5159" w:rsidRDefault="00000000">
      <w:r>
        <w:rPr>
          <w:rFonts w:ascii="Garamond" w:hAnsi="Garamond"/>
          <w:sz w:val="24"/>
        </w:rPr>
        <w:t>PDF resume</w:t>
      </w:r>
    </w:p>
    <w:p w14:paraId="261472D3" w14:textId="77777777" w:rsidR="001A5159" w:rsidRDefault="00000000">
      <w:r>
        <w:rPr>
          <w:rFonts w:ascii="Garamond" w:hAnsi="Garamond"/>
          <w:sz w:val="24"/>
        </w:rPr>
        <w:t>editable Google Doc</w:t>
      </w:r>
    </w:p>
    <w:p w14:paraId="7985CE08" w14:textId="77777777" w:rsidR="001A5159" w:rsidRDefault="00000000">
      <w:r>
        <w:rPr>
          <w:rFonts w:ascii="Garamond" w:hAnsi="Garamond"/>
          <w:sz w:val="24"/>
        </w:rPr>
        <w:t>cover letter</w:t>
      </w:r>
    </w:p>
    <w:p w14:paraId="1D3E10C1" w14:textId="77777777" w:rsidR="001A5159" w:rsidRDefault="00000000">
      <w:r>
        <w:rPr>
          <w:rFonts w:ascii="Garamond" w:hAnsi="Garamond"/>
          <w:sz w:val="24"/>
        </w:rPr>
        <w:t>LinkedIn copy</w:t>
      </w:r>
    </w:p>
    <w:p w14:paraId="71157BBA" w14:textId="77777777" w:rsidR="001A5159" w:rsidRDefault="00000000">
      <w:r>
        <w:rPr>
          <w:rFonts w:ascii="Garamond" w:hAnsi="Garamond"/>
          <w:sz w:val="24"/>
        </w:rPr>
        <w:t>ATS version</w:t>
      </w:r>
    </w:p>
    <w:p w14:paraId="60387093" w14:textId="77777777" w:rsidR="001A5159" w:rsidRDefault="00000000">
      <w:r>
        <w:rPr>
          <w:rFonts w:ascii="Garamond" w:hAnsi="Garamond"/>
          <w:sz w:val="24"/>
        </w:rPr>
        <w:lastRenderedPageBreak/>
        <w:t>tailored versions</w:t>
      </w:r>
    </w:p>
    <w:p w14:paraId="7043A7B8" w14:textId="77777777" w:rsidR="001A5159" w:rsidRDefault="00000000">
      <w:r>
        <w:rPr>
          <w:rFonts w:ascii="Garamond" w:hAnsi="Garamond"/>
          <w:sz w:val="24"/>
        </w:rPr>
        <w:t>This looks incredibly polished with very little effort.</w:t>
      </w:r>
    </w:p>
    <w:p w14:paraId="6E862265" w14:textId="77777777" w:rsidR="001A5159" w:rsidRDefault="001A5159"/>
    <w:p w14:paraId="2AE273E7" w14:textId="77777777" w:rsidR="001A5159" w:rsidRDefault="00000000">
      <w:r>
        <w:rPr>
          <w:rFonts w:ascii="Garamond" w:hAnsi="Garamond"/>
          <w:sz w:val="24"/>
        </w:rPr>
        <w:t>Beginner Proof Portfolio</w:t>
      </w:r>
    </w:p>
    <w:p w14:paraId="4C853E75" w14:textId="77777777" w:rsidR="001A5159" w:rsidRDefault="00000000">
      <w:r>
        <w:rPr>
          <w:rFonts w:ascii="Garamond" w:hAnsi="Garamond"/>
          <w:sz w:val="24"/>
        </w:rPr>
        <w:t>Create:</w:t>
      </w:r>
    </w:p>
    <w:p w14:paraId="2EB9EAAB" w14:textId="77777777" w:rsidR="001A5159" w:rsidRDefault="00000000">
      <w:r>
        <w:rPr>
          <w:rFonts w:ascii="Garamond" w:hAnsi="Garamond"/>
          <w:sz w:val="24"/>
        </w:rPr>
        <w:t>1 resume sample</w:t>
      </w:r>
    </w:p>
    <w:p w14:paraId="2D6C65A2" w14:textId="77777777" w:rsidR="001A5159" w:rsidRDefault="00000000">
      <w:r>
        <w:rPr>
          <w:rFonts w:ascii="Garamond" w:hAnsi="Garamond"/>
          <w:sz w:val="24"/>
        </w:rPr>
        <w:t>1 cover letter sample</w:t>
      </w:r>
    </w:p>
    <w:p w14:paraId="3283C494" w14:textId="77777777" w:rsidR="001A5159" w:rsidRDefault="00000000">
      <w:r>
        <w:rPr>
          <w:rFonts w:ascii="Garamond" w:hAnsi="Garamond"/>
          <w:sz w:val="24"/>
        </w:rPr>
        <w:t>1 LinkedIn About section</w:t>
      </w:r>
    </w:p>
    <w:p w14:paraId="04193B9C" w14:textId="77777777" w:rsidR="001A5159" w:rsidRDefault="00000000">
      <w:r>
        <w:rPr>
          <w:rFonts w:ascii="Garamond" w:hAnsi="Garamond"/>
          <w:sz w:val="24"/>
        </w:rPr>
        <w:t>1 job-tailoring example</w:t>
      </w:r>
    </w:p>
    <w:p w14:paraId="57107AFB" w14:textId="77777777" w:rsidR="001A5159" w:rsidRDefault="00000000">
      <w:r>
        <w:rPr>
          <w:rFonts w:ascii="Garamond" w:hAnsi="Garamond"/>
          <w:sz w:val="24"/>
        </w:rPr>
        <w:t>Instant credibility.</w:t>
      </w:r>
    </w:p>
    <w:p w14:paraId="2E4AC893" w14:textId="77777777" w:rsidR="001A5159" w:rsidRDefault="001A5159"/>
    <w:p w14:paraId="05FD7DA2" w14:textId="77777777" w:rsidR="001A5159" w:rsidRDefault="00000000">
      <w:r>
        <w:rPr>
          <w:rFonts w:ascii="Garamond" w:hAnsi="Garamond"/>
          <w:sz w:val="24"/>
        </w:rPr>
        <w:t>Pricing Guide</w:t>
      </w:r>
    </w:p>
    <w:p w14:paraId="68C9553D" w14:textId="77777777" w:rsidR="001A5159" w:rsidRDefault="00000000">
      <w:r>
        <w:rPr>
          <w:rFonts w:ascii="Garamond" w:hAnsi="Garamond"/>
          <w:sz w:val="24"/>
        </w:rPr>
        <w:t>Beginners:</w:t>
      </w:r>
    </w:p>
    <w:p w14:paraId="0ED7F781" w14:textId="77777777" w:rsidR="001A5159" w:rsidRDefault="00000000">
      <w:r>
        <w:rPr>
          <w:rFonts w:ascii="Garamond" w:hAnsi="Garamond"/>
          <w:sz w:val="24"/>
        </w:rPr>
        <w:t>$25–$40 resumes</w:t>
      </w:r>
    </w:p>
    <w:p w14:paraId="0E3ECA63" w14:textId="77777777" w:rsidR="001A5159" w:rsidRDefault="00000000">
      <w:r>
        <w:rPr>
          <w:rFonts w:ascii="Garamond" w:hAnsi="Garamond"/>
          <w:sz w:val="24"/>
        </w:rPr>
        <w:t>$15–$25 cover letters</w:t>
      </w:r>
    </w:p>
    <w:p w14:paraId="19E6E620" w14:textId="77777777" w:rsidR="001A5159" w:rsidRDefault="00000000">
      <w:r>
        <w:rPr>
          <w:rFonts w:ascii="Garamond" w:hAnsi="Garamond"/>
          <w:sz w:val="24"/>
        </w:rPr>
        <w:t>Intermediate:</w:t>
      </w:r>
    </w:p>
    <w:p w14:paraId="4A1708E8" w14:textId="77777777" w:rsidR="001A5159" w:rsidRDefault="00000000">
      <w:r>
        <w:rPr>
          <w:rFonts w:ascii="Garamond" w:hAnsi="Garamond"/>
          <w:sz w:val="24"/>
        </w:rPr>
        <w:t>$75–$150 resume + cover letter bundles</w:t>
      </w:r>
    </w:p>
    <w:p w14:paraId="70BD775B" w14:textId="77777777" w:rsidR="001A5159" w:rsidRDefault="00000000">
      <w:r>
        <w:rPr>
          <w:rFonts w:ascii="Garamond" w:hAnsi="Garamond"/>
          <w:sz w:val="24"/>
        </w:rPr>
        <w:t>$120–$250 LinkedIn optimization</w:t>
      </w:r>
    </w:p>
    <w:p w14:paraId="2F98DE69" w14:textId="77777777" w:rsidR="001A5159" w:rsidRDefault="00000000">
      <w:r>
        <w:rPr>
          <w:rFonts w:ascii="Garamond" w:hAnsi="Garamond"/>
          <w:sz w:val="24"/>
        </w:rPr>
        <w:t>Pro:</w:t>
      </w:r>
    </w:p>
    <w:p w14:paraId="169941D5" w14:textId="77777777" w:rsidR="001A5159" w:rsidRDefault="00000000">
      <w:r>
        <w:rPr>
          <w:rFonts w:ascii="Garamond" w:hAnsi="Garamond"/>
          <w:sz w:val="24"/>
        </w:rPr>
        <w:t>$300–$600 full job search packages</w:t>
      </w:r>
    </w:p>
    <w:p w14:paraId="107F3A22" w14:textId="77777777" w:rsidR="001A5159" w:rsidRDefault="00000000">
      <w:r>
        <w:rPr>
          <w:rFonts w:ascii="Garamond" w:hAnsi="Garamond"/>
          <w:sz w:val="24"/>
        </w:rPr>
        <w:t>$1,000+ career branding systems</w:t>
      </w:r>
    </w:p>
    <w:p w14:paraId="7BE5F534" w14:textId="77777777" w:rsidR="001A5159" w:rsidRDefault="00000000">
      <w:r>
        <w:rPr>
          <w:rFonts w:ascii="Garamond" w:hAnsi="Garamond"/>
          <w:sz w:val="24"/>
        </w:rPr>
        <w:t>retainer support for ongoing applications</w:t>
      </w:r>
    </w:p>
    <w:p w14:paraId="3FFCB757" w14:textId="77777777" w:rsidR="001A5159" w:rsidRDefault="00000000">
      <w:r>
        <w:rPr>
          <w:rFonts w:ascii="Garamond" w:hAnsi="Garamond"/>
          <w:sz w:val="24"/>
        </w:rPr>
        <w:t>People PAY because a better resume = a better job.</w:t>
      </w:r>
    </w:p>
    <w:p w14:paraId="5D124A5D" w14:textId="77777777" w:rsidR="001A5159" w:rsidRDefault="001A5159"/>
    <w:p w14:paraId="21BBAFBF" w14:textId="77777777" w:rsidR="001A5159" w:rsidRDefault="00000000">
      <w:r>
        <w:rPr>
          <w:rFonts w:ascii="Garamond" w:hAnsi="Garamond"/>
          <w:sz w:val="24"/>
        </w:rPr>
        <w:t>Pro Accelerators</w:t>
      </w:r>
    </w:p>
    <w:p w14:paraId="385203AF" w14:textId="77777777" w:rsidR="001A5159" w:rsidRDefault="00000000">
      <w:r>
        <w:rPr>
          <w:rFonts w:ascii="Garamond" w:hAnsi="Garamond"/>
          <w:sz w:val="24"/>
        </w:rPr>
        <w:lastRenderedPageBreak/>
        <w:t xml:space="preserve">resume template </w:t>
      </w:r>
      <w:proofErr w:type="gramStart"/>
      <w:r>
        <w:rPr>
          <w:rFonts w:ascii="Garamond" w:hAnsi="Garamond"/>
          <w:sz w:val="24"/>
        </w:rPr>
        <w:t>packs</w:t>
      </w:r>
      <w:proofErr w:type="gramEnd"/>
    </w:p>
    <w:p w14:paraId="3D642D7C" w14:textId="77777777" w:rsidR="001A5159" w:rsidRDefault="00000000">
      <w:r>
        <w:rPr>
          <w:rFonts w:ascii="Garamond" w:hAnsi="Garamond"/>
          <w:sz w:val="24"/>
        </w:rPr>
        <w:t>24-hour rush delivery</w:t>
      </w:r>
    </w:p>
    <w:p w14:paraId="4731D0E1" w14:textId="77777777" w:rsidR="001A5159" w:rsidRDefault="00000000">
      <w:r>
        <w:rPr>
          <w:rFonts w:ascii="Garamond" w:hAnsi="Garamond"/>
          <w:sz w:val="24"/>
        </w:rPr>
        <w:t>premium LinkedIn branding</w:t>
      </w:r>
    </w:p>
    <w:p w14:paraId="5D27119E" w14:textId="77777777" w:rsidR="001A5159" w:rsidRDefault="00000000">
      <w:r>
        <w:rPr>
          <w:rFonts w:ascii="Garamond" w:hAnsi="Garamond"/>
          <w:sz w:val="24"/>
        </w:rPr>
        <w:t xml:space="preserve">job-tailoring </w:t>
      </w:r>
      <w:proofErr w:type="gramStart"/>
      <w:r>
        <w:rPr>
          <w:rFonts w:ascii="Garamond" w:hAnsi="Garamond"/>
          <w:sz w:val="24"/>
        </w:rPr>
        <w:t>bundles</w:t>
      </w:r>
      <w:proofErr w:type="gramEnd"/>
    </w:p>
    <w:p w14:paraId="3EDBB7FC" w14:textId="77777777" w:rsidR="001A5159" w:rsidRDefault="00000000">
      <w:r>
        <w:rPr>
          <w:rFonts w:ascii="Garamond" w:hAnsi="Garamond"/>
          <w:sz w:val="24"/>
        </w:rPr>
        <w:t xml:space="preserve">interview script </w:t>
      </w:r>
      <w:proofErr w:type="gramStart"/>
      <w:r>
        <w:rPr>
          <w:rFonts w:ascii="Garamond" w:hAnsi="Garamond"/>
          <w:sz w:val="24"/>
        </w:rPr>
        <w:t>prep</w:t>
      </w:r>
      <w:proofErr w:type="gramEnd"/>
    </w:p>
    <w:p w14:paraId="0E2E135E" w14:textId="77777777" w:rsidR="001A5159" w:rsidRDefault="00000000">
      <w:r>
        <w:rPr>
          <w:rFonts w:ascii="Garamond" w:hAnsi="Garamond"/>
          <w:sz w:val="24"/>
        </w:rPr>
        <w:t xml:space="preserve">job-search automation </w:t>
      </w:r>
      <w:proofErr w:type="gramStart"/>
      <w:r>
        <w:rPr>
          <w:rFonts w:ascii="Garamond" w:hAnsi="Garamond"/>
          <w:sz w:val="24"/>
        </w:rPr>
        <w:t>tools</w:t>
      </w:r>
      <w:proofErr w:type="gramEnd"/>
    </w:p>
    <w:p w14:paraId="18A9C84E" w14:textId="77777777" w:rsidR="001A5159" w:rsidRDefault="00000000">
      <w:r>
        <w:rPr>
          <w:rFonts w:ascii="Garamond" w:hAnsi="Garamond"/>
          <w:sz w:val="24"/>
        </w:rPr>
        <w:t>recruiter outreach messages</w:t>
      </w:r>
    </w:p>
    <w:p w14:paraId="447612EE" w14:textId="77777777" w:rsidR="001A5159" w:rsidRDefault="00000000">
      <w:r>
        <w:rPr>
          <w:rFonts w:ascii="Garamond" w:hAnsi="Garamond"/>
          <w:sz w:val="24"/>
        </w:rPr>
        <w:t>These dramatically boost income potential.</w:t>
      </w:r>
    </w:p>
    <w:p w14:paraId="00C10FF4" w14:textId="77777777" w:rsidR="001A5159" w:rsidRDefault="001A5159"/>
    <w:p w14:paraId="098DAECE" w14:textId="77777777" w:rsidR="001A5159" w:rsidRDefault="00000000">
      <w:r>
        <w:rPr>
          <w:rFonts w:ascii="Garamond" w:hAnsi="Garamond"/>
          <w:sz w:val="24"/>
        </w:rPr>
        <w:t>MICRO CASE STUDY — BLUEPRINT NINE</w:t>
      </w:r>
    </w:p>
    <w:p w14:paraId="1B77B9EE" w14:textId="77777777" w:rsidR="001A5159" w:rsidRDefault="00000000">
      <w:r>
        <w:rPr>
          <w:rFonts w:ascii="Garamond" w:hAnsi="Garamond"/>
          <w:sz w:val="24"/>
        </w:rPr>
        <w:t xml:space="preserve">Case Study: 19-Year-Old Student Makes $300 in 48 Hours Helping Classmates </w:t>
      </w:r>
      <w:proofErr w:type="gramStart"/>
      <w:r>
        <w:rPr>
          <w:rFonts w:ascii="Garamond" w:hAnsi="Garamond"/>
          <w:sz w:val="24"/>
        </w:rPr>
        <w:t>With</w:t>
      </w:r>
      <w:proofErr w:type="gramEnd"/>
      <w:r>
        <w:rPr>
          <w:rFonts w:ascii="Garamond" w:hAnsi="Garamond"/>
          <w:sz w:val="24"/>
        </w:rPr>
        <w:t xml:space="preserve"> Resumes</w:t>
      </w:r>
    </w:p>
    <w:p w14:paraId="5B249B11" w14:textId="77777777" w:rsidR="001A5159" w:rsidRDefault="00000000">
      <w:r>
        <w:rPr>
          <w:rFonts w:ascii="Garamond" w:hAnsi="Garamond"/>
          <w:sz w:val="24"/>
        </w:rPr>
        <w:t>Marcus was a broke college student.</w:t>
      </w:r>
      <w:r>
        <w:rPr>
          <w:rFonts w:ascii="Garamond" w:hAnsi="Garamond"/>
          <w:sz w:val="24"/>
        </w:rPr>
        <w:br/>
        <w:t>He had no portfolio, no confidence, and no writing experience.</w:t>
      </w:r>
    </w:p>
    <w:p w14:paraId="265DB4D4" w14:textId="77777777" w:rsidR="001A5159" w:rsidRDefault="00000000">
      <w:r>
        <w:rPr>
          <w:rFonts w:ascii="Garamond" w:hAnsi="Garamond"/>
          <w:sz w:val="24"/>
        </w:rPr>
        <w:t>But he followed Blueprint 9 step-by-step.</w:t>
      </w:r>
    </w:p>
    <w:p w14:paraId="73EEFC7C" w14:textId="77777777" w:rsidR="001A5159" w:rsidRDefault="00000000">
      <w:r>
        <w:rPr>
          <w:rFonts w:ascii="Garamond" w:hAnsi="Garamond"/>
          <w:sz w:val="24"/>
        </w:rPr>
        <w:t>He posted in a student group:</w:t>
      </w:r>
    </w:p>
    <w:p w14:paraId="32590839"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AI-powered resume system — want your resume rewritten for free?”</w:t>
      </w:r>
    </w:p>
    <w:p w14:paraId="1C9D5132" w14:textId="77777777" w:rsidR="001A5159" w:rsidRDefault="00000000">
      <w:r>
        <w:rPr>
          <w:rFonts w:ascii="Garamond" w:hAnsi="Garamond"/>
          <w:sz w:val="24"/>
        </w:rPr>
        <w:t>Ten people responded.</w:t>
      </w:r>
    </w:p>
    <w:p w14:paraId="5A40A083" w14:textId="77777777" w:rsidR="001A5159" w:rsidRDefault="00000000">
      <w:r>
        <w:rPr>
          <w:rFonts w:ascii="Garamond" w:hAnsi="Garamond"/>
          <w:sz w:val="24"/>
        </w:rPr>
        <w:t>He used AI to:</w:t>
      </w:r>
    </w:p>
    <w:p w14:paraId="7C5AA803" w14:textId="77777777" w:rsidR="001A5159" w:rsidRDefault="00000000">
      <w:r>
        <w:rPr>
          <w:rFonts w:ascii="Garamond" w:hAnsi="Garamond"/>
          <w:sz w:val="24"/>
        </w:rPr>
        <w:t xml:space="preserve">rewrite their </w:t>
      </w:r>
      <w:proofErr w:type="gramStart"/>
      <w:r>
        <w:rPr>
          <w:rFonts w:ascii="Garamond" w:hAnsi="Garamond"/>
          <w:sz w:val="24"/>
        </w:rPr>
        <w:t>summaries</w:t>
      </w:r>
      <w:proofErr w:type="gramEnd"/>
    </w:p>
    <w:p w14:paraId="3CEC86E8" w14:textId="77777777" w:rsidR="001A5159" w:rsidRDefault="00000000">
      <w:r>
        <w:rPr>
          <w:rFonts w:ascii="Garamond" w:hAnsi="Garamond"/>
          <w:sz w:val="24"/>
        </w:rPr>
        <w:t xml:space="preserve">create achievement </w:t>
      </w:r>
      <w:proofErr w:type="gramStart"/>
      <w:r>
        <w:rPr>
          <w:rFonts w:ascii="Garamond" w:hAnsi="Garamond"/>
          <w:sz w:val="24"/>
        </w:rPr>
        <w:t>bullets</w:t>
      </w:r>
      <w:proofErr w:type="gramEnd"/>
    </w:p>
    <w:p w14:paraId="59004A05" w14:textId="77777777" w:rsidR="001A5159" w:rsidRDefault="00000000">
      <w:r>
        <w:rPr>
          <w:rFonts w:ascii="Garamond" w:hAnsi="Garamond"/>
          <w:sz w:val="24"/>
        </w:rPr>
        <w:t xml:space="preserve">add clean </w:t>
      </w:r>
      <w:proofErr w:type="gramStart"/>
      <w:r>
        <w:rPr>
          <w:rFonts w:ascii="Garamond" w:hAnsi="Garamond"/>
          <w:sz w:val="24"/>
        </w:rPr>
        <w:t>formatting</w:t>
      </w:r>
      <w:proofErr w:type="gramEnd"/>
    </w:p>
    <w:p w14:paraId="7B24968D" w14:textId="77777777" w:rsidR="001A5159" w:rsidRDefault="00000000">
      <w:r>
        <w:rPr>
          <w:rFonts w:ascii="Garamond" w:hAnsi="Garamond"/>
          <w:sz w:val="24"/>
        </w:rPr>
        <w:t xml:space="preserve">generate tailored </w:t>
      </w:r>
      <w:proofErr w:type="gramStart"/>
      <w:r>
        <w:rPr>
          <w:rFonts w:ascii="Garamond" w:hAnsi="Garamond"/>
          <w:sz w:val="24"/>
        </w:rPr>
        <w:t>versions</w:t>
      </w:r>
      <w:proofErr w:type="gramEnd"/>
    </w:p>
    <w:p w14:paraId="45B09F46" w14:textId="77777777" w:rsidR="001A5159" w:rsidRDefault="00000000">
      <w:r>
        <w:rPr>
          <w:rFonts w:ascii="Garamond" w:hAnsi="Garamond"/>
          <w:sz w:val="24"/>
        </w:rPr>
        <w:t>Two days later, three classmates wanted full resume packages.</w:t>
      </w:r>
    </w:p>
    <w:p w14:paraId="23DB2A9B" w14:textId="77777777" w:rsidR="001A5159" w:rsidRDefault="00000000">
      <w:r>
        <w:rPr>
          <w:rFonts w:ascii="Garamond" w:hAnsi="Garamond"/>
          <w:sz w:val="24"/>
        </w:rPr>
        <w:t>He charged:</w:t>
      </w:r>
    </w:p>
    <w:p w14:paraId="29FE3E8C" w14:textId="77777777" w:rsidR="001A5159" w:rsidRDefault="00000000">
      <w:r>
        <w:rPr>
          <w:rFonts w:ascii="Garamond" w:hAnsi="Garamond"/>
          <w:sz w:val="24"/>
        </w:rPr>
        <w:t>$50 for resume</w:t>
      </w:r>
    </w:p>
    <w:p w14:paraId="19B24A38" w14:textId="77777777" w:rsidR="001A5159" w:rsidRDefault="00000000">
      <w:r>
        <w:rPr>
          <w:rFonts w:ascii="Garamond" w:hAnsi="Garamond"/>
          <w:sz w:val="24"/>
        </w:rPr>
        <w:lastRenderedPageBreak/>
        <w:t>$25 for cover letter</w:t>
      </w:r>
    </w:p>
    <w:p w14:paraId="67D5F326" w14:textId="77777777" w:rsidR="001A5159" w:rsidRDefault="00000000">
      <w:r>
        <w:rPr>
          <w:rFonts w:ascii="Garamond" w:hAnsi="Garamond"/>
          <w:sz w:val="24"/>
        </w:rPr>
        <w:t>$25 for LinkedIn rewrite</w:t>
      </w:r>
    </w:p>
    <w:p w14:paraId="15DDEA79" w14:textId="77777777" w:rsidR="001A5159" w:rsidRDefault="00000000">
      <w:r>
        <w:rPr>
          <w:rFonts w:ascii="Garamond" w:hAnsi="Garamond"/>
          <w:sz w:val="24"/>
        </w:rPr>
        <w:t>He made $300 in 48 hours.</w:t>
      </w:r>
    </w:p>
    <w:p w14:paraId="7D78EC7C" w14:textId="77777777" w:rsidR="001A5159" w:rsidRDefault="00000000">
      <w:r>
        <w:rPr>
          <w:rFonts w:ascii="Garamond" w:hAnsi="Garamond"/>
          <w:sz w:val="24"/>
        </w:rPr>
        <w:t>A week later, word spread.</w:t>
      </w:r>
      <w:r>
        <w:rPr>
          <w:rFonts w:ascii="Garamond" w:hAnsi="Garamond"/>
          <w:sz w:val="24"/>
        </w:rPr>
        <w:br/>
        <w:t>He earned an extra $450 helping students apply for summer internships.</w:t>
      </w:r>
    </w:p>
    <w:p w14:paraId="23154AA8" w14:textId="77777777" w:rsidR="001A5159" w:rsidRDefault="00000000">
      <w:r>
        <w:rPr>
          <w:rFonts w:ascii="Garamond" w:hAnsi="Garamond"/>
          <w:sz w:val="24"/>
        </w:rPr>
        <w:t>Marcus’ message:</w:t>
      </w:r>
    </w:p>
    <w:p w14:paraId="02DDE162" w14:textId="77777777" w:rsidR="001A5159" w:rsidRDefault="00000000">
      <w:r>
        <w:rPr>
          <w:rFonts w:ascii="Garamond" w:hAnsi="Garamond"/>
          <w:sz w:val="24"/>
        </w:rPr>
        <w:t>“This was the first time I ever got paid online. AI made it feel easy.”</w:t>
      </w:r>
    </w:p>
    <w:p w14:paraId="151C119E" w14:textId="77777777" w:rsidR="001A5159" w:rsidRPr="0063351A" w:rsidRDefault="00000000" w:rsidP="0063351A">
      <w:pPr>
        <w:rPr>
          <w:sz w:val="24"/>
          <w:szCs w:val="24"/>
        </w:rPr>
      </w:pPr>
      <w:r w:rsidRPr="0063351A">
        <w:rPr>
          <w:rFonts w:ascii="Garamond" w:hAnsi="Garamond"/>
          <w:b/>
          <w:sz w:val="24"/>
          <w:szCs w:val="24"/>
        </w:rPr>
        <w:t>Blueprint 9 is one of the fastest blueprints for beginners who want immediate wins.</w:t>
      </w:r>
    </w:p>
    <w:p w14:paraId="5C8D62DE" w14:textId="77777777" w:rsidR="0063351A" w:rsidRDefault="0063351A">
      <w:pPr>
        <w:sectPr w:rsidR="0063351A" w:rsidSect="00034616">
          <w:pgSz w:w="12240" w:h="15840"/>
          <w:pgMar w:top="1440" w:right="1800" w:bottom="1440" w:left="1800" w:header="720" w:footer="720" w:gutter="0"/>
          <w:cols w:space="720"/>
          <w:docGrid w:linePitch="360"/>
        </w:sectPr>
      </w:pPr>
    </w:p>
    <w:p w14:paraId="70DCA9E6" w14:textId="77777777" w:rsidR="001A5159" w:rsidRDefault="001A5159"/>
    <w:p w14:paraId="5C6EC2AE" w14:textId="77777777" w:rsidR="001A5159" w:rsidRPr="0063351A" w:rsidRDefault="00000000" w:rsidP="0063351A">
      <w:pPr>
        <w:pStyle w:val="Heading1"/>
        <w:rPr>
          <w:rFonts w:ascii="Garamond" w:hAnsi="Garamond"/>
          <w:color w:val="auto"/>
          <w:sz w:val="40"/>
          <w:szCs w:val="40"/>
        </w:rPr>
      </w:pPr>
      <w:bookmarkStart w:id="25" w:name="_Toc214830321"/>
      <w:r w:rsidRPr="0063351A">
        <w:rPr>
          <w:rFonts w:ascii="Garamond" w:hAnsi="Garamond"/>
          <w:color w:val="auto"/>
          <w:sz w:val="40"/>
          <w:szCs w:val="40"/>
        </w:rPr>
        <w:t>BLUEPRINT TEN — AI-POWERED PRESENTATION, SLIDE DECK &amp; PITCH DECK CREATION</w:t>
      </w:r>
      <w:bookmarkEnd w:id="25"/>
    </w:p>
    <w:p w14:paraId="202F7D3B" w14:textId="77777777" w:rsidR="001A5159" w:rsidRPr="0063351A" w:rsidRDefault="00000000" w:rsidP="0063351A">
      <w:pPr>
        <w:pStyle w:val="Heading2"/>
        <w:rPr>
          <w:rFonts w:ascii="Garamond" w:hAnsi="Garamond"/>
          <w:color w:val="auto"/>
          <w:sz w:val="28"/>
          <w:szCs w:val="28"/>
        </w:rPr>
      </w:pPr>
      <w:bookmarkStart w:id="26" w:name="_Toc214830322"/>
      <w:r w:rsidRPr="0063351A">
        <w:rPr>
          <w:rFonts w:ascii="Garamond" w:hAnsi="Garamond"/>
          <w:color w:val="auto"/>
          <w:sz w:val="28"/>
          <w:szCs w:val="28"/>
        </w:rPr>
        <w:t xml:space="preserve">(The Blueprint That Turns You </w:t>
      </w:r>
      <w:proofErr w:type="gramStart"/>
      <w:r w:rsidRPr="0063351A">
        <w:rPr>
          <w:rFonts w:ascii="Garamond" w:hAnsi="Garamond"/>
          <w:color w:val="auto"/>
          <w:sz w:val="28"/>
          <w:szCs w:val="28"/>
        </w:rPr>
        <w:t>Into</w:t>
      </w:r>
      <w:proofErr w:type="gramEnd"/>
      <w:r w:rsidRPr="0063351A">
        <w:rPr>
          <w:rFonts w:ascii="Garamond" w:hAnsi="Garamond"/>
          <w:color w:val="auto"/>
          <w:sz w:val="28"/>
          <w:szCs w:val="28"/>
        </w:rPr>
        <w:t xml:space="preserve"> a High-Demand Slide Designer — Without Needing Design Skills)</w:t>
      </w:r>
      <w:bookmarkEnd w:id="26"/>
    </w:p>
    <w:p w14:paraId="58E4091D" w14:textId="77777777" w:rsidR="001A5159" w:rsidRDefault="00000000">
      <w:r>
        <w:rPr>
          <w:rFonts w:ascii="Garamond" w:hAnsi="Garamond"/>
          <w:sz w:val="24"/>
        </w:rPr>
        <w:t>Every business, creator, consultant, educator, and startup team needs great slides.</w:t>
      </w:r>
    </w:p>
    <w:p w14:paraId="3F3E7EB8" w14:textId="77777777" w:rsidR="001A5159" w:rsidRDefault="00000000">
      <w:r>
        <w:rPr>
          <w:rFonts w:ascii="Garamond" w:hAnsi="Garamond"/>
          <w:sz w:val="24"/>
        </w:rPr>
        <w:t>But here’s the truth:</w:t>
      </w:r>
    </w:p>
    <w:p w14:paraId="5B9022DF" w14:textId="77777777" w:rsidR="001A5159" w:rsidRDefault="00000000">
      <w:r>
        <w:rPr>
          <w:rFonts w:ascii="Garamond" w:hAnsi="Garamond"/>
          <w:sz w:val="24"/>
        </w:rPr>
        <w:t>Most people absolutely hate making slide decks.</w:t>
      </w:r>
    </w:p>
    <w:p w14:paraId="4396B089" w14:textId="77777777" w:rsidR="001A5159" w:rsidRDefault="00000000">
      <w:r>
        <w:rPr>
          <w:rFonts w:ascii="Garamond" w:hAnsi="Garamond"/>
          <w:sz w:val="24"/>
        </w:rPr>
        <w:t>They’re time-consuming.</w:t>
      </w:r>
      <w:r>
        <w:rPr>
          <w:rFonts w:ascii="Garamond" w:hAnsi="Garamond"/>
          <w:sz w:val="24"/>
        </w:rPr>
        <w:br/>
        <w:t>They’re tedious.</w:t>
      </w:r>
      <w:r>
        <w:rPr>
          <w:rFonts w:ascii="Garamond" w:hAnsi="Garamond"/>
          <w:sz w:val="24"/>
        </w:rPr>
        <w:br/>
        <w:t>They require design skills most people don’t have.</w:t>
      </w:r>
    </w:p>
    <w:p w14:paraId="06FF445A" w14:textId="77777777" w:rsidR="001A5159" w:rsidRDefault="00000000">
      <w:r>
        <w:rPr>
          <w:rFonts w:ascii="Garamond" w:hAnsi="Garamond"/>
          <w:sz w:val="24"/>
        </w:rPr>
        <w:t>This blueprint allows you to use AI + Canva to create:</w:t>
      </w:r>
    </w:p>
    <w:p w14:paraId="09EDD63D" w14:textId="77777777" w:rsidR="001A5159" w:rsidRDefault="00000000">
      <w:r>
        <w:rPr>
          <w:rFonts w:ascii="Garamond" w:hAnsi="Garamond"/>
          <w:sz w:val="24"/>
        </w:rPr>
        <w:t>business presentations</w:t>
      </w:r>
    </w:p>
    <w:p w14:paraId="044095B7" w14:textId="77777777" w:rsidR="001A5159" w:rsidRDefault="00000000">
      <w:r>
        <w:rPr>
          <w:rFonts w:ascii="Garamond" w:hAnsi="Garamond"/>
          <w:sz w:val="24"/>
        </w:rPr>
        <w:t>pitch decks</w:t>
      </w:r>
    </w:p>
    <w:p w14:paraId="3CBC3FC2" w14:textId="77777777" w:rsidR="001A5159" w:rsidRDefault="00000000">
      <w:r>
        <w:rPr>
          <w:rFonts w:ascii="Garamond" w:hAnsi="Garamond"/>
          <w:sz w:val="24"/>
        </w:rPr>
        <w:t>webinar slides</w:t>
      </w:r>
    </w:p>
    <w:p w14:paraId="1CE6CABF" w14:textId="77777777" w:rsidR="001A5159" w:rsidRDefault="00000000">
      <w:r>
        <w:rPr>
          <w:rFonts w:ascii="Garamond" w:hAnsi="Garamond"/>
          <w:sz w:val="24"/>
        </w:rPr>
        <w:t>coaching modules</w:t>
      </w:r>
    </w:p>
    <w:p w14:paraId="5CFCCFFC" w14:textId="77777777" w:rsidR="001A5159" w:rsidRDefault="00000000">
      <w:r>
        <w:rPr>
          <w:rFonts w:ascii="Garamond" w:hAnsi="Garamond"/>
          <w:sz w:val="24"/>
        </w:rPr>
        <w:t>course slides</w:t>
      </w:r>
    </w:p>
    <w:p w14:paraId="69C3E524" w14:textId="77777777" w:rsidR="001A5159" w:rsidRDefault="00000000">
      <w:r>
        <w:rPr>
          <w:rFonts w:ascii="Garamond" w:hAnsi="Garamond"/>
          <w:sz w:val="24"/>
        </w:rPr>
        <w:t xml:space="preserve">sales pitch </w:t>
      </w:r>
      <w:proofErr w:type="gramStart"/>
      <w:r>
        <w:rPr>
          <w:rFonts w:ascii="Garamond" w:hAnsi="Garamond"/>
          <w:sz w:val="24"/>
        </w:rPr>
        <w:t>decks</w:t>
      </w:r>
      <w:proofErr w:type="gramEnd"/>
    </w:p>
    <w:p w14:paraId="1B3A73D1" w14:textId="77777777" w:rsidR="001A5159" w:rsidRDefault="00000000">
      <w:r>
        <w:rPr>
          <w:rFonts w:ascii="Garamond" w:hAnsi="Garamond"/>
          <w:sz w:val="24"/>
        </w:rPr>
        <w:t>investor decks</w:t>
      </w:r>
    </w:p>
    <w:p w14:paraId="2C79D552" w14:textId="77777777" w:rsidR="001A5159" w:rsidRDefault="00000000">
      <w:r>
        <w:rPr>
          <w:rFonts w:ascii="Garamond" w:hAnsi="Garamond"/>
          <w:sz w:val="24"/>
        </w:rPr>
        <w:t>workshop slides</w:t>
      </w:r>
    </w:p>
    <w:p w14:paraId="58F96DB3" w14:textId="77777777" w:rsidR="001A5159" w:rsidRDefault="00000000">
      <w:r>
        <w:rPr>
          <w:rFonts w:ascii="Garamond" w:hAnsi="Garamond"/>
          <w:sz w:val="24"/>
        </w:rPr>
        <w:t>educational presentations</w:t>
      </w:r>
    </w:p>
    <w:p w14:paraId="73F24DBB" w14:textId="77777777" w:rsidR="001A5159" w:rsidRDefault="00000000">
      <w:r>
        <w:rPr>
          <w:rFonts w:ascii="Garamond" w:hAnsi="Garamond"/>
          <w:sz w:val="24"/>
        </w:rPr>
        <w:t>…with stunning visuals and professional storytelling.</w:t>
      </w:r>
    </w:p>
    <w:p w14:paraId="319CF9BE" w14:textId="77777777" w:rsidR="001A5159" w:rsidRDefault="00000000">
      <w:r>
        <w:rPr>
          <w:rFonts w:ascii="Garamond" w:hAnsi="Garamond"/>
          <w:sz w:val="24"/>
        </w:rPr>
        <w:t>You don’t need design talent.</w:t>
      </w:r>
      <w:r>
        <w:rPr>
          <w:rFonts w:ascii="Garamond" w:hAnsi="Garamond"/>
          <w:sz w:val="24"/>
        </w:rPr>
        <w:br/>
        <w:t xml:space="preserve">AI + templates </w:t>
      </w:r>
      <w:proofErr w:type="gramStart"/>
      <w:r>
        <w:rPr>
          <w:rFonts w:ascii="Garamond" w:hAnsi="Garamond"/>
          <w:sz w:val="24"/>
        </w:rPr>
        <w:t>handle</w:t>
      </w:r>
      <w:proofErr w:type="gramEnd"/>
      <w:r>
        <w:rPr>
          <w:rFonts w:ascii="Garamond" w:hAnsi="Garamond"/>
          <w:sz w:val="24"/>
        </w:rPr>
        <w:t xml:space="preserve"> the heavy lifting — you </w:t>
      </w:r>
      <w:proofErr w:type="gramStart"/>
      <w:r>
        <w:rPr>
          <w:rFonts w:ascii="Garamond" w:hAnsi="Garamond"/>
          <w:sz w:val="24"/>
        </w:rPr>
        <w:t>handle</w:t>
      </w:r>
      <w:proofErr w:type="gramEnd"/>
      <w:r>
        <w:rPr>
          <w:rFonts w:ascii="Garamond" w:hAnsi="Garamond"/>
          <w:sz w:val="24"/>
        </w:rPr>
        <w:t xml:space="preserve"> clarity and structure.</w:t>
      </w:r>
    </w:p>
    <w:p w14:paraId="6E25BCC5" w14:textId="77777777" w:rsidR="001A5159" w:rsidRDefault="001A5159"/>
    <w:p w14:paraId="38C7CE19" w14:textId="77777777" w:rsidR="001A5159" w:rsidRDefault="00000000">
      <w:r>
        <w:rPr>
          <w:rFonts w:ascii="Garamond" w:hAnsi="Garamond"/>
          <w:sz w:val="24"/>
        </w:rPr>
        <w:lastRenderedPageBreak/>
        <w:t>Why This Blueprint Works</w:t>
      </w:r>
    </w:p>
    <w:p w14:paraId="643A6AB9" w14:textId="77777777" w:rsidR="001A5159" w:rsidRDefault="00000000">
      <w:r>
        <w:rPr>
          <w:rFonts w:ascii="Garamond" w:hAnsi="Garamond"/>
          <w:sz w:val="24"/>
        </w:rPr>
        <w:t>Slide decks are:</w:t>
      </w:r>
    </w:p>
    <w:p w14:paraId="301D2CA6" w14:textId="77777777" w:rsidR="001A5159" w:rsidRDefault="00000000">
      <w:r>
        <w:rPr>
          <w:rFonts w:ascii="Garamond" w:hAnsi="Garamond"/>
          <w:sz w:val="24"/>
        </w:rPr>
        <w:t xml:space="preserve">expensive to </w:t>
      </w:r>
      <w:proofErr w:type="gramStart"/>
      <w:r>
        <w:rPr>
          <w:rFonts w:ascii="Garamond" w:hAnsi="Garamond"/>
          <w:sz w:val="24"/>
        </w:rPr>
        <w:t>outsource</w:t>
      </w:r>
      <w:proofErr w:type="gramEnd"/>
    </w:p>
    <w:p w14:paraId="6A46B64B" w14:textId="77777777" w:rsidR="001A5159" w:rsidRDefault="00000000">
      <w:r>
        <w:rPr>
          <w:rFonts w:ascii="Garamond" w:hAnsi="Garamond"/>
          <w:sz w:val="24"/>
        </w:rPr>
        <w:t>critical for businesses</w:t>
      </w:r>
    </w:p>
    <w:p w14:paraId="35CC3ADB" w14:textId="77777777" w:rsidR="001A5159" w:rsidRDefault="00000000">
      <w:r>
        <w:rPr>
          <w:rFonts w:ascii="Garamond" w:hAnsi="Garamond"/>
          <w:sz w:val="24"/>
        </w:rPr>
        <w:t>visually important</w:t>
      </w:r>
    </w:p>
    <w:p w14:paraId="76FAB4B4" w14:textId="77777777" w:rsidR="001A5159" w:rsidRDefault="00000000">
      <w:r>
        <w:rPr>
          <w:rFonts w:ascii="Garamond" w:hAnsi="Garamond"/>
          <w:sz w:val="24"/>
        </w:rPr>
        <w:t>difficult for beginners</w:t>
      </w:r>
    </w:p>
    <w:p w14:paraId="0AF352BB" w14:textId="77777777" w:rsidR="001A5159" w:rsidRDefault="00000000">
      <w:r>
        <w:rPr>
          <w:rFonts w:ascii="Garamond" w:hAnsi="Garamond"/>
          <w:sz w:val="24"/>
        </w:rPr>
        <w:t xml:space="preserve">easy to create with </w:t>
      </w:r>
      <w:proofErr w:type="gramStart"/>
      <w:r>
        <w:rPr>
          <w:rFonts w:ascii="Garamond" w:hAnsi="Garamond"/>
          <w:sz w:val="24"/>
        </w:rPr>
        <w:t>AI</w:t>
      </w:r>
      <w:proofErr w:type="gramEnd"/>
    </w:p>
    <w:p w14:paraId="33B994CB" w14:textId="77777777" w:rsidR="001A5159" w:rsidRDefault="00000000">
      <w:r>
        <w:rPr>
          <w:rFonts w:ascii="Garamond" w:hAnsi="Garamond"/>
          <w:sz w:val="24"/>
        </w:rPr>
        <w:t>highly profitable</w:t>
      </w:r>
    </w:p>
    <w:p w14:paraId="718E06CF" w14:textId="77777777" w:rsidR="001A5159" w:rsidRDefault="00000000">
      <w:r>
        <w:rPr>
          <w:rFonts w:ascii="Garamond" w:hAnsi="Garamond"/>
          <w:sz w:val="24"/>
        </w:rPr>
        <w:t xml:space="preserve">perfect for </w:t>
      </w:r>
      <w:proofErr w:type="gramStart"/>
      <w:r>
        <w:rPr>
          <w:rFonts w:ascii="Garamond" w:hAnsi="Garamond"/>
          <w:sz w:val="24"/>
        </w:rPr>
        <w:t>upsells</w:t>
      </w:r>
      <w:proofErr w:type="gramEnd"/>
      <w:r>
        <w:rPr>
          <w:rFonts w:ascii="Garamond" w:hAnsi="Garamond"/>
          <w:sz w:val="24"/>
        </w:rPr>
        <w:t xml:space="preserve"> and </w:t>
      </w:r>
      <w:proofErr w:type="gramStart"/>
      <w:r>
        <w:rPr>
          <w:rFonts w:ascii="Garamond" w:hAnsi="Garamond"/>
          <w:sz w:val="24"/>
        </w:rPr>
        <w:t>retainers</w:t>
      </w:r>
      <w:proofErr w:type="gramEnd"/>
    </w:p>
    <w:p w14:paraId="70A835F2" w14:textId="77777777" w:rsidR="001A5159" w:rsidRDefault="00000000">
      <w:r>
        <w:rPr>
          <w:rFonts w:ascii="Garamond" w:hAnsi="Garamond"/>
          <w:sz w:val="24"/>
        </w:rPr>
        <w:t>And AI now solves the hardest parts:</w:t>
      </w:r>
    </w:p>
    <w:p w14:paraId="002A83C6" w14:textId="77777777" w:rsidR="001A5159" w:rsidRDefault="00000000">
      <w:r>
        <w:rPr>
          <w:rFonts w:ascii="Garamond" w:hAnsi="Garamond"/>
          <w:sz w:val="24"/>
        </w:rPr>
        <w:t>outline creation</w:t>
      </w:r>
    </w:p>
    <w:p w14:paraId="7A0DE3F8" w14:textId="77777777" w:rsidR="001A5159" w:rsidRDefault="00000000">
      <w:r>
        <w:rPr>
          <w:rFonts w:ascii="Garamond" w:hAnsi="Garamond"/>
          <w:sz w:val="24"/>
        </w:rPr>
        <w:t>content expansion</w:t>
      </w:r>
    </w:p>
    <w:p w14:paraId="01EFA546" w14:textId="77777777" w:rsidR="001A5159" w:rsidRDefault="00000000">
      <w:r>
        <w:rPr>
          <w:rFonts w:ascii="Garamond" w:hAnsi="Garamond"/>
          <w:sz w:val="24"/>
        </w:rPr>
        <w:t>text summaries</w:t>
      </w:r>
    </w:p>
    <w:p w14:paraId="61A419D0" w14:textId="77777777" w:rsidR="001A5159" w:rsidRDefault="00000000">
      <w:r>
        <w:rPr>
          <w:rFonts w:ascii="Garamond" w:hAnsi="Garamond"/>
          <w:sz w:val="24"/>
        </w:rPr>
        <w:t>visual suggestions</w:t>
      </w:r>
    </w:p>
    <w:p w14:paraId="6F7F20EC" w14:textId="77777777" w:rsidR="001A5159" w:rsidRDefault="00000000">
      <w:r>
        <w:rPr>
          <w:rFonts w:ascii="Garamond" w:hAnsi="Garamond"/>
          <w:sz w:val="24"/>
        </w:rPr>
        <w:t>slide structure</w:t>
      </w:r>
    </w:p>
    <w:p w14:paraId="7B1EDED7" w14:textId="77777777" w:rsidR="001A5159" w:rsidRDefault="00000000">
      <w:r>
        <w:rPr>
          <w:rFonts w:ascii="Garamond" w:hAnsi="Garamond"/>
          <w:sz w:val="24"/>
        </w:rPr>
        <w:t>storytelling flow</w:t>
      </w:r>
    </w:p>
    <w:p w14:paraId="6A57C787" w14:textId="77777777" w:rsidR="001A5159" w:rsidRDefault="00000000">
      <w:r>
        <w:rPr>
          <w:rFonts w:ascii="Garamond" w:hAnsi="Garamond"/>
          <w:sz w:val="24"/>
        </w:rPr>
        <w:t xml:space="preserve">pitch deck </w:t>
      </w:r>
      <w:proofErr w:type="gramStart"/>
      <w:r>
        <w:rPr>
          <w:rFonts w:ascii="Garamond" w:hAnsi="Garamond"/>
          <w:sz w:val="24"/>
        </w:rPr>
        <w:t>frameworks</w:t>
      </w:r>
      <w:proofErr w:type="gramEnd"/>
    </w:p>
    <w:p w14:paraId="448E75C3" w14:textId="77777777" w:rsidR="001A5159" w:rsidRDefault="00000000">
      <w:r>
        <w:rPr>
          <w:rFonts w:ascii="Garamond" w:hAnsi="Garamond"/>
          <w:sz w:val="24"/>
        </w:rPr>
        <w:t>This is one of the most profitable creative AI services right now.</w:t>
      </w:r>
    </w:p>
    <w:p w14:paraId="28488D03" w14:textId="77777777" w:rsidR="001A5159" w:rsidRDefault="001A5159"/>
    <w:p w14:paraId="02567766" w14:textId="77777777" w:rsidR="001A5159" w:rsidRDefault="00000000">
      <w:r>
        <w:rPr>
          <w:rFonts w:ascii="Garamond" w:hAnsi="Garamond"/>
          <w:sz w:val="24"/>
        </w:rPr>
        <w:t>Tools You Need</w:t>
      </w:r>
    </w:p>
    <w:p w14:paraId="4A2F2639" w14:textId="77777777" w:rsidR="001A5159" w:rsidRDefault="00000000">
      <w:r>
        <w:rPr>
          <w:rFonts w:ascii="Garamond" w:hAnsi="Garamond"/>
          <w:sz w:val="24"/>
        </w:rPr>
        <w:t>ChatGPT / Claude — Outlines, scripts, storytelling, content</w:t>
      </w:r>
      <w:r>
        <w:rPr>
          <w:rFonts w:ascii="Garamond" w:hAnsi="Garamond"/>
          <w:sz w:val="24"/>
        </w:rPr>
        <w:br/>
        <w:t>Canva — Slide layouts, branding, visual polish</w:t>
      </w:r>
      <w:r>
        <w:rPr>
          <w:rFonts w:ascii="Garamond" w:hAnsi="Garamond"/>
          <w:sz w:val="24"/>
        </w:rPr>
        <w:br/>
        <w:t>PowerPoint / Google Slides — Alternate formats</w:t>
      </w:r>
      <w:r>
        <w:rPr>
          <w:rFonts w:ascii="Garamond" w:hAnsi="Garamond"/>
          <w:sz w:val="24"/>
        </w:rPr>
        <w:br/>
        <w:t>Tome / Gamma — AI slide generation (optional)</w:t>
      </w:r>
      <w:r>
        <w:rPr>
          <w:rFonts w:ascii="Garamond" w:hAnsi="Garamond"/>
          <w:sz w:val="24"/>
        </w:rPr>
        <w:br/>
        <w:t>Notion / Google Docs — Script organization</w:t>
      </w:r>
    </w:p>
    <w:p w14:paraId="0DDA2BF5" w14:textId="77777777" w:rsidR="001A5159" w:rsidRDefault="001A5159"/>
    <w:p w14:paraId="05D518EB" w14:textId="77777777" w:rsidR="001A5159" w:rsidRDefault="00000000">
      <w:r>
        <w:rPr>
          <w:rFonts w:ascii="Garamond" w:hAnsi="Garamond"/>
          <w:sz w:val="24"/>
        </w:rPr>
        <w:t>What You’ll Offer</w:t>
      </w:r>
    </w:p>
    <w:p w14:paraId="5B29AAB7" w14:textId="77777777" w:rsidR="001A5159" w:rsidRDefault="00000000">
      <w:r>
        <w:rPr>
          <w:rFonts w:ascii="Garamond" w:hAnsi="Garamond"/>
          <w:sz w:val="24"/>
        </w:rPr>
        <w:lastRenderedPageBreak/>
        <w:t>You can create:</w:t>
      </w:r>
    </w:p>
    <w:p w14:paraId="688702EC" w14:textId="77777777" w:rsidR="001A5159" w:rsidRDefault="00000000">
      <w:r>
        <w:rPr>
          <w:rFonts w:ascii="Garamond" w:hAnsi="Garamond"/>
          <w:sz w:val="24"/>
        </w:rPr>
        <w:t>10–50 slide decks</w:t>
      </w:r>
    </w:p>
    <w:p w14:paraId="1E880CC6" w14:textId="77777777" w:rsidR="001A5159" w:rsidRDefault="00000000">
      <w:r>
        <w:rPr>
          <w:rFonts w:ascii="Garamond" w:hAnsi="Garamond"/>
          <w:sz w:val="24"/>
        </w:rPr>
        <w:t>pitch decks</w:t>
      </w:r>
    </w:p>
    <w:p w14:paraId="645ED721" w14:textId="77777777" w:rsidR="001A5159" w:rsidRDefault="00000000">
      <w:r>
        <w:rPr>
          <w:rFonts w:ascii="Garamond" w:hAnsi="Garamond"/>
          <w:sz w:val="24"/>
        </w:rPr>
        <w:t>webinar decks</w:t>
      </w:r>
    </w:p>
    <w:p w14:paraId="256FE69B" w14:textId="77777777" w:rsidR="001A5159" w:rsidRDefault="00000000">
      <w:r>
        <w:rPr>
          <w:rFonts w:ascii="Garamond" w:hAnsi="Garamond"/>
          <w:sz w:val="24"/>
        </w:rPr>
        <w:t>workshop presentations</w:t>
      </w:r>
    </w:p>
    <w:p w14:paraId="50EE8513" w14:textId="77777777" w:rsidR="001A5159" w:rsidRDefault="00000000">
      <w:r>
        <w:rPr>
          <w:rFonts w:ascii="Garamond" w:hAnsi="Garamond"/>
          <w:sz w:val="24"/>
        </w:rPr>
        <w:t xml:space="preserve">lead magnet </w:t>
      </w:r>
      <w:proofErr w:type="gramStart"/>
      <w:r>
        <w:rPr>
          <w:rFonts w:ascii="Garamond" w:hAnsi="Garamond"/>
          <w:sz w:val="24"/>
        </w:rPr>
        <w:t>slides</w:t>
      </w:r>
      <w:proofErr w:type="gramEnd"/>
    </w:p>
    <w:p w14:paraId="69740FA7" w14:textId="77777777" w:rsidR="001A5159" w:rsidRDefault="00000000">
      <w:r>
        <w:rPr>
          <w:rFonts w:ascii="Garamond" w:hAnsi="Garamond"/>
          <w:sz w:val="24"/>
        </w:rPr>
        <w:t>client onboarding decks</w:t>
      </w:r>
    </w:p>
    <w:p w14:paraId="24896D22" w14:textId="77777777" w:rsidR="001A5159" w:rsidRDefault="00000000">
      <w:r>
        <w:rPr>
          <w:rFonts w:ascii="Garamond" w:hAnsi="Garamond"/>
          <w:sz w:val="24"/>
        </w:rPr>
        <w:t>brand story slides</w:t>
      </w:r>
    </w:p>
    <w:p w14:paraId="472C87AB" w14:textId="77777777" w:rsidR="001A5159" w:rsidRDefault="00000000">
      <w:r>
        <w:rPr>
          <w:rFonts w:ascii="Garamond" w:hAnsi="Garamond"/>
          <w:sz w:val="24"/>
        </w:rPr>
        <w:t>Upsells you can add:</w:t>
      </w:r>
    </w:p>
    <w:p w14:paraId="125D8E8E" w14:textId="77777777" w:rsidR="001A5159" w:rsidRDefault="00000000">
      <w:r>
        <w:rPr>
          <w:rFonts w:ascii="Garamond" w:hAnsi="Garamond"/>
          <w:sz w:val="24"/>
        </w:rPr>
        <w:t>branded templates</w:t>
      </w:r>
    </w:p>
    <w:p w14:paraId="2A32927D" w14:textId="77777777" w:rsidR="001A5159" w:rsidRDefault="00000000">
      <w:r>
        <w:rPr>
          <w:rFonts w:ascii="Garamond" w:hAnsi="Garamond"/>
          <w:sz w:val="24"/>
        </w:rPr>
        <w:t xml:space="preserve">speaker </w:t>
      </w:r>
      <w:proofErr w:type="gramStart"/>
      <w:r>
        <w:rPr>
          <w:rFonts w:ascii="Garamond" w:hAnsi="Garamond"/>
          <w:sz w:val="24"/>
        </w:rPr>
        <w:t>notes</w:t>
      </w:r>
      <w:proofErr w:type="gramEnd"/>
    </w:p>
    <w:p w14:paraId="712A8206" w14:textId="77777777" w:rsidR="001A5159" w:rsidRDefault="00000000">
      <w:r>
        <w:rPr>
          <w:rFonts w:ascii="Garamond" w:hAnsi="Garamond"/>
          <w:sz w:val="24"/>
        </w:rPr>
        <w:t>slide script</w:t>
      </w:r>
    </w:p>
    <w:p w14:paraId="06CB1E5D" w14:textId="77777777" w:rsidR="001A5159" w:rsidRDefault="00000000">
      <w:r>
        <w:rPr>
          <w:rFonts w:ascii="Garamond" w:hAnsi="Garamond"/>
          <w:sz w:val="24"/>
        </w:rPr>
        <w:t>social graphic variations</w:t>
      </w:r>
    </w:p>
    <w:p w14:paraId="395884C4" w14:textId="77777777" w:rsidR="001A5159" w:rsidRDefault="00000000">
      <w:r>
        <w:rPr>
          <w:rFonts w:ascii="Garamond" w:hAnsi="Garamond"/>
          <w:sz w:val="24"/>
        </w:rPr>
        <w:t>presentation video outline</w:t>
      </w:r>
    </w:p>
    <w:p w14:paraId="13EA28C6" w14:textId="77777777" w:rsidR="001A5159" w:rsidRDefault="00000000">
      <w:r>
        <w:rPr>
          <w:rFonts w:ascii="Garamond" w:hAnsi="Garamond"/>
          <w:sz w:val="24"/>
        </w:rPr>
        <w:t>Clients LOVE getting “everything done for them.”</w:t>
      </w:r>
    </w:p>
    <w:p w14:paraId="192AF80B" w14:textId="77777777" w:rsidR="001A5159" w:rsidRDefault="001A5159"/>
    <w:p w14:paraId="207A75BF" w14:textId="77777777" w:rsidR="001A5159" w:rsidRDefault="00000000">
      <w:r>
        <w:rPr>
          <w:rFonts w:ascii="Garamond" w:hAnsi="Garamond"/>
          <w:sz w:val="24"/>
        </w:rPr>
        <w:t>AI-Powered Workflow (Step-By-Step)</w:t>
      </w:r>
    </w:p>
    <w:p w14:paraId="1503D943" w14:textId="77777777" w:rsidR="001A5159" w:rsidRDefault="00000000">
      <w:r>
        <w:rPr>
          <w:rFonts w:ascii="Garamond" w:hAnsi="Garamond"/>
          <w:sz w:val="24"/>
        </w:rPr>
        <w:t>STEP 1 — Create the Structure</w:t>
      </w:r>
    </w:p>
    <w:p w14:paraId="4FB28DA5" w14:textId="77777777" w:rsidR="001A5159" w:rsidRDefault="00000000">
      <w:r>
        <w:rPr>
          <w:rFonts w:ascii="Garamond" w:hAnsi="Garamond"/>
          <w:sz w:val="24"/>
        </w:rPr>
        <w:t>Ask AI:</w:t>
      </w:r>
    </w:p>
    <w:p w14:paraId="0FF0D686" w14:textId="77777777" w:rsidR="001A5159" w:rsidRDefault="00000000">
      <w:r>
        <w:rPr>
          <w:rFonts w:ascii="Garamond" w:hAnsi="Garamond"/>
          <w:sz w:val="24"/>
        </w:rPr>
        <w:t>“Create a 12-slide presentation outline for a . Include title, key points, examples, and transitions.”</w:t>
      </w:r>
    </w:p>
    <w:p w14:paraId="25629585" w14:textId="77777777" w:rsidR="001A5159" w:rsidRDefault="00000000">
      <w:r>
        <w:rPr>
          <w:rFonts w:ascii="Garamond" w:hAnsi="Garamond"/>
          <w:sz w:val="24"/>
        </w:rPr>
        <w:t>Or:</w:t>
      </w:r>
    </w:p>
    <w:p w14:paraId="520EC3B1" w14:textId="77777777" w:rsidR="001A5159" w:rsidRDefault="00000000">
      <w:r>
        <w:rPr>
          <w:rFonts w:ascii="Garamond" w:hAnsi="Garamond"/>
          <w:sz w:val="24"/>
        </w:rPr>
        <w:t>“Create a pitch deck outline using standard startup sections.”</w:t>
      </w:r>
    </w:p>
    <w:p w14:paraId="1B7635DE" w14:textId="77777777" w:rsidR="001A5159" w:rsidRDefault="00000000">
      <w:r>
        <w:rPr>
          <w:rFonts w:ascii="Garamond" w:hAnsi="Garamond"/>
          <w:sz w:val="24"/>
        </w:rPr>
        <w:t>AI will produce a perfect structure.</w:t>
      </w:r>
    </w:p>
    <w:p w14:paraId="20FD53F3" w14:textId="77777777" w:rsidR="001A5159" w:rsidRDefault="001A5159"/>
    <w:p w14:paraId="318A6400" w14:textId="77777777" w:rsidR="001A5159" w:rsidRDefault="00000000">
      <w:r>
        <w:rPr>
          <w:rFonts w:ascii="Garamond" w:hAnsi="Garamond"/>
          <w:sz w:val="24"/>
        </w:rPr>
        <w:t>STEP 2 — Write Slide Content</w:t>
      </w:r>
    </w:p>
    <w:p w14:paraId="252B1BDC" w14:textId="77777777" w:rsidR="001A5159" w:rsidRDefault="00000000">
      <w:r>
        <w:rPr>
          <w:rFonts w:ascii="Garamond" w:hAnsi="Garamond"/>
          <w:sz w:val="24"/>
        </w:rPr>
        <w:lastRenderedPageBreak/>
        <w:t>Prompt AI:</w:t>
      </w:r>
    </w:p>
    <w:p w14:paraId="01D881D2" w14:textId="77777777" w:rsidR="001A5159" w:rsidRDefault="00000000">
      <w:r>
        <w:rPr>
          <w:rFonts w:ascii="Garamond" w:hAnsi="Garamond"/>
          <w:sz w:val="24"/>
        </w:rPr>
        <w:t>“Write concise bullet points for Slide #1. Keep sentences short. No long paragraphs.”</w:t>
      </w:r>
    </w:p>
    <w:p w14:paraId="69F8FFEC" w14:textId="77777777" w:rsidR="001A5159" w:rsidRDefault="00000000">
      <w:r>
        <w:rPr>
          <w:rFonts w:ascii="Garamond" w:hAnsi="Garamond"/>
          <w:sz w:val="24"/>
        </w:rPr>
        <w:t>AI creates the exact slide text.</w:t>
      </w:r>
    </w:p>
    <w:p w14:paraId="107EE824" w14:textId="77777777" w:rsidR="001A5159" w:rsidRDefault="001A5159"/>
    <w:p w14:paraId="6F9C6AAB" w14:textId="77777777" w:rsidR="001A5159" w:rsidRDefault="00000000">
      <w:r>
        <w:rPr>
          <w:rFonts w:ascii="Garamond" w:hAnsi="Garamond"/>
          <w:sz w:val="24"/>
        </w:rPr>
        <w:t>STEP 3 — Create Speaker Notes (Optional)</w:t>
      </w:r>
    </w:p>
    <w:p w14:paraId="5EB507CC" w14:textId="77777777" w:rsidR="001A5159" w:rsidRDefault="00000000">
      <w:r>
        <w:rPr>
          <w:rFonts w:ascii="Garamond" w:hAnsi="Garamond"/>
          <w:sz w:val="24"/>
        </w:rPr>
        <w:t>Ask AI:</w:t>
      </w:r>
    </w:p>
    <w:p w14:paraId="61F909AE" w14:textId="77777777" w:rsidR="001A5159" w:rsidRDefault="00000000">
      <w:r>
        <w:rPr>
          <w:rFonts w:ascii="Garamond" w:hAnsi="Garamond"/>
          <w:sz w:val="24"/>
        </w:rPr>
        <w:t>“Turn this slide into a 60-second speaking script.”</w:t>
      </w:r>
    </w:p>
    <w:p w14:paraId="29F5399F" w14:textId="77777777" w:rsidR="001A5159" w:rsidRDefault="00000000">
      <w:r>
        <w:rPr>
          <w:rFonts w:ascii="Garamond" w:hAnsi="Garamond"/>
          <w:sz w:val="24"/>
        </w:rPr>
        <w:t>Great for webinars and workshops.</w:t>
      </w:r>
    </w:p>
    <w:p w14:paraId="3FB04155" w14:textId="77777777" w:rsidR="001A5159" w:rsidRDefault="001A5159"/>
    <w:p w14:paraId="67C73909" w14:textId="77777777" w:rsidR="001A5159" w:rsidRDefault="00000000">
      <w:r>
        <w:rPr>
          <w:rFonts w:ascii="Garamond" w:hAnsi="Garamond"/>
          <w:sz w:val="24"/>
        </w:rPr>
        <w:t>STEP 4 — Design the Deck in Canva</w:t>
      </w:r>
    </w:p>
    <w:p w14:paraId="60E40255" w14:textId="77777777" w:rsidR="001A5159" w:rsidRDefault="00000000">
      <w:r>
        <w:rPr>
          <w:rFonts w:ascii="Garamond" w:hAnsi="Garamond"/>
          <w:sz w:val="24"/>
        </w:rPr>
        <w:t>Use:</w:t>
      </w:r>
    </w:p>
    <w:p w14:paraId="263A5E95" w14:textId="77777777" w:rsidR="001A5159" w:rsidRDefault="00000000">
      <w:r>
        <w:rPr>
          <w:rFonts w:ascii="Garamond" w:hAnsi="Garamond"/>
          <w:sz w:val="24"/>
        </w:rPr>
        <w:t>modern templates</w:t>
      </w:r>
    </w:p>
    <w:p w14:paraId="284B3C98" w14:textId="77777777" w:rsidR="001A5159" w:rsidRDefault="00000000">
      <w:r>
        <w:rPr>
          <w:rFonts w:ascii="Garamond" w:hAnsi="Garamond"/>
          <w:sz w:val="24"/>
        </w:rPr>
        <w:t>high contrast colors</w:t>
      </w:r>
    </w:p>
    <w:p w14:paraId="69604B1D" w14:textId="77777777" w:rsidR="001A5159" w:rsidRDefault="00000000">
      <w:r>
        <w:rPr>
          <w:rFonts w:ascii="Garamond" w:hAnsi="Garamond"/>
          <w:sz w:val="24"/>
        </w:rPr>
        <w:t>consistent typography</w:t>
      </w:r>
    </w:p>
    <w:p w14:paraId="2E2E84B5" w14:textId="77777777" w:rsidR="001A5159" w:rsidRDefault="00000000">
      <w:r>
        <w:rPr>
          <w:rFonts w:ascii="Garamond" w:hAnsi="Garamond"/>
          <w:sz w:val="24"/>
        </w:rPr>
        <w:t>minimal text</w:t>
      </w:r>
    </w:p>
    <w:p w14:paraId="49A5E02E" w14:textId="77777777" w:rsidR="001A5159" w:rsidRDefault="00000000">
      <w:r>
        <w:rPr>
          <w:rFonts w:ascii="Garamond" w:hAnsi="Garamond"/>
          <w:sz w:val="24"/>
        </w:rPr>
        <w:t>strong icons</w:t>
      </w:r>
    </w:p>
    <w:p w14:paraId="7B962909" w14:textId="77777777" w:rsidR="001A5159" w:rsidRDefault="00000000">
      <w:r>
        <w:rPr>
          <w:rFonts w:ascii="Garamond" w:hAnsi="Garamond"/>
          <w:sz w:val="24"/>
        </w:rPr>
        <w:t>clean layouts</w:t>
      </w:r>
    </w:p>
    <w:p w14:paraId="4AB146CA" w14:textId="77777777" w:rsidR="001A5159" w:rsidRDefault="00000000">
      <w:r>
        <w:rPr>
          <w:rFonts w:ascii="Garamond" w:hAnsi="Garamond"/>
          <w:sz w:val="24"/>
        </w:rPr>
        <w:t>AI helps generate visual suggestions:</w:t>
      </w:r>
    </w:p>
    <w:p w14:paraId="0DF58B6D" w14:textId="77777777" w:rsidR="001A5159" w:rsidRDefault="00000000">
      <w:r>
        <w:rPr>
          <w:rFonts w:ascii="Garamond" w:hAnsi="Garamond"/>
          <w:sz w:val="24"/>
        </w:rPr>
        <w:t>“What visuals complement this slide?”</w:t>
      </w:r>
    </w:p>
    <w:p w14:paraId="1FF2987C" w14:textId="77777777" w:rsidR="001A5159" w:rsidRDefault="001A5159"/>
    <w:p w14:paraId="38D09641" w14:textId="77777777" w:rsidR="001A5159" w:rsidRDefault="00000000">
      <w:proofErr w:type="gramStart"/>
      <w:r>
        <w:rPr>
          <w:rFonts w:ascii="Garamond" w:hAnsi="Garamond"/>
          <w:sz w:val="24"/>
        </w:rPr>
        <w:t>STEP</w:t>
      </w:r>
      <w:proofErr w:type="gramEnd"/>
      <w:r>
        <w:rPr>
          <w:rFonts w:ascii="Garamond" w:hAnsi="Garamond"/>
          <w:sz w:val="24"/>
        </w:rPr>
        <w:t xml:space="preserve"> 5 — Brand the Deck</w:t>
      </w:r>
    </w:p>
    <w:p w14:paraId="352100D9" w14:textId="77777777" w:rsidR="001A5159" w:rsidRDefault="00000000">
      <w:proofErr w:type="gramStart"/>
      <w:r>
        <w:rPr>
          <w:rFonts w:ascii="Garamond" w:hAnsi="Garamond"/>
          <w:sz w:val="24"/>
        </w:rPr>
        <w:t>Apply</w:t>
      </w:r>
      <w:proofErr w:type="gramEnd"/>
      <w:r>
        <w:rPr>
          <w:rFonts w:ascii="Garamond" w:hAnsi="Garamond"/>
          <w:sz w:val="24"/>
        </w:rPr>
        <w:t>:</w:t>
      </w:r>
    </w:p>
    <w:p w14:paraId="4E2A5860" w14:textId="77777777" w:rsidR="001A5159" w:rsidRDefault="00000000">
      <w:r>
        <w:rPr>
          <w:rFonts w:ascii="Garamond" w:hAnsi="Garamond"/>
          <w:sz w:val="24"/>
        </w:rPr>
        <w:t>brand colors</w:t>
      </w:r>
    </w:p>
    <w:p w14:paraId="498D4905" w14:textId="77777777" w:rsidR="001A5159" w:rsidRDefault="00000000">
      <w:r>
        <w:rPr>
          <w:rFonts w:ascii="Garamond" w:hAnsi="Garamond"/>
          <w:sz w:val="24"/>
        </w:rPr>
        <w:t>brand fonts</w:t>
      </w:r>
    </w:p>
    <w:p w14:paraId="4C371F1B" w14:textId="77777777" w:rsidR="001A5159" w:rsidRDefault="00000000">
      <w:r>
        <w:rPr>
          <w:rFonts w:ascii="Garamond" w:hAnsi="Garamond"/>
          <w:sz w:val="24"/>
        </w:rPr>
        <w:t>brand logo</w:t>
      </w:r>
    </w:p>
    <w:p w14:paraId="79B123ED" w14:textId="77777777" w:rsidR="001A5159" w:rsidRDefault="00000000">
      <w:r>
        <w:rPr>
          <w:rFonts w:ascii="Garamond" w:hAnsi="Garamond"/>
          <w:sz w:val="24"/>
        </w:rPr>
        <w:lastRenderedPageBreak/>
        <w:t>branded header/footer</w:t>
      </w:r>
    </w:p>
    <w:p w14:paraId="1BBC2220" w14:textId="77777777" w:rsidR="001A5159" w:rsidRDefault="00000000">
      <w:r>
        <w:rPr>
          <w:rFonts w:ascii="Garamond" w:hAnsi="Garamond"/>
          <w:sz w:val="24"/>
        </w:rPr>
        <w:t>This turns a basic deck into a premium product.</w:t>
      </w:r>
    </w:p>
    <w:p w14:paraId="1B75F62D" w14:textId="77777777" w:rsidR="001A5159" w:rsidRDefault="001A5159"/>
    <w:p w14:paraId="1771D9F1" w14:textId="77777777" w:rsidR="001A5159" w:rsidRDefault="00000000">
      <w:r>
        <w:rPr>
          <w:rFonts w:ascii="Garamond" w:hAnsi="Garamond"/>
          <w:sz w:val="24"/>
        </w:rPr>
        <w:t>STEP 6 — Deliver Final Files</w:t>
      </w:r>
    </w:p>
    <w:p w14:paraId="05C2B1DE" w14:textId="77777777" w:rsidR="001A5159" w:rsidRDefault="00000000">
      <w:r>
        <w:rPr>
          <w:rFonts w:ascii="Garamond" w:hAnsi="Garamond"/>
          <w:sz w:val="24"/>
        </w:rPr>
        <w:t>Provide:</w:t>
      </w:r>
    </w:p>
    <w:p w14:paraId="192E57C9" w14:textId="77777777" w:rsidR="001A5159" w:rsidRDefault="00000000">
      <w:r>
        <w:rPr>
          <w:rFonts w:ascii="Garamond" w:hAnsi="Garamond"/>
          <w:sz w:val="24"/>
        </w:rPr>
        <w:t>editable Canva link</w:t>
      </w:r>
    </w:p>
    <w:p w14:paraId="21EA6E19" w14:textId="77777777" w:rsidR="001A5159" w:rsidRDefault="00000000">
      <w:r>
        <w:rPr>
          <w:rFonts w:ascii="Garamond" w:hAnsi="Garamond"/>
          <w:sz w:val="24"/>
        </w:rPr>
        <w:t>PDF export</w:t>
      </w:r>
    </w:p>
    <w:p w14:paraId="398E71C6" w14:textId="77777777" w:rsidR="001A5159" w:rsidRDefault="00000000">
      <w:r>
        <w:rPr>
          <w:rFonts w:ascii="Garamond" w:hAnsi="Garamond"/>
          <w:sz w:val="24"/>
        </w:rPr>
        <w:t>PPTX if needed</w:t>
      </w:r>
    </w:p>
    <w:p w14:paraId="28AF97B7" w14:textId="77777777" w:rsidR="001A5159" w:rsidRDefault="00000000">
      <w:r>
        <w:rPr>
          <w:rFonts w:ascii="Garamond" w:hAnsi="Garamond"/>
          <w:sz w:val="24"/>
        </w:rPr>
        <w:t xml:space="preserve">notes </w:t>
      </w:r>
      <w:proofErr w:type="gramStart"/>
      <w:r>
        <w:rPr>
          <w:rFonts w:ascii="Garamond" w:hAnsi="Garamond"/>
          <w:sz w:val="24"/>
        </w:rPr>
        <w:t>document</w:t>
      </w:r>
      <w:proofErr w:type="gramEnd"/>
    </w:p>
    <w:p w14:paraId="735C18B3" w14:textId="77777777" w:rsidR="001A5159" w:rsidRDefault="00000000">
      <w:r>
        <w:rPr>
          <w:rFonts w:ascii="Garamond" w:hAnsi="Garamond"/>
          <w:sz w:val="24"/>
        </w:rPr>
        <w:t>alternate color versions</w:t>
      </w:r>
    </w:p>
    <w:p w14:paraId="2F2C8756" w14:textId="77777777" w:rsidR="001A5159" w:rsidRDefault="00000000">
      <w:r>
        <w:rPr>
          <w:rFonts w:ascii="Garamond" w:hAnsi="Garamond"/>
          <w:sz w:val="24"/>
        </w:rPr>
        <w:t>This looks extremely professional.</w:t>
      </w:r>
    </w:p>
    <w:p w14:paraId="5A50AEE7" w14:textId="77777777" w:rsidR="001A5159" w:rsidRDefault="001A5159"/>
    <w:p w14:paraId="6452CAC1" w14:textId="77777777" w:rsidR="001A5159" w:rsidRDefault="00000000">
      <w:r>
        <w:rPr>
          <w:rFonts w:ascii="Garamond" w:hAnsi="Garamond"/>
          <w:sz w:val="24"/>
        </w:rPr>
        <w:t>Beginner Proof Portfolio</w:t>
      </w:r>
    </w:p>
    <w:p w14:paraId="57392B19" w14:textId="77777777" w:rsidR="001A5159" w:rsidRDefault="00000000">
      <w:r>
        <w:rPr>
          <w:rFonts w:ascii="Garamond" w:hAnsi="Garamond"/>
          <w:sz w:val="24"/>
        </w:rPr>
        <w:t>Include:</w:t>
      </w:r>
    </w:p>
    <w:p w14:paraId="473747E1" w14:textId="77777777" w:rsidR="001A5159" w:rsidRDefault="00000000">
      <w:r>
        <w:rPr>
          <w:rFonts w:ascii="Garamond" w:hAnsi="Garamond"/>
          <w:sz w:val="24"/>
        </w:rPr>
        <w:t>1 webinar deck</w:t>
      </w:r>
    </w:p>
    <w:p w14:paraId="2ECD6EDC" w14:textId="77777777" w:rsidR="001A5159" w:rsidRDefault="00000000">
      <w:r>
        <w:rPr>
          <w:rFonts w:ascii="Garamond" w:hAnsi="Garamond"/>
          <w:sz w:val="24"/>
        </w:rPr>
        <w:t>1 business pitch deck</w:t>
      </w:r>
    </w:p>
    <w:p w14:paraId="1A22CBE2" w14:textId="77777777" w:rsidR="001A5159" w:rsidRDefault="00000000">
      <w:r>
        <w:rPr>
          <w:rFonts w:ascii="Garamond" w:hAnsi="Garamond"/>
          <w:sz w:val="24"/>
        </w:rPr>
        <w:t>1 educational deck</w:t>
      </w:r>
    </w:p>
    <w:p w14:paraId="43F46E66" w14:textId="77777777" w:rsidR="001A5159" w:rsidRDefault="00000000">
      <w:r>
        <w:rPr>
          <w:rFonts w:ascii="Garamond" w:hAnsi="Garamond"/>
          <w:sz w:val="24"/>
        </w:rPr>
        <w:t>1 brand story deck</w:t>
      </w:r>
    </w:p>
    <w:p w14:paraId="133C1BF8" w14:textId="77777777" w:rsidR="001A5159" w:rsidRDefault="00000000">
      <w:r>
        <w:rPr>
          <w:rFonts w:ascii="Garamond" w:hAnsi="Garamond"/>
          <w:sz w:val="24"/>
        </w:rPr>
        <w:t>1 coaching deck</w:t>
      </w:r>
    </w:p>
    <w:p w14:paraId="0409B591" w14:textId="77777777" w:rsidR="001A5159" w:rsidRDefault="00000000">
      <w:r>
        <w:rPr>
          <w:rFonts w:ascii="Garamond" w:hAnsi="Garamond"/>
          <w:sz w:val="24"/>
        </w:rPr>
        <w:t>Five samples = instant credibility.</w:t>
      </w:r>
    </w:p>
    <w:p w14:paraId="03871F32" w14:textId="77777777" w:rsidR="001A5159" w:rsidRDefault="001A5159"/>
    <w:p w14:paraId="71C47862" w14:textId="77777777" w:rsidR="001A5159" w:rsidRDefault="00000000">
      <w:r>
        <w:rPr>
          <w:rFonts w:ascii="Garamond" w:hAnsi="Garamond"/>
          <w:sz w:val="24"/>
        </w:rPr>
        <w:t>Pricing Guide</w:t>
      </w:r>
    </w:p>
    <w:p w14:paraId="194B42C9" w14:textId="77777777" w:rsidR="001A5159" w:rsidRDefault="00000000">
      <w:r>
        <w:rPr>
          <w:rFonts w:ascii="Garamond" w:hAnsi="Garamond"/>
          <w:sz w:val="24"/>
        </w:rPr>
        <w:t>Beginners:</w:t>
      </w:r>
    </w:p>
    <w:p w14:paraId="774DE42B" w14:textId="77777777" w:rsidR="001A5159" w:rsidRDefault="00000000">
      <w:r>
        <w:rPr>
          <w:rFonts w:ascii="Garamond" w:hAnsi="Garamond"/>
          <w:sz w:val="24"/>
        </w:rPr>
        <w:t>$25–$75 for small decks</w:t>
      </w:r>
    </w:p>
    <w:p w14:paraId="02374CF2" w14:textId="77777777" w:rsidR="001A5159" w:rsidRDefault="00000000">
      <w:r>
        <w:rPr>
          <w:rFonts w:ascii="Garamond" w:hAnsi="Garamond"/>
          <w:sz w:val="24"/>
        </w:rPr>
        <w:t>$75–$150 for 10–20 slides</w:t>
      </w:r>
    </w:p>
    <w:p w14:paraId="1E8F9531" w14:textId="77777777" w:rsidR="001A5159" w:rsidRDefault="00000000">
      <w:r>
        <w:rPr>
          <w:rFonts w:ascii="Garamond" w:hAnsi="Garamond"/>
          <w:sz w:val="24"/>
        </w:rPr>
        <w:lastRenderedPageBreak/>
        <w:t>Intermediate:</w:t>
      </w:r>
    </w:p>
    <w:p w14:paraId="055B31E7" w14:textId="77777777" w:rsidR="001A5159" w:rsidRDefault="00000000">
      <w:r>
        <w:rPr>
          <w:rFonts w:ascii="Garamond" w:hAnsi="Garamond"/>
          <w:sz w:val="24"/>
        </w:rPr>
        <w:t>$200–$500 per deck</w:t>
      </w:r>
    </w:p>
    <w:p w14:paraId="16961EC5" w14:textId="77777777" w:rsidR="001A5159" w:rsidRDefault="00000000">
      <w:r>
        <w:rPr>
          <w:rFonts w:ascii="Garamond" w:hAnsi="Garamond"/>
          <w:sz w:val="24"/>
        </w:rPr>
        <w:t>$500–$1,500 pitch deck packages</w:t>
      </w:r>
    </w:p>
    <w:p w14:paraId="182739B8" w14:textId="77777777" w:rsidR="001A5159" w:rsidRDefault="00000000">
      <w:r>
        <w:rPr>
          <w:rFonts w:ascii="Garamond" w:hAnsi="Garamond"/>
          <w:sz w:val="24"/>
        </w:rPr>
        <w:t>Pro:</w:t>
      </w:r>
    </w:p>
    <w:p w14:paraId="33DE0CA1" w14:textId="77777777" w:rsidR="001A5159" w:rsidRDefault="00000000">
      <w:r>
        <w:rPr>
          <w:rFonts w:ascii="Garamond" w:hAnsi="Garamond"/>
          <w:sz w:val="24"/>
        </w:rPr>
        <w:t>$2,000–$10,000 for investor decks</w:t>
      </w:r>
    </w:p>
    <w:p w14:paraId="68974C96" w14:textId="77777777" w:rsidR="001A5159" w:rsidRDefault="00000000">
      <w:r>
        <w:rPr>
          <w:rFonts w:ascii="Garamond" w:hAnsi="Garamond"/>
          <w:sz w:val="24"/>
        </w:rPr>
        <w:t>$500–$2,000/month presentation retainer</w:t>
      </w:r>
    </w:p>
    <w:p w14:paraId="0F61F701" w14:textId="77777777" w:rsidR="001A5159" w:rsidRDefault="00000000">
      <w:r>
        <w:rPr>
          <w:rFonts w:ascii="Garamond" w:hAnsi="Garamond"/>
          <w:sz w:val="24"/>
        </w:rPr>
        <w:t>$3,000+ for full course slide decks</w:t>
      </w:r>
    </w:p>
    <w:p w14:paraId="3C4D930B" w14:textId="77777777" w:rsidR="001A5159" w:rsidRDefault="00000000">
      <w:r>
        <w:rPr>
          <w:rFonts w:ascii="Garamond" w:hAnsi="Garamond"/>
          <w:sz w:val="24"/>
        </w:rPr>
        <w:t>Pitch decks and webinar decks are extremely high-ticket.</w:t>
      </w:r>
    </w:p>
    <w:p w14:paraId="070ED0E3" w14:textId="77777777" w:rsidR="001A5159" w:rsidRDefault="001A5159"/>
    <w:p w14:paraId="5E70374E" w14:textId="77777777" w:rsidR="001A5159" w:rsidRDefault="00000000">
      <w:r>
        <w:rPr>
          <w:rFonts w:ascii="Garamond" w:hAnsi="Garamond"/>
          <w:sz w:val="24"/>
        </w:rPr>
        <w:t>Pro Accelerators</w:t>
      </w:r>
    </w:p>
    <w:p w14:paraId="120696F0" w14:textId="77777777" w:rsidR="001A5159" w:rsidRDefault="00000000">
      <w:r>
        <w:rPr>
          <w:rFonts w:ascii="Garamond" w:hAnsi="Garamond"/>
          <w:sz w:val="24"/>
        </w:rPr>
        <w:t>branded templates</w:t>
      </w:r>
    </w:p>
    <w:p w14:paraId="21D9225F" w14:textId="77777777" w:rsidR="001A5159" w:rsidRDefault="00000000">
      <w:r>
        <w:rPr>
          <w:rFonts w:ascii="Garamond" w:hAnsi="Garamond"/>
          <w:sz w:val="24"/>
        </w:rPr>
        <w:t>scriptwriting + speaker notes</w:t>
      </w:r>
    </w:p>
    <w:p w14:paraId="22085E4C" w14:textId="77777777" w:rsidR="001A5159" w:rsidRDefault="00000000">
      <w:r>
        <w:rPr>
          <w:rFonts w:ascii="Garamond" w:hAnsi="Garamond"/>
          <w:sz w:val="24"/>
        </w:rPr>
        <w:t>animation &amp; transitions</w:t>
      </w:r>
    </w:p>
    <w:p w14:paraId="36163D89" w14:textId="77777777" w:rsidR="001A5159" w:rsidRDefault="00000000">
      <w:r>
        <w:rPr>
          <w:rFonts w:ascii="Garamond" w:hAnsi="Garamond"/>
          <w:sz w:val="24"/>
        </w:rPr>
        <w:t>visual storytelling frameworks</w:t>
      </w:r>
    </w:p>
    <w:p w14:paraId="0E4385E4" w14:textId="77777777" w:rsidR="001A5159" w:rsidRDefault="00000000">
      <w:r>
        <w:rPr>
          <w:rFonts w:ascii="Garamond" w:hAnsi="Garamond"/>
          <w:sz w:val="24"/>
        </w:rPr>
        <w:t xml:space="preserve">pitch deck </w:t>
      </w:r>
      <w:proofErr w:type="gramStart"/>
      <w:r>
        <w:rPr>
          <w:rFonts w:ascii="Garamond" w:hAnsi="Garamond"/>
          <w:sz w:val="24"/>
        </w:rPr>
        <w:t>refinement</w:t>
      </w:r>
      <w:proofErr w:type="gramEnd"/>
    </w:p>
    <w:p w14:paraId="4F743C7E" w14:textId="77777777" w:rsidR="001A5159" w:rsidRDefault="00000000">
      <w:r>
        <w:rPr>
          <w:rFonts w:ascii="Garamond" w:hAnsi="Garamond"/>
          <w:sz w:val="24"/>
        </w:rPr>
        <w:t>webinar landing pages</w:t>
      </w:r>
    </w:p>
    <w:p w14:paraId="39417E3F" w14:textId="77777777" w:rsidR="001A5159" w:rsidRDefault="00000000">
      <w:r>
        <w:rPr>
          <w:rFonts w:ascii="Garamond" w:hAnsi="Garamond"/>
          <w:sz w:val="24"/>
        </w:rPr>
        <w:t>video-based slide content</w:t>
      </w:r>
    </w:p>
    <w:p w14:paraId="209513E0" w14:textId="77777777" w:rsidR="001A5159" w:rsidRDefault="00000000">
      <w:r>
        <w:rPr>
          <w:rFonts w:ascii="Garamond" w:hAnsi="Garamond"/>
          <w:sz w:val="24"/>
        </w:rPr>
        <w:t>logo + color kit bundle</w:t>
      </w:r>
    </w:p>
    <w:p w14:paraId="12283BD0" w14:textId="77777777" w:rsidR="001A5159" w:rsidRDefault="00000000">
      <w:proofErr w:type="gramStart"/>
      <w:r>
        <w:rPr>
          <w:rFonts w:ascii="Garamond" w:hAnsi="Garamond"/>
          <w:sz w:val="24"/>
        </w:rPr>
        <w:t>These increase</w:t>
      </w:r>
      <w:proofErr w:type="gramEnd"/>
      <w:r>
        <w:rPr>
          <w:rFonts w:ascii="Garamond" w:hAnsi="Garamond"/>
          <w:sz w:val="24"/>
        </w:rPr>
        <w:t xml:space="preserve"> your revenue significantly.</w:t>
      </w:r>
    </w:p>
    <w:p w14:paraId="2C8B6052" w14:textId="77777777" w:rsidR="001A5159" w:rsidRDefault="001A5159"/>
    <w:p w14:paraId="79FB07BF" w14:textId="77777777" w:rsidR="001A5159" w:rsidRDefault="00000000">
      <w:r>
        <w:rPr>
          <w:rFonts w:ascii="Garamond" w:hAnsi="Garamond"/>
          <w:sz w:val="24"/>
        </w:rPr>
        <w:t>MICRO CASE STUDY — BLUEPRINT TEN</w:t>
      </w:r>
    </w:p>
    <w:p w14:paraId="2E65220C" w14:textId="77777777" w:rsidR="001A5159" w:rsidRDefault="00000000">
      <w:r>
        <w:rPr>
          <w:rFonts w:ascii="Garamond" w:hAnsi="Garamond"/>
          <w:sz w:val="24"/>
        </w:rPr>
        <w:t>Case Study: Office Worker Earns $450 Creating Slide Decks in One Week</w:t>
      </w:r>
    </w:p>
    <w:p w14:paraId="78D80358" w14:textId="77777777" w:rsidR="001A5159" w:rsidRDefault="00000000">
      <w:r>
        <w:rPr>
          <w:rFonts w:ascii="Garamond" w:hAnsi="Garamond"/>
          <w:sz w:val="24"/>
        </w:rPr>
        <w:t>Daniel worked a 9–5 job and hated making presentations.</w:t>
      </w:r>
      <w:r>
        <w:rPr>
          <w:rFonts w:ascii="Garamond" w:hAnsi="Garamond"/>
          <w:sz w:val="24"/>
        </w:rPr>
        <w:br/>
        <w:t>Ironically, that’s what helped him start a side business.</w:t>
      </w:r>
    </w:p>
    <w:p w14:paraId="120530C5" w14:textId="77777777" w:rsidR="001A5159" w:rsidRDefault="00000000">
      <w:r>
        <w:rPr>
          <w:rFonts w:ascii="Garamond" w:hAnsi="Garamond"/>
          <w:sz w:val="24"/>
        </w:rPr>
        <w:t>He followed Blueprint 10:</w:t>
      </w:r>
    </w:p>
    <w:p w14:paraId="6C2CBB53" w14:textId="77777777" w:rsidR="001A5159" w:rsidRDefault="00000000">
      <w:r>
        <w:rPr>
          <w:rFonts w:ascii="Garamond" w:hAnsi="Garamond"/>
          <w:sz w:val="24"/>
        </w:rPr>
        <w:t xml:space="preserve">used AI to outline </w:t>
      </w:r>
      <w:proofErr w:type="gramStart"/>
      <w:r>
        <w:rPr>
          <w:rFonts w:ascii="Garamond" w:hAnsi="Garamond"/>
          <w:sz w:val="24"/>
        </w:rPr>
        <w:t>presentations</w:t>
      </w:r>
      <w:proofErr w:type="gramEnd"/>
    </w:p>
    <w:p w14:paraId="0B1B3D1E" w14:textId="77777777" w:rsidR="001A5159" w:rsidRDefault="00000000">
      <w:r>
        <w:rPr>
          <w:rFonts w:ascii="Garamond" w:hAnsi="Garamond"/>
          <w:sz w:val="24"/>
        </w:rPr>
        <w:lastRenderedPageBreak/>
        <w:t xml:space="preserve">used Canva for </w:t>
      </w:r>
      <w:proofErr w:type="gramStart"/>
      <w:r>
        <w:rPr>
          <w:rFonts w:ascii="Garamond" w:hAnsi="Garamond"/>
          <w:sz w:val="24"/>
        </w:rPr>
        <w:t>templates</w:t>
      </w:r>
      <w:proofErr w:type="gramEnd"/>
    </w:p>
    <w:p w14:paraId="2F0452FC" w14:textId="77777777" w:rsidR="001A5159" w:rsidRDefault="00000000">
      <w:r>
        <w:rPr>
          <w:rFonts w:ascii="Garamond" w:hAnsi="Garamond"/>
          <w:sz w:val="24"/>
        </w:rPr>
        <w:t xml:space="preserve">wrote short slide text with </w:t>
      </w:r>
      <w:proofErr w:type="gramStart"/>
      <w:r>
        <w:rPr>
          <w:rFonts w:ascii="Garamond" w:hAnsi="Garamond"/>
          <w:sz w:val="24"/>
        </w:rPr>
        <w:t>ChatGPT</w:t>
      </w:r>
      <w:proofErr w:type="gramEnd"/>
    </w:p>
    <w:p w14:paraId="53F05208" w14:textId="77777777" w:rsidR="001A5159" w:rsidRDefault="00000000">
      <w:r>
        <w:rPr>
          <w:rFonts w:ascii="Garamond" w:hAnsi="Garamond"/>
          <w:sz w:val="24"/>
        </w:rPr>
        <w:t xml:space="preserve">added speaker notes to increase </w:t>
      </w:r>
      <w:proofErr w:type="gramStart"/>
      <w:r>
        <w:rPr>
          <w:rFonts w:ascii="Garamond" w:hAnsi="Garamond"/>
          <w:sz w:val="24"/>
        </w:rPr>
        <w:t>value</w:t>
      </w:r>
      <w:proofErr w:type="gramEnd"/>
    </w:p>
    <w:p w14:paraId="4587D77F" w14:textId="77777777" w:rsidR="001A5159" w:rsidRDefault="00000000">
      <w:r>
        <w:rPr>
          <w:rFonts w:ascii="Garamond" w:hAnsi="Garamond"/>
          <w:sz w:val="24"/>
        </w:rPr>
        <w:t>He posted on LinkedIn:</w:t>
      </w:r>
    </w:p>
    <w:p w14:paraId="0762EDC5"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AI-powered slide deck system — want a free 3-slide sample?”</w:t>
      </w:r>
    </w:p>
    <w:p w14:paraId="79484EBE" w14:textId="77777777" w:rsidR="001A5159" w:rsidRDefault="00000000">
      <w:r>
        <w:rPr>
          <w:rFonts w:ascii="Garamond" w:hAnsi="Garamond"/>
          <w:sz w:val="24"/>
        </w:rPr>
        <w:t>A business coach replied.</w:t>
      </w:r>
    </w:p>
    <w:p w14:paraId="6601C75B" w14:textId="77777777" w:rsidR="001A5159" w:rsidRDefault="00000000">
      <w:r>
        <w:rPr>
          <w:rFonts w:ascii="Garamond" w:hAnsi="Garamond"/>
          <w:sz w:val="24"/>
        </w:rPr>
        <w:t>He delivered the sample.</w:t>
      </w:r>
      <w:r>
        <w:rPr>
          <w:rFonts w:ascii="Garamond" w:hAnsi="Garamond"/>
          <w:sz w:val="24"/>
        </w:rPr>
        <w:br/>
        <w:t>She asked for a full deck — $150.</w:t>
      </w:r>
    </w:p>
    <w:p w14:paraId="6D49E378" w14:textId="77777777" w:rsidR="001A5159" w:rsidRDefault="00000000">
      <w:r>
        <w:rPr>
          <w:rFonts w:ascii="Garamond" w:hAnsi="Garamond"/>
          <w:sz w:val="24"/>
        </w:rPr>
        <w:t>Then she referred him to another coach — $200.</w:t>
      </w:r>
    </w:p>
    <w:p w14:paraId="46A864A2" w14:textId="77777777" w:rsidR="001A5159" w:rsidRDefault="00000000">
      <w:r>
        <w:rPr>
          <w:rFonts w:ascii="Garamond" w:hAnsi="Garamond"/>
          <w:sz w:val="24"/>
        </w:rPr>
        <w:t>A local realtor saw the post and bought a listing-presentation deck — $100.</w:t>
      </w:r>
    </w:p>
    <w:p w14:paraId="45298660" w14:textId="77777777" w:rsidR="001A5159" w:rsidRDefault="00000000">
      <w:r>
        <w:rPr>
          <w:rFonts w:ascii="Garamond" w:hAnsi="Garamond"/>
          <w:sz w:val="24"/>
        </w:rPr>
        <w:t>In one week, Daniel earned $450 creating slide decks in his spare time.</w:t>
      </w:r>
    </w:p>
    <w:p w14:paraId="6514DD73" w14:textId="77777777" w:rsidR="001A5159" w:rsidRDefault="00000000">
      <w:r>
        <w:rPr>
          <w:rFonts w:ascii="Garamond" w:hAnsi="Garamond"/>
          <w:sz w:val="24"/>
        </w:rPr>
        <w:t>His message:</w:t>
      </w:r>
    </w:p>
    <w:p w14:paraId="6C80770A" w14:textId="77777777" w:rsidR="001A5159" w:rsidRDefault="00000000">
      <w:r>
        <w:rPr>
          <w:rFonts w:ascii="Garamond" w:hAnsi="Garamond"/>
          <w:sz w:val="24"/>
        </w:rPr>
        <w:t>“I never knew people would pay for this. AI does most of the writing and design. I just pull it together.”</w:t>
      </w:r>
    </w:p>
    <w:p w14:paraId="1763BAEA" w14:textId="77777777" w:rsidR="001A5159" w:rsidRPr="0063351A" w:rsidRDefault="00000000" w:rsidP="0063351A">
      <w:pPr>
        <w:rPr>
          <w:sz w:val="24"/>
          <w:szCs w:val="24"/>
        </w:rPr>
      </w:pPr>
      <w:r w:rsidRPr="0063351A">
        <w:rPr>
          <w:rFonts w:ascii="Garamond" w:hAnsi="Garamond"/>
          <w:b/>
          <w:sz w:val="24"/>
          <w:szCs w:val="24"/>
        </w:rPr>
        <w:t>Blueprint 10 proves presentation design is an easy win for beginners using AI.</w:t>
      </w:r>
    </w:p>
    <w:p w14:paraId="69A1B837" w14:textId="77777777" w:rsidR="0063351A" w:rsidRDefault="0063351A">
      <w:pPr>
        <w:sectPr w:rsidR="0063351A" w:rsidSect="00034616">
          <w:pgSz w:w="12240" w:h="15840"/>
          <w:pgMar w:top="1440" w:right="1800" w:bottom="1440" w:left="1800" w:header="720" w:footer="720" w:gutter="0"/>
          <w:cols w:space="720"/>
          <w:docGrid w:linePitch="360"/>
        </w:sectPr>
      </w:pPr>
    </w:p>
    <w:p w14:paraId="68065548" w14:textId="77777777" w:rsidR="001A5159" w:rsidRDefault="001A5159"/>
    <w:p w14:paraId="5602A6C9" w14:textId="77777777" w:rsidR="001A5159" w:rsidRPr="0063351A" w:rsidRDefault="00000000" w:rsidP="0063351A">
      <w:pPr>
        <w:pStyle w:val="Heading1"/>
        <w:rPr>
          <w:rFonts w:ascii="Garamond" w:hAnsi="Garamond"/>
          <w:color w:val="auto"/>
          <w:sz w:val="40"/>
          <w:szCs w:val="40"/>
        </w:rPr>
      </w:pPr>
      <w:bookmarkStart w:id="27" w:name="_Toc214830323"/>
      <w:r w:rsidRPr="0063351A">
        <w:rPr>
          <w:rFonts w:ascii="Garamond" w:hAnsi="Garamond"/>
          <w:color w:val="auto"/>
          <w:sz w:val="40"/>
          <w:szCs w:val="40"/>
        </w:rPr>
        <w:t>BLUEPRINT ELEVEN — AI-POWERED SOCIAL MEDIA CONTENT CALENDAR CREATION</w:t>
      </w:r>
      <w:bookmarkEnd w:id="27"/>
    </w:p>
    <w:p w14:paraId="3EC561FC" w14:textId="77777777" w:rsidR="001A5159" w:rsidRPr="0063351A" w:rsidRDefault="00000000" w:rsidP="0063351A">
      <w:pPr>
        <w:pStyle w:val="Heading2"/>
        <w:rPr>
          <w:rFonts w:ascii="Garamond" w:hAnsi="Garamond"/>
          <w:color w:val="auto"/>
          <w:sz w:val="28"/>
          <w:szCs w:val="28"/>
        </w:rPr>
      </w:pPr>
      <w:bookmarkStart w:id="28" w:name="_Toc214830324"/>
      <w:r w:rsidRPr="0063351A">
        <w:rPr>
          <w:rFonts w:ascii="Garamond" w:hAnsi="Garamond"/>
          <w:color w:val="auto"/>
          <w:sz w:val="28"/>
          <w:szCs w:val="28"/>
        </w:rPr>
        <w:t>(The Blueprint That Lets You Produce 30–90 Days of Content Planning in a Single Afternoon)</w:t>
      </w:r>
      <w:bookmarkEnd w:id="28"/>
    </w:p>
    <w:p w14:paraId="354CC8C7" w14:textId="77777777" w:rsidR="001A5159" w:rsidRDefault="00000000">
      <w:r>
        <w:rPr>
          <w:rFonts w:ascii="Garamond" w:hAnsi="Garamond"/>
          <w:sz w:val="24"/>
        </w:rPr>
        <w:t>Creators burn out.</w:t>
      </w:r>
      <w:r>
        <w:rPr>
          <w:rFonts w:ascii="Garamond" w:hAnsi="Garamond"/>
          <w:sz w:val="24"/>
        </w:rPr>
        <w:br/>
        <w:t>Coaches run out of ideas.</w:t>
      </w:r>
      <w:r>
        <w:rPr>
          <w:rFonts w:ascii="Garamond" w:hAnsi="Garamond"/>
          <w:sz w:val="24"/>
        </w:rPr>
        <w:br/>
        <w:t>Businesses struggle to stay consistent.</w:t>
      </w:r>
      <w:r>
        <w:rPr>
          <w:rFonts w:ascii="Garamond" w:hAnsi="Garamond"/>
          <w:sz w:val="24"/>
        </w:rPr>
        <w:br/>
        <w:t>And social media algorithms punish inconsistency.</w:t>
      </w:r>
    </w:p>
    <w:p w14:paraId="5DBF5807" w14:textId="77777777" w:rsidR="001A5159" w:rsidRDefault="00000000">
      <w:r>
        <w:rPr>
          <w:rFonts w:ascii="Garamond" w:hAnsi="Garamond"/>
          <w:sz w:val="24"/>
        </w:rPr>
        <w:t>This blueprint fixes all of that.</w:t>
      </w:r>
    </w:p>
    <w:p w14:paraId="10A0E74D" w14:textId="77777777" w:rsidR="001A5159" w:rsidRDefault="00000000">
      <w:r>
        <w:rPr>
          <w:rFonts w:ascii="Garamond" w:hAnsi="Garamond"/>
          <w:sz w:val="24"/>
        </w:rPr>
        <w:t>Using AI, you can create:</w:t>
      </w:r>
    </w:p>
    <w:p w14:paraId="07D637E3" w14:textId="77777777" w:rsidR="001A5159" w:rsidRDefault="00000000">
      <w:r>
        <w:rPr>
          <w:rFonts w:ascii="Garamond" w:hAnsi="Garamond"/>
          <w:sz w:val="24"/>
        </w:rPr>
        <w:t>30-day content calendars</w:t>
      </w:r>
    </w:p>
    <w:p w14:paraId="402ABACF" w14:textId="77777777" w:rsidR="001A5159" w:rsidRDefault="00000000">
      <w:r>
        <w:rPr>
          <w:rFonts w:ascii="Garamond" w:hAnsi="Garamond"/>
          <w:sz w:val="24"/>
        </w:rPr>
        <w:t>60–</w:t>
      </w:r>
      <w:proofErr w:type="gramStart"/>
      <w:r>
        <w:rPr>
          <w:rFonts w:ascii="Garamond" w:hAnsi="Garamond"/>
          <w:sz w:val="24"/>
        </w:rPr>
        <w:t>90 day</w:t>
      </w:r>
      <w:proofErr w:type="gramEnd"/>
      <w:r>
        <w:rPr>
          <w:rFonts w:ascii="Garamond" w:hAnsi="Garamond"/>
          <w:sz w:val="24"/>
        </w:rPr>
        <w:t xml:space="preserve"> content roadmaps</w:t>
      </w:r>
    </w:p>
    <w:p w14:paraId="424D6BA5" w14:textId="77777777" w:rsidR="001A5159" w:rsidRDefault="00000000">
      <w:r>
        <w:rPr>
          <w:rFonts w:ascii="Garamond" w:hAnsi="Garamond"/>
          <w:sz w:val="24"/>
        </w:rPr>
        <w:t xml:space="preserve">niche-specific posting </w:t>
      </w:r>
      <w:proofErr w:type="gramStart"/>
      <w:r>
        <w:rPr>
          <w:rFonts w:ascii="Garamond" w:hAnsi="Garamond"/>
          <w:sz w:val="24"/>
        </w:rPr>
        <w:t>schedules</w:t>
      </w:r>
      <w:proofErr w:type="gramEnd"/>
    </w:p>
    <w:p w14:paraId="2F27679E" w14:textId="77777777" w:rsidR="001A5159" w:rsidRDefault="00000000">
      <w:r>
        <w:rPr>
          <w:rFonts w:ascii="Garamond" w:hAnsi="Garamond"/>
          <w:sz w:val="24"/>
        </w:rPr>
        <w:t>theme-based weekly rotations</w:t>
      </w:r>
    </w:p>
    <w:p w14:paraId="15BEE79A" w14:textId="77777777" w:rsidR="001A5159" w:rsidRDefault="00000000">
      <w:r>
        <w:rPr>
          <w:rFonts w:ascii="Garamond" w:hAnsi="Garamond"/>
          <w:sz w:val="24"/>
        </w:rPr>
        <w:t>content pillars and categories</w:t>
      </w:r>
    </w:p>
    <w:p w14:paraId="57C7B232" w14:textId="77777777" w:rsidR="001A5159" w:rsidRDefault="00000000">
      <w:r>
        <w:rPr>
          <w:rFonts w:ascii="Garamond" w:hAnsi="Garamond"/>
          <w:sz w:val="24"/>
        </w:rPr>
        <w:t>hook libraries</w:t>
      </w:r>
    </w:p>
    <w:p w14:paraId="230C0B4C" w14:textId="77777777" w:rsidR="001A5159" w:rsidRDefault="00000000">
      <w:r>
        <w:rPr>
          <w:rFonts w:ascii="Garamond" w:hAnsi="Garamond"/>
          <w:sz w:val="24"/>
        </w:rPr>
        <w:t>CTA packs</w:t>
      </w:r>
    </w:p>
    <w:p w14:paraId="201A2200" w14:textId="77777777" w:rsidR="001A5159" w:rsidRDefault="00000000">
      <w:r>
        <w:rPr>
          <w:rFonts w:ascii="Garamond" w:hAnsi="Garamond"/>
          <w:sz w:val="24"/>
        </w:rPr>
        <w:t>engagement prompts</w:t>
      </w:r>
    </w:p>
    <w:p w14:paraId="2597271A" w14:textId="77777777" w:rsidR="001A5159" w:rsidRDefault="00000000">
      <w:r>
        <w:rPr>
          <w:rFonts w:ascii="Garamond" w:hAnsi="Garamond"/>
          <w:sz w:val="24"/>
        </w:rPr>
        <w:t>posting strategies</w:t>
      </w:r>
    </w:p>
    <w:p w14:paraId="32C3E6C4" w14:textId="77777777" w:rsidR="001A5159" w:rsidRDefault="00000000">
      <w:r>
        <w:rPr>
          <w:rFonts w:ascii="Garamond" w:hAnsi="Garamond"/>
          <w:sz w:val="24"/>
        </w:rPr>
        <w:t>Content calendars eliminate overwhelm — and clients LOVE having everything planned out.</w:t>
      </w:r>
    </w:p>
    <w:p w14:paraId="2078AA46" w14:textId="77777777" w:rsidR="001A5159" w:rsidRDefault="00000000">
      <w:r>
        <w:rPr>
          <w:rFonts w:ascii="Garamond" w:hAnsi="Garamond"/>
          <w:sz w:val="24"/>
        </w:rPr>
        <w:t>This is one of the highest-value, simplest, and fastest services you can offer.</w:t>
      </w:r>
    </w:p>
    <w:p w14:paraId="5028F454" w14:textId="77777777" w:rsidR="001A5159" w:rsidRDefault="001A5159"/>
    <w:p w14:paraId="4E321D7F" w14:textId="77777777" w:rsidR="001A5159" w:rsidRDefault="00000000">
      <w:r>
        <w:rPr>
          <w:rFonts w:ascii="Garamond" w:hAnsi="Garamond"/>
          <w:sz w:val="24"/>
        </w:rPr>
        <w:t>Why This Blueprint Works</w:t>
      </w:r>
    </w:p>
    <w:p w14:paraId="73A268F3" w14:textId="77777777" w:rsidR="001A5159" w:rsidRDefault="00000000">
      <w:r>
        <w:rPr>
          <w:rFonts w:ascii="Garamond" w:hAnsi="Garamond"/>
          <w:sz w:val="24"/>
        </w:rPr>
        <w:t>Because businesses want:</w:t>
      </w:r>
    </w:p>
    <w:p w14:paraId="38A12DFC" w14:textId="77777777" w:rsidR="001A5159" w:rsidRDefault="00000000">
      <w:r>
        <w:rPr>
          <w:rFonts w:ascii="Garamond" w:hAnsi="Garamond"/>
          <w:sz w:val="24"/>
        </w:rPr>
        <w:lastRenderedPageBreak/>
        <w:t>consistency</w:t>
      </w:r>
    </w:p>
    <w:p w14:paraId="1A6DF231" w14:textId="77777777" w:rsidR="001A5159" w:rsidRDefault="00000000">
      <w:r>
        <w:rPr>
          <w:rFonts w:ascii="Garamond" w:hAnsi="Garamond"/>
          <w:sz w:val="24"/>
        </w:rPr>
        <w:t>clarity</w:t>
      </w:r>
    </w:p>
    <w:p w14:paraId="06F10CE2" w14:textId="77777777" w:rsidR="001A5159" w:rsidRDefault="00000000">
      <w:r>
        <w:rPr>
          <w:rFonts w:ascii="Garamond" w:hAnsi="Garamond"/>
          <w:sz w:val="24"/>
        </w:rPr>
        <w:t>direction</w:t>
      </w:r>
    </w:p>
    <w:p w14:paraId="6887EDBA" w14:textId="77777777" w:rsidR="001A5159" w:rsidRDefault="00000000">
      <w:r>
        <w:rPr>
          <w:rFonts w:ascii="Garamond" w:hAnsi="Garamond"/>
          <w:sz w:val="24"/>
        </w:rPr>
        <w:t>simplified content creation</w:t>
      </w:r>
    </w:p>
    <w:p w14:paraId="41B7D82E" w14:textId="77777777" w:rsidR="001A5159" w:rsidRDefault="00000000">
      <w:r>
        <w:rPr>
          <w:rFonts w:ascii="Garamond" w:hAnsi="Garamond"/>
          <w:sz w:val="24"/>
        </w:rPr>
        <w:t xml:space="preserve">someone else to </w:t>
      </w:r>
      <w:proofErr w:type="gramStart"/>
      <w:r>
        <w:rPr>
          <w:rFonts w:ascii="Garamond" w:hAnsi="Garamond"/>
          <w:sz w:val="24"/>
        </w:rPr>
        <w:t>handle</w:t>
      </w:r>
      <w:proofErr w:type="gramEnd"/>
      <w:r>
        <w:rPr>
          <w:rFonts w:ascii="Garamond" w:hAnsi="Garamond"/>
          <w:sz w:val="24"/>
        </w:rPr>
        <w:t xml:space="preserve"> </w:t>
      </w:r>
      <w:proofErr w:type="gramStart"/>
      <w:r>
        <w:rPr>
          <w:rFonts w:ascii="Garamond" w:hAnsi="Garamond"/>
          <w:sz w:val="24"/>
        </w:rPr>
        <w:t>planning</w:t>
      </w:r>
      <w:proofErr w:type="gramEnd"/>
    </w:p>
    <w:p w14:paraId="44ED2DDC" w14:textId="77777777" w:rsidR="001A5159" w:rsidRDefault="00000000">
      <w:r>
        <w:rPr>
          <w:rFonts w:ascii="Garamond" w:hAnsi="Garamond"/>
          <w:sz w:val="24"/>
        </w:rPr>
        <w:t xml:space="preserve">a system they can </w:t>
      </w:r>
      <w:proofErr w:type="gramStart"/>
      <w:r>
        <w:rPr>
          <w:rFonts w:ascii="Garamond" w:hAnsi="Garamond"/>
          <w:sz w:val="24"/>
        </w:rPr>
        <w:t>follow</w:t>
      </w:r>
      <w:proofErr w:type="gramEnd"/>
    </w:p>
    <w:p w14:paraId="5A051FE5" w14:textId="77777777" w:rsidR="001A5159" w:rsidRDefault="00000000">
      <w:r>
        <w:rPr>
          <w:rFonts w:ascii="Garamond" w:hAnsi="Garamond"/>
          <w:sz w:val="24"/>
        </w:rPr>
        <w:t>AI allows you to generate:</w:t>
      </w:r>
    </w:p>
    <w:p w14:paraId="11A57F44" w14:textId="77777777" w:rsidR="001A5159" w:rsidRDefault="00000000">
      <w:r>
        <w:rPr>
          <w:rFonts w:ascii="Garamond" w:hAnsi="Garamond"/>
          <w:sz w:val="24"/>
        </w:rPr>
        <w:t>unlimited ideas</w:t>
      </w:r>
    </w:p>
    <w:p w14:paraId="15101CD6" w14:textId="77777777" w:rsidR="001A5159" w:rsidRDefault="00000000">
      <w:r>
        <w:rPr>
          <w:rFonts w:ascii="Garamond" w:hAnsi="Garamond"/>
          <w:sz w:val="24"/>
        </w:rPr>
        <w:t xml:space="preserve">niche-specific content </w:t>
      </w:r>
      <w:proofErr w:type="gramStart"/>
      <w:r>
        <w:rPr>
          <w:rFonts w:ascii="Garamond" w:hAnsi="Garamond"/>
          <w:sz w:val="24"/>
        </w:rPr>
        <w:t>angles</w:t>
      </w:r>
      <w:proofErr w:type="gramEnd"/>
    </w:p>
    <w:p w14:paraId="262EFC02" w14:textId="77777777" w:rsidR="001A5159" w:rsidRDefault="00000000">
      <w:r>
        <w:rPr>
          <w:rFonts w:ascii="Garamond" w:hAnsi="Garamond"/>
          <w:sz w:val="24"/>
        </w:rPr>
        <w:t>posting schedules</w:t>
      </w:r>
    </w:p>
    <w:p w14:paraId="7386B064" w14:textId="77777777" w:rsidR="001A5159" w:rsidRDefault="00000000">
      <w:r>
        <w:rPr>
          <w:rFonts w:ascii="Garamond" w:hAnsi="Garamond"/>
          <w:sz w:val="24"/>
        </w:rPr>
        <w:t>daily hooks</w:t>
      </w:r>
    </w:p>
    <w:p w14:paraId="1129DA1A" w14:textId="77777777" w:rsidR="001A5159" w:rsidRDefault="00000000">
      <w:r>
        <w:rPr>
          <w:rFonts w:ascii="Garamond" w:hAnsi="Garamond"/>
          <w:sz w:val="24"/>
        </w:rPr>
        <w:t>weekly themes</w:t>
      </w:r>
    </w:p>
    <w:p w14:paraId="0DA0CEF8" w14:textId="77777777" w:rsidR="001A5159" w:rsidRDefault="00000000">
      <w:r>
        <w:rPr>
          <w:rFonts w:ascii="Garamond" w:hAnsi="Garamond"/>
          <w:sz w:val="24"/>
        </w:rPr>
        <w:t>long-term content arcs</w:t>
      </w:r>
    </w:p>
    <w:p w14:paraId="6D30CA6C" w14:textId="77777777" w:rsidR="001A5159" w:rsidRDefault="00000000">
      <w:r>
        <w:rPr>
          <w:rFonts w:ascii="Garamond" w:hAnsi="Garamond"/>
          <w:sz w:val="24"/>
        </w:rPr>
        <w:t>And you can deliver all of it without ever feeling stuck.</w:t>
      </w:r>
    </w:p>
    <w:p w14:paraId="03D27245" w14:textId="77777777" w:rsidR="001A5159" w:rsidRDefault="00000000">
      <w:r>
        <w:rPr>
          <w:rFonts w:ascii="Garamond" w:hAnsi="Garamond"/>
          <w:sz w:val="24"/>
        </w:rPr>
        <w:t>This blueprint sells extremely well as both a one-time service AND monthly retainer.</w:t>
      </w:r>
    </w:p>
    <w:p w14:paraId="3B767D3C" w14:textId="77777777" w:rsidR="001A5159" w:rsidRDefault="001A5159"/>
    <w:p w14:paraId="4BAF3B2A" w14:textId="77777777" w:rsidR="001A5159" w:rsidRDefault="00000000">
      <w:r>
        <w:rPr>
          <w:rFonts w:ascii="Garamond" w:hAnsi="Garamond"/>
          <w:sz w:val="24"/>
        </w:rPr>
        <w:t>Tools You Need</w:t>
      </w:r>
    </w:p>
    <w:p w14:paraId="1C7DA854" w14:textId="77777777" w:rsidR="001A5159" w:rsidRDefault="00000000">
      <w:r>
        <w:rPr>
          <w:rFonts w:ascii="Garamond" w:hAnsi="Garamond"/>
          <w:sz w:val="24"/>
        </w:rPr>
        <w:t>ChatGPT / Claude — Ideas + structure + post prompts</w:t>
      </w:r>
      <w:r>
        <w:rPr>
          <w:rFonts w:ascii="Garamond" w:hAnsi="Garamond"/>
          <w:sz w:val="24"/>
        </w:rPr>
        <w:br/>
        <w:t>Notion / Google Sheets — Calendar delivery</w:t>
      </w:r>
      <w:r>
        <w:rPr>
          <w:rFonts w:ascii="Garamond" w:hAnsi="Garamond"/>
          <w:sz w:val="24"/>
        </w:rPr>
        <w:br/>
        <w:t>Canva — Optional graphics</w:t>
      </w:r>
      <w:r>
        <w:rPr>
          <w:rFonts w:ascii="Garamond" w:hAnsi="Garamond"/>
          <w:sz w:val="24"/>
        </w:rPr>
        <w:br/>
        <w:t>Metricool / Buffer — Scheduling (optional)</w:t>
      </w:r>
    </w:p>
    <w:p w14:paraId="1BAF71D7" w14:textId="77777777" w:rsidR="001A5159" w:rsidRDefault="001A5159"/>
    <w:p w14:paraId="34AEF7FC" w14:textId="77777777" w:rsidR="001A5159" w:rsidRDefault="00000000">
      <w:r>
        <w:rPr>
          <w:rFonts w:ascii="Garamond" w:hAnsi="Garamond"/>
          <w:sz w:val="24"/>
        </w:rPr>
        <w:t>What You’ll Offer</w:t>
      </w:r>
    </w:p>
    <w:p w14:paraId="376C3ED6" w14:textId="77777777" w:rsidR="001A5159" w:rsidRDefault="00000000">
      <w:r>
        <w:rPr>
          <w:rFonts w:ascii="Garamond" w:hAnsi="Garamond"/>
          <w:sz w:val="24"/>
        </w:rPr>
        <w:t>You can deliver:</w:t>
      </w:r>
    </w:p>
    <w:p w14:paraId="4EB36BBC" w14:textId="77777777" w:rsidR="001A5159" w:rsidRDefault="00000000">
      <w:r>
        <w:rPr>
          <w:rFonts w:ascii="Garamond" w:hAnsi="Garamond"/>
          <w:sz w:val="24"/>
        </w:rPr>
        <w:t>30-day content calendars</w:t>
      </w:r>
    </w:p>
    <w:p w14:paraId="5438FCE3" w14:textId="77777777" w:rsidR="001A5159" w:rsidRDefault="00000000">
      <w:r>
        <w:rPr>
          <w:rFonts w:ascii="Garamond" w:hAnsi="Garamond"/>
          <w:sz w:val="24"/>
        </w:rPr>
        <w:t>60-day content plans</w:t>
      </w:r>
    </w:p>
    <w:p w14:paraId="294A7864" w14:textId="77777777" w:rsidR="001A5159" w:rsidRDefault="00000000">
      <w:r>
        <w:rPr>
          <w:rFonts w:ascii="Garamond" w:hAnsi="Garamond"/>
          <w:sz w:val="24"/>
        </w:rPr>
        <w:t>90-day full content systems</w:t>
      </w:r>
    </w:p>
    <w:p w14:paraId="28F96BB2" w14:textId="77777777" w:rsidR="001A5159" w:rsidRDefault="00000000">
      <w:r>
        <w:rPr>
          <w:rFonts w:ascii="Garamond" w:hAnsi="Garamond"/>
          <w:sz w:val="24"/>
        </w:rPr>
        <w:lastRenderedPageBreak/>
        <w:t>content pillars</w:t>
      </w:r>
    </w:p>
    <w:p w14:paraId="03A55D91" w14:textId="77777777" w:rsidR="001A5159" w:rsidRDefault="00000000">
      <w:r>
        <w:rPr>
          <w:rFonts w:ascii="Garamond" w:hAnsi="Garamond"/>
          <w:sz w:val="24"/>
        </w:rPr>
        <w:t>weekly themes</w:t>
      </w:r>
    </w:p>
    <w:p w14:paraId="7A03253E" w14:textId="77777777" w:rsidR="001A5159" w:rsidRDefault="00000000">
      <w:r>
        <w:rPr>
          <w:rFonts w:ascii="Garamond" w:hAnsi="Garamond"/>
          <w:sz w:val="24"/>
        </w:rPr>
        <w:t>daily hooks</w:t>
      </w:r>
    </w:p>
    <w:p w14:paraId="65B8A3BF" w14:textId="77777777" w:rsidR="001A5159" w:rsidRDefault="00000000">
      <w:r>
        <w:rPr>
          <w:rFonts w:ascii="Garamond" w:hAnsi="Garamond"/>
          <w:sz w:val="24"/>
        </w:rPr>
        <w:t xml:space="preserve">niche content </w:t>
      </w:r>
      <w:proofErr w:type="gramStart"/>
      <w:r>
        <w:rPr>
          <w:rFonts w:ascii="Garamond" w:hAnsi="Garamond"/>
          <w:sz w:val="24"/>
        </w:rPr>
        <w:t>lists</w:t>
      </w:r>
      <w:proofErr w:type="gramEnd"/>
    </w:p>
    <w:p w14:paraId="776EC9B3" w14:textId="77777777" w:rsidR="001A5159" w:rsidRDefault="00000000">
      <w:r>
        <w:rPr>
          <w:rFonts w:ascii="Garamond" w:hAnsi="Garamond"/>
          <w:sz w:val="24"/>
        </w:rPr>
        <w:t>posting strategies</w:t>
      </w:r>
    </w:p>
    <w:p w14:paraId="703CC6C5" w14:textId="77777777" w:rsidR="001A5159" w:rsidRDefault="00000000">
      <w:r>
        <w:rPr>
          <w:rFonts w:ascii="Garamond" w:hAnsi="Garamond"/>
          <w:sz w:val="24"/>
        </w:rPr>
        <w:t>seasonal content plans</w:t>
      </w:r>
    </w:p>
    <w:p w14:paraId="66A25F63" w14:textId="77777777" w:rsidR="001A5159" w:rsidRDefault="00000000">
      <w:r>
        <w:rPr>
          <w:rFonts w:ascii="Garamond" w:hAnsi="Garamond"/>
          <w:sz w:val="24"/>
        </w:rPr>
        <w:t>Package ideas:</w:t>
      </w:r>
    </w:p>
    <w:p w14:paraId="7E32417D" w14:textId="77777777" w:rsidR="001A5159" w:rsidRDefault="00000000">
      <w:r>
        <w:rPr>
          <w:rFonts w:ascii="Garamond" w:hAnsi="Garamond"/>
          <w:sz w:val="24"/>
        </w:rPr>
        <w:t>calendar only</w:t>
      </w:r>
    </w:p>
    <w:p w14:paraId="69074128" w14:textId="77777777" w:rsidR="001A5159" w:rsidRDefault="00000000">
      <w:r>
        <w:rPr>
          <w:rFonts w:ascii="Garamond" w:hAnsi="Garamond"/>
          <w:sz w:val="24"/>
        </w:rPr>
        <w:t xml:space="preserve">calendar + </w:t>
      </w:r>
      <w:proofErr w:type="gramStart"/>
      <w:r>
        <w:rPr>
          <w:rFonts w:ascii="Garamond" w:hAnsi="Garamond"/>
          <w:sz w:val="24"/>
        </w:rPr>
        <w:t>captions</w:t>
      </w:r>
      <w:proofErr w:type="gramEnd"/>
    </w:p>
    <w:p w14:paraId="565B9956" w14:textId="77777777" w:rsidR="001A5159" w:rsidRDefault="00000000">
      <w:r>
        <w:rPr>
          <w:rFonts w:ascii="Garamond" w:hAnsi="Garamond"/>
          <w:sz w:val="24"/>
        </w:rPr>
        <w:t xml:space="preserve">calendar + </w:t>
      </w:r>
      <w:proofErr w:type="gramStart"/>
      <w:r>
        <w:rPr>
          <w:rFonts w:ascii="Garamond" w:hAnsi="Garamond"/>
          <w:sz w:val="24"/>
        </w:rPr>
        <w:t>carousels</w:t>
      </w:r>
      <w:proofErr w:type="gramEnd"/>
    </w:p>
    <w:p w14:paraId="1316511C" w14:textId="77777777" w:rsidR="001A5159" w:rsidRDefault="00000000">
      <w:r>
        <w:rPr>
          <w:rFonts w:ascii="Garamond" w:hAnsi="Garamond"/>
          <w:sz w:val="24"/>
        </w:rPr>
        <w:t xml:space="preserve">calendar + reels </w:t>
      </w:r>
      <w:proofErr w:type="gramStart"/>
      <w:r>
        <w:rPr>
          <w:rFonts w:ascii="Garamond" w:hAnsi="Garamond"/>
          <w:sz w:val="24"/>
        </w:rPr>
        <w:t>scripts</w:t>
      </w:r>
      <w:proofErr w:type="gramEnd"/>
    </w:p>
    <w:p w14:paraId="5A3262FB" w14:textId="77777777" w:rsidR="001A5159" w:rsidRDefault="00000000">
      <w:r>
        <w:rPr>
          <w:rFonts w:ascii="Garamond" w:hAnsi="Garamond"/>
          <w:sz w:val="24"/>
        </w:rPr>
        <w:t>full social content system</w:t>
      </w:r>
    </w:p>
    <w:p w14:paraId="5A0C1FC8" w14:textId="77777777" w:rsidR="001A5159" w:rsidRDefault="001A5159"/>
    <w:p w14:paraId="1E2C2B60" w14:textId="77777777" w:rsidR="001A5159" w:rsidRDefault="00000000">
      <w:r>
        <w:rPr>
          <w:rFonts w:ascii="Garamond" w:hAnsi="Garamond"/>
          <w:sz w:val="24"/>
        </w:rPr>
        <w:t>AI-Powered Workflow (Step-By-Step)</w:t>
      </w:r>
    </w:p>
    <w:p w14:paraId="1F88D50C" w14:textId="77777777" w:rsidR="001A5159" w:rsidRDefault="00000000">
      <w:r>
        <w:rPr>
          <w:rFonts w:ascii="Garamond" w:hAnsi="Garamond"/>
          <w:sz w:val="24"/>
        </w:rPr>
        <w:t>STEP 1 — Create Content Pillars</w:t>
      </w:r>
    </w:p>
    <w:p w14:paraId="5F61F8A9" w14:textId="77777777" w:rsidR="001A5159" w:rsidRDefault="00000000">
      <w:r>
        <w:rPr>
          <w:rFonts w:ascii="Garamond" w:hAnsi="Garamond"/>
          <w:sz w:val="24"/>
        </w:rPr>
        <w:t>Ask AI:</w:t>
      </w:r>
    </w:p>
    <w:p w14:paraId="4C8D5A4A" w14:textId="77777777" w:rsidR="001A5159" w:rsidRDefault="00000000">
      <w:r>
        <w:rPr>
          <w:rFonts w:ascii="Garamond" w:hAnsi="Garamond"/>
          <w:sz w:val="24"/>
        </w:rPr>
        <w:t>“Create 5 content pillars for a creator. Include examples and audience goals for each.”</w:t>
      </w:r>
    </w:p>
    <w:p w14:paraId="65CD9C20" w14:textId="77777777" w:rsidR="001A5159" w:rsidRDefault="00000000">
      <w:r>
        <w:rPr>
          <w:rFonts w:ascii="Garamond" w:hAnsi="Garamond"/>
          <w:sz w:val="24"/>
        </w:rPr>
        <w:t>These become the foundation of the plan.</w:t>
      </w:r>
    </w:p>
    <w:p w14:paraId="1BEB7043" w14:textId="77777777" w:rsidR="001A5159" w:rsidRDefault="001A5159"/>
    <w:p w14:paraId="323E7EC0" w14:textId="77777777" w:rsidR="001A5159" w:rsidRDefault="00000000">
      <w:r>
        <w:rPr>
          <w:rFonts w:ascii="Garamond" w:hAnsi="Garamond"/>
          <w:sz w:val="24"/>
        </w:rPr>
        <w:t>STEP 2 — Generate Monthly Themes</w:t>
      </w:r>
    </w:p>
    <w:p w14:paraId="22915F5F" w14:textId="77777777" w:rsidR="001A5159" w:rsidRDefault="00000000">
      <w:r>
        <w:rPr>
          <w:rFonts w:ascii="Garamond" w:hAnsi="Garamond"/>
          <w:sz w:val="24"/>
        </w:rPr>
        <w:t>Prompt:</w:t>
      </w:r>
    </w:p>
    <w:p w14:paraId="3E048E43" w14:textId="77777777" w:rsidR="001A5159" w:rsidRDefault="00000000">
      <w:r>
        <w:rPr>
          <w:rFonts w:ascii="Garamond" w:hAnsi="Garamond"/>
          <w:sz w:val="24"/>
        </w:rPr>
        <w:t>“Create 4 weekly content themes based on these pillars. Include mission, message, and outcome for each week.”</w:t>
      </w:r>
    </w:p>
    <w:p w14:paraId="4FD27682" w14:textId="77777777" w:rsidR="001A5159" w:rsidRDefault="001A5159"/>
    <w:p w14:paraId="58192EB8" w14:textId="77777777" w:rsidR="001A5159" w:rsidRDefault="00000000">
      <w:r>
        <w:rPr>
          <w:rFonts w:ascii="Garamond" w:hAnsi="Garamond"/>
          <w:sz w:val="24"/>
        </w:rPr>
        <w:t>STEP 3 — Generate Daily Post Ideas</w:t>
      </w:r>
    </w:p>
    <w:p w14:paraId="59222C59" w14:textId="77777777" w:rsidR="001A5159" w:rsidRDefault="00000000">
      <w:r>
        <w:rPr>
          <w:rFonts w:ascii="Garamond" w:hAnsi="Garamond"/>
          <w:sz w:val="24"/>
        </w:rPr>
        <w:t>Ask:</w:t>
      </w:r>
    </w:p>
    <w:p w14:paraId="0F0C3491" w14:textId="77777777" w:rsidR="001A5159" w:rsidRDefault="00000000">
      <w:r>
        <w:rPr>
          <w:rFonts w:ascii="Garamond" w:hAnsi="Garamond"/>
          <w:sz w:val="24"/>
        </w:rPr>
        <w:lastRenderedPageBreak/>
        <w:t>“Generate 30 daily post ideas from these pillars and themes. Include hooks, angles, and CTA suggestions.”</w:t>
      </w:r>
    </w:p>
    <w:p w14:paraId="6249572C" w14:textId="77777777" w:rsidR="001A5159" w:rsidRDefault="00000000">
      <w:r>
        <w:rPr>
          <w:rFonts w:ascii="Garamond" w:hAnsi="Garamond"/>
          <w:sz w:val="24"/>
        </w:rPr>
        <w:t>This becomes your 30-day calendar.</w:t>
      </w:r>
    </w:p>
    <w:p w14:paraId="32A20B2D" w14:textId="77777777" w:rsidR="001A5159" w:rsidRDefault="001A5159"/>
    <w:p w14:paraId="0D938F2C" w14:textId="77777777" w:rsidR="001A5159" w:rsidRDefault="00000000">
      <w:r>
        <w:rPr>
          <w:rFonts w:ascii="Garamond" w:hAnsi="Garamond"/>
          <w:sz w:val="24"/>
        </w:rPr>
        <w:t>STEP 4 — Add Captions (Optional)</w:t>
      </w:r>
    </w:p>
    <w:p w14:paraId="70E84BF2" w14:textId="77777777" w:rsidR="001A5159" w:rsidRDefault="00000000">
      <w:r>
        <w:rPr>
          <w:rFonts w:ascii="Garamond" w:hAnsi="Garamond"/>
          <w:sz w:val="24"/>
        </w:rPr>
        <w:t>Ask AI:</w:t>
      </w:r>
    </w:p>
    <w:p w14:paraId="1AB66F43" w14:textId="77777777" w:rsidR="001A5159" w:rsidRDefault="00000000">
      <w:r>
        <w:rPr>
          <w:rFonts w:ascii="Garamond" w:hAnsi="Garamond"/>
          <w:sz w:val="24"/>
        </w:rPr>
        <w:t>“Write a caption for this idea in the brand voice. Make it actionable, easy to read, and saveable.”</w:t>
      </w:r>
    </w:p>
    <w:p w14:paraId="63D729FD" w14:textId="77777777" w:rsidR="001A5159" w:rsidRDefault="00000000">
      <w:r>
        <w:rPr>
          <w:rFonts w:ascii="Garamond" w:hAnsi="Garamond"/>
          <w:sz w:val="24"/>
        </w:rPr>
        <w:t>Captions increase perceived value dramatically.</w:t>
      </w:r>
    </w:p>
    <w:p w14:paraId="5072C825" w14:textId="77777777" w:rsidR="001A5159" w:rsidRDefault="001A5159"/>
    <w:p w14:paraId="5E75093C" w14:textId="77777777" w:rsidR="001A5159" w:rsidRDefault="00000000">
      <w:r>
        <w:rPr>
          <w:rFonts w:ascii="Garamond" w:hAnsi="Garamond"/>
          <w:sz w:val="24"/>
        </w:rPr>
        <w:t>STEP 5 — Build the Calendar</w:t>
      </w:r>
    </w:p>
    <w:p w14:paraId="4AF01BD0" w14:textId="77777777" w:rsidR="001A5159" w:rsidRDefault="00000000">
      <w:r>
        <w:rPr>
          <w:rFonts w:ascii="Garamond" w:hAnsi="Garamond"/>
          <w:sz w:val="24"/>
        </w:rPr>
        <w:t>Use Google Sheets or Notion:</w:t>
      </w:r>
    </w:p>
    <w:p w14:paraId="7867CC4E" w14:textId="77777777" w:rsidR="001A5159" w:rsidRDefault="00000000">
      <w:r>
        <w:rPr>
          <w:rFonts w:ascii="Garamond" w:hAnsi="Garamond"/>
          <w:sz w:val="24"/>
        </w:rPr>
        <w:t>date</w:t>
      </w:r>
    </w:p>
    <w:p w14:paraId="4115D30F" w14:textId="77777777" w:rsidR="001A5159" w:rsidRDefault="00000000">
      <w:r>
        <w:rPr>
          <w:rFonts w:ascii="Garamond" w:hAnsi="Garamond"/>
          <w:sz w:val="24"/>
        </w:rPr>
        <w:t>platform</w:t>
      </w:r>
    </w:p>
    <w:p w14:paraId="7D4EB0B3" w14:textId="77777777" w:rsidR="001A5159" w:rsidRDefault="00000000">
      <w:r>
        <w:rPr>
          <w:rFonts w:ascii="Garamond" w:hAnsi="Garamond"/>
          <w:sz w:val="24"/>
        </w:rPr>
        <w:t>post type</w:t>
      </w:r>
    </w:p>
    <w:p w14:paraId="4EDDC374" w14:textId="77777777" w:rsidR="001A5159" w:rsidRDefault="00000000">
      <w:r>
        <w:rPr>
          <w:rFonts w:ascii="Garamond" w:hAnsi="Garamond"/>
          <w:sz w:val="24"/>
        </w:rPr>
        <w:t>hook</w:t>
      </w:r>
    </w:p>
    <w:p w14:paraId="2CA01FDE" w14:textId="77777777" w:rsidR="001A5159" w:rsidRDefault="00000000">
      <w:r>
        <w:rPr>
          <w:rFonts w:ascii="Garamond" w:hAnsi="Garamond"/>
          <w:sz w:val="24"/>
        </w:rPr>
        <w:t>caption</w:t>
      </w:r>
    </w:p>
    <w:p w14:paraId="15F3629D" w14:textId="77777777" w:rsidR="001A5159" w:rsidRDefault="00000000">
      <w:r>
        <w:rPr>
          <w:rFonts w:ascii="Garamond" w:hAnsi="Garamond"/>
          <w:sz w:val="24"/>
        </w:rPr>
        <w:t>CTA</w:t>
      </w:r>
    </w:p>
    <w:p w14:paraId="351AE825" w14:textId="77777777" w:rsidR="001A5159" w:rsidRDefault="00000000">
      <w:r>
        <w:rPr>
          <w:rFonts w:ascii="Garamond" w:hAnsi="Garamond"/>
          <w:sz w:val="24"/>
        </w:rPr>
        <w:t>notes</w:t>
      </w:r>
    </w:p>
    <w:p w14:paraId="64489560" w14:textId="77777777" w:rsidR="001A5159" w:rsidRDefault="00000000">
      <w:r>
        <w:rPr>
          <w:rFonts w:ascii="Garamond" w:hAnsi="Garamond"/>
          <w:sz w:val="24"/>
        </w:rPr>
        <w:t>Deliver clean and organized.</w:t>
      </w:r>
    </w:p>
    <w:p w14:paraId="4F977E15" w14:textId="77777777" w:rsidR="001A5159" w:rsidRDefault="001A5159"/>
    <w:p w14:paraId="01CCCF4A" w14:textId="77777777" w:rsidR="001A5159" w:rsidRDefault="00000000">
      <w:r>
        <w:rPr>
          <w:rFonts w:ascii="Garamond" w:hAnsi="Garamond"/>
          <w:sz w:val="24"/>
        </w:rPr>
        <w:t>STEP 6 — Deliver &amp; Upsell</w:t>
      </w:r>
    </w:p>
    <w:p w14:paraId="2938ED53" w14:textId="77777777" w:rsidR="001A5159" w:rsidRDefault="00000000">
      <w:r>
        <w:rPr>
          <w:rFonts w:ascii="Garamond" w:hAnsi="Garamond"/>
          <w:sz w:val="24"/>
        </w:rPr>
        <w:t>Deliver:</w:t>
      </w:r>
    </w:p>
    <w:p w14:paraId="07F55FC7" w14:textId="77777777" w:rsidR="001A5159" w:rsidRDefault="00000000">
      <w:r>
        <w:rPr>
          <w:rFonts w:ascii="Garamond" w:hAnsi="Garamond"/>
          <w:sz w:val="24"/>
        </w:rPr>
        <w:t>calendar</w:t>
      </w:r>
    </w:p>
    <w:p w14:paraId="6B67F882" w14:textId="77777777" w:rsidR="001A5159" w:rsidRDefault="00000000">
      <w:r>
        <w:rPr>
          <w:rFonts w:ascii="Garamond" w:hAnsi="Garamond"/>
          <w:sz w:val="24"/>
        </w:rPr>
        <w:t>caption pack</w:t>
      </w:r>
    </w:p>
    <w:p w14:paraId="0EB57B4E" w14:textId="77777777" w:rsidR="001A5159" w:rsidRDefault="00000000">
      <w:r>
        <w:rPr>
          <w:rFonts w:ascii="Garamond" w:hAnsi="Garamond"/>
          <w:sz w:val="24"/>
        </w:rPr>
        <w:t>AI prompts</w:t>
      </w:r>
    </w:p>
    <w:p w14:paraId="63481E59" w14:textId="77777777" w:rsidR="001A5159" w:rsidRDefault="00000000">
      <w:r>
        <w:rPr>
          <w:rFonts w:ascii="Garamond" w:hAnsi="Garamond"/>
          <w:sz w:val="24"/>
        </w:rPr>
        <w:lastRenderedPageBreak/>
        <w:t>carousel text</w:t>
      </w:r>
    </w:p>
    <w:p w14:paraId="60C13351" w14:textId="77777777" w:rsidR="001A5159" w:rsidRDefault="00000000">
      <w:r>
        <w:rPr>
          <w:rFonts w:ascii="Garamond" w:hAnsi="Garamond"/>
          <w:sz w:val="24"/>
        </w:rPr>
        <w:t>reels scripts</w:t>
      </w:r>
    </w:p>
    <w:p w14:paraId="6EDA9559" w14:textId="77777777" w:rsidR="001A5159" w:rsidRDefault="00000000">
      <w:r>
        <w:rPr>
          <w:rFonts w:ascii="Garamond" w:hAnsi="Garamond"/>
          <w:sz w:val="24"/>
        </w:rPr>
        <w:t>seasonal strategy</w:t>
      </w:r>
    </w:p>
    <w:p w14:paraId="52A058E3" w14:textId="77777777" w:rsidR="001A5159" w:rsidRDefault="00000000">
      <w:r>
        <w:rPr>
          <w:rFonts w:ascii="Garamond" w:hAnsi="Garamond"/>
          <w:sz w:val="24"/>
        </w:rPr>
        <w:t>This naturally creates monthly recurring income.</w:t>
      </w:r>
    </w:p>
    <w:p w14:paraId="6C7EE97C" w14:textId="77777777" w:rsidR="001A5159" w:rsidRDefault="001A5159"/>
    <w:p w14:paraId="5BD01EE6" w14:textId="77777777" w:rsidR="001A5159" w:rsidRDefault="00000000">
      <w:r>
        <w:rPr>
          <w:rFonts w:ascii="Garamond" w:hAnsi="Garamond"/>
          <w:sz w:val="24"/>
        </w:rPr>
        <w:t>Beginner Proof Portfolio</w:t>
      </w:r>
    </w:p>
    <w:p w14:paraId="5A3E4A46" w14:textId="77777777" w:rsidR="001A5159" w:rsidRDefault="00000000">
      <w:r>
        <w:rPr>
          <w:rFonts w:ascii="Garamond" w:hAnsi="Garamond"/>
          <w:sz w:val="24"/>
        </w:rPr>
        <w:t>Include:</w:t>
      </w:r>
    </w:p>
    <w:p w14:paraId="22B44EC6" w14:textId="77777777" w:rsidR="001A5159" w:rsidRDefault="00000000">
      <w:r>
        <w:rPr>
          <w:rFonts w:ascii="Garamond" w:hAnsi="Garamond"/>
          <w:sz w:val="24"/>
        </w:rPr>
        <w:t>1 sample 30-day calendar</w:t>
      </w:r>
    </w:p>
    <w:p w14:paraId="7A3ED89E" w14:textId="77777777" w:rsidR="001A5159" w:rsidRDefault="00000000">
      <w:r>
        <w:rPr>
          <w:rFonts w:ascii="Garamond" w:hAnsi="Garamond"/>
          <w:sz w:val="24"/>
        </w:rPr>
        <w:t>1 week of captions</w:t>
      </w:r>
    </w:p>
    <w:p w14:paraId="58092BAB" w14:textId="77777777" w:rsidR="001A5159" w:rsidRDefault="00000000">
      <w:r>
        <w:rPr>
          <w:rFonts w:ascii="Garamond" w:hAnsi="Garamond"/>
          <w:sz w:val="24"/>
        </w:rPr>
        <w:t>5 reels script ideas</w:t>
      </w:r>
    </w:p>
    <w:p w14:paraId="72DD2C24" w14:textId="77777777" w:rsidR="001A5159" w:rsidRDefault="00000000">
      <w:proofErr w:type="gramStart"/>
      <w:r>
        <w:rPr>
          <w:rFonts w:ascii="Garamond" w:hAnsi="Garamond"/>
          <w:sz w:val="24"/>
        </w:rPr>
        <w:t>a niche pillar breakdown</w:t>
      </w:r>
      <w:proofErr w:type="gramEnd"/>
    </w:p>
    <w:p w14:paraId="29F345EF" w14:textId="77777777" w:rsidR="001A5159" w:rsidRDefault="00000000">
      <w:r>
        <w:rPr>
          <w:rFonts w:ascii="Garamond" w:hAnsi="Garamond"/>
          <w:sz w:val="24"/>
        </w:rPr>
        <w:t>This instantly shows your value.</w:t>
      </w:r>
    </w:p>
    <w:p w14:paraId="74CEA82E" w14:textId="77777777" w:rsidR="001A5159" w:rsidRDefault="001A5159"/>
    <w:p w14:paraId="3716DC0E" w14:textId="77777777" w:rsidR="001A5159" w:rsidRDefault="00000000">
      <w:r>
        <w:rPr>
          <w:rFonts w:ascii="Garamond" w:hAnsi="Garamond"/>
          <w:sz w:val="24"/>
        </w:rPr>
        <w:t>Pricing Guide</w:t>
      </w:r>
    </w:p>
    <w:p w14:paraId="0304DBEF" w14:textId="77777777" w:rsidR="001A5159" w:rsidRDefault="00000000">
      <w:r>
        <w:rPr>
          <w:rFonts w:ascii="Garamond" w:hAnsi="Garamond"/>
          <w:sz w:val="24"/>
        </w:rPr>
        <w:t>Beginners:</w:t>
      </w:r>
    </w:p>
    <w:p w14:paraId="6C7600F1" w14:textId="77777777" w:rsidR="001A5159" w:rsidRDefault="00000000">
      <w:r>
        <w:rPr>
          <w:rFonts w:ascii="Garamond" w:hAnsi="Garamond"/>
          <w:sz w:val="24"/>
        </w:rPr>
        <w:t>$25–$50: 30-day calendar</w:t>
      </w:r>
    </w:p>
    <w:p w14:paraId="060F0256" w14:textId="77777777" w:rsidR="001A5159" w:rsidRDefault="00000000">
      <w:r>
        <w:rPr>
          <w:rFonts w:ascii="Garamond" w:hAnsi="Garamond"/>
          <w:sz w:val="24"/>
        </w:rPr>
        <w:t>$50–$100: 60-day calendar</w:t>
      </w:r>
    </w:p>
    <w:p w14:paraId="08D94D20" w14:textId="77777777" w:rsidR="001A5159" w:rsidRDefault="00000000">
      <w:r>
        <w:rPr>
          <w:rFonts w:ascii="Garamond" w:hAnsi="Garamond"/>
          <w:sz w:val="24"/>
        </w:rPr>
        <w:t>Intermediate:</w:t>
      </w:r>
    </w:p>
    <w:p w14:paraId="13707ABA" w14:textId="77777777" w:rsidR="001A5159" w:rsidRDefault="00000000">
      <w:r>
        <w:rPr>
          <w:rFonts w:ascii="Garamond" w:hAnsi="Garamond"/>
          <w:sz w:val="24"/>
        </w:rPr>
        <w:t>$100–$250: 90-day content system</w:t>
      </w:r>
    </w:p>
    <w:p w14:paraId="5D20EA97" w14:textId="77777777" w:rsidR="001A5159" w:rsidRDefault="00000000">
      <w:r>
        <w:rPr>
          <w:rFonts w:ascii="Garamond" w:hAnsi="Garamond"/>
          <w:sz w:val="24"/>
        </w:rPr>
        <w:t>$150–$300: calendar + captions</w:t>
      </w:r>
    </w:p>
    <w:p w14:paraId="52D48576" w14:textId="77777777" w:rsidR="001A5159" w:rsidRDefault="00000000">
      <w:r>
        <w:rPr>
          <w:rFonts w:ascii="Garamond" w:hAnsi="Garamond"/>
          <w:sz w:val="24"/>
        </w:rPr>
        <w:t>Pro:</w:t>
      </w:r>
    </w:p>
    <w:p w14:paraId="3E10DB35" w14:textId="77777777" w:rsidR="001A5159" w:rsidRDefault="00000000">
      <w:r>
        <w:rPr>
          <w:rFonts w:ascii="Garamond" w:hAnsi="Garamond"/>
          <w:sz w:val="24"/>
        </w:rPr>
        <w:t>$300–$1,000/month: social content retainer</w:t>
      </w:r>
    </w:p>
    <w:p w14:paraId="27B643D7" w14:textId="77777777" w:rsidR="001A5159" w:rsidRDefault="00000000">
      <w:r>
        <w:rPr>
          <w:rFonts w:ascii="Garamond" w:hAnsi="Garamond"/>
          <w:sz w:val="24"/>
        </w:rPr>
        <w:t>$1,500+ full social content ecosystem</w:t>
      </w:r>
    </w:p>
    <w:p w14:paraId="165562CE" w14:textId="77777777" w:rsidR="001A5159" w:rsidRDefault="00000000">
      <w:r>
        <w:rPr>
          <w:rFonts w:ascii="Garamond" w:hAnsi="Garamond"/>
          <w:sz w:val="24"/>
        </w:rPr>
        <w:t xml:space="preserve">This is one of the easiest services to </w:t>
      </w:r>
      <w:proofErr w:type="gramStart"/>
      <w:r>
        <w:rPr>
          <w:rFonts w:ascii="Garamond" w:hAnsi="Garamond"/>
          <w:sz w:val="24"/>
        </w:rPr>
        <w:t>sell at</w:t>
      </w:r>
      <w:proofErr w:type="gramEnd"/>
      <w:r>
        <w:rPr>
          <w:rFonts w:ascii="Garamond" w:hAnsi="Garamond"/>
          <w:sz w:val="24"/>
        </w:rPr>
        <w:t xml:space="preserve"> scale.</w:t>
      </w:r>
    </w:p>
    <w:p w14:paraId="64BC2830" w14:textId="77777777" w:rsidR="001A5159" w:rsidRDefault="001A5159"/>
    <w:p w14:paraId="215EB1D9" w14:textId="77777777" w:rsidR="001A5159" w:rsidRDefault="00000000">
      <w:r>
        <w:rPr>
          <w:rFonts w:ascii="Garamond" w:hAnsi="Garamond"/>
          <w:sz w:val="24"/>
        </w:rPr>
        <w:lastRenderedPageBreak/>
        <w:t>Pro Accelerators</w:t>
      </w:r>
    </w:p>
    <w:p w14:paraId="48D9A7B3" w14:textId="77777777" w:rsidR="001A5159" w:rsidRDefault="00000000">
      <w:r>
        <w:rPr>
          <w:rFonts w:ascii="Garamond" w:hAnsi="Garamond"/>
          <w:sz w:val="24"/>
        </w:rPr>
        <w:t>niche bundles</w:t>
      </w:r>
    </w:p>
    <w:p w14:paraId="61035E02" w14:textId="77777777" w:rsidR="001A5159" w:rsidRDefault="00000000">
      <w:r>
        <w:rPr>
          <w:rFonts w:ascii="Garamond" w:hAnsi="Garamond"/>
          <w:sz w:val="24"/>
        </w:rPr>
        <w:t>seasonal calendars</w:t>
      </w:r>
    </w:p>
    <w:p w14:paraId="593A66B7" w14:textId="77777777" w:rsidR="001A5159" w:rsidRDefault="00000000">
      <w:r>
        <w:rPr>
          <w:rFonts w:ascii="Garamond" w:hAnsi="Garamond"/>
          <w:sz w:val="24"/>
        </w:rPr>
        <w:t xml:space="preserve">holiday content </w:t>
      </w:r>
      <w:proofErr w:type="gramStart"/>
      <w:r>
        <w:rPr>
          <w:rFonts w:ascii="Garamond" w:hAnsi="Garamond"/>
          <w:sz w:val="24"/>
        </w:rPr>
        <w:t>packs</w:t>
      </w:r>
      <w:proofErr w:type="gramEnd"/>
    </w:p>
    <w:p w14:paraId="30835B37" w14:textId="77777777" w:rsidR="001A5159" w:rsidRDefault="00000000">
      <w:r>
        <w:rPr>
          <w:rFonts w:ascii="Garamond" w:hAnsi="Garamond"/>
          <w:sz w:val="24"/>
        </w:rPr>
        <w:t>engagement prompts</w:t>
      </w:r>
    </w:p>
    <w:p w14:paraId="3A4F1390" w14:textId="77777777" w:rsidR="001A5159" w:rsidRDefault="00000000">
      <w:r>
        <w:rPr>
          <w:rFonts w:ascii="Garamond" w:hAnsi="Garamond"/>
          <w:sz w:val="24"/>
        </w:rPr>
        <w:t xml:space="preserve">fill-in-the-blank </w:t>
      </w:r>
      <w:proofErr w:type="gramStart"/>
      <w:r>
        <w:rPr>
          <w:rFonts w:ascii="Garamond" w:hAnsi="Garamond"/>
          <w:sz w:val="24"/>
        </w:rPr>
        <w:t>templates</w:t>
      </w:r>
      <w:proofErr w:type="gramEnd"/>
    </w:p>
    <w:p w14:paraId="06AE5934" w14:textId="77777777" w:rsidR="001A5159" w:rsidRDefault="00000000">
      <w:r>
        <w:rPr>
          <w:rFonts w:ascii="Garamond" w:hAnsi="Garamond"/>
          <w:sz w:val="24"/>
        </w:rPr>
        <w:t>carousel outlines</w:t>
      </w:r>
    </w:p>
    <w:p w14:paraId="69A0C3DB" w14:textId="77777777" w:rsidR="001A5159" w:rsidRDefault="00000000">
      <w:r>
        <w:rPr>
          <w:rFonts w:ascii="Garamond" w:hAnsi="Garamond"/>
          <w:sz w:val="24"/>
        </w:rPr>
        <w:t xml:space="preserve">reels script </w:t>
      </w:r>
      <w:proofErr w:type="gramStart"/>
      <w:r>
        <w:rPr>
          <w:rFonts w:ascii="Garamond" w:hAnsi="Garamond"/>
          <w:sz w:val="24"/>
        </w:rPr>
        <w:t>packs</w:t>
      </w:r>
      <w:proofErr w:type="gramEnd"/>
    </w:p>
    <w:p w14:paraId="57868997" w14:textId="77777777" w:rsidR="001A5159" w:rsidRDefault="00000000">
      <w:r>
        <w:rPr>
          <w:rFonts w:ascii="Garamond" w:hAnsi="Garamond"/>
          <w:sz w:val="24"/>
        </w:rPr>
        <w:t>hook libraries</w:t>
      </w:r>
    </w:p>
    <w:p w14:paraId="5F59484F" w14:textId="77777777" w:rsidR="001A5159" w:rsidRDefault="00000000">
      <w:r>
        <w:rPr>
          <w:rFonts w:ascii="Garamond" w:hAnsi="Garamond"/>
          <w:sz w:val="24"/>
        </w:rPr>
        <w:t>These extras turn a simple calendar into a complete content system.</w:t>
      </w:r>
    </w:p>
    <w:p w14:paraId="7F37F276" w14:textId="77777777" w:rsidR="001A5159" w:rsidRDefault="001A5159"/>
    <w:p w14:paraId="205D8B0F" w14:textId="77777777" w:rsidR="001A5159" w:rsidRDefault="00000000">
      <w:r>
        <w:rPr>
          <w:rFonts w:ascii="Garamond" w:hAnsi="Garamond"/>
          <w:sz w:val="24"/>
        </w:rPr>
        <w:t>MICRO CASE STUDY — BLUEPRINT ELEVEN</w:t>
      </w:r>
    </w:p>
    <w:p w14:paraId="3FAC9165" w14:textId="77777777" w:rsidR="001A5159" w:rsidRDefault="00000000">
      <w:r>
        <w:rPr>
          <w:rFonts w:ascii="Garamond" w:hAnsi="Garamond"/>
          <w:sz w:val="24"/>
        </w:rPr>
        <w:t>Case Study: New Freelancer Earns $500 in 3 Days Selling 30-Day Content Calendars</w:t>
      </w:r>
    </w:p>
    <w:p w14:paraId="5A52AC74" w14:textId="77777777" w:rsidR="001A5159" w:rsidRDefault="00000000">
      <w:r>
        <w:rPr>
          <w:rFonts w:ascii="Garamond" w:hAnsi="Garamond"/>
          <w:sz w:val="24"/>
        </w:rPr>
        <w:t>Lena was brand new to freelancing.</w:t>
      </w:r>
      <w:r>
        <w:rPr>
          <w:rFonts w:ascii="Garamond" w:hAnsi="Garamond"/>
          <w:sz w:val="24"/>
        </w:rPr>
        <w:br/>
        <w:t>She had no portfolio and no niche.</w:t>
      </w:r>
      <w:r>
        <w:rPr>
          <w:rFonts w:ascii="Garamond" w:hAnsi="Garamond"/>
          <w:sz w:val="24"/>
        </w:rPr>
        <w:br/>
        <w:t>But she followed Blueprint 11 precisely.</w:t>
      </w:r>
    </w:p>
    <w:p w14:paraId="30AEB309" w14:textId="77777777" w:rsidR="001A5159" w:rsidRDefault="00000000">
      <w:r>
        <w:rPr>
          <w:rFonts w:ascii="Garamond" w:hAnsi="Garamond"/>
          <w:sz w:val="24"/>
        </w:rPr>
        <w:t>She used AI to create:</w:t>
      </w:r>
    </w:p>
    <w:p w14:paraId="39173264" w14:textId="77777777" w:rsidR="001A5159" w:rsidRDefault="00000000">
      <w:r>
        <w:rPr>
          <w:rFonts w:ascii="Garamond" w:hAnsi="Garamond"/>
          <w:sz w:val="24"/>
        </w:rPr>
        <w:t>5 content pillars</w:t>
      </w:r>
    </w:p>
    <w:p w14:paraId="49F5032A" w14:textId="77777777" w:rsidR="001A5159" w:rsidRDefault="00000000">
      <w:r>
        <w:rPr>
          <w:rFonts w:ascii="Garamond" w:hAnsi="Garamond"/>
          <w:sz w:val="24"/>
        </w:rPr>
        <w:t>4 weekly themes</w:t>
      </w:r>
    </w:p>
    <w:p w14:paraId="57873E1E" w14:textId="77777777" w:rsidR="001A5159" w:rsidRDefault="00000000">
      <w:r>
        <w:rPr>
          <w:rFonts w:ascii="Garamond" w:hAnsi="Garamond"/>
          <w:sz w:val="24"/>
        </w:rPr>
        <w:t>a full 30-day idea list</w:t>
      </w:r>
    </w:p>
    <w:p w14:paraId="7A66F942" w14:textId="77777777" w:rsidR="001A5159" w:rsidRDefault="00000000">
      <w:proofErr w:type="gramStart"/>
      <w:r>
        <w:rPr>
          <w:rFonts w:ascii="Garamond" w:hAnsi="Garamond"/>
          <w:sz w:val="24"/>
        </w:rPr>
        <w:t>a clean</w:t>
      </w:r>
      <w:proofErr w:type="gramEnd"/>
      <w:r>
        <w:rPr>
          <w:rFonts w:ascii="Garamond" w:hAnsi="Garamond"/>
          <w:sz w:val="24"/>
        </w:rPr>
        <w:t xml:space="preserve"> Notion calendar</w:t>
      </w:r>
    </w:p>
    <w:p w14:paraId="5B755C8D" w14:textId="77777777" w:rsidR="001A5159" w:rsidRDefault="00000000">
      <w:r>
        <w:rPr>
          <w:rFonts w:ascii="Garamond" w:hAnsi="Garamond"/>
          <w:sz w:val="24"/>
        </w:rPr>
        <w:t>She posted:</w:t>
      </w:r>
    </w:p>
    <w:p w14:paraId="406C6590"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AI-powered content calendar system — want a 30-day plan for your niche?”</w:t>
      </w:r>
    </w:p>
    <w:p w14:paraId="19812513" w14:textId="77777777" w:rsidR="001A5159" w:rsidRDefault="00000000">
      <w:r>
        <w:rPr>
          <w:rFonts w:ascii="Garamond" w:hAnsi="Garamond"/>
          <w:sz w:val="24"/>
        </w:rPr>
        <w:t>A fitness coach responded immediately.</w:t>
      </w:r>
    </w:p>
    <w:p w14:paraId="0A7802A0" w14:textId="77777777" w:rsidR="001A5159" w:rsidRDefault="00000000">
      <w:r>
        <w:rPr>
          <w:rFonts w:ascii="Garamond" w:hAnsi="Garamond"/>
          <w:sz w:val="24"/>
        </w:rPr>
        <w:t>He bought a $75 calendar.</w:t>
      </w:r>
    </w:p>
    <w:p w14:paraId="39097ADC" w14:textId="77777777" w:rsidR="001A5159" w:rsidRDefault="00000000">
      <w:r>
        <w:rPr>
          <w:rFonts w:ascii="Garamond" w:hAnsi="Garamond"/>
          <w:sz w:val="24"/>
        </w:rPr>
        <w:t xml:space="preserve">He then </w:t>
      </w:r>
      <w:proofErr w:type="gramStart"/>
      <w:r>
        <w:rPr>
          <w:rFonts w:ascii="Garamond" w:hAnsi="Garamond"/>
          <w:sz w:val="24"/>
        </w:rPr>
        <w:t>referred</w:t>
      </w:r>
      <w:proofErr w:type="gramEnd"/>
      <w:r>
        <w:rPr>
          <w:rFonts w:ascii="Garamond" w:hAnsi="Garamond"/>
          <w:sz w:val="24"/>
        </w:rPr>
        <w:t xml:space="preserve"> her </w:t>
      </w:r>
      <w:proofErr w:type="gramStart"/>
      <w:r>
        <w:rPr>
          <w:rFonts w:ascii="Garamond" w:hAnsi="Garamond"/>
          <w:sz w:val="24"/>
        </w:rPr>
        <w:t>to</w:t>
      </w:r>
      <w:proofErr w:type="gramEnd"/>
      <w:r>
        <w:rPr>
          <w:rFonts w:ascii="Garamond" w:hAnsi="Garamond"/>
          <w:sz w:val="24"/>
        </w:rPr>
        <w:t>:</w:t>
      </w:r>
    </w:p>
    <w:p w14:paraId="3BBB0F62" w14:textId="77777777" w:rsidR="001A5159" w:rsidRDefault="00000000">
      <w:r>
        <w:rPr>
          <w:rFonts w:ascii="Garamond" w:hAnsi="Garamond"/>
          <w:sz w:val="24"/>
        </w:rPr>
        <w:lastRenderedPageBreak/>
        <w:t>another coach → $75</w:t>
      </w:r>
    </w:p>
    <w:p w14:paraId="1249E4B1" w14:textId="77777777" w:rsidR="001A5159" w:rsidRDefault="00000000">
      <w:r>
        <w:rPr>
          <w:rFonts w:ascii="Garamond" w:hAnsi="Garamond"/>
          <w:sz w:val="24"/>
        </w:rPr>
        <w:t>a nutritionist → $100</w:t>
      </w:r>
    </w:p>
    <w:p w14:paraId="37D715B8" w14:textId="77777777" w:rsidR="001A5159" w:rsidRDefault="00000000">
      <w:r>
        <w:rPr>
          <w:rFonts w:ascii="Garamond" w:hAnsi="Garamond"/>
          <w:sz w:val="24"/>
        </w:rPr>
        <w:t>a mindset creator → $125</w:t>
      </w:r>
    </w:p>
    <w:p w14:paraId="51690F41" w14:textId="77777777" w:rsidR="001A5159" w:rsidRDefault="00000000">
      <w:r>
        <w:rPr>
          <w:rFonts w:ascii="Garamond" w:hAnsi="Garamond"/>
          <w:sz w:val="24"/>
        </w:rPr>
        <w:t>a small business owner → $125</w:t>
      </w:r>
    </w:p>
    <w:p w14:paraId="467B2188" w14:textId="77777777" w:rsidR="001A5159" w:rsidRDefault="00000000">
      <w:r>
        <w:rPr>
          <w:rFonts w:ascii="Garamond" w:hAnsi="Garamond"/>
          <w:sz w:val="24"/>
        </w:rPr>
        <w:t>In 72 hours, she made $500, selling simple planning systems built with AI.</w:t>
      </w:r>
    </w:p>
    <w:p w14:paraId="7CC22DFA" w14:textId="77777777" w:rsidR="001A5159" w:rsidRDefault="00000000">
      <w:r>
        <w:rPr>
          <w:rFonts w:ascii="Garamond" w:hAnsi="Garamond"/>
          <w:sz w:val="24"/>
        </w:rPr>
        <w:t>Lena’s message:</w:t>
      </w:r>
    </w:p>
    <w:p w14:paraId="406ACC47" w14:textId="77777777" w:rsidR="001A5159" w:rsidRDefault="00000000">
      <w:r>
        <w:rPr>
          <w:rFonts w:ascii="Garamond" w:hAnsi="Garamond"/>
          <w:sz w:val="24"/>
        </w:rPr>
        <w:t>“I didn’t know content planning could be this easy. People love having everything done for them.”</w:t>
      </w:r>
    </w:p>
    <w:p w14:paraId="5C2B8E64" w14:textId="77777777" w:rsidR="001A5159" w:rsidRPr="0063351A" w:rsidRDefault="00000000" w:rsidP="0063351A">
      <w:pPr>
        <w:rPr>
          <w:sz w:val="24"/>
          <w:szCs w:val="24"/>
        </w:rPr>
      </w:pPr>
      <w:r w:rsidRPr="0063351A">
        <w:rPr>
          <w:rFonts w:ascii="Garamond" w:hAnsi="Garamond"/>
          <w:b/>
          <w:sz w:val="24"/>
          <w:szCs w:val="24"/>
        </w:rPr>
        <w:t>Blueprint 11 proves that planning sells — and AI makes you a planning machine.</w:t>
      </w:r>
    </w:p>
    <w:p w14:paraId="5E80A1A4" w14:textId="77777777" w:rsidR="0063351A" w:rsidRDefault="0063351A">
      <w:pPr>
        <w:sectPr w:rsidR="0063351A" w:rsidSect="00034616">
          <w:pgSz w:w="12240" w:h="15840"/>
          <w:pgMar w:top="1440" w:right="1800" w:bottom="1440" w:left="1800" w:header="720" w:footer="720" w:gutter="0"/>
          <w:cols w:space="720"/>
          <w:docGrid w:linePitch="360"/>
        </w:sectPr>
      </w:pPr>
    </w:p>
    <w:p w14:paraId="0E0280ED" w14:textId="77777777" w:rsidR="001A5159" w:rsidRDefault="001A5159"/>
    <w:p w14:paraId="1118BB79" w14:textId="77777777" w:rsidR="001A5159" w:rsidRPr="0063351A" w:rsidRDefault="00000000" w:rsidP="0063351A">
      <w:pPr>
        <w:pStyle w:val="Heading1"/>
        <w:rPr>
          <w:rFonts w:ascii="Garamond" w:hAnsi="Garamond"/>
          <w:color w:val="auto"/>
          <w:sz w:val="40"/>
          <w:szCs w:val="40"/>
        </w:rPr>
      </w:pPr>
      <w:bookmarkStart w:id="29" w:name="_Toc214830325"/>
      <w:r w:rsidRPr="0063351A">
        <w:rPr>
          <w:rFonts w:ascii="Garamond" w:hAnsi="Garamond"/>
          <w:color w:val="auto"/>
          <w:sz w:val="40"/>
          <w:szCs w:val="40"/>
        </w:rPr>
        <w:t>BLUEPRINT TWELVE — AI-POWERED PRODUCT DESCRIPTION &amp; E-COMMERCE LISTING CREATION</w:t>
      </w:r>
      <w:bookmarkEnd w:id="29"/>
    </w:p>
    <w:p w14:paraId="7CDCCD59" w14:textId="77777777" w:rsidR="001A5159" w:rsidRPr="0063351A" w:rsidRDefault="00000000" w:rsidP="0063351A">
      <w:pPr>
        <w:pStyle w:val="Heading2"/>
        <w:rPr>
          <w:rFonts w:ascii="Garamond" w:hAnsi="Garamond"/>
          <w:color w:val="auto"/>
          <w:sz w:val="24"/>
          <w:szCs w:val="24"/>
        </w:rPr>
      </w:pPr>
      <w:bookmarkStart w:id="30" w:name="_Toc214830326"/>
      <w:r w:rsidRPr="0063351A">
        <w:rPr>
          <w:rFonts w:ascii="Garamond" w:hAnsi="Garamond"/>
          <w:color w:val="auto"/>
          <w:sz w:val="24"/>
          <w:szCs w:val="24"/>
        </w:rPr>
        <w:t xml:space="preserve">(The Blueprint That Helps Sellers Boost Conversions </w:t>
      </w:r>
      <w:proofErr w:type="gramStart"/>
      <w:r w:rsidRPr="0063351A">
        <w:rPr>
          <w:rFonts w:ascii="Garamond" w:hAnsi="Garamond"/>
          <w:color w:val="auto"/>
          <w:sz w:val="24"/>
          <w:szCs w:val="24"/>
        </w:rPr>
        <w:t>With</w:t>
      </w:r>
      <w:proofErr w:type="gramEnd"/>
      <w:r w:rsidRPr="0063351A">
        <w:rPr>
          <w:rFonts w:ascii="Garamond" w:hAnsi="Garamond"/>
          <w:color w:val="auto"/>
          <w:sz w:val="24"/>
          <w:szCs w:val="24"/>
        </w:rPr>
        <w:t xml:space="preserve"> High-Quality, SEO-Optimized Listings Written in Minutes)</w:t>
      </w:r>
      <w:bookmarkEnd w:id="30"/>
    </w:p>
    <w:p w14:paraId="3DBEB89B" w14:textId="77777777" w:rsidR="001A5159" w:rsidRDefault="00000000">
      <w:r>
        <w:rPr>
          <w:rFonts w:ascii="Garamond" w:hAnsi="Garamond"/>
          <w:sz w:val="24"/>
        </w:rPr>
        <w:t>E-commerce sellers live and die by their product listings.</w:t>
      </w:r>
    </w:p>
    <w:p w14:paraId="58BCF417" w14:textId="77777777" w:rsidR="001A5159" w:rsidRDefault="00000000">
      <w:r>
        <w:rPr>
          <w:rFonts w:ascii="Garamond" w:hAnsi="Garamond"/>
          <w:sz w:val="24"/>
        </w:rPr>
        <w:t>A great product with a bad listing fails.</w:t>
      </w:r>
      <w:r>
        <w:rPr>
          <w:rFonts w:ascii="Garamond" w:hAnsi="Garamond"/>
          <w:sz w:val="24"/>
        </w:rPr>
        <w:br/>
        <w:t>An average product with a great listing sells.</w:t>
      </w:r>
    </w:p>
    <w:p w14:paraId="63ECF1C4" w14:textId="77777777" w:rsidR="001A5159" w:rsidRDefault="00000000">
      <w:r>
        <w:rPr>
          <w:rFonts w:ascii="Garamond" w:hAnsi="Garamond"/>
          <w:sz w:val="24"/>
        </w:rPr>
        <w:t>This blueprint shows you how to use AI to create:</w:t>
      </w:r>
    </w:p>
    <w:p w14:paraId="1403DD20" w14:textId="77777777" w:rsidR="001A5159" w:rsidRDefault="00000000">
      <w:r>
        <w:rPr>
          <w:rFonts w:ascii="Garamond" w:hAnsi="Garamond"/>
          <w:sz w:val="24"/>
        </w:rPr>
        <w:t>Amazon product descriptions</w:t>
      </w:r>
    </w:p>
    <w:p w14:paraId="7346BDD5" w14:textId="77777777" w:rsidR="001A5159" w:rsidRDefault="00000000">
      <w:r>
        <w:rPr>
          <w:rFonts w:ascii="Garamond" w:hAnsi="Garamond"/>
          <w:sz w:val="24"/>
        </w:rPr>
        <w:t>Etsy listings</w:t>
      </w:r>
    </w:p>
    <w:p w14:paraId="7BED90D5" w14:textId="77777777" w:rsidR="001A5159" w:rsidRDefault="00000000">
      <w:r>
        <w:rPr>
          <w:rFonts w:ascii="Garamond" w:hAnsi="Garamond"/>
          <w:sz w:val="24"/>
        </w:rPr>
        <w:t>Shopify descriptions</w:t>
      </w:r>
    </w:p>
    <w:p w14:paraId="63DA3057" w14:textId="77777777" w:rsidR="001A5159" w:rsidRDefault="00000000">
      <w:r>
        <w:rPr>
          <w:rFonts w:ascii="Garamond" w:hAnsi="Garamond"/>
          <w:sz w:val="24"/>
        </w:rPr>
        <w:t>bullet points</w:t>
      </w:r>
    </w:p>
    <w:p w14:paraId="447D6846" w14:textId="77777777" w:rsidR="001A5159" w:rsidRDefault="00000000">
      <w:r>
        <w:rPr>
          <w:rFonts w:ascii="Garamond" w:hAnsi="Garamond"/>
          <w:sz w:val="24"/>
        </w:rPr>
        <w:t>SEO-optimized titles</w:t>
      </w:r>
    </w:p>
    <w:p w14:paraId="1A162A23" w14:textId="77777777" w:rsidR="001A5159" w:rsidRDefault="00000000">
      <w:r>
        <w:rPr>
          <w:rFonts w:ascii="Garamond" w:hAnsi="Garamond"/>
          <w:sz w:val="24"/>
        </w:rPr>
        <w:t xml:space="preserve">key features </w:t>
      </w:r>
      <w:proofErr w:type="gramStart"/>
      <w:r>
        <w:rPr>
          <w:rFonts w:ascii="Garamond" w:hAnsi="Garamond"/>
          <w:sz w:val="24"/>
        </w:rPr>
        <w:t>lists</w:t>
      </w:r>
      <w:proofErr w:type="gramEnd"/>
    </w:p>
    <w:p w14:paraId="5F5B38FC" w14:textId="77777777" w:rsidR="001A5159" w:rsidRDefault="00000000">
      <w:r>
        <w:rPr>
          <w:rFonts w:ascii="Garamond" w:hAnsi="Garamond"/>
          <w:sz w:val="24"/>
        </w:rPr>
        <w:t>comparison charts</w:t>
      </w:r>
    </w:p>
    <w:p w14:paraId="49A60532" w14:textId="77777777" w:rsidR="001A5159" w:rsidRDefault="00000000">
      <w:r>
        <w:rPr>
          <w:rFonts w:ascii="Garamond" w:hAnsi="Garamond"/>
          <w:sz w:val="24"/>
        </w:rPr>
        <w:t>product benefit frameworks</w:t>
      </w:r>
    </w:p>
    <w:p w14:paraId="01222D5A" w14:textId="77777777" w:rsidR="001A5159" w:rsidRDefault="00000000">
      <w:r>
        <w:rPr>
          <w:rFonts w:ascii="Garamond" w:hAnsi="Garamond"/>
          <w:sz w:val="24"/>
        </w:rPr>
        <w:t>FAQ sections</w:t>
      </w:r>
    </w:p>
    <w:p w14:paraId="17329589" w14:textId="77777777" w:rsidR="001A5159" w:rsidRDefault="00000000">
      <w:proofErr w:type="gramStart"/>
      <w:r>
        <w:rPr>
          <w:rFonts w:ascii="Garamond" w:hAnsi="Garamond"/>
          <w:sz w:val="24"/>
        </w:rPr>
        <w:t>upsell</w:t>
      </w:r>
      <w:proofErr w:type="gramEnd"/>
      <w:r>
        <w:rPr>
          <w:rFonts w:ascii="Garamond" w:hAnsi="Garamond"/>
          <w:sz w:val="24"/>
        </w:rPr>
        <w:t xml:space="preserve"> </w:t>
      </w:r>
      <w:proofErr w:type="gramStart"/>
      <w:r>
        <w:rPr>
          <w:rFonts w:ascii="Garamond" w:hAnsi="Garamond"/>
          <w:sz w:val="24"/>
        </w:rPr>
        <w:t>recommendations</w:t>
      </w:r>
      <w:proofErr w:type="gramEnd"/>
    </w:p>
    <w:p w14:paraId="0A9F7952" w14:textId="77777777" w:rsidR="001A5159" w:rsidRDefault="00000000">
      <w:r>
        <w:rPr>
          <w:rFonts w:ascii="Garamond" w:hAnsi="Garamond"/>
          <w:sz w:val="24"/>
        </w:rPr>
        <w:t>This is one of the highest-demand, easiest, and most profitable AI services — and you do NOT need any copywriting background.</w:t>
      </w:r>
    </w:p>
    <w:p w14:paraId="22FE07E2" w14:textId="77777777" w:rsidR="001A5159" w:rsidRDefault="001A5159"/>
    <w:p w14:paraId="06813711" w14:textId="77777777" w:rsidR="001A5159" w:rsidRDefault="00000000">
      <w:r>
        <w:rPr>
          <w:rFonts w:ascii="Garamond" w:hAnsi="Garamond"/>
          <w:sz w:val="24"/>
        </w:rPr>
        <w:t>Why This Blueprint Works</w:t>
      </w:r>
    </w:p>
    <w:p w14:paraId="262A4DB9" w14:textId="77777777" w:rsidR="001A5159" w:rsidRDefault="00000000">
      <w:r>
        <w:rPr>
          <w:rFonts w:ascii="Garamond" w:hAnsi="Garamond"/>
          <w:sz w:val="24"/>
        </w:rPr>
        <w:t>E-commerce sellers struggle with:</w:t>
      </w:r>
    </w:p>
    <w:p w14:paraId="3FF4796D" w14:textId="77777777" w:rsidR="001A5159" w:rsidRDefault="00000000">
      <w:proofErr w:type="gramStart"/>
      <w:r>
        <w:rPr>
          <w:rFonts w:ascii="Garamond" w:hAnsi="Garamond"/>
          <w:sz w:val="24"/>
        </w:rPr>
        <w:t>writing</w:t>
      </w:r>
      <w:proofErr w:type="gramEnd"/>
      <w:r>
        <w:rPr>
          <w:rFonts w:ascii="Garamond" w:hAnsi="Garamond"/>
          <w:sz w:val="24"/>
        </w:rPr>
        <w:t xml:space="preserve"> descriptions</w:t>
      </w:r>
    </w:p>
    <w:p w14:paraId="20E32A2C" w14:textId="77777777" w:rsidR="001A5159" w:rsidRDefault="00000000">
      <w:r>
        <w:rPr>
          <w:rFonts w:ascii="Garamond" w:hAnsi="Garamond"/>
          <w:sz w:val="24"/>
        </w:rPr>
        <w:lastRenderedPageBreak/>
        <w:t>differentiating their product</w:t>
      </w:r>
    </w:p>
    <w:p w14:paraId="45D5946E" w14:textId="77777777" w:rsidR="001A5159" w:rsidRDefault="00000000">
      <w:r>
        <w:rPr>
          <w:rFonts w:ascii="Garamond" w:hAnsi="Garamond"/>
          <w:sz w:val="24"/>
        </w:rPr>
        <w:t>optimizing for SEO</w:t>
      </w:r>
    </w:p>
    <w:p w14:paraId="2DAC0D83" w14:textId="77777777" w:rsidR="001A5159" w:rsidRDefault="00000000">
      <w:proofErr w:type="gramStart"/>
      <w:r>
        <w:rPr>
          <w:rFonts w:ascii="Garamond" w:hAnsi="Garamond"/>
          <w:sz w:val="24"/>
        </w:rPr>
        <w:t>finding keywords</w:t>
      </w:r>
      <w:proofErr w:type="gramEnd"/>
    </w:p>
    <w:p w14:paraId="3C8F345B" w14:textId="77777777" w:rsidR="001A5159" w:rsidRDefault="00000000">
      <w:r>
        <w:rPr>
          <w:rFonts w:ascii="Garamond" w:hAnsi="Garamond"/>
          <w:sz w:val="24"/>
        </w:rPr>
        <w:t>highlighting benefits</w:t>
      </w:r>
    </w:p>
    <w:p w14:paraId="5CD851C3" w14:textId="77777777" w:rsidR="001A5159" w:rsidRDefault="00000000">
      <w:r>
        <w:rPr>
          <w:rFonts w:ascii="Garamond" w:hAnsi="Garamond"/>
          <w:sz w:val="24"/>
        </w:rPr>
        <w:t>writing clear bullet points</w:t>
      </w:r>
    </w:p>
    <w:p w14:paraId="71C58359" w14:textId="77777777" w:rsidR="001A5159" w:rsidRDefault="00000000">
      <w:r>
        <w:rPr>
          <w:rFonts w:ascii="Garamond" w:hAnsi="Garamond"/>
          <w:sz w:val="24"/>
        </w:rPr>
        <w:t>improving conversion rates</w:t>
      </w:r>
    </w:p>
    <w:p w14:paraId="414CE18C" w14:textId="77777777" w:rsidR="001A5159" w:rsidRDefault="00000000">
      <w:r>
        <w:rPr>
          <w:rFonts w:ascii="Garamond" w:hAnsi="Garamond"/>
          <w:sz w:val="24"/>
        </w:rPr>
        <w:t>AI solves every one of these pain points.</w:t>
      </w:r>
    </w:p>
    <w:p w14:paraId="3D758735" w14:textId="77777777" w:rsidR="001A5159" w:rsidRDefault="00000000">
      <w:r>
        <w:rPr>
          <w:rFonts w:ascii="Garamond" w:hAnsi="Garamond"/>
          <w:sz w:val="24"/>
        </w:rPr>
        <w:t>This blueprint is powerful because:</w:t>
      </w:r>
    </w:p>
    <w:p w14:paraId="60D0E3CE" w14:textId="77777777" w:rsidR="001A5159" w:rsidRDefault="00000000">
      <w:r>
        <w:rPr>
          <w:rFonts w:ascii="Garamond" w:hAnsi="Garamond"/>
          <w:sz w:val="24"/>
        </w:rPr>
        <w:t xml:space="preserve">listings are ALWAYS </w:t>
      </w:r>
      <w:proofErr w:type="gramStart"/>
      <w:r>
        <w:rPr>
          <w:rFonts w:ascii="Garamond" w:hAnsi="Garamond"/>
          <w:sz w:val="24"/>
        </w:rPr>
        <w:t>needed</w:t>
      </w:r>
      <w:proofErr w:type="gramEnd"/>
    </w:p>
    <w:p w14:paraId="48C030B9" w14:textId="77777777" w:rsidR="001A5159" w:rsidRDefault="00000000">
      <w:r>
        <w:rPr>
          <w:rFonts w:ascii="Garamond" w:hAnsi="Garamond"/>
          <w:sz w:val="24"/>
        </w:rPr>
        <w:t xml:space="preserve">sellers continuously update </w:t>
      </w:r>
      <w:proofErr w:type="gramStart"/>
      <w:r>
        <w:rPr>
          <w:rFonts w:ascii="Garamond" w:hAnsi="Garamond"/>
          <w:sz w:val="24"/>
        </w:rPr>
        <w:t>listings</w:t>
      </w:r>
      <w:proofErr w:type="gramEnd"/>
    </w:p>
    <w:p w14:paraId="101A0FB6" w14:textId="77777777" w:rsidR="001A5159" w:rsidRDefault="00000000">
      <w:r>
        <w:rPr>
          <w:rFonts w:ascii="Garamond" w:hAnsi="Garamond"/>
          <w:sz w:val="24"/>
        </w:rPr>
        <w:t>new products come out constantly</w:t>
      </w:r>
    </w:p>
    <w:p w14:paraId="52D97F2D" w14:textId="77777777" w:rsidR="001A5159" w:rsidRDefault="00000000">
      <w:r>
        <w:rPr>
          <w:rFonts w:ascii="Garamond" w:hAnsi="Garamond"/>
          <w:sz w:val="24"/>
        </w:rPr>
        <w:t xml:space="preserve">e-commerce businesses grow </w:t>
      </w:r>
      <w:proofErr w:type="gramStart"/>
      <w:r>
        <w:rPr>
          <w:rFonts w:ascii="Garamond" w:hAnsi="Garamond"/>
          <w:sz w:val="24"/>
        </w:rPr>
        <w:t>fast</w:t>
      </w:r>
      <w:proofErr w:type="gramEnd"/>
    </w:p>
    <w:p w14:paraId="7CF0B4D0" w14:textId="77777777" w:rsidR="001A5159" w:rsidRDefault="00000000">
      <w:r>
        <w:rPr>
          <w:rFonts w:ascii="Garamond" w:hAnsi="Garamond"/>
          <w:sz w:val="24"/>
        </w:rPr>
        <w:t xml:space="preserve">good listing copy creates real </w:t>
      </w:r>
      <w:proofErr w:type="gramStart"/>
      <w:r>
        <w:rPr>
          <w:rFonts w:ascii="Garamond" w:hAnsi="Garamond"/>
          <w:sz w:val="24"/>
        </w:rPr>
        <w:t>revenue</w:t>
      </w:r>
      <w:proofErr w:type="gramEnd"/>
    </w:p>
    <w:p w14:paraId="39559D1A" w14:textId="77777777" w:rsidR="001A5159" w:rsidRDefault="00000000">
      <w:r>
        <w:rPr>
          <w:rFonts w:ascii="Garamond" w:hAnsi="Garamond"/>
          <w:sz w:val="24"/>
        </w:rPr>
        <w:t>And because AI can:</w:t>
      </w:r>
    </w:p>
    <w:p w14:paraId="2478CCEF" w14:textId="77777777" w:rsidR="001A5159" w:rsidRDefault="00000000">
      <w:r>
        <w:rPr>
          <w:rFonts w:ascii="Garamond" w:hAnsi="Garamond"/>
          <w:sz w:val="24"/>
        </w:rPr>
        <w:t xml:space="preserve">analyze competitor </w:t>
      </w:r>
      <w:proofErr w:type="gramStart"/>
      <w:r>
        <w:rPr>
          <w:rFonts w:ascii="Garamond" w:hAnsi="Garamond"/>
          <w:sz w:val="24"/>
        </w:rPr>
        <w:t>listings</w:t>
      </w:r>
      <w:proofErr w:type="gramEnd"/>
    </w:p>
    <w:p w14:paraId="495AA22C" w14:textId="77777777" w:rsidR="001A5159" w:rsidRDefault="00000000">
      <w:proofErr w:type="gramStart"/>
      <w:r>
        <w:rPr>
          <w:rFonts w:ascii="Garamond" w:hAnsi="Garamond"/>
          <w:sz w:val="24"/>
        </w:rPr>
        <w:t>generate</w:t>
      </w:r>
      <w:proofErr w:type="gramEnd"/>
      <w:r>
        <w:rPr>
          <w:rFonts w:ascii="Garamond" w:hAnsi="Garamond"/>
          <w:sz w:val="24"/>
        </w:rPr>
        <w:t xml:space="preserve"> SEO </w:t>
      </w:r>
      <w:proofErr w:type="gramStart"/>
      <w:r>
        <w:rPr>
          <w:rFonts w:ascii="Garamond" w:hAnsi="Garamond"/>
          <w:sz w:val="24"/>
        </w:rPr>
        <w:t>keywords</w:t>
      </w:r>
      <w:proofErr w:type="gramEnd"/>
    </w:p>
    <w:p w14:paraId="350C586A" w14:textId="77777777" w:rsidR="001A5159" w:rsidRDefault="00000000">
      <w:r>
        <w:rPr>
          <w:rFonts w:ascii="Garamond" w:hAnsi="Garamond"/>
          <w:sz w:val="24"/>
        </w:rPr>
        <w:t xml:space="preserve">write optimized product </w:t>
      </w:r>
      <w:proofErr w:type="gramStart"/>
      <w:r>
        <w:rPr>
          <w:rFonts w:ascii="Garamond" w:hAnsi="Garamond"/>
          <w:sz w:val="24"/>
        </w:rPr>
        <w:t>titles</w:t>
      </w:r>
      <w:proofErr w:type="gramEnd"/>
    </w:p>
    <w:p w14:paraId="35A89999" w14:textId="77777777" w:rsidR="001A5159" w:rsidRDefault="00000000">
      <w:r>
        <w:rPr>
          <w:rFonts w:ascii="Garamond" w:hAnsi="Garamond"/>
          <w:sz w:val="24"/>
        </w:rPr>
        <w:t xml:space="preserve">create conversion-focused </w:t>
      </w:r>
      <w:proofErr w:type="gramStart"/>
      <w:r>
        <w:rPr>
          <w:rFonts w:ascii="Garamond" w:hAnsi="Garamond"/>
          <w:sz w:val="24"/>
        </w:rPr>
        <w:t>descriptions</w:t>
      </w:r>
      <w:proofErr w:type="gramEnd"/>
    </w:p>
    <w:p w14:paraId="20195A2D" w14:textId="77777777" w:rsidR="001A5159" w:rsidRDefault="00000000">
      <w:r>
        <w:rPr>
          <w:rFonts w:ascii="Garamond" w:hAnsi="Garamond"/>
          <w:sz w:val="24"/>
        </w:rPr>
        <w:t xml:space="preserve">craft emotional benefit </w:t>
      </w:r>
      <w:proofErr w:type="gramStart"/>
      <w:r>
        <w:rPr>
          <w:rFonts w:ascii="Garamond" w:hAnsi="Garamond"/>
          <w:sz w:val="24"/>
        </w:rPr>
        <w:t>statements</w:t>
      </w:r>
      <w:proofErr w:type="gramEnd"/>
    </w:p>
    <w:p w14:paraId="07A530CA" w14:textId="77777777" w:rsidR="001A5159" w:rsidRDefault="00000000">
      <w:r>
        <w:rPr>
          <w:rFonts w:ascii="Garamond" w:hAnsi="Garamond"/>
          <w:sz w:val="24"/>
        </w:rPr>
        <w:t xml:space="preserve">overcome </w:t>
      </w:r>
      <w:proofErr w:type="gramStart"/>
      <w:r>
        <w:rPr>
          <w:rFonts w:ascii="Garamond" w:hAnsi="Garamond"/>
          <w:sz w:val="24"/>
        </w:rPr>
        <w:t>objections</w:t>
      </w:r>
      <w:proofErr w:type="gramEnd"/>
    </w:p>
    <w:p w14:paraId="674D70F3" w14:textId="77777777" w:rsidR="001A5159" w:rsidRDefault="00000000">
      <w:r>
        <w:rPr>
          <w:rFonts w:ascii="Garamond" w:hAnsi="Garamond"/>
          <w:sz w:val="24"/>
        </w:rPr>
        <w:t xml:space="preserve">build complete listing </w:t>
      </w:r>
      <w:proofErr w:type="gramStart"/>
      <w:r>
        <w:rPr>
          <w:rFonts w:ascii="Garamond" w:hAnsi="Garamond"/>
          <w:sz w:val="24"/>
        </w:rPr>
        <w:t>frameworks</w:t>
      </w:r>
      <w:proofErr w:type="gramEnd"/>
    </w:p>
    <w:p w14:paraId="20F303A1" w14:textId="77777777" w:rsidR="001A5159" w:rsidRDefault="00000000">
      <w:r>
        <w:rPr>
          <w:rFonts w:ascii="Garamond" w:hAnsi="Garamond"/>
          <w:sz w:val="24"/>
        </w:rPr>
        <w:t>Business owners LOVE this service.</w:t>
      </w:r>
    </w:p>
    <w:p w14:paraId="25DEF9CD" w14:textId="77777777" w:rsidR="001A5159" w:rsidRDefault="001A5159"/>
    <w:p w14:paraId="7621FDCB" w14:textId="77777777" w:rsidR="001A5159" w:rsidRDefault="00000000">
      <w:r>
        <w:rPr>
          <w:rFonts w:ascii="Garamond" w:hAnsi="Garamond"/>
          <w:sz w:val="24"/>
        </w:rPr>
        <w:t>Tools You Need</w:t>
      </w:r>
    </w:p>
    <w:p w14:paraId="11124A29" w14:textId="77777777" w:rsidR="001A5159" w:rsidRDefault="00000000">
      <w:r>
        <w:rPr>
          <w:rFonts w:ascii="Garamond" w:hAnsi="Garamond"/>
          <w:sz w:val="24"/>
        </w:rPr>
        <w:t>ChatGPT / Claude</w:t>
      </w:r>
      <w:r>
        <w:rPr>
          <w:rFonts w:ascii="Garamond" w:hAnsi="Garamond"/>
          <w:sz w:val="24"/>
        </w:rPr>
        <w:br/>
        <w:t>— Listing descriptions, bullet points, SEO content, title optimization</w:t>
      </w:r>
    </w:p>
    <w:p w14:paraId="05B3D2A7" w14:textId="77777777" w:rsidR="001A5159" w:rsidRDefault="00000000">
      <w:r>
        <w:rPr>
          <w:rFonts w:ascii="Garamond" w:hAnsi="Garamond"/>
          <w:sz w:val="24"/>
        </w:rPr>
        <w:lastRenderedPageBreak/>
        <w:t>Helium10 / EverBee / Jungle Scout</w:t>
      </w:r>
      <w:r>
        <w:rPr>
          <w:rFonts w:ascii="Garamond" w:hAnsi="Garamond"/>
          <w:sz w:val="24"/>
        </w:rPr>
        <w:br/>
        <w:t>— Keyword + competitor research (optional but powerful)</w:t>
      </w:r>
    </w:p>
    <w:p w14:paraId="5EA4F648" w14:textId="77777777" w:rsidR="001A5159" w:rsidRDefault="00000000">
      <w:r>
        <w:rPr>
          <w:rFonts w:ascii="Garamond" w:hAnsi="Garamond"/>
          <w:sz w:val="24"/>
        </w:rPr>
        <w:t>Google Docs</w:t>
      </w:r>
      <w:r>
        <w:rPr>
          <w:rFonts w:ascii="Garamond" w:hAnsi="Garamond"/>
          <w:sz w:val="24"/>
        </w:rPr>
        <w:br/>
        <w:t>— Delivery</w:t>
      </w:r>
    </w:p>
    <w:p w14:paraId="79890909" w14:textId="77777777" w:rsidR="001A5159" w:rsidRDefault="00000000">
      <w:r>
        <w:rPr>
          <w:rFonts w:ascii="Garamond" w:hAnsi="Garamond"/>
          <w:sz w:val="24"/>
        </w:rPr>
        <w:t>Canva (optional)</w:t>
      </w:r>
      <w:r>
        <w:rPr>
          <w:rFonts w:ascii="Garamond" w:hAnsi="Garamond"/>
          <w:sz w:val="24"/>
        </w:rPr>
        <w:br/>
        <w:t>— Product comparison graphics / infographics</w:t>
      </w:r>
    </w:p>
    <w:p w14:paraId="192C9928" w14:textId="77777777" w:rsidR="001A5159" w:rsidRDefault="001A5159"/>
    <w:p w14:paraId="5EFC42CF" w14:textId="77777777" w:rsidR="001A5159" w:rsidRDefault="00000000">
      <w:r>
        <w:rPr>
          <w:rFonts w:ascii="Garamond" w:hAnsi="Garamond"/>
          <w:sz w:val="24"/>
        </w:rPr>
        <w:t>What You’ll Offer</w:t>
      </w:r>
    </w:p>
    <w:p w14:paraId="0E9BF0A5" w14:textId="77777777" w:rsidR="001A5159" w:rsidRDefault="00000000">
      <w:r>
        <w:rPr>
          <w:rFonts w:ascii="Garamond" w:hAnsi="Garamond"/>
          <w:sz w:val="24"/>
        </w:rPr>
        <w:t>You can create:</w:t>
      </w:r>
    </w:p>
    <w:p w14:paraId="0F6B9D92" w14:textId="77777777" w:rsidR="001A5159" w:rsidRDefault="00000000">
      <w:r>
        <w:rPr>
          <w:rFonts w:ascii="Garamond" w:hAnsi="Garamond"/>
          <w:sz w:val="24"/>
        </w:rPr>
        <w:t>product titles</w:t>
      </w:r>
    </w:p>
    <w:p w14:paraId="2E88A349" w14:textId="77777777" w:rsidR="001A5159" w:rsidRDefault="00000000">
      <w:r>
        <w:rPr>
          <w:rFonts w:ascii="Garamond" w:hAnsi="Garamond"/>
          <w:sz w:val="24"/>
        </w:rPr>
        <w:t>bullet points</w:t>
      </w:r>
    </w:p>
    <w:p w14:paraId="4AECF8AB" w14:textId="77777777" w:rsidR="001A5159" w:rsidRDefault="00000000">
      <w:proofErr w:type="gramStart"/>
      <w:r>
        <w:rPr>
          <w:rFonts w:ascii="Garamond" w:hAnsi="Garamond"/>
          <w:sz w:val="24"/>
        </w:rPr>
        <w:t>descriptions</w:t>
      </w:r>
      <w:proofErr w:type="gramEnd"/>
    </w:p>
    <w:p w14:paraId="000C871A" w14:textId="77777777" w:rsidR="001A5159" w:rsidRDefault="00000000">
      <w:r>
        <w:rPr>
          <w:rFonts w:ascii="Garamond" w:hAnsi="Garamond"/>
          <w:sz w:val="24"/>
        </w:rPr>
        <w:t>SEO keyword lists</w:t>
      </w:r>
    </w:p>
    <w:p w14:paraId="7BA78ECA" w14:textId="77777777" w:rsidR="001A5159" w:rsidRDefault="00000000">
      <w:r>
        <w:rPr>
          <w:rFonts w:ascii="Garamond" w:hAnsi="Garamond"/>
          <w:sz w:val="24"/>
        </w:rPr>
        <w:t>feature-to-benefit conversions</w:t>
      </w:r>
    </w:p>
    <w:p w14:paraId="661DCAE0" w14:textId="77777777" w:rsidR="001A5159" w:rsidRDefault="00000000">
      <w:r>
        <w:rPr>
          <w:rFonts w:ascii="Garamond" w:hAnsi="Garamond"/>
          <w:sz w:val="24"/>
        </w:rPr>
        <w:t>Amazon-style formatting</w:t>
      </w:r>
    </w:p>
    <w:p w14:paraId="1FFCE5CB" w14:textId="77777777" w:rsidR="001A5159" w:rsidRDefault="00000000">
      <w:r>
        <w:rPr>
          <w:rFonts w:ascii="Garamond" w:hAnsi="Garamond"/>
          <w:sz w:val="24"/>
        </w:rPr>
        <w:t>optimized Etsy listings</w:t>
      </w:r>
    </w:p>
    <w:p w14:paraId="44085E3C" w14:textId="77777777" w:rsidR="001A5159" w:rsidRDefault="00000000">
      <w:r>
        <w:rPr>
          <w:rFonts w:ascii="Garamond" w:hAnsi="Garamond"/>
          <w:sz w:val="24"/>
        </w:rPr>
        <w:t>Shopify product pages</w:t>
      </w:r>
    </w:p>
    <w:p w14:paraId="1013F433" w14:textId="77777777" w:rsidR="001A5159" w:rsidRDefault="00000000">
      <w:r>
        <w:rPr>
          <w:rFonts w:ascii="Garamond" w:hAnsi="Garamond"/>
          <w:sz w:val="24"/>
        </w:rPr>
        <w:t>FAQ sections</w:t>
      </w:r>
    </w:p>
    <w:p w14:paraId="688BF82E" w14:textId="77777777" w:rsidR="001A5159" w:rsidRDefault="00000000">
      <w:r>
        <w:rPr>
          <w:rFonts w:ascii="Garamond" w:hAnsi="Garamond"/>
          <w:sz w:val="24"/>
        </w:rPr>
        <w:t>brand voice rewrites</w:t>
      </w:r>
    </w:p>
    <w:p w14:paraId="5CBCEAA1" w14:textId="77777777" w:rsidR="001A5159" w:rsidRDefault="00000000">
      <w:r>
        <w:rPr>
          <w:rFonts w:ascii="Garamond" w:hAnsi="Garamond"/>
          <w:sz w:val="24"/>
        </w:rPr>
        <w:t>Upsells:</w:t>
      </w:r>
    </w:p>
    <w:p w14:paraId="56820E3C" w14:textId="77777777" w:rsidR="001A5159" w:rsidRDefault="00000000">
      <w:r>
        <w:rPr>
          <w:rFonts w:ascii="Garamond" w:hAnsi="Garamond"/>
          <w:sz w:val="24"/>
        </w:rPr>
        <w:t>product infographic</w:t>
      </w:r>
    </w:p>
    <w:p w14:paraId="5668F547" w14:textId="77777777" w:rsidR="001A5159" w:rsidRDefault="00000000">
      <w:r>
        <w:rPr>
          <w:rFonts w:ascii="Garamond" w:hAnsi="Garamond"/>
          <w:sz w:val="24"/>
        </w:rPr>
        <w:t>comparison chart</w:t>
      </w:r>
    </w:p>
    <w:p w14:paraId="13968AB3" w14:textId="77777777" w:rsidR="001A5159" w:rsidRDefault="00000000">
      <w:r>
        <w:rPr>
          <w:rFonts w:ascii="Garamond" w:hAnsi="Garamond"/>
          <w:sz w:val="24"/>
        </w:rPr>
        <w:t xml:space="preserve">A+ content </w:t>
      </w:r>
      <w:proofErr w:type="gramStart"/>
      <w:r>
        <w:rPr>
          <w:rFonts w:ascii="Garamond" w:hAnsi="Garamond"/>
          <w:sz w:val="24"/>
        </w:rPr>
        <w:t>suggestions</w:t>
      </w:r>
      <w:proofErr w:type="gramEnd"/>
    </w:p>
    <w:p w14:paraId="1153A9B5" w14:textId="77777777" w:rsidR="001A5159" w:rsidRDefault="00000000">
      <w:r>
        <w:rPr>
          <w:rFonts w:ascii="Garamond" w:hAnsi="Garamond"/>
          <w:sz w:val="24"/>
        </w:rPr>
        <w:t>bundle descriptions</w:t>
      </w:r>
    </w:p>
    <w:p w14:paraId="51A22C77" w14:textId="77777777" w:rsidR="001A5159" w:rsidRDefault="00000000">
      <w:r>
        <w:rPr>
          <w:rFonts w:ascii="Garamond" w:hAnsi="Garamond"/>
          <w:sz w:val="24"/>
        </w:rPr>
        <w:t xml:space="preserve">cross-sell / upsell </w:t>
      </w:r>
      <w:proofErr w:type="gramStart"/>
      <w:r>
        <w:rPr>
          <w:rFonts w:ascii="Garamond" w:hAnsi="Garamond"/>
          <w:sz w:val="24"/>
        </w:rPr>
        <w:t>copy</w:t>
      </w:r>
      <w:proofErr w:type="gramEnd"/>
    </w:p>
    <w:p w14:paraId="5590B569" w14:textId="77777777" w:rsidR="001A5159" w:rsidRDefault="001A5159"/>
    <w:p w14:paraId="2B8C515E" w14:textId="77777777" w:rsidR="001A5159" w:rsidRDefault="00000000">
      <w:r>
        <w:rPr>
          <w:rFonts w:ascii="Garamond" w:hAnsi="Garamond"/>
          <w:sz w:val="24"/>
        </w:rPr>
        <w:t>AI-Powered Workflow (Step-By-Step)</w:t>
      </w:r>
    </w:p>
    <w:p w14:paraId="411A3CEB" w14:textId="77777777" w:rsidR="001A5159" w:rsidRDefault="00000000">
      <w:r>
        <w:rPr>
          <w:rFonts w:ascii="Garamond" w:hAnsi="Garamond"/>
          <w:sz w:val="24"/>
        </w:rPr>
        <w:lastRenderedPageBreak/>
        <w:t>STEP 1 — Gather Product Info</w:t>
      </w:r>
    </w:p>
    <w:p w14:paraId="269FDEEF" w14:textId="77777777" w:rsidR="001A5159" w:rsidRDefault="00000000">
      <w:r>
        <w:rPr>
          <w:rFonts w:ascii="Garamond" w:hAnsi="Garamond"/>
          <w:sz w:val="24"/>
        </w:rPr>
        <w:t>Ask for:</w:t>
      </w:r>
    </w:p>
    <w:p w14:paraId="5E384F50" w14:textId="77777777" w:rsidR="001A5159" w:rsidRDefault="00000000">
      <w:r>
        <w:rPr>
          <w:rFonts w:ascii="Garamond" w:hAnsi="Garamond"/>
          <w:sz w:val="24"/>
        </w:rPr>
        <w:t>product link</w:t>
      </w:r>
    </w:p>
    <w:p w14:paraId="31479DC2" w14:textId="77777777" w:rsidR="001A5159" w:rsidRDefault="00000000">
      <w:r>
        <w:rPr>
          <w:rFonts w:ascii="Garamond" w:hAnsi="Garamond"/>
          <w:sz w:val="24"/>
        </w:rPr>
        <w:t>competitor links</w:t>
      </w:r>
    </w:p>
    <w:p w14:paraId="237BF252" w14:textId="77777777" w:rsidR="001A5159" w:rsidRDefault="00000000">
      <w:r>
        <w:rPr>
          <w:rFonts w:ascii="Garamond" w:hAnsi="Garamond"/>
          <w:sz w:val="24"/>
        </w:rPr>
        <w:t>features</w:t>
      </w:r>
    </w:p>
    <w:p w14:paraId="650BFB45" w14:textId="77777777" w:rsidR="001A5159" w:rsidRDefault="00000000">
      <w:r>
        <w:rPr>
          <w:rFonts w:ascii="Garamond" w:hAnsi="Garamond"/>
          <w:sz w:val="24"/>
        </w:rPr>
        <w:t>images</w:t>
      </w:r>
    </w:p>
    <w:p w14:paraId="17B36AD9" w14:textId="77777777" w:rsidR="001A5159" w:rsidRDefault="00000000">
      <w:r>
        <w:rPr>
          <w:rFonts w:ascii="Garamond" w:hAnsi="Garamond"/>
          <w:sz w:val="24"/>
        </w:rPr>
        <w:t>brand voice</w:t>
      </w:r>
    </w:p>
    <w:p w14:paraId="5916C612" w14:textId="77777777" w:rsidR="001A5159" w:rsidRDefault="00000000">
      <w:r>
        <w:rPr>
          <w:rFonts w:ascii="Garamond" w:hAnsi="Garamond"/>
          <w:sz w:val="24"/>
        </w:rPr>
        <w:t>audience</w:t>
      </w:r>
    </w:p>
    <w:p w14:paraId="59B98611" w14:textId="77777777" w:rsidR="001A5159" w:rsidRDefault="001A5159"/>
    <w:p w14:paraId="3D5918BC" w14:textId="77777777" w:rsidR="001A5159" w:rsidRDefault="00000000">
      <w:r>
        <w:rPr>
          <w:rFonts w:ascii="Garamond" w:hAnsi="Garamond"/>
          <w:sz w:val="24"/>
        </w:rPr>
        <w:t>STEP 2 — Create the Listing Structure</w:t>
      </w:r>
    </w:p>
    <w:p w14:paraId="1E16C6FB" w14:textId="77777777" w:rsidR="001A5159" w:rsidRDefault="00000000">
      <w:r>
        <w:rPr>
          <w:rFonts w:ascii="Garamond" w:hAnsi="Garamond"/>
          <w:sz w:val="24"/>
        </w:rPr>
        <w:t>Prompt AI:</w:t>
      </w:r>
    </w:p>
    <w:p w14:paraId="6ADC4720" w14:textId="77777777" w:rsidR="001A5159" w:rsidRDefault="00000000">
      <w:r>
        <w:rPr>
          <w:rFonts w:ascii="Garamond" w:hAnsi="Garamond"/>
          <w:sz w:val="24"/>
        </w:rPr>
        <w:t>“Create an Amazon-style listing structure for this product including title, bullets, description, benefits, objections, and FAQs.”</w:t>
      </w:r>
    </w:p>
    <w:p w14:paraId="1FA17C74" w14:textId="77777777" w:rsidR="001A5159" w:rsidRDefault="001A5159"/>
    <w:p w14:paraId="1130424A" w14:textId="77777777" w:rsidR="001A5159" w:rsidRDefault="00000000">
      <w:r>
        <w:rPr>
          <w:rFonts w:ascii="Garamond" w:hAnsi="Garamond"/>
          <w:sz w:val="24"/>
        </w:rPr>
        <w:t>STEP 3 — Generate SEO Keywords</w:t>
      </w:r>
    </w:p>
    <w:p w14:paraId="036BC3B0" w14:textId="77777777" w:rsidR="001A5159" w:rsidRDefault="00000000">
      <w:r>
        <w:rPr>
          <w:rFonts w:ascii="Garamond" w:hAnsi="Garamond"/>
          <w:sz w:val="24"/>
        </w:rPr>
        <w:t>Ask:</w:t>
      </w:r>
    </w:p>
    <w:p w14:paraId="583EF042" w14:textId="77777777" w:rsidR="001A5159" w:rsidRDefault="00000000">
      <w:r>
        <w:rPr>
          <w:rFonts w:ascii="Garamond" w:hAnsi="Garamond"/>
          <w:sz w:val="24"/>
        </w:rPr>
        <w:t>“Generate 15–30 SEO keywords for this product based on buyer intent.”</w:t>
      </w:r>
    </w:p>
    <w:p w14:paraId="0193EC19" w14:textId="77777777" w:rsidR="001A5159" w:rsidRDefault="00000000">
      <w:r>
        <w:rPr>
          <w:rFonts w:ascii="Garamond" w:hAnsi="Garamond"/>
          <w:sz w:val="24"/>
        </w:rPr>
        <w:t>If you want, run them through:</w:t>
      </w:r>
    </w:p>
    <w:p w14:paraId="22D51F93" w14:textId="77777777" w:rsidR="001A5159" w:rsidRDefault="00000000">
      <w:r>
        <w:rPr>
          <w:rFonts w:ascii="Garamond" w:hAnsi="Garamond"/>
          <w:sz w:val="24"/>
        </w:rPr>
        <w:t>EverBee</w:t>
      </w:r>
    </w:p>
    <w:p w14:paraId="65290F7C" w14:textId="77777777" w:rsidR="001A5159" w:rsidRDefault="00000000">
      <w:r>
        <w:rPr>
          <w:rFonts w:ascii="Garamond" w:hAnsi="Garamond"/>
          <w:sz w:val="24"/>
        </w:rPr>
        <w:t>Helium10</w:t>
      </w:r>
    </w:p>
    <w:p w14:paraId="7343FF84" w14:textId="77777777" w:rsidR="001A5159" w:rsidRDefault="00000000">
      <w:r>
        <w:rPr>
          <w:rFonts w:ascii="Garamond" w:hAnsi="Garamond"/>
          <w:sz w:val="24"/>
        </w:rPr>
        <w:t>EtsyRank</w:t>
      </w:r>
    </w:p>
    <w:p w14:paraId="12AE7007" w14:textId="77777777" w:rsidR="001A5159" w:rsidRDefault="001A5159"/>
    <w:p w14:paraId="490C86CC" w14:textId="77777777" w:rsidR="001A5159" w:rsidRDefault="00000000">
      <w:r>
        <w:rPr>
          <w:rFonts w:ascii="Garamond" w:hAnsi="Garamond"/>
          <w:sz w:val="24"/>
        </w:rPr>
        <w:t xml:space="preserve">STEP 4 — Convert Features </w:t>
      </w:r>
      <w:proofErr w:type="gramStart"/>
      <w:r>
        <w:rPr>
          <w:rFonts w:ascii="Garamond" w:hAnsi="Garamond"/>
          <w:sz w:val="24"/>
        </w:rPr>
        <w:t>Into</w:t>
      </w:r>
      <w:proofErr w:type="gramEnd"/>
      <w:r>
        <w:rPr>
          <w:rFonts w:ascii="Garamond" w:hAnsi="Garamond"/>
          <w:sz w:val="24"/>
        </w:rPr>
        <w:t xml:space="preserve"> Benefits</w:t>
      </w:r>
    </w:p>
    <w:p w14:paraId="009C1A2D" w14:textId="77777777" w:rsidR="001A5159" w:rsidRDefault="00000000">
      <w:r>
        <w:rPr>
          <w:rFonts w:ascii="Garamond" w:hAnsi="Garamond"/>
          <w:sz w:val="24"/>
        </w:rPr>
        <w:t>Prompt:</w:t>
      </w:r>
    </w:p>
    <w:p w14:paraId="7FA4F08F" w14:textId="77777777" w:rsidR="001A5159" w:rsidRDefault="00000000">
      <w:r>
        <w:rPr>
          <w:rFonts w:ascii="Garamond" w:hAnsi="Garamond"/>
          <w:sz w:val="24"/>
        </w:rPr>
        <w:t>“Turn these features into emotional, outcome-focused benefit statements.”</w:t>
      </w:r>
    </w:p>
    <w:p w14:paraId="75AD9156" w14:textId="77777777" w:rsidR="001A5159" w:rsidRDefault="00000000">
      <w:r>
        <w:rPr>
          <w:rFonts w:ascii="Garamond" w:hAnsi="Garamond"/>
          <w:sz w:val="24"/>
        </w:rPr>
        <w:t>This is where listings go from “meh” → “wow.”</w:t>
      </w:r>
    </w:p>
    <w:p w14:paraId="1EAD917F" w14:textId="77777777" w:rsidR="001A5159" w:rsidRDefault="001A5159"/>
    <w:p w14:paraId="03B3755B" w14:textId="77777777" w:rsidR="001A5159" w:rsidRDefault="00000000">
      <w:r>
        <w:rPr>
          <w:rFonts w:ascii="Garamond" w:hAnsi="Garamond"/>
          <w:sz w:val="24"/>
        </w:rPr>
        <w:t>STEP 5 — Write the Listing</w:t>
      </w:r>
    </w:p>
    <w:p w14:paraId="16A9CAB9" w14:textId="77777777" w:rsidR="001A5159" w:rsidRDefault="00000000">
      <w:r>
        <w:rPr>
          <w:rFonts w:ascii="Garamond" w:hAnsi="Garamond"/>
          <w:sz w:val="24"/>
        </w:rPr>
        <w:t>Ask AI:</w:t>
      </w:r>
    </w:p>
    <w:p w14:paraId="0AD2EA8F" w14:textId="77777777" w:rsidR="001A5159" w:rsidRDefault="00000000">
      <w:r>
        <w:rPr>
          <w:rFonts w:ascii="Garamond" w:hAnsi="Garamond"/>
          <w:sz w:val="24"/>
        </w:rPr>
        <w:t>“Write an Amazon listing description using a confident, clear, conversion-focused tone. Include sensory details, examples, and a strong CTA.”</w:t>
      </w:r>
    </w:p>
    <w:p w14:paraId="587D3123" w14:textId="77777777" w:rsidR="001A5159" w:rsidRDefault="001A5159"/>
    <w:p w14:paraId="55D2E69A" w14:textId="77777777" w:rsidR="001A5159" w:rsidRDefault="00000000">
      <w:r>
        <w:rPr>
          <w:rFonts w:ascii="Garamond" w:hAnsi="Garamond"/>
          <w:sz w:val="24"/>
        </w:rPr>
        <w:t>STEP 6 — Add Bullets</w:t>
      </w:r>
    </w:p>
    <w:p w14:paraId="16E58873" w14:textId="77777777" w:rsidR="001A5159" w:rsidRDefault="00000000">
      <w:r>
        <w:rPr>
          <w:rFonts w:ascii="Garamond" w:hAnsi="Garamond"/>
          <w:sz w:val="24"/>
        </w:rPr>
        <w:t>Prompt:</w:t>
      </w:r>
    </w:p>
    <w:p w14:paraId="7EB069D5" w14:textId="77777777" w:rsidR="001A5159" w:rsidRDefault="00000000">
      <w:r>
        <w:rPr>
          <w:rFonts w:ascii="Garamond" w:hAnsi="Garamond"/>
          <w:sz w:val="24"/>
        </w:rPr>
        <w:t>“Write 5 high-impact bullet points. Start with benefit caps (ALL CAPS), then include detailed supporting text.”</w:t>
      </w:r>
    </w:p>
    <w:p w14:paraId="50D90A36" w14:textId="77777777" w:rsidR="001A5159" w:rsidRDefault="001A5159"/>
    <w:p w14:paraId="3169A0F2" w14:textId="77777777" w:rsidR="001A5159" w:rsidRDefault="00000000">
      <w:r>
        <w:rPr>
          <w:rFonts w:ascii="Garamond" w:hAnsi="Garamond"/>
          <w:sz w:val="24"/>
        </w:rPr>
        <w:t>STEP 7 — Optimize &amp; Edit</w:t>
      </w:r>
    </w:p>
    <w:p w14:paraId="3C5029E6" w14:textId="77777777" w:rsidR="001A5159" w:rsidRDefault="00000000">
      <w:r>
        <w:rPr>
          <w:rFonts w:ascii="Garamond" w:hAnsi="Garamond"/>
          <w:sz w:val="24"/>
        </w:rPr>
        <w:t>Ask:</w:t>
      </w:r>
    </w:p>
    <w:p w14:paraId="6A64290E" w14:textId="77777777" w:rsidR="001A5159" w:rsidRDefault="00000000">
      <w:r>
        <w:rPr>
          <w:rFonts w:ascii="Garamond" w:hAnsi="Garamond"/>
          <w:sz w:val="24"/>
        </w:rPr>
        <w:t>“Shorten.”</w:t>
      </w:r>
    </w:p>
    <w:p w14:paraId="1F87E963" w14:textId="77777777" w:rsidR="001A5159" w:rsidRDefault="00000000">
      <w:r>
        <w:rPr>
          <w:rFonts w:ascii="Garamond" w:hAnsi="Garamond"/>
          <w:sz w:val="24"/>
        </w:rPr>
        <w:t>“Add emotion.”</w:t>
      </w:r>
    </w:p>
    <w:p w14:paraId="3C1132A3" w14:textId="77777777" w:rsidR="001A5159" w:rsidRDefault="00000000">
      <w:r>
        <w:rPr>
          <w:rFonts w:ascii="Garamond" w:hAnsi="Garamond"/>
          <w:sz w:val="24"/>
        </w:rPr>
        <w:t>“Add urgency.”</w:t>
      </w:r>
    </w:p>
    <w:p w14:paraId="7AD06F7A" w14:textId="77777777" w:rsidR="001A5159" w:rsidRDefault="00000000">
      <w:r>
        <w:rPr>
          <w:rFonts w:ascii="Garamond" w:hAnsi="Garamond"/>
          <w:sz w:val="24"/>
        </w:rPr>
        <w:t>“Make this more scannable.”</w:t>
      </w:r>
    </w:p>
    <w:p w14:paraId="29519A7A" w14:textId="77777777" w:rsidR="001A5159" w:rsidRDefault="00000000">
      <w:r>
        <w:rPr>
          <w:rFonts w:ascii="Garamond" w:hAnsi="Garamond"/>
          <w:sz w:val="24"/>
        </w:rPr>
        <w:t>“Rewrite for Etsy / Amazon / Shopify.”</w:t>
      </w:r>
    </w:p>
    <w:p w14:paraId="3A9FF73D" w14:textId="77777777" w:rsidR="001A5159" w:rsidRDefault="001A5159"/>
    <w:p w14:paraId="25DCAC7D" w14:textId="77777777" w:rsidR="001A5159" w:rsidRDefault="00000000">
      <w:r>
        <w:rPr>
          <w:rFonts w:ascii="Garamond" w:hAnsi="Garamond"/>
          <w:sz w:val="24"/>
        </w:rPr>
        <w:t>STEP 8 — Deliver</w:t>
      </w:r>
    </w:p>
    <w:p w14:paraId="1DD1FC46" w14:textId="77777777" w:rsidR="001A5159" w:rsidRDefault="00000000">
      <w:r>
        <w:rPr>
          <w:rFonts w:ascii="Garamond" w:hAnsi="Garamond"/>
          <w:sz w:val="24"/>
        </w:rPr>
        <w:t>Deliver:</w:t>
      </w:r>
    </w:p>
    <w:p w14:paraId="1BC7BA23" w14:textId="77777777" w:rsidR="001A5159" w:rsidRDefault="00000000">
      <w:r>
        <w:rPr>
          <w:rFonts w:ascii="Garamond" w:hAnsi="Garamond"/>
          <w:sz w:val="24"/>
        </w:rPr>
        <w:t>Google Doc</w:t>
      </w:r>
    </w:p>
    <w:p w14:paraId="583C86BD" w14:textId="77777777" w:rsidR="001A5159" w:rsidRDefault="00000000">
      <w:r>
        <w:rPr>
          <w:rFonts w:ascii="Garamond" w:hAnsi="Garamond"/>
          <w:sz w:val="24"/>
        </w:rPr>
        <w:t>SEO keyword list</w:t>
      </w:r>
    </w:p>
    <w:p w14:paraId="2509D914" w14:textId="77777777" w:rsidR="001A5159" w:rsidRDefault="00000000">
      <w:r>
        <w:rPr>
          <w:rFonts w:ascii="Garamond" w:hAnsi="Garamond"/>
          <w:sz w:val="24"/>
        </w:rPr>
        <w:t>alternate product titles</w:t>
      </w:r>
    </w:p>
    <w:p w14:paraId="05D994A2" w14:textId="77777777" w:rsidR="001A5159" w:rsidRDefault="00000000">
      <w:r>
        <w:rPr>
          <w:rFonts w:ascii="Garamond" w:hAnsi="Garamond"/>
          <w:sz w:val="24"/>
        </w:rPr>
        <w:t>variant descriptions</w:t>
      </w:r>
    </w:p>
    <w:p w14:paraId="0727BF74" w14:textId="77777777" w:rsidR="001A5159" w:rsidRDefault="00000000">
      <w:r>
        <w:rPr>
          <w:rFonts w:ascii="Garamond" w:hAnsi="Garamond"/>
          <w:sz w:val="24"/>
        </w:rPr>
        <w:t>This looks extremely professional.</w:t>
      </w:r>
    </w:p>
    <w:p w14:paraId="1AE88C40" w14:textId="77777777" w:rsidR="001A5159" w:rsidRDefault="001A5159"/>
    <w:p w14:paraId="6659352F" w14:textId="77777777" w:rsidR="001A5159" w:rsidRDefault="00000000">
      <w:r>
        <w:rPr>
          <w:rFonts w:ascii="Garamond" w:hAnsi="Garamond"/>
          <w:sz w:val="24"/>
        </w:rPr>
        <w:t>Beginner Proof Portfolio</w:t>
      </w:r>
    </w:p>
    <w:p w14:paraId="075A4649" w14:textId="77777777" w:rsidR="001A5159" w:rsidRDefault="00000000">
      <w:r>
        <w:rPr>
          <w:rFonts w:ascii="Garamond" w:hAnsi="Garamond"/>
          <w:sz w:val="24"/>
        </w:rPr>
        <w:t>Create:</w:t>
      </w:r>
    </w:p>
    <w:p w14:paraId="2D471BD0" w14:textId="77777777" w:rsidR="001A5159" w:rsidRDefault="00000000">
      <w:r>
        <w:rPr>
          <w:rFonts w:ascii="Garamond" w:hAnsi="Garamond"/>
          <w:sz w:val="24"/>
        </w:rPr>
        <w:t>1 Amazon listing</w:t>
      </w:r>
    </w:p>
    <w:p w14:paraId="1C02C45F" w14:textId="77777777" w:rsidR="001A5159" w:rsidRDefault="00000000">
      <w:r>
        <w:rPr>
          <w:rFonts w:ascii="Garamond" w:hAnsi="Garamond"/>
          <w:sz w:val="24"/>
        </w:rPr>
        <w:t>1 Etsy listing</w:t>
      </w:r>
    </w:p>
    <w:p w14:paraId="313420C4" w14:textId="77777777" w:rsidR="001A5159" w:rsidRDefault="00000000">
      <w:r>
        <w:rPr>
          <w:rFonts w:ascii="Garamond" w:hAnsi="Garamond"/>
          <w:sz w:val="24"/>
        </w:rPr>
        <w:t>1 Shopify description</w:t>
      </w:r>
    </w:p>
    <w:p w14:paraId="37D9D825" w14:textId="77777777" w:rsidR="001A5159" w:rsidRDefault="00000000">
      <w:r>
        <w:rPr>
          <w:rFonts w:ascii="Garamond" w:hAnsi="Garamond"/>
          <w:sz w:val="24"/>
        </w:rPr>
        <w:t>1 product comparison chart</w:t>
      </w:r>
    </w:p>
    <w:p w14:paraId="3B45CE38" w14:textId="77777777" w:rsidR="001A5159" w:rsidRDefault="00000000">
      <w:r>
        <w:rPr>
          <w:rFonts w:ascii="Garamond" w:hAnsi="Garamond"/>
          <w:sz w:val="24"/>
        </w:rPr>
        <w:t>Instant credibility.</w:t>
      </w:r>
    </w:p>
    <w:p w14:paraId="00051ED4" w14:textId="77777777" w:rsidR="001A5159" w:rsidRDefault="001A5159"/>
    <w:p w14:paraId="5F7C4E61" w14:textId="77777777" w:rsidR="001A5159" w:rsidRDefault="00000000">
      <w:r>
        <w:rPr>
          <w:rFonts w:ascii="Garamond" w:hAnsi="Garamond"/>
          <w:sz w:val="24"/>
        </w:rPr>
        <w:t>Pricing Guide</w:t>
      </w:r>
    </w:p>
    <w:p w14:paraId="3ED7D541" w14:textId="77777777" w:rsidR="001A5159" w:rsidRDefault="00000000">
      <w:r>
        <w:rPr>
          <w:rFonts w:ascii="Garamond" w:hAnsi="Garamond"/>
          <w:sz w:val="24"/>
        </w:rPr>
        <w:t>Beginners:</w:t>
      </w:r>
    </w:p>
    <w:p w14:paraId="791CE32B" w14:textId="77777777" w:rsidR="001A5159" w:rsidRDefault="00000000">
      <w:r>
        <w:rPr>
          <w:rFonts w:ascii="Garamond" w:hAnsi="Garamond"/>
          <w:sz w:val="24"/>
        </w:rPr>
        <w:t>$15–$25 per description</w:t>
      </w:r>
    </w:p>
    <w:p w14:paraId="6443F08A" w14:textId="77777777" w:rsidR="001A5159" w:rsidRDefault="00000000">
      <w:r>
        <w:rPr>
          <w:rFonts w:ascii="Garamond" w:hAnsi="Garamond"/>
          <w:sz w:val="24"/>
        </w:rPr>
        <w:t>$25–$40 optimized listings</w:t>
      </w:r>
    </w:p>
    <w:p w14:paraId="1D6FCB28" w14:textId="77777777" w:rsidR="001A5159" w:rsidRDefault="00000000">
      <w:r>
        <w:rPr>
          <w:rFonts w:ascii="Garamond" w:hAnsi="Garamond"/>
          <w:sz w:val="24"/>
        </w:rPr>
        <w:t>Intermediate:</w:t>
      </w:r>
    </w:p>
    <w:p w14:paraId="64D17C05" w14:textId="77777777" w:rsidR="001A5159" w:rsidRDefault="00000000">
      <w:r>
        <w:rPr>
          <w:rFonts w:ascii="Garamond" w:hAnsi="Garamond"/>
          <w:sz w:val="24"/>
        </w:rPr>
        <w:t>$50–$125 full listing packages</w:t>
      </w:r>
    </w:p>
    <w:p w14:paraId="538FB863" w14:textId="77777777" w:rsidR="001A5159" w:rsidRDefault="00000000">
      <w:r>
        <w:rPr>
          <w:rFonts w:ascii="Garamond" w:hAnsi="Garamond"/>
          <w:sz w:val="24"/>
        </w:rPr>
        <w:t>$100–$300 bundles</w:t>
      </w:r>
    </w:p>
    <w:p w14:paraId="4BA18F5F" w14:textId="77777777" w:rsidR="001A5159" w:rsidRDefault="00000000">
      <w:r>
        <w:rPr>
          <w:rFonts w:ascii="Garamond" w:hAnsi="Garamond"/>
          <w:sz w:val="24"/>
        </w:rPr>
        <w:t>Pro:</w:t>
      </w:r>
    </w:p>
    <w:p w14:paraId="10060E73" w14:textId="77777777" w:rsidR="001A5159" w:rsidRDefault="00000000">
      <w:r>
        <w:rPr>
          <w:rFonts w:ascii="Garamond" w:hAnsi="Garamond"/>
          <w:sz w:val="24"/>
        </w:rPr>
        <w:t>$300–$1,000+ e-commerce listing packages</w:t>
      </w:r>
    </w:p>
    <w:p w14:paraId="53650A92" w14:textId="77777777" w:rsidR="001A5159" w:rsidRDefault="00000000">
      <w:r>
        <w:rPr>
          <w:rFonts w:ascii="Garamond" w:hAnsi="Garamond"/>
          <w:sz w:val="24"/>
        </w:rPr>
        <w:t>$1,200+/month brand retainer</w:t>
      </w:r>
    </w:p>
    <w:p w14:paraId="6653771A" w14:textId="77777777" w:rsidR="001A5159" w:rsidRDefault="00000000">
      <w:r>
        <w:rPr>
          <w:rFonts w:ascii="Garamond" w:hAnsi="Garamond"/>
          <w:sz w:val="24"/>
        </w:rPr>
        <w:t>E-commerce owners PAY because listings directly increase revenue.</w:t>
      </w:r>
    </w:p>
    <w:p w14:paraId="2B0D0826" w14:textId="77777777" w:rsidR="001A5159" w:rsidRDefault="001A5159"/>
    <w:p w14:paraId="2DFE5C44" w14:textId="77777777" w:rsidR="001A5159" w:rsidRDefault="00000000">
      <w:r>
        <w:rPr>
          <w:rFonts w:ascii="Garamond" w:hAnsi="Garamond"/>
          <w:sz w:val="24"/>
        </w:rPr>
        <w:t>Pro Accelerators</w:t>
      </w:r>
    </w:p>
    <w:p w14:paraId="12267AF7" w14:textId="77777777" w:rsidR="001A5159" w:rsidRDefault="00000000">
      <w:r>
        <w:rPr>
          <w:rFonts w:ascii="Garamond" w:hAnsi="Garamond"/>
          <w:sz w:val="24"/>
        </w:rPr>
        <w:t xml:space="preserve">A+ content </w:t>
      </w:r>
      <w:proofErr w:type="gramStart"/>
      <w:r>
        <w:rPr>
          <w:rFonts w:ascii="Garamond" w:hAnsi="Garamond"/>
          <w:sz w:val="24"/>
        </w:rPr>
        <w:t>suggestions</w:t>
      </w:r>
      <w:proofErr w:type="gramEnd"/>
    </w:p>
    <w:p w14:paraId="69481C89" w14:textId="77777777" w:rsidR="001A5159" w:rsidRDefault="00000000">
      <w:r>
        <w:rPr>
          <w:rFonts w:ascii="Garamond" w:hAnsi="Garamond"/>
          <w:sz w:val="24"/>
        </w:rPr>
        <w:t>premium bullet packs</w:t>
      </w:r>
    </w:p>
    <w:p w14:paraId="0E7BA690" w14:textId="77777777" w:rsidR="001A5159" w:rsidRDefault="00000000">
      <w:r>
        <w:rPr>
          <w:rFonts w:ascii="Garamond" w:hAnsi="Garamond"/>
          <w:sz w:val="24"/>
        </w:rPr>
        <w:t>optimized FAQ sections</w:t>
      </w:r>
    </w:p>
    <w:p w14:paraId="38B1A047" w14:textId="77777777" w:rsidR="001A5159" w:rsidRDefault="00000000">
      <w:r>
        <w:rPr>
          <w:rFonts w:ascii="Garamond" w:hAnsi="Garamond"/>
          <w:sz w:val="24"/>
        </w:rPr>
        <w:lastRenderedPageBreak/>
        <w:t>keyword research add-ons</w:t>
      </w:r>
    </w:p>
    <w:p w14:paraId="115EA5F4" w14:textId="77777777" w:rsidR="001A5159" w:rsidRDefault="00000000">
      <w:r>
        <w:rPr>
          <w:rFonts w:ascii="Garamond" w:hAnsi="Garamond"/>
          <w:sz w:val="24"/>
        </w:rPr>
        <w:t>listing makeover packages</w:t>
      </w:r>
    </w:p>
    <w:p w14:paraId="7711332A" w14:textId="77777777" w:rsidR="001A5159" w:rsidRDefault="00000000">
      <w:r>
        <w:rPr>
          <w:rFonts w:ascii="Garamond" w:hAnsi="Garamond"/>
          <w:sz w:val="24"/>
        </w:rPr>
        <w:t>cross-</w:t>
      </w:r>
      <w:proofErr w:type="gramStart"/>
      <w:r>
        <w:rPr>
          <w:rFonts w:ascii="Garamond" w:hAnsi="Garamond"/>
          <w:sz w:val="24"/>
        </w:rPr>
        <w:t>sell</w:t>
      </w:r>
      <w:proofErr w:type="gramEnd"/>
      <w:r>
        <w:rPr>
          <w:rFonts w:ascii="Garamond" w:hAnsi="Garamond"/>
          <w:sz w:val="24"/>
        </w:rPr>
        <w:t xml:space="preserve"> strategies</w:t>
      </w:r>
    </w:p>
    <w:p w14:paraId="69E4D4EE" w14:textId="77777777" w:rsidR="001A5159" w:rsidRDefault="00000000">
      <w:r>
        <w:rPr>
          <w:rFonts w:ascii="Garamond" w:hAnsi="Garamond"/>
          <w:sz w:val="24"/>
        </w:rPr>
        <w:t>product comparison graphics</w:t>
      </w:r>
    </w:p>
    <w:p w14:paraId="0AC9A646" w14:textId="77777777" w:rsidR="001A5159" w:rsidRDefault="00000000">
      <w:proofErr w:type="gramStart"/>
      <w:r>
        <w:rPr>
          <w:rFonts w:ascii="Garamond" w:hAnsi="Garamond"/>
          <w:sz w:val="24"/>
        </w:rPr>
        <w:t>upsell</w:t>
      </w:r>
      <w:proofErr w:type="gramEnd"/>
      <w:r>
        <w:rPr>
          <w:rFonts w:ascii="Garamond" w:hAnsi="Garamond"/>
          <w:sz w:val="24"/>
        </w:rPr>
        <w:t xml:space="preserve"> offer </w:t>
      </w:r>
      <w:proofErr w:type="gramStart"/>
      <w:r>
        <w:rPr>
          <w:rFonts w:ascii="Garamond" w:hAnsi="Garamond"/>
          <w:sz w:val="24"/>
        </w:rPr>
        <w:t>copy</w:t>
      </w:r>
      <w:proofErr w:type="gramEnd"/>
    </w:p>
    <w:p w14:paraId="74FC8FE9" w14:textId="77777777" w:rsidR="001A5159" w:rsidRDefault="00000000">
      <w:r>
        <w:rPr>
          <w:rFonts w:ascii="Garamond" w:hAnsi="Garamond"/>
          <w:sz w:val="24"/>
        </w:rPr>
        <w:t>Each one boosts your income potential.</w:t>
      </w:r>
    </w:p>
    <w:p w14:paraId="1829DE99" w14:textId="77777777" w:rsidR="001A5159" w:rsidRDefault="001A5159"/>
    <w:p w14:paraId="194D5E4A" w14:textId="77777777" w:rsidR="001A5159" w:rsidRDefault="00000000">
      <w:r>
        <w:rPr>
          <w:rFonts w:ascii="Garamond" w:hAnsi="Garamond"/>
          <w:sz w:val="24"/>
        </w:rPr>
        <w:t>MICRO CASE STUDY — BLUEPRINT TWELVE</w:t>
      </w:r>
    </w:p>
    <w:p w14:paraId="4826F408" w14:textId="77777777" w:rsidR="001A5159" w:rsidRDefault="00000000">
      <w:r>
        <w:rPr>
          <w:rFonts w:ascii="Garamond" w:hAnsi="Garamond"/>
          <w:sz w:val="24"/>
        </w:rPr>
        <w:t>Case Study: Etsy Seller Gains 300% More Sales After a Single Listing Rewrite</w:t>
      </w:r>
    </w:p>
    <w:p w14:paraId="196CA4C2" w14:textId="77777777" w:rsidR="001A5159" w:rsidRDefault="00000000">
      <w:r>
        <w:rPr>
          <w:rFonts w:ascii="Garamond" w:hAnsi="Garamond"/>
          <w:sz w:val="24"/>
        </w:rPr>
        <w:t>Olivia ran a tiny Etsy shop selling handmade planners.</w:t>
      </w:r>
      <w:r>
        <w:rPr>
          <w:rFonts w:ascii="Garamond" w:hAnsi="Garamond"/>
          <w:sz w:val="24"/>
        </w:rPr>
        <w:br/>
        <w:t xml:space="preserve">Her designs were good — but her </w:t>
      </w:r>
      <w:proofErr w:type="gramStart"/>
      <w:r>
        <w:rPr>
          <w:rFonts w:ascii="Garamond" w:hAnsi="Garamond"/>
          <w:sz w:val="24"/>
        </w:rPr>
        <w:t>listings were</w:t>
      </w:r>
      <w:proofErr w:type="gramEnd"/>
      <w:r>
        <w:rPr>
          <w:rFonts w:ascii="Garamond" w:hAnsi="Garamond"/>
          <w:sz w:val="24"/>
        </w:rPr>
        <w:t xml:space="preserve"> terrible.</w:t>
      </w:r>
    </w:p>
    <w:p w14:paraId="77F975BF" w14:textId="77777777" w:rsidR="001A5159" w:rsidRDefault="00000000">
      <w:r>
        <w:rPr>
          <w:rFonts w:ascii="Garamond" w:hAnsi="Garamond"/>
          <w:sz w:val="24"/>
        </w:rPr>
        <w:t>She followed Blueprint 12 exactly:</w:t>
      </w:r>
    </w:p>
    <w:p w14:paraId="38272755" w14:textId="77777777" w:rsidR="001A5159" w:rsidRDefault="00000000">
      <w:r>
        <w:rPr>
          <w:rFonts w:ascii="Garamond" w:hAnsi="Garamond"/>
          <w:sz w:val="24"/>
        </w:rPr>
        <w:t xml:space="preserve">analyzed top </w:t>
      </w:r>
      <w:proofErr w:type="gramStart"/>
      <w:r>
        <w:rPr>
          <w:rFonts w:ascii="Garamond" w:hAnsi="Garamond"/>
          <w:sz w:val="24"/>
        </w:rPr>
        <w:t>competitors</w:t>
      </w:r>
      <w:proofErr w:type="gramEnd"/>
    </w:p>
    <w:p w14:paraId="511CC6F6" w14:textId="77777777" w:rsidR="001A5159" w:rsidRDefault="00000000">
      <w:r>
        <w:rPr>
          <w:rFonts w:ascii="Garamond" w:hAnsi="Garamond"/>
          <w:sz w:val="24"/>
        </w:rPr>
        <w:t xml:space="preserve">created SEO keywords using </w:t>
      </w:r>
      <w:proofErr w:type="gramStart"/>
      <w:r>
        <w:rPr>
          <w:rFonts w:ascii="Garamond" w:hAnsi="Garamond"/>
          <w:sz w:val="24"/>
        </w:rPr>
        <w:t>AI</w:t>
      </w:r>
      <w:proofErr w:type="gramEnd"/>
    </w:p>
    <w:p w14:paraId="5809B876" w14:textId="77777777" w:rsidR="001A5159" w:rsidRDefault="00000000">
      <w:r>
        <w:rPr>
          <w:rFonts w:ascii="Garamond" w:hAnsi="Garamond"/>
          <w:sz w:val="24"/>
        </w:rPr>
        <w:t xml:space="preserve">rewrote her </w:t>
      </w:r>
      <w:proofErr w:type="gramStart"/>
      <w:r>
        <w:rPr>
          <w:rFonts w:ascii="Garamond" w:hAnsi="Garamond"/>
          <w:sz w:val="24"/>
        </w:rPr>
        <w:t>titles</w:t>
      </w:r>
      <w:proofErr w:type="gramEnd"/>
    </w:p>
    <w:p w14:paraId="07F672B1" w14:textId="77777777" w:rsidR="001A5159" w:rsidRDefault="00000000">
      <w:r>
        <w:rPr>
          <w:rFonts w:ascii="Garamond" w:hAnsi="Garamond"/>
          <w:sz w:val="24"/>
        </w:rPr>
        <w:t xml:space="preserve">added emotional benefit </w:t>
      </w:r>
      <w:proofErr w:type="gramStart"/>
      <w:r>
        <w:rPr>
          <w:rFonts w:ascii="Garamond" w:hAnsi="Garamond"/>
          <w:sz w:val="24"/>
        </w:rPr>
        <w:t>bullets</w:t>
      </w:r>
      <w:proofErr w:type="gramEnd"/>
    </w:p>
    <w:p w14:paraId="149AB264" w14:textId="77777777" w:rsidR="001A5159" w:rsidRDefault="00000000">
      <w:r>
        <w:rPr>
          <w:rFonts w:ascii="Garamond" w:hAnsi="Garamond"/>
          <w:sz w:val="24"/>
        </w:rPr>
        <w:t xml:space="preserve">wrote a clean, modern </w:t>
      </w:r>
      <w:proofErr w:type="gramStart"/>
      <w:r>
        <w:rPr>
          <w:rFonts w:ascii="Garamond" w:hAnsi="Garamond"/>
          <w:sz w:val="24"/>
        </w:rPr>
        <w:t>description</w:t>
      </w:r>
      <w:proofErr w:type="gramEnd"/>
    </w:p>
    <w:p w14:paraId="0DBA61C0" w14:textId="77777777" w:rsidR="001A5159" w:rsidRDefault="00000000">
      <w:r>
        <w:rPr>
          <w:rFonts w:ascii="Garamond" w:hAnsi="Garamond"/>
          <w:sz w:val="24"/>
        </w:rPr>
        <w:t xml:space="preserve">added a simple FAQ </w:t>
      </w:r>
      <w:proofErr w:type="gramStart"/>
      <w:r>
        <w:rPr>
          <w:rFonts w:ascii="Garamond" w:hAnsi="Garamond"/>
          <w:sz w:val="24"/>
        </w:rPr>
        <w:t>section</w:t>
      </w:r>
      <w:proofErr w:type="gramEnd"/>
    </w:p>
    <w:p w14:paraId="4244B7CD" w14:textId="77777777" w:rsidR="001A5159" w:rsidRDefault="00000000">
      <w:r>
        <w:rPr>
          <w:rFonts w:ascii="Garamond" w:hAnsi="Garamond"/>
          <w:sz w:val="24"/>
        </w:rPr>
        <w:t xml:space="preserve">included a comparison chart in </w:t>
      </w:r>
      <w:proofErr w:type="gramStart"/>
      <w:r>
        <w:rPr>
          <w:rFonts w:ascii="Garamond" w:hAnsi="Garamond"/>
          <w:sz w:val="24"/>
        </w:rPr>
        <w:t>Canva</w:t>
      </w:r>
      <w:proofErr w:type="gramEnd"/>
    </w:p>
    <w:p w14:paraId="614BFE06" w14:textId="77777777" w:rsidR="001A5159" w:rsidRDefault="00000000">
      <w:r>
        <w:rPr>
          <w:rFonts w:ascii="Garamond" w:hAnsi="Garamond"/>
          <w:sz w:val="24"/>
        </w:rPr>
        <w:t>She uploaded the new listing.</w:t>
      </w:r>
    </w:p>
    <w:p w14:paraId="3B5D221E" w14:textId="77777777" w:rsidR="001A5159" w:rsidRDefault="00000000">
      <w:r>
        <w:rPr>
          <w:rFonts w:ascii="Garamond" w:hAnsi="Garamond"/>
          <w:sz w:val="24"/>
        </w:rPr>
        <w:t>Within 48 hours:</w:t>
      </w:r>
    </w:p>
    <w:p w14:paraId="7EF2AEFD" w14:textId="77777777" w:rsidR="001A5159" w:rsidRDefault="00000000">
      <w:r>
        <w:rPr>
          <w:rFonts w:ascii="Garamond" w:hAnsi="Garamond"/>
          <w:sz w:val="24"/>
        </w:rPr>
        <w:t>her views doubled</w:t>
      </w:r>
    </w:p>
    <w:p w14:paraId="3F3014CC" w14:textId="77777777" w:rsidR="001A5159" w:rsidRDefault="00000000">
      <w:r>
        <w:rPr>
          <w:rFonts w:ascii="Garamond" w:hAnsi="Garamond"/>
          <w:sz w:val="24"/>
        </w:rPr>
        <w:t>her favorites tripled</w:t>
      </w:r>
    </w:p>
    <w:p w14:paraId="329ABDBD" w14:textId="77777777" w:rsidR="001A5159" w:rsidRDefault="00000000">
      <w:r>
        <w:rPr>
          <w:rFonts w:ascii="Garamond" w:hAnsi="Garamond"/>
          <w:sz w:val="24"/>
        </w:rPr>
        <w:t xml:space="preserve">her first sale came </w:t>
      </w:r>
      <w:proofErr w:type="gramStart"/>
      <w:r>
        <w:rPr>
          <w:rFonts w:ascii="Garamond" w:hAnsi="Garamond"/>
          <w:sz w:val="24"/>
        </w:rPr>
        <w:t>in</w:t>
      </w:r>
      <w:proofErr w:type="gramEnd"/>
    </w:p>
    <w:p w14:paraId="756DB726" w14:textId="77777777" w:rsidR="001A5159" w:rsidRDefault="00000000">
      <w:r>
        <w:rPr>
          <w:rFonts w:ascii="Garamond" w:hAnsi="Garamond"/>
          <w:sz w:val="24"/>
        </w:rPr>
        <w:t>Within 30 days:</w:t>
      </w:r>
    </w:p>
    <w:p w14:paraId="0D18358D" w14:textId="77777777" w:rsidR="001A5159" w:rsidRDefault="00000000">
      <w:r>
        <w:rPr>
          <w:rFonts w:ascii="Garamond" w:hAnsi="Garamond"/>
          <w:sz w:val="24"/>
        </w:rPr>
        <w:t xml:space="preserve">her monthly revenue increased </w:t>
      </w:r>
      <w:proofErr w:type="gramStart"/>
      <w:r>
        <w:rPr>
          <w:rFonts w:ascii="Garamond" w:hAnsi="Garamond"/>
          <w:sz w:val="24"/>
        </w:rPr>
        <w:t>300%</w:t>
      </w:r>
      <w:proofErr w:type="gramEnd"/>
    </w:p>
    <w:p w14:paraId="74CB28BA" w14:textId="77777777" w:rsidR="001A5159" w:rsidRDefault="00000000">
      <w:r>
        <w:rPr>
          <w:rFonts w:ascii="Garamond" w:hAnsi="Garamond"/>
          <w:sz w:val="24"/>
        </w:rPr>
        <w:lastRenderedPageBreak/>
        <w:t xml:space="preserve">three other sellers hired her to rewrite their </w:t>
      </w:r>
      <w:proofErr w:type="gramStart"/>
      <w:r>
        <w:rPr>
          <w:rFonts w:ascii="Garamond" w:hAnsi="Garamond"/>
          <w:sz w:val="24"/>
        </w:rPr>
        <w:t>listings</w:t>
      </w:r>
      <w:proofErr w:type="gramEnd"/>
    </w:p>
    <w:p w14:paraId="30E664DA" w14:textId="77777777" w:rsidR="001A5159" w:rsidRDefault="00000000">
      <w:r>
        <w:rPr>
          <w:rFonts w:ascii="Garamond" w:hAnsi="Garamond"/>
          <w:sz w:val="24"/>
        </w:rPr>
        <w:t xml:space="preserve">she made $220 rewriting product </w:t>
      </w:r>
      <w:proofErr w:type="gramStart"/>
      <w:r>
        <w:rPr>
          <w:rFonts w:ascii="Garamond" w:hAnsi="Garamond"/>
          <w:sz w:val="24"/>
        </w:rPr>
        <w:t>descriptions</w:t>
      </w:r>
      <w:proofErr w:type="gramEnd"/>
    </w:p>
    <w:p w14:paraId="11B7CDA6" w14:textId="77777777" w:rsidR="001A5159" w:rsidRDefault="00000000">
      <w:r>
        <w:rPr>
          <w:rFonts w:ascii="Garamond" w:hAnsi="Garamond"/>
          <w:sz w:val="24"/>
        </w:rPr>
        <w:t>Her message:</w:t>
      </w:r>
    </w:p>
    <w:p w14:paraId="53591399" w14:textId="77777777" w:rsidR="001A5159" w:rsidRDefault="00000000">
      <w:r>
        <w:rPr>
          <w:rFonts w:ascii="Garamond" w:hAnsi="Garamond"/>
          <w:sz w:val="24"/>
        </w:rPr>
        <w:t>“I didn’t change my product.</w:t>
      </w:r>
      <w:r>
        <w:rPr>
          <w:rFonts w:ascii="Garamond" w:hAnsi="Garamond"/>
          <w:sz w:val="24"/>
        </w:rPr>
        <w:br/>
        <w:t>I only changed my words — and everything changed.”</w:t>
      </w:r>
    </w:p>
    <w:p w14:paraId="1B51BA90" w14:textId="77777777" w:rsidR="001A5159" w:rsidRPr="0063351A" w:rsidRDefault="00000000" w:rsidP="0063351A">
      <w:pPr>
        <w:rPr>
          <w:sz w:val="24"/>
          <w:szCs w:val="24"/>
        </w:rPr>
      </w:pPr>
      <w:r w:rsidRPr="0063351A">
        <w:rPr>
          <w:rFonts w:ascii="Garamond" w:hAnsi="Garamond"/>
          <w:b/>
          <w:sz w:val="24"/>
          <w:szCs w:val="24"/>
        </w:rPr>
        <w:t>Blueprint 12 proves that writing better product descriptions is one of the most high-impact skills in e-commerce.</w:t>
      </w:r>
    </w:p>
    <w:p w14:paraId="22ADD675" w14:textId="77777777" w:rsidR="0063351A" w:rsidRDefault="0063351A">
      <w:pPr>
        <w:sectPr w:rsidR="0063351A" w:rsidSect="00034616">
          <w:pgSz w:w="12240" w:h="15840"/>
          <w:pgMar w:top="1440" w:right="1800" w:bottom="1440" w:left="1800" w:header="720" w:footer="720" w:gutter="0"/>
          <w:cols w:space="720"/>
          <w:docGrid w:linePitch="360"/>
        </w:sectPr>
      </w:pPr>
    </w:p>
    <w:p w14:paraId="296EE1F5" w14:textId="77777777" w:rsidR="001A5159" w:rsidRDefault="001A5159"/>
    <w:p w14:paraId="1DDF3DF6" w14:textId="77777777" w:rsidR="001A5159" w:rsidRPr="0063351A" w:rsidRDefault="00000000" w:rsidP="0063351A">
      <w:pPr>
        <w:pStyle w:val="Heading1"/>
        <w:rPr>
          <w:rFonts w:ascii="Garamond" w:hAnsi="Garamond"/>
          <w:color w:val="auto"/>
          <w:sz w:val="40"/>
          <w:szCs w:val="40"/>
        </w:rPr>
      </w:pPr>
      <w:bookmarkStart w:id="31" w:name="_Toc214830327"/>
      <w:r w:rsidRPr="0063351A">
        <w:rPr>
          <w:rFonts w:ascii="Garamond" w:hAnsi="Garamond"/>
          <w:color w:val="auto"/>
          <w:sz w:val="40"/>
          <w:szCs w:val="40"/>
        </w:rPr>
        <w:t>BLUEPRINT THIRTEEN — AI MICRO-PRODUCT &amp; LOW-TICKET OFFER BUILDER</w:t>
      </w:r>
      <w:bookmarkEnd w:id="31"/>
    </w:p>
    <w:p w14:paraId="1858C48F" w14:textId="77777777" w:rsidR="001A5159" w:rsidRPr="0063351A" w:rsidRDefault="00000000" w:rsidP="0063351A">
      <w:pPr>
        <w:pStyle w:val="Heading2"/>
        <w:rPr>
          <w:rFonts w:ascii="Garamond" w:hAnsi="Garamond"/>
          <w:color w:val="auto"/>
          <w:sz w:val="28"/>
          <w:szCs w:val="28"/>
        </w:rPr>
      </w:pPr>
      <w:bookmarkStart w:id="32" w:name="_Toc214830328"/>
      <w:r w:rsidRPr="0063351A">
        <w:rPr>
          <w:rFonts w:ascii="Garamond" w:hAnsi="Garamond"/>
          <w:color w:val="auto"/>
          <w:sz w:val="28"/>
          <w:szCs w:val="28"/>
        </w:rPr>
        <w:t>(The Blueprint That Generates Fast, Simple Digital Products That Sell on Repeat)</w:t>
      </w:r>
      <w:bookmarkEnd w:id="32"/>
    </w:p>
    <w:p w14:paraId="207972A6" w14:textId="77777777" w:rsidR="001A5159" w:rsidRDefault="00000000">
      <w:r>
        <w:rPr>
          <w:rFonts w:ascii="Garamond" w:hAnsi="Garamond"/>
          <w:sz w:val="24"/>
        </w:rPr>
        <w:t>Micro-products are the secret weapon of modern creators.</w:t>
      </w:r>
    </w:p>
    <w:p w14:paraId="6E3015D4" w14:textId="77777777" w:rsidR="001A5159" w:rsidRDefault="00000000">
      <w:r>
        <w:rPr>
          <w:rFonts w:ascii="Garamond" w:hAnsi="Garamond"/>
          <w:sz w:val="24"/>
        </w:rPr>
        <w:t>They’re small.</w:t>
      </w:r>
      <w:r>
        <w:rPr>
          <w:rFonts w:ascii="Garamond" w:hAnsi="Garamond"/>
          <w:sz w:val="24"/>
        </w:rPr>
        <w:br/>
        <w:t>They’re simple.</w:t>
      </w:r>
      <w:r>
        <w:rPr>
          <w:rFonts w:ascii="Garamond" w:hAnsi="Garamond"/>
          <w:sz w:val="24"/>
        </w:rPr>
        <w:br/>
        <w:t>They’re low-pressure.</w:t>
      </w:r>
      <w:r>
        <w:rPr>
          <w:rFonts w:ascii="Garamond" w:hAnsi="Garamond"/>
          <w:sz w:val="24"/>
        </w:rPr>
        <w:br/>
        <w:t>And they sell fast.</w:t>
      </w:r>
    </w:p>
    <w:p w14:paraId="45C269D1" w14:textId="77777777" w:rsidR="001A5159" w:rsidRDefault="00000000">
      <w:r>
        <w:rPr>
          <w:rFonts w:ascii="Garamond" w:hAnsi="Garamond"/>
          <w:sz w:val="24"/>
        </w:rPr>
        <w:t>This blueprint teaches you how to use AI to create $7–$27 low-ticket digital products that customers love because they’re:</w:t>
      </w:r>
    </w:p>
    <w:p w14:paraId="4E623DE2" w14:textId="77777777" w:rsidR="001A5159" w:rsidRDefault="00000000">
      <w:r>
        <w:rPr>
          <w:rFonts w:ascii="Garamond" w:hAnsi="Garamond"/>
          <w:sz w:val="24"/>
        </w:rPr>
        <w:t xml:space="preserve">easy to </w:t>
      </w:r>
      <w:proofErr w:type="gramStart"/>
      <w:r>
        <w:rPr>
          <w:rFonts w:ascii="Garamond" w:hAnsi="Garamond"/>
          <w:sz w:val="24"/>
        </w:rPr>
        <w:t>understand</w:t>
      </w:r>
      <w:proofErr w:type="gramEnd"/>
    </w:p>
    <w:p w14:paraId="29ECE177" w14:textId="77777777" w:rsidR="001A5159" w:rsidRDefault="00000000">
      <w:r>
        <w:rPr>
          <w:rFonts w:ascii="Garamond" w:hAnsi="Garamond"/>
          <w:sz w:val="24"/>
        </w:rPr>
        <w:t xml:space="preserve">quick to </w:t>
      </w:r>
      <w:proofErr w:type="gramStart"/>
      <w:r>
        <w:rPr>
          <w:rFonts w:ascii="Garamond" w:hAnsi="Garamond"/>
          <w:sz w:val="24"/>
        </w:rPr>
        <w:t>consume</w:t>
      </w:r>
      <w:proofErr w:type="gramEnd"/>
    </w:p>
    <w:p w14:paraId="7F926E50" w14:textId="77777777" w:rsidR="001A5159" w:rsidRDefault="00000000">
      <w:r>
        <w:rPr>
          <w:rFonts w:ascii="Garamond" w:hAnsi="Garamond"/>
          <w:sz w:val="24"/>
        </w:rPr>
        <w:t>highly practical</w:t>
      </w:r>
    </w:p>
    <w:p w14:paraId="2F9EFC55" w14:textId="77777777" w:rsidR="001A5159" w:rsidRDefault="00000000">
      <w:r>
        <w:rPr>
          <w:rFonts w:ascii="Garamond" w:hAnsi="Garamond"/>
          <w:sz w:val="24"/>
        </w:rPr>
        <w:t>instantly actionable</w:t>
      </w:r>
    </w:p>
    <w:p w14:paraId="014319BB" w14:textId="77777777" w:rsidR="001A5159" w:rsidRDefault="00000000">
      <w:r>
        <w:rPr>
          <w:rFonts w:ascii="Garamond" w:hAnsi="Garamond"/>
          <w:sz w:val="24"/>
        </w:rPr>
        <w:t xml:space="preserve">You’ll build micro-offers that people can buy without </w:t>
      </w:r>
      <w:proofErr w:type="gramStart"/>
      <w:r>
        <w:rPr>
          <w:rFonts w:ascii="Garamond" w:hAnsi="Garamond"/>
          <w:sz w:val="24"/>
        </w:rPr>
        <w:t>hesitation—perfect</w:t>
      </w:r>
      <w:proofErr w:type="gramEnd"/>
      <w:r>
        <w:rPr>
          <w:rFonts w:ascii="Garamond" w:hAnsi="Garamond"/>
          <w:sz w:val="24"/>
        </w:rPr>
        <w:t xml:space="preserve"> for Etsy, Gumroad, Shopify, Stan Store, or your own funnel.</w:t>
      </w:r>
    </w:p>
    <w:p w14:paraId="063ECE0A" w14:textId="77777777" w:rsidR="001A5159" w:rsidRDefault="00000000">
      <w:r>
        <w:rPr>
          <w:rFonts w:ascii="Garamond" w:hAnsi="Garamond"/>
          <w:sz w:val="24"/>
        </w:rPr>
        <w:t>This blueprint works for TOTAL beginners and scales effortlessly as you grow.</w:t>
      </w:r>
    </w:p>
    <w:p w14:paraId="32730477" w14:textId="77777777" w:rsidR="001A5159" w:rsidRDefault="001A5159"/>
    <w:p w14:paraId="017F1C5D" w14:textId="77777777" w:rsidR="001A5159" w:rsidRDefault="00000000">
      <w:r>
        <w:rPr>
          <w:rFonts w:ascii="Garamond" w:hAnsi="Garamond"/>
          <w:sz w:val="24"/>
        </w:rPr>
        <w:t>WHY THIS BLUEPRINT WORKS</w:t>
      </w:r>
    </w:p>
    <w:p w14:paraId="046FC8C9" w14:textId="77777777" w:rsidR="001A5159" w:rsidRDefault="00000000">
      <w:r>
        <w:rPr>
          <w:rFonts w:ascii="Garamond" w:hAnsi="Garamond"/>
          <w:sz w:val="24"/>
        </w:rPr>
        <w:t>Micro-products work because they:</w:t>
      </w:r>
    </w:p>
    <w:p w14:paraId="4F766A33" w14:textId="77777777" w:rsidR="001A5159" w:rsidRDefault="00000000">
      <w:r>
        <w:rPr>
          <w:rFonts w:ascii="Garamond" w:hAnsi="Garamond"/>
          <w:sz w:val="24"/>
        </w:rPr>
        <w:t xml:space="preserve">remove buying </w:t>
      </w:r>
      <w:proofErr w:type="gramStart"/>
      <w:r>
        <w:rPr>
          <w:rFonts w:ascii="Garamond" w:hAnsi="Garamond"/>
          <w:sz w:val="24"/>
        </w:rPr>
        <w:t>resistance</w:t>
      </w:r>
      <w:proofErr w:type="gramEnd"/>
    </w:p>
    <w:p w14:paraId="0CD50370" w14:textId="77777777" w:rsidR="001A5159" w:rsidRDefault="00000000">
      <w:proofErr w:type="gramStart"/>
      <w:r>
        <w:rPr>
          <w:rFonts w:ascii="Garamond" w:hAnsi="Garamond"/>
          <w:sz w:val="24"/>
        </w:rPr>
        <w:t>convert</w:t>
      </w:r>
      <w:proofErr w:type="gramEnd"/>
      <w:r>
        <w:rPr>
          <w:rFonts w:ascii="Garamond" w:hAnsi="Garamond"/>
          <w:sz w:val="24"/>
        </w:rPr>
        <w:t xml:space="preserve"> cold leads </w:t>
      </w:r>
      <w:proofErr w:type="gramStart"/>
      <w:r>
        <w:rPr>
          <w:rFonts w:ascii="Garamond" w:hAnsi="Garamond"/>
          <w:sz w:val="24"/>
        </w:rPr>
        <w:t>into</w:t>
      </w:r>
      <w:proofErr w:type="gramEnd"/>
      <w:r>
        <w:rPr>
          <w:rFonts w:ascii="Garamond" w:hAnsi="Garamond"/>
          <w:sz w:val="24"/>
        </w:rPr>
        <w:t xml:space="preserve"> warm </w:t>
      </w:r>
      <w:proofErr w:type="gramStart"/>
      <w:r>
        <w:rPr>
          <w:rFonts w:ascii="Garamond" w:hAnsi="Garamond"/>
          <w:sz w:val="24"/>
        </w:rPr>
        <w:t>buyers</w:t>
      </w:r>
      <w:proofErr w:type="gramEnd"/>
    </w:p>
    <w:p w14:paraId="62F19483" w14:textId="77777777" w:rsidR="001A5159" w:rsidRDefault="00000000">
      <w:proofErr w:type="gramStart"/>
      <w:r>
        <w:rPr>
          <w:rFonts w:ascii="Garamond" w:hAnsi="Garamond"/>
          <w:sz w:val="24"/>
        </w:rPr>
        <w:t>build</w:t>
      </w:r>
      <w:proofErr w:type="gramEnd"/>
      <w:r>
        <w:rPr>
          <w:rFonts w:ascii="Garamond" w:hAnsi="Garamond"/>
          <w:sz w:val="24"/>
        </w:rPr>
        <w:t xml:space="preserve"> trust </w:t>
      </w:r>
      <w:proofErr w:type="gramStart"/>
      <w:r>
        <w:rPr>
          <w:rFonts w:ascii="Garamond" w:hAnsi="Garamond"/>
          <w:sz w:val="24"/>
        </w:rPr>
        <w:t>FAST</w:t>
      </w:r>
      <w:proofErr w:type="gramEnd"/>
    </w:p>
    <w:p w14:paraId="68DB419A" w14:textId="77777777" w:rsidR="001A5159" w:rsidRDefault="00000000">
      <w:r>
        <w:rPr>
          <w:rFonts w:ascii="Garamond" w:hAnsi="Garamond"/>
          <w:sz w:val="24"/>
        </w:rPr>
        <w:t xml:space="preserve">validate bigger </w:t>
      </w:r>
      <w:proofErr w:type="gramStart"/>
      <w:r>
        <w:rPr>
          <w:rFonts w:ascii="Garamond" w:hAnsi="Garamond"/>
          <w:sz w:val="24"/>
        </w:rPr>
        <w:t>products</w:t>
      </w:r>
      <w:proofErr w:type="gramEnd"/>
    </w:p>
    <w:p w14:paraId="3E708CE2" w14:textId="77777777" w:rsidR="001A5159" w:rsidRDefault="00000000">
      <w:r>
        <w:rPr>
          <w:rFonts w:ascii="Garamond" w:hAnsi="Garamond"/>
          <w:sz w:val="24"/>
        </w:rPr>
        <w:t xml:space="preserve">create recurring “small wins” </w:t>
      </w:r>
      <w:proofErr w:type="gramStart"/>
      <w:r>
        <w:rPr>
          <w:rFonts w:ascii="Garamond" w:hAnsi="Garamond"/>
          <w:sz w:val="24"/>
        </w:rPr>
        <w:t>revenue</w:t>
      </w:r>
      <w:proofErr w:type="gramEnd"/>
    </w:p>
    <w:p w14:paraId="7ED98F11" w14:textId="77777777" w:rsidR="001A5159" w:rsidRDefault="00000000">
      <w:r>
        <w:rPr>
          <w:rFonts w:ascii="Garamond" w:hAnsi="Garamond"/>
          <w:sz w:val="24"/>
        </w:rPr>
        <w:lastRenderedPageBreak/>
        <w:t xml:space="preserve">allow impulse </w:t>
      </w:r>
      <w:proofErr w:type="gramStart"/>
      <w:r>
        <w:rPr>
          <w:rFonts w:ascii="Garamond" w:hAnsi="Garamond"/>
          <w:sz w:val="24"/>
        </w:rPr>
        <w:t>purchasing</w:t>
      </w:r>
      <w:proofErr w:type="gramEnd"/>
    </w:p>
    <w:p w14:paraId="7B527EA0" w14:textId="77777777" w:rsidR="001A5159" w:rsidRDefault="00000000">
      <w:r>
        <w:rPr>
          <w:rFonts w:ascii="Garamond" w:hAnsi="Garamond"/>
          <w:sz w:val="24"/>
        </w:rPr>
        <w:t xml:space="preserve">build a foundation for a scalable </w:t>
      </w:r>
      <w:proofErr w:type="gramStart"/>
      <w:r>
        <w:rPr>
          <w:rFonts w:ascii="Garamond" w:hAnsi="Garamond"/>
          <w:sz w:val="24"/>
        </w:rPr>
        <w:t>business</w:t>
      </w:r>
      <w:proofErr w:type="gramEnd"/>
    </w:p>
    <w:p w14:paraId="26D0BF48" w14:textId="77777777" w:rsidR="001A5159" w:rsidRDefault="00000000">
      <w:r>
        <w:rPr>
          <w:rFonts w:ascii="Garamond" w:hAnsi="Garamond"/>
          <w:sz w:val="24"/>
        </w:rPr>
        <w:t>AI allows you to build:</w:t>
      </w:r>
    </w:p>
    <w:p w14:paraId="3146EA13" w14:textId="77777777" w:rsidR="001A5159" w:rsidRDefault="00000000">
      <w:r>
        <w:rPr>
          <w:rFonts w:ascii="Garamond" w:hAnsi="Garamond"/>
          <w:sz w:val="24"/>
        </w:rPr>
        <w:t>templates</w:t>
      </w:r>
    </w:p>
    <w:p w14:paraId="088EA83B" w14:textId="77777777" w:rsidR="001A5159" w:rsidRDefault="00000000">
      <w:r>
        <w:rPr>
          <w:rFonts w:ascii="Garamond" w:hAnsi="Garamond"/>
          <w:sz w:val="24"/>
        </w:rPr>
        <w:t>swipe files</w:t>
      </w:r>
    </w:p>
    <w:p w14:paraId="63D8A44A" w14:textId="77777777" w:rsidR="001A5159" w:rsidRDefault="00000000">
      <w:r>
        <w:rPr>
          <w:rFonts w:ascii="Garamond" w:hAnsi="Garamond"/>
          <w:sz w:val="24"/>
        </w:rPr>
        <w:t>toolkits</w:t>
      </w:r>
    </w:p>
    <w:p w14:paraId="0923A851" w14:textId="77777777" w:rsidR="001A5159" w:rsidRDefault="00000000">
      <w:r>
        <w:rPr>
          <w:rFonts w:ascii="Garamond" w:hAnsi="Garamond"/>
          <w:sz w:val="24"/>
        </w:rPr>
        <w:t>cheat sheets</w:t>
      </w:r>
    </w:p>
    <w:p w14:paraId="37FCE173" w14:textId="77777777" w:rsidR="001A5159" w:rsidRDefault="00000000">
      <w:r>
        <w:rPr>
          <w:rFonts w:ascii="Garamond" w:hAnsi="Garamond"/>
          <w:sz w:val="24"/>
        </w:rPr>
        <w:t>checklists</w:t>
      </w:r>
    </w:p>
    <w:p w14:paraId="7B61D130" w14:textId="77777777" w:rsidR="001A5159" w:rsidRDefault="00000000">
      <w:r>
        <w:rPr>
          <w:rFonts w:ascii="Garamond" w:hAnsi="Garamond"/>
          <w:sz w:val="24"/>
        </w:rPr>
        <w:t>planners</w:t>
      </w:r>
    </w:p>
    <w:p w14:paraId="72A32B86" w14:textId="77777777" w:rsidR="001A5159" w:rsidRDefault="00000000">
      <w:r>
        <w:rPr>
          <w:rFonts w:ascii="Garamond" w:hAnsi="Garamond"/>
          <w:sz w:val="24"/>
        </w:rPr>
        <w:t>mini guides</w:t>
      </w:r>
    </w:p>
    <w:p w14:paraId="78C9B514" w14:textId="77777777" w:rsidR="001A5159" w:rsidRDefault="00000000">
      <w:r>
        <w:rPr>
          <w:rFonts w:ascii="Garamond" w:hAnsi="Garamond"/>
          <w:sz w:val="24"/>
        </w:rPr>
        <w:t xml:space="preserve">niche resource </w:t>
      </w:r>
      <w:proofErr w:type="gramStart"/>
      <w:r>
        <w:rPr>
          <w:rFonts w:ascii="Garamond" w:hAnsi="Garamond"/>
          <w:sz w:val="24"/>
        </w:rPr>
        <w:t>packs</w:t>
      </w:r>
      <w:proofErr w:type="gramEnd"/>
    </w:p>
    <w:p w14:paraId="6D34B4C7" w14:textId="77777777" w:rsidR="001A5159" w:rsidRDefault="00000000">
      <w:r>
        <w:rPr>
          <w:rFonts w:ascii="Garamond" w:hAnsi="Garamond"/>
          <w:sz w:val="24"/>
        </w:rPr>
        <w:t>scripts</w:t>
      </w:r>
    </w:p>
    <w:p w14:paraId="1A082185" w14:textId="77777777" w:rsidR="001A5159" w:rsidRDefault="00000000">
      <w:r>
        <w:rPr>
          <w:rFonts w:ascii="Garamond" w:hAnsi="Garamond"/>
          <w:sz w:val="24"/>
        </w:rPr>
        <w:t>calculators</w:t>
      </w:r>
    </w:p>
    <w:p w14:paraId="44FA9C18" w14:textId="77777777" w:rsidR="001A5159" w:rsidRDefault="00000000">
      <w:r>
        <w:rPr>
          <w:rFonts w:ascii="Garamond" w:hAnsi="Garamond"/>
          <w:sz w:val="24"/>
        </w:rPr>
        <w:t>quickstart frameworks</w:t>
      </w:r>
    </w:p>
    <w:p w14:paraId="5D432812" w14:textId="77777777" w:rsidR="001A5159" w:rsidRDefault="00000000">
      <w:r>
        <w:rPr>
          <w:rFonts w:ascii="Garamond" w:hAnsi="Garamond"/>
          <w:sz w:val="24"/>
        </w:rPr>
        <w:t>…in minutes, not weeks.</w:t>
      </w:r>
    </w:p>
    <w:p w14:paraId="74653532" w14:textId="77777777" w:rsidR="001A5159" w:rsidRDefault="00000000">
      <w:r>
        <w:rPr>
          <w:rFonts w:ascii="Garamond" w:hAnsi="Garamond"/>
          <w:sz w:val="24"/>
        </w:rPr>
        <w:t>This blueprint lets you dominate marketplaces with speed and professional quality.</w:t>
      </w:r>
    </w:p>
    <w:p w14:paraId="69B6A643" w14:textId="77777777" w:rsidR="001A5159" w:rsidRDefault="001A5159"/>
    <w:p w14:paraId="1F155626" w14:textId="77777777" w:rsidR="001A5159" w:rsidRDefault="00000000">
      <w:r>
        <w:rPr>
          <w:rFonts w:ascii="Garamond" w:hAnsi="Garamond"/>
          <w:sz w:val="24"/>
        </w:rPr>
        <w:t>TOOLS YOU NEED</w:t>
      </w:r>
    </w:p>
    <w:p w14:paraId="1096A24F" w14:textId="77777777" w:rsidR="001A5159" w:rsidRDefault="00000000">
      <w:r>
        <w:rPr>
          <w:rFonts w:ascii="Garamond" w:hAnsi="Garamond"/>
          <w:sz w:val="24"/>
        </w:rPr>
        <w:t>ChatGPT / Claude — content generation</w:t>
      </w:r>
      <w:r>
        <w:rPr>
          <w:rFonts w:ascii="Garamond" w:hAnsi="Garamond"/>
          <w:sz w:val="24"/>
        </w:rPr>
        <w:br/>
        <w:t>Canva — design templates + product layout</w:t>
      </w:r>
      <w:r>
        <w:rPr>
          <w:rFonts w:ascii="Garamond" w:hAnsi="Garamond"/>
          <w:sz w:val="24"/>
        </w:rPr>
        <w:br/>
        <w:t>Google Docs — content formatting</w:t>
      </w:r>
      <w:r>
        <w:rPr>
          <w:rFonts w:ascii="Garamond" w:hAnsi="Garamond"/>
          <w:sz w:val="24"/>
        </w:rPr>
        <w:br/>
        <w:t>Gumroad / Etsy / Stan Store — for selling</w:t>
      </w:r>
      <w:r>
        <w:rPr>
          <w:rFonts w:ascii="Garamond" w:hAnsi="Garamond"/>
          <w:sz w:val="24"/>
        </w:rPr>
        <w:br/>
        <w:t xml:space="preserve">Notion / Google Sheets — </w:t>
      </w:r>
      <w:proofErr w:type="gramStart"/>
      <w:r>
        <w:rPr>
          <w:rFonts w:ascii="Garamond" w:hAnsi="Garamond"/>
          <w:sz w:val="24"/>
        </w:rPr>
        <w:t>organization</w:t>
      </w:r>
      <w:proofErr w:type="gramEnd"/>
    </w:p>
    <w:p w14:paraId="7DDD7482" w14:textId="77777777" w:rsidR="001A5159" w:rsidRDefault="00000000">
      <w:r>
        <w:rPr>
          <w:rFonts w:ascii="Garamond" w:hAnsi="Garamond"/>
          <w:sz w:val="24"/>
        </w:rPr>
        <w:t>Optional (high value):</w:t>
      </w:r>
      <w:r>
        <w:rPr>
          <w:rFonts w:ascii="Garamond" w:hAnsi="Garamond"/>
          <w:sz w:val="24"/>
        </w:rPr>
        <w:br/>
        <w:t>Tally / Typeform for interactive micro-products</w:t>
      </w:r>
      <w:r>
        <w:rPr>
          <w:rFonts w:ascii="Garamond" w:hAnsi="Garamond"/>
          <w:sz w:val="24"/>
        </w:rPr>
        <w:br/>
        <w:t>Canva Pro for premium templates</w:t>
      </w:r>
    </w:p>
    <w:p w14:paraId="33CB87D4" w14:textId="77777777" w:rsidR="001A5159" w:rsidRDefault="001A5159"/>
    <w:p w14:paraId="2226995F" w14:textId="77777777" w:rsidR="001A5159" w:rsidRDefault="00000000">
      <w:r>
        <w:rPr>
          <w:rFonts w:ascii="Garamond" w:hAnsi="Garamond"/>
          <w:sz w:val="24"/>
        </w:rPr>
        <w:t>WHAT YOU’LL OFFER</w:t>
      </w:r>
    </w:p>
    <w:p w14:paraId="3DD6A4AF" w14:textId="77777777" w:rsidR="001A5159" w:rsidRDefault="00000000">
      <w:r>
        <w:rPr>
          <w:rFonts w:ascii="Garamond" w:hAnsi="Garamond"/>
          <w:sz w:val="24"/>
        </w:rPr>
        <w:lastRenderedPageBreak/>
        <w:t>You can create digital micro-products such as:</w:t>
      </w:r>
    </w:p>
    <w:p w14:paraId="6E7898E0" w14:textId="77777777" w:rsidR="001A5159" w:rsidRDefault="00000000">
      <w:r>
        <w:rPr>
          <w:rFonts w:ascii="Garamond" w:hAnsi="Garamond"/>
          <w:sz w:val="24"/>
        </w:rPr>
        <w:t>10-page mini guides</w:t>
      </w:r>
    </w:p>
    <w:p w14:paraId="238DB845" w14:textId="77777777" w:rsidR="001A5159" w:rsidRDefault="00000000">
      <w:r>
        <w:rPr>
          <w:rFonts w:ascii="Garamond" w:hAnsi="Garamond"/>
          <w:sz w:val="24"/>
        </w:rPr>
        <w:t>swipe files</w:t>
      </w:r>
    </w:p>
    <w:p w14:paraId="0EE30251" w14:textId="77777777" w:rsidR="001A5159" w:rsidRDefault="00000000">
      <w:r>
        <w:rPr>
          <w:rFonts w:ascii="Garamond" w:hAnsi="Garamond"/>
          <w:sz w:val="24"/>
        </w:rPr>
        <w:t>niche toolkits</w:t>
      </w:r>
    </w:p>
    <w:p w14:paraId="35DC8956" w14:textId="77777777" w:rsidR="001A5159" w:rsidRDefault="00000000">
      <w:r>
        <w:rPr>
          <w:rFonts w:ascii="Garamond" w:hAnsi="Garamond"/>
          <w:sz w:val="24"/>
        </w:rPr>
        <w:t>checklists</w:t>
      </w:r>
    </w:p>
    <w:p w14:paraId="688D6CA6" w14:textId="77777777" w:rsidR="001A5159" w:rsidRDefault="00000000">
      <w:r>
        <w:rPr>
          <w:rFonts w:ascii="Garamond" w:hAnsi="Garamond"/>
          <w:sz w:val="24"/>
        </w:rPr>
        <w:t>fillable worksheets</w:t>
      </w:r>
    </w:p>
    <w:p w14:paraId="148E164A" w14:textId="77777777" w:rsidR="001A5159" w:rsidRDefault="00000000">
      <w:r>
        <w:rPr>
          <w:rFonts w:ascii="Garamond" w:hAnsi="Garamond"/>
          <w:sz w:val="24"/>
        </w:rPr>
        <w:t>scripts &amp; prompts</w:t>
      </w:r>
    </w:p>
    <w:p w14:paraId="29F9E3A2" w14:textId="77777777" w:rsidR="001A5159" w:rsidRDefault="00000000">
      <w:r>
        <w:rPr>
          <w:rFonts w:ascii="Garamond" w:hAnsi="Garamond"/>
          <w:sz w:val="24"/>
        </w:rPr>
        <w:t>planners</w:t>
      </w:r>
    </w:p>
    <w:p w14:paraId="729E9404" w14:textId="77777777" w:rsidR="001A5159" w:rsidRDefault="00000000">
      <w:r>
        <w:rPr>
          <w:rFonts w:ascii="Garamond" w:hAnsi="Garamond"/>
          <w:sz w:val="24"/>
        </w:rPr>
        <w:t>niche packs (fitness, real estate, travel, coaching)</w:t>
      </w:r>
    </w:p>
    <w:p w14:paraId="48A1594F" w14:textId="77777777" w:rsidR="001A5159" w:rsidRDefault="00000000">
      <w:r>
        <w:rPr>
          <w:rFonts w:ascii="Garamond" w:hAnsi="Garamond"/>
          <w:sz w:val="24"/>
        </w:rPr>
        <w:t xml:space="preserve">done-for-you </w:t>
      </w:r>
      <w:proofErr w:type="gramStart"/>
      <w:r>
        <w:rPr>
          <w:rFonts w:ascii="Garamond" w:hAnsi="Garamond"/>
          <w:sz w:val="24"/>
        </w:rPr>
        <w:t>frameworks</w:t>
      </w:r>
      <w:proofErr w:type="gramEnd"/>
    </w:p>
    <w:p w14:paraId="70EC0F47" w14:textId="77777777" w:rsidR="001A5159" w:rsidRDefault="00000000">
      <w:r>
        <w:rPr>
          <w:rFonts w:ascii="Garamond" w:hAnsi="Garamond"/>
          <w:sz w:val="24"/>
        </w:rPr>
        <w:t>Package options:</w:t>
      </w:r>
    </w:p>
    <w:p w14:paraId="2B12FFFE" w14:textId="77777777" w:rsidR="001A5159" w:rsidRDefault="00000000">
      <w:r>
        <w:rPr>
          <w:rFonts w:ascii="Garamond" w:hAnsi="Garamond"/>
          <w:sz w:val="24"/>
        </w:rPr>
        <w:t>single micro-product</w:t>
      </w:r>
    </w:p>
    <w:p w14:paraId="12F38E04" w14:textId="77777777" w:rsidR="001A5159" w:rsidRDefault="00000000">
      <w:r>
        <w:rPr>
          <w:rFonts w:ascii="Garamond" w:hAnsi="Garamond"/>
          <w:sz w:val="24"/>
        </w:rPr>
        <w:t>micro-product bundle</w:t>
      </w:r>
    </w:p>
    <w:p w14:paraId="249BE1A8" w14:textId="77777777" w:rsidR="001A5159" w:rsidRDefault="00000000">
      <w:r>
        <w:rPr>
          <w:rFonts w:ascii="Garamond" w:hAnsi="Garamond"/>
          <w:sz w:val="24"/>
        </w:rPr>
        <w:t>monthly micro-product drops</w:t>
      </w:r>
    </w:p>
    <w:p w14:paraId="0B2CB856" w14:textId="77777777" w:rsidR="001A5159" w:rsidRDefault="00000000">
      <w:r>
        <w:rPr>
          <w:rFonts w:ascii="Garamond" w:hAnsi="Garamond"/>
          <w:sz w:val="24"/>
        </w:rPr>
        <w:t xml:space="preserve">branded micro-product </w:t>
      </w:r>
      <w:proofErr w:type="gramStart"/>
      <w:r>
        <w:rPr>
          <w:rFonts w:ascii="Garamond" w:hAnsi="Garamond"/>
          <w:sz w:val="24"/>
        </w:rPr>
        <w:t>sets</w:t>
      </w:r>
      <w:proofErr w:type="gramEnd"/>
    </w:p>
    <w:p w14:paraId="4DA86799" w14:textId="77777777" w:rsidR="001A5159" w:rsidRDefault="001A5159"/>
    <w:p w14:paraId="509B46CD" w14:textId="77777777" w:rsidR="001A5159" w:rsidRDefault="00000000">
      <w:r>
        <w:rPr>
          <w:rFonts w:ascii="Garamond" w:hAnsi="Garamond"/>
          <w:sz w:val="24"/>
        </w:rPr>
        <w:t>AI-POWERED WORKFLOW (STEP-BY-STEP)</w:t>
      </w:r>
    </w:p>
    <w:p w14:paraId="6FF807BA" w14:textId="77777777" w:rsidR="001A5159" w:rsidRDefault="00000000">
      <w:r>
        <w:rPr>
          <w:rFonts w:ascii="Garamond" w:hAnsi="Garamond"/>
          <w:sz w:val="24"/>
        </w:rPr>
        <w:t>STEP 1 — Generate 20 Micro-Product Ideas</w:t>
      </w:r>
    </w:p>
    <w:p w14:paraId="194D61EF" w14:textId="77777777" w:rsidR="001A5159" w:rsidRDefault="00000000">
      <w:r>
        <w:rPr>
          <w:rFonts w:ascii="Garamond" w:hAnsi="Garamond"/>
          <w:sz w:val="24"/>
        </w:rPr>
        <w:t>Ask AI:</w:t>
      </w:r>
    </w:p>
    <w:p w14:paraId="48B2CEF0" w14:textId="77777777" w:rsidR="001A5159" w:rsidRDefault="00000000">
      <w:r>
        <w:rPr>
          <w:rFonts w:ascii="Garamond" w:hAnsi="Garamond"/>
          <w:sz w:val="24"/>
        </w:rPr>
        <w:t>“Give me 20 low-ticket digital product ideas for , with titles, value statements, and target audience.”</w:t>
      </w:r>
    </w:p>
    <w:p w14:paraId="0EB9A11C" w14:textId="77777777" w:rsidR="001A5159" w:rsidRDefault="00000000">
      <w:r>
        <w:rPr>
          <w:rFonts w:ascii="Garamond" w:hAnsi="Garamond"/>
          <w:sz w:val="24"/>
        </w:rPr>
        <w:t>Pick 1–3 strong ideas.</w:t>
      </w:r>
    </w:p>
    <w:p w14:paraId="02667370" w14:textId="77777777" w:rsidR="001A5159" w:rsidRDefault="001A5159"/>
    <w:p w14:paraId="2F672F02" w14:textId="77777777" w:rsidR="001A5159" w:rsidRDefault="00000000">
      <w:r>
        <w:rPr>
          <w:rFonts w:ascii="Garamond" w:hAnsi="Garamond"/>
          <w:sz w:val="24"/>
        </w:rPr>
        <w:t>STEP 2 — Build the Skeleton</w:t>
      </w:r>
    </w:p>
    <w:p w14:paraId="248336B9" w14:textId="77777777" w:rsidR="001A5159" w:rsidRDefault="00000000">
      <w:r>
        <w:rPr>
          <w:rFonts w:ascii="Garamond" w:hAnsi="Garamond"/>
          <w:sz w:val="24"/>
        </w:rPr>
        <w:t>Prompt AI:</w:t>
      </w:r>
    </w:p>
    <w:p w14:paraId="58D71D44" w14:textId="77777777" w:rsidR="001A5159" w:rsidRDefault="00000000">
      <w:r>
        <w:rPr>
          <w:rFonts w:ascii="Garamond" w:hAnsi="Garamond"/>
          <w:sz w:val="24"/>
        </w:rPr>
        <w:lastRenderedPageBreak/>
        <w:t>“Create a simple 5–10 section outline for this micro-product with actionable steps and examples.”</w:t>
      </w:r>
    </w:p>
    <w:p w14:paraId="4F8A8D2C" w14:textId="77777777" w:rsidR="001A5159" w:rsidRDefault="00000000">
      <w:r>
        <w:rPr>
          <w:rFonts w:ascii="Garamond" w:hAnsi="Garamond"/>
          <w:sz w:val="24"/>
        </w:rPr>
        <w:t xml:space="preserve">This keeps products short and </w:t>
      </w:r>
      <w:proofErr w:type="gramStart"/>
      <w:r>
        <w:rPr>
          <w:rFonts w:ascii="Garamond" w:hAnsi="Garamond"/>
          <w:sz w:val="24"/>
        </w:rPr>
        <w:t>high-impact</w:t>
      </w:r>
      <w:proofErr w:type="gramEnd"/>
      <w:r>
        <w:rPr>
          <w:rFonts w:ascii="Garamond" w:hAnsi="Garamond"/>
          <w:sz w:val="24"/>
        </w:rPr>
        <w:t>.</w:t>
      </w:r>
    </w:p>
    <w:p w14:paraId="1156B82A" w14:textId="77777777" w:rsidR="001A5159" w:rsidRDefault="001A5159"/>
    <w:p w14:paraId="46E3DB4E" w14:textId="77777777" w:rsidR="001A5159" w:rsidRDefault="00000000">
      <w:r>
        <w:rPr>
          <w:rFonts w:ascii="Garamond" w:hAnsi="Garamond"/>
          <w:sz w:val="24"/>
        </w:rPr>
        <w:t>STEP 3 — Create the Content</w:t>
      </w:r>
    </w:p>
    <w:p w14:paraId="2E611415" w14:textId="77777777" w:rsidR="001A5159" w:rsidRDefault="00000000">
      <w:r>
        <w:rPr>
          <w:rFonts w:ascii="Garamond" w:hAnsi="Garamond"/>
          <w:sz w:val="24"/>
        </w:rPr>
        <w:t>Ask AI:</w:t>
      </w:r>
    </w:p>
    <w:p w14:paraId="5D4C2DD0" w14:textId="77777777" w:rsidR="001A5159" w:rsidRDefault="00000000">
      <w:r>
        <w:rPr>
          <w:rFonts w:ascii="Garamond" w:hAnsi="Garamond"/>
          <w:sz w:val="24"/>
        </w:rPr>
        <w:t>“Write the full content for each section in a clear, concise, beginner-friendly tone.”</w:t>
      </w:r>
    </w:p>
    <w:p w14:paraId="4E8669A4" w14:textId="77777777" w:rsidR="001A5159" w:rsidRDefault="00000000">
      <w:r>
        <w:rPr>
          <w:rFonts w:ascii="Garamond" w:hAnsi="Garamond"/>
          <w:sz w:val="24"/>
        </w:rPr>
        <w:t>You’ll get:</w:t>
      </w:r>
    </w:p>
    <w:p w14:paraId="158F93B2" w14:textId="77777777" w:rsidR="001A5159" w:rsidRDefault="00000000">
      <w:r>
        <w:rPr>
          <w:rFonts w:ascii="Garamond" w:hAnsi="Garamond"/>
          <w:sz w:val="24"/>
        </w:rPr>
        <w:t>tips</w:t>
      </w:r>
    </w:p>
    <w:p w14:paraId="4021C258" w14:textId="77777777" w:rsidR="001A5159" w:rsidRDefault="00000000">
      <w:r>
        <w:rPr>
          <w:rFonts w:ascii="Garamond" w:hAnsi="Garamond"/>
          <w:sz w:val="24"/>
        </w:rPr>
        <w:t>steps</w:t>
      </w:r>
    </w:p>
    <w:p w14:paraId="6A298A06" w14:textId="77777777" w:rsidR="001A5159" w:rsidRDefault="00000000">
      <w:r>
        <w:rPr>
          <w:rFonts w:ascii="Garamond" w:hAnsi="Garamond"/>
          <w:sz w:val="24"/>
        </w:rPr>
        <w:t>examples</w:t>
      </w:r>
    </w:p>
    <w:p w14:paraId="56A10323" w14:textId="77777777" w:rsidR="001A5159" w:rsidRDefault="00000000">
      <w:r>
        <w:rPr>
          <w:rFonts w:ascii="Garamond" w:hAnsi="Garamond"/>
          <w:sz w:val="24"/>
        </w:rPr>
        <w:t>bullet points</w:t>
      </w:r>
    </w:p>
    <w:p w14:paraId="7A023253" w14:textId="77777777" w:rsidR="001A5159" w:rsidRDefault="00000000">
      <w:r>
        <w:rPr>
          <w:rFonts w:ascii="Garamond" w:hAnsi="Garamond"/>
          <w:sz w:val="24"/>
        </w:rPr>
        <w:t>mini lessons</w:t>
      </w:r>
    </w:p>
    <w:p w14:paraId="41518779" w14:textId="77777777" w:rsidR="001A5159" w:rsidRDefault="001A5159"/>
    <w:p w14:paraId="6FC70765" w14:textId="77777777" w:rsidR="001A5159" w:rsidRDefault="00000000">
      <w:r>
        <w:rPr>
          <w:rFonts w:ascii="Garamond" w:hAnsi="Garamond"/>
          <w:sz w:val="24"/>
        </w:rPr>
        <w:t>STEP 4 — Design in Canva</w:t>
      </w:r>
    </w:p>
    <w:p w14:paraId="417390BF" w14:textId="77777777" w:rsidR="001A5159" w:rsidRDefault="00000000">
      <w:r>
        <w:rPr>
          <w:rFonts w:ascii="Garamond" w:hAnsi="Garamond"/>
          <w:sz w:val="24"/>
        </w:rPr>
        <w:t>Use a simple layout:</w:t>
      </w:r>
    </w:p>
    <w:p w14:paraId="0984CE53" w14:textId="77777777" w:rsidR="001A5159" w:rsidRDefault="00000000">
      <w:r>
        <w:rPr>
          <w:rFonts w:ascii="Garamond" w:hAnsi="Garamond"/>
          <w:sz w:val="24"/>
        </w:rPr>
        <w:t>headers</w:t>
      </w:r>
    </w:p>
    <w:p w14:paraId="46EBFEF3" w14:textId="77777777" w:rsidR="001A5159" w:rsidRDefault="00000000">
      <w:r>
        <w:rPr>
          <w:rFonts w:ascii="Garamond" w:hAnsi="Garamond"/>
          <w:sz w:val="24"/>
        </w:rPr>
        <w:t>subheaders</w:t>
      </w:r>
    </w:p>
    <w:p w14:paraId="66A07DFA" w14:textId="77777777" w:rsidR="001A5159" w:rsidRDefault="00000000">
      <w:r>
        <w:rPr>
          <w:rFonts w:ascii="Garamond" w:hAnsi="Garamond"/>
          <w:sz w:val="24"/>
        </w:rPr>
        <w:t>clean spacing</w:t>
      </w:r>
    </w:p>
    <w:p w14:paraId="360DC786" w14:textId="77777777" w:rsidR="001A5159" w:rsidRDefault="00000000">
      <w:r>
        <w:rPr>
          <w:rFonts w:ascii="Garamond" w:hAnsi="Garamond"/>
          <w:sz w:val="24"/>
        </w:rPr>
        <w:t>icons</w:t>
      </w:r>
    </w:p>
    <w:p w14:paraId="49AC2224" w14:textId="77777777" w:rsidR="001A5159" w:rsidRDefault="00000000">
      <w:r>
        <w:rPr>
          <w:rFonts w:ascii="Garamond" w:hAnsi="Garamond"/>
          <w:sz w:val="24"/>
        </w:rPr>
        <w:t>checklists</w:t>
      </w:r>
    </w:p>
    <w:p w14:paraId="6BA69D56" w14:textId="77777777" w:rsidR="001A5159" w:rsidRDefault="00000000">
      <w:r>
        <w:rPr>
          <w:rFonts w:ascii="Garamond" w:hAnsi="Garamond"/>
          <w:sz w:val="24"/>
        </w:rPr>
        <w:t>callout boxes</w:t>
      </w:r>
    </w:p>
    <w:p w14:paraId="71EED969" w14:textId="77777777" w:rsidR="001A5159" w:rsidRDefault="00000000">
      <w:r>
        <w:rPr>
          <w:rFonts w:ascii="Garamond" w:hAnsi="Garamond"/>
          <w:sz w:val="24"/>
        </w:rPr>
        <w:t>Make it look like a premium asset—even if it's short.</w:t>
      </w:r>
    </w:p>
    <w:p w14:paraId="73178402" w14:textId="77777777" w:rsidR="001A5159" w:rsidRDefault="001A5159"/>
    <w:p w14:paraId="68302C19" w14:textId="77777777" w:rsidR="001A5159" w:rsidRDefault="00000000">
      <w:r>
        <w:rPr>
          <w:rFonts w:ascii="Garamond" w:hAnsi="Garamond"/>
          <w:sz w:val="24"/>
        </w:rPr>
        <w:t>STEP 5 — Export &amp; Package</w:t>
      </w:r>
    </w:p>
    <w:p w14:paraId="1B18A02A" w14:textId="77777777" w:rsidR="001A5159" w:rsidRDefault="00000000">
      <w:r>
        <w:rPr>
          <w:rFonts w:ascii="Garamond" w:hAnsi="Garamond"/>
          <w:sz w:val="24"/>
        </w:rPr>
        <w:t>Deliver:</w:t>
      </w:r>
    </w:p>
    <w:p w14:paraId="1AC52003" w14:textId="77777777" w:rsidR="001A5159" w:rsidRDefault="00000000">
      <w:r>
        <w:rPr>
          <w:rFonts w:ascii="Garamond" w:hAnsi="Garamond"/>
          <w:sz w:val="24"/>
        </w:rPr>
        <w:lastRenderedPageBreak/>
        <w:t>PDF</w:t>
      </w:r>
    </w:p>
    <w:p w14:paraId="1769C1C6" w14:textId="77777777" w:rsidR="001A5159" w:rsidRDefault="00000000">
      <w:r>
        <w:rPr>
          <w:rFonts w:ascii="Garamond" w:hAnsi="Garamond"/>
          <w:sz w:val="24"/>
        </w:rPr>
        <w:t>sample previews</w:t>
      </w:r>
    </w:p>
    <w:p w14:paraId="4F3B82A0" w14:textId="77777777" w:rsidR="001A5159" w:rsidRDefault="00000000">
      <w:r>
        <w:rPr>
          <w:rFonts w:ascii="Garamond" w:hAnsi="Garamond"/>
          <w:sz w:val="24"/>
        </w:rPr>
        <w:t>alternate covers</w:t>
      </w:r>
    </w:p>
    <w:p w14:paraId="390F08B8" w14:textId="77777777" w:rsidR="001A5159" w:rsidRDefault="00000000">
      <w:r>
        <w:rPr>
          <w:rFonts w:ascii="Garamond" w:hAnsi="Garamond"/>
          <w:sz w:val="24"/>
        </w:rPr>
        <w:t>editable files (optional)</w:t>
      </w:r>
    </w:p>
    <w:p w14:paraId="10CE5775" w14:textId="77777777" w:rsidR="001A5159" w:rsidRDefault="00000000">
      <w:r>
        <w:rPr>
          <w:rFonts w:ascii="Garamond" w:hAnsi="Garamond"/>
          <w:sz w:val="24"/>
        </w:rPr>
        <w:t>This increases buyer confidence.</w:t>
      </w:r>
    </w:p>
    <w:p w14:paraId="56FDEA76" w14:textId="77777777" w:rsidR="001A5159" w:rsidRDefault="001A5159"/>
    <w:p w14:paraId="66188B3B" w14:textId="77777777" w:rsidR="001A5159" w:rsidRDefault="00000000">
      <w:r>
        <w:rPr>
          <w:rFonts w:ascii="Garamond" w:hAnsi="Garamond"/>
          <w:sz w:val="24"/>
        </w:rPr>
        <w:t>STEP 6 — Upload to Marketplace</w:t>
      </w:r>
    </w:p>
    <w:p w14:paraId="56A23285" w14:textId="77777777" w:rsidR="001A5159" w:rsidRDefault="00000000">
      <w:r>
        <w:rPr>
          <w:rFonts w:ascii="Garamond" w:hAnsi="Garamond"/>
          <w:sz w:val="24"/>
        </w:rPr>
        <w:t>List on:</w:t>
      </w:r>
    </w:p>
    <w:p w14:paraId="2778FB39" w14:textId="77777777" w:rsidR="001A5159" w:rsidRDefault="00000000">
      <w:r>
        <w:rPr>
          <w:rFonts w:ascii="Garamond" w:hAnsi="Garamond"/>
          <w:sz w:val="24"/>
        </w:rPr>
        <w:t>Etsy</w:t>
      </w:r>
    </w:p>
    <w:p w14:paraId="674A8A8D" w14:textId="77777777" w:rsidR="001A5159" w:rsidRDefault="00000000">
      <w:r>
        <w:rPr>
          <w:rFonts w:ascii="Garamond" w:hAnsi="Garamond"/>
          <w:sz w:val="24"/>
        </w:rPr>
        <w:t>Gumroad</w:t>
      </w:r>
    </w:p>
    <w:p w14:paraId="31B2430D" w14:textId="77777777" w:rsidR="001A5159" w:rsidRDefault="00000000">
      <w:r>
        <w:rPr>
          <w:rFonts w:ascii="Garamond" w:hAnsi="Garamond"/>
          <w:sz w:val="24"/>
        </w:rPr>
        <w:t>Shopify</w:t>
      </w:r>
    </w:p>
    <w:p w14:paraId="1EC31EEB" w14:textId="77777777" w:rsidR="001A5159" w:rsidRDefault="00000000">
      <w:r>
        <w:rPr>
          <w:rFonts w:ascii="Garamond" w:hAnsi="Garamond"/>
          <w:sz w:val="24"/>
        </w:rPr>
        <w:t>Stan Store</w:t>
      </w:r>
    </w:p>
    <w:p w14:paraId="3E85E501" w14:textId="77777777" w:rsidR="001A5159" w:rsidRDefault="00000000">
      <w:r>
        <w:rPr>
          <w:rFonts w:ascii="Garamond" w:hAnsi="Garamond"/>
          <w:sz w:val="24"/>
        </w:rPr>
        <w:t>Payhip</w:t>
      </w:r>
    </w:p>
    <w:p w14:paraId="31AF23B7" w14:textId="77777777" w:rsidR="001A5159" w:rsidRDefault="00000000">
      <w:r>
        <w:rPr>
          <w:rFonts w:ascii="Garamond" w:hAnsi="Garamond"/>
          <w:sz w:val="24"/>
        </w:rPr>
        <w:t>Optimize with:</w:t>
      </w:r>
    </w:p>
    <w:p w14:paraId="26FA00D8" w14:textId="77777777" w:rsidR="001A5159" w:rsidRDefault="00000000">
      <w:r>
        <w:rPr>
          <w:rFonts w:ascii="Garamond" w:hAnsi="Garamond"/>
          <w:sz w:val="24"/>
        </w:rPr>
        <w:t>strong titles</w:t>
      </w:r>
    </w:p>
    <w:p w14:paraId="5FFF1E62" w14:textId="77777777" w:rsidR="001A5159" w:rsidRDefault="00000000">
      <w:r>
        <w:rPr>
          <w:rFonts w:ascii="Garamond" w:hAnsi="Garamond"/>
          <w:sz w:val="24"/>
        </w:rPr>
        <w:t>clean descriptions</w:t>
      </w:r>
    </w:p>
    <w:p w14:paraId="593D6D1E" w14:textId="77777777" w:rsidR="001A5159" w:rsidRDefault="00000000">
      <w:r>
        <w:rPr>
          <w:rFonts w:ascii="Garamond" w:hAnsi="Garamond"/>
          <w:sz w:val="24"/>
        </w:rPr>
        <w:t xml:space="preserve">benefits </w:t>
      </w:r>
      <w:proofErr w:type="gramStart"/>
      <w:r>
        <w:rPr>
          <w:rFonts w:ascii="Garamond" w:hAnsi="Garamond"/>
          <w:sz w:val="24"/>
        </w:rPr>
        <w:t>first</w:t>
      </w:r>
      <w:proofErr w:type="gramEnd"/>
    </w:p>
    <w:p w14:paraId="248FF7BC" w14:textId="77777777" w:rsidR="001A5159" w:rsidRDefault="00000000">
      <w:r>
        <w:rPr>
          <w:rFonts w:ascii="Garamond" w:hAnsi="Garamond"/>
          <w:sz w:val="24"/>
        </w:rPr>
        <w:t>SEO keywords</w:t>
      </w:r>
    </w:p>
    <w:p w14:paraId="421FA6FC" w14:textId="77777777" w:rsidR="001A5159" w:rsidRDefault="00000000">
      <w:r>
        <w:rPr>
          <w:rFonts w:ascii="Garamond" w:hAnsi="Garamond"/>
          <w:sz w:val="24"/>
        </w:rPr>
        <w:t>mockup images</w:t>
      </w:r>
    </w:p>
    <w:p w14:paraId="5355FA85" w14:textId="77777777" w:rsidR="001A5159" w:rsidRDefault="001A5159"/>
    <w:p w14:paraId="2478AC84" w14:textId="77777777" w:rsidR="001A5159" w:rsidRDefault="00000000">
      <w:r>
        <w:rPr>
          <w:rFonts w:ascii="Garamond" w:hAnsi="Garamond"/>
          <w:sz w:val="24"/>
        </w:rPr>
        <w:t>STEP 7 — Upsell &amp; Expand</w:t>
      </w:r>
    </w:p>
    <w:p w14:paraId="447F0285" w14:textId="77777777" w:rsidR="001A5159" w:rsidRDefault="00000000">
      <w:r>
        <w:rPr>
          <w:rFonts w:ascii="Garamond" w:hAnsi="Garamond"/>
          <w:sz w:val="24"/>
        </w:rPr>
        <w:t>Once your micro-product sells:</w:t>
      </w:r>
    </w:p>
    <w:p w14:paraId="5790757E" w14:textId="77777777" w:rsidR="001A5159" w:rsidRDefault="00000000">
      <w:r>
        <w:rPr>
          <w:rFonts w:ascii="Garamond" w:hAnsi="Garamond"/>
          <w:sz w:val="24"/>
        </w:rPr>
        <w:t>Create:</w:t>
      </w:r>
    </w:p>
    <w:p w14:paraId="5BF8400F" w14:textId="77777777" w:rsidR="001A5159" w:rsidRDefault="00000000">
      <w:r>
        <w:rPr>
          <w:rFonts w:ascii="Garamond" w:hAnsi="Garamond"/>
          <w:sz w:val="24"/>
        </w:rPr>
        <w:t>bundles</w:t>
      </w:r>
    </w:p>
    <w:p w14:paraId="5DBE5EC2" w14:textId="77777777" w:rsidR="001A5159" w:rsidRDefault="00000000">
      <w:r>
        <w:rPr>
          <w:rFonts w:ascii="Garamond" w:hAnsi="Garamond"/>
          <w:sz w:val="24"/>
        </w:rPr>
        <w:t>deluxe versions</w:t>
      </w:r>
    </w:p>
    <w:p w14:paraId="6B46141D" w14:textId="77777777" w:rsidR="001A5159" w:rsidRDefault="00000000">
      <w:r>
        <w:rPr>
          <w:rFonts w:ascii="Garamond" w:hAnsi="Garamond"/>
          <w:sz w:val="24"/>
        </w:rPr>
        <w:lastRenderedPageBreak/>
        <w:t>themed packs</w:t>
      </w:r>
    </w:p>
    <w:p w14:paraId="7A7E7BFE" w14:textId="77777777" w:rsidR="001A5159" w:rsidRDefault="00000000">
      <w:r>
        <w:rPr>
          <w:rFonts w:ascii="Garamond" w:hAnsi="Garamond"/>
          <w:sz w:val="24"/>
        </w:rPr>
        <w:t xml:space="preserve">upsell </w:t>
      </w:r>
      <w:proofErr w:type="gramStart"/>
      <w:r>
        <w:rPr>
          <w:rFonts w:ascii="Garamond" w:hAnsi="Garamond"/>
          <w:sz w:val="24"/>
        </w:rPr>
        <w:t>frameworks</w:t>
      </w:r>
      <w:proofErr w:type="gramEnd"/>
    </w:p>
    <w:p w14:paraId="6167A8FF" w14:textId="77777777" w:rsidR="001A5159" w:rsidRDefault="00000000">
      <w:r>
        <w:rPr>
          <w:rFonts w:ascii="Garamond" w:hAnsi="Garamond"/>
          <w:sz w:val="24"/>
        </w:rPr>
        <w:t>Micro-products turn one idea into multiple revenue streams.</w:t>
      </w:r>
    </w:p>
    <w:p w14:paraId="60CB23DD" w14:textId="77777777" w:rsidR="001A5159" w:rsidRDefault="001A5159"/>
    <w:p w14:paraId="6C2BBE55" w14:textId="77777777" w:rsidR="001A5159" w:rsidRDefault="00000000">
      <w:r>
        <w:rPr>
          <w:rFonts w:ascii="Garamond" w:hAnsi="Garamond"/>
          <w:sz w:val="24"/>
        </w:rPr>
        <w:t>BEGINNER PROOF PORTFOLIO</w:t>
      </w:r>
    </w:p>
    <w:p w14:paraId="6531B60B" w14:textId="77777777" w:rsidR="001A5159" w:rsidRDefault="00000000">
      <w:r>
        <w:rPr>
          <w:rFonts w:ascii="Garamond" w:hAnsi="Garamond"/>
          <w:sz w:val="24"/>
        </w:rPr>
        <w:t>You only need three samples:</w:t>
      </w:r>
    </w:p>
    <w:p w14:paraId="3F21A4E1" w14:textId="77777777" w:rsidR="001A5159" w:rsidRDefault="00000000">
      <w:r>
        <w:rPr>
          <w:rFonts w:ascii="Garamond" w:hAnsi="Garamond"/>
          <w:sz w:val="24"/>
        </w:rPr>
        <w:t>1 planner or checklist</w:t>
      </w:r>
    </w:p>
    <w:p w14:paraId="08BF2043" w14:textId="77777777" w:rsidR="001A5159" w:rsidRDefault="00000000">
      <w:r>
        <w:rPr>
          <w:rFonts w:ascii="Garamond" w:hAnsi="Garamond"/>
          <w:sz w:val="24"/>
        </w:rPr>
        <w:t>1 swipe file</w:t>
      </w:r>
    </w:p>
    <w:p w14:paraId="2745599F" w14:textId="77777777" w:rsidR="001A5159" w:rsidRDefault="00000000">
      <w:r>
        <w:rPr>
          <w:rFonts w:ascii="Garamond" w:hAnsi="Garamond"/>
          <w:sz w:val="24"/>
        </w:rPr>
        <w:t>1 mini guide</w:t>
      </w:r>
    </w:p>
    <w:p w14:paraId="2A8BF3D7" w14:textId="77777777" w:rsidR="001A5159" w:rsidRDefault="00000000">
      <w:r>
        <w:rPr>
          <w:rFonts w:ascii="Garamond" w:hAnsi="Garamond"/>
          <w:sz w:val="24"/>
        </w:rPr>
        <w:t>That’s enough to prove value.</w:t>
      </w:r>
    </w:p>
    <w:p w14:paraId="56165918" w14:textId="77777777" w:rsidR="001A5159" w:rsidRDefault="001A5159"/>
    <w:p w14:paraId="3264CD54" w14:textId="77777777" w:rsidR="001A5159" w:rsidRDefault="00000000">
      <w:r>
        <w:rPr>
          <w:rFonts w:ascii="Garamond" w:hAnsi="Garamond"/>
          <w:sz w:val="24"/>
        </w:rPr>
        <w:t>PRICING GUIDE</w:t>
      </w:r>
    </w:p>
    <w:p w14:paraId="6025E0A9" w14:textId="77777777" w:rsidR="001A5159" w:rsidRDefault="00000000">
      <w:r>
        <w:rPr>
          <w:rFonts w:ascii="Garamond" w:hAnsi="Garamond"/>
          <w:sz w:val="24"/>
        </w:rPr>
        <w:t>Beginners:</w:t>
      </w:r>
    </w:p>
    <w:p w14:paraId="2828A8BC" w14:textId="77777777" w:rsidR="001A5159" w:rsidRDefault="00000000">
      <w:r>
        <w:rPr>
          <w:rFonts w:ascii="Garamond" w:hAnsi="Garamond"/>
          <w:sz w:val="24"/>
        </w:rPr>
        <w:t>$7–$15 products</w:t>
      </w:r>
    </w:p>
    <w:p w14:paraId="3ADDF902" w14:textId="77777777" w:rsidR="001A5159" w:rsidRDefault="00000000">
      <w:r>
        <w:rPr>
          <w:rFonts w:ascii="Garamond" w:hAnsi="Garamond"/>
          <w:sz w:val="24"/>
        </w:rPr>
        <w:t>$15–$27 bundles</w:t>
      </w:r>
    </w:p>
    <w:p w14:paraId="70A68ADB" w14:textId="77777777" w:rsidR="001A5159" w:rsidRDefault="00000000">
      <w:r>
        <w:rPr>
          <w:rFonts w:ascii="Garamond" w:hAnsi="Garamond"/>
          <w:sz w:val="24"/>
        </w:rPr>
        <w:t>Intermediate:</w:t>
      </w:r>
    </w:p>
    <w:p w14:paraId="4029D830" w14:textId="77777777" w:rsidR="001A5159" w:rsidRDefault="00000000">
      <w:r>
        <w:rPr>
          <w:rFonts w:ascii="Garamond" w:hAnsi="Garamond"/>
          <w:sz w:val="24"/>
        </w:rPr>
        <w:t>$27–$47 premium packs</w:t>
      </w:r>
    </w:p>
    <w:p w14:paraId="2057812E" w14:textId="77777777" w:rsidR="001A5159" w:rsidRDefault="00000000">
      <w:r>
        <w:rPr>
          <w:rFonts w:ascii="Garamond" w:hAnsi="Garamond"/>
          <w:sz w:val="24"/>
        </w:rPr>
        <w:t>$47–$97 niche bundles</w:t>
      </w:r>
    </w:p>
    <w:p w14:paraId="58039016" w14:textId="77777777" w:rsidR="001A5159" w:rsidRDefault="00000000">
      <w:r>
        <w:rPr>
          <w:rFonts w:ascii="Garamond" w:hAnsi="Garamond"/>
          <w:sz w:val="24"/>
        </w:rPr>
        <w:t>Pro:</w:t>
      </w:r>
    </w:p>
    <w:p w14:paraId="1BBB75AF" w14:textId="77777777" w:rsidR="001A5159" w:rsidRDefault="00000000">
      <w:r>
        <w:rPr>
          <w:rFonts w:ascii="Garamond" w:hAnsi="Garamond"/>
          <w:sz w:val="24"/>
        </w:rPr>
        <w:t>$97–$297 “micro-product libraries”</w:t>
      </w:r>
    </w:p>
    <w:p w14:paraId="019E7E50" w14:textId="77777777" w:rsidR="001A5159" w:rsidRDefault="00000000">
      <w:r>
        <w:rPr>
          <w:rFonts w:ascii="Garamond" w:hAnsi="Garamond"/>
          <w:sz w:val="24"/>
        </w:rPr>
        <w:t>$300–$1,200 branded micro-product systems</w:t>
      </w:r>
    </w:p>
    <w:p w14:paraId="38607E55" w14:textId="77777777" w:rsidR="001A5159" w:rsidRDefault="00000000">
      <w:r>
        <w:rPr>
          <w:rFonts w:ascii="Garamond" w:hAnsi="Garamond"/>
          <w:sz w:val="24"/>
        </w:rPr>
        <w:t>This blueprint can scale to thousands per month.</w:t>
      </w:r>
    </w:p>
    <w:p w14:paraId="68DB505B" w14:textId="77777777" w:rsidR="001A5159" w:rsidRDefault="001A5159"/>
    <w:p w14:paraId="40A69152" w14:textId="77777777" w:rsidR="001A5159" w:rsidRDefault="00000000">
      <w:r>
        <w:rPr>
          <w:rFonts w:ascii="Garamond" w:hAnsi="Garamond"/>
          <w:sz w:val="24"/>
        </w:rPr>
        <w:t>PRO ACCELERATORS</w:t>
      </w:r>
    </w:p>
    <w:p w14:paraId="5121BD98" w14:textId="77777777" w:rsidR="001A5159" w:rsidRDefault="00000000">
      <w:r>
        <w:rPr>
          <w:rFonts w:ascii="Garamond" w:hAnsi="Garamond"/>
          <w:sz w:val="24"/>
        </w:rPr>
        <w:t xml:space="preserve">done-for-you bundle </w:t>
      </w:r>
      <w:proofErr w:type="gramStart"/>
      <w:r>
        <w:rPr>
          <w:rFonts w:ascii="Garamond" w:hAnsi="Garamond"/>
          <w:sz w:val="24"/>
        </w:rPr>
        <w:t>packs</w:t>
      </w:r>
      <w:proofErr w:type="gramEnd"/>
    </w:p>
    <w:p w14:paraId="16736303" w14:textId="77777777" w:rsidR="001A5159" w:rsidRDefault="00000000">
      <w:r>
        <w:rPr>
          <w:rFonts w:ascii="Garamond" w:hAnsi="Garamond"/>
          <w:sz w:val="24"/>
        </w:rPr>
        <w:lastRenderedPageBreak/>
        <w:t>seasonal micro-products</w:t>
      </w:r>
    </w:p>
    <w:p w14:paraId="63AA280E" w14:textId="77777777" w:rsidR="001A5159" w:rsidRDefault="00000000">
      <w:r>
        <w:rPr>
          <w:rFonts w:ascii="Garamond" w:hAnsi="Garamond"/>
          <w:sz w:val="24"/>
        </w:rPr>
        <w:t xml:space="preserve">niche vertical </w:t>
      </w:r>
      <w:proofErr w:type="gramStart"/>
      <w:r>
        <w:rPr>
          <w:rFonts w:ascii="Garamond" w:hAnsi="Garamond"/>
          <w:sz w:val="24"/>
        </w:rPr>
        <w:t>libraries</w:t>
      </w:r>
      <w:proofErr w:type="gramEnd"/>
    </w:p>
    <w:p w14:paraId="11CF833F" w14:textId="77777777" w:rsidR="001A5159" w:rsidRDefault="00000000">
      <w:r>
        <w:rPr>
          <w:rFonts w:ascii="Garamond" w:hAnsi="Garamond"/>
          <w:sz w:val="24"/>
        </w:rPr>
        <w:t>viral micro-offer templates</w:t>
      </w:r>
    </w:p>
    <w:p w14:paraId="60EAB96A" w14:textId="77777777" w:rsidR="001A5159" w:rsidRDefault="00000000">
      <w:r>
        <w:rPr>
          <w:rFonts w:ascii="Garamond" w:hAnsi="Garamond"/>
          <w:sz w:val="24"/>
        </w:rPr>
        <w:t>“</w:t>
      </w:r>
      <w:proofErr w:type="gramStart"/>
      <w:r>
        <w:rPr>
          <w:rFonts w:ascii="Garamond" w:hAnsi="Garamond"/>
          <w:sz w:val="24"/>
        </w:rPr>
        <w:t>build</w:t>
      </w:r>
      <w:proofErr w:type="gramEnd"/>
      <w:r>
        <w:rPr>
          <w:rFonts w:ascii="Garamond" w:hAnsi="Garamond"/>
          <w:sz w:val="24"/>
        </w:rPr>
        <w:t xml:space="preserve"> your first product” </w:t>
      </w:r>
      <w:proofErr w:type="gramStart"/>
      <w:r>
        <w:rPr>
          <w:rFonts w:ascii="Garamond" w:hAnsi="Garamond"/>
          <w:sz w:val="24"/>
        </w:rPr>
        <w:t>kits</w:t>
      </w:r>
      <w:proofErr w:type="gramEnd"/>
    </w:p>
    <w:p w14:paraId="27D7F3D2" w14:textId="77777777" w:rsidR="001A5159" w:rsidRDefault="00000000">
      <w:r>
        <w:rPr>
          <w:rFonts w:ascii="Garamond" w:hAnsi="Garamond"/>
          <w:sz w:val="24"/>
        </w:rPr>
        <w:t>PLR rewrite systems</w:t>
      </w:r>
    </w:p>
    <w:p w14:paraId="22B190BD" w14:textId="77777777" w:rsidR="001A5159" w:rsidRDefault="00000000">
      <w:r>
        <w:rPr>
          <w:rFonts w:ascii="Garamond" w:hAnsi="Garamond"/>
          <w:sz w:val="24"/>
        </w:rPr>
        <w:t xml:space="preserve">editable Canva file </w:t>
      </w:r>
      <w:proofErr w:type="gramStart"/>
      <w:r>
        <w:rPr>
          <w:rFonts w:ascii="Garamond" w:hAnsi="Garamond"/>
          <w:sz w:val="24"/>
        </w:rPr>
        <w:t>upsells</w:t>
      </w:r>
      <w:proofErr w:type="gramEnd"/>
    </w:p>
    <w:p w14:paraId="110A6726" w14:textId="77777777" w:rsidR="001A5159" w:rsidRDefault="00000000">
      <w:r>
        <w:rPr>
          <w:rFonts w:ascii="Garamond" w:hAnsi="Garamond"/>
          <w:sz w:val="24"/>
        </w:rPr>
        <w:t>These maximize your revenue.</w:t>
      </w:r>
    </w:p>
    <w:p w14:paraId="5723D107" w14:textId="77777777" w:rsidR="001A5159" w:rsidRDefault="001A5159"/>
    <w:p w14:paraId="1416EA8A" w14:textId="77777777" w:rsidR="001A5159" w:rsidRDefault="00000000">
      <w:r>
        <w:rPr>
          <w:rFonts w:ascii="Garamond" w:hAnsi="Garamond"/>
          <w:sz w:val="24"/>
        </w:rPr>
        <w:t>MICRO CASE STUDY — BLUEPRINT THIRTEEN</w:t>
      </w:r>
    </w:p>
    <w:p w14:paraId="4E306050" w14:textId="77777777" w:rsidR="001A5159" w:rsidRDefault="00000000">
      <w:r>
        <w:rPr>
          <w:rFonts w:ascii="Garamond" w:hAnsi="Garamond"/>
          <w:sz w:val="24"/>
        </w:rPr>
        <w:t>Case Study: Creator Makes $897 in 14 Days Selling Simple Micro-Products</w:t>
      </w:r>
    </w:p>
    <w:p w14:paraId="30EBAF09" w14:textId="77777777" w:rsidR="001A5159" w:rsidRDefault="00000000">
      <w:r>
        <w:rPr>
          <w:rFonts w:ascii="Garamond" w:hAnsi="Garamond"/>
          <w:sz w:val="24"/>
        </w:rPr>
        <w:t>Emma was a beginner.</w:t>
      </w:r>
      <w:r>
        <w:rPr>
          <w:rFonts w:ascii="Garamond" w:hAnsi="Garamond"/>
          <w:sz w:val="24"/>
        </w:rPr>
        <w:br/>
        <w:t>No audience.</w:t>
      </w:r>
      <w:r>
        <w:rPr>
          <w:rFonts w:ascii="Garamond" w:hAnsi="Garamond"/>
          <w:sz w:val="24"/>
        </w:rPr>
        <w:br/>
        <w:t>No design skills.</w:t>
      </w:r>
      <w:r>
        <w:rPr>
          <w:rFonts w:ascii="Garamond" w:hAnsi="Garamond"/>
          <w:sz w:val="24"/>
        </w:rPr>
        <w:br/>
        <w:t>No writing background.</w:t>
      </w:r>
    </w:p>
    <w:p w14:paraId="5CA6BB2B" w14:textId="77777777" w:rsidR="001A5159" w:rsidRDefault="00000000">
      <w:r>
        <w:rPr>
          <w:rFonts w:ascii="Garamond" w:hAnsi="Garamond"/>
          <w:sz w:val="24"/>
        </w:rPr>
        <w:t>She followed Blueprint 13 step-by-step:</w:t>
      </w:r>
    </w:p>
    <w:p w14:paraId="036744BB" w14:textId="77777777" w:rsidR="001A5159" w:rsidRDefault="00000000">
      <w:r>
        <w:rPr>
          <w:rFonts w:ascii="Garamond" w:hAnsi="Garamond"/>
          <w:sz w:val="24"/>
        </w:rPr>
        <w:t xml:space="preserve">asked AI for 20 product </w:t>
      </w:r>
      <w:proofErr w:type="gramStart"/>
      <w:r>
        <w:rPr>
          <w:rFonts w:ascii="Garamond" w:hAnsi="Garamond"/>
          <w:sz w:val="24"/>
        </w:rPr>
        <w:t>ideas</w:t>
      </w:r>
      <w:proofErr w:type="gramEnd"/>
    </w:p>
    <w:p w14:paraId="2BC460D3" w14:textId="77777777" w:rsidR="001A5159" w:rsidRDefault="00000000">
      <w:r>
        <w:rPr>
          <w:rFonts w:ascii="Garamond" w:hAnsi="Garamond"/>
          <w:sz w:val="24"/>
        </w:rPr>
        <w:t xml:space="preserve">picked “The 30-Day Fitness Habit </w:t>
      </w:r>
      <w:proofErr w:type="gramStart"/>
      <w:r>
        <w:rPr>
          <w:rFonts w:ascii="Garamond" w:hAnsi="Garamond"/>
          <w:sz w:val="24"/>
        </w:rPr>
        <w:t>Toolkit</w:t>
      </w:r>
      <w:proofErr w:type="gramEnd"/>
      <w:r>
        <w:rPr>
          <w:rFonts w:ascii="Garamond" w:hAnsi="Garamond"/>
          <w:sz w:val="24"/>
        </w:rPr>
        <w:t>”</w:t>
      </w:r>
    </w:p>
    <w:p w14:paraId="27C33C8B" w14:textId="77777777" w:rsidR="001A5159" w:rsidRDefault="00000000">
      <w:r>
        <w:rPr>
          <w:rFonts w:ascii="Garamond" w:hAnsi="Garamond"/>
          <w:sz w:val="24"/>
        </w:rPr>
        <w:t xml:space="preserve">generated the full </w:t>
      </w:r>
      <w:proofErr w:type="gramStart"/>
      <w:r>
        <w:rPr>
          <w:rFonts w:ascii="Garamond" w:hAnsi="Garamond"/>
          <w:sz w:val="24"/>
        </w:rPr>
        <w:t>content</w:t>
      </w:r>
      <w:proofErr w:type="gramEnd"/>
    </w:p>
    <w:p w14:paraId="07F67BB0" w14:textId="77777777" w:rsidR="001A5159" w:rsidRDefault="00000000">
      <w:r>
        <w:rPr>
          <w:rFonts w:ascii="Garamond" w:hAnsi="Garamond"/>
          <w:sz w:val="24"/>
        </w:rPr>
        <w:t>designed a simple 12-page PDF in Canva</w:t>
      </w:r>
    </w:p>
    <w:p w14:paraId="15F3C497" w14:textId="77777777" w:rsidR="001A5159" w:rsidRDefault="00000000">
      <w:r>
        <w:rPr>
          <w:rFonts w:ascii="Garamond" w:hAnsi="Garamond"/>
          <w:sz w:val="24"/>
        </w:rPr>
        <w:t xml:space="preserve">listed it for $9 on </w:t>
      </w:r>
      <w:proofErr w:type="gramStart"/>
      <w:r>
        <w:rPr>
          <w:rFonts w:ascii="Garamond" w:hAnsi="Garamond"/>
          <w:sz w:val="24"/>
        </w:rPr>
        <w:t>Etsy</w:t>
      </w:r>
      <w:proofErr w:type="gramEnd"/>
    </w:p>
    <w:p w14:paraId="43C98A6E" w14:textId="77777777" w:rsidR="001A5159" w:rsidRDefault="00000000">
      <w:r>
        <w:rPr>
          <w:rFonts w:ascii="Garamond" w:hAnsi="Garamond"/>
          <w:sz w:val="24"/>
        </w:rPr>
        <w:t>On day 1, she made 3 sales.</w:t>
      </w:r>
    </w:p>
    <w:p w14:paraId="25D072EE" w14:textId="77777777" w:rsidR="001A5159" w:rsidRDefault="00000000">
      <w:r>
        <w:rPr>
          <w:rFonts w:ascii="Garamond" w:hAnsi="Garamond"/>
          <w:sz w:val="24"/>
        </w:rPr>
        <w:t>She used AI to create:</w:t>
      </w:r>
    </w:p>
    <w:p w14:paraId="48D5ED8D" w14:textId="77777777" w:rsidR="001A5159" w:rsidRDefault="00000000">
      <w:r>
        <w:rPr>
          <w:rFonts w:ascii="Garamond" w:hAnsi="Garamond"/>
          <w:sz w:val="24"/>
        </w:rPr>
        <w:t>a planner</w:t>
      </w:r>
    </w:p>
    <w:p w14:paraId="520712F0" w14:textId="77777777" w:rsidR="001A5159" w:rsidRDefault="00000000">
      <w:r>
        <w:rPr>
          <w:rFonts w:ascii="Garamond" w:hAnsi="Garamond"/>
          <w:sz w:val="24"/>
        </w:rPr>
        <w:t>a cheat sheet</w:t>
      </w:r>
    </w:p>
    <w:p w14:paraId="746E5D6C" w14:textId="77777777" w:rsidR="001A5159" w:rsidRDefault="00000000">
      <w:r>
        <w:rPr>
          <w:rFonts w:ascii="Garamond" w:hAnsi="Garamond"/>
          <w:sz w:val="24"/>
        </w:rPr>
        <w:t>a swipe file</w:t>
      </w:r>
    </w:p>
    <w:p w14:paraId="4902E913" w14:textId="77777777" w:rsidR="001A5159" w:rsidRDefault="00000000">
      <w:r>
        <w:rPr>
          <w:rFonts w:ascii="Garamond" w:hAnsi="Garamond"/>
          <w:sz w:val="24"/>
        </w:rPr>
        <w:t>Bundle price: $19.</w:t>
      </w:r>
    </w:p>
    <w:p w14:paraId="0FB46D06" w14:textId="77777777" w:rsidR="001A5159" w:rsidRDefault="00000000">
      <w:r>
        <w:rPr>
          <w:rFonts w:ascii="Garamond" w:hAnsi="Garamond"/>
          <w:sz w:val="24"/>
        </w:rPr>
        <w:t>Then something big happened:</w:t>
      </w:r>
    </w:p>
    <w:p w14:paraId="17C740F8" w14:textId="77777777" w:rsidR="001A5159" w:rsidRDefault="00000000">
      <w:r>
        <w:rPr>
          <w:rFonts w:ascii="Garamond" w:hAnsi="Garamond"/>
          <w:sz w:val="24"/>
        </w:rPr>
        <w:lastRenderedPageBreak/>
        <w:t>A fitness coach bought her bundle and hired her to create 10 branded micro-products for $500.</w:t>
      </w:r>
    </w:p>
    <w:p w14:paraId="52143000" w14:textId="77777777" w:rsidR="001A5159" w:rsidRDefault="00000000">
      <w:r>
        <w:rPr>
          <w:rFonts w:ascii="Garamond" w:hAnsi="Garamond"/>
          <w:sz w:val="24"/>
        </w:rPr>
        <w:t>Two weeks later:</w:t>
      </w:r>
    </w:p>
    <w:p w14:paraId="6B825BE5" w14:textId="77777777" w:rsidR="001A5159" w:rsidRDefault="00000000">
      <w:r>
        <w:rPr>
          <w:rFonts w:ascii="Garamond" w:hAnsi="Garamond"/>
          <w:sz w:val="24"/>
        </w:rPr>
        <w:t>Etsy sales: $197</w:t>
      </w:r>
    </w:p>
    <w:p w14:paraId="030C4F9D" w14:textId="77777777" w:rsidR="001A5159" w:rsidRDefault="00000000">
      <w:r>
        <w:rPr>
          <w:rFonts w:ascii="Garamond" w:hAnsi="Garamond"/>
          <w:sz w:val="24"/>
        </w:rPr>
        <w:t>custom order: $500</w:t>
      </w:r>
    </w:p>
    <w:p w14:paraId="0A56F169" w14:textId="77777777" w:rsidR="001A5159" w:rsidRDefault="00000000">
      <w:r>
        <w:rPr>
          <w:rFonts w:ascii="Garamond" w:hAnsi="Garamond"/>
          <w:sz w:val="24"/>
        </w:rPr>
        <w:t xml:space="preserve">bundle </w:t>
      </w:r>
      <w:proofErr w:type="gramStart"/>
      <w:r>
        <w:rPr>
          <w:rFonts w:ascii="Garamond" w:hAnsi="Garamond"/>
          <w:sz w:val="24"/>
        </w:rPr>
        <w:t>upsells</w:t>
      </w:r>
      <w:proofErr w:type="gramEnd"/>
      <w:r>
        <w:rPr>
          <w:rFonts w:ascii="Garamond" w:hAnsi="Garamond"/>
          <w:sz w:val="24"/>
        </w:rPr>
        <w:t xml:space="preserve">: </w:t>
      </w:r>
      <w:proofErr w:type="gramStart"/>
      <w:r>
        <w:rPr>
          <w:rFonts w:ascii="Garamond" w:hAnsi="Garamond"/>
          <w:sz w:val="24"/>
        </w:rPr>
        <w:t>$200</w:t>
      </w:r>
      <w:proofErr w:type="gramEnd"/>
    </w:p>
    <w:p w14:paraId="4478058A" w14:textId="77777777" w:rsidR="001A5159" w:rsidRDefault="00000000">
      <w:r>
        <w:rPr>
          <w:rFonts w:ascii="Garamond" w:hAnsi="Garamond"/>
          <w:sz w:val="24"/>
        </w:rPr>
        <w:t>total: $897 in 14 days</w:t>
      </w:r>
    </w:p>
    <w:p w14:paraId="4B795909" w14:textId="77777777" w:rsidR="001A5159" w:rsidRDefault="00000000">
      <w:r>
        <w:rPr>
          <w:rFonts w:ascii="Garamond" w:hAnsi="Garamond"/>
          <w:sz w:val="24"/>
        </w:rPr>
        <w:t>Emma’s message:</w:t>
      </w:r>
    </w:p>
    <w:p w14:paraId="09599DFE" w14:textId="77777777" w:rsidR="001A5159" w:rsidRDefault="00000000">
      <w:r>
        <w:rPr>
          <w:rFonts w:ascii="Garamond" w:hAnsi="Garamond"/>
          <w:sz w:val="24"/>
        </w:rPr>
        <w:t>“Micro-products were my first real online income. AI made it simple and fast.”</w:t>
      </w:r>
    </w:p>
    <w:p w14:paraId="4E0EC614" w14:textId="77777777" w:rsidR="001A5159" w:rsidRPr="0063351A" w:rsidRDefault="00000000" w:rsidP="0063351A">
      <w:pPr>
        <w:rPr>
          <w:sz w:val="24"/>
          <w:szCs w:val="24"/>
        </w:rPr>
      </w:pPr>
      <w:r w:rsidRPr="0063351A">
        <w:rPr>
          <w:rFonts w:ascii="Garamond" w:hAnsi="Garamond"/>
          <w:b/>
          <w:sz w:val="24"/>
          <w:szCs w:val="24"/>
        </w:rPr>
        <w:t xml:space="preserve">Blueprint 13 proves you don’t need big products — you need small </w:t>
      </w:r>
      <w:proofErr w:type="gramStart"/>
      <w:r w:rsidRPr="0063351A">
        <w:rPr>
          <w:rFonts w:ascii="Garamond" w:hAnsi="Garamond"/>
          <w:b/>
          <w:sz w:val="24"/>
          <w:szCs w:val="24"/>
        </w:rPr>
        <w:t>wins</w:t>
      </w:r>
      <w:proofErr w:type="gramEnd"/>
      <w:r w:rsidRPr="0063351A">
        <w:rPr>
          <w:rFonts w:ascii="Garamond" w:hAnsi="Garamond"/>
          <w:b/>
          <w:sz w:val="24"/>
          <w:szCs w:val="24"/>
        </w:rPr>
        <w:t xml:space="preserve"> that stack.</w:t>
      </w:r>
    </w:p>
    <w:p w14:paraId="26E3D56E" w14:textId="77777777" w:rsidR="0063351A" w:rsidRDefault="0063351A">
      <w:pPr>
        <w:sectPr w:rsidR="0063351A" w:rsidSect="00034616">
          <w:pgSz w:w="12240" w:h="15840"/>
          <w:pgMar w:top="1440" w:right="1800" w:bottom="1440" w:left="1800" w:header="720" w:footer="720" w:gutter="0"/>
          <w:cols w:space="720"/>
          <w:docGrid w:linePitch="360"/>
        </w:sectPr>
      </w:pPr>
    </w:p>
    <w:p w14:paraId="27D1DEEF" w14:textId="77777777" w:rsidR="001A5159" w:rsidRDefault="001A5159"/>
    <w:p w14:paraId="39623F5B" w14:textId="77777777" w:rsidR="001A5159" w:rsidRPr="0063351A" w:rsidRDefault="00000000" w:rsidP="0063351A">
      <w:pPr>
        <w:pStyle w:val="Heading1"/>
        <w:rPr>
          <w:rFonts w:ascii="Garamond" w:hAnsi="Garamond"/>
          <w:color w:val="auto"/>
          <w:sz w:val="40"/>
          <w:szCs w:val="40"/>
        </w:rPr>
      </w:pPr>
      <w:bookmarkStart w:id="33" w:name="_Toc214830329"/>
      <w:r w:rsidRPr="0063351A">
        <w:rPr>
          <w:rFonts w:ascii="Garamond" w:hAnsi="Garamond"/>
          <w:color w:val="auto"/>
          <w:sz w:val="40"/>
          <w:szCs w:val="40"/>
        </w:rPr>
        <w:t>BLUEPRINT FOURTEEN — AI-POWERED LANDING PAGE &amp; SALES PAGE COPYWRITING SYSTEM</w:t>
      </w:r>
      <w:bookmarkEnd w:id="33"/>
    </w:p>
    <w:p w14:paraId="0925594F" w14:textId="77777777" w:rsidR="001A5159" w:rsidRPr="0063351A" w:rsidRDefault="00000000" w:rsidP="0063351A">
      <w:pPr>
        <w:pStyle w:val="Heading2"/>
        <w:rPr>
          <w:rFonts w:ascii="Garamond" w:hAnsi="Garamond"/>
          <w:color w:val="auto"/>
        </w:rPr>
      </w:pPr>
      <w:bookmarkStart w:id="34" w:name="_Toc214830330"/>
      <w:r w:rsidRPr="0063351A">
        <w:rPr>
          <w:rFonts w:ascii="Garamond" w:hAnsi="Garamond"/>
          <w:color w:val="auto"/>
        </w:rPr>
        <w:t>(The Blueprint That Turns AI Into a High-Conversion Sales Copy Engine — Even If You’ve Never Written a Page of Copy Before)</w:t>
      </w:r>
      <w:bookmarkEnd w:id="34"/>
    </w:p>
    <w:p w14:paraId="78DFD79B" w14:textId="77777777" w:rsidR="001A5159" w:rsidRDefault="00000000">
      <w:r>
        <w:rPr>
          <w:rFonts w:ascii="Garamond" w:hAnsi="Garamond"/>
          <w:sz w:val="24"/>
        </w:rPr>
        <w:t xml:space="preserve">Every digital business </w:t>
      </w:r>
      <w:proofErr w:type="gramStart"/>
      <w:r>
        <w:rPr>
          <w:rFonts w:ascii="Garamond" w:hAnsi="Garamond"/>
          <w:sz w:val="24"/>
        </w:rPr>
        <w:t>needs</w:t>
      </w:r>
      <w:proofErr w:type="gramEnd"/>
      <w:r>
        <w:rPr>
          <w:rFonts w:ascii="Garamond" w:hAnsi="Garamond"/>
          <w:sz w:val="24"/>
        </w:rPr>
        <w:t>:</w:t>
      </w:r>
    </w:p>
    <w:p w14:paraId="3E5F4015" w14:textId="77777777" w:rsidR="001A5159" w:rsidRDefault="00000000">
      <w:r>
        <w:rPr>
          <w:rFonts w:ascii="Garamond" w:hAnsi="Garamond"/>
          <w:sz w:val="24"/>
        </w:rPr>
        <w:t>landing pages</w:t>
      </w:r>
    </w:p>
    <w:p w14:paraId="672A3952" w14:textId="77777777" w:rsidR="001A5159" w:rsidRDefault="00000000">
      <w:r>
        <w:rPr>
          <w:rFonts w:ascii="Garamond" w:hAnsi="Garamond"/>
          <w:sz w:val="24"/>
        </w:rPr>
        <w:t>sales pages</w:t>
      </w:r>
    </w:p>
    <w:p w14:paraId="59E5FADE" w14:textId="77777777" w:rsidR="001A5159" w:rsidRDefault="00000000">
      <w:r>
        <w:rPr>
          <w:rFonts w:ascii="Garamond" w:hAnsi="Garamond"/>
          <w:sz w:val="24"/>
        </w:rPr>
        <w:t>opt-in pages</w:t>
      </w:r>
    </w:p>
    <w:p w14:paraId="66D60F0E" w14:textId="77777777" w:rsidR="001A5159" w:rsidRDefault="00000000">
      <w:r>
        <w:rPr>
          <w:rFonts w:ascii="Garamond" w:hAnsi="Garamond"/>
          <w:sz w:val="24"/>
        </w:rPr>
        <w:t xml:space="preserve">lead magnet </w:t>
      </w:r>
      <w:proofErr w:type="gramStart"/>
      <w:r>
        <w:rPr>
          <w:rFonts w:ascii="Garamond" w:hAnsi="Garamond"/>
          <w:sz w:val="24"/>
        </w:rPr>
        <w:t>pages</w:t>
      </w:r>
      <w:proofErr w:type="gramEnd"/>
    </w:p>
    <w:p w14:paraId="3D0C8851" w14:textId="77777777" w:rsidR="001A5159" w:rsidRDefault="00000000">
      <w:r>
        <w:rPr>
          <w:rFonts w:ascii="Garamond" w:hAnsi="Garamond"/>
          <w:sz w:val="24"/>
        </w:rPr>
        <w:t>webinar funnels</w:t>
      </w:r>
    </w:p>
    <w:p w14:paraId="24D66B69" w14:textId="77777777" w:rsidR="001A5159" w:rsidRDefault="00000000">
      <w:r>
        <w:rPr>
          <w:rFonts w:ascii="Garamond" w:hAnsi="Garamond"/>
          <w:sz w:val="24"/>
        </w:rPr>
        <w:t>checkout pages</w:t>
      </w:r>
    </w:p>
    <w:p w14:paraId="50E368C5" w14:textId="77777777" w:rsidR="001A5159" w:rsidRDefault="00000000">
      <w:r>
        <w:rPr>
          <w:rFonts w:ascii="Garamond" w:hAnsi="Garamond"/>
          <w:sz w:val="24"/>
        </w:rPr>
        <w:t>mini-offer pages</w:t>
      </w:r>
    </w:p>
    <w:p w14:paraId="3F372E4D" w14:textId="77777777" w:rsidR="001A5159" w:rsidRDefault="00000000">
      <w:r>
        <w:rPr>
          <w:rFonts w:ascii="Garamond" w:hAnsi="Garamond"/>
          <w:sz w:val="24"/>
        </w:rPr>
        <w:t>event pages</w:t>
      </w:r>
    </w:p>
    <w:p w14:paraId="42F8068E" w14:textId="77777777" w:rsidR="001A5159" w:rsidRDefault="00000000">
      <w:r>
        <w:rPr>
          <w:rFonts w:ascii="Garamond" w:hAnsi="Garamond"/>
          <w:sz w:val="24"/>
        </w:rPr>
        <w:t>waitlist pages</w:t>
      </w:r>
    </w:p>
    <w:p w14:paraId="40205379" w14:textId="77777777" w:rsidR="001A5159" w:rsidRDefault="00000000">
      <w:r>
        <w:rPr>
          <w:rFonts w:ascii="Garamond" w:hAnsi="Garamond"/>
          <w:sz w:val="24"/>
        </w:rPr>
        <w:t>…but most creators and business owners struggle to write them.</w:t>
      </w:r>
    </w:p>
    <w:p w14:paraId="332F1349" w14:textId="77777777" w:rsidR="001A5159" w:rsidRDefault="00000000">
      <w:r>
        <w:rPr>
          <w:rFonts w:ascii="Garamond" w:hAnsi="Garamond"/>
          <w:sz w:val="24"/>
        </w:rPr>
        <w:t>This blueprint shows you how to use AI to create high-converting landing pages and sales pages that generate leads, sell digital products, and turn cold traffic into warm buyers.</w:t>
      </w:r>
    </w:p>
    <w:p w14:paraId="3003B88E" w14:textId="77777777" w:rsidR="001A5159" w:rsidRDefault="00000000">
      <w:r>
        <w:rPr>
          <w:rFonts w:ascii="Garamond" w:hAnsi="Garamond"/>
          <w:sz w:val="24"/>
        </w:rPr>
        <w:t>You don’t need copywriting experience.</w:t>
      </w:r>
      <w:r>
        <w:rPr>
          <w:rFonts w:ascii="Garamond" w:hAnsi="Garamond"/>
          <w:sz w:val="24"/>
        </w:rPr>
        <w:br/>
        <w:t>You don’t need complex frameworks memorized.</w:t>
      </w:r>
      <w:r>
        <w:rPr>
          <w:rFonts w:ascii="Garamond" w:hAnsi="Garamond"/>
          <w:sz w:val="24"/>
        </w:rPr>
        <w:br/>
        <w:t>AI provides structure.</w:t>
      </w:r>
      <w:r>
        <w:rPr>
          <w:rFonts w:ascii="Garamond" w:hAnsi="Garamond"/>
          <w:sz w:val="24"/>
        </w:rPr>
        <w:br/>
        <w:t>You provide direction.</w:t>
      </w:r>
    </w:p>
    <w:p w14:paraId="19CBDBAE" w14:textId="77777777" w:rsidR="001A5159" w:rsidRDefault="00000000">
      <w:r>
        <w:rPr>
          <w:rFonts w:ascii="Garamond" w:hAnsi="Garamond"/>
          <w:sz w:val="24"/>
        </w:rPr>
        <w:t>This is one of the highest-paying AI services in the entire book.</w:t>
      </w:r>
    </w:p>
    <w:p w14:paraId="3CB76F9D" w14:textId="77777777" w:rsidR="001A5159" w:rsidRDefault="001A5159"/>
    <w:p w14:paraId="6441A5DC" w14:textId="77777777" w:rsidR="001A5159" w:rsidRDefault="00000000">
      <w:r>
        <w:rPr>
          <w:rFonts w:ascii="Garamond" w:hAnsi="Garamond"/>
          <w:sz w:val="24"/>
        </w:rPr>
        <w:t>Why This Blueprint Works</w:t>
      </w:r>
    </w:p>
    <w:p w14:paraId="4584E23B" w14:textId="77777777" w:rsidR="001A5159" w:rsidRDefault="00000000">
      <w:r>
        <w:rPr>
          <w:rFonts w:ascii="Garamond" w:hAnsi="Garamond"/>
          <w:sz w:val="24"/>
        </w:rPr>
        <w:lastRenderedPageBreak/>
        <w:t>Strong copy = strong conversions.</w:t>
      </w:r>
      <w:r>
        <w:rPr>
          <w:rFonts w:ascii="Garamond" w:hAnsi="Garamond"/>
          <w:sz w:val="24"/>
        </w:rPr>
        <w:br/>
        <w:t>And most business owners:</w:t>
      </w:r>
    </w:p>
    <w:p w14:paraId="15E7CE33" w14:textId="77777777" w:rsidR="001A5159" w:rsidRDefault="00000000">
      <w:r>
        <w:rPr>
          <w:rFonts w:ascii="Garamond" w:hAnsi="Garamond"/>
          <w:sz w:val="24"/>
        </w:rPr>
        <w:t xml:space="preserve">don’t know what to </w:t>
      </w:r>
      <w:proofErr w:type="gramStart"/>
      <w:r>
        <w:rPr>
          <w:rFonts w:ascii="Garamond" w:hAnsi="Garamond"/>
          <w:sz w:val="24"/>
        </w:rPr>
        <w:t>write</w:t>
      </w:r>
      <w:proofErr w:type="gramEnd"/>
    </w:p>
    <w:p w14:paraId="78DE290E" w14:textId="77777777" w:rsidR="001A5159" w:rsidRDefault="00000000">
      <w:r>
        <w:rPr>
          <w:rFonts w:ascii="Garamond" w:hAnsi="Garamond"/>
          <w:sz w:val="24"/>
        </w:rPr>
        <w:t xml:space="preserve">don’t know how to structure a </w:t>
      </w:r>
      <w:proofErr w:type="gramStart"/>
      <w:r>
        <w:rPr>
          <w:rFonts w:ascii="Garamond" w:hAnsi="Garamond"/>
          <w:sz w:val="24"/>
        </w:rPr>
        <w:t>page</w:t>
      </w:r>
      <w:proofErr w:type="gramEnd"/>
    </w:p>
    <w:p w14:paraId="7DD9F691" w14:textId="77777777" w:rsidR="001A5159" w:rsidRDefault="00000000">
      <w:r>
        <w:rPr>
          <w:rFonts w:ascii="Garamond" w:hAnsi="Garamond"/>
          <w:sz w:val="24"/>
        </w:rPr>
        <w:t xml:space="preserve">don’t know how to explain their </w:t>
      </w:r>
      <w:proofErr w:type="gramStart"/>
      <w:r>
        <w:rPr>
          <w:rFonts w:ascii="Garamond" w:hAnsi="Garamond"/>
          <w:sz w:val="24"/>
        </w:rPr>
        <w:t>offer</w:t>
      </w:r>
      <w:proofErr w:type="gramEnd"/>
    </w:p>
    <w:p w14:paraId="2DD51BE0" w14:textId="77777777" w:rsidR="001A5159" w:rsidRDefault="00000000">
      <w:r>
        <w:rPr>
          <w:rFonts w:ascii="Garamond" w:hAnsi="Garamond"/>
          <w:sz w:val="24"/>
        </w:rPr>
        <w:t xml:space="preserve">don’t know their customer’s </w:t>
      </w:r>
      <w:proofErr w:type="gramStart"/>
      <w:r>
        <w:rPr>
          <w:rFonts w:ascii="Garamond" w:hAnsi="Garamond"/>
          <w:sz w:val="24"/>
        </w:rPr>
        <w:t>language</w:t>
      </w:r>
      <w:proofErr w:type="gramEnd"/>
    </w:p>
    <w:p w14:paraId="639B3C4F" w14:textId="77777777" w:rsidR="001A5159" w:rsidRDefault="00000000">
      <w:r>
        <w:rPr>
          <w:rFonts w:ascii="Garamond" w:hAnsi="Garamond"/>
          <w:sz w:val="24"/>
        </w:rPr>
        <w:t xml:space="preserve">don’t know how to format for </w:t>
      </w:r>
      <w:proofErr w:type="gramStart"/>
      <w:r>
        <w:rPr>
          <w:rFonts w:ascii="Garamond" w:hAnsi="Garamond"/>
          <w:sz w:val="24"/>
        </w:rPr>
        <w:t>scanning</w:t>
      </w:r>
      <w:proofErr w:type="gramEnd"/>
    </w:p>
    <w:p w14:paraId="55659E08" w14:textId="77777777" w:rsidR="001A5159" w:rsidRDefault="00000000">
      <w:r>
        <w:rPr>
          <w:rFonts w:ascii="Garamond" w:hAnsi="Garamond"/>
          <w:sz w:val="24"/>
        </w:rPr>
        <w:t>With AI, you can instantly generate:</w:t>
      </w:r>
    </w:p>
    <w:p w14:paraId="366C71FF" w14:textId="77777777" w:rsidR="001A5159" w:rsidRDefault="00000000">
      <w:r>
        <w:rPr>
          <w:rFonts w:ascii="Garamond" w:hAnsi="Garamond"/>
          <w:sz w:val="24"/>
        </w:rPr>
        <w:t>hooks</w:t>
      </w:r>
    </w:p>
    <w:p w14:paraId="795E1C59" w14:textId="77777777" w:rsidR="001A5159" w:rsidRDefault="00000000">
      <w:r>
        <w:rPr>
          <w:rFonts w:ascii="Garamond" w:hAnsi="Garamond"/>
          <w:sz w:val="24"/>
        </w:rPr>
        <w:t>headlines</w:t>
      </w:r>
    </w:p>
    <w:p w14:paraId="2A7284EF" w14:textId="77777777" w:rsidR="001A5159" w:rsidRDefault="00000000">
      <w:r>
        <w:rPr>
          <w:rFonts w:ascii="Garamond" w:hAnsi="Garamond"/>
          <w:sz w:val="24"/>
        </w:rPr>
        <w:t>body copy</w:t>
      </w:r>
    </w:p>
    <w:p w14:paraId="06628F62" w14:textId="77777777" w:rsidR="001A5159" w:rsidRDefault="00000000">
      <w:r>
        <w:rPr>
          <w:rFonts w:ascii="Garamond" w:hAnsi="Garamond"/>
          <w:sz w:val="24"/>
        </w:rPr>
        <w:t>feature/benefit breakdowns</w:t>
      </w:r>
    </w:p>
    <w:p w14:paraId="0E234BD1" w14:textId="77777777" w:rsidR="001A5159" w:rsidRDefault="00000000">
      <w:r>
        <w:rPr>
          <w:rFonts w:ascii="Garamond" w:hAnsi="Garamond"/>
          <w:sz w:val="24"/>
        </w:rPr>
        <w:t>emotional triggers</w:t>
      </w:r>
    </w:p>
    <w:p w14:paraId="7B2040A7" w14:textId="77777777" w:rsidR="001A5159" w:rsidRDefault="00000000">
      <w:r>
        <w:rPr>
          <w:rFonts w:ascii="Garamond" w:hAnsi="Garamond"/>
          <w:sz w:val="24"/>
        </w:rPr>
        <w:t>CTA variations</w:t>
      </w:r>
    </w:p>
    <w:p w14:paraId="1F5D3B8F" w14:textId="77777777" w:rsidR="001A5159" w:rsidRDefault="00000000">
      <w:r>
        <w:rPr>
          <w:rFonts w:ascii="Garamond" w:hAnsi="Garamond"/>
          <w:sz w:val="24"/>
        </w:rPr>
        <w:t xml:space="preserve">story-driven </w:t>
      </w:r>
      <w:proofErr w:type="gramStart"/>
      <w:r>
        <w:rPr>
          <w:rFonts w:ascii="Garamond" w:hAnsi="Garamond"/>
          <w:sz w:val="24"/>
        </w:rPr>
        <w:t>blocks</w:t>
      </w:r>
      <w:proofErr w:type="gramEnd"/>
    </w:p>
    <w:p w14:paraId="56C29E36" w14:textId="77777777" w:rsidR="001A5159" w:rsidRDefault="00000000">
      <w:r>
        <w:rPr>
          <w:rFonts w:ascii="Garamond" w:hAnsi="Garamond"/>
          <w:sz w:val="24"/>
        </w:rPr>
        <w:t xml:space="preserve">guarantee </w:t>
      </w:r>
      <w:proofErr w:type="gramStart"/>
      <w:r>
        <w:rPr>
          <w:rFonts w:ascii="Garamond" w:hAnsi="Garamond"/>
          <w:sz w:val="24"/>
        </w:rPr>
        <w:t>statements</w:t>
      </w:r>
      <w:proofErr w:type="gramEnd"/>
    </w:p>
    <w:p w14:paraId="033C5F7A" w14:textId="77777777" w:rsidR="001A5159" w:rsidRDefault="00000000">
      <w:r>
        <w:rPr>
          <w:rFonts w:ascii="Garamond" w:hAnsi="Garamond"/>
          <w:sz w:val="24"/>
        </w:rPr>
        <w:t>FAQs</w:t>
      </w:r>
    </w:p>
    <w:p w14:paraId="3E278757" w14:textId="77777777" w:rsidR="001A5159" w:rsidRDefault="00000000">
      <w:r>
        <w:rPr>
          <w:rFonts w:ascii="Garamond" w:hAnsi="Garamond"/>
          <w:sz w:val="24"/>
        </w:rPr>
        <w:t>social proof sections</w:t>
      </w:r>
    </w:p>
    <w:p w14:paraId="0D7FDB0B" w14:textId="77777777" w:rsidR="001A5159" w:rsidRDefault="00000000">
      <w:r>
        <w:rPr>
          <w:rFonts w:ascii="Garamond" w:hAnsi="Garamond"/>
          <w:sz w:val="24"/>
        </w:rPr>
        <w:t>This is professional-grade copy — delivered in minutes.</w:t>
      </w:r>
    </w:p>
    <w:p w14:paraId="7D02F595" w14:textId="77777777" w:rsidR="001A5159" w:rsidRDefault="00000000">
      <w:r>
        <w:rPr>
          <w:rFonts w:ascii="Garamond" w:hAnsi="Garamond"/>
          <w:sz w:val="24"/>
        </w:rPr>
        <w:t xml:space="preserve">Businesses are happy to pay for this because good </w:t>
      </w:r>
      <w:proofErr w:type="gramStart"/>
      <w:r>
        <w:rPr>
          <w:rFonts w:ascii="Garamond" w:hAnsi="Garamond"/>
          <w:sz w:val="24"/>
        </w:rPr>
        <w:t>copy</w:t>
      </w:r>
      <w:proofErr w:type="gramEnd"/>
      <w:r>
        <w:rPr>
          <w:rFonts w:ascii="Garamond" w:hAnsi="Garamond"/>
          <w:sz w:val="24"/>
        </w:rPr>
        <w:t xml:space="preserve"> produces revenue.</w:t>
      </w:r>
    </w:p>
    <w:p w14:paraId="759444FE" w14:textId="77777777" w:rsidR="001A5159" w:rsidRDefault="001A5159"/>
    <w:p w14:paraId="5427CBD1" w14:textId="77777777" w:rsidR="001A5159" w:rsidRDefault="00000000">
      <w:r>
        <w:rPr>
          <w:rFonts w:ascii="Garamond" w:hAnsi="Garamond"/>
          <w:sz w:val="24"/>
        </w:rPr>
        <w:t>Tools You Need</w:t>
      </w:r>
    </w:p>
    <w:p w14:paraId="15C30165" w14:textId="77777777" w:rsidR="001A5159" w:rsidRDefault="00000000">
      <w:r>
        <w:rPr>
          <w:rFonts w:ascii="Garamond" w:hAnsi="Garamond"/>
          <w:sz w:val="24"/>
        </w:rPr>
        <w:t>ChatGPT / Claude — primary sales copy generator</w:t>
      </w:r>
      <w:r>
        <w:rPr>
          <w:rFonts w:ascii="Garamond" w:hAnsi="Garamond"/>
          <w:sz w:val="24"/>
        </w:rPr>
        <w:br/>
        <w:t>Canva / Figma — optional landing page mockups</w:t>
      </w:r>
      <w:r>
        <w:rPr>
          <w:rFonts w:ascii="Garamond" w:hAnsi="Garamond"/>
          <w:sz w:val="24"/>
        </w:rPr>
        <w:br/>
        <w:t>Google Docs — page copy delivery</w:t>
      </w:r>
      <w:r>
        <w:rPr>
          <w:rFonts w:ascii="Garamond" w:hAnsi="Garamond"/>
          <w:sz w:val="24"/>
        </w:rPr>
        <w:br/>
        <w:t xml:space="preserve">Carrd / Leadpages / Hostinger / Kajabi — optional simple </w:t>
      </w:r>
      <w:proofErr w:type="gramStart"/>
      <w:r>
        <w:rPr>
          <w:rFonts w:ascii="Garamond" w:hAnsi="Garamond"/>
          <w:sz w:val="24"/>
        </w:rPr>
        <w:t>build-outs</w:t>
      </w:r>
      <w:proofErr w:type="gramEnd"/>
    </w:p>
    <w:p w14:paraId="75194BD1" w14:textId="77777777" w:rsidR="001A5159" w:rsidRDefault="001A5159"/>
    <w:p w14:paraId="667E7FBE" w14:textId="77777777" w:rsidR="001A5159" w:rsidRDefault="00000000">
      <w:r>
        <w:rPr>
          <w:rFonts w:ascii="Garamond" w:hAnsi="Garamond"/>
          <w:sz w:val="24"/>
        </w:rPr>
        <w:lastRenderedPageBreak/>
        <w:t>What You’ll Offer</w:t>
      </w:r>
    </w:p>
    <w:p w14:paraId="1DF78EBE" w14:textId="77777777" w:rsidR="001A5159" w:rsidRDefault="00000000">
      <w:r>
        <w:rPr>
          <w:rFonts w:ascii="Garamond" w:hAnsi="Garamond"/>
          <w:sz w:val="24"/>
        </w:rPr>
        <w:t>You can write:</w:t>
      </w:r>
    </w:p>
    <w:p w14:paraId="3D2BC605" w14:textId="77777777" w:rsidR="001A5159" w:rsidRDefault="00000000">
      <w:r>
        <w:rPr>
          <w:rFonts w:ascii="Garamond" w:hAnsi="Garamond"/>
          <w:sz w:val="24"/>
        </w:rPr>
        <w:t xml:space="preserve">lead magnet landing </w:t>
      </w:r>
      <w:proofErr w:type="gramStart"/>
      <w:r>
        <w:rPr>
          <w:rFonts w:ascii="Garamond" w:hAnsi="Garamond"/>
          <w:sz w:val="24"/>
        </w:rPr>
        <w:t>pages</w:t>
      </w:r>
      <w:proofErr w:type="gramEnd"/>
    </w:p>
    <w:p w14:paraId="53589418" w14:textId="77777777" w:rsidR="001A5159" w:rsidRDefault="00000000">
      <w:r>
        <w:rPr>
          <w:rFonts w:ascii="Garamond" w:hAnsi="Garamond"/>
          <w:sz w:val="24"/>
        </w:rPr>
        <w:t>small offer sales pages</w:t>
      </w:r>
    </w:p>
    <w:p w14:paraId="0836343D" w14:textId="77777777" w:rsidR="001A5159" w:rsidRDefault="00000000">
      <w:r>
        <w:rPr>
          <w:rFonts w:ascii="Garamond" w:hAnsi="Garamond"/>
          <w:sz w:val="24"/>
        </w:rPr>
        <w:t>webinar registration pages</w:t>
      </w:r>
    </w:p>
    <w:p w14:paraId="227EC1A2" w14:textId="77777777" w:rsidR="001A5159" w:rsidRDefault="00000000">
      <w:r>
        <w:rPr>
          <w:rFonts w:ascii="Garamond" w:hAnsi="Garamond"/>
          <w:sz w:val="24"/>
        </w:rPr>
        <w:t>opt-in funnels</w:t>
      </w:r>
    </w:p>
    <w:p w14:paraId="73D7238A" w14:textId="77777777" w:rsidR="001A5159" w:rsidRDefault="00000000">
      <w:r>
        <w:rPr>
          <w:rFonts w:ascii="Garamond" w:hAnsi="Garamond"/>
          <w:sz w:val="24"/>
        </w:rPr>
        <w:t>product sales pages</w:t>
      </w:r>
    </w:p>
    <w:p w14:paraId="1F7B4E1C" w14:textId="77777777" w:rsidR="001A5159" w:rsidRDefault="00000000">
      <w:r>
        <w:rPr>
          <w:rFonts w:ascii="Garamond" w:hAnsi="Garamond"/>
          <w:sz w:val="24"/>
        </w:rPr>
        <w:t>coaching program pages</w:t>
      </w:r>
    </w:p>
    <w:p w14:paraId="58704E14" w14:textId="77777777" w:rsidR="001A5159" w:rsidRDefault="00000000">
      <w:r>
        <w:rPr>
          <w:rFonts w:ascii="Garamond" w:hAnsi="Garamond"/>
          <w:sz w:val="24"/>
        </w:rPr>
        <w:t>membership pages</w:t>
      </w:r>
    </w:p>
    <w:p w14:paraId="67704129" w14:textId="77777777" w:rsidR="001A5159" w:rsidRDefault="00000000">
      <w:r>
        <w:rPr>
          <w:rFonts w:ascii="Garamond" w:hAnsi="Garamond"/>
          <w:sz w:val="24"/>
        </w:rPr>
        <w:t>course launch pages</w:t>
      </w:r>
    </w:p>
    <w:p w14:paraId="5880B150" w14:textId="77777777" w:rsidR="001A5159" w:rsidRDefault="00000000">
      <w:proofErr w:type="gramStart"/>
      <w:r>
        <w:rPr>
          <w:rFonts w:ascii="Garamond" w:hAnsi="Garamond"/>
          <w:sz w:val="24"/>
        </w:rPr>
        <w:t>You</w:t>
      </w:r>
      <w:proofErr w:type="gramEnd"/>
      <w:r>
        <w:rPr>
          <w:rFonts w:ascii="Garamond" w:hAnsi="Garamond"/>
          <w:sz w:val="24"/>
        </w:rPr>
        <w:t xml:space="preserve"> deliver:</w:t>
      </w:r>
    </w:p>
    <w:p w14:paraId="5C1F27B9" w14:textId="77777777" w:rsidR="001A5159" w:rsidRDefault="00000000">
      <w:r>
        <w:rPr>
          <w:rFonts w:ascii="Garamond" w:hAnsi="Garamond"/>
          <w:sz w:val="24"/>
        </w:rPr>
        <w:t>headline variations</w:t>
      </w:r>
    </w:p>
    <w:p w14:paraId="3243BFFF" w14:textId="77777777" w:rsidR="001A5159" w:rsidRDefault="00000000">
      <w:r>
        <w:rPr>
          <w:rFonts w:ascii="Garamond" w:hAnsi="Garamond"/>
          <w:sz w:val="24"/>
        </w:rPr>
        <w:t>body copy</w:t>
      </w:r>
    </w:p>
    <w:p w14:paraId="6C2960AB" w14:textId="77777777" w:rsidR="001A5159" w:rsidRDefault="00000000">
      <w:r>
        <w:rPr>
          <w:rFonts w:ascii="Garamond" w:hAnsi="Garamond"/>
          <w:sz w:val="24"/>
        </w:rPr>
        <w:t>CTA buttons</w:t>
      </w:r>
    </w:p>
    <w:p w14:paraId="0A6E6175" w14:textId="77777777" w:rsidR="001A5159" w:rsidRDefault="00000000">
      <w:r>
        <w:rPr>
          <w:rFonts w:ascii="Garamond" w:hAnsi="Garamond"/>
          <w:sz w:val="24"/>
        </w:rPr>
        <w:t>benefits section</w:t>
      </w:r>
    </w:p>
    <w:p w14:paraId="479D772E" w14:textId="77777777" w:rsidR="001A5159" w:rsidRDefault="00000000">
      <w:r>
        <w:rPr>
          <w:rFonts w:ascii="Garamond" w:hAnsi="Garamond"/>
          <w:sz w:val="24"/>
        </w:rPr>
        <w:t>problem/pain breakdown</w:t>
      </w:r>
    </w:p>
    <w:p w14:paraId="7EF209F5" w14:textId="77777777" w:rsidR="001A5159" w:rsidRDefault="00000000">
      <w:r>
        <w:rPr>
          <w:rFonts w:ascii="Garamond" w:hAnsi="Garamond"/>
          <w:sz w:val="24"/>
        </w:rPr>
        <w:t>transformation statements</w:t>
      </w:r>
    </w:p>
    <w:p w14:paraId="2674EB93" w14:textId="77777777" w:rsidR="001A5159" w:rsidRDefault="00000000">
      <w:r>
        <w:rPr>
          <w:rFonts w:ascii="Garamond" w:hAnsi="Garamond"/>
          <w:sz w:val="24"/>
        </w:rPr>
        <w:t>testimonials (placeholder format)</w:t>
      </w:r>
    </w:p>
    <w:p w14:paraId="6E7E2BB5" w14:textId="77777777" w:rsidR="001A5159" w:rsidRDefault="00000000">
      <w:r>
        <w:rPr>
          <w:rFonts w:ascii="Garamond" w:hAnsi="Garamond"/>
          <w:sz w:val="24"/>
        </w:rPr>
        <w:t>FAQ section</w:t>
      </w:r>
    </w:p>
    <w:p w14:paraId="795FBFA1" w14:textId="77777777" w:rsidR="001A5159" w:rsidRDefault="00000000">
      <w:r>
        <w:rPr>
          <w:rFonts w:ascii="Garamond" w:hAnsi="Garamond"/>
          <w:sz w:val="24"/>
        </w:rPr>
        <w:t xml:space="preserve">guarantee </w:t>
      </w:r>
      <w:proofErr w:type="gramStart"/>
      <w:r>
        <w:rPr>
          <w:rFonts w:ascii="Garamond" w:hAnsi="Garamond"/>
          <w:sz w:val="24"/>
        </w:rPr>
        <w:t>section</w:t>
      </w:r>
      <w:proofErr w:type="gramEnd"/>
    </w:p>
    <w:p w14:paraId="69476D82" w14:textId="77777777" w:rsidR="001A5159" w:rsidRDefault="00000000">
      <w:r>
        <w:rPr>
          <w:rFonts w:ascii="Garamond" w:hAnsi="Garamond"/>
          <w:sz w:val="24"/>
        </w:rPr>
        <w:t xml:space="preserve">This is an extremely high-value </w:t>
      </w:r>
      <w:proofErr w:type="gramStart"/>
      <w:r>
        <w:rPr>
          <w:rFonts w:ascii="Garamond" w:hAnsi="Garamond"/>
          <w:sz w:val="24"/>
        </w:rPr>
        <w:t>deliverable</w:t>
      </w:r>
      <w:proofErr w:type="gramEnd"/>
      <w:r>
        <w:rPr>
          <w:rFonts w:ascii="Garamond" w:hAnsi="Garamond"/>
          <w:sz w:val="24"/>
        </w:rPr>
        <w:t>.</w:t>
      </w:r>
    </w:p>
    <w:p w14:paraId="74411553" w14:textId="77777777" w:rsidR="001A5159" w:rsidRDefault="001A5159"/>
    <w:p w14:paraId="7FDC1014" w14:textId="77777777" w:rsidR="001A5159" w:rsidRDefault="00000000">
      <w:r>
        <w:rPr>
          <w:rFonts w:ascii="Garamond" w:hAnsi="Garamond"/>
          <w:sz w:val="24"/>
        </w:rPr>
        <w:t>AI-Powered Workflow (Step-By-Step)</w:t>
      </w:r>
    </w:p>
    <w:p w14:paraId="3861C414" w14:textId="77777777" w:rsidR="001A5159" w:rsidRDefault="00000000">
      <w:r>
        <w:rPr>
          <w:rFonts w:ascii="Garamond" w:hAnsi="Garamond"/>
          <w:sz w:val="24"/>
        </w:rPr>
        <w:t xml:space="preserve">STEP 1 — Build </w:t>
      </w:r>
      <w:proofErr w:type="gramStart"/>
      <w:r>
        <w:rPr>
          <w:rFonts w:ascii="Garamond" w:hAnsi="Garamond"/>
          <w:sz w:val="24"/>
        </w:rPr>
        <w:t>the Customer</w:t>
      </w:r>
      <w:proofErr w:type="gramEnd"/>
      <w:r>
        <w:rPr>
          <w:rFonts w:ascii="Garamond" w:hAnsi="Garamond"/>
          <w:sz w:val="24"/>
        </w:rPr>
        <w:t xml:space="preserve"> Profile</w:t>
      </w:r>
    </w:p>
    <w:p w14:paraId="19AC1400" w14:textId="77777777" w:rsidR="001A5159" w:rsidRDefault="00000000">
      <w:r>
        <w:rPr>
          <w:rFonts w:ascii="Garamond" w:hAnsi="Garamond"/>
          <w:sz w:val="24"/>
        </w:rPr>
        <w:t>Ask AI:</w:t>
      </w:r>
    </w:p>
    <w:p w14:paraId="79880A94" w14:textId="77777777" w:rsidR="001A5159" w:rsidRDefault="00000000">
      <w:r>
        <w:rPr>
          <w:rFonts w:ascii="Garamond" w:hAnsi="Garamond"/>
          <w:sz w:val="24"/>
        </w:rPr>
        <w:lastRenderedPageBreak/>
        <w:t>“Create a detailed customer avatar for someone who wants . Include fears, desires, goals, frustrations, and buying triggers.”</w:t>
      </w:r>
    </w:p>
    <w:p w14:paraId="730AD403" w14:textId="77777777" w:rsidR="001A5159" w:rsidRDefault="00000000">
      <w:r>
        <w:rPr>
          <w:rFonts w:ascii="Garamond" w:hAnsi="Garamond"/>
          <w:sz w:val="24"/>
        </w:rPr>
        <w:t>This becomes the backbone of your sales copy.</w:t>
      </w:r>
    </w:p>
    <w:p w14:paraId="017467DC" w14:textId="77777777" w:rsidR="001A5159" w:rsidRDefault="001A5159"/>
    <w:p w14:paraId="69C124A2" w14:textId="77777777" w:rsidR="001A5159" w:rsidRDefault="00000000">
      <w:r>
        <w:rPr>
          <w:rFonts w:ascii="Garamond" w:hAnsi="Garamond"/>
          <w:sz w:val="24"/>
        </w:rPr>
        <w:t>STEP 2 — Extract the Offer</w:t>
      </w:r>
    </w:p>
    <w:p w14:paraId="31A74028" w14:textId="77777777" w:rsidR="001A5159" w:rsidRDefault="00000000">
      <w:r>
        <w:rPr>
          <w:rFonts w:ascii="Garamond" w:hAnsi="Garamond"/>
          <w:sz w:val="24"/>
        </w:rPr>
        <w:t>Ask:</w:t>
      </w:r>
    </w:p>
    <w:p w14:paraId="785513A6" w14:textId="77777777" w:rsidR="001A5159" w:rsidRDefault="00000000">
      <w:r>
        <w:rPr>
          <w:rFonts w:ascii="Garamond" w:hAnsi="Garamond"/>
          <w:sz w:val="24"/>
        </w:rPr>
        <w:t>“Break down this offer into features, benefits, emotional triggers, objections, and transformations.”</w:t>
      </w:r>
    </w:p>
    <w:p w14:paraId="72DFAE54" w14:textId="77777777" w:rsidR="001A5159" w:rsidRDefault="00000000">
      <w:r>
        <w:rPr>
          <w:rFonts w:ascii="Garamond" w:hAnsi="Garamond"/>
          <w:sz w:val="24"/>
        </w:rPr>
        <w:t>This ensures clarity before writing.</w:t>
      </w:r>
    </w:p>
    <w:p w14:paraId="0A2FC36E" w14:textId="77777777" w:rsidR="001A5159" w:rsidRDefault="001A5159"/>
    <w:p w14:paraId="656910A0" w14:textId="77777777" w:rsidR="001A5159" w:rsidRDefault="00000000">
      <w:r>
        <w:rPr>
          <w:rFonts w:ascii="Garamond" w:hAnsi="Garamond"/>
          <w:sz w:val="24"/>
        </w:rPr>
        <w:t>STEP 3 — Generate the Page Structure</w:t>
      </w:r>
    </w:p>
    <w:p w14:paraId="0AAFB6C6" w14:textId="77777777" w:rsidR="001A5159" w:rsidRDefault="00000000">
      <w:r>
        <w:rPr>
          <w:rFonts w:ascii="Garamond" w:hAnsi="Garamond"/>
          <w:sz w:val="24"/>
        </w:rPr>
        <w:t>Prompt AI:</w:t>
      </w:r>
    </w:p>
    <w:p w14:paraId="12038BF2" w14:textId="77777777" w:rsidR="001A5159" w:rsidRDefault="00000000">
      <w:r>
        <w:rPr>
          <w:rFonts w:ascii="Garamond" w:hAnsi="Garamond"/>
          <w:sz w:val="24"/>
        </w:rPr>
        <w:t>“Create a high-converting sales page outline including headline, hook, problem section, solution section, benefits, proof, offer breakdown, guarantee, FAQ, and CTA placement.”</w:t>
      </w:r>
    </w:p>
    <w:p w14:paraId="2D1C775E" w14:textId="77777777" w:rsidR="001A5159" w:rsidRDefault="001A5159"/>
    <w:p w14:paraId="381C0A52" w14:textId="77777777" w:rsidR="001A5159" w:rsidRDefault="00000000">
      <w:r>
        <w:rPr>
          <w:rFonts w:ascii="Garamond" w:hAnsi="Garamond"/>
          <w:sz w:val="24"/>
        </w:rPr>
        <w:t>STEP 4 — Write the Page Copy</w:t>
      </w:r>
    </w:p>
    <w:p w14:paraId="26C4B5F8" w14:textId="77777777" w:rsidR="001A5159" w:rsidRDefault="00000000">
      <w:r>
        <w:rPr>
          <w:rFonts w:ascii="Garamond" w:hAnsi="Garamond"/>
          <w:sz w:val="24"/>
        </w:rPr>
        <w:t>Ask:</w:t>
      </w:r>
    </w:p>
    <w:p w14:paraId="6385BE30" w14:textId="77777777" w:rsidR="001A5159" w:rsidRDefault="00000000">
      <w:r>
        <w:rPr>
          <w:rFonts w:ascii="Garamond" w:hAnsi="Garamond"/>
          <w:sz w:val="24"/>
        </w:rPr>
        <w:t xml:space="preserve">“Write the sales page using this outline. Use short sentences, emotional triggers, and a confident, helpful </w:t>
      </w:r>
      <w:proofErr w:type="gramStart"/>
      <w:r>
        <w:rPr>
          <w:rFonts w:ascii="Garamond" w:hAnsi="Garamond"/>
          <w:sz w:val="24"/>
        </w:rPr>
        <w:t>tone.”</w:t>
      </w:r>
      <w:proofErr w:type="gramEnd"/>
    </w:p>
    <w:p w14:paraId="1CDE2223" w14:textId="77777777" w:rsidR="001A5159" w:rsidRDefault="00000000">
      <w:r>
        <w:rPr>
          <w:rFonts w:ascii="Garamond" w:hAnsi="Garamond"/>
          <w:sz w:val="24"/>
        </w:rPr>
        <w:t>AI creates a complete page — fast.</w:t>
      </w:r>
    </w:p>
    <w:p w14:paraId="10D0655F" w14:textId="77777777" w:rsidR="001A5159" w:rsidRDefault="001A5159"/>
    <w:p w14:paraId="25CD9A05" w14:textId="77777777" w:rsidR="001A5159" w:rsidRDefault="00000000">
      <w:r>
        <w:rPr>
          <w:rFonts w:ascii="Garamond" w:hAnsi="Garamond"/>
          <w:sz w:val="24"/>
        </w:rPr>
        <w:t>STEP 5 — Improve &amp; Optimize</w:t>
      </w:r>
    </w:p>
    <w:p w14:paraId="5B9A879C" w14:textId="77777777" w:rsidR="001A5159" w:rsidRDefault="00000000">
      <w:r>
        <w:rPr>
          <w:rFonts w:ascii="Garamond" w:hAnsi="Garamond"/>
          <w:sz w:val="24"/>
        </w:rPr>
        <w:t>Use prompts like:</w:t>
      </w:r>
    </w:p>
    <w:p w14:paraId="525144B0" w14:textId="77777777" w:rsidR="001A5159" w:rsidRDefault="00000000">
      <w:r>
        <w:rPr>
          <w:rFonts w:ascii="Garamond" w:hAnsi="Garamond"/>
          <w:sz w:val="24"/>
        </w:rPr>
        <w:t>“Make this punchier.”</w:t>
      </w:r>
    </w:p>
    <w:p w14:paraId="12C4E5B0" w14:textId="77777777" w:rsidR="001A5159" w:rsidRDefault="00000000">
      <w:r>
        <w:rPr>
          <w:rFonts w:ascii="Garamond" w:hAnsi="Garamond"/>
          <w:sz w:val="24"/>
        </w:rPr>
        <w:t>“Increase urgency.”</w:t>
      </w:r>
    </w:p>
    <w:p w14:paraId="26AC4AEF" w14:textId="77777777" w:rsidR="001A5159" w:rsidRDefault="00000000">
      <w:r>
        <w:rPr>
          <w:rFonts w:ascii="Garamond" w:hAnsi="Garamond"/>
          <w:sz w:val="24"/>
        </w:rPr>
        <w:t>“Add storytelling.”</w:t>
      </w:r>
    </w:p>
    <w:p w14:paraId="3AC37CEE" w14:textId="77777777" w:rsidR="001A5159" w:rsidRDefault="00000000">
      <w:r>
        <w:rPr>
          <w:rFonts w:ascii="Garamond" w:hAnsi="Garamond"/>
          <w:sz w:val="24"/>
        </w:rPr>
        <w:t>“Rewrite for beginners.”</w:t>
      </w:r>
    </w:p>
    <w:p w14:paraId="789C8296" w14:textId="77777777" w:rsidR="001A5159" w:rsidRDefault="00000000">
      <w:r>
        <w:rPr>
          <w:rFonts w:ascii="Garamond" w:hAnsi="Garamond"/>
          <w:sz w:val="24"/>
        </w:rPr>
        <w:lastRenderedPageBreak/>
        <w:t>“Shorten paragraphs.”</w:t>
      </w:r>
    </w:p>
    <w:p w14:paraId="274AA350" w14:textId="77777777" w:rsidR="001A5159" w:rsidRDefault="00000000">
      <w:r>
        <w:rPr>
          <w:rFonts w:ascii="Garamond" w:hAnsi="Garamond"/>
          <w:sz w:val="24"/>
        </w:rPr>
        <w:t xml:space="preserve">“Make this more </w:t>
      </w:r>
      <w:proofErr w:type="gramStart"/>
      <w:r>
        <w:rPr>
          <w:rFonts w:ascii="Garamond" w:hAnsi="Garamond"/>
          <w:sz w:val="24"/>
        </w:rPr>
        <w:t>benefit-driven</w:t>
      </w:r>
      <w:proofErr w:type="gramEnd"/>
      <w:r>
        <w:rPr>
          <w:rFonts w:ascii="Garamond" w:hAnsi="Garamond"/>
          <w:sz w:val="24"/>
        </w:rPr>
        <w:t>.”</w:t>
      </w:r>
    </w:p>
    <w:p w14:paraId="75680069" w14:textId="77777777" w:rsidR="001A5159" w:rsidRDefault="001A5159"/>
    <w:p w14:paraId="31E4BFDF" w14:textId="77777777" w:rsidR="001A5159" w:rsidRDefault="00000000">
      <w:r>
        <w:rPr>
          <w:rFonts w:ascii="Garamond" w:hAnsi="Garamond"/>
          <w:sz w:val="24"/>
        </w:rPr>
        <w:t>STEP 6 — Deliver the Final Copy</w:t>
      </w:r>
    </w:p>
    <w:p w14:paraId="2FA18E14" w14:textId="77777777" w:rsidR="001A5159" w:rsidRDefault="00000000">
      <w:r>
        <w:rPr>
          <w:rFonts w:ascii="Garamond" w:hAnsi="Garamond"/>
          <w:sz w:val="24"/>
        </w:rPr>
        <w:t>Provide:</w:t>
      </w:r>
    </w:p>
    <w:p w14:paraId="63D4545A" w14:textId="77777777" w:rsidR="001A5159" w:rsidRDefault="00000000">
      <w:r>
        <w:rPr>
          <w:rFonts w:ascii="Garamond" w:hAnsi="Garamond"/>
          <w:sz w:val="24"/>
        </w:rPr>
        <w:t>Google Doc</w:t>
      </w:r>
    </w:p>
    <w:p w14:paraId="63B4FEA6" w14:textId="77777777" w:rsidR="001A5159" w:rsidRDefault="00000000">
      <w:r>
        <w:rPr>
          <w:rFonts w:ascii="Garamond" w:hAnsi="Garamond"/>
          <w:sz w:val="24"/>
        </w:rPr>
        <w:t>alternate headlines</w:t>
      </w:r>
    </w:p>
    <w:p w14:paraId="319A0D1C" w14:textId="77777777" w:rsidR="001A5159" w:rsidRDefault="00000000">
      <w:r>
        <w:rPr>
          <w:rFonts w:ascii="Garamond" w:hAnsi="Garamond"/>
          <w:sz w:val="24"/>
        </w:rPr>
        <w:t>CTA variations</w:t>
      </w:r>
    </w:p>
    <w:p w14:paraId="7DF5A6BD" w14:textId="77777777" w:rsidR="001A5159" w:rsidRDefault="00000000">
      <w:r>
        <w:rPr>
          <w:rFonts w:ascii="Garamond" w:hAnsi="Garamond"/>
          <w:sz w:val="24"/>
        </w:rPr>
        <w:t>optional page mockup</w:t>
      </w:r>
    </w:p>
    <w:p w14:paraId="540A8A02" w14:textId="77777777" w:rsidR="001A5159" w:rsidRDefault="00000000">
      <w:r>
        <w:rPr>
          <w:rFonts w:ascii="Garamond" w:hAnsi="Garamond"/>
          <w:sz w:val="24"/>
        </w:rPr>
        <w:t>optional integration instructions</w:t>
      </w:r>
    </w:p>
    <w:p w14:paraId="335D578D" w14:textId="77777777" w:rsidR="001A5159" w:rsidRDefault="00000000">
      <w:r>
        <w:rPr>
          <w:rFonts w:ascii="Garamond" w:hAnsi="Garamond"/>
          <w:sz w:val="24"/>
        </w:rPr>
        <w:t>This feels like a premium service.</w:t>
      </w:r>
    </w:p>
    <w:p w14:paraId="1EF49A7C" w14:textId="77777777" w:rsidR="001A5159" w:rsidRDefault="001A5159"/>
    <w:p w14:paraId="28D74DDB" w14:textId="77777777" w:rsidR="001A5159" w:rsidRDefault="00000000">
      <w:r>
        <w:rPr>
          <w:rFonts w:ascii="Garamond" w:hAnsi="Garamond"/>
          <w:sz w:val="24"/>
        </w:rPr>
        <w:t>Beginner Proof Portfolio</w:t>
      </w:r>
    </w:p>
    <w:p w14:paraId="66D296FC" w14:textId="77777777" w:rsidR="001A5159" w:rsidRDefault="00000000">
      <w:r>
        <w:rPr>
          <w:rFonts w:ascii="Garamond" w:hAnsi="Garamond"/>
          <w:sz w:val="24"/>
        </w:rPr>
        <w:t>You only need:</w:t>
      </w:r>
    </w:p>
    <w:p w14:paraId="37F725E0" w14:textId="77777777" w:rsidR="001A5159" w:rsidRDefault="00000000">
      <w:r>
        <w:rPr>
          <w:rFonts w:ascii="Garamond" w:hAnsi="Garamond"/>
          <w:sz w:val="24"/>
        </w:rPr>
        <w:t>1 lead magnet page</w:t>
      </w:r>
    </w:p>
    <w:p w14:paraId="1F74E489" w14:textId="77777777" w:rsidR="001A5159" w:rsidRDefault="00000000">
      <w:r>
        <w:rPr>
          <w:rFonts w:ascii="Garamond" w:hAnsi="Garamond"/>
          <w:sz w:val="24"/>
        </w:rPr>
        <w:t>1 simple sales page</w:t>
      </w:r>
    </w:p>
    <w:p w14:paraId="62700D4C" w14:textId="77777777" w:rsidR="001A5159" w:rsidRDefault="00000000">
      <w:r>
        <w:rPr>
          <w:rFonts w:ascii="Garamond" w:hAnsi="Garamond"/>
          <w:sz w:val="24"/>
        </w:rPr>
        <w:t>1 webinar opt-in page</w:t>
      </w:r>
    </w:p>
    <w:p w14:paraId="7FBAF8EB" w14:textId="77777777" w:rsidR="001A5159" w:rsidRDefault="00000000">
      <w:r>
        <w:rPr>
          <w:rFonts w:ascii="Garamond" w:hAnsi="Garamond"/>
          <w:sz w:val="24"/>
        </w:rPr>
        <w:t>Three samples = instant authority.</w:t>
      </w:r>
    </w:p>
    <w:p w14:paraId="42EC472E" w14:textId="77777777" w:rsidR="001A5159" w:rsidRDefault="001A5159"/>
    <w:p w14:paraId="7D739AA1" w14:textId="77777777" w:rsidR="001A5159" w:rsidRDefault="00000000">
      <w:r>
        <w:rPr>
          <w:rFonts w:ascii="Garamond" w:hAnsi="Garamond"/>
          <w:sz w:val="24"/>
        </w:rPr>
        <w:t>Pricing Guide</w:t>
      </w:r>
    </w:p>
    <w:p w14:paraId="57001A68" w14:textId="77777777" w:rsidR="001A5159" w:rsidRDefault="00000000">
      <w:r>
        <w:rPr>
          <w:rFonts w:ascii="Garamond" w:hAnsi="Garamond"/>
          <w:sz w:val="24"/>
        </w:rPr>
        <w:t>Beginners:</w:t>
      </w:r>
    </w:p>
    <w:p w14:paraId="3A01F4CD" w14:textId="77777777" w:rsidR="001A5159" w:rsidRDefault="00000000">
      <w:r>
        <w:rPr>
          <w:rFonts w:ascii="Garamond" w:hAnsi="Garamond"/>
          <w:sz w:val="24"/>
        </w:rPr>
        <w:t>$50–$100 landing pages</w:t>
      </w:r>
    </w:p>
    <w:p w14:paraId="78194153" w14:textId="77777777" w:rsidR="001A5159" w:rsidRDefault="00000000">
      <w:r>
        <w:rPr>
          <w:rFonts w:ascii="Garamond" w:hAnsi="Garamond"/>
          <w:sz w:val="24"/>
        </w:rPr>
        <w:t>$100–$200 small sales pages</w:t>
      </w:r>
    </w:p>
    <w:p w14:paraId="7BEBF9B8" w14:textId="77777777" w:rsidR="001A5159" w:rsidRDefault="00000000">
      <w:r>
        <w:rPr>
          <w:rFonts w:ascii="Garamond" w:hAnsi="Garamond"/>
          <w:sz w:val="24"/>
        </w:rPr>
        <w:t>Intermediate:</w:t>
      </w:r>
    </w:p>
    <w:p w14:paraId="26D80FB1" w14:textId="77777777" w:rsidR="001A5159" w:rsidRDefault="00000000">
      <w:r>
        <w:rPr>
          <w:rFonts w:ascii="Garamond" w:hAnsi="Garamond"/>
          <w:sz w:val="24"/>
        </w:rPr>
        <w:t>$250–$500 full sales pages</w:t>
      </w:r>
    </w:p>
    <w:p w14:paraId="49DEB8EA" w14:textId="77777777" w:rsidR="001A5159" w:rsidRDefault="00000000">
      <w:r>
        <w:rPr>
          <w:rFonts w:ascii="Garamond" w:hAnsi="Garamond"/>
          <w:sz w:val="24"/>
        </w:rPr>
        <w:lastRenderedPageBreak/>
        <w:t>$400–$800 webinar pages</w:t>
      </w:r>
    </w:p>
    <w:p w14:paraId="0068CB05" w14:textId="77777777" w:rsidR="001A5159" w:rsidRDefault="00000000">
      <w:r>
        <w:rPr>
          <w:rFonts w:ascii="Garamond" w:hAnsi="Garamond"/>
          <w:sz w:val="24"/>
        </w:rPr>
        <w:t>Pro:</w:t>
      </w:r>
    </w:p>
    <w:p w14:paraId="4F412268" w14:textId="77777777" w:rsidR="001A5159" w:rsidRDefault="00000000">
      <w:r>
        <w:rPr>
          <w:rFonts w:ascii="Garamond" w:hAnsi="Garamond"/>
          <w:sz w:val="24"/>
        </w:rPr>
        <w:t>$1,000–$5,000 sales copy packages</w:t>
      </w:r>
    </w:p>
    <w:p w14:paraId="10D1D457" w14:textId="77777777" w:rsidR="001A5159" w:rsidRDefault="00000000">
      <w:r>
        <w:rPr>
          <w:rFonts w:ascii="Garamond" w:hAnsi="Garamond"/>
          <w:sz w:val="24"/>
        </w:rPr>
        <w:t>$5,000+ launch copy bundles</w:t>
      </w:r>
    </w:p>
    <w:p w14:paraId="5CCBC653" w14:textId="77777777" w:rsidR="001A5159" w:rsidRDefault="00000000">
      <w:r>
        <w:rPr>
          <w:rFonts w:ascii="Garamond" w:hAnsi="Garamond"/>
          <w:sz w:val="24"/>
        </w:rPr>
        <w:t>$2,500/month offer optimization retainer</w:t>
      </w:r>
    </w:p>
    <w:p w14:paraId="10844B40" w14:textId="77777777" w:rsidR="001A5159" w:rsidRDefault="00000000">
      <w:r>
        <w:rPr>
          <w:rFonts w:ascii="Garamond" w:hAnsi="Garamond"/>
          <w:sz w:val="24"/>
        </w:rPr>
        <w:t xml:space="preserve">Sales copy is incredibly </w:t>
      </w:r>
      <w:proofErr w:type="gramStart"/>
      <w:r>
        <w:rPr>
          <w:rFonts w:ascii="Garamond" w:hAnsi="Garamond"/>
          <w:sz w:val="24"/>
        </w:rPr>
        <w:t>high-value</w:t>
      </w:r>
      <w:proofErr w:type="gramEnd"/>
      <w:r>
        <w:rPr>
          <w:rFonts w:ascii="Garamond" w:hAnsi="Garamond"/>
          <w:sz w:val="24"/>
        </w:rPr>
        <w:t>.</w:t>
      </w:r>
    </w:p>
    <w:p w14:paraId="3E479BB5" w14:textId="77777777" w:rsidR="001A5159" w:rsidRDefault="001A5159"/>
    <w:p w14:paraId="5C2D5734" w14:textId="77777777" w:rsidR="001A5159" w:rsidRDefault="00000000">
      <w:r>
        <w:rPr>
          <w:rFonts w:ascii="Garamond" w:hAnsi="Garamond"/>
          <w:sz w:val="24"/>
        </w:rPr>
        <w:t>Pro Accelerators</w:t>
      </w:r>
    </w:p>
    <w:p w14:paraId="527747AC" w14:textId="77777777" w:rsidR="001A5159" w:rsidRDefault="00000000">
      <w:r>
        <w:rPr>
          <w:rFonts w:ascii="Garamond" w:hAnsi="Garamond"/>
          <w:sz w:val="24"/>
        </w:rPr>
        <w:t xml:space="preserve">upsell/downsell </w:t>
      </w:r>
      <w:proofErr w:type="gramStart"/>
      <w:r>
        <w:rPr>
          <w:rFonts w:ascii="Garamond" w:hAnsi="Garamond"/>
          <w:sz w:val="24"/>
        </w:rPr>
        <w:t>pages</w:t>
      </w:r>
      <w:proofErr w:type="gramEnd"/>
    </w:p>
    <w:p w14:paraId="45056CE6" w14:textId="77777777" w:rsidR="001A5159" w:rsidRDefault="00000000">
      <w:r>
        <w:rPr>
          <w:rFonts w:ascii="Garamond" w:hAnsi="Garamond"/>
          <w:sz w:val="24"/>
        </w:rPr>
        <w:t xml:space="preserve">thank-you </w:t>
      </w:r>
      <w:proofErr w:type="gramStart"/>
      <w:r>
        <w:rPr>
          <w:rFonts w:ascii="Garamond" w:hAnsi="Garamond"/>
          <w:sz w:val="24"/>
        </w:rPr>
        <w:t>pages</w:t>
      </w:r>
      <w:proofErr w:type="gramEnd"/>
    </w:p>
    <w:p w14:paraId="7C2F7E1B" w14:textId="77777777" w:rsidR="001A5159" w:rsidRDefault="00000000">
      <w:r>
        <w:rPr>
          <w:rFonts w:ascii="Garamond" w:hAnsi="Garamond"/>
          <w:sz w:val="24"/>
        </w:rPr>
        <w:t>onboarding flows</w:t>
      </w:r>
    </w:p>
    <w:p w14:paraId="4505C7BF" w14:textId="77777777" w:rsidR="001A5159" w:rsidRDefault="00000000">
      <w:r>
        <w:rPr>
          <w:rFonts w:ascii="Garamond" w:hAnsi="Garamond"/>
          <w:sz w:val="24"/>
        </w:rPr>
        <w:t xml:space="preserve">funnel email </w:t>
      </w:r>
      <w:proofErr w:type="gramStart"/>
      <w:r>
        <w:rPr>
          <w:rFonts w:ascii="Garamond" w:hAnsi="Garamond"/>
          <w:sz w:val="24"/>
        </w:rPr>
        <w:t>sequences</w:t>
      </w:r>
      <w:proofErr w:type="gramEnd"/>
    </w:p>
    <w:p w14:paraId="09CCC0A2" w14:textId="77777777" w:rsidR="001A5159" w:rsidRDefault="00000000">
      <w:r>
        <w:rPr>
          <w:rFonts w:ascii="Garamond" w:hAnsi="Garamond"/>
          <w:sz w:val="24"/>
        </w:rPr>
        <w:t>video script conversions</w:t>
      </w:r>
    </w:p>
    <w:p w14:paraId="0F06BCF4" w14:textId="77777777" w:rsidR="001A5159" w:rsidRDefault="00000000">
      <w:r>
        <w:rPr>
          <w:rFonts w:ascii="Garamond" w:hAnsi="Garamond"/>
          <w:sz w:val="24"/>
        </w:rPr>
        <w:t xml:space="preserve">guarantee framework </w:t>
      </w:r>
      <w:proofErr w:type="gramStart"/>
      <w:r>
        <w:rPr>
          <w:rFonts w:ascii="Garamond" w:hAnsi="Garamond"/>
          <w:sz w:val="24"/>
        </w:rPr>
        <w:t>creation</w:t>
      </w:r>
      <w:proofErr w:type="gramEnd"/>
    </w:p>
    <w:p w14:paraId="108B95AA" w14:textId="77777777" w:rsidR="001A5159" w:rsidRDefault="00000000">
      <w:r>
        <w:rPr>
          <w:rFonts w:ascii="Garamond" w:hAnsi="Garamond"/>
          <w:sz w:val="24"/>
        </w:rPr>
        <w:t>brand messaging foundation</w:t>
      </w:r>
    </w:p>
    <w:p w14:paraId="55F95700" w14:textId="77777777" w:rsidR="001A5159" w:rsidRDefault="00000000">
      <w:r>
        <w:rPr>
          <w:rFonts w:ascii="Garamond" w:hAnsi="Garamond"/>
          <w:sz w:val="24"/>
        </w:rPr>
        <w:t>storytelling integration</w:t>
      </w:r>
    </w:p>
    <w:p w14:paraId="598B7656" w14:textId="77777777" w:rsidR="001A5159" w:rsidRDefault="00000000">
      <w:r>
        <w:rPr>
          <w:rFonts w:ascii="Garamond" w:hAnsi="Garamond"/>
          <w:sz w:val="24"/>
        </w:rPr>
        <w:t>These upsells turn a $200 project into a $2,000 package.</w:t>
      </w:r>
    </w:p>
    <w:p w14:paraId="5647AB31" w14:textId="77777777" w:rsidR="001A5159" w:rsidRDefault="001A5159"/>
    <w:p w14:paraId="167F4A80" w14:textId="77777777" w:rsidR="001A5159" w:rsidRDefault="00000000">
      <w:r>
        <w:rPr>
          <w:rFonts w:ascii="Garamond" w:hAnsi="Garamond"/>
          <w:sz w:val="24"/>
        </w:rPr>
        <w:t>MICRO CASE STUDY — BLUEPRINT FOURTEEN</w:t>
      </w:r>
    </w:p>
    <w:p w14:paraId="2C59BFDB" w14:textId="77777777" w:rsidR="001A5159" w:rsidRDefault="00000000">
      <w:r>
        <w:rPr>
          <w:rFonts w:ascii="Garamond" w:hAnsi="Garamond"/>
          <w:sz w:val="24"/>
        </w:rPr>
        <w:t>Case Study: Freelance Beginner Makes $1,250 in One Weekend Writing Sales Pages With AI</w:t>
      </w:r>
    </w:p>
    <w:p w14:paraId="0A22069C" w14:textId="77777777" w:rsidR="001A5159" w:rsidRDefault="00000000">
      <w:r>
        <w:rPr>
          <w:rFonts w:ascii="Garamond" w:hAnsi="Garamond"/>
          <w:sz w:val="24"/>
        </w:rPr>
        <w:t>Melissa had never written sales copy.</w:t>
      </w:r>
      <w:r>
        <w:rPr>
          <w:rFonts w:ascii="Garamond" w:hAnsi="Garamond"/>
          <w:sz w:val="24"/>
        </w:rPr>
        <w:br/>
        <w:t>She didn’t consider herself a “writer.”</w:t>
      </w:r>
      <w:r>
        <w:rPr>
          <w:rFonts w:ascii="Garamond" w:hAnsi="Garamond"/>
          <w:sz w:val="24"/>
        </w:rPr>
        <w:br/>
        <w:t>She felt intimidated by the idea of funnels.</w:t>
      </w:r>
    </w:p>
    <w:p w14:paraId="56643E2D" w14:textId="77777777" w:rsidR="001A5159" w:rsidRDefault="00000000">
      <w:r>
        <w:rPr>
          <w:rFonts w:ascii="Garamond" w:hAnsi="Garamond"/>
          <w:sz w:val="24"/>
        </w:rPr>
        <w:t>But she followed Blueprint 14 step-by-step.</w:t>
      </w:r>
    </w:p>
    <w:p w14:paraId="5EB22454" w14:textId="77777777" w:rsidR="001A5159" w:rsidRDefault="00000000">
      <w:r>
        <w:rPr>
          <w:rFonts w:ascii="Garamond" w:hAnsi="Garamond"/>
          <w:sz w:val="24"/>
        </w:rPr>
        <w:t>She posted:</w:t>
      </w:r>
    </w:p>
    <w:p w14:paraId="73289E80"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 new AI-powered system for writing high-converting landing pages — want a free headline?”</w:t>
      </w:r>
    </w:p>
    <w:p w14:paraId="78559B98" w14:textId="77777777" w:rsidR="001A5159" w:rsidRDefault="00000000">
      <w:r>
        <w:rPr>
          <w:rFonts w:ascii="Garamond" w:hAnsi="Garamond"/>
          <w:sz w:val="24"/>
        </w:rPr>
        <w:lastRenderedPageBreak/>
        <w:t>A creator messaged her.</w:t>
      </w:r>
    </w:p>
    <w:p w14:paraId="073F033E" w14:textId="77777777" w:rsidR="001A5159" w:rsidRDefault="00000000">
      <w:r>
        <w:rPr>
          <w:rFonts w:ascii="Garamond" w:hAnsi="Garamond"/>
          <w:sz w:val="24"/>
        </w:rPr>
        <w:t>She delivered:</w:t>
      </w:r>
    </w:p>
    <w:p w14:paraId="176C2017" w14:textId="77777777" w:rsidR="001A5159" w:rsidRDefault="00000000">
      <w:r>
        <w:rPr>
          <w:rFonts w:ascii="Garamond" w:hAnsi="Garamond"/>
          <w:sz w:val="24"/>
        </w:rPr>
        <w:t>5 headline variations</w:t>
      </w:r>
    </w:p>
    <w:p w14:paraId="2A17DF89" w14:textId="77777777" w:rsidR="001A5159" w:rsidRDefault="00000000">
      <w:r>
        <w:rPr>
          <w:rFonts w:ascii="Garamond" w:hAnsi="Garamond"/>
          <w:sz w:val="24"/>
        </w:rPr>
        <w:t>1 quick hero section rewrite</w:t>
      </w:r>
    </w:p>
    <w:p w14:paraId="70E741B0" w14:textId="77777777" w:rsidR="001A5159" w:rsidRDefault="00000000">
      <w:r>
        <w:rPr>
          <w:rFonts w:ascii="Garamond" w:hAnsi="Garamond"/>
          <w:sz w:val="24"/>
        </w:rPr>
        <w:t>2 CTA suggestions</w:t>
      </w:r>
    </w:p>
    <w:p w14:paraId="72D0029B" w14:textId="77777777" w:rsidR="001A5159" w:rsidRDefault="00000000">
      <w:r>
        <w:rPr>
          <w:rFonts w:ascii="Garamond" w:hAnsi="Garamond"/>
          <w:sz w:val="24"/>
        </w:rPr>
        <w:t>They asked for a full landing page.</w:t>
      </w:r>
    </w:p>
    <w:p w14:paraId="3100F64F" w14:textId="77777777" w:rsidR="001A5159" w:rsidRDefault="00000000">
      <w:r>
        <w:rPr>
          <w:rFonts w:ascii="Garamond" w:hAnsi="Garamond"/>
          <w:sz w:val="24"/>
        </w:rPr>
        <w:t>Price: $200.</w:t>
      </w:r>
    </w:p>
    <w:p w14:paraId="0CF6143C" w14:textId="77777777" w:rsidR="001A5159" w:rsidRDefault="00000000">
      <w:r>
        <w:rPr>
          <w:rFonts w:ascii="Garamond" w:hAnsi="Garamond"/>
          <w:sz w:val="24"/>
        </w:rPr>
        <w:t>Then, they wanted:</w:t>
      </w:r>
    </w:p>
    <w:p w14:paraId="57730BFA" w14:textId="77777777" w:rsidR="001A5159" w:rsidRDefault="00000000">
      <w:r>
        <w:rPr>
          <w:rFonts w:ascii="Garamond" w:hAnsi="Garamond"/>
          <w:sz w:val="24"/>
        </w:rPr>
        <w:t xml:space="preserve">an upsell page → </w:t>
      </w:r>
      <w:proofErr w:type="gramStart"/>
      <w:r>
        <w:rPr>
          <w:rFonts w:ascii="Garamond" w:hAnsi="Garamond"/>
          <w:sz w:val="24"/>
        </w:rPr>
        <w:t>$150</w:t>
      </w:r>
      <w:proofErr w:type="gramEnd"/>
    </w:p>
    <w:p w14:paraId="739F48EA" w14:textId="77777777" w:rsidR="001A5159" w:rsidRDefault="00000000">
      <w:r>
        <w:rPr>
          <w:rFonts w:ascii="Garamond" w:hAnsi="Garamond"/>
          <w:sz w:val="24"/>
        </w:rPr>
        <w:t>an email follow-up → $200</w:t>
      </w:r>
    </w:p>
    <w:p w14:paraId="40BD23B5" w14:textId="77777777" w:rsidR="001A5159" w:rsidRDefault="00000000">
      <w:r>
        <w:rPr>
          <w:rFonts w:ascii="Garamond" w:hAnsi="Garamond"/>
          <w:sz w:val="24"/>
        </w:rPr>
        <w:t>Another coach saw her post and hired her for:</w:t>
      </w:r>
    </w:p>
    <w:p w14:paraId="330FA368" w14:textId="77777777" w:rsidR="001A5159" w:rsidRDefault="00000000">
      <w:r>
        <w:rPr>
          <w:rFonts w:ascii="Garamond" w:hAnsi="Garamond"/>
          <w:sz w:val="24"/>
        </w:rPr>
        <w:t>a $500 webinar opt-in + sales page combo</w:t>
      </w:r>
    </w:p>
    <w:p w14:paraId="79FC9FA6" w14:textId="77777777" w:rsidR="001A5159" w:rsidRDefault="00000000">
      <w:r>
        <w:rPr>
          <w:rFonts w:ascii="Garamond" w:hAnsi="Garamond"/>
          <w:sz w:val="24"/>
        </w:rPr>
        <w:t>plus $200 for CTA variations</w:t>
      </w:r>
    </w:p>
    <w:p w14:paraId="6B859F75" w14:textId="77777777" w:rsidR="001A5159" w:rsidRDefault="00000000">
      <w:r>
        <w:rPr>
          <w:rFonts w:ascii="Garamond" w:hAnsi="Garamond"/>
          <w:sz w:val="24"/>
        </w:rPr>
        <w:t>By Sunday night:</w:t>
      </w:r>
    </w:p>
    <w:p w14:paraId="00434AF6" w14:textId="77777777" w:rsidR="001A5159" w:rsidRDefault="00000000">
      <w:r>
        <w:rPr>
          <w:rFonts w:ascii="Garamond" w:hAnsi="Garamond"/>
          <w:sz w:val="24"/>
        </w:rPr>
        <w:t>Melissa had made $1,250.</w:t>
      </w:r>
    </w:p>
    <w:p w14:paraId="309F71CC" w14:textId="77777777" w:rsidR="001A5159" w:rsidRDefault="00000000">
      <w:r>
        <w:rPr>
          <w:rFonts w:ascii="Garamond" w:hAnsi="Garamond"/>
          <w:sz w:val="24"/>
        </w:rPr>
        <w:t>Her message:</w:t>
      </w:r>
    </w:p>
    <w:p w14:paraId="6FDD5BF3" w14:textId="77777777" w:rsidR="001A5159" w:rsidRDefault="00000000">
      <w:r>
        <w:rPr>
          <w:rFonts w:ascii="Garamond" w:hAnsi="Garamond"/>
          <w:sz w:val="24"/>
        </w:rPr>
        <w:t>“I feel like I unlocked a secret skill. AI made something that seemed impossible feel natural and easy.”</w:t>
      </w:r>
    </w:p>
    <w:p w14:paraId="1A1D7463" w14:textId="77777777" w:rsidR="001A5159" w:rsidRPr="0063351A" w:rsidRDefault="00000000" w:rsidP="0063351A">
      <w:pPr>
        <w:rPr>
          <w:sz w:val="24"/>
          <w:szCs w:val="24"/>
        </w:rPr>
      </w:pPr>
      <w:r w:rsidRPr="0063351A">
        <w:rPr>
          <w:rFonts w:ascii="Garamond" w:hAnsi="Garamond"/>
          <w:b/>
          <w:sz w:val="24"/>
          <w:szCs w:val="24"/>
        </w:rPr>
        <w:t>Blueprint 14 proves you can deliver premium sales copy using AI — even as a complete beginner.</w:t>
      </w:r>
    </w:p>
    <w:p w14:paraId="6D1DAB58" w14:textId="77777777" w:rsidR="0063351A" w:rsidRDefault="0063351A">
      <w:pPr>
        <w:sectPr w:rsidR="0063351A" w:rsidSect="00034616">
          <w:pgSz w:w="12240" w:h="15840"/>
          <w:pgMar w:top="1440" w:right="1800" w:bottom="1440" w:left="1800" w:header="720" w:footer="720" w:gutter="0"/>
          <w:cols w:space="720"/>
          <w:docGrid w:linePitch="360"/>
        </w:sectPr>
      </w:pPr>
    </w:p>
    <w:p w14:paraId="7706BE39" w14:textId="77777777" w:rsidR="001A5159" w:rsidRDefault="001A5159"/>
    <w:p w14:paraId="58BC7CC1" w14:textId="77777777" w:rsidR="001A5159" w:rsidRPr="0063351A" w:rsidRDefault="00000000" w:rsidP="0063351A">
      <w:pPr>
        <w:pStyle w:val="Heading1"/>
        <w:rPr>
          <w:rFonts w:ascii="Garamond" w:hAnsi="Garamond"/>
          <w:color w:val="auto"/>
          <w:sz w:val="40"/>
          <w:szCs w:val="40"/>
        </w:rPr>
      </w:pPr>
      <w:bookmarkStart w:id="35" w:name="_Toc214830331"/>
      <w:r w:rsidRPr="0063351A">
        <w:rPr>
          <w:rFonts w:ascii="Garamond" w:hAnsi="Garamond"/>
          <w:color w:val="auto"/>
          <w:sz w:val="40"/>
          <w:szCs w:val="40"/>
        </w:rPr>
        <w:t>BLUEPRINT FIFTEEN — AI-GENERATED SOCIAL MEDIA CAROUSEL &amp; INFOGRAPHIC CREATION SYSTEM</w:t>
      </w:r>
      <w:bookmarkEnd w:id="35"/>
    </w:p>
    <w:p w14:paraId="520ACF41" w14:textId="77777777" w:rsidR="001A5159" w:rsidRPr="0063351A" w:rsidRDefault="00000000" w:rsidP="0063351A">
      <w:pPr>
        <w:pStyle w:val="Heading2"/>
        <w:rPr>
          <w:rFonts w:ascii="Garamond" w:hAnsi="Garamond"/>
          <w:color w:val="auto"/>
          <w:sz w:val="28"/>
          <w:szCs w:val="28"/>
        </w:rPr>
      </w:pPr>
      <w:bookmarkStart w:id="36" w:name="_Toc214830332"/>
      <w:r w:rsidRPr="0063351A">
        <w:rPr>
          <w:rFonts w:ascii="Garamond" w:hAnsi="Garamond"/>
          <w:color w:val="auto"/>
          <w:sz w:val="28"/>
          <w:szCs w:val="28"/>
        </w:rPr>
        <w:t>(The Blueprint That Turns AI Into a High-Volume, High-Authority Content Engine)</w:t>
      </w:r>
      <w:bookmarkEnd w:id="36"/>
    </w:p>
    <w:p w14:paraId="03BDD3F9" w14:textId="77777777" w:rsidR="001A5159" w:rsidRDefault="00000000">
      <w:r>
        <w:rPr>
          <w:rFonts w:ascii="Garamond" w:hAnsi="Garamond"/>
          <w:sz w:val="24"/>
        </w:rPr>
        <w:t>Carousels and infographics are the most saved, shared, and authority-boosting form of content on Instagram, LinkedIn, Pinterest, and even TikTok (as photo sets).</w:t>
      </w:r>
    </w:p>
    <w:p w14:paraId="2479A564" w14:textId="77777777" w:rsidR="001A5159" w:rsidRDefault="00000000">
      <w:r>
        <w:rPr>
          <w:rFonts w:ascii="Garamond" w:hAnsi="Garamond"/>
          <w:sz w:val="24"/>
        </w:rPr>
        <w:t>Creators love them.</w:t>
      </w:r>
      <w:r>
        <w:rPr>
          <w:rFonts w:ascii="Garamond" w:hAnsi="Garamond"/>
          <w:sz w:val="24"/>
        </w:rPr>
        <w:br/>
        <w:t>Businesses depend on them.</w:t>
      </w:r>
      <w:r>
        <w:rPr>
          <w:rFonts w:ascii="Garamond" w:hAnsi="Garamond"/>
          <w:sz w:val="24"/>
        </w:rPr>
        <w:br/>
        <w:t>Audiences trust them.</w:t>
      </w:r>
    </w:p>
    <w:p w14:paraId="69CAAE10" w14:textId="77777777" w:rsidR="001A5159" w:rsidRDefault="00000000">
      <w:r>
        <w:rPr>
          <w:rFonts w:ascii="Garamond" w:hAnsi="Garamond"/>
          <w:sz w:val="24"/>
        </w:rPr>
        <w:t>And AI lets you create dozens of them in a fraction of the time — even if you:</w:t>
      </w:r>
    </w:p>
    <w:p w14:paraId="1F84999F" w14:textId="77777777" w:rsidR="001A5159" w:rsidRDefault="00000000">
      <w:r>
        <w:rPr>
          <w:rFonts w:ascii="Garamond" w:hAnsi="Garamond"/>
          <w:sz w:val="24"/>
        </w:rPr>
        <w:t xml:space="preserve">aren’t a </w:t>
      </w:r>
      <w:proofErr w:type="gramStart"/>
      <w:r>
        <w:rPr>
          <w:rFonts w:ascii="Garamond" w:hAnsi="Garamond"/>
          <w:sz w:val="24"/>
        </w:rPr>
        <w:t>designer</w:t>
      </w:r>
      <w:proofErr w:type="gramEnd"/>
    </w:p>
    <w:p w14:paraId="3D061B44" w14:textId="77777777" w:rsidR="001A5159" w:rsidRDefault="00000000">
      <w:r>
        <w:rPr>
          <w:rFonts w:ascii="Garamond" w:hAnsi="Garamond"/>
          <w:sz w:val="24"/>
        </w:rPr>
        <w:t xml:space="preserve">don’t know how to </w:t>
      </w:r>
      <w:proofErr w:type="gramStart"/>
      <w:r>
        <w:rPr>
          <w:rFonts w:ascii="Garamond" w:hAnsi="Garamond"/>
          <w:sz w:val="24"/>
        </w:rPr>
        <w:t>write</w:t>
      </w:r>
      <w:proofErr w:type="gramEnd"/>
    </w:p>
    <w:p w14:paraId="2E50C384" w14:textId="77777777" w:rsidR="001A5159" w:rsidRDefault="00000000">
      <w:r>
        <w:rPr>
          <w:rFonts w:ascii="Garamond" w:hAnsi="Garamond"/>
          <w:sz w:val="24"/>
        </w:rPr>
        <w:t xml:space="preserve">have never created content </w:t>
      </w:r>
      <w:proofErr w:type="gramStart"/>
      <w:r>
        <w:rPr>
          <w:rFonts w:ascii="Garamond" w:hAnsi="Garamond"/>
          <w:sz w:val="24"/>
        </w:rPr>
        <w:t>before</w:t>
      </w:r>
      <w:proofErr w:type="gramEnd"/>
    </w:p>
    <w:p w14:paraId="6B696130" w14:textId="77777777" w:rsidR="001A5159" w:rsidRDefault="00000000">
      <w:r>
        <w:rPr>
          <w:rFonts w:ascii="Garamond" w:hAnsi="Garamond"/>
          <w:sz w:val="24"/>
        </w:rPr>
        <w:t>This blueprint transforms you into a carousel content studio — one of the most in-demand, high-retention content services in 2024 and beyond.</w:t>
      </w:r>
    </w:p>
    <w:p w14:paraId="44C25E28" w14:textId="77777777" w:rsidR="001A5159" w:rsidRDefault="001A5159"/>
    <w:p w14:paraId="6FA2F7C6" w14:textId="77777777" w:rsidR="001A5159" w:rsidRDefault="00000000">
      <w:r>
        <w:rPr>
          <w:rFonts w:ascii="Garamond" w:hAnsi="Garamond"/>
          <w:sz w:val="24"/>
        </w:rPr>
        <w:t>Why This Blueprint Works</w:t>
      </w:r>
    </w:p>
    <w:p w14:paraId="5A085F90" w14:textId="77777777" w:rsidR="001A5159" w:rsidRDefault="00000000">
      <w:r>
        <w:rPr>
          <w:rFonts w:ascii="Garamond" w:hAnsi="Garamond"/>
          <w:sz w:val="24"/>
        </w:rPr>
        <w:t>Carousels work because they:</w:t>
      </w:r>
    </w:p>
    <w:p w14:paraId="0E47023D" w14:textId="77777777" w:rsidR="001A5159" w:rsidRDefault="00000000">
      <w:r>
        <w:rPr>
          <w:rFonts w:ascii="Garamond" w:hAnsi="Garamond"/>
          <w:sz w:val="24"/>
        </w:rPr>
        <w:t xml:space="preserve">stop the </w:t>
      </w:r>
      <w:proofErr w:type="gramStart"/>
      <w:r>
        <w:rPr>
          <w:rFonts w:ascii="Garamond" w:hAnsi="Garamond"/>
          <w:sz w:val="24"/>
        </w:rPr>
        <w:t>scroll</w:t>
      </w:r>
      <w:proofErr w:type="gramEnd"/>
    </w:p>
    <w:p w14:paraId="552D995A" w14:textId="77777777" w:rsidR="001A5159" w:rsidRDefault="00000000">
      <w:r>
        <w:rPr>
          <w:rFonts w:ascii="Garamond" w:hAnsi="Garamond"/>
          <w:sz w:val="24"/>
        </w:rPr>
        <w:t xml:space="preserve">teach </w:t>
      </w:r>
      <w:proofErr w:type="gramStart"/>
      <w:r>
        <w:rPr>
          <w:rFonts w:ascii="Garamond" w:hAnsi="Garamond"/>
          <w:sz w:val="24"/>
        </w:rPr>
        <w:t>quickly</w:t>
      </w:r>
      <w:proofErr w:type="gramEnd"/>
    </w:p>
    <w:p w14:paraId="5160FE91" w14:textId="77777777" w:rsidR="001A5159" w:rsidRDefault="00000000">
      <w:r>
        <w:rPr>
          <w:rFonts w:ascii="Garamond" w:hAnsi="Garamond"/>
          <w:sz w:val="24"/>
        </w:rPr>
        <w:t xml:space="preserve">encourage </w:t>
      </w:r>
      <w:proofErr w:type="gramStart"/>
      <w:r>
        <w:rPr>
          <w:rFonts w:ascii="Garamond" w:hAnsi="Garamond"/>
          <w:sz w:val="24"/>
        </w:rPr>
        <w:t>saves</w:t>
      </w:r>
      <w:proofErr w:type="gramEnd"/>
    </w:p>
    <w:p w14:paraId="1112D799" w14:textId="77777777" w:rsidR="001A5159" w:rsidRDefault="00000000">
      <w:r>
        <w:rPr>
          <w:rFonts w:ascii="Garamond" w:hAnsi="Garamond"/>
          <w:sz w:val="24"/>
        </w:rPr>
        <w:t xml:space="preserve">get shared </w:t>
      </w:r>
      <w:proofErr w:type="gramStart"/>
      <w:r>
        <w:rPr>
          <w:rFonts w:ascii="Garamond" w:hAnsi="Garamond"/>
          <w:sz w:val="24"/>
        </w:rPr>
        <w:t>widely</w:t>
      </w:r>
      <w:proofErr w:type="gramEnd"/>
    </w:p>
    <w:p w14:paraId="1AE5B0AC" w14:textId="77777777" w:rsidR="001A5159" w:rsidRDefault="00000000">
      <w:r>
        <w:rPr>
          <w:rFonts w:ascii="Garamond" w:hAnsi="Garamond"/>
          <w:sz w:val="24"/>
        </w:rPr>
        <w:t xml:space="preserve">build instant </w:t>
      </w:r>
      <w:proofErr w:type="gramStart"/>
      <w:r>
        <w:rPr>
          <w:rFonts w:ascii="Garamond" w:hAnsi="Garamond"/>
          <w:sz w:val="24"/>
        </w:rPr>
        <w:t>authority</w:t>
      </w:r>
      <w:proofErr w:type="gramEnd"/>
    </w:p>
    <w:p w14:paraId="78B770C7" w14:textId="77777777" w:rsidR="001A5159" w:rsidRDefault="00000000">
      <w:r>
        <w:rPr>
          <w:rFonts w:ascii="Garamond" w:hAnsi="Garamond"/>
          <w:sz w:val="24"/>
        </w:rPr>
        <w:t xml:space="preserve">create bingeable </w:t>
      </w:r>
      <w:proofErr w:type="gramStart"/>
      <w:r>
        <w:rPr>
          <w:rFonts w:ascii="Garamond" w:hAnsi="Garamond"/>
          <w:sz w:val="24"/>
        </w:rPr>
        <w:t>content</w:t>
      </w:r>
      <w:proofErr w:type="gramEnd"/>
    </w:p>
    <w:p w14:paraId="306E6846" w14:textId="77777777" w:rsidR="001A5159" w:rsidRDefault="00000000">
      <w:r>
        <w:rPr>
          <w:rFonts w:ascii="Garamond" w:hAnsi="Garamond"/>
          <w:sz w:val="24"/>
        </w:rPr>
        <w:t xml:space="preserve">make you look like a </w:t>
      </w:r>
      <w:proofErr w:type="gramStart"/>
      <w:r>
        <w:rPr>
          <w:rFonts w:ascii="Garamond" w:hAnsi="Garamond"/>
          <w:sz w:val="24"/>
        </w:rPr>
        <w:t>pro</w:t>
      </w:r>
      <w:proofErr w:type="gramEnd"/>
    </w:p>
    <w:p w14:paraId="16A30126" w14:textId="77777777" w:rsidR="001A5159" w:rsidRDefault="00000000">
      <w:r>
        <w:rPr>
          <w:rFonts w:ascii="Garamond" w:hAnsi="Garamond"/>
          <w:sz w:val="24"/>
        </w:rPr>
        <w:lastRenderedPageBreak/>
        <w:t>Businesses struggle because designing high-quality carousels is time-consuming.</w:t>
      </w:r>
      <w:r>
        <w:rPr>
          <w:rFonts w:ascii="Garamond" w:hAnsi="Garamond"/>
          <w:sz w:val="24"/>
        </w:rPr>
        <w:br/>
        <w:t>AI removes that time barrier completely.</w:t>
      </w:r>
    </w:p>
    <w:p w14:paraId="066FDFBB" w14:textId="77777777" w:rsidR="001A5159" w:rsidRDefault="00000000">
      <w:r>
        <w:rPr>
          <w:rFonts w:ascii="Garamond" w:hAnsi="Garamond"/>
          <w:sz w:val="24"/>
        </w:rPr>
        <w:t>With this blueprint, you generate:</w:t>
      </w:r>
    </w:p>
    <w:p w14:paraId="0CE6C302" w14:textId="77777777" w:rsidR="001A5159" w:rsidRDefault="00000000">
      <w:r>
        <w:rPr>
          <w:rFonts w:ascii="Garamond" w:hAnsi="Garamond"/>
          <w:sz w:val="24"/>
        </w:rPr>
        <w:t>content ideas</w:t>
      </w:r>
    </w:p>
    <w:p w14:paraId="0BD3CE70" w14:textId="77777777" w:rsidR="001A5159" w:rsidRDefault="00000000">
      <w:r>
        <w:rPr>
          <w:rFonts w:ascii="Garamond" w:hAnsi="Garamond"/>
          <w:sz w:val="24"/>
        </w:rPr>
        <w:t>full scripts</w:t>
      </w:r>
    </w:p>
    <w:p w14:paraId="57A366B1" w14:textId="77777777" w:rsidR="001A5159" w:rsidRDefault="00000000">
      <w:r>
        <w:rPr>
          <w:rFonts w:ascii="Garamond" w:hAnsi="Garamond"/>
          <w:sz w:val="24"/>
        </w:rPr>
        <w:t>frameworks</w:t>
      </w:r>
    </w:p>
    <w:p w14:paraId="32A7837F" w14:textId="77777777" w:rsidR="001A5159" w:rsidRDefault="00000000">
      <w:r>
        <w:rPr>
          <w:rFonts w:ascii="Garamond" w:hAnsi="Garamond"/>
          <w:sz w:val="24"/>
        </w:rPr>
        <w:t>educational breakdowns</w:t>
      </w:r>
    </w:p>
    <w:p w14:paraId="5F6C67E4" w14:textId="77777777" w:rsidR="001A5159" w:rsidRDefault="00000000">
      <w:r>
        <w:rPr>
          <w:rFonts w:ascii="Garamond" w:hAnsi="Garamond"/>
          <w:sz w:val="24"/>
        </w:rPr>
        <w:t>hooks &amp; headlines</w:t>
      </w:r>
    </w:p>
    <w:p w14:paraId="5CDA7DFA" w14:textId="77777777" w:rsidR="001A5159" w:rsidRDefault="00000000">
      <w:r>
        <w:rPr>
          <w:rFonts w:ascii="Garamond" w:hAnsi="Garamond"/>
          <w:sz w:val="24"/>
        </w:rPr>
        <w:t>design layouts</w:t>
      </w:r>
    </w:p>
    <w:p w14:paraId="451FCC17" w14:textId="77777777" w:rsidR="001A5159" w:rsidRDefault="00000000">
      <w:r>
        <w:rPr>
          <w:rFonts w:ascii="Garamond" w:hAnsi="Garamond"/>
          <w:sz w:val="24"/>
        </w:rPr>
        <w:t>examples</w:t>
      </w:r>
    </w:p>
    <w:p w14:paraId="6FE57A40" w14:textId="77777777" w:rsidR="001A5159" w:rsidRDefault="00000000">
      <w:r>
        <w:rPr>
          <w:rFonts w:ascii="Garamond" w:hAnsi="Garamond"/>
          <w:sz w:val="24"/>
        </w:rPr>
        <w:t>CTA slides</w:t>
      </w:r>
    </w:p>
    <w:p w14:paraId="518FD8AB" w14:textId="77777777" w:rsidR="001A5159" w:rsidRDefault="00000000">
      <w:r>
        <w:rPr>
          <w:rFonts w:ascii="Garamond" w:hAnsi="Garamond"/>
          <w:sz w:val="24"/>
        </w:rPr>
        <w:t>…all in minutes.</w:t>
      </w:r>
    </w:p>
    <w:p w14:paraId="1677F5DC" w14:textId="77777777" w:rsidR="001A5159" w:rsidRDefault="001A5159"/>
    <w:p w14:paraId="131FB551" w14:textId="77777777" w:rsidR="001A5159" w:rsidRDefault="00000000">
      <w:r>
        <w:rPr>
          <w:rFonts w:ascii="Garamond" w:hAnsi="Garamond"/>
          <w:sz w:val="24"/>
        </w:rPr>
        <w:t>Tools You Need</w:t>
      </w:r>
    </w:p>
    <w:p w14:paraId="427BA756" w14:textId="77777777" w:rsidR="001A5159" w:rsidRDefault="00000000">
      <w:r>
        <w:rPr>
          <w:rFonts w:ascii="Garamond" w:hAnsi="Garamond"/>
          <w:sz w:val="24"/>
        </w:rPr>
        <w:t>ChatGPT / Claude — content, hooks, scripts</w:t>
      </w:r>
      <w:r>
        <w:rPr>
          <w:rFonts w:ascii="Garamond" w:hAnsi="Garamond"/>
          <w:sz w:val="24"/>
        </w:rPr>
        <w:br/>
        <w:t>Canva — templates, visuals, resizing</w:t>
      </w:r>
      <w:r>
        <w:rPr>
          <w:rFonts w:ascii="Garamond" w:hAnsi="Garamond"/>
          <w:sz w:val="24"/>
        </w:rPr>
        <w:br/>
        <w:t>Google Docs — content approval workflow</w:t>
      </w:r>
      <w:r>
        <w:rPr>
          <w:rFonts w:ascii="Garamond" w:hAnsi="Garamond"/>
          <w:sz w:val="24"/>
        </w:rPr>
        <w:br/>
        <w:t xml:space="preserve">Pinterest / LinkedIn / Instagram — </w:t>
      </w:r>
      <w:proofErr w:type="gramStart"/>
      <w:r>
        <w:rPr>
          <w:rFonts w:ascii="Garamond" w:hAnsi="Garamond"/>
          <w:sz w:val="24"/>
        </w:rPr>
        <w:t>distribution</w:t>
      </w:r>
      <w:proofErr w:type="gramEnd"/>
    </w:p>
    <w:p w14:paraId="1CCF6FF3" w14:textId="77777777" w:rsidR="001A5159" w:rsidRDefault="00000000">
      <w:r>
        <w:rPr>
          <w:rFonts w:ascii="Garamond" w:hAnsi="Garamond"/>
          <w:sz w:val="24"/>
        </w:rPr>
        <w:t>Optional but powerful:</w:t>
      </w:r>
      <w:r>
        <w:rPr>
          <w:rFonts w:ascii="Garamond" w:hAnsi="Garamond"/>
          <w:sz w:val="24"/>
        </w:rPr>
        <w:br/>
        <w:t>Figma for premium graphic layouts</w:t>
      </w:r>
      <w:r>
        <w:rPr>
          <w:rFonts w:ascii="Garamond" w:hAnsi="Garamond"/>
          <w:sz w:val="24"/>
        </w:rPr>
        <w:br/>
        <w:t>Canva Pro for higher-quality templates</w:t>
      </w:r>
    </w:p>
    <w:p w14:paraId="5D0691B8" w14:textId="77777777" w:rsidR="001A5159" w:rsidRDefault="001A5159"/>
    <w:p w14:paraId="601134E1" w14:textId="77777777" w:rsidR="001A5159" w:rsidRDefault="00000000">
      <w:r>
        <w:rPr>
          <w:rFonts w:ascii="Garamond" w:hAnsi="Garamond"/>
          <w:sz w:val="24"/>
        </w:rPr>
        <w:t>What You’ll Offer</w:t>
      </w:r>
    </w:p>
    <w:p w14:paraId="0F26914E" w14:textId="77777777" w:rsidR="001A5159" w:rsidRDefault="00000000">
      <w:r>
        <w:rPr>
          <w:rFonts w:ascii="Garamond" w:hAnsi="Garamond"/>
          <w:sz w:val="24"/>
        </w:rPr>
        <w:t>You can create:</w:t>
      </w:r>
    </w:p>
    <w:p w14:paraId="55A11096" w14:textId="77777777" w:rsidR="001A5159" w:rsidRDefault="00000000">
      <w:r>
        <w:rPr>
          <w:rFonts w:ascii="Garamond" w:hAnsi="Garamond"/>
          <w:sz w:val="24"/>
        </w:rPr>
        <w:t>educational carousels</w:t>
      </w:r>
    </w:p>
    <w:p w14:paraId="1F062DA0" w14:textId="77777777" w:rsidR="001A5159" w:rsidRDefault="00000000">
      <w:r>
        <w:rPr>
          <w:rFonts w:ascii="Garamond" w:hAnsi="Garamond"/>
          <w:sz w:val="24"/>
        </w:rPr>
        <w:t>authority-building carousels</w:t>
      </w:r>
    </w:p>
    <w:p w14:paraId="4B111284" w14:textId="77777777" w:rsidR="001A5159" w:rsidRDefault="00000000">
      <w:r>
        <w:rPr>
          <w:rFonts w:ascii="Garamond" w:hAnsi="Garamond"/>
          <w:sz w:val="24"/>
        </w:rPr>
        <w:t xml:space="preserve">niche-specific info </w:t>
      </w:r>
      <w:proofErr w:type="gramStart"/>
      <w:r>
        <w:rPr>
          <w:rFonts w:ascii="Garamond" w:hAnsi="Garamond"/>
          <w:sz w:val="24"/>
        </w:rPr>
        <w:t>posts</w:t>
      </w:r>
      <w:proofErr w:type="gramEnd"/>
    </w:p>
    <w:p w14:paraId="69001F0D" w14:textId="77777777" w:rsidR="001A5159" w:rsidRDefault="00000000">
      <w:r>
        <w:rPr>
          <w:rFonts w:ascii="Garamond" w:hAnsi="Garamond"/>
          <w:sz w:val="24"/>
        </w:rPr>
        <w:t>transformation before/after carousels</w:t>
      </w:r>
    </w:p>
    <w:p w14:paraId="44B43267" w14:textId="77777777" w:rsidR="001A5159" w:rsidRDefault="00000000">
      <w:r>
        <w:rPr>
          <w:rFonts w:ascii="Garamond" w:hAnsi="Garamond"/>
          <w:sz w:val="24"/>
        </w:rPr>
        <w:lastRenderedPageBreak/>
        <w:t>storytelling carousels</w:t>
      </w:r>
    </w:p>
    <w:p w14:paraId="4FFE7CD9" w14:textId="77777777" w:rsidR="001A5159" w:rsidRDefault="00000000">
      <w:r>
        <w:rPr>
          <w:rFonts w:ascii="Garamond" w:hAnsi="Garamond"/>
          <w:sz w:val="24"/>
        </w:rPr>
        <w:t>brand messaging carousels</w:t>
      </w:r>
    </w:p>
    <w:p w14:paraId="71086C18" w14:textId="77777777" w:rsidR="001A5159" w:rsidRDefault="00000000">
      <w:r>
        <w:rPr>
          <w:rFonts w:ascii="Garamond" w:hAnsi="Garamond"/>
          <w:sz w:val="24"/>
        </w:rPr>
        <w:t>product explainer slides</w:t>
      </w:r>
    </w:p>
    <w:p w14:paraId="6B27B7B2" w14:textId="77777777" w:rsidR="001A5159" w:rsidRDefault="00000000">
      <w:r>
        <w:rPr>
          <w:rFonts w:ascii="Garamond" w:hAnsi="Garamond"/>
          <w:sz w:val="24"/>
        </w:rPr>
        <w:t>data infographics</w:t>
      </w:r>
    </w:p>
    <w:p w14:paraId="6DBF25EA" w14:textId="77777777" w:rsidR="001A5159" w:rsidRDefault="00000000">
      <w:r>
        <w:rPr>
          <w:rFonts w:ascii="Garamond" w:hAnsi="Garamond"/>
          <w:sz w:val="24"/>
        </w:rPr>
        <w:t>frameworks &amp; models</w:t>
      </w:r>
    </w:p>
    <w:p w14:paraId="591E84C2" w14:textId="77777777" w:rsidR="001A5159" w:rsidRDefault="00000000">
      <w:r>
        <w:rPr>
          <w:rFonts w:ascii="Garamond" w:hAnsi="Garamond"/>
          <w:sz w:val="24"/>
        </w:rPr>
        <w:t>You can offer them as:</w:t>
      </w:r>
    </w:p>
    <w:p w14:paraId="02D7DEF9" w14:textId="77777777" w:rsidR="001A5159" w:rsidRDefault="00000000">
      <w:r>
        <w:rPr>
          <w:rFonts w:ascii="Garamond" w:hAnsi="Garamond"/>
          <w:sz w:val="24"/>
        </w:rPr>
        <w:t>individual carousel packs</w:t>
      </w:r>
    </w:p>
    <w:p w14:paraId="2E91976D" w14:textId="77777777" w:rsidR="001A5159" w:rsidRDefault="00000000">
      <w:r>
        <w:rPr>
          <w:rFonts w:ascii="Garamond" w:hAnsi="Garamond"/>
          <w:sz w:val="24"/>
        </w:rPr>
        <w:t>monthly bundles</w:t>
      </w:r>
    </w:p>
    <w:p w14:paraId="226B0772" w14:textId="77777777" w:rsidR="001A5159" w:rsidRDefault="00000000">
      <w:r>
        <w:rPr>
          <w:rFonts w:ascii="Garamond" w:hAnsi="Garamond"/>
          <w:sz w:val="24"/>
        </w:rPr>
        <w:t xml:space="preserve">niche content </w:t>
      </w:r>
      <w:proofErr w:type="gramStart"/>
      <w:r>
        <w:rPr>
          <w:rFonts w:ascii="Garamond" w:hAnsi="Garamond"/>
          <w:sz w:val="24"/>
        </w:rPr>
        <w:t>libraries</w:t>
      </w:r>
      <w:proofErr w:type="gramEnd"/>
    </w:p>
    <w:p w14:paraId="7F095888" w14:textId="77777777" w:rsidR="001A5159" w:rsidRDefault="00000000">
      <w:r>
        <w:rPr>
          <w:rFonts w:ascii="Garamond" w:hAnsi="Garamond"/>
          <w:sz w:val="24"/>
        </w:rPr>
        <w:t>brand-themed sets</w:t>
      </w:r>
    </w:p>
    <w:p w14:paraId="24965B7C" w14:textId="77777777" w:rsidR="001A5159" w:rsidRDefault="00000000">
      <w:r>
        <w:rPr>
          <w:rFonts w:ascii="Garamond" w:hAnsi="Garamond"/>
          <w:sz w:val="24"/>
        </w:rPr>
        <w:t>repurposed content packs</w:t>
      </w:r>
    </w:p>
    <w:p w14:paraId="3740641D" w14:textId="77777777" w:rsidR="001A5159" w:rsidRDefault="00000000">
      <w:r>
        <w:rPr>
          <w:rFonts w:ascii="Garamond" w:hAnsi="Garamond"/>
          <w:sz w:val="24"/>
        </w:rPr>
        <w:t>Businesses LOVE this.</w:t>
      </w:r>
    </w:p>
    <w:p w14:paraId="3C4D6BA0" w14:textId="77777777" w:rsidR="001A5159" w:rsidRDefault="001A5159"/>
    <w:p w14:paraId="0126B0B8" w14:textId="77777777" w:rsidR="001A5159" w:rsidRDefault="00000000">
      <w:r>
        <w:rPr>
          <w:rFonts w:ascii="Garamond" w:hAnsi="Garamond"/>
          <w:sz w:val="24"/>
        </w:rPr>
        <w:t>AI-Powered Workflow (Step-by-Step)</w:t>
      </w:r>
    </w:p>
    <w:p w14:paraId="44564348" w14:textId="77777777" w:rsidR="001A5159" w:rsidRDefault="00000000">
      <w:r>
        <w:rPr>
          <w:rFonts w:ascii="Garamond" w:hAnsi="Garamond"/>
          <w:sz w:val="24"/>
        </w:rPr>
        <w:t>STEP 1 — Generate 30 Hook Ideas</w:t>
      </w:r>
    </w:p>
    <w:p w14:paraId="3C600317" w14:textId="77777777" w:rsidR="001A5159" w:rsidRDefault="00000000">
      <w:r>
        <w:rPr>
          <w:rFonts w:ascii="Garamond" w:hAnsi="Garamond"/>
          <w:sz w:val="24"/>
        </w:rPr>
        <w:t>Ask AI:</w:t>
      </w:r>
    </w:p>
    <w:p w14:paraId="4A6357CE" w14:textId="77777777" w:rsidR="001A5159" w:rsidRDefault="00000000">
      <w:r>
        <w:rPr>
          <w:rFonts w:ascii="Garamond" w:hAnsi="Garamond"/>
          <w:sz w:val="24"/>
        </w:rPr>
        <w:t>“Give me 30 high-impact carousel hook ideas for . Use curiosity, authority, and pain point angles.”</w:t>
      </w:r>
    </w:p>
    <w:p w14:paraId="602C5A7E" w14:textId="77777777" w:rsidR="001A5159" w:rsidRDefault="00000000">
      <w:r>
        <w:rPr>
          <w:rFonts w:ascii="Garamond" w:hAnsi="Garamond"/>
          <w:sz w:val="24"/>
        </w:rPr>
        <w:t>Pick the strongest ones.</w:t>
      </w:r>
    </w:p>
    <w:p w14:paraId="209879C1" w14:textId="77777777" w:rsidR="001A5159" w:rsidRDefault="001A5159"/>
    <w:p w14:paraId="14839CC2" w14:textId="77777777" w:rsidR="001A5159" w:rsidRDefault="00000000">
      <w:r>
        <w:rPr>
          <w:rFonts w:ascii="Garamond" w:hAnsi="Garamond"/>
          <w:sz w:val="24"/>
        </w:rPr>
        <w:t>STEP 2 — Write the Full Carousel Script</w:t>
      </w:r>
    </w:p>
    <w:p w14:paraId="1821886F" w14:textId="77777777" w:rsidR="001A5159" w:rsidRDefault="00000000">
      <w:r>
        <w:rPr>
          <w:rFonts w:ascii="Garamond" w:hAnsi="Garamond"/>
          <w:sz w:val="24"/>
        </w:rPr>
        <w:t>Ask:</w:t>
      </w:r>
    </w:p>
    <w:p w14:paraId="597BC883" w14:textId="77777777" w:rsidR="001A5159" w:rsidRDefault="00000000">
      <w:r>
        <w:rPr>
          <w:rFonts w:ascii="Garamond" w:hAnsi="Garamond"/>
          <w:sz w:val="24"/>
        </w:rPr>
        <w:t>“Write a 7–10 slide carousel script for this hook. Include the hook slide, 5–7 teaching slides, 1 recap slide, and 1 CTA slide.”</w:t>
      </w:r>
    </w:p>
    <w:p w14:paraId="7CC840A6" w14:textId="77777777" w:rsidR="001A5159" w:rsidRDefault="00000000">
      <w:r>
        <w:rPr>
          <w:rFonts w:ascii="Garamond" w:hAnsi="Garamond"/>
          <w:sz w:val="24"/>
        </w:rPr>
        <w:t>You’ll get a complete, professional script.</w:t>
      </w:r>
    </w:p>
    <w:p w14:paraId="29651233" w14:textId="77777777" w:rsidR="001A5159" w:rsidRDefault="001A5159"/>
    <w:p w14:paraId="2577E59A" w14:textId="77777777" w:rsidR="001A5159" w:rsidRDefault="00000000">
      <w:r>
        <w:rPr>
          <w:rFonts w:ascii="Garamond" w:hAnsi="Garamond"/>
          <w:sz w:val="24"/>
        </w:rPr>
        <w:lastRenderedPageBreak/>
        <w:t>STEP 3 — Create the Design</w:t>
      </w:r>
    </w:p>
    <w:p w14:paraId="03B00BD5" w14:textId="77777777" w:rsidR="001A5159" w:rsidRDefault="00000000">
      <w:r>
        <w:rPr>
          <w:rFonts w:ascii="Garamond" w:hAnsi="Garamond"/>
          <w:sz w:val="24"/>
        </w:rPr>
        <w:t>In Canva:</w:t>
      </w:r>
    </w:p>
    <w:p w14:paraId="13C2976A" w14:textId="77777777" w:rsidR="001A5159" w:rsidRDefault="00000000">
      <w:r>
        <w:rPr>
          <w:rFonts w:ascii="Garamond" w:hAnsi="Garamond"/>
          <w:sz w:val="24"/>
        </w:rPr>
        <w:t xml:space="preserve">pick a clean </w:t>
      </w:r>
      <w:proofErr w:type="gramStart"/>
      <w:r>
        <w:rPr>
          <w:rFonts w:ascii="Garamond" w:hAnsi="Garamond"/>
          <w:sz w:val="24"/>
        </w:rPr>
        <w:t>template</w:t>
      </w:r>
      <w:proofErr w:type="gramEnd"/>
    </w:p>
    <w:p w14:paraId="2B37775B" w14:textId="77777777" w:rsidR="001A5159" w:rsidRDefault="00000000">
      <w:r>
        <w:rPr>
          <w:rFonts w:ascii="Garamond" w:hAnsi="Garamond"/>
          <w:sz w:val="24"/>
        </w:rPr>
        <w:t xml:space="preserve">add bold </w:t>
      </w:r>
      <w:proofErr w:type="gramStart"/>
      <w:r>
        <w:rPr>
          <w:rFonts w:ascii="Garamond" w:hAnsi="Garamond"/>
          <w:sz w:val="24"/>
        </w:rPr>
        <w:t>typography</w:t>
      </w:r>
      <w:proofErr w:type="gramEnd"/>
    </w:p>
    <w:p w14:paraId="09EA9A3B" w14:textId="77777777" w:rsidR="001A5159" w:rsidRDefault="00000000">
      <w:r>
        <w:rPr>
          <w:rFonts w:ascii="Garamond" w:hAnsi="Garamond"/>
          <w:sz w:val="24"/>
        </w:rPr>
        <w:t xml:space="preserve">use consistent </w:t>
      </w:r>
      <w:proofErr w:type="gramStart"/>
      <w:r>
        <w:rPr>
          <w:rFonts w:ascii="Garamond" w:hAnsi="Garamond"/>
          <w:sz w:val="24"/>
        </w:rPr>
        <w:t>colors</w:t>
      </w:r>
      <w:proofErr w:type="gramEnd"/>
    </w:p>
    <w:p w14:paraId="082B7771" w14:textId="77777777" w:rsidR="001A5159" w:rsidRDefault="00000000">
      <w:r>
        <w:rPr>
          <w:rFonts w:ascii="Garamond" w:hAnsi="Garamond"/>
          <w:sz w:val="24"/>
        </w:rPr>
        <w:t xml:space="preserve">use icons + </w:t>
      </w:r>
      <w:proofErr w:type="gramStart"/>
      <w:r>
        <w:rPr>
          <w:rFonts w:ascii="Garamond" w:hAnsi="Garamond"/>
          <w:sz w:val="24"/>
        </w:rPr>
        <w:t>illustrations</w:t>
      </w:r>
      <w:proofErr w:type="gramEnd"/>
    </w:p>
    <w:p w14:paraId="0691F1C3" w14:textId="77777777" w:rsidR="001A5159" w:rsidRDefault="00000000">
      <w:r>
        <w:rPr>
          <w:rFonts w:ascii="Garamond" w:hAnsi="Garamond"/>
          <w:sz w:val="24"/>
        </w:rPr>
        <w:t xml:space="preserve">keep design </w:t>
      </w:r>
      <w:proofErr w:type="gramStart"/>
      <w:r>
        <w:rPr>
          <w:rFonts w:ascii="Garamond" w:hAnsi="Garamond"/>
          <w:sz w:val="24"/>
        </w:rPr>
        <w:t>minimal</w:t>
      </w:r>
      <w:proofErr w:type="gramEnd"/>
    </w:p>
    <w:p w14:paraId="27F472CC" w14:textId="77777777" w:rsidR="001A5159" w:rsidRDefault="00000000">
      <w:r>
        <w:rPr>
          <w:rFonts w:ascii="Garamond" w:hAnsi="Garamond"/>
          <w:sz w:val="24"/>
        </w:rPr>
        <w:t>Carousels work best when they are simple, not overdesigned.</w:t>
      </w:r>
    </w:p>
    <w:p w14:paraId="67E4D559" w14:textId="77777777" w:rsidR="001A5159" w:rsidRDefault="001A5159"/>
    <w:p w14:paraId="50D99DFC" w14:textId="77777777" w:rsidR="001A5159" w:rsidRDefault="00000000">
      <w:r>
        <w:rPr>
          <w:rFonts w:ascii="Garamond" w:hAnsi="Garamond"/>
          <w:sz w:val="24"/>
        </w:rPr>
        <w:t>STEP 4 — Add Brand Identity</w:t>
      </w:r>
    </w:p>
    <w:p w14:paraId="478EA08B" w14:textId="77777777" w:rsidR="001A5159" w:rsidRDefault="00000000">
      <w:r>
        <w:rPr>
          <w:rFonts w:ascii="Garamond" w:hAnsi="Garamond"/>
          <w:sz w:val="24"/>
        </w:rPr>
        <w:t>Ask AI:</w:t>
      </w:r>
    </w:p>
    <w:p w14:paraId="45B1BFB9" w14:textId="77777777" w:rsidR="001A5159" w:rsidRDefault="00000000">
      <w:r>
        <w:rPr>
          <w:rFonts w:ascii="Garamond" w:hAnsi="Garamond"/>
          <w:sz w:val="24"/>
        </w:rPr>
        <w:t>“Generate brand voice guidelines for this business so I can match the tone.”</w:t>
      </w:r>
    </w:p>
    <w:p w14:paraId="4F150422" w14:textId="77777777" w:rsidR="001A5159" w:rsidRDefault="00000000">
      <w:r>
        <w:rPr>
          <w:rFonts w:ascii="Garamond" w:hAnsi="Garamond"/>
          <w:sz w:val="24"/>
        </w:rPr>
        <w:t>Then brand each carousel consistently.</w:t>
      </w:r>
    </w:p>
    <w:p w14:paraId="744C63B7" w14:textId="77777777" w:rsidR="001A5159" w:rsidRDefault="001A5159"/>
    <w:p w14:paraId="319A5BBE" w14:textId="77777777" w:rsidR="001A5159" w:rsidRDefault="00000000">
      <w:r>
        <w:rPr>
          <w:rFonts w:ascii="Garamond" w:hAnsi="Garamond"/>
          <w:sz w:val="24"/>
        </w:rPr>
        <w:t>STEP 5 — Export &amp; Deliver</w:t>
      </w:r>
    </w:p>
    <w:p w14:paraId="09BE5008" w14:textId="77777777" w:rsidR="001A5159" w:rsidRDefault="00000000">
      <w:r>
        <w:rPr>
          <w:rFonts w:ascii="Garamond" w:hAnsi="Garamond"/>
          <w:sz w:val="24"/>
        </w:rPr>
        <w:t>Deliver:</w:t>
      </w:r>
    </w:p>
    <w:p w14:paraId="65110BBC" w14:textId="77777777" w:rsidR="001A5159" w:rsidRDefault="00000000">
      <w:r>
        <w:rPr>
          <w:rFonts w:ascii="Garamond" w:hAnsi="Garamond"/>
          <w:sz w:val="24"/>
        </w:rPr>
        <w:t>PNG files</w:t>
      </w:r>
    </w:p>
    <w:p w14:paraId="59FC1A6A" w14:textId="77777777" w:rsidR="001A5159" w:rsidRDefault="00000000">
      <w:r>
        <w:rPr>
          <w:rFonts w:ascii="Garamond" w:hAnsi="Garamond"/>
          <w:sz w:val="24"/>
        </w:rPr>
        <w:t>PDF version</w:t>
      </w:r>
    </w:p>
    <w:p w14:paraId="378E3CA9" w14:textId="77777777" w:rsidR="001A5159" w:rsidRDefault="00000000">
      <w:r>
        <w:rPr>
          <w:rFonts w:ascii="Garamond" w:hAnsi="Garamond"/>
          <w:sz w:val="24"/>
        </w:rPr>
        <w:t xml:space="preserve">source Canva </w:t>
      </w:r>
      <w:proofErr w:type="gramStart"/>
      <w:r>
        <w:rPr>
          <w:rFonts w:ascii="Garamond" w:hAnsi="Garamond"/>
          <w:sz w:val="24"/>
        </w:rPr>
        <w:t>link</w:t>
      </w:r>
      <w:proofErr w:type="gramEnd"/>
    </w:p>
    <w:p w14:paraId="66B9E54D" w14:textId="77777777" w:rsidR="001A5159" w:rsidRDefault="00000000">
      <w:r>
        <w:rPr>
          <w:rFonts w:ascii="Garamond" w:hAnsi="Garamond"/>
          <w:sz w:val="24"/>
        </w:rPr>
        <w:t>optional caption</w:t>
      </w:r>
    </w:p>
    <w:p w14:paraId="049EA6E0" w14:textId="77777777" w:rsidR="001A5159" w:rsidRDefault="00000000">
      <w:r>
        <w:rPr>
          <w:rFonts w:ascii="Garamond" w:hAnsi="Garamond"/>
          <w:sz w:val="24"/>
        </w:rPr>
        <w:t>hashtag set</w:t>
      </w:r>
    </w:p>
    <w:p w14:paraId="55748211" w14:textId="77777777" w:rsidR="001A5159" w:rsidRDefault="00000000">
      <w:r>
        <w:rPr>
          <w:rFonts w:ascii="Garamond" w:hAnsi="Garamond"/>
          <w:sz w:val="24"/>
        </w:rPr>
        <w:t>content calendar</w:t>
      </w:r>
    </w:p>
    <w:p w14:paraId="71AEA3D5" w14:textId="77777777" w:rsidR="001A5159" w:rsidRDefault="00000000">
      <w:r>
        <w:rPr>
          <w:rFonts w:ascii="Garamond" w:hAnsi="Garamond"/>
          <w:sz w:val="24"/>
        </w:rPr>
        <w:t>This feels like a PREMIUM deliverable.</w:t>
      </w:r>
    </w:p>
    <w:p w14:paraId="53D02487" w14:textId="77777777" w:rsidR="001A5159" w:rsidRDefault="001A5159"/>
    <w:p w14:paraId="73163C83" w14:textId="77777777" w:rsidR="001A5159" w:rsidRDefault="00000000">
      <w:r>
        <w:rPr>
          <w:rFonts w:ascii="Garamond" w:hAnsi="Garamond"/>
          <w:sz w:val="24"/>
        </w:rPr>
        <w:t>Beginner Proof Portfolio</w:t>
      </w:r>
    </w:p>
    <w:p w14:paraId="371C55E4" w14:textId="77777777" w:rsidR="001A5159" w:rsidRDefault="00000000">
      <w:r>
        <w:rPr>
          <w:rFonts w:ascii="Garamond" w:hAnsi="Garamond"/>
          <w:sz w:val="24"/>
        </w:rPr>
        <w:lastRenderedPageBreak/>
        <w:t>You only need:</w:t>
      </w:r>
    </w:p>
    <w:p w14:paraId="5517DFAC" w14:textId="77777777" w:rsidR="001A5159" w:rsidRDefault="00000000">
      <w:r>
        <w:rPr>
          <w:rFonts w:ascii="Garamond" w:hAnsi="Garamond"/>
          <w:sz w:val="24"/>
        </w:rPr>
        <w:t>2 educational carousels</w:t>
      </w:r>
    </w:p>
    <w:p w14:paraId="0FECAD24" w14:textId="77777777" w:rsidR="001A5159" w:rsidRDefault="00000000">
      <w:r>
        <w:rPr>
          <w:rFonts w:ascii="Garamond" w:hAnsi="Garamond"/>
          <w:sz w:val="24"/>
        </w:rPr>
        <w:t>1 infographic</w:t>
      </w:r>
    </w:p>
    <w:p w14:paraId="05BB07E3" w14:textId="77777777" w:rsidR="001A5159" w:rsidRDefault="00000000">
      <w:r>
        <w:rPr>
          <w:rFonts w:ascii="Garamond" w:hAnsi="Garamond"/>
          <w:sz w:val="24"/>
        </w:rPr>
        <w:t>1 storytelling carousel</w:t>
      </w:r>
    </w:p>
    <w:p w14:paraId="732A3FB7" w14:textId="77777777" w:rsidR="001A5159" w:rsidRDefault="00000000">
      <w:r>
        <w:rPr>
          <w:rFonts w:ascii="Garamond" w:hAnsi="Garamond"/>
          <w:sz w:val="24"/>
        </w:rPr>
        <w:t>That’s enough to secure paying clients.</w:t>
      </w:r>
    </w:p>
    <w:p w14:paraId="36DB4EC9" w14:textId="77777777" w:rsidR="001A5159" w:rsidRDefault="001A5159"/>
    <w:p w14:paraId="166A3FE0" w14:textId="77777777" w:rsidR="001A5159" w:rsidRDefault="00000000">
      <w:r>
        <w:rPr>
          <w:rFonts w:ascii="Garamond" w:hAnsi="Garamond"/>
          <w:sz w:val="24"/>
        </w:rPr>
        <w:t>Pricing Guide</w:t>
      </w:r>
    </w:p>
    <w:p w14:paraId="05213976" w14:textId="77777777" w:rsidR="001A5159" w:rsidRDefault="00000000">
      <w:r>
        <w:rPr>
          <w:rFonts w:ascii="Garamond" w:hAnsi="Garamond"/>
          <w:sz w:val="24"/>
        </w:rPr>
        <w:t>Beginners:</w:t>
      </w:r>
    </w:p>
    <w:p w14:paraId="66A62979" w14:textId="77777777" w:rsidR="001A5159" w:rsidRDefault="00000000">
      <w:r>
        <w:rPr>
          <w:rFonts w:ascii="Garamond" w:hAnsi="Garamond"/>
          <w:sz w:val="24"/>
        </w:rPr>
        <w:t>$15–$40 per carousel</w:t>
      </w:r>
    </w:p>
    <w:p w14:paraId="0F91FD59" w14:textId="77777777" w:rsidR="001A5159" w:rsidRDefault="00000000">
      <w:r>
        <w:rPr>
          <w:rFonts w:ascii="Garamond" w:hAnsi="Garamond"/>
          <w:sz w:val="24"/>
        </w:rPr>
        <w:t>$99/month for 8–10 carousels</w:t>
      </w:r>
    </w:p>
    <w:p w14:paraId="6EB0F281" w14:textId="77777777" w:rsidR="001A5159" w:rsidRDefault="00000000">
      <w:r>
        <w:rPr>
          <w:rFonts w:ascii="Garamond" w:hAnsi="Garamond"/>
          <w:sz w:val="24"/>
        </w:rPr>
        <w:t>Intermediate:</w:t>
      </w:r>
    </w:p>
    <w:p w14:paraId="15544164" w14:textId="77777777" w:rsidR="001A5159" w:rsidRDefault="00000000">
      <w:r>
        <w:rPr>
          <w:rFonts w:ascii="Garamond" w:hAnsi="Garamond"/>
          <w:sz w:val="24"/>
        </w:rPr>
        <w:t>$40–$100 per carousel</w:t>
      </w:r>
    </w:p>
    <w:p w14:paraId="5C5D5CFD" w14:textId="77777777" w:rsidR="001A5159" w:rsidRDefault="00000000">
      <w:r>
        <w:rPr>
          <w:rFonts w:ascii="Garamond" w:hAnsi="Garamond"/>
          <w:sz w:val="24"/>
        </w:rPr>
        <w:t>$250–$500/month content bundles</w:t>
      </w:r>
    </w:p>
    <w:p w14:paraId="04C53094" w14:textId="77777777" w:rsidR="001A5159" w:rsidRDefault="00000000">
      <w:r>
        <w:rPr>
          <w:rFonts w:ascii="Garamond" w:hAnsi="Garamond"/>
          <w:sz w:val="24"/>
        </w:rPr>
        <w:t>Pro:</w:t>
      </w:r>
    </w:p>
    <w:p w14:paraId="1BE54900" w14:textId="77777777" w:rsidR="001A5159" w:rsidRDefault="00000000">
      <w:r>
        <w:rPr>
          <w:rFonts w:ascii="Garamond" w:hAnsi="Garamond"/>
          <w:sz w:val="24"/>
        </w:rPr>
        <w:t>$500–$1,500/month retainers</w:t>
      </w:r>
    </w:p>
    <w:p w14:paraId="462E576C" w14:textId="77777777" w:rsidR="001A5159" w:rsidRDefault="00000000">
      <w:r>
        <w:rPr>
          <w:rFonts w:ascii="Garamond" w:hAnsi="Garamond"/>
          <w:sz w:val="24"/>
        </w:rPr>
        <w:t>$1,000+ brand content packs</w:t>
      </w:r>
    </w:p>
    <w:p w14:paraId="7ADC9C94" w14:textId="77777777" w:rsidR="001A5159" w:rsidRDefault="00000000">
      <w:r>
        <w:rPr>
          <w:rFonts w:ascii="Garamond" w:hAnsi="Garamond"/>
          <w:sz w:val="24"/>
        </w:rPr>
        <w:t>$2,500+ niche content libraries</w:t>
      </w:r>
    </w:p>
    <w:p w14:paraId="7C6FCB81" w14:textId="77777777" w:rsidR="001A5159" w:rsidRDefault="00000000">
      <w:r>
        <w:rPr>
          <w:rFonts w:ascii="Garamond" w:hAnsi="Garamond"/>
          <w:sz w:val="24"/>
        </w:rPr>
        <w:t>Carousels are easy to create — and easy to scale.</w:t>
      </w:r>
    </w:p>
    <w:p w14:paraId="67DF09E0" w14:textId="77777777" w:rsidR="001A5159" w:rsidRDefault="001A5159"/>
    <w:p w14:paraId="728AB382" w14:textId="77777777" w:rsidR="001A5159" w:rsidRDefault="00000000">
      <w:r>
        <w:rPr>
          <w:rFonts w:ascii="Garamond" w:hAnsi="Garamond"/>
          <w:sz w:val="24"/>
        </w:rPr>
        <w:t>Pro Accelerators</w:t>
      </w:r>
    </w:p>
    <w:p w14:paraId="4E1579F6" w14:textId="77777777" w:rsidR="001A5159" w:rsidRDefault="00000000">
      <w:proofErr w:type="gramStart"/>
      <w:r>
        <w:rPr>
          <w:rFonts w:ascii="Garamond" w:hAnsi="Garamond"/>
          <w:sz w:val="24"/>
        </w:rPr>
        <w:t>animated</w:t>
      </w:r>
      <w:proofErr w:type="gramEnd"/>
      <w:r>
        <w:rPr>
          <w:rFonts w:ascii="Garamond" w:hAnsi="Garamond"/>
          <w:sz w:val="24"/>
        </w:rPr>
        <w:t xml:space="preserve"> carousel versions</w:t>
      </w:r>
    </w:p>
    <w:p w14:paraId="28F4B666" w14:textId="77777777" w:rsidR="001A5159" w:rsidRDefault="00000000">
      <w:r>
        <w:rPr>
          <w:rFonts w:ascii="Garamond" w:hAnsi="Garamond"/>
          <w:sz w:val="24"/>
        </w:rPr>
        <w:t xml:space="preserve">short-form reel </w:t>
      </w:r>
      <w:proofErr w:type="gramStart"/>
      <w:r>
        <w:rPr>
          <w:rFonts w:ascii="Garamond" w:hAnsi="Garamond"/>
          <w:sz w:val="24"/>
        </w:rPr>
        <w:t>repurposes</w:t>
      </w:r>
      <w:proofErr w:type="gramEnd"/>
    </w:p>
    <w:p w14:paraId="4F062D56" w14:textId="77777777" w:rsidR="001A5159" w:rsidRDefault="00000000">
      <w:r>
        <w:rPr>
          <w:rFonts w:ascii="Garamond" w:hAnsi="Garamond"/>
          <w:sz w:val="24"/>
        </w:rPr>
        <w:t>content calendar planning</w:t>
      </w:r>
    </w:p>
    <w:p w14:paraId="3B06249E" w14:textId="77777777" w:rsidR="001A5159" w:rsidRDefault="00000000">
      <w:r>
        <w:rPr>
          <w:rFonts w:ascii="Garamond" w:hAnsi="Garamond"/>
          <w:sz w:val="24"/>
        </w:rPr>
        <w:t>brand pack creation</w:t>
      </w:r>
    </w:p>
    <w:p w14:paraId="75B79C35" w14:textId="77777777" w:rsidR="001A5159" w:rsidRDefault="00000000">
      <w:r>
        <w:rPr>
          <w:rFonts w:ascii="Garamond" w:hAnsi="Garamond"/>
          <w:sz w:val="24"/>
        </w:rPr>
        <w:t xml:space="preserve">niche-specific carousel </w:t>
      </w:r>
      <w:proofErr w:type="gramStart"/>
      <w:r>
        <w:rPr>
          <w:rFonts w:ascii="Garamond" w:hAnsi="Garamond"/>
          <w:sz w:val="24"/>
        </w:rPr>
        <w:t>sets</w:t>
      </w:r>
      <w:proofErr w:type="gramEnd"/>
    </w:p>
    <w:p w14:paraId="1FF0A327" w14:textId="77777777" w:rsidR="001A5159" w:rsidRDefault="00000000">
      <w:r>
        <w:rPr>
          <w:rFonts w:ascii="Garamond" w:hAnsi="Garamond"/>
          <w:sz w:val="24"/>
        </w:rPr>
        <w:lastRenderedPageBreak/>
        <w:t xml:space="preserve">lead magnet carousel </w:t>
      </w:r>
      <w:proofErr w:type="gramStart"/>
      <w:r>
        <w:rPr>
          <w:rFonts w:ascii="Garamond" w:hAnsi="Garamond"/>
          <w:sz w:val="24"/>
        </w:rPr>
        <w:t>series</w:t>
      </w:r>
      <w:proofErr w:type="gramEnd"/>
    </w:p>
    <w:p w14:paraId="6DAFD96B" w14:textId="77777777" w:rsidR="001A5159" w:rsidRDefault="00000000">
      <w:r>
        <w:rPr>
          <w:rFonts w:ascii="Garamond" w:hAnsi="Garamond"/>
          <w:sz w:val="24"/>
        </w:rPr>
        <w:t>case study carousels</w:t>
      </w:r>
    </w:p>
    <w:p w14:paraId="0E34DE4D" w14:textId="77777777" w:rsidR="001A5159" w:rsidRDefault="00000000">
      <w:r>
        <w:rPr>
          <w:rFonts w:ascii="Garamond" w:hAnsi="Garamond"/>
          <w:sz w:val="24"/>
        </w:rPr>
        <w:t>These upsells turn a $100 project into $1,000+.</w:t>
      </w:r>
    </w:p>
    <w:p w14:paraId="1D40F057" w14:textId="77777777" w:rsidR="001A5159" w:rsidRDefault="001A5159"/>
    <w:p w14:paraId="5F50EE34" w14:textId="77777777" w:rsidR="001A5159" w:rsidRDefault="00000000">
      <w:r>
        <w:rPr>
          <w:rFonts w:ascii="Garamond" w:hAnsi="Garamond"/>
          <w:sz w:val="24"/>
        </w:rPr>
        <w:t>MICRO CASE STUDY — BLUEPRINT FIFTEEN</w:t>
      </w:r>
    </w:p>
    <w:p w14:paraId="3ECF2E5C" w14:textId="77777777" w:rsidR="001A5159" w:rsidRDefault="00000000">
      <w:r>
        <w:rPr>
          <w:rFonts w:ascii="Garamond" w:hAnsi="Garamond"/>
          <w:sz w:val="24"/>
        </w:rPr>
        <w:t>Case Study: 19-Year-Old Beginner Signs a $600/Month Client Creating Carousels Using AI</w:t>
      </w:r>
    </w:p>
    <w:p w14:paraId="2D3267B9" w14:textId="77777777" w:rsidR="001A5159" w:rsidRDefault="00000000">
      <w:r>
        <w:rPr>
          <w:rFonts w:ascii="Garamond" w:hAnsi="Garamond"/>
          <w:sz w:val="24"/>
        </w:rPr>
        <w:t>Lucas was a college student with:</w:t>
      </w:r>
    </w:p>
    <w:p w14:paraId="01C1F80E" w14:textId="77777777" w:rsidR="001A5159" w:rsidRDefault="00000000">
      <w:r>
        <w:rPr>
          <w:rFonts w:ascii="Garamond" w:hAnsi="Garamond"/>
          <w:sz w:val="24"/>
        </w:rPr>
        <w:t>no design experience</w:t>
      </w:r>
    </w:p>
    <w:p w14:paraId="0955EE62" w14:textId="77777777" w:rsidR="001A5159" w:rsidRDefault="00000000">
      <w:proofErr w:type="gramStart"/>
      <w:r>
        <w:rPr>
          <w:rFonts w:ascii="Garamond" w:hAnsi="Garamond"/>
          <w:sz w:val="24"/>
        </w:rPr>
        <w:t>a cheap</w:t>
      </w:r>
      <w:proofErr w:type="gramEnd"/>
      <w:r>
        <w:rPr>
          <w:rFonts w:ascii="Garamond" w:hAnsi="Garamond"/>
          <w:sz w:val="24"/>
        </w:rPr>
        <w:t xml:space="preserve"> laptop</w:t>
      </w:r>
    </w:p>
    <w:p w14:paraId="40A6C90C" w14:textId="77777777" w:rsidR="001A5159" w:rsidRDefault="00000000">
      <w:proofErr w:type="gramStart"/>
      <w:r>
        <w:rPr>
          <w:rFonts w:ascii="Garamond" w:hAnsi="Garamond"/>
          <w:sz w:val="24"/>
        </w:rPr>
        <w:t>no</w:t>
      </w:r>
      <w:proofErr w:type="gramEnd"/>
      <w:r>
        <w:rPr>
          <w:rFonts w:ascii="Garamond" w:hAnsi="Garamond"/>
          <w:sz w:val="24"/>
        </w:rPr>
        <w:t xml:space="preserve"> idea how to make </w:t>
      </w:r>
      <w:proofErr w:type="gramStart"/>
      <w:r>
        <w:rPr>
          <w:rFonts w:ascii="Garamond" w:hAnsi="Garamond"/>
          <w:sz w:val="24"/>
        </w:rPr>
        <w:t>content</w:t>
      </w:r>
      <w:proofErr w:type="gramEnd"/>
    </w:p>
    <w:p w14:paraId="597B989B" w14:textId="77777777" w:rsidR="001A5159" w:rsidRDefault="00000000">
      <w:r>
        <w:rPr>
          <w:rFonts w:ascii="Garamond" w:hAnsi="Garamond"/>
          <w:sz w:val="24"/>
        </w:rPr>
        <w:t>He followed Blueprint 15:</w:t>
      </w:r>
    </w:p>
    <w:p w14:paraId="759A5942" w14:textId="77777777" w:rsidR="001A5159" w:rsidRDefault="00000000">
      <w:r>
        <w:rPr>
          <w:rFonts w:ascii="Garamond" w:hAnsi="Garamond"/>
          <w:sz w:val="24"/>
        </w:rPr>
        <w:t xml:space="preserve">asked AI for 25 hook </w:t>
      </w:r>
      <w:proofErr w:type="gramStart"/>
      <w:r>
        <w:rPr>
          <w:rFonts w:ascii="Garamond" w:hAnsi="Garamond"/>
          <w:sz w:val="24"/>
        </w:rPr>
        <w:t>ideas</w:t>
      </w:r>
      <w:proofErr w:type="gramEnd"/>
    </w:p>
    <w:p w14:paraId="3D5F28D8" w14:textId="77777777" w:rsidR="001A5159" w:rsidRDefault="00000000">
      <w:r>
        <w:rPr>
          <w:rFonts w:ascii="Garamond" w:hAnsi="Garamond"/>
          <w:sz w:val="24"/>
        </w:rPr>
        <w:t xml:space="preserve">picked 3 strong </w:t>
      </w:r>
      <w:proofErr w:type="gramStart"/>
      <w:r>
        <w:rPr>
          <w:rFonts w:ascii="Garamond" w:hAnsi="Garamond"/>
          <w:sz w:val="24"/>
        </w:rPr>
        <w:t>angles</w:t>
      </w:r>
      <w:proofErr w:type="gramEnd"/>
    </w:p>
    <w:p w14:paraId="06AEC7A8" w14:textId="77777777" w:rsidR="001A5159" w:rsidRDefault="00000000">
      <w:r>
        <w:rPr>
          <w:rFonts w:ascii="Garamond" w:hAnsi="Garamond"/>
          <w:sz w:val="24"/>
        </w:rPr>
        <w:t xml:space="preserve">generated full </w:t>
      </w:r>
      <w:proofErr w:type="gramStart"/>
      <w:r>
        <w:rPr>
          <w:rFonts w:ascii="Garamond" w:hAnsi="Garamond"/>
          <w:sz w:val="24"/>
        </w:rPr>
        <w:t>scripts</w:t>
      </w:r>
      <w:proofErr w:type="gramEnd"/>
    </w:p>
    <w:p w14:paraId="7A2E1BB2" w14:textId="77777777" w:rsidR="001A5159" w:rsidRDefault="00000000">
      <w:r>
        <w:rPr>
          <w:rFonts w:ascii="Garamond" w:hAnsi="Garamond"/>
          <w:sz w:val="24"/>
        </w:rPr>
        <w:t xml:space="preserve">used Canva </w:t>
      </w:r>
      <w:proofErr w:type="gramStart"/>
      <w:r>
        <w:rPr>
          <w:rFonts w:ascii="Garamond" w:hAnsi="Garamond"/>
          <w:sz w:val="24"/>
        </w:rPr>
        <w:t>templates</w:t>
      </w:r>
      <w:proofErr w:type="gramEnd"/>
    </w:p>
    <w:p w14:paraId="55E9672F" w14:textId="77777777" w:rsidR="001A5159" w:rsidRDefault="00000000">
      <w:r>
        <w:rPr>
          <w:rFonts w:ascii="Garamond" w:hAnsi="Garamond"/>
          <w:sz w:val="24"/>
        </w:rPr>
        <w:t xml:space="preserve">posted his samples on </w:t>
      </w:r>
      <w:proofErr w:type="gramStart"/>
      <w:r>
        <w:rPr>
          <w:rFonts w:ascii="Garamond" w:hAnsi="Garamond"/>
          <w:sz w:val="24"/>
        </w:rPr>
        <w:t>Instagram</w:t>
      </w:r>
      <w:proofErr w:type="gramEnd"/>
    </w:p>
    <w:p w14:paraId="76286916" w14:textId="77777777" w:rsidR="001A5159" w:rsidRDefault="00000000">
      <w:r>
        <w:rPr>
          <w:rFonts w:ascii="Garamond" w:hAnsi="Garamond"/>
          <w:sz w:val="24"/>
        </w:rPr>
        <w:t>A fitness coach messaged him:</w:t>
      </w:r>
    </w:p>
    <w:p w14:paraId="07546A3B" w14:textId="77777777" w:rsidR="001A5159" w:rsidRDefault="00000000">
      <w:r>
        <w:rPr>
          <w:rFonts w:ascii="Garamond" w:hAnsi="Garamond"/>
          <w:sz w:val="24"/>
        </w:rPr>
        <w:t>“Who designed these? Can you do 12 per month for me?”</w:t>
      </w:r>
    </w:p>
    <w:p w14:paraId="4C7C0903" w14:textId="77777777" w:rsidR="001A5159" w:rsidRDefault="00000000">
      <w:r>
        <w:rPr>
          <w:rFonts w:ascii="Garamond" w:hAnsi="Garamond"/>
          <w:sz w:val="24"/>
        </w:rPr>
        <w:t>Lucas said yes.</w:t>
      </w:r>
    </w:p>
    <w:p w14:paraId="4D729F0A" w14:textId="77777777" w:rsidR="001A5159" w:rsidRDefault="00000000">
      <w:r>
        <w:rPr>
          <w:rFonts w:ascii="Garamond" w:hAnsi="Garamond"/>
          <w:sz w:val="24"/>
        </w:rPr>
        <w:t>Price: $600/month.</w:t>
      </w:r>
    </w:p>
    <w:p w14:paraId="414C3280" w14:textId="77777777" w:rsidR="001A5159" w:rsidRDefault="00000000">
      <w:r>
        <w:rPr>
          <w:rFonts w:ascii="Garamond" w:hAnsi="Garamond"/>
          <w:sz w:val="24"/>
        </w:rPr>
        <w:t>The coach loved the first month’s carousels so much they added:</w:t>
      </w:r>
    </w:p>
    <w:p w14:paraId="233A399C" w14:textId="77777777" w:rsidR="001A5159" w:rsidRDefault="00000000">
      <w:r>
        <w:rPr>
          <w:rFonts w:ascii="Garamond" w:hAnsi="Garamond"/>
          <w:sz w:val="24"/>
        </w:rPr>
        <w:t>10 extra infographics ($200)</w:t>
      </w:r>
    </w:p>
    <w:p w14:paraId="0BC0D8BC" w14:textId="77777777" w:rsidR="001A5159" w:rsidRDefault="00000000">
      <w:r>
        <w:rPr>
          <w:rFonts w:ascii="Garamond" w:hAnsi="Garamond"/>
          <w:sz w:val="24"/>
        </w:rPr>
        <w:t>4 storytelling posts ($80 each)</w:t>
      </w:r>
    </w:p>
    <w:p w14:paraId="00476D95" w14:textId="77777777" w:rsidR="001A5159" w:rsidRDefault="00000000">
      <w:r>
        <w:rPr>
          <w:rFonts w:ascii="Garamond" w:hAnsi="Garamond"/>
          <w:sz w:val="24"/>
        </w:rPr>
        <w:t>At the end of 30 days:</w:t>
      </w:r>
    </w:p>
    <w:p w14:paraId="4F4392F8" w14:textId="77777777" w:rsidR="001A5159" w:rsidRDefault="00000000">
      <w:r>
        <w:rPr>
          <w:rFonts w:ascii="Garamond" w:hAnsi="Garamond"/>
          <w:sz w:val="24"/>
        </w:rPr>
        <w:t>Lucas made $1,120 — all from carousels built using AI.</w:t>
      </w:r>
    </w:p>
    <w:p w14:paraId="6E6A0384" w14:textId="77777777" w:rsidR="001A5159" w:rsidRDefault="00000000">
      <w:r>
        <w:rPr>
          <w:rFonts w:ascii="Garamond" w:hAnsi="Garamond"/>
          <w:sz w:val="24"/>
        </w:rPr>
        <w:lastRenderedPageBreak/>
        <w:t>His message:</w:t>
      </w:r>
    </w:p>
    <w:p w14:paraId="7415DBDB" w14:textId="77777777" w:rsidR="001A5159" w:rsidRDefault="00000000">
      <w:r>
        <w:rPr>
          <w:rFonts w:ascii="Garamond" w:hAnsi="Garamond"/>
          <w:sz w:val="24"/>
        </w:rPr>
        <w:t>“I had no idea businesses would pay so much for something this simple. This blueprint changed everything for me.”</w:t>
      </w:r>
    </w:p>
    <w:p w14:paraId="05A058F9" w14:textId="77777777" w:rsidR="001A5159" w:rsidRPr="0063351A" w:rsidRDefault="00000000" w:rsidP="0063351A">
      <w:pPr>
        <w:rPr>
          <w:sz w:val="24"/>
          <w:szCs w:val="24"/>
        </w:rPr>
      </w:pPr>
      <w:r w:rsidRPr="0063351A">
        <w:rPr>
          <w:rFonts w:ascii="Garamond" w:hAnsi="Garamond"/>
          <w:b/>
          <w:sz w:val="24"/>
          <w:szCs w:val="24"/>
        </w:rPr>
        <w:t>Blueprint 15 proves that visuals + AI = serious money opportunities.</w:t>
      </w:r>
    </w:p>
    <w:p w14:paraId="61CC7474" w14:textId="77777777" w:rsidR="0063351A" w:rsidRDefault="0063351A">
      <w:pPr>
        <w:sectPr w:rsidR="0063351A" w:rsidSect="00034616">
          <w:pgSz w:w="12240" w:h="15840"/>
          <w:pgMar w:top="1440" w:right="1800" w:bottom="1440" w:left="1800" w:header="720" w:footer="720" w:gutter="0"/>
          <w:cols w:space="720"/>
          <w:docGrid w:linePitch="360"/>
        </w:sectPr>
      </w:pPr>
    </w:p>
    <w:p w14:paraId="7381F809" w14:textId="77777777" w:rsidR="001A5159" w:rsidRDefault="001A5159"/>
    <w:p w14:paraId="5C155838" w14:textId="77777777" w:rsidR="001A5159" w:rsidRPr="0063351A" w:rsidRDefault="00000000" w:rsidP="0063351A">
      <w:pPr>
        <w:pStyle w:val="Heading1"/>
        <w:rPr>
          <w:rFonts w:ascii="Garamond" w:hAnsi="Garamond"/>
          <w:color w:val="auto"/>
          <w:sz w:val="40"/>
          <w:szCs w:val="40"/>
        </w:rPr>
      </w:pPr>
      <w:bookmarkStart w:id="37" w:name="_Toc214830333"/>
      <w:r w:rsidRPr="0063351A">
        <w:rPr>
          <w:rFonts w:ascii="Garamond" w:hAnsi="Garamond"/>
          <w:color w:val="auto"/>
          <w:sz w:val="40"/>
          <w:szCs w:val="40"/>
        </w:rPr>
        <w:t>BLUEPRINT SIXTEEN — AI-POWERED CHATBOT &amp; FAQ AUTOMATION SETUP</w:t>
      </w:r>
      <w:bookmarkEnd w:id="37"/>
    </w:p>
    <w:p w14:paraId="39E64C5D" w14:textId="77777777" w:rsidR="001A5159" w:rsidRPr="0063351A" w:rsidRDefault="00000000" w:rsidP="0063351A">
      <w:pPr>
        <w:pStyle w:val="Heading2"/>
        <w:rPr>
          <w:rFonts w:ascii="Garamond" w:hAnsi="Garamond"/>
          <w:color w:val="auto"/>
          <w:sz w:val="28"/>
          <w:szCs w:val="28"/>
        </w:rPr>
      </w:pPr>
      <w:bookmarkStart w:id="38" w:name="_Toc214830334"/>
      <w:r w:rsidRPr="0063351A">
        <w:rPr>
          <w:rFonts w:ascii="Garamond" w:hAnsi="Garamond"/>
          <w:color w:val="auto"/>
          <w:sz w:val="28"/>
          <w:szCs w:val="28"/>
        </w:rPr>
        <w:t>(The Blueprint That Lets You Build 24/7 Automated Assistants for Businesses — Even If You’re Not Technical)</w:t>
      </w:r>
      <w:bookmarkEnd w:id="38"/>
    </w:p>
    <w:p w14:paraId="530C5477" w14:textId="77777777" w:rsidR="001A5159" w:rsidRDefault="00000000">
      <w:r>
        <w:rPr>
          <w:rFonts w:ascii="Garamond" w:hAnsi="Garamond"/>
          <w:sz w:val="24"/>
        </w:rPr>
        <w:t xml:space="preserve">Every business </w:t>
      </w:r>
      <w:proofErr w:type="gramStart"/>
      <w:r>
        <w:rPr>
          <w:rFonts w:ascii="Garamond" w:hAnsi="Garamond"/>
          <w:sz w:val="24"/>
        </w:rPr>
        <w:t>struggles</w:t>
      </w:r>
      <w:proofErr w:type="gramEnd"/>
      <w:r>
        <w:rPr>
          <w:rFonts w:ascii="Garamond" w:hAnsi="Garamond"/>
          <w:sz w:val="24"/>
        </w:rPr>
        <w:t xml:space="preserve"> with repetitive questions:</w:t>
      </w:r>
    </w:p>
    <w:p w14:paraId="1B113A6A" w14:textId="77777777" w:rsidR="001A5159" w:rsidRDefault="00000000">
      <w:r>
        <w:rPr>
          <w:rFonts w:ascii="Garamond" w:hAnsi="Garamond"/>
          <w:sz w:val="24"/>
        </w:rPr>
        <w:t>“What are your hours?”</w:t>
      </w:r>
    </w:p>
    <w:p w14:paraId="7EFABE89" w14:textId="77777777" w:rsidR="001A5159" w:rsidRDefault="00000000">
      <w:r>
        <w:rPr>
          <w:rFonts w:ascii="Garamond" w:hAnsi="Garamond"/>
          <w:sz w:val="24"/>
        </w:rPr>
        <w:t>“How do I book?”</w:t>
      </w:r>
    </w:p>
    <w:p w14:paraId="746C794A" w14:textId="77777777" w:rsidR="001A5159" w:rsidRDefault="00000000">
      <w:r>
        <w:rPr>
          <w:rFonts w:ascii="Garamond" w:hAnsi="Garamond"/>
          <w:sz w:val="24"/>
        </w:rPr>
        <w:t>“Do you take insurance?”</w:t>
      </w:r>
    </w:p>
    <w:p w14:paraId="0075FEE7" w14:textId="77777777" w:rsidR="001A5159" w:rsidRDefault="00000000">
      <w:r>
        <w:rPr>
          <w:rFonts w:ascii="Garamond" w:hAnsi="Garamond"/>
          <w:sz w:val="24"/>
        </w:rPr>
        <w:t>“What packages do you offer?”</w:t>
      </w:r>
    </w:p>
    <w:p w14:paraId="49C09080" w14:textId="77777777" w:rsidR="001A5159" w:rsidRDefault="00000000">
      <w:r>
        <w:rPr>
          <w:rFonts w:ascii="Garamond" w:hAnsi="Garamond"/>
          <w:sz w:val="24"/>
        </w:rPr>
        <w:t>“How long is shipping?”</w:t>
      </w:r>
    </w:p>
    <w:p w14:paraId="7B745B42" w14:textId="77777777" w:rsidR="001A5159" w:rsidRDefault="00000000">
      <w:r>
        <w:rPr>
          <w:rFonts w:ascii="Garamond" w:hAnsi="Garamond"/>
          <w:sz w:val="24"/>
        </w:rPr>
        <w:t>“Do you offer refunds?”</w:t>
      </w:r>
    </w:p>
    <w:p w14:paraId="39DDF9B3" w14:textId="77777777" w:rsidR="001A5159" w:rsidRDefault="00000000">
      <w:r>
        <w:rPr>
          <w:rFonts w:ascii="Garamond" w:hAnsi="Garamond"/>
          <w:sz w:val="24"/>
        </w:rPr>
        <w:t>They get these same questions daily, which drains time, lowers productivity, and hurts customer experience.</w:t>
      </w:r>
    </w:p>
    <w:p w14:paraId="13C11249" w14:textId="77777777" w:rsidR="001A5159" w:rsidRDefault="00000000">
      <w:r>
        <w:rPr>
          <w:rFonts w:ascii="Garamond" w:hAnsi="Garamond"/>
          <w:sz w:val="24"/>
        </w:rPr>
        <w:t>This blueprint shows you how to use AI to create smart chatbots and FAQ automation systems that answer questions instantly, improve customer satisfaction, and free up business owners from repetitive tasks.</w:t>
      </w:r>
    </w:p>
    <w:p w14:paraId="70E72E38" w14:textId="77777777" w:rsidR="001A5159" w:rsidRDefault="00000000">
      <w:r>
        <w:rPr>
          <w:rFonts w:ascii="Garamond" w:hAnsi="Garamond"/>
          <w:sz w:val="24"/>
        </w:rPr>
        <w:t>The best part?</w:t>
      </w:r>
    </w:p>
    <w:p w14:paraId="6FE500EB" w14:textId="77777777" w:rsidR="001A5159" w:rsidRDefault="00000000">
      <w:r>
        <w:rPr>
          <w:rFonts w:ascii="Garamond" w:hAnsi="Garamond"/>
          <w:sz w:val="24"/>
        </w:rPr>
        <w:t>You don’t need to code.</w:t>
      </w:r>
      <w:r>
        <w:rPr>
          <w:rFonts w:ascii="Garamond" w:hAnsi="Garamond"/>
          <w:sz w:val="24"/>
        </w:rPr>
        <w:br/>
        <w:t>You don’t need technical experience.</w:t>
      </w:r>
      <w:r>
        <w:rPr>
          <w:rFonts w:ascii="Garamond" w:hAnsi="Garamond"/>
          <w:sz w:val="24"/>
        </w:rPr>
        <w:br/>
        <w:t>AI does the heavy lifting.</w:t>
      </w:r>
    </w:p>
    <w:p w14:paraId="3F612AD6" w14:textId="77777777" w:rsidR="001A5159" w:rsidRDefault="00000000">
      <w:r>
        <w:rPr>
          <w:rFonts w:ascii="Garamond" w:hAnsi="Garamond"/>
          <w:sz w:val="24"/>
        </w:rPr>
        <w:t>This is one of the highest-ROI services you can offer — and one of the easiest to deliver with AI.</w:t>
      </w:r>
    </w:p>
    <w:p w14:paraId="0DB52A23" w14:textId="77777777" w:rsidR="001A5159" w:rsidRDefault="001A5159"/>
    <w:p w14:paraId="7A1E44BF" w14:textId="77777777" w:rsidR="001A5159" w:rsidRDefault="00000000">
      <w:r>
        <w:rPr>
          <w:rFonts w:ascii="Garamond" w:hAnsi="Garamond"/>
          <w:sz w:val="24"/>
        </w:rPr>
        <w:t>Why This Blueprint Works</w:t>
      </w:r>
    </w:p>
    <w:p w14:paraId="764050E3" w14:textId="77777777" w:rsidR="001A5159" w:rsidRDefault="00000000">
      <w:r>
        <w:rPr>
          <w:rFonts w:ascii="Garamond" w:hAnsi="Garamond"/>
          <w:sz w:val="24"/>
        </w:rPr>
        <w:t>Businesses WANT automation.</w:t>
      </w:r>
      <w:r>
        <w:rPr>
          <w:rFonts w:ascii="Garamond" w:hAnsi="Garamond"/>
          <w:sz w:val="24"/>
        </w:rPr>
        <w:br/>
        <w:t>They NEED automation.</w:t>
      </w:r>
      <w:r>
        <w:rPr>
          <w:rFonts w:ascii="Garamond" w:hAnsi="Garamond"/>
          <w:sz w:val="24"/>
        </w:rPr>
        <w:br/>
        <w:t>But they have NO IDEA how to set it up.</w:t>
      </w:r>
    </w:p>
    <w:p w14:paraId="1C6C1E43" w14:textId="77777777" w:rsidR="001A5159" w:rsidRDefault="00000000">
      <w:r>
        <w:rPr>
          <w:rFonts w:ascii="Garamond" w:hAnsi="Garamond"/>
          <w:sz w:val="24"/>
        </w:rPr>
        <w:lastRenderedPageBreak/>
        <w:t>You’ll help them:</w:t>
      </w:r>
    </w:p>
    <w:p w14:paraId="7AD1A550" w14:textId="77777777" w:rsidR="001A5159" w:rsidRDefault="00000000">
      <w:r>
        <w:rPr>
          <w:rFonts w:ascii="Garamond" w:hAnsi="Garamond"/>
          <w:sz w:val="24"/>
        </w:rPr>
        <w:t xml:space="preserve">reduce support </w:t>
      </w:r>
      <w:proofErr w:type="gramStart"/>
      <w:r>
        <w:rPr>
          <w:rFonts w:ascii="Garamond" w:hAnsi="Garamond"/>
          <w:sz w:val="24"/>
        </w:rPr>
        <w:t>time</w:t>
      </w:r>
      <w:proofErr w:type="gramEnd"/>
    </w:p>
    <w:p w14:paraId="57BFD803" w14:textId="77777777" w:rsidR="001A5159" w:rsidRDefault="00000000">
      <w:r>
        <w:rPr>
          <w:rFonts w:ascii="Garamond" w:hAnsi="Garamond"/>
          <w:sz w:val="24"/>
        </w:rPr>
        <w:t xml:space="preserve">increase </w:t>
      </w:r>
      <w:proofErr w:type="gramStart"/>
      <w:r>
        <w:rPr>
          <w:rFonts w:ascii="Garamond" w:hAnsi="Garamond"/>
          <w:sz w:val="24"/>
        </w:rPr>
        <w:t>conversions</w:t>
      </w:r>
      <w:proofErr w:type="gramEnd"/>
    </w:p>
    <w:p w14:paraId="75CEBEEF" w14:textId="77777777" w:rsidR="001A5159" w:rsidRDefault="00000000">
      <w:r>
        <w:rPr>
          <w:rFonts w:ascii="Garamond" w:hAnsi="Garamond"/>
          <w:sz w:val="24"/>
        </w:rPr>
        <w:t xml:space="preserve">improve customer </w:t>
      </w:r>
      <w:proofErr w:type="gramStart"/>
      <w:r>
        <w:rPr>
          <w:rFonts w:ascii="Garamond" w:hAnsi="Garamond"/>
          <w:sz w:val="24"/>
        </w:rPr>
        <w:t>experience</w:t>
      </w:r>
      <w:proofErr w:type="gramEnd"/>
    </w:p>
    <w:p w14:paraId="177FBA7B" w14:textId="77777777" w:rsidR="001A5159" w:rsidRDefault="00000000">
      <w:r>
        <w:rPr>
          <w:rFonts w:ascii="Garamond" w:hAnsi="Garamond"/>
          <w:sz w:val="24"/>
        </w:rPr>
        <w:t xml:space="preserve">automate repetitive </w:t>
      </w:r>
      <w:proofErr w:type="gramStart"/>
      <w:r>
        <w:rPr>
          <w:rFonts w:ascii="Garamond" w:hAnsi="Garamond"/>
          <w:sz w:val="24"/>
        </w:rPr>
        <w:t>interactions</w:t>
      </w:r>
      <w:proofErr w:type="gramEnd"/>
    </w:p>
    <w:p w14:paraId="1A21CAA4" w14:textId="77777777" w:rsidR="001A5159" w:rsidRDefault="00000000">
      <w:r>
        <w:rPr>
          <w:rFonts w:ascii="Garamond" w:hAnsi="Garamond"/>
          <w:sz w:val="24"/>
        </w:rPr>
        <w:t xml:space="preserve">give prospects instant </w:t>
      </w:r>
      <w:proofErr w:type="gramStart"/>
      <w:r>
        <w:rPr>
          <w:rFonts w:ascii="Garamond" w:hAnsi="Garamond"/>
          <w:sz w:val="24"/>
        </w:rPr>
        <w:t>answers</w:t>
      </w:r>
      <w:proofErr w:type="gramEnd"/>
    </w:p>
    <w:p w14:paraId="1D67B3C5" w14:textId="77777777" w:rsidR="001A5159" w:rsidRDefault="00000000">
      <w:r>
        <w:rPr>
          <w:rFonts w:ascii="Garamond" w:hAnsi="Garamond"/>
          <w:sz w:val="24"/>
        </w:rPr>
        <w:t xml:space="preserve">look more </w:t>
      </w:r>
      <w:proofErr w:type="gramStart"/>
      <w:r>
        <w:rPr>
          <w:rFonts w:ascii="Garamond" w:hAnsi="Garamond"/>
          <w:sz w:val="24"/>
        </w:rPr>
        <w:t>professional</w:t>
      </w:r>
      <w:proofErr w:type="gramEnd"/>
    </w:p>
    <w:p w14:paraId="2E685D44" w14:textId="77777777" w:rsidR="001A5159" w:rsidRDefault="00000000">
      <w:r>
        <w:rPr>
          <w:rFonts w:ascii="Garamond" w:hAnsi="Garamond"/>
          <w:sz w:val="24"/>
        </w:rPr>
        <w:t xml:space="preserve">increase booking </w:t>
      </w:r>
      <w:proofErr w:type="gramStart"/>
      <w:r>
        <w:rPr>
          <w:rFonts w:ascii="Garamond" w:hAnsi="Garamond"/>
          <w:sz w:val="24"/>
        </w:rPr>
        <w:t>rates</w:t>
      </w:r>
      <w:proofErr w:type="gramEnd"/>
    </w:p>
    <w:p w14:paraId="74CEC53A" w14:textId="77777777" w:rsidR="001A5159" w:rsidRDefault="00000000">
      <w:r>
        <w:rPr>
          <w:rFonts w:ascii="Garamond" w:hAnsi="Garamond"/>
          <w:sz w:val="24"/>
        </w:rPr>
        <w:t>AI makes it simple to build:</w:t>
      </w:r>
    </w:p>
    <w:p w14:paraId="3B7145DF" w14:textId="77777777" w:rsidR="001A5159" w:rsidRDefault="00000000">
      <w:r>
        <w:rPr>
          <w:rFonts w:ascii="Garamond" w:hAnsi="Garamond"/>
          <w:sz w:val="24"/>
        </w:rPr>
        <w:t>website chatbots</w:t>
      </w:r>
    </w:p>
    <w:p w14:paraId="039242F9" w14:textId="77777777" w:rsidR="001A5159" w:rsidRDefault="00000000">
      <w:r>
        <w:rPr>
          <w:rFonts w:ascii="Garamond" w:hAnsi="Garamond"/>
          <w:sz w:val="24"/>
        </w:rPr>
        <w:t>Messenger/Instagram bots</w:t>
      </w:r>
    </w:p>
    <w:p w14:paraId="1D1FFE76" w14:textId="77777777" w:rsidR="001A5159" w:rsidRDefault="00000000">
      <w:r>
        <w:rPr>
          <w:rFonts w:ascii="Garamond" w:hAnsi="Garamond"/>
          <w:sz w:val="24"/>
        </w:rPr>
        <w:t>automated FAQ systems</w:t>
      </w:r>
    </w:p>
    <w:p w14:paraId="6F71AA97" w14:textId="77777777" w:rsidR="001A5159" w:rsidRDefault="00000000">
      <w:r>
        <w:rPr>
          <w:rFonts w:ascii="Garamond" w:hAnsi="Garamond"/>
          <w:sz w:val="24"/>
        </w:rPr>
        <w:t>scheduling assistants</w:t>
      </w:r>
    </w:p>
    <w:p w14:paraId="76AA45C2" w14:textId="77777777" w:rsidR="001A5159" w:rsidRDefault="00000000">
      <w:r>
        <w:rPr>
          <w:rFonts w:ascii="Garamond" w:hAnsi="Garamond"/>
          <w:sz w:val="24"/>
        </w:rPr>
        <w:t xml:space="preserve">lead qualification </w:t>
      </w:r>
      <w:proofErr w:type="gramStart"/>
      <w:r>
        <w:rPr>
          <w:rFonts w:ascii="Garamond" w:hAnsi="Garamond"/>
          <w:sz w:val="24"/>
        </w:rPr>
        <w:t>bots</w:t>
      </w:r>
      <w:proofErr w:type="gramEnd"/>
    </w:p>
    <w:p w14:paraId="7D431AAF" w14:textId="77777777" w:rsidR="001A5159" w:rsidRDefault="00000000">
      <w:r>
        <w:rPr>
          <w:rFonts w:ascii="Garamond" w:hAnsi="Garamond"/>
          <w:sz w:val="24"/>
        </w:rPr>
        <w:t>product recommendation bots</w:t>
      </w:r>
    </w:p>
    <w:p w14:paraId="1263AB7B" w14:textId="77777777" w:rsidR="001A5159" w:rsidRDefault="00000000">
      <w:r>
        <w:rPr>
          <w:rFonts w:ascii="Garamond" w:hAnsi="Garamond"/>
          <w:sz w:val="24"/>
        </w:rPr>
        <w:t xml:space="preserve">support ticket </w:t>
      </w:r>
      <w:proofErr w:type="gramStart"/>
      <w:r>
        <w:rPr>
          <w:rFonts w:ascii="Garamond" w:hAnsi="Garamond"/>
          <w:sz w:val="24"/>
        </w:rPr>
        <w:t>responders</w:t>
      </w:r>
      <w:proofErr w:type="gramEnd"/>
    </w:p>
    <w:p w14:paraId="14B6438F" w14:textId="77777777" w:rsidR="001A5159" w:rsidRDefault="00000000">
      <w:r>
        <w:rPr>
          <w:rFonts w:ascii="Garamond" w:hAnsi="Garamond"/>
          <w:sz w:val="24"/>
        </w:rPr>
        <w:t>Even entry-level automation impresses clients — because it saves them real time and money.</w:t>
      </w:r>
    </w:p>
    <w:p w14:paraId="2F4A8F6E" w14:textId="77777777" w:rsidR="001A5159" w:rsidRDefault="001A5159"/>
    <w:p w14:paraId="5A6D3791" w14:textId="77777777" w:rsidR="001A5159" w:rsidRDefault="00000000">
      <w:r>
        <w:rPr>
          <w:rFonts w:ascii="Garamond" w:hAnsi="Garamond"/>
          <w:sz w:val="24"/>
        </w:rPr>
        <w:t>Tools You Need</w:t>
      </w:r>
    </w:p>
    <w:p w14:paraId="2AF98FE4" w14:textId="77777777" w:rsidR="001A5159" w:rsidRDefault="00000000">
      <w:r>
        <w:rPr>
          <w:rFonts w:ascii="Garamond" w:hAnsi="Garamond"/>
          <w:sz w:val="24"/>
        </w:rPr>
        <w:t>ChatGPT / Claude — bot logic + scripts</w:t>
      </w:r>
      <w:r>
        <w:rPr>
          <w:rFonts w:ascii="Garamond" w:hAnsi="Garamond"/>
          <w:sz w:val="24"/>
        </w:rPr>
        <w:br/>
        <w:t>Tidio / ManyChat / Botpress — chatbot builders</w:t>
      </w:r>
      <w:r>
        <w:rPr>
          <w:rFonts w:ascii="Garamond" w:hAnsi="Garamond"/>
          <w:sz w:val="24"/>
        </w:rPr>
        <w:br/>
        <w:t>Canva — branded button graphics</w:t>
      </w:r>
      <w:r>
        <w:rPr>
          <w:rFonts w:ascii="Garamond" w:hAnsi="Garamond"/>
          <w:sz w:val="24"/>
        </w:rPr>
        <w:br/>
        <w:t>Google Sheets / Airtable — FAQ database</w:t>
      </w:r>
      <w:r>
        <w:rPr>
          <w:rFonts w:ascii="Garamond" w:hAnsi="Garamond"/>
          <w:sz w:val="24"/>
        </w:rPr>
        <w:br/>
        <w:t xml:space="preserve">Zapier / Make — automation </w:t>
      </w:r>
      <w:proofErr w:type="gramStart"/>
      <w:r>
        <w:rPr>
          <w:rFonts w:ascii="Garamond" w:hAnsi="Garamond"/>
          <w:sz w:val="24"/>
        </w:rPr>
        <w:t>connections</w:t>
      </w:r>
      <w:proofErr w:type="gramEnd"/>
    </w:p>
    <w:p w14:paraId="4311EBFA" w14:textId="77777777" w:rsidR="001A5159" w:rsidRDefault="00000000">
      <w:r>
        <w:rPr>
          <w:rFonts w:ascii="Garamond" w:hAnsi="Garamond"/>
          <w:sz w:val="24"/>
        </w:rPr>
        <w:t>Optional:</w:t>
      </w:r>
      <w:r>
        <w:rPr>
          <w:rFonts w:ascii="Garamond" w:hAnsi="Garamond"/>
          <w:sz w:val="24"/>
        </w:rPr>
        <w:br/>
        <w:t>Framer, Shopify, Wix, Squarespace editors for embedding the bot.</w:t>
      </w:r>
    </w:p>
    <w:p w14:paraId="2196C0F8" w14:textId="77777777" w:rsidR="001A5159" w:rsidRDefault="001A5159"/>
    <w:p w14:paraId="2F75BA32" w14:textId="77777777" w:rsidR="001A5159" w:rsidRDefault="00000000">
      <w:r>
        <w:rPr>
          <w:rFonts w:ascii="Garamond" w:hAnsi="Garamond"/>
          <w:sz w:val="24"/>
        </w:rPr>
        <w:lastRenderedPageBreak/>
        <w:t>What You’ll Offer</w:t>
      </w:r>
    </w:p>
    <w:p w14:paraId="5274CA4F" w14:textId="77777777" w:rsidR="001A5159" w:rsidRDefault="00000000">
      <w:r>
        <w:rPr>
          <w:rFonts w:ascii="Garamond" w:hAnsi="Garamond"/>
          <w:sz w:val="24"/>
        </w:rPr>
        <w:t>You can build:</w:t>
      </w:r>
    </w:p>
    <w:p w14:paraId="658210BD" w14:textId="77777777" w:rsidR="001A5159" w:rsidRDefault="00000000">
      <w:r>
        <w:rPr>
          <w:rFonts w:ascii="Garamond" w:hAnsi="Garamond"/>
          <w:sz w:val="24"/>
        </w:rPr>
        <w:t>a complete chatbot</w:t>
      </w:r>
    </w:p>
    <w:p w14:paraId="49C90CE8" w14:textId="77777777" w:rsidR="001A5159" w:rsidRDefault="00000000">
      <w:r>
        <w:rPr>
          <w:rFonts w:ascii="Garamond" w:hAnsi="Garamond"/>
          <w:sz w:val="24"/>
        </w:rPr>
        <w:t>automated FAQ system</w:t>
      </w:r>
    </w:p>
    <w:p w14:paraId="41010FDA" w14:textId="77777777" w:rsidR="001A5159" w:rsidRDefault="00000000">
      <w:r>
        <w:rPr>
          <w:rFonts w:ascii="Garamond" w:hAnsi="Garamond"/>
          <w:sz w:val="24"/>
        </w:rPr>
        <w:t>customer service bot</w:t>
      </w:r>
    </w:p>
    <w:p w14:paraId="60C9E36D" w14:textId="77777777" w:rsidR="001A5159" w:rsidRDefault="00000000">
      <w:r>
        <w:rPr>
          <w:rFonts w:ascii="Garamond" w:hAnsi="Garamond"/>
          <w:sz w:val="24"/>
        </w:rPr>
        <w:t>booking / scheduling assistant</w:t>
      </w:r>
    </w:p>
    <w:p w14:paraId="3C26C682" w14:textId="77777777" w:rsidR="001A5159" w:rsidRDefault="00000000">
      <w:r>
        <w:rPr>
          <w:rFonts w:ascii="Garamond" w:hAnsi="Garamond"/>
          <w:sz w:val="24"/>
        </w:rPr>
        <w:t xml:space="preserve">lead qualification </w:t>
      </w:r>
      <w:proofErr w:type="gramStart"/>
      <w:r>
        <w:rPr>
          <w:rFonts w:ascii="Garamond" w:hAnsi="Garamond"/>
          <w:sz w:val="24"/>
        </w:rPr>
        <w:t>bot</w:t>
      </w:r>
      <w:proofErr w:type="gramEnd"/>
    </w:p>
    <w:p w14:paraId="369A3102" w14:textId="77777777" w:rsidR="001A5159" w:rsidRDefault="00000000">
      <w:r>
        <w:rPr>
          <w:rFonts w:ascii="Garamond" w:hAnsi="Garamond"/>
          <w:sz w:val="24"/>
        </w:rPr>
        <w:t>e-commerce support bot</w:t>
      </w:r>
    </w:p>
    <w:p w14:paraId="5456F404" w14:textId="77777777" w:rsidR="001A5159" w:rsidRDefault="00000000">
      <w:r>
        <w:rPr>
          <w:rFonts w:ascii="Garamond" w:hAnsi="Garamond"/>
          <w:sz w:val="24"/>
        </w:rPr>
        <w:t>Deliverables include:</w:t>
      </w:r>
    </w:p>
    <w:p w14:paraId="26DC1293" w14:textId="77777777" w:rsidR="001A5159" w:rsidRDefault="00000000">
      <w:proofErr w:type="gramStart"/>
      <w:r>
        <w:rPr>
          <w:rFonts w:ascii="Garamond" w:hAnsi="Garamond"/>
          <w:sz w:val="24"/>
        </w:rPr>
        <w:t>bot</w:t>
      </w:r>
      <w:proofErr w:type="gramEnd"/>
      <w:r>
        <w:rPr>
          <w:rFonts w:ascii="Garamond" w:hAnsi="Garamond"/>
          <w:sz w:val="24"/>
        </w:rPr>
        <w:t xml:space="preserve"> script</w:t>
      </w:r>
    </w:p>
    <w:p w14:paraId="63C15210" w14:textId="77777777" w:rsidR="001A5159" w:rsidRDefault="00000000">
      <w:r>
        <w:rPr>
          <w:rFonts w:ascii="Garamond" w:hAnsi="Garamond"/>
          <w:sz w:val="24"/>
        </w:rPr>
        <w:t>all flows</w:t>
      </w:r>
    </w:p>
    <w:p w14:paraId="0A7626A7" w14:textId="77777777" w:rsidR="001A5159" w:rsidRDefault="00000000">
      <w:r>
        <w:rPr>
          <w:rFonts w:ascii="Garamond" w:hAnsi="Garamond"/>
          <w:sz w:val="24"/>
        </w:rPr>
        <w:t>FAQs</w:t>
      </w:r>
    </w:p>
    <w:p w14:paraId="71B58B4A" w14:textId="77777777" w:rsidR="001A5159" w:rsidRDefault="00000000">
      <w:r>
        <w:rPr>
          <w:rFonts w:ascii="Garamond" w:hAnsi="Garamond"/>
          <w:sz w:val="24"/>
        </w:rPr>
        <w:t>onboarding responses</w:t>
      </w:r>
    </w:p>
    <w:p w14:paraId="5CAD7FAE" w14:textId="77777777" w:rsidR="001A5159" w:rsidRDefault="00000000">
      <w:r>
        <w:rPr>
          <w:rFonts w:ascii="Garamond" w:hAnsi="Garamond"/>
          <w:sz w:val="24"/>
        </w:rPr>
        <w:t>decision-tree logic</w:t>
      </w:r>
    </w:p>
    <w:p w14:paraId="07082256" w14:textId="77777777" w:rsidR="001A5159" w:rsidRDefault="00000000">
      <w:r>
        <w:rPr>
          <w:rFonts w:ascii="Garamond" w:hAnsi="Garamond"/>
          <w:sz w:val="24"/>
        </w:rPr>
        <w:t>setup instructions</w:t>
      </w:r>
    </w:p>
    <w:p w14:paraId="5E19F4D6" w14:textId="77777777" w:rsidR="001A5159" w:rsidRDefault="00000000">
      <w:r>
        <w:rPr>
          <w:rFonts w:ascii="Garamond" w:hAnsi="Garamond"/>
          <w:sz w:val="24"/>
        </w:rPr>
        <w:t>integration support</w:t>
      </w:r>
    </w:p>
    <w:p w14:paraId="24D2AD68" w14:textId="77777777" w:rsidR="001A5159" w:rsidRDefault="001A5159"/>
    <w:p w14:paraId="41532554" w14:textId="77777777" w:rsidR="001A5159" w:rsidRDefault="00000000">
      <w:r>
        <w:rPr>
          <w:rFonts w:ascii="Garamond" w:hAnsi="Garamond"/>
          <w:sz w:val="24"/>
        </w:rPr>
        <w:t>AI-Powered Workflow (Step-by-Step)</w:t>
      </w:r>
    </w:p>
    <w:p w14:paraId="2DCBEA59" w14:textId="77777777" w:rsidR="001A5159" w:rsidRDefault="00000000">
      <w:r>
        <w:rPr>
          <w:rFonts w:ascii="Garamond" w:hAnsi="Garamond"/>
          <w:sz w:val="24"/>
        </w:rPr>
        <w:t>STEP 1 — Extract the Business Info</w:t>
      </w:r>
    </w:p>
    <w:p w14:paraId="02EA2237" w14:textId="77777777" w:rsidR="001A5159" w:rsidRDefault="00000000">
      <w:r>
        <w:rPr>
          <w:rFonts w:ascii="Garamond" w:hAnsi="Garamond"/>
          <w:sz w:val="24"/>
        </w:rPr>
        <w:t>Ask the client for:</w:t>
      </w:r>
    </w:p>
    <w:p w14:paraId="6B2F4F33" w14:textId="77777777" w:rsidR="001A5159" w:rsidRDefault="00000000">
      <w:r>
        <w:rPr>
          <w:rFonts w:ascii="Garamond" w:hAnsi="Garamond"/>
          <w:sz w:val="24"/>
        </w:rPr>
        <w:t>website link</w:t>
      </w:r>
    </w:p>
    <w:p w14:paraId="10FE52B7" w14:textId="77777777" w:rsidR="001A5159" w:rsidRDefault="00000000">
      <w:r>
        <w:rPr>
          <w:rFonts w:ascii="Garamond" w:hAnsi="Garamond"/>
          <w:sz w:val="24"/>
        </w:rPr>
        <w:t>price list</w:t>
      </w:r>
    </w:p>
    <w:p w14:paraId="07B7F25A" w14:textId="77777777" w:rsidR="001A5159" w:rsidRDefault="00000000">
      <w:r>
        <w:rPr>
          <w:rFonts w:ascii="Garamond" w:hAnsi="Garamond"/>
          <w:sz w:val="24"/>
        </w:rPr>
        <w:t>product/services</w:t>
      </w:r>
    </w:p>
    <w:p w14:paraId="36D91F31" w14:textId="77777777" w:rsidR="001A5159" w:rsidRDefault="00000000">
      <w:r>
        <w:rPr>
          <w:rFonts w:ascii="Garamond" w:hAnsi="Garamond"/>
          <w:sz w:val="24"/>
        </w:rPr>
        <w:t>policies</w:t>
      </w:r>
    </w:p>
    <w:p w14:paraId="428E72FE" w14:textId="77777777" w:rsidR="001A5159" w:rsidRDefault="00000000">
      <w:r>
        <w:rPr>
          <w:rFonts w:ascii="Garamond" w:hAnsi="Garamond"/>
          <w:sz w:val="24"/>
        </w:rPr>
        <w:t xml:space="preserve">top questions they </w:t>
      </w:r>
      <w:proofErr w:type="gramStart"/>
      <w:r>
        <w:rPr>
          <w:rFonts w:ascii="Garamond" w:hAnsi="Garamond"/>
          <w:sz w:val="24"/>
        </w:rPr>
        <w:t>receive</w:t>
      </w:r>
      <w:proofErr w:type="gramEnd"/>
    </w:p>
    <w:p w14:paraId="6DDE4C18" w14:textId="77777777" w:rsidR="001A5159" w:rsidRDefault="00000000">
      <w:r>
        <w:rPr>
          <w:rFonts w:ascii="Garamond" w:hAnsi="Garamond"/>
          <w:sz w:val="24"/>
        </w:rPr>
        <w:lastRenderedPageBreak/>
        <w:t>Then tell AI:</w:t>
      </w:r>
    </w:p>
    <w:p w14:paraId="041A1C0D" w14:textId="77777777" w:rsidR="001A5159" w:rsidRDefault="00000000">
      <w:r>
        <w:rPr>
          <w:rFonts w:ascii="Garamond" w:hAnsi="Garamond"/>
          <w:sz w:val="24"/>
        </w:rPr>
        <w:t>“Extract the 20 most important FAQs from this business website and turn them into clear, friendly bot responses.”</w:t>
      </w:r>
    </w:p>
    <w:p w14:paraId="78B2BE6A" w14:textId="77777777" w:rsidR="001A5159" w:rsidRDefault="001A5159"/>
    <w:p w14:paraId="7C3FE256" w14:textId="77777777" w:rsidR="001A5159" w:rsidRDefault="00000000">
      <w:r>
        <w:rPr>
          <w:rFonts w:ascii="Garamond" w:hAnsi="Garamond"/>
          <w:sz w:val="24"/>
        </w:rPr>
        <w:t>STEP 2 — Build the Bot Personality</w:t>
      </w:r>
    </w:p>
    <w:p w14:paraId="39DB0AEF" w14:textId="77777777" w:rsidR="001A5159" w:rsidRDefault="00000000">
      <w:r>
        <w:rPr>
          <w:rFonts w:ascii="Garamond" w:hAnsi="Garamond"/>
          <w:sz w:val="24"/>
        </w:rPr>
        <w:t>Ask:</w:t>
      </w:r>
    </w:p>
    <w:p w14:paraId="233F38E2" w14:textId="77777777" w:rsidR="001A5159" w:rsidRDefault="00000000">
      <w:r>
        <w:rPr>
          <w:rFonts w:ascii="Garamond" w:hAnsi="Garamond"/>
          <w:sz w:val="24"/>
        </w:rPr>
        <w:t>“Create a friendly, professional bot persona for a business in the niche. Tone: helpful, confident, concise.”</w:t>
      </w:r>
    </w:p>
    <w:p w14:paraId="4B760992" w14:textId="77777777" w:rsidR="001A5159" w:rsidRDefault="001A5159"/>
    <w:p w14:paraId="0A5A0D38" w14:textId="77777777" w:rsidR="001A5159" w:rsidRDefault="00000000">
      <w:r>
        <w:rPr>
          <w:rFonts w:ascii="Garamond" w:hAnsi="Garamond"/>
          <w:sz w:val="24"/>
        </w:rPr>
        <w:t>STEP 3 — Create Bot Scripts</w:t>
      </w:r>
    </w:p>
    <w:p w14:paraId="3BB9D564" w14:textId="77777777" w:rsidR="001A5159" w:rsidRDefault="00000000">
      <w:r>
        <w:rPr>
          <w:rFonts w:ascii="Garamond" w:hAnsi="Garamond"/>
          <w:sz w:val="24"/>
        </w:rPr>
        <w:t>Ask AI:</w:t>
      </w:r>
    </w:p>
    <w:p w14:paraId="633C3212" w14:textId="77777777" w:rsidR="001A5159" w:rsidRDefault="00000000">
      <w:r>
        <w:rPr>
          <w:rFonts w:ascii="Garamond" w:hAnsi="Garamond"/>
          <w:sz w:val="24"/>
        </w:rPr>
        <w:t>“Write chatbot scripts for greeting, FAQs, lead qualification, booking, objections, and handing off to a human.”</w:t>
      </w:r>
    </w:p>
    <w:p w14:paraId="1759C717" w14:textId="77777777" w:rsidR="001A5159" w:rsidRDefault="001A5159"/>
    <w:p w14:paraId="6A377C11" w14:textId="77777777" w:rsidR="001A5159" w:rsidRDefault="00000000">
      <w:r>
        <w:rPr>
          <w:rFonts w:ascii="Garamond" w:hAnsi="Garamond"/>
          <w:sz w:val="24"/>
        </w:rPr>
        <w:t>STEP 4 — Build the Flows</w:t>
      </w:r>
    </w:p>
    <w:p w14:paraId="6D9F99A6" w14:textId="77777777" w:rsidR="001A5159" w:rsidRDefault="00000000">
      <w:r>
        <w:rPr>
          <w:rFonts w:ascii="Garamond" w:hAnsi="Garamond"/>
          <w:sz w:val="24"/>
        </w:rPr>
        <w:t>Inside Tidio / ManyChat:</w:t>
      </w:r>
    </w:p>
    <w:p w14:paraId="1ED670B7" w14:textId="77777777" w:rsidR="001A5159" w:rsidRDefault="00000000">
      <w:r>
        <w:rPr>
          <w:rFonts w:ascii="Garamond" w:hAnsi="Garamond"/>
          <w:sz w:val="24"/>
        </w:rPr>
        <w:t xml:space="preserve">create </w:t>
      </w:r>
      <w:proofErr w:type="gramStart"/>
      <w:r>
        <w:rPr>
          <w:rFonts w:ascii="Garamond" w:hAnsi="Garamond"/>
          <w:sz w:val="24"/>
        </w:rPr>
        <w:t>buttons</w:t>
      </w:r>
      <w:proofErr w:type="gramEnd"/>
    </w:p>
    <w:p w14:paraId="23AED641" w14:textId="77777777" w:rsidR="001A5159" w:rsidRDefault="00000000">
      <w:r>
        <w:rPr>
          <w:rFonts w:ascii="Garamond" w:hAnsi="Garamond"/>
          <w:sz w:val="24"/>
        </w:rPr>
        <w:t xml:space="preserve">create quick </w:t>
      </w:r>
      <w:proofErr w:type="gramStart"/>
      <w:r>
        <w:rPr>
          <w:rFonts w:ascii="Garamond" w:hAnsi="Garamond"/>
          <w:sz w:val="24"/>
        </w:rPr>
        <w:t>replies</w:t>
      </w:r>
      <w:proofErr w:type="gramEnd"/>
    </w:p>
    <w:p w14:paraId="055E30D1" w14:textId="77777777" w:rsidR="001A5159" w:rsidRDefault="00000000">
      <w:r>
        <w:rPr>
          <w:rFonts w:ascii="Garamond" w:hAnsi="Garamond"/>
          <w:sz w:val="24"/>
        </w:rPr>
        <w:t xml:space="preserve">embed the FAQ </w:t>
      </w:r>
      <w:proofErr w:type="gramStart"/>
      <w:r>
        <w:rPr>
          <w:rFonts w:ascii="Garamond" w:hAnsi="Garamond"/>
          <w:sz w:val="24"/>
        </w:rPr>
        <w:t>list</w:t>
      </w:r>
      <w:proofErr w:type="gramEnd"/>
    </w:p>
    <w:p w14:paraId="0983740E" w14:textId="77777777" w:rsidR="001A5159" w:rsidRDefault="00000000">
      <w:r>
        <w:rPr>
          <w:rFonts w:ascii="Garamond" w:hAnsi="Garamond"/>
          <w:sz w:val="24"/>
        </w:rPr>
        <w:t xml:space="preserve">add logic </w:t>
      </w:r>
      <w:proofErr w:type="gramStart"/>
      <w:r>
        <w:rPr>
          <w:rFonts w:ascii="Garamond" w:hAnsi="Garamond"/>
          <w:sz w:val="24"/>
        </w:rPr>
        <w:t>branches</w:t>
      </w:r>
      <w:proofErr w:type="gramEnd"/>
    </w:p>
    <w:p w14:paraId="1308046C" w14:textId="77777777" w:rsidR="001A5159" w:rsidRDefault="00000000">
      <w:r>
        <w:rPr>
          <w:rFonts w:ascii="Garamond" w:hAnsi="Garamond"/>
          <w:sz w:val="24"/>
        </w:rPr>
        <w:t xml:space="preserve">add fallback </w:t>
      </w:r>
      <w:proofErr w:type="gramStart"/>
      <w:r>
        <w:rPr>
          <w:rFonts w:ascii="Garamond" w:hAnsi="Garamond"/>
          <w:sz w:val="24"/>
        </w:rPr>
        <w:t>messages</w:t>
      </w:r>
      <w:proofErr w:type="gramEnd"/>
    </w:p>
    <w:p w14:paraId="359E53B7" w14:textId="77777777" w:rsidR="001A5159" w:rsidRDefault="00000000">
      <w:r>
        <w:rPr>
          <w:rFonts w:ascii="Garamond" w:hAnsi="Garamond"/>
          <w:sz w:val="24"/>
        </w:rPr>
        <w:t>This is drag-and-drop simple.</w:t>
      </w:r>
    </w:p>
    <w:p w14:paraId="15FE5AF7" w14:textId="77777777" w:rsidR="001A5159" w:rsidRDefault="001A5159"/>
    <w:p w14:paraId="59F47425" w14:textId="77777777" w:rsidR="001A5159" w:rsidRDefault="00000000">
      <w:r>
        <w:rPr>
          <w:rFonts w:ascii="Garamond" w:hAnsi="Garamond"/>
          <w:sz w:val="24"/>
        </w:rPr>
        <w:t>STEP 5 — Connect Automations</w:t>
      </w:r>
    </w:p>
    <w:p w14:paraId="1218950C" w14:textId="77777777" w:rsidR="001A5159" w:rsidRDefault="00000000">
      <w:r>
        <w:rPr>
          <w:rFonts w:ascii="Garamond" w:hAnsi="Garamond"/>
          <w:sz w:val="24"/>
        </w:rPr>
        <w:t>Examples:</w:t>
      </w:r>
    </w:p>
    <w:p w14:paraId="541AAC86" w14:textId="77777777" w:rsidR="001A5159" w:rsidRDefault="00000000">
      <w:r>
        <w:rPr>
          <w:rFonts w:ascii="Garamond" w:hAnsi="Garamond"/>
          <w:sz w:val="24"/>
        </w:rPr>
        <w:t xml:space="preserve">connect booking </w:t>
      </w:r>
      <w:proofErr w:type="gramStart"/>
      <w:r>
        <w:rPr>
          <w:rFonts w:ascii="Garamond" w:hAnsi="Garamond"/>
          <w:sz w:val="24"/>
        </w:rPr>
        <w:t>links</w:t>
      </w:r>
      <w:proofErr w:type="gramEnd"/>
    </w:p>
    <w:p w14:paraId="1E596F3E" w14:textId="77777777" w:rsidR="001A5159" w:rsidRDefault="00000000">
      <w:r>
        <w:rPr>
          <w:rFonts w:ascii="Garamond" w:hAnsi="Garamond"/>
          <w:sz w:val="24"/>
        </w:rPr>
        <w:t xml:space="preserve">send confirmation </w:t>
      </w:r>
      <w:proofErr w:type="gramStart"/>
      <w:r>
        <w:rPr>
          <w:rFonts w:ascii="Garamond" w:hAnsi="Garamond"/>
          <w:sz w:val="24"/>
        </w:rPr>
        <w:t>messages</w:t>
      </w:r>
      <w:proofErr w:type="gramEnd"/>
    </w:p>
    <w:p w14:paraId="680D59D7" w14:textId="77777777" w:rsidR="001A5159" w:rsidRDefault="00000000">
      <w:r>
        <w:rPr>
          <w:rFonts w:ascii="Garamond" w:hAnsi="Garamond"/>
          <w:sz w:val="24"/>
        </w:rPr>
        <w:lastRenderedPageBreak/>
        <w:t xml:space="preserve">notify the business </w:t>
      </w:r>
      <w:proofErr w:type="gramStart"/>
      <w:r>
        <w:rPr>
          <w:rFonts w:ascii="Garamond" w:hAnsi="Garamond"/>
          <w:sz w:val="24"/>
        </w:rPr>
        <w:t>owner</w:t>
      </w:r>
      <w:proofErr w:type="gramEnd"/>
    </w:p>
    <w:p w14:paraId="633C6F69" w14:textId="77777777" w:rsidR="001A5159" w:rsidRDefault="00000000">
      <w:r>
        <w:rPr>
          <w:rFonts w:ascii="Garamond" w:hAnsi="Garamond"/>
          <w:sz w:val="24"/>
        </w:rPr>
        <w:t xml:space="preserve">create tracking </w:t>
      </w:r>
      <w:proofErr w:type="gramStart"/>
      <w:r>
        <w:rPr>
          <w:rFonts w:ascii="Garamond" w:hAnsi="Garamond"/>
          <w:sz w:val="24"/>
        </w:rPr>
        <w:t>logs</w:t>
      </w:r>
      <w:proofErr w:type="gramEnd"/>
    </w:p>
    <w:p w14:paraId="208AF4F9" w14:textId="77777777" w:rsidR="001A5159" w:rsidRDefault="00000000">
      <w:r>
        <w:rPr>
          <w:rFonts w:ascii="Garamond" w:hAnsi="Garamond"/>
          <w:sz w:val="24"/>
        </w:rPr>
        <w:t xml:space="preserve">add tags + segment </w:t>
      </w:r>
      <w:proofErr w:type="gramStart"/>
      <w:r>
        <w:rPr>
          <w:rFonts w:ascii="Garamond" w:hAnsi="Garamond"/>
          <w:sz w:val="24"/>
        </w:rPr>
        <w:t>leads</w:t>
      </w:r>
      <w:proofErr w:type="gramEnd"/>
    </w:p>
    <w:p w14:paraId="0DE4C888" w14:textId="77777777" w:rsidR="001A5159" w:rsidRDefault="001A5159"/>
    <w:p w14:paraId="1CEDB53E" w14:textId="77777777" w:rsidR="001A5159" w:rsidRDefault="00000000">
      <w:r>
        <w:rPr>
          <w:rFonts w:ascii="Garamond" w:hAnsi="Garamond"/>
          <w:sz w:val="24"/>
        </w:rPr>
        <w:t>STEP 6 — Deliver the Final Bot</w:t>
      </w:r>
    </w:p>
    <w:p w14:paraId="664EC8F6" w14:textId="77777777" w:rsidR="001A5159" w:rsidRDefault="00000000">
      <w:r>
        <w:rPr>
          <w:rFonts w:ascii="Garamond" w:hAnsi="Garamond"/>
          <w:sz w:val="24"/>
        </w:rPr>
        <w:t>Give the client:</w:t>
      </w:r>
    </w:p>
    <w:p w14:paraId="77808378" w14:textId="77777777" w:rsidR="001A5159" w:rsidRDefault="00000000">
      <w:r>
        <w:rPr>
          <w:rFonts w:ascii="Garamond" w:hAnsi="Garamond"/>
          <w:sz w:val="24"/>
        </w:rPr>
        <w:t>full bot access</w:t>
      </w:r>
    </w:p>
    <w:p w14:paraId="18408756" w14:textId="77777777" w:rsidR="001A5159" w:rsidRDefault="00000000">
      <w:r>
        <w:rPr>
          <w:rFonts w:ascii="Garamond" w:hAnsi="Garamond"/>
          <w:sz w:val="24"/>
        </w:rPr>
        <w:t>flow chart</w:t>
      </w:r>
    </w:p>
    <w:p w14:paraId="7E94A1B7" w14:textId="77777777" w:rsidR="001A5159" w:rsidRDefault="00000000">
      <w:r>
        <w:rPr>
          <w:rFonts w:ascii="Garamond" w:hAnsi="Garamond"/>
          <w:sz w:val="24"/>
        </w:rPr>
        <w:t>FAQ sheet</w:t>
      </w:r>
    </w:p>
    <w:p w14:paraId="270CE184" w14:textId="77777777" w:rsidR="001A5159" w:rsidRDefault="00000000">
      <w:r>
        <w:rPr>
          <w:rFonts w:ascii="Garamond" w:hAnsi="Garamond"/>
          <w:sz w:val="24"/>
        </w:rPr>
        <w:t>instructions</w:t>
      </w:r>
    </w:p>
    <w:p w14:paraId="34345E7E" w14:textId="77777777" w:rsidR="001A5159" w:rsidRDefault="00000000">
      <w:r>
        <w:rPr>
          <w:rFonts w:ascii="Garamond" w:hAnsi="Garamond"/>
          <w:sz w:val="24"/>
        </w:rPr>
        <w:t>optional monthly updates</w:t>
      </w:r>
    </w:p>
    <w:p w14:paraId="5819E3EF" w14:textId="77777777" w:rsidR="001A5159" w:rsidRDefault="001A5159"/>
    <w:p w14:paraId="744A31B2" w14:textId="77777777" w:rsidR="001A5159" w:rsidRDefault="00000000">
      <w:r>
        <w:rPr>
          <w:rFonts w:ascii="Garamond" w:hAnsi="Garamond"/>
          <w:sz w:val="24"/>
        </w:rPr>
        <w:t>Beginner Proof Portfolio</w:t>
      </w:r>
    </w:p>
    <w:p w14:paraId="5D616CC1" w14:textId="77777777" w:rsidR="001A5159" w:rsidRDefault="00000000">
      <w:r>
        <w:rPr>
          <w:rFonts w:ascii="Garamond" w:hAnsi="Garamond"/>
          <w:sz w:val="24"/>
        </w:rPr>
        <w:t>You only need:</w:t>
      </w:r>
    </w:p>
    <w:p w14:paraId="7D9601F3" w14:textId="77777777" w:rsidR="001A5159" w:rsidRDefault="00000000">
      <w:r>
        <w:rPr>
          <w:rFonts w:ascii="Garamond" w:hAnsi="Garamond"/>
          <w:sz w:val="24"/>
        </w:rPr>
        <w:t>1 simple FAQ bot</w:t>
      </w:r>
    </w:p>
    <w:p w14:paraId="7ED5BF4F" w14:textId="77777777" w:rsidR="001A5159" w:rsidRDefault="00000000">
      <w:r>
        <w:rPr>
          <w:rFonts w:ascii="Garamond" w:hAnsi="Garamond"/>
          <w:sz w:val="24"/>
        </w:rPr>
        <w:t>1 lead-gen bot</w:t>
      </w:r>
    </w:p>
    <w:p w14:paraId="6919399A" w14:textId="77777777" w:rsidR="001A5159" w:rsidRDefault="00000000">
      <w:r>
        <w:rPr>
          <w:rFonts w:ascii="Garamond" w:hAnsi="Garamond"/>
          <w:sz w:val="24"/>
        </w:rPr>
        <w:t>1 product assistant bot</w:t>
      </w:r>
    </w:p>
    <w:p w14:paraId="07C3A530" w14:textId="77777777" w:rsidR="001A5159" w:rsidRDefault="00000000">
      <w:r>
        <w:rPr>
          <w:rFonts w:ascii="Garamond" w:hAnsi="Garamond"/>
          <w:sz w:val="24"/>
        </w:rPr>
        <w:t>That’s enough to land clients.</w:t>
      </w:r>
    </w:p>
    <w:p w14:paraId="77A4C68D" w14:textId="77777777" w:rsidR="001A5159" w:rsidRDefault="001A5159"/>
    <w:p w14:paraId="0761FE32" w14:textId="77777777" w:rsidR="001A5159" w:rsidRDefault="00000000">
      <w:r>
        <w:rPr>
          <w:rFonts w:ascii="Garamond" w:hAnsi="Garamond"/>
          <w:sz w:val="24"/>
        </w:rPr>
        <w:t>Pricing Guide</w:t>
      </w:r>
    </w:p>
    <w:p w14:paraId="55617817" w14:textId="77777777" w:rsidR="001A5159" w:rsidRDefault="00000000">
      <w:r>
        <w:rPr>
          <w:rFonts w:ascii="Garamond" w:hAnsi="Garamond"/>
          <w:sz w:val="24"/>
        </w:rPr>
        <w:t>Beginners:</w:t>
      </w:r>
    </w:p>
    <w:p w14:paraId="1748DF7A" w14:textId="77777777" w:rsidR="001A5159" w:rsidRDefault="00000000">
      <w:r>
        <w:rPr>
          <w:rFonts w:ascii="Garamond" w:hAnsi="Garamond"/>
          <w:sz w:val="24"/>
        </w:rPr>
        <w:t>$100–$200 basic FAQ bots</w:t>
      </w:r>
    </w:p>
    <w:p w14:paraId="61B20BFB" w14:textId="77777777" w:rsidR="001A5159" w:rsidRDefault="00000000">
      <w:r>
        <w:rPr>
          <w:rFonts w:ascii="Garamond" w:hAnsi="Garamond"/>
          <w:sz w:val="24"/>
        </w:rPr>
        <w:t>$200–$350 Instagram/website bots</w:t>
      </w:r>
    </w:p>
    <w:p w14:paraId="06829306" w14:textId="77777777" w:rsidR="001A5159" w:rsidRDefault="00000000">
      <w:r>
        <w:rPr>
          <w:rFonts w:ascii="Garamond" w:hAnsi="Garamond"/>
          <w:sz w:val="24"/>
        </w:rPr>
        <w:t>Intermediate:</w:t>
      </w:r>
    </w:p>
    <w:p w14:paraId="5A4F03CD" w14:textId="77777777" w:rsidR="001A5159" w:rsidRDefault="00000000">
      <w:r>
        <w:rPr>
          <w:rFonts w:ascii="Garamond" w:hAnsi="Garamond"/>
          <w:sz w:val="24"/>
        </w:rPr>
        <w:t>$350–$750 advanced flows</w:t>
      </w:r>
    </w:p>
    <w:p w14:paraId="2451B946" w14:textId="77777777" w:rsidR="001A5159" w:rsidRDefault="00000000">
      <w:r>
        <w:rPr>
          <w:rFonts w:ascii="Garamond" w:hAnsi="Garamond"/>
          <w:sz w:val="24"/>
        </w:rPr>
        <w:lastRenderedPageBreak/>
        <w:t>$500–$1,200 e-commerce bots</w:t>
      </w:r>
    </w:p>
    <w:p w14:paraId="6E3D782F" w14:textId="77777777" w:rsidR="001A5159" w:rsidRDefault="00000000">
      <w:r>
        <w:rPr>
          <w:rFonts w:ascii="Garamond" w:hAnsi="Garamond"/>
          <w:sz w:val="24"/>
        </w:rPr>
        <w:t>Pro:</w:t>
      </w:r>
    </w:p>
    <w:p w14:paraId="4738A766" w14:textId="77777777" w:rsidR="001A5159" w:rsidRDefault="00000000">
      <w:r>
        <w:rPr>
          <w:rFonts w:ascii="Garamond" w:hAnsi="Garamond"/>
          <w:sz w:val="24"/>
        </w:rPr>
        <w:t>$1,500–$5,000+ custom automation systems</w:t>
      </w:r>
    </w:p>
    <w:p w14:paraId="637AC580" w14:textId="77777777" w:rsidR="001A5159" w:rsidRDefault="00000000">
      <w:r>
        <w:rPr>
          <w:rFonts w:ascii="Garamond" w:hAnsi="Garamond"/>
          <w:sz w:val="24"/>
        </w:rPr>
        <w:t>$200–$500/month updates + maintenance</w:t>
      </w:r>
    </w:p>
    <w:p w14:paraId="77F7AA58" w14:textId="77777777" w:rsidR="001A5159" w:rsidRDefault="00000000">
      <w:r>
        <w:rPr>
          <w:rFonts w:ascii="Garamond" w:hAnsi="Garamond"/>
          <w:sz w:val="24"/>
        </w:rPr>
        <w:t xml:space="preserve">Businesses pay top-dollar because </w:t>
      </w:r>
      <w:proofErr w:type="gramStart"/>
      <w:r>
        <w:rPr>
          <w:rFonts w:ascii="Garamond" w:hAnsi="Garamond"/>
          <w:sz w:val="24"/>
        </w:rPr>
        <w:t>bots</w:t>
      </w:r>
      <w:proofErr w:type="gramEnd"/>
      <w:r>
        <w:rPr>
          <w:rFonts w:ascii="Garamond" w:hAnsi="Garamond"/>
          <w:sz w:val="24"/>
        </w:rPr>
        <w:t xml:space="preserve"> save them staff time.</w:t>
      </w:r>
    </w:p>
    <w:p w14:paraId="734EF2EB" w14:textId="77777777" w:rsidR="001A5159" w:rsidRDefault="001A5159"/>
    <w:p w14:paraId="36CA1270" w14:textId="77777777" w:rsidR="001A5159" w:rsidRDefault="00000000">
      <w:r>
        <w:rPr>
          <w:rFonts w:ascii="Garamond" w:hAnsi="Garamond"/>
          <w:sz w:val="24"/>
        </w:rPr>
        <w:t>Pro Accelerators</w:t>
      </w:r>
    </w:p>
    <w:p w14:paraId="01323047" w14:textId="77777777" w:rsidR="001A5159" w:rsidRDefault="00000000">
      <w:r>
        <w:rPr>
          <w:rFonts w:ascii="Garamond" w:hAnsi="Garamond"/>
          <w:sz w:val="24"/>
        </w:rPr>
        <w:t xml:space="preserve">add email follow-up </w:t>
      </w:r>
      <w:proofErr w:type="gramStart"/>
      <w:r>
        <w:rPr>
          <w:rFonts w:ascii="Garamond" w:hAnsi="Garamond"/>
          <w:sz w:val="24"/>
        </w:rPr>
        <w:t>sequences</w:t>
      </w:r>
      <w:proofErr w:type="gramEnd"/>
    </w:p>
    <w:p w14:paraId="7D72C23F" w14:textId="77777777" w:rsidR="001A5159" w:rsidRDefault="00000000">
      <w:r>
        <w:rPr>
          <w:rFonts w:ascii="Garamond" w:hAnsi="Garamond"/>
          <w:sz w:val="24"/>
        </w:rPr>
        <w:t xml:space="preserve">integrate CRM </w:t>
      </w:r>
      <w:proofErr w:type="gramStart"/>
      <w:r>
        <w:rPr>
          <w:rFonts w:ascii="Garamond" w:hAnsi="Garamond"/>
          <w:sz w:val="24"/>
        </w:rPr>
        <w:t>tagging</w:t>
      </w:r>
      <w:proofErr w:type="gramEnd"/>
    </w:p>
    <w:p w14:paraId="3692DC68" w14:textId="77777777" w:rsidR="001A5159" w:rsidRDefault="00000000">
      <w:r>
        <w:rPr>
          <w:rFonts w:ascii="Garamond" w:hAnsi="Garamond"/>
          <w:sz w:val="24"/>
        </w:rPr>
        <w:t xml:space="preserve">build booking </w:t>
      </w:r>
      <w:proofErr w:type="gramStart"/>
      <w:r>
        <w:rPr>
          <w:rFonts w:ascii="Garamond" w:hAnsi="Garamond"/>
          <w:sz w:val="24"/>
        </w:rPr>
        <w:t>automations</w:t>
      </w:r>
      <w:proofErr w:type="gramEnd"/>
    </w:p>
    <w:p w14:paraId="3B1E47FD" w14:textId="77777777" w:rsidR="001A5159" w:rsidRDefault="00000000">
      <w:r>
        <w:rPr>
          <w:rFonts w:ascii="Garamond" w:hAnsi="Garamond"/>
          <w:sz w:val="24"/>
        </w:rPr>
        <w:t xml:space="preserve">create product recommendation </w:t>
      </w:r>
      <w:proofErr w:type="gramStart"/>
      <w:r>
        <w:rPr>
          <w:rFonts w:ascii="Garamond" w:hAnsi="Garamond"/>
          <w:sz w:val="24"/>
        </w:rPr>
        <w:t>flows</w:t>
      </w:r>
      <w:proofErr w:type="gramEnd"/>
    </w:p>
    <w:p w14:paraId="13BC9652" w14:textId="77777777" w:rsidR="001A5159" w:rsidRDefault="00000000">
      <w:r>
        <w:rPr>
          <w:rFonts w:ascii="Garamond" w:hAnsi="Garamond"/>
          <w:sz w:val="24"/>
        </w:rPr>
        <w:t xml:space="preserve">create multi–platform bot </w:t>
      </w:r>
      <w:proofErr w:type="gramStart"/>
      <w:r>
        <w:rPr>
          <w:rFonts w:ascii="Garamond" w:hAnsi="Garamond"/>
          <w:sz w:val="24"/>
        </w:rPr>
        <w:t>integration</w:t>
      </w:r>
      <w:proofErr w:type="gramEnd"/>
    </w:p>
    <w:p w14:paraId="44DF805C" w14:textId="77777777" w:rsidR="001A5159" w:rsidRDefault="00000000">
      <w:r>
        <w:rPr>
          <w:rFonts w:ascii="Garamond" w:hAnsi="Garamond"/>
          <w:sz w:val="24"/>
        </w:rPr>
        <w:t xml:space="preserve">offer monthly retainer for </w:t>
      </w:r>
      <w:proofErr w:type="gramStart"/>
      <w:r>
        <w:rPr>
          <w:rFonts w:ascii="Garamond" w:hAnsi="Garamond"/>
          <w:sz w:val="24"/>
        </w:rPr>
        <w:t>optimization</w:t>
      </w:r>
      <w:proofErr w:type="gramEnd"/>
    </w:p>
    <w:p w14:paraId="4D4C2895" w14:textId="77777777" w:rsidR="001A5159" w:rsidRDefault="001A5159"/>
    <w:p w14:paraId="7DBDA9D3" w14:textId="77777777" w:rsidR="001A5159" w:rsidRDefault="00000000">
      <w:r>
        <w:rPr>
          <w:rFonts w:ascii="Garamond" w:hAnsi="Garamond"/>
          <w:sz w:val="24"/>
        </w:rPr>
        <w:t>MICRO CASE STUDY — BLUEPRINT SIXTEEN</w:t>
      </w:r>
    </w:p>
    <w:p w14:paraId="702911B7" w14:textId="77777777" w:rsidR="001A5159" w:rsidRDefault="00000000">
      <w:r>
        <w:rPr>
          <w:rFonts w:ascii="Garamond" w:hAnsi="Garamond"/>
          <w:sz w:val="24"/>
        </w:rPr>
        <w:t>Case Study: Part-Time Retail Worker Builds a Chatbot for a Local Salon and Makes $900 in One Week</w:t>
      </w:r>
    </w:p>
    <w:p w14:paraId="7299824D" w14:textId="77777777" w:rsidR="001A5159" w:rsidRDefault="00000000">
      <w:r>
        <w:rPr>
          <w:rFonts w:ascii="Garamond" w:hAnsi="Garamond"/>
          <w:sz w:val="24"/>
        </w:rPr>
        <w:t>Marcus worked a retail job, hated dealing with customers, and thought tech was “complicated.”</w:t>
      </w:r>
    </w:p>
    <w:p w14:paraId="0628C8AD" w14:textId="77777777" w:rsidR="001A5159" w:rsidRDefault="00000000">
      <w:r>
        <w:rPr>
          <w:rFonts w:ascii="Garamond" w:hAnsi="Garamond"/>
          <w:sz w:val="24"/>
        </w:rPr>
        <w:t>He followed Blueprint 16 exactly:</w:t>
      </w:r>
    </w:p>
    <w:p w14:paraId="65A73C55" w14:textId="77777777" w:rsidR="001A5159" w:rsidRDefault="00000000">
      <w:r>
        <w:rPr>
          <w:rFonts w:ascii="Garamond" w:hAnsi="Garamond"/>
          <w:sz w:val="24"/>
        </w:rPr>
        <w:t xml:space="preserve">extracted the salon’s services from their </w:t>
      </w:r>
      <w:proofErr w:type="gramStart"/>
      <w:r>
        <w:rPr>
          <w:rFonts w:ascii="Garamond" w:hAnsi="Garamond"/>
          <w:sz w:val="24"/>
        </w:rPr>
        <w:t>website</w:t>
      </w:r>
      <w:proofErr w:type="gramEnd"/>
    </w:p>
    <w:p w14:paraId="5BC27E84" w14:textId="77777777" w:rsidR="001A5159" w:rsidRDefault="00000000">
      <w:r>
        <w:rPr>
          <w:rFonts w:ascii="Garamond" w:hAnsi="Garamond"/>
          <w:sz w:val="24"/>
        </w:rPr>
        <w:t xml:space="preserve">asked AI to build all </w:t>
      </w:r>
      <w:proofErr w:type="gramStart"/>
      <w:r>
        <w:rPr>
          <w:rFonts w:ascii="Garamond" w:hAnsi="Garamond"/>
          <w:sz w:val="24"/>
        </w:rPr>
        <w:t>FAQs</w:t>
      </w:r>
      <w:proofErr w:type="gramEnd"/>
    </w:p>
    <w:p w14:paraId="4F7C6E89" w14:textId="77777777" w:rsidR="001A5159" w:rsidRDefault="00000000">
      <w:r>
        <w:rPr>
          <w:rFonts w:ascii="Garamond" w:hAnsi="Garamond"/>
          <w:sz w:val="24"/>
        </w:rPr>
        <w:t xml:space="preserve">created a friendly salon “assistant” bot </w:t>
      </w:r>
      <w:proofErr w:type="gramStart"/>
      <w:r>
        <w:rPr>
          <w:rFonts w:ascii="Garamond" w:hAnsi="Garamond"/>
          <w:sz w:val="24"/>
        </w:rPr>
        <w:t>persona</w:t>
      </w:r>
      <w:proofErr w:type="gramEnd"/>
    </w:p>
    <w:p w14:paraId="73A95CC7" w14:textId="77777777" w:rsidR="001A5159" w:rsidRDefault="00000000">
      <w:r>
        <w:rPr>
          <w:rFonts w:ascii="Garamond" w:hAnsi="Garamond"/>
          <w:sz w:val="24"/>
        </w:rPr>
        <w:t xml:space="preserve">used Tidio to build a simple </w:t>
      </w:r>
      <w:proofErr w:type="gramStart"/>
      <w:r>
        <w:rPr>
          <w:rFonts w:ascii="Garamond" w:hAnsi="Garamond"/>
          <w:sz w:val="24"/>
        </w:rPr>
        <w:t>flow</w:t>
      </w:r>
      <w:proofErr w:type="gramEnd"/>
    </w:p>
    <w:p w14:paraId="4359246C" w14:textId="77777777" w:rsidR="001A5159" w:rsidRDefault="00000000">
      <w:r>
        <w:rPr>
          <w:rFonts w:ascii="Garamond" w:hAnsi="Garamond"/>
          <w:sz w:val="24"/>
        </w:rPr>
        <w:t xml:space="preserve">connected booking </w:t>
      </w:r>
      <w:proofErr w:type="gramStart"/>
      <w:r>
        <w:rPr>
          <w:rFonts w:ascii="Garamond" w:hAnsi="Garamond"/>
          <w:sz w:val="24"/>
        </w:rPr>
        <w:t>links</w:t>
      </w:r>
      <w:proofErr w:type="gramEnd"/>
    </w:p>
    <w:p w14:paraId="4DD70CE3" w14:textId="77777777" w:rsidR="001A5159" w:rsidRDefault="00000000">
      <w:r>
        <w:rPr>
          <w:rFonts w:ascii="Garamond" w:hAnsi="Garamond"/>
          <w:sz w:val="24"/>
        </w:rPr>
        <w:t xml:space="preserve">created a follow-up </w:t>
      </w:r>
      <w:proofErr w:type="gramStart"/>
      <w:r>
        <w:rPr>
          <w:rFonts w:ascii="Garamond" w:hAnsi="Garamond"/>
          <w:sz w:val="24"/>
        </w:rPr>
        <w:t>automation</w:t>
      </w:r>
      <w:proofErr w:type="gramEnd"/>
    </w:p>
    <w:p w14:paraId="4E164F82" w14:textId="77777777" w:rsidR="001A5159" w:rsidRDefault="00000000">
      <w:r>
        <w:rPr>
          <w:rFonts w:ascii="Garamond" w:hAnsi="Garamond"/>
          <w:sz w:val="24"/>
        </w:rPr>
        <w:lastRenderedPageBreak/>
        <w:t>He showed the salon owner a demo.</w:t>
      </w:r>
    </w:p>
    <w:p w14:paraId="48F50F69" w14:textId="77777777" w:rsidR="001A5159" w:rsidRDefault="00000000">
      <w:r>
        <w:rPr>
          <w:rFonts w:ascii="Garamond" w:hAnsi="Garamond"/>
          <w:sz w:val="24"/>
        </w:rPr>
        <w:t>Their reaction:</w:t>
      </w:r>
    </w:p>
    <w:p w14:paraId="7C5CF92C" w14:textId="77777777" w:rsidR="001A5159" w:rsidRDefault="00000000">
      <w:r>
        <w:rPr>
          <w:rFonts w:ascii="Garamond" w:hAnsi="Garamond"/>
          <w:sz w:val="24"/>
        </w:rPr>
        <w:t>“Wait… this would literally save us hours every week.”</w:t>
      </w:r>
    </w:p>
    <w:p w14:paraId="15CFF882" w14:textId="77777777" w:rsidR="001A5159" w:rsidRDefault="00000000">
      <w:r>
        <w:rPr>
          <w:rFonts w:ascii="Garamond" w:hAnsi="Garamond"/>
          <w:sz w:val="24"/>
        </w:rPr>
        <w:t>They hired him on the spot.</w:t>
      </w:r>
    </w:p>
    <w:p w14:paraId="667D5FE0" w14:textId="77777777" w:rsidR="001A5159" w:rsidRDefault="00000000">
      <w:r>
        <w:rPr>
          <w:rFonts w:ascii="Garamond" w:hAnsi="Garamond"/>
          <w:sz w:val="24"/>
        </w:rPr>
        <w:t>He charged:</w:t>
      </w:r>
    </w:p>
    <w:p w14:paraId="72D40D9B" w14:textId="77777777" w:rsidR="001A5159" w:rsidRDefault="00000000">
      <w:r>
        <w:rPr>
          <w:rFonts w:ascii="Garamond" w:hAnsi="Garamond"/>
          <w:sz w:val="24"/>
        </w:rPr>
        <w:t xml:space="preserve">$350 for the </w:t>
      </w:r>
      <w:proofErr w:type="gramStart"/>
      <w:r>
        <w:rPr>
          <w:rFonts w:ascii="Garamond" w:hAnsi="Garamond"/>
          <w:sz w:val="24"/>
        </w:rPr>
        <w:t>bot</w:t>
      </w:r>
      <w:proofErr w:type="gramEnd"/>
    </w:p>
    <w:p w14:paraId="4C1AEF77" w14:textId="77777777" w:rsidR="001A5159" w:rsidRDefault="00000000">
      <w:r>
        <w:rPr>
          <w:rFonts w:ascii="Garamond" w:hAnsi="Garamond"/>
          <w:sz w:val="24"/>
        </w:rPr>
        <w:t xml:space="preserve">$250 to integrate booking </w:t>
      </w:r>
      <w:proofErr w:type="gramStart"/>
      <w:r>
        <w:rPr>
          <w:rFonts w:ascii="Garamond" w:hAnsi="Garamond"/>
          <w:sz w:val="24"/>
        </w:rPr>
        <w:t>reminders</w:t>
      </w:r>
      <w:proofErr w:type="gramEnd"/>
    </w:p>
    <w:p w14:paraId="40618152" w14:textId="77777777" w:rsidR="001A5159" w:rsidRDefault="00000000">
      <w:r>
        <w:rPr>
          <w:rFonts w:ascii="Garamond" w:hAnsi="Garamond"/>
          <w:sz w:val="24"/>
        </w:rPr>
        <w:t xml:space="preserve">$150 to add a product recommendation </w:t>
      </w:r>
      <w:proofErr w:type="gramStart"/>
      <w:r>
        <w:rPr>
          <w:rFonts w:ascii="Garamond" w:hAnsi="Garamond"/>
          <w:sz w:val="24"/>
        </w:rPr>
        <w:t>flow</w:t>
      </w:r>
      <w:proofErr w:type="gramEnd"/>
    </w:p>
    <w:p w14:paraId="77AAFF80" w14:textId="77777777" w:rsidR="001A5159" w:rsidRDefault="00000000">
      <w:r>
        <w:rPr>
          <w:rFonts w:ascii="Garamond" w:hAnsi="Garamond"/>
          <w:sz w:val="24"/>
        </w:rPr>
        <w:t>$150 for 30 days of updates</w:t>
      </w:r>
    </w:p>
    <w:p w14:paraId="7618D419" w14:textId="77777777" w:rsidR="001A5159" w:rsidRDefault="00000000">
      <w:r>
        <w:rPr>
          <w:rFonts w:ascii="Garamond" w:hAnsi="Garamond"/>
          <w:sz w:val="24"/>
        </w:rPr>
        <w:t>Total: $900 in one week</w:t>
      </w:r>
      <w:r>
        <w:rPr>
          <w:rFonts w:ascii="Garamond" w:hAnsi="Garamond"/>
          <w:sz w:val="24"/>
        </w:rPr>
        <w:br/>
        <w:t>using a blueprint he had just learned.</w:t>
      </w:r>
    </w:p>
    <w:p w14:paraId="318DB400" w14:textId="77777777" w:rsidR="001A5159" w:rsidRDefault="00000000">
      <w:r>
        <w:rPr>
          <w:rFonts w:ascii="Garamond" w:hAnsi="Garamond"/>
          <w:sz w:val="24"/>
        </w:rPr>
        <w:t xml:space="preserve">Marcus now builds </w:t>
      </w:r>
      <w:proofErr w:type="gramStart"/>
      <w:r>
        <w:rPr>
          <w:rFonts w:ascii="Garamond" w:hAnsi="Garamond"/>
          <w:sz w:val="24"/>
        </w:rPr>
        <w:t>bots</w:t>
      </w:r>
      <w:proofErr w:type="gramEnd"/>
      <w:r>
        <w:rPr>
          <w:rFonts w:ascii="Garamond" w:hAnsi="Garamond"/>
          <w:sz w:val="24"/>
        </w:rPr>
        <w:t xml:space="preserve"> for:</w:t>
      </w:r>
    </w:p>
    <w:p w14:paraId="243F33A7" w14:textId="77777777" w:rsidR="001A5159" w:rsidRDefault="00000000">
      <w:r>
        <w:rPr>
          <w:rFonts w:ascii="Garamond" w:hAnsi="Garamond"/>
          <w:sz w:val="24"/>
        </w:rPr>
        <w:t>salons</w:t>
      </w:r>
    </w:p>
    <w:p w14:paraId="27AD445E" w14:textId="77777777" w:rsidR="001A5159" w:rsidRDefault="00000000">
      <w:r>
        <w:rPr>
          <w:rFonts w:ascii="Garamond" w:hAnsi="Garamond"/>
          <w:sz w:val="24"/>
        </w:rPr>
        <w:t>photographers</w:t>
      </w:r>
    </w:p>
    <w:p w14:paraId="3D24948D" w14:textId="77777777" w:rsidR="001A5159" w:rsidRDefault="00000000">
      <w:r>
        <w:rPr>
          <w:rFonts w:ascii="Garamond" w:hAnsi="Garamond"/>
          <w:sz w:val="24"/>
        </w:rPr>
        <w:t>gyms</w:t>
      </w:r>
    </w:p>
    <w:p w14:paraId="3F63CD39" w14:textId="77777777" w:rsidR="001A5159" w:rsidRDefault="00000000">
      <w:r>
        <w:rPr>
          <w:rFonts w:ascii="Garamond" w:hAnsi="Garamond"/>
          <w:sz w:val="24"/>
        </w:rPr>
        <w:t>real estate agents</w:t>
      </w:r>
    </w:p>
    <w:p w14:paraId="72C4E20A" w14:textId="77777777" w:rsidR="001A5159" w:rsidRDefault="00000000">
      <w:r>
        <w:rPr>
          <w:rFonts w:ascii="Garamond" w:hAnsi="Garamond"/>
          <w:sz w:val="24"/>
        </w:rPr>
        <w:t>restaurants</w:t>
      </w:r>
    </w:p>
    <w:p w14:paraId="06208DC7" w14:textId="77777777" w:rsidR="001A5159" w:rsidRPr="0063351A" w:rsidRDefault="00000000" w:rsidP="0063351A">
      <w:pPr>
        <w:rPr>
          <w:sz w:val="24"/>
          <w:szCs w:val="24"/>
        </w:rPr>
      </w:pPr>
      <w:r w:rsidRPr="0063351A">
        <w:rPr>
          <w:rFonts w:ascii="Garamond" w:hAnsi="Garamond"/>
          <w:b/>
          <w:sz w:val="24"/>
          <w:szCs w:val="24"/>
        </w:rPr>
        <w:t>Blueprint 16 turned him into an automation specialist practically overnight.</w:t>
      </w:r>
    </w:p>
    <w:p w14:paraId="7BB148F9" w14:textId="77777777" w:rsidR="0063351A" w:rsidRDefault="0063351A">
      <w:pPr>
        <w:sectPr w:rsidR="0063351A" w:rsidSect="00034616">
          <w:pgSz w:w="12240" w:h="15840"/>
          <w:pgMar w:top="1440" w:right="1800" w:bottom="1440" w:left="1800" w:header="720" w:footer="720" w:gutter="0"/>
          <w:cols w:space="720"/>
          <w:docGrid w:linePitch="360"/>
        </w:sectPr>
      </w:pPr>
    </w:p>
    <w:p w14:paraId="29EBAD63" w14:textId="77777777" w:rsidR="001A5159" w:rsidRDefault="001A5159"/>
    <w:p w14:paraId="51677B3E" w14:textId="77777777" w:rsidR="001A5159" w:rsidRPr="0063351A" w:rsidRDefault="00000000" w:rsidP="0063351A">
      <w:pPr>
        <w:pStyle w:val="Heading1"/>
        <w:rPr>
          <w:rFonts w:ascii="Garamond" w:hAnsi="Garamond"/>
          <w:color w:val="auto"/>
          <w:sz w:val="40"/>
          <w:szCs w:val="40"/>
        </w:rPr>
      </w:pPr>
      <w:bookmarkStart w:id="39" w:name="_Toc214830335"/>
      <w:r w:rsidRPr="0063351A">
        <w:rPr>
          <w:rFonts w:ascii="Garamond" w:hAnsi="Garamond"/>
          <w:color w:val="auto"/>
          <w:sz w:val="40"/>
          <w:szCs w:val="40"/>
        </w:rPr>
        <w:t>BLUEPRINT SEVENTEEN — AI-POWERED COURSE CREATION &amp; MINI-DIGITAL PRODUCT BUILDER</w:t>
      </w:r>
      <w:bookmarkEnd w:id="39"/>
    </w:p>
    <w:p w14:paraId="09EFCFEB" w14:textId="77777777" w:rsidR="001A5159" w:rsidRPr="0063351A" w:rsidRDefault="00000000" w:rsidP="0063351A">
      <w:pPr>
        <w:pStyle w:val="Heading2"/>
        <w:rPr>
          <w:rFonts w:ascii="Garamond" w:hAnsi="Garamond"/>
          <w:color w:val="auto"/>
          <w:sz w:val="28"/>
          <w:szCs w:val="28"/>
        </w:rPr>
      </w:pPr>
      <w:bookmarkStart w:id="40" w:name="_Toc214830336"/>
      <w:r w:rsidRPr="0063351A">
        <w:rPr>
          <w:rFonts w:ascii="Garamond" w:hAnsi="Garamond"/>
          <w:color w:val="auto"/>
          <w:sz w:val="28"/>
          <w:szCs w:val="28"/>
        </w:rPr>
        <w:t>(The Blueprint That Lets You Build Full Courses, Workbooks &amp; Mini-Products Using AI — Even If You’ve Never Taught Before)</w:t>
      </w:r>
      <w:bookmarkEnd w:id="40"/>
    </w:p>
    <w:p w14:paraId="50082E68" w14:textId="77777777" w:rsidR="001A5159" w:rsidRDefault="00000000">
      <w:r>
        <w:rPr>
          <w:rFonts w:ascii="Garamond" w:hAnsi="Garamond"/>
          <w:sz w:val="24"/>
        </w:rPr>
        <w:t>The online course industry is exploding.</w:t>
      </w:r>
      <w:r>
        <w:rPr>
          <w:rFonts w:ascii="Garamond" w:hAnsi="Garamond"/>
          <w:sz w:val="24"/>
        </w:rPr>
        <w:br/>
        <w:t>People want:</w:t>
      </w:r>
    </w:p>
    <w:p w14:paraId="64E922EC" w14:textId="77777777" w:rsidR="001A5159" w:rsidRDefault="00000000">
      <w:r>
        <w:rPr>
          <w:rFonts w:ascii="Garamond" w:hAnsi="Garamond"/>
          <w:sz w:val="24"/>
        </w:rPr>
        <w:t>simple courses</w:t>
      </w:r>
    </w:p>
    <w:p w14:paraId="5EED9B16" w14:textId="77777777" w:rsidR="001A5159" w:rsidRDefault="00000000">
      <w:r>
        <w:rPr>
          <w:rFonts w:ascii="Garamond" w:hAnsi="Garamond"/>
          <w:sz w:val="24"/>
        </w:rPr>
        <w:t>short transformations</w:t>
      </w:r>
    </w:p>
    <w:p w14:paraId="5C6395A6" w14:textId="77777777" w:rsidR="001A5159" w:rsidRDefault="00000000">
      <w:proofErr w:type="gramStart"/>
      <w:r>
        <w:rPr>
          <w:rFonts w:ascii="Garamond" w:hAnsi="Garamond"/>
          <w:sz w:val="24"/>
        </w:rPr>
        <w:t>mini-lessons</w:t>
      </w:r>
      <w:proofErr w:type="gramEnd"/>
    </w:p>
    <w:p w14:paraId="7370E867" w14:textId="77777777" w:rsidR="001A5159" w:rsidRDefault="00000000">
      <w:r>
        <w:rPr>
          <w:rFonts w:ascii="Garamond" w:hAnsi="Garamond"/>
          <w:sz w:val="24"/>
        </w:rPr>
        <w:t>guided systems</w:t>
      </w:r>
    </w:p>
    <w:p w14:paraId="4D90B539" w14:textId="77777777" w:rsidR="001A5159" w:rsidRDefault="00000000">
      <w:r>
        <w:rPr>
          <w:rFonts w:ascii="Garamond" w:hAnsi="Garamond"/>
          <w:sz w:val="24"/>
        </w:rPr>
        <w:t xml:space="preserve">bite-sized digital </w:t>
      </w:r>
      <w:proofErr w:type="gramStart"/>
      <w:r>
        <w:rPr>
          <w:rFonts w:ascii="Garamond" w:hAnsi="Garamond"/>
          <w:sz w:val="24"/>
        </w:rPr>
        <w:t>products</w:t>
      </w:r>
      <w:proofErr w:type="gramEnd"/>
    </w:p>
    <w:p w14:paraId="438524A6" w14:textId="77777777" w:rsidR="001A5159" w:rsidRDefault="00000000">
      <w:r>
        <w:rPr>
          <w:rFonts w:ascii="Garamond" w:hAnsi="Garamond"/>
          <w:sz w:val="24"/>
        </w:rPr>
        <w:t>But most creators have no idea how to structure, script, or package their knowledge.</w:t>
      </w:r>
    </w:p>
    <w:p w14:paraId="65DBBF15" w14:textId="77777777" w:rsidR="001A5159" w:rsidRDefault="00000000">
      <w:r>
        <w:rPr>
          <w:rFonts w:ascii="Garamond" w:hAnsi="Garamond"/>
          <w:sz w:val="24"/>
        </w:rPr>
        <w:t>This blueprint turns you into a course creation specialist using AI — one of the most in-demand digital services today.</w:t>
      </w:r>
    </w:p>
    <w:p w14:paraId="3A3E6D1C" w14:textId="77777777" w:rsidR="001A5159" w:rsidRDefault="00000000">
      <w:r>
        <w:rPr>
          <w:rFonts w:ascii="Garamond" w:hAnsi="Garamond"/>
          <w:sz w:val="24"/>
        </w:rPr>
        <w:t>You’ll be able to create:</w:t>
      </w:r>
    </w:p>
    <w:p w14:paraId="07EC94E8" w14:textId="77777777" w:rsidR="001A5159" w:rsidRDefault="00000000">
      <w:r>
        <w:rPr>
          <w:rFonts w:ascii="Garamond" w:hAnsi="Garamond"/>
          <w:sz w:val="24"/>
        </w:rPr>
        <w:t>full course outlines</w:t>
      </w:r>
    </w:p>
    <w:p w14:paraId="1A193192" w14:textId="77777777" w:rsidR="001A5159" w:rsidRDefault="00000000">
      <w:r>
        <w:rPr>
          <w:rFonts w:ascii="Garamond" w:hAnsi="Garamond"/>
          <w:sz w:val="24"/>
        </w:rPr>
        <w:t>module breakdowns</w:t>
      </w:r>
    </w:p>
    <w:p w14:paraId="538F64BC" w14:textId="77777777" w:rsidR="001A5159" w:rsidRDefault="00000000">
      <w:r>
        <w:rPr>
          <w:rFonts w:ascii="Garamond" w:hAnsi="Garamond"/>
          <w:sz w:val="24"/>
        </w:rPr>
        <w:t>lesson scripts</w:t>
      </w:r>
    </w:p>
    <w:p w14:paraId="3F187110" w14:textId="77777777" w:rsidR="001A5159" w:rsidRDefault="00000000">
      <w:r>
        <w:rPr>
          <w:rFonts w:ascii="Garamond" w:hAnsi="Garamond"/>
          <w:sz w:val="24"/>
        </w:rPr>
        <w:t>worksheets</w:t>
      </w:r>
    </w:p>
    <w:p w14:paraId="27B65AD1" w14:textId="77777777" w:rsidR="001A5159" w:rsidRDefault="00000000">
      <w:r>
        <w:rPr>
          <w:rFonts w:ascii="Garamond" w:hAnsi="Garamond"/>
          <w:sz w:val="24"/>
        </w:rPr>
        <w:t>checklists</w:t>
      </w:r>
    </w:p>
    <w:p w14:paraId="19C6BBE6" w14:textId="77777777" w:rsidR="001A5159" w:rsidRDefault="00000000">
      <w:r>
        <w:rPr>
          <w:rFonts w:ascii="Garamond" w:hAnsi="Garamond"/>
          <w:sz w:val="24"/>
        </w:rPr>
        <w:t>templates</w:t>
      </w:r>
    </w:p>
    <w:p w14:paraId="78233454" w14:textId="77777777" w:rsidR="001A5159" w:rsidRDefault="00000000">
      <w:r>
        <w:rPr>
          <w:rFonts w:ascii="Garamond" w:hAnsi="Garamond"/>
          <w:sz w:val="24"/>
        </w:rPr>
        <w:t>guides</w:t>
      </w:r>
    </w:p>
    <w:p w14:paraId="799B692E" w14:textId="77777777" w:rsidR="001A5159" w:rsidRDefault="00000000">
      <w:proofErr w:type="gramStart"/>
      <w:r>
        <w:rPr>
          <w:rFonts w:ascii="Garamond" w:hAnsi="Garamond"/>
          <w:sz w:val="24"/>
        </w:rPr>
        <w:t>mini-products</w:t>
      </w:r>
      <w:proofErr w:type="gramEnd"/>
    </w:p>
    <w:p w14:paraId="5A1F14DA" w14:textId="77777777" w:rsidR="001A5159" w:rsidRDefault="00000000">
      <w:r>
        <w:rPr>
          <w:rFonts w:ascii="Garamond" w:hAnsi="Garamond"/>
          <w:sz w:val="24"/>
        </w:rPr>
        <w:t>micro-courses</w:t>
      </w:r>
    </w:p>
    <w:p w14:paraId="756FD4DF" w14:textId="77777777" w:rsidR="001A5159" w:rsidRDefault="00000000">
      <w:r>
        <w:rPr>
          <w:rFonts w:ascii="Garamond" w:hAnsi="Garamond"/>
          <w:sz w:val="24"/>
        </w:rPr>
        <w:lastRenderedPageBreak/>
        <w:t>course branding</w:t>
      </w:r>
    </w:p>
    <w:p w14:paraId="5E465B82" w14:textId="77777777" w:rsidR="001A5159" w:rsidRDefault="00000000">
      <w:r>
        <w:rPr>
          <w:rFonts w:ascii="Garamond" w:hAnsi="Garamond"/>
          <w:sz w:val="24"/>
        </w:rPr>
        <w:t xml:space="preserve">launch </w:t>
      </w:r>
      <w:proofErr w:type="gramStart"/>
      <w:r>
        <w:rPr>
          <w:rFonts w:ascii="Garamond" w:hAnsi="Garamond"/>
          <w:sz w:val="24"/>
        </w:rPr>
        <w:t>materials</w:t>
      </w:r>
      <w:proofErr w:type="gramEnd"/>
    </w:p>
    <w:p w14:paraId="4C3164AA" w14:textId="77777777" w:rsidR="001A5159" w:rsidRDefault="00000000">
      <w:r>
        <w:rPr>
          <w:rFonts w:ascii="Garamond" w:hAnsi="Garamond"/>
          <w:sz w:val="24"/>
        </w:rPr>
        <w:t>Coaches, creators, and small business owners will pay thousands for this.</w:t>
      </w:r>
    </w:p>
    <w:p w14:paraId="1DEFB0D1" w14:textId="77777777" w:rsidR="001A5159" w:rsidRDefault="001A5159"/>
    <w:p w14:paraId="0F5EFA5A" w14:textId="77777777" w:rsidR="001A5159" w:rsidRDefault="00000000">
      <w:r>
        <w:rPr>
          <w:rFonts w:ascii="Garamond" w:hAnsi="Garamond"/>
          <w:sz w:val="24"/>
        </w:rPr>
        <w:t>Why This Blueprint Works</w:t>
      </w:r>
    </w:p>
    <w:p w14:paraId="49B6F98E" w14:textId="77777777" w:rsidR="001A5159" w:rsidRDefault="00000000">
      <w:r>
        <w:rPr>
          <w:rFonts w:ascii="Garamond" w:hAnsi="Garamond"/>
          <w:sz w:val="24"/>
        </w:rPr>
        <w:t>Most course creators struggle with:</w:t>
      </w:r>
    </w:p>
    <w:p w14:paraId="0B909288" w14:textId="77777777" w:rsidR="001A5159" w:rsidRDefault="00000000">
      <w:r>
        <w:rPr>
          <w:rFonts w:ascii="Garamond" w:hAnsi="Garamond"/>
          <w:sz w:val="24"/>
        </w:rPr>
        <w:t>messy ideas</w:t>
      </w:r>
    </w:p>
    <w:p w14:paraId="44522BFF" w14:textId="77777777" w:rsidR="001A5159" w:rsidRDefault="00000000">
      <w:r>
        <w:rPr>
          <w:rFonts w:ascii="Garamond" w:hAnsi="Garamond"/>
          <w:sz w:val="24"/>
        </w:rPr>
        <w:t>unclear teaching structure</w:t>
      </w:r>
    </w:p>
    <w:p w14:paraId="1F6E9F25" w14:textId="77777777" w:rsidR="001A5159" w:rsidRDefault="00000000">
      <w:proofErr w:type="gramStart"/>
      <w:r>
        <w:rPr>
          <w:rFonts w:ascii="Garamond" w:hAnsi="Garamond"/>
          <w:sz w:val="24"/>
        </w:rPr>
        <w:t>weak</w:t>
      </w:r>
      <w:proofErr w:type="gramEnd"/>
      <w:r>
        <w:rPr>
          <w:rFonts w:ascii="Garamond" w:hAnsi="Garamond"/>
          <w:sz w:val="24"/>
        </w:rPr>
        <w:t xml:space="preserve"> </w:t>
      </w:r>
      <w:proofErr w:type="gramStart"/>
      <w:r>
        <w:rPr>
          <w:rFonts w:ascii="Garamond" w:hAnsi="Garamond"/>
          <w:sz w:val="24"/>
        </w:rPr>
        <w:t>lessons</w:t>
      </w:r>
      <w:proofErr w:type="gramEnd"/>
    </w:p>
    <w:p w14:paraId="71DC092F" w14:textId="77777777" w:rsidR="001A5159" w:rsidRDefault="00000000">
      <w:r>
        <w:rPr>
          <w:rFonts w:ascii="Garamond" w:hAnsi="Garamond"/>
          <w:sz w:val="24"/>
        </w:rPr>
        <w:t>no worksheets</w:t>
      </w:r>
    </w:p>
    <w:p w14:paraId="21593980" w14:textId="77777777" w:rsidR="001A5159" w:rsidRDefault="00000000">
      <w:r>
        <w:rPr>
          <w:rFonts w:ascii="Garamond" w:hAnsi="Garamond"/>
          <w:sz w:val="24"/>
        </w:rPr>
        <w:t>no scripts</w:t>
      </w:r>
    </w:p>
    <w:p w14:paraId="76FFACDA" w14:textId="77777777" w:rsidR="001A5159" w:rsidRDefault="00000000">
      <w:r>
        <w:rPr>
          <w:rFonts w:ascii="Garamond" w:hAnsi="Garamond"/>
          <w:sz w:val="24"/>
        </w:rPr>
        <w:t>overwhelming content</w:t>
      </w:r>
    </w:p>
    <w:p w14:paraId="499720BB" w14:textId="77777777" w:rsidR="001A5159" w:rsidRDefault="00000000">
      <w:proofErr w:type="gramStart"/>
      <w:r>
        <w:rPr>
          <w:rFonts w:ascii="Garamond" w:hAnsi="Garamond"/>
          <w:sz w:val="24"/>
        </w:rPr>
        <w:t>no</w:t>
      </w:r>
      <w:proofErr w:type="gramEnd"/>
      <w:r>
        <w:rPr>
          <w:rFonts w:ascii="Garamond" w:hAnsi="Garamond"/>
          <w:sz w:val="24"/>
        </w:rPr>
        <w:t xml:space="preserve"> student </w:t>
      </w:r>
      <w:proofErr w:type="gramStart"/>
      <w:r>
        <w:rPr>
          <w:rFonts w:ascii="Garamond" w:hAnsi="Garamond"/>
          <w:sz w:val="24"/>
        </w:rPr>
        <w:t>journey</w:t>
      </w:r>
      <w:proofErr w:type="gramEnd"/>
    </w:p>
    <w:p w14:paraId="45CF7163" w14:textId="77777777" w:rsidR="001A5159" w:rsidRDefault="00000000">
      <w:r>
        <w:rPr>
          <w:rFonts w:ascii="Garamond" w:hAnsi="Garamond"/>
          <w:sz w:val="24"/>
        </w:rPr>
        <w:t>no transformation clarity</w:t>
      </w:r>
    </w:p>
    <w:p w14:paraId="423DB96F" w14:textId="77777777" w:rsidR="001A5159" w:rsidRDefault="00000000">
      <w:r>
        <w:rPr>
          <w:rFonts w:ascii="Garamond" w:hAnsi="Garamond"/>
          <w:sz w:val="24"/>
        </w:rPr>
        <w:t>AI solves every single one of these.</w:t>
      </w:r>
    </w:p>
    <w:p w14:paraId="54FFA254" w14:textId="77777777" w:rsidR="001A5159" w:rsidRDefault="00000000">
      <w:r>
        <w:rPr>
          <w:rFonts w:ascii="Garamond" w:hAnsi="Garamond"/>
          <w:sz w:val="24"/>
        </w:rPr>
        <w:t>You deliver clarity + structure + speed — the exact things creators need.</w:t>
      </w:r>
    </w:p>
    <w:p w14:paraId="6E034389" w14:textId="77777777" w:rsidR="001A5159" w:rsidRDefault="00000000">
      <w:r>
        <w:rPr>
          <w:rFonts w:ascii="Garamond" w:hAnsi="Garamond"/>
          <w:sz w:val="24"/>
        </w:rPr>
        <w:t>This makes you:</w:t>
      </w:r>
    </w:p>
    <w:p w14:paraId="0E42C281" w14:textId="77777777" w:rsidR="001A5159" w:rsidRDefault="00000000">
      <w:r>
        <w:rPr>
          <w:rFonts w:ascii="Garamond" w:hAnsi="Garamond"/>
          <w:sz w:val="24"/>
        </w:rPr>
        <w:t>valuable</w:t>
      </w:r>
    </w:p>
    <w:p w14:paraId="322C7959" w14:textId="77777777" w:rsidR="001A5159" w:rsidRDefault="00000000">
      <w:r>
        <w:rPr>
          <w:rFonts w:ascii="Garamond" w:hAnsi="Garamond"/>
          <w:sz w:val="24"/>
        </w:rPr>
        <w:t>irreplaceable</w:t>
      </w:r>
    </w:p>
    <w:p w14:paraId="6F3824CB" w14:textId="77777777" w:rsidR="001A5159" w:rsidRDefault="00000000">
      <w:r>
        <w:rPr>
          <w:rFonts w:ascii="Garamond" w:hAnsi="Garamond"/>
          <w:sz w:val="24"/>
        </w:rPr>
        <w:t>premium</w:t>
      </w:r>
    </w:p>
    <w:p w14:paraId="57E87B4D" w14:textId="77777777" w:rsidR="001A5159" w:rsidRDefault="00000000">
      <w:r>
        <w:rPr>
          <w:rFonts w:ascii="Garamond" w:hAnsi="Garamond"/>
          <w:sz w:val="24"/>
        </w:rPr>
        <w:t>in demand</w:t>
      </w:r>
    </w:p>
    <w:p w14:paraId="0CCF270C" w14:textId="77777777" w:rsidR="001A5159" w:rsidRDefault="001A5159"/>
    <w:p w14:paraId="0219A452" w14:textId="77777777" w:rsidR="001A5159" w:rsidRDefault="00000000">
      <w:r>
        <w:rPr>
          <w:rFonts w:ascii="Garamond" w:hAnsi="Garamond"/>
          <w:sz w:val="24"/>
        </w:rPr>
        <w:t>Tools You Need</w:t>
      </w:r>
    </w:p>
    <w:p w14:paraId="2CC190AB" w14:textId="77777777" w:rsidR="001A5159" w:rsidRDefault="00000000">
      <w:r>
        <w:rPr>
          <w:rFonts w:ascii="Garamond" w:hAnsi="Garamond"/>
          <w:sz w:val="24"/>
        </w:rPr>
        <w:t>ChatGPT / Claude — scripts, outlines, worksheets</w:t>
      </w:r>
      <w:r>
        <w:rPr>
          <w:rFonts w:ascii="Garamond" w:hAnsi="Garamond"/>
          <w:sz w:val="24"/>
        </w:rPr>
        <w:br/>
        <w:t>Canva — slides, worksheets, branding</w:t>
      </w:r>
      <w:r>
        <w:rPr>
          <w:rFonts w:ascii="Garamond" w:hAnsi="Garamond"/>
          <w:sz w:val="24"/>
        </w:rPr>
        <w:br/>
        <w:t>Google Docs — writing, collaboration</w:t>
      </w:r>
      <w:r>
        <w:rPr>
          <w:rFonts w:ascii="Garamond" w:hAnsi="Garamond"/>
          <w:sz w:val="24"/>
        </w:rPr>
        <w:br/>
      </w:r>
      <w:r>
        <w:rPr>
          <w:rFonts w:ascii="Garamond" w:hAnsi="Garamond"/>
          <w:sz w:val="24"/>
        </w:rPr>
        <w:lastRenderedPageBreak/>
        <w:t>Notion / Trello — project organization</w:t>
      </w:r>
      <w:r>
        <w:rPr>
          <w:rFonts w:ascii="Garamond" w:hAnsi="Garamond"/>
          <w:sz w:val="24"/>
        </w:rPr>
        <w:br/>
        <w:t>PowerPoint / Google Slides — presentations</w:t>
      </w:r>
    </w:p>
    <w:p w14:paraId="18D7B06A" w14:textId="77777777" w:rsidR="001A5159" w:rsidRDefault="00000000">
      <w:r>
        <w:rPr>
          <w:rFonts w:ascii="Garamond" w:hAnsi="Garamond"/>
          <w:sz w:val="24"/>
        </w:rPr>
        <w:t>Optional:</w:t>
      </w:r>
      <w:r>
        <w:rPr>
          <w:rFonts w:ascii="Garamond" w:hAnsi="Garamond"/>
          <w:sz w:val="24"/>
        </w:rPr>
        <w:br/>
        <w:t>Kajabi / Teachable / Thinkific — upload &amp; buildout</w:t>
      </w:r>
      <w:r>
        <w:rPr>
          <w:rFonts w:ascii="Garamond" w:hAnsi="Garamond"/>
          <w:sz w:val="24"/>
        </w:rPr>
        <w:br/>
        <w:t>Descript / Loom — recording assistance</w:t>
      </w:r>
    </w:p>
    <w:p w14:paraId="25979725" w14:textId="77777777" w:rsidR="001A5159" w:rsidRDefault="001A5159"/>
    <w:p w14:paraId="438E289A" w14:textId="77777777" w:rsidR="001A5159" w:rsidRDefault="00000000">
      <w:r>
        <w:rPr>
          <w:rFonts w:ascii="Garamond" w:hAnsi="Garamond"/>
          <w:sz w:val="24"/>
        </w:rPr>
        <w:t>What You’ll Offer</w:t>
      </w:r>
    </w:p>
    <w:p w14:paraId="3FB884B2" w14:textId="77777777" w:rsidR="001A5159" w:rsidRDefault="00000000">
      <w:r>
        <w:rPr>
          <w:rFonts w:ascii="Garamond" w:hAnsi="Garamond"/>
          <w:sz w:val="24"/>
        </w:rPr>
        <w:t>You can create:</w:t>
      </w:r>
    </w:p>
    <w:p w14:paraId="24C777F5" w14:textId="77777777" w:rsidR="001A5159" w:rsidRDefault="00000000">
      <w:proofErr w:type="gramStart"/>
      <w:r>
        <w:rPr>
          <w:rFonts w:ascii="Garamond" w:hAnsi="Garamond"/>
          <w:sz w:val="24"/>
        </w:rPr>
        <w:t>mini-courses</w:t>
      </w:r>
      <w:proofErr w:type="gramEnd"/>
    </w:p>
    <w:p w14:paraId="1351BCEF" w14:textId="77777777" w:rsidR="001A5159" w:rsidRDefault="00000000">
      <w:r>
        <w:rPr>
          <w:rFonts w:ascii="Garamond" w:hAnsi="Garamond"/>
          <w:sz w:val="24"/>
        </w:rPr>
        <w:t>full online courses</w:t>
      </w:r>
    </w:p>
    <w:p w14:paraId="41C9E8E0" w14:textId="77777777" w:rsidR="001A5159" w:rsidRDefault="00000000">
      <w:r>
        <w:rPr>
          <w:rFonts w:ascii="Garamond" w:hAnsi="Garamond"/>
          <w:sz w:val="24"/>
        </w:rPr>
        <w:t>workshop assets</w:t>
      </w:r>
    </w:p>
    <w:p w14:paraId="79F7C139" w14:textId="77777777" w:rsidR="001A5159" w:rsidRDefault="00000000">
      <w:r>
        <w:rPr>
          <w:rFonts w:ascii="Garamond" w:hAnsi="Garamond"/>
          <w:sz w:val="24"/>
        </w:rPr>
        <w:t>digital product bundles</w:t>
      </w:r>
    </w:p>
    <w:p w14:paraId="30BC9E78" w14:textId="77777777" w:rsidR="001A5159" w:rsidRDefault="00000000">
      <w:r>
        <w:rPr>
          <w:rFonts w:ascii="Garamond" w:hAnsi="Garamond"/>
          <w:sz w:val="24"/>
        </w:rPr>
        <w:t>starter kits</w:t>
      </w:r>
    </w:p>
    <w:p w14:paraId="4F1837B0" w14:textId="77777777" w:rsidR="001A5159" w:rsidRDefault="00000000">
      <w:r>
        <w:rPr>
          <w:rFonts w:ascii="Garamond" w:hAnsi="Garamond"/>
          <w:sz w:val="24"/>
        </w:rPr>
        <w:t>cheat sheets</w:t>
      </w:r>
    </w:p>
    <w:p w14:paraId="6F1D2976" w14:textId="77777777" w:rsidR="001A5159" w:rsidRDefault="00000000">
      <w:r>
        <w:rPr>
          <w:rFonts w:ascii="Garamond" w:hAnsi="Garamond"/>
          <w:sz w:val="24"/>
        </w:rPr>
        <w:t>guided challenges</w:t>
      </w:r>
    </w:p>
    <w:p w14:paraId="4CCC7B7E" w14:textId="77777777" w:rsidR="001A5159" w:rsidRDefault="00000000">
      <w:r>
        <w:rPr>
          <w:rFonts w:ascii="Garamond" w:hAnsi="Garamond"/>
          <w:sz w:val="24"/>
        </w:rPr>
        <w:t>student workbooks</w:t>
      </w:r>
    </w:p>
    <w:p w14:paraId="5BAA72B4" w14:textId="77777777" w:rsidR="001A5159" w:rsidRDefault="00000000">
      <w:proofErr w:type="gramStart"/>
      <w:r>
        <w:rPr>
          <w:rFonts w:ascii="Garamond" w:hAnsi="Garamond"/>
          <w:sz w:val="24"/>
        </w:rPr>
        <w:t>quizzes</w:t>
      </w:r>
      <w:proofErr w:type="gramEnd"/>
    </w:p>
    <w:p w14:paraId="34FF4CBE" w14:textId="77777777" w:rsidR="001A5159" w:rsidRDefault="00000000">
      <w:proofErr w:type="gramStart"/>
      <w:r>
        <w:rPr>
          <w:rFonts w:ascii="Garamond" w:hAnsi="Garamond"/>
          <w:sz w:val="24"/>
        </w:rPr>
        <w:t>teaching</w:t>
      </w:r>
      <w:proofErr w:type="gramEnd"/>
      <w:r>
        <w:rPr>
          <w:rFonts w:ascii="Garamond" w:hAnsi="Garamond"/>
          <w:sz w:val="24"/>
        </w:rPr>
        <w:t xml:space="preserve"> aids</w:t>
      </w:r>
    </w:p>
    <w:p w14:paraId="412FD756" w14:textId="77777777" w:rsidR="001A5159" w:rsidRDefault="00000000">
      <w:r>
        <w:rPr>
          <w:rFonts w:ascii="Garamond" w:hAnsi="Garamond"/>
          <w:sz w:val="24"/>
        </w:rPr>
        <w:t>Deliverables can include:</w:t>
      </w:r>
    </w:p>
    <w:p w14:paraId="6364CE90" w14:textId="77777777" w:rsidR="001A5159" w:rsidRDefault="00000000">
      <w:r>
        <w:rPr>
          <w:rFonts w:ascii="Garamond" w:hAnsi="Garamond"/>
          <w:sz w:val="24"/>
        </w:rPr>
        <w:t>full curriculum</w:t>
      </w:r>
    </w:p>
    <w:p w14:paraId="2D555FBA" w14:textId="77777777" w:rsidR="001A5159" w:rsidRDefault="00000000">
      <w:r>
        <w:rPr>
          <w:rFonts w:ascii="Garamond" w:hAnsi="Garamond"/>
          <w:sz w:val="24"/>
        </w:rPr>
        <w:t>lesson scripts</w:t>
      </w:r>
    </w:p>
    <w:p w14:paraId="3F462E40" w14:textId="77777777" w:rsidR="001A5159" w:rsidRDefault="00000000">
      <w:r>
        <w:rPr>
          <w:rFonts w:ascii="Garamond" w:hAnsi="Garamond"/>
          <w:sz w:val="24"/>
        </w:rPr>
        <w:t>templates</w:t>
      </w:r>
    </w:p>
    <w:p w14:paraId="02691243" w14:textId="77777777" w:rsidR="001A5159" w:rsidRDefault="00000000">
      <w:r>
        <w:rPr>
          <w:rFonts w:ascii="Garamond" w:hAnsi="Garamond"/>
          <w:sz w:val="24"/>
        </w:rPr>
        <w:t>worksheets</w:t>
      </w:r>
    </w:p>
    <w:p w14:paraId="13EE52FC" w14:textId="77777777" w:rsidR="001A5159" w:rsidRDefault="00000000">
      <w:r>
        <w:rPr>
          <w:rFonts w:ascii="Garamond" w:hAnsi="Garamond"/>
          <w:sz w:val="24"/>
        </w:rPr>
        <w:t>slide decks</w:t>
      </w:r>
    </w:p>
    <w:p w14:paraId="38F23B55" w14:textId="77777777" w:rsidR="001A5159" w:rsidRDefault="00000000">
      <w:r>
        <w:rPr>
          <w:rFonts w:ascii="Garamond" w:hAnsi="Garamond"/>
          <w:sz w:val="24"/>
        </w:rPr>
        <w:t>branding</w:t>
      </w:r>
    </w:p>
    <w:p w14:paraId="3FDAF5AF" w14:textId="77777777" w:rsidR="001A5159" w:rsidRDefault="00000000">
      <w:r>
        <w:rPr>
          <w:rFonts w:ascii="Garamond" w:hAnsi="Garamond"/>
          <w:sz w:val="24"/>
        </w:rPr>
        <w:t>course descriptions</w:t>
      </w:r>
    </w:p>
    <w:p w14:paraId="4E101131" w14:textId="77777777" w:rsidR="001A5159" w:rsidRDefault="00000000">
      <w:r>
        <w:rPr>
          <w:rFonts w:ascii="Garamond" w:hAnsi="Garamond"/>
          <w:sz w:val="24"/>
        </w:rPr>
        <w:t xml:space="preserve">sales </w:t>
      </w:r>
      <w:proofErr w:type="gramStart"/>
      <w:r>
        <w:rPr>
          <w:rFonts w:ascii="Garamond" w:hAnsi="Garamond"/>
          <w:sz w:val="24"/>
        </w:rPr>
        <w:t>copy</w:t>
      </w:r>
      <w:proofErr w:type="gramEnd"/>
    </w:p>
    <w:p w14:paraId="59705DBD" w14:textId="77777777" w:rsidR="001A5159" w:rsidRDefault="00000000">
      <w:r>
        <w:rPr>
          <w:rFonts w:ascii="Garamond" w:hAnsi="Garamond"/>
          <w:sz w:val="24"/>
        </w:rPr>
        <w:lastRenderedPageBreak/>
        <w:t>This is an A+ high-ticket digital service.</w:t>
      </w:r>
    </w:p>
    <w:p w14:paraId="46C90CCD" w14:textId="77777777" w:rsidR="001A5159" w:rsidRDefault="001A5159"/>
    <w:p w14:paraId="29FCF8F4" w14:textId="77777777" w:rsidR="001A5159" w:rsidRDefault="00000000">
      <w:r>
        <w:rPr>
          <w:rFonts w:ascii="Garamond" w:hAnsi="Garamond"/>
          <w:sz w:val="24"/>
        </w:rPr>
        <w:t>AI-Powered Workflow (Step-By-Step)</w:t>
      </w:r>
    </w:p>
    <w:p w14:paraId="68E7725E" w14:textId="77777777" w:rsidR="001A5159" w:rsidRDefault="00000000">
      <w:r>
        <w:rPr>
          <w:rFonts w:ascii="Garamond" w:hAnsi="Garamond"/>
          <w:sz w:val="24"/>
        </w:rPr>
        <w:t>STEP 1 — Extract the Course Transformation</w:t>
      </w:r>
    </w:p>
    <w:p w14:paraId="121B762A" w14:textId="77777777" w:rsidR="001A5159" w:rsidRDefault="00000000">
      <w:r>
        <w:rPr>
          <w:rFonts w:ascii="Garamond" w:hAnsi="Garamond"/>
          <w:sz w:val="24"/>
        </w:rPr>
        <w:t>Ask your client:</w:t>
      </w:r>
    </w:p>
    <w:p w14:paraId="4290DFF5" w14:textId="77777777" w:rsidR="001A5159" w:rsidRDefault="00000000">
      <w:r>
        <w:rPr>
          <w:rFonts w:ascii="Garamond" w:hAnsi="Garamond"/>
          <w:sz w:val="24"/>
        </w:rPr>
        <w:t>“What specific transformation do you want your students to achieve?”</w:t>
      </w:r>
    </w:p>
    <w:p w14:paraId="4AEC8468" w14:textId="77777777" w:rsidR="001A5159" w:rsidRDefault="00000000">
      <w:r>
        <w:rPr>
          <w:rFonts w:ascii="Garamond" w:hAnsi="Garamond"/>
          <w:sz w:val="24"/>
        </w:rPr>
        <w:t>Then tell AI:</w:t>
      </w:r>
    </w:p>
    <w:p w14:paraId="6EA071C7" w14:textId="77777777" w:rsidR="001A5159" w:rsidRDefault="00000000">
      <w:r>
        <w:rPr>
          <w:rFonts w:ascii="Garamond" w:hAnsi="Garamond"/>
          <w:sz w:val="24"/>
        </w:rPr>
        <w:t>“Turn this into a clear course transformation statement with a before/after outcome.”</w:t>
      </w:r>
    </w:p>
    <w:p w14:paraId="1C39E3FE" w14:textId="77777777" w:rsidR="001A5159" w:rsidRDefault="00000000">
      <w:r>
        <w:rPr>
          <w:rFonts w:ascii="Garamond" w:hAnsi="Garamond"/>
          <w:sz w:val="24"/>
        </w:rPr>
        <w:t>This becomes the foundation of the course.</w:t>
      </w:r>
    </w:p>
    <w:p w14:paraId="73EC551F" w14:textId="77777777" w:rsidR="001A5159" w:rsidRDefault="001A5159"/>
    <w:p w14:paraId="4C8A7BE6" w14:textId="77777777" w:rsidR="001A5159" w:rsidRDefault="00000000">
      <w:r>
        <w:rPr>
          <w:rFonts w:ascii="Garamond" w:hAnsi="Garamond"/>
          <w:sz w:val="24"/>
        </w:rPr>
        <w:t>STEP 2 — Build the Course Outline</w:t>
      </w:r>
    </w:p>
    <w:p w14:paraId="77C00749" w14:textId="77777777" w:rsidR="001A5159" w:rsidRDefault="00000000">
      <w:r>
        <w:rPr>
          <w:rFonts w:ascii="Garamond" w:hAnsi="Garamond"/>
          <w:sz w:val="24"/>
        </w:rPr>
        <w:t>Ask AI:</w:t>
      </w:r>
    </w:p>
    <w:p w14:paraId="1CE46878" w14:textId="77777777" w:rsidR="001A5159" w:rsidRDefault="00000000">
      <w:r>
        <w:rPr>
          <w:rFonts w:ascii="Garamond" w:hAnsi="Garamond"/>
          <w:sz w:val="24"/>
        </w:rPr>
        <w:t>“Create a complete course outline with modules, lessons, learning outcomes, activities, and student actions.”</w:t>
      </w:r>
    </w:p>
    <w:p w14:paraId="01887B45" w14:textId="77777777" w:rsidR="001A5159" w:rsidRDefault="00000000">
      <w:r>
        <w:rPr>
          <w:rFonts w:ascii="Garamond" w:hAnsi="Garamond"/>
          <w:sz w:val="24"/>
        </w:rPr>
        <w:t>You instantly get:</w:t>
      </w:r>
    </w:p>
    <w:p w14:paraId="6BEDB7F7" w14:textId="77777777" w:rsidR="001A5159" w:rsidRDefault="00000000">
      <w:r>
        <w:rPr>
          <w:rFonts w:ascii="Garamond" w:hAnsi="Garamond"/>
          <w:sz w:val="24"/>
        </w:rPr>
        <w:t>a structured program</w:t>
      </w:r>
    </w:p>
    <w:p w14:paraId="19B77DE3" w14:textId="77777777" w:rsidR="001A5159" w:rsidRDefault="00000000">
      <w:r>
        <w:rPr>
          <w:rFonts w:ascii="Garamond" w:hAnsi="Garamond"/>
          <w:sz w:val="24"/>
        </w:rPr>
        <w:t>lesson order</w:t>
      </w:r>
    </w:p>
    <w:p w14:paraId="2F6535EC" w14:textId="77777777" w:rsidR="001A5159" w:rsidRDefault="00000000">
      <w:r>
        <w:rPr>
          <w:rFonts w:ascii="Garamond" w:hAnsi="Garamond"/>
          <w:sz w:val="24"/>
        </w:rPr>
        <w:t>clear flow</w:t>
      </w:r>
    </w:p>
    <w:p w14:paraId="58D26B03" w14:textId="77777777" w:rsidR="001A5159" w:rsidRDefault="00000000">
      <w:r>
        <w:rPr>
          <w:rFonts w:ascii="Garamond" w:hAnsi="Garamond"/>
          <w:sz w:val="24"/>
        </w:rPr>
        <w:t>beginner-friendly design</w:t>
      </w:r>
    </w:p>
    <w:p w14:paraId="1B60287C" w14:textId="77777777" w:rsidR="001A5159" w:rsidRDefault="001A5159"/>
    <w:p w14:paraId="52FDE115" w14:textId="77777777" w:rsidR="001A5159" w:rsidRDefault="00000000">
      <w:r>
        <w:rPr>
          <w:rFonts w:ascii="Garamond" w:hAnsi="Garamond"/>
          <w:sz w:val="24"/>
        </w:rPr>
        <w:t>STEP 3 — Generate Lesson Scripts</w:t>
      </w:r>
    </w:p>
    <w:p w14:paraId="70B0B9C5" w14:textId="77777777" w:rsidR="001A5159" w:rsidRDefault="00000000">
      <w:r>
        <w:rPr>
          <w:rFonts w:ascii="Garamond" w:hAnsi="Garamond"/>
          <w:sz w:val="24"/>
        </w:rPr>
        <w:t>Ask:</w:t>
      </w:r>
    </w:p>
    <w:p w14:paraId="46D39DEC" w14:textId="77777777" w:rsidR="001A5159" w:rsidRDefault="00000000">
      <w:r>
        <w:rPr>
          <w:rFonts w:ascii="Garamond" w:hAnsi="Garamond"/>
          <w:sz w:val="24"/>
        </w:rPr>
        <w:t>“Write a full lesson script for Lesson 1. Use examples, metaphors, and step-by-step teaching.”</w:t>
      </w:r>
    </w:p>
    <w:p w14:paraId="3F5E3B2E" w14:textId="77777777" w:rsidR="001A5159" w:rsidRDefault="00000000">
      <w:r>
        <w:rPr>
          <w:rFonts w:ascii="Garamond" w:hAnsi="Garamond"/>
          <w:sz w:val="24"/>
        </w:rPr>
        <w:t>Or if the client prefers:</w:t>
      </w:r>
    </w:p>
    <w:p w14:paraId="1D112263" w14:textId="77777777" w:rsidR="001A5159" w:rsidRDefault="00000000">
      <w:r>
        <w:rPr>
          <w:rFonts w:ascii="Garamond" w:hAnsi="Garamond"/>
          <w:sz w:val="24"/>
        </w:rPr>
        <w:t>“Write talking-point bullet notes for a 10-minute teaching video.”</w:t>
      </w:r>
    </w:p>
    <w:p w14:paraId="3560FF2A" w14:textId="77777777" w:rsidR="001A5159" w:rsidRDefault="001A5159"/>
    <w:p w14:paraId="6529C7DF" w14:textId="77777777" w:rsidR="001A5159" w:rsidRDefault="00000000">
      <w:r>
        <w:rPr>
          <w:rFonts w:ascii="Garamond" w:hAnsi="Garamond"/>
          <w:sz w:val="24"/>
        </w:rPr>
        <w:t>STEP 4 — Create Student Worksheets</w:t>
      </w:r>
    </w:p>
    <w:p w14:paraId="0EE59925" w14:textId="77777777" w:rsidR="001A5159" w:rsidRDefault="00000000">
      <w:r>
        <w:rPr>
          <w:rFonts w:ascii="Garamond" w:hAnsi="Garamond"/>
          <w:sz w:val="24"/>
        </w:rPr>
        <w:t>Ask:</w:t>
      </w:r>
    </w:p>
    <w:p w14:paraId="1930DFD5" w14:textId="77777777" w:rsidR="001A5159" w:rsidRDefault="00000000">
      <w:r>
        <w:rPr>
          <w:rFonts w:ascii="Garamond" w:hAnsi="Garamond"/>
          <w:sz w:val="24"/>
        </w:rPr>
        <w:t>“Create a worksheet with questions, reflection prompts, checklists, and action steps based on this lesson.”</w:t>
      </w:r>
    </w:p>
    <w:p w14:paraId="0307BB7C" w14:textId="77777777" w:rsidR="001A5159" w:rsidRDefault="00000000">
      <w:r>
        <w:rPr>
          <w:rFonts w:ascii="Garamond" w:hAnsi="Garamond"/>
          <w:sz w:val="24"/>
        </w:rPr>
        <w:t>AI generates:</w:t>
      </w:r>
    </w:p>
    <w:p w14:paraId="5AB03400" w14:textId="77777777" w:rsidR="001A5159" w:rsidRDefault="00000000">
      <w:r>
        <w:rPr>
          <w:rFonts w:ascii="Garamond" w:hAnsi="Garamond"/>
          <w:sz w:val="24"/>
        </w:rPr>
        <w:t>exercises</w:t>
      </w:r>
    </w:p>
    <w:p w14:paraId="34C7C76F" w14:textId="77777777" w:rsidR="001A5159" w:rsidRDefault="00000000">
      <w:r>
        <w:rPr>
          <w:rFonts w:ascii="Garamond" w:hAnsi="Garamond"/>
          <w:sz w:val="24"/>
        </w:rPr>
        <w:t>tasks</w:t>
      </w:r>
    </w:p>
    <w:p w14:paraId="6F3AB939" w14:textId="77777777" w:rsidR="001A5159" w:rsidRDefault="00000000">
      <w:r>
        <w:rPr>
          <w:rFonts w:ascii="Garamond" w:hAnsi="Garamond"/>
          <w:sz w:val="24"/>
        </w:rPr>
        <w:t>implementation steps</w:t>
      </w:r>
    </w:p>
    <w:p w14:paraId="3AE0BFFC" w14:textId="77777777" w:rsidR="001A5159" w:rsidRDefault="00000000">
      <w:r>
        <w:rPr>
          <w:rFonts w:ascii="Garamond" w:hAnsi="Garamond"/>
          <w:sz w:val="24"/>
        </w:rPr>
        <w:t>clarity prompts</w:t>
      </w:r>
    </w:p>
    <w:p w14:paraId="5B31FF30" w14:textId="77777777" w:rsidR="001A5159" w:rsidRDefault="001A5159"/>
    <w:p w14:paraId="2817A9B5" w14:textId="77777777" w:rsidR="001A5159" w:rsidRDefault="00000000">
      <w:r>
        <w:rPr>
          <w:rFonts w:ascii="Garamond" w:hAnsi="Garamond"/>
          <w:sz w:val="24"/>
        </w:rPr>
        <w:t>STEP 5 — Build the Slide Decks</w:t>
      </w:r>
    </w:p>
    <w:p w14:paraId="2ED6535B" w14:textId="77777777" w:rsidR="001A5159" w:rsidRDefault="00000000">
      <w:r>
        <w:rPr>
          <w:rFonts w:ascii="Garamond" w:hAnsi="Garamond"/>
          <w:sz w:val="24"/>
        </w:rPr>
        <w:t>Inside Canva:</w:t>
      </w:r>
    </w:p>
    <w:p w14:paraId="6F489249" w14:textId="77777777" w:rsidR="001A5159" w:rsidRDefault="00000000">
      <w:r>
        <w:rPr>
          <w:rFonts w:ascii="Garamond" w:hAnsi="Garamond"/>
          <w:sz w:val="24"/>
        </w:rPr>
        <w:t xml:space="preserve">choose a clean </w:t>
      </w:r>
      <w:proofErr w:type="gramStart"/>
      <w:r>
        <w:rPr>
          <w:rFonts w:ascii="Garamond" w:hAnsi="Garamond"/>
          <w:sz w:val="24"/>
        </w:rPr>
        <w:t>template</w:t>
      </w:r>
      <w:proofErr w:type="gramEnd"/>
    </w:p>
    <w:p w14:paraId="4E20FE9E" w14:textId="77777777" w:rsidR="001A5159" w:rsidRDefault="00000000">
      <w:r>
        <w:rPr>
          <w:rFonts w:ascii="Garamond" w:hAnsi="Garamond"/>
          <w:sz w:val="24"/>
        </w:rPr>
        <w:t xml:space="preserve">use bold </w:t>
      </w:r>
      <w:proofErr w:type="gramStart"/>
      <w:r>
        <w:rPr>
          <w:rFonts w:ascii="Garamond" w:hAnsi="Garamond"/>
          <w:sz w:val="24"/>
        </w:rPr>
        <w:t>headers</w:t>
      </w:r>
      <w:proofErr w:type="gramEnd"/>
    </w:p>
    <w:p w14:paraId="62D4D63A" w14:textId="77777777" w:rsidR="001A5159" w:rsidRDefault="00000000">
      <w:r>
        <w:rPr>
          <w:rFonts w:ascii="Garamond" w:hAnsi="Garamond"/>
          <w:sz w:val="24"/>
        </w:rPr>
        <w:t xml:space="preserve">add </w:t>
      </w:r>
      <w:proofErr w:type="gramStart"/>
      <w:r>
        <w:rPr>
          <w:rFonts w:ascii="Garamond" w:hAnsi="Garamond"/>
          <w:sz w:val="24"/>
        </w:rPr>
        <w:t>icons</w:t>
      </w:r>
      <w:proofErr w:type="gramEnd"/>
    </w:p>
    <w:p w14:paraId="1A2B5F51" w14:textId="77777777" w:rsidR="001A5159" w:rsidRDefault="00000000">
      <w:r>
        <w:rPr>
          <w:rFonts w:ascii="Garamond" w:hAnsi="Garamond"/>
          <w:sz w:val="24"/>
        </w:rPr>
        <w:t xml:space="preserve">highlight key </w:t>
      </w:r>
      <w:proofErr w:type="gramStart"/>
      <w:r>
        <w:rPr>
          <w:rFonts w:ascii="Garamond" w:hAnsi="Garamond"/>
          <w:sz w:val="24"/>
        </w:rPr>
        <w:t>points</w:t>
      </w:r>
      <w:proofErr w:type="gramEnd"/>
    </w:p>
    <w:p w14:paraId="0CF45DA7" w14:textId="77777777" w:rsidR="001A5159" w:rsidRDefault="00000000">
      <w:r>
        <w:rPr>
          <w:rFonts w:ascii="Garamond" w:hAnsi="Garamond"/>
          <w:sz w:val="24"/>
        </w:rPr>
        <w:t xml:space="preserve">include </w:t>
      </w:r>
      <w:proofErr w:type="gramStart"/>
      <w:r>
        <w:rPr>
          <w:rFonts w:ascii="Garamond" w:hAnsi="Garamond"/>
          <w:sz w:val="24"/>
        </w:rPr>
        <w:t>diagrams</w:t>
      </w:r>
      <w:proofErr w:type="gramEnd"/>
    </w:p>
    <w:p w14:paraId="15B97E20" w14:textId="77777777" w:rsidR="001A5159" w:rsidRDefault="00000000">
      <w:r>
        <w:rPr>
          <w:rFonts w:ascii="Garamond" w:hAnsi="Garamond"/>
          <w:sz w:val="24"/>
        </w:rPr>
        <w:t>Polished, professional, fast.</w:t>
      </w:r>
    </w:p>
    <w:p w14:paraId="08285CC8" w14:textId="77777777" w:rsidR="001A5159" w:rsidRDefault="001A5159"/>
    <w:p w14:paraId="0F7C1F41" w14:textId="77777777" w:rsidR="001A5159" w:rsidRDefault="00000000">
      <w:r>
        <w:rPr>
          <w:rFonts w:ascii="Garamond" w:hAnsi="Garamond"/>
          <w:sz w:val="24"/>
        </w:rPr>
        <w:t>STEP 6 — Bundle as a Course Package</w:t>
      </w:r>
    </w:p>
    <w:p w14:paraId="27C7B5BD" w14:textId="77777777" w:rsidR="001A5159" w:rsidRDefault="00000000">
      <w:r>
        <w:rPr>
          <w:rFonts w:ascii="Garamond" w:hAnsi="Garamond"/>
          <w:sz w:val="24"/>
        </w:rPr>
        <w:t>Deliver the full course kit:</w:t>
      </w:r>
    </w:p>
    <w:p w14:paraId="3393E52F" w14:textId="77777777" w:rsidR="001A5159" w:rsidRDefault="00000000">
      <w:r>
        <w:rPr>
          <w:rFonts w:ascii="Garamond" w:hAnsi="Garamond"/>
          <w:sz w:val="24"/>
        </w:rPr>
        <w:t>curriculum</w:t>
      </w:r>
    </w:p>
    <w:p w14:paraId="4BCC0787" w14:textId="77777777" w:rsidR="001A5159" w:rsidRDefault="00000000">
      <w:r>
        <w:rPr>
          <w:rFonts w:ascii="Garamond" w:hAnsi="Garamond"/>
          <w:sz w:val="24"/>
        </w:rPr>
        <w:t>scripts</w:t>
      </w:r>
    </w:p>
    <w:p w14:paraId="6D499C82" w14:textId="77777777" w:rsidR="001A5159" w:rsidRDefault="00000000">
      <w:r>
        <w:rPr>
          <w:rFonts w:ascii="Garamond" w:hAnsi="Garamond"/>
          <w:sz w:val="24"/>
        </w:rPr>
        <w:t>worksheets</w:t>
      </w:r>
    </w:p>
    <w:p w14:paraId="3C061898" w14:textId="77777777" w:rsidR="001A5159" w:rsidRDefault="00000000">
      <w:r>
        <w:rPr>
          <w:rFonts w:ascii="Garamond" w:hAnsi="Garamond"/>
          <w:sz w:val="24"/>
        </w:rPr>
        <w:t>slides</w:t>
      </w:r>
    </w:p>
    <w:p w14:paraId="50EA5250" w14:textId="77777777" w:rsidR="001A5159" w:rsidRDefault="00000000">
      <w:r>
        <w:rPr>
          <w:rFonts w:ascii="Garamond" w:hAnsi="Garamond"/>
          <w:sz w:val="24"/>
        </w:rPr>
        <w:lastRenderedPageBreak/>
        <w:t>templates</w:t>
      </w:r>
    </w:p>
    <w:p w14:paraId="4864B1C3" w14:textId="77777777" w:rsidR="001A5159" w:rsidRDefault="00000000">
      <w:r>
        <w:rPr>
          <w:rFonts w:ascii="Garamond" w:hAnsi="Garamond"/>
          <w:sz w:val="24"/>
        </w:rPr>
        <w:t>branding</w:t>
      </w:r>
    </w:p>
    <w:p w14:paraId="5A04527D" w14:textId="77777777" w:rsidR="001A5159" w:rsidRDefault="00000000">
      <w:r>
        <w:rPr>
          <w:rFonts w:ascii="Garamond" w:hAnsi="Garamond"/>
          <w:sz w:val="24"/>
        </w:rPr>
        <w:t>copy</w:t>
      </w:r>
    </w:p>
    <w:p w14:paraId="72DD7EA4" w14:textId="77777777" w:rsidR="001A5159" w:rsidRDefault="00000000">
      <w:r>
        <w:rPr>
          <w:rFonts w:ascii="Garamond" w:hAnsi="Garamond"/>
          <w:sz w:val="24"/>
        </w:rPr>
        <w:t>This is extremely valuable.</w:t>
      </w:r>
    </w:p>
    <w:p w14:paraId="365055BC" w14:textId="77777777" w:rsidR="001A5159" w:rsidRDefault="001A5159"/>
    <w:p w14:paraId="42F5E663" w14:textId="77777777" w:rsidR="001A5159" w:rsidRDefault="00000000">
      <w:r>
        <w:rPr>
          <w:rFonts w:ascii="Garamond" w:hAnsi="Garamond"/>
          <w:sz w:val="24"/>
        </w:rPr>
        <w:t>Beginner Proof Portfolio</w:t>
      </w:r>
    </w:p>
    <w:p w14:paraId="6E943CAD" w14:textId="77777777" w:rsidR="001A5159" w:rsidRDefault="00000000">
      <w:r>
        <w:rPr>
          <w:rFonts w:ascii="Garamond" w:hAnsi="Garamond"/>
          <w:sz w:val="24"/>
        </w:rPr>
        <w:t>Just build:</w:t>
      </w:r>
    </w:p>
    <w:p w14:paraId="47E8BB73" w14:textId="77777777" w:rsidR="001A5159" w:rsidRDefault="00000000">
      <w:r>
        <w:rPr>
          <w:rFonts w:ascii="Garamond" w:hAnsi="Garamond"/>
          <w:sz w:val="24"/>
        </w:rPr>
        <w:t>1 mini-course outline</w:t>
      </w:r>
    </w:p>
    <w:p w14:paraId="466BF555" w14:textId="77777777" w:rsidR="001A5159" w:rsidRDefault="00000000">
      <w:r>
        <w:rPr>
          <w:rFonts w:ascii="Garamond" w:hAnsi="Garamond"/>
          <w:sz w:val="24"/>
        </w:rPr>
        <w:t>1 lesson script</w:t>
      </w:r>
    </w:p>
    <w:p w14:paraId="36AF8D74" w14:textId="77777777" w:rsidR="001A5159" w:rsidRDefault="00000000">
      <w:r>
        <w:rPr>
          <w:rFonts w:ascii="Garamond" w:hAnsi="Garamond"/>
          <w:sz w:val="24"/>
        </w:rPr>
        <w:t>1 worksheet</w:t>
      </w:r>
    </w:p>
    <w:p w14:paraId="07D2713D" w14:textId="77777777" w:rsidR="001A5159" w:rsidRDefault="00000000">
      <w:r>
        <w:rPr>
          <w:rFonts w:ascii="Garamond" w:hAnsi="Garamond"/>
          <w:sz w:val="24"/>
        </w:rPr>
        <w:t>1 slide deck sample</w:t>
      </w:r>
    </w:p>
    <w:p w14:paraId="2F4ED953" w14:textId="77777777" w:rsidR="001A5159" w:rsidRDefault="00000000">
      <w:r>
        <w:rPr>
          <w:rFonts w:ascii="Garamond" w:hAnsi="Garamond"/>
          <w:sz w:val="24"/>
        </w:rPr>
        <w:t>This alone can land $500–$2,000 clients.</w:t>
      </w:r>
    </w:p>
    <w:p w14:paraId="7EF40669" w14:textId="77777777" w:rsidR="001A5159" w:rsidRDefault="001A5159"/>
    <w:p w14:paraId="72A6F25D" w14:textId="77777777" w:rsidR="001A5159" w:rsidRDefault="00000000">
      <w:r>
        <w:rPr>
          <w:rFonts w:ascii="Garamond" w:hAnsi="Garamond"/>
          <w:sz w:val="24"/>
        </w:rPr>
        <w:t>Pricing Guide</w:t>
      </w:r>
    </w:p>
    <w:p w14:paraId="09ACBC52" w14:textId="77777777" w:rsidR="001A5159" w:rsidRDefault="00000000">
      <w:r>
        <w:rPr>
          <w:rFonts w:ascii="Garamond" w:hAnsi="Garamond"/>
          <w:sz w:val="24"/>
        </w:rPr>
        <w:t>Beginners:</w:t>
      </w:r>
    </w:p>
    <w:p w14:paraId="42C143DF" w14:textId="77777777" w:rsidR="001A5159" w:rsidRDefault="00000000">
      <w:r>
        <w:rPr>
          <w:rFonts w:ascii="Garamond" w:hAnsi="Garamond"/>
          <w:sz w:val="24"/>
        </w:rPr>
        <w:t>$150–$300 mini-course build</w:t>
      </w:r>
    </w:p>
    <w:p w14:paraId="0B5590B1" w14:textId="77777777" w:rsidR="001A5159" w:rsidRDefault="00000000">
      <w:r>
        <w:rPr>
          <w:rFonts w:ascii="Garamond" w:hAnsi="Garamond"/>
          <w:sz w:val="24"/>
        </w:rPr>
        <w:t>$200–$500 course outline</w:t>
      </w:r>
    </w:p>
    <w:p w14:paraId="6C9C7F22" w14:textId="77777777" w:rsidR="001A5159" w:rsidRDefault="00000000">
      <w:r>
        <w:rPr>
          <w:rFonts w:ascii="Garamond" w:hAnsi="Garamond"/>
          <w:sz w:val="24"/>
        </w:rPr>
        <w:t>Intermediate:</w:t>
      </w:r>
    </w:p>
    <w:p w14:paraId="4AC63B54" w14:textId="77777777" w:rsidR="001A5159" w:rsidRDefault="00000000">
      <w:r>
        <w:rPr>
          <w:rFonts w:ascii="Garamond" w:hAnsi="Garamond"/>
          <w:sz w:val="24"/>
        </w:rPr>
        <w:t>$500–$2,000 full course build</w:t>
      </w:r>
    </w:p>
    <w:p w14:paraId="31DEE8A6" w14:textId="77777777" w:rsidR="001A5159" w:rsidRDefault="00000000">
      <w:r>
        <w:rPr>
          <w:rFonts w:ascii="Garamond" w:hAnsi="Garamond"/>
          <w:sz w:val="24"/>
        </w:rPr>
        <w:t>Pro:</w:t>
      </w:r>
    </w:p>
    <w:p w14:paraId="4F8FE7B2" w14:textId="77777777" w:rsidR="001A5159" w:rsidRDefault="00000000">
      <w:r>
        <w:rPr>
          <w:rFonts w:ascii="Garamond" w:hAnsi="Garamond"/>
          <w:sz w:val="24"/>
        </w:rPr>
        <w:t>$2,000–$10,000 signature program creation</w:t>
      </w:r>
    </w:p>
    <w:p w14:paraId="5EB864C4" w14:textId="77777777" w:rsidR="001A5159" w:rsidRDefault="00000000">
      <w:r>
        <w:rPr>
          <w:rFonts w:ascii="Garamond" w:hAnsi="Garamond"/>
          <w:sz w:val="24"/>
        </w:rPr>
        <w:t>$1,200/month course content retainer</w:t>
      </w:r>
    </w:p>
    <w:p w14:paraId="62FE8985" w14:textId="77777777" w:rsidR="001A5159" w:rsidRDefault="00000000">
      <w:r>
        <w:rPr>
          <w:rFonts w:ascii="Garamond" w:hAnsi="Garamond"/>
          <w:sz w:val="24"/>
        </w:rPr>
        <w:t>$5,000 complete coaching program build-out</w:t>
      </w:r>
    </w:p>
    <w:p w14:paraId="59EE96BF" w14:textId="77777777" w:rsidR="001A5159" w:rsidRDefault="00000000">
      <w:r>
        <w:rPr>
          <w:rFonts w:ascii="Garamond" w:hAnsi="Garamond"/>
          <w:sz w:val="24"/>
        </w:rPr>
        <w:t>This is premium work.</w:t>
      </w:r>
    </w:p>
    <w:p w14:paraId="3119F8A7" w14:textId="77777777" w:rsidR="001A5159" w:rsidRDefault="001A5159"/>
    <w:p w14:paraId="4C64DB49" w14:textId="77777777" w:rsidR="001A5159" w:rsidRDefault="00000000">
      <w:r>
        <w:rPr>
          <w:rFonts w:ascii="Garamond" w:hAnsi="Garamond"/>
          <w:sz w:val="24"/>
        </w:rPr>
        <w:lastRenderedPageBreak/>
        <w:t>Pro Accelerators</w:t>
      </w:r>
    </w:p>
    <w:p w14:paraId="543D5756" w14:textId="77777777" w:rsidR="001A5159" w:rsidRDefault="00000000">
      <w:r>
        <w:rPr>
          <w:rFonts w:ascii="Garamond" w:hAnsi="Garamond"/>
          <w:sz w:val="24"/>
        </w:rPr>
        <w:t>branded workbooks</w:t>
      </w:r>
    </w:p>
    <w:p w14:paraId="504C5396" w14:textId="77777777" w:rsidR="001A5159" w:rsidRDefault="00000000">
      <w:r>
        <w:rPr>
          <w:rFonts w:ascii="Garamond" w:hAnsi="Garamond"/>
          <w:sz w:val="24"/>
        </w:rPr>
        <w:t>course trailers</w:t>
      </w:r>
    </w:p>
    <w:p w14:paraId="1B2F7710" w14:textId="77777777" w:rsidR="001A5159" w:rsidRDefault="00000000">
      <w:r>
        <w:rPr>
          <w:rFonts w:ascii="Garamond" w:hAnsi="Garamond"/>
          <w:sz w:val="24"/>
        </w:rPr>
        <w:t xml:space="preserve">launch email </w:t>
      </w:r>
      <w:proofErr w:type="gramStart"/>
      <w:r>
        <w:rPr>
          <w:rFonts w:ascii="Garamond" w:hAnsi="Garamond"/>
          <w:sz w:val="24"/>
        </w:rPr>
        <w:t>sequences</w:t>
      </w:r>
      <w:proofErr w:type="gramEnd"/>
    </w:p>
    <w:p w14:paraId="06F764ED" w14:textId="77777777" w:rsidR="001A5159" w:rsidRDefault="00000000">
      <w:r>
        <w:rPr>
          <w:rFonts w:ascii="Garamond" w:hAnsi="Garamond"/>
          <w:sz w:val="24"/>
        </w:rPr>
        <w:t>student onboarding</w:t>
      </w:r>
    </w:p>
    <w:p w14:paraId="5BE78FD8" w14:textId="77777777" w:rsidR="001A5159" w:rsidRDefault="00000000">
      <w:r>
        <w:rPr>
          <w:rFonts w:ascii="Garamond" w:hAnsi="Garamond"/>
          <w:sz w:val="24"/>
        </w:rPr>
        <w:t>lesson summaries</w:t>
      </w:r>
    </w:p>
    <w:p w14:paraId="5D8630B3" w14:textId="77777777" w:rsidR="001A5159" w:rsidRPr="0063351A" w:rsidRDefault="00000000" w:rsidP="0063351A">
      <w:pPr>
        <w:rPr>
          <w:sz w:val="24"/>
          <w:szCs w:val="24"/>
        </w:rPr>
      </w:pPr>
      <w:r w:rsidRPr="0063351A">
        <w:rPr>
          <w:rFonts w:ascii="Garamond" w:hAnsi="Garamond"/>
          <w:b/>
          <w:sz w:val="24"/>
          <w:szCs w:val="24"/>
        </w:rPr>
        <w:t>bonus modules</w:t>
      </w:r>
    </w:p>
    <w:p w14:paraId="00073E10" w14:textId="77777777" w:rsidR="001A5159" w:rsidRDefault="00000000">
      <w:r>
        <w:rPr>
          <w:rFonts w:ascii="Garamond" w:hAnsi="Garamond"/>
          <w:sz w:val="24"/>
        </w:rPr>
        <w:t>advanced templates</w:t>
      </w:r>
    </w:p>
    <w:p w14:paraId="30E4A908" w14:textId="77777777" w:rsidR="001A5159" w:rsidRDefault="00000000">
      <w:r>
        <w:rPr>
          <w:rFonts w:ascii="Garamond" w:hAnsi="Garamond"/>
          <w:sz w:val="24"/>
        </w:rPr>
        <w:t>quizzes &amp; assessments</w:t>
      </w:r>
    </w:p>
    <w:p w14:paraId="4F355ABE" w14:textId="77777777" w:rsidR="001A5159" w:rsidRDefault="00000000">
      <w:r>
        <w:rPr>
          <w:rFonts w:ascii="Garamond" w:hAnsi="Garamond"/>
          <w:sz w:val="24"/>
        </w:rPr>
        <w:t xml:space="preserve">These </w:t>
      </w:r>
      <w:proofErr w:type="gramStart"/>
      <w:r>
        <w:rPr>
          <w:rFonts w:ascii="Garamond" w:hAnsi="Garamond"/>
          <w:sz w:val="24"/>
        </w:rPr>
        <w:t>multiply</w:t>
      </w:r>
      <w:proofErr w:type="gramEnd"/>
      <w:r>
        <w:rPr>
          <w:rFonts w:ascii="Garamond" w:hAnsi="Garamond"/>
          <w:sz w:val="24"/>
        </w:rPr>
        <w:t xml:space="preserve"> your revenue.</w:t>
      </w:r>
    </w:p>
    <w:p w14:paraId="4CE71366" w14:textId="77777777" w:rsidR="001A5159" w:rsidRDefault="001A5159"/>
    <w:p w14:paraId="57E00ADE" w14:textId="77777777" w:rsidR="001A5159" w:rsidRDefault="00000000">
      <w:r>
        <w:rPr>
          <w:rFonts w:ascii="Garamond" w:hAnsi="Garamond"/>
          <w:sz w:val="24"/>
        </w:rPr>
        <w:t>MICRO CASE STUDY — BLUEPRINT SEVENTEEN</w:t>
      </w:r>
    </w:p>
    <w:p w14:paraId="490DC62F" w14:textId="77777777" w:rsidR="001A5159" w:rsidRDefault="00000000">
      <w:r>
        <w:rPr>
          <w:rFonts w:ascii="Garamond" w:hAnsi="Garamond"/>
          <w:sz w:val="24"/>
        </w:rPr>
        <w:t>Case Study: Graphic Designer Makes $5,500 in 30 Days Creating Mini-Courses With AI</w:t>
      </w:r>
    </w:p>
    <w:p w14:paraId="3078C341" w14:textId="77777777" w:rsidR="001A5159" w:rsidRDefault="00000000">
      <w:r>
        <w:rPr>
          <w:rFonts w:ascii="Garamond" w:hAnsi="Garamond"/>
          <w:sz w:val="24"/>
        </w:rPr>
        <w:t>Tara was a freelance designer struggling to find consistent clients.</w:t>
      </w:r>
    </w:p>
    <w:p w14:paraId="23E767B6" w14:textId="77777777" w:rsidR="001A5159" w:rsidRDefault="00000000">
      <w:r>
        <w:rPr>
          <w:rFonts w:ascii="Garamond" w:hAnsi="Garamond"/>
          <w:sz w:val="24"/>
        </w:rPr>
        <w:t>She followed Blueprint 17 and posted:</w:t>
      </w:r>
    </w:p>
    <w:p w14:paraId="7F827573" w14:textId="77777777" w:rsidR="001A5159" w:rsidRDefault="00000000">
      <w:r>
        <w:rPr>
          <w:rFonts w:ascii="Garamond" w:hAnsi="Garamond"/>
          <w:sz w:val="24"/>
        </w:rPr>
        <w:t>“Trying a new AI-powered mini-course system — want me to turn one of your ideas into a small digital product?”</w:t>
      </w:r>
    </w:p>
    <w:p w14:paraId="4AE0AFCB" w14:textId="77777777" w:rsidR="001A5159" w:rsidRDefault="00000000">
      <w:r>
        <w:rPr>
          <w:rFonts w:ascii="Garamond" w:hAnsi="Garamond"/>
          <w:sz w:val="24"/>
        </w:rPr>
        <w:t>A business coach replied.</w:t>
      </w:r>
    </w:p>
    <w:p w14:paraId="28C4D1B2" w14:textId="77777777" w:rsidR="001A5159" w:rsidRDefault="00000000">
      <w:r>
        <w:rPr>
          <w:rFonts w:ascii="Garamond" w:hAnsi="Garamond"/>
          <w:sz w:val="24"/>
        </w:rPr>
        <w:t>Tara delivered:</w:t>
      </w:r>
    </w:p>
    <w:p w14:paraId="21AD5010" w14:textId="77777777" w:rsidR="001A5159" w:rsidRDefault="00000000">
      <w:r>
        <w:rPr>
          <w:rFonts w:ascii="Garamond" w:hAnsi="Garamond"/>
          <w:sz w:val="24"/>
        </w:rPr>
        <w:t>3-module mini-course</w:t>
      </w:r>
    </w:p>
    <w:p w14:paraId="10E54AB6" w14:textId="77777777" w:rsidR="001A5159" w:rsidRDefault="00000000">
      <w:r>
        <w:rPr>
          <w:rFonts w:ascii="Garamond" w:hAnsi="Garamond"/>
          <w:sz w:val="24"/>
        </w:rPr>
        <w:t>12 slide deck lessons</w:t>
      </w:r>
    </w:p>
    <w:p w14:paraId="476FD3E0" w14:textId="77777777" w:rsidR="001A5159" w:rsidRDefault="00000000">
      <w:r>
        <w:rPr>
          <w:rFonts w:ascii="Garamond" w:hAnsi="Garamond"/>
          <w:sz w:val="24"/>
        </w:rPr>
        <w:t>worksheets</w:t>
      </w:r>
    </w:p>
    <w:p w14:paraId="28201537" w14:textId="77777777" w:rsidR="001A5159" w:rsidRDefault="00000000">
      <w:r>
        <w:rPr>
          <w:rFonts w:ascii="Garamond" w:hAnsi="Garamond"/>
          <w:sz w:val="24"/>
        </w:rPr>
        <w:t>scripts</w:t>
      </w:r>
    </w:p>
    <w:p w14:paraId="71DA947A" w14:textId="77777777" w:rsidR="001A5159" w:rsidRDefault="00000000">
      <w:proofErr w:type="gramStart"/>
      <w:r>
        <w:rPr>
          <w:rFonts w:ascii="Garamond" w:hAnsi="Garamond"/>
          <w:sz w:val="24"/>
        </w:rPr>
        <w:t>a branded</w:t>
      </w:r>
      <w:proofErr w:type="gramEnd"/>
      <w:r>
        <w:rPr>
          <w:rFonts w:ascii="Garamond" w:hAnsi="Garamond"/>
          <w:sz w:val="24"/>
        </w:rPr>
        <w:t xml:space="preserve"> workbook</w:t>
      </w:r>
    </w:p>
    <w:p w14:paraId="697F00AF" w14:textId="77777777" w:rsidR="001A5159" w:rsidRDefault="00000000">
      <w:r>
        <w:rPr>
          <w:rFonts w:ascii="Garamond" w:hAnsi="Garamond"/>
          <w:sz w:val="24"/>
        </w:rPr>
        <w:t>Price: $1,200.</w:t>
      </w:r>
    </w:p>
    <w:p w14:paraId="484A16DC" w14:textId="77777777" w:rsidR="001A5159" w:rsidRDefault="00000000">
      <w:r>
        <w:rPr>
          <w:rFonts w:ascii="Garamond" w:hAnsi="Garamond"/>
          <w:sz w:val="24"/>
        </w:rPr>
        <w:t>The coach hired her again to build:</w:t>
      </w:r>
    </w:p>
    <w:p w14:paraId="5D5BD53B" w14:textId="77777777" w:rsidR="001A5159" w:rsidRDefault="00000000">
      <w:r>
        <w:rPr>
          <w:rFonts w:ascii="Garamond" w:hAnsi="Garamond"/>
          <w:sz w:val="24"/>
        </w:rPr>
        <w:lastRenderedPageBreak/>
        <w:t>a full 8-module signature program ($3,000)</w:t>
      </w:r>
    </w:p>
    <w:p w14:paraId="27101413" w14:textId="77777777" w:rsidR="001A5159" w:rsidRDefault="00000000">
      <w:r>
        <w:rPr>
          <w:rFonts w:ascii="Garamond" w:hAnsi="Garamond"/>
          <w:sz w:val="24"/>
        </w:rPr>
        <w:t>onboarding docs ($300)</w:t>
      </w:r>
    </w:p>
    <w:p w14:paraId="2EDED600" w14:textId="77777777" w:rsidR="001A5159" w:rsidRDefault="00000000">
      <w:r>
        <w:rPr>
          <w:rFonts w:ascii="Garamond" w:hAnsi="Garamond"/>
          <w:sz w:val="24"/>
        </w:rPr>
        <w:t>two bonus modules ($1,000)</w:t>
      </w:r>
    </w:p>
    <w:p w14:paraId="35C48136" w14:textId="77777777" w:rsidR="001A5159" w:rsidRDefault="00000000">
      <w:r>
        <w:rPr>
          <w:rFonts w:ascii="Garamond" w:hAnsi="Garamond"/>
          <w:sz w:val="24"/>
        </w:rPr>
        <w:t xml:space="preserve">Within 30 days, Tara </w:t>
      </w:r>
      <w:proofErr w:type="gramStart"/>
      <w:r>
        <w:rPr>
          <w:rFonts w:ascii="Garamond" w:hAnsi="Garamond"/>
          <w:sz w:val="24"/>
        </w:rPr>
        <w:t>had made</w:t>
      </w:r>
      <w:proofErr w:type="gramEnd"/>
      <w:r>
        <w:rPr>
          <w:rFonts w:ascii="Garamond" w:hAnsi="Garamond"/>
          <w:sz w:val="24"/>
        </w:rPr>
        <w:t xml:space="preserve"> $5,500.</w:t>
      </w:r>
    </w:p>
    <w:p w14:paraId="4E9DCBD5" w14:textId="77777777" w:rsidR="001A5159" w:rsidRDefault="00000000">
      <w:r>
        <w:rPr>
          <w:rFonts w:ascii="Garamond" w:hAnsi="Garamond"/>
          <w:sz w:val="24"/>
        </w:rPr>
        <w:t>Her message:</w:t>
      </w:r>
    </w:p>
    <w:p w14:paraId="16A194B4" w14:textId="77777777" w:rsidR="001A5159" w:rsidRDefault="00000000">
      <w:r>
        <w:rPr>
          <w:rFonts w:ascii="Garamond" w:hAnsi="Garamond"/>
          <w:sz w:val="24"/>
        </w:rPr>
        <w:t>“I didn’t even know how to build courses. AI made me look like a pro. This blueprint is a goldmine.”</w:t>
      </w:r>
    </w:p>
    <w:p w14:paraId="4FD28D90" w14:textId="77777777" w:rsidR="001A5159" w:rsidRPr="0063351A" w:rsidRDefault="00000000" w:rsidP="0063351A">
      <w:pPr>
        <w:rPr>
          <w:sz w:val="24"/>
          <w:szCs w:val="24"/>
        </w:rPr>
      </w:pPr>
      <w:r w:rsidRPr="0063351A">
        <w:rPr>
          <w:rFonts w:ascii="Garamond" w:hAnsi="Garamond"/>
          <w:b/>
          <w:sz w:val="24"/>
          <w:szCs w:val="24"/>
        </w:rPr>
        <w:t>Blueprint 17 shows how simple it is to become a course creation expert with AI as your engine.</w:t>
      </w:r>
    </w:p>
    <w:p w14:paraId="46A7EA04" w14:textId="77777777" w:rsidR="0063351A" w:rsidRDefault="0063351A">
      <w:pPr>
        <w:sectPr w:rsidR="0063351A" w:rsidSect="00034616">
          <w:pgSz w:w="12240" w:h="15840"/>
          <w:pgMar w:top="1440" w:right="1800" w:bottom="1440" w:left="1800" w:header="720" w:footer="720" w:gutter="0"/>
          <w:cols w:space="720"/>
          <w:docGrid w:linePitch="360"/>
        </w:sectPr>
      </w:pPr>
    </w:p>
    <w:p w14:paraId="5B8DB4CA" w14:textId="77777777" w:rsidR="001A5159" w:rsidRDefault="001A5159"/>
    <w:p w14:paraId="665D7D4D" w14:textId="77777777" w:rsidR="001A5159" w:rsidRPr="0063351A" w:rsidRDefault="00000000" w:rsidP="0063351A">
      <w:pPr>
        <w:pStyle w:val="Heading1"/>
        <w:rPr>
          <w:rFonts w:ascii="Garamond" w:hAnsi="Garamond"/>
          <w:color w:val="auto"/>
          <w:sz w:val="40"/>
          <w:szCs w:val="40"/>
        </w:rPr>
      </w:pPr>
      <w:bookmarkStart w:id="41" w:name="_Toc214830337"/>
      <w:r w:rsidRPr="0063351A">
        <w:rPr>
          <w:rFonts w:ascii="Garamond" w:hAnsi="Garamond"/>
          <w:color w:val="auto"/>
          <w:sz w:val="40"/>
          <w:szCs w:val="40"/>
        </w:rPr>
        <w:t>BLUEPRINT EIGHTEEN — AI-POWERED PODCAST SHOW NOTES, SUMMARIES &amp; CONTENT REPURPOSING ENGINE</w:t>
      </w:r>
      <w:bookmarkEnd w:id="41"/>
    </w:p>
    <w:p w14:paraId="2B9CDD99" w14:textId="77777777" w:rsidR="001A5159" w:rsidRPr="0063351A" w:rsidRDefault="00000000" w:rsidP="0063351A">
      <w:pPr>
        <w:pStyle w:val="Heading2"/>
        <w:rPr>
          <w:rFonts w:ascii="Garamond" w:hAnsi="Garamond"/>
          <w:color w:val="auto"/>
          <w:sz w:val="28"/>
          <w:szCs w:val="28"/>
        </w:rPr>
      </w:pPr>
      <w:bookmarkStart w:id="42" w:name="_Toc214830338"/>
      <w:r w:rsidRPr="0063351A">
        <w:rPr>
          <w:rFonts w:ascii="Garamond" w:hAnsi="Garamond"/>
          <w:color w:val="auto"/>
          <w:sz w:val="28"/>
          <w:szCs w:val="28"/>
        </w:rPr>
        <w:t xml:space="preserve">(The Blueprint That Transforms Any Podcast Episode </w:t>
      </w:r>
      <w:proofErr w:type="gramStart"/>
      <w:r w:rsidRPr="0063351A">
        <w:rPr>
          <w:rFonts w:ascii="Garamond" w:hAnsi="Garamond"/>
          <w:color w:val="auto"/>
          <w:sz w:val="28"/>
          <w:szCs w:val="28"/>
        </w:rPr>
        <w:t>Into</w:t>
      </w:r>
      <w:proofErr w:type="gramEnd"/>
      <w:r w:rsidRPr="0063351A">
        <w:rPr>
          <w:rFonts w:ascii="Garamond" w:hAnsi="Garamond"/>
          <w:color w:val="auto"/>
          <w:sz w:val="28"/>
          <w:szCs w:val="28"/>
        </w:rPr>
        <w:t xml:space="preserve"> Dozens of High-Value Content Assets — Fast)</w:t>
      </w:r>
      <w:bookmarkEnd w:id="42"/>
    </w:p>
    <w:p w14:paraId="3BEDFC44" w14:textId="77777777" w:rsidR="001A5159" w:rsidRDefault="00000000">
      <w:r>
        <w:rPr>
          <w:rFonts w:ascii="Garamond" w:hAnsi="Garamond"/>
          <w:sz w:val="24"/>
        </w:rPr>
        <w:t>Podcasters are overworked and under-supported.</w:t>
      </w:r>
    </w:p>
    <w:p w14:paraId="33F393B2" w14:textId="77777777" w:rsidR="001A5159" w:rsidRDefault="00000000">
      <w:r>
        <w:rPr>
          <w:rFonts w:ascii="Garamond" w:hAnsi="Garamond"/>
          <w:sz w:val="24"/>
        </w:rPr>
        <w:t>They record episodes…</w:t>
      </w:r>
      <w:r>
        <w:rPr>
          <w:rFonts w:ascii="Garamond" w:hAnsi="Garamond"/>
          <w:sz w:val="24"/>
        </w:rPr>
        <w:br/>
        <w:t>…but then they still need:</w:t>
      </w:r>
    </w:p>
    <w:p w14:paraId="2275E916" w14:textId="77777777" w:rsidR="001A5159" w:rsidRDefault="00000000">
      <w:r>
        <w:rPr>
          <w:rFonts w:ascii="Garamond" w:hAnsi="Garamond"/>
          <w:sz w:val="24"/>
        </w:rPr>
        <w:t xml:space="preserve">show </w:t>
      </w:r>
      <w:proofErr w:type="gramStart"/>
      <w:r>
        <w:rPr>
          <w:rFonts w:ascii="Garamond" w:hAnsi="Garamond"/>
          <w:sz w:val="24"/>
        </w:rPr>
        <w:t>notes</w:t>
      </w:r>
      <w:proofErr w:type="gramEnd"/>
    </w:p>
    <w:p w14:paraId="207BA72B" w14:textId="77777777" w:rsidR="001A5159" w:rsidRDefault="00000000">
      <w:r>
        <w:rPr>
          <w:rFonts w:ascii="Garamond" w:hAnsi="Garamond"/>
          <w:sz w:val="24"/>
        </w:rPr>
        <w:t>summaries</w:t>
      </w:r>
    </w:p>
    <w:p w14:paraId="42C8DC9C" w14:textId="77777777" w:rsidR="001A5159" w:rsidRDefault="00000000">
      <w:r>
        <w:rPr>
          <w:rFonts w:ascii="Garamond" w:hAnsi="Garamond"/>
          <w:sz w:val="24"/>
        </w:rPr>
        <w:t>timestamps</w:t>
      </w:r>
    </w:p>
    <w:p w14:paraId="2EC42B28" w14:textId="77777777" w:rsidR="001A5159" w:rsidRDefault="00000000">
      <w:r>
        <w:rPr>
          <w:rFonts w:ascii="Garamond" w:hAnsi="Garamond"/>
          <w:sz w:val="24"/>
        </w:rPr>
        <w:t xml:space="preserve">highlight </w:t>
      </w:r>
      <w:proofErr w:type="gramStart"/>
      <w:r>
        <w:rPr>
          <w:rFonts w:ascii="Garamond" w:hAnsi="Garamond"/>
          <w:sz w:val="24"/>
        </w:rPr>
        <w:t>clips</w:t>
      </w:r>
      <w:proofErr w:type="gramEnd"/>
    </w:p>
    <w:p w14:paraId="36B8793F" w14:textId="77777777" w:rsidR="001A5159" w:rsidRDefault="00000000">
      <w:r>
        <w:rPr>
          <w:rFonts w:ascii="Garamond" w:hAnsi="Garamond"/>
          <w:sz w:val="24"/>
        </w:rPr>
        <w:t>social captions</w:t>
      </w:r>
    </w:p>
    <w:p w14:paraId="5E1025F3" w14:textId="77777777" w:rsidR="001A5159" w:rsidRDefault="00000000">
      <w:r>
        <w:rPr>
          <w:rFonts w:ascii="Garamond" w:hAnsi="Garamond"/>
          <w:sz w:val="24"/>
        </w:rPr>
        <w:t>promotional posts</w:t>
      </w:r>
    </w:p>
    <w:p w14:paraId="2C8CC0BB" w14:textId="77777777" w:rsidR="001A5159" w:rsidRDefault="00000000">
      <w:r>
        <w:rPr>
          <w:rFonts w:ascii="Garamond" w:hAnsi="Garamond"/>
          <w:sz w:val="24"/>
        </w:rPr>
        <w:t>newsletters</w:t>
      </w:r>
    </w:p>
    <w:p w14:paraId="2ECA9D87" w14:textId="77777777" w:rsidR="001A5159" w:rsidRDefault="00000000">
      <w:r>
        <w:rPr>
          <w:rFonts w:ascii="Garamond" w:hAnsi="Garamond"/>
          <w:sz w:val="24"/>
        </w:rPr>
        <w:t>blogs</w:t>
      </w:r>
    </w:p>
    <w:p w14:paraId="2E0A047C" w14:textId="77777777" w:rsidR="001A5159" w:rsidRDefault="00000000">
      <w:r>
        <w:rPr>
          <w:rFonts w:ascii="Garamond" w:hAnsi="Garamond"/>
          <w:sz w:val="24"/>
        </w:rPr>
        <w:t>quotes</w:t>
      </w:r>
    </w:p>
    <w:p w14:paraId="515AC49D" w14:textId="77777777" w:rsidR="001A5159" w:rsidRDefault="00000000">
      <w:r>
        <w:rPr>
          <w:rFonts w:ascii="Garamond" w:hAnsi="Garamond"/>
          <w:sz w:val="24"/>
        </w:rPr>
        <w:t>reels scripts</w:t>
      </w:r>
    </w:p>
    <w:p w14:paraId="2235A463" w14:textId="77777777" w:rsidR="001A5159" w:rsidRDefault="00000000">
      <w:r>
        <w:rPr>
          <w:rFonts w:ascii="Garamond" w:hAnsi="Garamond"/>
          <w:sz w:val="24"/>
        </w:rPr>
        <w:t>repurposed content</w:t>
      </w:r>
    </w:p>
    <w:p w14:paraId="7EF02C46" w14:textId="77777777" w:rsidR="001A5159" w:rsidRDefault="00000000">
      <w:r>
        <w:rPr>
          <w:rFonts w:ascii="Garamond" w:hAnsi="Garamond"/>
          <w:sz w:val="24"/>
        </w:rPr>
        <w:t>Most podcasters never do all this because it takes hours.</w:t>
      </w:r>
    </w:p>
    <w:p w14:paraId="5EDF701D" w14:textId="77777777" w:rsidR="001A5159" w:rsidRDefault="00000000">
      <w:r>
        <w:rPr>
          <w:rFonts w:ascii="Garamond" w:hAnsi="Garamond"/>
          <w:sz w:val="24"/>
        </w:rPr>
        <w:t>This blueprint makes you the person who does it all for them — using AI.</w:t>
      </w:r>
    </w:p>
    <w:p w14:paraId="3CDCFDF3" w14:textId="77777777" w:rsidR="001A5159" w:rsidRDefault="00000000">
      <w:r>
        <w:rPr>
          <w:rFonts w:ascii="Garamond" w:hAnsi="Garamond"/>
          <w:sz w:val="24"/>
        </w:rPr>
        <w:t>It’s one of the easiest AND most profitable services in the entire book.</w:t>
      </w:r>
    </w:p>
    <w:p w14:paraId="05071EF5" w14:textId="77777777" w:rsidR="001A5159" w:rsidRDefault="001A5159"/>
    <w:p w14:paraId="7D3B6202" w14:textId="77777777" w:rsidR="001A5159" w:rsidRDefault="00000000">
      <w:r>
        <w:rPr>
          <w:rFonts w:ascii="Garamond" w:hAnsi="Garamond"/>
          <w:sz w:val="24"/>
        </w:rPr>
        <w:t>Why This Blueprint Works</w:t>
      </w:r>
    </w:p>
    <w:p w14:paraId="6A2BF217" w14:textId="77777777" w:rsidR="001A5159" w:rsidRDefault="00000000">
      <w:r>
        <w:rPr>
          <w:rFonts w:ascii="Garamond" w:hAnsi="Garamond"/>
          <w:sz w:val="24"/>
        </w:rPr>
        <w:lastRenderedPageBreak/>
        <w:t>Podcasters are desperate for help because:</w:t>
      </w:r>
    </w:p>
    <w:p w14:paraId="32F356DD" w14:textId="77777777" w:rsidR="001A5159" w:rsidRDefault="00000000">
      <w:r>
        <w:rPr>
          <w:rFonts w:ascii="Garamond" w:hAnsi="Garamond"/>
          <w:sz w:val="24"/>
        </w:rPr>
        <w:t xml:space="preserve">they don’t have </w:t>
      </w:r>
      <w:proofErr w:type="gramStart"/>
      <w:r>
        <w:rPr>
          <w:rFonts w:ascii="Garamond" w:hAnsi="Garamond"/>
          <w:sz w:val="24"/>
        </w:rPr>
        <w:t>time</w:t>
      </w:r>
      <w:proofErr w:type="gramEnd"/>
    </w:p>
    <w:p w14:paraId="3C583573" w14:textId="77777777" w:rsidR="001A5159" w:rsidRDefault="00000000">
      <w:r>
        <w:rPr>
          <w:rFonts w:ascii="Garamond" w:hAnsi="Garamond"/>
          <w:sz w:val="24"/>
        </w:rPr>
        <w:t xml:space="preserve">they don’t enjoy </w:t>
      </w:r>
      <w:proofErr w:type="gramStart"/>
      <w:r>
        <w:rPr>
          <w:rFonts w:ascii="Garamond" w:hAnsi="Garamond"/>
          <w:sz w:val="24"/>
        </w:rPr>
        <w:t>writing</w:t>
      </w:r>
      <w:proofErr w:type="gramEnd"/>
    </w:p>
    <w:p w14:paraId="1F075C77" w14:textId="77777777" w:rsidR="001A5159" w:rsidRDefault="00000000">
      <w:r>
        <w:rPr>
          <w:rFonts w:ascii="Garamond" w:hAnsi="Garamond"/>
          <w:sz w:val="24"/>
        </w:rPr>
        <w:t xml:space="preserve">they don’t know how to </w:t>
      </w:r>
      <w:proofErr w:type="gramStart"/>
      <w:r>
        <w:rPr>
          <w:rFonts w:ascii="Garamond" w:hAnsi="Garamond"/>
          <w:sz w:val="24"/>
        </w:rPr>
        <w:t>repurpose</w:t>
      </w:r>
      <w:proofErr w:type="gramEnd"/>
    </w:p>
    <w:p w14:paraId="7872F2FB" w14:textId="77777777" w:rsidR="001A5159" w:rsidRDefault="00000000">
      <w:r>
        <w:rPr>
          <w:rFonts w:ascii="Garamond" w:hAnsi="Garamond"/>
          <w:sz w:val="24"/>
        </w:rPr>
        <w:t xml:space="preserve">their episodes pile </w:t>
      </w:r>
      <w:proofErr w:type="gramStart"/>
      <w:r>
        <w:rPr>
          <w:rFonts w:ascii="Garamond" w:hAnsi="Garamond"/>
          <w:sz w:val="24"/>
        </w:rPr>
        <w:t>up</w:t>
      </w:r>
      <w:proofErr w:type="gramEnd"/>
    </w:p>
    <w:p w14:paraId="6CE07866" w14:textId="77777777" w:rsidR="001A5159" w:rsidRDefault="00000000">
      <w:r>
        <w:rPr>
          <w:rFonts w:ascii="Garamond" w:hAnsi="Garamond"/>
          <w:sz w:val="24"/>
        </w:rPr>
        <w:t xml:space="preserve">their content dies after </w:t>
      </w:r>
      <w:proofErr w:type="gramStart"/>
      <w:r>
        <w:rPr>
          <w:rFonts w:ascii="Garamond" w:hAnsi="Garamond"/>
          <w:sz w:val="24"/>
        </w:rPr>
        <w:t>publishing</w:t>
      </w:r>
      <w:proofErr w:type="gramEnd"/>
    </w:p>
    <w:p w14:paraId="7A77CC93" w14:textId="77777777" w:rsidR="001A5159" w:rsidRDefault="00000000">
      <w:proofErr w:type="gramStart"/>
      <w:r>
        <w:rPr>
          <w:rFonts w:ascii="Garamond" w:hAnsi="Garamond"/>
          <w:sz w:val="24"/>
        </w:rPr>
        <w:t>they</w:t>
      </w:r>
      <w:proofErr w:type="gramEnd"/>
      <w:r>
        <w:rPr>
          <w:rFonts w:ascii="Garamond" w:hAnsi="Garamond"/>
          <w:sz w:val="24"/>
        </w:rPr>
        <w:t xml:space="preserve"> lose </w:t>
      </w:r>
      <w:proofErr w:type="gramStart"/>
      <w:r>
        <w:rPr>
          <w:rFonts w:ascii="Garamond" w:hAnsi="Garamond"/>
          <w:sz w:val="24"/>
        </w:rPr>
        <w:t>reach</w:t>
      </w:r>
      <w:proofErr w:type="gramEnd"/>
    </w:p>
    <w:p w14:paraId="60F0166A" w14:textId="77777777" w:rsidR="001A5159" w:rsidRDefault="00000000">
      <w:r>
        <w:rPr>
          <w:rFonts w:ascii="Garamond" w:hAnsi="Garamond"/>
          <w:sz w:val="24"/>
        </w:rPr>
        <w:t xml:space="preserve">they miss ranking </w:t>
      </w:r>
      <w:proofErr w:type="gramStart"/>
      <w:r>
        <w:rPr>
          <w:rFonts w:ascii="Garamond" w:hAnsi="Garamond"/>
          <w:sz w:val="24"/>
        </w:rPr>
        <w:t>opportunities</w:t>
      </w:r>
      <w:proofErr w:type="gramEnd"/>
    </w:p>
    <w:p w14:paraId="7598D9D0" w14:textId="77777777" w:rsidR="001A5159" w:rsidRDefault="00000000">
      <w:proofErr w:type="gramStart"/>
      <w:r>
        <w:rPr>
          <w:rFonts w:ascii="Garamond" w:hAnsi="Garamond"/>
          <w:sz w:val="24"/>
        </w:rPr>
        <w:t>they</w:t>
      </w:r>
      <w:proofErr w:type="gramEnd"/>
      <w:r>
        <w:rPr>
          <w:rFonts w:ascii="Garamond" w:hAnsi="Garamond"/>
          <w:sz w:val="24"/>
        </w:rPr>
        <w:t xml:space="preserve"> miss </w:t>
      </w:r>
      <w:proofErr w:type="gramStart"/>
      <w:r>
        <w:rPr>
          <w:rFonts w:ascii="Garamond" w:hAnsi="Garamond"/>
          <w:sz w:val="24"/>
        </w:rPr>
        <w:t>SEO</w:t>
      </w:r>
      <w:proofErr w:type="gramEnd"/>
    </w:p>
    <w:p w14:paraId="03E903B1" w14:textId="77777777" w:rsidR="001A5159" w:rsidRDefault="00000000">
      <w:proofErr w:type="gramStart"/>
      <w:r>
        <w:rPr>
          <w:rFonts w:ascii="Garamond" w:hAnsi="Garamond"/>
          <w:sz w:val="24"/>
        </w:rPr>
        <w:t>they</w:t>
      </w:r>
      <w:proofErr w:type="gramEnd"/>
      <w:r>
        <w:rPr>
          <w:rFonts w:ascii="Garamond" w:hAnsi="Garamond"/>
          <w:sz w:val="24"/>
        </w:rPr>
        <w:t xml:space="preserve"> miss social </w:t>
      </w:r>
      <w:proofErr w:type="gramStart"/>
      <w:r>
        <w:rPr>
          <w:rFonts w:ascii="Garamond" w:hAnsi="Garamond"/>
          <w:sz w:val="24"/>
        </w:rPr>
        <w:t>growth</w:t>
      </w:r>
      <w:proofErr w:type="gramEnd"/>
    </w:p>
    <w:p w14:paraId="1D3F4BFC" w14:textId="77777777" w:rsidR="001A5159" w:rsidRDefault="00000000">
      <w:r>
        <w:rPr>
          <w:rFonts w:ascii="Garamond" w:hAnsi="Garamond"/>
          <w:sz w:val="24"/>
        </w:rPr>
        <w:t>AI lets you turn one episode into:</w:t>
      </w:r>
    </w:p>
    <w:p w14:paraId="2052BC3E" w14:textId="77777777" w:rsidR="001A5159" w:rsidRDefault="00000000">
      <w:r>
        <w:rPr>
          <w:rFonts w:ascii="Garamond" w:hAnsi="Garamond"/>
          <w:sz w:val="24"/>
        </w:rPr>
        <w:t>a long-form blog</w:t>
      </w:r>
    </w:p>
    <w:p w14:paraId="210C6B1F" w14:textId="77777777" w:rsidR="001A5159" w:rsidRDefault="00000000">
      <w:r>
        <w:rPr>
          <w:rFonts w:ascii="Garamond" w:hAnsi="Garamond"/>
          <w:sz w:val="24"/>
        </w:rPr>
        <w:t>detailed show notes</w:t>
      </w:r>
    </w:p>
    <w:p w14:paraId="74763A82" w14:textId="77777777" w:rsidR="001A5159" w:rsidRDefault="00000000">
      <w:r>
        <w:rPr>
          <w:rFonts w:ascii="Garamond" w:hAnsi="Garamond"/>
          <w:sz w:val="24"/>
        </w:rPr>
        <w:t>bullet summaries</w:t>
      </w:r>
    </w:p>
    <w:p w14:paraId="76AF7A8B" w14:textId="77777777" w:rsidR="001A5159" w:rsidRDefault="00000000">
      <w:r>
        <w:rPr>
          <w:rFonts w:ascii="Garamond" w:hAnsi="Garamond"/>
          <w:sz w:val="24"/>
        </w:rPr>
        <w:t>key insights</w:t>
      </w:r>
    </w:p>
    <w:p w14:paraId="44FD274C" w14:textId="77777777" w:rsidR="001A5159" w:rsidRDefault="00000000">
      <w:r>
        <w:rPr>
          <w:rFonts w:ascii="Garamond" w:hAnsi="Garamond"/>
          <w:sz w:val="24"/>
        </w:rPr>
        <w:t>timestamps</w:t>
      </w:r>
    </w:p>
    <w:p w14:paraId="3ED971BD" w14:textId="77777777" w:rsidR="001A5159" w:rsidRDefault="00000000">
      <w:r>
        <w:rPr>
          <w:rFonts w:ascii="Garamond" w:hAnsi="Garamond"/>
          <w:sz w:val="24"/>
        </w:rPr>
        <w:t>quotes</w:t>
      </w:r>
    </w:p>
    <w:p w14:paraId="36ED456A" w14:textId="77777777" w:rsidR="001A5159" w:rsidRDefault="00000000">
      <w:r>
        <w:rPr>
          <w:rFonts w:ascii="Garamond" w:hAnsi="Garamond"/>
          <w:sz w:val="24"/>
        </w:rPr>
        <w:t>10–20 social posts</w:t>
      </w:r>
    </w:p>
    <w:p w14:paraId="478CC09C" w14:textId="77777777" w:rsidR="001A5159" w:rsidRDefault="00000000">
      <w:r>
        <w:rPr>
          <w:rFonts w:ascii="Garamond" w:hAnsi="Garamond"/>
          <w:sz w:val="24"/>
        </w:rPr>
        <w:t>carousel scripts</w:t>
      </w:r>
    </w:p>
    <w:p w14:paraId="7DC5F6FC" w14:textId="77777777" w:rsidR="001A5159" w:rsidRDefault="00000000">
      <w:r>
        <w:rPr>
          <w:rFonts w:ascii="Garamond" w:hAnsi="Garamond"/>
          <w:sz w:val="24"/>
        </w:rPr>
        <w:t>reels scripts</w:t>
      </w:r>
    </w:p>
    <w:p w14:paraId="2EA12B57" w14:textId="77777777" w:rsidR="001A5159" w:rsidRDefault="00000000">
      <w:r>
        <w:rPr>
          <w:rFonts w:ascii="Garamond" w:hAnsi="Garamond"/>
          <w:sz w:val="24"/>
        </w:rPr>
        <w:t>tweets</w:t>
      </w:r>
    </w:p>
    <w:p w14:paraId="780883F1" w14:textId="77777777" w:rsidR="001A5159" w:rsidRDefault="00000000">
      <w:r>
        <w:rPr>
          <w:rFonts w:ascii="Garamond" w:hAnsi="Garamond"/>
          <w:sz w:val="24"/>
        </w:rPr>
        <w:t>email newsletters</w:t>
      </w:r>
    </w:p>
    <w:p w14:paraId="79BA9E7F" w14:textId="77777777" w:rsidR="001A5159" w:rsidRDefault="00000000">
      <w:r>
        <w:rPr>
          <w:rFonts w:ascii="Garamond" w:hAnsi="Garamond"/>
          <w:sz w:val="24"/>
        </w:rPr>
        <w:t>episode descriptions</w:t>
      </w:r>
    </w:p>
    <w:p w14:paraId="075F6859" w14:textId="77777777" w:rsidR="001A5159" w:rsidRDefault="00000000">
      <w:r>
        <w:rPr>
          <w:rFonts w:ascii="Garamond" w:hAnsi="Garamond"/>
          <w:sz w:val="24"/>
        </w:rPr>
        <w:t>content calendars</w:t>
      </w:r>
    </w:p>
    <w:p w14:paraId="7232DBB2" w14:textId="77777777" w:rsidR="001A5159" w:rsidRDefault="00000000">
      <w:r>
        <w:rPr>
          <w:rFonts w:ascii="Garamond" w:hAnsi="Garamond"/>
          <w:sz w:val="24"/>
        </w:rPr>
        <w:t>Podcasters LOVE this because it multiplies their content with no effort on their part.</w:t>
      </w:r>
    </w:p>
    <w:p w14:paraId="242332CD" w14:textId="77777777" w:rsidR="001A5159" w:rsidRDefault="001A5159"/>
    <w:p w14:paraId="7560B51E" w14:textId="77777777" w:rsidR="001A5159" w:rsidRDefault="00000000">
      <w:r>
        <w:rPr>
          <w:rFonts w:ascii="Garamond" w:hAnsi="Garamond"/>
          <w:sz w:val="24"/>
        </w:rPr>
        <w:t>Tools You Need</w:t>
      </w:r>
    </w:p>
    <w:p w14:paraId="1A112727" w14:textId="77777777" w:rsidR="001A5159" w:rsidRDefault="00000000">
      <w:r>
        <w:rPr>
          <w:rFonts w:ascii="Garamond" w:hAnsi="Garamond"/>
          <w:sz w:val="24"/>
        </w:rPr>
        <w:t>ChatGPT / Claude — content generation</w:t>
      </w:r>
      <w:r>
        <w:rPr>
          <w:rFonts w:ascii="Garamond" w:hAnsi="Garamond"/>
          <w:sz w:val="24"/>
        </w:rPr>
        <w:br/>
        <w:t>Descript / Otter.ai / Riverside — transcription</w:t>
      </w:r>
      <w:r>
        <w:rPr>
          <w:rFonts w:ascii="Garamond" w:hAnsi="Garamond"/>
          <w:sz w:val="24"/>
        </w:rPr>
        <w:br/>
        <w:t>Canva — graphics + quote posts</w:t>
      </w:r>
      <w:r>
        <w:rPr>
          <w:rFonts w:ascii="Garamond" w:hAnsi="Garamond"/>
          <w:sz w:val="24"/>
        </w:rPr>
        <w:br/>
        <w:t xml:space="preserve">Google Docs — delivery </w:t>
      </w:r>
      <w:proofErr w:type="gramStart"/>
      <w:r>
        <w:rPr>
          <w:rFonts w:ascii="Garamond" w:hAnsi="Garamond"/>
          <w:sz w:val="24"/>
        </w:rPr>
        <w:t>format</w:t>
      </w:r>
      <w:proofErr w:type="gramEnd"/>
    </w:p>
    <w:p w14:paraId="1F17C256" w14:textId="77777777" w:rsidR="001A5159" w:rsidRDefault="00000000">
      <w:r>
        <w:rPr>
          <w:rFonts w:ascii="Garamond" w:hAnsi="Garamond"/>
          <w:sz w:val="24"/>
        </w:rPr>
        <w:t>Optional (high value):</w:t>
      </w:r>
      <w:r>
        <w:rPr>
          <w:rFonts w:ascii="Garamond" w:hAnsi="Garamond"/>
          <w:sz w:val="24"/>
        </w:rPr>
        <w:br/>
        <w:t>Headliner / OpusClip for video clipping</w:t>
      </w:r>
      <w:r>
        <w:rPr>
          <w:rFonts w:ascii="Garamond" w:hAnsi="Garamond"/>
          <w:sz w:val="24"/>
        </w:rPr>
        <w:br/>
        <w:t xml:space="preserve">Notion for managing their content </w:t>
      </w:r>
      <w:proofErr w:type="gramStart"/>
      <w:r>
        <w:rPr>
          <w:rFonts w:ascii="Garamond" w:hAnsi="Garamond"/>
          <w:sz w:val="24"/>
        </w:rPr>
        <w:t>calendar</w:t>
      </w:r>
      <w:proofErr w:type="gramEnd"/>
    </w:p>
    <w:p w14:paraId="6D871570" w14:textId="77777777" w:rsidR="001A5159" w:rsidRDefault="001A5159"/>
    <w:p w14:paraId="724E4C5E" w14:textId="77777777" w:rsidR="001A5159" w:rsidRDefault="00000000">
      <w:r>
        <w:rPr>
          <w:rFonts w:ascii="Garamond" w:hAnsi="Garamond"/>
          <w:sz w:val="24"/>
        </w:rPr>
        <w:t>What You’ll Offer</w:t>
      </w:r>
    </w:p>
    <w:p w14:paraId="40D49488" w14:textId="77777777" w:rsidR="001A5159" w:rsidRDefault="00000000">
      <w:r>
        <w:rPr>
          <w:rFonts w:ascii="Garamond" w:hAnsi="Garamond"/>
          <w:sz w:val="24"/>
        </w:rPr>
        <w:t>You can create:</w:t>
      </w:r>
    </w:p>
    <w:p w14:paraId="3652EBEA" w14:textId="77777777" w:rsidR="001A5159" w:rsidRDefault="00000000">
      <w:r>
        <w:rPr>
          <w:rFonts w:ascii="Garamond" w:hAnsi="Garamond"/>
          <w:sz w:val="24"/>
        </w:rPr>
        <w:t xml:space="preserve">show </w:t>
      </w:r>
      <w:proofErr w:type="gramStart"/>
      <w:r>
        <w:rPr>
          <w:rFonts w:ascii="Garamond" w:hAnsi="Garamond"/>
          <w:sz w:val="24"/>
        </w:rPr>
        <w:t>notes</w:t>
      </w:r>
      <w:proofErr w:type="gramEnd"/>
    </w:p>
    <w:p w14:paraId="263146ED" w14:textId="77777777" w:rsidR="001A5159" w:rsidRDefault="00000000">
      <w:r>
        <w:rPr>
          <w:rFonts w:ascii="Garamond" w:hAnsi="Garamond"/>
          <w:sz w:val="24"/>
        </w:rPr>
        <w:t>summaries</w:t>
      </w:r>
    </w:p>
    <w:p w14:paraId="4B7AC08C" w14:textId="77777777" w:rsidR="001A5159" w:rsidRDefault="00000000">
      <w:r>
        <w:rPr>
          <w:rFonts w:ascii="Garamond" w:hAnsi="Garamond"/>
          <w:sz w:val="24"/>
        </w:rPr>
        <w:t>timestamps</w:t>
      </w:r>
    </w:p>
    <w:p w14:paraId="3F399B84" w14:textId="77777777" w:rsidR="001A5159" w:rsidRDefault="00000000">
      <w:r>
        <w:rPr>
          <w:rFonts w:ascii="Garamond" w:hAnsi="Garamond"/>
          <w:sz w:val="24"/>
        </w:rPr>
        <w:t>SEO descriptions</w:t>
      </w:r>
    </w:p>
    <w:p w14:paraId="200FFCEF" w14:textId="77777777" w:rsidR="001A5159" w:rsidRDefault="00000000">
      <w:r>
        <w:rPr>
          <w:rFonts w:ascii="Garamond" w:hAnsi="Garamond"/>
          <w:sz w:val="24"/>
        </w:rPr>
        <w:t>guest highlights</w:t>
      </w:r>
    </w:p>
    <w:p w14:paraId="20671878" w14:textId="77777777" w:rsidR="001A5159" w:rsidRDefault="00000000">
      <w:r>
        <w:rPr>
          <w:rFonts w:ascii="Garamond" w:hAnsi="Garamond"/>
          <w:sz w:val="24"/>
        </w:rPr>
        <w:t>episode outlines</w:t>
      </w:r>
    </w:p>
    <w:p w14:paraId="2E227D8D" w14:textId="77777777" w:rsidR="001A5159" w:rsidRDefault="00000000">
      <w:r>
        <w:rPr>
          <w:rFonts w:ascii="Garamond" w:hAnsi="Garamond"/>
          <w:sz w:val="24"/>
        </w:rPr>
        <w:t>quote graphics</w:t>
      </w:r>
    </w:p>
    <w:p w14:paraId="7C374869" w14:textId="77777777" w:rsidR="001A5159" w:rsidRDefault="00000000">
      <w:r>
        <w:rPr>
          <w:rFonts w:ascii="Garamond" w:hAnsi="Garamond"/>
          <w:sz w:val="24"/>
        </w:rPr>
        <w:t xml:space="preserve">repurposed social </w:t>
      </w:r>
      <w:proofErr w:type="gramStart"/>
      <w:r>
        <w:rPr>
          <w:rFonts w:ascii="Garamond" w:hAnsi="Garamond"/>
          <w:sz w:val="24"/>
        </w:rPr>
        <w:t>content</w:t>
      </w:r>
      <w:proofErr w:type="gramEnd"/>
    </w:p>
    <w:p w14:paraId="6FE1DB34" w14:textId="77777777" w:rsidR="001A5159" w:rsidRDefault="00000000">
      <w:r>
        <w:rPr>
          <w:rFonts w:ascii="Garamond" w:hAnsi="Garamond"/>
          <w:sz w:val="24"/>
        </w:rPr>
        <w:t>reels + TikTok scripts</w:t>
      </w:r>
    </w:p>
    <w:p w14:paraId="46A34BDB" w14:textId="77777777" w:rsidR="001A5159" w:rsidRDefault="00000000">
      <w:r>
        <w:rPr>
          <w:rFonts w:ascii="Garamond" w:hAnsi="Garamond"/>
          <w:sz w:val="24"/>
        </w:rPr>
        <w:t>email newsletters</w:t>
      </w:r>
    </w:p>
    <w:p w14:paraId="01A1F50B" w14:textId="77777777" w:rsidR="001A5159" w:rsidRDefault="00000000">
      <w:r>
        <w:rPr>
          <w:rFonts w:ascii="Garamond" w:hAnsi="Garamond"/>
          <w:sz w:val="24"/>
        </w:rPr>
        <w:t>carousel posts</w:t>
      </w:r>
    </w:p>
    <w:p w14:paraId="3D424A5D" w14:textId="77777777" w:rsidR="001A5159" w:rsidRDefault="00000000">
      <w:r>
        <w:rPr>
          <w:rFonts w:ascii="Garamond" w:hAnsi="Garamond"/>
          <w:sz w:val="24"/>
        </w:rPr>
        <w:t>Offer as:</w:t>
      </w:r>
    </w:p>
    <w:p w14:paraId="332BA170" w14:textId="77777777" w:rsidR="001A5159" w:rsidRDefault="00000000">
      <w:r>
        <w:rPr>
          <w:rFonts w:ascii="Garamond" w:hAnsi="Garamond"/>
          <w:sz w:val="24"/>
        </w:rPr>
        <w:t>per-episode packages</w:t>
      </w:r>
    </w:p>
    <w:p w14:paraId="2BDD07DA" w14:textId="77777777" w:rsidR="001A5159" w:rsidRDefault="00000000">
      <w:r>
        <w:rPr>
          <w:rFonts w:ascii="Garamond" w:hAnsi="Garamond"/>
          <w:sz w:val="24"/>
        </w:rPr>
        <w:t>weekly deliverables</w:t>
      </w:r>
    </w:p>
    <w:p w14:paraId="5982F895" w14:textId="77777777" w:rsidR="001A5159" w:rsidRDefault="00000000">
      <w:r>
        <w:rPr>
          <w:rFonts w:ascii="Garamond" w:hAnsi="Garamond"/>
          <w:sz w:val="24"/>
        </w:rPr>
        <w:t>monthly retainers</w:t>
      </w:r>
    </w:p>
    <w:p w14:paraId="1087436C" w14:textId="77777777" w:rsidR="001A5159" w:rsidRDefault="00000000">
      <w:r>
        <w:rPr>
          <w:rFonts w:ascii="Garamond" w:hAnsi="Garamond"/>
          <w:sz w:val="24"/>
        </w:rPr>
        <w:lastRenderedPageBreak/>
        <w:t>This is sticky, recurring work — the gold standard.</w:t>
      </w:r>
    </w:p>
    <w:p w14:paraId="3032512A" w14:textId="77777777" w:rsidR="001A5159" w:rsidRDefault="001A5159"/>
    <w:p w14:paraId="15608450" w14:textId="77777777" w:rsidR="001A5159" w:rsidRDefault="00000000">
      <w:r>
        <w:rPr>
          <w:rFonts w:ascii="Garamond" w:hAnsi="Garamond"/>
          <w:sz w:val="24"/>
        </w:rPr>
        <w:t>AI-Powered Workflow (Step-by-Step)</w:t>
      </w:r>
    </w:p>
    <w:p w14:paraId="32C0B28D" w14:textId="77777777" w:rsidR="001A5159" w:rsidRDefault="00000000">
      <w:r>
        <w:rPr>
          <w:rFonts w:ascii="Garamond" w:hAnsi="Garamond"/>
          <w:sz w:val="24"/>
        </w:rPr>
        <w:t>STEP 1 — Transcribe the Episode</w:t>
      </w:r>
    </w:p>
    <w:p w14:paraId="258E9B9F" w14:textId="77777777" w:rsidR="001A5159" w:rsidRDefault="00000000">
      <w:r>
        <w:rPr>
          <w:rFonts w:ascii="Garamond" w:hAnsi="Garamond"/>
          <w:sz w:val="24"/>
        </w:rPr>
        <w:t>Upload audio into:</w:t>
      </w:r>
    </w:p>
    <w:p w14:paraId="6AF4F8C7" w14:textId="77777777" w:rsidR="001A5159" w:rsidRDefault="00000000">
      <w:proofErr w:type="gramStart"/>
      <w:r>
        <w:rPr>
          <w:rFonts w:ascii="Garamond" w:hAnsi="Garamond"/>
          <w:sz w:val="24"/>
        </w:rPr>
        <w:t>Descript</w:t>
      </w:r>
      <w:proofErr w:type="gramEnd"/>
    </w:p>
    <w:p w14:paraId="52F8D836" w14:textId="77777777" w:rsidR="001A5159" w:rsidRDefault="00000000">
      <w:r>
        <w:rPr>
          <w:rFonts w:ascii="Garamond" w:hAnsi="Garamond"/>
          <w:sz w:val="24"/>
        </w:rPr>
        <w:t>Otter</w:t>
      </w:r>
    </w:p>
    <w:p w14:paraId="2F8B7B71" w14:textId="77777777" w:rsidR="001A5159" w:rsidRDefault="00000000">
      <w:r>
        <w:rPr>
          <w:rFonts w:ascii="Garamond" w:hAnsi="Garamond"/>
          <w:sz w:val="24"/>
        </w:rPr>
        <w:t>Riverside</w:t>
      </w:r>
    </w:p>
    <w:p w14:paraId="150B6024" w14:textId="77777777" w:rsidR="001A5159" w:rsidRDefault="00000000">
      <w:r>
        <w:rPr>
          <w:rFonts w:ascii="Garamond" w:hAnsi="Garamond"/>
          <w:sz w:val="24"/>
        </w:rPr>
        <w:t>Then ask AI:</w:t>
      </w:r>
    </w:p>
    <w:p w14:paraId="7074007E" w14:textId="77777777" w:rsidR="001A5159" w:rsidRDefault="00000000">
      <w:r>
        <w:rPr>
          <w:rFonts w:ascii="Garamond" w:hAnsi="Garamond"/>
          <w:sz w:val="24"/>
        </w:rPr>
        <w:t>“Summarize this episode into key points, takeaways, and insights.”</w:t>
      </w:r>
    </w:p>
    <w:p w14:paraId="2D43E38D" w14:textId="77777777" w:rsidR="001A5159" w:rsidRDefault="001A5159"/>
    <w:p w14:paraId="207D62C7" w14:textId="77777777" w:rsidR="001A5159" w:rsidRDefault="00000000">
      <w:r>
        <w:rPr>
          <w:rFonts w:ascii="Garamond" w:hAnsi="Garamond"/>
          <w:sz w:val="24"/>
        </w:rPr>
        <w:t>STEP 2 — Create Professional Show Notes</w:t>
      </w:r>
    </w:p>
    <w:p w14:paraId="05433BDF" w14:textId="77777777" w:rsidR="001A5159" w:rsidRDefault="00000000">
      <w:r>
        <w:rPr>
          <w:rFonts w:ascii="Garamond" w:hAnsi="Garamond"/>
          <w:sz w:val="24"/>
        </w:rPr>
        <w:t>Ask AI:</w:t>
      </w:r>
    </w:p>
    <w:p w14:paraId="7F5C89BD" w14:textId="77777777" w:rsidR="001A5159" w:rsidRDefault="00000000">
      <w:r>
        <w:rPr>
          <w:rFonts w:ascii="Garamond" w:hAnsi="Garamond"/>
          <w:sz w:val="24"/>
        </w:rPr>
        <w:t>“Write detailed show notes with summary, guest info, timestamps, resources, and bullet takeaways.”</w:t>
      </w:r>
    </w:p>
    <w:p w14:paraId="1C1D0C8D" w14:textId="77777777" w:rsidR="001A5159" w:rsidRDefault="001A5159"/>
    <w:p w14:paraId="21773E7D" w14:textId="77777777" w:rsidR="001A5159" w:rsidRDefault="00000000">
      <w:r>
        <w:rPr>
          <w:rFonts w:ascii="Garamond" w:hAnsi="Garamond"/>
          <w:sz w:val="24"/>
        </w:rPr>
        <w:t>STEP 3 — Generate Repurposed Content</w:t>
      </w:r>
    </w:p>
    <w:p w14:paraId="76A4FCE6" w14:textId="77777777" w:rsidR="001A5159" w:rsidRDefault="00000000">
      <w:r>
        <w:rPr>
          <w:rFonts w:ascii="Garamond" w:hAnsi="Garamond"/>
          <w:sz w:val="24"/>
        </w:rPr>
        <w:t>Ask:</w:t>
      </w:r>
    </w:p>
    <w:p w14:paraId="32870C4D" w14:textId="77777777" w:rsidR="001A5159" w:rsidRDefault="00000000">
      <w:r>
        <w:rPr>
          <w:rFonts w:ascii="Garamond" w:hAnsi="Garamond"/>
          <w:sz w:val="24"/>
        </w:rPr>
        <w:t>“Turn this episode into 10 social posts in different styles (educational, contrarian, inspirational, promotional).”</w:t>
      </w:r>
    </w:p>
    <w:p w14:paraId="01EFAC7C" w14:textId="77777777" w:rsidR="001A5159" w:rsidRDefault="00000000">
      <w:r>
        <w:rPr>
          <w:rFonts w:ascii="Garamond" w:hAnsi="Garamond"/>
          <w:sz w:val="24"/>
        </w:rPr>
        <w:t>Then:</w:t>
      </w:r>
    </w:p>
    <w:p w14:paraId="62B8C199" w14:textId="77777777" w:rsidR="001A5159" w:rsidRDefault="00000000">
      <w:r>
        <w:rPr>
          <w:rFonts w:ascii="Garamond" w:hAnsi="Garamond"/>
          <w:sz w:val="24"/>
        </w:rPr>
        <w:t>“Create a 7-slide carousel script based on the episode.”</w:t>
      </w:r>
    </w:p>
    <w:p w14:paraId="64E7FF65" w14:textId="77777777" w:rsidR="001A5159" w:rsidRDefault="00000000">
      <w:r>
        <w:rPr>
          <w:rFonts w:ascii="Garamond" w:hAnsi="Garamond"/>
          <w:sz w:val="24"/>
        </w:rPr>
        <w:t>And:</w:t>
      </w:r>
    </w:p>
    <w:p w14:paraId="333DBD5A" w14:textId="77777777" w:rsidR="001A5159" w:rsidRDefault="00000000">
      <w:r>
        <w:rPr>
          <w:rFonts w:ascii="Garamond" w:hAnsi="Garamond"/>
          <w:sz w:val="24"/>
        </w:rPr>
        <w:t>“Write 3 reels/TikTok scripts.”</w:t>
      </w:r>
    </w:p>
    <w:p w14:paraId="6296029B" w14:textId="77777777" w:rsidR="001A5159" w:rsidRDefault="001A5159"/>
    <w:p w14:paraId="2FEED724" w14:textId="77777777" w:rsidR="001A5159" w:rsidRDefault="00000000">
      <w:r>
        <w:rPr>
          <w:rFonts w:ascii="Garamond" w:hAnsi="Garamond"/>
          <w:sz w:val="24"/>
        </w:rPr>
        <w:t xml:space="preserve">STEP 4 — Build SEO + </w:t>
      </w:r>
      <w:proofErr w:type="gramStart"/>
      <w:r>
        <w:rPr>
          <w:rFonts w:ascii="Garamond" w:hAnsi="Garamond"/>
          <w:sz w:val="24"/>
        </w:rPr>
        <w:t>Metadata</w:t>
      </w:r>
      <w:proofErr w:type="gramEnd"/>
    </w:p>
    <w:p w14:paraId="78C049F4" w14:textId="77777777" w:rsidR="001A5159" w:rsidRDefault="00000000">
      <w:r>
        <w:rPr>
          <w:rFonts w:ascii="Garamond" w:hAnsi="Garamond"/>
          <w:sz w:val="24"/>
        </w:rPr>
        <w:lastRenderedPageBreak/>
        <w:t>Ask:</w:t>
      </w:r>
    </w:p>
    <w:p w14:paraId="03E21998" w14:textId="77777777" w:rsidR="001A5159" w:rsidRDefault="00000000">
      <w:r>
        <w:rPr>
          <w:rFonts w:ascii="Garamond" w:hAnsi="Garamond"/>
          <w:sz w:val="24"/>
        </w:rPr>
        <w:t>“Write an SEO-optimized title and description for YouTube, Spotify, and Apple Podcasts.”</w:t>
      </w:r>
    </w:p>
    <w:p w14:paraId="13FC8AC1" w14:textId="77777777" w:rsidR="001A5159" w:rsidRDefault="001A5159"/>
    <w:p w14:paraId="5A63B9DF" w14:textId="77777777" w:rsidR="001A5159" w:rsidRDefault="00000000">
      <w:r>
        <w:rPr>
          <w:rFonts w:ascii="Garamond" w:hAnsi="Garamond"/>
          <w:sz w:val="24"/>
        </w:rPr>
        <w:t>STEP 5 — Create Quote Graphics</w:t>
      </w:r>
    </w:p>
    <w:p w14:paraId="3EDE7CD9" w14:textId="77777777" w:rsidR="001A5159" w:rsidRDefault="00000000">
      <w:r>
        <w:rPr>
          <w:rFonts w:ascii="Garamond" w:hAnsi="Garamond"/>
          <w:sz w:val="24"/>
        </w:rPr>
        <w:t>Use AI to extract:</w:t>
      </w:r>
    </w:p>
    <w:p w14:paraId="78686CB1" w14:textId="77777777" w:rsidR="001A5159" w:rsidRDefault="00000000">
      <w:r>
        <w:rPr>
          <w:rFonts w:ascii="Garamond" w:hAnsi="Garamond"/>
          <w:sz w:val="24"/>
        </w:rPr>
        <w:t>punchlines</w:t>
      </w:r>
    </w:p>
    <w:p w14:paraId="591EB6AA" w14:textId="77777777" w:rsidR="001A5159" w:rsidRDefault="00000000">
      <w:r>
        <w:rPr>
          <w:rFonts w:ascii="Garamond" w:hAnsi="Garamond"/>
          <w:sz w:val="24"/>
        </w:rPr>
        <w:t>short insights</w:t>
      </w:r>
    </w:p>
    <w:p w14:paraId="0A52750C" w14:textId="77777777" w:rsidR="001A5159" w:rsidRDefault="00000000">
      <w:r>
        <w:rPr>
          <w:rFonts w:ascii="Garamond" w:hAnsi="Garamond"/>
          <w:sz w:val="24"/>
        </w:rPr>
        <w:t>motivational lines</w:t>
      </w:r>
    </w:p>
    <w:p w14:paraId="1861064F" w14:textId="77777777" w:rsidR="001A5159" w:rsidRDefault="00000000">
      <w:r>
        <w:rPr>
          <w:rFonts w:ascii="Garamond" w:hAnsi="Garamond"/>
          <w:sz w:val="24"/>
        </w:rPr>
        <w:t>Then design 3–5 quote graphics in Canva.</w:t>
      </w:r>
    </w:p>
    <w:p w14:paraId="5D3BB9F9" w14:textId="77777777" w:rsidR="001A5159" w:rsidRDefault="001A5159"/>
    <w:p w14:paraId="575A64EA" w14:textId="77777777" w:rsidR="001A5159" w:rsidRDefault="00000000">
      <w:r>
        <w:rPr>
          <w:rFonts w:ascii="Garamond" w:hAnsi="Garamond"/>
          <w:sz w:val="24"/>
        </w:rPr>
        <w:t>STEP 6 — Deliver the Episode Package</w:t>
      </w:r>
    </w:p>
    <w:p w14:paraId="41DE4E95" w14:textId="77777777" w:rsidR="001A5159" w:rsidRDefault="00000000">
      <w:r>
        <w:rPr>
          <w:rFonts w:ascii="Garamond" w:hAnsi="Garamond"/>
          <w:sz w:val="24"/>
        </w:rPr>
        <w:t>Give the client:</w:t>
      </w:r>
    </w:p>
    <w:p w14:paraId="08798159" w14:textId="77777777" w:rsidR="001A5159" w:rsidRDefault="00000000">
      <w:r>
        <w:rPr>
          <w:rFonts w:ascii="Garamond" w:hAnsi="Garamond"/>
          <w:sz w:val="24"/>
        </w:rPr>
        <w:t xml:space="preserve">show </w:t>
      </w:r>
      <w:proofErr w:type="gramStart"/>
      <w:r>
        <w:rPr>
          <w:rFonts w:ascii="Garamond" w:hAnsi="Garamond"/>
          <w:sz w:val="24"/>
        </w:rPr>
        <w:t>notes</w:t>
      </w:r>
      <w:proofErr w:type="gramEnd"/>
    </w:p>
    <w:p w14:paraId="3863F74B" w14:textId="77777777" w:rsidR="001A5159" w:rsidRDefault="00000000">
      <w:r>
        <w:rPr>
          <w:rFonts w:ascii="Garamond" w:hAnsi="Garamond"/>
          <w:sz w:val="24"/>
        </w:rPr>
        <w:t>summary</w:t>
      </w:r>
    </w:p>
    <w:p w14:paraId="6E12C86B" w14:textId="77777777" w:rsidR="001A5159" w:rsidRDefault="00000000">
      <w:r>
        <w:rPr>
          <w:rFonts w:ascii="Garamond" w:hAnsi="Garamond"/>
          <w:sz w:val="24"/>
        </w:rPr>
        <w:t>timestamps</w:t>
      </w:r>
    </w:p>
    <w:p w14:paraId="619F9858" w14:textId="77777777" w:rsidR="001A5159" w:rsidRDefault="00000000">
      <w:r>
        <w:rPr>
          <w:rFonts w:ascii="Garamond" w:hAnsi="Garamond"/>
          <w:sz w:val="24"/>
        </w:rPr>
        <w:t>SEO description</w:t>
      </w:r>
    </w:p>
    <w:p w14:paraId="42A46254" w14:textId="77777777" w:rsidR="001A5159" w:rsidRDefault="00000000">
      <w:r>
        <w:rPr>
          <w:rFonts w:ascii="Garamond" w:hAnsi="Garamond"/>
          <w:sz w:val="24"/>
        </w:rPr>
        <w:t>social content</w:t>
      </w:r>
    </w:p>
    <w:p w14:paraId="375CFBBF" w14:textId="77777777" w:rsidR="001A5159" w:rsidRDefault="00000000">
      <w:r>
        <w:rPr>
          <w:rFonts w:ascii="Garamond" w:hAnsi="Garamond"/>
          <w:sz w:val="24"/>
        </w:rPr>
        <w:t>quotes</w:t>
      </w:r>
    </w:p>
    <w:p w14:paraId="05328FF4" w14:textId="77777777" w:rsidR="001A5159" w:rsidRDefault="00000000">
      <w:r>
        <w:rPr>
          <w:rFonts w:ascii="Garamond" w:hAnsi="Garamond"/>
          <w:sz w:val="24"/>
        </w:rPr>
        <w:t>carousels</w:t>
      </w:r>
    </w:p>
    <w:p w14:paraId="7FC934A4" w14:textId="77777777" w:rsidR="001A5159" w:rsidRDefault="00000000">
      <w:r>
        <w:rPr>
          <w:rFonts w:ascii="Garamond" w:hAnsi="Garamond"/>
          <w:sz w:val="24"/>
        </w:rPr>
        <w:t>reels scripts</w:t>
      </w:r>
    </w:p>
    <w:p w14:paraId="64F56FD6" w14:textId="77777777" w:rsidR="001A5159" w:rsidRDefault="00000000">
      <w:r>
        <w:rPr>
          <w:rFonts w:ascii="Garamond" w:hAnsi="Garamond"/>
          <w:sz w:val="24"/>
        </w:rPr>
        <w:t>newsletter</w:t>
      </w:r>
    </w:p>
    <w:p w14:paraId="36D0531D" w14:textId="77777777" w:rsidR="001A5159" w:rsidRDefault="00000000">
      <w:r>
        <w:rPr>
          <w:rFonts w:ascii="Garamond" w:hAnsi="Garamond"/>
          <w:sz w:val="24"/>
        </w:rPr>
        <w:t>content calendar</w:t>
      </w:r>
    </w:p>
    <w:p w14:paraId="7111485D" w14:textId="77777777" w:rsidR="001A5159" w:rsidRDefault="00000000">
      <w:r>
        <w:rPr>
          <w:rFonts w:ascii="Garamond" w:hAnsi="Garamond"/>
          <w:sz w:val="24"/>
        </w:rPr>
        <w:t>This is a TON of value for very little time.</w:t>
      </w:r>
    </w:p>
    <w:p w14:paraId="3F1206E7" w14:textId="77777777" w:rsidR="001A5159" w:rsidRDefault="001A5159"/>
    <w:p w14:paraId="319FB425" w14:textId="77777777" w:rsidR="001A5159" w:rsidRDefault="00000000">
      <w:r>
        <w:rPr>
          <w:rFonts w:ascii="Garamond" w:hAnsi="Garamond"/>
          <w:sz w:val="24"/>
        </w:rPr>
        <w:t>Beginner Proof Portfolio</w:t>
      </w:r>
    </w:p>
    <w:p w14:paraId="56CEBC51" w14:textId="77777777" w:rsidR="001A5159" w:rsidRDefault="00000000">
      <w:r>
        <w:rPr>
          <w:rFonts w:ascii="Garamond" w:hAnsi="Garamond"/>
          <w:sz w:val="24"/>
        </w:rPr>
        <w:lastRenderedPageBreak/>
        <w:t>Create samples from:</w:t>
      </w:r>
    </w:p>
    <w:p w14:paraId="541B5733" w14:textId="77777777" w:rsidR="001A5159" w:rsidRDefault="00000000">
      <w:r>
        <w:rPr>
          <w:rFonts w:ascii="Garamond" w:hAnsi="Garamond"/>
          <w:sz w:val="24"/>
        </w:rPr>
        <w:t>a YouTube video</w:t>
      </w:r>
    </w:p>
    <w:p w14:paraId="37ED2F52" w14:textId="77777777" w:rsidR="001A5159" w:rsidRDefault="00000000">
      <w:r>
        <w:rPr>
          <w:rFonts w:ascii="Garamond" w:hAnsi="Garamond"/>
          <w:sz w:val="24"/>
        </w:rPr>
        <w:t>a podcast clip</w:t>
      </w:r>
    </w:p>
    <w:p w14:paraId="213D36EE" w14:textId="77777777" w:rsidR="001A5159" w:rsidRDefault="00000000">
      <w:proofErr w:type="gramStart"/>
      <w:r>
        <w:rPr>
          <w:rFonts w:ascii="Garamond" w:hAnsi="Garamond"/>
          <w:sz w:val="24"/>
        </w:rPr>
        <w:t>a random</w:t>
      </w:r>
      <w:proofErr w:type="gramEnd"/>
      <w:r>
        <w:rPr>
          <w:rFonts w:ascii="Garamond" w:hAnsi="Garamond"/>
          <w:sz w:val="24"/>
        </w:rPr>
        <w:t xml:space="preserve"> interview</w:t>
      </w:r>
    </w:p>
    <w:p w14:paraId="44710FA5" w14:textId="77777777" w:rsidR="001A5159" w:rsidRDefault="00000000">
      <w:r>
        <w:rPr>
          <w:rFonts w:ascii="Garamond" w:hAnsi="Garamond"/>
          <w:sz w:val="24"/>
        </w:rPr>
        <w:t>You don’t need your own podcast — use publicly available content to demonstrate your workflow.</w:t>
      </w:r>
    </w:p>
    <w:p w14:paraId="4071F5D9" w14:textId="77777777" w:rsidR="001A5159" w:rsidRDefault="001A5159"/>
    <w:p w14:paraId="6EF1558E" w14:textId="77777777" w:rsidR="001A5159" w:rsidRDefault="00000000">
      <w:r>
        <w:rPr>
          <w:rFonts w:ascii="Garamond" w:hAnsi="Garamond"/>
          <w:sz w:val="24"/>
        </w:rPr>
        <w:t>Pricing Guide</w:t>
      </w:r>
    </w:p>
    <w:p w14:paraId="3B6C0C9E" w14:textId="77777777" w:rsidR="001A5159" w:rsidRDefault="00000000">
      <w:r>
        <w:rPr>
          <w:rFonts w:ascii="Garamond" w:hAnsi="Garamond"/>
          <w:sz w:val="24"/>
        </w:rPr>
        <w:t>Beginners:</w:t>
      </w:r>
    </w:p>
    <w:p w14:paraId="3B2CCFC2" w14:textId="77777777" w:rsidR="001A5159" w:rsidRDefault="00000000">
      <w:r>
        <w:rPr>
          <w:rFonts w:ascii="Garamond" w:hAnsi="Garamond"/>
          <w:sz w:val="24"/>
        </w:rPr>
        <w:t>$40–$80 per episode</w:t>
      </w:r>
    </w:p>
    <w:p w14:paraId="412B0E75" w14:textId="77777777" w:rsidR="001A5159" w:rsidRDefault="00000000">
      <w:r>
        <w:rPr>
          <w:rFonts w:ascii="Garamond" w:hAnsi="Garamond"/>
          <w:sz w:val="24"/>
        </w:rPr>
        <w:t>$150/week for 4 repurposed assets</w:t>
      </w:r>
    </w:p>
    <w:p w14:paraId="2BD67533" w14:textId="77777777" w:rsidR="001A5159" w:rsidRDefault="00000000">
      <w:r>
        <w:rPr>
          <w:rFonts w:ascii="Garamond" w:hAnsi="Garamond"/>
          <w:sz w:val="24"/>
        </w:rPr>
        <w:t>Intermediate:</w:t>
      </w:r>
    </w:p>
    <w:p w14:paraId="5D5ADF12" w14:textId="77777777" w:rsidR="001A5159" w:rsidRDefault="00000000">
      <w:r>
        <w:rPr>
          <w:rFonts w:ascii="Garamond" w:hAnsi="Garamond"/>
          <w:sz w:val="24"/>
        </w:rPr>
        <w:t>$150–$300 per episode</w:t>
      </w:r>
    </w:p>
    <w:p w14:paraId="022CA290" w14:textId="77777777" w:rsidR="001A5159" w:rsidRDefault="00000000">
      <w:r>
        <w:rPr>
          <w:rFonts w:ascii="Garamond" w:hAnsi="Garamond"/>
          <w:sz w:val="24"/>
        </w:rPr>
        <w:t xml:space="preserve">$500/month </w:t>
      </w:r>
      <w:proofErr w:type="gramStart"/>
      <w:r>
        <w:rPr>
          <w:rFonts w:ascii="Garamond" w:hAnsi="Garamond"/>
          <w:sz w:val="24"/>
        </w:rPr>
        <w:t>repurposing</w:t>
      </w:r>
      <w:proofErr w:type="gramEnd"/>
      <w:r>
        <w:rPr>
          <w:rFonts w:ascii="Garamond" w:hAnsi="Garamond"/>
          <w:sz w:val="24"/>
        </w:rPr>
        <w:t xml:space="preserve"> retainer</w:t>
      </w:r>
    </w:p>
    <w:p w14:paraId="05652CCE" w14:textId="77777777" w:rsidR="001A5159" w:rsidRDefault="00000000">
      <w:r>
        <w:rPr>
          <w:rFonts w:ascii="Garamond" w:hAnsi="Garamond"/>
          <w:sz w:val="24"/>
        </w:rPr>
        <w:t>Pro:</w:t>
      </w:r>
    </w:p>
    <w:p w14:paraId="1574A10D" w14:textId="77777777" w:rsidR="001A5159" w:rsidRDefault="00000000">
      <w:r>
        <w:rPr>
          <w:rFonts w:ascii="Garamond" w:hAnsi="Garamond"/>
          <w:sz w:val="24"/>
        </w:rPr>
        <w:t>$500–$1,200 per episode</w:t>
      </w:r>
    </w:p>
    <w:p w14:paraId="36531B66" w14:textId="77777777" w:rsidR="001A5159" w:rsidRDefault="00000000">
      <w:r>
        <w:rPr>
          <w:rFonts w:ascii="Garamond" w:hAnsi="Garamond"/>
          <w:sz w:val="24"/>
        </w:rPr>
        <w:t>$1,500–$5,000/month podcast content retainer</w:t>
      </w:r>
    </w:p>
    <w:p w14:paraId="2D4EDEAD" w14:textId="77777777" w:rsidR="001A5159" w:rsidRDefault="00000000">
      <w:r>
        <w:rPr>
          <w:rFonts w:ascii="Garamond" w:hAnsi="Garamond"/>
          <w:sz w:val="24"/>
        </w:rPr>
        <w:t>$200/video for clipping + repurposing</w:t>
      </w:r>
    </w:p>
    <w:p w14:paraId="45C16113" w14:textId="77777777" w:rsidR="001A5159" w:rsidRDefault="00000000">
      <w:r>
        <w:rPr>
          <w:rFonts w:ascii="Garamond" w:hAnsi="Garamond"/>
          <w:sz w:val="24"/>
        </w:rPr>
        <w:t>Content repurposing is an evergreen goldmine.</w:t>
      </w:r>
    </w:p>
    <w:p w14:paraId="26B5E1A8" w14:textId="77777777" w:rsidR="001A5159" w:rsidRDefault="001A5159"/>
    <w:p w14:paraId="2A9EB603" w14:textId="77777777" w:rsidR="001A5159" w:rsidRDefault="00000000">
      <w:r>
        <w:rPr>
          <w:rFonts w:ascii="Garamond" w:hAnsi="Garamond"/>
          <w:sz w:val="24"/>
        </w:rPr>
        <w:t>Pro Accelerators</w:t>
      </w:r>
    </w:p>
    <w:p w14:paraId="25B94B9C" w14:textId="77777777" w:rsidR="001A5159" w:rsidRDefault="00000000">
      <w:r>
        <w:rPr>
          <w:rFonts w:ascii="Garamond" w:hAnsi="Garamond"/>
          <w:sz w:val="24"/>
        </w:rPr>
        <w:t xml:space="preserve">add reels </w:t>
      </w:r>
      <w:proofErr w:type="gramStart"/>
      <w:r>
        <w:rPr>
          <w:rFonts w:ascii="Garamond" w:hAnsi="Garamond"/>
          <w:sz w:val="24"/>
        </w:rPr>
        <w:t>clips</w:t>
      </w:r>
      <w:proofErr w:type="gramEnd"/>
    </w:p>
    <w:p w14:paraId="50967431" w14:textId="77777777" w:rsidR="001A5159" w:rsidRDefault="00000000">
      <w:r>
        <w:rPr>
          <w:rFonts w:ascii="Garamond" w:hAnsi="Garamond"/>
          <w:sz w:val="24"/>
        </w:rPr>
        <w:t xml:space="preserve">add animated quote </w:t>
      </w:r>
      <w:proofErr w:type="gramStart"/>
      <w:r>
        <w:rPr>
          <w:rFonts w:ascii="Garamond" w:hAnsi="Garamond"/>
          <w:sz w:val="24"/>
        </w:rPr>
        <w:t>posts</w:t>
      </w:r>
      <w:proofErr w:type="gramEnd"/>
    </w:p>
    <w:p w14:paraId="36F45172" w14:textId="77777777" w:rsidR="001A5159" w:rsidRDefault="00000000">
      <w:r>
        <w:rPr>
          <w:rFonts w:ascii="Garamond" w:hAnsi="Garamond"/>
          <w:sz w:val="24"/>
        </w:rPr>
        <w:t xml:space="preserve">create weekly content </w:t>
      </w:r>
      <w:proofErr w:type="gramStart"/>
      <w:r>
        <w:rPr>
          <w:rFonts w:ascii="Garamond" w:hAnsi="Garamond"/>
          <w:sz w:val="24"/>
        </w:rPr>
        <w:t>calendars</w:t>
      </w:r>
      <w:proofErr w:type="gramEnd"/>
    </w:p>
    <w:p w14:paraId="55E54D7E" w14:textId="77777777" w:rsidR="001A5159" w:rsidRDefault="00000000">
      <w:r>
        <w:rPr>
          <w:rFonts w:ascii="Garamond" w:hAnsi="Garamond"/>
          <w:sz w:val="24"/>
        </w:rPr>
        <w:t xml:space="preserve">add blog posts for </w:t>
      </w:r>
      <w:proofErr w:type="gramStart"/>
      <w:r>
        <w:rPr>
          <w:rFonts w:ascii="Garamond" w:hAnsi="Garamond"/>
          <w:sz w:val="24"/>
        </w:rPr>
        <w:t>SEO</w:t>
      </w:r>
      <w:proofErr w:type="gramEnd"/>
    </w:p>
    <w:p w14:paraId="58DAB4C3" w14:textId="77777777" w:rsidR="001A5159" w:rsidRDefault="00000000">
      <w:r>
        <w:rPr>
          <w:rFonts w:ascii="Garamond" w:hAnsi="Garamond"/>
          <w:sz w:val="24"/>
        </w:rPr>
        <w:t>turn episodes into mini-</w:t>
      </w:r>
      <w:proofErr w:type="gramStart"/>
      <w:r>
        <w:rPr>
          <w:rFonts w:ascii="Garamond" w:hAnsi="Garamond"/>
          <w:sz w:val="24"/>
        </w:rPr>
        <w:t>guides</w:t>
      </w:r>
      <w:proofErr w:type="gramEnd"/>
    </w:p>
    <w:p w14:paraId="59557C72" w14:textId="77777777" w:rsidR="001A5159" w:rsidRDefault="00000000">
      <w:r>
        <w:rPr>
          <w:rFonts w:ascii="Garamond" w:hAnsi="Garamond"/>
          <w:sz w:val="24"/>
        </w:rPr>
        <w:lastRenderedPageBreak/>
        <w:t xml:space="preserve">build YouTube </w:t>
      </w:r>
      <w:proofErr w:type="gramStart"/>
      <w:r>
        <w:rPr>
          <w:rFonts w:ascii="Garamond" w:hAnsi="Garamond"/>
          <w:sz w:val="24"/>
        </w:rPr>
        <w:t>optimization</w:t>
      </w:r>
      <w:proofErr w:type="gramEnd"/>
    </w:p>
    <w:p w14:paraId="3F9418ED" w14:textId="77777777" w:rsidR="001A5159" w:rsidRDefault="00000000">
      <w:r>
        <w:rPr>
          <w:rFonts w:ascii="Garamond" w:hAnsi="Garamond"/>
          <w:sz w:val="24"/>
        </w:rPr>
        <w:t xml:space="preserve">build guest outreach </w:t>
      </w:r>
      <w:proofErr w:type="gramStart"/>
      <w:r>
        <w:rPr>
          <w:rFonts w:ascii="Garamond" w:hAnsi="Garamond"/>
          <w:sz w:val="24"/>
        </w:rPr>
        <w:t>templates</w:t>
      </w:r>
      <w:proofErr w:type="gramEnd"/>
    </w:p>
    <w:p w14:paraId="2F8D0B13" w14:textId="77777777" w:rsidR="001A5159" w:rsidRDefault="00000000">
      <w:r>
        <w:rPr>
          <w:rFonts w:ascii="Garamond" w:hAnsi="Garamond"/>
          <w:sz w:val="24"/>
        </w:rPr>
        <w:t>Upsells DOUBLE your income.</w:t>
      </w:r>
    </w:p>
    <w:p w14:paraId="50EE9C9C" w14:textId="77777777" w:rsidR="001A5159" w:rsidRDefault="001A5159"/>
    <w:p w14:paraId="6CFAFC2A" w14:textId="77777777" w:rsidR="001A5159" w:rsidRDefault="00000000">
      <w:r>
        <w:rPr>
          <w:rFonts w:ascii="Garamond" w:hAnsi="Garamond"/>
          <w:sz w:val="24"/>
        </w:rPr>
        <w:t>MICRO CASE STUDY — BLUEPRINT EIGHTEEN</w:t>
      </w:r>
    </w:p>
    <w:p w14:paraId="73A8BBE2" w14:textId="77777777" w:rsidR="001A5159" w:rsidRDefault="00000000">
      <w:r>
        <w:rPr>
          <w:rFonts w:ascii="Garamond" w:hAnsi="Garamond"/>
          <w:sz w:val="24"/>
        </w:rPr>
        <w:t>Case Study: Stay-at-Home Dad Earns $1,800/Month Repurposing Podcast Episodes With AI</w:t>
      </w:r>
    </w:p>
    <w:p w14:paraId="2B3CCB35" w14:textId="77777777" w:rsidR="001A5159" w:rsidRDefault="00000000">
      <w:r>
        <w:rPr>
          <w:rFonts w:ascii="Garamond" w:hAnsi="Garamond"/>
          <w:sz w:val="24"/>
        </w:rPr>
        <w:t>David was a stay-at-home dad looking for flexible income.</w:t>
      </w:r>
    </w:p>
    <w:p w14:paraId="564C7EB4" w14:textId="77777777" w:rsidR="001A5159" w:rsidRDefault="00000000">
      <w:r>
        <w:rPr>
          <w:rFonts w:ascii="Garamond" w:hAnsi="Garamond"/>
          <w:sz w:val="24"/>
        </w:rPr>
        <w:t>He tried freelancing but struggled to stand out — until he found Blueprint 18.</w:t>
      </w:r>
    </w:p>
    <w:p w14:paraId="4FA5A00C" w14:textId="77777777" w:rsidR="001A5159" w:rsidRDefault="00000000">
      <w:r>
        <w:rPr>
          <w:rFonts w:ascii="Garamond" w:hAnsi="Garamond"/>
          <w:sz w:val="24"/>
        </w:rPr>
        <w:t xml:space="preserve">He </w:t>
      </w:r>
      <w:proofErr w:type="gramStart"/>
      <w:r>
        <w:rPr>
          <w:rFonts w:ascii="Garamond" w:hAnsi="Garamond"/>
          <w:sz w:val="24"/>
        </w:rPr>
        <w:t>tested</w:t>
      </w:r>
      <w:proofErr w:type="gramEnd"/>
      <w:r>
        <w:rPr>
          <w:rFonts w:ascii="Garamond" w:hAnsi="Garamond"/>
          <w:sz w:val="24"/>
        </w:rPr>
        <w:t xml:space="preserve"> it on a random podcast episode:</w:t>
      </w:r>
    </w:p>
    <w:p w14:paraId="1FF9D257" w14:textId="77777777" w:rsidR="001A5159" w:rsidRDefault="00000000">
      <w:r>
        <w:rPr>
          <w:rFonts w:ascii="Garamond" w:hAnsi="Garamond"/>
          <w:sz w:val="24"/>
        </w:rPr>
        <w:t xml:space="preserve">generated </w:t>
      </w:r>
      <w:proofErr w:type="gramStart"/>
      <w:r>
        <w:rPr>
          <w:rFonts w:ascii="Garamond" w:hAnsi="Garamond"/>
          <w:sz w:val="24"/>
        </w:rPr>
        <w:t>transcripts</w:t>
      </w:r>
      <w:proofErr w:type="gramEnd"/>
    </w:p>
    <w:p w14:paraId="4E070F3F" w14:textId="77777777" w:rsidR="001A5159" w:rsidRDefault="00000000">
      <w:r>
        <w:rPr>
          <w:rFonts w:ascii="Garamond" w:hAnsi="Garamond"/>
          <w:sz w:val="24"/>
        </w:rPr>
        <w:t xml:space="preserve">created show </w:t>
      </w:r>
      <w:proofErr w:type="gramStart"/>
      <w:r>
        <w:rPr>
          <w:rFonts w:ascii="Garamond" w:hAnsi="Garamond"/>
          <w:sz w:val="24"/>
        </w:rPr>
        <w:t>notes</w:t>
      </w:r>
      <w:proofErr w:type="gramEnd"/>
    </w:p>
    <w:p w14:paraId="7FE0D433" w14:textId="77777777" w:rsidR="001A5159" w:rsidRDefault="00000000">
      <w:r>
        <w:rPr>
          <w:rFonts w:ascii="Garamond" w:hAnsi="Garamond"/>
          <w:sz w:val="24"/>
        </w:rPr>
        <w:t xml:space="preserve">extracted </w:t>
      </w:r>
      <w:proofErr w:type="gramStart"/>
      <w:r>
        <w:rPr>
          <w:rFonts w:ascii="Garamond" w:hAnsi="Garamond"/>
          <w:sz w:val="24"/>
        </w:rPr>
        <w:t>quotes</w:t>
      </w:r>
      <w:proofErr w:type="gramEnd"/>
    </w:p>
    <w:p w14:paraId="6F39B371" w14:textId="77777777" w:rsidR="001A5159" w:rsidRDefault="00000000">
      <w:r>
        <w:rPr>
          <w:rFonts w:ascii="Garamond" w:hAnsi="Garamond"/>
          <w:sz w:val="24"/>
        </w:rPr>
        <w:t xml:space="preserve">wrote 10 social </w:t>
      </w:r>
      <w:proofErr w:type="gramStart"/>
      <w:r>
        <w:rPr>
          <w:rFonts w:ascii="Garamond" w:hAnsi="Garamond"/>
          <w:sz w:val="24"/>
        </w:rPr>
        <w:t>posts</w:t>
      </w:r>
      <w:proofErr w:type="gramEnd"/>
    </w:p>
    <w:p w14:paraId="13A5ED44" w14:textId="77777777" w:rsidR="001A5159" w:rsidRDefault="00000000">
      <w:r>
        <w:rPr>
          <w:rFonts w:ascii="Garamond" w:hAnsi="Garamond"/>
          <w:sz w:val="24"/>
        </w:rPr>
        <w:t xml:space="preserve">designed 4 quote </w:t>
      </w:r>
      <w:proofErr w:type="gramStart"/>
      <w:r>
        <w:rPr>
          <w:rFonts w:ascii="Garamond" w:hAnsi="Garamond"/>
          <w:sz w:val="24"/>
        </w:rPr>
        <w:t>graphics</w:t>
      </w:r>
      <w:proofErr w:type="gramEnd"/>
    </w:p>
    <w:p w14:paraId="5F8BFCE1" w14:textId="77777777" w:rsidR="001A5159" w:rsidRDefault="00000000">
      <w:r>
        <w:rPr>
          <w:rFonts w:ascii="Garamond" w:hAnsi="Garamond"/>
          <w:sz w:val="24"/>
        </w:rPr>
        <w:t xml:space="preserve">built a </w:t>
      </w:r>
      <w:proofErr w:type="gramStart"/>
      <w:r>
        <w:rPr>
          <w:rFonts w:ascii="Garamond" w:hAnsi="Garamond"/>
          <w:sz w:val="24"/>
        </w:rPr>
        <w:t>carousel</w:t>
      </w:r>
      <w:proofErr w:type="gramEnd"/>
    </w:p>
    <w:p w14:paraId="18711FE7" w14:textId="77777777" w:rsidR="001A5159" w:rsidRDefault="00000000">
      <w:r>
        <w:rPr>
          <w:rFonts w:ascii="Garamond" w:hAnsi="Garamond"/>
          <w:sz w:val="24"/>
        </w:rPr>
        <w:t>He posted the samples on X (Twitter).</w:t>
      </w:r>
    </w:p>
    <w:p w14:paraId="46E1A46E" w14:textId="77777777" w:rsidR="001A5159" w:rsidRDefault="00000000">
      <w:r>
        <w:rPr>
          <w:rFonts w:ascii="Garamond" w:hAnsi="Garamond"/>
          <w:sz w:val="24"/>
        </w:rPr>
        <w:t>A real estate podcaster reached out.</w:t>
      </w:r>
    </w:p>
    <w:p w14:paraId="596DDCB0" w14:textId="77777777" w:rsidR="001A5159" w:rsidRDefault="00000000">
      <w:r>
        <w:rPr>
          <w:rFonts w:ascii="Garamond" w:hAnsi="Garamond"/>
          <w:sz w:val="24"/>
        </w:rPr>
        <w:t>They hired him for:</w:t>
      </w:r>
    </w:p>
    <w:p w14:paraId="66B825C6" w14:textId="77777777" w:rsidR="001A5159" w:rsidRDefault="00000000">
      <w:r>
        <w:rPr>
          <w:rFonts w:ascii="Garamond" w:hAnsi="Garamond"/>
          <w:sz w:val="24"/>
        </w:rPr>
        <w:t>$400/month → weekly show notes</w:t>
      </w:r>
    </w:p>
    <w:p w14:paraId="418E14F7" w14:textId="77777777" w:rsidR="001A5159" w:rsidRDefault="00000000">
      <w:r>
        <w:rPr>
          <w:rFonts w:ascii="Garamond" w:hAnsi="Garamond"/>
          <w:sz w:val="24"/>
        </w:rPr>
        <w:t xml:space="preserve">$600/month → social </w:t>
      </w:r>
      <w:proofErr w:type="gramStart"/>
      <w:r>
        <w:rPr>
          <w:rFonts w:ascii="Garamond" w:hAnsi="Garamond"/>
          <w:sz w:val="24"/>
        </w:rPr>
        <w:t>repurposing</w:t>
      </w:r>
      <w:proofErr w:type="gramEnd"/>
    </w:p>
    <w:p w14:paraId="02C72120" w14:textId="77777777" w:rsidR="001A5159" w:rsidRDefault="00000000">
      <w:r>
        <w:rPr>
          <w:rFonts w:ascii="Garamond" w:hAnsi="Garamond"/>
          <w:sz w:val="24"/>
        </w:rPr>
        <w:t>$800/month → clips + carousels</w:t>
      </w:r>
    </w:p>
    <w:p w14:paraId="2C4E707D" w14:textId="77777777" w:rsidR="001A5159" w:rsidRDefault="00000000">
      <w:r>
        <w:rPr>
          <w:rFonts w:ascii="Garamond" w:hAnsi="Garamond"/>
          <w:sz w:val="24"/>
        </w:rPr>
        <w:t>Total: $1,800/month recurring.</w:t>
      </w:r>
    </w:p>
    <w:p w14:paraId="583E372A" w14:textId="77777777" w:rsidR="001A5159" w:rsidRDefault="00000000">
      <w:r>
        <w:rPr>
          <w:rFonts w:ascii="Garamond" w:hAnsi="Garamond"/>
          <w:sz w:val="24"/>
        </w:rPr>
        <w:t>David now manages content for:</w:t>
      </w:r>
    </w:p>
    <w:p w14:paraId="65D7293C" w14:textId="77777777" w:rsidR="001A5159" w:rsidRDefault="00000000">
      <w:r>
        <w:rPr>
          <w:rFonts w:ascii="Garamond" w:hAnsi="Garamond"/>
          <w:sz w:val="24"/>
        </w:rPr>
        <w:t>real estate podcasts</w:t>
      </w:r>
    </w:p>
    <w:p w14:paraId="0A55E0FB" w14:textId="77777777" w:rsidR="001A5159" w:rsidRDefault="00000000">
      <w:r>
        <w:rPr>
          <w:rFonts w:ascii="Garamond" w:hAnsi="Garamond"/>
          <w:sz w:val="24"/>
        </w:rPr>
        <w:t>entrepreneur podcasts</w:t>
      </w:r>
    </w:p>
    <w:p w14:paraId="1BA4AC2B" w14:textId="77777777" w:rsidR="001A5159" w:rsidRDefault="00000000">
      <w:r>
        <w:rPr>
          <w:rFonts w:ascii="Garamond" w:hAnsi="Garamond"/>
          <w:sz w:val="24"/>
        </w:rPr>
        <w:lastRenderedPageBreak/>
        <w:t>coaching podcasts</w:t>
      </w:r>
    </w:p>
    <w:p w14:paraId="176D9CD4" w14:textId="77777777" w:rsidR="001A5159" w:rsidRDefault="00000000">
      <w:r>
        <w:rPr>
          <w:rFonts w:ascii="Garamond" w:hAnsi="Garamond"/>
          <w:sz w:val="24"/>
        </w:rPr>
        <w:t>His message:</w:t>
      </w:r>
    </w:p>
    <w:p w14:paraId="63263520" w14:textId="77777777" w:rsidR="001A5159" w:rsidRDefault="00000000">
      <w:r>
        <w:rPr>
          <w:rFonts w:ascii="Garamond" w:hAnsi="Garamond"/>
          <w:sz w:val="24"/>
        </w:rPr>
        <w:t>“I turned one podcast episode into 20+ assets using AI… and that became my full-time income.”</w:t>
      </w:r>
    </w:p>
    <w:p w14:paraId="4BD0EABC" w14:textId="77777777" w:rsidR="001A5159" w:rsidRPr="0063351A" w:rsidRDefault="00000000" w:rsidP="0063351A">
      <w:pPr>
        <w:rPr>
          <w:sz w:val="24"/>
          <w:szCs w:val="24"/>
        </w:rPr>
      </w:pPr>
      <w:r w:rsidRPr="0063351A">
        <w:rPr>
          <w:rFonts w:ascii="Garamond" w:hAnsi="Garamond"/>
          <w:b/>
          <w:sz w:val="24"/>
          <w:szCs w:val="24"/>
        </w:rPr>
        <w:t>Blueprint 18 is one of the easiest recurring-income blueprints in the entire book.</w:t>
      </w:r>
    </w:p>
    <w:p w14:paraId="28CA0D88" w14:textId="77777777" w:rsidR="001A5159" w:rsidRDefault="001A5159"/>
    <w:p w14:paraId="6A75EF13" w14:textId="77777777" w:rsidR="001A5159" w:rsidRPr="0063351A" w:rsidRDefault="00000000" w:rsidP="0063351A">
      <w:pPr>
        <w:pStyle w:val="Heading1"/>
        <w:rPr>
          <w:rFonts w:ascii="Garamond" w:hAnsi="Garamond"/>
          <w:color w:val="auto"/>
          <w:sz w:val="40"/>
          <w:szCs w:val="40"/>
        </w:rPr>
      </w:pPr>
      <w:bookmarkStart w:id="43" w:name="_Toc214830339"/>
      <w:r w:rsidRPr="0063351A">
        <w:rPr>
          <w:rFonts w:ascii="Garamond" w:hAnsi="Garamond"/>
          <w:color w:val="auto"/>
          <w:sz w:val="40"/>
          <w:szCs w:val="40"/>
        </w:rPr>
        <w:t>BLUEPRINT NINETEEN — AI-POWERED TRANSCRIPTION, TRANSLATION &amp; DOCUMENT CONVERSION SERVICES</w:t>
      </w:r>
      <w:bookmarkEnd w:id="43"/>
    </w:p>
    <w:p w14:paraId="49618F7B" w14:textId="77777777" w:rsidR="001A5159" w:rsidRPr="0063351A" w:rsidRDefault="00000000" w:rsidP="0063351A">
      <w:pPr>
        <w:pStyle w:val="Heading2"/>
        <w:rPr>
          <w:rFonts w:ascii="Garamond" w:hAnsi="Garamond"/>
          <w:color w:val="auto"/>
          <w:sz w:val="28"/>
          <w:szCs w:val="28"/>
        </w:rPr>
      </w:pPr>
      <w:bookmarkStart w:id="44" w:name="_Toc214830340"/>
      <w:r w:rsidRPr="0063351A">
        <w:rPr>
          <w:rFonts w:ascii="Garamond" w:hAnsi="Garamond"/>
          <w:color w:val="auto"/>
          <w:sz w:val="28"/>
          <w:szCs w:val="28"/>
        </w:rPr>
        <w:t xml:space="preserve">(The Blueprint That Turns You </w:t>
      </w:r>
      <w:proofErr w:type="gramStart"/>
      <w:r w:rsidRPr="0063351A">
        <w:rPr>
          <w:rFonts w:ascii="Garamond" w:hAnsi="Garamond"/>
          <w:color w:val="auto"/>
          <w:sz w:val="28"/>
          <w:szCs w:val="28"/>
        </w:rPr>
        <w:t>Into</w:t>
      </w:r>
      <w:proofErr w:type="gramEnd"/>
      <w:r w:rsidRPr="0063351A">
        <w:rPr>
          <w:rFonts w:ascii="Garamond" w:hAnsi="Garamond"/>
          <w:color w:val="auto"/>
          <w:sz w:val="28"/>
          <w:szCs w:val="28"/>
        </w:rPr>
        <w:t xml:space="preserve"> a Fast, </w:t>
      </w:r>
      <w:proofErr w:type="gramStart"/>
      <w:r w:rsidRPr="0063351A">
        <w:rPr>
          <w:rFonts w:ascii="Garamond" w:hAnsi="Garamond"/>
          <w:color w:val="auto"/>
          <w:sz w:val="28"/>
          <w:szCs w:val="28"/>
        </w:rPr>
        <w:t>Reliable</w:t>
      </w:r>
      <w:proofErr w:type="gramEnd"/>
      <w:r w:rsidRPr="0063351A">
        <w:rPr>
          <w:rFonts w:ascii="Garamond" w:hAnsi="Garamond"/>
          <w:color w:val="auto"/>
          <w:sz w:val="28"/>
          <w:szCs w:val="28"/>
        </w:rPr>
        <w:t xml:space="preserve"> “Content Transformation Specialist” — No Experience Needed)</w:t>
      </w:r>
      <w:bookmarkEnd w:id="44"/>
    </w:p>
    <w:p w14:paraId="3ECA4AE2" w14:textId="77777777" w:rsidR="001A5159" w:rsidRDefault="00000000">
      <w:r>
        <w:rPr>
          <w:rFonts w:ascii="Garamond" w:hAnsi="Garamond"/>
          <w:sz w:val="24"/>
        </w:rPr>
        <w:t>EVERY industry needs transcription, translation, or formatting help:</w:t>
      </w:r>
    </w:p>
    <w:p w14:paraId="71A79AD6" w14:textId="77777777" w:rsidR="001A5159" w:rsidRDefault="00000000">
      <w:r>
        <w:rPr>
          <w:rFonts w:ascii="Garamond" w:hAnsi="Garamond"/>
          <w:sz w:val="24"/>
        </w:rPr>
        <w:t>podcasters</w:t>
      </w:r>
    </w:p>
    <w:p w14:paraId="45EC02AC" w14:textId="77777777" w:rsidR="001A5159" w:rsidRDefault="00000000">
      <w:r>
        <w:rPr>
          <w:rFonts w:ascii="Garamond" w:hAnsi="Garamond"/>
          <w:sz w:val="24"/>
        </w:rPr>
        <w:t>YouTubers</w:t>
      </w:r>
    </w:p>
    <w:p w14:paraId="0A2F4EF0" w14:textId="77777777" w:rsidR="001A5159" w:rsidRDefault="00000000">
      <w:r>
        <w:rPr>
          <w:rFonts w:ascii="Garamond" w:hAnsi="Garamond"/>
          <w:sz w:val="24"/>
        </w:rPr>
        <w:t>coaches</w:t>
      </w:r>
    </w:p>
    <w:p w14:paraId="53F4077B" w14:textId="77777777" w:rsidR="001A5159" w:rsidRDefault="00000000">
      <w:r>
        <w:rPr>
          <w:rFonts w:ascii="Garamond" w:hAnsi="Garamond"/>
          <w:sz w:val="24"/>
        </w:rPr>
        <w:t>consultants</w:t>
      </w:r>
    </w:p>
    <w:p w14:paraId="53CFDFA9" w14:textId="77777777" w:rsidR="001A5159" w:rsidRDefault="00000000">
      <w:r>
        <w:rPr>
          <w:rFonts w:ascii="Garamond" w:hAnsi="Garamond"/>
          <w:sz w:val="24"/>
        </w:rPr>
        <w:t>authors</w:t>
      </w:r>
    </w:p>
    <w:p w14:paraId="68C43866" w14:textId="77777777" w:rsidR="001A5159" w:rsidRDefault="00000000">
      <w:r>
        <w:rPr>
          <w:rFonts w:ascii="Garamond" w:hAnsi="Garamond"/>
          <w:sz w:val="24"/>
        </w:rPr>
        <w:t>businesses</w:t>
      </w:r>
    </w:p>
    <w:p w14:paraId="4AB4915F" w14:textId="77777777" w:rsidR="001A5159" w:rsidRDefault="00000000">
      <w:r>
        <w:rPr>
          <w:rFonts w:ascii="Garamond" w:hAnsi="Garamond"/>
          <w:sz w:val="24"/>
        </w:rPr>
        <w:t>real estate agents</w:t>
      </w:r>
    </w:p>
    <w:p w14:paraId="0C39CE12" w14:textId="77777777" w:rsidR="001A5159" w:rsidRDefault="00000000">
      <w:r>
        <w:rPr>
          <w:rFonts w:ascii="Garamond" w:hAnsi="Garamond"/>
          <w:sz w:val="24"/>
        </w:rPr>
        <w:t>course creators</w:t>
      </w:r>
    </w:p>
    <w:p w14:paraId="20A332E0" w14:textId="77777777" w:rsidR="001A5159" w:rsidRDefault="00000000">
      <w:r>
        <w:rPr>
          <w:rFonts w:ascii="Garamond" w:hAnsi="Garamond"/>
          <w:sz w:val="24"/>
        </w:rPr>
        <w:t>educators</w:t>
      </w:r>
    </w:p>
    <w:p w14:paraId="2FE386E7" w14:textId="77777777" w:rsidR="001A5159" w:rsidRDefault="00000000">
      <w:r>
        <w:rPr>
          <w:rFonts w:ascii="Garamond" w:hAnsi="Garamond"/>
          <w:sz w:val="24"/>
        </w:rPr>
        <w:t>They all produce audio, video, and written content that needs to be:</w:t>
      </w:r>
    </w:p>
    <w:p w14:paraId="46BB295A" w14:textId="77777777" w:rsidR="001A5159" w:rsidRDefault="00000000">
      <w:r>
        <w:rPr>
          <w:rFonts w:ascii="Garamond" w:hAnsi="Garamond"/>
          <w:sz w:val="24"/>
        </w:rPr>
        <w:t>transcribed</w:t>
      </w:r>
    </w:p>
    <w:p w14:paraId="152E4EF2" w14:textId="77777777" w:rsidR="001A5159" w:rsidRDefault="00000000">
      <w:r>
        <w:rPr>
          <w:rFonts w:ascii="Garamond" w:hAnsi="Garamond"/>
          <w:sz w:val="24"/>
        </w:rPr>
        <w:t>cleaned</w:t>
      </w:r>
    </w:p>
    <w:p w14:paraId="2C9746F3" w14:textId="77777777" w:rsidR="001A5159" w:rsidRDefault="00000000">
      <w:r>
        <w:rPr>
          <w:rFonts w:ascii="Garamond" w:hAnsi="Garamond"/>
          <w:sz w:val="24"/>
        </w:rPr>
        <w:t>summarized</w:t>
      </w:r>
    </w:p>
    <w:p w14:paraId="4289921F" w14:textId="77777777" w:rsidR="001A5159" w:rsidRDefault="00000000">
      <w:r>
        <w:rPr>
          <w:rFonts w:ascii="Garamond" w:hAnsi="Garamond"/>
          <w:sz w:val="24"/>
        </w:rPr>
        <w:lastRenderedPageBreak/>
        <w:t>formatted</w:t>
      </w:r>
    </w:p>
    <w:p w14:paraId="32B791CB" w14:textId="77777777" w:rsidR="001A5159" w:rsidRDefault="00000000">
      <w:r>
        <w:rPr>
          <w:rFonts w:ascii="Garamond" w:hAnsi="Garamond"/>
          <w:sz w:val="24"/>
        </w:rPr>
        <w:t>translated</w:t>
      </w:r>
    </w:p>
    <w:p w14:paraId="4760ED1D" w14:textId="77777777" w:rsidR="001A5159" w:rsidRDefault="00000000">
      <w:r>
        <w:rPr>
          <w:rFonts w:ascii="Garamond" w:hAnsi="Garamond"/>
          <w:sz w:val="24"/>
        </w:rPr>
        <w:t>converted</w:t>
      </w:r>
    </w:p>
    <w:p w14:paraId="6C755F9A" w14:textId="77777777" w:rsidR="001A5159" w:rsidRDefault="00000000">
      <w:r>
        <w:rPr>
          <w:rFonts w:ascii="Garamond" w:hAnsi="Garamond"/>
          <w:sz w:val="24"/>
        </w:rPr>
        <w:t>organized</w:t>
      </w:r>
    </w:p>
    <w:p w14:paraId="6DE190A0" w14:textId="77777777" w:rsidR="001A5159" w:rsidRDefault="00000000">
      <w:r>
        <w:rPr>
          <w:rFonts w:ascii="Garamond" w:hAnsi="Garamond"/>
          <w:sz w:val="24"/>
        </w:rPr>
        <w:t>AI makes these services fast, accurate, and incredibly profitable — even if you have zero background in editing or language work.</w:t>
      </w:r>
    </w:p>
    <w:p w14:paraId="017649BB" w14:textId="77777777" w:rsidR="001A5159" w:rsidRDefault="00000000">
      <w:r>
        <w:rPr>
          <w:rFonts w:ascii="Garamond" w:hAnsi="Garamond"/>
          <w:sz w:val="24"/>
        </w:rPr>
        <w:t>This blueprint shows you how to turn raw content into polished, professional, ready-to-use documents.</w:t>
      </w:r>
    </w:p>
    <w:p w14:paraId="31F74B4C" w14:textId="77777777" w:rsidR="001A5159" w:rsidRDefault="001A5159"/>
    <w:p w14:paraId="77107D92" w14:textId="77777777" w:rsidR="001A5159" w:rsidRDefault="00000000">
      <w:r>
        <w:rPr>
          <w:rFonts w:ascii="Garamond" w:hAnsi="Garamond"/>
          <w:sz w:val="24"/>
        </w:rPr>
        <w:t>Why This Blueprint Works</w:t>
      </w:r>
    </w:p>
    <w:p w14:paraId="4EAE4303" w14:textId="77777777" w:rsidR="001A5159" w:rsidRDefault="00000000">
      <w:r>
        <w:rPr>
          <w:rFonts w:ascii="Garamond" w:hAnsi="Garamond"/>
          <w:sz w:val="24"/>
        </w:rPr>
        <w:t>Businesses don’t have time to:</w:t>
      </w:r>
    </w:p>
    <w:p w14:paraId="0E4D9ACA" w14:textId="77777777" w:rsidR="001A5159" w:rsidRDefault="00000000">
      <w:r>
        <w:rPr>
          <w:rFonts w:ascii="Garamond" w:hAnsi="Garamond"/>
          <w:sz w:val="24"/>
        </w:rPr>
        <w:t xml:space="preserve">transcribe long </w:t>
      </w:r>
      <w:proofErr w:type="gramStart"/>
      <w:r>
        <w:rPr>
          <w:rFonts w:ascii="Garamond" w:hAnsi="Garamond"/>
          <w:sz w:val="24"/>
        </w:rPr>
        <w:t>recordings</w:t>
      </w:r>
      <w:proofErr w:type="gramEnd"/>
    </w:p>
    <w:p w14:paraId="523802E9" w14:textId="77777777" w:rsidR="001A5159" w:rsidRDefault="00000000">
      <w:r>
        <w:rPr>
          <w:rFonts w:ascii="Garamond" w:hAnsi="Garamond"/>
          <w:sz w:val="24"/>
        </w:rPr>
        <w:t xml:space="preserve">clean up messy </w:t>
      </w:r>
      <w:proofErr w:type="gramStart"/>
      <w:r>
        <w:rPr>
          <w:rFonts w:ascii="Garamond" w:hAnsi="Garamond"/>
          <w:sz w:val="24"/>
        </w:rPr>
        <w:t>text</w:t>
      </w:r>
      <w:proofErr w:type="gramEnd"/>
    </w:p>
    <w:p w14:paraId="49D48214" w14:textId="77777777" w:rsidR="001A5159" w:rsidRDefault="00000000">
      <w:r>
        <w:rPr>
          <w:rFonts w:ascii="Garamond" w:hAnsi="Garamond"/>
          <w:sz w:val="24"/>
        </w:rPr>
        <w:t xml:space="preserve">translate </w:t>
      </w:r>
      <w:proofErr w:type="gramStart"/>
      <w:r>
        <w:rPr>
          <w:rFonts w:ascii="Garamond" w:hAnsi="Garamond"/>
          <w:sz w:val="24"/>
        </w:rPr>
        <w:t>content</w:t>
      </w:r>
      <w:proofErr w:type="gramEnd"/>
    </w:p>
    <w:p w14:paraId="788F2682" w14:textId="77777777" w:rsidR="001A5159" w:rsidRDefault="00000000">
      <w:r>
        <w:rPr>
          <w:rFonts w:ascii="Garamond" w:hAnsi="Garamond"/>
          <w:sz w:val="24"/>
        </w:rPr>
        <w:t>format documents</w:t>
      </w:r>
    </w:p>
    <w:p w14:paraId="26C542FD" w14:textId="77777777" w:rsidR="001A5159" w:rsidRDefault="00000000">
      <w:r>
        <w:rPr>
          <w:rFonts w:ascii="Garamond" w:hAnsi="Garamond"/>
          <w:sz w:val="24"/>
        </w:rPr>
        <w:t xml:space="preserve">convert PDFs into editable </w:t>
      </w:r>
      <w:proofErr w:type="gramStart"/>
      <w:r>
        <w:rPr>
          <w:rFonts w:ascii="Garamond" w:hAnsi="Garamond"/>
          <w:sz w:val="24"/>
        </w:rPr>
        <w:t>files</w:t>
      </w:r>
      <w:proofErr w:type="gramEnd"/>
    </w:p>
    <w:p w14:paraId="78A79DD4" w14:textId="77777777" w:rsidR="001A5159" w:rsidRDefault="00000000">
      <w:r>
        <w:rPr>
          <w:rFonts w:ascii="Garamond" w:hAnsi="Garamond"/>
          <w:sz w:val="24"/>
        </w:rPr>
        <w:t xml:space="preserve">extract key </w:t>
      </w:r>
      <w:proofErr w:type="gramStart"/>
      <w:r>
        <w:rPr>
          <w:rFonts w:ascii="Garamond" w:hAnsi="Garamond"/>
          <w:sz w:val="24"/>
        </w:rPr>
        <w:t>insights</w:t>
      </w:r>
      <w:proofErr w:type="gramEnd"/>
    </w:p>
    <w:p w14:paraId="515EB784" w14:textId="77777777" w:rsidR="001A5159" w:rsidRDefault="00000000">
      <w:r>
        <w:rPr>
          <w:rFonts w:ascii="Garamond" w:hAnsi="Garamond"/>
          <w:sz w:val="24"/>
        </w:rPr>
        <w:t xml:space="preserve">organize their </w:t>
      </w:r>
      <w:proofErr w:type="gramStart"/>
      <w:r>
        <w:rPr>
          <w:rFonts w:ascii="Garamond" w:hAnsi="Garamond"/>
          <w:sz w:val="24"/>
        </w:rPr>
        <w:t>archives</w:t>
      </w:r>
      <w:proofErr w:type="gramEnd"/>
    </w:p>
    <w:p w14:paraId="39B31334" w14:textId="77777777" w:rsidR="001A5159" w:rsidRDefault="00000000">
      <w:r>
        <w:rPr>
          <w:rFonts w:ascii="Garamond" w:hAnsi="Garamond"/>
          <w:sz w:val="24"/>
        </w:rPr>
        <w:t>And traditional agencies charge VERY high prices for this work.</w:t>
      </w:r>
    </w:p>
    <w:p w14:paraId="25F479F9" w14:textId="77777777" w:rsidR="001A5159" w:rsidRDefault="00000000">
      <w:r>
        <w:rPr>
          <w:rFonts w:ascii="Garamond" w:hAnsi="Garamond"/>
          <w:sz w:val="24"/>
        </w:rPr>
        <w:t>AI allows YOU to:</w:t>
      </w:r>
    </w:p>
    <w:p w14:paraId="2EF81542" w14:textId="77777777" w:rsidR="001A5159" w:rsidRDefault="00000000">
      <w:r>
        <w:rPr>
          <w:rFonts w:ascii="Garamond" w:hAnsi="Garamond"/>
          <w:sz w:val="24"/>
        </w:rPr>
        <w:t>transcribe</w:t>
      </w:r>
    </w:p>
    <w:p w14:paraId="7E54499B" w14:textId="77777777" w:rsidR="001A5159" w:rsidRDefault="00000000">
      <w:proofErr w:type="gramStart"/>
      <w:r>
        <w:rPr>
          <w:rFonts w:ascii="Garamond" w:hAnsi="Garamond"/>
          <w:sz w:val="24"/>
        </w:rPr>
        <w:t>translate</w:t>
      </w:r>
      <w:proofErr w:type="gramEnd"/>
    </w:p>
    <w:p w14:paraId="0298CE33" w14:textId="77777777" w:rsidR="001A5159" w:rsidRDefault="00000000">
      <w:r>
        <w:rPr>
          <w:rFonts w:ascii="Garamond" w:hAnsi="Garamond"/>
          <w:sz w:val="24"/>
        </w:rPr>
        <w:t>clean</w:t>
      </w:r>
    </w:p>
    <w:p w14:paraId="3B2B3CFD" w14:textId="77777777" w:rsidR="001A5159" w:rsidRDefault="00000000">
      <w:r>
        <w:rPr>
          <w:rFonts w:ascii="Garamond" w:hAnsi="Garamond"/>
          <w:sz w:val="24"/>
        </w:rPr>
        <w:t>format</w:t>
      </w:r>
    </w:p>
    <w:p w14:paraId="04CF942D" w14:textId="77777777" w:rsidR="001A5159" w:rsidRDefault="00000000">
      <w:r>
        <w:rPr>
          <w:rFonts w:ascii="Garamond" w:hAnsi="Garamond"/>
          <w:sz w:val="24"/>
        </w:rPr>
        <w:t>summarize</w:t>
      </w:r>
    </w:p>
    <w:p w14:paraId="2A7439CC" w14:textId="77777777" w:rsidR="001A5159" w:rsidRDefault="00000000">
      <w:r>
        <w:rPr>
          <w:rFonts w:ascii="Garamond" w:hAnsi="Garamond"/>
          <w:sz w:val="24"/>
        </w:rPr>
        <w:t>expand</w:t>
      </w:r>
    </w:p>
    <w:p w14:paraId="47DA0A78" w14:textId="77777777" w:rsidR="001A5159" w:rsidRDefault="00000000">
      <w:r>
        <w:rPr>
          <w:rFonts w:ascii="Garamond" w:hAnsi="Garamond"/>
          <w:sz w:val="24"/>
        </w:rPr>
        <w:lastRenderedPageBreak/>
        <w:t>convert</w:t>
      </w:r>
    </w:p>
    <w:p w14:paraId="12D082C0" w14:textId="77777777" w:rsidR="001A5159" w:rsidRDefault="00000000">
      <w:proofErr w:type="gramStart"/>
      <w:r>
        <w:rPr>
          <w:rFonts w:ascii="Garamond" w:hAnsi="Garamond"/>
          <w:sz w:val="24"/>
        </w:rPr>
        <w:t>restructure</w:t>
      </w:r>
      <w:proofErr w:type="gramEnd"/>
    </w:p>
    <w:p w14:paraId="6434BB77" w14:textId="77777777" w:rsidR="001A5159" w:rsidRDefault="00000000">
      <w:r>
        <w:rPr>
          <w:rFonts w:ascii="Garamond" w:hAnsi="Garamond"/>
          <w:sz w:val="24"/>
        </w:rPr>
        <w:t>…in minutes.</w:t>
      </w:r>
    </w:p>
    <w:p w14:paraId="5608BB84" w14:textId="77777777" w:rsidR="001A5159" w:rsidRDefault="00000000">
      <w:r>
        <w:rPr>
          <w:rFonts w:ascii="Garamond" w:hAnsi="Garamond"/>
          <w:sz w:val="24"/>
        </w:rPr>
        <w:t>Clients will pay for:</w:t>
      </w:r>
    </w:p>
    <w:p w14:paraId="280E9763" w14:textId="77777777" w:rsidR="001A5159" w:rsidRDefault="00000000">
      <w:r>
        <w:rPr>
          <w:rFonts w:ascii="Garamond" w:hAnsi="Garamond"/>
          <w:sz w:val="24"/>
        </w:rPr>
        <w:t>speed</w:t>
      </w:r>
    </w:p>
    <w:p w14:paraId="52D28209" w14:textId="77777777" w:rsidR="001A5159" w:rsidRDefault="00000000">
      <w:r>
        <w:rPr>
          <w:rFonts w:ascii="Garamond" w:hAnsi="Garamond"/>
          <w:sz w:val="24"/>
        </w:rPr>
        <w:t>accuracy</w:t>
      </w:r>
    </w:p>
    <w:p w14:paraId="70D381A3" w14:textId="77777777" w:rsidR="001A5159" w:rsidRDefault="00000000">
      <w:r>
        <w:rPr>
          <w:rFonts w:ascii="Garamond" w:hAnsi="Garamond"/>
          <w:sz w:val="24"/>
        </w:rPr>
        <w:t>convenience</w:t>
      </w:r>
    </w:p>
    <w:p w14:paraId="7D213968" w14:textId="77777777" w:rsidR="001A5159" w:rsidRDefault="00000000">
      <w:r>
        <w:rPr>
          <w:rFonts w:ascii="Garamond" w:hAnsi="Garamond"/>
          <w:sz w:val="24"/>
        </w:rPr>
        <w:t>reliability</w:t>
      </w:r>
    </w:p>
    <w:p w14:paraId="7EA439E5" w14:textId="77777777" w:rsidR="001A5159" w:rsidRDefault="00000000">
      <w:r>
        <w:rPr>
          <w:rFonts w:ascii="Garamond" w:hAnsi="Garamond"/>
          <w:sz w:val="24"/>
        </w:rPr>
        <w:t>This blueprint is the ultimate beginner service with unlimited demand.</w:t>
      </w:r>
    </w:p>
    <w:p w14:paraId="7D4E14C7" w14:textId="77777777" w:rsidR="001A5159" w:rsidRDefault="001A5159"/>
    <w:p w14:paraId="3780099C" w14:textId="77777777" w:rsidR="001A5159" w:rsidRDefault="00000000">
      <w:r>
        <w:rPr>
          <w:rFonts w:ascii="Garamond" w:hAnsi="Garamond"/>
          <w:sz w:val="24"/>
        </w:rPr>
        <w:t>Tools You Need</w:t>
      </w:r>
    </w:p>
    <w:p w14:paraId="45FD6E21" w14:textId="77777777" w:rsidR="001A5159" w:rsidRDefault="00000000">
      <w:r>
        <w:rPr>
          <w:rFonts w:ascii="Garamond" w:hAnsi="Garamond"/>
          <w:sz w:val="24"/>
        </w:rPr>
        <w:t>Descript / Otter.ai / Whisper — transcription</w:t>
      </w:r>
      <w:r>
        <w:rPr>
          <w:rFonts w:ascii="Garamond" w:hAnsi="Garamond"/>
          <w:sz w:val="24"/>
        </w:rPr>
        <w:br/>
        <w:t>ChatGPT / Claude — translation, cleanup, formatting</w:t>
      </w:r>
      <w:r>
        <w:rPr>
          <w:rFonts w:ascii="Garamond" w:hAnsi="Garamond"/>
          <w:sz w:val="24"/>
        </w:rPr>
        <w:br/>
        <w:t>Canva / Google Docs — formatting and layout</w:t>
      </w:r>
      <w:r>
        <w:rPr>
          <w:rFonts w:ascii="Garamond" w:hAnsi="Garamond"/>
          <w:sz w:val="24"/>
        </w:rPr>
        <w:br/>
        <w:t>Adobe Acrobat / SmallPDF — file conversions</w:t>
      </w:r>
      <w:r>
        <w:rPr>
          <w:rFonts w:ascii="Garamond" w:hAnsi="Garamond"/>
          <w:sz w:val="24"/>
        </w:rPr>
        <w:br/>
        <w:t xml:space="preserve">Notion / Sheets — document </w:t>
      </w:r>
      <w:proofErr w:type="gramStart"/>
      <w:r>
        <w:rPr>
          <w:rFonts w:ascii="Garamond" w:hAnsi="Garamond"/>
          <w:sz w:val="24"/>
        </w:rPr>
        <w:t>organization</w:t>
      </w:r>
      <w:proofErr w:type="gramEnd"/>
    </w:p>
    <w:p w14:paraId="2676B444" w14:textId="77777777" w:rsidR="001A5159" w:rsidRDefault="00000000">
      <w:r>
        <w:rPr>
          <w:rFonts w:ascii="Garamond" w:hAnsi="Garamond"/>
          <w:sz w:val="24"/>
        </w:rPr>
        <w:t>Optional:</w:t>
      </w:r>
      <w:r>
        <w:rPr>
          <w:rFonts w:ascii="Garamond" w:hAnsi="Garamond"/>
          <w:sz w:val="24"/>
        </w:rPr>
        <w:br/>
        <w:t>Papercut / PDFGear for more advanced conversions.</w:t>
      </w:r>
    </w:p>
    <w:p w14:paraId="32EE6B19" w14:textId="77777777" w:rsidR="001A5159" w:rsidRDefault="001A5159"/>
    <w:p w14:paraId="7F8F621D" w14:textId="77777777" w:rsidR="001A5159" w:rsidRDefault="00000000">
      <w:r>
        <w:rPr>
          <w:rFonts w:ascii="Garamond" w:hAnsi="Garamond"/>
          <w:sz w:val="24"/>
        </w:rPr>
        <w:t>What You’ll Offer</w:t>
      </w:r>
    </w:p>
    <w:p w14:paraId="3AB3F00A" w14:textId="77777777" w:rsidR="001A5159" w:rsidRDefault="00000000">
      <w:r>
        <w:rPr>
          <w:rFonts w:ascii="Garamond" w:hAnsi="Garamond"/>
          <w:sz w:val="24"/>
        </w:rPr>
        <w:t>You can provide:</w:t>
      </w:r>
    </w:p>
    <w:p w14:paraId="240C9311" w14:textId="77777777" w:rsidR="001A5159" w:rsidRDefault="00000000">
      <w:r>
        <w:rPr>
          <w:rFonts w:ascii="Garamond" w:hAnsi="Garamond"/>
          <w:sz w:val="24"/>
        </w:rPr>
        <w:t>audio → text transcription</w:t>
      </w:r>
    </w:p>
    <w:p w14:paraId="1172A814" w14:textId="77777777" w:rsidR="001A5159" w:rsidRDefault="00000000">
      <w:r>
        <w:rPr>
          <w:rFonts w:ascii="Garamond" w:hAnsi="Garamond"/>
          <w:sz w:val="24"/>
        </w:rPr>
        <w:t>video → text transcription</w:t>
      </w:r>
    </w:p>
    <w:p w14:paraId="76A6C3E1" w14:textId="77777777" w:rsidR="001A5159" w:rsidRDefault="00000000">
      <w:r>
        <w:rPr>
          <w:rFonts w:ascii="Garamond" w:hAnsi="Garamond"/>
          <w:sz w:val="24"/>
        </w:rPr>
        <w:t xml:space="preserve">translation (Spanish, French, German, </w:t>
      </w:r>
      <w:proofErr w:type="gramStart"/>
      <w:r>
        <w:rPr>
          <w:rFonts w:ascii="Garamond" w:hAnsi="Garamond"/>
          <w:sz w:val="24"/>
        </w:rPr>
        <w:t>etc.</w:t>
      </w:r>
      <w:proofErr w:type="gramEnd"/>
      <w:r>
        <w:rPr>
          <w:rFonts w:ascii="Garamond" w:hAnsi="Garamond"/>
          <w:sz w:val="24"/>
        </w:rPr>
        <w:t>)</w:t>
      </w:r>
    </w:p>
    <w:p w14:paraId="76B58CEA" w14:textId="77777777" w:rsidR="001A5159" w:rsidRDefault="00000000">
      <w:r>
        <w:rPr>
          <w:rFonts w:ascii="Garamond" w:hAnsi="Garamond"/>
          <w:sz w:val="24"/>
        </w:rPr>
        <w:t>document cleanup</w:t>
      </w:r>
    </w:p>
    <w:p w14:paraId="2DEBE8B7" w14:textId="77777777" w:rsidR="001A5159" w:rsidRDefault="00000000">
      <w:r>
        <w:rPr>
          <w:rFonts w:ascii="Garamond" w:hAnsi="Garamond"/>
          <w:sz w:val="24"/>
        </w:rPr>
        <w:t>grammar + clarity edits</w:t>
      </w:r>
    </w:p>
    <w:p w14:paraId="4E4B8A1F" w14:textId="77777777" w:rsidR="001A5159" w:rsidRDefault="00000000">
      <w:proofErr w:type="gramStart"/>
      <w:r>
        <w:rPr>
          <w:rFonts w:ascii="Garamond" w:hAnsi="Garamond"/>
          <w:sz w:val="24"/>
        </w:rPr>
        <w:t>summary creation</w:t>
      </w:r>
      <w:proofErr w:type="gramEnd"/>
    </w:p>
    <w:p w14:paraId="42FEB8B4" w14:textId="77777777" w:rsidR="001A5159" w:rsidRDefault="00000000">
      <w:r>
        <w:rPr>
          <w:rFonts w:ascii="Garamond" w:hAnsi="Garamond"/>
          <w:sz w:val="24"/>
        </w:rPr>
        <w:lastRenderedPageBreak/>
        <w:t>long-form → short-form conversion</w:t>
      </w:r>
    </w:p>
    <w:p w14:paraId="4100AB61" w14:textId="77777777" w:rsidR="001A5159" w:rsidRDefault="00000000">
      <w:r>
        <w:rPr>
          <w:rFonts w:ascii="Garamond" w:hAnsi="Garamond"/>
          <w:sz w:val="24"/>
        </w:rPr>
        <w:t>PDF → Word → Google Doc conversion</w:t>
      </w:r>
    </w:p>
    <w:p w14:paraId="51BB87D9" w14:textId="77777777" w:rsidR="001A5159" w:rsidRDefault="00000000">
      <w:r>
        <w:rPr>
          <w:rFonts w:ascii="Garamond" w:hAnsi="Garamond"/>
          <w:sz w:val="24"/>
        </w:rPr>
        <w:t>formatting + structuring</w:t>
      </w:r>
    </w:p>
    <w:p w14:paraId="225760FB" w14:textId="77777777" w:rsidR="001A5159" w:rsidRDefault="00000000">
      <w:r>
        <w:rPr>
          <w:rFonts w:ascii="Garamond" w:hAnsi="Garamond"/>
          <w:sz w:val="24"/>
        </w:rPr>
        <w:t>podcast show notes (light version)</w:t>
      </w:r>
    </w:p>
    <w:p w14:paraId="0D304C29" w14:textId="77777777" w:rsidR="001A5159" w:rsidRDefault="00000000">
      <w:r>
        <w:rPr>
          <w:rFonts w:ascii="Garamond" w:hAnsi="Garamond"/>
          <w:sz w:val="24"/>
        </w:rPr>
        <w:t>meeting minutes</w:t>
      </w:r>
    </w:p>
    <w:p w14:paraId="10E6859B" w14:textId="77777777" w:rsidR="001A5159" w:rsidRDefault="00000000">
      <w:r>
        <w:rPr>
          <w:rFonts w:ascii="Garamond" w:hAnsi="Garamond"/>
          <w:sz w:val="24"/>
        </w:rPr>
        <w:t>webinar breakdowns</w:t>
      </w:r>
    </w:p>
    <w:p w14:paraId="76A05470" w14:textId="77777777" w:rsidR="001A5159" w:rsidRDefault="00000000">
      <w:r>
        <w:rPr>
          <w:rFonts w:ascii="Garamond" w:hAnsi="Garamond"/>
          <w:sz w:val="24"/>
        </w:rPr>
        <w:t>Packages can include:</w:t>
      </w:r>
    </w:p>
    <w:p w14:paraId="7FD43150" w14:textId="77777777" w:rsidR="001A5159" w:rsidRDefault="00000000">
      <w:r>
        <w:rPr>
          <w:rFonts w:ascii="Garamond" w:hAnsi="Garamond"/>
          <w:sz w:val="24"/>
        </w:rPr>
        <w:t>basic transcription</w:t>
      </w:r>
    </w:p>
    <w:p w14:paraId="0A74C82C" w14:textId="77777777" w:rsidR="001A5159" w:rsidRDefault="00000000">
      <w:r>
        <w:rPr>
          <w:rFonts w:ascii="Garamond" w:hAnsi="Garamond"/>
          <w:sz w:val="24"/>
        </w:rPr>
        <w:t xml:space="preserve">formatted </w:t>
      </w:r>
      <w:proofErr w:type="gramStart"/>
      <w:r>
        <w:rPr>
          <w:rFonts w:ascii="Garamond" w:hAnsi="Garamond"/>
          <w:sz w:val="24"/>
        </w:rPr>
        <w:t>transcription</w:t>
      </w:r>
      <w:proofErr w:type="gramEnd"/>
    </w:p>
    <w:p w14:paraId="3D2FE812" w14:textId="77777777" w:rsidR="001A5159" w:rsidRDefault="00000000">
      <w:proofErr w:type="gramStart"/>
      <w:r>
        <w:rPr>
          <w:rFonts w:ascii="Garamond" w:hAnsi="Garamond"/>
          <w:sz w:val="24"/>
        </w:rPr>
        <w:t>summary</w:t>
      </w:r>
      <w:proofErr w:type="gramEnd"/>
      <w:r>
        <w:rPr>
          <w:rFonts w:ascii="Garamond" w:hAnsi="Garamond"/>
          <w:sz w:val="24"/>
        </w:rPr>
        <w:t xml:space="preserve"> bundle</w:t>
      </w:r>
    </w:p>
    <w:p w14:paraId="71E6DB32" w14:textId="77777777" w:rsidR="001A5159" w:rsidRDefault="00000000">
      <w:r>
        <w:rPr>
          <w:rFonts w:ascii="Garamond" w:hAnsi="Garamond"/>
          <w:sz w:val="24"/>
        </w:rPr>
        <w:t>translation + transcript</w:t>
      </w:r>
    </w:p>
    <w:p w14:paraId="4073F324" w14:textId="77777777" w:rsidR="001A5159" w:rsidRDefault="00000000">
      <w:r>
        <w:rPr>
          <w:rFonts w:ascii="Garamond" w:hAnsi="Garamond"/>
          <w:sz w:val="24"/>
        </w:rPr>
        <w:t>content repurposing bundle</w:t>
      </w:r>
    </w:p>
    <w:p w14:paraId="3B438E29" w14:textId="77777777" w:rsidR="001A5159" w:rsidRDefault="001A5159"/>
    <w:p w14:paraId="29B18BD2" w14:textId="77777777" w:rsidR="001A5159" w:rsidRDefault="00000000">
      <w:r>
        <w:rPr>
          <w:rFonts w:ascii="Garamond" w:hAnsi="Garamond"/>
          <w:sz w:val="24"/>
        </w:rPr>
        <w:t>AI-Powered Workflow (Step-by-Step)</w:t>
      </w:r>
    </w:p>
    <w:p w14:paraId="1B4DB15C" w14:textId="77777777" w:rsidR="001A5159" w:rsidRDefault="00000000">
      <w:r>
        <w:rPr>
          <w:rFonts w:ascii="Garamond" w:hAnsi="Garamond"/>
          <w:sz w:val="24"/>
        </w:rPr>
        <w:t>STEP 1 — Transcribe the Content</w:t>
      </w:r>
    </w:p>
    <w:p w14:paraId="0E99E77F" w14:textId="77777777" w:rsidR="001A5159" w:rsidRDefault="00000000">
      <w:r>
        <w:rPr>
          <w:rFonts w:ascii="Garamond" w:hAnsi="Garamond"/>
          <w:sz w:val="24"/>
        </w:rPr>
        <w:t>Upload audio/video to:</w:t>
      </w:r>
    </w:p>
    <w:p w14:paraId="4152BB25" w14:textId="77777777" w:rsidR="001A5159" w:rsidRDefault="00000000">
      <w:proofErr w:type="gramStart"/>
      <w:r>
        <w:rPr>
          <w:rFonts w:ascii="Garamond" w:hAnsi="Garamond"/>
          <w:sz w:val="24"/>
        </w:rPr>
        <w:t>Descript</w:t>
      </w:r>
      <w:proofErr w:type="gramEnd"/>
    </w:p>
    <w:p w14:paraId="1DE24346" w14:textId="77777777" w:rsidR="001A5159" w:rsidRDefault="00000000">
      <w:r>
        <w:rPr>
          <w:rFonts w:ascii="Garamond" w:hAnsi="Garamond"/>
          <w:sz w:val="24"/>
        </w:rPr>
        <w:t>Otter.ai</w:t>
      </w:r>
    </w:p>
    <w:p w14:paraId="0C3B9D30" w14:textId="77777777" w:rsidR="001A5159" w:rsidRDefault="00000000">
      <w:r>
        <w:rPr>
          <w:rFonts w:ascii="Garamond" w:hAnsi="Garamond"/>
          <w:sz w:val="24"/>
        </w:rPr>
        <w:t>Whisper</w:t>
      </w:r>
    </w:p>
    <w:p w14:paraId="6609FC39" w14:textId="77777777" w:rsidR="001A5159" w:rsidRDefault="00000000">
      <w:r>
        <w:rPr>
          <w:rFonts w:ascii="Garamond" w:hAnsi="Garamond"/>
          <w:sz w:val="24"/>
        </w:rPr>
        <w:t>Riverside</w:t>
      </w:r>
    </w:p>
    <w:p w14:paraId="281E02FB" w14:textId="77777777" w:rsidR="001A5159" w:rsidRDefault="00000000">
      <w:r>
        <w:rPr>
          <w:rFonts w:ascii="Garamond" w:hAnsi="Garamond"/>
          <w:sz w:val="24"/>
        </w:rPr>
        <w:t>This gives you raw text.</w:t>
      </w:r>
    </w:p>
    <w:p w14:paraId="22651CB8" w14:textId="77777777" w:rsidR="001A5159" w:rsidRDefault="001A5159"/>
    <w:p w14:paraId="1C0B87E7" w14:textId="77777777" w:rsidR="001A5159" w:rsidRDefault="00000000">
      <w:r>
        <w:rPr>
          <w:rFonts w:ascii="Garamond" w:hAnsi="Garamond"/>
          <w:sz w:val="24"/>
        </w:rPr>
        <w:t>STEP 2 — Clean the Transcript</w:t>
      </w:r>
    </w:p>
    <w:p w14:paraId="01696038" w14:textId="77777777" w:rsidR="001A5159" w:rsidRDefault="00000000">
      <w:r>
        <w:rPr>
          <w:rFonts w:ascii="Garamond" w:hAnsi="Garamond"/>
          <w:sz w:val="24"/>
        </w:rPr>
        <w:t>Ask AI:</w:t>
      </w:r>
    </w:p>
    <w:p w14:paraId="429CF9C5" w14:textId="77777777" w:rsidR="001A5159" w:rsidRDefault="00000000">
      <w:r>
        <w:rPr>
          <w:rFonts w:ascii="Garamond" w:hAnsi="Garamond"/>
          <w:sz w:val="24"/>
        </w:rPr>
        <w:t>“Clean and polish this transcript. Remove filler words, hesitations, and errors while keeping the speaker’s tone.”</w:t>
      </w:r>
    </w:p>
    <w:p w14:paraId="1B26C19A" w14:textId="77777777" w:rsidR="001A5159" w:rsidRDefault="00000000">
      <w:r>
        <w:rPr>
          <w:rFonts w:ascii="Garamond" w:hAnsi="Garamond"/>
          <w:sz w:val="24"/>
        </w:rPr>
        <w:lastRenderedPageBreak/>
        <w:t>You instantly get a clean, readable version.</w:t>
      </w:r>
    </w:p>
    <w:p w14:paraId="38DDF761" w14:textId="77777777" w:rsidR="001A5159" w:rsidRDefault="001A5159"/>
    <w:p w14:paraId="36681430" w14:textId="77777777" w:rsidR="001A5159" w:rsidRDefault="00000000">
      <w:r>
        <w:rPr>
          <w:rFonts w:ascii="Garamond" w:hAnsi="Garamond"/>
          <w:sz w:val="24"/>
        </w:rPr>
        <w:t>STEP 3 — Format the Content</w:t>
      </w:r>
    </w:p>
    <w:p w14:paraId="51DB4802" w14:textId="77777777" w:rsidR="001A5159" w:rsidRDefault="00000000">
      <w:r>
        <w:rPr>
          <w:rFonts w:ascii="Garamond" w:hAnsi="Garamond"/>
          <w:sz w:val="24"/>
        </w:rPr>
        <w:t>Ask AI:</w:t>
      </w:r>
    </w:p>
    <w:p w14:paraId="64665502" w14:textId="77777777" w:rsidR="001A5159" w:rsidRDefault="00000000">
      <w:r>
        <w:rPr>
          <w:rFonts w:ascii="Garamond" w:hAnsi="Garamond"/>
          <w:sz w:val="24"/>
        </w:rPr>
        <w:t>“Split this transcript into sections with timestamps, headers, and bullet points.”</w:t>
      </w:r>
    </w:p>
    <w:p w14:paraId="44D8173A" w14:textId="77777777" w:rsidR="001A5159" w:rsidRDefault="00000000">
      <w:r>
        <w:rPr>
          <w:rFonts w:ascii="Garamond" w:hAnsi="Garamond"/>
          <w:sz w:val="24"/>
        </w:rPr>
        <w:t>This turns chaos into order.</w:t>
      </w:r>
    </w:p>
    <w:p w14:paraId="30FFDC52" w14:textId="77777777" w:rsidR="001A5159" w:rsidRDefault="001A5159"/>
    <w:p w14:paraId="62B3FDDE" w14:textId="77777777" w:rsidR="001A5159" w:rsidRDefault="00000000">
      <w:r>
        <w:rPr>
          <w:rFonts w:ascii="Garamond" w:hAnsi="Garamond"/>
          <w:sz w:val="24"/>
        </w:rPr>
        <w:t>STEP 4 — Translate (Optional)</w:t>
      </w:r>
    </w:p>
    <w:p w14:paraId="2E1F23D0" w14:textId="77777777" w:rsidR="001A5159" w:rsidRDefault="00000000">
      <w:r>
        <w:rPr>
          <w:rFonts w:ascii="Garamond" w:hAnsi="Garamond"/>
          <w:sz w:val="24"/>
        </w:rPr>
        <w:t>Ask:</w:t>
      </w:r>
    </w:p>
    <w:p w14:paraId="7BADA732" w14:textId="77777777" w:rsidR="001A5159" w:rsidRDefault="00000000">
      <w:r>
        <w:rPr>
          <w:rFonts w:ascii="Garamond" w:hAnsi="Garamond"/>
          <w:sz w:val="24"/>
        </w:rPr>
        <w:t>“Translate this transcript into while keeping meaning, tone, and clarity.”</w:t>
      </w:r>
    </w:p>
    <w:p w14:paraId="4FF411B0" w14:textId="77777777" w:rsidR="001A5159" w:rsidRDefault="00000000">
      <w:r>
        <w:rPr>
          <w:rFonts w:ascii="Garamond" w:hAnsi="Garamond"/>
          <w:sz w:val="24"/>
        </w:rPr>
        <w:t xml:space="preserve">AI </w:t>
      </w:r>
      <w:proofErr w:type="gramStart"/>
      <w:r>
        <w:rPr>
          <w:rFonts w:ascii="Garamond" w:hAnsi="Garamond"/>
          <w:sz w:val="24"/>
        </w:rPr>
        <w:t>handles</w:t>
      </w:r>
      <w:proofErr w:type="gramEnd"/>
      <w:r>
        <w:rPr>
          <w:rFonts w:ascii="Garamond" w:hAnsi="Garamond"/>
          <w:sz w:val="24"/>
        </w:rPr>
        <w:t xml:space="preserve"> the rest.</w:t>
      </w:r>
    </w:p>
    <w:p w14:paraId="615775C3" w14:textId="77777777" w:rsidR="001A5159" w:rsidRDefault="001A5159"/>
    <w:p w14:paraId="734D9819" w14:textId="77777777" w:rsidR="001A5159" w:rsidRDefault="00000000">
      <w:r>
        <w:rPr>
          <w:rFonts w:ascii="Garamond" w:hAnsi="Garamond"/>
          <w:sz w:val="24"/>
        </w:rPr>
        <w:t>STEP 5 — Create Summary Versions</w:t>
      </w:r>
    </w:p>
    <w:p w14:paraId="02D0E442" w14:textId="77777777" w:rsidR="001A5159" w:rsidRDefault="00000000">
      <w:r>
        <w:rPr>
          <w:rFonts w:ascii="Garamond" w:hAnsi="Garamond"/>
          <w:sz w:val="24"/>
        </w:rPr>
        <w:t>Ask:</w:t>
      </w:r>
    </w:p>
    <w:p w14:paraId="22D15E1E" w14:textId="77777777" w:rsidR="001A5159" w:rsidRDefault="00000000">
      <w:r>
        <w:rPr>
          <w:rFonts w:ascii="Garamond" w:hAnsi="Garamond"/>
          <w:sz w:val="24"/>
        </w:rPr>
        <w:t>“Create a 1-paragraph summary, 5 bullet takeaways, and a 20-line detailed summary.”</w:t>
      </w:r>
    </w:p>
    <w:p w14:paraId="551469D5" w14:textId="77777777" w:rsidR="001A5159" w:rsidRDefault="00000000">
      <w:r>
        <w:rPr>
          <w:rFonts w:ascii="Garamond" w:hAnsi="Garamond"/>
          <w:sz w:val="24"/>
        </w:rPr>
        <w:t>You now have three deliverables.</w:t>
      </w:r>
    </w:p>
    <w:p w14:paraId="0B2D056C" w14:textId="77777777" w:rsidR="001A5159" w:rsidRDefault="001A5159"/>
    <w:p w14:paraId="5935A912" w14:textId="77777777" w:rsidR="001A5159" w:rsidRDefault="00000000">
      <w:r>
        <w:rPr>
          <w:rFonts w:ascii="Garamond" w:hAnsi="Garamond"/>
          <w:sz w:val="24"/>
        </w:rPr>
        <w:t>STEP 6 — Convert &amp; Deliver</w:t>
      </w:r>
    </w:p>
    <w:p w14:paraId="7AA3F126" w14:textId="77777777" w:rsidR="001A5159" w:rsidRDefault="00000000">
      <w:r>
        <w:rPr>
          <w:rFonts w:ascii="Garamond" w:hAnsi="Garamond"/>
          <w:sz w:val="24"/>
        </w:rPr>
        <w:t>Convert files into:</w:t>
      </w:r>
    </w:p>
    <w:p w14:paraId="7E67484B" w14:textId="77777777" w:rsidR="001A5159" w:rsidRDefault="00000000">
      <w:r>
        <w:rPr>
          <w:rFonts w:ascii="Garamond" w:hAnsi="Garamond"/>
          <w:sz w:val="24"/>
        </w:rPr>
        <w:t>PDF</w:t>
      </w:r>
    </w:p>
    <w:p w14:paraId="5B4D7170" w14:textId="77777777" w:rsidR="001A5159" w:rsidRDefault="00000000">
      <w:r>
        <w:rPr>
          <w:rFonts w:ascii="Garamond" w:hAnsi="Garamond"/>
          <w:sz w:val="24"/>
        </w:rPr>
        <w:t>Word</w:t>
      </w:r>
    </w:p>
    <w:p w14:paraId="4505A9D5" w14:textId="77777777" w:rsidR="001A5159" w:rsidRDefault="00000000">
      <w:r>
        <w:rPr>
          <w:rFonts w:ascii="Garamond" w:hAnsi="Garamond"/>
          <w:sz w:val="24"/>
        </w:rPr>
        <w:t>Google Doc</w:t>
      </w:r>
    </w:p>
    <w:p w14:paraId="0551298C" w14:textId="77777777" w:rsidR="001A5159" w:rsidRDefault="00000000">
      <w:r>
        <w:rPr>
          <w:rFonts w:ascii="Garamond" w:hAnsi="Garamond"/>
          <w:sz w:val="24"/>
        </w:rPr>
        <w:t>Text file</w:t>
      </w:r>
    </w:p>
    <w:p w14:paraId="15B3992F" w14:textId="77777777" w:rsidR="001A5159" w:rsidRDefault="00000000">
      <w:r>
        <w:rPr>
          <w:rFonts w:ascii="Garamond" w:hAnsi="Garamond"/>
          <w:sz w:val="24"/>
        </w:rPr>
        <w:t>Deliver a clean, professional package.</w:t>
      </w:r>
    </w:p>
    <w:p w14:paraId="260851D4" w14:textId="77777777" w:rsidR="001A5159" w:rsidRDefault="001A5159"/>
    <w:p w14:paraId="2837FCDF" w14:textId="77777777" w:rsidR="001A5159" w:rsidRDefault="00000000">
      <w:r>
        <w:rPr>
          <w:rFonts w:ascii="Garamond" w:hAnsi="Garamond"/>
          <w:sz w:val="24"/>
        </w:rPr>
        <w:lastRenderedPageBreak/>
        <w:t>Beginner Proof Portfolio</w:t>
      </w:r>
    </w:p>
    <w:p w14:paraId="06ECBC19" w14:textId="77777777" w:rsidR="001A5159" w:rsidRDefault="00000000">
      <w:r>
        <w:rPr>
          <w:rFonts w:ascii="Garamond" w:hAnsi="Garamond"/>
          <w:sz w:val="24"/>
        </w:rPr>
        <w:t>Create samples from:</w:t>
      </w:r>
    </w:p>
    <w:p w14:paraId="42F8D0B1" w14:textId="77777777" w:rsidR="001A5159" w:rsidRDefault="00000000">
      <w:r>
        <w:rPr>
          <w:rFonts w:ascii="Garamond" w:hAnsi="Garamond"/>
          <w:sz w:val="24"/>
        </w:rPr>
        <w:t>a YouTube video</w:t>
      </w:r>
    </w:p>
    <w:p w14:paraId="5E6AE653" w14:textId="77777777" w:rsidR="001A5159" w:rsidRDefault="00000000">
      <w:r>
        <w:rPr>
          <w:rFonts w:ascii="Garamond" w:hAnsi="Garamond"/>
          <w:sz w:val="24"/>
        </w:rPr>
        <w:t>a podcast clip</w:t>
      </w:r>
    </w:p>
    <w:p w14:paraId="4612D7B1" w14:textId="77777777" w:rsidR="001A5159" w:rsidRDefault="00000000">
      <w:proofErr w:type="gramStart"/>
      <w:r>
        <w:rPr>
          <w:rFonts w:ascii="Garamond" w:hAnsi="Garamond"/>
          <w:sz w:val="24"/>
        </w:rPr>
        <w:t>a meeting</w:t>
      </w:r>
      <w:proofErr w:type="gramEnd"/>
      <w:r>
        <w:rPr>
          <w:rFonts w:ascii="Garamond" w:hAnsi="Garamond"/>
          <w:sz w:val="24"/>
        </w:rPr>
        <w:t xml:space="preserve"> recording</w:t>
      </w:r>
    </w:p>
    <w:p w14:paraId="5BE97D76" w14:textId="77777777" w:rsidR="001A5159" w:rsidRDefault="00000000">
      <w:r>
        <w:rPr>
          <w:rFonts w:ascii="Garamond" w:hAnsi="Garamond"/>
          <w:sz w:val="24"/>
        </w:rPr>
        <w:t>Show:</w:t>
      </w:r>
    </w:p>
    <w:p w14:paraId="277F01BE" w14:textId="77777777" w:rsidR="001A5159" w:rsidRDefault="00000000">
      <w:r>
        <w:rPr>
          <w:rFonts w:ascii="Garamond" w:hAnsi="Garamond"/>
          <w:sz w:val="24"/>
        </w:rPr>
        <w:t>original transcript</w:t>
      </w:r>
    </w:p>
    <w:p w14:paraId="4E72A2C0" w14:textId="77777777" w:rsidR="001A5159" w:rsidRDefault="00000000">
      <w:r>
        <w:rPr>
          <w:rFonts w:ascii="Garamond" w:hAnsi="Garamond"/>
          <w:sz w:val="24"/>
        </w:rPr>
        <w:t xml:space="preserve">cleaned </w:t>
      </w:r>
      <w:proofErr w:type="gramStart"/>
      <w:r>
        <w:rPr>
          <w:rFonts w:ascii="Garamond" w:hAnsi="Garamond"/>
          <w:sz w:val="24"/>
        </w:rPr>
        <w:t>transcript</w:t>
      </w:r>
      <w:proofErr w:type="gramEnd"/>
    </w:p>
    <w:p w14:paraId="1EDA7997" w14:textId="77777777" w:rsidR="001A5159" w:rsidRDefault="00000000">
      <w:r>
        <w:rPr>
          <w:rFonts w:ascii="Garamond" w:hAnsi="Garamond"/>
          <w:sz w:val="24"/>
        </w:rPr>
        <w:t xml:space="preserve">formatted </w:t>
      </w:r>
      <w:proofErr w:type="gramStart"/>
      <w:r>
        <w:rPr>
          <w:rFonts w:ascii="Garamond" w:hAnsi="Garamond"/>
          <w:sz w:val="24"/>
        </w:rPr>
        <w:t>version</w:t>
      </w:r>
      <w:proofErr w:type="gramEnd"/>
    </w:p>
    <w:p w14:paraId="3E776787" w14:textId="77777777" w:rsidR="001A5159" w:rsidRDefault="00000000">
      <w:r>
        <w:rPr>
          <w:rFonts w:ascii="Garamond" w:hAnsi="Garamond"/>
          <w:sz w:val="24"/>
        </w:rPr>
        <w:t>summary</w:t>
      </w:r>
    </w:p>
    <w:p w14:paraId="05CB7F70" w14:textId="77777777" w:rsidR="001A5159" w:rsidRDefault="00000000">
      <w:r>
        <w:rPr>
          <w:rFonts w:ascii="Garamond" w:hAnsi="Garamond"/>
          <w:sz w:val="24"/>
        </w:rPr>
        <w:t>This instantly proves your skill.</w:t>
      </w:r>
    </w:p>
    <w:p w14:paraId="6AE4938C" w14:textId="77777777" w:rsidR="001A5159" w:rsidRDefault="001A5159"/>
    <w:p w14:paraId="5DFD53F9" w14:textId="77777777" w:rsidR="001A5159" w:rsidRDefault="00000000">
      <w:r>
        <w:rPr>
          <w:rFonts w:ascii="Garamond" w:hAnsi="Garamond"/>
          <w:sz w:val="24"/>
        </w:rPr>
        <w:t>Pricing Guide</w:t>
      </w:r>
    </w:p>
    <w:p w14:paraId="5A8B69DF" w14:textId="77777777" w:rsidR="001A5159" w:rsidRDefault="00000000">
      <w:r>
        <w:rPr>
          <w:rFonts w:ascii="Garamond" w:hAnsi="Garamond"/>
          <w:sz w:val="24"/>
        </w:rPr>
        <w:t>Beginners:</w:t>
      </w:r>
    </w:p>
    <w:p w14:paraId="316977DD" w14:textId="77777777" w:rsidR="001A5159" w:rsidRDefault="00000000">
      <w:r>
        <w:rPr>
          <w:rFonts w:ascii="Garamond" w:hAnsi="Garamond"/>
          <w:sz w:val="24"/>
        </w:rPr>
        <w:t>$10–$25 per 10 minutes of audio</w:t>
      </w:r>
    </w:p>
    <w:p w14:paraId="362829AF" w14:textId="77777777" w:rsidR="001A5159" w:rsidRDefault="00000000">
      <w:r>
        <w:rPr>
          <w:rFonts w:ascii="Garamond" w:hAnsi="Garamond"/>
          <w:sz w:val="24"/>
        </w:rPr>
        <w:t>$30–$60 for transcription + cleanup</w:t>
      </w:r>
    </w:p>
    <w:p w14:paraId="3DD3F498" w14:textId="77777777" w:rsidR="001A5159" w:rsidRDefault="00000000">
      <w:r>
        <w:rPr>
          <w:rFonts w:ascii="Garamond" w:hAnsi="Garamond"/>
          <w:sz w:val="24"/>
        </w:rPr>
        <w:t>Intermediate:</w:t>
      </w:r>
    </w:p>
    <w:p w14:paraId="075B32C7" w14:textId="77777777" w:rsidR="001A5159" w:rsidRDefault="00000000">
      <w:r>
        <w:rPr>
          <w:rFonts w:ascii="Garamond" w:hAnsi="Garamond"/>
          <w:sz w:val="24"/>
        </w:rPr>
        <w:t>$50–$120 for translation</w:t>
      </w:r>
    </w:p>
    <w:p w14:paraId="50B7C1AD" w14:textId="77777777" w:rsidR="001A5159" w:rsidRDefault="00000000">
      <w:r>
        <w:rPr>
          <w:rFonts w:ascii="Garamond" w:hAnsi="Garamond"/>
          <w:sz w:val="24"/>
        </w:rPr>
        <w:t>$80–$150 formatted transcript packages</w:t>
      </w:r>
    </w:p>
    <w:p w14:paraId="348DEB55" w14:textId="77777777" w:rsidR="001A5159" w:rsidRDefault="00000000">
      <w:r>
        <w:rPr>
          <w:rFonts w:ascii="Garamond" w:hAnsi="Garamond"/>
          <w:sz w:val="24"/>
        </w:rPr>
        <w:t>Pro:</w:t>
      </w:r>
    </w:p>
    <w:p w14:paraId="4389DB6B" w14:textId="77777777" w:rsidR="001A5159" w:rsidRDefault="00000000">
      <w:r>
        <w:rPr>
          <w:rFonts w:ascii="Garamond" w:hAnsi="Garamond"/>
          <w:sz w:val="24"/>
        </w:rPr>
        <w:t>$150–$300 per long-form content conversion</w:t>
      </w:r>
    </w:p>
    <w:p w14:paraId="1AB372E9" w14:textId="77777777" w:rsidR="001A5159" w:rsidRDefault="00000000">
      <w:r>
        <w:rPr>
          <w:rFonts w:ascii="Garamond" w:hAnsi="Garamond"/>
          <w:sz w:val="24"/>
        </w:rPr>
        <w:t>$300–$1,000+ for multi-language bundles</w:t>
      </w:r>
    </w:p>
    <w:p w14:paraId="714C22B8" w14:textId="77777777" w:rsidR="001A5159" w:rsidRDefault="00000000">
      <w:r>
        <w:rPr>
          <w:rFonts w:ascii="Garamond" w:hAnsi="Garamond"/>
          <w:sz w:val="24"/>
        </w:rPr>
        <w:t>$1,000/month retainer for ongoing transcription</w:t>
      </w:r>
    </w:p>
    <w:p w14:paraId="10DCD107" w14:textId="77777777" w:rsidR="001A5159" w:rsidRDefault="00000000">
      <w:r>
        <w:rPr>
          <w:rFonts w:ascii="Garamond" w:hAnsi="Garamond"/>
          <w:sz w:val="24"/>
        </w:rPr>
        <w:t>This blueprint can easily become a recurring monthly income stream.</w:t>
      </w:r>
    </w:p>
    <w:p w14:paraId="024BA77A" w14:textId="77777777" w:rsidR="001A5159" w:rsidRDefault="001A5159"/>
    <w:p w14:paraId="2B64B40F" w14:textId="77777777" w:rsidR="001A5159" w:rsidRDefault="00000000">
      <w:r>
        <w:rPr>
          <w:rFonts w:ascii="Garamond" w:hAnsi="Garamond"/>
          <w:sz w:val="24"/>
        </w:rPr>
        <w:lastRenderedPageBreak/>
        <w:t>Pro Accelerators</w:t>
      </w:r>
    </w:p>
    <w:p w14:paraId="515C7AE4" w14:textId="77777777" w:rsidR="001A5159" w:rsidRDefault="00000000">
      <w:r>
        <w:rPr>
          <w:rFonts w:ascii="Garamond" w:hAnsi="Garamond"/>
          <w:sz w:val="24"/>
        </w:rPr>
        <w:t xml:space="preserve">add SEO blog </w:t>
      </w:r>
      <w:proofErr w:type="gramStart"/>
      <w:r>
        <w:rPr>
          <w:rFonts w:ascii="Garamond" w:hAnsi="Garamond"/>
          <w:sz w:val="24"/>
        </w:rPr>
        <w:t>rewrites</w:t>
      </w:r>
      <w:proofErr w:type="gramEnd"/>
    </w:p>
    <w:p w14:paraId="63E36CB2" w14:textId="77777777" w:rsidR="001A5159" w:rsidRDefault="00000000">
      <w:r>
        <w:rPr>
          <w:rFonts w:ascii="Garamond" w:hAnsi="Garamond"/>
          <w:sz w:val="24"/>
        </w:rPr>
        <w:t xml:space="preserve">add social media </w:t>
      </w:r>
      <w:proofErr w:type="gramStart"/>
      <w:r>
        <w:rPr>
          <w:rFonts w:ascii="Garamond" w:hAnsi="Garamond"/>
          <w:sz w:val="24"/>
        </w:rPr>
        <w:t>repurposing</w:t>
      </w:r>
      <w:proofErr w:type="gramEnd"/>
    </w:p>
    <w:p w14:paraId="26CDC9C6" w14:textId="77777777" w:rsidR="001A5159" w:rsidRDefault="00000000">
      <w:r>
        <w:rPr>
          <w:rFonts w:ascii="Garamond" w:hAnsi="Garamond"/>
          <w:sz w:val="24"/>
        </w:rPr>
        <w:t xml:space="preserve">build searchable transcript </w:t>
      </w:r>
      <w:proofErr w:type="gramStart"/>
      <w:r>
        <w:rPr>
          <w:rFonts w:ascii="Garamond" w:hAnsi="Garamond"/>
          <w:sz w:val="24"/>
        </w:rPr>
        <w:t>libraries</w:t>
      </w:r>
      <w:proofErr w:type="gramEnd"/>
    </w:p>
    <w:p w14:paraId="3FC273FE" w14:textId="77777777" w:rsidR="001A5159" w:rsidRDefault="00000000">
      <w:r>
        <w:rPr>
          <w:rFonts w:ascii="Garamond" w:hAnsi="Garamond"/>
          <w:sz w:val="24"/>
        </w:rPr>
        <w:t xml:space="preserve">create content </w:t>
      </w:r>
      <w:proofErr w:type="gramStart"/>
      <w:r>
        <w:rPr>
          <w:rFonts w:ascii="Garamond" w:hAnsi="Garamond"/>
          <w:sz w:val="24"/>
        </w:rPr>
        <w:t>databases</w:t>
      </w:r>
      <w:proofErr w:type="gramEnd"/>
    </w:p>
    <w:p w14:paraId="21E8A08E" w14:textId="77777777" w:rsidR="001A5159" w:rsidRDefault="00000000">
      <w:r>
        <w:rPr>
          <w:rFonts w:ascii="Garamond" w:hAnsi="Garamond"/>
          <w:sz w:val="24"/>
        </w:rPr>
        <w:t xml:space="preserve">add speaker </w:t>
      </w:r>
      <w:proofErr w:type="gramStart"/>
      <w:r>
        <w:rPr>
          <w:rFonts w:ascii="Garamond" w:hAnsi="Garamond"/>
          <w:sz w:val="24"/>
        </w:rPr>
        <w:t>identification</w:t>
      </w:r>
      <w:proofErr w:type="gramEnd"/>
    </w:p>
    <w:p w14:paraId="746433C9" w14:textId="77777777" w:rsidR="001A5159" w:rsidRDefault="00000000">
      <w:r>
        <w:rPr>
          <w:rFonts w:ascii="Garamond" w:hAnsi="Garamond"/>
          <w:sz w:val="24"/>
        </w:rPr>
        <w:t xml:space="preserve">offer branded formatting </w:t>
      </w:r>
      <w:proofErr w:type="gramStart"/>
      <w:r>
        <w:rPr>
          <w:rFonts w:ascii="Garamond" w:hAnsi="Garamond"/>
          <w:sz w:val="24"/>
        </w:rPr>
        <w:t>templates</w:t>
      </w:r>
      <w:proofErr w:type="gramEnd"/>
    </w:p>
    <w:p w14:paraId="43239BCF" w14:textId="77777777" w:rsidR="001A5159" w:rsidRDefault="00000000">
      <w:r>
        <w:rPr>
          <w:rFonts w:ascii="Garamond" w:hAnsi="Garamond"/>
          <w:sz w:val="24"/>
        </w:rPr>
        <w:t>create highlight reels (paired with Blueprint 18)</w:t>
      </w:r>
    </w:p>
    <w:p w14:paraId="481D1C5B" w14:textId="77777777" w:rsidR="001A5159" w:rsidRDefault="001A5159"/>
    <w:p w14:paraId="1FD5A5D4" w14:textId="77777777" w:rsidR="001A5159" w:rsidRDefault="00000000">
      <w:r>
        <w:rPr>
          <w:rFonts w:ascii="Garamond" w:hAnsi="Garamond"/>
          <w:sz w:val="24"/>
        </w:rPr>
        <w:t>MICRO CASE STUDY — BLUEPRINT NINETEEN</w:t>
      </w:r>
    </w:p>
    <w:p w14:paraId="62477687" w14:textId="77777777" w:rsidR="001A5159" w:rsidRDefault="00000000">
      <w:r>
        <w:rPr>
          <w:rFonts w:ascii="Garamond" w:hAnsi="Garamond"/>
          <w:sz w:val="24"/>
        </w:rPr>
        <w:t>Case Study: Former Uber Driver Makes $1,050 in His First Week Doing Transcription + Cleanup With AI</w:t>
      </w:r>
    </w:p>
    <w:p w14:paraId="6A9B01F1" w14:textId="77777777" w:rsidR="001A5159" w:rsidRDefault="00000000">
      <w:r>
        <w:rPr>
          <w:rFonts w:ascii="Garamond" w:hAnsi="Garamond"/>
          <w:sz w:val="24"/>
        </w:rPr>
        <w:t>Carlos was an Uber driver trying to earn money between rides.</w:t>
      </w:r>
    </w:p>
    <w:p w14:paraId="57A65FC7" w14:textId="77777777" w:rsidR="001A5159" w:rsidRDefault="00000000">
      <w:r>
        <w:rPr>
          <w:rFonts w:ascii="Garamond" w:hAnsi="Garamond"/>
          <w:sz w:val="24"/>
        </w:rPr>
        <w:t>He learned Blueprint 19 and tried a simple test:</w:t>
      </w:r>
    </w:p>
    <w:p w14:paraId="24B53E58" w14:textId="77777777" w:rsidR="001A5159" w:rsidRDefault="00000000">
      <w:r>
        <w:rPr>
          <w:rFonts w:ascii="Garamond" w:hAnsi="Garamond"/>
          <w:sz w:val="24"/>
        </w:rPr>
        <w:t xml:space="preserve">downloaded a free YouTube </w:t>
      </w:r>
      <w:proofErr w:type="gramStart"/>
      <w:r>
        <w:rPr>
          <w:rFonts w:ascii="Garamond" w:hAnsi="Garamond"/>
          <w:sz w:val="24"/>
        </w:rPr>
        <w:t>lecture</w:t>
      </w:r>
      <w:proofErr w:type="gramEnd"/>
    </w:p>
    <w:p w14:paraId="582582C5" w14:textId="77777777" w:rsidR="001A5159" w:rsidRDefault="00000000">
      <w:r>
        <w:rPr>
          <w:rFonts w:ascii="Garamond" w:hAnsi="Garamond"/>
          <w:sz w:val="24"/>
        </w:rPr>
        <w:t xml:space="preserve">ran it through </w:t>
      </w:r>
      <w:proofErr w:type="gramStart"/>
      <w:r>
        <w:rPr>
          <w:rFonts w:ascii="Garamond" w:hAnsi="Garamond"/>
          <w:sz w:val="24"/>
        </w:rPr>
        <w:t>Whisper</w:t>
      </w:r>
      <w:proofErr w:type="gramEnd"/>
    </w:p>
    <w:p w14:paraId="3216A060" w14:textId="77777777" w:rsidR="001A5159" w:rsidRDefault="00000000">
      <w:r>
        <w:rPr>
          <w:rFonts w:ascii="Garamond" w:hAnsi="Garamond"/>
          <w:sz w:val="24"/>
        </w:rPr>
        <w:t xml:space="preserve">cleaned it with </w:t>
      </w:r>
      <w:proofErr w:type="gramStart"/>
      <w:r>
        <w:rPr>
          <w:rFonts w:ascii="Garamond" w:hAnsi="Garamond"/>
          <w:sz w:val="24"/>
        </w:rPr>
        <w:t>AI</w:t>
      </w:r>
      <w:proofErr w:type="gramEnd"/>
    </w:p>
    <w:p w14:paraId="2913506D" w14:textId="77777777" w:rsidR="001A5159" w:rsidRDefault="00000000">
      <w:r>
        <w:rPr>
          <w:rFonts w:ascii="Garamond" w:hAnsi="Garamond"/>
          <w:sz w:val="24"/>
        </w:rPr>
        <w:t xml:space="preserve">formatted it into </w:t>
      </w:r>
      <w:proofErr w:type="gramStart"/>
      <w:r>
        <w:rPr>
          <w:rFonts w:ascii="Garamond" w:hAnsi="Garamond"/>
          <w:sz w:val="24"/>
        </w:rPr>
        <w:t>sections</w:t>
      </w:r>
      <w:proofErr w:type="gramEnd"/>
    </w:p>
    <w:p w14:paraId="65013F5C" w14:textId="77777777" w:rsidR="001A5159" w:rsidRDefault="00000000">
      <w:r>
        <w:rPr>
          <w:rFonts w:ascii="Garamond" w:hAnsi="Garamond"/>
          <w:sz w:val="24"/>
        </w:rPr>
        <w:t>He posted a sample on Upwork.</w:t>
      </w:r>
    </w:p>
    <w:p w14:paraId="7BE89D7C" w14:textId="77777777" w:rsidR="001A5159" w:rsidRDefault="00000000">
      <w:r>
        <w:rPr>
          <w:rFonts w:ascii="Garamond" w:hAnsi="Garamond"/>
          <w:sz w:val="24"/>
        </w:rPr>
        <w:t>Within 48 hours:</w:t>
      </w:r>
    </w:p>
    <w:p w14:paraId="25EEA1EC" w14:textId="77777777" w:rsidR="001A5159" w:rsidRDefault="00000000">
      <w:proofErr w:type="gramStart"/>
      <w:r>
        <w:rPr>
          <w:rFonts w:ascii="Garamond" w:hAnsi="Garamond"/>
          <w:sz w:val="24"/>
        </w:rPr>
        <w:t>a real</w:t>
      </w:r>
      <w:proofErr w:type="gramEnd"/>
      <w:r>
        <w:rPr>
          <w:rFonts w:ascii="Garamond" w:hAnsi="Garamond"/>
          <w:sz w:val="24"/>
        </w:rPr>
        <w:t xml:space="preserve"> estate coach hired </w:t>
      </w:r>
      <w:proofErr w:type="gramStart"/>
      <w:r>
        <w:rPr>
          <w:rFonts w:ascii="Garamond" w:hAnsi="Garamond"/>
          <w:sz w:val="24"/>
        </w:rPr>
        <w:t>him</w:t>
      </w:r>
      <w:proofErr w:type="gramEnd"/>
    </w:p>
    <w:p w14:paraId="4EC6A896" w14:textId="77777777" w:rsidR="001A5159" w:rsidRDefault="00000000">
      <w:r>
        <w:rPr>
          <w:rFonts w:ascii="Garamond" w:hAnsi="Garamond"/>
          <w:sz w:val="24"/>
        </w:rPr>
        <w:t>$75 for 30 minutes of transcription</w:t>
      </w:r>
    </w:p>
    <w:p w14:paraId="363E51C4" w14:textId="77777777" w:rsidR="001A5159" w:rsidRDefault="00000000">
      <w:r>
        <w:rPr>
          <w:rFonts w:ascii="Garamond" w:hAnsi="Garamond"/>
          <w:sz w:val="24"/>
        </w:rPr>
        <w:t>$40 for formatting</w:t>
      </w:r>
    </w:p>
    <w:p w14:paraId="0FD3ACCA" w14:textId="77777777" w:rsidR="001A5159" w:rsidRDefault="00000000">
      <w:r>
        <w:rPr>
          <w:rFonts w:ascii="Garamond" w:hAnsi="Garamond"/>
          <w:sz w:val="24"/>
        </w:rPr>
        <w:t>$35 for a summary</w:t>
      </w:r>
    </w:p>
    <w:p w14:paraId="46987A07" w14:textId="77777777" w:rsidR="001A5159" w:rsidRDefault="00000000">
      <w:r>
        <w:rPr>
          <w:rFonts w:ascii="Garamond" w:hAnsi="Garamond"/>
          <w:sz w:val="24"/>
        </w:rPr>
        <w:t xml:space="preserve">Total per episode: </w:t>
      </w:r>
      <w:proofErr w:type="gramStart"/>
      <w:r>
        <w:rPr>
          <w:rFonts w:ascii="Garamond" w:hAnsi="Garamond"/>
          <w:sz w:val="24"/>
        </w:rPr>
        <w:t>$150</w:t>
      </w:r>
      <w:proofErr w:type="gramEnd"/>
    </w:p>
    <w:p w14:paraId="628E44AB" w14:textId="77777777" w:rsidR="001A5159" w:rsidRDefault="00000000">
      <w:r>
        <w:rPr>
          <w:rFonts w:ascii="Garamond" w:hAnsi="Garamond"/>
          <w:sz w:val="24"/>
        </w:rPr>
        <w:t>They had 7 episodes waiting.</w:t>
      </w:r>
    </w:p>
    <w:p w14:paraId="06ED4411" w14:textId="77777777" w:rsidR="001A5159" w:rsidRDefault="00000000">
      <w:r>
        <w:rPr>
          <w:rFonts w:ascii="Garamond" w:hAnsi="Garamond"/>
          <w:sz w:val="24"/>
        </w:rPr>
        <w:lastRenderedPageBreak/>
        <w:t>He completed all of them using AI in under 5 hours.</w:t>
      </w:r>
    </w:p>
    <w:p w14:paraId="575901E3" w14:textId="77777777" w:rsidR="001A5159" w:rsidRDefault="00000000">
      <w:r>
        <w:rPr>
          <w:rFonts w:ascii="Garamond" w:hAnsi="Garamond"/>
          <w:sz w:val="24"/>
        </w:rPr>
        <w:t>Weekly total: $1,050</w:t>
      </w:r>
    </w:p>
    <w:p w14:paraId="0CAA46C5" w14:textId="77777777" w:rsidR="001A5159" w:rsidRDefault="00000000">
      <w:r>
        <w:rPr>
          <w:rFonts w:ascii="Garamond" w:hAnsi="Garamond"/>
          <w:sz w:val="24"/>
        </w:rPr>
        <w:t>Then the coach offered him:</w:t>
      </w:r>
    </w:p>
    <w:p w14:paraId="7B69BD38" w14:textId="77777777" w:rsidR="001A5159" w:rsidRDefault="00000000">
      <w:r>
        <w:rPr>
          <w:rFonts w:ascii="Garamond" w:hAnsi="Garamond"/>
          <w:sz w:val="24"/>
        </w:rPr>
        <w:t>$300/week for ongoing transcription</w:t>
      </w:r>
    </w:p>
    <w:p w14:paraId="228CFC64" w14:textId="77777777" w:rsidR="001A5159" w:rsidRDefault="00000000">
      <w:r>
        <w:rPr>
          <w:rFonts w:ascii="Garamond" w:hAnsi="Garamond"/>
          <w:sz w:val="24"/>
        </w:rPr>
        <w:t>$200/month for summary bundles</w:t>
      </w:r>
    </w:p>
    <w:p w14:paraId="15BB434D" w14:textId="77777777" w:rsidR="001A5159" w:rsidRDefault="00000000">
      <w:r>
        <w:rPr>
          <w:rFonts w:ascii="Garamond" w:hAnsi="Garamond"/>
          <w:sz w:val="24"/>
        </w:rPr>
        <w:t>Carlos went from unstable gig income → predictable monthly income instantly.</w:t>
      </w:r>
    </w:p>
    <w:p w14:paraId="4C119293" w14:textId="77777777" w:rsidR="001A5159" w:rsidRDefault="00000000">
      <w:r>
        <w:rPr>
          <w:rFonts w:ascii="Garamond" w:hAnsi="Garamond"/>
          <w:sz w:val="24"/>
        </w:rPr>
        <w:t>His message:</w:t>
      </w:r>
    </w:p>
    <w:p w14:paraId="5930F4AE" w14:textId="77777777" w:rsidR="001A5159" w:rsidRDefault="00000000">
      <w:r>
        <w:rPr>
          <w:rFonts w:ascii="Garamond" w:hAnsi="Garamond"/>
          <w:sz w:val="24"/>
        </w:rPr>
        <w:t>“I didn’t realize businesses were drowning in recordings. AI let me do in minutes what used to take hours.”</w:t>
      </w:r>
    </w:p>
    <w:p w14:paraId="4627AAE6" w14:textId="77777777" w:rsidR="001A5159" w:rsidRPr="0063351A" w:rsidRDefault="00000000" w:rsidP="0063351A">
      <w:pPr>
        <w:rPr>
          <w:sz w:val="24"/>
          <w:szCs w:val="24"/>
        </w:rPr>
      </w:pPr>
      <w:r w:rsidRPr="0063351A">
        <w:rPr>
          <w:rFonts w:ascii="Garamond" w:hAnsi="Garamond"/>
          <w:b/>
          <w:sz w:val="24"/>
          <w:szCs w:val="24"/>
        </w:rPr>
        <w:t>Blueprint 19 is pure “money for speed” — and AI gives you an unfair advantage.</w:t>
      </w:r>
    </w:p>
    <w:p w14:paraId="7AD424C6" w14:textId="77777777" w:rsidR="001A5159" w:rsidRDefault="001A5159"/>
    <w:p w14:paraId="3793BD5C" w14:textId="77777777" w:rsidR="001A5159" w:rsidRPr="0063351A" w:rsidRDefault="00000000" w:rsidP="0063351A">
      <w:pPr>
        <w:pStyle w:val="Heading1"/>
        <w:rPr>
          <w:rFonts w:ascii="Garamond" w:hAnsi="Garamond"/>
          <w:color w:val="auto"/>
          <w:sz w:val="40"/>
          <w:szCs w:val="40"/>
        </w:rPr>
      </w:pPr>
      <w:bookmarkStart w:id="45" w:name="_Toc214830341"/>
      <w:r w:rsidRPr="0063351A">
        <w:rPr>
          <w:rFonts w:ascii="Garamond" w:hAnsi="Garamond"/>
          <w:color w:val="auto"/>
          <w:sz w:val="40"/>
          <w:szCs w:val="40"/>
        </w:rPr>
        <w:t>BLUEPRINT TWENTY — AI DIGITAL AD CREATIVE &amp; COPY STUDIO</w:t>
      </w:r>
      <w:bookmarkEnd w:id="45"/>
    </w:p>
    <w:p w14:paraId="39D44EF6" w14:textId="77777777" w:rsidR="001A5159" w:rsidRPr="0063351A" w:rsidRDefault="00000000" w:rsidP="0063351A">
      <w:pPr>
        <w:pStyle w:val="Heading2"/>
        <w:rPr>
          <w:rFonts w:ascii="Garamond" w:hAnsi="Garamond"/>
          <w:color w:val="auto"/>
          <w:sz w:val="28"/>
          <w:szCs w:val="28"/>
        </w:rPr>
      </w:pPr>
      <w:bookmarkStart w:id="46" w:name="_Toc214830342"/>
      <w:r w:rsidRPr="0063351A">
        <w:rPr>
          <w:rFonts w:ascii="Garamond" w:hAnsi="Garamond"/>
          <w:color w:val="auto"/>
          <w:sz w:val="28"/>
          <w:szCs w:val="28"/>
        </w:rPr>
        <w:t xml:space="preserve">(The Blueprint That Turns You </w:t>
      </w:r>
      <w:proofErr w:type="gramStart"/>
      <w:r w:rsidRPr="0063351A">
        <w:rPr>
          <w:rFonts w:ascii="Garamond" w:hAnsi="Garamond"/>
          <w:color w:val="auto"/>
          <w:sz w:val="28"/>
          <w:szCs w:val="28"/>
        </w:rPr>
        <w:t>Into</w:t>
      </w:r>
      <w:proofErr w:type="gramEnd"/>
      <w:r w:rsidRPr="0063351A">
        <w:rPr>
          <w:rFonts w:ascii="Garamond" w:hAnsi="Garamond"/>
          <w:color w:val="auto"/>
          <w:sz w:val="28"/>
          <w:szCs w:val="28"/>
        </w:rPr>
        <w:t xml:space="preserve"> a High-Demand Paid Ad Creative Specialist — Without Needing Agency Experience)</w:t>
      </w:r>
      <w:bookmarkEnd w:id="46"/>
    </w:p>
    <w:p w14:paraId="20E5F35C" w14:textId="77777777" w:rsidR="001A5159" w:rsidRDefault="00000000">
      <w:r>
        <w:rPr>
          <w:rFonts w:ascii="Garamond" w:hAnsi="Garamond"/>
          <w:sz w:val="24"/>
        </w:rPr>
        <w:t>Every business wants ads that:</w:t>
      </w:r>
    </w:p>
    <w:p w14:paraId="30B5C88B" w14:textId="77777777" w:rsidR="001A5159" w:rsidRDefault="00000000">
      <w:r>
        <w:rPr>
          <w:rFonts w:ascii="Garamond" w:hAnsi="Garamond"/>
          <w:sz w:val="24"/>
        </w:rPr>
        <w:t xml:space="preserve">stop the </w:t>
      </w:r>
      <w:proofErr w:type="gramStart"/>
      <w:r>
        <w:rPr>
          <w:rFonts w:ascii="Garamond" w:hAnsi="Garamond"/>
          <w:sz w:val="24"/>
        </w:rPr>
        <w:t>scroll</w:t>
      </w:r>
      <w:proofErr w:type="gramEnd"/>
    </w:p>
    <w:p w14:paraId="48DB5835" w14:textId="77777777" w:rsidR="001A5159" w:rsidRDefault="00000000">
      <w:r>
        <w:rPr>
          <w:rFonts w:ascii="Garamond" w:hAnsi="Garamond"/>
          <w:sz w:val="24"/>
        </w:rPr>
        <w:t xml:space="preserve">attract the right </w:t>
      </w:r>
      <w:proofErr w:type="gramStart"/>
      <w:r>
        <w:rPr>
          <w:rFonts w:ascii="Garamond" w:hAnsi="Garamond"/>
          <w:sz w:val="24"/>
        </w:rPr>
        <w:t>audience</w:t>
      </w:r>
      <w:proofErr w:type="gramEnd"/>
    </w:p>
    <w:p w14:paraId="21D3CFAF" w14:textId="77777777" w:rsidR="001A5159" w:rsidRDefault="00000000">
      <w:r>
        <w:rPr>
          <w:rFonts w:ascii="Garamond" w:hAnsi="Garamond"/>
          <w:sz w:val="24"/>
        </w:rPr>
        <w:t xml:space="preserve">get </w:t>
      </w:r>
      <w:proofErr w:type="gramStart"/>
      <w:r>
        <w:rPr>
          <w:rFonts w:ascii="Garamond" w:hAnsi="Garamond"/>
          <w:sz w:val="24"/>
        </w:rPr>
        <w:t>clicks</w:t>
      </w:r>
      <w:proofErr w:type="gramEnd"/>
    </w:p>
    <w:p w14:paraId="55D32BAA" w14:textId="77777777" w:rsidR="001A5159" w:rsidRDefault="00000000">
      <w:r>
        <w:rPr>
          <w:rFonts w:ascii="Garamond" w:hAnsi="Garamond"/>
          <w:sz w:val="24"/>
        </w:rPr>
        <w:t xml:space="preserve">generate </w:t>
      </w:r>
      <w:proofErr w:type="gramStart"/>
      <w:r>
        <w:rPr>
          <w:rFonts w:ascii="Garamond" w:hAnsi="Garamond"/>
          <w:sz w:val="24"/>
        </w:rPr>
        <w:t>leads</w:t>
      </w:r>
      <w:proofErr w:type="gramEnd"/>
    </w:p>
    <w:p w14:paraId="213EF05A" w14:textId="77777777" w:rsidR="001A5159" w:rsidRDefault="00000000">
      <w:r>
        <w:rPr>
          <w:rFonts w:ascii="Garamond" w:hAnsi="Garamond"/>
          <w:sz w:val="24"/>
        </w:rPr>
        <w:t xml:space="preserve">produce </w:t>
      </w:r>
      <w:proofErr w:type="gramStart"/>
      <w:r>
        <w:rPr>
          <w:rFonts w:ascii="Garamond" w:hAnsi="Garamond"/>
          <w:sz w:val="24"/>
        </w:rPr>
        <w:t>sales</w:t>
      </w:r>
      <w:proofErr w:type="gramEnd"/>
    </w:p>
    <w:p w14:paraId="06976D23" w14:textId="77777777" w:rsidR="001A5159" w:rsidRDefault="00000000">
      <w:r>
        <w:rPr>
          <w:rFonts w:ascii="Garamond" w:hAnsi="Garamond"/>
          <w:sz w:val="24"/>
        </w:rPr>
        <w:t>But here’s the truth:</w:t>
      </w:r>
    </w:p>
    <w:p w14:paraId="7A429348" w14:textId="77777777" w:rsidR="001A5159" w:rsidRDefault="00000000">
      <w:r>
        <w:rPr>
          <w:rFonts w:ascii="Garamond" w:hAnsi="Garamond"/>
          <w:sz w:val="24"/>
        </w:rPr>
        <w:t>Most ad creatives are terrible.</w:t>
      </w:r>
      <w:r>
        <w:rPr>
          <w:rFonts w:ascii="Garamond" w:hAnsi="Garamond"/>
          <w:sz w:val="24"/>
        </w:rPr>
        <w:br/>
        <w:t>Most business owners don’t know how to write ad copy.</w:t>
      </w:r>
      <w:r>
        <w:rPr>
          <w:rFonts w:ascii="Garamond" w:hAnsi="Garamond"/>
          <w:sz w:val="24"/>
        </w:rPr>
        <w:br/>
        <w:t>Most creators don’t know what makes an ad convert.</w:t>
      </w:r>
      <w:r>
        <w:rPr>
          <w:rFonts w:ascii="Garamond" w:hAnsi="Garamond"/>
          <w:sz w:val="24"/>
        </w:rPr>
        <w:br/>
        <w:t>Most small businesses can’t afford big agencies.</w:t>
      </w:r>
    </w:p>
    <w:p w14:paraId="67191A81" w14:textId="77777777" w:rsidR="001A5159" w:rsidRDefault="00000000">
      <w:r>
        <w:rPr>
          <w:rFonts w:ascii="Garamond" w:hAnsi="Garamond"/>
          <w:sz w:val="24"/>
        </w:rPr>
        <w:t xml:space="preserve">This blueprint positions YOU as a lean, fast, AI-powered </w:t>
      </w:r>
      <w:proofErr w:type="gramStart"/>
      <w:r>
        <w:rPr>
          <w:rFonts w:ascii="Garamond" w:hAnsi="Garamond"/>
          <w:sz w:val="24"/>
        </w:rPr>
        <w:t>ad</w:t>
      </w:r>
      <w:proofErr w:type="gramEnd"/>
      <w:r>
        <w:rPr>
          <w:rFonts w:ascii="Garamond" w:hAnsi="Garamond"/>
          <w:sz w:val="24"/>
        </w:rPr>
        <w:t xml:space="preserve"> creative studio.</w:t>
      </w:r>
    </w:p>
    <w:p w14:paraId="491AAFB0" w14:textId="77777777" w:rsidR="001A5159" w:rsidRDefault="00000000">
      <w:r>
        <w:rPr>
          <w:rFonts w:ascii="Garamond" w:hAnsi="Garamond"/>
          <w:sz w:val="24"/>
        </w:rPr>
        <w:lastRenderedPageBreak/>
        <w:t>You’ll be able to produce:</w:t>
      </w:r>
    </w:p>
    <w:p w14:paraId="1FD2D133" w14:textId="77777777" w:rsidR="001A5159" w:rsidRDefault="00000000">
      <w:r>
        <w:rPr>
          <w:rFonts w:ascii="Garamond" w:hAnsi="Garamond"/>
          <w:sz w:val="24"/>
        </w:rPr>
        <w:t>ad headlines</w:t>
      </w:r>
    </w:p>
    <w:p w14:paraId="75B05855" w14:textId="77777777" w:rsidR="001A5159" w:rsidRDefault="00000000">
      <w:proofErr w:type="gramStart"/>
      <w:r>
        <w:rPr>
          <w:rFonts w:ascii="Garamond" w:hAnsi="Garamond"/>
          <w:sz w:val="24"/>
        </w:rPr>
        <w:t>ad</w:t>
      </w:r>
      <w:proofErr w:type="gramEnd"/>
      <w:r>
        <w:rPr>
          <w:rFonts w:ascii="Garamond" w:hAnsi="Garamond"/>
          <w:sz w:val="24"/>
        </w:rPr>
        <w:t xml:space="preserve"> primary text</w:t>
      </w:r>
    </w:p>
    <w:p w14:paraId="0939A7AC" w14:textId="77777777" w:rsidR="001A5159" w:rsidRDefault="00000000">
      <w:proofErr w:type="gramStart"/>
      <w:r>
        <w:rPr>
          <w:rFonts w:ascii="Garamond" w:hAnsi="Garamond"/>
          <w:sz w:val="24"/>
        </w:rPr>
        <w:t>ad</w:t>
      </w:r>
      <w:proofErr w:type="gramEnd"/>
      <w:r>
        <w:rPr>
          <w:rFonts w:ascii="Garamond" w:hAnsi="Garamond"/>
          <w:sz w:val="24"/>
        </w:rPr>
        <w:t xml:space="preserve"> variations</w:t>
      </w:r>
    </w:p>
    <w:p w14:paraId="03E22F74" w14:textId="77777777" w:rsidR="001A5159" w:rsidRDefault="00000000">
      <w:r>
        <w:rPr>
          <w:rFonts w:ascii="Garamond" w:hAnsi="Garamond"/>
          <w:sz w:val="24"/>
        </w:rPr>
        <w:t>hooks</w:t>
      </w:r>
    </w:p>
    <w:p w14:paraId="174330F0" w14:textId="77777777" w:rsidR="001A5159" w:rsidRDefault="00000000">
      <w:r>
        <w:rPr>
          <w:rFonts w:ascii="Garamond" w:hAnsi="Garamond"/>
          <w:sz w:val="24"/>
        </w:rPr>
        <w:t xml:space="preserve">scroll </w:t>
      </w:r>
      <w:proofErr w:type="gramStart"/>
      <w:r>
        <w:rPr>
          <w:rFonts w:ascii="Garamond" w:hAnsi="Garamond"/>
          <w:sz w:val="24"/>
        </w:rPr>
        <w:t>stoppers</w:t>
      </w:r>
      <w:proofErr w:type="gramEnd"/>
    </w:p>
    <w:p w14:paraId="07B918B8" w14:textId="77777777" w:rsidR="001A5159" w:rsidRDefault="00000000">
      <w:r>
        <w:rPr>
          <w:rFonts w:ascii="Garamond" w:hAnsi="Garamond"/>
          <w:sz w:val="24"/>
        </w:rPr>
        <w:t>angles</w:t>
      </w:r>
    </w:p>
    <w:p w14:paraId="62F600CA" w14:textId="77777777" w:rsidR="001A5159" w:rsidRDefault="00000000">
      <w:r>
        <w:rPr>
          <w:rFonts w:ascii="Garamond" w:hAnsi="Garamond"/>
          <w:sz w:val="24"/>
        </w:rPr>
        <w:t>benefit statements</w:t>
      </w:r>
    </w:p>
    <w:p w14:paraId="12893D32" w14:textId="77777777" w:rsidR="001A5159" w:rsidRDefault="00000000">
      <w:r>
        <w:rPr>
          <w:rFonts w:ascii="Garamond" w:hAnsi="Garamond"/>
          <w:sz w:val="24"/>
        </w:rPr>
        <w:t>call-to-</w:t>
      </w:r>
      <w:proofErr w:type="gramStart"/>
      <w:r>
        <w:rPr>
          <w:rFonts w:ascii="Garamond" w:hAnsi="Garamond"/>
          <w:sz w:val="24"/>
        </w:rPr>
        <w:t>actions</w:t>
      </w:r>
      <w:proofErr w:type="gramEnd"/>
    </w:p>
    <w:p w14:paraId="35FD6BA6" w14:textId="77777777" w:rsidR="001A5159" w:rsidRDefault="00000000">
      <w:r>
        <w:rPr>
          <w:rFonts w:ascii="Garamond" w:hAnsi="Garamond"/>
          <w:sz w:val="24"/>
        </w:rPr>
        <w:t>short videos</w:t>
      </w:r>
    </w:p>
    <w:p w14:paraId="561799E4" w14:textId="77777777" w:rsidR="001A5159" w:rsidRDefault="00000000">
      <w:r>
        <w:rPr>
          <w:rFonts w:ascii="Garamond" w:hAnsi="Garamond"/>
          <w:sz w:val="24"/>
        </w:rPr>
        <w:t xml:space="preserve">image-based </w:t>
      </w:r>
      <w:proofErr w:type="gramStart"/>
      <w:r>
        <w:rPr>
          <w:rFonts w:ascii="Garamond" w:hAnsi="Garamond"/>
          <w:sz w:val="24"/>
        </w:rPr>
        <w:t>ads</w:t>
      </w:r>
      <w:proofErr w:type="gramEnd"/>
    </w:p>
    <w:p w14:paraId="6277B0D1" w14:textId="77777777" w:rsidR="001A5159" w:rsidRDefault="00000000">
      <w:r>
        <w:rPr>
          <w:rFonts w:ascii="Garamond" w:hAnsi="Garamond"/>
          <w:sz w:val="24"/>
        </w:rPr>
        <w:t>carousel ads</w:t>
      </w:r>
    </w:p>
    <w:p w14:paraId="24C73ED5" w14:textId="77777777" w:rsidR="001A5159" w:rsidRDefault="00000000">
      <w:r>
        <w:rPr>
          <w:rFonts w:ascii="Garamond" w:hAnsi="Garamond"/>
          <w:sz w:val="24"/>
        </w:rPr>
        <w:t>UGC-style scripts</w:t>
      </w:r>
    </w:p>
    <w:p w14:paraId="0AC2435B" w14:textId="77777777" w:rsidR="001A5159" w:rsidRDefault="00000000">
      <w:r>
        <w:rPr>
          <w:rFonts w:ascii="Garamond" w:hAnsi="Garamond"/>
          <w:sz w:val="24"/>
        </w:rPr>
        <w:t>Even if you’ve never worked in an agency before.</w:t>
      </w:r>
    </w:p>
    <w:p w14:paraId="599EA298" w14:textId="77777777" w:rsidR="001A5159" w:rsidRDefault="001A5159"/>
    <w:p w14:paraId="35D08553" w14:textId="77777777" w:rsidR="001A5159" w:rsidRDefault="00000000">
      <w:r>
        <w:rPr>
          <w:rFonts w:ascii="Garamond" w:hAnsi="Garamond"/>
          <w:sz w:val="24"/>
        </w:rPr>
        <w:t>Why This Blueprint Works</w:t>
      </w:r>
    </w:p>
    <w:p w14:paraId="1B978E68" w14:textId="77777777" w:rsidR="001A5159" w:rsidRDefault="00000000">
      <w:r>
        <w:rPr>
          <w:rFonts w:ascii="Garamond" w:hAnsi="Garamond"/>
          <w:sz w:val="24"/>
        </w:rPr>
        <w:t>Good ads = customers.</w:t>
      </w:r>
      <w:r>
        <w:rPr>
          <w:rFonts w:ascii="Garamond" w:hAnsi="Garamond"/>
          <w:sz w:val="24"/>
        </w:rPr>
        <w:br/>
        <w:t>Bad ads = wasted money.</w:t>
      </w:r>
    </w:p>
    <w:p w14:paraId="203EE9AD" w14:textId="77777777" w:rsidR="001A5159" w:rsidRDefault="00000000">
      <w:r>
        <w:rPr>
          <w:rFonts w:ascii="Garamond" w:hAnsi="Garamond"/>
          <w:sz w:val="24"/>
        </w:rPr>
        <w:t>Businesses lose THOUSANDS because:</w:t>
      </w:r>
    </w:p>
    <w:p w14:paraId="289746AD" w14:textId="77777777" w:rsidR="001A5159" w:rsidRDefault="00000000">
      <w:r>
        <w:rPr>
          <w:rFonts w:ascii="Garamond" w:hAnsi="Garamond"/>
          <w:sz w:val="24"/>
        </w:rPr>
        <w:t xml:space="preserve">their messaging is </w:t>
      </w:r>
      <w:proofErr w:type="gramStart"/>
      <w:r>
        <w:rPr>
          <w:rFonts w:ascii="Garamond" w:hAnsi="Garamond"/>
          <w:sz w:val="24"/>
        </w:rPr>
        <w:t>off</w:t>
      </w:r>
      <w:proofErr w:type="gramEnd"/>
    </w:p>
    <w:p w14:paraId="4E7F107F" w14:textId="77777777" w:rsidR="001A5159" w:rsidRDefault="00000000">
      <w:proofErr w:type="gramStart"/>
      <w:r>
        <w:rPr>
          <w:rFonts w:ascii="Garamond" w:hAnsi="Garamond"/>
          <w:sz w:val="24"/>
        </w:rPr>
        <w:t>their</w:t>
      </w:r>
      <w:proofErr w:type="gramEnd"/>
      <w:r>
        <w:rPr>
          <w:rFonts w:ascii="Garamond" w:hAnsi="Garamond"/>
          <w:sz w:val="24"/>
        </w:rPr>
        <w:t xml:space="preserve"> </w:t>
      </w:r>
      <w:proofErr w:type="gramStart"/>
      <w:r>
        <w:rPr>
          <w:rFonts w:ascii="Garamond" w:hAnsi="Garamond"/>
          <w:sz w:val="24"/>
        </w:rPr>
        <w:t>creative</w:t>
      </w:r>
      <w:proofErr w:type="gramEnd"/>
      <w:r>
        <w:rPr>
          <w:rFonts w:ascii="Garamond" w:hAnsi="Garamond"/>
          <w:sz w:val="24"/>
        </w:rPr>
        <w:t xml:space="preserve"> is </w:t>
      </w:r>
      <w:proofErr w:type="gramStart"/>
      <w:r>
        <w:rPr>
          <w:rFonts w:ascii="Garamond" w:hAnsi="Garamond"/>
          <w:sz w:val="24"/>
        </w:rPr>
        <w:t>weak</w:t>
      </w:r>
      <w:proofErr w:type="gramEnd"/>
    </w:p>
    <w:p w14:paraId="7BA8B412" w14:textId="77777777" w:rsidR="001A5159" w:rsidRDefault="00000000">
      <w:proofErr w:type="gramStart"/>
      <w:r>
        <w:rPr>
          <w:rFonts w:ascii="Garamond" w:hAnsi="Garamond"/>
          <w:sz w:val="24"/>
        </w:rPr>
        <w:t>their</w:t>
      </w:r>
      <w:proofErr w:type="gramEnd"/>
      <w:r>
        <w:rPr>
          <w:rFonts w:ascii="Garamond" w:hAnsi="Garamond"/>
          <w:sz w:val="24"/>
        </w:rPr>
        <w:t xml:space="preserve"> angles are </w:t>
      </w:r>
      <w:proofErr w:type="gramStart"/>
      <w:r>
        <w:rPr>
          <w:rFonts w:ascii="Garamond" w:hAnsi="Garamond"/>
          <w:sz w:val="24"/>
        </w:rPr>
        <w:t>generic</w:t>
      </w:r>
      <w:proofErr w:type="gramEnd"/>
    </w:p>
    <w:p w14:paraId="121111E0" w14:textId="77777777" w:rsidR="001A5159" w:rsidRDefault="00000000">
      <w:r>
        <w:rPr>
          <w:rFonts w:ascii="Garamond" w:hAnsi="Garamond"/>
          <w:sz w:val="24"/>
        </w:rPr>
        <w:t xml:space="preserve">their ads don’t stand </w:t>
      </w:r>
      <w:proofErr w:type="gramStart"/>
      <w:r>
        <w:rPr>
          <w:rFonts w:ascii="Garamond" w:hAnsi="Garamond"/>
          <w:sz w:val="24"/>
        </w:rPr>
        <w:t>out</w:t>
      </w:r>
      <w:proofErr w:type="gramEnd"/>
    </w:p>
    <w:p w14:paraId="33E77141" w14:textId="77777777" w:rsidR="001A5159" w:rsidRDefault="00000000">
      <w:r>
        <w:rPr>
          <w:rFonts w:ascii="Garamond" w:hAnsi="Garamond"/>
          <w:sz w:val="24"/>
        </w:rPr>
        <w:t xml:space="preserve">their copy lacks </w:t>
      </w:r>
      <w:proofErr w:type="gramStart"/>
      <w:r>
        <w:rPr>
          <w:rFonts w:ascii="Garamond" w:hAnsi="Garamond"/>
          <w:sz w:val="24"/>
        </w:rPr>
        <w:t>persuasion</w:t>
      </w:r>
      <w:proofErr w:type="gramEnd"/>
    </w:p>
    <w:p w14:paraId="50F08AE7" w14:textId="77777777" w:rsidR="001A5159" w:rsidRDefault="00000000">
      <w:r>
        <w:rPr>
          <w:rFonts w:ascii="Garamond" w:hAnsi="Garamond"/>
          <w:sz w:val="24"/>
        </w:rPr>
        <w:t xml:space="preserve">they only </w:t>
      </w:r>
      <w:proofErr w:type="gramStart"/>
      <w:r>
        <w:rPr>
          <w:rFonts w:ascii="Garamond" w:hAnsi="Garamond"/>
          <w:sz w:val="24"/>
        </w:rPr>
        <w:t>test</w:t>
      </w:r>
      <w:proofErr w:type="gramEnd"/>
      <w:r>
        <w:rPr>
          <w:rFonts w:ascii="Garamond" w:hAnsi="Garamond"/>
          <w:sz w:val="24"/>
        </w:rPr>
        <w:t xml:space="preserve"> 1–2 </w:t>
      </w:r>
      <w:proofErr w:type="gramStart"/>
      <w:r>
        <w:rPr>
          <w:rFonts w:ascii="Garamond" w:hAnsi="Garamond"/>
          <w:sz w:val="24"/>
        </w:rPr>
        <w:t>variations</w:t>
      </w:r>
      <w:proofErr w:type="gramEnd"/>
    </w:p>
    <w:p w14:paraId="370D93EA" w14:textId="77777777" w:rsidR="001A5159" w:rsidRDefault="00000000">
      <w:r>
        <w:rPr>
          <w:rFonts w:ascii="Garamond" w:hAnsi="Garamond"/>
          <w:sz w:val="24"/>
        </w:rPr>
        <w:t>AI allows you to produce:</w:t>
      </w:r>
    </w:p>
    <w:p w14:paraId="1EF0433D" w14:textId="77777777" w:rsidR="001A5159" w:rsidRDefault="00000000">
      <w:r>
        <w:rPr>
          <w:rFonts w:ascii="Garamond" w:hAnsi="Garamond"/>
          <w:sz w:val="24"/>
        </w:rPr>
        <w:lastRenderedPageBreak/>
        <w:t>20 headlines</w:t>
      </w:r>
    </w:p>
    <w:p w14:paraId="02503CBA" w14:textId="77777777" w:rsidR="001A5159" w:rsidRDefault="00000000">
      <w:r>
        <w:rPr>
          <w:rFonts w:ascii="Garamond" w:hAnsi="Garamond"/>
          <w:sz w:val="24"/>
        </w:rPr>
        <w:t>10 angles</w:t>
      </w:r>
    </w:p>
    <w:p w14:paraId="5B365C92" w14:textId="77777777" w:rsidR="001A5159" w:rsidRDefault="00000000">
      <w:r>
        <w:rPr>
          <w:rFonts w:ascii="Garamond" w:hAnsi="Garamond"/>
          <w:sz w:val="24"/>
        </w:rPr>
        <w:t>15 hooks</w:t>
      </w:r>
    </w:p>
    <w:p w14:paraId="4F8A454D" w14:textId="77777777" w:rsidR="001A5159" w:rsidRDefault="00000000">
      <w:r>
        <w:rPr>
          <w:rFonts w:ascii="Garamond" w:hAnsi="Garamond"/>
          <w:sz w:val="24"/>
        </w:rPr>
        <w:t>5 CTA variations</w:t>
      </w:r>
    </w:p>
    <w:p w14:paraId="069179E9" w14:textId="77777777" w:rsidR="001A5159" w:rsidRDefault="00000000">
      <w:r>
        <w:rPr>
          <w:rFonts w:ascii="Garamond" w:hAnsi="Garamond"/>
          <w:sz w:val="24"/>
        </w:rPr>
        <w:t>3 script versions</w:t>
      </w:r>
    </w:p>
    <w:p w14:paraId="15FE9871" w14:textId="77777777" w:rsidR="001A5159" w:rsidRDefault="00000000">
      <w:r>
        <w:rPr>
          <w:rFonts w:ascii="Garamond" w:hAnsi="Garamond"/>
          <w:sz w:val="24"/>
        </w:rPr>
        <w:t xml:space="preserve">5 static </w:t>
      </w:r>
      <w:proofErr w:type="gramStart"/>
      <w:r>
        <w:rPr>
          <w:rFonts w:ascii="Garamond" w:hAnsi="Garamond"/>
          <w:sz w:val="24"/>
        </w:rPr>
        <w:t>ad</w:t>
      </w:r>
      <w:proofErr w:type="gramEnd"/>
      <w:r>
        <w:rPr>
          <w:rFonts w:ascii="Garamond" w:hAnsi="Garamond"/>
          <w:sz w:val="24"/>
        </w:rPr>
        <w:t xml:space="preserve"> variations</w:t>
      </w:r>
    </w:p>
    <w:p w14:paraId="632AF4C0" w14:textId="77777777" w:rsidR="001A5159" w:rsidRDefault="00000000">
      <w:r>
        <w:rPr>
          <w:rFonts w:ascii="Garamond" w:hAnsi="Garamond"/>
          <w:sz w:val="24"/>
        </w:rPr>
        <w:t>…all in minutes.</w:t>
      </w:r>
    </w:p>
    <w:p w14:paraId="01FC5174" w14:textId="77777777" w:rsidR="001A5159" w:rsidRDefault="00000000">
      <w:r>
        <w:rPr>
          <w:rFonts w:ascii="Garamond" w:hAnsi="Garamond"/>
          <w:sz w:val="24"/>
        </w:rPr>
        <w:t>This makes you more valuable than many agencies.</w:t>
      </w:r>
    </w:p>
    <w:p w14:paraId="47CD919A" w14:textId="77777777" w:rsidR="001A5159" w:rsidRDefault="001A5159"/>
    <w:p w14:paraId="34579F35" w14:textId="77777777" w:rsidR="001A5159" w:rsidRDefault="00000000">
      <w:r>
        <w:rPr>
          <w:rFonts w:ascii="Garamond" w:hAnsi="Garamond"/>
          <w:sz w:val="24"/>
        </w:rPr>
        <w:t>Tools You Need</w:t>
      </w:r>
    </w:p>
    <w:p w14:paraId="20839211" w14:textId="77777777" w:rsidR="001A5159" w:rsidRDefault="00000000">
      <w:r>
        <w:rPr>
          <w:rFonts w:ascii="Garamond" w:hAnsi="Garamond"/>
          <w:sz w:val="24"/>
        </w:rPr>
        <w:t>ChatGPT / Claude — ad copy, hooks, angles</w:t>
      </w:r>
      <w:r>
        <w:rPr>
          <w:rFonts w:ascii="Garamond" w:hAnsi="Garamond"/>
          <w:sz w:val="24"/>
        </w:rPr>
        <w:br/>
        <w:t>Canva — ad graphics + video templates</w:t>
      </w:r>
      <w:r>
        <w:rPr>
          <w:rFonts w:ascii="Garamond" w:hAnsi="Garamond"/>
          <w:sz w:val="24"/>
        </w:rPr>
        <w:br/>
        <w:t>CapCut — UGC-style video ads</w:t>
      </w:r>
      <w:r>
        <w:rPr>
          <w:rFonts w:ascii="Garamond" w:hAnsi="Garamond"/>
          <w:sz w:val="24"/>
        </w:rPr>
        <w:br/>
        <w:t>Meta Ads Library — research top-performing ads</w:t>
      </w:r>
      <w:r>
        <w:rPr>
          <w:rFonts w:ascii="Garamond" w:hAnsi="Garamond"/>
          <w:sz w:val="24"/>
        </w:rPr>
        <w:br/>
        <w:t>Google Docs — deliverable packages</w:t>
      </w:r>
    </w:p>
    <w:p w14:paraId="72875989" w14:textId="77777777" w:rsidR="001A5159" w:rsidRDefault="00000000">
      <w:r>
        <w:rPr>
          <w:rFonts w:ascii="Garamond" w:hAnsi="Garamond"/>
          <w:sz w:val="24"/>
        </w:rPr>
        <w:t>Optional (high-income):</w:t>
      </w:r>
      <w:r>
        <w:rPr>
          <w:rFonts w:ascii="Garamond" w:hAnsi="Garamond"/>
          <w:sz w:val="24"/>
        </w:rPr>
        <w:br/>
        <w:t>OpusClip — video slicing</w:t>
      </w:r>
      <w:r>
        <w:rPr>
          <w:rFonts w:ascii="Garamond" w:hAnsi="Garamond"/>
          <w:sz w:val="24"/>
        </w:rPr>
        <w:br/>
        <w:t>Uizard — fast visual variations</w:t>
      </w:r>
      <w:r>
        <w:rPr>
          <w:rFonts w:ascii="Garamond" w:hAnsi="Garamond"/>
          <w:sz w:val="24"/>
        </w:rPr>
        <w:br/>
        <w:t>Figma — advanced design work</w:t>
      </w:r>
    </w:p>
    <w:p w14:paraId="4D82C1EC" w14:textId="77777777" w:rsidR="001A5159" w:rsidRDefault="001A5159"/>
    <w:p w14:paraId="2C565CF8" w14:textId="77777777" w:rsidR="001A5159" w:rsidRDefault="00000000">
      <w:r>
        <w:rPr>
          <w:rFonts w:ascii="Garamond" w:hAnsi="Garamond"/>
          <w:sz w:val="24"/>
        </w:rPr>
        <w:t>What You’ll Offer</w:t>
      </w:r>
    </w:p>
    <w:p w14:paraId="08394E98" w14:textId="77777777" w:rsidR="001A5159" w:rsidRDefault="00000000">
      <w:r>
        <w:rPr>
          <w:rFonts w:ascii="Garamond" w:hAnsi="Garamond"/>
          <w:sz w:val="24"/>
        </w:rPr>
        <w:t>You can create full ad packages including:</w:t>
      </w:r>
    </w:p>
    <w:p w14:paraId="1988CF0C" w14:textId="77777777" w:rsidR="001A5159" w:rsidRDefault="00000000">
      <w:r>
        <w:rPr>
          <w:rFonts w:ascii="Garamond" w:hAnsi="Garamond"/>
          <w:sz w:val="24"/>
        </w:rPr>
        <w:t>hooks + angles</w:t>
      </w:r>
    </w:p>
    <w:p w14:paraId="307BD12F" w14:textId="77777777" w:rsidR="001A5159" w:rsidRDefault="00000000">
      <w:r>
        <w:rPr>
          <w:rFonts w:ascii="Garamond" w:hAnsi="Garamond"/>
          <w:sz w:val="24"/>
        </w:rPr>
        <w:t>headlines</w:t>
      </w:r>
    </w:p>
    <w:p w14:paraId="1914B90A" w14:textId="77777777" w:rsidR="001A5159" w:rsidRDefault="00000000">
      <w:r>
        <w:rPr>
          <w:rFonts w:ascii="Garamond" w:hAnsi="Garamond"/>
          <w:sz w:val="24"/>
        </w:rPr>
        <w:t>primary text</w:t>
      </w:r>
    </w:p>
    <w:p w14:paraId="4B0B7A9E" w14:textId="77777777" w:rsidR="001A5159" w:rsidRDefault="00000000">
      <w:r>
        <w:rPr>
          <w:rFonts w:ascii="Garamond" w:hAnsi="Garamond"/>
          <w:sz w:val="24"/>
        </w:rPr>
        <w:t>image ads</w:t>
      </w:r>
    </w:p>
    <w:p w14:paraId="126BCBE7" w14:textId="77777777" w:rsidR="001A5159" w:rsidRDefault="00000000">
      <w:r>
        <w:rPr>
          <w:rFonts w:ascii="Garamond" w:hAnsi="Garamond"/>
          <w:sz w:val="24"/>
        </w:rPr>
        <w:t>video ads</w:t>
      </w:r>
    </w:p>
    <w:p w14:paraId="4C7A21DA" w14:textId="77777777" w:rsidR="001A5159" w:rsidRDefault="00000000">
      <w:r>
        <w:rPr>
          <w:rFonts w:ascii="Garamond" w:hAnsi="Garamond"/>
          <w:sz w:val="24"/>
        </w:rPr>
        <w:t>carousels</w:t>
      </w:r>
    </w:p>
    <w:p w14:paraId="0471863C" w14:textId="77777777" w:rsidR="001A5159" w:rsidRDefault="00000000">
      <w:r>
        <w:rPr>
          <w:rFonts w:ascii="Garamond" w:hAnsi="Garamond"/>
          <w:sz w:val="24"/>
        </w:rPr>
        <w:lastRenderedPageBreak/>
        <w:t>banner ads</w:t>
      </w:r>
    </w:p>
    <w:p w14:paraId="12375DB4" w14:textId="77777777" w:rsidR="001A5159" w:rsidRDefault="00000000">
      <w:r>
        <w:rPr>
          <w:rFonts w:ascii="Garamond" w:hAnsi="Garamond"/>
          <w:sz w:val="24"/>
        </w:rPr>
        <w:t>story ads</w:t>
      </w:r>
    </w:p>
    <w:p w14:paraId="711274D1" w14:textId="77777777" w:rsidR="001A5159" w:rsidRDefault="00000000">
      <w:r>
        <w:rPr>
          <w:rFonts w:ascii="Garamond" w:hAnsi="Garamond"/>
          <w:sz w:val="24"/>
        </w:rPr>
        <w:t>TikTok/Reels ads</w:t>
      </w:r>
    </w:p>
    <w:p w14:paraId="6C185921" w14:textId="77777777" w:rsidR="001A5159" w:rsidRDefault="00000000">
      <w:r>
        <w:rPr>
          <w:rFonts w:ascii="Garamond" w:hAnsi="Garamond"/>
          <w:sz w:val="24"/>
        </w:rPr>
        <w:t>product showcase ads</w:t>
      </w:r>
    </w:p>
    <w:p w14:paraId="7D2033B5" w14:textId="77777777" w:rsidR="001A5159" w:rsidRDefault="00000000">
      <w:r>
        <w:rPr>
          <w:rFonts w:ascii="Garamond" w:hAnsi="Garamond"/>
          <w:sz w:val="24"/>
        </w:rPr>
        <w:t>“</w:t>
      </w:r>
      <w:proofErr w:type="gramStart"/>
      <w:r>
        <w:rPr>
          <w:rFonts w:ascii="Garamond" w:hAnsi="Garamond"/>
          <w:sz w:val="24"/>
        </w:rPr>
        <w:t>talking</w:t>
      </w:r>
      <w:proofErr w:type="gramEnd"/>
      <w:r>
        <w:rPr>
          <w:rFonts w:ascii="Garamond" w:hAnsi="Garamond"/>
          <w:sz w:val="24"/>
        </w:rPr>
        <w:t xml:space="preserve"> head” </w:t>
      </w:r>
      <w:proofErr w:type="gramStart"/>
      <w:r>
        <w:rPr>
          <w:rFonts w:ascii="Garamond" w:hAnsi="Garamond"/>
          <w:sz w:val="24"/>
        </w:rPr>
        <w:t>scripts</w:t>
      </w:r>
      <w:proofErr w:type="gramEnd"/>
    </w:p>
    <w:p w14:paraId="576C962C" w14:textId="77777777" w:rsidR="001A5159" w:rsidRDefault="00000000">
      <w:r>
        <w:rPr>
          <w:rFonts w:ascii="Garamond" w:hAnsi="Garamond"/>
          <w:sz w:val="24"/>
        </w:rPr>
        <w:t>UGC scripts</w:t>
      </w:r>
    </w:p>
    <w:p w14:paraId="7BC9F3B7" w14:textId="77777777" w:rsidR="001A5159" w:rsidRDefault="00000000">
      <w:r>
        <w:rPr>
          <w:rFonts w:ascii="Garamond" w:hAnsi="Garamond"/>
          <w:sz w:val="24"/>
        </w:rPr>
        <w:t>Deliverables may include:</w:t>
      </w:r>
    </w:p>
    <w:p w14:paraId="0D97BC9A" w14:textId="77777777" w:rsidR="001A5159" w:rsidRDefault="00000000">
      <w:r>
        <w:rPr>
          <w:rFonts w:ascii="Garamond" w:hAnsi="Garamond"/>
          <w:sz w:val="24"/>
        </w:rPr>
        <w:t>10–20 copy variations</w:t>
      </w:r>
    </w:p>
    <w:p w14:paraId="112B2302" w14:textId="77777777" w:rsidR="001A5159" w:rsidRDefault="00000000">
      <w:r>
        <w:rPr>
          <w:rFonts w:ascii="Garamond" w:hAnsi="Garamond"/>
          <w:sz w:val="24"/>
        </w:rPr>
        <w:t>5 creative variations</w:t>
      </w:r>
    </w:p>
    <w:p w14:paraId="3EEACD02" w14:textId="77777777" w:rsidR="001A5159" w:rsidRDefault="00000000">
      <w:r>
        <w:rPr>
          <w:rFonts w:ascii="Garamond" w:hAnsi="Garamond"/>
          <w:sz w:val="24"/>
        </w:rPr>
        <w:t>a full “test pack” for Meta/TikTok</w:t>
      </w:r>
    </w:p>
    <w:p w14:paraId="50C791EE" w14:textId="77777777" w:rsidR="001A5159" w:rsidRDefault="00000000">
      <w:r>
        <w:rPr>
          <w:rFonts w:ascii="Garamond" w:hAnsi="Garamond"/>
          <w:sz w:val="24"/>
        </w:rPr>
        <w:t>competitor swipe file</w:t>
      </w:r>
    </w:p>
    <w:p w14:paraId="133626E3" w14:textId="77777777" w:rsidR="001A5159" w:rsidRDefault="00000000">
      <w:r>
        <w:rPr>
          <w:rFonts w:ascii="Garamond" w:hAnsi="Garamond"/>
          <w:sz w:val="24"/>
        </w:rPr>
        <w:t xml:space="preserve">audience targeting </w:t>
      </w:r>
      <w:proofErr w:type="gramStart"/>
      <w:r>
        <w:rPr>
          <w:rFonts w:ascii="Garamond" w:hAnsi="Garamond"/>
          <w:sz w:val="24"/>
        </w:rPr>
        <w:t>prompts</w:t>
      </w:r>
      <w:proofErr w:type="gramEnd"/>
    </w:p>
    <w:p w14:paraId="1F7E9AA0" w14:textId="77777777" w:rsidR="001A5159" w:rsidRDefault="00000000">
      <w:r>
        <w:rPr>
          <w:rFonts w:ascii="Garamond" w:hAnsi="Garamond"/>
          <w:sz w:val="24"/>
        </w:rPr>
        <w:t xml:space="preserve">recommended CTA </w:t>
      </w:r>
      <w:proofErr w:type="gramStart"/>
      <w:r>
        <w:rPr>
          <w:rFonts w:ascii="Garamond" w:hAnsi="Garamond"/>
          <w:sz w:val="24"/>
        </w:rPr>
        <w:t>list</w:t>
      </w:r>
      <w:proofErr w:type="gramEnd"/>
    </w:p>
    <w:p w14:paraId="56FE9C87" w14:textId="77777777" w:rsidR="001A5159" w:rsidRDefault="00000000">
      <w:r>
        <w:rPr>
          <w:rFonts w:ascii="Garamond" w:hAnsi="Garamond"/>
          <w:sz w:val="24"/>
        </w:rPr>
        <w:t>This feels like a high-level marketing service.</w:t>
      </w:r>
    </w:p>
    <w:p w14:paraId="00C7CDEC" w14:textId="77777777" w:rsidR="001A5159" w:rsidRDefault="001A5159"/>
    <w:p w14:paraId="0C339946" w14:textId="77777777" w:rsidR="001A5159" w:rsidRDefault="00000000">
      <w:r>
        <w:rPr>
          <w:rFonts w:ascii="Garamond" w:hAnsi="Garamond"/>
          <w:sz w:val="24"/>
        </w:rPr>
        <w:t>AI-Powered Workflow (Step-by-Step)</w:t>
      </w:r>
    </w:p>
    <w:p w14:paraId="328BD14C" w14:textId="77777777" w:rsidR="001A5159" w:rsidRDefault="00000000">
      <w:r>
        <w:rPr>
          <w:rFonts w:ascii="Garamond" w:hAnsi="Garamond"/>
          <w:sz w:val="24"/>
        </w:rPr>
        <w:t>STEP 1 — Extract the Offer</w:t>
      </w:r>
    </w:p>
    <w:p w14:paraId="38E91ECC" w14:textId="77777777" w:rsidR="001A5159" w:rsidRDefault="00000000">
      <w:r>
        <w:rPr>
          <w:rFonts w:ascii="Garamond" w:hAnsi="Garamond"/>
          <w:sz w:val="24"/>
        </w:rPr>
        <w:t>Ask AI:</w:t>
      </w:r>
    </w:p>
    <w:p w14:paraId="624F538F" w14:textId="77777777" w:rsidR="001A5159" w:rsidRDefault="00000000">
      <w:r>
        <w:rPr>
          <w:rFonts w:ascii="Garamond" w:hAnsi="Garamond"/>
          <w:sz w:val="24"/>
        </w:rPr>
        <w:t>“Break down this offer into features, benefits, emotional triggers, objections, and reasons people buy.”</w:t>
      </w:r>
    </w:p>
    <w:p w14:paraId="18457635" w14:textId="77777777" w:rsidR="001A5159" w:rsidRDefault="001A5159"/>
    <w:p w14:paraId="3BD4A041" w14:textId="77777777" w:rsidR="001A5159" w:rsidRDefault="00000000">
      <w:r>
        <w:rPr>
          <w:rFonts w:ascii="Garamond" w:hAnsi="Garamond"/>
          <w:sz w:val="24"/>
        </w:rPr>
        <w:t>STEP 2 — Research Winning Ads</w:t>
      </w:r>
    </w:p>
    <w:p w14:paraId="67149EA6" w14:textId="77777777" w:rsidR="001A5159" w:rsidRDefault="00000000">
      <w:r>
        <w:rPr>
          <w:rFonts w:ascii="Garamond" w:hAnsi="Garamond"/>
          <w:sz w:val="24"/>
        </w:rPr>
        <w:t>Go to Meta Ads Library.</w:t>
      </w:r>
      <w:r>
        <w:rPr>
          <w:rFonts w:ascii="Garamond" w:hAnsi="Garamond"/>
          <w:sz w:val="24"/>
        </w:rPr>
        <w:br/>
        <w:t>Paste links into AI.</w:t>
      </w:r>
    </w:p>
    <w:p w14:paraId="1D17399F" w14:textId="77777777" w:rsidR="001A5159" w:rsidRDefault="00000000">
      <w:r>
        <w:rPr>
          <w:rFonts w:ascii="Garamond" w:hAnsi="Garamond"/>
          <w:sz w:val="24"/>
        </w:rPr>
        <w:t>Ask:</w:t>
      </w:r>
    </w:p>
    <w:p w14:paraId="1F0A5125" w14:textId="77777777" w:rsidR="001A5159" w:rsidRDefault="00000000">
      <w:r>
        <w:rPr>
          <w:rFonts w:ascii="Garamond" w:hAnsi="Garamond"/>
          <w:sz w:val="24"/>
        </w:rPr>
        <w:t>“Analyze these ads and summarize what makes them effective.”</w:t>
      </w:r>
    </w:p>
    <w:p w14:paraId="69D7BDBF" w14:textId="77777777" w:rsidR="001A5159" w:rsidRDefault="001A5159"/>
    <w:p w14:paraId="14974944" w14:textId="77777777" w:rsidR="001A5159" w:rsidRDefault="00000000">
      <w:r>
        <w:rPr>
          <w:rFonts w:ascii="Garamond" w:hAnsi="Garamond"/>
          <w:sz w:val="24"/>
        </w:rPr>
        <w:t xml:space="preserve">STEP 3 — Generate Hooks + </w:t>
      </w:r>
      <w:proofErr w:type="gramStart"/>
      <w:r>
        <w:rPr>
          <w:rFonts w:ascii="Garamond" w:hAnsi="Garamond"/>
          <w:sz w:val="24"/>
        </w:rPr>
        <w:t>Angles</w:t>
      </w:r>
      <w:proofErr w:type="gramEnd"/>
    </w:p>
    <w:p w14:paraId="0AE2795E" w14:textId="77777777" w:rsidR="001A5159" w:rsidRDefault="00000000">
      <w:r>
        <w:rPr>
          <w:rFonts w:ascii="Garamond" w:hAnsi="Garamond"/>
          <w:sz w:val="24"/>
        </w:rPr>
        <w:t>Ask:</w:t>
      </w:r>
    </w:p>
    <w:p w14:paraId="2D56BF73" w14:textId="77777777" w:rsidR="001A5159" w:rsidRDefault="00000000">
      <w:r>
        <w:rPr>
          <w:rFonts w:ascii="Garamond" w:hAnsi="Garamond"/>
          <w:sz w:val="24"/>
        </w:rPr>
        <w:t>“Give me 20 ad hooks and 10 creative angles for this product.”</w:t>
      </w:r>
    </w:p>
    <w:p w14:paraId="73FB705F" w14:textId="77777777" w:rsidR="001A5159" w:rsidRDefault="001A5159"/>
    <w:p w14:paraId="1012E54D" w14:textId="77777777" w:rsidR="001A5159" w:rsidRDefault="00000000">
      <w:r>
        <w:rPr>
          <w:rFonts w:ascii="Garamond" w:hAnsi="Garamond"/>
          <w:sz w:val="24"/>
        </w:rPr>
        <w:t>STEP 4 — Write Ad Copy</w:t>
      </w:r>
    </w:p>
    <w:p w14:paraId="3FF366F5" w14:textId="77777777" w:rsidR="001A5159" w:rsidRDefault="00000000">
      <w:r>
        <w:rPr>
          <w:rFonts w:ascii="Garamond" w:hAnsi="Garamond"/>
          <w:sz w:val="24"/>
        </w:rPr>
        <w:t>Ask:</w:t>
      </w:r>
    </w:p>
    <w:p w14:paraId="77C19061" w14:textId="77777777" w:rsidR="001A5159" w:rsidRDefault="00000000">
      <w:r>
        <w:rPr>
          <w:rFonts w:ascii="Garamond" w:hAnsi="Garamond"/>
          <w:sz w:val="24"/>
        </w:rPr>
        <w:t>“Write 5 variations of Meta Ad copy, each with different emotional triggers.”</w:t>
      </w:r>
    </w:p>
    <w:p w14:paraId="57CCCF19" w14:textId="77777777" w:rsidR="001A5159" w:rsidRDefault="00000000">
      <w:r>
        <w:rPr>
          <w:rFonts w:ascii="Garamond" w:hAnsi="Garamond"/>
          <w:sz w:val="24"/>
        </w:rPr>
        <w:t>Repeat for short and long-form versions.</w:t>
      </w:r>
    </w:p>
    <w:p w14:paraId="6731E7A4" w14:textId="77777777" w:rsidR="001A5159" w:rsidRDefault="001A5159"/>
    <w:p w14:paraId="00907E8F" w14:textId="77777777" w:rsidR="001A5159" w:rsidRDefault="00000000">
      <w:r>
        <w:rPr>
          <w:rFonts w:ascii="Garamond" w:hAnsi="Garamond"/>
          <w:sz w:val="24"/>
        </w:rPr>
        <w:t>STEP 5 — Create Visual Ads</w:t>
      </w:r>
    </w:p>
    <w:p w14:paraId="4253F0B7" w14:textId="77777777" w:rsidR="001A5159" w:rsidRDefault="00000000">
      <w:r>
        <w:rPr>
          <w:rFonts w:ascii="Garamond" w:hAnsi="Garamond"/>
          <w:sz w:val="24"/>
        </w:rPr>
        <w:t>Inside Canva:</w:t>
      </w:r>
    </w:p>
    <w:p w14:paraId="2946823C" w14:textId="77777777" w:rsidR="001A5159" w:rsidRDefault="00000000">
      <w:r>
        <w:rPr>
          <w:rFonts w:ascii="Garamond" w:hAnsi="Garamond"/>
          <w:sz w:val="24"/>
        </w:rPr>
        <w:t xml:space="preserve">choose scroll-stopping </w:t>
      </w:r>
      <w:proofErr w:type="gramStart"/>
      <w:r>
        <w:rPr>
          <w:rFonts w:ascii="Garamond" w:hAnsi="Garamond"/>
          <w:sz w:val="24"/>
        </w:rPr>
        <w:t>templates</w:t>
      </w:r>
      <w:proofErr w:type="gramEnd"/>
    </w:p>
    <w:p w14:paraId="10FF105E" w14:textId="77777777" w:rsidR="001A5159" w:rsidRDefault="00000000">
      <w:r>
        <w:rPr>
          <w:rFonts w:ascii="Garamond" w:hAnsi="Garamond"/>
          <w:sz w:val="24"/>
        </w:rPr>
        <w:t xml:space="preserve">use bright </w:t>
      </w:r>
      <w:proofErr w:type="gramStart"/>
      <w:r>
        <w:rPr>
          <w:rFonts w:ascii="Garamond" w:hAnsi="Garamond"/>
          <w:sz w:val="24"/>
        </w:rPr>
        <w:t>colors</w:t>
      </w:r>
      <w:proofErr w:type="gramEnd"/>
    </w:p>
    <w:p w14:paraId="24238E16" w14:textId="77777777" w:rsidR="001A5159" w:rsidRDefault="00000000">
      <w:r>
        <w:rPr>
          <w:rFonts w:ascii="Garamond" w:hAnsi="Garamond"/>
          <w:sz w:val="24"/>
        </w:rPr>
        <w:t xml:space="preserve">highlight </w:t>
      </w:r>
      <w:proofErr w:type="gramStart"/>
      <w:r>
        <w:rPr>
          <w:rFonts w:ascii="Garamond" w:hAnsi="Garamond"/>
          <w:sz w:val="24"/>
        </w:rPr>
        <w:t>benefits</w:t>
      </w:r>
      <w:proofErr w:type="gramEnd"/>
    </w:p>
    <w:p w14:paraId="030EB4B8" w14:textId="77777777" w:rsidR="001A5159" w:rsidRDefault="00000000">
      <w:r>
        <w:rPr>
          <w:rFonts w:ascii="Garamond" w:hAnsi="Garamond"/>
          <w:sz w:val="24"/>
        </w:rPr>
        <w:t xml:space="preserve">add emotional </w:t>
      </w:r>
      <w:proofErr w:type="gramStart"/>
      <w:r>
        <w:rPr>
          <w:rFonts w:ascii="Garamond" w:hAnsi="Garamond"/>
          <w:sz w:val="24"/>
        </w:rPr>
        <w:t>copy</w:t>
      </w:r>
      <w:proofErr w:type="gramEnd"/>
    </w:p>
    <w:p w14:paraId="66379856" w14:textId="77777777" w:rsidR="001A5159" w:rsidRDefault="00000000">
      <w:r>
        <w:rPr>
          <w:rFonts w:ascii="Garamond" w:hAnsi="Garamond"/>
          <w:sz w:val="24"/>
        </w:rPr>
        <w:t xml:space="preserve">use strong </w:t>
      </w:r>
      <w:proofErr w:type="gramStart"/>
      <w:r>
        <w:rPr>
          <w:rFonts w:ascii="Garamond" w:hAnsi="Garamond"/>
          <w:sz w:val="24"/>
        </w:rPr>
        <w:t>contrast</w:t>
      </w:r>
      <w:proofErr w:type="gramEnd"/>
    </w:p>
    <w:p w14:paraId="7DDBFC7F" w14:textId="77777777" w:rsidR="001A5159" w:rsidRDefault="001A5159"/>
    <w:p w14:paraId="7B72A27F" w14:textId="77777777" w:rsidR="001A5159" w:rsidRDefault="00000000">
      <w:r>
        <w:rPr>
          <w:rFonts w:ascii="Garamond" w:hAnsi="Garamond"/>
          <w:sz w:val="24"/>
        </w:rPr>
        <w:t>STEP 6 — Create Video Ads (Optional)</w:t>
      </w:r>
    </w:p>
    <w:p w14:paraId="77D0E6D5" w14:textId="77777777" w:rsidR="001A5159" w:rsidRDefault="00000000">
      <w:r>
        <w:rPr>
          <w:rFonts w:ascii="Garamond" w:hAnsi="Garamond"/>
          <w:sz w:val="24"/>
        </w:rPr>
        <w:t>In CapCut:</w:t>
      </w:r>
    </w:p>
    <w:p w14:paraId="24346D98" w14:textId="77777777" w:rsidR="001A5159" w:rsidRDefault="00000000">
      <w:r>
        <w:rPr>
          <w:rFonts w:ascii="Garamond" w:hAnsi="Garamond"/>
          <w:sz w:val="24"/>
        </w:rPr>
        <w:t xml:space="preserve">use UGC </w:t>
      </w:r>
      <w:proofErr w:type="gramStart"/>
      <w:r>
        <w:rPr>
          <w:rFonts w:ascii="Garamond" w:hAnsi="Garamond"/>
          <w:sz w:val="24"/>
        </w:rPr>
        <w:t>templates</w:t>
      </w:r>
      <w:proofErr w:type="gramEnd"/>
    </w:p>
    <w:p w14:paraId="0A5D2F92" w14:textId="77777777" w:rsidR="001A5159" w:rsidRDefault="00000000">
      <w:r>
        <w:rPr>
          <w:rFonts w:ascii="Garamond" w:hAnsi="Garamond"/>
          <w:sz w:val="24"/>
        </w:rPr>
        <w:t xml:space="preserve">add </w:t>
      </w:r>
      <w:proofErr w:type="gramStart"/>
      <w:r>
        <w:rPr>
          <w:rFonts w:ascii="Garamond" w:hAnsi="Garamond"/>
          <w:sz w:val="24"/>
        </w:rPr>
        <w:t>subtitles</w:t>
      </w:r>
      <w:proofErr w:type="gramEnd"/>
    </w:p>
    <w:p w14:paraId="33F6B53A" w14:textId="77777777" w:rsidR="001A5159" w:rsidRDefault="00000000">
      <w:r>
        <w:rPr>
          <w:rFonts w:ascii="Garamond" w:hAnsi="Garamond"/>
          <w:sz w:val="24"/>
        </w:rPr>
        <w:t>add B-</w:t>
      </w:r>
      <w:proofErr w:type="gramStart"/>
      <w:r>
        <w:rPr>
          <w:rFonts w:ascii="Garamond" w:hAnsi="Garamond"/>
          <w:sz w:val="24"/>
        </w:rPr>
        <w:t>roll</w:t>
      </w:r>
      <w:proofErr w:type="gramEnd"/>
    </w:p>
    <w:p w14:paraId="1A934CF6" w14:textId="77777777" w:rsidR="001A5159" w:rsidRDefault="00000000">
      <w:r>
        <w:rPr>
          <w:rFonts w:ascii="Garamond" w:hAnsi="Garamond"/>
          <w:sz w:val="24"/>
        </w:rPr>
        <w:t xml:space="preserve">use short, punchy scripts from </w:t>
      </w:r>
      <w:proofErr w:type="gramStart"/>
      <w:r>
        <w:rPr>
          <w:rFonts w:ascii="Garamond" w:hAnsi="Garamond"/>
          <w:sz w:val="24"/>
        </w:rPr>
        <w:t>AI</w:t>
      </w:r>
      <w:proofErr w:type="gramEnd"/>
    </w:p>
    <w:p w14:paraId="1FFC3982" w14:textId="77777777" w:rsidR="001A5159" w:rsidRDefault="00000000">
      <w:r>
        <w:rPr>
          <w:rFonts w:ascii="Garamond" w:hAnsi="Garamond"/>
          <w:sz w:val="24"/>
        </w:rPr>
        <w:t>These ads convert extremely well.</w:t>
      </w:r>
    </w:p>
    <w:p w14:paraId="2A36F649" w14:textId="77777777" w:rsidR="001A5159" w:rsidRDefault="001A5159"/>
    <w:p w14:paraId="199321FE" w14:textId="77777777" w:rsidR="001A5159" w:rsidRDefault="00000000">
      <w:r>
        <w:rPr>
          <w:rFonts w:ascii="Garamond" w:hAnsi="Garamond"/>
          <w:sz w:val="24"/>
        </w:rPr>
        <w:t>STEP 7 — Deliver the Ad Package</w:t>
      </w:r>
    </w:p>
    <w:p w14:paraId="3C8BCE16" w14:textId="77777777" w:rsidR="001A5159" w:rsidRDefault="00000000">
      <w:r>
        <w:rPr>
          <w:rFonts w:ascii="Garamond" w:hAnsi="Garamond"/>
          <w:sz w:val="24"/>
        </w:rPr>
        <w:t>Provide:</w:t>
      </w:r>
    </w:p>
    <w:p w14:paraId="5A6E0067" w14:textId="77777777" w:rsidR="001A5159" w:rsidRDefault="00000000">
      <w:r>
        <w:rPr>
          <w:rFonts w:ascii="Garamond" w:hAnsi="Garamond"/>
          <w:sz w:val="24"/>
        </w:rPr>
        <w:t>all copy variations</w:t>
      </w:r>
    </w:p>
    <w:p w14:paraId="49124429" w14:textId="77777777" w:rsidR="001A5159" w:rsidRDefault="00000000">
      <w:r>
        <w:rPr>
          <w:rFonts w:ascii="Garamond" w:hAnsi="Garamond"/>
          <w:sz w:val="24"/>
        </w:rPr>
        <w:t>all graphics</w:t>
      </w:r>
    </w:p>
    <w:p w14:paraId="5CCDC371" w14:textId="77777777" w:rsidR="001A5159" w:rsidRDefault="00000000">
      <w:r>
        <w:rPr>
          <w:rFonts w:ascii="Garamond" w:hAnsi="Garamond"/>
          <w:sz w:val="24"/>
        </w:rPr>
        <w:t>all videos</w:t>
      </w:r>
    </w:p>
    <w:p w14:paraId="5CCFAB21" w14:textId="77777777" w:rsidR="001A5159" w:rsidRDefault="00000000">
      <w:r>
        <w:rPr>
          <w:rFonts w:ascii="Garamond" w:hAnsi="Garamond"/>
          <w:sz w:val="24"/>
        </w:rPr>
        <w:t>all hook options</w:t>
      </w:r>
    </w:p>
    <w:p w14:paraId="25E4EC1A" w14:textId="77777777" w:rsidR="001A5159" w:rsidRDefault="00000000">
      <w:r>
        <w:rPr>
          <w:rFonts w:ascii="Garamond" w:hAnsi="Garamond"/>
          <w:sz w:val="24"/>
        </w:rPr>
        <w:t xml:space="preserve">recommended testing </w:t>
      </w:r>
      <w:proofErr w:type="gramStart"/>
      <w:r>
        <w:rPr>
          <w:rFonts w:ascii="Garamond" w:hAnsi="Garamond"/>
          <w:sz w:val="24"/>
        </w:rPr>
        <w:t>sequence</w:t>
      </w:r>
      <w:proofErr w:type="gramEnd"/>
    </w:p>
    <w:p w14:paraId="5A42767D" w14:textId="77777777" w:rsidR="001A5159" w:rsidRDefault="00000000">
      <w:r>
        <w:rPr>
          <w:rFonts w:ascii="Garamond" w:hAnsi="Garamond"/>
          <w:sz w:val="24"/>
        </w:rPr>
        <w:t xml:space="preserve">recommended </w:t>
      </w:r>
      <w:proofErr w:type="gramStart"/>
      <w:r>
        <w:rPr>
          <w:rFonts w:ascii="Garamond" w:hAnsi="Garamond"/>
          <w:sz w:val="24"/>
        </w:rPr>
        <w:t>audiences</w:t>
      </w:r>
      <w:proofErr w:type="gramEnd"/>
    </w:p>
    <w:p w14:paraId="42C87978" w14:textId="77777777" w:rsidR="001A5159" w:rsidRDefault="00000000">
      <w:r>
        <w:rPr>
          <w:rFonts w:ascii="Garamond" w:hAnsi="Garamond"/>
          <w:sz w:val="24"/>
        </w:rPr>
        <w:t>optimization notes</w:t>
      </w:r>
    </w:p>
    <w:p w14:paraId="1FE8C531" w14:textId="77777777" w:rsidR="001A5159" w:rsidRDefault="00000000">
      <w:r>
        <w:rPr>
          <w:rFonts w:ascii="Garamond" w:hAnsi="Garamond"/>
          <w:sz w:val="24"/>
        </w:rPr>
        <w:t>This is what businesses really need.</w:t>
      </w:r>
    </w:p>
    <w:p w14:paraId="3FE19F0D" w14:textId="77777777" w:rsidR="001A5159" w:rsidRDefault="001A5159"/>
    <w:p w14:paraId="4D9F7CAE" w14:textId="77777777" w:rsidR="001A5159" w:rsidRDefault="00000000">
      <w:r>
        <w:rPr>
          <w:rFonts w:ascii="Garamond" w:hAnsi="Garamond"/>
          <w:sz w:val="24"/>
        </w:rPr>
        <w:t>Beginner Proof Portfolio</w:t>
      </w:r>
    </w:p>
    <w:p w14:paraId="7A7EF992" w14:textId="77777777" w:rsidR="001A5159" w:rsidRDefault="00000000">
      <w:r>
        <w:rPr>
          <w:rFonts w:ascii="Garamond" w:hAnsi="Garamond"/>
          <w:sz w:val="24"/>
        </w:rPr>
        <w:t>Create these samples:</w:t>
      </w:r>
    </w:p>
    <w:p w14:paraId="7439587D" w14:textId="77777777" w:rsidR="001A5159" w:rsidRDefault="00000000">
      <w:r>
        <w:rPr>
          <w:rFonts w:ascii="Garamond" w:hAnsi="Garamond"/>
          <w:sz w:val="24"/>
        </w:rPr>
        <w:t>1 static ad</w:t>
      </w:r>
    </w:p>
    <w:p w14:paraId="57049664" w14:textId="77777777" w:rsidR="001A5159" w:rsidRDefault="00000000">
      <w:r>
        <w:rPr>
          <w:rFonts w:ascii="Garamond" w:hAnsi="Garamond"/>
          <w:sz w:val="24"/>
        </w:rPr>
        <w:t>1 carousel ad</w:t>
      </w:r>
    </w:p>
    <w:p w14:paraId="660A5238" w14:textId="77777777" w:rsidR="001A5159" w:rsidRDefault="00000000">
      <w:r>
        <w:rPr>
          <w:rFonts w:ascii="Garamond" w:hAnsi="Garamond"/>
          <w:sz w:val="24"/>
        </w:rPr>
        <w:t>1 video script</w:t>
      </w:r>
    </w:p>
    <w:p w14:paraId="35010AA8" w14:textId="77777777" w:rsidR="001A5159" w:rsidRDefault="00000000">
      <w:r>
        <w:rPr>
          <w:rFonts w:ascii="Garamond" w:hAnsi="Garamond"/>
          <w:sz w:val="24"/>
        </w:rPr>
        <w:t>1 long-form ad copy</w:t>
      </w:r>
    </w:p>
    <w:p w14:paraId="0402A07B" w14:textId="77777777" w:rsidR="001A5159" w:rsidRDefault="00000000">
      <w:r>
        <w:rPr>
          <w:rFonts w:ascii="Garamond" w:hAnsi="Garamond"/>
          <w:sz w:val="24"/>
        </w:rPr>
        <w:t>That’s enough to land a client.</w:t>
      </w:r>
    </w:p>
    <w:p w14:paraId="73D3532A" w14:textId="77777777" w:rsidR="001A5159" w:rsidRDefault="001A5159"/>
    <w:p w14:paraId="0D2A7336" w14:textId="77777777" w:rsidR="001A5159" w:rsidRDefault="00000000">
      <w:r>
        <w:rPr>
          <w:rFonts w:ascii="Garamond" w:hAnsi="Garamond"/>
          <w:sz w:val="24"/>
        </w:rPr>
        <w:t>Pricing Guide</w:t>
      </w:r>
    </w:p>
    <w:p w14:paraId="3092A952" w14:textId="77777777" w:rsidR="001A5159" w:rsidRDefault="00000000">
      <w:r>
        <w:rPr>
          <w:rFonts w:ascii="Garamond" w:hAnsi="Garamond"/>
          <w:sz w:val="24"/>
        </w:rPr>
        <w:t>Beginners:</w:t>
      </w:r>
    </w:p>
    <w:p w14:paraId="05768C4E" w14:textId="77777777" w:rsidR="001A5159" w:rsidRDefault="00000000">
      <w:r>
        <w:rPr>
          <w:rFonts w:ascii="Garamond" w:hAnsi="Garamond"/>
          <w:sz w:val="24"/>
        </w:rPr>
        <w:t>$50–$150 per ad set</w:t>
      </w:r>
    </w:p>
    <w:p w14:paraId="2FF133D3" w14:textId="77777777" w:rsidR="001A5159" w:rsidRDefault="00000000">
      <w:r>
        <w:rPr>
          <w:rFonts w:ascii="Garamond" w:hAnsi="Garamond"/>
          <w:sz w:val="24"/>
        </w:rPr>
        <w:t>$200–$350 test-pack bundles</w:t>
      </w:r>
    </w:p>
    <w:p w14:paraId="535DF4ED" w14:textId="77777777" w:rsidR="001A5159" w:rsidRDefault="00000000">
      <w:r>
        <w:rPr>
          <w:rFonts w:ascii="Garamond" w:hAnsi="Garamond"/>
          <w:sz w:val="24"/>
        </w:rPr>
        <w:t>Intermediate:</w:t>
      </w:r>
    </w:p>
    <w:p w14:paraId="568A08AE" w14:textId="77777777" w:rsidR="001A5159" w:rsidRDefault="00000000">
      <w:r>
        <w:rPr>
          <w:rFonts w:ascii="Garamond" w:hAnsi="Garamond"/>
          <w:sz w:val="24"/>
        </w:rPr>
        <w:lastRenderedPageBreak/>
        <w:t>$400–$800 ad creative packages</w:t>
      </w:r>
    </w:p>
    <w:p w14:paraId="087BDA39" w14:textId="77777777" w:rsidR="001A5159" w:rsidRDefault="00000000">
      <w:r>
        <w:rPr>
          <w:rFonts w:ascii="Garamond" w:hAnsi="Garamond"/>
          <w:sz w:val="24"/>
        </w:rPr>
        <w:t>$800–$1,200/month content retainers</w:t>
      </w:r>
    </w:p>
    <w:p w14:paraId="126F7C79" w14:textId="77777777" w:rsidR="001A5159" w:rsidRDefault="00000000">
      <w:r>
        <w:rPr>
          <w:rFonts w:ascii="Garamond" w:hAnsi="Garamond"/>
          <w:sz w:val="24"/>
        </w:rPr>
        <w:t>Pro:</w:t>
      </w:r>
    </w:p>
    <w:p w14:paraId="5A06F789" w14:textId="77777777" w:rsidR="001A5159" w:rsidRDefault="00000000">
      <w:r>
        <w:rPr>
          <w:rFonts w:ascii="Garamond" w:hAnsi="Garamond"/>
          <w:sz w:val="24"/>
        </w:rPr>
        <w:t>$1,500–$5,000 per creative suite</w:t>
      </w:r>
    </w:p>
    <w:p w14:paraId="58532AD8" w14:textId="77777777" w:rsidR="001A5159" w:rsidRDefault="00000000">
      <w:r>
        <w:rPr>
          <w:rFonts w:ascii="Garamond" w:hAnsi="Garamond"/>
          <w:sz w:val="24"/>
        </w:rPr>
        <w:t>$2,000+/month ad retainer</w:t>
      </w:r>
    </w:p>
    <w:p w14:paraId="099F85C7" w14:textId="77777777" w:rsidR="001A5159" w:rsidRDefault="00000000">
      <w:r>
        <w:rPr>
          <w:rFonts w:ascii="Garamond" w:hAnsi="Garamond"/>
          <w:sz w:val="24"/>
        </w:rPr>
        <w:t>$500–$1,500 per UGC video ad</w:t>
      </w:r>
    </w:p>
    <w:p w14:paraId="47DBC696" w14:textId="77777777" w:rsidR="001A5159" w:rsidRDefault="00000000">
      <w:r>
        <w:rPr>
          <w:rFonts w:ascii="Garamond" w:hAnsi="Garamond"/>
          <w:sz w:val="24"/>
        </w:rPr>
        <w:t>Businesses will pay PREMIUM for ads that convert.</w:t>
      </w:r>
    </w:p>
    <w:p w14:paraId="555E312C" w14:textId="77777777" w:rsidR="001A5159" w:rsidRDefault="001A5159"/>
    <w:p w14:paraId="1991462B" w14:textId="77777777" w:rsidR="001A5159" w:rsidRDefault="00000000">
      <w:r>
        <w:rPr>
          <w:rFonts w:ascii="Garamond" w:hAnsi="Garamond"/>
          <w:sz w:val="24"/>
        </w:rPr>
        <w:t>Pro Accelerators</w:t>
      </w:r>
    </w:p>
    <w:p w14:paraId="753DA9A6" w14:textId="77777777" w:rsidR="001A5159" w:rsidRDefault="00000000">
      <w:r>
        <w:rPr>
          <w:rFonts w:ascii="Garamond" w:hAnsi="Garamond"/>
          <w:sz w:val="24"/>
        </w:rPr>
        <w:t>monthly refresh packs</w:t>
      </w:r>
    </w:p>
    <w:p w14:paraId="59A230D3" w14:textId="77777777" w:rsidR="001A5159" w:rsidRDefault="00000000">
      <w:r>
        <w:rPr>
          <w:rFonts w:ascii="Garamond" w:hAnsi="Garamond"/>
          <w:sz w:val="24"/>
        </w:rPr>
        <w:t>UGC-style videos</w:t>
      </w:r>
    </w:p>
    <w:p w14:paraId="3E3801AB" w14:textId="77777777" w:rsidR="001A5159" w:rsidRDefault="00000000">
      <w:r>
        <w:rPr>
          <w:rFonts w:ascii="Garamond" w:hAnsi="Garamond"/>
          <w:sz w:val="24"/>
        </w:rPr>
        <w:t>scaling optimization notes</w:t>
      </w:r>
    </w:p>
    <w:p w14:paraId="05A4CFFF" w14:textId="77777777" w:rsidR="001A5159" w:rsidRDefault="00000000">
      <w:r>
        <w:rPr>
          <w:rFonts w:ascii="Garamond" w:hAnsi="Garamond"/>
          <w:sz w:val="24"/>
        </w:rPr>
        <w:t>funnel integration</w:t>
      </w:r>
    </w:p>
    <w:p w14:paraId="1ECC1912" w14:textId="77777777" w:rsidR="001A5159" w:rsidRDefault="00000000">
      <w:r>
        <w:rPr>
          <w:rFonts w:ascii="Garamond" w:hAnsi="Garamond"/>
          <w:sz w:val="24"/>
        </w:rPr>
        <w:t xml:space="preserve">landing page rewrite </w:t>
      </w:r>
      <w:proofErr w:type="gramStart"/>
      <w:r>
        <w:rPr>
          <w:rFonts w:ascii="Garamond" w:hAnsi="Garamond"/>
          <w:sz w:val="24"/>
        </w:rPr>
        <w:t>upsell</w:t>
      </w:r>
      <w:proofErr w:type="gramEnd"/>
    </w:p>
    <w:p w14:paraId="16EA7A32" w14:textId="77777777" w:rsidR="001A5159" w:rsidRDefault="00000000">
      <w:r>
        <w:rPr>
          <w:rFonts w:ascii="Garamond" w:hAnsi="Garamond"/>
          <w:sz w:val="24"/>
        </w:rPr>
        <w:t xml:space="preserve">competitor </w:t>
      </w:r>
      <w:proofErr w:type="gramStart"/>
      <w:r>
        <w:rPr>
          <w:rFonts w:ascii="Garamond" w:hAnsi="Garamond"/>
          <w:sz w:val="24"/>
        </w:rPr>
        <w:t>ad</w:t>
      </w:r>
      <w:proofErr w:type="gramEnd"/>
      <w:r>
        <w:rPr>
          <w:rFonts w:ascii="Garamond" w:hAnsi="Garamond"/>
          <w:sz w:val="24"/>
        </w:rPr>
        <w:t xml:space="preserve"> analysis reports</w:t>
      </w:r>
    </w:p>
    <w:p w14:paraId="3C5E7B8C" w14:textId="77777777" w:rsidR="001A5159" w:rsidRDefault="00000000">
      <w:r>
        <w:rPr>
          <w:rFonts w:ascii="Garamond" w:hAnsi="Garamond"/>
          <w:sz w:val="24"/>
        </w:rPr>
        <w:t>“</w:t>
      </w:r>
      <w:proofErr w:type="gramStart"/>
      <w:r>
        <w:rPr>
          <w:rFonts w:ascii="Garamond" w:hAnsi="Garamond"/>
          <w:sz w:val="24"/>
        </w:rPr>
        <w:t>creative</w:t>
      </w:r>
      <w:proofErr w:type="gramEnd"/>
      <w:r>
        <w:rPr>
          <w:rFonts w:ascii="Garamond" w:hAnsi="Garamond"/>
          <w:sz w:val="24"/>
        </w:rPr>
        <w:t xml:space="preserve"> vault” bundles</w:t>
      </w:r>
    </w:p>
    <w:p w14:paraId="0FB68A38" w14:textId="77777777" w:rsidR="001A5159" w:rsidRDefault="00000000">
      <w:r>
        <w:rPr>
          <w:rFonts w:ascii="Garamond" w:hAnsi="Garamond"/>
          <w:sz w:val="24"/>
        </w:rPr>
        <w:t>These upsells turn a $200 project into $2,000+.</w:t>
      </w:r>
    </w:p>
    <w:p w14:paraId="68E15072" w14:textId="77777777" w:rsidR="001A5159" w:rsidRDefault="001A5159"/>
    <w:p w14:paraId="26D817E8" w14:textId="77777777" w:rsidR="001A5159" w:rsidRDefault="00000000">
      <w:r>
        <w:rPr>
          <w:rFonts w:ascii="Garamond" w:hAnsi="Garamond"/>
          <w:sz w:val="24"/>
        </w:rPr>
        <w:t>MICRO CASE STUDY — BLUEPRINT TWENTY</w:t>
      </w:r>
    </w:p>
    <w:p w14:paraId="4B19E7BD" w14:textId="77777777" w:rsidR="001A5159" w:rsidRDefault="00000000">
      <w:r>
        <w:rPr>
          <w:rFonts w:ascii="Garamond" w:hAnsi="Garamond"/>
          <w:sz w:val="24"/>
        </w:rPr>
        <w:t>Case Study: Coffee Shop Owner Gains 187 New Customers Using Ad Creatives Built by a Beginner With AI</w:t>
      </w:r>
    </w:p>
    <w:p w14:paraId="3BDC09F0" w14:textId="77777777" w:rsidR="001A5159" w:rsidRDefault="00000000">
      <w:r>
        <w:rPr>
          <w:rFonts w:ascii="Garamond" w:hAnsi="Garamond"/>
          <w:sz w:val="24"/>
        </w:rPr>
        <w:t>Liam was struggling financially.</w:t>
      </w:r>
      <w:r>
        <w:rPr>
          <w:rFonts w:ascii="Garamond" w:hAnsi="Garamond"/>
          <w:sz w:val="24"/>
        </w:rPr>
        <w:br/>
        <w:t>He didn’t want “another freelance job” — he wanted something simple and fast.</w:t>
      </w:r>
    </w:p>
    <w:p w14:paraId="03761295" w14:textId="77777777" w:rsidR="001A5159" w:rsidRDefault="00000000">
      <w:r>
        <w:rPr>
          <w:rFonts w:ascii="Garamond" w:hAnsi="Garamond"/>
          <w:sz w:val="24"/>
        </w:rPr>
        <w:t>He followed Blueprint 20:</w:t>
      </w:r>
    </w:p>
    <w:p w14:paraId="63B3A229" w14:textId="77777777" w:rsidR="001A5159" w:rsidRDefault="00000000">
      <w:r>
        <w:rPr>
          <w:rFonts w:ascii="Garamond" w:hAnsi="Garamond"/>
          <w:sz w:val="24"/>
        </w:rPr>
        <w:t xml:space="preserve">analyzed top-performing ads in the coffee </w:t>
      </w:r>
      <w:proofErr w:type="gramStart"/>
      <w:r>
        <w:rPr>
          <w:rFonts w:ascii="Garamond" w:hAnsi="Garamond"/>
          <w:sz w:val="24"/>
        </w:rPr>
        <w:t>niche</w:t>
      </w:r>
      <w:proofErr w:type="gramEnd"/>
    </w:p>
    <w:p w14:paraId="7D60FC65" w14:textId="77777777" w:rsidR="001A5159" w:rsidRDefault="00000000">
      <w:r>
        <w:rPr>
          <w:rFonts w:ascii="Garamond" w:hAnsi="Garamond"/>
          <w:sz w:val="24"/>
        </w:rPr>
        <w:t xml:space="preserve">asked AI for hooks + </w:t>
      </w:r>
      <w:proofErr w:type="gramStart"/>
      <w:r>
        <w:rPr>
          <w:rFonts w:ascii="Garamond" w:hAnsi="Garamond"/>
          <w:sz w:val="24"/>
        </w:rPr>
        <w:t>angles</w:t>
      </w:r>
      <w:proofErr w:type="gramEnd"/>
    </w:p>
    <w:p w14:paraId="0CBFB86A" w14:textId="77777777" w:rsidR="001A5159" w:rsidRDefault="00000000">
      <w:r>
        <w:rPr>
          <w:rFonts w:ascii="Garamond" w:hAnsi="Garamond"/>
          <w:sz w:val="24"/>
        </w:rPr>
        <w:lastRenderedPageBreak/>
        <w:t xml:space="preserve">created 5 static ads in </w:t>
      </w:r>
      <w:proofErr w:type="gramStart"/>
      <w:r>
        <w:rPr>
          <w:rFonts w:ascii="Garamond" w:hAnsi="Garamond"/>
          <w:sz w:val="24"/>
        </w:rPr>
        <w:t>Canva</w:t>
      </w:r>
      <w:proofErr w:type="gramEnd"/>
    </w:p>
    <w:p w14:paraId="32126897" w14:textId="77777777" w:rsidR="001A5159" w:rsidRDefault="00000000">
      <w:r>
        <w:rPr>
          <w:rFonts w:ascii="Garamond" w:hAnsi="Garamond"/>
          <w:sz w:val="24"/>
        </w:rPr>
        <w:t xml:space="preserve">wrote 12 copy </w:t>
      </w:r>
      <w:proofErr w:type="gramStart"/>
      <w:r>
        <w:rPr>
          <w:rFonts w:ascii="Garamond" w:hAnsi="Garamond"/>
          <w:sz w:val="24"/>
        </w:rPr>
        <w:t>variations</w:t>
      </w:r>
      <w:proofErr w:type="gramEnd"/>
    </w:p>
    <w:p w14:paraId="07433789" w14:textId="77777777" w:rsidR="001A5159" w:rsidRDefault="00000000">
      <w:r>
        <w:rPr>
          <w:rFonts w:ascii="Garamond" w:hAnsi="Garamond"/>
          <w:sz w:val="24"/>
        </w:rPr>
        <w:t xml:space="preserve">packaged them into a “Test </w:t>
      </w:r>
      <w:proofErr w:type="gramStart"/>
      <w:r>
        <w:rPr>
          <w:rFonts w:ascii="Garamond" w:hAnsi="Garamond"/>
          <w:sz w:val="24"/>
        </w:rPr>
        <w:t>Pack</w:t>
      </w:r>
      <w:proofErr w:type="gramEnd"/>
      <w:r>
        <w:rPr>
          <w:rFonts w:ascii="Garamond" w:hAnsi="Garamond"/>
          <w:sz w:val="24"/>
        </w:rPr>
        <w:t>”</w:t>
      </w:r>
    </w:p>
    <w:p w14:paraId="38B62B9B" w14:textId="77777777" w:rsidR="001A5159" w:rsidRDefault="00000000">
      <w:r>
        <w:rPr>
          <w:rFonts w:ascii="Garamond" w:hAnsi="Garamond"/>
          <w:sz w:val="24"/>
        </w:rPr>
        <w:t>He approached a local coffee shop.</w:t>
      </w:r>
    </w:p>
    <w:p w14:paraId="3FB3B2EC" w14:textId="77777777" w:rsidR="001A5159" w:rsidRDefault="00000000">
      <w:r>
        <w:rPr>
          <w:rFonts w:ascii="Garamond" w:hAnsi="Garamond"/>
          <w:sz w:val="24"/>
        </w:rPr>
        <w:t>They paid him:</w:t>
      </w:r>
    </w:p>
    <w:p w14:paraId="6BE3EADD" w14:textId="77777777" w:rsidR="001A5159" w:rsidRDefault="00000000">
      <w:r>
        <w:rPr>
          <w:rFonts w:ascii="Garamond" w:hAnsi="Garamond"/>
          <w:sz w:val="24"/>
        </w:rPr>
        <w:t>$300 for the creative pack</w:t>
      </w:r>
    </w:p>
    <w:p w14:paraId="21B6060A" w14:textId="77777777" w:rsidR="001A5159" w:rsidRDefault="00000000">
      <w:r>
        <w:rPr>
          <w:rFonts w:ascii="Garamond" w:hAnsi="Garamond"/>
          <w:sz w:val="24"/>
        </w:rPr>
        <w:t>$150 for a video ad</w:t>
      </w:r>
    </w:p>
    <w:p w14:paraId="5F127AE2" w14:textId="77777777" w:rsidR="001A5159" w:rsidRDefault="00000000">
      <w:r>
        <w:rPr>
          <w:rFonts w:ascii="Garamond" w:hAnsi="Garamond"/>
          <w:sz w:val="24"/>
        </w:rPr>
        <w:t>$125 for monthly updates</w:t>
      </w:r>
    </w:p>
    <w:p w14:paraId="6301145B" w14:textId="77777777" w:rsidR="001A5159" w:rsidRDefault="00000000">
      <w:r>
        <w:rPr>
          <w:rFonts w:ascii="Garamond" w:hAnsi="Garamond"/>
          <w:sz w:val="24"/>
        </w:rPr>
        <w:t>Total: $575.</w:t>
      </w:r>
    </w:p>
    <w:p w14:paraId="3B76C23F" w14:textId="77777777" w:rsidR="001A5159" w:rsidRDefault="00000000">
      <w:r>
        <w:rPr>
          <w:rFonts w:ascii="Garamond" w:hAnsi="Garamond"/>
          <w:sz w:val="24"/>
        </w:rPr>
        <w:t>The shop ran his ads for two weeks.</w:t>
      </w:r>
    </w:p>
    <w:p w14:paraId="5606C6E6" w14:textId="77777777" w:rsidR="001A5159" w:rsidRDefault="00000000">
      <w:r>
        <w:rPr>
          <w:rFonts w:ascii="Garamond" w:hAnsi="Garamond"/>
          <w:sz w:val="24"/>
        </w:rPr>
        <w:t>Results?</w:t>
      </w:r>
    </w:p>
    <w:p w14:paraId="5D09417E" w14:textId="77777777" w:rsidR="001A5159" w:rsidRDefault="00000000">
      <w:r>
        <w:rPr>
          <w:rFonts w:ascii="Garamond" w:hAnsi="Garamond"/>
          <w:sz w:val="24"/>
        </w:rPr>
        <w:t>187 new customers</w:t>
      </w:r>
    </w:p>
    <w:p w14:paraId="472253BE" w14:textId="77777777" w:rsidR="001A5159" w:rsidRDefault="00000000">
      <w:r>
        <w:rPr>
          <w:rFonts w:ascii="Garamond" w:hAnsi="Garamond"/>
          <w:sz w:val="24"/>
        </w:rPr>
        <w:t>58 loyalty sign-ups</w:t>
      </w:r>
    </w:p>
    <w:p w14:paraId="0AF3791E" w14:textId="77777777" w:rsidR="001A5159" w:rsidRDefault="00000000">
      <w:r>
        <w:rPr>
          <w:rFonts w:ascii="Garamond" w:hAnsi="Garamond"/>
          <w:sz w:val="24"/>
        </w:rPr>
        <w:t>32 catering inquiries</w:t>
      </w:r>
    </w:p>
    <w:p w14:paraId="397A2640" w14:textId="77777777" w:rsidR="001A5159" w:rsidRDefault="00000000">
      <w:r>
        <w:rPr>
          <w:rFonts w:ascii="Garamond" w:hAnsi="Garamond"/>
          <w:sz w:val="24"/>
        </w:rPr>
        <w:t>The owner said:</w:t>
      </w:r>
    </w:p>
    <w:p w14:paraId="1E1A417D" w14:textId="77777777" w:rsidR="001A5159" w:rsidRDefault="00000000">
      <w:r>
        <w:rPr>
          <w:rFonts w:ascii="Garamond" w:hAnsi="Garamond"/>
          <w:sz w:val="24"/>
        </w:rPr>
        <w:t>“These ads performed better than the agency we paid $2,000/month.”</w:t>
      </w:r>
    </w:p>
    <w:p w14:paraId="704F22E3" w14:textId="77777777" w:rsidR="001A5159" w:rsidRDefault="00000000">
      <w:r>
        <w:rPr>
          <w:rFonts w:ascii="Garamond" w:hAnsi="Garamond"/>
          <w:sz w:val="24"/>
        </w:rPr>
        <w:t>They upgraded Liam to:</w:t>
      </w:r>
    </w:p>
    <w:p w14:paraId="26FA4D6F" w14:textId="77777777" w:rsidR="001A5159" w:rsidRDefault="00000000">
      <w:r>
        <w:rPr>
          <w:rFonts w:ascii="Garamond" w:hAnsi="Garamond"/>
          <w:sz w:val="24"/>
        </w:rPr>
        <w:t>a $600/month creative retainer</w:t>
      </w:r>
    </w:p>
    <w:p w14:paraId="6B79759C" w14:textId="77777777" w:rsidR="001A5159" w:rsidRDefault="00000000">
      <w:r>
        <w:rPr>
          <w:rFonts w:ascii="Garamond" w:hAnsi="Garamond"/>
          <w:sz w:val="24"/>
        </w:rPr>
        <w:t xml:space="preserve">Liam now builds </w:t>
      </w:r>
      <w:proofErr w:type="gramStart"/>
      <w:r>
        <w:rPr>
          <w:rFonts w:ascii="Garamond" w:hAnsi="Garamond"/>
          <w:sz w:val="24"/>
        </w:rPr>
        <w:t>ad</w:t>
      </w:r>
      <w:proofErr w:type="gramEnd"/>
      <w:r>
        <w:rPr>
          <w:rFonts w:ascii="Garamond" w:hAnsi="Garamond"/>
          <w:sz w:val="24"/>
        </w:rPr>
        <w:t xml:space="preserve"> creative packages for:</w:t>
      </w:r>
    </w:p>
    <w:p w14:paraId="2DA1DD28" w14:textId="77777777" w:rsidR="001A5159" w:rsidRDefault="00000000">
      <w:r>
        <w:rPr>
          <w:rFonts w:ascii="Garamond" w:hAnsi="Garamond"/>
          <w:sz w:val="24"/>
        </w:rPr>
        <w:t>gyms</w:t>
      </w:r>
    </w:p>
    <w:p w14:paraId="35AE0832" w14:textId="77777777" w:rsidR="001A5159" w:rsidRDefault="00000000">
      <w:r>
        <w:rPr>
          <w:rFonts w:ascii="Garamond" w:hAnsi="Garamond"/>
          <w:sz w:val="24"/>
        </w:rPr>
        <w:t>salons</w:t>
      </w:r>
    </w:p>
    <w:p w14:paraId="707D36A2" w14:textId="77777777" w:rsidR="001A5159" w:rsidRDefault="00000000">
      <w:proofErr w:type="gramStart"/>
      <w:r>
        <w:rPr>
          <w:rFonts w:ascii="Garamond" w:hAnsi="Garamond"/>
          <w:sz w:val="24"/>
        </w:rPr>
        <w:t>realtors</w:t>
      </w:r>
      <w:proofErr w:type="gramEnd"/>
    </w:p>
    <w:p w14:paraId="0EA5E834" w14:textId="77777777" w:rsidR="001A5159" w:rsidRDefault="00000000">
      <w:r>
        <w:rPr>
          <w:rFonts w:ascii="Garamond" w:hAnsi="Garamond"/>
          <w:sz w:val="24"/>
        </w:rPr>
        <w:t>e-commerce shops</w:t>
      </w:r>
    </w:p>
    <w:p w14:paraId="0DC9D668" w14:textId="77777777" w:rsidR="001A5159" w:rsidRDefault="00000000">
      <w:r>
        <w:rPr>
          <w:rFonts w:ascii="Garamond" w:hAnsi="Garamond"/>
          <w:sz w:val="24"/>
        </w:rPr>
        <w:t>coaches</w:t>
      </w:r>
    </w:p>
    <w:p w14:paraId="1332FA26" w14:textId="77777777" w:rsidR="001A5159" w:rsidRDefault="00000000">
      <w:r>
        <w:rPr>
          <w:rFonts w:ascii="Garamond" w:hAnsi="Garamond"/>
          <w:sz w:val="24"/>
        </w:rPr>
        <w:t>restaurants</w:t>
      </w:r>
    </w:p>
    <w:p w14:paraId="25B33748" w14:textId="77777777" w:rsidR="001A5159" w:rsidRPr="0063351A" w:rsidRDefault="00000000" w:rsidP="0063351A">
      <w:pPr>
        <w:rPr>
          <w:sz w:val="24"/>
          <w:szCs w:val="24"/>
        </w:rPr>
      </w:pPr>
      <w:r w:rsidRPr="0063351A">
        <w:rPr>
          <w:rFonts w:ascii="Garamond" w:hAnsi="Garamond"/>
          <w:b/>
          <w:sz w:val="24"/>
          <w:szCs w:val="24"/>
        </w:rPr>
        <w:lastRenderedPageBreak/>
        <w:t>Blueprint 20 made him a valuable asset — without any formal marketing background.</w:t>
      </w:r>
    </w:p>
    <w:p w14:paraId="74F5D20A" w14:textId="77777777" w:rsidR="0063351A" w:rsidRDefault="0063351A">
      <w:pPr>
        <w:sectPr w:rsidR="0063351A" w:rsidSect="00034616">
          <w:pgSz w:w="12240" w:h="15840"/>
          <w:pgMar w:top="1440" w:right="1800" w:bottom="1440" w:left="1800" w:header="720" w:footer="720" w:gutter="0"/>
          <w:cols w:space="720"/>
          <w:docGrid w:linePitch="360"/>
        </w:sectPr>
      </w:pPr>
    </w:p>
    <w:p w14:paraId="675C96D3" w14:textId="77777777" w:rsidR="001A5159" w:rsidRDefault="001A5159"/>
    <w:p w14:paraId="66131C67" w14:textId="77777777" w:rsidR="001A5159" w:rsidRPr="0063351A" w:rsidRDefault="00000000" w:rsidP="0063351A">
      <w:pPr>
        <w:pStyle w:val="Heading1"/>
        <w:rPr>
          <w:rFonts w:ascii="Garamond" w:hAnsi="Garamond"/>
          <w:color w:val="auto"/>
          <w:sz w:val="40"/>
          <w:szCs w:val="40"/>
        </w:rPr>
      </w:pPr>
      <w:bookmarkStart w:id="47" w:name="_Toc214830343"/>
      <w:r w:rsidRPr="0063351A">
        <w:rPr>
          <w:rFonts w:ascii="Garamond" w:hAnsi="Garamond"/>
          <w:color w:val="auto"/>
          <w:sz w:val="40"/>
          <w:szCs w:val="40"/>
        </w:rPr>
        <w:t>BLUEPRINT TWENTY-ONE — AI COURSE SCRIPT &amp; LESSON BUILDER</w:t>
      </w:r>
      <w:bookmarkEnd w:id="47"/>
    </w:p>
    <w:p w14:paraId="06359003" w14:textId="77777777" w:rsidR="001A5159" w:rsidRPr="0063351A" w:rsidRDefault="00000000" w:rsidP="0063351A">
      <w:pPr>
        <w:pStyle w:val="Heading2"/>
        <w:rPr>
          <w:rFonts w:ascii="Garamond" w:hAnsi="Garamond"/>
          <w:color w:val="auto"/>
          <w:sz w:val="28"/>
          <w:szCs w:val="28"/>
        </w:rPr>
      </w:pPr>
      <w:bookmarkStart w:id="48" w:name="_Toc214830344"/>
      <w:r w:rsidRPr="0063351A">
        <w:rPr>
          <w:rFonts w:ascii="Garamond" w:hAnsi="Garamond"/>
          <w:color w:val="auto"/>
          <w:sz w:val="28"/>
          <w:szCs w:val="28"/>
        </w:rPr>
        <w:t>(The Blueprint That Turns AI Into a Complete Lesson-Writing, Script-Building, Content-Creation Engine)</w:t>
      </w:r>
      <w:bookmarkEnd w:id="48"/>
    </w:p>
    <w:p w14:paraId="4FE2687A" w14:textId="77777777" w:rsidR="001A5159" w:rsidRDefault="00000000">
      <w:r>
        <w:rPr>
          <w:rFonts w:ascii="Garamond" w:hAnsi="Garamond"/>
          <w:sz w:val="24"/>
        </w:rPr>
        <w:t>Courses are booming — but most creators and coaches struggle with one thing:</w:t>
      </w:r>
    </w:p>
    <w:p w14:paraId="3BCF02A9" w14:textId="77777777" w:rsidR="001A5159" w:rsidRDefault="00000000">
      <w:r>
        <w:rPr>
          <w:rFonts w:ascii="Garamond" w:hAnsi="Garamond"/>
          <w:sz w:val="24"/>
        </w:rPr>
        <w:t>Writing.</w:t>
      </w:r>
    </w:p>
    <w:p w14:paraId="0FA5EE48" w14:textId="77777777" w:rsidR="001A5159" w:rsidRDefault="00000000">
      <w:r>
        <w:rPr>
          <w:rFonts w:ascii="Garamond" w:hAnsi="Garamond"/>
          <w:sz w:val="24"/>
        </w:rPr>
        <w:t>They don’t know how to:</w:t>
      </w:r>
    </w:p>
    <w:p w14:paraId="6BB2EE4F" w14:textId="77777777" w:rsidR="001A5159" w:rsidRDefault="00000000">
      <w:r>
        <w:rPr>
          <w:rFonts w:ascii="Garamond" w:hAnsi="Garamond"/>
          <w:sz w:val="24"/>
        </w:rPr>
        <w:t>structure lessons</w:t>
      </w:r>
    </w:p>
    <w:p w14:paraId="4A6D48B5" w14:textId="77777777" w:rsidR="001A5159" w:rsidRDefault="00000000">
      <w:r>
        <w:rPr>
          <w:rFonts w:ascii="Garamond" w:hAnsi="Garamond"/>
          <w:sz w:val="24"/>
        </w:rPr>
        <w:t>script videos</w:t>
      </w:r>
    </w:p>
    <w:p w14:paraId="5D8B12E8" w14:textId="77777777" w:rsidR="001A5159" w:rsidRDefault="00000000">
      <w:r>
        <w:rPr>
          <w:rFonts w:ascii="Garamond" w:hAnsi="Garamond"/>
          <w:sz w:val="24"/>
        </w:rPr>
        <w:t xml:space="preserve">create talking </w:t>
      </w:r>
      <w:proofErr w:type="gramStart"/>
      <w:r>
        <w:rPr>
          <w:rFonts w:ascii="Garamond" w:hAnsi="Garamond"/>
          <w:sz w:val="24"/>
        </w:rPr>
        <w:t>points</w:t>
      </w:r>
      <w:proofErr w:type="gramEnd"/>
    </w:p>
    <w:p w14:paraId="3B612F3D" w14:textId="77777777" w:rsidR="001A5159" w:rsidRDefault="00000000">
      <w:r>
        <w:rPr>
          <w:rFonts w:ascii="Garamond" w:hAnsi="Garamond"/>
          <w:sz w:val="24"/>
        </w:rPr>
        <w:t>outline modules</w:t>
      </w:r>
    </w:p>
    <w:p w14:paraId="1A5E12A6" w14:textId="77777777" w:rsidR="001A5159" w:rsidRDefault="00000000">
      <w:r>
        <w:rPr>
          <w:rFonts w:ascii="Garamond" w:hAnsi="Garamond"/>
          <w:sz w:val="24"/>
        </w:rPr>
        <w:t xml:space="preserve">explain concepts </w:t>
      </w:r>
      <w:proofErr w:type="gramStart"/>
      <w:r>
        <w:rPr>
          <w:rFonts w:ascii="Garamond" w:hAnsi="Garamond"/>
          <w:sz w:val="24"/>
        </w:rPr>
        <w:t>simply</w:t>
      </w:r>
      <w:proofErr w:type="gramEnd"/>
    </w:p>
    <w:p w14:paraId="25FE3BD4" w14:textId="77777777" w:rsidR="001A5159" w:rsidRDefault="00000000">
      <w:r>
        <w:rPr>
          <w:rFonts w:ascii="Garamond" w:hAnsi="Garamond"/>
          <w:sz w:val="24"/>
        </w:rPr>
        <w:t xml:space="preserve">break content into </w:t>
      </w:r>
      <w:proofErr w:type="gramStart"/>
      <w:r>
        <w:rPr>
          <w:rFonts w:ascii="Garamond" w:hAnsi="Garamond"/>
          <w:sz w:val="24"/>
        </w:rPr>
        <w:t>steps</w:t>
      </w:r>
      <w:proofErr w:type="gramEnd"/>
    </w:p>
    <w:p w14:paraId="2549FF78" w14:textId="77777777" w:rsidR="001A5159" w:rsidRDefault="00000000">
      <w:r>
        <w:rPr>
          <w:rFonts w:ascii="Garamond" w:hAnsi="Garamond"/>
          <w:sz w:val="24"/>
        </w:rPr>
        <w:t xml:space="preserve">keep students </w:t>
      </w:r>
      <w:proofErr w:type="gramStart"/>
      <w:r>
        <w:rPr>
          <w:rFonts w:ascii="Garamond" w:hAnsi="Garamond"/>
          <w:sz w:val="24"/>
        </w:rPr>
        <w:t>engaged</w:t>
      </w:r>
      <w:proofErr w:type="gramEnd"/>
    </w:p>
    <w:p w14:paraId="22DA7510" w14:textId="77777777" w:rsidR="001A5159" w:rsidRDefault="00000000">
      <w:r>
        <w:rPr>
          <w:rFonts w:ascii="Garamond" w:hAnsi="Garamond"/>
          <w:sz w:val="24"/>
        </w:rPr>
        <w:t xml:space="preserve">build worksheets or </w:t>
      </w:r>
      <w:proofErr w:type="gramStart"/>
      <w:r>
        <w:rPr>
          <w:rFonts w:ascii="Garamond" w:hAnsi="Garamond"/>
          <w:sz w:val="24"/>
        </w:rPr>
        <w:t>guides</w:t>
      </w:r>
      <w:proofErr w:type="gramEnd"/>
    </w:p>
    <w:p w14:paraId="31C9B1D1" w14:textId="77777777" w:rsidR="001A5159" w:rsidRDefault="00000000">
      <w:r>
        <w:rPr>
          <w:rFonts w:ascii="Garamond" w:hAnsi="Garamond"/>
          <w:sz w:val="24"/>
        </w:rPr>
        <w:t>This blueprint makes YOU the person who solves all of it — using AI.</w:t>
      </w:r>
    </w:p>
    <w:p w14:paraId="21B771F3" w14:textId="77777777" w:rsidR="001A5159" w:rsidRDefault="00000000">
      <w:r>
        <w:rPr>
          <w:rFonts w:ascii="Garamond" w:hAnsi="Garamond"/>
          <w:sz w:val="24"/>
        </w:rPr>
        <w:t>You become the Lesson Architect, the person who turns ideas into polished, professional, easy-to-teach lessons.</w:t>
      </w:r>
    </w:p>
    <w:p w14:paraId="159B34A6" w14:textId="77777777" w:rsidR="001A5159" w:rsidRDefault="00000000">
      <w:r>
        <w:rPr>
          <w:rFonts w:ascii="Garamond" w:hAnsi="Garamond"/>
          <w:sz w:val="24"/>
        </w:rPr>
        <w:t>This is one of the highest-value, highest-ticket, easiest-to-deliver AI services in the entire online education industry.</w:t>
      </w:r>
    </w:p>
    <w:p w14:paraId="7E3F6EB6" w14:textId="77777777" w:rsidR="001A5159" w:rsidRDefault="001A5159"/>
    <w:p w14:paraId="628734FA" w14:textId="77777777" w:rsidR="001A5159" w:rsidRDefault="00000000">
      <w:r>
        <w:rPr>
          <w:rFonts w:ascii="Garamond" w:hAnsi="Garamond"/>
          <w:sz w:val="24"/>
        </w:rPr>
        <w:t>Why This Blueprint Works</w:t>
      </w:r>
    </w:p>
    <w:p w14:paraId="78083435" w14:textId="77777777" w:rsidR="001A5159" w:rsidRDefault="00000000">
      <w:r>
        <w:rPr>
          <w:rFonts w:ascii="Garamond" w:hAnsi="Garamond"/>
          <w:sz w:val="24"/>
        </w:rPr>
        <w:t>Most creators:</w:t>
      </w:r>
    </w:p>
    <w:p w14:paraId="6DC7C9D7" w14:textId="77777777" w:rsidR="001A5159" w:rsidRDefault="00000000">
      <w:r>
        <w:rPr>
          <w:rFonts w:ascii="Garamond" w:hAnsi="Garamond"/>
          <w:sz w:val="24"/>
        </w:rPr>
        <w:t>overtalk</w:t>
      </w:r>
    </w:p>
    <w:p w14:paraId="24972F39" w14:textId="77777777" w:rsidR="001A5159" w:rsidRDefault="00000000">
      <w:r>
        <w:rPr>
          <w:rFonts w:ascii="Garamond" w:hAnsi="Garamond"/>
          <w:sz w:val="24"/>
        </w:rPr>
        <w:t>ramble</w:t>
      </w:r>
    </w:p>
    <w:p w14:paraId="56FB69C2" w14:textId="77777777" w:rsidR="001A5159" w:rsidRDefault="00000000">
      <w:r>
        <w:rPr>
          <w:rFonts w:ascii="Garamond" w:hAnsi="Garamond"/>
          <w:sz w:val="24"/>
        </w:rPr>
        <w:lastRenderedPageBreak/>
        <w:t xml:space="preserve">lose </w:t>
      </w:r>
      <w:proofErr w:type="gramStart"/>
      <w:r>
        <w:rPr>
          <w:rFonts w:ascii="Garamond" w:hAnsi="Garamond"/>
          <w:sz w:val="24"/>
        </w:rPr>
        <w:t>structure</w:t>
      </w:r>
      <w:proofErr w:type="gramEnd"/>
    </w:p>
    <w:p w14:paraId="06151F55" w14:textId="77777777" w:rsidR="001A5159" w:rsidRDefault="00000000">
      <w:r>
        <w:rPr>
          <w:rFonts w:ascii="Garamond" w:hAnsi="Garamond"/>
          <w:sz w:val="24"/>
        </w:rPr>
        <w:t xml:space="preserve">overwhelm </w:t>
      </w:r>
      <w:proofErr w:type="gramStart"/>
      <w:r>
        <w:rPr>
          <w:rFonts w:ascii="Garamond" w:hAnsi="Garamond"/>
          <w:sz w:val="24"/>
        </w:rPr>
        <w:t>students</w:t>
      </w:r>
      <w:proofErr w:type="gramEnd"/>
    </w:p>
    <w:p w14:paraId="735FA9E9" w14:textId="77777777" w:rsidR="001A5159" w:rsidRDefault="00000000">
      <w:r>
        <w:rPr>
          <w:rFonts w:ascii="Garamond" w:hAnsi="Garamond"/>
          <w:sz w:val="24"/>
        </w:rPr>
        <w:t xml:space="preserve">repeat </w:t>
      </w:r>
      <w:proofErr w:type="gramStart"/>
      <w:r>
        <w:rPr>
          <w:rFonts w:ascii="Garamond" w:hAnsi="Garamond"/>
          <w:sz w:val="24"/>
        </w:rPr>
        <w:t>themselves</w:t>
      </w:r>
      <w:proofErr w:type="gramEnd"/>
    </w:p>
    <w:p w14:paraId="38064C07" w14:textId="77777777" w:rsidR="001A5159" w:rsidRDefault="00000000">
      <w:r>
        <w:rPr>
          <w:rFonts w:ascii="Garamond" w:hAnsi="Garamond"/>
          <w:sz w:val="24"/>
        </w:rPr>
        <w:t xml:space="preserve">skip essential </w:t>
      </w:r>
      <w:proofErr w:type="gramStart"/>
      <w:r>
        <w:rPr>
          <w:rFonts w:ascii="Garamond" w:hAnsi="Garamond"/>
          <w:sz w:val="24"/>
        </w:rPr>
        <w:t>steps</w:t>
      </w:r>
      <w:proofErr w:type="gramEnd"/>
    </w:p>
    <w:p w14:paraId="649F7019" w14:textId="77777777" w:rsidR="001A5159" w:rsidRDefault="00000000">
      <w:r>
        <w:rPr>
          <w:rFonts w:ascii="Garamond" w:hAnsi="Garamond"/>
          <w:sz w:val="24"/>
        </w:rPr>
        <w:t xml:space="preserve">lack </w:t>
      </w:r>
      <w:proofErr w:type="gramStart"/>
      <w:r>
        <w:rPr>
          <w:rFonts w:ascii="Garamond" w:hAnsi="Garamond"/>
          <w:sz w:val="24"/>
        </w:rPr>
        <w:t>clarity</w:t>
      </w:r>
      <w:proofErr w:type="gramEnd"/>
    </w:p>
    <w:p w14:paraId="539C5AD4" w14:textId="77777777" w:rsidR="001A5159" w:rsidRDefault="00000000">
      <w:r>
        <w:rPr>
          <w:rFonts w:ascii="Garamond" w:hAnsi="Garamond"/>
          <w:sz w:val="24"/>
        </w:rPr>
        <w:t xml:space="preserve">lack </w:t>
      </w:r>
      <w:proofErr w:type="gramStart"/>
      <w:r>
        <w:rPr>
          <w:rFonts w:ascii="Garamond" w:hAnsi="Garamond"/>
          <w:sz w:val="24"/>
        </w:rPr>
        <w:t>flow</w:t>
      </w:r>
      <w:proofErr w:type="gramEnd"/>
    </w:p>
    <w:p w14:paraId="30555880" w14:textId="77777777" w:rsidR="001A5159" w:rsidRDefault="00000000">
      <w:r>
        <w:rPr>
          <w:rFonts w:ascii="Garamond" w:hAnsi="Garamond"/>
          <w:sz w:val="24"/>
        </w:rPr>
        <w:t xml:space="preserve">don’t know what students actually </w:t>
      </w:r>
      <w:proofErr w:type="gramStart"/>
      <w:r>
        <w:rPr>
          <w:rFonts w:ascii="Garamond" w:hAnsi="Garamond"/>
          <w:sz w:val="24"/>
        </w:rPr>
        <w:t>need</w:t>
      </w:r>
      <w:proofErr w:type="gramEnd"/>
    </w:p>
    <w:p w14:paraId="5530E60A" w14:textId="77777777" w:rsidR="001A5159" w:rsidRDefault="00000000">
      <w:r>
        <w:rPr>
          <w:rFonts w:ascii="Garamond" w:hAnsi="Garamond"/>
          <w:sz w:val="24"/>
        </w:rPr>
        <w:t>AI gives you:</w:t>
      </w:r>
    </w:p>
    <w:p w14:paraId="4FF5E8AC" w14:textId="77777777" w:rsidR="001A5159" w:rsidRDefault="00000000">
      <w:r>
        <w:rPr>
          <w:rFonts w:ascii="Garamond" w:hAnsi="Garamond"/>
          <w:sz w:val="24"/>
        </w:rPr>
        <w:t>lesson outlines</w:t>
      </w:r>
    </w:p>
    <w:p w14:paraId="27EBDC90" w14:textId="77777777" w:rsidR="001A5159" w:rsidRDefault="00000000">
      <w:r>
        <w:rPr>
          <w:rFonts w:ascii="Garamond" w:hAnsi="Garamond"/>
          <w:sz w:val="24"/>
        </w:rPr>
        <w:t>full scripts</w:t>
      </w:r>
    </w:p>
    <w:p w14:paraId="1E793E21" w14:textId="77777777" w:rsidR="001A5159" w:rsidRDefault="00000000">
      <w:r>
        <w:rPr>
          <w:rFonts w:ascii="Garamond" w:hAnsi="Garamond"/>
          <w:sz w:val="24"/>
        </w:rPr>
        <w:t>talking points</w:t>
      </w:r>
    </w:p>
    <w:p w14:paraId="2C514C36" w14:textId="77777777" w:rsidR="001A5159" w:rsidRDefault="00000000">
      <w:r>
        <w:rPr>
          <w:rFonts w:ascii="Garamond" w:hAnsi="Garamond"/>
          <w:sz w:val="24"/>
        </w:rPr>
        <w:t>examples</w:t>
      </w:r>
    </w:p>
    <w:p w14:paraId="45E56D63" w14:textId="77777777" w:rsidR="001A5159" w:rsidRDefault="00000000">
      <w:r>
        <w:rPr>
          <w:rFonts w:ascii="Garamond" w:hAnsi="Garamond"/>
          <w:sz w:val="24"/>
        </w:rPr>
        <w:t>analogies</w:t>
      </w:r>
    </w:p>
    <w:p w14:paraId="0DA24A88" w14:textId="77777777" w:rsidR="001A5159" w:rsidRDefault="00000000">
      <w:r>
        <w:rPr>
          <w:rFonts w:ascii="Garamond" w:hAnsi="Garamond"/>
          <w:sz w:val="24"/>
        </w:rPr>
        <w:t>exercises</w:t>
      </w:r>
    </w:p>
    <w:p w14:paraId="2611F589" w14:textId="77777777" w:rsidR="001A5159" w:rsidRDefault="00000000">
      <w:r>
        <w:rPr>
          <w:rFonts w:ascii="Garamond" w:hAnsi="Garamond"/>
          <w:sz w:val="24"/>
        </w:rPr>
        <w:t>summaries</w:t>
      </w:r>
    </w:p>
    <w:p w14:paraId="1A05501B" w14:textId="77777777" w:rsidR="001A5159" w:rsidRDefault="00000000">
      <w:r>
        <w:rPr>
          <w:rFonts w:ascii="Garamond" w:hAnsi="Garamond"/>
          <w:sz w:val="24"/>
        </w:rPr>
        <w:t>worksheets</w:t>
      </w:r>
    </w:p>
    <w:p w14:paraId="58DECC49" w14:textId="77777777" w:rsidR="001A5159" w:rsidRDefault="00000000">
      <w:r>
        <w:rPr>
          <w:rFonts w:ascii="Garamond" w:hAnsi="Garamond"/>
          <w:sz w:val="24"/>
        </w:rPr>
        <w:t>You become the brain behind the course — even if the creator is the face.</w:t>
      </w:r>
    </w:p>
    <w:p w14:paraId="764FFA5D" w14:textId="77777777" w:rsidR="001A5159" w:rsidRDefault="00000000">
      <w:r>
        <w:rPr>
          <w:rFonts w:ascii="Garamond" w:hAnsi="Garamond"/>
          <w:sz w:val="24"/>
        </w:rPr>
        <w:t>Coaches, course creators, and influencers will pay big money because you save them time, mental bandwidth, and production headaches.</w:t>
      </w:r>
    </w:p>
    <w:p w14:paraId="7544A690" w14:textId="77777777" w:rsidR="001A5159" w:rsidRDefault="001A5159"/>
    <w:p w14:paraId="65B6C7FD" w14:textId="77777777" w:rsidR="001A5159" w:rsidRDefault="00000000">
      <w:r>
        <w:rPr>
          <w:rFonts w:ascii="Garamond" w:hAnsi="Garamond"/>
          <w:sz w:val="24"/>
        </w:rPr>
        <w:t>Tools You Need</w:t>
      </w:r>
    </w:p>
    <w:p w14:paraId="3023217C" w14:textId="77777777" w:rsidR="001A5159" w:rsidRDefault="00000000">
      <w:r>
        <w:rPr>
          <w:rFonts w:ascii="Garamond" w:hAnsi="Garamond"/>
          <w:sz w:val="24"/>
        </w:rPr>
        <w:t>ChatGPT / Claude — scripts + content</w:t>
      </w:r>
      <w:r>
        <w:rPr>
          <w:rFonts w:ascii="Garamond" w:hAnsi="Garamond"/>
          <w:sz w:val="24"/>
        </w:rPr>
        <w:br/>
        <w:t>Google Docs — organization</w:t>
      </w:r>
      <w:r>
        <w:rPr>
          <w:rFonts w:ascii="Garamond" w:hAnsi="Garamond"/>
          <w:sz w:val="24"/>
        </w:rPr>
        <w:br/>
        <w:t>Canva — worksheets + visuals</w:t>
      </w:r>
      <w:r>
        <w:rPr>
          <w:rFonts w:ascii="Garamond" w:hAnsi="Garamond"/>
          <w:sz w:val="24"/>
        </w:rPr>
        <w:br/>
        <w:t>Notion — curriculum tracking</w:t>
      </w:r>
      <w:r>
        <w:rPr>
          <w:rFonts w:ascii="Garamond" w:hAnsi="Garamond"/>
          <w:sz w:val="24"/>
        </w:rPr>
        <w:br/>
        <w:t xml:space="preserve">Loom — optional script-to-video </w:t>
      </w:r>
      <w:proofErr w:type="gramStart"/>
      <w:r>
        <w:rPr>
          <w:rFonts w:ascii="Garamond" w:hAnsi="Garamond"/>
          <w:sz w:val="24"/>
        </w:rPr>
        <w:t>flow</w:t>
      </w:r>
      <w:proofErr w:type="gramEnd"/>
    </w:p>
    <w:p w14:paraId="4EC84D17" w14:textId="77777777" w:rsidR="001A5159" w:rsidRDefault="00000000">
      <w:r>
        <w:rPr>
          <w:rFonts w:ascii="Garamond" w:hAnsi="Garamond"/>
          <w:sz w:val="24"/>
        </w:rPr>
        <w:lastRenderedPageBreak/>
        <w:t>Optional:</w:t>
      </w:r>
      <w:r>
        <w:rPr>
          <w:rFonts w:ascii="Garamond" w:hAnsi="Garamond"/>
          <w:sz w:val="24"/>
        </w:rPr>
        <w:br/>
        <w:t>Descript for editing + teleprompter</w:t>
      </w:r>
      <w:r>
        <w:rPr>
          <w:rFonts w:ascii="Garamond" w:hAnsi="Garamond"/>
          <w:sz w:val="24"/>
        </w:rPr>
        <w:br/>
        <w:t>PowerPoint/Slides for presentations</w:t>
      </w:r>
    </w:p>
    <w:p w14:paraId="75424A49" w14:textId="77777777" w:rsidR="001A5159" w:rsidRDefault="001A5159"/>
    <w:p w14:paraId="0B28D80C" w14:textId="77777777" w:rsidR="001A5159" w:rsidRDefault="00000000">
      <w:r>
        <w:rPr>
          <w:rFonts w:ascii="Garamond" w:hAnsi="Garamond"/>
          <w:sz w:val="24"/>
        </w:rPr>
        <w:t>What You’ll Offer</w:t>
      </w:r>
    </w:p>
    <w:p w14:paraId="38F4EBD9" w14:textId="77777777" w:rsidR="001A5159" w:rsidRDefault="00000000">
      <w:r>
        <w:rPr>
          <w:rFonts w:ascii="Garamond" w:hAnsi="Garamond"/>
          <w:sz w:val="24"/>
        </w:rPr>
        <w:t>You can produce:</w:t>
      </w:r>
    </w:p>
    <w:p w14:paraId="2708B31C" w14:textId="77777777" w:rsidR="001A5159" w:rsidRDefault="00000000">
      <w:r>
        <w:rPr>
          <w:rFonts w:ascii="Garamond" w:hAnsi="Garamond"/>
          <w:sz w:val="24"/>
        </w:rPr>
        <w:t>full lesson scripts</w:t>
      </w:r>
    </w:p>
    <w:p w14:paraId="13CBF365" w14:textId="77777777" w:rsidR="001A5159" w:rsidRDefault="00000000">
      <w:r>
        <w:rPr>
          <w:rFonts w:ascii="Garamond" w:hAnsi="Garamond"/>
          <w:sz w:val="24"/>
        </w:rPr>
        <w:t>talking point outlines</w:t>
      </w:r>
    </w:p>
    <w:p w14:paraId="12452257" w14:textId="77777777" w:rsidR="001A5159" w:rsidRDefault="00000000">
      <w:r>
        <w:rPr>
          <w:rFonts w:ascii="Garamond" w:hAnsi="Garamond"/>
          <w:sz w:val="24"/>
        </w:rPr>
        <w:t>module summaries</w:t>
      </w:r>
    </w:p>
    <w:p w14:paraId="01432360" w14:textId="77777777" w:rsidR="001A5159" w:rsidRDefault="00000000">
      <w:r>
        <w:rPr>
          <w:rFonts w:ascii="Garamond" w:hAnsi="Garamond"/>
          <w:sz w:val="24"/>
        </w:rPr>
        <w:t>visual examples</w:t>
      </w:r>
    </w:p>
    <w:p w14:paraId="07B0BD18" w14:textId="77777777" w:rsidR="001A5159" w:rsidRDefault="00000000">
      <w:r>
        <w:rPr>
          <w:rFonts w:ascii="Garamond" w:hAnsi="Garamond"/>
          <w:sz w:val="24"/>
        </w:rPr>
        <w:t>storytelling frameworks</w:t>
      </w:r>
    </w:p>
    <w:p w14:paraId="2253036F" w14:textId="77777777" w:rsidR="001A5159" w:rsidRDefault="00000000">
      <w:r>
        <w:rPr>
          <w:rFonts w:ascii="Garamond" w:hAnsi="Garamond"/>
          <w:sz w:val="24"/>
        </w:rPr>
        <w:t>exercises &amp; prompts</w:t>
      </w:r>
    </w:p>
    <w:p w14:paraId="65B783C3" w14:textId="77777777" w:rsidR="001A5159" w:rsidRDefault="00000000">
      <w:r>
        <w:rPr>
          <w:rFonts w:ascii="Garamond" w:hAnsi="Garamond"/>
          <w:sz w:val="24"/>
        </w:rPr>
        <w:t>worksheets</w:t>
      </w:r>
    </w:p>
    <w:p w14:paraId="4C46CE81" w14:textId="77777777" w:rsidR="001A5159" w:rsidRDefault="00000000">
      <w:r>
        <w:rPr>
          <w:rFonts w:ascii="Garamond" w:hAnsi="Garamond"/>
          <w:sz w:val="24"/>
        </w:rPr>
        <w:t>lesson templates</w:t>
      </w:r>
    </w:p>
    <w:p w14:paraId="536D1A5B" w14:textId="77777777" w:rsidR="001A5159" w:rsidRDefault="00000000">
      <w:proofErr w:type="gramStart"/>
      <w:r>
        <w:rPr>
          <w:rFonts w:ascii="Garamond" w:hAnsi="Garamond"/>
          <w:sz w:val="24"/>
        </w:rPr>
        <w:t>quizzes</w:t>
      </w:r>
      <w:proofErr w:type="gramEnd"/>
    </w:p>
    <w:p w14:paraId="1B98F9B1" w14:textId="77777777" w:rsidR="001A5159" w:rsidRDefault="00000000">
      <w:r>
        <w:rPr>
          <w:rFonts w:ascii="Garamond" w:hAnsi="Garamond"/>
          <w:sz w:val="24"/>
        </w:rPr>
        <w:t>implementation steps</w:t>
      </w:r>
    </w:p>
    <w:p w14:paraId="56AFAC9A" w14:textId="77777777" w:rsidR="001A5159" w:rsidRDefault="00000000">
      <w:r>
        <w:rPr>
          <w:rFonts w:ascii="Garamond" w:hAnsi="Garamond"/>
          <w:sz w:val="24"/>
        </w:rPr>
        <w:t xml:space="preserve">end-of-module </w:t>
      </w:r>
      <w:proofErr w:type="gramStart"/>
      <w:r>
        <w:rPr>
          <w:rFonts w:ascii="Garamond" w:hAnsi="Garamond"/>
          <w:sz w:val="24"/>
        </w:rPr>
        <w:t>reviews</w:t>
      </w:r>
      <w:proofErr w:type="gramEnd"/>
    </w:p>
    <w:p w14:paraId="2C7D7DB7" w14:textId="77777777" w:rsidR="001A5159" w:rsidRDefault="00000000">
      <w:r>
        <w:rPr>
          <w:rFonts w:ascii="Garamond" w:hAnsi="Garamond"/>
          <w:sz w:val="24"/>
        </w:rPr>
        <w:t>Deliverables include:</w:t>
      </w:r>
    </w:p>
    <w:p w14:paraId="654CB34A" w14:textId="77777777" w:rsidR="001A5159" w:rsidRDefault="00000000">
      <w:r>
        <w:rPr>
          <w:rFonts w:ascii="Garamond" w:hAnsi="Garamond"/>
          <w:sz w:val="24"/>
        </w:rPr>
        <w:t>word-for-word script</w:t>
      </w:r>
    </w:p>
    <w:p w14:paraId="4A87079B" w14:textId="77777777" w:rsidR="001A5159" w:rsidRDefault="00000000">
      <w:r>
        <w:rPr>
          <w:rFonts w:ascii="Garamond" w:hAnsi="Garamond"/>
          <w:sz w:val="24"/>
        </w:rPr>
        <w:t>“</w:t>
      </w:r>
      <w:proofErr w:type="gramStart"/>
      <w:r>
        <w:rPr>
          <w:rFonts w:ascii="Garamond" w:hAnsi="Garamond"/>
          <w:sz w:val="24"/>
        </w:rPr>
        <w:t>bullet</w:t>
      </w:r>
      <w:proofErr w:type="gramEnd"/>
      <w:r>
        <w:rPr>
          <w:rFonts w:ascii="Garamond" w:hAnsi="Garamond"/>
          <w:sz w:val="24"/>
        </w:rPr>
        <w:t>-point” version</w:t>
      </w:r>
    </w:p>
    <w:p w14:paraId="393BAA76" w14:textId="77777777" w:rsidR="001A5159" w:rsidRDefault="00000000">
      <w:r>
        <w:rPr>
          <w:rFonts w:ascii="Garamond" w:hAnsi="Garamond"/>
          <w:sz w:val="24"/>
        </w:rPr>
        <w:t>“</w:t>
      </w:r>
      <w:proofErr w:type="gramStart"/>
      <w:r>
        <w:rPr>
          <w:rFonts w:ascii="Garamond" w:hAnsi="Garamond"/>
          <w:sz w:val="24"/>
        </w:rPr>
        <w:t>teleprompter</w:t>
      </w:r>
      <w:proofErr w:type="gramEnd"/>
      <w:r>
        <w:rPr>
          <w:rFonts w:ascii="Garamond" w:hAnsi="Garamond"/>
          <w:sz w:val="24"/>
        </w:rPr>
        <w:t xml:space="preserve"> version”</w:t>
      </w:r>
    </w:p>
    <w:p w14:paraId="410752F3" w14:textId="77777777" w:rsidR="001A5159" w:rsidRDefault="00000000">
      <w:r>
        <w:rPr>
          <w:rFonts w:ascii="Garamond" w:hAnsi="Garamond"/>
          <w:sz w:val="24"/>
        </w:rPr>
        <w:t>“</w:t>
      </w:r>
      <w:proofErr w:type="gramStart"/>
      <w:r>
        <w:rPr>
          <w:rFonts w:ascii="Garamond" w:hAnsi="Garamond"/>
          <w:sz w:val="24"/>
        </w:rPr>
        <w:t>short</w:t>
      </w:r>
      <w:proofErr w:type="gramEnd"/>
      <w:r>
        <w:rPr>
          <w:rFonts w:ascii="Garamond" w:hAnsi="Garamond"/>
          <w:sz w:val="24"/>
        </w:rPr>
        <w:t xml:space="preserve"> version”</w:t>
      </w:r>
    </w:p>
    <w:p w14:paraId="51060533" w14:textId="77777777" w:rsidR="001A5159" w:rsidRDefault="00000000">
      <w:r>
        <w:rPr>
          <w:rFonts w:ascii="Garamond" w:hAnsi="Garamond"/>
          <w:sz w:val="24"/>
        </w:rPr>
        <w:t>lesson summary</w:t>
      </w:r>
    </w:p>
    <w:p w14:paraId="6F0255F5" w14:textId="77777777" w:rsidR="001A5159" w:rsidRDefault="00000000">
      <w:r>
        <w:rPr>
          <w:rFonts w:ascii="Garamond" w:hAnsi="Garamond"/>
          <w:sz w:val="24"/>
        </w:rPr>
        <w:t>student activity</w:t>
      </w:r>
    </w:p>
    <w:p w14:paraId="47A88F71" w14:textId="77777777" w:rsidR="001A5159" w:rsidRDefault="00000000">
      <w:r>
        <w:rPr>
          <w:rFonts w:ascii="Garamond" w:hAnsi="Garamond"/>
          <w:sz w:val="24"/>
        </w:rPr>
        <w:t>This is PREMIUM work — creators will love you for it.</w:t>
      </w:r>
    </w:p>
    <w:p w14:paraId="2893AA35" w14:textId="77777777" w:rsidR="001A5159" w:rsidRDefault="001A5159"/>
    <w:p w14:paraId="43F58A05" w14:textId="77777777" w:rsidR="001A5159" w:rsidRDefault="00000000">
      <w:r>
        <w:rPr>
          <w:rFonts w:ascii="Garamond" w:hAnsi="Garamond"/>
          <w:sz w:val="24"/>
        </w:rPr>
        <w:lastRenderedPageBreak/>
        <w:t>AI-Powered Workflow (Step-by-Step)</w:t>
      </w:r>
    </w:p>
    <w:p w14:paraId="3DBCC8B2" w14:textId="77777777" w:rsidR="001A5159" w:rsidRDefault="00000000">
      <w:r>
        <w:rPr>
          <w:rFonts w:ascii="Garamond" w:hAnsi="Garamond"/>
          <w:sz w:val="24"/>
        </w:rPr>
        <w:t>STEP 1 — Extract the Big Idea</w:t>
      </w:r>
    </w:p>
    <w:p w14:paraId="0E6C1734" w14:textId="77777777" w:rsidR="001A5159" w:rsidRDefault="00000000">
      <w:r>
        <w:rPr>
          <w:rFonts w:ascii="Garamond" w:hAnsi="Garamond"/>
          <w:sz w:val="24"/>
        </w:rPr>
        <w:t>Ask your client:</w:t>
      </w:r>
    </w:p>
    <w:p w14:paraId="63C2E4C1" w14:textId="77777777" w:rsidR="001A5159" w:rsidRDefault="00000000">
      <w:r>
        <w:rPr>
          <w:rFonts w:ascii="Garamond" w:hAnsi="Garamond"/>
          <w:sz w:val="24"/>
        </w:rPr>
        <w:t>“What is the key transformation of this lesson?”</w:t>
      </w:r>
    </w:p>
    <w:p w14:paraId="46CEA92A" w14:textId="77777777" w:rsidR="001A5159" w:rsidRDefault="00000000">
      <w:r>
        <w:rPr>
          <w:rFonts w:ascii="Garamond" w:hAnsi="Garamond"/>
          <w:sz w:val="24"/>
        </w:rPr>
        <w:t>Then ask AI:</w:t>
      </w:r>
    </w:p>
    <w:p w14:paraId="013C7D10" w14:textId="77777777" w:rsidR="001A5159" w:rsidRDefault="00000000">
      <w:r>
        <w:rPr>
          <w:rFonts w:ascii="Garamond" w:hAnsi="Garamond"/>
          <w:sz w:val="24"/>
        </w:rPr>
        <w:t>“Turn this into a clear, structured lesson objective with before/after results.”</w:t>
      </w:r>
    </w:p>
    <w:p w14:paraId="08968943" w14:textId="77777777" w:rsidR="001A5159" w:rsidRDefault="001A5159"/>
    <w:p w14:paraId="121C7688" w14:textId="77777777" w:rsidR="001A5159" w:rsidRDefault="00000000">
      <w:r>
        <w:rPr>
          <w:rFonts w:ascii="Garamond" w:hAnsi="Garamond"/>
          <w:sz w:val="24"/>
        </w:rPr>
        <w:t>STEP 2 — Build the Lesson Outline</w:t>
      </w:r>
    </w:p>
    <w:p w14:paraId="68FBFE4E" w14:textId="77777777" w:rsidR="001A5159" w:rsidRDefault="00000000">
      <w:r>
        <w:rPr>
          <w:rFonts w:ascii="Garamond" w:hAnsi="Garamond"/>
          <w:sz w:val="24"/>
        </w:rPr>
        <w:t>Prompt AI:</w:t>
      </w:r>
    </w:p>
    <w:p w14:paraId="2657F60E" w14:textId="77777777" w:rsidR="001A5159" w:rsidRDefault="00000000">
      <w:r>
        <w:rPr>
          <w:rFonts w:ascii="Garamond" w:hAnsi="Garamond"/>
          <w:sz w:val="24"/>
        </w:rPr>
        <w:t>“Create a 5–</w:t>
      </w:r>
      <w:proofErr w:type="gramStart"/>
      <w:r>
        <w:rPr>
          <w:rFonts w:ascii="Garamond" w:hAnsi="Garamond"/>
          <w:sz w:val="24"/>
        </w:rPr>
        <w:t>8 part</w:t>
      </w:r>
      <w:proofErr w:type="gramEnd"/>
      <w:r>
        <w:rPr>
          <w:rFonts w:ascii="Garamond" w:hAnsi="Garamond"/>
          <w:sz w:val="24"/>
        </w:rPr>
        <w:t xml:space="preserve"> lesson outline including examples, metaphors, steps, and key takeaways.”</w:t>
      </w:r>
    </w:p>
    <w:p w14:paraId="17872EAF" w14:textId="77777777" w:rsidR="001A5159" w:rsidRDefault="00000000">
      <w:r>
        <w:rPr>
          <w:rFonts w:ascii="Garamond" w:hAnsi="Garamond"/>
          <w:sz w:val="24"/>
        </w:rPr>
        <w:t>This becomes your script skeleton.</w:t>
      </w:r>
    </w:p>
    <w:p w14:paraId="3816C0DF" w14:textId="77777777" w:rsidR="001A5159" w:rsidRDefault="001A5159"/>
    <w:p w14:paraId="5BF207EC" w14:textId="77777777" w:rsidR="001A5159" w:rsidRDefault="00000000">
      <w:r>
        <w:rPr>
          <w:rFonts w:ascii="Garamond" w:hAnsi="Garamond"/>
          <w:sz w:val="24"/>
        </w:rPr>
        <w:t>STEP 3 — Write the Full Script</w:t>
      </w:r>
    </w:p>
    <w:p w14:paraId="6F26CB90" w14:textId="77777777" w:rsidR="001A5159" w:rsidRDefault="00000000">
      <w:r>
        <w:rPr>
          <w:rFonts w:ascii="Garamond" w:hAnsi="Garamond"/>
          <w:sz w:val="24"/>
        </w:rPr>
        <w:t>Ask:</w:t>
      </w:r>
    </w:p>
    <w:p w14:paraId="3E5C438E" w14:textId="77777777" w:rsidR="001A5159" w:rsidRDefault="00000000">
      <w:r>
        <w:rPr>
          <w:rFonts w:ascii="Garamond" w:hAnsi="Garamond"/>
          <w:sz w:val="24"/>
        </w:rPr>
        <w:t>“Write the lesson as a full script with teaching flow, explanations, stories, and implementation steps.”</w:t>
      </w:r>
    </w:p>
    <w:p w14:paraId="74987C51" w14:textId="77777777" w:rsidR="001A5159" w:rsidRDefault="00000000">
      <w:r>
        <w:rPr>
          <w:rFonts w:ascii="Garamond" w:hAnsi="Garamond"/>
          <w:sz w:val="24"/>
        </w:rPr>
        <w:t>You now have a complete, professional lesson.</w:t>
      </w:r>
    </w:p>
    <w:p w14:paraId="18E6388C" w14:textId="77777777" w:rsidR="001A5159" w:rsidRDefault="001A5159"/>
    <w:p w14:paraId="531415EB" w14:textId="77777777" w:rsidR="001A5159" w:rsidRDefault="00000000">
      <w:r>
        <w:rPr>
          <w:rFonts w:ascii="Garamond" w:hAnsi="Garamond"/>
          <w:sz w:val="24"/>
        </w:rPr>
        <w:t>STEP 4 — Generate Talking Points</w:t>
      </w:r>
    </w:p>
    <w:p w14:paraId="4499C804" w14:textId="77777777" w:rsidR="001A5159" w:rsidRDefault="00000000">
      <w:r>
        <w:rPr>
          <w:rFonts w:ascii="Garamond" w:hAnsi="Garamond"/>
          <w:sz w:val="24"/>
        </w:rPr>
        <w:t>Ask:</w:t>
      </w:r>
    </w:p>
    <w:p w14:paraId="5A9B0DA7" w14:textId="77777777" w:rsidR="001A5159" w:rsidRDefault="00000000">
      <w:r>
        <w:rPr>
          <w:rFonts w:ascii="Garamond" w:hAnsi="Garamond"/>
          <w:sz w:val="24"/>
        </w:rPr>
        <w:t>“Rewrite this script as bullet-point talking notes for a 7–</w:t>
      </w:r>
      <w:proofErr w:type="gramStart"/>
      <w:r>
        <w:rPr>
          <w:rFonts w:ascii="Garamond" w:hAnsi="Garamond"/>
          <w:sz w:val="24"/>
        </w:rPr>
        <w:t>10 minute</w:t>
      </w:r>
      <w:proofErr w:type="gramEnd"/>
      <w:r>
        <w:rPr>
          <w:rFonts w:ascii="Garamond" w:hAnsi="Garamond"/>
          <w:sz w:val="24"/>
        </w:rPr>
        <w:t xml:space="preserve"> video.”</w:t>
      </w:r>
    </w:p>
    <w:p w14:paraId="0967B575" w14:textId="77777777" w:rsidR="001A5159" w:rsidRDefault="00000000">
      <w:r>
        <w:rPr>
          <w:rFonts w:ascii="Garamond" w:hAnsi="Garamond"/>
          <w:sz w:val="24"/>
        </w:rPr>
        <w:t>Clients LOVE this version.</w:t>
      </w:r>
    </w:p>
    <w:p w14:paraId="6AA911A8" w14:textId="77777777" w:rsidR="001A5159" w:rsidRDefault="001A5159"/>
    <w:p w14:paraId="73175729" w14:textId="77777777" w:rsidR="001A5159" w:rsidRDefault="00000000">
      <w:r>
        <w:rPr>
          <w:rFonts w:ascii="Garamond" w:hAnsi="Garamond"/>
          <w:sz w:val="24"/>
        </w:rPr>
        <w:t>STEP 5 — Create Worksheets &amp; Exercises</w:t>
      </w:r>
    </w:p>
    <w:p w14:paraId="6177A6C5" w14:textId="77777777" w:rsidR="001A5159" w:rsidRDefault="00000000">
      <w:r>
        <w:rPr>
          <w:rFonts w:ascii="Garamond" w:hAnsi="Garamond"/>
          <w:sz w:val="24"/>
        </w:rPr>
        <w:t>Ask AI:</w:t>
      </w:r>
    </w:p>
    <w:p w14:paraId="4645BC8A" w14:textId="77777777" w:rsidR="001A5159" w:rsidRDefault="00000000">
      <w:r>
        <w:rPr>
          <w:rFonts w:ascii="Garamond" w:hAnsi="Garamond"/>
          <w:sz w:val="24"/>
        </w:rPr>
        <w:lastRenderedPageBreak/>
        <w:t>“Create a worksheet with reflection prompts, action steps, and a simple practice exercise for this lesson.”</w:t>
      </w:r>
    </w:p>
    <w:p w14:paraId="7C5EE653" w14:textId="77777777" w:rsidR="001A5159" w:rsidRDefault="001A5159"/>
    <w:p w14:paraId="5FB70971" w14:textId="77777777" w:rsidR="001A5159" w:rsidRDefault="00000000">
      <w:r>
        <w:rPr>
          <w:rFonts w:ascii="Garamond" w:hAnsi="Garamond"/>
          <w:sz w:val="24"/>
        </w:rPr>
        <w:t>STEP 6 — Add Student-Friendly Summaries</w:t>
      </w:r>
    </w:p>
    <w:p w14:paraId="0BF227AB" w14:textId="77777777" w:rsidR="001A5159" w:rsidRDefault="00000000">
      <w:r>
        <w:rPr>
          <w:rFonts w:ascii="Garamond" w:hAnsi="Garamond"/>
          <w:sz w:val="24"/>
        </w:rPr>
        <w:t>Ask:</w:t>
      </w:r>
    </w:p>
    <w:p w14:paraId="63E88903" w14:textId="77777777" w:rsidR="001A5159" w:rsidRDefault="00000000">
      <w:r>
        <w:rPr>
          <w:rFonts w:ascii="Garamond" w:hAnsi="Garamond"/>
          <w:sz w:val="24"/>
        </w:rPr>
        <w:t>“Write a one-paragraph lesson recap and 5 key takeaways.”</w:t>
      </w:r>
    </w:p>
    <w:p w14:paraId="6ADD1346" w14:textId="77777777" w:rsidR="001A5159" w:rsidRDefault="00000000">
      <w:r>
        <w:rPr>
          <w:rFonts w:ascii="Garamond" w:hAnsi="Garamond"/>
          <w:sz w:val="24"/>
        </w:rPr>
        <w:t>This makes the lesson complete.</w:t>
      </w:r>
    </w:p>
    <w:p w14:paraId="3E3966CE" w14:textId="77777777" w:rsidR="001A5159" w:rsidRDefault="001A5159"/>
    <w:p w14:paraId="3B29C8C6" w14:textId="77777777" w:rsidR="001A5159" w:rsidRDefault="00000000">
      <w:r>
        <w:rPr>
          <w:rFonts w:ascii="Garamond" w:hAnsi="Garamond"/>
          <w:sz w:val="24"/>
        </w:rPr>
        <w:t>STEP 7 — Package &amp; Deliver</w:t>
      </w:r>
    </w:p>
    <w:p w14:paraId="4D0828E6" w14:textId="77777777" w:rsidR="001A5159" w:rsidRDefault="00000000">
      <w:r>
        <w:rPr>
          <w:rFonts w:ascii="Garamond" w:hAnsi="Garamond"/>
          <w:sz w:val="24"/>
        </w:rPr>
        <w:t>Your final lesson package includes:</w:t>
      </w:r>
    </w:p>
    <w:p w14:paraId="4D15D8A5" w14:textId="77777777" w:rsidR="001A5159" w:rsidRDefault="00000000">
      <w:r>
        <w:rPr>
          <w:rFonts w:ascii="Garamond" w:hAnsi="Garamond"/>
          <w:sz w:val="24"/>
        </w:rPr>
        <w:t>full script</w:t>
      </w:r>
    </w:p>
    <w:p w14:paraId="5A250AA8" w14:textId="77777777" w:rsidR="001A5159" w:rsidRDefault="00000000">
      <w:r>
        <w:rPr>
          <w:rFonts w:ascii="Garamond" w:hAnsi="Garamond"/>
          <w:sz w:val="24"/>
        </w:rPr>
        <w:t>talking points</w:t>
      </w:r>
    </w:p>
    <w:p w14:paraId="5A16AB44" w14:textId="77777777" w:rsidR="001A5159" w:rsidRDefault="00000000">
      <w:r>
        <w:rPr>
          <w:rFonts w:ascii="Garamond" w:hAnsi="Garamond"/>
          <w:sz w:val="24"/>
        </w:rPr>
        <w:t>worksheet</w:t>
      </w:r>
    </w:p>
    <w:p w14:paraId="32B5408C" w14:textId="77777777" w:rsidR="001A5159" w:rsidRDefault="00000000">
      <w:r>
        <w:rPr>
          <w:rFonts w:ascii="Garamond" w:hAnsi="Garamond"/>
          <w:sz w:val="24"/>
        </w:rPr>
        <w:t>recap</w:t>
      </w:r>
    </w:p>
    <w:p w14:paraId="6E7A0376" w14:textId="77777777" w:rsidR="001A5159" w:rsidRDefault="00000000">
      <w:r>
        <w:rPr>
          <w:rFonts w:ascii="Garamond" w:hAnsi="Garamond"/>
          <w:sz w:val="24"/>
        </w:rPr>
        <w:t>key takeaways</w:t>
      </w:r>
    </w:p>
    <w:p w14:paraId="59E3C671" w14:textId="77777777" w:rsidR="001A5159" w:rsidRDefault="00000000">
      <w:r>
        <w:rPr>
          <w:rFonts w:ascii="Garamond" w:hAnsi="Garamond"/>
          <w:sz w:val="24"/>
        </w:rPr>
        <w:t>visuals (optional)</w:t>
      </w:r>
    </w:p>
    <w:p w14:paraId="1240D191" w14:textId="77777777" w:rsidR="001A5159" w:rsidRDefault="00000000">
      <w:r>
        <w:rPr>
          <w:rFonts w:ascii="Garamond" w:hAnsi="Garamond"/>
          <w:sz w:val="24"/>
        </w:rPr>
        <w:t>You become the creator’s not-so-secret weapon.</w:t>
      </w:r>
    </w:p>
    <w:p w14:paraId="5BB46C75" w14:textId="77777777" w:rsidR="001A5159" w:rsidRDefault="001A5159"/>
    <w:p w14:paraId="33B1BAF7" w14:textId="77777777" w:rsidR="001A5159" w:rsidRDefault="00000000">
      <w:r>
        <w:rPr>
          <w:rFonts w:ascii="Garamond" w:hAnsi="Garamond"/>
          <w:sz w:val="24"/>
        </w:rPr>
        <w:t>Beginner Proof Portfolio</w:t>
      </w:r>
    </w:p>
    <w:p w14:paraId="445E763D" w14:textId="77777777" w:rsidR="001A5159" w:rsidRDefault="00000000">
      <w:r>
        <w:rPr>
          <w:rFonts w:ascii="Garamond" w:hAnsi="Garamond"/>
          <w:sz w:val="24"/>
        </w:rPr>
        <w:t>Create:</w:t>
      </w:r>
    </w:p>
    <w:p w14:paraId="76EADA33" w14:textId="77777777" w:rsidR="001A5159" w:rsidRDefault="00000000">
      <w:r>
        <w:rPr>
          <w:rFonts w:ascii="Garamond" w:hAnsi="Garamond"/>
          <w:sz w:val="24"/>
        </w:rPr>
        <w:t>1 sample script</w:t>
      </w:r>
    </w:p>
    <w:p w14:paraId="2AC1C0C7" w14:textId="77777777" w:rsidR="001A5159" w:rsidRDefault="00000000">
      <w:r>
        <w:rPr>
          <w:rFonts w:ascii="Garamond" w:hAnsi="Garamond"/>
          <w:sz w:val="24"/>
        </w:rPr>
        <w:t>1 sample outline</w:t>
      </w:r>
    </w:p>
    <w:p w14:paraId="660D5BA5" w14:textId="77777777" w:rsidR="001A5159" w:rsidRDefault="00000000">
      <w:r>
        <w:rPr>
          <w:rFonts w:ascii="Garamond" w:hAnsi="Garamond"/>
          <w:sz w:val="24"/>
        </w:rPr>
        <w:t>1 worksheet</w:t>
      </w:r>
    </w:p>
    <w:p w14:paraId="2981C27A" w14:textId="77777777" w:rsidR="001A5159" w:rsidRDefault="00000000">
      <w:r>
        <w:rPr>
          <w:rFonts w:ascii="Garamond" w:hAnsi="Garamond"/>
          <w:sz w:val="24"/>
        </w:rPr>
        <w:t>1 recap</w:t>
      </w:r>
    </w:p>
    <w:p w14:paraId="720E8D9F" w14:textId="77777777" w:rsidR="001A5159" w:rsidRDefault="00000000">
      <w:r>
        <w:rPr>
          <w:rFonts w:ascii="Garamond" w:hAnsi="Garamond"/>
          <w:sz w:val="24"/>
        </w:rPr>
        <w:t xml:space="preserve">This alone is enough to get </w:t>
      </w:r>
      <w:proofErr w:type="gramStart"/>
      <w:r>
        <w:rPr>
          <w:rFonts w:ascii="Garamond" w:hAnsi="Garamond"/>
          <w:sz w:val="24"/>
        </w:rPr>
        <w:t>paying</w:t>
      </w:r>
      <w:proofErr w:type="gramEnd"/>
      <w:r>
        <w:rPr>
          <w:rFonts w:ascii="Garamond" w:hAnsi="Garamond"/>
          <w:sz w:val="24"/>
        </w:rPr>
        <w:t xml:space="preserve"> clients.</w:t>
      </w:r>
    </w:p>
    <w:p w14:paraId="335BFBA8" w14:textId="77777777" w:rsidR="001A5159" w:rsidRDefault="001A5159"/>
    <w:p w14:paraId="6AD22F46" w14:textId="77777777" w:rsidR="001A5159" w:rsidRDefault="00000000">
      <w:r>
        <w:rPr>
          <w:rFonts w:ascii="Garamond" w:hAnsi="Garamond"/>
          <w:sz w:val="24"/>
        </w:rPr>
        <w:lastRenderedPageBreak/>
        <w:t>Pricing Guide</w:t>
      </w:r>
    </w:p>
    <w:p w14:paraId="1C6C8911" w14:textId="77777777" w:rsidR="001A5159" w:rsidRDefault="00000000">
      <w:r>
        <w:rPr>
          <w:rFonts w:ascii="Garamond" w:hAnsi="Garamond"/>
          <w:sz w:val="24"/>
        </w:rPr>
        <w:t>Beginners:</w:t>
      </w:r>
    </w:p>
    <w:p w14:paraId="0AD315BD" w14:textId="77777777" w:rsidR="001A5159" w:rsidRDefault="00000000">
      <w:r>
        <w:rPr>
          <w:rFonts w:ascii="Garamond" w:hAnsi="Garamond"/>
          <w:sz w:val="24"/>
        </w:rPr>
        <w:t>$40–$75 per lesson</w:t>
      </w:r>
    </w:p>
    <w:p w14:paraId="5EF5AEDA" w14:textId="77777777" w:rsidR="001A5159" w:rsidRDefault="00000000">
      <w:r>
        <w:rPr>
          <w:rFonts w:ascii="Garamond" w:hAnsi="Garamond"/>
          <w:sz w:val="24"/>
        </w:rPr>
        <w:t>$150–$250 per module</w:t>
      </w:r>
    </w:p>
    <w:p w14:paraId="1241CE12" w14:textId="77777777" w:rsidR="001A5159" w:rsidRDefault="00000000">
      <w:r>
        <w:rPr>
          <w:rFonts w:ascii="Garamond" w:hAnsi="Garamond"/>
          <w:sz w:val="24"/>
        </w:rPr>
        <w:t>Intermediate:</w:t>
      </w:r>
    </w:p>
    <w:p w14:paraId="018B3919" w14:textId="77777777" w:rsidR="001A5159" w:rsidRDefault="00000000">
      <w:r>
        <w:rPr>
          <w:rFonts w:ascii="Garamond" w:hAnsi="Garamond"/>
          <w:sz w:val="24"/>
        </w:rPr>
        <w:t>$500–$1,000 full course scripting</w:t>
      </w:r>
    </w:p>
    <w:p w14:paraId="551A1C2B" w14:textId="77777777" w:rsidR="001A5159" w:rsidRDefault="00000000">
      <w:r>
        <w:rPr>
          <w:rFonts w:ascii="Garamond" w:hAnsi="Garamond"/>
          <w:sz w:val="24"/>
        </w:rPr>
        <w:t>$300–$600 per module</w:t>
      </w:r>
    </w:p>
    <w:p w14:paraId="65B77E47" w14:textId="77777777" w:rsidR="001A5159" w:rsidRDefault="00000000">
      <w:r>
        <w:rPr>
          <w:rFonts w:ascii="Garamond" w:hAnsi="Garamond"/>
          <w:sz w:val="24"/>
        </w:rPr>
        <w:t>Pro:</w:t>
      </w:r>
    </w:p>
    <w:p w14:paraId="4B745B3C" w14:textId="77777777" w:rsidR="001A5159" w:rsidRDefault="00000000">
      <w:r>
        <w:rPr>
          <w:rFonts w:ascii="Garamond" w:hAnsi="Garamond"/>
          <w:sz w:val="24"/>
        </w:rPr>
        <w:t>$2,000–$10,000 for full course build-out</w:t>
      </w:r>
    </w:p>
    <w:p w14:paraId="49DCE6C9" w14:textId="77777777" w:rsidR="001A5159" w:rsidRDefault="00000000">
      <w:r>
        <w:rPr>
          <w:rFonts w:ascii="Garamond" w:hAnsi="Garamond"/>
          <w:sz w:val="24"/>
        </w:rPr>
        <w:t>$1,200/month content retainer</w:t>
      </w:r>
    </w:p>
    <w:p w14:paraId="3A8E8CA1" w14:textId="77777777" w:rsidR="001A5159" w:rsidRDefault="00000000">
      <w:r>
        <w:rPr>
          <w:rFonts w:ascii="Garamond" w:hAnsi="Garamond"/>
          <w:sz w:val="24"/>
        </w:rPr>
        <w:t>$200/hour consulting</w:t>
      </w:r>
    </w:p>
    <w:p w14:paraId="09B5CDA4" w14:textId="77777777" w:rsidR="001A5159" w:rsidRDefault="00000000">
      <w:r>
        <w:rPr>
          <w:rFonts w:ascii="Garamond" w:hAnsi="Garamond"/>
          <w:sz w:val="24"/>
        </w:rPr>
        <w:t xml:space="preserve">Scripting is </w:t>
      </w:r>
      <w:proofErr w:type="gramStart"/>
      <w:r>
        <w:rPr>
          <w:rFonts w:ascii="Garamond" w:hAnsi="Garamond"/>
          <w:sz w:val="24"/>
        </w:rPr>
        <w:t>a premium</w:t>
      </w:r>
      <w:proofErr w:type="gramEnd"/>
      <w:r>
        <w:rPr>
          <w:rFonts w:ascii="Garamond" w:hAnsi="Garamond"/>
          <w:sz w:val="24"/>
        </w:rPr>
        <w:t>, high-ROI deliverable.</w:t>
      </w:r>
    </w:p>
    <w:p w14:paraId="1E9EB531" w14:textId="77777777" w:rsidR="001A5159" w:rsidRDefault="001A5159"/>
    <w:p w14:paraId="4999DD83" w14:textId="77777777" w:rsidR="001A5159" w:rsidRDefault="00000000">
      <w:r>
        <w:rPr>
          <w:rFonts w:ascii="Garamond" w:hAnsi="Garamond"/>
          <w:sz w:val="24"/>
        </w:rPr>
        <w:t>Pro Accelerators</w:t>
      </w:r>
    </w:p>
    <w:p w14:paraId="2ED3B3B9" w14:textId="77777777" w:rsidR="001A5159" w:rsidRDefault="00000000">
      <w:r>
        <w:rPr>
          <w:rFonts w:ascii="Garamond" w:hAnsi="Garamond"/>
          <w:sz w:val="24"/>
        </w:rPr>
        <w:t xml:space="preserve">add slide </w:t>
      </w:r>
      <w:proofErr w:type="gramStart"/>
      <w:r>
        <w:rPr>
          <w:rFonts w:ascii="Garamond" w:hAnsi="Garamond"/>
          <w:sz w:val="24"/>
        </w:rPr>
        <w:t>decks</w:t>
      </w:r>
      <w:proofErr w:type="gramEnd"/>
    </w:p>
    <w:p w14:paraId="0AA27E7A" w14:textId="77777777" w:rsidR="001A5159" w:rsidRDefault="00000000">
      <w:r>
        <w:rPr>
          <w:rFonts w:ascii="Garamond" w:hAnsi="Garamond"/>
          <w:sz w:val="24"/>
        </w:rPr>
        <w:t xml:space="preserve">add student </w:t>
      </w:r>
      <w:proofErr w:type="gramStart"/>
      <w:r>
        <w:rPr>
          <w:rFonts w:ascii="Garamond" w:hAnsi="Garamond"/>
          <w:sz w:val="24"/>
        </w:rPr>
        <w:t>workbooks</w:t>
      </w:r>
      <w:proofErr w:type="gramEnd"/>
    </w:p>
    <w:p w14:paraId="16DABFA0" w14:textId="77777777" w:rsidR="001A5159" w:rsidRDefault="00000000">
      <w:r>
        <w:rPr>
          <w:rFonts w:ascii="Garamond" w:hAnsi="Garamond"/>
          <w:sz w:val="24"/>
        </w:rPr>
        <w:t xml:space="preserve">add examples + case </w:t>
      </w:r>
      <w:proofErr w:type="gramStart"/>
      <w:r>
        <w:rPr>
          <w:rFonts w:ascii="Garamond" w:hAnsi="Garamond"/>
          <w:sz w:val="24"/>
        </w:rPr>
        <w:t>studies</w:t>
      </w:r>
      <w:proofErr w:type="gramEnd"/>
    </w:p>
    <w:p w14:paraId="60F62488" w14:textId="77777777" w:rsidR="001A5159" w:rsidRDefault="00000000">
      <w:r>
        <w:rPr>
          <w:rFonts w:ascii="Garamond" w:hAnsi="Garamond"/>
          <w:sz w:val="24"/>
        </w:rPr>
        <w:t xml:space="preserve">add </w:t>
      </w:r>
      <w:proofErr w:type="gramStart"/>
      <w:r>
        <w:rPr>
          <w:rFonts w:ascii="Garamond" w:hAnsi="Garamond"/>
          <w:sz w:val="24"/>
        </w:rPr>
        <w:t>quizzes</w:t>
      </w:r>
      <w:proofErr w:type="gramEnd"/>
    </w:p>
    <w:p w14:paraId="5DE45337" w14:textId="77777777" w:rsidR="001A5159" w:rsidRDefault="00000000">
      <w:r>
        <w:rPr>
          <w:rFonts w:ascii="Garamond" w:hAnsi="Garamond"/>
          <w:sz w:val="24"/>
        </w:rPr>
        <w:t xml:space="preserve">add full curriculum </w:t>
      </w:r>
      <w:proofErr w:type="gramStart"/>
      <w:r>
        <w:rPr>
          <w:rFonts w:ascii="Garamond" w:hAnsi="Garamond"/>
          <w:sz w:val="24"/>
        </w:rPr>
        <w:t>map</w:t>
      </w:r>
      <w:proofErr w:type="gramEnd"/>
    </w:p>
    <w:p w14:paraId="1B594EB5" w14:textId="77777777" w:rsidR="001A5159" w:rsidRDefault="00000000">
      <w:r>
        <w:rPr>
          <w:rFonts w:ascii="Garamond" w:hAnsi="Garamond"/>
          <w:sz w:val="24"/>
        </w:rPr>
        <w:t xml:space="preserve">add onboarding </w:t>
      </w:r>
      <w:proofErr w:type="gramStart"/>
      <w:r>
        <w:rPr>
          <w:rFonts w:ascii="Garamond" w:hAnsi="Garamond"/>
          <w:sz w:val="24"/>
        </w:rPr>
        <w:t>lesson</w:t>
      </w:r>
      <w:proofErr w:type="gramEnd"/>
    </w:p>
    <w:p w14:paraId="4C2D348B" w14:textId="77777777" w:rsidR="001A5159" w:rsidRDefault="00000000">
      <w:r>
        <w:rPr>
          <w:rFonts w:ascii="Garamond" w:hAnsi="Garamond"/>
          <w:sz w:val="24"/>
        </w:rPr>
        <w:t xml:space="preserve">add downloadable </w:t>
      </w:r>
      <w:proofErr w:type="gramStart"/>
      <w:r>
        <w:rPr>
          <w:rFonts w:ascii="Garamond" w:hAnsi="Garamond"/>
          <w:sz w:val="24"/>
        </w:rPr>
        <w:t>resources</w:t>
      </w:r>
      <w:proofErr w:type="gramEnd"/>
    </w:p>
    <w:p w14:paraId="7D459A93" w14:textId="77777777" w:rsidR="001A5159" w:rsidRDefault="00000000">
      <w:r>
        <w:rPr>
          <w:rFonts w:ascii="Garamond" w:hAnsi="Garamond"/>
          <w:sz w:val="24"/>
        </w:rPr>
        <w:t xml:space="preserve">add “fast track </w:t>
      </w:r>
      <w:proofErr w:type="gramStart"/>
      <w:r>
        <w:rPr>
          <w:rFonts w:ascii="Garamond" w:hAnsi="Garamond"/>
          <w:sz w:val="24"/>
        </w:rPr>
        <w:t>version”</w:t>
      </w:r>
      <w:proofErr w:type="gramEnd"/>
    </w:p>
    <w:p w14:paraId="7247F0AF" w14:textId="77777777" w:rsidR="001A5159" w:rsidRDefault="00000000">
      <w:r>
        <w:rPr>
          <w:rFonts w:ascii="Garamond" w:hAnsi="Garamond"/>
          <w:sz w:val="24"/>
        </w:rPr>
        <w:t>These upsells easily double or triple your income.</w:t>
      </w:r>
    </w:p>
    <w:p w14:paraId="4CE9705F" w14:textId="77777777" w:rsidR="001A5159" w:rsidRDefault="001A5159"/>
    <w:p w14:paraId="3288BDA9" w14:textId="77777777" w:rsidR="001A5159" w:rsidRDefault="00000000">
      <w:r>
        <w:rPr>
          <w:rFonts w:ascii="Garamond" w:hAnsi="Garamond"/>
          <w:sz w:val="24"/>
        </w:rPr>
        <w:t>MICRO CASE STUDY — BLUEPRINT TWENTY-ONE</w:t>
      </w:r>
    </w:p>
    <w:p w14:paraId="42E0CB5E" w14:textId="77777777" w:rsidR="001A5159" w:rsidRDefault="00000000">
      <w:r>
        <w:rPr>
          <w:rFonts w:ascii="Garamond" w:hAnsi="Garamond"/>
          <w:sz w:val="24"/>
        </w:rPr>
        <w:lastRenderedPageBreak/>
        <w:t>Case Study: Former Teacher Makes $4,200 in 21 Days Writing AI-Assisted Course Scripts</w:t>
      </w:r>
    </w:p>
    <w:p w14:paraId="44E6C039" w14:textId="77777777" w:rsidR="001A5159" w:rsidRDefault="00000000">
      <w:r>
        <w:rPr>
          <w:rFonts w:ascii="Garamond" w:hAnsi="Garamond"/>
          <w:sz w:val="24"/>
        </w:rPr>
        <w:t>Melissa was a former teacher who left her job due to burnout.</w:t>
      </w:r>
    </w:p>
    <w:p w14:paraId="636913D6" w14:textId="77777777" w:rsidR="001A5159" w:rsidRDefault="00000000">
      <w:r>
        <w:rPr>
          <w:rFonts w:ascii="Garamond" w:hAnsi="Garamond"/>
          <w:sz w:val="24"/>
        </w:rPr>
        <w:t>She still loved teaching — just not the system.</w:t>
      </w:r>
    </w:p>
    <w:p w14:paraId="512ADD5F" w14:textId="77777777" w:rsidR="001A5159" w:rsidRDefault="00000000">
      <w:r>
        <w:rPr>
          <w:rFonts w:ascii="Garamond" w:hAnsi="Garamond"/>
          <w:sz w:val="24"/>
        </w:rPr>
        <w:t>She tried Blueprint 21.</w:t>
      </w:r>
    </w:p>
    <w:p w14:paraId="747B5D2D" w14:textId="77777777" w:rsidR="001A5159" w:rsidRDefault="00000000">
      <w:r>
        <w:rPr>
          <w:rFonts w:ascii="Garamond" w:hAnsi="Garamond"/>
          <w:sz w:val="24"/>
        </w:rPr>
        <w:t>She messaged a business coach:</w:t>
      </w:r>
    </w:p>
    <w:p w14:paraId="3BB2751E" w14:textId="77777777" w:rsidR="001A5159" w:rsidRDefault="00000000">
      <w:r>
        <w:rPr>
          <w:rFonts w:ascii="Garamond" w:hAnsi="Garamond"/>
          <w:sz w:val="24"/>
        </w:rPr>
        <w:t>“I build lesson scripts and teaching frameworks using AI — want help structuring your next course?”</w:t>
      </w:r>
    </w:p>
    <w:p w14:paraId="4843DDC9" w14:textId="77777777" w:rsidR="001A5159" w:rsidRDefault="00000000">
      <w:r>
        <w:rPr>
          <w:rFonts w:ascii="Garamond" w:hAnsi="Garamond"/>
          <w:sz w:val="24"/>
        </w:rPr>
        <w:t>They hired her for a small project:</w:t>
      </w:r>
    </w:p>
    <w:p w14:paraId="6EA03259" w14:textId="77777777" w:rsidR="001A5159" w:rsidRDefault="00000000">
      <w:r>
        <w:rPr>
          <w:rFonts w:ascii="Garamond" w:hAnsi="Garamond"/>
          <w:sz w:val="24"/>
        </w:rPr>
        <w:t>3 lessons → $450</w:t>
      </w:r>
    </w:p>
    <w:p w14:paraId="12B8615E" w14:textId="77777777" w:rsidR="001A5159" w:rsidRDefault="00000000">
      <w:r>
        <w:rPr>
          <w:rFonts w:ascii="Garamond" w:hAnsi="Garamond"/>
          <w:sz w:val="24"/>
        </w:rPr>
        <w:t>Melissa delivered:</w:t>
      </w:r>
    </w:p>
    <w:p w14:paraId="467C0F51" w14:textId="77777777" w:rsidR="001A5159" w:rsidRDefault="00000000">
      <w:r>
        <w:rPr>
          <w:rFonts w:ascii="Garamond" w:hAnsi="Garamond"/>
          <w:sz w:val="24"/>
        </w:rPr>
        <w:t>full scripts</w:t>
      </w:r>
    </w:p>
    <w:p w14:paraId="20646ACC" w14:textId="77777777" w:rsidR="001A5159" w:rsidRDefault="00000000">
      <w:r>
        <w:rPr>
          <w:rFonts w:ascii="Garamond" w:hAnsi="Garamond"/>
          <w:sz w:val="24"/>
        </w:rPr>
        <w:t>worksheets</w:t>
      </w:r>
    </w:p>
    <w:p w14:paraId="4761DBD1" w14:textId="77777777" w:rsidR="001A5159" w:rsidRDefault="00000000">
      <w:r>
        <w:rPr>
          <w:rFonts w:ascii="Garamond" w:hAnsi="Garamond"/>
          <w:sz w:val="24"/>
        </w:rPr>
        <w:t>talking points</w:t>
      </w:r>
    </w:p>
    <w:p w14:paraId="103AB440" w14:textId="77777777" w:rsidR="001A5159" w:rsidRDefault="00000000">
      <w:proofErr w:type="gramStart"/>
      <w:r>
        <w:rPr>
          <w:rFonts w:ascii="Garamond" w:hAnsi="Garamond"/>
          <w:sz w:val="24"/>
        </w:rPr>
        <w:t>recap</w:t>
      </w:r>
      <w:proofErr w:type="gramEnd"/>
      <w:r>
        <w:rPr>
          <w:rFonts w:ascii="Garamond" w:hAnsi="Garamond"/>
          <w:sz w:val="24"/>
        </w:rPr>
        <w:t xml:space="preserve"> summaries</w:t>
      </w:r>
    </w:p>
    <w:p w14:paraId="3721AE21" w14:textId="77777777" w:rsidR="001A5159" w:rsidRDefault="00000000">
      <w:r>
        <w:rPr>
          <w:rFonts w:ascii="Garamond" w:hAnsi="Garamond"/>
          <w:sz w:val="24"/>
        </w:rPr>
        <w:t>The coach was blown away.</w:t>
      </w:r>
    </w:p>
    <w:p w14:paraId="2221E847" w14:textId="77777777" w:rsidR="001A5159" w:rsidRDefault="00000000">
      <w:r>
        <w:rPr>
          <w:rFonts w:ascii="Garamond" w:hAnsi="Garamond"/>
          <w:sz w:val="24"/>
        </w:rPr>
        <w:t>They hired her again:</w:t>
      </w:r>
    </w:p>
    <w:p w14:paraId="09D8BFCB" w14:textId="77777777" w:rsidR="001A5159" w:rsidRDefault="00000000">
      <w:r>
        <w:rPr>
          <w:rFonts w:ascii="Garamond" w:hAnsi="Garamond"/>
          <w:sz w:val="24"/>
        </w:rPr>
        <w:t>8-module course scripting → $2,400</w:t>
      </w:r>
    </w:p>
    <w:p w14:paraId="5B42739C" w14:textId="77777777" w:rsidR="001A5159" w:rsidRDefault="00000000">
      <w:r>
        <w:rPr>
          <w:rFonts w:ascii="Garamond" w:hAnsi="Garamond"/>
          <w:sz w:val="24"/>
        </w:rPr>
        <w:t>worksheets + slides → $1,000</w:t>
      </w:r>
    </w:p>
    <w:p w14:paraId="1F5A0F9A" w14:textId="77777777" w:rsidR="001A5159" w:rsidRPr="0063351A" w:rsidRDefault="00000000" w:rsidP="0063351A">
      <w:pPr>
        <w:rPr>
          <w:sz w:val="24"/>
          <w:szCs w:val="24"/>
        </w:rPr>
      </w:pPr>
      <w:r w:rsidRPr="0063351A">
        <w:rPr>
          <w:rFonts w:ascii="Garamond" w:hAnsi="Garamond"/>
          <w:b/>
          <w:sz w:val="24"/>
          <w:szCs w:val="24"/>
        </w:rPr>
        <w:t>bonus module → $350</w:t>
      </w:r>
    </w:p>
    <w:p w14:paraId="5D1537F2" w14:textId="77777777" w:rsidR="001A5159" w:rsidRDefault="00000000">
      <w:r>
        <w:rPr>
          <w:rFonts w:ascii="Garamond" w:hAnsi="Garamond"/>
          <w:sz w:val="24"/>
        </w:rPr>
        <w:t>Total in 21 days:</w:t>
      </w:r>
    </w:p>
    <w:p w14:paraId="1210372D" w14:textId="77777777" w:rsidR="001A5159" w:rsidRDefault="00000000">
      <w:r>
        <w:rPr>
          <w:rFonts w:ascii="Garamond" w:hAnsi="Garamond"/>
          <w:sz w:val="24"/>
        </w:rPr>
        <w:t>$4,200</w:t>
      </w:r>
    </w:p>
    <w:p w14:paraId="13218148" w14:textId="77777777" w:rsidR="001A5159" w:rsidRDefault="00000000">
      <w:r>
        <w:rPr>
          <w:rFonts w:ascii="Garamond" w:hAnsi="Garamond"/>
          <w:sz w:val="24"/>
        </w:rPr>
        <w:t>Melissa now scripts courses for:</w:t>
      </w:r>
    </w:p>
    <w:p w14:paraId="07696906" w14:textId="77777777" w:rsidR="001A5159" w:rsidRDefault="00000000">
      <w:r>
        <w:rPr>
          <w:rFonts w:ascii="Garamond" w:hAnsi="Garamond"/>
          <w:sz w:val="24"/>
        </w:rPr>
        <w:t>fitness coaches</w:t>
      </w:r>
    </w:p>
    <w:p w14:paraId="71EEB1B1" w14:textId="77777777" w:rsidR="001A5159" w:rsidRDefault="00000000">
      <w:r>
        <w:rPr>
          <w:rFonts w:ascii="Garamond" w:hAnsi="Garamond"/>
          <w:sz w:val="24"/>
        </w:rPr>
        <w:t>business coaches</w:t>
      </w:r>
    </w:p>
    <w:p w14:paraId="6D23BB13" w14:textId="77777777" w:rsidR="001A5159" w:rsidRDefault="00000000">
      <w:r>
        <w:rPr>
          <w:rFonts w:ascii="Garamond" w:hAnsi="Garamond"/>
          <w:sz w:val="24"/>
        </w:rPr>
        <w:t>real estate trainers</w:t>
      </w:r>
    </w:p>
    <w:p w14:paraId="0ECCB7C6" w14:textId="77777777" w:rsidR="001A5159" w:rsidRDefault="00000000">
      <w:r>
        <w:rPr>
          <w:rFonts w:ascii="Garamond" w:hAnsi="Garamond"/>
          <w:sz w:val="24"/>
        </w:rPr>
        <w:t>mindset creators</w:t>
      </w:r>
    </w:p>
    <w:p w14:paraId="5EB2E1BF" w14:textId="77777777" w:rsidR="001A5159" w:rsidRDefault="00000000">
      <w:proofErr w:type="gramStart"/>
      <w:r>
        <w:rPr>
          <w:rFonts w:ascii="Garamond" w:hAnsi="Garamond"/>
          <w:sz w:val="24"/>
        </w:rPr>
        <w:lastRenderedPageBreak/>
        <w:t>productivity</w:t>
      </w:r>
      <w:proofErr w:type="gramEnd"/>
      <w:r>
        <w:rPr>
          <w:rFonts w:ascii="Garamond" w:hAnsi="Garamond"/>
          <w:sz w:val="24"/>
        </w:rPr>
        <w:t xml:space="preserve"> </w:t>
      </w:r>
      <w:proofErr w:type="gramStart"/>
      <w:r>
        <w:rPr>
          <w:rFonts w:ascii="Garamond" w:hAnsi="Garamond"/>
          <w:sz w:val="24"/>
        </w:rPr>
        <w:t>influencers</w:t>
      </w:r>
      <w:proofErr w:type="gramEnd"/>
    </w:p>
    <w:p w14:paraId="0F8B4CC8" w14:textId="77777777" w:rsidR="001A5159" w:rsidRDefault="00000000">
      <w:r>
        <w:rPr>
          <w:rFonts w:ascii="Garamond" w:hAnsi="Garamond"/>
          <w:sz w:val="24"/>
        </w:rPr>
        <w:t>Her message:</w:t>
      </w:r>
    </w:p>
    <w:p w14:paraId="6E0D59D0" w14:textId="77777777" w:rsidR="001A5159" w:rsidRDefault="00000000">
      <w:r>
        <w:rPr>
          <w:rFonts w:ascii="Garamond" w:hAnsi="Garamond"/>
          <w:sz w:val="24"/>
        </w:rPr>
        <w:t>“It feels like I’m teaching again — but with way better pay and zero stress.”</w:t>
      </w:r>
    </w:p>
    <w:p w14:paraId="113B7381" w14:textId="77777777" w:rsidR="001A5159" w:rsidRPr="0063351A" w:rsidRDefault="00000000" w:rsidP="0063351A">
      <w:pPr>
        <w:rPr>
          <w:sz w:val="24"/>
          <w:szCs w:val="24"/>
        </w:rPr>
      </w:pPr>
      <w:r w:rsidRPr="0063351A">
        <w:rPr>
          <w:rFonts w:ascii="Garamond" w:hAnsi="Garamond"/>
          <w:b/>
          <w:sz w:val="24"/>
          <w:szCs w:val="24"/>
        </w:rPr>
        <w:t>Blueprint 21 turns you into a lesson-building machine using AI as your co-creator.</w:t>
      </w:r>
    </w:p>
    <w:p w14:paraId="66E2F011" w14:textId="77777777" w:rsidR="0063351A" w:rsidRDefault="0063351A">
      <w:pPr>
        <w:sectPr w:rsidR="0063351A" w:rsidSect="00034616">
          <w:pgSz w:w="12240" w:h="15840"/>
          <w:pgMar w:top="1440" w:right="1800" w:bottom="1440" w:left="1800" w:header="720" w:footer="720" w:gutter="0"/>
          <w:cols w:space="720"/>
          <w:docGrid w:linePitch="360"/>
        </w:sectPr>
      </w:pPr>
    </w:p>
    <w:p w14:paraId="30CAE7EB" w14:textId="77777777" w:rsidR="001A5159" w:rsidRDefault="001A5159"/>
    <w:p w14:paraId="732FE3DB" w14:textId="77777777" w:rsidR="001A5159" w:rsidRPr="0063351A" w:rsidRDefault="00000000" w:rsidP="0063351A">
      <w:pPr>
        <w:pStyle w:val="Heading1"/>
        <w:rPr>
          <w:rFonts w:ascii="Garamond" w:hAnsi="Garamond"/>
          <w:color w:val="auto"/>
          <w:sz w:val="40"/>
          <w:szCs w:val="40"/>
        </w:rPr>
      </w:pPr>
      <w:bookmarkStart w:id="49" w:name="_Toc214830345"/>
      <w:r w:rsidRPr="0063351A">
        <w:rPr>
          <w:rFonts w:ascii="Garamond" w:hAnsi="Garamond"/>
          <w:color w:val="auto"/>
          <w:sz w:val="40"/>
          <w:szCs w:val="40"/>
        </w:rPr>
        <w:t>BLUEPRINT TWENTY-TWO — AI EBOOK &amp; PUBLISHING SYSTEM</w:t>
      </w:r>
      <w:bookmarkEnd w:id="49"/>
    </w:p>
    <w:p w14:paraId="0F453F53" w14:textId="77777777" w:rsidR="001A5159" w:rsidRPr="0063351A" w:rsidRDefault="00000000" w:rsidP="0063351A">
      <w:pPr>
        <w:pStyle w:val="Heading2"/>
        <w:rPr>
          <w:rFonts w:ascii="Garamond" w:hAnsi="Garamond"/>
          <w:color w:val="auto"/>
          <w:sz w:val="28"/>
          <w:szCs w:val="28"/>
        </w:rPr>
      </w:pPr>
      <w:bookmarkStart w:id="50" w:name="_Toc214830346"/>
      <w:r w:rsidRPr="0063351A">
        <w:rPr>
          <w:rFonts w:ascii="Garamond" w:hAnsi="Garamond"/>
          <w:color w:val="auto"/>
          <w:sz w:val="28"/>
          <w:szCs w:val="28"/>
        </w:rPr>
        <w:t>(The Blueprint That Lets You Create High-Quality Ebooks, Guides &amp; Digital Publications Using AI — Fast, Clean, and Professional)</w:t>
      </w:r>
      <w:bookmarkEnd w:id="50"/>
    </w:p>
    <w:p w14:paraId="6E9B02E1" w14:textId="77777777" w:rsidR="001A5159" w:rsidRDefault="00000000">
      <w:r>
        <w:rPr>
          <w:rFonts w:ascii="Garamond" w:hAnsi="Garamond"/>
          <w:sz w:val="24"/>
        </w:rPr>
        <w:t>The demand for ebooks, niche guides, and compact digital knowledge products is exploding.</w:t>
      </w:r>
    </w:p>
    <w:p w14:paraId="4BCA66A0" w14:textId="77777777" w:rsidR="001A5159" w:rsidRDefault="00000000">
      <w:r>
        <w:rPr>
          <w:rFonts w:ascii="Garamond" w:hAnsi="Garamond"/>
          <w:sz w:val="24"/>
        </w:rPr>
        <w:t>But here’s the problem:</w:t>
      </w:r>
    </w:p>
    <w:p w14:paraId="2ECFEFC1" w14:textId="77777777" w:rsidR="001A5159" w:rsidRDefault="00000000">
      <w:r>
        <w:rPr>
          <w:rFonts w:ascii="Garamond" w:hAnsi="Garamond"/>
          <w:sz w:val="24"/>
        </w:rPr>
        <w:t>Most people can’t write.</w:t>
      </w:r>
      <w:r>
        <w:rPr>
          <w:rFonts w:ascii="Garamond" w:hAnsi="Garamond"/>
          <w:sz w:val="24"/>
        </w:rPr>
        <w:br/>
        <w:t>Or they don’t think they can.</w:t>
      </w:r>
    </w:p>
    <w:p w14:paraId="7A2D7A9A" w14:textId="77777777" w:rsidR="001A5159" w:rsidRDefault="00000000">
      <w:r>
        <w:rPr>
          <w:rFonts w:ascii="Garamond" w:hAnsi="Garamond"/>
          <w:sz w:val="24"/>
        </w:rPr>
        <w:t>They struggle with:</w:t>
      </w:r>
    </w:p>
    <w:p w14:paraId="3DC56EB1" w14:textId="77777777" w:rsidR="001A5159" w:rsidRDefault="00000000">
      <w:r>
        <w:rPr>
          <w:rFonts w:ascii="Garamond" w:hAnsi="Garamond"/>
          <w:sz w:val="24"/>
        </w:rPr>
        <w:t>structuring ideas</w:t>
      </w:r>
    </w:p>
    <w:p w14:paraId="5A3442CF" w14:textId="77777777" w:rsidR="001A5159" w:rsidRDefault="00000000">
      <w:r>
        <w:rPr>
          <w:rFonts w:ascii="Garamond" w:hAnsi="Garamond"/>
          <w:sz w:val="24"/>
        </w:rPr>
        <w:t>writing clearly</w:t>
      </w:r>
    </w:p>
    <w:p w14:paraId="21F3D61E" w14:textId="77777777" w:rsidR="001A5159" w:rsidRDefault="00000000">
      <w:r>
        <w:rPr>
          <w:rFonts w:ascii="Garamond" w:hAnsi="Garamond"/>
          <w:sz w:val="24"/>
        </w:rPr>
        <w:t>formatting</w:t>
      </w:r>
    </w:p>
    <w:p w14:paraId="226A0B5A" w14:textId="77777777" w:rsidR="001A5159" w:rsidRDefault="00000000">
      <w:r>
        <w:rPr>
          <w:rFonts w:ascii="Garamond" w:hAnsi="Garamond"/>
          <w:sz w:val="24"/>
        </w:rPr>
        <w:t>design</w:t>
      </w:r>
    </w:p>
    <w:p w14:paraId="594235FD" w14:textId="77777777" w:rsidR="001A5159" w:rsidRDefault="00000000">
      <w:r>
        <w:rPr>
          <w:rFonts w:ascii="Garamond" w:hAnsi="Garamond"/>
          <w:sz w:val="24"/>
        </w:rPr>
        <w:t>editing</w:t>
      </w:r>
    </w:p>
    <w:p w14:paraId="5C1E10E3" w14:textId="77777777" w:rsidR="001A5159" w:rsidRDefault="00000000">
      <w:r>
        <w:rPr>
          <w:rFonts w:ascii="Garamond" w:hAnsi="Garamond"/>
          <w:sz w:val="24"/>
        </w:rPr>
        <w:t>consistency</w:t>
      </w:r>
    </w:p>
    <w:p w14:paraId="087AB67A" w14:textId="77777777" w:rsidR="001A5159" w:rsidRDefault="00000000">
      <w:r>
        <w:rPr>
          <w:rFonts w:ascii="Garamond" w:hAnsi="Garamond"/>
          <w:sz w:val="24"/>
        </w:rPr>
        <w:t>flow</w:t>
      </w:r>
    </w:p>
    <w:p w14:paraId="66B709E9" w14:textId="77777777" w:rsidR="001A5159" w:rsidRDefault="00000000">
      <w:r>
        <w:rPr>
          <w:rFonts w:ascii="Garamond" w:hAnsi="Garamond"/>
          <w:sz w:val="24"/>
        </w:rPr>
        <w:t>packaging</w:t>
      </w:r>
    </w:p>
    <w:p w14:paraId="17041433" w14:textId="77777777" w:rsidR="001A5159" w:rsidRDefault="00000000">
      <w:r>
        <w:rPr>
          <w:rFonts w:ascii="Garamond" w:hAnsi="Garamond"/>
          <w:sz w:val="24"/>
        </w:rPr>
        <w:t>This blueprint transforms you into an AI-powered publishing studio — producing professional-quality ebooks, guides, microbooks, and digital resources that businesses pay for.</w:t>
      </w:r>
    </w:p>
    <w:p w14:paraId="1287B93A" w14:textId="77777777" w:rsidR="001A5159" w:rsidRDefault="00000000">
      <w:r>
        <w:rPr>
          <w:rFonts w:ascii="Garamond" w:hAnsi="Garamond"/>
          <w:sz w:val="24"/>
        </w:rPr>
        <w:t>This blueprint is NOT the same as writing long manuscripts.</w:t>
      </w:r>
      <w:r>
        <w:rPr>
          <w:rFonts w:ascii="Garamond" w:hAnsi="Garamond"/>
          <w:sz w:val="24"/>
        </w:rPr>
        <w:br/>
        <w:t>These are short, profitable, transformation-driven digital publications.</w:t>
      </w:r>
    </w:p>
    <w:p w14:paraId="7BD9B198" w14:textId="77777777" w:rsidR="001A5159" w:rsidRDefault="001A5159"/>
    <w:p w14:paraId="697F1804" w14:textId="77777777" w:rsidR="001A5159" w:rsidRDefault="00000000">
      <w:r>
        <w:rPr>
          <w:rFonts w:ascii="Garamond" w:hAnsi="Garamond"/>
          <w:sz w:val="24"/>
        </w:rPr>
        <w:t>Why This Blueprint Works</w:t>
      </w:r>
    </w:p>
    <w:p w14:paraId="4BC93EC6" w14:textId="77777777" w:rsidR="001A5159" w:rsidRDefault="00000000">
      <w:r>
        <w:rPr>
          <w:rFonts w:ascii="Garamond" w:hAnsi="Garamond"/>
          <w:sz w:val="24"/>
        </w:rPr>
        <w:t>Ebooks are perfect for:</w:t>
      </w:r>
    </w:p>
    <w:p w14:paraId="027A0C4C" w14:textId="77777777" w:rsidR="001A5159" w:rsidRDefault="00000000">
      <w:r>
        <w:rPr>
          <w:rFonts w:ascii="Garamond" w:hAnsi="Garamond"/>
          <w:sz w:val="24"/>
        </w:rPr>
        <w:t>lead magnets</w:t>
      </w:r>
    </w:p>
    <w:p w14:paraId="1F367556" w14:textId="77777777" w:rsidR="001A5159" w:rsidRDefault="00000000">
      <w:r>
        <w:rPr>
          <w:rFonts w:ascii="Garamond" w:hAnsi="Garamond"/>
          <w:sz w:val="24"/>
        </w:rPr>
        <w:lastRenderedPageBreak/>
        <w:t>digital products</w:t>
      </w:r>
    </w:p>
    <w:p w14:paraId="074020CA" w14:textId="77777777" w:rsidR="001A5159" w:rsidRDefault="00000000">
      <w:r>
        <w:rPr>
          <w:rFonts w:ascii="Garamond" w:hAnsi="Garamond"/>
          <w:sz w:val="24"/>
        </w:rPr>
        <w:t>tripwires</w:t>
      </w:r>
    </w:p>
    <w:p w14:paraId="4236A6DF" w14:textId="77777777" w:rsidR="001A5159" w:rsidRDefault="00000000">
      <w:r>
        <w:rPr>
          <w:rFonts w:ascii="Garamond" w:hAnsi="Garamond"/>
          <w:sz w:val="24"/>
        </w:rPr>
        <w:t>creator funnels</w:t>
      </w:r>
    </w:p>
    <w:p w14:paraId="45AC8969" w14:textId="77777777" w:rsidR="001A5159" w:rsidRDefault="00000000">
      <w:r>
        <w:rPr>
          <w:rFonts w:ascii="Garamond" w:hAnsi="Garamond"/>
          <w:sz w:val="24"/>
        </w:rPr>
        <w:t>niche guides</w:t>
      </w:r>
    </w:p>
    <w:p w14:paraId="0720572A" w14:textId="77777777" w:rsidR="001A5159" w:rsidRDefault="00000000">
      <w:r>
        <w:rPr>
          <w:rFonts w:ascii="Garamond" w:hAnsi="Garamond"/>
          <w:sz w:val="24"/>
        </w:rPr>
        <w:t>micro-courses</w:t>
      </w:r>
    </w:p>
    <w:p w14:paraId="7EBCADD0" w14:textId="77777777" w:rsidR="001A5159" w:rsidRDefault="00000000">
      <w:r>
        <w:rPr>
          <w:rFonts w:ascii="Garamond" w:hAnsi="Garamond"/>
          <w:sz w:val="24"/>
        </w:rPr>
        <w:t>coaching materials</w:t>
      </w:r>
    </w:p>
    <w:p w14:paraId="2764F050" w14:textId="77777777" w:rsidR="001A5159" w:rsidRDefault="00000000">
      <w:proofErr w:type="gramStart"/>
      <w:r>
        <w:rPr>
          <w:rFonts w:ascii="Garamond" w:hAnsi="Garamond"/>
          <w:sz w:val="24"/>
        </w:rPr>
        <w:t>industry handbooks</w:t>
      </w:r>
      <w:proofErr w:type="gramEnd"/>
    </w:p>
    <w:p w14:paraId="6663E854" w14:textId="77777777" w:rsidR="001A5159" w:rsidRDefault="00000000">
      <w:r>
        <w:rPr>
          <w:rFonts w:ascii="Garamond" w:hAnsi="Garamond"/>
          <w:sz w:val="24"/>
        </w:rPr>
        <w:t xml:space="preserve">email list </w:t>
      </w:r>
      <w:proofErr w:type="gramStart"/>
      <w:r>
        <w:rPr>
          <w:rFonts w:ascii="Garamond" w:hAnsi="Garamond"/>
          <w:sz w:val="24"/>
        </w:rPr>
        <w:t>growth</w:t>
      </w:r>
      <w:proofErr w:type="gramEnd"/>
    </w:p>
    <w:p w14:paraId="21D4D25B" w14:textId="77777777" w:rsidR="001A5159" w:rsidRDefault="00000000">
      <w:r>
        <w:rPr>
          <w:rFonts w:ascii="Garamond" w:hAnsi="Garamond"/>
          <w:sz w:val="24"/>
        </w:rPr>
        <w:t>authority building</w:t>
      </w:r>
    </w:p>
    <w:p w14:paraId="7C96BFDA" w14:textId="77777777" w:rsidR="001A5159" w:rsidRDefault="00000000">
      <w:r>
        <w:rPr>
          <w:rFonts w:ascii="Garamond" w:hAnsi="Garamond"/>
          <w:sz w:val="24"/>
        </w:rPr>
        <w:t>Businesses want them because they:</w:t>
      </w:r>
    </w:p>
    <w:p w14:paraId="3E4B0362" w14:textId="77777777" w:rsidR="001A5159" w:rsidRDefault="00000000">
      <w:r>
        <w:rPr>
          <w:rFonts w:ascii="Garamond" w:hAnsi="Garamond"/>
          <w:sz w:val="24"/>
        </w:rPr>
        <w:t xml:space="preserve">increase </w:t>
      </w:r>
      <w:proofErr w:type="gramStart"/>
      <w:r>
        <w:rPr>
          <w:rFonts w:ascii="Garamond" w:hAnsi="Garamond"/>
          <w:sz w:val="24"/>
        </w:rPr>
        <w:t>credibility</w:t>
      </w:r>
      <w:proofErr w:type="gramEnd"/>
    </w:p>
    <w:p w14:paraId="5ECDA3BC" w14:textId="77777777" w:rsidR="001A5159" w:rsidRDefault="00000000">
      <w:r>
        <w:rPr>
          <w:rFonts w:ascii="Garamond" w:hAnsi="Garamond"/>
          <w:sz w:val="24"/>
        </w:rPr>
        <w:t xml:space="preserve">attract better </w:t>
      </w:r>
      <w:proofErr w:type="gramStart"/>
      <w:r>
        <w:rPr>
          <w:rFonts w:ascii="Garamond" w:hAnsi="Garamond"/>
          <w:sz w:val="24"/>
        </w:rPr>
        <w:t>leads</w:t>
      </w:r>
      <w:proofErr w:type="gramEnd"/>
    </w:p>
    <w:p w14:paraId="120F5B09" w14:textId="77777777" w:rsidR="001A5159" w:rsidRDefault="00000000">
      <w:proofErr w:type="gramStart"/>
      <w:r>
        <w:rPr>
          <w:rFonts w:ascii="Garamond" w:hAnsi="Garamond"/>
          <w:sz w:val="24"/>
        </w:rPr>
        <w:t>make</w:t>
      </w:r>
      <w:proofErr w:type="gramEnd"/>
      <w:r>
        <w:rPr>
          <w:rFonts w:ascii="Garamond" w:hAnsi="Garamond"/>
          <w:sz w:val="24"/>
        </w:rPr>
        <w:t xml:space="preserve"> selling </w:t>
      </w:r>
      <w:proofErr w:type="gramStart"/>
      <w:r>
        <w:rPr>
          <w:rFonts w:ascii="Garamond" w:hAnsi="Garamond"/>
          <w:sz w:val="24"/>
        </w:rPr>
        <w:t>easier</w:t>
      </w:r>
      <w:proofErr w:type="gramEnd"/>
    </w:p>
    <w:p w14:paraId="722425C8" w14:textId="77777777" w:rsidR="001A5159" w:rsidRDefault="00000000">
      <w:proofErr w:type="gramStart"/>
      <w:r>
        <w:rPr>
          <w:rFonts w:ascii="Garamond" w:hAnsi="Garamond"/>
          <w:sz w:val="24"/>
        </w:rPr>
        <w:t>educate</w:t>
      </w:r>
      <w:proofErr w:type="gramEnd"/>
      <w:r>
        <w:rPr>
          <w:rFonts w:ascii="Garamond" w:hAnsi="Garamond"/>
          <w:sz w:val="24"/>
        </w:rPr>
        <w:t xml:space="preserve"> </w:t>
      </w:r>
      <w:proofErr w:type="gramStart"/>
      <w:r>
        <w:rPr>
          <w:rFonts w:ascii="Garamond" w:hAnsi="Garamond"/>
          <w:sz w:val="24"/>
        </w:rPr>
        <w:t>customers</w:t>
      </w:r>
      <w:proofErr w:type="gramEnd"/>
    </w:p>
    <w:p w14:paraId="6FCA6EBA" w14:textId="77777777" w:rsidR="001A5159" w:rsidRDefault="00000000">
      <w:r>
        <w:rPr>
          <w:rFonts w:ascii="Garamond" w:hAnsi="Garamond"/>
          <w:sz w:val="24"/>
        </w:rPr>
        <w:t xml:space="preserve">create passive digital </w:t>
      </w:r>
      <w:proofErr w:type="gramStart"/>
      <w:r>
        <w:rPr>
          <w:rFonts w:ascii="Garamond" w:hAnsi="Garamond"/>
          <w:sz w:val="24"/>
        </w:rPr>
        <w:t>income</w:t>
      </w:r>
      <w:proofErr w:type="gramEnd"/>
    </w:p>
    <w:p w14:paraId="4406C630" w14:textId="77777777" w:rsidR="001A5159" w:rsidRDefault="00000000">
      <w:r>
        <w:rPr>
          <w:rFonts w:ascii="Garamond" w:hAnsi="Garamond"/>
          <w:sz w:val="24"/>
        </w:rPr>
        <w:t>AI turns a process that takes 30–90 days into something you can deliver in 3–10 days, depending on scope.</w:t>
      </w:r>
    </w:p>
    <w:p w14:paraId="52EDF993" w14:textId="77777777" w:rsidR="001A5159" w:rsidRDefault="00000000">
      <w:r>
        <w:rPr>
          <w:rFonts w:ascii="Garamond" w:hAnsi="Garamond"/>
          <w:sz w:val="24"/>
        </w:rPr>
        <w:t>This means:</w:t>
      </w:r>
    </w:p>
    <w:p w14:paraId="0E8C69F3" w14:textId="77777777" w:rsidR="001A5159" w:rsidRDefault="00000000">
      <w:r>
        <w:rPr>
          <w:rFonts w:ascii="Garamond" w:hAnsi="Garamond"/>
          <w:sz w:val="24"/>
        </w:rPr>
        <w:t>fast delivery</w:t>
      </w:r>
    </w:p>
    <w:p w14:paraId="3BC9582F" w14:textId="77777777" w:rsidR="001A5159" w:rsidRDefault="00000000">
      <w:r>
        <w:rPr>
          <w:rFonts w:ascii="Garamond" w:hAnsi="Garamond"/>
          <w:sz w:val="24"/>
        </w:rPr>
        <w:t>high margins</w:t>
      </w:r>
    </w:p>
    <w:p w14:paraId="3648D2CD" w14:textId="77777777" w:rsidR="001A5159" w:rsidRDefault="00000000">
      <w:r>
        <w:rPr>
          <w:rFonts w:ascii="Garamond" w:hAnsi="Garamond"/>
          <w:sz w:val="24"/>
        </w:rPr>
        <w:t xml:space="preserve">repeat </w:t>
      </w:r>
      <w:proofErr w:type="gramStart"/>
      <w:r>
        <w:rPr>
          <w:rFonts w:ascii="Garamond" w:hAnsi="Garamond"/>
          <w:sz w:val="24"/>
        </w:rPr>
        <w:t>customers</w:t>
      </w:r>
      <w:proofErr w:type="gramEnd"/>
    </w:p>
    <w:p w14:paraId="22CBC024" w14:textId="77777777" w:rsidR="001A5159" w:rsidRDefault="00000000">
      <w:proofErr w:type="gramStart"/>
      <w:r>
        <w:rPr>
          <w:rFonts w:ascii="Garamond" w:hAnsi="Garamond"/>
          <w:sz w:val="24"/>
        </w:rPr>
        <w:t>retainer potential</w:t>
      </w:r>
      <w:proofErr w:type="gramEnd"/>
    </w:p>
    <w:p w14:paraId="7D96EB5C" w14:textId="77777777" w:rsidR="001A5159" w:rsidRDefault="00000000">
      <w:r>
        <w:rPr>
          <w:rFonts w:ascii="Garamond" w:hAnsi="Garamond"/>
          <w:sz w:val="24"/>
        </w:rPr>
        <w:t>scalable workflows</w:t>
      </w:r>
    </w:p>
    <w:p w14:paraId="21D010CD" w14:textId="77777777" w:rsidR="001A5159" w:rsidRDefault="00000000">
      <w:r>
        <w:rPr>
          <w:rFonts w:ascii="Garamond" w:hAnsi="Garamond"/>
          <w:sz w:val="24"/>
        </w:rPr>
        <w:t>It’s one of the highest-value content services in the creator economy.</w:t>
      </w:r>
    </w:p>
    <w:p w14:paraId="46213CFF" w14:textId="77777777" w:rsidR="001A5159" w:rsidRDefault="001A5159"/>
    <w:p w14:paraId="042DE925" w14:textId="77777777" w:rsidR="001A5159" w:rsidRDefault="00000000">
      <w:r>
        <w:rPr>
          <w:rFonts w:ascii="Garamond" w:hAnsi="Garamond"/>
          <w:sz w:val="24"/>
        </w:rPr>
        <w:t>Tools You Need</w:t>
      </w:r>
    </w:p>
    <w:p w14:paraId="7055D022" w14:textId="77777777" w:rsidR="001A5159" w:rsidRDefault="00000000">
      <w:r>
        <w:rPr>
          <w:rFonts w:ascii="Garamond" w:hAnsi="Garamond"/>
          <w:sz w:val="24"/>
        </w:rPr>
        <w:lastRenderedPageBreak/>
        <w:t>ChatGPT / Claude — writing, editing, structuring</w:t>
      </w:r>
      <w:r>
        <w:rPr>
          <w:rFonts w:ascii="Garamond" w:hAnsi="Garamond"/>
          <w:sz w:val="24"/>
        </w:rPr>
        <w:br/>
        <w:t>Canva / Affinity Publisher — layout + design</w:t>
      </w:r>
      <w:r>
        <w:rPr>
          <w:rFonts w:ascii="Garamond" w:hAnsi="Garamond"/>
          <w:sz w:val="24"/>
        </w:rPr>
        <w:br/>
        <w:t>Google Docs — collaboration</w:t>
      </w:r>
      <w:r>
        <w:rPr>
          <w:rFonts w:ascii="Garamond" w:hAnsi="Garamond"/>
          <w:sz w:val="24"/>
        </w:rPr>
        <w:br/>
        <w:t>TidyCal / Calendly — client intake</w:t>
      </w:r>
      <w:r>
        <w:rPr>
          <w:rFonts w:ascii="Garamond" w:hAnsi="Garamond"/>
          <w:sz w:val="24"/>
        </w:rPr>
        <w:br/>
        <w:t xml:space="preserve">Grammarly — optional </w:t>
      </w:r>
      <w:proofErr w:type="gramStart"/>
      <w:r>
        <w:rPr>
          <w:rFonts w:ascii="Garamond" w:hAnsi="Garamond"/>
          <w:sz w:val="24"/>
        </w:rPr>
        <w:t>polishing</w:t>
      </w:r>
      <w:proofErr w:type="gramEnd"/>
    </w:p>
    <w:p w14:paraId="271EA230" w14:textId="77777777" w:rsidR="001A5159" w:rsidRDefault="00000000">
      <w:r>
        <w:rPr>
          <w:rFonts w:ascii="Garamond" w:hAnsi="Garamond"/>
          <w:sz w:val="24"/>
        </w:rPr>
        <w:t>Optional pro-level tools:</w:t>
      </w:r>
    </w:p>
    <w:p w14:paraId="5D40CC66" w14:textId="77777777" w:rsidR="001A5159" w:rsidRDefault="00000000">
      <w:r>
        <w:rPr>
          <w:rFonts w:ascii="Garamond" w:hAnsi="Garamond"/>
          <w:sz w:val="24"/>
        </w:rPr>
        <w:t>Vellum (if making Kindle-ready books)</w:t>
      </w:r>
    </w:p>
    <w:p w14:paraId="19EE5167" w14:textId="77777777" w:rsidR="001A5159" w:rsidRDefault="00000000">
      <w:r>
        <w:rPr>
          <w:rFonts w:ascii="Garamond" w:hAnsi="Garamond"/>
          <w:sz w:val="24"/>
        </w:rPr>
        <w:t>Atticus (simple layout for authors)</w:t>
      </w:r>
    </w:p>
    <w:p w14:paraId="66B5A8EB" w14:textId="77777777" w:rsidR="001A5159" w:rsidRDefault="001A5159"/>
    <w:p w14:paraId="621E2AAB" w14:textId="77777777" w:rsidR="001A5159" w:rsidRDefault="00000000">
      <w:r>
        <w:rPr>
          <w:rFonts w:ascii="Garamond" w:hAnsi="Garamond"/>
          <w:sz w:val="24"/>
        </w:rPr>
        <w:t>What You’ll Offer</w:t>
      </w:r>
    </w:p>
    <w:p w14:paraId="3A57C028" w14:textId="77777777" w:rsidR="001A5159" w:rsidRDefault="00000000">
      <w:r>
        <w:rPr>
          <w:rFonts w:ascii="Garamond" w:hAnsi="Garamond"/>
          <w:sz w:val="24"/>
        </w:rPr>
        <w:t>You can create:</w:t>
      </w:r>
    </w:p>
    <w:p w14:paraId="537396CC" w14:textId="77777777" w:rsidR="001A5159" w:rsidRDefault="00000000">
      <w:r>
        <w:rPr>
          <w:rFonts w:ascii="Garamond" w:hAnsi="Garamond"/>
          <w:sz w:val="24"/>
        </w:rPr>
        <w:t>niche guides</w:t>
      </w:r>
    </w:p>
    <w:p w14:paraId="146CE8E7" w14:textId="77777777" w:rsidR="001A5159" w:rsidRDefault="00000000">
      <w:r>
        <w:rPr>
          <w:rFonts w:ascii="Garamond" w:hAnsi="Garamond"/>
          <w:sz w:val="24"/>
        </w:rPr>
        <w:t>premium ebooks</w:t>
      </w:r>
    </w:p>
    <w:p w14:paraId="312FA2C3" w14:textId="77777777" w:rsidR="001A5159" w:rsidRDefault="00000000">
      <w:r>
        <w:rPr>
          <w:rFonts w:ascii="Garamond" w:hAnsi="Garamond"/>
          <w:sz w:val="24"/>
        </w:rPr>
        <w:t>short 20–</w:t>
      </w:r>
      <w:proofErr w:type="gramStart"/>
      <w:r>
        <w:rPr>
          <w:rFonts w:ascii="Garamond" w:hAnsi="Garamond"/>
          <w:sz w:val="24"/>
        </w:rPr>
        <w:t>40 page</w:t>
      </w:r>
      <w:proofErr w:type="gramEnd"/>
      <w:r>
        <w:rPr>
          <w:rFonts w:ascii="Garamond" w:hAnsi="Garamond"/>
          <w:sz w:val="24"/>
        </w:rPr>
        <w:t xml:space="preserve"> microbooks</w:t>
      </w:r>
    </w:p>
    <w:p w14:paraId="0B83D933" w14:textId="77777777" w:rsidR="001A5159" w:rsidRDefault="00000000">
      <w:r>
        <w:rPr>
          <w:rFonts w:ascii="Garamond" w:hAnsi="Garamond"/>
          <w:sz w:val="24"/>
        </w:rPr>
        <w:t>industry reports</w:t>
      </w:r>
    </w:p>
    <w:p w14:paraId="5C304282" w14:textId="77777777" w:rsidR="001A5159" w:rsidRDefault="00000000">
      <w:r>
        <w:rPr>
          <w:rFonts w:ascii="Garamond" w:hAnsi="Garamond"/>
          <w:sz w:val="24"/>
        </w:rPr>
        <w:t>how-to manuals</w:t>
      </w:r>
    </w:p>
    <w:p w14:paraId="42744BEB" w14:textId="77777777" w:rsidR="001A5159" w:rsidRDefault="00000000">
      <w:r>
        <w:rPr>
          <w:rFonts w:ascii="Garamond" w:hAnsi="Garamond"/>
          <w:sz w:val="24"/>
        </w:rPr>
        <w:t xml:space="preserve">lead magnet </w:t>
      </w:r>
      <w:proofErr w:type="gramStart"/>
      <w:r>
        <w:rPr>
          <w:rFonts w:ascii="Garamond" w:hAnsi="Garamond"/>
          <w:sz w:val="24"/>
        </w:rPr>
        <w:t>ebooks</w:t>
      </w:r>
      <w:proofErr w:type="gramEnd"/>
    </w:p>
    <w:p w14:paraId="02915649" w14:textId="77777777" w:rsidR="001A5159" w:rsidRDefault="00000000">
      <w:r>
        <w:rPr>
          <w:rFonts w:ascii="Garamond" w:hAnsi="Garamond"/>
          <w:sz w:val="24"/>
        </w:rPr>
        <w:t>creator handbooks</w:t>
      </w:r>
    </w:p>
    <w:p w14:paraId="1CA7CED1" w14:textId="77777777" w:rsidR="001A5159" w:rsidRDefault="00000000">
      <w:r>
        <w:rPr>
          <w:rFonts w:ascii="Garamond" w:hAnsi="Garamond"/>
          <w:sz w:val="24"/>
        </w:rPr>
        <w:t>client onboarding guides</w:t>
      </w:r>
    </w:p>
    <w:p w14:paraId="6CB5E66A" w14:textId="77777777" w:rsidR="001A5159" w:rsidRDefault="00000000">
      <w:r>
        <w:rPr>
          <w:rFonts w:ascii="Garamond" w:hAnsi="Garamond"/>
          <w:sz w:val="24"/>
        </w:rPr>
        <w:t>frameworks &amp; models</w:t>
      </w:r>
    </w:p>
    <w:p w14:paraId="19557416" w14:textId="77777777" w:rsidR="001A5159" w:rsidRDefault="00000000">
      <w:r>
        <w:rPr>
          <w:rFonts w:ascii="Garamond" w:hAnsi="Garamond"/>
          <w:sz w:val="24"/>
        </w:rPr>
        <w:t>templates + toolkits</w:t>
      </w:r>
    </w:p>
    <w:p w14:paraId="7E5321F7" w14:textId="77777777" w:rsidR="001A5159" w:rsidRDefault="00000000">
      <w:r>
        <w:rPr>
          <w:rFonts w:ascii="Garamond" w:hAnsi="Garamond"/>
          <w:sz w:val="24"/>
        </w:rPr>
        <w:t>Deliverables include:</w:t>
      </w:r>
    </w:p>
    <w:p w14:paraId="564B06DA" w14:textId="77777777" w:rsidR="001A5159" w:rsidRDefault="00000000">
      <w:r>
        <w:rPr>
          <w:rFonts w:ascii="Garamond" w:hAnsi="Garamond"/>
          <w:sz w:val="24"/>
        </w:rPr>
        <w:t>full ebook draft</w:t>
      </w:r>
    </w:p>
    <w:p w14:paraId="1752B86F" w14:textId="77777777" w:rsidR="001A5159" w:rsidRDefault="00000000">
      <w:r>
        <w:rPr>
          <w:rFonts w:ascii="Garamond" w:hAnsi="Garamond"/>
          <w:sz w:val="24"/>
        </w:rPr>
        <w:t xml:space="preserve">edited + polished </w:t>
      </w:r>
      <w:proofErr w:type="gramStart"/>
      <w:r>
        <w:rPr>
          <w:rFonts w:ascii="Garamond" w:hAnsi="Garamond"/>
          <w:sz w:val="24"/>
        </w:rPr>
        <w:t>version</w:t>
      </w:r>
      <w:proofErr w:type="gramEnd"/>
    </w:p>
    <w:p w14:paraId="5B7A28A1" w14:textId="77777777" w:rsidR="001A5159" w:rsidRDefault="00000000">
      <w:r>
        <w:rPr>
          <w:rFonts w:ascii="Garamond" w:hAnsi="Garamond"/>
          <w:sz w:val="24"/>
        </w:rPr>
        <w:t>formatted PDF</w:t>
      </w:r>
    </w:p>
    <w:p w14:paraId="78758C11" w14:textId="77777777" w:rsidR="001A5159" w:rsidRDefault="00000000">
      <w:r>
        <w:rPr>
          <w:rFonts w:ascii="Garamond" w:hAnsi="Garamond"/>
          <w:sz w:val="24"/>
        </w:rPr>
        <w:t>Canva source file</w:t>
      </w:r>
    </w:p>
    <w:p w14:paraId="508B5160" w14:textId="77777777" w:rsidR="001A5159" w:rsidRDefault="00000000">
      <w:r>
        <w:rPr>
          <w:rFonts w:ascii="Garamond" w:hAnsi="Garamond"/>
          <w:sz w:val="24"/>
        </w:rPr>
        <w:t>alternate covers</w:t>
      </w:r>
    </w:p>
    <w:p w14:paraId="0BBDAA9E" w14:textId="77777777" w:rsidR="001A5159" w:rsidRDefault="00000000">
      <w:r>
        <w:rPr>
          <w:rFonts w:ascii="Garamond" w:hAnsi="Garamond"/>
          <w:sz w:val="24"/>
        </w:rPr>
        <w:lastRenderedPageBreak/>
        <w:t>summary version</w:t>
      </w:r>
    </w:p>
    <w:p w14:paraId="0647219B" w14:textId="77777777" w:rsidR="001A5159" w:rsidRDefault="00000000">
      <w:r>
        <w:rPr>
          <w:rFonts w:ascii="Garamond" w:hAnsi="Garamond"/>
          <w:sz w:val="24"/>
        </w:rPr>
        <w:t>social promo assets</w:t>
      </w:r>
    </w:p>
    <w:p w14:paraId="71E0DF3E" w14:textId="77777777" w:rsidR="001A5159" w:rsidRDefault="00000000">
      <w:r>
        <w:rPr>
          <w:rFonts w:ascii="Garamond" w:hAnsi="Garamond"/>
          <w:sz w:val="24"/>
        </w:rPr>
        <w:t>Most creators hate doing this.</w:t>
      </w:r>
      <w:r>
        <w:rPr>
          <w:rFonts w:ascii="Garamond" w:hAnsi="Garamond"/>
          <w:sz w:val="24"/>
        </w:rPr>
        <w:br/>
        <w:t>Which is exactly why they’ll pay you.</w:t>
      </w:r>
    </w:p>
    <w:p w14:paraId="5AE1469B" w14:textId="77777777" w:rsidR="001A5159" w:rsidRDefault="001A5159"/>
    <w:p w14:paraId="0F5E9688" w14:textId="77777777" w:rsidR="001A5159" w:rsidRDefault="00000000">
      <w:r>
        <w:rPr>
          <w:rFonts w:ascii="Garamond" w:hAnsi="Garamond"/>
          <w:sz w:val="24"/>
        </w:rPr>
        <w:t>AI-Powered Workflow (Step-by-Step)</w:t>
      </w:r>
    </w:p>
    <w:p w14:paraId="3AC19A4D" w14:textId="77777777" w:rsidR="001A5159" w:rsidRDefault="00000000">
      <w:r>
        <w:rPr>
          <w:rFonts w:ascii="Garamond" w:hAnsi="Garamond"/>
          <w:sz w:val="24"/>
        </w:rPr>
        <w:t>STEP 1 — Define the Transformation</w:t>
      </w:r>
    </w:p>
    <w:p w14:paraId="30494CF9" w14:textId="77777777" w:rsidR="001A5159" w:rsidRDefault="00000000">
      <w:r>
        <w:rPr>
          <w:rFonts w:ascii="Garamond" w:hAnsi="Garamond"/>
          <w:sz w:val="24"/>
        </w:rPr>
        <w:t>Ask:</w:t>
      </w:r>
    </w:p>
    <w:p w14:paraId="071AAD80" w14:textId="77777777" w:rsidR="001A5159" w:rsidRDefault="00000000">
      <w:r>
        <w:rPr>
          <w:rFonts w:ascii="Garamond" w:hAnsi="Garamond"/>
          <w:sz w:val="24"/>
        </w:rPr>
        <w:t>“Create a clear transformation statement and chapter outline for an ebook teaching to .”</w:t>
      </w:r>
    </w:p>
    <w:p w14:paraId="257EAE17" w14:textId="77777777" w:rsidR="001A5159" w:rsidRDefault="00000000">
      <w:r>
        <w:rPr>
          <w:rFonts w:ascii="Garamond" w:hAnsi="Garamond"/>
          <w:sz w:val="24"/>
        </w:rPr>
        <w:t>This becomes your roadmap.</w:t>
      </w:r>
    </w:p>
    <w:p w14:paraId="07E970BD" w14:textId="77777777" w:rsidR="001A5159" w:rsidRDefault="001A5159"/>
    <w:p w14:paraId="2196C7F9" w14:textId="77777777" w:rsidR="001A5159" w:rsidRDefault="00000000">
      <w:r>
        <w:rPr>
          <w:rFonts w:ascii="Garamond" w:hAnsi="Garamond"/>
          <w:sz w:val="24"/>
        </w:rPr>
        <w:t>STEP 2 — Build the Chapter Outlines</w:t>
      </w:r>
    </w:p>
    <w:p w14:paraId="30824F9C" w14:textId="77777777" w:rsidR="001A5159" w:rsidRDefault="00000000">
      <w:r>
        <w:rPr>
          <w:rFonts w:ascii="Garamond" w:hAnsi="Garamond"/>
          <w:sz w:val="24"/>
        </w:rPr>
        <w:t>Ask:</w:t>
      </w:r>
    </w:p>
    <w:p w14:paraId="1234D756" w14:textId="77777777" w:rsidR="001A5159" w:rsidRDefault="00000000">
      <w:r>
        <w:rPr>
          <w:rFonts w:ascii="Garamond" w:hAnsi="Garamond"/>
          <w:sz w:val="24"/>
        </w:rPr>
        <w:t>“Expand each chapter into a detailed outline with key points, examples, exercises, and a short story.”</w:t>
      </w:r>
    </w:p>
    <w:p w14:paraId="1035B28C" w14:textId="77777777" w:rsidR="001A5159" w:rsidRDefault="00000000">
      <w:r>
        <w:rPr>
          <w:rFonts w:ascii="Garamond" w:hAnsi="Garamond"/>
          <w:sz w:val="24"/>
        </w:rPr>
        <w:t>AI gives you the bones of the book.</w:t>
      </w:r>
    </w:p>
    <w:p w14:paraId="770F5017" w14:textId="77777777" w:rsidR="001A5159" w:rsidRDefault="001A5159"/>
    <w:p w14:paraId="21807B24" w14:textId="77777777" w:rsidR="001A5159" w:rsidRDefault="00000000">
      <w:r>
        <w:rPr>
          <w:rFonts w:ascii="Garamond" w:hAnsi="Garamond"/>
          <w:sz w:val="24"/>
        </w:rPr>
        <w:t>STEP 3 — Generate the Content</w:t>
      </w:r>
    </w:p>
    <w:p w14:paraId="5900E66C" w14:textId="77777777" w:rsidR="001A5159" w:rsidRDefault="00000000">
      <w:r>
        <w:rPr>
          <w:rFonts w:ascii="Garamond" w:hAnsi="Garamond"/>
          <w:sz w:val="24"/>
        </w:rPr>
        <w:t>Ask:</w:t>
      </w:r>
    </w:p>
    <w:p w14:paraId="1294AEFB" w14:textId="77777777" w:rsidR="001A5159" w:rsidRDefault="00000000">
      <w:r>
        <w:rPr>
          <w:rFonts w:ascii="Garamond" w:hAnsi="Garamond"/>
          <w:sz w:val="24"/>
        </w:rPr>
        <w:t>“Write the full text for this chapter in a clear, practical tone with examples and action steps.”</w:t>
      </w:r>
    </w:p>
    <w:p w14:paraId="6D097C51" w14:textId="77777777" w:rsidR="001A5159" w:rsidRDefault="00000000">
      <w:r>
        <w:rPr>
          <w:rFonts w:ascii="Garamond" w:hAnsi="Garamond"/>
          <w:sz w:val="24"/>
        </w:rPr>
        <w:t>Repeat chapter by chapter.</w:t>
      </w:r>
    </w:p>
    <w:p w14:paraId="1FF324EA" w14:textId="77777777" w:rsidR="001A5159" w:rsidRDefault="001A5159"/>
    <w:p w14:paraId="4DDBF7A7" w14:textId="77777777" w:rsidR="001A5159" w:rsidRDefault="00000000">
      <w:r>
        <w:rPr>
          <w:rFonts w:ascii="Garamond" w:hAnsi="Garamond"/>
          <w:sz w:val="24"/>
        </w:rPr>
        <w:t>STEP 4 — Clean Up the Writing</w:t>
      </w:r>
    </w:p>
    <w:p w14:paraId="0AB8A8EC" w14:textId="77777777" w:rsidR="001A5159" w:rsidRDefault="00000000">
      <w:r>
        <w:rPr>
          <w:rFonts w:ascii="Garamond" w:hAnsi="Garamond"/>
          <w:sz w:val="24"/>
        </w:rPr>
        <w:t>Ask:</w:t>
      </w:r>
    </w:p>
    <w:p w14:paraId="693524BF" w14:textId="77777777" w:rsidR="001A5159" w:rsidRDefault="00000000">
      <w:r>
        <w:rPr>
          <w:rFonts w:ascii="Garamond" w:hAnsi="Garamond"/>
          <w:sz w:val="24"/>
        </w:rPr>
        <w:t xml:space="preserve">“Edit this chapter for clarity, flow, and readability. Make it </w:t>
      </w:r>
      <w:proofErr w:type="gramStart"/>
      <w:r>
        <w:rPr>
          <w:rFonts w:ascii="Garamond" w:hAnsi="Garamond"/>
          <w:sz w:val="24"/>
        </w:rPr>
        <w:t>engaging</w:t>
      </w:r>
      <w:proofErr w:type="gramEnd"/>
      <w:r>
        <w:rPr>
          <w:rFonts w:ascii="Garamond" w:hAnsi="Garamond"/>
          <w:sz w:val="24"/>
        </w:rPr>
        <w:t xml:space="preserve"> but concise.”</w:t>
      </w:r>
    </w:p>
    <w:p w14:paraId="36CFAA60" w14:textId="77777777" w:rsidR="001A5159" w:rsidRDefault="001A5159"/>
    <w:p w14:paraId="57C7E96F" w14:textId="77777777" w:rsidR="001A5159" w:rsidRDefault="00000000">
      <w:r>
        <w:rPr>
          <w:rFonts w:ascii="Garamond" w:hAnsi="Garamond"/>
          <w:sz w:val="24"/>
        </w:rPr>
        <w:lastRenderedPageBreak/>
        <w:t>STEP 5 — Format the Ebook</w:t>
      </w:r>
    </w:p>
    <w:p w14:paraId="2B5328E2" w14:textId="77777777" w:rsidR="001A5159" w:rsidRDefault="00000000">
      <w:r>
        <w:rPr>
          <w:rFonts w:ascii="Garamond" w:hAnsi="Garamond"/>
          <w:sz w:val="24"/>
        </w:rPr>
        <w:t>In Canva:</w:t>
      </w:r>
    </w:p>
    <w:p w14:paraId="30542C9C" w14:textId="77777777" w:rsidR="001A5159" w:rsidRDefault="00000000">
      <w:r>
        <w:rPr>
          <w:rFonts w:ascii="Garamond" w:hAnsi="Garamond"/>
          <w:sz w:val="24"/>
        </w:rPr>
        <w:t xml:space="preserve">choose a clean </w:t>
      </w:r>
      <w:proofErr w:type="gramStart"/>
      <w:r>
        <w:rPr>
          <w:rFonts w:ascii="Garamond" w:hAnsi="Garamond"/>
          <w:sz w:val="24"/>
        </w:rPr>
        <w:t>template</w:t>
      </w:r>
      <w:proofErr w:type="gramEnd"/>
    </w:p>
    <w:p w14:paraId="28403397" w14:textId="77777777" w:rsidR="001A5159" w:rsidRDefault="00000000">
      <w:r>
        <w:rPr>
          <w:rFonts w:ascii="Garamond" w:hAnsi="Garamond"/>
          <w:sz w:val="24"/>
        </w:rPr>
        <w:t xml:space="preserve">apply brand </w:t>
      </w:r>
      <w:proofErr w:type="gramStart"/>
      <w:r>
        <w:rPr>
          <w:rFonts w:ascii="Garamond" w:hAnsi="Garamond"/>
          <w:sz w:val="24"/>
        </w:rPr>
        <w:t>colors</w:t>
      </w:r>
      <w:proofErr w:type="gramEnd"/>
    </w:p>
    <w:p w14:paraId="4207F64E" w14:textId="77777777" w:rsidR="001A5159" w:rsidRDefault="00000000">
      <w:r>
        <w:rPr>
          <w:rFonts w:ascii="Garamond" w:hAnsi="Garamond"/>
          <w:sz w:val="24"/>
        </w:rPr>
        <w:t xml:space="preserve">add </w:t>
      </w:r>
      <w:proofErr w:type="gramStart"/>
      <w:r>
        <w:rPr>
          <w:rFonts w:ascii="Garamond" w:hAnsi="Garamond"/>
          <w:sz w:val="24"/>
        </w:rPr>
        <w:t>icons</w:t>
      </w:r>
      <w:proofErr w:type="gramEnd"/>
    </w:p>
    <w:p w14:paraId="4680EEFE" w14:textId="77777777" w:rsidR="001A5159" w:rsidRDefault="00000000">
      <w:r>
        <w:rPr>
          <w:rFonts w:ascii="Garamond" w:hAnsi="Garamond"/>
          <w:sz w:val="24"/>
        </w:rPr>
        <w:t>add headers/</w:t>
      </w:r>
      <w:proofErr w:type="gramStart"/>
      <w:r>
        <w:rPr>
          <w:rFonts w:ascii="Garamond" w:hAnsi="Garamond"/>
          <w:sz w:val="24"/>
        </w:rPr>
        <w:t>subheaders</w:t>
      </w:r>
      <w:proofErr w:type="gramEnd"/>
    </w:p>
    <w:p w14:paraId="5B5D6C40" w14:textId="77777777" w:rsidR="001A5159" w:rsidRDefault="00000000">
      <w:r>
        <w:rPr>
          <w:rFonts w:ascii="Garamond" w:hAnsi="Garamond"/>
          <w:sz w:val="24"/>
        </w:rPr>
        <w:t xml:space="preserve">include callout </w:t>
      </w:r>
      <w:proofErr w:type="gramStart"/>
      <w:r>
        <w:rPr>
          <w:rFonts w:ascii="Garamond" w:hAnsi="Garamond"/>
          <w:sz w:val="24"/>
        </w:rPr>
        <w:t>boxes</w:t>
      </w:r>
      <w:proofErr w:type="gramEnd"/>
    </w:p>
    <w:p w14:paraId="2A0EB542" w14:textId="77777777" w:rsidR="001A5159" w:rsidRDefault="00000000">
      <w:r>
        <w:rPr>
          <w:rFonts w:ascii="Garamond" w:hAnsi="Garamond"/>
          <w:sz w:val="24"/>
        </w:rPr>
        <w:t xml:space="preserve">add </w:t>
      </w:r>
      <w:proofErr w:type="gramStart"/>
      <w:r>
        <w:rPr>
          <w:rFonts w:ascii="Garamond" w:hAnsi="Garamond"/>
          <w:sz w:val="24"/>
        </w:rPr>
        <w:t>diagrams</w:t>
      </w:r>
      <w:proofErr w:type="gramEnd"/>
    </w:p>
    <w:p w14:paraId="114C6EEF" w14:textId="77777777" w:rsidR="001A5159" w:rsidRDefault="00000000">
      <w:r>
        <w:rPr>
          <w:rFonts w:ascii="Garamond" w:hAnsi="Garamond"/>
          <w:sz w:val="24"/>
        </w:rPr>
        <w:t xml:space="preserve">design the </w:t>
      </w:r>
      <w:proofErr w:type="gramStart"/>
      <w:r>
        <w:rPr>
          <w:rFonts w:ascii="Garamond" w:hAnsi="Garamond"/>
          <w:sz w:val="24"/>
        </w:rPr>
        <w:t>cover</w:t>
      </w:r>
      <w:proofErr w:type="gramEnd"/>
    </w:p>
    <w:p w14:paraId="3C488504" w14:textId="77777777" w:rsidR="001A5159" w:rsidRDefault="00000000">
      <w:r>
        <w:rPr>
          <w:rFonts w:ascii="Garamond" w:hAnsi="Garamond"/>
          <w:sz w:val="24"/>
        </w:rPr>
        <w:t>This dramatically increases perceived value.</w:t>
      </w:r>
    </w:p>
    <w:p w14:paraId="4523BB27" w14:textId="77777777" w:rsidR="001A5159" w:rsidRDefault="001A5159"/>
    <w:p w14:paraId="06CF92B3" w14:textId="77777777" w:rsidR="001A5159" w:rsidRDefault="00000000">
      <w:r>
        <w:rPr>
          <w:rFonts w:ascii="Garamond" w:hAnsi="Garamond"/>
          <w:sz w:val="24"/>
        </w:rPr>
        <w:t>STEP 6 — Export &amp; Deliver</w:t>
      </w:r>
    </w:p>
    <w:p w14:paraId="643B9419" w14:textId="77777777" w:rsidR="001A5159" w:rsidRDefault="00000000">
      <w:r>
        <w:rPr>
          <w:rFonts w:ascii="Garamond" w:hAnsi="Garamond"/>
          <w:sz w:val="24"/>
        </w:rPr>
        <w:t>You’ll deliver:</w:t>
      </w:r>
    </w:p>
    <w:p w14:paraId="5CAD7053" w14:textId="77777777" w:rsidR="001A5159" w:rsidRDefault="00000000">
      <w:r>
        <w:rPr>
          <w:rFonts w:ascii="Garamond" w:hAnsi="Garamond"/>
          <w:sz w:val="24"/>
        </w:rPr>
        <w:t>PDF</w:t>
      </w:r>
    </w:p>
    <w:p w14:paraId="04BB19EA" w14:textId="77777777" w:rsidR="001A5159" w:rsidRDefault="00000000">
      <w:r>
        <w:rPr>
          <w:rFonts w:ascii="Garamond" w:hAnsi="Garamond"/>
          <w:sz w:val="24"/>
        </w:rPr>
        <w:t>EPUB if needed</w:t>
      </w:r>
    </w:p>
    <w:p w14:paraId="18DDDFDB" w14:textId="77777777" w:rsidR="001A5159" w:rsidRDefault="00000000">
      <w:r>
        <w:rPr>
          <w:rFonts w:ascii="Garamond" w:hAnsi="Garamond"/>
          <w:sz w:val="24"/>
        </w:rPr>
        <w:t>Canva link</w:t>
      </w:r>
    </w:p>
    <w:p w14:paraId="12E190BB" w14:textId="77777777" w:rsidR="001A5159" w:rsidRDefault="00000000">
      <w:r>
        <w:rPr>
          <w:rFonts w:ascii="Garamond" w:hAnsi="Garamond"/>
          <w:sz w:val="24"/>
        </w:rPr>
        <w:t>promotional graphics</w:t>
      </w:r>
    </w:p>
    <w:p w14:paraId="727A03F0" w14:textId="77777777" w:rsidR="001A5159" w:rsidRDefault="00000000">
      <w:r>
        <w:rPr>
          <w:rFonts w:ascii="Garamond" w:hAnsi="Garamond"/>
          <w:sz w:val="24"/>
        </w:rPr>
        <w:t>Amazon KDP version (optional upsell)</w:t>
      </w:r>
    </w:p>
    <w:p w14:paraId="4DF5FC42" w14:textId="77777777" w:rsidR="001A5159" w:rsidRDefault="00000000">
      <w:r>
        <w:rPr>
          <w:rFonts w:ascii="Garamond" w:hAnsi="Garamond"/>
          <w:sz w:val="24"/>
        </w:rPr>
        <w:t>This feels like a premium publishing experience.</w:t>
      </w:r>
    </w:p>
    <w:p w14:paraId="70DB435E" w14:textId="77777777" w:rsidR="001A5159" w:rsidRDefault="001A5159"/>
    <w:p w14:paraId="26B473B9" w14:textId="77777777" w:rsidR="001A5159" w:rsidRDefault="00000000">
      <w:r>
        <w:rPr>
          <w:rFonts w:ascii="Garamond" w:hAnsi="Garamond"/>
          <w:sz w:val="24"/>
        </w:rPr>
        <w:t>Beginner-Proof Portfolio</w:t>
      </w:r>
    </w:p>
    <w:p w14:paraId="73C83C5F" w14:textId="77777777" w:rsidR="001A5159" w:rsidRDefault="00000000">
      <w:r>
        <w:rPr>
          <w:rFonts w:ascii="Garamond" w:hAnsi="Garamond"/>
          <w:sz w:val="24"/>
        </w:rPr>
        <w:t>Create:</w:t>
      </w:r>
    </w:p>
    <w:p w14:paraId="63C1033E" w14:textId="77777777" w:rsidR="001A5159" w:rsidRDefault="00000000">
      <w:r>
        <w:rPr>
          <w:rFonts w:ascii="Garamond" w:hAnsi="Garamond"/>
          <w:sz w:val="24"/>
        </w:rPr>
        <w:t>1 mini ebook (10–12 pages)</w:t>
      </w:r>
    </w:p>
    <w:p w14:paraId="7EA64FBD" w14:textId="77777777" w:rsidR="001A5159" w:rsidRDefault="00000000">
      <w:r>
        <w:rPr>
          <w:rFonts w:ascii="Garamond" w:hAnsi="Garamond"/>
          <w:sz w:val="24"/>
        </w:rPr>
        <w:t>1 lead magnet</w:t>
      </w:r>
    </w:p>
    <w:p w14:paraId="4D4E0D48" w14:textId="77777777" w:rsidR="001A5159" w:rsidRDefault="00000000">
      <w:r>
        <w:rPr>
          <w:rFonts w:ascii="Garamond" w:hAnsi="Garamond"/>
          <w:sz w:val="24"/>
        </w:rPr>
        <w:t>1 formatted PDF</w:t>
      </w:r>
    </w:p>
    <w:p w14:paraId="4660544E" w14:textId="77777777" w:rsidR="001A5159" w:rsidRDefault="00000000">
      <w:r>
        <w:rPr>
          <w:rFonts w:ascii="Garamond" w:hAnsi="Garamond"/>
          <w:sz w:val="24"/>
        </w:rPr>
        <w:lastRenderedPageBreak/>
        <w:t>That alone secures clients fast.</w:t>
      </w:r>
    </w:p>
    <w:p w14:paraId="788F034F" w14:textId="77777777" w:rsidR="001A5159" w:rsidRDefault="001A5159"/>
    <w:p w14:paraId="217ED8C6" w14:textId="77777777" w:rsidR="001A5159" w:rsidRDefault="00000000">
      <w:r>
        <w:rPr>
          <w:rFonts w:ascii="Garamond" w:hAnsi="Garamond"/>
          <w:sz w:val="24"/>
        </w:rPr>
        <w:t>Pricing Guide</w:t>
      </w:r>
    </w:p>
    <w:p w14:paraId="1A4EED23" w14:textId="77777777" w:rsidR="001A5159" w:rsidRDefault="00000000">
      <w:r>
        <w:rPr>
          <w:rFonts w:ascii="Garamond" w:hAnsi="Garamond"/>
          <w:sz w:val="24"/>
        </w:rPr>
        <w:t>Beginners:</w:t>
      </w:r>
    </w:p>
    <w:p w14:paraId="60EC1CF2" w14:textId="77777777" w:rsidR="001A5159" w:rsidRDefault="00000000">
      <w:r>
        <w:rPr>
          <w:rFonts w:ascii="Garamond" w:hAnsi="Garamond"/>
          <w:sz w:val="24"/>
        </w:rPr>
        <w:t>$75–$150 mini-guide</w:t>
      </w:r>
    </w:p>
    <w:p w14:paraId="5D1F69D2" w14:textId="77777777" w:rsidR="001A5159" w:rsidRDefault="00000000">
      <w:r>
        <w:rPr>
          <w:rFonts w:ascii="Garamond" w:hAnsi="Garamond"/>
          <w:sz w:val="24"/>
        </w:rPr>
        <w:t>$150–$300 short ebook</w:t>
      </w:r>
    </w:p>
    <w:p w14:paraId="192B8B70" w14:textId="77777777" w:rsidR="001A5159" w:rsidRDefault="00000000">
      <w:r>
        <w:rPr>
          <w:rFonts w:ascii="Garamond" w:hAnsi="Garamond"/>
          <w:sz w:val="24"/>
        </w:rPr>
        <w:t>Intermediate:</w:t>
      </w:r>
    </w:p>
    <w:p w14:paraId="3690FB9D" w14:textId="77777777" w:rsidR="001A5159" w:rsidRDefault="00000000">
      <w:r>
        <w:rPr>
          <w:rFonts w:ascii="Garamond" w:hAnsi="Garamond"/>
          <w:sz w:val="24"/>
        </w:rPr>
        <w:t>$300–$800 premium ebook</w:t>
      </w:r>
    </w:p>
    <w:p w14:paraId="73118B27" w14:textId="77777777" w:rsidR="001A5159" w:rsidRDefault="00000000">
      <w:r>
        <w:rPr>
          <w:rFonts w:ascii="Garamond" w:hAnsi="Garamond"/>
          <w:sz w:val="24"/>
        </w:rPr>
        <w:t>$500–$750 lead magnet funnel pack</w:t>
      </w:r>
    </w:p>
    <w:p w14:paraId="03143E33" w14:textId="77777777" w:rsidR="001A5159" w:rsidRDefault="00000000">
      <w:r>
        <w:rPr>
          <w:rFonts w:ascii="Garamond" w:hAnsi="Garamond"/>
          <w:sz w:val="24"/>
        </w:rPr>
        <w:t>Pro:</w:t>
      </w:r>
    </w:p>
    <w:p w14:paraId="3AA2D4B6" w14:textId="77777777" w:rsidR="001A5159" w:rsidRDefault="00000000">
      <w:r>
        <w:rPr>
          <w:rFonts w:ascii="Garamond" w:hAnsi="Garamond"/>
          <w:sz w:val="24"/>
        </w:rPr>
        <w:t>$800–$3,000 full ebook build</w:t>
      </w:r>
    </w:p>
    <w:p w14:paraId="13C72E14" w14:textId="77777777" w:rsidR="001A5159" w:rsidRDefault="00000000">
      <w:r>
        <w:rPr>
          <w:rFonts w:ascii="Garamond" w:hAnsi="Garamond"/>
          <w:sz w:val="24"/>
        </w:rPr>
        <w:t xml:space="preserve">$2,500+ Amazon KDP launch </w:t>
      </w:r>
      <w:proofErr w:type="gramStart"/>
      <w:r>
        <w:rPr>
          <w:rFonts w:ascii="Garamond" w:hAnsi="Garamond"/>
          <w:sz w:val="24"/>
        </w:rPr>
        <w:t>package</w:t>
      </w:r>
      <w:proofErr w:type="gramEnd"/>
    </w:p>
    <w:p w14:paraId="5B3F6538" w14:textId="77777777" w:rsidR="001A5159" w:rsidRDefault="00000000">
      <w:r>
        <w:rPr>
          <w:rFonts w:ascii="Garamond" w:hAnsi="Garamond"/>
          <w:sz w:val="24"/>
        </w:rPr>
        <w:t>$1,200/month content publishing retainer</w:t>
      </w:r>
    </w:p>
    <w:p w14:paraId="2A1AF8C6" w14:textId="77777777" w:rsidR="001A5159" w:rsidRDefault="00000000">
      <w:r>
        <w:rPr>
          <w:rFonts w:ascii="Garamond" w:hAnsi="Garamond"/>
          <w:sz w:val="24"/>
        </w:rPr>
        <w:t>This blueprint is EXTREMELY lucrative.</w:t>
      </w:r>
    </w:p>
    <w:p w14:paraId="67C69F31" w14:textId="77777777" w:rsidR="001A5159" w:rsidRDefault="001A5159"/>
    <w:p w14:paraId="49D5FDC8" w14:textId="77777777" w:rsidR="001A5159" w:rsidRDefault="00000000">
      <w:r>
        <w:rPr>
          <w:rFonts w:ascii="Garamond" w:hAnsi="Garamond"/>
          <w:sz w:val="24"/>
        </w:rPr>
        <w:t>Pro Accelerators</w:t>
      </w:r>
    </w:p>
    <w:p w14:paraId="3175B979" w14:textId="77777777" w:rsidR="001A5159" w:rsidRDefault="00000000">
      <w:r>
        <w:rPr>
          <w:rFonts w:ascii="Garamond" w:hAnsi="Garamond"/>
          <w:sz w:val="24"/>
        </w:rPr>
        <w:t xml:space="preserve">add audiobook script </w:t>
      </w:r>
      <w:proofErr w:type="gramStart"/>
      <w:r>
        <w:rPr>
          <w:rFonts w:ascii="Garamond" w:hAnsi="Garamond"/>
          <w:sz w:val="24"/>
        </w:rPr>
        <w:t>version</w:t>
      </w:r>
      <w:proofErr w:type="gramEnd"/>
    </w:p>
    <w:p w14:paraId="0C592C4E" w14:textId="77777777" w:rsidR="001A5159" w:rsidRDefault="00000000">
      <w:r>
        <w:rPr>
          <w:rFonts w:ascii="Garamond" w:hAnsi="Garamond"/>
          <w:sz w:val="24"/>
        </w:rPr>
        <w:t xml:space="preserve">offer a “social promo </w:t>
      </w:r>
      <w:proofErr w:type="gramStart"/>
      <w:r>
        <w:rPr>
          <w:rFonts w:ascii="Garamond" w:hAnsi="Garamond"/>
          <w:sz w:val="24"/>
        </w:rPr>
        <w:t>pack”</w:t>
      </w:r>
      <w:proofErr w:type="gramEnd"/>
    </w:p>
    <w:p w14:paraId="54055B8A" w14:textId="77777777" w:rsidR="001A5159" w:rsidRDefault="00000000">
      <w:r>
        <w:rPr>
          <w:rFonts w:ascii="Garamond" w:hAnsi="Garamond"/>
          <w:sz w:val="24"/>
        </w:rPr>
        <w:t xml:space="preserve">create workbook </w:t>
      </w:r>
      <w:proofErr w:type="gramStart"/>
      <w:r>
        <w:rPr>
          <w:rFonts w:ascii="Garamond" w:hAnsi="Garamond"/>
          <w:sz w:val="24"/>
        </w:rPr>
        <w:t>versions</w:t>
      </w:r>
      <w:proofErr w:type="gramEnd"/>
    </w:p>
    <w:p w14:paraId="6C95A79B" w14:textId="77777777" w:rsidR="001A5159" w:rsidRDefault="00000000">
      <w:r>
        <w:rPr>
          <w:rFonts w:ascii="Garamond" w:hAnsi="Garamond"/>
          <w:sz w:val="24"/>
        </w:rPr>
        <w:t xml:space="preserve">build templates &amp; </w:t>
      </w:r>
      <w:proofErr w:type="gramStart"/>
      <w:r>
        <w:rPr>
          <w:rFonts w:ascii="Garamond" w:hAnsi="Garamond"/>
          <w:sz w:val="24"/>
        </w:rPr>
        <w:t>checklists</w:t>
      </w:r>
      <w:proofErr w:type="gramEnd"/>
    </w:p>
    <w:p w14:paraId="444BC36B" w14:textId="77777777" w:rsidR="001A5159" w:rsidRDefault="00000000">
      <w:r>
        <w:rPr>
          <w:rFonts w:ascii="Garamond" w:hAnsi="Garamond"/>
          <w:sz w:val="24"/>
        </w:rPr>
        <w:t>bundle with Blueprint 21 (course scripts)</w:t>
      </w:r>
    </w:p>
    <w:p w14:paraId="2994BF1B" w14:textId="77777777" w:rsidR="001A5159" w:rsidRDefault="00000000">
      <w:r>
        <w:rPr>
          <w:rFonts w:ascii="Garamond" w:hAnsi="Garamond"/>
          <w:sz w:val="24"/>
        </w:rPr>
        <w:t xml:space="preserve">build full product </w:t>
      </w:r>
      <w:proofErr w:type="gramStart"/>
      <w:r>
        <w:rPr>
          <w:rFonts w:ascii="Garamond" w:hAnsi="Garamond"/>
          <w:sz w:val="24"/>
        </w:rPr>
        <w:t>ecosystems</w:t>
      </w:r>
      <w:proofErr w:type="gramEnd"/>
    </w:p>
    <w:p w14:paraId="4A74437A" w14:textId="77777777" w:rsidR="001A5159" w:rsidRDefault="00000000">
      <w:r>
        <w:rPr>
          <w:rFonts w:ascii="Garamond" w:hAnsi="Garamond"/>
          <w:sz w:val="24"/>
        </w:rPr>
        <w:t>These upsells turn a $300 project into $1–3k easily.</w:t>
      </w:r>
    </w:p>
    <w:p w14:paraId="694D82E6" w14:textId="77777777" w:rsidR="001A5159" w:rsidRDefault="001A5159"/>
    <w:p w14:paraId="5DA39AC1" w14:textId="77777777" w:rsidR="001A5159" w:rsidRDefault="00000000">
      <w:r>
        <w:rPr>
          <w:rFonts w:ascii="Garamond" w:hAnsi="Garamond"/>
          <w:sz w:val="24"/>
        </w:rPr>
        <w:t>MICRO CASE STUDY — BLUEPRINT TWENTY-TWO</w:t>
      </w:r>
    </w:p>
    <w:p w14:paraId="6874B8D9" w14:textId="77777777" w:rsidR="001A5159" w:rsidRDefault="00000000">
      <w:r>
        <w:rPr>
          <w:rFonts w:ascii="Garamond" w:hAnsi="Garamond"/>
          <w:sz w:val="24"/>
        </w:rPr>
        <w:lastRenderedPageBreak/>
        <w:t>Case Study: 26-Year-Old Freelancer Makes $1,750 in Two Weeks Creating AI-Assisted Ebooks</w:t>
      </w:r>
    </w:p>
    <w:p w14:paraId="60E45BC2" w14:textId="77777777" w:rsidR="001A5159" w:rsidRDefault="00000000">
      <w:r>
        <w:rPr>
          <w:rFonts w:ascii="Garamond" w:hAnsi="Garamond"/>
          <w:sz w:val="24"/>
        </w:rPr>
        <w:t>Julia was a designer who felt stuck doing $20–$40 Canva jobs.</w:t>
      </w:r>
    </w:p>
    <w:p w14:paraId="33A11624" w14:textId="77777777" w:rsidR="001A5159" w:rsidRDefault="00000000">
      <w:r>
        <w:rPr>
          <w:rFonts w:ascii="Garamond" w:hAnsi="Garamond"/>
          <w:sz w:val="24"/>
        </w:rPr>
        <w:t>She tried Blueprint 22 on a small test:</w:t>
      </w:r>
    </w:p>
    <w:p w14:paraId="45DB35CD" w14:textId="77777777" w:rsidR="001A5159" w:rsidRDefault="00000000">
      <w:r>
        <w:rPr>
          <w:rFonts w:ascii="Garamond" w:hAnsi="Garamond"/>
          <w:sz w:val="24"/>
        </w:rPr>
        <w:t xml:space="preserve">created a 15-page niche guide using </w:t>
      </w:r>
      <w:proofErr w:type="gramStart"/>
      <w:r>
        <w:rPr>
          <w:rFonts w:ascii="Garamond" w:hAnsi="Garamond"/>
          <w:sz w:val="24"/>
        </w:rPr>
        <w:t>AI</w:t>
      </w:r>
      <w:proofErr w:type="gramEnd"/>
    </w:p>
    <w:p w14:paraId="05ABC155" w14:textId="77777777" w:rsidR="001A5159" w:rsidRDefault="00000000">
      <w:r>
        <w:rPr>
          <w:rFonts w:ascii="Garamond" w:hAnsi="Garamond"/>
          <w:sz w:val="24"/>
        </w:rPr>
        <w:t xml:space="preserve">designed it in </w:t>
      </w:r>
      <w:proofErr w:type="gramStart"/>
      <w:r>
        <w:rPr>
          <w:rFonts w:ascii="Garamond" w:hAnsi="Garamond"/>
          <w:sz w:val="24"/>
        </w:rPr>
        <w:t>Canva</w:t>
      </w:r>
      <w:proofErr w:type="gramEnd"/>
    </w:p>
    <w:p w14:paraId="292494C6" w14:textId="77777777" w:rsidR="001A5159" w:rsidRDefault="00000000">
      <w:r>
        <w:rPr>
          <w:rFonts w:ascii="Garamond" w:hAnsi="Garamond"/>
          <w:sz w:val="24"/>
        </w:rPr>
        <w:t xml:space="preserve">posted it as a portfolio </w:t>
      </w:r>
      <w:proofErr w:type="gramStart"/>
      <w:r>
        <w:rPr>
          <w:rFonts w:ascii="Garamond" w:hAnsi="Garamond"/>
          <w:sz w:val="24"/>
        </w:rPr>
        <w:t>sample</w:t>
      </w:r>
      <w:proofErr w:type="gramEnd"/>
    </w:p>
    <w:p w14:paraId="7B6C40ED" w14:textId="77777777" w:rsidR="001A5159" w:rsidRDefault="00000000">
      <w:r>
        <w:rPr>
          <w:rFonts w:ascii="Garamond" w:hAnsi="Garamond"/>
          <w:sz w:val="24"/>
        </w:rPr>
        <w:t>A fitness coach messaged her.</w:t>
      </w:r>
    </w:p>
    <w:p w14:paraId="0303AB81" w14:textId="77777777" w:rsidR="001A5159" w:rsidRDefault="00000000">
      <w:r>
        <w:rPr>
          <w:rFonts w:ascii="Garamond" w:hAnsi="Garamond"/>
          <w:sz w:val="24"/>
        </w:rPr>
        <w:t>They hired her to create:</w:t>
      </w:r>
    </w:p>
    <w:p w14:paraId="3ED71A74" w14:textId="77777777" w:rsidR="001A5159" w:rsidRDefault="00000000">
      <w:proofErr w:type="gramStart"/>
      <w:r>
        <w:rPr>
          <w:rFonts w:ascii="Garamond" w:hAnsi="Garamond"/>
          <w:sz w:val="24"/>
        </w:rPr>
        <w:t>a 25</w:t>
      </w:r>
      <w:proofErr w:type="gramEnd"/>
      <w:r>
        <w:rPr>
          <w:rFonts w:ascii="Garamond" w:hAnsi="Garamond"/>
          <w:sz w:val="24"/>
        </w:rPr>
        <w:t>-page premium ebook → $600</w:t>
      </w:r>
    </w:p>
    <w:p w14:paraId="5D1E9C86" w14:textId="77777777" w:rsidR="001A5159" w:rsidRDefault="00000000">
      <w:r>
        <w:rPr>
          <w:rFonts w:ascii="Garamond" w:hAnsi="Garamond"/>
          <w:sz w:val="24"/>
        </w:rPr>
        <w:t>a lead magnet version → $200</w:t>
      </w:r>
    </w:p>
    <w:p w14:paraId="7A679CFD" w14:textId="77777777" w:rsidR="001A5159" w:rsidRDefault="00000000">
      <w:r>
        <w:rPr>
          <w:rFonts w:ascii="Garamond" w:hAnsi="Garamond"/>
          <w:sz w:val="24"/>
        </w:rPr>
        <w:t>4 promo graphics → $120</w:t>
      </w:r>
    </w:p>
    <w:p w14:paraId="73FE8DB8" w14:textId="77777777" w:rsidR="001A5159" w:rsidRDefault="00000000">
      <w:r>
        <w:rPr>
          <w:rFonts w:ascii="Garamond" w:hAnsi="Garamond"/>
          <w:sz w:val="24"/>
        </w:rPr>
        <w:t>Then a business consultant hired her:</w:t>
      </w:r>
    </w:p>
    <w:p w14:paraId="078FB6C5" w14:textId="77777777" w:rsidR="001A5159" w:rsidRDefault="00000000">
      <w:r>
        <w:rPr>
          <w:rFonts w:ascii="Garamond" w:hAnsi="Garamond"/>
          <w:sz w:val="24"/>
        </w:rPr>
        <w:t>30-page industry guide → $750</w:t>
      </w:r>
    </w:p>
    <w:p w14:paraId="2F635ED6" w14:textId="77777777" w:rsidR="001A5159" w:rsidRDefault="00000000">
      <w:r>
        <w:rPr>
          <w:rFonts w:ascii="Garamond" w:hAnsi="Garamond"/>
          <w:sz w:val="24"/>
        </w:rPr>
        <w:t>Total in two weeks:</w:t>
      </w:r>
      <w:r>
        <w:rPr>
          <w:rFonts w:ascii="Garamond" w:hAnsi="Garamond"/>
          <w:sz w:val="24"/>
        </w:rPr>
        <w:br/>
        <w:t>$1,750</w:t>
      </w:r>
      <w:r>
        <w:rPr>
          <w:rFonts w:ascii="Garamond" w:hAnsi="Garamond"/>
          <w:sz w:val="24"/>
        </w:rPr>
        <w:br/>
        <w:t>using a blueprint she had just learned.</w:t>
      </w:r>
    </w:p>
    <w:p w14:paraId="123A0539" w14:textId="77777777" w:rsidR="001A5159" w:rsidRDefault="00000000">
      <w:r>
        <w:rPr>
          <w:rFonts w:ascii="Garamond" w:hAnsi="Garamond"/>
          <w:sz w:val="24"/>
        </w:rPr>
        <w:t>Julia now offers:</w:t>
      </w:r>
    </w:p>
    <w:p w14:paraId="56E70823" w14:textId="77777777" w:rsidR="001A5159" w:rsidRDefault="00000000">
      <w:r>
        <w:rPr>
          <w:rFonts w:ascii="Garamond" w:hAnsi="Garamond"/>
          <w:sz w:val="24"/>
        </w:rPr>
        <w:t>premium ebooks</w:t>
      </w:r>
    </w:p>
    <w:p w14:paraId="78301BE6" w14:textId="77777777" w:rsidR="001A5159" w:rsidRDefault="00000000">
      <w:r>
        <w:rPr>
          <w:rFonts w:ascii="Garamond" w:hAnsi="Garamond"/>
          <w:sz w:val="24"/>
        </w:rPr>
        <w:t>mini guides</w:t>
      </w:r>
    </w:p>
    <w:p w14:paraId="68AB4A0D" w14:textId="77777777" w:rsidR="001A5159" w:rsidRDefault="00000000">
      <w:r>
        <w:rPr>
          <w:rFonts w:ascii="Garamond" w:hAnsi="Garamond"/>
          <w:sz w:val="24"/>
        </w:rPr>
        <w:t>funnels</w:t>
      </w:r>
    </w:p>
    <w:p w14:paraId="0E44CC89" w14:textId="77777777" w:rsidR="001A5159" w:rsidRDefault="00000000">
      <w:r>
        <w:rPr>
          <w:rFonts w:ascii="Garamond" w:hAnsi="Garamond"/>
          <w:sz w:val="24"/>
        </w:rPr>
        <w:t>client onboarding handbooks</w:t>
      </w:r>
    </w:p>
    <w:p w14:paraId="00676842" w14:textId="77777777" w:rsidR="001A5159" w:rsidRDefault="00000000">
      <w:r>
        <w:rPr>
          <w:rFonts w:ascii="Garamond" w:hAnsi="Garamond"/>
          <w:sz w:val="24"/>
        </w:rPr>
        <w:t>Her message:</w:t>
      </w:r>
    </w:p>
    <w:p w14:paraId="1A176034" w14:textId="77777777" w:rsidR="001A5159" w:rsidRDefault="00000000">
      <w:r>
        <w:rPr>
          <w:rFonts w:ascii="Garamond" w:hAnsi="Garamond"/>
          <w:sz w:val="24"/>
        </w:rPr>
        <w:t>“Ebooks used to intimidate me. Now they’re my highest-income service. AI made it impossible to fail.”</w:t>
      </w:r>
    </w:p>
    <w:p w14:paraId="0DD27586" w14:textId="77777777" w:rsidR="001A5159" w:rsidRPr="0063351A" w:rsidRDefault="00000000" w:rsidP="0063351A">
      <w:pPr>
        <w:rPr>
          <w:sz w:val="24"/>
          <w:szCs w:val="24"/>
        </w:rPr>
      </w:pPr>
      <w:r w:rsidRPr="0063351A">
        <w:rPr>
          <w:rFonts w:ascii="Garamond" w:hAnsi="Garamond"/>
          <w:b/>
          <w:sz w:val="24"/>
          <w:szCs w:val="24"/>
        </w:rPr>
        <w:t>Blueprint 22 is a simple, scalable path to real money.</w:t>
      </w:r>
    </w:p>
    <w:p w14:paraId="73F181B6" w14:textId="77777777" w:rsidR="0063351A" w:rsidRDefault="0063351A">
      <w:pPr>
        <w:sectPr w:rsidR="0063351A" w:rsidSect="00034616">
          <w:pgSz w:w="12240" w:h="15840"/>
          <w:pgMar w:top="1440" w:right="1800" w:bottom="1440" w:left="1800" w:header="720" w:footer="720" w:gutter="0"/>
          <w:cols w:space="720"/>
          <w:docGrid w:linePitch="360"/>
        </w:sectPr>
      </w:pPr>
    </w:p>
    <w:p w14:paraId="5DF35439" w14:textId="77777777" w:rsidR="001A5159" w:rsidRDefault="001A5159"/>
    <w:p w14:paraId="5AF30A18" w14:textId="77777777" w:rsidR="001A5159" w:rsidRPr="0063351A" w:rsidRDefault="00000000" w:rsidP="0063351A">
      <w:pPr>
        <w:pStyle w:val="Heading1"/>
        <w:rPr>
          <w:rFonts w:ascii="Garamond" w:hAnsi="Garamond"/>
          <w:color w:val="auto"/>
          <w:sz w:val="40"/>
          <w:szCs w:val="40"/>
        </w:rPr>
      </w:pPr>
      <w:bookmarkStart w:id="51" w:name="_Toc214830347"/>
      <w:r w:rsidRPr="0063351A">
        <w:rPr>
          <w:rFonts w:ascii="Garamond" w:hAnsi="Garamond"/>
          <w:color w:val="auto"/>
          <w:sz w:val="40"/>
          <w:szCs w:val="40"/>
        </w:rPr>
        <w:t>BLUEPRINT TWENTY-THREE — AI WEBSITE COPY &amp; BRAND MESSAGING SYSTEM</w:t>
      </w:r>
      <w:bookmarkEnd w:id="51"/>
    </w:p>
    <w:p w14:paraId="38D722A5" w14:textId="77777777" w:rsidR="001A5159" w:rsidRPr="0063351A" w:rsidRDefault="00000000" w:rsidP="0063351A">
      <w:pPr>
        <w:pStyle w:val="Heading2"/>
        <w:rPr>
          <w:color w:val="auto"/>
          <w:sz w:val="28"/>
          <w:szCs w:val="28"/>
        </w:rPr>
      </w:pPr>
      <w:bookmarkStart w:id="52" w:name="_Toc214830348"/>
      <w:r w:rsidRPr="0063351A">
        <w:rPr>
          <w:color w:val="auto"/>
          <w:sz w:val="28"/>
          <w:szCs w:val="28"/>
        </w:rPr>
        <w:t>(The Blueprint That Turns AI Into a Full Website Copywriting and Brand Voice Engine — Even If You’ve Never Written Copy Before)</w:t>
      </w:r>
      <w:bookmarkEnd w:id="52"/>
    </w:p>
    <w:p w14:paraId="3058EB4F" w14:textId="77777777" w:rsidR="001A5159" w:rsidRDefault="00000000">
      <w:r>
        <w:rPr>
          <w:rFonts w:ascii="Garamond" w:hAnsi="Garamond"/>
          <w:sz w:val="24"/>
        </w:rPr>
        <w:t>Most websites look pretty…</w:t>
      </w:r>
      <w:r>
        <w:rPr>
          <w:rFonts w:ascii="Garamond" w:hAnsi="Garamond"/>
          <w:sz w:val="24"/>
        </w:rPr>
        <w:br/>
        <w:t>…but the copy is weak, unclear, generic, or confusing.</w:t>
      </w:r>
    </w:p>
    <w:p w14:paraId="5E480798" w14:textId="77777777" w:rsidR="001A5159" w:rsidRDefault="00000000">
      <w:r>
        <w:rPr>
          <w:rFonts w:ascii="Garamond" w:hAnsi="Garamond"/>
          <w:sz w:val="24"/>
        </w:rPr>
        <w:t>That’s why businesses struggle with:</w:t>
      </w:r>
    </w:p>
    <w:p w14:paraId="0C584084" w14:textId="77777777" w:rsidR="001A5159" w:rsidRDefault="00000000">
      <w:r>
        <w:rPr>
          <w:rFonts w:ascii="Garamond" w:hAnsi="Garamond"/>
          <w:sz w:val="24"/>
        </w:rPr>
        <w:t>low conversions</w:t>
      </w:r>
    </w:p>
    <w:p w14:paraId="30AFC9D1" w14:textId="77777777" w:rsidR="001A5159" w:rsidRDefault="00000000">
      <w:r>
        <w:rPr>
          <w:rFonts w:ascii="Garamond" w:hAnsi="Garamond"/>
          <w:sz w:val="24"/>
        </w:rPr>
        <w:t>poor engagement</w:t>
      </w:r>
    </w:p>
    <w:p w14:paraId="62DE23CD" w14:textId="77777777" w:rsidR="001A5159" w:rsidRDefault="00000000">
      <w:r>
        <w:rPr>
          <w:rFonts w:ascii="Garamond" w:hAnsi="Garamond"/>
          <w:sz w:val="24"/>
        </w:rPr>
        <w:t>unclear messaging</w:t>
      </w:r>
    </w:p>
    <w:p w14:paraId="7F10573F" w14:textId="77777777" w:rsidR="001A5159" w:rsidRDefault="00000000">
      <w:r>
        <w:rPr>
          <w:rFonts w:ascii="Garamond" w:hAnsi="Garamond"/>
          <w:sz w:val="24"/>
        </w:rPr>
        <w:t>boring “About” pages</w:t>
      </w:r>
    </w:p>
    <w:p w14:paraId="30EFFBAE" w14:textId="77777777" w:rsidR="001A5159" w:rsidRDefault="00000000">
      <w:r>
        <w:rPr>
          <w:rFonts w:ascii="Garamond" w:hAnsi="Garamond"/>
          <w:sz w:val="24"/>
        </w:rPr>
        <w:t>weak calls to action</w:t>
      </w:r>
    </w:p>
    <w:p w14:paraId="01971C5B" w14:textId="77777777" w:rsidR="001A5159" w:rsidRDefault="00000000">
      <w:r>
        <w:rPr>
          <w:rFonts w:ascii="Garamond" w:hAnsi="Garamond"/>
          <w:sz w:val="24"/>
        </w:rPr>
        <w:t>inconsistent brand voice</w:t>
      </w:r>
    </w:p>
    <w:p w14:paraId="1D276FE1" w14:textId="77777777" w:rsidR="001A5159" w:rsidRDefault="00000000">
      <w:r>
        <w:rPr>
          <w:rFonts w:ascii="Garamond" w:hAnsi="Garamond"/>
          <w:sz w:val="24"/>
        </w:rPr>
        <w:t>outdated website copy</w:t>
      </w:r>
    </w:p>
    <w:p w14:paraId="0CFBD3A6" w14:textId="77777777" w:rsidR="001A5159" w:rsidRDefault="00000000">
      <w:r>
        <w:rPr>
          <w:rFonts w:ascii="Garamond" w:hAnsi="Garamond"/>
          <w:sz w:val="24"/>
        </w:rPr>
        <w:t>homepage confusion</w:t>
      </w:r>
    </w:p>
    <w:p w14:paraId="33F33C2B" w14:textId="77777777" w:rsidR="001A5159" w:rsidRDefault="00000000">
      <w:r>
        <w:rPr>
          <w:rFonts w:ascii="Garamond" w:hAnsi="Garamond"/>
          <w:sz w:val="24"/>
        </w:rPr>
        <w:t>This blueprint turns YOU into a complete website copy + brand messaging expert, using AI to generate:</w:t>
      </w:r>
    </w:p>
    <w:p w14:paraId="155809F0" w14:textId="77777777" w:rsidR="001A5159" w:rsidRDefault="00000000">
      <w:r>
        <w:rPr>
          <w:rFonts w:ascii="Garamond" w:hAnsi="Garamond"/>
          <w:sz w:val="24"/>
        </w:rPr>
        <w:t>homepages</w:t>
      </w:r>
    </w:p>
    <w:p w14:paraId="6D8202E1" w14:textId="77777777" w:rsidR="001A5159" w:rsidRDefault="00000000">
      <w:proofErr w:type="gramStart"/>
      <w:r>
        <w:rPr>
          <w:rFonts w:ascii="Garamond" w:hAnsi="Garamond"/>
          <w:sz w:val="24"/>
        </w:rPr>
        <w:t>about</w:t>
      </w:r>
      <w:proofErr w:type="gramEnd"/>
      <w:r>
        <w:rPr>
          <w:rFonts w:ascii="Garamond" w:hAnsi="Garamond"/>
          <w:sz w:val="24"/>
        </w:rPr>
        <w:t xml:space="preserve"> pages</w:t>
      </w:r>
    </w:p>
    <w:p w14:paraId="2FB56D42" w14:textId="77777777" w:rsidR="001A5159" w:rsidRDefault="00000000">
      <w:r>
        <w:rPr>
          <w:rFonts w:ascii="Garamond" w:hAnsi="Garamond"/>
          <w:sz w:val="24"/>
        </w:rPr>
        <w:t>services pages</w:t>
      </w:r>
    </w:p>
    <w:p w14:paraId="5E2D546B" w14:textId="77777777" w:rsidR="001A5159" w:rsidRDefault="00000000">
      <w:r>
        <w:rPr>
          <w:rFonts w:ascii="Garamond" w:hAnsi="Garamond"/>
          <w:sz w:val="24"/>
        </w:rPr>
        <w:t>product pages</w:t>
      </w:r>
    </w:p>
    <w:p w14:paraId="0C0C65BD" w14:textId="77777777" w:rsidR="001A5159" w:rsidRDefault="00000000">
      <w:r>
        <w:rPr>
          <w:rFonts w:ascii="Garamond" w:hAnsi="Garamond"/>
          <w:sz w:val="24"/>
        </w:rPr>
        <w:t xml:space="preserve">contact </w:t>
      </w:r>
      <w:proofErr w:type="gramStart"/>
      <w:r>
        <w:rPr>
          <w:rFonts w:ascii="Garamond" w:hAnsi="Garamond"/>
          <w:sz w:val="24"/>
        </w:rPr>
        <w:t>pages</w:t>
      </w:r>
      <w:proofErr w:type="gramEnd"/>
    </w:p>
    <w:p w14:paraId="52A7C778" w14:textId="77777777" w:rsidR="001A5159" w:rsidRDefault="00000000">
      <w:r>
        <w:rPr>
          <w:rFonts w:ascii="Garamond" w:hAnsi="Garamond"/>
          <w:sz w:val="24"/>
        </w:rPr>
        <w:t>landing pages</w:t>
      </w:r>
    </w:p>
    <w:p w14:paraId="099C2F33" w14:textId="77777777" w:rsidR="001A5159" w:rsidRDefault="00000000">
      <w:proofErr w:type="gramStart"/>
      <w:r>
        <w:rPr>
          <w:rFonts w:ascii="Garamond" w:hAnsi="Garamond"/>
          <w:sz w:val="24"/>
        </w:rPr>
        <w:t>brand voice guides</w:t>
      </w:r>
      <w:proofErr w:type="gramEnd"/>
    </w:p>
    <w:p w14:paraId="47CB5A85" w14:textId="77777777" w:rsidR="001A5159" w:rsidRDefault="00000000">
      <w:r>
        <w:rPr>
          <w:rFonts w:ascii="Garamond" w:hAnsi="Garamond"/>
          <w:sz w:val="24"/>
        </w:rPr>
        <w:lastRenderedPageBreak/>
        <w:t>taglines + slogans</w:t>
      </w:r>
    </w:p>
    <w:p w14:paraId="5F5C737C" w14:textId="77777777" w:rsidR="001A5159" w:rsidRDefault="00000000">
      <w:r>
        <w:rPr>
          <w:rFonts w:ascii="Garamond" w:hAnsi="Garamond"/>
          <w:sz w:val="24"/>
        </w:rPr>
        <w:t>positioning statements</w:t>
      </w:r>
    </w:p>
    <w:p w14:paraId="78C74DB6" w14:textId="77777777" w:rsidR="001A5159" w:rsidRDefault="00000000">
      <w:r>
        <w:rPr>
          <w:rFonts w:ascii="Garamond" w:hAnsi="Garamond"/>
          <w:sz w:val="24"/>
        </w:rPr>
        <w:t>This is a high-ticket service that businesses desperately need.</w:t>
      </w:r>
    </w:p>
    <w:p w14:paraId="10FD2E04" w14:textId="77777777" w:rsidR="001A5159" w:rsidRDefault="001A5159"/>
    <w:p w14:paraId="5BDAFC55" w14:textId="77777777" w:rsidR="001A5159" w:rsidRDefault="00000000">
      <w:r>
        <w:rPr>
          <w:rFonts w:ascii="Garamond" w:hAnsi="Garamond"/>
          <w:sz w:val="24"/>
        </w:rPr>
        <w:t>Why This Blueprint Works</w:t>
      </w:r>
    </w:p>
    <w:p w14:paraId="7B0F4183" w14:textId="77777777" w:rsidR="001A5159" w:rsidRDefault="00000000">
      <w:r>
        <w:rPr>
          <w:rFonts w:ascii="Garamond" w:hAnsi="Garamond"/>
          <w:sz w:val="24"/>
        </w:rPr>
        <w:t>Most small business websites FAIL because:</w:t>
      </w:r>
    </w:p>
    <w:p w14:paraId="1351295E" w14:textId="77777777" w:rsidR="001A5159" w:rsidRDefault="00000000">
      <w:proofErr w:type="gramStart"/>
      <w:r>
        <w:rPr>
          <w:rFonts w:ascii="Garamond" w:hAnsi="Garamond"/>
          <w:sz w:val="24"/>
        </w:rPr>
        <w:t>the</w:t>
      </w:r>
      <w:proofErr w:type="gramEnd"/>
      <w:r>
        <w:rPr>
          <w:rFonts w:ascii="Garamond" w:hAnsi="Garamond"/>
          <w:sz w:val="24"/>
        </w:rPr>
        <w:t xml:space="preserve"> copy is too </w:t>
      </w:r>
      <w:proofErr w:type="gramStart"/>
      <w:r>
        <w:rPr>
          <w:rFonts w:ascii="Garamond" w:hAnsi="Garamond"/>
          <w:sz w:val="24"/>
        </w:rPr>
        <w:t>long</w:t>
      </w:r>
      <w:proofErr w:type="gramEnd"/>
    </w:p>
    <w:p w14:paraId="2BACA87B" w14:textId="77777777" w:rsidR="001A5159" w:rsidRDefault="00000000">
      <w:proofErr w:type="gramStart"/>
      <w:r>
        <w:rPr>
          <w:rFonts w:ascii="Garamond" w:hAnsi="Garamond"/>
          <w:sz w:val="24"/>
        </w:rPr>
        <w:t>the</w:t>
      </w:r>
      <w:proofErr w:type="gramEnd"/>
      <w:r>
        <w:rPr>
          <w:rFonts w:ascii="Garamond" w:hAnsi="Garamond"/>
          <w:sz w:val="24"/>
        </w:rPr>
        <w:t xml:space="preserve"> copy is too </w:t>
      </w:r>
      <w:proofErr w:type="gramStart"/>
      <w:r>
        <w:rPr>
          <w:rFonts w:ascii="Garamond" w:hAnsi="Garamond"/>
          <w:sz w:val="24"/>
        </w:rPr>
        <w:t>vague</w:t>
      </w:r>
      <w:proofErr w:type="gramEnd"/>
    </w:p>
    <w:p w14:paraId="19C84C67" w14:textId="77777777" w:rsidR="001A5159" w:rsidRDefault="00000000">
      <w:proofErr w:type="gramStart"/>
      <w:r>
        <w:rPr>
          <w:rFonts w:ascii="Garamond" w:hAnsi="Garamond"/>
          <w:sz w:val="24"/>
        </w:rPr>
        <w:t>the</w:t>
      </w:r>
      <w:proofErr w:type="gramEnd"/>
      <w:r>
        <w:rPr>
          <w:rFonts w:ascii="Garamond" w:hAnsi="Garamond"/>
          <w:sz w:val="24"/>
        </w:rPr>
        <w:t xml:space="preserve"> copy is too </w:t>
      </w:r>
      <w:proofErr w:type="gramStart"/>
      <w:r>
        <w:rPr>
          <w:rFonts w:ascii="Garamond" w:hAnsi="Garamond"/>
          <w:sz w:val="24"/>
        </w:rPr>
        <w:t>technical</w:t>
      </w:r>
      <w:proofErr w:type="gramEnd"/>
    </w:p>
    <w:p w14:paraId="3427DD77" w14:textId="77777777" w:rsidR="001A5159" w:rsidRDefault="00000000">
      <w:proofErr w:type="gramStart"/>
      <w:r>
        <w:rPr>
          <w:rFonts w:ascii="Garamond" w:hAnsi="Garamond"/>
          <w:sz w:val="24"/>
        </w:rPr>
        <w:t>the</w:t>
      </w:r>
      <w:proofErr w:type="gramEnd"/>
      <w:r>
        <w:rPr>
          <w:rFonts w:ascii="Garamond" w:hAnsi="Garamond"/>
          <w:sz w:val="24"/>
        </w:rPr>
        <w:t xml:space="preserve"> copy is too </w:t>
      </w:r>
      <w:proofErr w:type="gramStart"/>
      <w:r>
        <w:rPr>
          <w:rFonts w:ascii="Garamond" w:hAnsi="Garamond"/>
          <w:sz w:val="24"/>
        </w:rPr>
        <w:t>generic</w:t>
      </w:r>
      <w:proofErr w:type="gramEnd"/>
    </w:p>
    <w:p w14:paraId="7867F418" w14:textId="77777777" w:rsidR="001A5159" w:rsidRDefault="00000000">
      <w:proofErr w:type="gramStart"/>
      <w:r>
        <w:rPr>
          <w:rFonts w:ascii="Garamond" w:hAnsi="Garamond"/>
          <w:sz w:val="24"/>
        </w:rPr>
        <w:t>the</w:t>
      </w:r>
      <w:proofErr w:type="gramEnd"/>
      <w:r>
        <w:rPr>
          <w:rFonts w:ascii="Garamond" w:hAnsi="Garamond"/>
          <w:sz w:val="24"/>
        </w:rPr>
        <w:t xml:space="preserve"> copy is too feature-</w:t>
      </w:r>
      <w:proofErr w:type="gramStart"/>
      <w:r>
        <w:rPr>
          <w:rFonts w:ascii="Garamond" w:hAnsi="Garamond"/>
          <w:sz w:val="24"/>
        </w:rPr>
        <w:t>heavy</w:t>
      </w:r>
      <w:proofErr w:type="gramEnd"/>
    </w:p>
    <w:p w14:paraId="470C4311" w14:textId="77777777" w:rsidR="001A5159" w:rsidRDefault="00000000">
      <w:proofErr w:type="gramStart"/>
      <w:r>
        <w:rPr>
          <w:rFonts w:ascii="Garamond" w:hAnsi="Garamond"/>
          <w:sz w:val="24"/>
        </w:rPr>
        <w:t>the</w:t>
      </w:r>
      <w:proofErr w:type="gramEnd"/>
      <w:r>
        <w:rPr>
          <w:rFonts w:ascii="Garamond" w:hAnsi="Garamond"/>
          <w:sz w:val="24"/>
        </w:rPr>
        <w:t xml:space="preserve"> messaging isn’t </w:t>
      </w:r>
      <w:proofErr w:type="gramStart"/>
      <w:r>
        <w:rPr>
          <w:rFonts w:ascii="Garamond" w:hAnsi="Garamond"/>
          <w:sz w:val="24"/>
        </w:rPr>
        <w:t>clear</w:t>
      </w:r>
      <w:proofErr w:type="gramEnd"/>
    </w:p>
    <w:p w14:paraId="3C75B0E1" w14:textId="77777777" w:rsidR="001A5159" w:rsidRDefault="00000000">
      <w:proofErr w:type="gramStart"/>
      <w:r>
        <w:rPr>
          <w:rFonts w:ascii="Garamond" w:hAnsi="Garamond"/>
          <w:sz w:val="24"/>
        </w:rPr>
        <w:t>the</w:t>
      </w:r>
      <w:proofErr w:type="gramEnd"/>
      <w:r>
        <w:rPr>
          <w:rFonts w:ascii="Garamond" w:hAnsi="Garamond"/>
          <w:sz w:val="24"/>
        </w:rPr>
        <w:t xml:space="preserve"> user doesn’t know what to </w:t>
      </w:r>
      <w:proofErr w:type="gramStart"/>
      <w:r>
        <w:rPr>
          <w:rFonts w:ascii="Garamond" w:hAnsi="Garamond"/>
          <w:sz w:val="24"/>
        </w:rPr>
        <w:t>do</w:t>
      </w:r>
      <w:proofErr w:type="gramEnd"/>
    </w:p>
    <w:p w14:paraId="0A0F6914" w14:textId="77777777" w:rsidR="001A5159" w:rsidRDefault="00000000">
      <w:r>
        <w:rPr>
          <w:rFonts w:ascii="Garamond" w:hAnsi="Garamond"/>
          <w:sz w:val="24"/>
        </w:rPr>
        <w:t xml:space="preserve">the brand voice is </w:t>
      </w:r>
      <w:proofErr w:type="gramStart"/>
      <w:r>
        <w:rPr>
          <w:rFonts w:ascii="Garamond" w:hAnsi="Garamond"/>
          <w:sz w:val="24"/>
        </w:rPr>
        <w:t>inconsistent</w:t>
      </w:r>
      <w:proofErr w:type="gramEnd"/>
    </w:p>
    <w:p w14:paraId="0C3EE6BB" w14:textId="77777777" w:rsidR="001A5159" w:rsidRDefault="00000000">
      <w:r>
        <w:rPr>
          <w:rFonts w:ascii="Garamond" w:hAnsi="Garamond"/>
          <w:sz w:val="24"/>
        </w:rPr>
        <w:t>AI gives you:</w:t>
      </w:r>
    </w:p>
    <w:p w14:paraId="64264BD4" w14:textId="77777777" w:rsidR="001A5159" w:rsidRDefault="00000000">
      <w:r>
        <w:rPr>
          <w:rFonts w:ascii="Garamond" w:hAnsi="Garamond"/>
          <w:sz w:val="24"/>
        </w:rPr>
        <w:t>clarity</w:t>
      </w:r>
    </w:p>
    <w:p w14:paraId="2C37F130" w14:textId="77777777" w:rsidR="001A5159" w:rsidRDefault="00000000">
      <w:r>
        <w:rPr>
          <w:rFonts w:ascii="Garamond" w:hAnsi="Garamond"/>
          <w:sz w:val="24"/>
        </w:rPr>
        <w:t>structure</w:t>
      </w:r>
    </w:p>
    <w:p w14:paraId="792C8ADC" w14:textId="77777777" w:rsidR="001A5159" w:rsidRDefault="00000000">
      <w:r>
        <w:rPr>
          <w:rFonts w:ascii="Garamond" w:hAnsi="Garamond"/>
          <w:sz w:val="24"/>
        </w:rPr>
        <w:t>emotional flow</w:t>
      </w:r>
    </w:p>
    <w:p w14:paraId="3CD8249D" w14:textId="77777777" w:rsidR="001A5159" w:rsidRDefault="00000000">
      <w:r>
        <w:rPr>
          <w:rFonts w:ascii="Garamond" w:hAnsi="Garamond"/>
          <w:sz w:val="24"/>
        </w:rPr>
        <w:t>persuasive language</w:t>
      </w:r>
    </w:p>
    <w:p w14:paraId="4B017D44" w14:textId="77777777" w:rsidR="001A5159" w:rsidRDefault="00000000">
      <w:r>
        <w:rPr>
          <w:rFonts w:ascii="Garamond" w:hAnsi="Garamond"/>
          <w:sz w:val="24"/>
        </w:rPr>
        <w:t>transformation-driven messaging</w:t>
      </w:r>
    </w:p>
    <w:p w14:paraId="132F7891" w14:textId="77777777" w:rsidR="001A5159" w:rsidRDefault="00000000">
      <w:r>
        <w:rPr>
          <w:rFonts w:ascii="Garamond" w:hAnsi="Garamond"/>
          <w:sz w:val="24"/>
        </w:rPr>
        <w:t>This lets you create professional-grade website copy without years of copywriting experience.</w:t>
      </w:r>
    </w:p>
    <w:p w14:paraId="1F310481" w14:textId="77777777" w:rsidR="001A5159" w:rsidRDefault="00000000">
      <w:r>
        <w:rPr>
          <w:rFonts w:ascii="Garamond" w:hAnsi="Garamond"/>
          <w:sz w:val="24"/>
        </w:rPr>
        <w:t>Businesses happily pay high rates because better copy = more customers.</w:t>
      </w:r>
    </w:p>
    <w:p w14:paraId="36869AB0" w14:textId="77777777" w:rsidR="001A5159" w:rsidRDefault="001A5159"/>
    <w:p w14:paraId="64E912E6" w14:textId="77777777" w:rsidR="001A5159" w:rsidRDefault="00000000">
      <w:r>
        <w:rPr>
          <w:rFonts w:ascii="Garamond" w:hAnsi="Garamond"/>
          <w:sz w:val="24"/>
        </w:rPr>
        <w:t>Tools You Need</w:t>
      </w:r>
    </w:p>
    <w:p w14:paraId="5C86EDE6" w14:textId="77777777" w:rsidR="001A5159" w:rsidRDefault="00000000">
      <w:r>
        <w:rPr>
          <w:rFonts w:ascii="Garamond" w:hAnsi="Garamond"/>
          <w:sz w:val="24"/>
        </w:rPr>
        <w:lastRenderedPageBreak/>
        <w:t>ChatGPT / Claude — brand messaging + website copy</w:t>
      </w:r>
      <w:r>
        <w:rPr>
          <w:rFonts w:ascii="Garamond" w:hAnsi="Garamond"/>
          <w:sz w:val="24"/>
        </w:rPr>
        <w:br/>
        <w:t>Google Docs — copy drafts</w:t>
      </w:r>
      <w:r>
        <w:rPr>
          <w:rFonts w:ascii="Garamond" w:hAnsi="Garamond"/>
          <w:sz w:val="24"/>
        </w:rPr>
        <w:br/>
        <w:t>Canva — wireframe visuals (optional)</w:t>
      </w:r>
      <w:r>
        <w:rPr>
          <w:rFonts w:ascii="Garamond" w:hAnsi="Garamond"/>
          <w:sz w:val="24"/>
        </w:rPr>
        <w:br/>
        <w:t>Figma / Framer — mockups (optional)</w:t>
      </w:r>
      <w:r>
        <w:rPr>
          <w:rFonts w:ascii="Garamond" w:hAnsi="Garamond"/>
          <w:sz w:val="24"/>
        </w:rPr>
        <w:br/>
        <w:t xml:space="preserve">Trello / Notion — project </w:t>
      </w:r>
      <w:proofErr w:type="gramStart"/>
      <w:r>
        <w:rPr>
          <w:rFonts w:ascii="Garamond" w:hAnsi="Garamond"/>
          <w:sz w:val="24"/>
        </w:rPr>
        <w:t>workflow</w:t>
      </w:r>
      <w:proofErr w:type="gramEnd"/>
    </w:p>
    <w:p w14:paraId="3F61836C" w14:textId="77777777" w:rsidR="001A5159" w:rsidRDefault="001A5159"/>
    <w:p w14:paraId="1AFB8B2C" w14:textId="77777777" w:rsidR="001A5159" w:rsidRDefault="00000000">
      <w:r>
        <w:rPr>
          <w:rFonts w:ascii="Garamond" w:hAnsi="Garamond"/>
          <w:sz w:val="24"/>
        </w:rPr>
        <w:t>What You’ll Offer</w:t>
      </w:r>
    </w:p>
    <w:p w14:paraId="3F16CEA8" w14:textId="77777777" w:rsidR="001A5159" w:rsidRDefault="00000000">
      <w:r>
        <w:rPr>
          <w:rFonts w:ascii="Garamond" w:hAnsi="Garamond"/>
          <w:sz w:val="24"/>
        </w:rPr>
        <w:t>You can build:</w:t>
      </w:r>
    </w:p>
    <w:p w14:paraId="6902DB4B" w14:textId="77777777" w:rsidR="001A5159" w:rsidRDefault="00000000">
      <w:r>
        <w:rPr>
          <w:rFonts w:ascii="Garamond" w:hAnsi="Garamond"/>
          <w:sz w:val="24"/>
        </w:rPr>
        <w:t>full website rewrites</w:t>
      </w:r>
    </w:p>
    <w:p w14:paraId="2DA3CB67" w14:textId="77777777" w:rsidR="001A5159" w:rsidRDefault="00000000">
      <w:r>
        <w:rPr>
          <w:rFonts w:ascii="Garamond" w:hAnsi="Garamond"/>
          <w:sz w:val="24"/>
        </w:rPr>
        <w:t>homepage transformation</w:t>
      </w:r>
    </w:p>
    <w:p w14:paraId="7FBEEB42" w14:textId="77777777" w:rsidR="001A5159" w:rsidRDefault="00000000">
      <w:proofErr w:type="gramStart"/>
      <w:r>
        <w:rPr>
          <w:rFonts w:ascii="Garamond" w:hAnsi="Garamond"/>
          <w:sz w:val="24"/>
        </w:rPr>
        <w:t>brand voice guides</w:t>
      </w:r>
      <w:proofErr w:type="gramEnd"/>
    </w:p>
    <w:p w14:paraId="5A542FB2" w14:textId="77777777" w:rsidR="001A5159" w:rsidRDefault="00000000">
      <w:r>
        <w:rPr>
          <w:rFonts w:ascii="Garamond" w:hAnsi="Garamond"/>
          <w:sz w:val="24"/>
        </w:rPr>
        <w:t>tagline + slogan packs</w:t>
      </w:r>
    </w:p>
    <w:p w14:paraId="6AB6AF15" w14:textId="77777777" w:rsidR="001A5159" w:rsidRDefault="00000000">
      <w:r>
        <w:rPr>
          <w:rFonts w:ascii="Garamond" w:hAnsi="Garamond"/>
          <w:sz w:val="24"/>
        </w:rPr>
        <w:t>services page rewrites</w:t>
      </w:r>
    </w:p>
    <w:p w14:paraId="7D679649" w14:textId="77777777" w:rsidR="001A5159" w:rsidRDefault="00000000">
      <w:r>
        <w:rPr>
          <w:rFonts w:ascii="Garamond" w:hAnsi="Garamond"/>
          <w:sz w:val="24"/>
        </w:rPr>
        <w:t>product descriptions</w:t>
      </w:r>
    </w:p>
    <w:p w14:paraId="09FD70AC" w14:textId="77777777" w:rsidR="001A5159" w:rsidRDefault="00000000">
      <w:r>
        <w:rPr>
          <w:rFonts w:ascii="Garamond" w:hAnsi="Garamond"/>
          <w:sz w:val="24"/>
        </w:rPr>
        <w:t>“About the founder” storytelling</w:t>
      </w:r>
    </w:p>
    <w:p w14:paraId="5AD83D97" w14:textId="77777777" w:rsidR="001A5159" w:rsidRDefault="00000000">
      <w:r>
        <w:rPr>
          <w:rFonts w:ascii="Garamond" w:hAnsi="Garamond"/>
          <w:sz w:val="24"/>
        </w:rPr>
        <w:t>CTA + messaging frameworks</w:t>
      </w:r>
    </w:p>
    <w:p w14:paraId="34BFB228" w14:textId="77777777" w:rsidR="001A5159" w:rsidRDefault="00000000">
      <w:r>
        <w:rPr>
          <w:rFonts w:ascii="Garamond" w:hAnsi="Garamond"/>
          <w:sz w:val="24"/>
        </w:rPr>
        <w:t>simple website wireframes</w:t>
      </w:r>
    </w:p>
    <w:p w14:paraId="39227C60" w14:textId="77777777" w:rsidR="001A5159" w:rsidRDefault="00000000">
      <w:r>
        <w:rPr>
          <w:rFonts w:ascii="Garamond" w:hAnsi="Garamond"/>
          <w:sz w:val="24"/>
        </w:rPr>
        <w:t>Deliverables include:</w:t>
      </w:r>
    </w:p>
    <w:p w14:paraId="7B0A5287" w14:textId="77777777" w:rsidR="001A5159" w:rsidRDefault="00000000">
      <w:r>
        <w:rPr>
          <w:rFonts w:ascii="Garamond" w:hAnsi="Garamond"/>
          <w:sz w:val="24"/>
        </w:rPr>
        <w:t>3 headline options</w:t>
      </w:r>
    </w:p>
    <w:p w14:paraId="560CF536" w14:textId="77777777" w:rsidR="001A5159" w:rsidRDefault="00000000">
      <w:r>
        <w:rPr>
          <w:rFonts w:ascii="Garamond" w:hAnsi="Garamond"/>
          <w:sz w:val="24"/>
        </w:rPr>
        <w:t>3 tagline variations</w:t>
      </w:r>
    </w:p>
    <w:p w14:paraId="4A27EF4F" w14:textId="77777777" w:rsidR="001A5159" w:rsidRDefault="00000000">
      <w:r>
        <w:rPr>
          <w:rFonts w:ascii="Garamond" w:hAnsi="Garamond"/>
          <w:sz w:val="24"/>
        </w:rPr>
        <w:t>short + long versions of each section</w:t>
      </w:r>
    </w:p>
    <w:p w14:paraId="7914899B" w14:textId="77777777" w:rsidR="001A5159" w:rsidRDefault="00000000">
      <w:r>
        <w:rPr>
          <w:rFonts w:ascii="Garamond" w:hAnsi="Garamond"/>
          <w:sz w:val="24"/>
        </w:rPr>
        <w:t>a complete brand messaging kit</w:t>
      </w:r>
    </w:p>
    <w:p w14:paraId="23EFEC55" w14:textId="77777777" w:rsidR="001A5159" w:rsidRDefault="00000000">
      <w:r>
        <w:rPr>
          <w:rFonts w:ascii="Garamond" w:hAnsi="Garamond"/>
          <w:sz w:val="24"/>
        </w:rPr>
        <w:t>SEO meta descriptions</w:t>
      </w:r>
    </w:p>
    <w:p w14:paraId="464A3772" w14:textId="77777777" w:rsidR="001A5159" w:rsidRDefault="00000000">
      <w:r>
        <w:rPr>
          <w:rFonts w:ascii="Garamond" w:hAnsi="Garamond"/>
          <w:sz w:val="24"/>
        </w:rPr>
        <w:t>social profile bios</w:t>
      </w:r>
    </w:p>
    <w:p w14:paraId="283DDD98" w14:textId="77777777" w:rsidR="001A5159" w:rsidRDefault="00000000">
      <w:r>
        <w:rPr>
          <w:rFonts w:ascii="Garamond" w:hAnsi="Garamond"/>
          <w:sz w:val="24"/>
        </w:rPr>
        <w:t xml:space="preserve">call-to-action </w:t>
      </w:r>
      <w:proofErr w:type="gramStart"/>
      <w:r>
        <w:rPr>
          <w:rFonts w:ascii="Garamond" w:hAnsi="Garamond"/>
          <w:sz w:val="24"/>
        </w:rPr>
        <w:t>library</w:t>
      </w:r>
      <w:proofErr w:type="gramEnd"/>
    </w:p>
    <w:p w14:paraId="686AC724" w14:textId="77777777" w:rsidR="001A5159" w:rsidRDefault="00000000">
      <w:r>
        <w:rPr>
          <w:rFonts w:ascii="Garamond" w:hAnsi="Garamond"/>
          <w:sz w:val="24"/>
        </w:rPr>
        <w:t>This is a complete messaging system.</w:t>
      </w:r>
    </w:p>
    <w:p w14:paraId="63668F63" w14:textId="77777777" w:rsidR="001A5159" w:rsidRDefault="001A5159"/>
    <w:p w14:paraId="7097A499" w14:textId="77777777" w:rsidR="001A5159" w:rsidRDefault="00000000">
      <w:r>
        <w:rPr>
          <w:rFonts w:ascii="Garamond" w:hAnsi="Garamond"/>
          <w:sz w:val="24"/>
        </w:rPr>
        <w:lastRenderedPageBreak/>
        <w:t>AI-Powered Workflow (Step-by-Step)</w:t>
      </w:r>
    </w:p>
    <w:p w14:paraId="04928768" w14:textId="77777777" w:rsidR="001A5159" w:rsidRDefault="00000000">
      <w:r>
        <w:rPr>
          <w:rFonts w:ascii="Garamond" w:hAnsi="Garamond"/>
          <w:sz w:val="24"/>
        </w:rPr>
        <w:t>STEP 1 — Extract the Brand Identity</w:t>
      </w:r>
    </w:p>
    <w:p w14:paraId="04616425" w14:textId="77777777" w:rsidR="001A5159" w:rsidRDefault="00000000">
      <w:r>
        <w:rPr>
          <w:rFonts w:ascii="Garamond" w:hAnsi="Garamond"/>
          <w:sz w:val="24"/>
        </w:rPr>
        <w:t>Ask your client basic questions or scan their site.</w:t>
      </w:r>
    </w:p>
    <w:p w14:paraId="274B9E3C" w14:textId="77777777" w:rsidR="001A5159" w:rsidRDefault="00000000">
      <w:r>
        <w:rPr>
          <w:rFonts w:ascii="Garamond" w:hAnsi="Garamond"/>
          <w:sz w:val="24"/>
        </w:rPr>
        <w:t>Then prompt AI:</w:t>
      </w:r>
    </w:p>
    <w:p w14:paraId="1B021F84" w14:textId="77777777" w:rsidR="001A5159" w:rsidRDefault="00000000">
      <w:r>
        <w:rPr>
          <w:rFonts w:ascii="Garamond" w:hAnsi="Garamond"/>
          <w:sz w:val="24"/>
        </w:rPr>
        <w:t>“Extract the brand voice, values, audience, and positioning from this business. Rewrite it in a more modern, clear style.”</w:t>
      </w:r>
    </w:p>
    <w:p w14:paraId="3B7FDBE0" w14:textId="77777777" w:rsidR="001A5159" w:rsidRDefault="001A5159"/>
    <w:p w14:paraId="332300CF" w14:textId="77777777" w:rsidR="001A5159" w:rsidRDefault="00000000">
      <w:r>
        <w:rPr>
          <w:rFonts w:ascii="Garamond" w:hAnsi="Garamond"/>
          <w:sz w:val="24"/>
        </w:rPr>
        <w:t>STEP 2 — Create the Brand Voice Guide</w:t>
      </w:r>
    </w:p>
    <w:p w14:paraId="60E2D645" w14:textId="77777777" w:rsidR="001A5159" w:rsidRDefault="00000000">
      <w:r>
        <w:rPr>
          <w:rFonts w:ascii="Garamond" w:hAnsi="Garamond"/>
          <w:sz w:val="24"/>
        </w:rPr>
        <w:t>Ask:</w:t>
      </w:r>
    </w:p>
    <w:p w14:paraId="7943036F" w14:textId="77777777" w:rsidR="001A5159" w:rsidRDefault="00000000">
      <w:r>
        <w:rPr>
          <w:rFonts w:ascii="Garamond" w:hAnsi="Garamond"/>
          <w:sz w:val="24"/>
        </w:rPr>
        <w:t>“Create a brand voice guide including tone, style, vocabulary, audience triggers, and emotion drivers.”</w:t>
      </w:r>
    </w:p>
    <w:p w14:paraId="1AE7A885" w14:textId="77777777" w:rsidR="001A5159" w:rsidRDefault="00000000">
      <w:r>
        <w:rPr>
          <w:rFonts w:ascii="Garamond" w:hAnsi="Garamond"/>
          <w:sz w:val="24"/>
        </w:rPr>
        <w:t>This becomes your foundation.</w:t>
      </w:r>
    </w:p>
    <w:p w14:paraId="4438BF12" w14:textId="77777777" w:rsidR="001A5159" w:rsidRDefault="001A5159"/>
    <w:p w14:paraId="5006FDB0" w14:textId="77777777" w:rsidR="001A5159" w:rsidRDefault="00000000">
      <w:r>
        <w:rPr>
          <w:rFonts w:ascii="Garamond" w:hAnsi="Garamond"/>
          <w:sz w:val="24"/>
        </w:rPr>
        <w:t>STEP 3 — Rewrite the Homepage</w:t>
      </w:r>
    </w:p>
    <w:p w14:paraId="373F3536" w14:textId="77777777" w:rsidR="001A5159" w:rsidRDefault="00000000">
      <w:r>
        <w:rPr>
          <w:rFonts w:ascii="Garamond" w:hAnsi="Garamond"/>
          <w:sz w:val="24"/>
        </w:rPr>
        <w:t>Ask:</w:t>
      </w:r>
    </w:p>
    <w:p w14:paraId="0EE91E27" w14:textId="77777777" w:rsidR="001A5159" w:rsidRDefault="00000000">
      <w:r>
        <w:rPr>
          <w:rFonts w:ascii="Garamond" w:hAnsi="Garamond"/>
          <w:sz w:val="24"/>
        </w:rPr>
        <w:t>“Rewrite this homepage with clear structure: hero section, transformation statement, benefits, proof, services, CTA, and FAQ.”</w:t>
      </w:r>
    </w:p>
    <w:p w14:paraId="2036873A" w14:textId="77777777" w:rsidR="001A5159" w:rsidRDefault="00000000">
      <w:r>
        <w:rPr>
          <w:rFonts w:ascii="Garamond" w:hAnsi="Garamond"/>
          <w:sz w:val="24"/>
        </w:rPr>
        <w:t>You’ll instantly get a polished version.</w:t>
      </w:r>
    </w:p>
    <w:p w14:paraId="66EE735E" w14:textId="77777777" w:rsidR="001A5159" w:rsidRDefault="001A5159"/>
    <w:p w14:paraId="64CCB8EF" w14:textId="77777777" w:rsidR="001A5159" w:rsidRDefault="00000000">
      <w:r>
        <w:rPr>
          <w:rFonts w:ascii="Garamond" w:hAnsi="Garamond"/>
          <w:sz w:val="24"/>
        </w:rPr>
        <w:t>STEP 4 — Generate About Page Storytelling</w:t>
      </w:r>
    </w:p>
    <w:p w14:paraId="1CDF9639" w14:textId="77777777" w:rsidR="001A5159" w:rsidRDefault="00000000">
      <w:r>
        <w:rPr>
          <w:rFonts w:ascii="Garamond" w:hAnsi="Garamond"/>
          <w:sz w:val="24"/>
        </w:rPr>
        <w:t>Ask:</w:t>
      </w:r>
    </w:p>
    <w:p w14:paraId="4892C3AD" w14:textId="77777777" w:rsidR="001A5159" w:rsidRDefault="00000000">
      <w:r>
        <w:rPr>
          <w:rFonts w:ascii="Garamond" w:hAnsi="Garamond"/>
          <w:sz w:val="24"/>
        </w:rPr>
        <w:t>“Turn this founder bio into a compelling brand story with a beginning, middle, and credibility-focused end.”</w:t>
      </w:r>
    </w:p>
    <w:p w14:paraId="41699BD0" w14:textId="77777777" w:rsidR="001A5159" w:rsidRDefault="001A5159"/>
    <w:p w14:paraId="0B8B5DD9" w14:textId="77777777" w:rsidR="001A5159" w:rsidRDefault="00000000">
      <w:r>
        <w:rPr>
          <w:rFonts w:ascii="Garamond" w:hAnsi="Garamond"/>
          <w:sz w:val="24"/>
        </w:rPr>
        <w:t>STEP 5 — Rewrite Services Pages</w:t>
      </w:r>
    </w:p>
    <w:p w14:paraId="7C9BF4CB" w14:textId="77777777" w:rsidR="001A5159" w:rsidRDefault="00000000">
      <w:r>
        <w:rPr>
          <w:rFonts w:ascii="Garamond" w:hAnsi="Garamond"/>
          <w:sz w:val="24"/>
        </w:rPr>
        <w:t>Ask:</w:t>
      </w:r>
    </w:p>
    <w:p w14:paraId="060AFAF9" w14:textId="77777777" w:rsidR="001A5159" w:rsidRDefault="00000000">
      <w:r>
        <w:rPr>
          <w:rFonts w:ascii="Garamond" w:hAnsi="Garamond"/>
          <w:sz w:val="24"/>
        </w:rPr>
        <w:lastRenderedPageBreak/>
        <w:t>“Rewrite these services with features, benefits, transformation statements, FAQs, and pricing structure.”</w:t>
      </w:r>
    </w:p>
    <w:p w14:paraId="6E4AD33C" w14:textId="77777777" w:rsidR="001A5159" w:rsidRDefault="001A5159"/>
    <w:p w14:paraId="47968827" w14:textId="77777777" w:rsidR="001A5159" w:rsidRDefault="00000000">
      <w:r>
        <w:rPr>
          <w:rFonts w:ascii="Garamond" w:hAnsi="Garamond"/>
          <w:sz w:val="24"/>
        </w:rPr>
        <w:t xml:space="preserve">STEP 6 — Create SEO + </w:t>
      </w:r>
      <w:proofErr w:type="gramStart"/>
      <w:r>
        <w:rPr>
          <w:rFonts w:ascii="Garamond" w:hAnsi="Garamond"/>
          <w:sz w:val="24"/>
        </w:rPr>
        <w:t>CTAs</w:t>
      </w:r>
      <w:proofErr w:type="gramEnd"/>
    </w:p>
    <w:p w14:paraId="74F2149C" w14:textId="77777777" w:rsidR="001A5159" w:rsidRDefault="00000000">
      <w:r>
        <w:rPr>
          <w:rFonts w:ascii="Garamond" w:hAnsi="Garamond"/>
          <w:sz w:val="24"/>
        </w:rPr>
        <w:t>Ask:</w:t>
      </w:r>
    </w:p>
    <w:p w14:paraId="060D99B7" w14:textId="77777777" w:rsidR="001A5159" w:rsidRDefault="00000000">
      <w:r>
        <w:rPr>
          <w:rFonts w:ascii="Garamond" w:hAnsi="Garamond"/>
          <w:sz w:val="24"/>
        </w:rPr>
        <w:t>“Create 5 SEO meta descriptions and 10 CTA options.”</w:t>
      </w:r>
    </w:p>
    <w:p w14:paraId="52CEAA77" w14:textId="77777777" w:rsidR="001A5159" w:rsidRDefault="001A5159"/>
    <w:p w14:paraId="5D6E7EC8" w14:textId="77777777" w:rsidR="001A5159" w:rsidRDefault="00000000">
      <w:r>
        <w:rPr>
          <w:rFonts w:ascii="Garamond" w:hAnsi="Garamond"/>
          <w:sz w:val="24"/>
        </w:rPr>
        <w:t>STEP 7 — Deliver the Website Copy Package</w:t>
      </w:r>
    </w:p>
    <w:p w14:paraId="7302998B" w14:textId="77777777" w:rsidR="001A5159" w:rsidRDefault="00000000">
      <w:r>
        <w:rPr>
          <w:rFonts w:ascii="Garamond" w:hAnsi="Garamond"/>
          <w:sz w:val="24"/>
        </w:rPr>
        <w:t>You’ll deliver:</w:t>
      </w:r>
    </w:p>
    <w:p w14:paraId="45C94FFF" w14:textId="77777777" w:rsidR="001A5159" w:rsidRDefault="00000000">
      <w:r>
        <w:rPr>
          <w:rFonts w:ascii="Garamond" w:hAnsi="Garamond"/>
          <w:sz w:val="24"/>
        </w:rPr>
        <w:t>homepage copy</w:t>
      </w:r>
    </w:p>
    <w:p w14:paraId="570ED60F" w14:textId="77777777" w:rsidR="001A5159" w:rsidRDefault="00000000">
      <w:r>
        <w:rPr>
          <w:rFonts w:ascii="Garamond" w:hAnsi="Garamond"/>
          <w:sz w:val="24"/>
        </w:rPr>
        <w:t>about page copy</w:t>
      </w:r>
    </w:p>
    <w:p w14:paraId="6F36D0EB" w14:textId="77777777" w:rsidR="001A5159" w:rsidRDefault="00000000">
      <w:r>
        <w:rPr>
          <w:rFonts w:ascii="Garamond" w:hAnsi="Garamond"/>
          <w:sz w:val="24"/>
        </w:rPr>
        <w:t xml:space="preserve">services </w:t>
      </w:r>
      <w:proofErr w:type="gramStart"/>
      <w:r>
        <w:rPr>
          <w:rFonts w:ascii="Garamond" w:hAnsi="Garamond"/>
          <w:sz w:val="24"/>
        </w:rPr>
        <w:t>copy</w:t>
      </w:r>
      <w:proofErr w:type="gramEnd"/>
    </w:p>
    <w:p w14:paraId="24F9AE8D" w14:textId="77777777" w:rsidR="001A5159" w:rsidRDefault="00000000">
      <w:r>
        <w:rPr>
          <w:rFonts w:ascii="Garamond" w:hAnsi="Garamond"/>
          <w:sz w:val="24"/>
        </w:rPr>
        <w:t>CTAs</w:t>
      </w:r>
    </w:p>
    <w:p w14:paraId="19AA0F59" w14:textId="77777777" w:rsidR="001A5159" w:rsidRDefault="00000000">
      <w:proofErr w:type="gramStart"/>
      <w:r>
        <w:rPr>
          <w:rFonts w:ascii="Garamond" w:hAnsi="Garamond"/>
          <w:sz w:val="24"/>
        </w:rPr>
        <w:t>brand voice guide</w:t>
      </w:r>
      <w:proofErr w:type="gramEnd"/>
    </w:p>
    <w:p w14:paraId="2C1B7EAF" w14:textId="77777777" w:rsidR="001A5159" w:rsidRDefault="00000000">
      <w:r>
        <w:rPr>
          <w:rFonts w:ascii="Garamond" w:hAnsi="Garamond"/>
          <w:sz w:val="24"/>
        </w:rPr>
        <w:t>SEO metadata</w:t>
      </w:r>
    </w:p>
    <w:p w14:paraId="35D7BFA4" w14:textId="77777777" w:rsidR="001A5159" w:rsidRDefault="00000000">
      <w:r>
        <w:rPr>
          <w:rFonts w:ascii="Garamond" w:hAnsi="Garamond"/>
          <w:sz w:val="24"/>
        </w:rPr>
        <w:t>optional wireframe</w:t>
      </w:r>
    </w:p>
    <w:p w14:paraId="30DFB5AB" w14:textId="77777777" w:rsidR="001A5159" w:rsidRDefault="00000000">
      <w:r>
        <w:rPr>
          <w:rFonts w:ascii="Garamond" w:hAnsi="Garamond"/>
          <w:sz w:val="24"/>
        </w:rPr>
        <w:t>This feels like a PREMIUM deliverable.</w:t>
      </w:r>
    </w:p>
    <w:p w14:paraId="114938B7" w14:textId="77777777" w:rsidR="001A5159" w:rsidRDefault="001A5159"/>
    <w:p w14:paraId="411184EB" w14:textId="77777777" w:rsidR="001A5159" w:rsidRDefault="00000000">
      <w:r>
        <w:rPr>
          <w:rFonts w:ascii="Garamond" w:hAnsi="Garamond"/>
          <w:sz w:val="24"/>
        </w:rPr>
        <w:t>Beginner Proof Portfolio</w:t>
      </w:r>
    </w:p>
    <w:p w14:paraId="58250D4D" w14:textId="77777777" w:rsidR="001A5159" w:rsidRDefault="00000000">
      <w:r>
        <w:rPr>
          <w:rFonts w:ascii="Garamond" w:hAnsi="Garamond"/>
          <w:sz w:val="24"/>
        </w:rPr>
        <w:t>You only need:</w:t>
      </w:r>
    </w:p>
    <w:p w14:paraId="207C2C53" w14:textId="77777777" w:rsidR="001A5159" w:rsidRDefault="00000000">
      <w:r>
        <w:rPr>
          <w:rFonts w:ascii="Garamond" w:hAnsi="Garamond"/>
          <w:sz w:val="24"/>
        </w:rPr>
        <w:t>1 homepage sample</w:t>
      </w:r>
    </w:p>
    <w:p w14:paraId="56BD2E76" w14:textId="77777777" w:rsidR="001A5159" w:rsidRDefault="00000000">
      <w:r>
        <w:rPr>
          <w:rFonts w:ascii="Garamond" w:hAnsi="Garamond"/>
          <w:sz w:val="24"/>
        </w:rPr>
        <w:t>1 about page</w:t>
      </w:r>
    </w:p>
    <w:p w14:paraId="32AC5B8E" w14:textId="77777777" w:rsidR="001A5159" w:rsidRDefault="00000000">
      <w:r>
        <w:rPr>
          <w:rFonts w:ascii="Garamond" w:hAnsi="Garamond"/>
          <w:sz w:val="24"/>
        </w:rPr>
        <w:t>1 services page</w:t>
      </w:r>
    </w:p>
    <w:p w14:paraId="194125A3" w14:textId="77777777" w:rsidR="001A5159" w:rsidRDefault="00000000">
      <w:r>
        <w:rPr>
          <w:rFonts w:ascii="Garamond" w:hAnsi="Garamond"/>
          <w:sz w:val="24"/>
        </w:rPr>
        <w:t>This alone makes you look like a professional web-copywriter.</w:t>
      </w:r>
    </w:p>
    <w:p w14:paraId="734DA9E4" w14:textId="77777777" w:rsidR="001A5159" w:rsidRDefault="001A5159"/>
    <w:p w14:paraId="057B7B34" w14:textId="77777777" w:rsidR="001A5159" w:rsidRDefault="00000000">
      <w:r>
        <w:rPr>
          <w:rFonts w:ascii="Garamond" w:hAnsi="Garamond"/>
          <w:sz w:val="24"/>
        </w:rPr>
        <w:t>Pricing Guide</w:t>
      </w:r>
    </w:p>
    <w:p w14:paraId="6D32389A" w14:textId="77777777" w:rsidR="001A5159" w:rsidRDefault="00000000">
      <w:r>
        <w:rPr>
          <w:rFonts w:ascii="Garamond" w:hAnsi="Garamond"/>
          <w:sz w:val="24"/>
        </w:rPr>
        <w:lastRenderedPageBreak/>
        <w:t>Beginners:</w:t>
      </w:r>
    </w:p>
    <w:p w14:paraId="3AB26D6C" w14:textId="77777777" w:rsidR="001A5159" w:rsidRDefault="00000000">
      <w:r>
        <w:rPr>
          <w:rFonts w:ascii="Garamond" w:hAnsi="Garamond"/>
          <w:sz w:val="24"/>
        </w:rPr>
        <w:t>$150–$300 homepage</w:t>
      </w:r>
    </w:p>
    <w:p w14:paraId="6A1C9D47" w14:textId="77777777" w:rsidR="001A5159" w:rsidRDefault="00000000">
      <w:r>
        <w:rPr>
          <w:rFonts w:ascii="Garamond" w:hAnsi="Garamond"/>
          <w:sz w:val="24"/>
        </w:rPr>
        <w:t>$75–$150 per additional page</w:t>
      </w:r>
    </w:p>
    <w:p w14:paraId="66CA8CD9" w14:textId="77777777" w:rsidR="001A5159" w:rsidRDefault="00000000">
      <w:r>
        <w:rPr>
          <w:rFonts w:ascii="Garamond" w:hAnsi="Garamond"/>
          <w:sz w:val="24"/>
        </w:rPr>
        <w:t>Intermediate:</w:t>
      </w:r>
    </w:p>
    <w:p w14:paraId="038A5BCB" w14:textId="77777777" w:rsidR="001A5159" w:rsidRDefault="00000000">
      <w:r>
        <w:rPr>
          <w:rFonts w:ascii="Garamond" w:hAnsi="Garamond"/>
          <w:sz w:val="24"/>
        </w:rPr>
        <w:t>$500–$1,200 full website copy</w:t>
      </w:r>
    </w:p>
    <w:p w14:paraId="6DF030FE" w14:textId="77777777" w:rsidR="001A5159" w:rsidRDefault="00000000">
      <w:r>
        <w:rPr>
          <w:rFonts w:ascii="Garamond" w:hAnsi="Garamond"/>
          <w:sz w:val="24"/>
        </w:rPr>
        <w:t>$300–$500 brand voice guide</w:t>
      </w:r>
    </w:p>
    <w:p w14:paraId="32946D98" w14:textId="77777777" w:rsidR="001A5159" w:rsidRDefault="00000000">
      <w:r>
        <w:rPr>
          <w:rFonts w:ascii="Garamond" w:hAnsi="Garamond"/>
          <w:sz w:val="24"/>
        </w:rPr>
        <w:t>Pro:</w:t>
      </w:r>
    </w:p>
    <w:p w14:paraId="033D3AA9" w14:textId="77777777" w:rsidR="001A5159" w:rsidRDefault="00000000">
      <w:r>
        <w:rPr>
          <w:rFonts w:ascii="Garamond" w:hAnsi="Garamond"/>
          <w:sz w:val="24"/>
        </w:rPr>
        <w:t>$1,200–$5,000 per complete website copy project</w:t>
      </w:r>
    </w:p>
    <w:p w14:paraId="5F002216" w14:textId="77777777" w:rsidR="001A5159" w:rsidRDefault="00000000">
      <w:r>
        <w:rPr>
          <w:rFonts w:ascii="Garamond" w:hAnsi="Garamond"/>
          <w:sz w:val="24"/>
        </w:rPr>
        <w:t>$2,000+/month messaging retainer</w:t>
      </w:r>
    </w:p>
    <w:p w14:paraId="232884C8" w14:textId="77777777" w:rsidR="001A5159" w:rsidRDefault="00000000">
      <w:r>
        <w:rPr>
          <w:rFonts w:ascii="Garamond" w:hAnsi="Garamond"/>
          <w:sz w:val="24"/>
        </w:rPr>
        <w:t>Website copy = high demand + high margins.</w:t>
      </w:r>
    </w:p>
    <w:p w14:paraId="647AAE84" w14:textId="77777777" w:rsidR="001A5159" w:rsidRDefault="001A5159"/>
    <w:p w14:paraId="5185F131" w14:textId="77777777" w:rsidR="001A5159" w:rsidRDefault="00000000">
      <w:r>
        <w:rPr>
          <w:rFonts w:ascii="Garamond" w:hAnsi="Garamond"/>
          <w:sz w:val="24"/>
        </w:rPr>
        <w:t>Pro Accelerators</w:t>
      </w:r>
    </w:p>
    <w:p w14:paraId="1A82CC94" w14:textId="77777777" w:rsidR="001A5159" w:rsidRDefault="00000000">
      <w:r>
        <w:rPr>
          <w:rFonts w:ascii="Garamond" w:hAnsi="Garamond"/>
          <w:sz w:val="24"/>
        </w:rPr>
        <w:t xml:space="preserve">add landing </w:t>
      </w:r>
      <w:proofErr w:type="gramStart"/>
      <w:r>
        <w:rPr>
          <w:rFonts w:ascii="Garamond" w:hAnsi="Garamond"/>
          <w:sz w:val="24"/>
        </w:rPr>
        <w:t>pages</w:t>
      </w:r>
      <w:proofErr w:type="gramEnd"/>
    </w:p>
    <w:p w14:paraId="26EF1332" w14:textId="77777777" w:rsidR="001A5159" w:rsidRDefault="00000000">
      <w:r>
        <w:rPr>
          <w:rFonts w:ascii="Garamond" w:hAnsi="Garamond"/>
          <w:sz w:val="24"/>
        </w:rPr>
        <w:t xml:space="preserve">add </w:t>
      </w:r>
      <w:proofErr w:type="gramStart"/>
      <w:r>
        <w:rPr>
          <w:rFonts w:ascii="Garamond" w:hAnsi="Garamond"/>
          <w:sz w:val="24"/>
        </w:rPr>
        <w:t>funnels</w:t>
      </w:r>
      <w:proofErr w:type="gramEnd"/>
    </w:p>
    <w:p w14:paraId="3CC03F4E" w14:textId="77777777" w:rsidR="001A5159" w:rsidRDefault="00000000">
      <w:r>
        <w:rPr>
          <w:rFonts w:ascii="Garamond" w:hAnsi="Garamond"/>
          <w:sz w:val="24"/>
        </w:rPr>
        <w:t xml:space="preserve">add email </w:t>
      </w:r>
      <w:proofErr w:type="gramStart"/>
      <w:r>
        <w:rPr>
          <w:rFonts w:ascii="Garamond" w:hAnsi="Garamond"/>
          <w:sz w:val="24"/>
        </w:rPr>
        <w:t>sequences</w:t>
      </w:r>
      <w:proofErr w:type="gramEnd"/>
    </w:p>
    <w:p w14:paraId="36495A85" w14:textId="77777777" w:rsidR="001A5159" w:rsidRDefault="00000000">
      <w:r>
        <w:rPr>
          <w:rFonts w:ascii="Garamond" w:hAnsi="Garamond"/>
          <w:sz w:val="24"/>
        </w:rPr>
        <w:t xml:space="preserve">add brand </w:t>
      </w:r>
      <w:proofErr w:type="gramStart"/>
      <w:r>
        <w:rPr>
          <w:rFonts w:ascii="Garamond" w:hAnsi="Garamond"/>
          <w:sz w:val="24"/>
        </w:rPr>
        <w:t>storytelling</w:t>
      </w:r>
      <w:proofErr w:type="gramEnd"/>
    </w:p>
    <w:p w14:paraId="37226939" w14:textId="77777777" w:rsidR="001A5159" w:rsidRDefault="00000000">
      <w:r>
        <w:rPr>
          <w:rFonts w:ascii="Garamond" w:hAnsi="Garamond"/>
          <w:sz w:val="24"/>
        </w:rPr>
        <w:t xml:space="preserve">add visual </w:t>
      </w:r>
      <w:proofErr w:type="gramStart"/>
      <w:r>
        <w:rPr>
          <w:rFonts w:ascii="Garamond" w:hAnsi="Garamond"/>
          <w:sz w:val="24"/>
        </w:rPr>
        <w:t>wireframes</w:t>
      </w:r>
      <w:proofErr w:type="gramEnd"/>
    </w:p>
    <w:p w14:paraId="3E2B7F6E" w14:textId="77777777" w:rsidR="001A5159" w:rsidRDefault="00000000">
      <w:r>
        <w:rPr>
          <w:rFonts w:ascii="Garamond" w:hAnsi="Garamond"/>
          <w:sz w:val="24"/>
        </w:rPr>
        <w:t xml:space="preserve">add social </w:t>
      </w:r>
      <w:proofErr w:type="gramStart"/>
      <w:r>
        <w:rPr>
          <w:rFonts w:ascii="Garamond" w:hAnsi="Garamond"/>
          <w:sz w:val="24"/>
        </w:rPr>
        <w:t>bios</w:t>
      </w:r>
      <w:proofErr w:type="gramEnd"/>
    </w:p>
    <w:p w14:paraId="25C482FE" w14:textId="77777777" w:rsidR="001A5159" w:rsidRDefault="00000000">
      <w:r>
        <w:rPr>
          <w:rFonts w:ascii="Garamond" w:hAnsi="Garamond"/>
          <w:sz w:val="24"/>
        </w:rPr>
        <w:t xml:space="preserve">add tagline </w:t>
      </w:r>
      <w:proofErr w:type="gramStart"/>
      <w:r>
        <w:rPr>
          <w:rFonts w:ascii="Garamond" w:hAnsi="Garamond"/>
          <w:sz w:val="24"/>
        </w:rPr>
        <w:t>variations</w:t>
      </w:r>
      <w:proofErr w:type="gramEnd"/>
    </w:p>
    <w:p w14:paraId="7EE2108D" w14:textId="77777777" w:rsidR="001A5159" w:rsidRDefault="00000000">
      <w:r>
        <w:rPr>
          <w:rFonts w:ascii="Garamond" w:hAnsi="Garamond"/>
          <w:sz w:val="24"/>
        </w:rPr>
        <w:t>These upsells multiply your income.</w:t>
      </w:r>
    </w:p>
    <w:p w14:paraId="41A1FFF6" w14:textId="77777777" w:rsidR="001A5159" w:rsidRDefault="001A5159"/>
    <w:p w14:paraId="7EE55B40" w14:textId="77777777" w:rsidR="001A5159" w:rsidRDefault="00000000">
      <w:r>
        <w:rPr>
          <w:rFonts w:ascii="Garamond" w:hAnsi="Garamond"/>
          <w:sz w:val="24"/>
        </w:rPr>
        <w:t>MICRO CASE STUDY — BLUEPRINT TWENTY-THREE</w:t>
      </w:r>
    </w:p>
    <w:p w14:paraId="3FEAB31E" w14:textId="77777777" w:rsidR="001A5159" w:rsidRDefault="00000000">
      <w:r>
        <w:rPr>
          <w:rFonts w:ascii="Garamond" w:hAnsi="Garamond"/>
          <w:sz w:val="24"/>
        </w:rPr>
        <w:t>Case Study: Corporate Employee Makes $2,700 in 10 Days Rewriting Websites With AI</w:t>
      </w:r>
    </w:p>
    <w:p w14:paraId="29E64BF5" w14:textId="77777777" w:rsidR="001A5159" w:rsidRDefault="00000000">
      <w:r>
        <w:rPr>
          <w:rFonts w:ascii="Garamond" w:hAnsi="Garamond"/>
          <w:sz w:val="24"/>
        </w:rPr>
        <w:t>Jordan worked in corporate but hated writing reports.</w:t>
      </w:r>
    </w:p>
    <w:p w14:paraId="02FCC97A" w14:textId="77777777" w:rsidR="001A5159" w:rsidRDefault="00000000">
      <w:r>
        <w:rPr>
          <w:rFonts w:ascii="Garamond" w:hAnsi="Garamond"/>
          <w:sz w:val="24"/>
        </w:rPr>
        <w:t>He decided to try Blueprint 23.</w:t>
      </w:r>
    </w:p>
    <w:p w14:paraId="36CA0E22" w14:textId="77777777" w:rsidR="001A5159" w:rsidRDefault="00000000">
      <w:r>
        <w:rPr>
          <w:rFonts w:ascii="Garamond" w:hAnsi="Garamond"/>
          <w:sz w:val="24"/>
        </w:rPr>
        <w:lastRenderedPageBreak/>
        <w:t>He practiced by rewriting a few random website pages using AI prompts.</w:t>
      </w:r>
    </w:p>
    <w:p w14:paraId="008D0CC5" w14:textId="77777777" w:rsidR="001A5159" w:rsidRDefault="00000000">
      <w:r>
        <w:rPr>
          <w:rFonts w:ascii="Garamond" w:hAnsi="Garamond"/>
          <w:sz w:val="24"/>
        </w:rPr>
        <w:t>Then he posted:</w:t>
      </w:r>
    </w:p>
    <w:p w14:paraId="3E2F8096"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an AI-powered web copy upgrade system — want me to rewrite your homepage for free?”</w:t>
      </w:r>
    </w:p>
    <w:p w14:paraId="3F64DBFA" w14:textId="77777777" w:rsidR="001A5159" w:rsidRDefault="00000000">
      <w:r>
        <w:rPr>
          <w:rFonts w:ascii="Garamond" w:hAnsi="Garamond"/>
          <w:sz w:val="24"/>
        </w:rPr>
        <w:t>A small fitness brand said yes.</w:t>
      </w:r>
    </w:p>
    <w:p w14:paraId="1B57D0D3" w14:textId="77777777" w:rsidR="001A5159" w:rsidRDefault="00000000">
      <w:r>
        <w:rPr>
          <w:rFonts w:ascii="Garamond" w:hAnsi="Garamond"/>
          <w:sz w:val="24"/>
        </w:rPr>
        <w:t>He delivered:</w:t>
      </w:r>
    </w:p>
    <w:p w14:paraId="12F301AD" w14:textId="77777777" w:rsidR="001A5159" w:rsidRDefault="00000000">
      <w:r>
        <w:rPr>
          <w:rFonts w:ascii="Garamond" w:hAnsi="Garamond"/>
          <w:sz w:val="24"/>
        </w:rPr>
        <w:t>3 headline options</w:t>
      </w:r>
    </w:p>
    <w:p w14:paraId="0F940738" w14:textId="77777777" w:rsidR="001A5159" w:rsidRDefault="00000000">
      <w:r>
        <w:rPr>
          <w:rFonts w:ascii="Garamond" w:hAnsi="Garamond"/>
          <w:sz w:val="24"/>
        </w:rPr>
        <w:t>hero section rewrite</w:t>
      </w:r>
    </w:p>
    <w:p w14:paraId="3CE599C1" w14:textId="77777777" w:rsidR="001A5159" w:rsidRDefault="00000000">
      <w:r>
        <w:rPr>
          <w:rFonts w:ascii="Garamond" w:hAnsi="Garamond"/>
          <w:sz w:val="24"/>
        </w:rPr>
        <w:t>transformation statement</w:t>
      </w:r>
    </w:p>
    <w:p w14:paraId="4F48539C" w14:textId="77777777" w:rsidR="001A5159" w:rsidRDefault="00000000">
      <w:r>
        <w:rPr>
          <w:rFonts w:ascii="Garamond" w:hAnsi="Garamond"/>
          <w:sz w:val="24"/>
        </w:rPr>
        <w:t>benefits breakdown</w:t>
      </w:r>
    </w:p>
    <w:p w14:paraId="24BC60FD" w14:textId="77777777" w:rsidR="001A5159" w:rsidRDefault="00000000">
      <w:r>
        <w:rPr>
          <w:rFonts w:ascii="Garamond" w:hAnsi="Garamond"/>
          <w:sz w:val="24"/>
        </w:rPr>
        <w:t>CTA</w:t>
      </w:r>
    </w:p>
    <w:p w14:paraId="69E1912A" w14:textId="77777777" w:rsidR="001A5159" w:rsidRDefault="00000000">
      <w:r>
        <w:rPr>
          <w:rFonts w:ascii="Garamond" w:hAnsi="Garamond"/>
          <w:sz w:val="24"/>
        </w:rPr>
        <w:t>They hired him to rewrite the entire website.</w:t>
      </w:r>
    </w:p>
    <w:p w14:paraId="0D8AEE80" w14:textId="77777777" w:rsidR="001A5159" w:rsidRDefault="00000000">
      <w:r>
        <w:rPr>
          <w:rFonts w:ascii="Garamond" w:hAnsi="Garamond"/>
          <w:sz w:val="24"/>
        </w:rPr>
        <w:t>Price?</w:t>
      </w:r>
    </w:p>
    <w:p w14:paraId="25EC49BE" w14:textId="77777777" w:rsidR="001A5159" w:rsidRDefault="00000000">
      <w:r>
        <w:rPr>
          <w:rFonts w:ascii="Garamond" w:hAnsi="Garamond"/>
          <w:sz w:val="24"/>
        </w:rPr>
        <w:t>$900</w:t>
      </w:r>
    </w:p>
    <w:p w14:paraId="74D5BC10" w14:textId="77777777" w:rsidR="001A5159" w:rsidRDefault="00000000">
      <w:r>
        <w:rPr>
          <w:rFonts w:ascii="Garamond" w:hAnsi="Garamond"/>
          <w:sz w:val="24"/>
        </w:rPr>
        <w:t>Three days later:</w:t>
      </w:r>
    </w:p>
    <w:p w14:paraId="469C9AF0" w14:textId="77777777" w:rsidR="001A5159" w:rsidRDefault="00000000">
      <w:r>
        <w:rPr>
          <w:rFonts w:ascii="Garamond" w:hAnsi="Garamond"/>
          <w:sz w:val="24"/>
        </w:rPr>
        <w:t>A real estate agent hired him to rewrite:</w:t>
      </w:r>
    </w:p>
    <w:p w14:paraId="00F0BD09" w14:textId="77777777" w:rsidR="001A5159" w:rsidRDefault="00000000">
      <w:r>
        <w:rPr>
          <w:rFonts w:ascii="Garamond" w:hAnsi="Garamond"/>
          <w:sz w:val="24"/>
        </w:rPr>
        <w:t>homepage</w:t>
      </w:r>
    </w:p>
    <w:p w14:paraId="2E90BF90" w14:textId="77777777" w:rsidR="001A5159" w:rsidRDefault="00000000">
      <w:r>
        <w:rPr>
          <w:rFonts w:ascii="Garamond" w:hAnsi="Garamond"/>
          <w:sz w:val="24"/>
        </w:rPr>
        <w:t>bio page</w:t>
      </w:r>
    </w:p>
    <w:p w14:paraId="0211C11F" w14:textId="77777777" w:rsidR="001A5159" w:rsidRDefault="00000000">
      <w:r>
        <w:rPr>
          <w:rFonts w:ascii="Garamond" w:hAnsi="Garamond"/>
          <w:sz w:val="24"/>
        </w:rPr>
        <w:t>services page</w:t>
      </w:r>
    </w:p>
    <w:p w14:paraId="7E2A7E03" w14:textId="77777777" w:rsidR="001A5159" w:rsidRDefault="00000000">
      <w:r>
        <w:rPr>
          <w:rFonts w:ascii="Garamond" w:hAnsi="Garamond"/>
          <w:sz w:val="24"/>
        </w:rPr>
        <w:t>Price?</w:t>
      </w:r>
    </w:p>
    <w:p w14:paraId="3F31470B" w14:textId="77777777" w:rsidR="001A5159" w:rsidRDefault="00000000">
      <w:r>
        <w:rPr>
          <w:rFonts w:ascii="Garamond" w:hAnsi="Garamond"/>
          <w:sz w:val="24"/>
        </w:rPr>
        <w:t>$1,200</w:t>
      </w:r>
    </w:p>
    <w:p w14:paraId="607F533A" w14:textId="77777777" w:rsidR="001A5159" w:rsidRDefault="00000000">
      <w:r>
        <w:rPr>
          <w:rFonts w:ascii="Garamond" w:hAnsi="Garamond"/>
          <w:sz w:val="24"/>
        </w:rPr>
        <w:t>Then a photographer hired him to rewrite:</w:t>
      </w:r>
    </w:p>
    <w:p w14:paraId="0FA8B6EF" w14:textId="77777777" w:rsidR="001A5159" w:rsidRDefault="00000000">
      <w:r>
        <w:rPr>
          <w:rFonts w:ascii="Garamond" w:hAnsi="Garamond"/>
          <w:sz w:val="24"/>
        </w:rPr>
        <w:t>landing page</w:t>
      </w:r>
    </w:p>
    <w:p w14:paraId="567EA0A7" w14:textId="77777777" w:rsidR="001A5159" w:rsidRDefault="00000000">
      <w:r>
        <w:rPr>
          <w:rFonts w:ascii="Garamond" w:hAnsi="Garamond"/>
          <w:sz w:val="24"/>
        </w:rPr>
        <w:t>about page</w:t>
      </w:r>
    </w:p>
    <w:p w14:paraId="52E5F87D" w14:textId="77777777" w:rsidR="001A5159" w:rsidRDefault="00000000">
      <w:r>
        <w:rPr>
          <w:rFonts w:ascii="Garamond" w:hAnsi="Garamond"/>
          <w:sz w:val="24"/>
        </w:rPr>
        <w:t>Price?</w:t>
      </w:r>
    </w:p>
    <w:p w14:paraId="5B7ABABC" w14:textId="77777777" w:rsidR="001A5159" w:rsidRDefault="00000000">
      <w:r>
        <w:rPr>
          <w:rFonts w:ascii="Garamond" w:hAnsi="Garamond"/>
          <w:sz w:val="24"/>
        </w:rPr>
        <w:t>$600</w:t>
      </w:r>
    </w:p>
    <w:p w14:paraId="0E5AAAA6" w14:textId="77777777" w:rsidR="001A5159" w:rsidRDefault="00000000">
      <w:r>
        <w:rPr>
          <w:rFonts w:ascii="Garamond" w:hAnsi="Garamond"/>
          <w:sz w:val="24"/>
        </w:rPr>
        <w:lastRenderedPageBreak/>
        <w:t xml:space="preserve">In 10 </w:t>
      </w:r>
      <w:proofErr w:type="gramStart"/>
      <w:r>
        <w:rPr>
          <w:rFonts w:ascii="Garamond" w:hAnsi="Garamond"/>
          <w:sz w:val="24"/>
        </w:rPr>
        <w:t>days</w:t>
      </w:r>
      <w:proofErr w:type="gramEnd"/>
      <w:r>
        <w:rPr>
          <w:rFonts w:ascii="Garamond" w:hAnsi="Garamond"/>
          <w:sz w:val="24"/>
        </w:rPr>
        <w:t xml:space="preserve"> he made $2,700.</w:t>
      </w:r>
    </w:p>
    <w:p w14:paraId="47514871" w14:textId="77777777" w:rsidR="001A5159" w:rsidRDefault="00000000">
      <w:r>
        <w:rPr>
          <w:rFonts w:ascii="Garamond" w:hAnsi="Garamond"/>
          <w:sz w:val="24"/>
        </w:rPr>
        <w:t>Jordan now does:</w:t>
      </w:r>
    </w:p>
    <w:p w14:paraId="1455025A" w14:textId="77777777" w:rsidR="001A5159" w:rsidRDefault="00000000">
      <w:r>
        <w:rPr>
          <w:rFonts w:ascii="Garamond" w:hAnsi="Garamond"/>
          <w:sz w:val="24"/>
        </w:rPr>
        <w:t>homepage rewrites</w:t>
      </w:r>
    </w:p>
    <w:p w14:paraId="1C47EE5F" w14:textId="77777777" w:rsidR="001A5159" w:rsidRDefault="00000000">
      <w:r>
        <w:rPr>
          <w:rFonts w:ascii="Garamond" w:hAnsi="Garamond"/>
          <w:sz w:val="24"/>
        </w:rPr>
        <w:t>brand messaging kits</w:t>
      </w:r>
    </w:p>
    <w:p w14:paraId="0E90646B" w14:textId="77777777" w:rsidR="001A5159" w:rsidRDefault="00000000">
      <w:r>
        <w:rPr>
          <w:rFonts w:ascii="Garamond" w:hAnsi="Garamond"/>
          <w:sz w:val="24"/>
        </w:rPr>
        <w:t xml:space="preserve">service page </w:t>
      </w:r>
      <w:proofErr w:type="gramStart"/>
      <w:r>
        <w:rPr>
          <w:rFonts w:ascii="Garamond" w:hAnsi="Garamond"/>
          <w:sz w:val="24"/>
        </w:rPr>
        <w:t>upgrades</w:t>
      </w:r>
      <w:proofErr w:type="gramEnd"/>
    </w:p>
    <w:p w14:paraId="54690F4C" w14:textId="77777777" w:rsidR="001A5159" w:rsidRDefault="00000000">
      <w:r>
        <w:rPr>
          <w:rFonts w:ascii="Garamond" w:hAnsi="Garamond"/>
          <w:sz w:val="24"/>
        </w:rPr>
        <w:t>His message:</w:t>
      </w:r>
    </w:p>
    <w:p w14:paraId="5D7CB9D0" w14:textId="77777777" w:rsidR="001A5159" w:rsidRDefault="00000000">
      <w:pPr>
        <w:rPr>
          <w:rFonts w:ascii="Garamond" w:hAnsi="Garamond"/>
          <w:sz w:val="24"/>
        </w:rPr>
      </w:pPr>
      <w:r>
        <w:rPr>
          <w:rFonts w:ascii="Garamond" w:hAnsi="Garamond"/>
          <w:sz w:val="24"/>
        </w:rPr>
        <w:t>“I never thought I could be a copywriter. AI made me a messaging specialist.”</w:t>
      </w:r>
    </w:p>
    <w:p w14:paraId="2FC468DA" w14:textId="77777777" w:rsidR="00673185" w:rsidRDefault="00673185"/>
    <w:p w14:paraId="14F14D49" w14:textId="77777777" w:rsidR="001A5159" w:rsidRPr="0063351A" w:rsidRDefault="00000000" w:rsidP="0063351A">
      <w:pPr>
        <w:rPr>
          <w:sz w:val="24"/>
          <w:szCs w:val="24"/>
        </w:rPr>
      </w:pPr>
      <w:r w:rsidRPr="0063351A">
        <w:rPr>
          <w:rFonts w:ascii="Garamond" w:hAnsi="Garamond"/>
          <w:b/>
          <w:sz w:val="24"/>
          <w:szCs w:val="24"/>
        </w:rPr>
        <w:t>Blueprint 23 is one of the fastest ways to start landing premium clients.</w:t>
      </w:r>
    </w:p>
    <w:p w14:paraId="2A55A312" w14:textId="77777777" w:rsidR="00673185" w:rsidRDefault="00673185">
      <w:pPr>
        <w:sectPr w:rsidR="00673185" w:rsidSect="00034616">
          <w:pgSz w:w="12240" w:h="15840"/>
          <w:pgMar w:top="1440" w:right="1800" w:bottom="1440" w:left="1800" w:header="720" w:footer="720" w:gutter="0"/>
          <w:cols w:space="720"/>
          <w:docGrid w:linePitch="360"/>
        </w:sectPr>
      </w:pPr>
    </w:p>
    <w:p w14:paraId="082EB281" w14:textId="77777777" w:rsidR="001A5159" w:rsidRDefault="001A5159"/>
    <w:p w14:paraId="0282AF32" w14:textId="77777777" w:rsidR="001A5159" w:rsidRPr="0063351A" w:rsidRDefault="00000000" w:rsidP="0063351A">
      <w:pPr>
        <w:pStyle w:val="Heading1"/>
        <w:rPr>
          <w:rFonts w:ascii="Garamond" w:hAnsi="Garamond"/>
          <w:color w:val="auto"/>
          <w:sz w:val="40"/>
          <w:szCs w:val="40"/>
        </w:rPr>
      </w:pPr>
      <w:bookmarkStart w:id="53" w:name="_Toc214830349"/>
      <w:r w:rsidRPr="0063351A">
        <w:rPr>
          <w:rFonts w:ascii="Garamond" w:hAnsi="Garamond"/>
          <w:color w:val="auto"/>
          <w:sz w:val="40"/>
          <w:szCs w:val="40"/>
        </w:rPr>
        <w:t>BLUEPRINT TWENTY-FOUR — AI REELS, TIKTOK &amp; SHORT-FORM HOOK CREATION SYSTEM</w:t>
      </w:r>
      <w:bookmarkEnd w:id="53"/>
    </w:p>
    <w:p w14:paraId="6A87CAB5" w14:textId="77777777" w:rsidR="001A5159" w:rsidRPr="0063351A" w:rsidRDefault="00000000" w:rsidP="0063351A">
      <w:pPr>
        <w:pStyle w:val="Heading2"/>
        <w:rPr>
          <w:rFonts w:ascii="Garamond" w:hAnsi="Garamond"/>
          <w:color w:val="auto"/>
          <w:sz w:val="28"/>
          <w:szCs w:val="28"/>
        </w:rPr>
      </w:pPr>
      <w:bookmarkStart w:id="54" w:name="_Toc214830350"/>
      <w:r w:rsidRPr="0063351A">
        <w:rPr>
          <w:rFonts w:ascii="Garamond" w:hAnsi="Garamond"/>
          <w:color w:val="auto"/>
          <w:sz w:val="28"/>
          <w:szCs w:val="28"/>
        </w:rPr>
        <w:t>(The Blueprint That Turns AI Into a Viral Short-Form Content Machine — Even If You’ve Never Scripted a Video Before)</w:t>
      </w:r>
      <w:bookmarkEnd w:id="54"/>
    </w:p>
    <w:p w14:paraId="76786EC6" w14:textId="77777777" w:rsidR="001A5159" w:rsidRDefault="00000000">
      <w:r>
        <w:rPr>
          <w:rFonts w:ascii="Garamond" w:hAnsi="Garamond"/>
          <w:sz w:val="24"/>
        </w:rPr>
        <w:t>Short-form video is the most powerful attention engine on the planet.</w:t>
      </w:r>
    </w:p>
    <w:p w14:paraId="053E9DCA" w14:textId="77777777" w:rsidR="001A5159" w:rsidRDefault="00000000">
      <w:r>
        <w:rPr>
          <w:rFonts w:ascii="Garamond" w:hAnsi="Garamond"/>
          <w:sz w:val="24"/>
        </w:rPr>
        <w:t>Creators, coaches, businesses, agencies — everyone wants to grow on:</w:t>
      </w:r>
    </w:p>
    <w:p w14:paraId="4E380B99" w14:textId="77777777" w:rsidR="001A5159" w:rsidRDefault="00000000">
      <w:r>
        <w:rPr>
          <w:rFonts w:ascii="Garamond" w:hAnsi="Garamond"/>
          <w:sz w:val="24"/>
        </w:rPr>
        <w:t>TikTok</w:t>
      </w:r>
    </w:p>
    <w:p w14:paraId="5721D5C8" w14:textId="77777777" w:rsidR="001A5159" w:rsidRDefault="00000000">
      <w:r>
        <w:rPr>
          <w:rFonts w:ascii="Garamond" w:hAnsi="Garamond"/>
          <w:sz w:val="24"/>
        </w:rPr>
        <w:t>Instagram Reels</w:t>
      </w:r>
    </w:p>
    <w:p w14:paraId="48133465" w14:textId="77777777" w:rsidR="001A5159" w:rsidRDefault="00000000">
      <w:r>
        <w:rPr>
          <w:rFonts w:ascii="Garamond" w:hAnsi="Garamond"/>
          <w:sz w:val="24"/>
        </w:rPr>
        <w:t>YouTube Shorts</w:t>
      </w:r>
    </w:p>
    <w:p w14:paraId="23CDDF42" w14:textId="77777777" w:rsidR="001A5159" w:rsidRDefault="00000000">
      <w:r>
        <w:rPr>
          <w:rFonts w:ascii="Garamond" w:hAnsi="Garamond"/>
          <w:sz w:val="24"/>
        </w:rPr>
        <w:t>Facebook Reels</w:t>
      </w:r>
    </w:p>
    <w:p w14:paraId="2BFAB547" w14:textId="77777777" w:rsidR="001A5159" w:rsidRDefault="00000000">
      <w:r>
        <w:rPr>
          <w:rFonts w:ascii="Garamond" w:hAnsi="Garamond"/>
          <w:sz w:val="24"/>
        </w:rPr>
        <w:t>But here’s the truth:</w:t>
      </w:r>
    </w:p>
    <w:p w14:paraId="4C093783" w14:textId="77777777" w:rsidR="001A5159" w:rsidRDefault="00000000">
      <w:r>
        <w:rPr>
          <w:rFonts w:ascii="Garamond" w:hAnsi="Garamond"/>
          <w:sz w:val="24"/>
        </w:rPr>
        <w:t>Most people struggle with:</w:t>
      </w:r>
    </w:p>
    <w:p w14:paraId="18A38AD0" w14:textId="77777777" w:rsidR="001A5159" w:rsidRDefault="00000000">
      <w:r>
        <w:rPr>
          <w:rFonts w:ascii="Garamond" w:hAnsi="Garamond"/>
          <w:sz w:val="24"/>
        </w:rPr>
        <w:t>coming up with hooks</w:t>
      </w:r>
    </w:p>
    <w:p w14:paraId="55110875" w14:textId="77777777" w:rsidR="001A5159" w:rsidRDefault="00000000">
      <w:r>
        <w:rPr>
          <w:rFonts w:ascii="Garamond" w:hAnsi="Garamond"/>
          <w:sz w:val="24"/>
        </w:rPr>
        <w:t>writing scripts</w:t>
      </w:r>
    </w:p>
    <w:p w14:paraId="097E4181" w14:textId="77777777" w:rsidR="001A5159" w:rsidRDefault="00000000">
      <w:proofErr w:type="gramStart"/>
      <w:r>
        <w:rPr>
          <w:rFonts w:ascii="Garamond" w:hAnsi="Garamond"/>
          <w:sz w:val="24"/>
        </w:rPr>
        <w:t>finding</w:t>
      </w:r>
      <w:proofErr w:type="gramEnd"/>
      <w:r>
        <w:rPr>
          <w:rFonts w:ascii="Garamond" w:hAnsi="Garamond"/>
          <w:sz w:val="24"/>
        </w:rPr>
        <w:t xml:space="preserve"> angles</w:t>
      </w:r>
    </w:p>
    <w:p w14:paraId="4BA3B2E7" w14:textId="77777777" w:rsidR="001A5159" w:rsidRDefault="00000000">
      <w:r>
        <w:rPr>
          <w:rFonts w:ascii="Garamond" w:hAnsi="Garamond"/>
          <w:sz w:val="24"/>
        </w:rPr>
        <w:t>optimizing for retention</w:t>
      </w:r>
    </w:p>
    <w:p w14:paraId="621314DE" w14:textId="77777777" w:rsidR="001A5159" w:rsidRDefault="00000000">
      <w:r>
        <w:rPr>
          <w:rFonts w:ascii="Garamond" w:hAnsi="Garamond"/>
          <w:sz w:val="24"/>
        </w:rPr>
        <w:t>knowing what works</w:t>
      </w:r>
    </w:p>
    <w:p w14:paraId="11147765" w14:textId="77777777" w:rsidR="001A5159" w:rsidRDefault="00000000">
      <w:r>
        <w:rPr>
          <w:rFonts w:ascii="Garamond" w:hAnsi="Garamond"/>
          <w:sz w:val="24"/>
        </w:rPr>
        <w:t>keeping videos engaging</w:t>
      </w:r>
    </w:p>
    <w:p w14:paraId="59352300" w14:textId="77777777" w:rsidR="001A5159" w:rsidRDefault="00000000">
      <w:r>
        <w:rPr>
          <w:rFonts w:ascii="Garamond" w:hAnsi="Garamond"/>
          <w:sz w:val="24"/>
        </w:rPr>
        <w:t>creating consistent content</w:t>
      </w:r>
    </w:p>
    <w:p w14:paraId="668C9183" w14:textId="77777777" w:rsidR="001A5159" w:rsidRDefault="00000000">
      <w:r>
        <w:rPr>
          <w:rFonts w:ascii="Garamond" w:hAnsi="Garamond"/>
          <w:sz w:val="24"/>
        </w:rPr>
        <w:t>This blueprint makes YOU the person who solves all of this.</w:t>
      </w:r>
    </w:p>
    <w:p w14:paraId="39B7389D" w14:textId="77777777" w:rsidR="001A5159" w:rsidRDefault="00000000">
      <w:r>
        <w:rPr>
          <w:rFonts w:ascii="Garamond" w:hAnsi="Garamond"/>
          <w:sz w:val="24"/>
        </w:rPr>
        <w:t>You become the AI-powered short-form content strategist capable of generating endless:</w:t>
      </w:r>
    </w:p>
    <w:p w14:paraId="4503B9B3" w14:textId="77777777" w:rsidR="001A5159" w:rsidRDefault="00000000">
      <w:r>
        <w:rPr>
          <w:rFonts w:ascii="Garamond" w:hAnsi="Garamond"/>
          <w:sz w:val="24"/>
        </w:rPr>
        <w:t>hooks</w:t>
      </w:r>
    </w:p>
    <w:p w14:paraId="3AF7D9A0" w14:textId="77777777" w:rsidR="001A5159" w:rsidRDefault="00000000">
      <w:r>
        <w:rPr>
          <w:rFonts w:ascii="Garamond" w:hAnsi="Garamond"/>
          <w:sz w:val="24"/>
        </w:rPr>
        <w:t>retention lines</w:t>
      </w:r>
    </w:p>
    <w:p w14:paraId="5164A18C" w14:textId="77777777" w:rsidR="001A5159" w:rsidRDefault="00000000">
      <w:r>
        <w:rPr>
          <w:rFonts w:ascii="Garamond" w:hAnsi="Garamond"/>
          <w:sz w:val="24"/>
        </w:rPr>
        <w:lastRenderedPageBreak/>
        <w:t>scripts</w:t>
      </w:r>
    </w:p>
    <w:p w14:paraId="1C964A35" w14:textId="77777777" w:rsidR="001A5159" w:rsidRDefault="00000000">
      <w:r>
        <w:rPr>
          <w:rFonts w:ascii="Garamond" w:hAnsi="Garamond"/>
          <w:sz w:val="24"/>
        </w:rPr>
        <w:t xml:space="preserve">shot </w:t>
      </w:r>
      <w:proofErr w:type="gramStart"/>
      <w:r>
        <w:rPr>
          <w:rFonts w:ascii="Garamond" w:hAnsi="Garamond"/>
          <w:sz w:val="24"/>
        </w:rPr>
        <w:t>lists</w:t>
      </w:r>
      <w:proofErr w:type="gramEnd"/>
    </w:p>
    <w:p w14:paraId="4CA99EA2" w14:textId="77777777" w:rsidR="001A5159" w:rsidRDefault="00000000">
      <w:r>
        <w:rPr>
          <w:rFonts w:ascii="Garamond" w:hAnsi="Garamond"/>
          <w:sz w:val="24"/>
        </w:rPr>
        <w:t>content angles</w:t>
      </w:r>
    </w:p>
    <w:p w14:paraId="22377C5A" w14:textId="77777777" w:rsidR="001A5159" w:rsidRDefault="00000000">
      <w:r>
        <w:rPr>
          <w:rFonts w:ascii="Garamond" w:hAnsi="Garamond"/>
          <w:sz w:val="24"/>
        </w:rPr>
        <w:t>storytelling frameworks</w:t>
      </w:r>
    </w:p>
    <w:p w14:paraId="45AA57D2" w14:textId="77777777" w:rsidR="001A5159" w:rsidRDefault="00000000">
      <w:r>
        <w:rPr>
          <w:rFonts w:ascii="Garamond" w:hAnsi="Garamond"/>
          <w:sz w:val="24"/>
        </w:rPr>
        <w:t>viral patterns</w:t>
      </w:r>
    </w:p>
    <w:p w14:paraId="32F7E5F0" w14:textId="77777777" w:rsidR="001A5159" w:rsidRDefault="00000000">
      <w:r>
        <w:rPr>
          <w:rFonts w:ascii="Garamond" w:hAnsi="Garamond"/>
          <w:sz w:val="24"/>
        </w:rPr>
        <w:t>This is one of the highest-demand services in 2024 and beyond.</w:t>
      </w:r>
    </w:p>
    <w:p w14:paraId="6B3CE913" w14:textId="77777777" w:rsidR="001A5159" w:rsidRDefault="001A5159"/>
    <w:p w14:paraId="1AC66348" w14:textId="77777777" w:rsidR="001A5159" w:rsidRDefault="00000000">
      <w:r>
        <w:rPr>
          <w:rFonts w:ascii="Garamond" w:hAnsi="Garamond"/>
          <w:sz w:val="24"/>
        </w:rPr>
        <w:t>Why This Blueprint Works</w:t>
      </w:r>
    </w:p>
    <w:p w14:paraId="47DB91DB" w14:textId="77777777" w:rsidR="001A5159" w:rsidRDefault="00000000">
      <w:r>
        <w:rPr>
          <w:rFonts w:ascii="Garamond" w:hAnsi="Garamond"/>
          <w:sz w:val="24"/>
        </w:rPr>
        <w:t>Short-form video is EVERYTHING right now.</w:t>
      </w:r>
    </w:p>
    <w:p w14:paraId="4D774A16" w14:textId="77777777" w:rsidR="001A5159" w:rsidRDefault="00000000">
      <w:r>
        <w:rPr>
          <w:rFonts w:ascii="Garamond" w:hAnsi="Garamond"/>
          <w:sz w:val="24"/>
        </w:rPr>
        <w:t>But most people can’t:</w:t>
      </w:r>
    </w:p>
    <w:p w14:paraId="74620B6D" w14:textId="77777777" w:rsidR="001A5159" w:rsidRDefault="00000000">
      <w:proofErr w:type="gramStart"/>
      <w:r>
        <w:rPr>
          <w:rFonts w:ascii="Garamond" w:hAnsi="Garamond"/>
          <w:sz w:val="24"/>
        </w:rPr>
        <w:t>write</w:t>
      </w:r>
      <w:proofErr w:type="gramEnd"/>
      <w:r>
        <w:rPr>
          <w:rFonts w:ascii="Garamond" w:hAnsi="Garamond"/>
          <w:sz w:val="24"/>
        </w:rPr>
        <w:t xml:space="preserve"> fast </w:t>
      </w:r>
      <w:proofErr w:type="gramStart"/>
      <w:r>
        <w:rPr>
          <w:rFonts w:ascii="Garamond" w:hAnsi="Garamond"/>
          <w:sz w:val="24"/>
        </w:rPr>
        <w:t>hooks</w:t>
      </w:r>
      <w:proofErr w:type="gramEnd"/>
    </w:p>
    <w:p w14:paraId="705D41D7" w14:textId="77777777" w:rsidR="001A5159" w:rsidRDefault="00000000">
      <w:r>
        <w:rPr>
          <w:rFonts w:ascii="Garamond" w:hAnsi="Garamond"/>
          <w:sz w:val="24"/>
        </w:rPr>
        <w:t xml:space="preserve">write smooth </w:t>
      </w:r>
      <w:proofErr w:type="gramStart"/>
      <w:r>
        <w:rPr>
          <w:rFonts w:ascii="Garamond" w:hAnsi="Garamond"/>
          <w:sz w:val="24"/>
        </w:rPr>
        <w:t>scripts</w:t>
      </w:r>
      <w:proofErr w:type="gramEnd"/>
    </w:p>
    <w:p w14:paraId="44B3CF04" w14:textId="77777777" w:rsidR="001A5159" w:rsidRDefault="00000000">
      <w:r>
        <w:rPr>
          <w:rFonts w:ascii="Garamond" w:hAnsi="Garamond"/>
          <w:sz w:val="24"/>
        </w:rPr>
        <w:t>come up with content ideas</w:t>
      </w:r>
    </w:p>
    <w:p w14:paraId="4119944F" w14:textId="77777777" w:rsidR="001A5159" w:rsidRDefault="00000000">
      <w:r>
        <w:rPr>
          <w:rFonts w:ascii="Garamond" w:hAnsi="Garamond"/>
          <w:sz w:val="24"/>
        </w:rPr>
        <w:t xml:space="preserve">create scroll-stopping </w:t>
      </w:r>
      <w:proofErr w:type="gramStart"/>
      <w:r>
        <w:rPr>
          <w:rFonts w:ascii="Garamond" w:hAnsi="Garamond"/>
          <w:sz w:val="24"/>
        </w:rPr>
        <w:t>openers</w:t>
      </w:r>
      <w:proofErr w:type="gramEnd"/>
    </w:p>
    <w:p w14:paraId="0D5B7BF6" w14:textId="77777777" w:rsidR="001A5159" w:rsidRDefault="00000000">
      <w:r>
        <w:rPr>
          <w:rFonts w:ascii="Garamond" w:hAnsi="Garamond"/>
          <w:sz w:val="24"/>
        </w:rPr>
        <w:t xml:space="preserve">structure a 20–40 second </w:t>
      </w:r>
      <w:proofErr w:type="gramStart"/>
      <w:r>
        <w:rPr>
          <w:rFonts w:ascii="Garamond" w:hAnsi="Garamond"/>
          <w:sz w:val="24"/>
        </w:rPr>
        <w:t>video</w:t>
      </w:r>
      <w:proofErr w:type="gramEnd"/>
    </w:p>
    <w:p w14:paraId="09AF3701" w14:textId="77777777" w:rsidR="001A5159" w:rsidRDefault="00000000">
      <w:r>
        <w:rPr>
          <w:rFonts w:ascii="Garamond" w:hAnsi="Garamond"/>
          <w:sz w:val="24"/>
        </w:rPr>
        <w:t xml:space="preserve">maintain </w:t>
      </w:r>
      <w:proofErr w:type="gramStart"/>
      <w:r>
        <w:rPr>
          <w:rFonts w:ascii="Garamond" w:hAnsi="Garamond"/>
          <w:sz w:val="24"/>
        </w:rPr>
        <w:t>engagement</w:t>
      </w:r>
      <w:proofErr w:type="gramEnd"/>
    </w:p>
    <w:p w14:paraId="21DDE267" w14:textId="77777777" w:rsidR="001A5159" w:rsidRDefault="00000000">
      <w:r>
        <w:rPr>
          <w:rFonts w:ascii="Garamond" w:hAnsi="Garamond"/>
          <w:sz w:val="24"/>
        </w:rPr>
        <w:t>format for platform + algorithm patterns</w:t>
      </w:r>
    </w:p>
    <w:p w14:paraId="5843565E" w14:textId="77777777" w:rsidR="001A5159" w:rsidRDefault="00000000">
      <w:r>
        <w:rPr>
          <w:rFonts w:ascii="Garamond" w:hAnsi="Garamond"/>
          <w:sz w:val="24"/>
        </w:rPr>
        <w:t>AI can produce:</w:t>
      </w:r>
    </w:p>
    <w:p w14:paraId="2A5542E5" w14:textId="77777777" w:rsidR="001A5159" w:rsidRDefault="00000000">
      <w:r>
        <w:rPr>
          <w:rFonts w:ascii="Garamond" w:hAnsi="Garamond"/>
          <w:sz w:val="24"/>
        </w:rPr>
        <w:t>dozens of hooks instantly</w:t>
      </w:r>
    </w:p>
    <w:p w14:paraId="23F41081" w14:textId="77777777" w:rsidR="001A5159" w:rsidRDefault="00000000">
      <w:r>
        <w:rPr>
          <w:rFonts w:ascii="Garamond" w:hAnsi="Garamond"/>
          <w:sz w:val="24"/>
        </w:rPr>
        <w:t>infinite angles</w:t>
      </w:r>
    </w:p>
    <w:p w14:paraId="6529D903" w14:textId="77777777" w:rsidR="001A5159" w:rsidRDefault="00000000">
      <w:r>
        <w:rPr>
          <w:rFonts w:ascii="Garamond" w:hAnsi="Garamond"/>
          <w:sz w:val="24"/>
        </w:rPr>
        <w:t>content calendars</w:t>
      </w:r>
    </w:p>
    <w:p w14:paraId="1177321E" w14:textId="77777777" w:rsidR="001A5159" w:rsidRDefault="00000000">
      <w:r>
        <w:rPr>
          <w:rFonts w:ascii="Garamond" w:hAnsi="Garamond"/>
          <w:sz w:val="24"/>
        </w:rPr>
        <w:t xml:space="preserve">shot lists for </w:t>
      </w:r>
      <w:proofErr w:type="gramStart"/>
      <w:r>
        <w:rPr>
          <w:rFonts w:ascii="Garamond" w:hAnsi="Garamond"/>
          <w:sz w:val="24"/>
        </w:rPr>
        <w:t>creators</w:t>
      </w:r>
      <w:proofErr w:type="gramEnd"/>
    </w:p>
    <w:p w14:paraId="24CA5D33" w14:textId="77777777" w:rsidR="001A5159" w:rsidRDefault="00000000">
      <w:r>
        <w:rPr>
          <w:rFonts w:ascii="Garamond" w:hAnsi="Garamond"/>
          <w:sz w:val="24"/>
        </w:rPr>
        <w:t>retention-optimized scripts</w:t>
      </w:r>
    </w:p>
    <w:p w14:paraId="02663F21" w14:textId="77777777" w:rsidR="001A5159" w:rsidRDefault="00000000">
      <w:r>
        <w:rPr>
          <w:rFonts w:ascii="Garamond" w:hAnsi="Garamond"/>
          <w:sz w:val="24"/>
        </w:rPr>
        <w:t>platform-specific versions</w:t>
      </w:r>
    </w:p>
    <w:p w14:paraId="2790810C" w14:textId="77777777" w:rsidR="001A5159" w:rsidRDefault="00000000">
      <w:r>
        <w:rPr>
          <w:rFonts w:ascii="Garamond" w:hAnsi="Garamond"/>
          <w:sz w:val="24"/>
        </w:rPr>
        <w:t>You become the “secret weapon” behind creators and businesses who want growth — but don’t know how to script.</w:t>
      </w:r>
    </w:p>
    <w:p w14:paraId="6DB37BB5" w14:textId="77777777" w:rsidR="001A5159" w:rsidRDefault="001A5159"/>
    <w:p w14:paraId="199DB123" w14:textId="77777777" w:rsidR="001A5159" w:rsidRDefault="00000000">
      <w:r>
        <w:rPr>
          <w:rFonts w:ascii="Garamond" w:hAnsi="Garamond"/>
          <w:sz w:val="24"/>
        </w:rPr>
        <w:t>Tools You Need</w:t>
      </w:r>
    </w:p>
    <w:p w14:paraId="51A15239" w14:textId="77777777" w:rsidR="001A5159" w:rsidRDefault="00000000">
      <w:r>
        <w:rPr>
          <w:rFonts w:ascii="Garamond" w:hAnsi="Garamond"/>
          <w:sz w:val="24"/>
        </w:rPr>
        <w:t>ChatGPT / Claude — hooks + scripts</w:t>
      </w:r>
      <w:r>
        <w:rPr>
          <w:rFonts w:ascii="Garamond" w:hAnsi="Garamond"/>
          <w:sz w:val="24"/>
        </w:rPr>
        <w:br/>
        <w:t>CapCut — editing templates</w:t>
      </w:r>
      <w:r>
        <w:rPr>
          <w:rFonts w:ascii="Garamond" w:hAnsi="Garamond"/>
          <w:sz w:val="24"/>
        </w:rPr>
        <w:br/>
        <w:t>Canva — captions + covers</w:t>
      </w:r>
      <w:r>
        <w:rPr>
          <w:rFonts w:ascii="Garamond" w:hAnsi="Garamond"/>
          <w:sz w:val="24"/>
        </w:rPr>
        <w:br/>
        <w:t>Notion / Sheets — content organization</w:t>
      </w:r>
      <w:r>
        <w:rPr>
          <w:rFonts w:ascii="Garamond" w:hAnsi="Garamond"/>
          <w:sz w:val="24"/>
        </w:rPr>
        <w:br/>
        <w:t xml:space="preserve">Instagram/TikTok search — trend </w:t>
      </w:r>
      <w:proofErr w:type="gramStart"/>
      <w:r>
        <w:rPr>
          <w:rFonts w:ascii="Garamond" w:hAnsi="Garamond"/>
          <w:sz w:val="24"/>
        </w:rPr>
        <w:t>research</w:t>
      </w:r>
      <w:proofErr w:type="gramEnd"/>
    </w:p>
    <w:p w14:paraId="34DC2BA0" w14:textId="77777777" w:rsidR="001A5159" w:rsidRDefault="00000000">
      <w:r>
        <w:rPr>
          <w:rFonts w:ascii="Garamond" w:hAnsi="Garamond"/>
          <w:sz w:val="24"/>
        </w:rPr>
        <w:t>Optional:</w:t>
      </w:r>
      <w:r>
        <w:rPr>
          <w:rFonts w:ascii="Garamond" w:hAnsi="Garamond"/>
          <w:sz w:val="24"/>
        </w:rPr>
        <w:br/>
        <w:t>OpusClip for auto-edits</w:t>
      </w:r>
      <w:r>
        <w:rPr>
          <w:rFonts w:ascii="Garamond" w:hAnsi="Garamond"/>
          <w:sz w:val="24"/>
        </w:rPr>
        <w:br/>
        <w:t>Descript for subtitles</w:t>
      </w:r>
    </w:p>
    <w:p w14:paraId="7D826792" w14:textId="77777777" w:rsidR="001A5159" w:rsidRDefault="001A5159"/>
    <w:p w14:paraId="0ECC5310" w14:textId="77777777" w:rsidR="001A5159" w:rsidRDefault="00000000">
      <w:r>
        <w:rPr>
          <w:rFonts w:ascii="Garamond" w:hAnsi="Garamond"/>
          <w:sz w:val="24"/>
        </w:rPr>
        <w:t>What You’ll Offer</w:t>
      </w:r>
    </w:p>
    <w:p w14:paraId="4F9B4C93" w14:textId="77777777" w:rsidR="001A5159" w:rsidRDefault="00000000">
      <w:r>
        <w:rPr>
          <w:rFonts w:ascii="Garamond" w:hAnsi="Garamond"/>
          <w:sz w:val="24"/>
        </w:rPr>
        <w:t>You can create:</w:t>
      </w:r>
    </w:p>
    <w:p w14:paraId="13D59359" w14:textId="77777777" w:rsidR="001A5159" w:rsidRDefault="00000000">
      <w:r>
        <w:rPr>
          <w:rFonts w:ascii="Garamond" w:hAnsi="Garamond"/>
          <w:sz w:val="24"/>
        </w:rPr>
        <w:t xml:space="preserve">scroll-stopping </w:t>
      </w:r>
      <w:proofErr w:type="gramStart"/>
      <w:r>
        <w:rPr>
          <w:rFonts w:ascii="Garamond" w:hAnsi="Garamond"/>
          <w:sz w:val="24"/>
        </w:rPr>
        <w:t>hooks</w:t>
      </w:r>
      <w:proofErr w:type="gramEnd"/>
    </w:p>
    <w:p w14:paraId="03827F0C" w14:textId="77777777" w:rsidR="001A5159" w:rsidRDefault="00000000">
      <w:r>
        <w:rPr>
          <w:rFonts w:ascii="Garamond" w:hAnsi="Garamond"/>
          <w:sz w:val="24"/>
        </w:rPr>
        <w:t>full video scripts</w:t>
      </w:r>
    </w:p>
    <w:p w14:paraId="4050AE4D" w14:textId="77777777" w:rsidR="001A5159" w:rsidRDefault="00000000">
      <w:r>
        <w:rPr>
          <w:rFonts w:ascii="Garamond" w:hAnsi="Garamond"/>
          <w:sz w:val="24"/>
        </w:rPr>
        <w:t>15–30 second reels</w:t>
      </w:r>
    </w:p>
    <w:p w14:paraId="723B89A0" w14:textId="77777777" w:rsidR="001A5159" w:rsidRDefault="00000000">
      <w:r>
        <w:rPr>
          <w:rFonts w:ascii="Garamond" w:hAnsi="Garamond"/>
          <w:sz w:val="24"/>
        </w:rPr>
        <w:t>20–60 second TikToks</w:t>
      </w:r>
    </w:p>
    <w:p w14:paraId="711BAE2B" w14:textId="77777777" w:rsidR="001A5159" w:rsidRDefault="00000000">
      <w:r>
        <w:rPr>
          <w:rFonts w:ascii="Garamond" w:hAnsi="Garamond"/>
          <w:sz w:val="24"/>
        </w:rPr>
        <w:t>storytelling scripts</w:t>
      </w:r>
    </w:p>
    <w:p w14:paraId="4DF588F4" w14:textId="77777777" w:rsidR="001A5159" w:rsidRDefault="00000000">
      <w:r>
        <w:rPr>
          <w:rFonts w:ascii="Garamond" w:hAnsi="Garamond"/>
          <w:sz w:val="24"/>
        </w:rPr>
        <w:t xml:space="preserve">niche-specific content </w:t>
      </w:r>
      <w:proofErr w:type="gramStart"/>
      <w:r>
        <w:rPr>
          <w:rFonts w:ascii="Garamond" w:hAnsi="Garamond"/>
          <w:sz w:val="24"/>
        </w:rPr>
        <w:t>ideas</w:t>
      </w:r>
      <w:proofErr w:type="gramEnd"/>
    </w:p>
    <w:p w14:paraId="5F93D0AE" w14:textId="77777777" w:rsidR="001A5159" w:rsidRDefault="00000000">
      <w:r>
        <w:rPr>
          <w:rFonts w:ascii="Garamond" w:hAnsi="Garamond"/>
          <w:sz w:val="24"/>
        </w:rPr>
        <w:t>SEO keyword-based scripts</w:t>
      </w:r>
    </w:p>
    <w:p w14:paraId="44B98D76" w14:textId="77777777" w:rsidR="001A5159" w:rsidRDefault="00000000">
      <w:r>
        <w:rPr>
          <w:rFonts w:ascii="Garamond" w:hAnsi="Garamond"/>
          <w:sz w:val="24"/>
        </w:rPr>
        <w:t>content calendars</w:t>
      </w:r>
    </w:p>
    <w:p w14:paraId="1D74B113" w14:textId="77777777" w:rsidR="001A5159" w:rsidRDefault="00000000">
      <w:r>
        <w:rPr>
          <w:rFonts w:ascii="Garamond" w:hAnsi="Garamond"/>
          <w:sz w:val="24"/>
        </w:rPr>
        <w:t>CTA-enhanced endings</w:t>
      </w:r>
    </w:p>
    <w:p w14:paraId="20B9EB23" w14:textId="77777777" w:rsidR="001A5159" w:rsidRDefault="00000000">
      <w:r>
        <w:rPr>
          <w:rFonts w:ascii="Garamond" w:hAnsi="Garamond"/>
          <w:sz w:val="24"/>
        </w:rPr>
        <w:t>retention maps</w:t>
      </w:r>
    </w:p>
    <w:p w14:paraId="177E7143" w14:textId="77777777" w:rsidR="001A5159" w:rsidRDefault="00000000">
      <w:r>
        <w:rPr>
          <w:rFonts w:ascii="Garamond" w:hAnsi="Garamond"/>
          <w:sz w:val="24"/>
        </w:rPr>
        <w:t xml:space="preserve">Your </w:t>
      </w:r>
      <w:proofErr w:type="gramStart"/>
      <w:r>
        <w:rPr>
          <w:rFonts w:ascii="Garamond" w:hAnsi="Garamond"/>
          <w:sz w:val="24"/>
        </w:rPr>
        <w:t>deliverables</w:t>
      </w:r>
      <w:proofErr w:type="gramEnd"/>
      <w:r>
        <w:rPr>
          <w:rFonts w:ascii="Garamond" w:hAnsi="Garamond"/>
          <w:sz w:val="24"/>
        </w:rPr>
        <w:t xml:space="preserve"> may include:</w:t>
      </w:r>
    </w:p>
    <w:p w14:paraId="68CBDF1E" w14:textId="77777777" w:rsidR="001A5159" w:rsidRDefault="00000000">
      <w:r>
        <w:rPr>
          <w:rFonts w:ascii="Garamond" w:hAnsi="Garamond"/>
          <w:sz w:val="24"/>
        </w:rPr>
        <w:t>30 hooks</w:t>
      </w:r>
    </w:p>
    <w:p w14:paraId="703B828C" w14:textId="77777777" w:rsidR="001A5159" w:rsidRDefault="00000000">
      <w:r>
        <w:rPr>
          <w:rFonts w:ascii="Garamond" w:hAnsi="Garamond"/>
          <w:sz w:val="24"/>
        </w:rPr>
        <w:t>10 scripts</w:t>
      </w:r>
    </w:p>
    <w:p w14:paraId="360C3058" w14:textId="77777777" w:rsidR="001A5159" w:rsidRDefault="00000000">
      <w:r>
        <w:rPr>
          <w:rFonts w:ascii="Garamond" w:hAnsi="Garamond"/>
          <w:sz w:val="24"/>
        </w:rPr>
        <w:t>30-day content plan</w:t>
      </w:r>
    </w:p>
    <w:p w14:paraId="0CA760A3" w14:textId="77777777" w:rsidR="001A5159" w:rsidRDefault="00000000">
      <w:r>
        <w:rPr>
          <w:rFonts w:ascii="Garamond" w:hAnsi="Garamond"/>
          <w:sz w:val="24"/>
        </w:rPr>
        <w:t xml:space="preserve">shot list </w:t>
      </w:r>
      <w:proofErr w:type="gramStart"/>
      <w:r>
        <w:rPr>
          <w:rFonts w:ascii="Garamond" w:hAnsi="Garamond"/>
          <w:sz w:val="24"/>
        </w:rPr>
        <w:t>variations</w:t>
      </w:r>
      <w:proofErr w:type="gramEnd"/>
    </w:p>
    <w:p w14:paraId="0C32F754" w14:textId="77777777" w:rsidR="001A5159" w:rsidRDefault="00000000">
      <w:r>
        <w:rPr>
          <w:rFonts w:ascii="Garamond" w:hAnsi="Garamond"/>
          <w:sz w:val="24"/>
        </w:rPr>
        <w:lastRenderedPageBreak/>
        <w:t>platform-specific rewrites</w:t>
      </w:r>
    </w:p>
    <w:p w14:paraId="1A470824" w14:textId="77777777" w:rsidR="001A5159" w:rsidRDefault="00000000">
      <w:r>
        <w:rPr>
          <w:rFonts w:ascii="Garamond" w:hAnsi="Garamond"/>
          <w:sz w:val="24"/>
        </w:rPr>
        <w:t>captions + hashtags</w:t>
      </w:r>
    </w:p>
    <w:p w14:paraId="32101084" w14:textId="77777777" w:rsidR="001A5159" w:rsidRDefault="00000000">
      <w:r>
        <w:rPr>
          <w:rFonts w:ascii="Garamond" w:hAnsi="Garamond"/>
          <w:sz w:val="24"/>
        </w:rPr>
        <w:t>This is incredibly valuable.</w:t>
      </w:r>
    </w:p>
    <w:p w14:paraId="2D565DB6" w14:textId="77777777" w:rsidR="001A5159" w:rsidRDefault="001A5159"/>
    <w:p w14:paraId="6555ED13" w14:textId="77777777" w:rsidR="001A5159" w:rsidRDefault="00000000">
      <w:r>
        <w:rPr>
          <w:rFonts w:ascii="Garamond" w:hAnsi="Garamond"/>
          <w:sz w:val="24"/>
        </w:rPr>
        <w:t>AI-Powered Workflow (Step-by-Step)</w:t>
      </w:r>
    </w:p>
    <w:p w14:paraId="2C74E990" w14:textId="77777777" w:rsidR="001A5159" w:rsidRDefault="00000000">
      <w:r>
        <w:rPr>
          <w:rFonts w:ascii="Garamond" w:hAnsi="Garamond"/>
          <w:sz w:val="24"/>
        </w:rPr>
        <w:t>STEP 1 — Research Trends</w:t>
      </w:r>
    </w:p>
    <w:p w14:paraId="1C31163A" w14:textId="77777777" w:rsidR="001A5159" w:rsidRDefault="00000000">
      <w:r>
        <w:rPr>
          <w:rFonts w:ascii="Garamond" w:hAnsi="Garamond"/>
          <w:sz w:val="24"/>
        </w:rPr>
        <w:t>Ask AI:</w:t>
      </w:r>
    </w:p>
    <w:p w14:paraId="222E6B8A" w14:textId="77777777" w:rsidR="001A5159" w:rsidRDefault="00000000">
      <w:r>
        <w:rPr>
          <w:rFonts w:ascii="Garamond" w:hAnsi="Garamond"/>
          <w:sz w:val="24"/>
        </w:rPr>
        <w:t>“Give me the top 20 short-form content trends in the industry right now.”</w:t>
      </w:r>
    </w:p>
    <w:p w14:paraId="69E05703" w14:textId="77777777" w:rsidR="001A5159" w:rsidRDefault="001A5159"/>
    <w:p w14:paraId="5E76EBAC" w14:textId="77777777" w:rsidR="001A5159" w:rsidRDefault="00000000">
      <w:r>
        <w:rPr>
          <w:rFonts w:ascii="Garamond" w:hAnsi="Garamond"/>
          <w:sz w:val="24"/>
        </w:rPr>
        <w:t>STEP 2 — Generate Hooks</w:t>
      </w:r>
    </w:p>
    <w:p w14:paraId="133C20AB" w14:textId="77777777" w:rsidR="001A5159" w:rsidRDefault="00000000">
      <w:r>
        <w:rPr>
          <w:rFonts w:ascii="Garamond" w:hAnsi="Garamond"/>
          <w:sz w:val="24"/>
        </w:rPr>
        <w:t>Ask:</w:t>
      </w:r>
    </w:p>
    <w:p w14:paraId="04BE0B47" w14:textId="77777777" w:rsidR="001A5159" w:rsidRDefault="00000000">
      <w:r>
        <w:rPr>
          <w:rFonts w:ascii="Garamond" w:hAnsi="Garamond"/>
          <w:sz w:val="24"/>
        </w:rPr>
        <w:t>“Give me 50 scroll-stopping hooks for Reels/TikTok for using curiosity, emotion, pattern interrupts, and open loops.”</w:t>
      </w:r>
    </w:p>
    <w:p w14:paraId="09C35D64" w14:textId="77777777" w:rsidR="001A5159" w:rsidRDefault="00000000">
      <w:r>
        <w:rPr>
          <w:rFonts w:ascii="Garamond" w:hAnsi="Garamond"/>
          <w:sz w:val="24"/>
        </w:rPr>
        <w:t>Pick the strongest ones.</w:t>
      </w:r>
    </w:p>
    <w:p w14:paraId="26E27A74" w14:textId="77777777" w:rsidR="001A5159" w:rsidRDefault="001A5159"/>
    <w:p w14:paraId="598085A9" w14:textId="77777777" w:rsidR="001A5159" w:rsidRDefault="00000000">
      <w:r>
        <w:rPr>
          <w:rFonts w:ascii="Garamond" w:hAnsi="Garamond"/>
          <w:sz w:val="24"/>
        </w:rPr>
        <w:t>STEP 3 — Write Short Scripts</w:t>
      </w:r>
    </w:p>
    <w:p w14:paraId="32949636" w14:textId="77777777" w:rsidR="001A5159" w:rsidRDefault="00000000">
      <w:r>
        <w:rPr>
          <w:rFonts w:ascii="Garamond" w:hAnsi="Garamond"/>
          <w:sz w:val="24"/>
        </w:rPr>
        <w:t>Ask:</w:t>
      </w:r>
    </w:p>
    <w:p w14:paraId="09536C17" w14:textId="77777777" w:rsidR="001A5159" w:rsidRDefault="00000000">
      <w:r>
        <w:rPr>
          <w:rFonts w:ascii="Garamond" w:hAnsi="Garamond"/>
          <w:sz w:val="24"/>
        </w:rPr>
        <w:t>“Write a 20–30 second script based on this hook. Include a hook, value, micro-story, CTA, and retention boost.”</w:t>
      </w:r>
    </w:p>
    <w:p w14:paraId="606652FE" w14:textId="77777777" w:rsidR="001A5159" w:rsidRDefault="001A5159"/>
    <w:p w14:paraId="508AD3A8" w14:textId="77777777" w:rsidR="001A5159" w:rsidRDefault="00000000">
      <w:r>
        <w:rPr>
          <w:rFonts w:ascii="Garamond" w:hAnsi="Garamond"/>
          <w:sz w:val="24"/>
        </w:rPr>
        <w:t>STEP 4 — Create Multi-Platform Versions</w:t>
      </w:r>
    </w:p>
    <w:p w14:paraId="78E6B7C2" w14:textId="77777777" w:rsidR="001A5159" w:rsidRDefault="00000000">
      <w:r>
        <w:rPr>
          <w:rFonts w:ascii="Garamond" w:hAnsi="Garamond"/>
          <w:sz w:val="24"/>
        </w:rPr>
        <w:t>Ask:</w:t>
      </w:r>
    </w:p>
    <w:p w14:paraId="4624849D" w14:textId="77777777" w:rsidR="001A5159" w:rsidRDefault="00000000">
      <w:r>
        <w:rPr>
          <w:rFonts w:ascii="Garamond" w:hAnsi="Garamond"/>
          <w:sz w:val="24"/>
        </w:rPr>
        <w:t>“Rewrite this script for TikTok, Instagram, and YouTube Shorts with platform-specific tone and pacing.”</w:t>
      </w:r>
    </w:p>
    <w:p w14:paraId="02004DAF" w14:textId="77777777" w:rsidR="001A5159" w:rsidRDefault="001A5159"/>
    <w:p w14:paraId="60B0F376" w14:textId="77777777" w:rsidR="001A5159" w:rsidRDefault="00000000">
      <w:r>
        <w:rPr>
          <w:rFonts w:ascii="Garamond" w:hAnsi="Garamond"/>
          <w:sz w:val="24"/>
        </w:rPr>
        <w:t>STEP 5 — Build a Content Calendar</w:t>
      </w:r>
    </w:p>
    <w:p w14:paraId="7F78DB3E" w14:textId="77777777" w:rsidR="001A5159" w:rsidRDefault="00000000">
      <w:r>
        <w:rPr>
          <w:rFonts w:ascii="Garamond" w:hAnsi="Garamond"/>
          <w:sz w:val="24"/>
        </w:rPr>
        <w:t>Ask:</w:t>
      </w:r>
    </w:p>
    <w:p w14:paraId="5A7FE783" w14:textId="77777777" w:rsidR="001A5159" w:rsidRDefault="00000000">
      <w:r>
        <w:rPr>
          <w:rFonts w:ascii="Garamond" w:hAnsi="Garamond"/>
          <w:sz w:val="24"/>
        </w:rPr>
        <w:lastRenderedPageBreak/>
        <w:t>“Create a 30-day short-form content plan with hooks, scripts, CTAs, and posting instructions.”</w:t>
      </w:r>
    </w:p>
    <w:p w14:paraId="77E16E85" w14:textId="77777777" w:rsidR="001A5159" w:rsidRDefault="001A5159"/>
    <w:p w14:paraId="1E59CDAB" w14:textId="77777777" w:rsidR="001A5159" w:rsidRDefault="00000000">
      <w:r>
        <w:rPr>
          <w:rFonts w:ascii="Garamond" w:hAnsi="Garamond"/>
          <w:sz w:val="24"/>
        </w:rPr>
        <w:t xml:space="preserve">STEP 6 — Add Caption + </w:t>
      </w:r>
      <w:proofErr w:type="gramStart"/>
      <w:r>
        <w:rPr>
          <w:rFonts w:ascii="Garamond" w:hAnsi="Garamond"/>
          <w:sz w:val="24"/>
        </w:rPr>
        <w:t>Hashtags</w:t>
      </w:r>
      <w:proofErr w:type="gramEnd"/>
    </w:p>
    <w:p w14:paraId="7633DB94" w14:textId="77777777" w:rsidR="001A5159" w:rsidRDefault="00000000">
      <w:r>
        <w:rPr>
          <w:rFonts w:ascii="Garamond" w:hAnsi="Garamond"/>
          <w:sz w:val="24"/>
        </w:rPr>
        <w:t>Ask:</w:t>
      </w:r>
    </w:p>
    <w:p w14:paraId="3E7BC164" w14:textId="77777777" w:rsidR="001A5159" w:rsidRDefault="00000000">
      <w:r>
        <w:rPr>
          <w:rFonts w:ascii="Garamond" w:hAnsi="Garamond"/>
          <w:sz w:val="24"/>
        </w:rPr>
        <w:t>“Create a caption and hashtag bundle for this video.”</w:t>
      </w:r>
    </w:p>
    <w:p w14:paraId="2CB6E049" w14:textId="77777777" w:rsidR="001A5159" w:rsidRDefault="001A5159"/>
    <w:p w14:paraId="7EC72AE1" w14:textId="77777777" w:rsidR="001A5159" w:rsidRDefault="00000000">
      <w:r>
        <w:rPr>
          <w:rFonts w:ascii="Garamond" w:hAnsi="Garamond"/>
          <w:sz w:val="24"/>
        </w:rPr>
        <w:t>STEP 7 — Deliver the Short-Form System</w:t>
      </w:r>
    </w:p>
    <w:p w14:paraId="39C4FC30" w14:textId="77777777" w:rsidR="001A5159" w:rsidRDefault="00000000">
      <w:r>
        <w:rPr>
          <w:rFonts w:ascii="Garamond" w:hAnsi="Garamond"/>
          <w:sz w:val="24"/>
        </w:rPr>
        <w:t>Deliver:</w:t>
      </w:r>
    </w:p>
    <w:p w14:paraId="550BA06B" w14:textId="77777777" w:rsidR="001A5159" w:rsidRDefault="00000000">
      <w:r>
        <w:rPr>
          <w:rFonts w:ascii="Garamond" w:hAnsi="Garamond"/>
          <w:sz w:val="24"/>
        </w:rPr>
        <w:t>hooks</w:t>
      </w:r>
    </w:p>
    <w:p w14:paraId="3A1600B0" w14:textId="77777777" w:rsidR="001A5159" w:rsidRDefault="00000000">
      <w:r>
        <w:rPr>
          <w:rFonts w:ascii="Garamond" w:hAnsi="Garamond"/>
          <w:sz w:val="24"/>
        </w:rPr>
        <w:t>scripts</w:t>
      </w:r>
    </w:p>
    <w:p w14:paraId="79253547" w14:textId="77777777" w:rsidR="001A5159" w:rsidRDefault="00000000">
      <w:r>
        <w:rPr>
          <w:rFonts w:ascii="Garamond" w:hAnsi="Garamond"/>
          <w:sz w:val="24"/>
        </w:rPr>
        <w:t>content plan</w:t>
      </w:r>
    </w:p>
    <w:p w14:paraId="2379E0BA" w14:textId="77777777" w:rsidR="001A5159" w:rsidRDefault="00000000">
      <w:r>
        <w:rPr>
          <w:rFonts w:ascii="Garamond" w:hAnsi="Garamond"/>
          <w:sz w:val="24"/>
        </w:rPr>
        <w:t>captions</w:t>
      </w:r>
    </w:p>
    <w:p w14:paraId="15AF03D5" w14:textId="77777777" w:rsidR="001A5159" w:rsidRDefault="00000000">
      <w:r>
        <w:rPr>
          <w:rFonts w:ascii="Garamond" w:hAnsi="Garamond"/>
          <w:sz w:val="24"/>
        </w:rPr>
        <w:t xml:space="preserve">shot </w:t>
      </w:r>
      <w:proofErr w:type="gramStart"/>
      <w:r>
        <w:rPr>
          <w:rFonts w:ascii="Garamond" w:hAnsi="Garamond"/>
          <w:sz w:val="24"/>
        </w:rPr>
        <w:t>list</w:t>
      </w:r>
      <w:proofErr w:type="gramEnd"/>
    </w:p>
    <w:p w14:paraId="7632C80F" w14:textId="77777777" w:rsidR="001A5159" w:rsidRDefault="00000000">
      <w:r>
        <w:rPr>
          <w:rFonts w:ascii="Garamond" w:hAnsi="Garamond"/>
          <w:sz w:val="24"/>
        </w:rPr>
        <w:t>variations</w:t>
      </w:r>
    </w:p>
    <w:p w14:paraId="1531E4CF" w14:textId="77777777" w:rsidR="001A5159" w:rsidRDefault="00000000">
      <w:r>
        <w:rPr>
          <w:rFonts w:ascii="Garamond" w:hAnsi="Garamond"/>
          <w:sz w:val="24"/>
        </w:rPr>
        <w:t>CTA options</w:t>
      </w:r>
    </w:p>
    <w:p w14:paraId="36238854" w14:textId="77777777" w:rsidR="001A5159" w:rsidRDefault="00000000">
      <w:r>
        <w:rPr>
          <w:rFonts w:ascii="Garamond" w:hAnsi="Garamond"/>
          <w:sz w:val="24"/>
        </w:rPr>
        <w:t>Your package becomes a full “growth engine.”</w:t>
      </w:r>
    </w:p>
    <w:p w14:paraId="0C31E206" w14:textId="77777777" w:rsidR="001A5159" w:rsidRDefault="001A5159"/>
    <w:p w14:paraId="70B8BC0B" w14:textId="77777777" w:rsidR="001A5159" w:rsidRDefault="00000000">
      <w:r>
        <w:rPr>
          <w:rFonts w:ascii="Garamond" w:hAnsi="Garamond"/>
          <w:sz w:val="24"/>
        </w:rPr>
        <w:t>Beginner Proof Portfolio</w:t>
      </w:r>
    </w:p>
    <w:p w14:paraId="7A12F737" w14:textId="77777777" w:rsidR="001A5159" w:rsidRDefault="00000000">
      <w:r>
        <w:rPr>
          <w:rFonts w:ascii="Garamond" w:hAnsi="Garamond"/>
          <w:sz w:val="24"/>
        </w:rPr>
        <w:t>Just create:</w:t>
      </w:r>
    </w:p>
    <w:p w14:paraId="44A2F7AF" w14:textId="77777777" w:rsidR="001A5159" w:rsidRDefault="00000000">
      <w:r>
        <w:rPr>
          <w:rFonts w:ascii="Garamond" w:hAnsi="Garamond"/>
          <w:sz w:val="24"/>
        </w:rPr>
        <w:t>5 hooks</w:t>
      </w:r>
    </w:p>
    <w:p w14:paraId="3B04D468" w14:textId="77777777" w:rsidR="001A5159" w:rsidRDefault="00000000">
      <w:r>
        <w:rPr>
          <w:rFonts w:ascii="Garamond" w:hAnsi="Garamond"/>
          <w:sz w:val="24"/>
        </w:rPr>
        <w:t>3 scripts</w:t>
      </w:r>
    </w:p>
    <w:p w14:paraId="43557FD5" w14:textId="77777777" w:rsidR="001A5159" w:rsidRDefault="00000000">
      <w:r>
        <w:rPr>
          <w:rFonts w:ascii="Garamond" w:hAnsi="Garamond"/>
          <w:sz w:val="24"/>
        </w:rPr>
        <w:t>1 storytelling version</w:t>
      </w:r>
    </w:p>
    <w:p w14:paraId="4215F75B" w14:textId="77777777" w:rsidR="001A5159" w:rsidRDefault="00000000">
      <w:r>
        <w:rPr>
          <w:rFonts w:ascii="Garamond" w:hAnsi="Garamond"/>
          <w:sz w:val="24"/>
        </w:rPr>
        <w:t>1 educational version</w:t>
      </w:r>
    </w:p>
    <w:p w14:paraId="5FBF23E4" w14:textId="77777777" w:rsidR="001A5159" w:rsidRDefault="00000000">
      <w:r>
        <w:rPr>
          <w:rFonts w:ascii="Garamond" w:hAnsi="Garamond"/>
          <w:sz w:val="24"/>
        </w:rPr>
        <w:t>Post as samples to immediately attract clients.</w:t>
      </w:r>
    </w:p>
    <w:p w14:paraId="42D0C6C2" w14:textId="77777777" w:rsidR="001A5159" w:rsidRDefault="001A5159"/>
    <w:p w14:paraId="5E65CDA7" w14:textId="77777777" w:rsidR="001A5159" w:rsidRDefault="00000000">
      <w:r>
        <w:rPr>
          <w:rFonts w:ascii="Garamond" w:hAnsi="Garamond"/>
          <w:sz w:val="24"/>
        </w:rPr>
        <w:lastRenderedPageBreak/>
        <w:t>Pricing Guide</w:t>
      </w:r>
    </w:p>
    <w:p w14:paraId="028F5CF5" w14:textId="77777777" w:rsidR="001A5159" w:rsidRDefault="00000000">
      <w:r>
        <w:rPr>
          <w:rFonts w:ascii="Garamond" w:hAnsi="Garamond"/>
          <w:sz w:val="24"/>
        </w:rPr>
        <w:t>Beginners:</w:t>
      </w:r>
    </w:p>
    <w:p w14:paraId="50EDDBF3" w14:textId="77777777" w:rsidR="001A5159" w:rsidRDefault="00000000">
      <w:r>
        <w:rPr>
          <w:rFonts w:ascii="Garamond" w:hAnsi="Garamond"/>
          <w:sz w:val="24"/>
        </w:rPr>
        <w:t>$15–$40 per script</w:t>
      </w:r>
    </w:p>
    <w:p w14:paraId="501BD4EB" w14:textId="77777777" w:rsidR="001A5159" w:rsidRDefault="00000000">
      <w:r>
        <w:rPr>
          <w:rFonts w:ascii="Garamond" w:hAnsi="Garamond"/>
          <w:sz w:val="24"/>
        </w:rPr>
        <w:t>$150–$250 for 30 hooks + 10 scripts</w:t>
      </w:r>
    </w:p>
    <w:p w14:paraId="56C40B78" w14:textId="77777777" w:rsidR="001A5159" w:rsidRDefault="00000000">
      <w:r>
        <w:rPr>
          <w:rFonts w:ascii="Garamond" w:hAnsi="Garamond"/>
          <w:sz w:val="24"/>
        </w:rPr>
        <w:t>Intermediate:</w:t>
      </w:r>
    </w:p>
    <w:p w14:paraId="39F8DB1A" w14:textId="77777777" w:rsidR="001A5159" w:rsidRDefault="00000000">
      <w:r>
        <w:rPr>
          <w:rFonts w:ascii="Garamond" w:hAnsi="Garamond"/>
          <w:sz w:val="24"/>
        </w:rPr>
        <w:t>$300–$600 monthly script packages</w:t>
      </w:r>
    </w:p>
    <w:p w14:paraId="1AFA4C7D" w14:textId="77777777" w:rsidR="001A5159" w:rsidRDefault="00000000">
      <w:r>
        <w:rPr>
          <w:rFonts w:ascii="Garamond" w:hAnsi="Garamond"/>
          <w:sz w:val="24"/>
        </w:rPr>
        <w:t>$600–$1,200 content system bundles</w:t>
      </w:r>
    </w:p>
    <w:p w14:paraId="0F551B4C" w14:textId="77777777" w:rsidR="001A5159" w:rsidRDefault="00000000">
      <w:r>
        <w:rPr>
          <w:rFonts w:ascii="Garamond" w:hAnsi="Garamond"/>
          <w:sz w:val="24"/>
        </w:rPr>
        <w:t>Pro:</w:t>
      </w:r>
    </w:p>
    <w:p w14:paraId="4F04FBD0" w14:textId="77777777" w:rsidR="001A5159" w:rsidRDefault="00000000">
      <w:r>
        <w:rPr>
          <w:rFonts w:ascii="Garamond" w:hAnsi="Garamond"/>
          <w:sz w:val="24"/>
        </w:rPr>
        <w:t>$1,500–$3,500/month short-form content retainers</w:t>
      </w:r>
    </w:p>
    <w:p w14:paraId="0D3D462A" w14:textId="77777777" w:rsidR="001A5159" w:rsidRDefault="00000000">
      <w:r>
        <w:rPr>
          <w:rFonts w:ascii="Garamond" w:hAnsi="Garamond"/>
          <w:sz w:val="24"/>
        </w:rPr>
        <w:t>$5,000+ content strategy + monthly scripts</w:t>
      </w:r>
    </w:p>
    <w:p w14:paraId="02B96672" w14:textId="77777777" w:rsidR="001A5159" w:rsidRDefault="00000000">
      <w:r>
        <w:rPr>
          <w:rFonts w:ascii="Garamond" w:hAnsi="Garamond"/>
          <w:sz w:val="24"/>
        </w:rPr>
        <w:t>$1,000+ per “viral content engine” package</w:t>
      </w:r>
    </w:p>
    <w:p w14:paraId="1D9BC4D6" w14:textId="77777777" w:rsidR="001A5159" w:rsidRDefault="00000000">
      <w:r>
        <w:rPr>
          <w:rFonts w:ascii="Garamond" w:hAnsi="Garamond"/>
          <w:sz w:val="24"/>
        </w:rPr>
        <w:t>Creators PAY BIG for this because they need content every day.</w:t>
      </w:r>
    </w:p>
    <w:p w14:paraId="7BDAF9AB" w14:textId="77777777" w:rsidR="001A5159" w:rsidRDefault="001A5159"/>
    <w:p w14:paraId="1AA9013F" w14:textId="77777777" w:rsidR="001A5159" w:rsidRDefault="00000000">
      <w:r>
        <w:rPr>
          <w:rFonts w:ascii="Garamond" w:hAnsi="Garamond"/>
          <w:sz w:val="24"/>
        </w:rPr>
        <w:t>Pro Accelerators</w:t>
      </w:r>
    </w:p>
    <w:p w14:paraId="60A1858F" w14:textId="77777777" w:rsidR="001A5159" w:rsidRDefault="00000000">
      <w:r>
        <w:rPr>
          <w:rFonts w:ascii="Garamond" w:hAnsi="Garamond"/>
          <w:sz w:val="24"/>
        </w:rPr>
        <w:t xml:space="preserve">add B-roll shot </w:t>
      </w:r>
      <w:proofErr w:type="gramStart"/>
      <w:r>
        <w:rPr>
          <w:rFonts w:ascii="Garamond" w:hAnsi="Garamond"/>
          <w:sz w:val="24"/>
        </w:rPr>
        <w:t>lists</w:t>
      </w:r>
      <w:proofErr w:type="gramEnd"/>
    </w:p>
    <w:p w14:paraId="2F8D9737" w14:textId="77777777" w:rsidR="001A5159" w:rsidRDefault="00000000">
      <w:r>
        <w:rPr>
          <w:rFonts w:ascii="Garamond" w:hAnsi="Garamond"/>
          <w:sz w:val="24"/>
        </w:rPr>
        <w:t xml:space="preserve">add CTA </w:t>
      </w:r>
      <w:proofErr w:type="gramStart"/>
      <w:r>
        <w:rPr>
          <w:rFonts w:ascii="Garamond" w:hAnsi="Garamond"/>
          <w:sz w:val="24"/>
        </w:rPr>
        <w:t>library</w:t>
      </w:r>
      <w:proofErr w:type="gramEnd"/>
    </w:p>
    <w:p w14:paraId="65EEF1C5" w14:textId="77777777" w:rsidR="001A5159" w:rsidRDefault="00000000">
      <w:r>
        <w:rPr>
          <w:rFonts w:ascii="Garamond" w:hAnsi="Garamond"/>
          <w:sz w:val="24"/>
        </w:rPr>
        <w:t xml:space="preserve">add niche trend </w:t>
      </w:r>
      <w:proofErr w:type="gramStart"/>
      <w:r>
        <w:rPr>
          <w:rFonts w:ascii="Garamond" w:hAnsi="Garamond"/>
          <w:sz w:val="24"/>
        </w:rPr>
        <w:t>reports</w:t>
      </w:r>
      <w:proofErr w:type="gramEnd"/>
    </w:p>
    <w:p w14:paraId="1ABDF5C6" w14:textId="77777777" w:rsidR="001A5159" w:rsidRDefault="00000000">
      <w:r>
        <w:rPr>
          <w:rFonts w:ascii="Garamond" w:hAnsi="Garamond"/>
          <w:sz w:val="24"/>
        </w:rPr>
        <w:t xml:space="preserve">add video editing </w:t>
      </w:r>
      <w:proofErr w:type="gramStart"/>
      <w:r>
        <w:rPr>
          <w:rFonts w:ascii="Garamond" w:hAnsi="Garamond"/>
          <w:sz w:val="24"/>
        </w:rPr>
        <w:t>bundles</w:t>
      </w:r>
      <w:proofErr w:type="gramEnd"/>
    </w:p>
    <w:p w14:paraId="048A734B" w14:textId="77777777" w:rsidR="001A5159" w:rsidRDefault="00000000">
      <w:r>
        <w:rPr>
          <w:rFonts w:ascii="Garamond" w:hAnsi="Garamond"/>
          <w:sz w:val="24"/>
        </w:rPr>
        <w:t xml:space="preserve">add voiceover </w:t>
      </w:r>
      <w:proofErr w:type="gramStart"/>
      <w:r>
        <w:rPr>
          <w:rFonts w:ascii="Garamond" w:hAnsi="Garamond"/>
          <w:sz w:val="24"/>
        </w:rPr>
        <w:t>scripts</w:t>
      </w:r>
      <w:proofErr w:type="gramEnd"/>
    </w:p>
    <w:p w14:paraId="4E75A6DD" w14:textId="77777777" w:rsidR="001A5159" w:rsidRDefault="00000000">
      <w:r>
        <w:rPr>
          <w:rFonts w:ascii="Garamond" w:hAnsi="Garamond"/>
          <w:sz w:val="24"/>
        </w:rPr>
        <w:t xml:space="preserve">add animated caption </w:t>
      </w:r>
      <w:proofErr w:type="gramStart"/>
      <w:r>
        <w:rPr>
          <w:rFonts w:ascii="Garamond" w:hAnsi="Garamond"/>
          <w:sz w:val="24"/>
        </w:rPr>
        <w:t>templates</w:t>
      </w:r>
      <w:proofErr w:type="gramEnd"/>
    </w:p>
    <w:p w14:paraId="128F42FB" w14:textId="77777777" w:rsidR="001A5159" w:rsidRDefault="00000000">
      <w:r>
        <w:rPr>
          <w:rFonts w:ascii="Garamond" w:hAnsi="Garamond"/>
          <w:sz w:val="24"/>
        </w:rPr>
        <w:t xml:space="preserve">create 90-day content </w:t>
      </w:r>
      <w:proofErr w:type="gramStart"/>
      <w:r>
        <w:rPr>
          <w:rFonts w:ascii="Garamond" w:hAnsi="Garamond"/>
          <w:sz w:val="24"/>
        </w:rPr>
        <w:t>systems</w:t>
      </w:r>
      <w:proofErr w:type="gramEnd"/>
    </w:p>
    <w:p w14:paraId="1D0950BB" w14:textId="77777777" w:rsidR="001A5159" w:rsidRDefault="00000000">
      <w:r>
        <w:rPr>
          <w:rFonts w:ascii="Garamond" w:hAnsi="Garamond"/>
          <w:sz w:val="24"/>
        </w:rPr>
        <w:t>These upsells easily 3–10X your revenue.</w:t>
      </w:r>
    </w:p>
    <w:p w14:paraId="096ADC98" w14:textId="77777777" w:rsidR="001A5159" w:rsidRDefault="001A5159"/>
    <w:p w14:paraId="639D71B5" w14:textId="77777777" w:rsidR="001A5159" w:rsidRDefault="00000000">
      <w:r>
        <w:rPr>
          <w:rFonts w:ascii="Garamond" w:hAnsi="Garamond"/>
          <w:sz w:val="24"/>
        </w:rPr>
        <w:t>MICRO CASE STUDY — BLUEPRINT TWENTY-FOUR</w:t>
      </w:r>
    </w:p>
    <w:p w14:paraId="2A201954" w14:textId="77777777" w:rsidR="001A5159" w:rsidRDefault="00000000">
      <w:r>
        <w:rPr>
          <w:rFonts w:ascii="Garamond" w:hAnsi="Garamond"/>
          <w:sz w:val="24"/>
        </w:rPr>
        <w:t>Case Study: 21-Year-Old College Student Makes $1,400 in Her First Month Writing Short-Form Scripts With AI</w:t>
      </w:r>
    </w:p>
    <w:p w14:paraId="2C786690" w14:textId="77777777" w:rsidR="001A5159" w:rsidRDefault="00000000">
      <w:r>
        <w:rPr>
          <w:rFonts w:ascii="Garamond" w:hAnsi="Garamond"/>
          <w:sz w:val="24"/>
        </w:rPr>
        <w:lastRenderedPageBreak/>
        <w:t>Sophie wanted to get into social media work but didn’t know where to start.</w:t>
      </w:r>
    </w:p>
    <w:p w14:paraId="22035AE3" w14:textId="77777777" w:rsidR="001A5159" w:rsidRDefault="00000000">
      <w:r>
        <w:rPr>
          <w:rFonts w:ascii="Garamond" w:hAnsi="Garamond"/>
          <w:sz w:val="24"/>
        </w:rPr>
        <w:t>She tried Blueprint 24 and asked AI for:</w:t>
      </w:r>
    </w:p>
    <w:p w14:paraId="75C26F42" w14:textId="77777777" w:rsidR="001A5159" w:rsidRDefault="00000000">
      <w:r>
        <w:rPr>
          <w:rFonts w:ascii="Garamond" w:hAnsi="Garamond"/>
          <w:sz w:val="24"/>
        </w:rPr>
        <w:t>30 hooks</w:t>
      </w:r>
    </w:p>
    <w:p w14:paraId="3F332B0A" w14:textId="77777777" w:rsidR="001A5159" w:rsidRDefault="00000000">
      <w:r>
        <w:rPr>
          <w:rFonts w:ascii="Garamond" w:hAnsi="Garamond"/>
          <w:sz w:val="24"/>
        </w:rPr>
        <w:t>10 scripts</w:t>
      </w:r>
    </w:p>
    <w:p w14:paraId="29070669" w14:textId="77777777" w:rsidR="001A5159" w:rsidRDefault="00000000">
      <w:r>
        <w:rPr>
          <w:rFonts w:ascii="Garamond" w:hAnsi="Garamond"/>
          <w:sz w:val="24"/>
        </w:rPr>
        <w:t>5 storytelling versions</w:t>
      </w:r>
    </w:p>
    <w:p w14:paraId="0D8DB394" w14:textId="77777777" w:rsidR="001A5159" w:rsidRDefault="00000000">
      <w:r>
        <w:rPr>
          <w:rFonts w:ascii="Garamond" w:hAnsi="Garamond"/>
          <w:sz w:val="24"/>
        </w:rPr>
        <w:t>2 “controversial” angle scripts</w:t>
      </w:r>
    </w:p>
    <w:p w14:paraId="102EE88B" w14:textId="77777777" w:rsidR="001A5159" w:rsidRDefault="00000000">
      <w:r>
        <w:rPr>
          <w:rFonts w:ascii="Garamond" w:hAnsi="Garamond"/>
          <w:sz w:val="24"/>
        </w:rPr>
        <w:t>She posted sample scripts on TikTok.</w:t>
      </w:r>
    </w:p>
    <w:p w14:paraId="729BE3AD" w14:textId="77777777" w:rsidR="001A5159" w:rsidRDefault="00000000">
      <w:r>
        <w:rPr>
          <w:rFonts w:ascii="Garamond" w:hAnsi="Garamond"/>
          <w:sz w:val="24"/>
        </w:rPr>
        <w:t>A fitness creator messaged her:</w:t>
      </w:r>
    </w:p>
    <w:p w14:paraId="617A531D" w14:textId="77777777" w:rsidR="001A5159" w:rsidRDefault="00000000">
      <w:r>
        <w:rPr>
          <w:rFonts w:ascii="Garamond" w:hAnsi="Garamond"/>
          <w:sz w:val="24"/>
        </w:rPr>
        <w:t>“Can you write 20 scripts per month for me?”</w:t>
      </w:r>
    </w:p>
    <w:p w14:paraId="2CD375B3" w14:textId="77777777" w:rsidR="001A5159" w:rsidRDefault="00000000">
      <w:r>
        <w:rPr>
          <w:rFonts w:ascii="Garamond" w:hAnsi="Garamond"/>
          <w:sz w:val="24"/>
        </w:rPr>
        <w:t>Price: $400/month</w:t>
      </w:r>
    </w:p>
    <w:p w14:paraId="475718A9" w14:textId="77777777" w:rsidR="001A5159" w:rsidRDefault="00000000">
      <w:r>
        <w:rPr>
          <w:rFonts w:ascii="Garamond" w:hAnsi="Garamond"/>
          <w:sz w:val="24"/>
        </w:rPr>
        <w:t>Then a real estate creator hired her:</w:t>
      </w:r>
    </w:p>
    <w:p w14:paraId="7359F3EB" w14:textId="77777777" w:rsidR="001A5159" w:rsidRDefault="00000000">
      <w:r>
        <w:rPr>
          <w:rFonts w:ascii="Garamond" w:hAnsi="Garamond"/>
          <w:sz w:val="24"/>
        </w:rPr>
        <w:t>15 scripts → $300</w:t>
      </w:r>
    </w:p>
    <w:p w14:paraId="5CEF671F" w14:textId="77777777" w:rsidR="001A5159" w:rsidRDefault="00000000">
      <w:r>
        <w:rPr>
          <w:rFonts w:ascii="Garamond" w:hAnsi="Garamond"/>
          <w:sz w:val="24"/>
        </w:rPr>
        <w:t>30 hooks → $150</w:t>
      </w:r>
    </w:p>
    <w:p w14:paraId="6753E7B3" w14:textId="77777777" w:rsidR="001A5159" w:rsidRDefault="00000000">
      <w:r>
        <w:rPr>
          <w:rFonts w:ascii="Garamond" w:hAnsi="Garamond"/>
          <w:sz w:val="24"/>
        </w:rPr>
        <w:t>Then a mindset coach hired her:</w:t>
      </w:r>
    </w:p>
    <w:p w14:paraId="18ECBD42" w14:textId="77777777" w:rsidR="001A5159" w:rsidRDefault="00000000">
      <w:r>
        <w:rPr>
          <w:rFonts w:ascii="Garamond" w:hAnsi="Garamond"/>
          <w:sz w:val="24"/>
        </w:rPr>
        <w:t>20 scripts → $400</w:t>
      </w:r>
    </w:p>
    <w:p w14:paraId="4D2550C9" w14:textId="77777777" w:rsidR="001A5159" w:rsidRDefault="00000000">
      <w:r>
        <w:rPr>
          <w:rFonts w:ascii="Garamond" w:hAnsi="Garamond"/>
          <w:sz w:val="24"/>
        </w:rPr>
        <w:t>hashtag bundles → $150</w:t>
      </w:r>
    </w:p>
    <w:p w14:paraId="2B99179F" w14:textId="77777777" w:rsidR="001A5159" w:rsidRDefault="00000000">
      <w:r>
        <w:rPr>
          <w:rFonts w:ascii="Garamond" w:hAnsi="Garamond"/>
          <w:sz w:val="24"/>
        </w:rPr>
        <w:t>Total in her first month:</w:t>
      </w:r>
      <w:r>
        <w:rPr>
          <w:rFonts w:ascii="Garamond" w:hAnsi="Garamond"/>
          <w:sz w:val="24"/>
        </w:rPr>
        <w:br/>
        <w:t>$1,400</w:t>
      </w:r>
    </w:p>
    <w:p w14:paraId="2B2BF81E" w14:textId="77777777" w:rsidR="001A5159" w:rsidRDefault="00000000">
      <w:r>
        <w:rPr>
          <w:rFonts w:ascii="Garamond" w:hAnsi="Garamond"/>
          <w:sz w:val="24"/>
        </w:rPr>
        <w:t>Her message:</w:t>
      </w:r>
    </w:p>
    <w:p w14:paraId="50DA6A11" w14:textId="77777777" w:rsidR="001A5159" w:rsidRDefault="00000000">
      <w:r>
        <w:rPr>
          <w:rFonts w:ascii="Garamond" w:hAnsi="Garamond"/>
          <w:sz w:val="24"/>
        </w:rPr>
        <w:t>“I never thought writing short videos could become a full-time income stream. AI made me fast, consistent, and confident.”</w:t>
      </w:r>
    </w:p>
    <w:p w14:paraId="6623FFD7" w14:textId="77777777" w:rsidR="001A5159" w:rsidRPr="0063351A" w:rsidRDefault="00000000" w:rsidP="0063351A">
      <w:pPr>
        <w:rPr>
          <w:sz w:val="24"/>
          <w:szCs w:val="24"/>
        </w:rPr>
      </w:pPr>
      <w:r w:rsidRPr="0063351A">
        <w:rPr>
          <w:rFonts w:ascii="Garamond" w:hAnsi="Garamond"/>
          <w:b/>
          <w:sz w:val="24"/>
          <w:szCs w:val="24"/>
        </w:rPr>
        <w:t>Blueprint 24 gives you one of the most in-demand, profitable, future-proof content skills on earth.</w:t>
      </w:r>
    </w:p>
    <w:p w14:paraId="325DB91D" w14:textId="77777777" w:rsidR="00673185" w:rsidRDefault="00673185">
      <w:pPr>
        <w:sectPr w:rsidR="00673185" w:rsidSect="00034616">
          <w:pgSz w:w="12240" w:h="15840"/>
          <w:pgMar w:top="1440" w:right="1800" w:bottom="1440" w:left="1800" w:header="720" w:footer="720" w:gutter="0"/>
          <w:cols w:space="720"/>
          <w:docGrid w:linePitch="360"/>
        </w:sectPr>
      </w:pPr>
    </w:p>
    <w:p w14:paraId="0E1ACA01" w14:textId="77777777" w:rsidR="001A5159" w:rsidRDefault="001A5159"/>
    <w:p w14:paraId="34C4353F" w14:textId="77777777" w:rsidR="001A5159" w:rsidRPr="0063351A" w:rsidRDefault="00000000" w:rsidP="0063351A">
      <w:pPr>
        <w:pStyle w:val="Heading1"/>
        <w:rPr>
          <w:rFonts w:ascii="Garamond" w:hAnsi="Garamond"/>
          <w:color w:val="auto"/>
          <w:sz w:val="40"/>
          <w:szCs w:val="40"/>
        </w:rPr>
      </w:pPr>
      <w:bookmarkStart w:id="55" w:name="_Toc214830351"/>
      <w:r w:rsidRPr="0063351A">
        <w:rPr>
          <w:rFonts w:ascii="Garamond" w:hAnsi="Garamond"/>
          <w:color w:val="auto"/>
          <w:sz w:val="40"/>
          <w:szCs w:val="40"/>
        </w:rPr>
        <w:t>BLUEPRINT TWENTY-FIVE — AI LEAD MAGNET &amp; FUNNEL ASSET FACTORY</w:t>
      </w:r>
      <w:bookmarkEnd w:id="55"/>
    </w:p>
    <w:p w14:paraId="663B8428" w14:textId="77777777" w:rsidR="001A5159" w:rsidRPr="0063351A" w:rsidRDefault="00000000" w:rsidP="0063351A">
      <w:pPr>
        <w:pStyle w:val="Heading2"/>
        <w:rPr>
          <w:rFonts w:ascii="Garamond" w:hAnsi="Garamond"/>
          <w:color w:val="auto"/>
          <w:sz w:val="28"/>
          <w:szCs w:val="28"/>
        </w:rPr>
      </w:pPr>
      <w:bookmarkStart w:id="56" w:name="_Toc214830352"/>
      <w:r w:rsidRPr="0063351A">
        <w:rPr>
          <w:rFonts w:ascii="Garamond" w:hAnsi="Garamond"/>
          <w:color w:val="auto"/>
          <w:sz w:val="28"/>
          <w:szCs w:val="28"/>
        </w:rPr>
        <w:t>(The Blueprint That Turns AI Into a Complete Lead Magnet, Funnel, and Conversion Asset Creation System)</w:t>
      </w:r>
      <w:bookmarkEnd w:id="56"/>
    </w:p>
    <w:p w14:paraId="1449DD4F" w14:textId="77777777" w:rsidR="001A5159" w:rsidRDefault="00000000">
      <w:r>
        <w:rPr>
          <w:rFonts w:ascii="Garamond" w:hAnsi="Garamond"/>
          <w:sz w:val="24"/>
        </w:rPr>
        <w:t xml:space="preserve">Every creator, coach, consultant, and business </w:t>
      </w:r>
      <w:proofErr w:type="gramStart"/>
      <w:r>
        <w:rPr>
          <w:rFonts w:ascii="Garamond" w:hAnsi="Garamond"/>
          <w:sz w:val="24"/>
        </w:rPr>
        <w:t>needs</w:t>
      </w:r>
      <w:proofErr w:type="gramEnd"/>
      <w:r>
        <w:rPr>
          <w:rFonts w:ascii="Garamond" w:hAnsi="Garamond"/>
          <w:sz w:val="24"/>
        </w:rPr>
        <w:t xml:space="preserve"> lead magnets.</w:t>
      </w:r>
    </w:p>
    <w:p w14:paraId="70BBCCF4" w14:textId="77777777" w:rsidR="001A5159" w:rsidRDefault="00000000">
      <w:r>
        <w:rPr>
          <w:rFonts w:ascii="Garamond" w:hAnsi="Garamond"/>
          <w:sz w:val="24"/>
        </w:rPr>
        <w:t>Why?</w:t>
      </w:r>
    </w:p>
    <w:p w14:paraId="6FB2A1C0" w14:textId="77777777" w:rsidR="001A5159" w:rsidRDefault="00000000">
      <w:r>
        <w:rPr>
          <w:rFonts w:ascii="Garamond" w:hAnsi="Garamond"/>
          <w:sz w:val="24"/>
        </w:rPr>
        <w:t>Because lead magnets:</w:t>
      </w:r>
    </w:p>
    <w:p w14:paraId="32F43F5B" w14:textId="77777777" w:rsidR="001A5159" w:rsidRDefault="00000000">
      <w:r>
        <w:rPr>
          <w:rFonts w:ascii="Garamond" w:hAnsi="Garamond"/>
          <w:sz w:val="24"/>
        </w:rPr>
        <w:t xml:space="preserve">build email </w:t>
      </w:r>
      <w:proofErr w:type="gramStart"/>
      <w:r>
        <w:rPr>
          <w:rFonts w:ascii="Garamond" w:hAnsi="Garamond"/>
          <w:sz w:val="24"/>
        </w:rPr>
        <w:t>lists</w:t>
      </w:r>
      <w:proofErr w:type="gramEnd"/>
    </w:p>
    <w:p w14:paraId="5F2F6298" w14:textId="77777777" w:rsidR="001A5159" w:rsidRDefault="00000000">
      <w:r>
        <w:rPr>
          <w:rFonts w:ascii="Garamond" w:hAnsi="Garamond"/>
          <w:sz w:val="24"/>
        </w:rPr>
        <w:t xml:space="preserve">attract qualified </w:t>
      </w:r>
      <w:proofErr w:type="gramStart"/>
      <w:r>
        <w:rPr>
          <w:rFonts w:ascii="Garamond" w:hAnsi="Garamond"/>
          <w:sz w:val="24"/>
        </w:rPr>
        <w:t>buyers</w:t>
      </w:r>
      <w:proofErr w:type="gramEnd"/>
    </w:p>
    <w:p w14:paraId="37E64792" w14:textId="77777777" w:rsidR="001A5159" w:rsidRDefault="00000000">
      <w:r>
        <w:rPr>
          <w:rFonts w:ascii="Garamond" w:hAnsi="Garamond"/>
          <w:sz w:val="24"/>
        </w:rPr>
        <w:t xml:space="preserve">warm up cold </w:t>
      </w:r>
      <w:proofErr w:type="gramStart"/>
      <w:r>
        <w:rPr>
          <w:rFonts w:ascii="Garamond" w:hAnsi="Garamond"/>
          <w:sz w:val="24"/>
        </w:rPr>
        <w:t>audiences</w:t>
      </w:r>
      <w:proofErr w:type="gramEnd"/>
    </w:p>
    <w:p w14:paraId="18548A87" w14:textId="77777777" w:rsidR="001A5159" w:rsidRDefault="00000000">
      <w:r>
        <w:rPr>
          <w:rFonts w:ascii="Garamond" w:hAnsi="Garamond"/>
          <w:sz w:val="24"/>
        </w:rPr>
        <w:t xml:space="preserve">increase </w:t>
      </w:r>
      <w:proofErr w:type="gramStart"/>
      <w:r>
        <w:rPr>
          <w:rFonts w:ascii="Garamond" w:hAnsi="Garamond"/>
          <w:sz w:val="24"/>
        </w:rPr>
        <w:t>authority</w:t>
      </w:r>
      <w:proofErr w:type="gramEnd"/>
    </w:p>
    <w:p w14:paraId="7E531263" w14:textId="77777777" w:rsidR="001A5159" w:rsidRDefault="00000000">
      <w:r>
        <w:rPr>
          <w:rFonts w:ascii="Garamond" w:hAnsi="Garamond"/>
          <w:sz w:val="24"/>
        </w:rPr>
        <w:t>pre-</w:t>
      </w:r>
      <w:proofErr w:type="gramStart"/>
      <w:r>
        <w:rPr>
          <w:rFonts w:ascii="Garamond" w:hAnsi="Garamond"/>
          <w:sz w:val="24"/>
        </w:rPr>
        <w:t>sell</w:t>
      </w:r>
      <w:proofErr w:type="gramEnd"/>
      <w:r>
        <w:rPr>
          <w:rFonts w:ascii="Garamond" w:hAnsi="Garamond"/>
          <w:sz w:val="24"/>
        </w:rPr>
        <w:t xml:space="preserve"> </w:t>
      </w:r>
      <w:proofErr w:type="gramStart"/>
      <w:r>
        <w:rPr>
          <w:rFonts w:ascii="Garamond" w:hAnsi="Garamond"/>
          <w:sz w:val="24"/>
        </w:rPr>
        <w:t>offers</w:t>
      </w:r>
      <w:proofErr w:type="gramEnd"/>
    </w:p>
    <w:p w14:paraId="53F56CC1" w14:textId="77777777" w:rsidR="001A5159" w:rsidRDefault="00000000">
      <w:r>
        <w:rPr>
          <w:rFonts w:ascii="Garamond" w:hAnsi="Garamond"/>
          <w:sz w:val="24"/>
        </w:rPr>
        <w:t>drive conversions</w:t>
      </w:r>
    </w:p>
    <w:p w14:paraId="095A0DA5" w14:textId="77777777" w:rsidR="001A5159" w:rsidRDefault="00000000">
      <w:r>
        <w:rPr>
          <w:rFonts w:ascii="Garamond" w:hAnsi="Garamond"/>
          <w:sz w:val="24"/>
        </w:rPr>
        <w:t xml:space="preserve">grow personal </w:t>
      </w:r>
      <w:proofErr w:type="gramStart"/>
      <w:r>
        <w:rPr>
          <w:rFonts w:ascii="Garamond" w:hAnsi="Garamond"/>
          <w:sz w:val="24"/>
        </w:rPr>
        <w:t>brands</w:t>
      </w:r>
      <w:proofErr w:type="gramEnd"/>
    </w:p>
    <w:p w14:paraId="5ECA2B23" w14:textId="77777777" w:rsidR="001A5159" w:rsidRDefault="00000000">
      <w:r>
        <w:rPr>
          <w:rFonts w:ascii="Garamond" w:hAnsi="Garamond"/>
          <w:sz w:val="24"/>
        </w:rPr>
        <w:t>But most people never build lead magnets because they think they need:</w:t>
      </w:r>
    </w:p>
    <w:p w14:paraId="0CE5C066" w14:textId="77777777" w:rsidR="001A5159" w:rsidRDefault="00000000">
      <w:proofErr w:type="gramStart"/>
      <w:r>
        <w:rPr>
          <w:rFonts w:ascii="Garamond" w:hAnsi="Garamond"/>
          <w:sz w:val="24"/>
        </w:rPr>
        <w:t>design</w:t>
      </w:r>
      <w:proofErr w:type="gramEnd"/>
      <w:r>
        <w:rPr>
          <w:rFonts w:ascii="Garamond" w:hAnsi="Garamond"/>
          <w:sz w:val="24"/>
        </w:rPr>
        <w:t xml:space="preserve"> skills</w:t>
      </w:r>
    </w:p>
    <w:p w14:paraId="6512C4FF" w14:textId="77777777" w:rsidR="001A5159" w:rsidRDefault="00000000">
      <w:r>
        <w:rPr>
          <w:rFonts w:ascii="Garamond" w:hAnsi="Garamond"/>
          <w:sz w:val="24"/>
        </w:rPr>
        <w:t>copywriting knowledge</w:t>
      </w:r>
    </w:p>
    <w:p w14:paraId="1C1C5077" w14:textId="77777777" w:rsidR="001A5159" w:rsidRDefault="00000000">
      <w:r>
        <w:rPr>
          <w:rFonts w:ascii="Garamond" w:hAnsi="Garamond"/>
          <w:sz w:val="24"/>
        </w:rPr>
        <w:t>long hours</w:t>
      </w:r>
    </w:p>
    <w:p w14:paraId="0547B94E" w14:textId="77777777" w:rsidR="001A5159" w:rsidRDefault="00000000">
      <w:r>
        <w:rPr>
          <w:rFonts w:ascii="Garamond" w:hAnsi="Garamond"/>
          <w:sz w:val="24"/>
        </w:rPr>
        <w:t>funnel experience</w:t>
      </w:r>
    </w:p>
    <w:p w14:paraId="2B9C912C" w14:textId="77777777" w:rsidR="001A5159" w:rsidRDefault="00000000">
      <w:r>
        <w:rPr>
          <w:rFonts w:ascii="Garamond" w:hAnsi="Garamond"/>
          <w:sz w:val="24"/>
        </w:rPr>
        <w:t>marketing expertise</w:t>
      </w:r>
    </w:p>
    <w:p w14:paraId="307A026D" w14:textId="77777777" w:rsidR="001A5159" w:rsidRDefault="00000000">
      <w:r>
        <w:rPr>
          <w:rFonts w:ascii="Garamond" w:hAnsi="Garamond"/>
          <w:sz w:val="24"/>
        </w:rPr>
        <w:t>This blueprint eliminates all of those roadblocks.</w:t>
      </w:r>
    </w:p>
    <w:p w14:paraId="53BBE756" w14:textId="77777777" w:rsidR="001A5159" w:rsidRDefault="00000000">
      <w:r>
        <w:rPr>
          <w:rFonts w:ascii="Garamond" w:hAnsi="Garamond"/>
          <w:sz w:val="24"/>
        </w:rPr>
        <w:t>You become the AI-powered Lead Magnet Factory — creating high-converting assets that businesses desperately need to grow.</w:t>
      </w:r>
    </w:p>
    <w:p w14:paraId="6AA6C2FA" w14:textId="77777777" w:rsidR="001A5159" w:rsidRDefault="001A5159"/>
    <w:p w14:paraId="1A92F0E0" w14:textId="77777777" w:rsidR="001A5159" w:rsidRDefault="00000000">
      <w:r>
        <w:rPr>
          <w:rFonts w:ascii="Garamond" w:hAnsi="Garamond"/>
          <w:sz w:val="24"/>
        </w:rPr>
        <w:lastRenderedPageBreak/>
        <w:t>Why This Blueprint Works</w:t>
      </w:r>
    </w:p>
    <w:p w14:paraId="122F851D" w14:textId="77777777" w:rsidR="001A5159" w:rsidRDefault="00000000">
      <w:r>
        <w:rPr>
          <w:rFonts w:ascii="Garamond" w:hAnsi="Garamond"/>
          <w:sz w:val="24"/>
        </w:rPr>
        <w:t>Lead magnets are one of the highest leverage assets in business.</w:t>
      </w:r>
    </w:p>
    <w:p w14:paraId="441264CE" w14:textId="77777777" w:rsidR="001A5159" w:rsidRDefault="00000000">
      <w:r>
        <w:rPr>
          <w:rFonts w:ascii="Garamond" w:hAnsi="Garamond"/>
          <w:sz w:val="24"/>
        </w:rPr>
        <w:t>But most creators/businesses:</w:t>
      </w:r>
    </w:p>
    <w:p w14:paraId="10B20051" w14:textId="77777777" w:rsidR="001A5159" w:rsidRDefault="00000000">
      <w:r>
        <w:rPr>
          <w:rFonts w:ascii="Garamond" w:hAnsi="Garamond"/>
          <w:sz w:val="24"/>
        </w:rPr>
        <w:t xml:space="preserve">don’t know what to </w:t>
      </w:r>
      <w:proofErr w:type="gramStart"/>
      <w:r>
        <w:rPr>
          <w:rFonts w:ascii="Garamond" w:hAnsi="Garamond"/>
          <w:sz w:val="24"/>
        </w:rPr>
        <w:t>create</w:t>
      </w:r>
      <w:proofErr w:type="gramEnd"/>
    </w:p>
    <w:p w14:paraId="17C2CFDC" w14:textId="77777777" w:rsidR="001A5159" w:rsidRDefault="00000000">
      <w:r>
        <w:rPr>
          <w:rFonts w:ascii="Garamond" w:hAnsi="Garamond"/>
          <w:sz w:val="24"/>
        </w:rPr>
        <w:t xml:space="preserve">don’t know how to structure </w:t>
      </w:r>
      <w:proofErr w:type="gramStart"/>
      <w:r>
        <w:rPr>
          <w:rFonts w:ascii="Garamond" w:hAnsi="Garamond"/>
          <w:sz w:val="24"/>
        </w:rPr>
        <w:t>it</w:t>
      </w:r>
      <w:proofErr w:type="gramEnd"/>
    </w:p>
    <w:p w14:paraId="27ACF9C0" w14:textId="77777777" w:rsidR="001A5159" w:rsidRDefault="00000000">
      <w:r>
        <w:rPr>
          <w:rFonts w:ascii="Garamond" w:hAnsi="Garamond"/>
          <w:sz w:val="24"/>
        </w:rPr>
        <w:t xml:space="preserve">don’t know how to write </w:t>
      </w:r>
      <w:proofErr w:type="gramStart"/>
      <w:r>
        <w:rPr>
          <w:rFonts w:ascii="Garamond" w:hAnsi="Garamond"/>
          <w:sz w:val="24"/>
        </w:rPr>
        <w:t>it</w:t>
      </w:r>
      <w:proofErr w:type="gramEnd"/>
    </w:p>
    <w:p w14:paraId="31F5F186" w14:textId="77777777" w:rsidR="001A5159" w:rsidRDefault="00000000">
      <w:r>
        <w:rPr>
          <w:rFonts w:ascii="Garamond" w:hAnsi="Garamond"/>
          <w:sz w:val="24"/>
        </w:rPr>
        <w:t xml:space="preserve">don’t know how to design </w:t>
      </w:r>
      <w:proofErr w:type="gramStart"/>
      <w:r>
        <w:rPr>
          <w:rFonts w:ascii="Garamond" w:hAnsi="Garamond"/>
          <w:sz w:val="24"/>
        </w:rPr>
        <w:t>it</w:t>
      </w:r>
      <w:proofErr w:type="gramEnd"/>
    </w:p>
    <w:p w14:paraId="433F730D" w14:textId="77777777" w:rsidR="001A5159" w:rsidRDefault="00000000">
      <w:r>
        <w:rPr>
          <w:rFonts w:ascii="Garamond" w:hAnsi="Garamond"/>
          <w:sz w:val="24"/>
        </w:rPr>
        <w:t xml:space="preserve">don’t know how to deliver </w:t>
      </w:r>
      <w:proofErr w:type="gramStart"/>
      <w:r>
        <w:rPr>
          <w:rFonts w:ascii="Garamond" w:hAnsi="Garamond"/>
          <w:sz w:val="24"/>
        </w:rPr>
        <w:t>it</w:t>
      </w:r>
      <w:proofErr w:type="gramEnd"/>
    </w:p>
    <w:p w14:paraId="742D9D99" w14:textId="77777777" w:rsidR="001A5159" w:rsidRDefault="00000000">
      <w:r>
        <w:rPr>
          <w:rFonts w:ascii="Garamond" w:hAnsi="Garamond"/>
          <w:sz w:val="24"/>
        </w:rPr>
        <w:t xml:space="preserve">don’t know how to connect it to </w:t>
      </w:r>
      <w:proofErr w:type="gramStart"/>
      <w:r>
        <w:rPr>
          <w:rFonts w:ascii="Garamond" w:hAnsi="Garamond"/>
          <w:sz w:val="24"/>
        </w:rPr>
        <w:t>funnels</w:t>
      </w:r>
      <w:proofErr w:type="gramEnd"/>
    </w:p>
    <w:p w14:paraId="1503FBA8" w14:textId="77777777" w:rsidR="001A5159" w:rsidRDefault="00000000">
      <w:r>
        <w:rPr>
          <w:rFonts w:ascii="Garamond" w:hAnsi="Garamond"/>
          <w:sz w:val="24"/>
        </w:rPr>
        <w:t>You solve ALL of this using AI.</w:t>
      </w:r>
    </w:p>
    <w:p w14:paraId="54DA2649" w14:textId="77777777" w:rsidR="001A5159" w:rsidRDefault="00000000">
      <w:r>
        <w:rPr>
          <w:rFonts w:ascii="Garamond" w:hAnsi="Garamond"/>
          <w:sz w:val="24"/>
        </w:rPr>
        <w:t>AI creates:</w:t>
      </w:r>
    </w:p>
    <w:p w14:paraId="4FFB9895" w14:textId="77777777" w:rsidR="001A5159" w:rsidRDefault="00000000">
      <w:r>
        <w:rPr>
          <w:rFonts w:ascii="Garamond" w:hAnsi="Garamond"/>
          <w:sz w:val="24"/>
        </w:rPr>
        <w:t>outlines</w:t>
      </w:r>
    </w:p>
    <w:p w14:paraId="021972B6" w14:textId="77777777" w:rsidR="001A5159" w:rsidRDefault="00000000">
      <w:r>
        <w:rPr>
          <w:rFonts w:ascii="Garamond" w:hAnsi="Garamond"/>
          <w:sz w:val="24"/>
        </w:rPr>
        <w:t>design ideas</w:t>
      </w:r>
    </w:p>
    <w:p w14:paraId="255256C8" w14:textId="77777777" w:rsidR="001A5159" w:rsidRDefault="00000000">
      <w:r>
        <w:rPr>
          <w:rFonts w:ascii="Garamond" w:hAnsi="Garamond"/>
          <w:sz w:val="24"/>
        </w:rPr>
        <w:t>copy</w:t>
      </w:r>
    </w:p>
    <w:p w14:paraId="62D80601" w14:textId="77777777" w:rsidR="001A5159" w:rsidRDefault="00000000">
      <w:r>
        <w:rPr>
          <w:rFonts w:ascii="Garamond" w:hAnsi="Garamond"/>
          <w:sz w:val="24"/>
        </w:rPr>
        <w:t>CTA placement</w:t>
      </w:r>
    </w:p>
    <w:p w14:paraId="146B52EC" w14:textId="77777777" w:rsidR="001A5159" w:rsidRDefault="00000000">
      <w:r>
        <w:rPr>
          <w:rFonts w:ascii="Garamond" w:hAnsi="Garamond"/>
          <w:sz w:val="24"/>
        </w:rPr>
        <w:t>funnel strategy</w:t>
      </w:r>
    </w:p>
    <w:p w14:paraId="7458D331" w14:textId="77777777" w:rsidR="001A5159" w:rsidRDefault="00000000">
      <w:r>
        <w:rPr>
          <w:rFonts w:ascii="Garamond" w:hAnsi="Garamond"/>
          <w:sz w:val="24"/>
        </w:rPr>
        <w:t xml:space="preserve">welcome </w:t>
      </w:r>
      <w:proofErr w:type="gramStart"/>
      <w:r>
        <w:rPr>
          <w:rFonts w:ascii="Garamond" w:hAnsi="Garamond"/>
          <w:sz w:val="24"/>
        </w:rPr>
        <w:t>sequences</w:t>
      </w:r>
      <w:proofErr w:type="gramEnd"/>
    </w:p>
    <w:p w14:paraId="0EAAE621" w14:textId="77777777" w:rsidR="001A5159" w:rsidRDefault="00000000">
      <w:r>
        <w:rPr>
          <w:rFonts w:ascii="Garamond" w:hAnsi="Garamond"/>
          <w:sz w:val="24"/>
        </w:rPr>
        <w:t>content upgrades</w:t>
      </w:r>
    </w:p>
    <w:p w14:paraId="4D4B460C" w14:textId="77777777" w:rsidR="001A5159" w:rsidRDefault="00000000">
      <w:r>
        <w:rPr>
          <w:rFonts w:ascii="Garamond" w:hAnsi="Garamond"/>
          <w:sz w:val="24"/>
        </w:rPr>
        <w:t>This makes the process fast, repeatable, and extremely profitable.</w:t>
      </w:r>
    </w:p>
    <w:p w14:paraId="5BCB0DD4" w14:textId="77777777" w:rsidR="001A5159" w:rsidRDefault="001A5159"/>
    <w:p w14:paraId="17DE6532" w14:textId="77777777" w:rsidR="001A5159" w:rsidRDefault="00000000">
      <w:r>
        <w:rPr>
          <w:rFonts w:ascii="Garamond" w:hAnsi="Garamond"/>
          <w:sz w:val="24"/>
        </w:rPr>
        <w:t>Tools You Need</w:t>
      </w:r>
    </w:p>
    <w:p w14:paraId="49DCE736" w14:textId="77777777" w:rsidR="001A5159" w:rsidRDefault="00000000">
      <w:r>
        <w:rPr>
          <w:rFonts w:ascii="Garamond" w:hAnsi="Garamond"/>
          <w:sz w:val="24"/>
        </w:rPr>
        <w:t>ChatGPT / Claude — writing, funnel creation</w:t>
      </w:r>
      <w:r>
        <w:rPr>
          <w:rFonts w:ascii="Garamond" w:hAnsi="Garamond"/>
          <w:sz w:val="24"/>
        </w:rPr>
        <w:br/>
        <w:t>Canva — design assets</w:t>
      </w:r>
      <w:r>
        <w:rPr>
          <w:rFonts w:ascii="Garamond" w:hAnsi="Garamond"/>
          <w:sz w:val="24"/>
        </w:rPr>
        <w:br/>
        <w:t>ConvertKit / MailerLite / Beehiiv — landing pages + automation</w:t>
      </w:r>
      <w:r>
        <w:rPr>
          <w:rFonts w:ascii="Garamond" w:hAnsi="Garamond"/>
          <w:sz w:val="24"/>
        </w:rPr>
        <w:br/>
        <w:t>Google Docs — content drafts</w:t>
      </w:r>
      <w:r>
        <w:rPr>
          <w:rFonts w:ascii="Garamond" w:hAnsi="Garamond"/>
          <w:sz w:val="24"/>
        </w:rPr>
        <w:br/>
        <w:t>Notion / Trello — asset organization</w:t>
      </w:r>
    </w:p>
    <w:p w14:paraId="3A9ED75D" w14:textId="77777777" w:rsidR="001A5159" w:rsidRDefault="00000000">
      <w:r>
        <w:rPr>
          <w:rFonts w:ascii="Garamond" w:hAnsi="Garamond"/>
          <w:sz w:val="24"/>
        </w:rPr>
        <w:t>Optional:</w:t>
      </w:r>
    </w:p>
    <w:p w14:paraId="7AB8CEF7" w14:textId="77777777" w:rsidR="001A5159" w:rsidRDefault="00000000">
      <w:r>
        <w:rPr>
          <w:rFonts w:ascii="Garamond" w:hAnsi="Garamond"/>
          <w:sz w:val="24"/>
        </w:rPr>
        <w:lastRenderedPageBreak/>
        <w:t>ClickFunnels / Systeme.io for funnels</w:t>
      </w:r>
      <w:r>
        <w:rPr>
          <w:rFonts w:ascii="Garamond" w:hAnsi="Garamond"/>
          <w:sz w:val="24"/>
        </w:rPr>
        <w:br/>
        <w:t>Typeform / Tally for quiz magnets</w:t>
      </w:r>
    </w:p>
    <w:p w14:paraId="1EE8E52D" w14:textId="77777777" w:rsidR="001A5159" w:rsidRDefault="001A5159"/>
    <w:p w14:paraId="67ACA42C" w14:textId="77777777" w:rsidR="001A5159" w:rsidRDefault="00000000">
      <w:r>
        <w:rPr>
          <w:rFonts w:ascii="Garamond" w:hAnsi="Garamond"/>
          <w:sz w:val="24"/>
        </w:rPr>
        <w:t>What You’ll Offer</w:t>
      </w:r>
    </w:p>
    <w:p w14:paraId="652307FF" w14:textId="77777777" w:rsidR="001A5159" w:rsidRDefault="00000000">
      <w:r>
        <w:rPr>
          <w:rFonts w:ascii="Garamond" w:hAnsi="Garamond"/>
          <w:sz w:val="24"/>
        </w:rPr>
        <w:t>You can build complete lead magnet systems, including:</w:t>
      </w:r>
    </w:p>
    <w:p w14:paraId="0BF69D94" w14:textId="77777777" w:rsidR="001A5159" w:rsidRDefault="00000000">
      <w:r>
        <w:rPr>
          <w:rFonts w:ascii="Garamond" w:hAnsi="Garamond"/>
          <w:sz w:val="24"/>
        </w:rPr>
        <w:t>PDF guides</w:t>
      </w:r>
    </w:p>
    <w:p w14:paraId="0F07E560" w14:textId="77777777" w:rsidR="001A5159" w:rsidRDefault="00000000">
      <w:r>
        <w:rPr>
          <w:rFonts w:ascii="Garamond" w:hAnsi="Garamond"/>
          <w:sz w:val="24"/>
        </w:rPr>
        <w:t>checklists</w:t>
      </w:r>
    </w:p>
    <w:p w14:paraId="3CF7469A" w14:textId="77777777" w:rsidR="001A5159" w:rsidRDefault="00000000">
      <w:r>
        <w:rPr>
          <w:rFonts w:ascii="Garamond" w:hAnsi="Garamond"/>
          <w:sz w:val="24"/>
        </w:rPr>
        <w:t>templates</w:t>
      </w:r>
    </w:p>
    <w:p w14:paraId="755C5AA8" w14:textId="77777777" w:rsidR="001A5159" w:rsidRDefault="00000000">
      <w:r>
        <w:rPr>
          <w:rFonts w:ascii="Garamond" w:hAnsi="Garamond"/>
          <w:sz w:val="24"/>
        </w:rPr>
        <w:t>swipe files</w:t>
      </w:r>
    </w:p>
    <w:p w14:paraId="730EE1A1" w14:textId="77777777" w:rsidR="001A5159" w:rsidRDefault="00000000">
      <w:r>
        <w:rPr>
          <w:rFonts w:ascii="Garamond" w:hAnsi="Garamond"/>
          <w:sz w:val="24"/>
        </w:rPr>
        <w:t>cheat sheets</w:t>
      </w:r>
    </w:p>
    <w:p w14:paraId="1CF2CE68" w14:textId="77777777" w:rsidR="001A5159" w:rsidRDefault="00000000">
      <w:proofErr w:type="gramStart"/>
      <w:r>
        <w:rPr>
          <w:rFonts w:ascii="Garamond" w:hAnsi="Garamond"/>
          <w:sz w:val="24"/>
        </w:rPr>
        <w:t>mini-ebooks</w:t>
      </w:r>
      <w:proofErr w:type="gramEnd"/>
    </w:p>
    <w:p w14:paraId="29E53B6F" w14:textId="77777777" w:rsidR="001A5159" w:rsidRDefault="00000000">
      <w:r>
        <w:rPr>
          <w:rFonts w:ascii="Garamond" w:hAnsi="Garamond"/>
          <w:sz w:val="24"/>
        </w:rPr>
        <w:t>resource libraries</w:t>
      </w:r>
    </w:p>
    <w:p w14:paraId="5A25C805" w14:textId="77777777" w:rsidR="001A5159" w:rsidRDefault="00000000">
      <w:proofErr w:type="gramStart"/>
      <w:r>
        <w:rPr>
          <w:rFonts w:ascii="Garamond" w:hAnsi="Garamond"/>
          <w:sz w:val="24"/>
        </w:rPr>
        <w:t>quizzes</w:t>
      </w:r>
      <w:proofErr w:type="gramEnd"/>
    </w:p>
    <w:p w14:paraId="76775895" w14:textId="77777777" w:rsidR="001A5159" w:rsidRDefault="00000000">
      <w:r>
        <w:rPr>
          <w:rFonts w:ascii="Garamond" w:hAnsi="Garamond"/>
          <w:sz w:val="24"/>
        </w:rPr>
        <w:t>planners</w:t>
      </w:r>
    </w:p>
    <w:p w14:paraId="5B8E3421" w14:textId="77777777" w:rsidR="001A5159" w:rsidRDefault="00000000">
      <w:r>
        <w:rPr>
          <w:rFonts w:ascii="Garamond" w:hAnsi="Garamond"/>
          <w:sz w:val="24"/>
        </w:rPr>
        <w:t>toolkits</w:t>
      </w:r>
    </w:p>
    <w:p w14:paraId="7972B452" w14:textId="77777777" w:rsidR="001A5159" w:rsidRDefault="00000000">
      <w:proofErr w:type="gramStart"/>
      <w:r>
        <w:rPr>
          <w:rFonts w:ascii="Garamond" w:hAnsi="Garamond"/>
          <w:sz w:val="24"/>
        </w:rPr>
        <w:t>PLUS</w:t>
      </w:r>
      <w:proofErr w:type="gramEnd"/>
      <w:r>
        <w:rPr>
          <w:rFonts w:ascii="Garamond" w:hAnsi="Garamond"/>
          <w:sz w:val="24"/>
        </w:rPr>
        <w:t xml:space="preserve"> funnel deliverables:</w:t>
      </w:r>
    </w:p>
    <w:p w14:paraId="407CA1EE" w14:textId="77777777" w:rsidR="001A5159" w:rsidRDefault="00000000">
      <w:r>
        <w:rPr>
          <w:rFonts w:ascii="Garamond" w:hAnsi="Garamond"/>
          <w:sz w:val="24"/>
        </w:rPr>
        <w:t>landing page copy</w:t>
      </w:r>
    </w:p>
    <w:p w14:paraId="085CEFEC" w14:textId="77777777" w:rsidR="001A5159" w:rsidRDefault="00000000">
      <w:r>
        <w:rPr>
          <w:rFonts w:ascii="Garamond" w:hAnsi="Garamond"/>
          <w:sz w:val="24"/>
        </w:rPr>
        <w:t>opt-in page layout</w:t>
      </w:r>
    </w:p>
    <w:p w14:paraId="706CD6A5" w14:textId="77777777" w:rsidR="001A5159" w:rsidRDefault="00000000">
      <w:r>
        <w:rPr>
          <w:rFonts w:ascii="Garamond" w:hAnsi="Garamond"/>
          <w:sz w:val="24"/>
        </w:rPr>
        <w:t xml:space="preserve">thank-you page </w:t>
      </w:r>
      <w:proofErr w:type="gramStart"/>
      <w:r>
        <w:rPr>
          <w:rFonts w:ascii="Garamond" w:hAnsi="Garamond"/>
          <w:sz w:val="24"/>
        </w:rPr>
        <w:t>script</w:t>
      </w:r>
      <w:proofErr w:type="gramEnd"/>
    </w:p>
    <w:p w14:paraId="1A7374B3" w14:textId="77777777" w:rsidR="001A5159" w:rsidRDefault="00000000">
      <w:r>
        <w:rPr>
          <w:rFonts w:ascii="Garamond" w:hAnsi="Garamond"/>
          <w:sz w:val="24"/>
        </w:rPr>
        <w:t xml:space="preserve">email confirmation </w:t>
      </w:r>
      <w:proofErr w:type="gramStart"/>
      <w:r>
        <w:rPr>
          <w:rFonts w:ascii="Garamond" w:hAnsi="Garamond"/>
          <w:sz w:val="24"/>
        </w:rPr>
        <w:t>copy</w:t>
      </w:r>
      <w:proofErr w:type="gramEnd"/>
    </w:p>
    <w:p w14:paraId="5A50BB23" w14:textId="77777777" w:rsidR="001A5159" w:rsidRDefault="00000000">
      <w:r>
        <w:rPr>
          <w:rFonts w:ascii="Garamond" w:hAnsi="Garamond"/>
          <w:sz w:val="24"/>
        </w:rPr>
        <w:t>automated welcome sequence</w:t>
      </w:r>
    </w:p>
    <w:p w14:paraId="66280BD3" w14:textId="77777777" w:rsidR="001A5159" w:rsidRDefault="00000000">
      <w:r>
        <w:rPr>
          <w:rFonts w:ascii="Garamond" w:hAnsi="Garamond"/>
          <w:sz w:val="24"/>
        </w:rPr>
        <w:t>CTA recommendations</w:t>
      </w:r>
    </w:p>
    <w:p w14:paraId="295A7CE3" w14:textId="77777777" w:rsidR="001A5159" w:rsidRDefault="00000000">
      <w:r>
        <w:rPr>
          <w:rFonts w:ascii="Garamond" w:hAnsi="Garamond"/>
          <w:sz w:val="24"/>
        </w:rPr>
        <w:t>social promo copy</w:t>
      </w:r>
    </w:p>
    <w:p w14:paraId="0F75E523" w14:textId="77777777" w:rsidR="001A5159" w:rsidRDefault="00000000">
      <w:r>
        <w:rPr>
          <w:rFonts w:ascii="Garamond" w:hAnsi="Garamond"/>
          <w:sz w:val="24"/>
        </w:rPr>
        <w:t>This is a premium bundle businesses need right now.</w:t>
      </w:r>
    </w:p>
    <w:p w14:paraId="38E42CEF" w14:textId="77777777" w:rsidR="001A5159" w:rsidRDefault="001A5159"/>
    <w:p w14:paraId="249C8FAA" w14:textId="77777777" w:rsidR="001A5159" w:rsidRDefault="00000000">
      <w:r>
        <w:rPr>
          <w:rFonts w:ascii="Garamond" w:hAnsi="Garamond"/>
          <w:sz w:val="24"/>
        </w:rPr>
        <w:t>AI-Powered Workflow (Step-by-Step)</w:t>
      </w:r>
    </w:p>
    <w:p w14:paraId="25402122" w14:textId="77777777" w:rsidR="001A5159" w:rsidRDefault="00000000">
      <w:r>
        <w:rPr>
          <w:rFonts w:ascii="Garamond" w:hAnsi="Garamond"/>
          <w:sz w:val="24"/>
        </w:rPr>
        <w:lastRenderedPageBreak/>
        <w:t>STEP 1 — Choose the Lead Magnet Type</w:t>
      </w:r>
    </w:p>
    <w:p w14:paraId="2843EDEB" w14:textId="77777777" w:rsidR="001A5159" w:rsidRDefault="00000000">
      <w:r>
        <w:rPr>
          <w:rFonts w:ascii="Garamond" w:hAnsi="Garamond"/>
          <w:sz w:val="24"/>
        </w:rPr>
        <w:t>Ask AI:</w:t>
      </w:r>
    </w:p>
    <w:p w14:paraId="510B1EAC" w14:textId="77777777" w:rsidR="001A5159" w:rsidRDefault="00000000">
      <w:r>
        <w:rPr>
          <w:rFonts w:ascii="Garamond" w:hAnsi="Garamond"/>
          <w:sz w:val="24"/>
        </w:rPr>
        <w:t>“Based on this niche and audience, list the top 10 highest-converting lead magnet ideas.”</w:t>
      </w:r>
    </w:p>
    <w:p w14:paraId="32A47F35" w14:textId="77777777" w:rsidR="001A5159" w:rsidRDefault="00000000">
      <w:r>
        <w:rPr>
          <w:rFonts w:ascii="Garamond" w:hAnsi="Garamond"/>
          <w:sz w:val="24"/>
        </w:rPr>
        <w:t>Pick 1.</w:t>
      </w:r>
    </w:p>
    <w:p w14:paraId="6BB0DC1C" w14:textId="77777777" w:rsidR="001A5159" w:rsidRDefault="001A5159"/>
    <w:p w14:paraId="7AF8FF6D" w14:textId="77777777" w:rsidR="001A5159" w:rsidRDefault="00000000">
      <w:r>
        <w:rPr>
          <w:rFonts w:ascii="Garamond" w:hAnsi="Garamond"/>
          <w:sz w:val="24"/>
        </w:rPr>
        <w:t>STEP 2 — Build the Outline</w:t>
      </w:r>
    </w:p>
    <w:p w14:paraId="3D6BF01C" w14:textId="77777777" w:rsidR="001A5159" w:rsidRDefault="00000000">
      <w:r>
        <w:rPr>
          <w:rFonts w:ascii="Garamond" w:hAnsi="Garamond"/>
          <w:sz w:val="24"/>
        </w:rPr>
        <w:t>Ask:</w:t>
      </w:r>
    </w:p>
    <w:p w14:paraId="70E73138" w14:textId="77777777" w:rsidR="001A5159" w:rsidRDefault="00000000">
      <w:r>
        <w:rPr>
          <w:rFonts w:ascii="Garamond" w:hAnsi="Garamond"/>
          <w:sz w:val="24"/>
        </w:rPr>
        <w:t>“Create a detailed outline for this lead magnet, including core lessons, visuals, checklists, and examples.”</w:t>
      </w:r>
    </w:p>
    <w:p w14:paraId="70582362" w14:textId="77777777" w:rsidR="001A5159" w:rsidRDefault="001A5159"/>
    <w:p w14:paraId="00525221" w14:textId="77777777" w:rsidR="001A5159" w:rsidRDefault="00000000">
      <w:r>
        <w:rPr>
          <w:rFonts w:ascii="Garamond" w:hAnsi="Garamond"/>
          <w:sz w:val="24"/>
        </w:rPr>
        <w:t>STEP 3 — Write the Lead Magnet</w:t>
      </w:r>
    </w:p>
    <w:p w14:paraId="71256246" w14:textId="77777777" w:rsidR="001A5159" w:rsidRDefault="00000000">
      <w:r>
        <w:rPr>
          <w:rFonts w:ascii="Garamond" w:hAnsi="Garamond"/>
          <w:sz w:val="24"/>
        </w:rPr>
        <w:t>Ask:</w:t>
      </w:r>
    </w:p>
    <w:p w14:paraId="423810AA" w14:textId="77777777" w:rsidR="001A5159" w:rsidRDefault="00000000">
      <w:r>
        <w:rPr>
          <w:rFonts w:ascii="Garamond" w:hAnsi="Garamond"/>
          <w:sz w:val="24"/>
        </w:rPr>
        <w:t>“Write the full lead magnet content in a clear, helpful, action-focused tone.”</w:t>
      </w:r>
    </w:p>
    <w:p w14:paraId="7BE42DEF" w14:textId="77777777" w:rsidR="001A5159" w:rsidRDefault="001A5159"/>
    <w:p w14:paraId="7BC32467" w14:textId="77777777" w:rsidR="001A5159" w:rsidRDefault="00000000">
      <w:r>
        <w:rPr>
          <w:rFonts w:ascii="Garamond" w:hAnsi="Garamond"/>
          <w:sz w:val="24"/>
        </w:rPr>
        <w:t>STEP 4 — Design in Canva</w:t>
      </w:r>
    </w:p>
    <w:p w14:paraId="085889EB" w14:textId="77777777" w:rsidR="001A5159" w:rsidRDefault="00000000">
      <w:r>
        <w:rPr>
          <w:rFonts w:ascii="Garamond" w:hAnsi="Garamond"/>
          <w:sz w:val="24"/>
        </w:rPr>
        <w:t>Use a clean template:</w:t>
      </w:r>
    </w:p>
    <w:p w14:paraId="47AFB1A5" w14:textId="77777777" w:rsidR="001A5159" w:rsidRDefault="00000000">
      <w:r>
        <w:rPr>
          <w:rFonts w:ascii="Garamond" w:hAnsi="Garamond"/>
          <w:sz w:val="24"/>
        </w:rPr>
        <w:t>headlines</w:t>
      </w:r>
    </w:p>
    <w:p w14:paraId="3A3EE667" w14:textId="77777777" w:rsidR="001A5159" w:rsidRDefault="00000000">
      <w:r>
        <w:rPr>
          <w:rFonts w:ascii="Garamond" w:hAnsi="Garamond"/>
          <w:sz w:val="24"/>
        </w:rPr>
        <w:t>subheads</w:t>
      </w:r>
    </w:p>
    <w:p w14:paraId="1A19C0A2" w14:textId="77777777" w:rsidR="001A5159" w:rsidRDefault="00000000">
      <w:r>
        <w:rPr>
          <w:rFonts w:ascii="Garamond" w:hAnsi="Garamond"/>
          <w:sz w:val="24"/>
        </w:rPr>
        <w:t>icons</w:t>
      </w:r>
    </w:p>
    <w:p w14:paraId="68FFB7B4" w14:textId="77777777" w:rsidR="001A5159" w:rsidRDefault="00000000">
      <w:r>
        <w:rPr>
          <w:rFonts w:ascii="Garamond" w:hAnsi="Garamond"/>
          <w:sz w:val="24"/>
        </w:rPr>
        <w:t>diagrams</w:t>
      </w:r>
    </w:p>
    <w:p w14:paraId="35375EB7" w14:textId="77777777" w:rsidR="001A5159" w:rsidRDefault="00000000">
      <w:r>
        <w:rPr>
          <w:rFonts w:ascii="Garamond" w:hAnsi="Garamond"/>
          <w:sz w:val="24"/>
        </w:rPr>
        <w:t>highlights</w:t>
      </w:r>
    </w:p>
    <w:p w14:paraId="283962A8" w14:textId="77777777" w:rsidR="001A5159" w:rsidRDefault="00000000">
      <w:r>
        <w:rPr>
          <w:rFonts w:ascii="Garamond" w:hAnsi="Garamond"/>
          <w:sz w:val="24"/>
        </w:rPr>
        <w:t>Looks professional instantly.</w:t>
      </w:r>
    </w:p>
    <w:p w14:paraId="3C8A8825" w14:textId="77777777" w:rsidR="001A5159" w:rsidRDefault="001A5159"/>
    <w:p w14:paraId="2995C75D" w14:textId="77777777" w:rsidR="001A5159" w:rsidRDefault="00000000">
      <w:r>
        <w:rPr>
          <w:rFonts w:ascii="Garamond" w:hAnsi="Garamond"/>
          <w:sz w:val="24"/>
        </w:rPr>
        <w:t>STEP 5 — Create the Funnel Copy</w:t>
      </w:r>
    </w:p>
    <w:p w14:paraId="720DFF0B" w14:textId="77777777" w:rsidR="001A5159" w:rsidRDefault="00000000">
      <w:r>
        <w:rPr>
          <w:rFonts w:ascii="Garamond" w:hAnsi="Garamond"/>
          <w:sz w:val="24"/>
        </w:rPr>
        <w:t>Ask:</w:t>
      </w:r>
    </w:p>
    <w:p w14:paraId="1DFE350C" w14:textId="77777777" w:rsidR="001A5159" w:rsidRDefault="00000000">
      <w:r>
        <w:rPr>
          <w:rFonts w:ascii="Garamond" w:hAnsi="Garamond"/>
          <w:sz w:val="24"/>
        </w:rPr>
        <w:t>“Write high-converting landing page copy for this lead magnet.”</w:t>
      </w:r>
    </w:p>
    <w:p w14:paraId="3C45BE23" w14:textId="77777777" w:rsidR="001A5159" w:rsidRDefault="00000000">
      <w:r>
        <w:rPr>
          <w:rFonts w:ascii="Garamond" w:hAnsi="Garamond"/>
          <w:sz w:val="24"/>
        </w:rPr>
        <w:lastRenderedPageBreak/>
        <w:t>Then:</w:t>
      </w:r>
    </w:p>
    <w:p w14:paraId="5A9C2812" w14:textId="77777777" w:rsidR="001A5159" w:rsidRDefault="00000000">
      <w:r>
        <w:rPr>
          <w:rFonts w:ascii="Garamond" w:hAnsi="Garamond"/>
          <w:sz w:val="24"/>
        </w:rPr>
        <w:t>“Write the thank-you page script and CTA.”</w:t>
      </w:r>
    </w:p>
    <w:p w14:paraId="33BA0ED6" w14:textId="77777777" w:rsidR="001A5159" w:rsidRDefault="001A5159"/>
    <w:p w14:paraId="03D7E87C" w14:textId="77777777" w:rsidR="001A5159" w:rsidRDefault="00000000">
      <w:r>
        <w:rPr>
          <w:rFonts w:ascii="Garamond" w:hAnsi="Garamond"/>
          <w:sz w:val="24"/>
        </w:rPr>
        <w:t>STEP 6 — Build the Welcome Sequence</w:t>
      </w:r>
    </w:p>
    <w:p w14:paraId="0CFE8E21" w14:textId="77777777" w:rsidR="001A5159" w:rsidRDefault="00000000">
      <w:r>
        <w:rPr>
          <w:rFonts w:ascii="Garamond" w:hAnsi="Garamond"/>
          <w:sz w:val="24"/>
        </w:rPr>
        <w:t>Ask:</w:t>
      </w:r>
    </w:p>
    <w:p w14:paraId="1C9F3A7E" w14:textId="77777777" w:rsidR="001A5159" w:rsidRDefault="00000000">
      <w:r>
        <w:rPr>
          <w:rFonts w:ascii="Garamond" w:hAnsi="Garamond"/>
          <w:sz w:val="24"/>
        </w:rPr>
        <w:t>“Write a 3–5 email nurture sequence introducing the brand, building trust, and leading into the core offer.”</w:t>
      </w:r>
    </w:p>
    <w:p w14:paraId="2393B796" w14:textId="77777777" w:rsidR="001A5159" w:rsidRDefault="001A5159"/>
    <w:p w14:paraId="74F6B7BA" w14:textId="77777777" w:rsidR="001A5159" w:rsidRDefault="00000000">
      <w:r>
        <w:rPr>
          <w:rFonts w:ascii="Garamond" w:hAnsi="Garamond"/>
          <w:sz w:val="24"/>
        </w:rPr>
        <w:t>STEP 7 — Deliver the Full Lead Magnet System</w:t>
      </w:r>
    </w:p>
    <w:p w14:paraId="37F34A4A" w14:textId="77777777" w:rsidR="001A5159" w:rsidRDefault="00000000">
      <w:r>
        <w:rPr>
          <w:rFonts w:ascii="Garamond" w:hAnsi="Garamond"/>
          <w:sz w:val="24"/>
        </w:rPr>
        <w:t>Deliver:</w:t>
      </w:r>
    </w:p>
    <w:p w14:paraId="0B75CC22" w14:textId="77777777" w:rsidR="001A5159" w:rsidRDefault="00000000">
      <w:r>
        <w:rPr>
          <w:rFonts w:ascii="Garamond" w:hAnsi="Garamond"/>
          <w:sz w:val="24"/>
        </w:rPr>
        <w:t>PDF</w:t>
      </w:r>
    </w:p>
    <w:p w14:paraId="4124E043" w14:textId="77777777" w:rsidR="001A5159" w:rsidRDefault="00000000">
      <w:r>
        <w:rPr>
          <w:rFonts w:ascii="Garamond" w:hAnsi="Garamond"/>
          <w:sz w:val="24"/>
        </w:rPr>
        <w:t>Canva source</w:t>
      </w:r>
    </w:p>
    <w:p w14:paraId="3EBC2EC0" w14:textId="77777777" w:rsidR="001A5159" w:rsidRDefault="00000000">
      <w:r>
        <w:rPr>
          <w:rFonts w:ascii="Garamond" w:hAnsi="Garamond"/>
          <w:sz w:val="24"/>
        </w:rPr>
        <w:t>funnel copy</w:t>
      </w:r>
    </w:p>
    <w:p w14:paraId="545A4F5E" w14:textId="77777777" w:rsidR="001A5159" w:rsidRDefault="00000000">
      <w:proofErr w:type="gramStart"/>
      <w:r>
        <w:rPr>
          <w:rFonts w:ascii="Garamond" w:hAnsi="Garamond"/>
          <w:sz w:val="24"/>
        </w:rPr>
        <w:t>welcome</w:t>
      </w:r>
      <w:proofErr w:type="gramEnd"/>
      <w:r>
        <w:rPr>
          <w:rFonts w:ascii="Garamond" w:hAnsi="Garamond"/>
          <w:sz w:val="24"/>
        </w:rPr>
        <w:t xml:space="preserve"> </w:t>
      </w:r>
      <w:proofErr w:type="gramStart"/>
      <w:r>
        <w:rPr>
          <w:rFonts w:ascii="Garamond" w:hAnsi="Garamond"/>
          <w:sz w:val="24"/>
        </w:rPr>
        <w:t>emails</w:t>
      </w:r>
      <w:proofErr w:type="gramEnd"/>
    </w:p>
    <w:p w14:paraId="27A3BE43" w14:textId="77777777" w:rsidR="001A5159" w:rsidRDefault="00000000">
      <w:r>
        <w:rPr>
          <w:rFonts w:ascii="Garamond" w:hAnsi="Garamond"/>
          <w:sz w:val="24"/>
        </w:rPr>
        <w:t>social promo posts</w:t>
      </w:r>
    </w:p>
    <w:p w14:paraId="4FC6E682" w14:textId="77777777" w:rsidR="001A5159" w:rsidRDefault="00000000">
      <w:r>
        <w:rPr>
          <w:rFonts w:ascii="Garamond" w:hAnsi="Garamond"/>
          <w:sz w:val="24"/>
        </w:rPr>
        <w:t>CTA recommendations</w:t>
      </w:r>
    </w:p>
    <w:p w14:paraId="1C85DEB9" w14:textId="77777777" w:rsidR="001A5159" w:rsidRDefault="00000000">
      <w:r>
        <w:rPr>
          <w:rFonts w:ascii="Garamond" w:hAnsi="Garamond"/>
          <w:sz w:val="24"/>
        </w:rPr>
        <w:t>Businesses LOVE this.</w:t>
      </w:r>
    </w:p>
    <w:p w14:paraId="56BE1C59" w14:textId="77777777" w:rsidR="001A5159" w:rsidRDefault="001A5159"/>
    <w:p w14:paraId="56526490" w14:textId="77777777" w:rsidR="001A5159" w:rsidRDefault="00000000">
      <w:r>
        <w:rPr>
          <w:rFonts w:ascii="Garamond" w:hAnsi="Garamond"/>
          <w:sz w:val="24"/>
        </w:rPr>
        <w:t>Beginner-Proof Portfolio</w:t>
      </w:r>
    </w:p>
    <w:p w14:paraId="31E8C72C" w14:textId="77777777" w:rsidR="001A5159" w:rsidRDefault="00000000">
      <w:r>
        <w:rPr>
          <w:rFonts w:ascii="Garamond" w:hAnsi="Garamond"/>
          <w:sz w:val="24"/>
        </w:rPr>
        <w:t>You only need:</w:t>
      </w:r>
    </w:p>
    <w:p w14:paraId="4A2DBB2D" w14:textId="77777777" w:rsidR="001A5159" w:rsidRDefault="00000000">
      <w:r>
        <w:rPr>
          <w:rFonts w:ascii="Garamond" w:hAnsi="Garamond"/>
          <w:sz w:val="24"/>
        </w:rPr>
        <w:t>1 PDF lead magnet</w:t>
      </w:r>
    </w:p>
    <w:p w14:paraId="57727F2B" w14:textId="77777777" w:rsidR="001A5159" w:rsidRDefault="00000000">
      <w:r>
        <w:rPr>
          <w:rFonts w:ascii="Garamond" w:hAnsi="Garamond"/>
          <w:sz w:val="24"/>
        </w:rPr>
        <w:t>1 landing page</w:t>
      </w:r>
    </w:p>
    <w:p w14:paraId="5E857BF2" w14:textId="77777777" w:rsidR="001A5159" w:rsidRDefault="00000000">
      <w:r>
        <w:rPr>
          <w:rFonts w:ascii="Garamond" w:hAnsi="Garamond"/>
          <w:sz w:val="24"/>
        </w:rPr>
        <w:t>1 email sequence</w:t>
      </w:r>
    </w:p>
    <w:p w14:paraId="41F0DF43" w14:textId="77777777" w:rsidR="001A5159" w:rsidRDefault="00000000">
      <w:r>
        <w:rPr>
          <w:rFonts w:ascii="Garamond" w:hAnsi="Garamond"/>
          <w:sz w:val="24"/>
        </w:rPr>
        <w:t>This is enough to land your first clients fast.</w:t>
      </w:r>
    </w:p>
    <w:p w14:paraId="50B1D9D7" w14:textId="77777777" w:rsidR="001A5159" w:rsidRDefault="001A5159"/>
    <w:p w14:paraId="51FEF867" w14:textId="77777777" w:rsidR="001A5159" w:rsidRDefault="00000000">
      <w:r>
        <w:rPr>
          <w:rFonts w:ascii="Garamond" w:hAnsi="Garamond"/>
          <w:sz w:val="24"/>
        </w:rPr>
        <w:t>Pricing Guide</w:t>
      </w:r>
    </w:p>
    <w:p w14:paraId="3D8C6574" w14:textId="77777777" w:rsidR="001A5159" w:rsidRDefault="00000000">
      <w:r>
        <w:rPr>
          <w:rFonts w:ascii="Garamond" w:hAnsi="Garamond"/>
          <w:sz w:val="24"/>
        </w:rPr>
        <w:lastRenderedPageBreak/>
        <w:t>Beginners:</w:t>
      </w:r>
    </w:p>
    <w:p w14:paraId="4E1CEB68" w14:textId="77777777" w:rsidR="001A5159" w:rsidRDefault="00000000">
      <w:r>
        <w:rPr>
          <w:rFonts w:ascii="Garamond" w:hAnsi="Garamond"/>
          <w:sz w:val="24"/>
        </w:rPr>
        <w:t>$75–$150 lead magnet</w:t>
      </w:r>
    </w:p>
    <w:p w14:paraId="467FCD92" w14:textId="77777777" w:rsidR="001A5159" w:rsidRDefault="00000000">
      <w:r>
        <w:rPr>
          <w:rFonts w:ascii="Garamond" w:hAnsi="Garamond"/>
          <w:sz w:val="24"/>
        </w:rPr>
        <w:t>$150–$300 funnel bundle</w:t>
      </w:r>
    </w:p>
    <w:p w14:paraId="2FFE3D3F" w14:textId="77777777" w:rsidR="001A5159" w:rsidRDefault="00000000">
      <w:r>
        <w:rPr>
          <w:rFonts w:ascii="Garamond" w:hAnsi="Garamond"/>
          <w:sz w:val="24"/>
        </w:rPr>
        <w:t>Intermediate:</w:t>
      </w:r>
    </w:p>
    <w:p w14:paraId="4780603F" w14:textId="77777777" w:rsidR="001A5159" w:rsidRDefault="00000000">
      <w:r>
        <w:rPr>
          <w:rFonts w:ascii="Garamond" w:hAnsi="Garamond"/>
          <w:sz w:val="24"/>
        </w:rPr>
        <w:t>$300–$600 lead magnet system</w:t>
      </w:r>
    </w:p>
    <w:p w14:paraId="22F919DE" w14:textId="77777777" w:rsidR="001A5159" w:rsidRDefault="00000000">
      <w:r>
        <w:rPr>
          <w:rFonts w:ascii="Garamond" w:hAnsi="Garamond"/>
          <w:sz w:val="24"/>
        </w:rPr>
        <w:t>$600–$1,200 full funnel + email sequence</w:t>
      </w:r>
    </w:p>
    <w:p w14:paraId="49623057" w14:textId="77777777" w:rsidR="001A5159" w:rsidRDefault="00000000">
      <w:r>
        <w:rPr>
          <w:rFonts w:ascii="Garamond" w:hAnsi="Garamond"/>
          <w:sz w:val="24"/>
        </w:rPr>
        <w:t>Pro:</w:t>
      </w:r>
    </w:p>
    <w:p w14:paraId="56E55983" w14:textId="77777777" w:rsidR="001A5159" w:rsidRDefault="00000000">
      <w:r>
        <w:rPr>
          <w:rFonts w:ascii="Garamond" w:hAnsi="Garamond"/>
          <w:sz w:val="24"/>
        </w:rPr>
        <w:t>$1,200–$3,500 premium lead magnet ecosystem</w:t>
      </w:r>
    </w:p>
    <w:p w14:paraId="37A7E39D" w14:textId="77777777" w:rsidR="001A5159" w:rsidRDefault="00000000">
      <w:r>
        <w:rPr>
          <w:rFonts w:ascii="Garamond" w:hAnsi="Garamond"/>
          <w:sz w:val="24"/>
        </w:rPr>
        <w:t>$2,000/month lead generation retainer</w:t>
      </w:r>
    </w:p>
    <w:p w14:paraId="3ED3BC87" w14:textId="77777777" w:rsidR="001A5159" w:rsidRDefault="00000000">
      <w:r>
        <w:rPr>
          <w:rFonts w:ascii="Garamond" w:hAnsi="Garamond"/>
          <w:sz w:val="24"/>
        </w:rPr>
        <w:t>Businesses will ALWAYS need leads — which means they’ll always need YOU.</w:t>
      </w:r>
    </w:p>
    <w:p w14:paraId="5BF44D40" w14:textId="77777777" w:rsidR="001A5159" w:rsidRDefault="001A5159"/>
    <w:p w14:paraId="464471A8" w14:textId="77777777" w:rsidR="001A5159" w:rsidRDefault="00000000">
      <w:r>
        <w:rPr>
          <w:rFonts w:ascii="Garamond" w:hAnsi="Garamond"/>
          <w:sz w:val="24"/>
        </w:rPr>
        <w:t>Pro Accelerators</w:t>
      </w:r>
    </w:p>
    <w:p w14:paraId="4AC918F7" w14:textId="77777777" w:rsidR="001A5159" w:rsidRDefault="00000000">
      <w:proofErr w:type="gramStart"/>
      <w:r>
        <w:rPr>
          <w:rFonts w:ascii="Garamond" w:hAnsi="Garamond"/>
          <w:sz w:val="24"/>
        </w:rPr>
        <w:t>add</w:t>
      </w:r>
      <w:proofErr w:type="gramEnd"/>
      <w:r>
        <w:rPr>
          <w:rFonts w:ascii="Garamond" w:hAnsi="Garamond"/>
          <w:sz w:val="24"/>
        </w:rPr>
        <w:t xml:space="preserve"> paid </w:t>
      </w:r>
      <w:proofErr w:type="gramStart"/>
      <w:r>
        <w:rPr>
          <w:rFonts w:ascii="Garamond" w:hAnsi="Garamond"/>
          <w:sz w:val="24"/>
        </w:rPr>
        <w:t>ad</w:t>
      </w:r>
      <w:proofErr w:type="gramEnd"/>
      <w:r>
        <w:rPr>
          <w:rFonts w:ascii="Garamond" w:hAnsi="Garamond"/>
          <w:sz w:val="24"/>
        </w:rPr>
        <w:t xml:space="preserve"> </w:t>
      </w:r>
      <w:proofErr w:type="gramStart"/>
      <w:r>
        <w:rPr>
          <w:rFonts w:ascii="Garamond" w:hAnsi="Garamond"/>
          <w:sz w:val="24"/>
        </w:rPr>
        <w:t>variations</w:t>
      </w:r>
      <w:proofErr w:type="gramEnd"/>
    </w:p>
    <w:p w14:paraId="1FCF9AE4" w14:textId="77777777" w:rsidR="001A5159" w:rsidRDefault="00000000">
      <w:r>
        <w:rPr>
          <w:rFonts w:ascii="Garamond" w:hAnsi="Garamond"/>
          <w:sz w:val="24"/>
        </w:rPr>
        <w:t xml:space="preserve">add social promo </w:t>
      </w:r>
      <w:proofErr w:type="gramStart"/>
      <w:r>
        <w:rPr>
          <w:rFonts w:ascii="Garamond" w:hAnsi="Garamond"/>
          <w:sz w:val="24"/>
        </w:rPr>
        <w:t>graphics</w:t>
      </w:r>
      <w:proofErr w:type="gramEnd"/>
    </w:p>
    <w:p w14:paraId="7A75EA87" w14:textId="77777777" w:rsidR="001A5159" w:rsidRDefault="00000000">
      <w:r>
        <w:rPr>
          <w:rFonts w:ascii="Garamond" w:hAnsi="Garamond"/>
          <w:sz w:val="24"/>
        </w:rPr>
        <w:t xml:space="preserve">add onboarding </w:t>
      </w:r>
      <w:proofErr w:type="gramStart"/>
      <w:r>
        <w:rPr>
          <w:rFonts w:ascii="Garamond" w:hAnsi="Garamond"/>
          <w:sz w:val="24"/>
        </w:rPr>
        <w:t>sequences</w:t>
      </w:r>
      <w:proofErr w:type="gramEnd"/>
    </w:p>
    <w:p w14:paraId="18B324BF" w14:textId="77777777" w:rsidR="001A5159" w:rsidRDefault="00000000">
      <w:r>
        <w:rPr>
          <w:rFonts w:ascii="Garamond" w:hAnsi="Garamond"/>
          <w:sz w:val="24"/>
        </w:rPr>
        <w:t>add quizzes (</w:t>
      </w:r>
      <w:proofErr w:type="gramStart"/>
      <w:r>
        <w:rPr>
          <w:rFonts w:ascii="Garamond" w:hAnsi="Garamond"/>
          <w:sz w:val="24"/>
        </w:rPr>
        <w:t>high-conversion</w:t>
      </w:r>
      <w:proofErr w:type="gramEnd"/>
      <w:r>
        <w:rPr>
          <w:rFonts w:ascii="Garamond" w:hAnsi="Garamond"/>
          <w:sz w:val="24"/>
        </w:rPr>
        <w:t>)</w:t>
      </w:r>
    </w:p>
    <w:p w14:paraId="2B9575DA" w14:textId="77777777" w:rsidR="001A5159" w:rsidRDefault="00000000">
      <w:r>
        <w:rPr>
          <w:rFonts w:ascii="Garamond" w:hAnsi="Garamond"/>
          <w:sz w:val="24"/>
        </w:rPr>
        <w:t xml:space="preserve">add multiple </w:t>
      </w:r>
      <w:proofErr w:type="gramStart"/>
      <w:r>
        <w:rPr>
          <w:rFonts w:ascii="Garamond" w:hAnsi="Garamond"/>
          <w:sz w:val="24"/>
        </w:rPr>
        <w:t>formats</w:t>
      </w:r>
      <w:proofErr w:type="gramEnd"/>
    </w:p>
    <w:p w14:paraId="1FD6E418" w14:textId="77777777" w:rsidR="001A5159" w:rsidRDefault="00000000">
      <w:r>
        <w:rPr>
          <w:rFonts w:ascii="Garamond" w:hAnsi="Garamond"/>
          <w:sz w:val="24"/>
        </w:rPr>
        <w:t>turn lead magnets into mini-</w:t>
      </w:r>
      <w:proofErr w:type="gramStart"/>
      <w:r>
        <w:rPr>
          <w:rFonts w:ascii="Garamond" w:hAnsi="Garamond"/>
          <w:sz w:val="24"/>
        </w:rPr>
        <w:t>offers</w:t>
      </w:r>
      <w:proofErr w:type="gramEnd"/>
    </w:p>
    <w:p w14:paraId="11F93387" w14:textId="77777777" w:rsidR="001A5159" w:rsidRDefault="00000000">
      <w:r>
        <w:rPr>
          <w:rFonts w:ascii="Garamond" w:hAnsi="Garamond"/>
          <w:sz w:val="24"/>
        </w:rPr>
        <w:t>This dramatically boosts income.</w:t>
      </w:r>
    </w:p>
    <w:p w14:paraId="203A8E79" w14:textId="77777777" w:rsidR="001A5159" w:rsidRDefault="001A5159"/>
    <w:p w14:paraId="017875ED" w14:textId="77777777" w:rsidR="001A5159" w:rsidRDefault="00000000">
      <w:r>
        <w:rPr>
          <w:rFonts w:ascii="Garamond" w:hAnsi="Garamond"/>
          <w:sz w:val="24"/>
        </w:rPr>
        <w:t>MICRO CASE STUDY — BLUEPRINT TWENTY-FIVE</w:t>
      </w:r>
    </w:p>
    <w:p w14:paraId="0550C0E5" w14:textId="77777777" w:rsidR="001A5159" w:rsidRDefault="00000000">
      <w:r>
        <w:rPr>
          <w:rFonts w:ascii="Garamond" w:hAnsi="Garamond"/>
          <w:sz w:val="24"/>
        </w:rPr>
        <w:t>Case Study: Stay-At-Home Mom Earns $950 Creating Lead Magnet Systems in Her First Month</w:t>
      </w:r>
    </w:p>
    <w:p w14:paraId="0604C2B9" w14:textId="77777777" w:rsidR="001A5159" w:rsidRDefault="00000000">
      <w:r>
        <w:rPr>
          <w:rFonts w:ascii="Garamond" w:hAnsi="Garamond"/>
          <w:sz w:val="24"/>
        </w:rPr>
        <w:t>Rachel wanted a flexible, creative online income stream.</w:t>
      </w:r>
    </w:p>
    <w:p w14:paraId="7FAEF4A6" w14:textId="77777777" w:rsidR="001A5159" w:rsidRDefault="00000000">
      <w:r>
        <w:rPr>
          <w:rFonts w:ascii="Garamond" w:hAnsi="Garamond"/>
          <w:sz w:val="24"/>
        </w:rPr>
        <w:t>She followed Blueprint 25 and created:</w:t>
      </w:r>
    </w:p>
    <w:p w14:paraId="75EC8322" w14:textId="77777777" w:rsidR="001A5159" w:rsidRDefault="00000000">
      <w:r>
        <w:rPr>
          <w:rFonts w:ascii="Garamond" w:hAnsi="Garamond"/>
          <w:sz w:val="24"/>
        </w:rPr>
        <w:t>1 sample lead magnet</w:t>
      </w:r>
    </w:p>
    <w:p w14:paraId="0D6F9D46" w14:textId="77777777" w:rsidR="001A5159" w:rsidRDefault="00000000">
      <w:r>
        <w:rPr>
          <w:rFonts w:ascii="Garamond" w:hAnsi="Garamond"/>
          <w:sz w:val="24"/>
        </w:rPr>
        <w:lastRenderedPageBreak/>
        <w:t>1 sample landing page</w:t>
      </w:r>
    </w:p>
    <w:p w14:paraId="0DF14BE4" w14:textId="77777777" w:rsidR="001A5159" w:rsidRDefault="00000000">
      <w:r>
        <w:rPr>
          <w:rFonts w:ascii="Garamond" w:hAnsi="Garamond"/>
          <w:sz w:val="24"/>
        </w:rPr>
        <w:t>1 sample email sequence</w:t>
      </w:r>
    </w:p>
    <w:p w14:paraId="7CF92BE9" w14:textId="77777777" w:rsidR="001A5159" w:rsidRDefault="00000000">
      <w:r>
        <w:rPr>
          <w:rFonts w:ascii="Garamond" w:hAnsi="Garamond"/>
          <w:sz w:val="24"/>
        </w:rPr>
        <w:t>She posted examples in Facebook groups.</w:t>
      </w:r>
    </w:p>
    <w:p w14:paraId="7E1691C9" w14:textId="77777777" w:rsidR="001A5159" w:rsidRDefault="00000000">
      <w:r>
        <w:rPr>
          <w:rFonts w:ascii="Garamond" w:hAnsi="Garamond"/>
          <w:sz w:val="24"/>
        </w:rPr>
        <w:t>A business coach hired her to create:</w:t>
      </w:r>
    </w:p>
    <w:p w14:paraId="42E3CDDF" w14:textId="77777777" w:rsidR="001A5159" w:rsidRDefault="00000000">
      <w:r>
        <w:rPr>
          <w:rFonts w:ascii="Garamond" w:hAnsi="Garamond"/>
          <w:sz w:val="24"/>
        </w:rPr>
        <w:t>PDF checklist</w:t>
      </w:r>
    </w:p>
    <w:p w14:paraId="385DB59C" w14:textId="77777777" w:rsidR="001A5159" w:rsidRDefault="00000000">
      <w:r>
        <w:rPr>
          <w:rFonts w:ascii="Garamond" w:hAnsi="Garamond"/>
          <w:sz w:val="24"/>
        </w:rPr>
        <w:t>Canva design</w:t>
      </w:r>
    </w:p>
    <w:p w14:paraId="7E0CF417" w14:textId="77777777" w:rsidR="001A5159" w:rsidRDefault="00000000">
      <w:r>
        <w:rPr>
          <w:rFonts w:ascii="Garamond" w:hAnsi="Garamond"/>
          <w:sz w:val="24"/>
        </w:rPr>
        <w:t>landing page copy</w:t>
      </w:r>
    </w:p>
    <w:p w14:paraId="51FD0F10" w14:textId="77777777" w:rsidR="001A5159" w:rsidRDefault="00000000">
      <w:r>
        <w:rPr>
          <w:rFonts w:ascii="Garamond" w:hAnsi="Garamond"/>
          <w:sz w:val="24"/>
        </w:rPr>
        <w:t>4-email nurture sequence</w:t>
      </w:r>
    </w:p>
    <w:p w14:paraId="7437CAA0" w14:textId="77777777" w:rsidR="001A5159" w:rsidRDefault="00000000">
      <w:r>
        <w:rPr>
          <w:rFonts w:ascii="Garamond" w:hAnsi="Garamond"/>
          <w:sz w:val="24"/>
        </w:rPr>
        <w:t>Project total: $350</w:t>
      </w:r>
    </w:p>
    <w:p w14:paraId="1B6558F5" w14:textId="77777777" w:rsidR="001A5159" w:rsidRDefault="00000000">
      <w:r>
        <w:rPr>
          <w:rFonts w:ascii="Garamond" w:hAnsi="Garamond"/>
          <w:sz w:val="24"/>
        </w:rPr>
        <w:t>A week later, a fitness trainer hired her:</w:t>
      </w:r>
    </w:p>
    <w:p w14:paraId="1A127A29" w14:textId="77777777" w:rsidR="001A5159" w:rsidRDefault="00000000">
      <w:r>
        <w:rPr>
          <w:rFonts w:ascii="Garamond" w:hAnsi="Garamond"/>
          <w:sz w:val="24"/>
        </w:rPr>
        <w:t>meal prep cheat sheet</w:t>
      </w:r>
    </w:p>
    <w:p w14:paraId="51E5317D" w14:textId="77777777" w:rsidR="001A5159" w:rsidRDefault="00000000">
      <w:r>
        <w:rPr>
          <w:rFonts w:ascii="Garamond" w:hAnsi="Garamond"/>
          <w:sz w:val="24"/>
        </w:rPr>
        <w:t>opt-in page copy</w:t>
      </w:r>
    </w:p>
    <w:p w14:paraId="60A863E5" w14:textId="77777777" w:rsidR="001A5159" w:rsidRDefault="00000000">
      <w:r>
        <w:rPr>
          <w:rFonts w:ascii="Garamond" w:hAnsi="Garamond"/>
          <w:sz w:val="24"/>
        </w:rPr>
        <w:t xml:space="preserve">thank-you page </w:t>
      </w:r>
      <w:proofErr w:type="gramStart"/>
      <w:r>
        <w:rPr>
          <w:rFonts w:ascii="Garamond" w:hAnsi="Garamond"/>
          <w:sz w:val="24"/>
        </w:rPr>
        <w:t>script</w:t>
      </w:r>
      <w:proofErr w:type="gramEnd"/>
    </w:p>
    <w:p w14:paraId="370D4014" w14:textId="77777777" w:rsidR="001A5159" w:rsidRDefault="00000000">
      <w:r>
        <w:rPr>
          <w:rFonts w:ascii="Garamond" w:hAnsi="Garamond"/>
          <w:sz w:val="24"/>
        </w:rPr>
        <w:t>CTA section</w:t>
      </w:r>
    </w:p>
    <w:p w14:paraId="12600AB9" w14:textId="77777777" w:rsidR="001A5159" w:rsidRDefault="00000000">
      <w:r>
        <w:rPr>
          <w:rFonts w:ascii="Garamond" w:hAnsi="Garamond"/>
          <w:sz w:val="24"/>
        </w:rPr>
        <w:t>Project total: $250</w:t>
      </w:r>
    </w:p>
    <w:p w14:paraId="09880B51" w14:textId="77777777" w:rsidR="001A5159" w:rsidRDefault="00000000">
      <w:r>
        <w:rPr>
          <w:rFonts w:ascii="Garamond" w:hAnsi="Garamond"/>
          <w:sz w:val="24"/>
        </w:rPr>
        <w:t>Then an Etsy seller hired her:</w:t>
      </w:r>
    </w:p>
    <w:p w14:paraId="4326C711" w14:textId="77777777" w:rsidR="001A5159" w:rsidRDefault="00000000">
      <w:r>
        <w:rPr>
          <w:rFonts w:ascii="Garamond" w:hAnsi="Garamond"/>
          <w:sz w:val="24"/>
        </w:rPr>
        <w:t xml:space="preserve">craft guide lead </w:t>
      </w:r>
      <w:proofErr w:type="gramStart"/>
      <w:r>
        <w:rPr>
          <w:rFonts w:ascii="Garamond" w:hAnsi="Garamond"/>
          <w:sz w:val="24"/>
        </w:rPr>
        <w:t>magnet</w:t>
      </w:r>
      <w:proofErr w:type="gramEnd"/>
    </w:p>
    <w:p w14:paraId="41AFAA32" w14:textId="77777777" w:rsidR="001A5159" w:rsidRDefault="00000000">
      <w:r>
        <w:rPr>
          <w:rFonts w:ascii="Garamond" w:hAnsi="Garamond"/>
          <w:sz w:val="24"/>
        </w:rPr>
        <w:t>3-email sequence</w:t>
      </w:r>
    </w:p>
    <w:p w14:paraId="0B2123E6" w14:textId="77777777" w:rsidR="001A5159" w:rsidRDefault="00000000">
      <w:r>
        <w:rPr>
          <w:rFonts w:ascii="Garamond" w:hAnsi="Garamond"/>
          <w:sz w:val="24"/>
        </w:rPr>
        <w:t>Project total: $175</w:t>
      </w:r>
    </w:p>
    <w:p w14:paraId="116AD8F8" w14:textId="77777777" w:rsidR="001A5159" w:rsidRDefault="00000000">
      <w:r>
        <w:rPr>
          <w:rFonts w:ascii="Garamond" w:hAnsi="Garamond"/>
          <w:sz w:val="24"/>
        </w:rPr>
        <w:t>By the end of her first month, she had earned:</w:t>
      </w:r>
      <w:r>
        <w:rPr>
          <w:rFonts w:ascii="Garamond" w:hAnsi="Garamond"/>
          <w:sz w:val="24"/>
        </w:rPr>
        <w:br/>
        <w:t>$</w:t>
      </w:r>
      <w:proofErr w:type="gramStart"/>
      <w:r>
        <w:rPr>
          <w:rFonts w:ascii="Garamond" w:hAnsi="Garamond"/>
          <w:sz w:val="24"/>
        </w:rPr>
        <w:t>950</w:t>
      </w:r>
      <w:proofErr w:type="gramEnd"/>
    </w:p>
    <w:p w14:paraId="4B124E3A" w14:textId="77777777" w:rsidR="001A5159" w:rsidRDefault="00000000">
      <w:r>
        <w:rPr>
          <w:rFonts w:ascii="Garamond" w:hAnsi="Garamond"/>
          <w:sz w:val="24"/>
        </w:rPr>
        <w:t>Her message:</w:t>
      </w:r>
    </w:p>
    <w:p w14:paraId="184FE063" w14:textId="77777777" w:rsidR="001A5159" w:rsidRDefault="00000000">
      <w:r>
        <w:rPr>
          <w:rFonts w:ascii="Garamond" w:hAnsi="Garamond"/>
          <w:sz w:val="24"/>
        </w:rPr>
        <w:t>“Lead magnets were something I thought only ‘real marketers’ could do. AI made it easy. Clients were blown away with how fast I delivered.”</w:t>
      </w:r>
    </w:p>
    <w:p w14:paraId="509363A1" w14:textId="77777777" w:rsidR="00673185" w:rsidRPr="0063351A" w:rsidRDefault="00000000" w:rsidP="0063351A">
      <w:pPr>
        <w:rPr>
          <w:rFonts w:ascii="Garamond" w:hAnsi="Garamond"/>
          <w:b/>
          <w:sz w:val="24"/>
          <w:szCs w:val="24"/>
        </w:rPr>
        <w:sectPr w:rsidR="00673185" w:rsidRPr="0063351A" w:rsidSect="00034616">
          <w:pgSz w:w="12240" w:h="15840"/>
          <w:pgMar w:top="1440" w:right="1800" w:bottom="1440" w:left="1800" w:header="720" w:footer="720" w:gutter="0"/>
          <w:cols w:space="720"/>
          <w:docGrid w:linePitch="360"/>
        </w:sectPr>
      </w:pPr>
      <w:r w:rsidRPr="0063351A">
        <w:rPr>
          <w:rFonts w:ascii="Garamond" w:hAnsi="Garamond"/>
          <w:b/>
          <w:sz w:val="24"/>
          <w:szCs w:val="24"/>
        </w:rPr>
        <w:t>Blueprint 25 is one of the easiest, most consistent online services to sell.</w:t>
      </w:r>
    </w:p>
    <w:p w14:paraId="3C824395" w14:textId="77777777" w:rsidR="001A5159" w:rsidRDefault="001A5159"/>
    <w:p w14:paraId="6C6776BB" w14:textId="77777777" w:rsidR="001A5159" w:rsidRPr="0063351A" w:rsidRDefault="00000000" w:rsidP="0063351A">
      <w:pPr>
        <w:pStyle w:val="Heading1"/>
        <w:rPr>
          <w:rFonts w:ascii="Garamond" w:hAnsi="Garamond"/>
          <w:color w:val="auto"/>
          <w:sz w:val="40"/>
          <w:szCs w:val="40"/>
        </w:rPr>
      </w:pPr>
      <w:bookmarkStart w:id="57" w:name="_Toc214830353"/>
      <w:r w:rsidRPr="0063351A">
        <w:rPr>
          <w:rFonts w:ascii="Garamond" w:hAnsi="Garamond"/>
          <w:color w:val="auto"/>
          <w:sz w:val="40"/>
          <w:szCs w:val="40"/>
        </w:rPr>
        <w:t>BLUEPRINT TWENTY-SIX — AI DIGITAL AD CREATIVE &amp; COPY STUDIO</w:t>
      </w:r>
      <w:bookmarkEnd w:id="57"/>
    </w:p>
    <w:p w14:paraId="5842C856" w14:textId="77777777" w:rsidR="001A5159" w:rsidRPr="0063351A" w:rsidRDefault="00000000" w:rsidP="0063351A">
      <w:pPr>
        <w:pStyle w:val="Heading2"/>
        <w:rPr>
          <w:rFonts w:ascii="Garamond" w:hAnsi="Garamond"/>
          <w:color w:val="auto"/>
          <w:sz w:val="28"/>
          <w:szCs w:val="28"/>
        </w:rPr>
      </w:pPr>
      <w:bookmarkStart w:id="58" w:name="_Toc214830354"/>
      <w:r w:rsidRPr="0063351A">
        <w:rPr>
          <w:rFonts w:ascii="Garamond" w:hAnsi="Garamond"/>
          <w:color w:val="auto"/>
          <w:sz w:val="28"/>
          <w:szCs w:val="28"/>
        </w:rPr>
        <w:t>(The Blueprint That Turns AI Into a Full Advertising Creative Department — Even If You’ve Never Written Ads Before)</w:t>
      </w:r>
      <w:bookmarkEnd w:id="58"/>
    </w:p>
    <w:p w14:paraId="150C745F" w14:textId="77777777" w:rsidR="001A5159" w:rsidRDefault="00000000">
      <w:r>
        <w:rPr>
          <w:rFonts w:ascii="Garamond" w:hAnsi="Garamond"/>
          <w:sz w:val="24"/>
        </w:rPr>
        <w:t>Every business needs ads.</w:t>
      </w:r>
    </w:p>
    <w:p w14:paraId="19D90DEC" w14:textId="77777777" w:rsidR="001A5159" w:rsidRDefault="00000000">
      <w:r>
        <w:rPr>
          <w:rFonts w:ascii="Garamond" w:hAnsi="Garamond"/>
          <w:sz w:val="24"/>
        </w:rPr>
        <w:t>But most business owners:</w:t>
      </w:r>
    </w:p>
    <w:p w14:paraId="36F7CD0F" w14:textId="77777777" w:rsidR="001A5159" w:rsidRDefault="00000000">
      <w:r>
        <w:rPr>
          <w:rFonts w:ascii="Garamond" w:hAnsi="Garamond"/>
          <w:sz w:val="24"/>
        </w:rPr>
        <w:t xml:space="preserve">don’t know what to </w:t>
      </w:r>
      <w:proofErr w:type="gramStart"/>
      <w:r>
        <w:rPr>
          <w:rFonts w:ascii="Garamond" w:hAnsi="Garamond"/>
          <w:sz w:val="24"/>
        </w:rPr>
        <w:t>say</w:t>
      </w:r>
      <w:proofErr w:type="gramEnd"/>
    </w:p>
    <w:p w14:paraId="5B828660" w14:textId="77777777" w:rsidR="001A5159" w:rsidRDefault="00000000">
      <w:r>
        <w:rPr>
          <w:rFonts w:ascii="Garamond" w:hAnsi="Garamond"/>
          <w:sz w:val="24"/>
        </w:rPr>
        <w:t xml:space="preserve">don’t know how to design </w:t>
      </w:r>
      <w:proofErr w:type="gramStart"/>
      <w:r>
        <w:rPr>
          <w:rFonts w:ascii="Garamond" w:hAnsi="Garamond"/>
          <w:sz w:val="24"/>
        </w:rPr>
        <w:t>creatives</w:t>
      </w:r>
      <w:proofErr w:type="gramEnd"/>
    </w:p>
    <w:p w14:paraId="3969E71E" w14:textId="77777777" w:rsidR="001A5159" w:rsidRDefault="00000000">
      <w:r>
        <w:rPr>
          <w:rFonts w:ascii="Garamond" w:hAnsi="Garamond"/>
          <w:sz w:val="24"/>
        </w:rPr>
        <w:t xml:space="preserve">don’t know how to structure </w:t>
      </w:r>
      <w:proofErr w:type="gramStart"/>
      <w:r>
        <w:rPr>
          <w:rFonts w:ascii="Garamond" w:hAnsi="Garamond"/>
          <w:sz w:val="24"/>
        </w:rPr>
        <w:t>offers</w:t>
      </w:r>
      <w:proofErr w:type="gramEnd"/>
    </w:p>
    <w:p w14:paraId="2ED4465C" w14:textId="77777777" w:rsidR="001A5159" w:rsidRDefault="00000000">
      <w:r>
        <w:rPr>
          <w:rFonts w:ascii="Garamond" w:hAnsi="Garamond"/>
          <w:sz w:val="24"/>
        </w:rPr>
        <w:t xml:space="preserve">don’t know what angle </w:t>
      </w:r>
      <w:proofErr w:type="gramStart"/>
      <w:r>
        <w:rPr>
          <w:rFonts w:ascii="Garamond" w:hAnsi="Garamond"/>
          <w:sz w:val="24"/>
        </w:rPr>
        <w:t>converts</w:t>
      </w:r>
      <w:proofErr w:type="gramEnd"/>
    </w:p>
    <w:p w14:paraId="209C16CF" w14:textId="77777777" w:rsidR="001A5159" w:rsidRDefault="00000000">
      <w:r>
        <w:rPr>
          <w:rFonts w:ascii="Garamond" w:hAnsi="Garamond"/>
          <w:sz w:val="24"/>
        </w:rPr>
        <w:t xml:space="preserve">don’t know how to </w:t>
      </w:r>
      <w:proofErr w:type="gramStart"/>
      <w:r>
        <w:rPr>
          <w:rFonts w:ascii="Garamond" w:hAnsi="Garamond"/>
          <w:sz w:val="24"/>
        </w:rPr>
        <w:t>test</w:t>
      </w:r>
      <w:proofErr w:type="gramEnd"/>
      <w:r>
        <w:rPr>
          <w:rFonts w:ascii="Garamond" w:hAnsi="Garamond"/>
          <w:sz w:val="24"/>
        </w:rPr>
        <w:t xml:space="preserve"> </w:t>
      </w:r>
      <w:proofErr w:type="gramStart"/>
      <w:r>
        <w:rPr>
          <w:rFonts w:ascii="Garamond" w:hAnsi="Garamond"/>
          <w:sz w:val="24"/>
        </w:rPr>
        <w:t>variations</w:t>
      </w:r>
      <w:proofErr w:type="gramEnd"/>
    </w:p>
    <w:p w14:paraId="1F23BF72" w14:textId="77777777" w:rsidR="001A5159" w:rsidRDefault="00000000">
      <w:r>
        <w:rPr>
          <w:rFonts w:ascii="Garamond" w:hAnsi="Garamond"/>
          <w:sz w:val="24"/>
        </w:rPr>
        <w:t xml:space="preserve">don’t have time to create </w:t>
      </w:r>
      <w:proofErr w:type="gramStart"/>
      <w:r>
        <w:rPr>
          <w:rFonts w:ascii="Garamond" w:hAnsi="Garamond"/>
          <w:sz w:val="24"/>
        </w:rPr>
        <w:t>content</w:t>
      </w:r>
      <w:proofErr w:type="gramEnd"/>
    </w:p>
    <w:p w14:paraId="39742D64" w14:textId="77777777" w:rsidR="001A5159" w:rsidRDefault="00000000">
      <w:r>
        <w:rPr>
          <w:rFonts w:ascii="Garamond" w:hAnsi="Garamond"/>
          <w:sz w:val="24"/>
        </w:rPr>
        <w:t xml:space="preserve">don’t have the skill to write hooks, copy, or </w:t>
      </w:r>
      <w:proofErr w:type="gramStart"/>
      <w:r>
        <w:rPr>
          <w:rFonts w:ascii="Garamond" w:hAnsi="Garamond"/>
          <w:sz w:val="24"/>
        </w:rPr>
        <w:t>visuals</w:t>
      </w:r>
      <w:proofErr w:type="gramEnd"/>
    </w:p>
    <w:p w14:paraId="38FE18EA" w14:textId="77777777" w:rsidR="001A5159" w:rsidRDefault="00000000">
      <w:r>
        <w:rPr>
          <w:rFonts w:ascii="Garamond" w:hAnsi="Garamond"/>
          <w:sz w:val="24"/>
        </w:rPr>
        <w:t>This blueprint turns YOU into an AI-driven digital ads studio that delivers high-performing ad creatives faster than any traditional agency.</w:t>
      </w:r>
    </w:p>
    <w:p w14:paraId="070E9CB5" w14:textId="77777777" w:rsidR="001A5159" w:rsidRDefault="00000000">
      <w:r>
        <w:rPr>
          <w:rFonts w:ascii="Garamond" w:hAnsi="Garamond"/>
          <w:sz w:val="24"/>
        </w:rPr>
        <w:t>It’s one of the highest-paying, highest-demand blueprints in the entire book.</w:t>
      </w:r>
    </w:p>
    <w:p w14:paraId="569E7B1C" w14:textId="77777777" w:rsidR="001A5159" w:rsidRDefault="001A5159"/>
    <w:p w14:paraId="18E5B339" w14:textId="77777777" w:rsidR="001A5159" w:rsidRDefault="00000000">
      <w:r>
        <w:rPr>
          <w:rFonts w:ascii="Garamond" w:hAnsi="Garamond"/>
          <w:sz w:val="24"/>
        </w:rPr>
        <w:t>Why This Blueprint Works</w:t>
      </w:r>
    </w:p>
    <w:p w14:paraId="3F194136" w14:textId="77777777" w:rsidR="001A5159" w:rsidRDefault="00000000">
      <w:r>
        <w:rPr>
          <w:rFonts w:ascii="Garamond" w:hAnsi="Garamond"/>
          <w:sz w:val="24"/>
        </w:rPr>
        <w:t>Ads fail for three main reasons:</w:t>
      </w:r>
    </w:p>
    <w:p w14:paraId="46E7949A" w14:textId="77777777" w:rsidR="001A5159" w:rsidRDefault="00000000">
      <w:r>
        <w:rPr>
          <w:rFonts w:ascii="Garamond" w:hAnsi="Garamond"/>
          <w:sz w:val="24"/>
        </w:rPr>
        <w:t xml:space="preserve">The hook is </w:t>
      </w:r>
      <w:proofErr w:type="gramStart"/>
      <w:r>
        <w:rPr>
          <w:rFonts w:ascii="Garamond" w:hAnsi="Garamond"/>
          <w:sz w:val="24"/>
        </w:rPr>
        <w:t>weak</w:t>
      </w:r>
      <w:proofErr w:type="gramEnd"/>
    </w:p>
    <w:p w14:paraId="3D3CA592" w14:textId="77777777" w:rsidR="001A5159" w:rsidRDefault="00000000">
      <w:r>
        <w:rPr>
          <w:rFonts w:ascii="Garamond" w:hAnsi="Garamond"/>
          <w:sz w:val="24"/>
        </w:rPr>
        <w:t xml:space="preserve">The </w:t>
      </w:r>
      <w:proofErr w:type="gramStart"/>
      <w:r>
        <w:rPr>
          <w:rFonts w:ascii="Garamond" w:hAnsi="Garamond"/>
          <w:sz w:val="24"/>
        </w:rPr>
        <w:t>creative</w:t>
      </w:r>
      <w:proofErr w:type="gramEnd"/>
      <w:r>
        <w:rPr>
          <w:rFonts w:ascii="Garamond" w:hAnsi="Garamond"/>
          <w:sz w:val="24"/>
        </w:rPr>
        <w:t xml:space="preserve"> doesn’t stop the </w:t>
      </w:r>
      <w:proofErr w:type="gramStart"/>
      <w:r>
        <w:rPr>
          <w:rFonts w:ascii="Garamond" w:hAnsi="Garamond"/>
          <w:sz w:val="24"/>
        </w:rPr>
        <w:t>scroll</w:t>
      </w:r>
      <w:proofErr w:type="gramEnd"/>
    </w:p>
    <w:p w14:paraId="5AA8B2C5" w14:textId="77777777" w:rsidR="001A5159" w:rsidRDefault="00000000">
      <w:r>
        <w:rPr>
          <w:rFonts w:ascii="Garamond" w:hAnsi="Garamond"/>
          <w:sz w:val="24"/>
        </w:rPr>
        <w:t xml:space="preserve">The copy doesn’t make the offer </w:t>
      </w:r>
      <w:proofErr w:type="gramStart"/>
      <w:r>
        <w:rPr>
          <w:rFonts w:ascii="Garamond" w:hAnsi="Garamond"/>
          <w:sz w:val="24"/>
        </w:rPr>
        <w:t>irresistible</w:t>
      </w:r>
      <w:proofErr w:type="gramEnd"/>
    </w:p>
    <w:p w14:paraId="14DF1C84" w14:textId="77777777" w:rsidR="001A5159" w:rsidRDefault="00000000">
      <w:r>
        <w:rPr>
          <w:rFonts w:ascii="Garamond" w:hAnsi="Garamond"/>
          <w:sz w:val="24"/>
        </w:rPr>
        <w:t>AI solves all of these problems by generating:</w:t>
      </w:r>
    </w:p>
    <w:p w14:paraId="4E55AB79" w14:textId="77777777" w:rsidR="001A5159" w:rsidRDefault="00000000">
      <w:r>
        <w:rPr>
          <w:rFonts w:ascii="Garamond" w:hAnsi="Garamond"/>
          <w:sz w:val="24"/>
        </w:rPr>
        <w:t>10–50 hooks at a time</w:t>
      </w:r>
    </w:p>
    <w:p w14:paraId="47A031A6" w14:textId="77777777" w:rsidR="001A5159" w:rsidRDefault="00000000">
      <w:r>
        <w:rPr>
          <w:rFonts w:ascii="Garamond" w:hAnsi="Garamond"/>
          <w:sz w:val="24"/>
        </w:rPr>
        <w:lastRenderedPageBreak/>
        <w:t xml:space="preserve">scroll-stopping </w:t>
      </w:r>
      <w:proofErr w:type="gramStart"/>
      <w:r>
        <w:rPr>
          <w:rFonts w:ascii="Garamond" w:hAnsi="Garamond"/>
          <w:sz w:val="24"/>
        </w:rPr>
        <w:t>angles</w:t>
      </w:r>
      <w:proofErr w:type="gramEnd"/>
    </w:p>
    <w:p w14:paraId="679D8E56" w14:textId="77777777" w:rsidR="001A5159" w:rsidRDefault="00000000">
      <w:r>
        <w:rPr>
          <w:rFonts w:ascii="Garamond" w:hAnsi="Garamond"/>
          <w:sz w:val="24"/>
        </w:rPr>
        <w:t>A/B variations</w:t>
      </w:r>
    </w:p>
    <w:p w14:paraId="226A5BB3" w14:textId="77777777" w:rsidR="001A5159" w:rsidRDefault="00000000">
      <w:r>
        <w:rPr>
          <w:rFonts w:ascii="Garamond" w:hAnsi="Garamond"/>
          <w:sz w:val="24"/>
        </w:rPr>
        <w:t>platform-specific formats</w:t>
      </w:r>
    </w:p>
    <w:p w14:paraId="654CAF6D" w14:textId="77777777" w:rsidR="001A5159" w:rsidRDefault="00000000">
      <w:r>
        <w:rPr>
          <w:rFonts w:ascii="Garamond" w:hAnsi="Garamond"/>
          <w:sz w:val="24"/>
        </w:rPr>
        <w:t>persuasive ad copy</w:t>
      </w:r>
    </w:p>
    <w:p w14:paraId="49F2DACA" w14:textId="77777777" w:rsidR="001A5159" w:rsidRDefault="00000000">
      <w:r>
        <w:rPr>
          <w:rFonts w:ascii="Garamond" w:hAnsi="Garamond"/>
          <w:sz w:val="24"/>
        </w:rPr>
        <w:t xml:space="preserve">image + video creative </w:t>
      </w:r>
      <w:proofErr w:type="gramStart"/>
      <w:r>
        <w:rPr>
          <w:rFonts w:ascii="Garamond" w:hAnsi="Garamond"/>
          <w:sz w:val="24"/>
        </w:rPr>
        <w:t>concepts</w:t>
      </w:r>
      <w:proofErr w:type="gramEnd"/>
    </w:p>
    <w:p w14:paraId="04C04A55" w14:textId="77777777" w:rsidR="001A5159" w:rsidRDefault="00000000">
      <w:r>
        <w:rPr>
          <w:rFonts w:ascii="Garamond" w:hAnsi="Garamond"/>
          <w:sz w:val="24"/>
        </w:rPr>
        <w:t xml:space="preserve">audience targeting </w:t>
      </w:r>
      <w:proofErr w:type="gramStart"/>
      <w:r>
        <w:rPr>
          <w:rFonts w:ascii="Garamond" w:hAnsi="Garamond"/>
          <w:sz w:val="24"/>
        </w:rPr>
        <w:t>options</w:t>
      </w:r>
      <w:proofErr w:type="gramEnd"/>
    </w:p>
    <w:p w14:paraId="5FF05546" w14:textId="77777777" w:rsidR="001A5159" w:rsidRDefault="00000000">
      <w:r>
        <w:rPr>
          <w:rFonts w:ascii="Garamond" w:hAnsi="Garamond"/>
          <w:sz w:val="24"/>
        </w:rPr>
        <w:t>You become the person who provides:</w:t>
      </w:r>
    </w:p>
    <w:p w14:paraId="220459B0" w14:textId="77777777" w:rsidR="001A5159" w:rsidRDefault="00000000">
      <w:r>
        <w:rPr>
          <w:rFonts w:ascii="Garamond" w:hAnsi="Garamond"/>
          <w:sz w:val="24"/>
        </w:rPr>
        <w:t>clarity + speed + persuasive messaging</w:t>
      </w:r>
      <w:r>
        <w:rPr>
          <w:rFonts w:ascii="Garamond" w:hAnsi="Garamond"/>
          <w:sz w:val="24"/>
        </w:rPr>
        <w:br/>
        <w:t>all at once.</w:t>
      </w:r>
    </w:p>
    <w:p w14:paraId="1BF18710" w14:textId="77777777" w:rsidR="001A5159" w:rsidRDefault="00000000">
      <w:r>
        <w:rPr>
          <w:rFonts w:ascii="Garamond" w:hAnsi="Garamond"/>
          <w:sz w:val="24"/>
        </w:rPr>
        <w:t>Businesses will pay premium prices for this because great ads = more customers = more profit.</w:t>
      </w:r>
    </w:p>
    <w:p w14:paraId="1BD7274A" w14:textId="77777777" w:rsidR="001A5159" w:rsidRDefault="001A5159"/>
    <w:p w14:paraId="280AF762" w14:textId="77777777" w:rsidR="001A5159" w:rsidRDefault="00000000">
      <w:r>
        <w:rPr>
          <w:rFonts w:ascii="Garamond" w:hAnsi="Garamond"/>
          <w:sz w:val="24"/>
        </w:rPr>
        <w:t>Tools You Need</w:t>
      </w:r>
    </w:p>
    <w:p w14:paraId="47C1389A" w14:textId="77777777" w:rsidR="001A5159" w:rsidRDefault="00000000">
      <w:r>
        <w:rPr>
          <w:rFonts w:ascii="Garamond" w:hAnsi="Garamond"/>
          <w:sz w:val="24"/>
        </w:rPr>
        <w:t>ChatGPT / Claude — copy, hook generation, ad frameworks</w:t>
      </w:r>
      <w:r>
        <w:rPr>
          <w:rFonts w:ascii="Garamond" w:hAnsi="Garamond"/>
          <w:sz w:val="24"/>
        </w:rPr>
        <w:br/>
        <w:t>Canva — ad design (static + animated)</w:t>
      </w:r>
      <w:r>
        <w:rPr>
          <w:rFonts w:ascii="Garamond" w:hAnsi="Garamond"/>
          <w:sz w:val="24"/>
        </w:rPr>
        <w:br/>
        <w:t>CapCut — short video ad templates</w:t>
      </w:r>
      <w:r>
        <w:rPr>
          <w:rFonts w:ascii="Garamond" w:hAnsi="Garamond"/>
          <w:sz w:val="24"/>
        </w:rPr>
        <w:br/>
        <w:t>Facebook Ads Library — research</w:t>
      </w:r>
      <w:r>
        <w:rPr>
          <w:rFonts w:ascii="Garamond" w:hAnsi="Garamond"/>
          <w:sz w:val="24"/>
        </w:rPr>
        <w:br/>
        <w:t>Figma — pro-level layouts (optional)</w:t>
      </w:r>
      <w:r>
        <w:rPr>
          <w:rFonts w:ascii="Garamond" w:hAnsi="Garamond"/>
          <w:sz w:val="24"/>
        </w:rPr>
        <w:br/>
        <w:t>Google Sheets / Notion — creative testing matrix</w:t>
      </w:r>
    </w:p>
    <w:p w14:paraId="5AA54928" w14:textId="77777777" w:rsidR="001A5159" w:rsidRDefault="00000000">
      <w:r>
        <w:rPr>
          <w:rFonts w:ascii="Garamond" w:hAnsi="Garamond"/>
          <w:sz w:val="24"/>
        </w:rPr>
        <w:t>Optional pro tools:</w:t>
      </w:r>
    </w:p>
    <w:p w14:paraId="11F45BE0" w14:textId="77777777" w:rsidR="001A5159" w:rsidRDefault="00000000">
      <w:r>
        <w:rPr>
          <w:rFonts w:ascii="Garamond" w:hAnsi="Garamond"/>
          <w:sz w:val="24"/>
        </w:rPr>
        <w:t>AdCreative.ai</w:t>
      </w:r>
    </w:p>
    <w:p w14:paraId="667559C5" w14:textId="77777777" w:rsidR="001A5159" w:rsidRDefault="00000000">
      <w:r>
        <w:rPr>
          <w:rFonts w:ascii="Garamond" w:hAnsi="Garamond"/>
          <w:sz w:val="24"/>
        </w:rPr>
        <w:t>OpusClip</w:t>
      </w:r>
    </w:p>
    <w:p w14:paraId="3F01B9A7" w14:textId="77777777" w:rsidR="001A5159" w:rsidRDefault="00000000">
      <w:r>
        <w:rPr>
          <w:rFonts w:ascii="Garamond" w:hAnsi="Garamond"/>
          <w:sz w:val="24"/>
        </w:rPr>
        <w:t>Midjourney (for concept visuals)</w:t>
      </w:r>
    </w:p>
    <w:p w14:paraId="403C0267" w14:textId="77777777" w:rsidR="001A5159" w:rsidRDefault="001A5159"/>
    <w:p w14:paraId="5934EEE0" w14:textId="77777777" w:rsidR="001A5159" w:rsidRDefault="00000000">
      <w:r>
        <w:rPr>
          <w:rFonts w:ascii="Garamond" w:hAnsi="Garamond"/>
          <w:sz w:val="24"/>
        </w:rPr>
        <w:t>What You’ll Offer</w:t>
      </w:r>
    </w:p>
    <w:p w14:paraId="5EBCEFD3" w14:textId="77777777" w:rsidR="001A5159" w:rsidRDefault="00000000">
      <w:r>
        <w:rPr>
          <w:rFonts w:ascii="Garamond" w:hAnsi="Garamond"/>
          <w:sz w:val="24"/>
        </w:rPr>
        <w:t xml:space="preserve">You can create full </w:t>
      </w:r>
      <w:proofErr w:type="gramStart"/>
      <w:r>
        <w:rPr>
          <w:rFonts w:ascii="Garamond" w:hAnsi="Garamond"/>
          <w:sz w:val="24"/>
        </w:rPr>
        <w:t>ad</w:t>
      </w:r>
      <w:proofErr w:type="gramEnd"/>
      <w:r>
        <w:rPr>
          <w:rFonts w:ascii="Garamond" w:hAnsi="Garamond"/>
          <w:sz w:val="24"/>
        </w:rPr>
        <w:t xml:space="preserve"> creative packages, including:</w:t>
      </w:r>
    </w:p>
    <w:p w14:paraId="11495370" w14:textId="77777777" w:rsidR="001A5159" w:rsidRDefault="00000000">
      <w:r>
        <w:rPr>
          <w:rFonts w:ascii="Garamond" w:hAnsi="Garamond"/>
          <w:sz w:val="24"/>
        </w:rPr>
        <w:t>ad headlines</w:t>
      </w:r>
    </w:p>
    <w:p w14:paraId="4512A4BD" w14:textId="77777777" w:rsidR="001A5159" w:rsidRDefault="00000000">
      <w:r>
        <w:rPr>
          <w:rFonts w:ascii="Garamond" w:hAnsi="Garamond"/>
          <w:sz w:val="24"/>
        </w:rPr>
        <w:t>primary text</w:t>
      </w:r>
    </w:p>
    <w:p w14:paraId="7746B136" w14:textId="77777777" w:rsidR="001A5159" w:rsidRDefault="00000000">
      <w:r>
        <w:rPr>
          <w:rFonts w:ascii="Garamond" w:hAnsi="Garamond"/>
          <w:sz w:val="24"/>
        </w:rPr>
        <w:lastRenderedPageBreak/>
        <w:t>CTAs</w:t>
      </w:r>
    </w:p>
    <w:p w14:paraId="6E095A8D" w14:textId="77777777" w:rsidR="001A5159" w:rsidRDefault="00000000">
      <w:r>
        <w:rPr>
          <w:rFonts w:ascii="Garamond" w:hAnsi="Garamond"/>
          <w:sz w:val="24"/>
        </w:rPr>
        <w:t>images</w:t>
      </w:r>
    </w:p>
    <w:p w14:paraId="77E3CFD3" w14:textId="77777777" w:rsidR="001A5159" w:rsidRDefault="00000000">
      <w:r>
        <w:rPr>
          <w:rFonts w:ascii="Garamond" w:hAnsi="Garamond"/>
          <w:sz w:val="24"/>
        </w:rPr>
        <w:t>carousel ads</w:t>
      </w:r>
    </w:p>
    <w:p w14:paraId="79A8D48D" w14:textId="77777777" w:rsidR="001A5159" w:rsidRDefault="00000000">
      <w:r>
        <w:rPr>
          <w:rFonts w:ascii="Garamond" w:hAnsi="Garamond"/>
          <w:sz w:val="24"/>
        </w:rPr>
        <w:t>short-form video ads</w:t>
      </w:r>
    </w:p>
    <w:p w14:paraId="5CEF0BA6" w14:textId="77777777" w:rsidR="001A5159" w:rsidRDefault="00000000">
      <w:r>
        <w:rPr>
          <w:rFonts w:ascii="Garamond" w:hAnsi="Garamond"/>
          <w:sz w:val="24"/>
        </w:rPr>
        <w:t>long-form video scripts</w:t>
      </w:r>
    </w:p>
    <w:p w14:paraId="599EC4D5" w14:textId="77777777" w:rsidR="001A5159" w:rsidRDefault="00000000">
      <w:r>
        <w:rPr>
          <w:rFonts w:ascii="Garamond" w:hAnsi="Garamond"/>
          <w:sz w:val="24"/>
        </w:rPr>
        <w:t>product highlight scripts</w:t>
      </w:r>
    </w:p>
    <w:p w14:paraId="3AF1FDF0" w14:textId="77777777" w:rsidR="001A5159" w:rsidRDefault="00000000">
      <w:r>
        <w:rPr>
          <w:rFonts w:ascii="Garamond" w:hAnsi="Garamond"/>
          <w:sz w:val="24"/>
        </w:rPr>
        <w:t>UGC-style scripts</w:t>
      </w:r>
    </w:p>
    <w:p w14:paraId="70A7C2DE" w14:textId="77777777" w:rsidR="001A5159" w:rsidRDefault="00000000">
      <w:r>
        <w:rPr>
          <w:rFonts w:ascii="Garamond" w:hAnsi="Garamond"/>
          <w:sz w:val="24"/>
        </w:rPr>
        <w:t xml:space="preserve">offer </w:t>
      </w:r>
      <w:proofErr w:type="gramStart"/>
      <w:r>
        <w:rPr>
          <w:rFonts w:ascii="Garamond" w:hAnsi="Garamond"/>
          <w:sz w:val="24"/>
        </w:rPr>
        <w:t>positioning</w:t>
      </w:r>
      <w:proofErr w:type="gramEnd"/>
    </w:p>
    <w:p w14:paraId="6EEBA0F4" w14:textId="77777777" w:rsidR="001A5159" w:rsidRDefault="00000000">
      <w:r>
        <w:rPr>
          <w:rFonts w:ascii="Garamond" w:hAnsi="Garamond"/>
          <w:sz w:val="24"/>
        </w:rPr>
        <w:t xml:space="preserve">audience targeting </w:t>
      </w:r>
      <w:proofErr w:type="gramStart"/>
      <w:r>
        <w:rPr>
          <w:rFonts w:ascii="Garamond" w:hAnsi="Garamond"/>
          <w:sz w:val="24"/>
        </w:rPr>
        <w:t>ideas</w:t>
      </w:r>
      <w:proofErr w:type="gramEnd"/>
    </w:p>
    <w:p w14:paraId="608A9677" w14:textId="77777777" w:rsidR="001A5159" w:rsidRDefault="00000000">
      <w:r>
        <w:rPr>
          <w:rFonts w:ascii="Garamond" w:hAnsi="Garamond"/>
          <w:sz w:val="24"/>
        </w:rPr>
        <w:t>A/B testing bundles</w:t>
      </w:r>
    </w:p>
    <w:p w14:paraId="3FBB4DBD" w14:textId="77777777" w:rsidR="001A5159" w:rsidRDefault="00000000">
      <w:r>
        <w:rPr>
          <w:rFonts w:ascii="Garamond" w:hAnsi="Garamond"/>
          <w:sz w:val="24"/>
        </w:rPr>
        <w:t>Deliverables can include:</w:t>
      </w:r>
    </w:p>
    <w:p w14:paraId="0FA224D4" w14:textId="77777777" w:rsidR="001A5159" w:rsidRDefault="00000000">
      <w:r>
        <w:rPr>
          <w:rFonts w:ascii="Garamond" w:hAnsi="Garamond"/>
          <w:sz w:val="24"/>
        </w:rPr>
        <w:t>10 image ads</w:t>
      </w:r>
    </w:p>
    <w:p w14:paraId="5A6B9256" w14:textId="77777777" w:rsidR="001A5159" w:rsidRDefault="00000000">
      <w:r>
        <w:rPr>
          <w:rFonts w:ascii="Garamond" w:hAnsi="Garamond"/>
          <w:sz w:val="24"/>
        </w:rPr>
        <w:t>5 video ads</w:t>
      </w:r>
    </w:p>
    <w:p w14:paraId="6BD9C55B" w14:textId="77777777" w:rsidR="001A5159" w:rsidRDefault="00000000">
      <w:r>
        <w:rPr>
          <w:rFonts w:ascii="Garamond" w:hAnsi="Garamond"/>
          <w:sz w:val="24"/>
        </w:rPr>
        <w:t>20 hooks</w:t>
      </w:r>
    </w:p>
    <w:p w14:paraId="1C752547" w14:textId="77777777" w:rsidR="001A5159" w:rsidRDefault="00000000">
      <w:r>
        <w:rPr>
          <w:rFonts w:ascii="Garamond" w:hAnsi="Garamond"/>
          <w:sz w:val="24"/>
        </w:rPr>
        <w:t>3 copy variations per ad</w:t>
      </w:r>
    </w:p>
    <w:p w14:paraId="5523D9F3" w14:textId="77777777" w:rsidR="001A5159" w:rsidRDefault="00000000">
      <w:r>
        <w:rPr>
          <w:rFonts w:ascii="Garamond" w:hAnsi="Garamond"/>
          <w:sz w:val="24"/>
        </w:rPr>
        <w:t>full launch package</w:t>
      </w:r>
    </w:p>
    <w:p w14:paraId="5B6D3237" w14:textId="77777777" w:rsidR="001A5159" w:rsidRDefault="00000000">
      <w:r>
        <w:rPr>
          <w:rFonts w:ascii="Garamond" w:hAnsi="Garamond"/>
          <w:sz w:val="24"/>
        </w:rPr>
        <w:t>complete offer messaging guide</w:t>
      </w:r>
    </w:p>
    <w:p w14:paraId="072C5A40" w14:textId="77777777" w:rsidR="001A5159" w:rsidRDefault="001A5159"/>
    <w:p w14:paraId="4B8EFCCD" w14:textId="77777777" w:rsidR="001A5159" w:rsidRDefault="00000000">
      <w:r>
        <w:rPr>
          <w:rFonts w:ascii="Garamond" w:hAnsi="Garamond"/>
          <w:sz w:val="24"/>
        </w:rPr>
        <w:t>AI-Powered Workflow (Step-by-Step)</w:t>
      </w:r>
    </w:p>
    <w:p w14:paraId="47851D1D" w14:textId="77777777" w:rsidR="001A5159" w:rsidRDefault="00000000">
      <w:r>
        <w:rPr>
          <w:rFonts w:ascii="Garamond" w:hAnsi="Garamond"/>
          <w:sz w:val="24"/>
        </w:rPr>
        <w:t>STEP 1 — Research the Market</w:t>
      </w:r>
    </w:p>
    <w:p w14:paraId="58BAB6CD" w14:textId="77777777" w:rsidR="001A5159" w:rsidRDefault="00000000">
      <w:r>
        <w:rPr>
          <w:rFonts w:ascii="Garamond" w:hAnsi="Garamond"/>
          <w:sz w:val="24"/>
        </w:rPr>
        <w:t>Ask AI:</w:t>
      </w:r>
    </w:p>
    <w:p w14:paraId="0E03CB70" w14:textId="77777777" w:rsidR="001A5159" w:rsidRDefault="00000000">
      <w:r>
        <w:rPr>
          <w:rFonts w:ascii="Garamond" w:hAnsi="Garamond"/>
          <w:sz w:val="24"/>
        </w:rPr>
        <w:t>“Analyze this niche and provide top pain points, desires, emotional triggers, and proven ad angles.”</w:t>
      </w:r>
    </w:p>
    <w:p w14:paraId="42A04FEB" w14:textId="77777777" w:rsidR="001A5159" w:rsidRDefault="001A5159"/>
    <w:p w14:paraId="1B26C81C" w14:textId="77777777" w:rsidR="001A5159" w:rsidRDefault="00000000">
      <w:r>
        <w:rPr>
          <w:rFonts w:ascii="Garamond" w:hAnsi="Garamond"/>
          <w:sz w:val="24"/>
        </w:rPr>
        <w:t>STEP 2 — Generate Hooks</w:t>
      </w:r>
    </w:p>
    <w:p w14:paraId="39D79691" w14:textId="77777777" w:rsidR="001A5159" w:rsidRDefault="00000000">
      <w:r>
        <w:rPr>
          <w:rFonts w:ascii="Garamond" w:hAnsi="Garamond"/>
          <w:sz w:val="24"/>
        </w:rPr>
        <w:t>Ask:</w:t>
      </w:r>
    </w:p>
    <w:p w14:paraId="1EB7FB97" w14:textId="77777777" w:rsidR="001A5159" w:rsidRDefault="00000000">
      <w:r>
        <w:rPr>
          <w:rFonts w:ascii="Garamond" w:hAnsi="Garamond"/>
          <w:sz w:val="24"/>
        </w:rPr>
        <w:lastRenderedPageBreak/>
        <w:t>“Create 20–50 ad hooks using curiosity, bold claims (ethical), problem/solution, and emotional pattern interrupts.”</w:t>
      </w:r>
    </w:p>
    <w:p w14:paraId="133B8B34" w14:textId="77777777" w:rsidR="001A5159" w:rsidRDefault="00000000">
      <w:r>
        <w:rPr>
          <w:rFonts w:ascii="Garamond" w:hAnsi="Garamond"/>
          <w:sz w:val="24"/>
        </w:rPr>
        <w:t>Pick the strongest ones.</w:t>
      </w:r>
    </w:p>
    <w:p w14:paraId="6E57F7F8" w14:textId="77777777" w:rsidR="001A5159" w:rsidRDefault="001A5159"/>
    <w:p w14:paraId="3FD0DA22" w14:textId="77777777" w:rsidR="001A5159" w:rsidRDefault="00000000">
      <w:r>
        <w:rPr>
          <w:rFonts w:ascii="Garamond" w:hAnsi="Garamond"/>
          <w:sz w:val="24"/>
        </w:rPr>
        <w:t>STEP 3 — Write Ad Copy</w:t>
      </w:r>
    </w:p>
    <w:p w14:paraId="4A4D19B3" w14:textId="77777777" w:rsidR="001A5159" w:rsidRDefault="00000000">
      <w:r>
        <w:rPr>
          <w:rFonts w:ascii="Garamond" w:hAnsi="Garamond"/>
          <w:sz w:val="24"/>
        </w:rPr>
        <w:t>Ask:</w:t>
      </w:r>
    </w:p>
    <w:p w14:paraId="0ADFCF95" w14:textId="77777777" w:rsidR="001A5159" w:rsidRDefault="00000000">
      <w:r>
        <w:rPr>
          <w:rFonts w:ascii="Garamond" w:hAnsi="Garamond"/>
          <w:sz w:val="24"/>
        </w:rPr>
        <w:t>“Write 3 versions of this ad — short, medium, and long — optimized for Facebook/Instagram.”</w:t>
      </w:r>
    </w:p>
    <w:p w14:paraId="472B3BA7" w14:textId="77777777" w:rsidR="001A5159" w:rsidRDefault="00000000">
      <w:r>
        <w:rPr>
          <w:rFonts w:ascii="Garamond" w:hAnsi="Garamond"/>
          <w:sz w:val="24"/>
        </w:rPr>
        <w:t>Then ask:</w:t>
      </w:r>
    </w:p>
    <w:p w14:paraId="609C5C2B" w14:textId="77777777" w:rsidR="001A5159" w:rsidRDefault="00000000">
      <w:r>
        <w:rPr>
          <w:rFonts w:ascii="Garamond" w:hAnsi="Garamond"/>
          <w:sz w:val="24"/>
        </w:rPr>
        <w:t>“Rewrite for TikTok and YouTube with platform-specific pacing.”</w:t>
      </w:r>
    </w:p>
    <w:p w14:paraId="6988CA0A" w14:textId="77777777" w:rsidR="001A5159" w:rsidRDefault="001A5159"/>
    <w:p w14:paraId="3FBBDB77" w14:textId="77777777" w:rsidR="001A5159" w:rsidRDefault="00000000">
      <w:r>
        <w:rPr>
          <w:rFonts w:ascii="Garamond" w:hAnsi="Garamond"/>
          <w:sz w:val="24"/>
        </w:rPr>
        <w:t>STEP 4 — Create Visual Concepts</w:t>
      </w:r>
    </w:p>
    <w:p w14:paraId="24DF4B69" w14:textId="77777777" w:rsidR="001A5159" w:rsidRDefault="00000000">
      <w:r>
        <w:rPr>
          <w:rFonts w:ascii="Garamond" w:hAnsi="Garamond"/>
          <w:sz w:val="24"/>
        </w:rPr>
        <w:t>Ask:</w:t>
      </w:r>
    </w:p>
    <w:p w14:paraId="255CB331" w14:textId="77777777" w:rsidR="001A5159" w:rsidRDefault="00000000">
      <w:r>
        <w:rPr>
          <w:rFonts w:ascii="Garamond" w:hAnsi="Garamond"/>
          <w:sz w:val="24"/>
        </w:rPr>
        <w:t>“Give 10 visual creative concepts with layouts, color suggestions, text overlays, and formats.”</w:t>
      </w:r>
    </w:p>
    <w:p w14:paraId="7053338B" w14:textId="77777777" w:rsidR="001A5159" w:rsidRDefault="00000000">
      <w:r>
        <w:rPr>
          <w:rFonts w:ascii="Garamond" w:hAnsi="Garamond"/>
          <w:sz w:val="24"/>
        </w:rPr>
        <w:t>Then build in Canva.</w:t>
      </w:r>
    </w:p>
    <w:p w14:paraId="42ED460B" w14:textId="77777777" w:rsidR="001A5159" w:rsidRDefault="001A5159"/>
    <w:p w14:paraId="23A4F93A" w14:textId="77777777" w:rsidR="001A5159" w:rsidRDefault="00000000">
      <w:r>
        <w:rPr>
          <w:rFonts w:ascii="Garamond" w:hAnsi="Garamond"/>
          <w:sz w:val="24"/>
        </w:rPr>
        <w:t>STEP 5 — Create Video Ads</w:t>
      </w:r>
    </w:p>
    <w:p w14:paraId="0AF9E8C3" w14:textId="77777777" w:rsidR="001A5159" w:rsidRDefault="00000000">
      <w:r>
        <w:rPr>
          <w:rFonts w:ascii="Garamond" w:hAnsi="Garamond"/>
          <w:sz w:val="24"/>
        </w:rPr>
        <w:t>Ask:</w:t>
      </w:r>
    </w:p>
    <w:p w14:paraId="30632748" w14:textId="77777777" w:rsidR="001A5159" w:rsidRDefault="00000000">
      <w:r>
        <w:rPr>
          <w:rFonts w:ascii="Garamond" w:hAnsi="Garamond"/>
          <w:sz w:val="24"/>
        </w:rPr>
        <w:t>“Write a 15-second and 30-second UGC-style script that hooks attention in the first 2 seconds.”</w:t>
      </w:r>
    </w:p>
    <w:p w14:paraId="66E6AF99" w14:textId="77777777" w:rsidR="001A5159" w:rsidRDefault="00000000">
      <w:r>
        <w:rPr>
          <w:rFonts w:ascii="Garamond" w:hAnsi="Garamond"/>
          <w:sz w:val="24"/>
        </w:rPr>
        <w:t>Use CapCut templates to assemble.</w:t>
      </w:r>
    </w:p>
    <w:p w14:paraId="3AEB747F" w14:textId="77777777" w:rsidR="001A5159" w:rsidRDefault="001A5159"/>
    <w:p w14:paraId="75E105E6" w14:textId="77777777" w:rsidR="001A5159" w:rsidRDefault="00000000">
      <w:r>
        <w:rPr>
          <w:rFonts w:ascii="Garamond" w:hAnsi="Garamond"/>
          <w:sz w:val="24"/>
        </w:rPr>
        <w:t>STEP 6 — Build the A/B Test Matrix</w:t>
      </w:r>
    </w:p>
    <w:p w14:paraId="54AC399F" w14:textId="77777777" w:rsidR="001A5159" w:rsidRDefault="00000000">
      <w:r>
        <w:rPr>
          <w:rFonts w:ascii="Garamond" w:hAnsi="Garamond"/>
          <w:sz w:val="24"/>
        </w:rPr>
        <w:t>Ask:</w:t>
      </w:r>
    </w:p>
    <w:p w14:paraId="6E2B6658" w14:textId="77777777" w:rsidR="001A5159" w:rsidRDefault="00000000">
      <w:r>
        <w:rPr>
          <w:rFonts w:ascii="Garamond" w:hAnsi="Garamond"/>
          <w:sz w:val="24"/>
        </w:rPr>
        <w:t>“Create an A/B testing plan with variable hooks, creatives, CTAs, and audiences.”</w:t>
      </w:r>
    </w:p>
    <w:p w14:paraId="12023927" w14:textId="77777777" w:rsidR="001A5159" w:rsidRDefault="001A5159"/>
    <w:p w14:paraId="7A575851" w14:textId="77777777" w:rsidR="001A5159" w:rsidRDefault="00000000">
      <w:r>
        <w:rPr>
          <w:rFonts w:ascii="Garamond" w:hAnsi="Garamond"/>
          <w:sz w:val="24"/>
        </w:rPr>
        <w:lastRenderedPageBreak/>
        <w:t>STEP 7 — Deliver the Complete Ad Package</w:t>
      </w:r>
    </w:p>
    <w:p w14:paraId="03E422C0" w14:textId="77777777" w:rsidR="001A5159" w:rsidRDefault="00000000">
      <w:r>
        <w:rPr>
          <w:rFonts w:ascii="Garamond" w:hAnsi="Garamond"/>
          <w:sz w:val="24"/>
        </w:rPr>
        <w:t>Deliver:</w:t>
      </w:r>
    </w:p>
    <w:p w14:paraId="6215D506" w14:textId="77777777" w:rsidR="001A5159" w:rsidRDefault="00000000">
      <w:r>
        <w:rPr>
          <w:rFonts w:ascii="Garamond" w:hAnsi="Garamond"/>
          <w:sz w:val="24"/>
        </w:rPr>
        <w:t>creatives</w:t>
      </w:r>
    </w:p>
    <w:p w14:paraId="7A9A26A3" w14:textId="77777777" w:rsidR="001A5159" w:rsidRDefault="00000000">
      <w:r>
        <w:rPr>
          <w:rFonts w:ascii="Garamond" w:hAnsi="Garamond"/>
          <w:sz w:val="24"/>
        </w:rPr>
        <w:t>copy</w:t>
      </w:r>
    </w:p>
    <w:p w14:paraId="06C924CB" w14:textId="77777777" w:rsidR="001A5159" w:rsidRDefault="00000000">
      <w:r>
        <w:rPr>
          <w:rFonts w:ascii="Garamond" w:hAnsi="Garamond"/>
          <w:sz w:val="24"/>
        </w:rPr>
        <w:t>variations</w:t>
      </w:r>
    </w:p>
    <w:p w14:paraId="6D9530AC" w14:textId="77777777" w:rsidR="001A5159" w:rsidRDefault="00000000">
      <w:r>
        <w:rPr>
          <w:rFonts w:ascii="Garamond" w:hAnsi="Garamond"/>
          <w:sz w:val="24"/>
        </w:rPr>
        <w:t>video scripts</w:t>
      </w:r>
    </w:p>
    <w:p w14:paraId="0F7927C7" w14:textId="77777777" w:rsidR="001A5159" w:rsidRDefault="00000000">
      <w:r>
        <w:rPr>
          <w:rFonts w:ascii="Garamond" w:hAnsi="Garamond"/>
          <w:sz w:val="24"/>
        </w:rPr>
        <w:t>A/B plan</w:t>
      </w:r>
    </w:p>
    <w:p w14:paraId="35F7C959" w14:textId="77777777" w:rsidR="001A5159" w:rsidRDefault="00000000">
      <w:r>
        <w:rPr>
          <w:rFonts w:ascii="Garamond" w:hAnsi="Garamond"/>
          <w:sz w:val="24"/>
        </w:rPr>
        <w:t xml:space="preserve">offer </w:t>
      </w:r>
      <w:proofErr w:type="gramStart"/>
      <w:r>
        <w:rPr>
          <w:rFonts w:ascii="Garamond" w:hAnsi="Garamond"/>
          <w:sz w:val="24"/>
        </w:rPr>
        <w:t>refinement</w:t>
      </w:r>
      <w:proofErr w:type="gramEnd"/>
    </w:p>
    <w:p w14:paraId="7DF41CD1" w14:textId="77777777" w:rsidR="001A5159" w:rsidRDefault="00000000">
      <w:r>
        <w:rPr>
          <w:rFonts w:ascii="Garamond" w:hAnsi="Garamond"/>
          <w:sz w:val="24"/>
        </w:rPr>
        <w:t>targeting suggestions</w:t>
      </w:r>
    </w:p>
    <w:p w14:paraId="190274B1" w14:textId="77777777" w:rsidR="001A5159" w:rsidRDefault="00000000">
      <w:r>
        <w:rPr>
          <w:rFonts w:ascii="Garamond" w:hAnsi="Garamond"/>
          <w:sz w:val="24"/>
        </w:rPr>
        <w:t>This is a premium, high-value service.</w:t>
      </w:r>
    </w:p>
    <w:p w14:paraId="0E435A09" w14:textId="77777777" w:rsidR="001A5159" w:rsidRDefault="001A5159"/>
    <w:p w14:paraId="48E1B36E" w14:textId="77777777" w:rsidR="001A5159" w:rsidRDefault="00000000">
      <w:r>
        <w:rPr>
          <w:rFonts w:ascii="Garamond" w:hAnsi="Garamond"/>
          <w:sz w:val="24"/>
        </w:rPr>
        <w:t>Beginner-Proof Portfolio</w:t>
      </w:r>
    </w:p>
    <w:p w14:paraId="15AD6A97" w14:textId="77777777" w:rsidR="001A5159" w:rsidRDefault="00000000">
      <w:r>
        <w:rPr>
          <w:rFonts w:ascii="Garamond" w:hAnsi="Garamond"/>
          <w:sz w:val="24"/>
        </w:rPr>
        <w:t>Create samples:</w:t>
      </w:r>
    </w:p>
    <w:p w14:paraId="38DEDE59" w14:textId="77777777" w:rsidR="001A5159" w:rsidRDefault="00000000">
      <w:r>
        <w:rPr>
          <w:rFonts w:ascii="Garamond" w:hAnsi="Garamond"/>
          <w:sz w:val="24"/>
        </w:rPr>
        <w:t>3 image ads</w:t>
      </w:r>
    </w:p>
    <w:p w14:paraId="5904DEB6" w14:textId="77777777" w:rsidR="001A5159" w:rsidRDefault="00000000">
      <w:r>
        <w:rPr>
          <w:rFonts w:ascii="Garamond" w:hAnsi="Garamond"/>
          <w:sz w:val="24"/>
        </w:rPr>
        <w:t>1 carousel</w:t>
      </w:r>
    </w:p>
    <w:p w14:paraId="2AE0D8EA" w14:textId="77777777" w:rsidR="001A5159" w:rsidRDefault="00000000">
      <w:r>
        <w:rPr>
          <w:rFonts w:ascii="Garamond" w:hAnsi="Garamond"/>
          <w:sz w:val="24"/>
        </w:rPr>
        <w:t>2 video scripts</w:t>
      </w:r>
    </w:p>
    <w:p w14:paraId="0EEE58F6" w14:textId="77777777" w:rsidR="001A5159" w:rsidRDefault="00000000">
      <w:r>
        <w:rPr>
          <w:rFonts w:ascii="Garamond" w:hAnsi="Garamond"/>
          <w:sz w:val="24"/>
        </w:rPr>
        <w:t>Share them on social media with:</w:t>
      </w:r>
    </w:p>
    <w:p w14:paraId="68D78193" w14:textId="77777777" w:rsidR="001A5159" w:rsidRDefault="00000000">
      <w:r>
        <w:rPr>
          <w:rFonts w:ascii="Garamond" w:hAnsi="Garamond"/>
          <w:sz w:val="24"/>
        </w:rPr>
        <w:t>“Testing AI-powered ad creative — want me to redesign one of your ads for free?”</w:t>
      </w:r>
    </w:p>
    <w:p w14:paraId="2E92C4B0" w14:textId="77777777" w:rsidR="001A5159" w:rsidRDefault="00000000">
      <w:r>
        <w:rPr>
          <w:rFonts w:ascii="Garamond" w:hAnsi="Garamond"/>
          <w:sz w:val="24"/>
        </w:rPr>
        <w:t>Clients appear fast.</w:t>
      </w:r>
    </w:p>
    <w:p w14:paraId="4F905713" w14:textId="77777777" w:rsidR="001A5159" w:rsidRDefault="001A5159"/>
    <w:p w14:paraId="6F694426" w14:textId="77777777" w:rsidR="001A5159" w:rsidRDefault="00000000">
      <w:r>
        <w:rPr>
          <w:rFonts w:ascii="Garamond" w:hAnsi="Garamond"/>
          <w:sz w:val="24"/>
        </w:rPr>
        <w:t>Pricing Guide</w:t>
      </w:r>
    </w:p>
    <w:p w14:paraId="34685440" w14:textId="77777777" w:rsidR="001A5159" w:rsidRDefault="00000000">
      <w:r>
        <w:rPr>
          <w:rFonts w:ascii="Garamond" w:hAnsi="Garamond"/>
          <w:sz w:val="24"/>
        </w:rPr>
        <w:t>Beginners:</w:t>
      </w:r>
    </w:p>
    <w:p w14:paraId="2174EB33" w14:textId="77777777" w:rsidR="001A5159" w:rsidRDefault="00000000">
      <w:r>
        <w:rPr>
          <w:rFonts w:ascii="Garamond" w:hAnsi="Garamond"/>
          <w:sz w:val="24"/>
        </w:rPr>
        <w:t>$75–$150 per ad</w:t>
      </w:r>
    </w:p>
    <w:p w14:paraId="1D6FD61A" w14:textId="77777777" w:rsidR="001A5159" w:rsidRDefault="00000000">
      <w:r>
        <w:rPr>
          <w:rFonts w:ascii="Garamond" w:hAnsi="Garamond"/>
          <w:sz w:val="24"/>
        </w:rPr>
        <w:t>$200–$500 ad bundle</w:t>
      </w:r>
    </w:p>
    <w:p w14:paraId="66755D5D" w14:textId="77777777" w:rsidR="001A5159" w:rsidRDefault="00000000">
      <w:r>
        <w:rPr>
          <w:rFonts w:ascii="Garamond" w:hAnsi="Garamond"/>
          <w:sz w:val="24"/>
        </w:rPr>
        <w:t>Intermediate:</w:t>
      </w:r>
    </w:p>
    <w:p w14:paraId="3F8BA249" w14:textId="77777777" w:rsidR="001A5159" w:rsidRDefault="00000000">
      <w:r>
        <w:rPr>
          <w:rFonts w:ascii="Garamond" w:hAnsi="Garamond"/>
          <w:sz w:val="24"/>
        </w:rPr>
        <w:lastRenderedPageBreak/>
        <w:t>$500–$1,200 ad package</w:t>
      </w:r>
    </w:p>
    <w:p w14:paraId="6ADD9AC4" w14:textId="77777777" w:rsidR="001A5159" w:rsidRDefault="00000000">
      <w:r>
        <w:rPr>
          <w:rFonts w:ascii="Garamond" w:hAnsi="Garamond"/>
          <w:sz w:val="24"/>
        </w:rPr>
        <w:t>$750–$2,000 launch bundle</w:t>
      </w:r>
    </w:p>
    <w:p w14:paraId="52873FA6" w14:textId="77777777" w:rsidR="001A5159" w:rsidRDefault="00000000">
      <w:r>
        <w:rPr>
          <w:rFonts w:ascii="Garamond" w:hAnsi="Garamond"/>
          <w:sz w:val="24"/>
        </w:rPr>
        <w:t>Pro:</w:t>
      </w:r>
    </w:p>
    <w:p w14:paraId="29A19341" w14:textId="77777777" w:rsidR="001A5159" w:rsidRDefault="00000000">
      <w:r>
        <w:rPr>
          <w:rFonts w:ascii="Garamond" w:hAnsi="Garamond"/>
          <w:sz w:val="24"/>
        </w:rPr>
        <w:t>$2,000–$8,000 full ad creative system</w:t>
      </w:r>
    </w:p>
    <w:p w14:paraId="369AF72F" w14:textId="77777777" w:rsidR="001A5159" w:rsidRDefault="00000000">
      <w:r>
        <w:rPr>
          <w:rFonts w:ascii="Garamond" w:hAnsi="Garamond"/>
          <w:sz w:val="24"/>
        </w:rPr>
        <w:t>$1,500–$10,000/month performance retainer</w:t>
      </w:r>
    </w:p>
    <w:p w14:paraId="7209A65B" w14:textId="77777777" w:rsidR="001A5159" w:rsidRDefault="00000000">
      <w:r>
        <w:rPr>
          <w:rFonts w:ascii="Garamond" w:hAnsi="Garamond"/>
          <w:sz w:val="24"/>
        </w:rPr>
        <w:t xml:space="preserve">$5,000+ brand </w:t>
      </w:r>
      <w:proofErr w:type="gramStart"/>
      <w:r>
        <w:rPr>
          <w:rFonts w:ascii="Garamond" w:hAnsi="Garamond"/>
          <w:sz w:val="24"/>
        </w:rPr>
        <w:t>ad</w:t>
      </w:r>
      <w:proofErr w:type="gramEnd"/>
      <w:r>
        <w:rPr>
          <w:rFonts w:ascii="Garamond" w:hAnsi="Garamond"/>
          <w:sz w:val="24"/>
        </w:rPr>
        <w:t xml:space="preserve"> library</w:t>
      </w:r>
    </w:p>
    <w:p w14:paraId="773FDA8E" w14:textId="77777777" w:rsidR="001A5159" w:rsidRDefault="00000000">
      <w:r>
        <w:rPr>
          <w:rFonts w:ascii="Garamond" w:hAnsi="Garamond"/>
          <w:sz w:val="24"/>
        </w:rPr>
        <w:t>This blueprint can easily become a $10k/month agency by itself.</w:t>
      </w:r>
    </w:p>
    <w:p w14:paraId="67B07032" w14:textId="77777777" w:rsidR="001A5159" w:rsidRDefault="001A5159"/>
    <w:p w14:paraId="76CD1CAE" w14:textId="77777777" w:rsidR="001A5159" w:rsidRDefault="00000000">
      <w:r>
        <w:rPr>
          <w:rFonts w:ascii="Garamond" w:hAnsi="Garamond"/>
          <w:sz w:val="24"/>
        </w:rPr>
        <w:t>Pro Accelerators</w:t>
      </w:r>
    </w:p>
    <w:p w14:paraId="35D23C58" w14:textId="77777777" w:rsidR="001A5159" w:rsidRDefault="00000000">
      <w:r>
        <w:rPr>
          <w:rFonts w:ascii="Garamond" w:hAnsi="Garamond"/>
          <w:sz w:val="24"/>
        </w:rPr>
        <w:t xml:space="preserve">add UGC </w:t>
      </w:r>
      <w:proofErr w:type="gramStart"/>
      <w:r>
        <w:rPr>
          <w:rFonts w:ascii="Garamond" w:hAnsi="Garamond"/>
          <w:sz w:val="24"/>
        </w:rPr>
        <w:t>scripts</w:t>
      </w:r>
      <w:proofErr w:type="gramEnd"/>
    </w:p>
    <w:p w14:paraId="5D61BCA1" w14:textId="77777777" w:rsidR="001A5159" w:rsidRDefault="00000000">
      <w:r>
        <w:rPr>
          <w:rFonts w:ascii="Garamond" w:hAnsi="Garamond"/>
          <w:sz w:val="24"/>
        </w:rPr>
        <w:t xml:space="preserve">add influencer </w:t>
      </w:r>
      <w:proofErr w:type="gramStart"/>
      <w:r>
        <w:rPr>
          <w:rFonts w:ascii="Garamond" w:hAnsi="Garamond"/>
          <w:sz w:val="24"/>
        </w:rPr>
        <w:t>angles</w:t>
      </w:r>
      <w:proofErr w:type="gramEnd"/>
    </w:p>
    <w:p w14:paraId="098E6354" w14:textId="77777777" w:rsidR="001A5159" w:rsidRDefault="00000000">
      <w:r>
        <w:rPr>
          <w:rFonts w:ascii="Garamond" w:hAnsi="Garamond"/>
          <w:sz w:val="24"/>
        </w:rPr>
        <w:t xml:space="preserve">add multi-platform </w:t>
      </w:r>
      <w:proofErr w:type="gramStart"/>
      <w:r>
        <w:rPr>
          <w:rFonts w:ascii="Garamond" w:hAnsi="Garamond"/>
          <w:sz w:val="24"/>
        </w:rPr>
        <w:t>variations</w:t>
      </w:r>
      <w:proofErr w:type="gramEnd"/>
    </w:p>
    <w:p w14:paraId="36854424" w14:textId="77777777" w:rsidR="001A5159" w:rsidRDefault="00000000">
      <w:r>
        <w:rPr>
          <w:rFonts w:ascii="Garamond" w:hAnsi="Garamond"/>
          <w:sz w:val="24"/>
        </w:rPr>
        <w:t xml:space="preserve">add creative testing </w:t>
      </w:r>
      <w:proofErr w:type="gramStart"/>
      <w:r>
        <w:rPr>
          <w:rFonts w:ascii="Garamond" w:hAnsi="Garamond"/>
          <w:sz w:val="24"/>
        </w:rPr>
        <w:t>dashboards</w:t>
      </w:r>
      <w:proofErr w:type="gramEnd"/>
    </w:p>
    <w:p w14:paraId="3193DC84" w14:textId="77777777" w:rsidR="001A5159" w:rsidRDefault="00000000">
      <w:r>
        <w:rPr>
          <w:rFonts w:ascii="Garamond" w:hAnsi="Garamond"/>
          <w:sz w:val="24"/>
        </w:rPr>
        <w:t xml:space="preserve">add offer </w:t>
      </w:r>
      <w:proofErr w:type="gramStart"/>
      <w:r>
        <w:rPr>
          <w:rFonts w:ascii="Garamond" w:hAnsi="Garamond"/>
          <w:sz w:val="24"/>
        </w:rPr>
        <w:t>refinement</w:t>
      </w:r>
      <w:proofErr w:type="gramEnd"/>
    </w:p>
    <w:p w14:paraId="107F79B7" w14:textId="77777777" w:rsidR="001A5159" w:rsidRDefault="00000000">
      <w:r>
        <w:rPr>
          <w:rFonts w:ascii="Garamond" w:hAnsi="Garamond"/>
          <w:sz w:val="24"/>
        </w:rPr>
        <w:t xml:space="preserve">add funnel </w:t>
      </w:r>
      <w:proofErr w:type="gramStart"/>
      <w:r>
        <w:rPr>
          <w:rFonts w:ascii="Garamond" w:hAnsi="Garamond"/>
          <w:sz w:val="24"/>
        </w:rPr>
        <w:t>integration</w:t>
      </w:r>
      <w:proofErr w:type="gramEnd"/>
    </w:p>
    <w:p w14:paraId="056D1915" w14:textId="77777777" w:rsidR="001A5159" w:rsidRDefault="00000000">
      <w:r>
        <w:rPr>
          <w:rFonts w:ascii="Garamond" w:hAnsi="Garamond"/>
          <w:sz w:val="24"/>
        </w:rPr>
        <w:t xml:space="preserve">add audience research </w:t>
      </w:r>
      <w:proofErr w:type="gramStart"/>
      <w:r>
        <w:rPr>
          <w:rFonts w:ascii="Garamond" w:hAnsi="Garamond"/>
          <w:sz w:val="24"/>
        </w:rPr>
        <w:t>packages</w:t>
      </w:r>
      <w:proofErr w:type="gramEnd"/>
    </w:p>
    <w:p w14:paraId="4567E590" w14:textId="77777777" w:rsidR="001A5159" w:rsidRDefault="00000000">
      <w:r>
        <w:rPr>
          <w:rFonts w:ascii="Garamond" w:hAnsi="Garamond"/>
          <w:sz w:val="24"/>
        </w:rPr>
        <w:t>These turn $300 projects into $3k+ projects.</w:t>
      </w:r>
    </w:p>
    <w:p w14:paraId="3DDEA239" w14:textId="77777777" w:rsidR="001A5159" w:rsidRDefault="001A5159"/>
    <w:p w14:paraId="2102478A" w14:textId="77777777" w:rsidR="001A5159" w:rsidRDefault="00000000">
      <w:r>
        <w:rPr>
          <w:rFonts w:ascii="Garamond" w:hAnsi="Garamond"/>
          <w:sz w:val="24"/>
        </w:rPr>
        <w:t>MICRO CASE STUDY — BLUEPRINT TWENTY-SIX</w:t>
      </w:r>
    </w:p>
    <w:p w14:paraId="6F7F4302" w14:textId="77777777" w:rsidR="001A5159" w:rsidRDefault="00000000">
      <w:r>
        <w:rPr>
          <w:rFonts w:ascii="Garamond" w:hAnsi="Garamond"/>
          <w:sz w:val="24"/>
        </w:rPr>
        <w:t>Case Study: Graphic Designer Makes $3,600 in One Week Becoming an AI Ads Studio</w:t>
      </w:r>
    </w:p>
    <w:p w14:paraId="003AA7AE" w14:textId="77777777" w:rsidR="001A5159" w:rsidRDefault="00000000">
      <w:r>
        <w:rPr>
          <w:rFonts w:ascii="Garamond" w:hAnsi="Garamond"/>
          <w:sz w:val="24"/>
        </w:rPr>
        <w:t>Miguel was a freelance graphic designer charging $35–$50 per design.</w:t>
      </w:r>
    </w:p>
    <w:p w14:paraId="653F6CBD" w14:textId="77777777" w:rsidR="001A5159" w:rsidRDefault="00000000">
      <w:r>
        <w:rPr>
          <w:rFonts w:ascii="Garamond" w:hAnsi="Garamond"/>
          <w:sz w:val="24"/>
        </w:rPr>
        <w:t>He applied Blueprint 26 and created:</w:t>
      </w:r>
    </w:p>
    <w:p w14:paraId="4D3B8725" w14:textId="77777777" w:rsidR="001A5159" w:rsidRDefault="00000000">
      <w:r>
        <w:rPr>
          <w:rFonts w:ascii="Garamond" w:hAnsi="Garamond"/>
          <w:sz w:val="24"/>
        </w:rPr>
        <w:t xml:space="preserve">a small portfolio of 6 AI-powered </w:t>
      </w:r>
      <w:proofErr w:type="gramStart"/>
      <w:r>
        <w:rPr>
          <w:rFonts w:ascii="Garamond" w:hAnsi="Garamond"/>
          <w:sz w:val="24"/>
        </w:rPr>
        <w:t>ad</w:t>
      </w:r>
      <w:proofErr w:type="gramEnd"/>
      <w:r>
        <w:rPr>
          <w:rFonts w:ascii="Garamond" w:hAnsi="Garamond"/>
          <w:sz w:val="24"/>
        </w:rPr>
        <w:t xml:space="preserve"> creatives</w:t>
      </w:r>
    </w:p>
    <w:p w14:paraId="7FBC81A9" w14:textId="77777777" w:rsidR="001A5159" w:rsidRDefault="00000000">
      <w:r>
        <w:rPr>
          <w:rFonts w:ascii="Garamond" w:hAnsi="Garamond"/>
          <w:sz w:val="24"/>
        </w:rPr>
        <w:t>3 video scripts</w:t>
      </w:r>
    </w:p>
    <w:p w14:paraId="7DC72DD2" w14:textId="77777777" w:rsidR="001A5159" w:rsidRDefault="00000000">
      <w:r>
        <w:rPr>
          <w:rFonts w:ascii="Garamond" w:hAnsi="Garamond"/>
          <w:sz w:val="24"/>
        </w:rPr>
        <w:t>20 hooks</w:t>
      </w:r>
    </w:p>
    <w:p w14:paraId="5D35D430" w14:textId="77777777" w:rsidR="001A5159" w:rsidRDefault="00000000">
      <w:r>
        <w:rPr>
          <w:rFonts w:ascii="Garamond" w:hAnsi="Garamond"/>
          <w:sz w:val="24"/>
        </w:rPr>
        <w:lastRenderedPageBreak/>
        <w:t>a sample A/B test plan</w:t>
      </w:r>
    </w:p>
    <w:p w14:paraId="751A1BDD" w14:textId="77777777" w:rsidR="001A5159" w:rsidRDefault="00000000">
      <w:r>
        <w:rPr>
          <w:rFonts w:ascii="Garamond" w:hAnsi="Garamond"/>
          <w:sz w:val="24"/>
        </w:rPr>
        <w:t xml:space="preserve">He posted </w:t>
      </w:r>
      <w:proofErr w:type="gramStart"/>
      <w:r>
        <w:rPr>
          <w:rFonts w:ascii="Garamond" w:hAnsi="Garamond"/>
          <w:sz w:val="24"/>
        </w:rPr>
        <w:t>in</w:t>
      </w:r>
      <w:proofErr w:type="gramEnd"/>
      <w:r>
        <w:rPr>
          <w:rFonts w:ascii="Garamond" w:hAnsi="Garamond"/>
          <w:sz w:val="24"/>
        </w:rPr>
        <w:t xml:space="preserve"> a Facebook business group:</w:t>
      </w:r>
    </w:p>
    <w:p w14:paraId="05ABD2BE" w14:textId="77777777" w:rsidR="001A5159" w:rsidRDefault="00000000">
      <w:r>
        <w:rPr>
          <w:rFonts w:ascii="Garamond" w:hAnsi="Garamond"/>
          <w:sz w:val="24"/>
        </w:rPr>
        <w:t>“Offering free ad creative audits — I’ll redesign your worst-performing ad.”</w:t>
      </w:r>
    </w:p>
    <w:p w14:paraId="2BC07467" w14:textId="77777777" w:rsidR="001A5159" w:rsidRDefault="00000000">
      <w:r>
        <w:rPr>
          <w:rFonts w:ascii="Garamond" w:hAnsi="Garamond"/>
          <w:sz w:val="24"/>
        </w:rPr>
        <w:t>A meal prep company responded.</w:t>
      </w:r>
    </w:p>
    <w:p w14:paraId="113E61CC" w14:textId="77777777" w:rsidR="001A5159" w:rsidRDefault="00000000">
      <w:r>
        <w:rPr>
          <w:rFonts w:ascii="Garamond" w:hAnsi="Garamond"/>
          <w:sz w:val="24"/>
        </w:rPr>
        <w:t>He delivered:</w:t>
      </w:r>
    </w:p>
    <w:p w14:paraId="213A8270" w14:textId="77777777" w:rsidR="001A5159" w:rsidRDefault="00000000">
      <w:r>
        <w:rPr>
          <w:rFonts w:ascii="Garamond" w:hAnsi="Garamond"/>
          <w:sz w:val="24"/>
        </w:rPr>
        <w:t>3 new ad concepts</w:t>
      </w:r>
    </w:p>
    <w:p w14:paraId="5CAAC66C" w14:textId="77777777" w:rsidR="001A5159" w:rsidRDefault="00000000">
      <w:r>
        <w:rPr>
          <w:rFonts w:ascii="Garamond" w:hAnsi="Garamond"/>
          <w:sz w:val="24"/>
        </w:rPr>
        <w:t>improved copy</w:t>
      </w:r>
    </w:p>
    <w:p w14:paraId="1E8AFEDE" w14:textId="77777777" w:rsidR="001A5159" w:rsidRDefault="00000000">
      <w:r>
        <w:rPr>
          <w:rFonts w:ascii="Garamond" w:hAnsi="Garamond"/>
          <w:sz w:val="24"/>
        </w:rPr>
        <w:t>25 hooks</w:t>
      </w:r>
    </w:p>
    <w:p w14:paraId="55605820" w14:textId="77777777" w:rsidR="001A5159" w:rsidRDefault="00000000">
      <w:r>
        <w:rPr>
          <w:rFonts w:ascii="Garamond" w:hAnsi="Garamond"/>
          <w:sz w:val="24"/>
        </w:rPr>
        <w:t>They hired him for:</w:t>
      </w:r>
    </w:p>
    <w:p w14:paraId="6C21966B" w14:textId="77777777" w:rsidR="001A5159" w:rsidRDefault="00000000">
      <w:r>
        <w:rPr>
          <w:rFonts w:ascii="Garamond" w:hAnsi="Garamond"/>
          <w:sz w:val="24"/>
        </w:rPr>
        <w:t>a 15-ad creative bundle → $1,200</w:t>
      </w:r>
    </w:p>
    <w:p w14:paraId="5F947C0F" w14:textId="77777777" w:rsidR="001A5159" w:rsidRDefault="00000000">
      <w:r>
        <w:rPr>
          <w:rFonts w:ascii="Garamond" w:hAnsi="Garamond"/>
          <w:sz w:val="24"/>
        </w:rPr>
        <w:t>A skincare brand then hired him for:</w:t>
      </w:r>
    </w:p>
    <w:p w14:paraId="5E682895" w14:textId="77777777" w:rsidR="001A5159" w:rsidRDefault="00000000">
      <w:r>
        <w:rPr>
          <w:rFonts w:ascii="Garamond" w:hAnsi="Garamond"/>
          <w:sz w:val="24"/>
        </w:rPr>
        <w:t>10 image ads</w:t>
      </w:r>
    </w:p>
    <w:p w14:paraId="5CE9D3DD" w14:textId="77777777" w:rsidR="001A5159" w:rsidRDefault="00000000">
      <w:r>
        <w:rPr>
          <w:rFonts w:ascii="Garamond" w:hAnsi="Garamond"/>
          <w:sz w:val="24"/>
        </w:rPr>
        <w:t>3 UGC video scripts</w:t>
      </w:r>
    </w:p>
    <w:p w14:paraId="1171A92B" w14:textId="77777777" w:rsidR="001A5159" w:rsidRDefault="00000000">
      <w:r>
        <w:rPr>
          <w:rFonts w:ascii="Garamond" w:hAnsi="Garamond"/>
          <w:sz w:val="24"/>
        </w:rPr>
        <w:t>a testing plan</w:t>
      </w:r>
    </w:p>
    <w:p w14:paraId="50738EF7" w14:textId="77777777" w:rsidR="001A5159" w:rsidRDefault="00000000">
      <w:r>
        <w:rPr>
          <w:rFonts w:ascii="Garamond" w:hAnsi="Garamond"/>
          <w:sz w:val="24"/>
        </w:rPr>
        <w:t>Total: $1,000</w:t>
      </w:r>
    </w:p>
    <w:p w14:paraId="7C408A58" w14:textId="77777777" w:rsidR="001A5159" w:rsidRDefault="00000000">
      <w:r>
        <w:rPr>
          <w:rFonts w:ascii="Garamond" w:hAnsi="Garamond"/>
          <w:sz w:val="24"/>
        </w:rPr>
        <w:t>A coaching brand then hired him:</w:t>
      </w:r>
    </w:p>
    <w:p w14:paraId="53085265" w14:textId="77777777" w:rsidR="001A5159" w:rsidRDefault="00000000">
      <w:r>
        <w:rPr>
          <w:rFonts w:ascii="Garamond" w:hAnsi="Garamond"/>
          <w:sz w:val="24"/>
        </w:rPr>
        <w:t>full ad creative package → $1,400</w:t>
      </w:r>
    </w:p>
    <w:p w14:paraId="014DD36C" w14:textId="77777777" w:rsidR="001A5159" w:rsidRDefault="00000000">
      <w:r>
        <w:rPr>
          <w:rFonts w:ascii="Garamond" w:hAnsi="Garamond"/>
          <w:sz w:val="24"/>
        </w:rPr>
        <w:t>Total in one week:</w:t>
      </w:r>
      <w:r>
        <w:rPr>
          <w:rFonts w:ascii="Garamond" w:hAnsi="Garamond"/>
          <w:sz w:val="24"/>
        </w:rPr>
        <w:br/>
        <w:t>$3,600</w:t>
      </w:r>
    </w:p>
    <w:p w14:paraId="21B48AD6" w14:textId="77777777" w:rsidR="001A5159" w:rsidRDefault="00000000">
      <w:r>
        <w:rPr>
          <w:rFonts w:ascii="Garamond" w:hAnsi="Garamond"/>
          <w:sz w:val="24"/>
        </w:rPr>
        <w:t>Miguel’s takeaway:</w:t>
      </w:r>
    </w:p>
    <w:p w14:paraId="263EFADA" w14:textId="77777777" w:rsidR="001A5159" w:rsidRDefault="00000000">
      <w:r>
        <w:rPr>
          <w:rFonts w:ascii="Garamond" w:hAnsi="Garamond"/>
          <w:sz w:val="24"/>
        </w:rPr>
        <w:t>“I always thought ads were too advanced for me. AI turned me into a full creative department in days.”</w:t>
      </w:r>
    </w:p>
    <w:p w14:paraId="592A4AA2" w14:textId="77777777" w:rsidR="001A5159" w:rsidRPr="0063351A" w:rsidRDefault="00000000" w:rsidP="0063351A">
      <w:pPr>
        <w:rPr>
          <w:sz w:val="24"/>
          <w:szCs w:val="24"/>
        </w:rPr>
      </w:pPr>
      <w:r w:rsidRPr="0063351A">
        <w:rPr>
          <w:rFonts w:ascii="Garamond" w:hAnsi="Garamond"/>
          <w:b/>
          <w:sz w:val="24"/>
          <w:szCs w:val="24"/>
        </w:rPr>
        <w:t>Blueprint 26 is one of the highest-income skillsets in the entire book.</w:t>
      </w:r>
    </w:p>
    <w:p w14:paraId="170DC8B0" w14:textId="77777777" w:rsidR="00673185" w:rsidRDefault="00673185">
      <w:pPr>
        <w:sectPr w:rsidR="00673185" w:rsidSect="00034616">
          <w:pgSz w:w="12240" w:h="15840"/>
          <w:pgMar w:top="1440" w:right="1800" w:bottom="1440" w:left="1800" w:header="720" w:footer="720" w:gutter="0"/>
          <w:cols w:space="720"/>
          <w:docGrid w:linePitch="360"/>
        </w:sectPr>
      </w:pPr>
    </w:p>
    <w:p w14:paraId="467E0B58" w14:textId="77777777" w:rsidR="001A5159" w:rsidRDefault="001A5159"/>
    <w:p w14:paraId="6C861312" w14:textId="77777777" w:rsidR="001A5159" w:rsidRPr="0063351A" w:rsidRDefault="00000000" w:rsidP="0063351A">
      <w:pPr>
        <w:pStyle w:val="Heading1"/>
        <w:rPr>
          <w:rFonts w:ascii="Garamond" w:hAnsi="Garamond"/>
          <w:color w:val="auto"/>
          <w:sz w:val="40"/>
          <w:szCs w:val="40"/>
        </w:rPr>
      </w:pPr>
      <w:bookmarkStart w:id="59" w:name="_Toc214830355"/>
      <w:r w:rsidRPr="0063351A">
        <w:rPr>
          <w:rFonts w:ascii="Garamond" w:hAnsi="Garamond"/>
          <w:color w:val="auto"/>
          <w:sz w:val="40"/>
          <w:szCs w:val="40"/>
        </w:rPr>
        <w:t>BLUEPRINT TWENTY-SEVEN — AI CONTENT REPURPOSING ENGINE</w:t>
      </w:r>
      <w:bookmarkEnd w:id="59"/>
    </w:p>
    <w:p w14:paraId="6E968D27" w14:textId="77777777" w:rsidR="001A5159" w:rsidRPr="0063351A" w:rsidRDefault="00000000" w:rsidP="0063351A">
      <w:pPr>
        <w:pStyle w:val="Heading2"/>
        <w:rPr>
          <w:rFonts w:ascii="Garamond" w:hAnsi="Garamond"/>
          <w:color w:val="auto"/>
          <w:sz w:val="28"/>
          <w:szCs w:val="28"/>
        </w:rPr>
      </w:pPr>
      <w:bookmarkStart w:id="60" w:name="_Toc214830356"/>
      <w:r w:rsidRPr="0063351A">
        <w:rPr>
          <w:rFonts w:ascii="Garamond" w:hAnsi="Garamond"/>
          <w:color w:val="auto"/>
          <w:sz w:val="28"/>
          <w:szCs w:val="28"/>
        </w:rPr>
        <w:t xml:space="preserve">(The Blueprint That Turns One Piece of Content Into 20–50 High-Quality Assets Using AI — The Ultimate “More Output </w:t>
      </w:r>
      <w:proofErr w:type="gramStart"/>
      <w:r w:rsidRPr="0063351A">
        <w:rPr>
          <w:rFonts w:ascii="Garamond" w:hAnsi="Garamond"/>
          <w:color w:val="auto"/>
          <w:sz w:val="28"/>
          <w:szCs w:val="28"/>
        </w:rPr>
        <w:t>With</w:t>
      </w:r>
      <w:proofErr w:type="gramEnd"/>
      <w:r w:rsidRPr="0063351A">
        <w:rPr>
          <w:rFonts w:ascii="Garamond" w:hAnsi="Garamond"/>
          <w:color w:val="auto"/>
          <w:sz w:val="28"/>
          <w:szCs w:val="28"/>
        </w:rPr>
        <w:t xml:space="preserve"> Less Effort” System)</w:t>
      </w:r>
      <w:bookmarkEnd w:id="60"/>
    </w:p>
    <w:p w14:paraId="20B1F580" w14:textId="77777777" w:rsidR="001A5159" w:rsidRDefault="00000000">
      <w:r>
        <w:rPr>
          <w:rFonts w:ascii="Garamond" w:hAnsi="Garamond"/>
          <w:sz w:val="24"/>
        </w:rPr>
        <w:t>The biggest problem creators and businesses face isn’t creating content.</w:t>
      </w:r>
      <w:r>
        <w:rPr>
          <w:rFonts w:ascii="Garamond" w:hAnsi="Garamond"/>
          <w:sz w:val="24"/>
        </w:rPr>
        <w:br/>
        <w:t>It’s keeping up with the demand for content everywhere.</w:t>
      </w:r>
    </w:p>
    <w:p w14:paraId="6623EB5E" w14:textId="77777777" w:rsidR="001A5159" w:rsidRDefault="00000000">
      <w:r>
        <w:rPr>
          <w:rFonts w:ascii="Garamond" w:hAnsi="Garamond"/>
          <w:sz w:val="24"/>
        </w:rPr>
        <w:t>They know they should be posting on:</w:t>
      </w:r>
    </w:p>
    <w:p w14:paraId="0B095403" w14:textId="77777777" w:rsidR="001A5159" w:rsidRDefault="00000000">
      <w:r>
        <w:rPr>
          <w:rFonts w:ascii="Garamond" w:hAnsi="Garamond"/>
          <w:sz w:val="24"/>
        </w:rPr>
        <w:t>TikTok</w:t>
      </w:r>
    </w:p>
    <w:p w14:paraId="7FE8A8EA" w14:textId="77777777" w:rsidR="001A5159" w:rsidRDefault="00000000">
      <w:r>
        <w:rPr>
          <w:rFonts w:ascii="Garamond" w:hAnsi="Garamond"/>
          <w:sz w:val="24"/>
        </w:rPr>
        <w:t>Instagram</w:t>
      </w:r>
    </w:p>
    <w:p w14:paraId="1BA51132" w14:textId="77777777" w:rsidR="001A5159" w:rsidRDefault="00000000">
      <w:r>
        <w:rPr>
          <w:rFonts w:ascii="Garamond" w:hAnsi="Garamond"/>
          <w:sz w:val="24"/>
        </w:rPr>
        <w:t>YouTube Shorts</w:t>
      </w:r>
    </w:p>
    <w:p w14:paraId="26916C21" w14:textId="77777777" w:rsidR="001A5159" w:rsidRDefault="00000000">
      <w:r>
        <w:rPr>
          <w:rFonts w:ascii="Garamond" w:hAnsi="Garamond"/>
          <w:sz w:val="24"/>
        </w:rPr>
        <w:t>YouTube long-form</w:t>
      </w:r>
    </w:p>
    <w:p w14:paraId="33EDF3F9" w14:textId="77777777" w:rsidR="001A5159" w:rsidRDefault="00000000">
      <w:r>
        <w:rPr>
          <w:rFonts w:ascii="Garamond" w:hAnsi="Garamond"/>
          <w:sz w:val="24"/>
        </w:rPr>
        <w:t>LinkedIn</w:t>
      </w:r>
    </w:p>
    <w:p w14:paraId="4AB563F5" w14:textId="77777777" w:rsidR="001A5159" w:rsidRDefault="00000000">
      <w:r>
        <w:rPr>
          <w:rFonts w:ascii="Garamond" w:hAnsi="Garamond"/>
          <w:sz w:val="24"/>
        </w:rPr>
        <w:t>Email</w:t>
      </w:r>
    </w:p>
    <w:p w14:paraId="2BC8994E" w14:textId="77777777" w:rsidR="001A5159" w:rsidRDefault="00000000">
      <w:r>
        <w:rPr>
          <w:rFonts w:ascii="Garamond" w:hAnsi="Garamond"/>
          <w:sz w:val="24"/>
        </w:rPr>
        <w:t>Facebook</w:t>
      </w:r>
    </w:p>
    <w:p w14:paraId="49ADFD02" w14:textId="77777777" w:rsidR="001A5159" w:rsidRDefault="00000000">
      <w:r>
        <w:rPr>
          <w:rFonts w:ascii="Garamond" w:hAnsi="Garamond"/>
          <w:sz w:val="24"/>
        </w:rPr>
        <w:t>Blogs</w:t>
      </w:r>
    </w:p>
    <w:p w14:paraId="32D00DFE" w14:textId="77777777" w:rsidR="001A5159" w:rsidRDefault="00000000">
      <w:r>
        <w:rPr>
          <w:rFonts w:ascii="Garamond" w:hAnsi="Garamond"/>
          <w:sz w:val="24"/>
        </w:rPr>
        <w:t>Websites</w:t>
      </w:r>
    </w:p>
    <w:p w14:paraId="72B5A210" w14:textId="77777777" w:rsidR="001A5159" w:rsidRDefault="00000000">
      <w:r>
        <w:rPr>
          <w:rFonts w:ascii="Garamond" w:hAnsi="Garamond"/>
          <w:sz w:val="24"/>
        </w:rPr>
        <w:t>But they can’t keep up.</w:t>
      </w:r>
    </w:p>
    <w:p w14:paraId="3D172305" w14:textId="77777777" w:rsidR="001A5159" w:rsidRDefault="00000000">
      <w:r>
        <w:rPr>
          <w:rFonts w:ascii="Garamond" w:hAnsi="Garamond"/>
          <w:sz w:val="24"/>
        </w:rPr>
        <w:t>That’s where YOU come in.</w:t>
      </w:r>
    </w:p>
    <w:p w14:paraId="3BA73D2D" w14:textId="77777777" w:rsidR="001A5159" w:rsidRDefault="00000000">
      <w:r>
        <w:rPr>
          <w:rFonts w:ascii="Garamond" w:hAnsi="Garamond"/>
          <w:sz w:val="24"/>
        </w:rPr>
        <w:t>This blueprint turns you into a full-scale AI repurposing engine, capable of taking one source (video, podcast, webinar, blog, live stream) and transforming it into 20–50 pieces of content.</w:t>
      </w:r>
    </w:p>
    <w:p w14:paraId="19E2B055" w14:textId="77777777" w:rsidR="001A5159" w:rsidRDefault="00000000">
      <w:r>
        <w:rPr>
          <w:rFonts w:ascii="Garamond" w:hAnsi="Garamond"/>
          <w:sz w:val="24"/>
        </w:rPr>
        <w:t>It’s one of the highest-demand and highest-leverage services in the creator economy.</w:t>
      </w:r>
    </w:p>
    <w:p w14:paraId="28935D36" w14:textId="77777777" w:rsidR="001A5159" w:rsidRDefault="001A5159"/>
    <w:p w14:paraId="386B9A2A" w14:textId="77777777" w:rsidR="001A5159" w:rsidRDefault="00000000">
      <w:r>
        <w:rPr>
          <w:rFonts w:ascii="Garamond" w:hAnsi="Garamond"/>
          <w:sz w:val="24"/>
        </w:rPr>
        <w:t>Why This Blueprint Works</w:t>
      </w:r>
    </w:p>
    <w:p w14:paraId="130603EB" w14:textId="77777777" w:rsidR="001A5159" w:rsidRDefault="00000000">
      <w:r>
        <w:rPr>
          <w:rFonts w:ascii="Garamond" w:hAnsi="Garamond"/>
          <w:sz w:val="24"/>
        </w:rPr>
        <w:t>Creators, coaches, and businesses are overwhelmed by content demands.</w:t>
      </w:r>
    </w:p>
    <w:p w14:paraId="68D10CDC" w14:textId="77777777" w:rsidR="001A5159" w:rsidRDefault="00000000">
      <w:r>
        <w:rPr>
          <w:rFonts w:ascii="Garamond" w:hAnsi="Garamond"/>
          <w:sz w:val="24"/>
        </w:rPr>
        <w:lastRenderedPageBreak/>
        <w:t>They desperately need:</w:t>
      </w:r>
    </w:p>
    <w:p w14:paraId="36E7407E" w14:textId="77777777" w:rsidR="001A5159" w:rsidRDefault="00000000">
      <w:r>
        <w:rPr>
          <w:rFonts w:ascii="Garamond" w:hAnsi="Garamond"/>
          <w:sz w:val="24"/>
        </w:rPr>
        <w:t>more posts</w:t>
      </w:r>
    </w:p>
    <w:p w14:paraId="60A2032E" w14:textId="77777777" w:rsidR="001A5159" w:rsidRDefault="00000000">
      <w:r>
        <w:rPr>
          <w:rFonts w:ascii="Garamond" w:hAnsi="Garamond"/>
          <w:sz w:val="24"/>
        </w:rPr>
        <w:t>more consistency</w:t>
      </w:r>
    </w:p>
    <w:p w14:paraId="4260DAA5" w14:textId="77777777" w:rsidR="001A5159" w:rsidRDefault="00000000">
      <w:r>
        <w:rPr>
          <w:rFonts w:ascii="Garamond" w:hAnsi="Garamond"/>
          <w:sz w:val="24"/>
        </w:rPr>
        <w:t>more formats</w:t>
      </w:r>
    </w:p>
    <w:p w14:paraId="18B0CB1A" w14:textId="77777777" w:rsidR="001A5159" w:rsidRDefault="00000000">
      <w:r>
        <w:rPr>
          <w:rFonts w:ascii="Garamond" w:hAnsi="Garamond"/>
          <w:sz w:val="24"/>
        </w:rPr>
        <w:t>more presence</w:t>
      </w:r>
    </w:p>
    <w:p w14:paraId="516C7225" w14:textId="77777777" w:rsidR="001A5159" w:rsidRDefault="00000000">
      <w:r>
        <w:rPr>
          <w:rFonts w:ascii="Garamond" w:hAnsi="Garamond"/>
          <w:sz w:val="24"/>
        </w:rPr>
        <w:t>more volume</w:t>
      </w:r>
    </w:p>
    <w:p w14:paraId="4863DD24" w14:textId="77777777" w:rsidR="001A5159" w:rsidRDefault="00000000">
      <w:proofErr w:type="gramStart"/>
      <w:r>
        <w:rPr>
          <w:rFonts w:ascii="Garamond" w:hAnsi="Garamond"/>
          <w:sz w:val="24"/>
        </w:rPr>
        <w:t>more</w:t>
      </w:r>
      <w:proofErr w:type="gramEnd"/>
      <w:r>
        <w:rPr>
          <w:rFonts w:ascii="Garamond" w:hAnsi="Garamond"/>
          <w:sz w:val="24"/>
        </w:rPr>
        <w:t xml:space="preserve"> </w:t>
      </w:r>
      <w:proofErr w:type="gramStart"/>
      <w:r>
        <w:rPr>
          <w:rFonts w:ascii="Garamond" w:hAnsi="Garamond"/>
          <w:sz w:val="24"/>
        </w:rPr>
        <w:t>reach</w:t>
      </w:r>
      <w:proofErr w:type="gramEnd"/>
    </w:p>
    <w:p w14:paraId="3A2796E7" w14:textId="77777777" w:rsidR="001A5159" w:rsidRDefault="00000000">
      <w:r>
        <w:rPr>
          <w:rFonts w:ascii="Garamond" w:hAnsi="Garamond"/>
          <w:sz w:val="24"/>
        </w:rPr>
        <w:t>But they don’t have time to:</w:t>
      </w:r>
    </w:p>
    <w:p w14:paraId="1BD4FA2E" w14:textId="77777777" w:rsidR="001A5159" w:rsidRDefault="00000000">
      <w:proofErr w:type="gramStart"/>
      <w:r>
        <w:rPr>
          <w:rFonts w:ascii="Garamond" w:hAnsi="Garamond"/>
          <w:sz w:val="24"/>
        </w:rPr>
        <w:t>write</w:t>
      </w:r>
      <w:proofErr w:type="gramEnd"/>
    </w:p>
    <w:p w14:paraId="548E7D84" w14:textId="77777777" w:rsidR="001A5159" w:rsidRDefault="00000000">
      <w:r>
        <w:rPr>
          <w:rFonts w:ascii="Garamond" w:hAnsi="Garamond"/>
          <w:sz w:val="24"/>
        </w:rPr>
        <w:t>edit</w:t>
      </w:r>
    </w:p>
    <w:p w14:paraId="797223BD" w14:textId="77777777" w:rsidR="001A5159" w:rsidRDefault="00000000">
      <w:r>
        <w:rPr>
          <w:rFonts w:ascii="Garamond" w:hAnsi="Garamond"/>
          <w:sz w:val="24"/>
        </w:rPr>
        <w:t>script</w:t>
      </w:r>
    </w:p>
    <w:p w14:paraId="2AD2145B" w14:textId="77777777" w:rsidR="001A5159" w:rsidRDefault="00000000">
      <w:r>
        <w:rPr>
          <w:rFonts w:ascii="Garamond" w:hAnsi="Garamond"/>
          <w:sz w:val="24"/>
        </w:rPr>
        <w:t>caption</w:t>
      </w:r>
    </w:p>
    <w:p w14:paraId="5863A2ED" w14:textId="77777777" w:rsidR="001A5159" w:rsidRDefault="00000000">
      <w:r>
        <w:rPr>
          <w:rFonts w:ascii="Garamond" w:hAnsi="Garamond"/>
          <w:sz w:val="24"/>
        </w:rPr>
        <w:t>clip</w:t>
      </w:r>
    </w:p>
    <w:p w14:paraId="016E3CF6" w14:textId="77777777" w:rsidR="001A5159" w:rsidRDefault="00000000">
      <w:r>
        <w:rPr>
          <w:rFonts w:ascii="Garamond" w:hAnsi="Garamond"/>
          <w:sz w:val="24"/>
        </w:rPr>
        <w:t>format</w:t>
      </w:r>
    </w:p>
    <w:p w14:paraId="7D255B31" w14:textId="77777777" w:rsidR="001A5159" w:rsidRDefault="00000000">
      <w:r>
        <w:rPr>
          <w:rFonts w:ascii="Garamond" w:hAnsi="Garamond"/>
          <w:sz w:val="24"/>
        </w:rPr>
        <w:t>design</w:t>
      </w:r>
    </w:p>
    <w:p w14:paraId="1D285EFD" w14:textId="77777777" w:rsidR="001A5159" w:rsidRDefault="00000000">
      <w:r>
        <w:rPr>
          <w:rFonts w:ascii="Garamond" w:hAnsi="Garamond"/>
          <w:sz w:val="24"/>
        </w:rPr>
        <w:t>publish</w:t>
      </w:r>
    </w:p>
    <w:p w14:paraId="30D0DC6A" w14:textId="77777777" w:rsidR="001A5159" w:rsidRDefault="00000000">
      <w:r>
        <w:rPr>
          <w:rFonts w:ascii="Garamond" w:hAnsi="Garamond"/>
          <w:sz w:val="24"/>
        </w:rPr>
        <w:t>AI eliminates 90% of the workload by generating:</w:t>
      </w:r>
    </w:p>
    <w:p w14:paraId="57A49371" w14:textId="77777777" w:rsidR="001A5159" w:rsidRDefault="00000000">
      <w:r>
        <w:rPr>
          <w:rFonts w:ascii="Garamond" w:hAnsi="Garamond"/>
          <w:sz w:val="24"/>
        </w:rPr>
        <w:t>clips</w:t>
      </w:r>
    </w:p>
    <w:p w14:paraId="5FB93416" w14:textId="77777777" w:rsidR="001A5159" w:rsidRDefault="00000000">
      <w:r>
        <w:rPr>
          <w:rFonts w:ascii="Garamond" w:hAnsi="Garamond"/>
          <w:sz w:val="24"/>
        </w:rPr>
        <w:t>quotes</w:t>
      </w:r>
    </w:p>
    <w:p w14:paraId="5F100842" w14:textId="77777777" w:rsidR="001A5159" w:rsidRDefault="00000000">
      <w:r>
        <w:rPr>
          <w:rFonts w:ascii="Garamond" w:hAnsi="Garamond"/>
          <w:sz w:val="24"/>
        </w:rPr>
        <w:t>captions</w:t>
      </w:r>
    </w:p>
    <w:p w14:paraId="0519A4C5" w14:textId="77777777" w:rsidR="001A5159" w:rsidRDefault="00000000">
      <w:r>
        <w:rPr>
          <w:rFonts w:ascii="Garamond" w:hAnsi="Garamond"/>
          <w:sz w:val="24"/>
        </w:rPr>
        <w:t>scripts</w:t>
      </w:r>
    </w:p>
    <w:p w14:paraId="43D2D669" w14:textId="77777777" w:rsidR="001A5159" w:rsidRDefault="00000000">
      <w:r>
        <w:rPr>
          <w:rFonts w:ascii="Garamond" w:hAnsi="Garamond"/>
          <w:sz w:val="24"/>
        </w:rPr>
        <w:t>carousels</w:t>
      </w:r>
    </w:p>
    <w:p w14:paraId="0A784081" w14:textId="77777777" w:rsidR="001A5159" w:rsidRDefault="00000000">
      <w:r>
        <w:rPr>
          <w:rFonts w:ascii="Garamond" w:hAnsi="Garamond"/>
          <w:sz w:val="24"/>
        </w:rPr>
        <w:t>emails</w:t>
      </w:r>
    </w:p>
    <w:p w14:paraId="424F5DD8" w14:textId="77777777" w:rsidR="001A5159" w:rsidRDefault="00000000">
      <w:r>
        <w:rPr>
          <w:rFonts w:ascii="Garamond" w:hAnsi="Garamond"/>
          <w:sz w:val="24"/>
        </w:rPr>
        <w:t>summaries</w:t>
      </w:r>
    </w:p>
    <w:p w14:paraId="79CFFE28" w14:textId="77777777" w:rsidR="001A5159" w:rsidRDefault="00000000">
      <w:proofErr w:type="gramStart"/>
      <w:r>
        <w:rPr>
          <w:rFonts w:ascii="Garamond" w:hAnsi="Garamond"/>
          <w:sz w:val="24"/>
        </w:rPr>
        <w:t>reels</w:t>
      </w:r>
      <w:proofErr w:type="gramEnd"/>
      <w:r>
        <w:rPr>
          <w:rFonts w:ascii="Garamond" w:hAnsi="Garamond"/>
          <w:sz w:val="24"/>
        </w:rPr>
        <w:t xml:space="preserve"> ideas</w:t>
      </w:r>
    </w:p>
    <w:p w14:paraId="3B564ACE" w14:textId="77777777" w:rsidR="001A5159" w:rsidRDefault="00000000">
      <w:r>
        <w:rPr>
          <w:rFonts w:ascii="Garamond" w:hAnsi="Garamond"/>
          <w:sz w:val="24"/>
        </w:rPr>
        <w:lastRenderedPageBreak/>
        <w:t>YouTube titles</w:t>
      </w:r>
    </w:p>
    <w:p w14:paraId="7880877D" w14:textId="77777777" w:rsidR="001A5159" w:rsidRDefault="00000000">
      <w:r>
        <w:rPr>
          <w:rFonts w:ascii="Garamond" w:hAnsi="Garamond"/>
          <w:sz w:val="24"/>
        </w:rPr>
        <w:t>SEO blog posts</w:t>
      </w:r>
    </w:p>
    <w:p w14:paraId="75DAD1A0" w14:textId="77777777" w:rsidR="001A5159" w:rsidRDefault="00000000">
      <w:r>
        <w:rPr>
          <w:rFonts w:ascii="Garamond" w:hAnsi="Garamond"/>
          <w:sz w:val="24"/>
        </w:rPr>
        <w:t>You become their content multiplication system.</w:t>
      </w:r>
    </w:p>
    <w:p w14:paraId="66A8D3D8" w14:textId="77777777" w:rsidR="001A5159" w:rsidRDefault="001A5159"/>
    <w:p w14:paraId="75D3F4E2" w14:textId="77777777" w:rsidR="001A5159" w:rsidRDefault="00000000">
      <w:r>
        <w:rPr>
          <w:rFonts w:ascii="Garamond" w:hAnsi="Garamond"/>
          <w:sz w:val="24"/>
        </w:rPr>
        <w:t>Tools You Need</w:t>
      </w:r>
    </w:p>
    <w:p w14:paraId="5F668620" w14:textId="77777777" w:rsidR="001A5159" w:rsidRDefault="00000000">
      <w:r>
        <w:rPr>
          <w:rFonts w:ascii="Garamond" w:hAnsi="Garamond"/>
          <w:sz w:val="24"/>
        </w:rPr>
        <w:t>ChatGPT / Claude — repurposing text</w:t>
      </w:r>
      <w:r>
        <w:rPr>
          <w:rFonts w:ascii="Garamond" w:hAnsi="Garamond"/>
          <w:sz w:val="24"/>
        </w:rPr>
        <w:br/>
        <w:t>OpusClip — auto video clipping</w:t>
      </w:r>
      <w:r>
        <w:rPr>
          <w:rFonts w:ascii="Garamond" w:hAnsi="Garamond"/>
          <w:sz w:val="24"/>
        </w:rPr>
        <w:br/>
        <w:t>CapCut — editing + reels</w:t>
      </w:r>
      <w:r>
        <w:rPr>
          <w:rFonts w:ascii="Garamond" w:hAnsi="Garamond"/>
          <w:sz w:val="24"/>
        </w:rPr>
        <w:br/>
        <w:t>Canva — carousels + graphics</w:t>
      </w:r>
      <w:r>
        <w:rPr>
          <w:rFonts w:ascii="Garamond" w:hAnsi="Garamond"/>
          <w:sz w:val="24"/>
        </w:rPr>
        <w:br/>
        <w:t>Notion / Sheets — content matrix</w:t>
      </w:r>
      <w:r>
        <w:rPr>
          <w:rFonts w:ascii="Garamond" w:hAnsi="Garamond"/>
          <w:sz w:val="24"/>
        </w:rPr>
        <w:br/>
        <w:t xml:space="preserve">Descript — transcripts + </w:t>
      </w:r>
      <w:proofErr w:type="gramStart"/>
      <w:r>
        <w:rPr>
          <w:rFonts w:ascii="Garamond" w:hAnsi="Garamond"/>
          <w:sz w:val="24"/>
        </w:rPr>
        <w:t>editing</w:t>
      </w:r>
      <w:proofErr w:type="gramEnd"/>
    </w:p>
    <w:p w14:paraId="7B34558F" w14:textId="77777777" w:rsidR="001A5159" w:rsidRDefault="00000000">
      <w:r>
        <w:rPr>
          <w:rFonts w:ascii="Garamond" w:hAnsi="Garamond"/>
          <w:sz w:val="24"/>
        </w:rPr>
        <w:t>Optional:</w:t>
      </w:r>
      <w:r>
        <w:rPr>
          <w:rFonts w:ascii="Garamond" w:hAnsi="Garamond"/>
          <w:sz w:val="24"/>
        </w:rPr>
        <w:br/>
        <w:t>Vidyo.ai, ClipMaker, Subtitle tools</w:t>
      </w:r>
    </w:p>
    <w:p w14:paraId="21C34A49" w14:textId="77777777" w:rsidR="001A5159" w:rsidRDefault="001A5159"/>
    <w:p w14:paraId="5C058565" w14:textId="77777777" w:rsidR="001A5159" w:rsidRDefault="00000000">
      <w:r>
        <w:rPr>
          <w:rFonts w:ascii="Garamond" w:hAnsi="Garamond"/>
          <w:sz w:val="24"/>
        </w:rPr>
        <w:t>What You’ll Offer</w:t>
      </w:r>
    </w:p>
    <w:p w14:paraId="5ADB5A58" w14:textId="77777777" w:rsidR="001A5159" w:rsidRDefault="00000000">
      <w:r>
        <w:rPr>
          <w:rFonts w:ascii="Garamond" w:hAnsi="Garamond"/>
          <w:sz w:val="24"/>
        </w:rPr>
        <w:t>You can repurpose ANY medium into:</w:t>
      </w:r>
    </w:p>
    <w:p w14:paraId="2C25B5F7" w14:textId="77777777" w:rsidR="001A5159" w:rsidRDefault="00000000">
      <w:r>
        <w:rPr>
          <w:rFonts w:ascii="Garamond" w:hAnsi="Garamond"/>
          <w:sz w:val="24"/>
        </w:rPr>
        <w:t>🎥 From Video:</w:t>
      </w:r>
    </w:p>
    <w:p w14:paraId="3DC28FF5" w14:textId="77777777" w:rsidR="001A5159" w:rsidRDefault="00000000">
      <w:r>
        <w:rPr>
          <w:rFonts w:ascii="Garamond" w:hAnsi="Garamond"/>
          <w:sz w:val="24"/>
        </w:rPr>
        <w:t>10–20 short clips</w:t>
      </w:r>
    </w:p>
    <w:p w14:paraId="6C1991ED" w14:textId="77777777" w:rsidR="001A5159" w:rsidRDefault="00000000">
      <w:r>
        <w:rPr>
          <w:rFonts w:ascii="Garamond" w:hAnsi="Garamond"/>
          <w:sz w:val="24"/>
        </w:rPr>
        <w:t>5 reels scripts</w:t>
      </w:r>
    </w:p>
    <w:p w14:paraId="2C002ED4" w14:textId="77777777" w:rsidR="001A5159" w:rsidRDefault="00000000">
      <w:r>
        <w:rPr>
          <w:rFonts w:ascii="Garamond" w:hAnsi="Garamond"/>
          <w:sz w:val="24"/>
        </w:rPr>
        <w:t>5 carousel posts</w:t>
      </w:r>
    </w:p>
    <w:p w14:paraId="1E114D11" w14:textId="77777777" w:rsidR="001A5159" w:rsidRDefault="00000000">
      <w:r>
        <w:rPr>
          <w:rFonts w:ascii="Garamond" w:hAnsi="Garamond"/>
          <w:sz w:val="24"/>
        </w:rPr>
        <w:t>1 newsletter</w:t>
      </w:r>
    </w:p>
    <w:p w14:paraId="18C634AF" w14:textId="77777777" w:rsidR="001A5159" w:rsidRDefault="00000000">
      <w:r>
        <w:rPr>
          <w:rFonts w:ascii="Garamond" w:hAnsi="Garamond"/>
          <w:sz w:val="24"/>
        </w:rPr>
        <w:t>1 blog post</w:t>
      </w:r>
    </w:p>
    <w:p w14:paraId="06DFD733" w14:textId="77777777" w:rsidR="001A5159" w:rsidRDefault="00000000">
      <w:r>
        <w:rPr>
          <w:rFonts w:ascii="Garamond" w:hAnsi="Garamond"/>
          <w:sz w:val="24"/>
        </w:rPr>
        <w:t>YouTube titles</w:t>
      </w:r>
    </w:p>
    <w:p w14:paraId="544F66CA" w14:textId="77777777" w:rsidR="001A5159" w:rsidRDefault="00000000">
      <w:r>
        <w:rPr>
          <w:rFonts w:ascii="Garamond" w:hAnsi="Garamond"/>
          <w:sz w:val="24"/>
        </w:rPr>
        <w:t>captions + hashtags</w:t>
      </w:r>
    </w:p>
    <w:p w14:paraId="0527341F" w14:textId="77777777" w:rsidR="001A5159" w:rsidRDefault="00000000">
      <w:r>
        <w:rPr>
          <w:rFonts w:ascii="Garamond" w:hAnsi="Garamond"/>
          <w:sz w:val="24"/>
        </w:rPr>
        <w:t>🎙️ From Podcast:</w:t>
      </w:r>
    </w:p>
    <w:p w14:paraId="4C07297B" w14:textId="77777777" w:rsidR="001A5159" w:rsidRDefault="00000000">
      <w:r>
        <w:rPr>
          <w:rFonts w:ascii="Garamond" w:hAnsi="Garamond"/>
          <w:sz w:val="24"/>
        </w:rPr>
        <w:t>quotes</w:t>
      </w:r>
    </w:p>
    <w:p w14:paraId="49CF3192" w14:textId="77777777" w:rsidR="001A5159" w:rsidRDefault="00000000">
      <w:r>
        <w:rPr>
          <w:rFonts w:ascii="Garamond" w:hAnsi="Garamond"/>
          <w:sz w:val="24"/>
        </w:rPr>
        <w:t>audiograms</w:t>
      </w:r>
    </w:p>
    <w:p w14:paraId="2CAD785F" w14:textId="77777777" w:rsidR="001A5159" w:rsidRDefault="00000000">
      <w:r>
        <w:rPr>
          <w:rFonts w:ascii="Garamond" w:hAnsi="Garamond"/>
          <w:sz w:val="24"/>
        </w:rPr>
        <w:t xml:space="preserve">show </w:t>
      </w:r>
      <w:proofErr w:type="gramStart"/>
      <w:r>
        <w:rPr>
          <w:rFonts w:ascii="Garamond" w:hAnsi="Garamond"/>
          <w:sz w:val="24"/>
        </w:rPr>
        <w:t>notes</w:t>
      </w:r>
      <w:proofErr w:type="gramEnd"/>
    </w:p>
    <w:p w14:paraId="15EF8F2F" w14:textId="77777777" w:rsidR="001A5159" w:rsidRDefault="00000000">
      <w:r>
        <w:rPr>
          <w:rFonts w:ascii="Garamond" w:hAnsi="Garamond"/>
          <w:sz w:val="24"/>
        </w:rPr>
        <w:lastRenderedPageBreak/>
        <w:t>social scripts</w:t>
      </w:r>
    </w:p>
    <w:p w14:paraId="2254BA2B" w14:textId="77777777" w:rsidR="001A5159" w:rsidRDefault="00000000">
      <w:r>
        <w:rPr>
          <w:rFonts w:ascii="Garamond" w:hAnsi="Garamond"/>
          <w:sz w:val="24"/>
        </w:rPr>
        <w:t>thread posts</w:t>
      </w:r>
    </w:p>
    <w:p w14:paraId="2776D106" w14:textId="77777777" w:rsidR="001A5159" w:rsidRDefault="00000000">
      <w:r>
        <w:rPr>
          <w:rFonts w:ascii="Garamond" w:hAnsi="Garamond"/>
          <w:sz w:val="24"/>
        </w:rPr>
        <w:t>✍️ From Blog:</w:t>
      </w:r>
    </w:p>
    <w:p w14:paraId="143D9F03" w14:textId="77777777" w:rsidR="001A5159" w:rsidRDefault="00000000">
      <w:r>
        <w:rPr>
          <w:rFonts w:ascii="Garamond" w:hAnsi="Garamond"/>
          <w:sz w:val="24"/>
        </w:rPr>
        <w:t>reels scripts</w:t>
      </w:r>
    </w:p>
    <w:p w14:paraId="1B09E2AD" w14:textId="77777777" w:rsidR="001A5159" w:rsidRDefault="00000000">
      <w:r>
        <w:rPr>
          <w:rFonts w:ascii="Garamond" w:hAnsi="Garamond"/>
          <w:sz w:val="24"/>
        </w:rPr>
        <w:t>carousels</w:t>
      </w:r>
    </w:p>
    <w:p w14:paraId="6549BD3E" w14:textId="77777777" w:rsidR="001A5159" w:rsidRDefault="00000000">
      <w:r>
        <w:rPr>
          <w:rFonts w:ascii="Garamond" w:hAnsi="Garamond"/>
          <w:sz w:val="24"/>
        </w:rPr>
        <w:t>email sequences</w:t>
      </w:r>
    </w:p>
    <w:p w14:paraId="58EDEEC7" w14:textId="77777777" w:rsidR="001A5159" w:rsidRDefault="00000000">
      <w:r>
        <w:rPr>
          <w:rFonts w:ascii="Garamond" w:hAnsi="Garamond"/>
          <w:sz w:val="24"/>
        </w:rPr>
        <w:t>tweets/posts</w:t>
      </w:r>
    </w:p>
    <w:p w14:paraId="3AEE40C7" w14:textId="77777777" w:rsidR="001A5159" w:rsidRDefault="00000000">
      <w:r>
        <w:rPr>
          <w:rFonts w:ascii="Garamond" w:hAnsi="Garamond"/>
          <w:sz w:val="24"/>
        </w:rPr>
        <w:t>summaries</w:t>
      </w:r>
    </w:p>
    <w:p w14:paraId="6137EF21" w14:textId="77777777" w:rsidR="001A5159" w:rsidRDefault="00000000">
      <w:r>
        <w:rPr>
          <w:rFonts w:ascii="Garamond" w:hAnsi="Garamond"/>
          <w:sz w:val="24"/>
        </w:rPr>
        <w:t>🎓 From Webinar:</w:t>
      </w:r>
    </w:p>
    <w:p w14:paraId="39DDA0DA" w14:textId="77777777" w:rsidR="001A5159" w:rsidRDefault="00000000">
      <w:r>
        <w:rPr>
          <w:rFonts w:ascii="Garamond" w:hAnsi="Garamond"/>
          <w:sz w:val="24"/>
        </w:rPr>
        <w:t>lead magnets</w:t>
      </w:r>
    </w:p>
    <w:p w14:paraId="06709933" w14:textId="77777777" w:rsidR="001A5159" w:rsidRDefault="00000000">
      <w:r>
        <w:rPr>
          <w:rFonts w:ascii="Garamond" w:hAnsi="Garamond"/>
          <w:sz w:val="24"/>
        </w:rPr>
        <w:t>frameworks</w:t>
      </w:r>
    </w:p>
    <w:p w14:paraId="28B1F060" w14:textId="77777777" w:rsidR="001A5159" w:rsidRDefault="00000000">
      <w:proofErr w:type="gramStart"/>
      <w:r>
        <w:rPr>
          <w:rFonts w:ascii="Garamond" w:hAnsi="Garamond"/>
          <w:sz w:val="24"/>
        </w:rPr>
        <w:t>mini-ebooks</w:t>
      </w:r>
      <w:proofErr w:type="gramEnd"/>
    </w:p>
    <w:p w14:paraId="4D5F6B37" w14:textId="77777777" w:rsidR="001A5159" w:rsidRDefault="00000000">
      <w:r>
        <w:rPr>
          <w:rFonts w:ascii="Garamond" w:hAnsi="Garamond"/>
          <w:sz w:val="24"/>
        </w:rPr>
        <w:t>course modules</w:t>
      </w:r>
    </w:p>
    <w:p w14:paraId="60A0FCBD" w14:textId="77777777" w:rsidR="001A5159" w:rsidRDefault="00000000">
      <w:r>
        <w:rPr>
          <w:rFonts w:ascii="Garamond" w:hAnsi="Garamond"/>
          <w:sz w:val="24"/>
        </w:rPr>
        <w:t>This is MASSIVE value.</w:t>
      </w:r>
    </w:p>
    <w:p w14:paraId="1B0CBDBF" w14:textId="77777777" w:rsidR="001A5159" w:rsidRDefault="001A5159"/>
    <w:p w14:paraId="52D80F1E" w14:textId="77777777" w:rsidR="001A5159" w:rsidRDefault="00000000">
      <w:r>
        <w:rPr>
          <w:rFonts w:ascii="Garamond" w:hAnsi="Garamond"/>
          <w:sz w:val="24"/>
        </w:rPr>
        <w:t>AI-Powered Workflow (Step-by-Step)</w:t>
      </w:r>
    </w:p>
    <w:p w14:paraId="45C8DDB8" w14:textId="77777777" w:rsidR="001A5159" w:rsidRDefault="00000000">
      <w:r>
        <w:rPr>
          <w:rFonts w:ascii="Garamond" w:hAnsi="Garamond"/>
          <w:sz w:val="24"/>
        </w:rPr>
        <w:t>STEP 1 — Get the Source Content</w:t>
      </w:r>
    </w:p>
    <w:p w14:paraId="45EEC44B" w14:textId="77777777" w:rsidR="001A5159" w:rsidRDefault="00000000">
      <w:r>
        <w:rPr>
          <w:rFonts w:ascii="Garamond" w:hAnsi="Garamond"/>
          <w:sz w:val="24"/>
        </w:rPr>
        <w:t>Ask your client for:</w:t>
      </w:r>
    </w:p>
    <w:p w14:paraId="73ED5306" w14:textId="77777777" w:rsidR="001A5159" w:rsidRDefault="00000000">
      <w:r>
        <w:rPr>
          <w:rFonts w:ascii="Garamond" w:hAnsi="Garamond"/>
          <w:sz w:val="24"/>
        </w:rPr>
        <w:t>YouTube video link</w:t>
      </w:r>
    </w:p>
    <w:p w14:paraId="72970EF4" w14:textId="77777777" w:rsidR="001A5159" w:rsidRDefault="00000000">
      <w:r>
        <w:rPr>
          <w:rFonts w:ascii="Garamond" w:hAnsi="Garamond"/>
          <w:sz w:val="24"/>
        </w:rPr>
        <w:t>podcast episode</w:t>
      </w:r>
    </w:p>
    <w:p w14:paraId="2825978F" w14:textId="77777777" w:rsidR="001A5159" w:rsidRDefault="00000000">
      <w:r>
        <w:rPr>
          <w:rFonts w:ascii="Garamond" w:hAnsi="Garamond"/>
          <w:sz w:val="24"/>
        </w:rPr>
        <w:t>long-form script</w:t>
      </w:r>
    </w:p>
    <w:p w14:paraId="45341899" w14:textId="77777777" w:rsidR="001A5159" w:rsidRDefault="00000000">
      <w:r>
        <w:rPr>
          <w:rFonts w:ascii="Garamond" w:hAnsi="Garamond"/>
          <w:sz w:val="24"/>
        </w:rPr>
        <w:t>blog article</w:t>
      </w:r>
    </w:p>
    <w:p w14:paraId="7AA082A4" w14:textId="77777777" w:rsidR="001A5159" w:rsidRDefault="00000000">
      <w:r>
        <w:rPr>
          <w:rFonts w:ascii="Garamond" w:hAnsi="Garamond"/>
          <w:sz w:val="24"/>
        </w:rPr>
        <w:t>live training recording</w:t>
      </w:r>
    </w:p>
    <w:p w14:paraId="7AC0BE58" w14:textId="77777777" w:rsidR="001A5159" w:rsidRDefault="001A5159"/>
    <w:p w14:paraId="4F531E0B" w14:textId="77777777" w:rsidR="001A5159" w:rsidRDefault="00000000">
      <w:r>
        <w:rPr>
          <w:rFonts w:ascii="Garamond" w:hAnsi="Garamond"/>
          <w:sz w:val="24"/>
        </w:rPr>
        <w:t>STEP 2 — Create the Transcript</w:t>
      </w:r>
    </w:p>
    <w:p w14:paraId="42B47160" w14:textId="77777777" w:rsidR="001A5159" w:rsidRDefault="00000000">
      <w:r>
        <w:rPr>
          <w:rFonts w:ascii="Garamond" w:hAnsi="Garamond"/>
          <w:sz w:val="24"/>
        </w:rPr>
        <w:lastRenderedPageBreak/>
        <w:t>Use:</w:t>
      </w:r>
    </w:p>
    <w:p w14:paraId="1F6E4080" w14:textId="77777777" w:rsidR="001A5159" w:rsidRDefault="00000000">
      <w:proofErr w:type="gramStart"/>
      <w:r>
        <w:rPr>
          <w:rFonts w:ascii="Garamond" w:hAnsi="Garamond"/>
          <w:sz w:val="24"/>
        </w:rPr>
        <w:t>Descript</w:t>
      </w:r>
      <w:proofErr w:type="gramEnd"/>
    </w:p>
    <w:p w14:paraId="63AD330F" w14:textId="77777777" w:rsidR="001A5159" w:rsidRDefault="00000000">
      <w:r>
        <w:rPr>
          <w:rFonts w:ascii="Garamond" w:hAnsi="Garamond"/>
          <w:sz w:val="24"/>
        </w:rPr>
        <w:t>YouTube auto captions</w:t>
      </w:r>
    </w:p>
    <w:p w14:paraId="068CA802" w14:textId="77777777" w:rsidR="001A5159" w:rsidRDefault="00000000">
      <w:r>
        <w:rPr>
          <w:rFonts w:ascii="Garamond" w:hAnsi="Garamond"/>
          <w:sz w:val="24"/>
        </w:rPr>
        <w:t>Otter.ai</w:t>
      </w:r>
    </w:p>
    <w:p w14:paraId="5D161B3C" w14:textId="77777777" w:rsidR="001A5159" w:rsidRDefault="00000000">
      <w:r>
        <w:rPr>
          <w:rFonts w:ascii="Garamond" w:hAnsi="Garamond"/>
          <w:sz w:val="24"/>
        </w:rPr>
        <w:t>Feed it into AI.</w:t>
      </w:r>
    </w:p>
    <w:p w14:paraId="341FA3B7" w14:textId="77777777" w:rsidR="001A5159" w:rsidRDefault="001A5159"/>
    <w:p w14:paraId="3CD871EE" w14:textId="77777777" w:rsidR="001A5159" w:rsidRDefault="00000000">
      <w:r>
        <w:rPr>
          <w:rFonts w:ascii="Garamond" w:hAnsi="Garamond"/>
          <w:sz w:val="24"/>
        </w:rPr>
        <w:t>STEP 3 — Extract Core Ideas</w:t>
      </w:r>
    </w:p>
    <w:p w14:paraId="5697981E" w14:textId="77777777" w:rsidR="001A5159" w:rsidRDefault="00000000">
      <w:r>
        <w:rPr>
          <w:rFonts w:ascii="Garamond" w:hAnsi="Garamond"/>
          <w:sz w:val="24"/>
        </w:rPr>
        <w:t>Ask:</w:t>
      </w:r>
    </w:p>
    <w:p w14:paraId="10B39CE1" w14:textId="77777777" w:rsidR="001A5159" w:rsidRDefault="00000000">
      <w:r>
        <w:rPr>
          <w:rFonts w:ascii="Garamond" w:hAnsi="Garamond"/>
          <w:sz w:val="24"/>
        </w:rPr>
        <w:t>“Extract the top 10 insights, the best quotes, and the main takeaways from this transcript.”</w:t>
      </w:r>
    </w:p>
    <w:p w14:paraId="55961F61" w14:textId="77777777" w:rsidR="001A5159" w:rsidRDefault="001A5159"/>
    <w:p w14:paraId="7B3EBC8D" w14:textId="77777777" w:rsidR="001A5159" w:rsidRDefault="00000000">
      <w:r>
        <w:rPr>
          <w:rFonts w:ascii="Garamond" w:hAnsi="Garamond"/>
          <w:sz w:val="24"/>
        </w:rPr>
        <w:t>STEP 4 — Generate Repurposed Content</w:t>
      </w:r>
    </w:p>
    <w:p w14:paraId="30D47824" w14:textId="77777777" w:rsidR="001A5159" w:rsidRDefault="00000000">
      <w:r>
        <w:rPr>
          <w:rFonts w:ascii="Garamond" w:hAnsi="Garamond"/>
          <w:sz w:val="24"/>
        </w:rPr>
        <w:t>Ask:</w:t>
      </w:r>
    </w:p>
    <w:p w14:paraId="6211CDED" w14:textId="77777777" w:rsidR="001A5159" w:rsidRDefault="00000000">
      <w:r>
        <w:rPr>
          <w:rFonts w:ascii="Garamond" w:hAnsi="Garamond"/>
          <w:sz w:val="24"/>
        </w:rPr>
        <w:t>“Turn these insights into 20 pieces of content formatted for TikTok, Reels, Shorts, LinkedIn, and Instagram.”</w:t>
      </w:r>
    </w:p>
    <w:p w14:paraId="6015D68F" w14:textId="77777777" w:rsidR="001A5159" w:rsidRDefault="001A5159"/>
    <w:p w14:paraId="40D52782" w14:textId="77777777" w:rsidR="001A5159" w:rsidRDefault="00000000">
      <w:r>
        <w:rPr>
          <w:rFonts w:ascii="Garamond" w:hAnsi="Garamond"/>
          <w:sz w:val="24"/>
        </w:rPr>
        <w:t xml:space="preserve">STEP 5 — Create Carousels + </w:t>
      </w:r>
      <w:proofErr w:type="gramStart"/>
      <w:r>
        <w:rPr>
          <w:rFonts w:ascii="Garamond" w:hAnsi="Garamond"/>
          <w:sz w:val="24"/>
        </w:rPr>
        <w:t>Graphics</w:t>
      </w:r>
      <w:proofErr w:type="gramEnd"/>
    </w:p>
    <w:p w14:paraId="4C596DDC" w14:textId="77777777" w:rsidR="001A5159" w:rsidRDefault="00000000">
      <w:r>
        <w:rPr>
          <w:rFonts w:ascii="Garamond" w:hAnsi="Garamond"/>
          <w:sz w:val="24"/>
        </w:rPr>
        <w:t>Ask:</w:t>
      </w:r>
    </w:p>
    <w:p w14:paraId="1DD85D47" w14:textId="77777777" w:rsidR="001A5159" w:rsidRDefault="00000000">
      <w:r>
        <w:rPr>
          <w:rFonts w:ascii="Garamond" w:hAnsi="Garamond"/>
          <w:sz w:val="24"/>
        </w:rPr>
        <w:t xml:space="preserve">“Generate 10 carousel </w:t>
      </w:r>
      <w:proofErr w:type="gramStart"/>
      <w:r>
        <w:rPr>
          <w:rFonts w:ascii="Garamond" w:hAnsi="Garamond"/>
          <w:sz w:val="24"/>
        </w:rPr>
        <w:t>post scripts</w:t>
      </w:r>
      <w:proofErr w:type="gramEnd"/>
      <w:r>
        <w:rPr>
          <w:rFonts w:ascii="Garamond" w:hAnsi="Garamond"/>
          <w:sz w:val="24"/>
        </w:rPr>
        <w:t xml:space="preserve"> with headline, subheads, bullet points, and CTA.”</w:t>
      </w:r>
    </w:p>
    <w:p w14:paraId="107F23CB" w14:textId="77777777" w:rsidR="001A5159" w:rsidRDefault="00000000">
      <w:proofErr w:type="gramStart"/>
      <w:r>
        <w:rPr>
          <w:rFonts w:ascii="Garamond" w:hAnsi="Garamond"/>
          <w:sz w:val="24"/>
        </w:rPr>
        <w:t>Build</w:t>
      </w:r>
      <w:proofErr w:type="gramEnd"/>
      <w:r>
        <w:rPr>
          <w:rFonts w:ascii="Garamond" w:hAnsi="Garamond"/>
          <w:sz w:val="24"/>
        </w:rPr>
        <w:t xml:space="preserve"> in Canva.</w:t>
      </w:r>
    </w:p>
    <w:p w14:paraId="788CE2A8" w14:textId="77777777" w:rsidR="001A5159" w:rsidRDefault="001A5159"/>
    <w:p w14:paraId="4FE044E9" w14:textId="77777777" w:rsidR="001A5159" w:rsidRDefault="00000000">
      <w:r>
        <w:rPr>
          <w:rFonts w:ascii="Garamond" w:hAnsi="Garamond"/>
          <w:sz w:val="24"/>
        </w:rPr>
        <w:t>STEP 6 — Create Blog + Email Content</w:t>
      </w:r>
    </w:p>
    <w:p w14:paraId="69C07E7A" w14:textId="77777777" w:rsidR="001A5159" w:rsidRDefault="00000000">
      <w:r>
        <w:rPr>
          <w:rFonts w:ascii="Garamond" w:hAnsi="Garamond"/>
          <w:sz w:val="24"/>
        </w:rPr>
        <w:t>Ask:</w:t>
      </w:r>
    </w:p>
    <w:p w14:paraId="18C0F460" w14:textId="77777777" w:rsidR="001A5159" w:rsidRDefault="00000000">
      <w:r>
        <w:rPr>
          <w:rFonts w:ascii="Garamond" w:hAnsi="Garamond"/>
          <w:sz w:val="24"/>
        </w:rPr>
        <w:t>“Write a 600–</w:t>
      </w:r>
      <w:proofErr w:type="gramStart"/>
      <w:r>
        <w:rPr>
          <w:rFonts w:ascii="Garamond" w:hAnsi="Garamond"/>
          <w:sz w:val="24"/>
        </w:rPr>
        <w:t>1,200 word</w:t>
      </w:r>
      <w:proofErr w:type="gramEnd"/>
      <w:r>
        <w:rPr>
          <w:rFonts w:ascii="Garamond" w:hAnsi="Garamond"/>
          <w:sz w:val="24"/>
        </w:rPr>
        <w:t xml:space="preserve"> SEO blog article based on this video.”</w:t>
      </w:r>
    </w:p>
    <w:p w14:paraId="3D6BC97D" w14:textId="77777777" w:rsidR="001A5159" w:rsidRDefault="00000000">
      <w:r>
        <w:rPr>
          <w:rFonts w:ascii="Garamond" w:hAnsi="Garamond"/>
          <w:sz w:val="24"/>
        </w:rPr>
        <w:t>Then ask:</w:t>
      </w:r>
    </w:p>
    <w:p w14:paraId="6B1D863E" w14:textId="77777777" w:rsidR="001A5159" w:rsidRDefault="00000000">
      <w:r>
        <w:rPr>
          <w:rFonts w:ascii="Garamond" w:hAnsi="Garamond"/>
          <w:sz w:val="24"/>
        </w:rPr>
        <w:t>“Write an email newsletter summarizing the core message.”</w:t>
      </w:r>
    </w:p>
    <w:p w14:paraId="66B3DD73" w14:textId="77777777" w:rsidR="001A5159" w:rsidRDefault="001A5159"/>
    <w:p w14:paraId="1D437865" w14:textId="77777777" w:rsidR="001A5159" w:rsidRDefault="00000000">
      <w:r>
        <w:rPr>
          <w:rFonts w:ascii="Garamond" w:hAnsi="Garamond"/>
          <w:sz w:val="24"/>
        </w:rPr>
        <w:lastRenderedPageBreak/>
        <w:t>STEP 7 — Deliver the Full Repurposing System</w:t>
      </w:r>
    </w:p>
    <w:p w14:paraId="406E7895" w14:textId="77777777" w:rsidR="001A5159" w:rsidRDefault="00000000">
      <w:r>
        <w:rPr>
          <w:rFonts w:ascii="Garamond" w:hAnsi="Garamond"/>
          <w:sz w:val="24"/>
        </w:rPr>
        <w:t>Deliver:</w:t>
      </w:r>
    </w:p>
    <w:p w14:paraId="6914C751" w14:textId="77777777" w:rsidR="001A5159" w:rsidRDefault="00000000">
      <w:r>
        <w:rPr>
          <w:rFonts w:ascii="Garamond" w:hAnsi="Garamond"/>
          <w:sz w:val="24"/>
        </w:rPr>
        <w:t>clips</w:t>
      </w:r>
    </w:p>
    <w:p w14:paraId="5D2F4A70" w14:textId="77777777" w:rsidR="001A5159" w:rsidRDefault="00000000">
      <w:r>
        <w:rPr>
          <w:rFonts w:ascii="Garamond" w:hAnsi="Garamond"/>
          <w:sz w:val="24"/>
        </w:rPr>
        <w:t>carousels</w:t>
      </w:r>
    </w:p>
    <w:p w14:paraId="7A47869F" w14:textId="77777777" w:rsidR="001A5159" w:rsidRDefault="00000000">
      <w:r>
        <w:rPr>
          <w:rFonts w:ascii="Garamond" w:hAnsi="Garamond"/>
          <w:sz w:val="24"/>
        </w:rPr>
        <w:t>scripts</w:t>
      </w:r>
    </w:p>
    <w:p w14:paraId="25047D18" w14:textId="77777777" w:rsidR="001A5159" w:rsidRDefault="00000000">
      <w:r>
        <w:rPr>
          <w:rFonts w:ascii="Garamond" w:hAnsi="Garamond"/>
          <w:sz w:val="24"/>
        </w:rPr>
        <w:t>quotes</w:t>
      </w:r>
    </w:p>
    <w:p w14:paraId="383FDAF6" w14:textId="77777777" w:rsidR="001A5159" w:rsidRDefault="00000000">
      <w:r>
        <w:rPr>
          <w:rFonts w:ascii="Garamond" w:hAnsi="Garamond"/>
          <w:sz w:val="24"/>
        </w:rPr>
        <w:t>posts</w:t>
      </w:r>
    </w:p>
    <w:p w14:paraId="04BFCFA9" w14:textId="77777777" w:rsidR="001A5159" w:rsidRDefault="00000000">
      <w:r>
        <w:rPr>
          <w:rFonts w:ascii="Garamond" w:hAnsi="Garamond"/>
          <w:sz w:val="24"/>
        </w:rPr>
        <w:t>blogs</w:t>
      </w:r>
    </w:p>
    <w:p w14:paraId="4D8E3406" w14:textId="77777777" w:rsidR="001A5159" w:rsidRDefault="00000000">
      <w:r>
        <w:rPr>
          <w:rFonts w:ascii="Garamond" w:hAnsi="Garamond"/>
          <w:sz w:val="24"/>
        </w:rPr>
        <w:t>newsletter</w:t>
      </w:r>
    </w:p>
    <w:p w14:paraId="636EBBC5" w14:textId="77777777" w:rsidR="001A5159" w:rsidRDefault="00000000">
      <w:r>
        <w:rPr>
          <w:rFonts w:ascii="Garamond" w:hAnsi="Garamond"/>
          <w:sz w:val="24"/>
        </w:rPr>
        <w:t>CTA library</w:t>
      </w:r>
    </w:p>
    <w:p w14:paraId="2A265C7E" w14:textId="77777777" w:rsidR="001A5159" w:rsidRDefault="00000000">
      <w:r>
        <w:rPr>
          <w:rFonts w:ascii="Garamond" w:hAnsi="Garamond"/>
          <w:sz w:val="24"/>
        </w:rPr>
        <w:t>Clients LOVE this.</w:t>
      </w:r>
    </w:p>
    <w:p w14:paraId="1CB72524" w14:textId="77777777" w:rsidR="001A5159" w:rsidRDefault="001A5159"/>
    <w:p w14:paraId="3918A7FA" w14:textId="77777777" w:rsidR="001A5159" w:rsidRDefault="00000000">
      <w:r>
        <w:rPr>
          <w:rFonts w:ascii="Garamond" w:hAnsi="Garamond"/>
          <w:sz w:val="24"/>
        </w:rPr>
        <w:t>Beginner-Proof Portfolio</w:t>
      </w:r>
    </w:p>
    <w:p w14:paraId="01F0E9C1" w14:textId="77777777" w:rsidR="001A5159" w:rsidRDefault="00000000">
      <w:r>
        <w:rPr>
          <w:rFonts w:ascii="Garamond" w:hAnsi="Garamond"/>
          <w:sz w:val="24"/>
        </w:rPr>
        <w:t>You only need to repurpose one YouTube video into:</w:t>
      </w:r>
    </w:p>
    <w:p w14:paraId="124452FA" w14:textId="77777777" w:rsidR="001A5159" w:rsidRDefault="00000000">
      <w:r>
        <w:rPr>
          <w:rFonts w:ascii="Garamond" w:hAnsi="Garamond"/>
          <w:sz w:val="24"/>
        </w:rPr>
        <w:t>5 clips</w:t>
      </w:r>
    </w:p>
    <w:p w14:paraId="62300DB3" w14:textId="77777777" w:rsidR="001A5159" w:rsidRDefault="00000000">
      <w:r>
        <w:rPr>
          <w:rFonts w:ascii="Garamond" w:hAnsi="Garamond"/>
          <w:sz w:val="24"/>
        </w:rPr>
        <w:t>3 carousels</w:t>
      </w:r>
    </w:p>
    <w:p w14:paraId="688A6471" w14:textId="77777777" w:rsidR="001A5159" w:rsidRDefault="00000000">
      <w:r>
        <w:rPr>
          <w:rFonts w:ascii="Garamond" w:hAnsi="Garamond"/>
          <w:sz w:val="24"/>
        </w:rPr>
        <w:t>1 blog</w:t>
      </w:r>
    </w:p>
    <w:p w14:paraId="203C29C8" w14:textId="77777777" w:rsidR="001A5159" w:rsidRDefault="00000000">
      <w:r>
        <w:rPr>
          <w:rFonts w:ascii="Garamond" w:hAnsi="Garamond"/>
          <w:sz w:val="24"/>
        </w:rPr>
        <w:t>1 email</w:t>
      </w:r>
    </w:p>
    <w:p w14:paraId="3F1B9242" w14:textId="77777777" w:rsidR="001A5159" w:rsidRDefault="00000000">
      <w:r>
        <w:rPr>
          <w:rFonts w:ascii="Garamond" w:hAnsi="Garamond"/>
          <w:sz w:val="24"/>
        </w:rPr>
        <w:t>Post this as your “AI Repurposing Engine Demo.”</w:t>
      </w:r>
    </w:p>
    <w:p w14:paraId="1FC6B516" w14:textId="77777777" w:rsidR="001A5159" w:rsidRDefault="00000000">
      <w:r>
        <w:rPr>
          <w:rFonts w:ascii="Garamond" w:hAnsi="Garamond"/>
          <w:sz w:val="24"/>
        </w:rPr>
        <w:t>You’ll get clients instantly.</w:t>
      </w:r>
    </w:p>
    <w:p w14:paraId="251DCEEE" w14:textId="77777777" w:rsidR="001A5159" w:rsidRDefault="001A5159"/>
    <w:p w14:paraId="0398544F" w14:textId="77777777" w:rsidR="001A5159" w:rsidRDefault="00000000">
      <w:r>
        <w:rPr>
          <w:rFonts w:ascii="Garamond" w:hAnsi="Garamond"/>
          <w:sz w:val="24"/>
        </w:rPr>
        <w:t>Pricing Guide</w:t>
      </w:r>
    </w:p>
    <w:p w14:paraId="05E717FF" w14:textId="77777777" w:rsidR="001A5159" w:rsidRDefault="00000000">
      <w:r>
        <w:rPr>
          <w:rFonts w:ascii="Garamond" w:hAnsi="Garamond"/>
          <w:sz w:val="24"/>
        </w:rPr>
        <w:t>Beginners:</w:t>
      </w:r>
    </w:p>
    <w:p w14:paraId="0D903515" w14:textId="77777777" w:rsidR="001A5159" w:rsidRDefault="00000000">
      <w:r>
        <w:rPr>
          <w:rFonts w:ascii="Garamond" w:hAnsi="Garamond"/>
          <w:sz w:val="24"/>
        </w:rPr>
        <w:t>$100–$250 per repurposing package</w:t>
      </w:r>
    </w:p>
    <w:p w14:paraId="705116E1" w14:textId="77777777" w:rsidR="001A5159" w:rsidRDefault="00000000">
      <w:r>
        <w:rPr>
          <w:rFonts w:ascii="Garamond" w:hAnsi="Garamond"/>
          <w:sz w:val="24"/>
        </w:rPr>
        <w:t>Intermediate:</w:t>
      </w:r>
    </w:p>
    <w:p w14:paraId="71E7B50A" w14:textId="77777777" w:rsidR="001A5159" w:rsidRDefault="00000000">
      <w:r>
        <w:rPr>
          <w:rFonts w:ascii="Garamond" w:hAnsi="Garamond"/>
          <w:sz w:val="24"/>
        </w:rPr>
        <w:lastRenderedPageBreak/>
        <w:t>$300–$600 per long-form video</w:t>
      </w:r>
    </w:p>
    <w:p w14:paraId="611931D9" w14:textId="77777777" w:rsidR="001A5159" w:rsidRDefault="00000000">
      <w:r>
        <w:rPr>
          <w:rFonts w:ascii="Garamond" w:hAnsi="Garamond"/>
          <w:sz w:val="24"/>
        </w:rPr>
        <w:t>$500–$1,200 repurposing bundle</w:t>
      </w:r>
    </w:p>
    <w:p w14:paraId="1E9A3D5B" w14:textId="77777777" w:rsidR="001A5159" w:rsidRDefault="00000000">
      <w:r>
        <w:rPr>
          <w:rFonts w:ascii="Garamond" w:hAnsi="Garamond"/>
          <w:sz w:val="24"/>
        </w:rPr>
        <w:t>$1,000+/month repurposing retainer</w:t>
      </w:r>
    </w:p>
    <w:p w14:paraId="1E3098A3" w14:textId="77777777" w:rsidR="001A5159" w:rsidRDefault="00000000">
      <w:r>
        <w:rPr>
          <w:rFonts w:ascii="Garamond" w:hAnsi="Garamond"/>
          <w:sz w:val="24"/>
        </w:rPr>
        <w:t>Pro:</w:t>
      </w:r>
    </w:p>
    <w:p w14:paraId="495C711E" w14:textId="77777777" w:rsidR="001A5159" w:rsidRDefault="00000000">
      <w:r>
        <w:rPr>
          <w:rFonts w:ascii="Garamond" w:hAnsi="Garamond"/>
          <w:sz w:val="24"/>
        </w:rPr>
        <w:t>$2,000–$8,000/month content repurposing retainers</w:t>
      </w:r>
    </w:p>
    <w:p w14:paraId="7A6C65CF" w14:textId="77777777" w:rsidR="001A5159" w:rsidRDefault="00000000">
      <w:r>
        <w:rPr>
          <w:rFonts w:ascii="Garamond" w:hAnsi="Garamond"/>
          <w:sz w:val="24"/>
        </w:rPr>
        <w:t>$5,000+ content flywheel systems</w:t>
      </w:r>
    </w:p>
    <w:p w14:paraId="2B8AB534" w14:textId="77777777" w:rsidR="001A5159" w:rsidRDefault="00000000">
      <w:r>
        <w:rPr>
          <w:rFonts w:ascii="Garamond" w:hAnsi="Garamond"/>
          <w:sz w:val="24"/>
        </w:rPr>
        <w:t xml:space="preserve">$1,500+ per webinar </w:t>
      </w:r>
      <w:proofErr w:type="gramStart"/>
      <w:r>
        <w:rPr>
          <w:rFonts w:ascii="Garamond" w:hAnsi="Garamond"/>
          <w:sz w:val="24"/>
        </w:rPr>
        <w:t>repurpose</w:t>
      </w:r>
      <w:proofErr w:type="gramEnd"/>
    </w:p>
    <w:p w14:paraId="0356613D" w14:textId="77777777" w:rsidR="001A5159" w:rsidRDefault="00000000">
      <w:r>
        <w:rPr>
          <w:rFonts w:ascii="Garamond" w:hAnsi="Garamond"/>
          <w:sz w:val="24"/>
        </w:rPr>
        <w:t>This is an A+ recurring income blueprint.</w:t>
      </w:r>
    </w:p>
    <w:p w14:paraId="23DD105E" w14:textId="77777777" w:rsidR="001A5159" w:rsidRDefault="001A5159"/>
    <w:p w14:paraId="72C9AA41" w14:textId="77777777" w:rsidR="001A5159" w:rsidRDefault="00000000">
      <w:r>
        <w:rPr>
          <w:rFonts w:ascii="Garamond" w:hAnsi="Garamond"/>
          <w:sz w:val="24"/>
        </w:rPr>
        <w:t>Pro Accelerators</w:t>
      </w:r>
    </w:p>
    <w:p w14:paraId="3D958416" w14:textId="77777777" w:rsidR="001A5159" w:rsidRDefault="00000000">
      <w:r>
        <w:rPr>
          <w:rFonts w:ascii="Garamond" w:hAnsi="Garamond"/>
          <w:sz w:val="24"/>
        </w:rPr>
        <w:t xml:space="preserve">add monthly </w:t>
      </w:r>
      <w:proofErr w:type="gramStart"/>
      <w:r>
        <w:rPr>
          <w:rFonts w:ascii="Garamond" w:hAnsi="Garamond"/>
          <w:sz w:val="24"/>
        </w:rPr>
        <w:t>retainer</w:t>
      </w:r>
      <w:proofErr w:type="gramEnd"/>
    </w:p>
    <w:p w14:paraId="2BF91F3A" w14:textId="77777777" w:rsidR="001A5159" w:rsidRDefault="00000000">
      <w:r>
        <w:rPr>
          <w:rFonts w:ascii="Garamond" w:hAnsi="Garamond"/>
          <w:sz w:val="24"/>
        </w:rPr>
        <w:t xml:space="preserve">add SEO blog </w:t>
      </w:r>
      <w:proofErr w:type="gramStart"/>
      <w:r>
        <w:rPr>
          <w:rFonts w:ascii="Garamond" w:hAnsi="Garamond"/>
          <w:sz w:val="24"/>
        </w:rPr>
        <w:t>posts</w:t>
      </w:r>
      <w:proofErr w:type="gramEnd"/>
    </w:p>
    <w:p w14:paraId="0F2FC8BE" w14:textId="77777777" w:rsidR="001A5159" w:rsidRDefault="00000000">
      <w:r>
        <w:rPr>
          <w:rFonts w:ascii="Garamond" w:hAnsi="Garamond"/>
          <w:sz w:val="24"/>
        </w:rPr>
        <w:t xml:space="preserve">add designed </w:t>
      </w:r>
      <w:proofErr w:type="gramStart"/>
      <w:r>
        <w:rPr>
          <w:rFonts w:ascii="Garamond" w:hAnsi="Garamond"/>
          <w:sz w:val="24"/>
        </w:rPr>
        <w:t>carousels</w:t>
      </w:r>
      <w:proofErr w:type="gramEnd"/>
    </w:p>
    <w:p w14:paraId="3734DE3E" w14:textId="77777777" w:rsidR="001A5159" w:rsidRDefault="00000000">
      <w:r>
        <w:rPr>
          <w:rFonts w:ascii="Garamond" w:hAnsi="Garamond"/>
          <w:sz w:val="24"/>
        </w:rPr>
        <w:t xml:space="preserve">add editing </w:t>
      </w:r>
      <w:proofErr w:type="gramStart"/>
      <w:r>
        <w:rPr>
          <w:rFonts w:ascii="Garamond" w:hAnsi="Garamond"/>
          <w:sz w:val="24"/>
        </w:rPr>
        <w:t>services</w:t>
      </w:r>
      <w:proofErr w:type="gramEnd"/>
    </w:p>
    <w:p w14:paraId="023EB35D" w14:textId="77777777" w:rsidR="001A5159" w:rsidRDefault="00000000">
      <w:proofErr w:type="gramStart"/>
      <w:r>
        <w:rPr>
          <w:rFonts w:ascii="Garamond" w:hAnsi="Garamond"/>
          <w:sz w:val="24"/>
        </w:rPr>
        <w:t>add</w:t>
      </w:r>
      <w:proofErr w:type="gramEnd"/>
      <w:r>
        <w:rPr>
          <w:rFonts w:ascii="Garamond" w:hAnsi="Garamond"/>
          <w:sz w:val="24"/>
        </w:rPr>
        <w:t xml:space="preserve"> advanced </w:t>
      </w:r>
      <w:proofErr w:type="gramStart"/>
      <w:r>
        <w:rPr>
          <w:rFonts w:ascii="Garamond" w:hAnsi="Garamond"/>
          <w:sz w:val="24"/>
        </w:rPr>
        <w:t>analytics</w:t>
      </w:r>
      <w:proofErr w:type="gramEnd"/>
    </w:p>
    <w:p w14:paraId="3A73AB29" w14:textId="77777777" w:rsidR="001A5159" w:rsidRDefault="00000000">
      <w:r>
        <w:rPr>
          <w:rFonts w:ascii="Garamond" w:hAnsi="Garamond"/>
          <w:sz w:val="24"/>
        </w:rPr>
        <w:t xml:space="preserve">add content </w:t>
      </w:r>
      <w:proofErr w:type="gramStart"/>
      <w:r>
        <w:rPr>
          <w:rFonts w:ascii="Garamond" w:hAnsi="Garamond"/>
          <w:sz w:val="24"/>
        </w:rPr>
        <w:t>strategy</w:t>
      </w:r>
      <w:proofErr w:type="gramEnd"/>
    </w:p>
    <w:p w14:paraId="027A1C77" w14:textId="77777777" w:rsidR="001A5159" w:rsidRDefault="00000000">
      <w:r>
        <w:rPr>
          <w:rFonts w:ascii="Garamond" w:hAnsi="Garamond"/>
          <w:sz w:val="24"/>
        </w:rPr>
        <w:t>These upsells turn a $300 client into a $3k client.</w:t>
      </w:r>
    </w:p>
    <w:p w14:paraId="21A2C02C" w14:textId="77777777" w:rsidR="001A5159" w:rsidRDefault="001A5159"/>
    <w:p w14:paraId="7BB321A3" w14:textId="77777777" w:rsidR="001A5159" w:rsidRDefault="00000000">
      <w:r>
        <w:rPr>
          <w:rFonts w:ascii="Garamond" w:hAnsi="Garamond"/>
          <w:sz w:val="24"/>
        </w:rPr>
        <w:t>MICRO CASE STUDY — BLUEPRINT TWENTY-SEVEN</w:t>
      </w:r>
    </w:p>
    <w:p w14:paraId="221E7044" w14:textId="77777777" w:rsidR="001A5159" w:rsidRDefault="00000000">
      <w:r>
        <w:rPr>
          <w:rFonts w:ascii="Garamond" w:hAnsi="Garamond"/>
          <w:sz w:val="24"/>
        </w:rPr>
        <w:t>Case Study: Busy Creator Hires a Beginner for $1,800/Month Repurposing Videos Using AI</w:t>
      </w:r>
    </w:p>
    <w:p w14:paraId="04C59289" w14:textId="77777777" w:rsidR="001A5159" w:rsidRDefault="00000000">
      <w:r>
        <w:rPr>
          <w:rFonts w:ascii="Garamond" w:hAnsi="Garamond"/>
          <w:sz w:val="24"/>
        </w:rPr>
        <w:t>Noah had no video editing skills.</w:t>
      </w:r>
      <w:r>
        <w:rPr>
          <w:rFonts w:ascii="Garamond" w:hAnsi="Garamond"/>
          <w:sz w:val="24"/>
        </w:rPr>
        <w:br/>
        <w:t>No marketing experience.</w:t>
      </w:r>
      <w:r>
        <w:rPr>
          <w:rFonts w:ascii="Garamond" w:hAnsi="Garamond"/>
          <w:sz w:val="24"/>
        </w:rPr>
        <w:br/>
        <w:t>Just this blueprint.</w:t>
      </w:r>
    </w:p>
    <w:p w14:paraId="2A933D3B" w14:textId="77777777" w:rsidR="001A5159" w:rsidRDefault="00000000">
      <w:r>
        <w:rPr>
          <w:rFonts w:ascii="Garamond" w:hAnsi="Garamond"/>
          <w:sz w:val="24"/>
        </w:rPr>
        <w:t>He took a 12-minute YouTube video from a creator and repurposed it into:</w:t>
      </w:r>
    </w:p>
    <w:p w14:paraId="6DA0C165" w14:textId="77777777" w:rsidR="001A5159" w:rsidRDefault="00000000">
      <w:r>
        <w:rPr>
          <w:rFonts w:ascii="Garamond" w:hAnsi="Garamond"/>
          <w:sz w:val="24"/>
        </w:rPr>
        <w:t>12 short clips</w:t>
      </w:r>
    </w:p>
    <w:p w14:paraId="4B282C0A" w14:textId="77777777" w:rsidR="001A5159" w:rsidRDefault="00000000">
      <w:r>
        <w:rPr>
          <w:rFonts w:ascii="Garamond" w:hAnsi="Garamond"/>
          <w:sz w:val="24"/>
        </w:rPr>
        <w:t>6 reels scripts</w:t>
      </w:r>
    </w:p>
    <w:p w14:paraId="5F2E4848" w14:textId="77777777" w:rsidR="001A5159" w:rsidRDefault="00000000">
      <w:r>
        <w:rPr>
          <w:rFonts w:ascii="Garamond" w:hAnsi="Garamond"/>
          <w:sz w:val="24"/>
        </w:rPr>
        <w:lastRenderedPageBreak/>
        <w:t>5 carousel scripts</w:t>
      </w:r>
    </w:p>
    <w:p w14:paraId="0D97EB65" w14:textId="77777777" w:rsidR="001A5159" w:rsidRDefault="00000000">
      <w:r>
        <w:rPr>
          <w:rFonts w:ascii="Garamond" w:hAnsi="Garamond"/>
          <w:sz w:val="24"/>
        </w:rPr>
        <w:t>1 newsletter</w:t>
      </w:r>
    </w:p>
    <w:p w14:paraId="182E3120" w14:textId="77777777" w:rsidR="001A5159" w:rsidRDefault="00000000">
      <w:r>
        <w:rPr>
          <w:rFonts w:ascii="Garamond" w:hAnsi="Garamond"/>
          <w:sz w:val="24"/>
        </w:rPr>
        <w:t>1 blog article</w:t>
      </w:r>
    </w:p>
    <w:p w14:paraId="3F1F4B47" w14:textId="77777777" w:rsidR="001A5159" w:rsidRDefault="00000000">
      <w:r>
        <w:rPr>
          <w:rFonts w:ascii="Garamond" w:hAnsi="Garamond"/>
          <w:sz w:val="24"/>
        </w:rPr>
        <w:t>10 quote posts</w:t>
      </w:r>
    </w:p>
    <w:p w14:paraId="2E97B48B" w14:textId="77777777" w:rsidR="001A5159" w:rsidRDefault="00000000">
      <w:r>
        <w:rPr>
          <w:rFonts w:ascii="Garamond" w:hAnsi="Garamond"/>
          <w:sz w:val="24"/>
        </w:rPr>
        <w:t>The creator said:</w:t>
      </w:r>
    </w:p>
    <w:p w14:paraId="0CF5F27E" w14:textId="77777777" w:rsidR="001A5159" w:rsidRDefault="00000000">
      <w:r>
        <w:rPr>
          <w:rFonts w:ascii="Garamond" w:hAnsi="Garamond"/>
          <w:sz w:val="24"/>
        </w:rPr>
        <w:t>“This would take me 20 hours a week. Can you do it every month?”</w:t>
      </w:r>
    </w:p>
    <w:p w14:paraId="526495E0" w14:textId="77777777" w:rsidR="001A5159" w:rsidRDefault="00000000">
      <w:r>
        <w:rPr>
          <w:rFonts w:ascii="Garamond" w:hAnsi="Garamond"/>
          <w:sz w:val="24"/>
        </w:rPr>
        <w:t>Noah offered:</w:t>
      </w:r>
    </w:p>
    <w:p w14:paraId="77D6A4DD" w14:textId="77777777" w:rsidR="001A5159" w:rsidRDefault="00000000">
      <w:r>
        <w:rPr>
          <w:rFonts w:ascii="Garamond" w:hAnsi="Garamond"/>
          <w:sz w:val="24"/>
        </w:rPr>
        <w:t>$1,800/month</w:t>
      </w:r>
    </w:p>
    <w:p w14:paraId="007FA11C" w14:textId="77777777" w:rsidR="001A5159" w:rsidRDefault="00000000">
      <w:r>
        <w:rPr>
          <w:rFonts w:ascii="Garamond" w:hAnsi="Garamond"/>
          <w:sz w:val="24"/>
        </w:rPr>
        <w:t>4 videos repurposed per month</w:t>
      </w:r>
    </w:p>
    <w:p w14:paraId="3B545529" w14:textId="77777777" w:rsidR="001A5159" w:rsidRDefault="00000000">
      <w:r>
        <w:rPr>
          <w:rFonts w:ascii="Garamond" w:hAnsi="Garamond"/>
          <w:sz w:val="24"/>
        </w:rPr>
        <w:t>40+ content pieces each batch</w:t>
      </w:r>
    </w:p>
    <w:p w14:paraId="2D53E342" w14:textId="77777777" w:rsidR="001A5159" w:rsidRDefault="00000000">
      <w:r>
        <w:rPr>
          <w:rFonts w:ascii="Garamond" w:hAnsi="Garamond"/>
          <w:sz w:val="24"/>
        </w:rPr>
        <w:t>The creator agreed instantly.</w:t>
      </w:r>
    </w:p>
    <w:p w14:paraId="0642265C" w14:textId="77777777" w:rsidR="001A5159" w:rsidRDefault="00000000">
      <w:r>
        <w:rPr>
          <w:rFonts w:ascii="Garamond" w:hAnsi="Garamond"/>
          <w:sz w:val="24"/>
        </w:rPr>
        <w:t>Then a second creator hired him.</w:t>
      </w:r>
      <w:r>
        <w:rPr>
          <w:rFonts w:ascii="Garamond" w:hAnsi="Garamond"/>
          <w:sz w:val="24"/>
        </w:rPr>
        <w:br/>
        <w:t>Then a third.</w:t>
      </w:r>
    </w:p>
    <w:p w14:paraId="32C6408F" w14:textId="77777777" w:rsidR="001A5159" w:rsidRDefault="00000000">
      <w:r>
        <w:rPr>
          <w:rFonts w:ascii="Garamond" w:hAnsi="Garamond"/>
          <w:sz w:val="24"/>
        </w:rPr>
        <w:t xml:space="preserve">Noah now makes nearly $5,000/month from repurposing content using AI </w:t>
      </w:r>
      <w:proofErr w:type="gramStart"/>
      <w:r>
        <w:rPr>
          <w:rFonts w:ascii="Garamond" w:hAnsi="Garamond"/>
          <w:sz w:val="24"/>
        </w:rPr>
        <w:t>tools — all</w:t>
      </w:r>
      <w:proofErr w:type="gramEnd"/>
      <w:r>
        <w:rPr>
          <w:rFonts w:ascii="Garamond" w:hAnsi="Garamond"/>
          <w:sz w:val="24"/>
        </w:rPr>
        <w:t xml:space="preserve"> without touching Adobe Premiere or Final Cut.</w:t>
      </w:r>
    </w:p>
    <w:p w14:paraId="7AA77D12" w14:textId="77777777" w:rsidR="001A5159" w:rsidRDefault="00000000">
      <w:r>
        <w:rPr>
          <w:rFonts w:ascii="Garamond" w:hAnsi="Garamond"/>
          <w:sz w:val="24"/>
        </w:rPr>
        <w:t>His message:</w:t>
      </w:r>
    </w:p>
    <w:p w14:paraId="0676148D" w14:textId="77777777" w:rsidR="001A5159" w:rsidRDefault="00000000">
      <w:r>
        <w:rPr>
          <w:rFonts w:ascii="Garamond" w:hAnsi="Garamond"/>
          <w:sz w:val="24"/>
        </w:rPr>
        <w:t>“AI gave me a full-time income by helping creators do what they don’t have time for. Repurposing is the easiest money I’ve ever made.”</w:t>
      </w:r>
    </w:p>
    <w:p w14:paraId="7AFF262F" w14:textId="77777777" w:rsidR="001A5159" w:rsidRPr="0063351A" w:rsidRDefault="00000000" w:rsidP="0063351A">
      <w:pPr>
        <w:rPr>
          <w:sz w:val="24"/>
          <w:szCs w:val="24"/>
        </w:rPr>
      </w:pPr>
      <w:r w:rsidRPr="0063351A">
        <w:rPr>
          <w:rFonts w:ascii="Garamond" w:hAnsi="Garamond"/>
          <w:b/>
          <w:sz w:val="24"/>
          <w:szCs w:val="24"/>
        </w:rPr>
        <w:t>Blueprint 27 is a real recurring-income powerhouse.</w:t>
      </w:r>
    </w:p>
    <w:p w14:paraId="06D8C190" w14:textId="77777777" w:rsidR="00673185" w:rsidRDefault="00673185">
      <w:pPr>
        <w:sectPr w:rsidR="00673185" w:rsidSect="00034616">
          <w:pgSz w:w="12240" w:h="15840"/>
          <w:pgMar w:top="1440" w:right="1800" w:bottom="1440" w:left="1800" w:header="720" w:footer="720" w:gutter="0"/>
          <w:cols w:space="720"/>
          <w:docGrid w:linePitch="360"/>
        </w:sectPr>
      </w:pPr>
    </w:p>
    <w:p w14:paraId="2968C56C" w14:textId="77777777" w:rsidR="001A5159" w:rsidRDefault="001A5159"/>
    <w:p w14:paraId="336A8CE3" w14:textId="77777777" w:rsidR="001A5159" w:rsidRPr="0063351A" w:rsidRDefault="00000000" w:rsidP="0063351A">
      <w:pPr>
        <w:pStyle w:val="Heading1"/>
        <w:rPr>
          <w:rFonts w:ascii="Garamond" w:hAnsi="Garamond"/>
          <w:color w:val="auto"/>
          <w:sz w:val="40"/>
          <w:szCs w:val="40"/>
        </w:rPr>
      </w:pPr>
      <w:bookmarkStart w:id="61" w:name="_Toc214830357"/>
      <w:r w:rsidRPr="0063351A">
        <w:rPr>
          <w:rFonts w:ascii="Garamond" w:hAnsi="Garamond"/>
          <w:color w:val="auto"/>
          <w:sz w:val="40"/>
          <w:szCs w:val="40"/>
        </w:rPr>
        <w:t>BLUEPRINT TWENTY-EIGHT — AI SOCIAL MEDIA MANAGER 2.0</w:t>
      </w:r>
      <w:bookmarkEnd w:id="61"/>
    </w:p>
    <w:p w14:paraId="19ABB357" w14:textId="77777777" w:rsidR="001A5159" w:rsidRPr="0063351A" w:rsidRDefault="00000000" w:rsidP="0063351A">
      <w:pPr>
        <w:pStyle w:val="Heading2"/>
        <w:rPr>
          <w:rFonts w:ascii="Garamond" w:hAnsi="Garamond"/>
          <w:color w:val="auto"/>
          <w:sz w:val="28"/>
          <w:szCs w:val="28"/>
        </w:rPr>
      </w:pPr>
      <w:bookmarkStart w:id="62" w:name="_Toc214830358"/>
      <w:r w:rsidRPr="0063351A">
        <w:rPr>
          <w:rFonts w:ascii="Garamond" w:hAnsi="Garamond"/>
          <w:color w:val="auto"/>
          <w:sz w:val="28"/>
          <w:szCs w:val="28"/>
        </w:rPr>
        <w:t>(The Blueprint That Turns AI Into a Complete Social Media Operations System — Content, Strategy, Scheduling, Engagement, and Growth)</w:t>
      </w:r>
      <w:bookmarkEnd w:id="62"/>
    </w:p>
    <w:p w14:paraId="6B0BC008" w14:textId="77777777" w:rsidR="001A5159" w:rsidRDefault="00000000">
      <w:r>
        <w:rPr>
          <w:rFonts w:ascii="Garamond" w:hAnsi="Garamond"/>
          <w:sz w:val="24"/>
        </w:rPr>
        <w:t>The demand for social media managers has exploded…</w:t>
      </w:r>
      <w:r>
        <w:rPr>
          <w:rFonts w:ascii="Garamond" w:hAnsi="Garamond"/>
          <w:sz w:val="24"/>
        </w:rPr>
        <w:br/>
        <w:t>but what's even bigger?</w:t>
      </w:r>
    </w:p>
    <w:p w14:paraId="3CD2F249" w14:textId="77777777" w:rsidR="001A5159" w:rsidRDefault="00000000">
      <w:r>
        <w:rPr>
          <w:rFonts w:ascii="Garamond" w:hAnsi="Garamond"/>
          <w:sz w:val="24"/>
        </w:rPr>
        <w:t>The demand for AI-powered social media managers who can produce more, faster, and better.</w:t>
      </w:r>
    </w:p>
    <w:p w14:paraId="03A5AC45" w14:textId="77777777" w:rsidR="001A5159" w:rsidRDefault="00000000">
      <w:r>
        <w:rPr>
          <w:rFonts w:ascii="Garamond" w:hAnsi="Garamond"/>
          <w:sz w:val="24"/>
        </w:rPr>
        <w:t>Traditional social media management is slow:</w:t>
      </w:r>
    </w:p>
    <w:p w14:paraId="05CE8D11" w14:textId="77777777" w:rsidR="001A5159" w:rsidRDefault="00000000">
      <w:r>
        <w:rPr>
          <w:rFonts w:ascii="Garamond" w:hAnsi="Garamond"/>
          <w:sz w:val="24"/>
        </w:rPr>
        <w:t>long planning cycles</w:t>
      </w:r>
    </w:p>
    <w:p w14:paraId="600668EA" w14:textId="77777777" w:rsidR="001A5159" w:rsidRDefault="00000000">
      <w:r>
        <w:rPr>
          <w:rFonts w:ascii="Garamond" w:hAnsi="Garamond"/>
          <w:sz w:val="24"/>
        </w:rPr>
        <w:t>heavy writing workload</w:t>
      </w:r>
    </w:p>
    <w:p w14:paraId="70F3CB7F" w14:textId="77777777" w:rsidR="001A5159" w:rsidRDefault="00000000">
      <w:r>
        <w:rPr>
          <w:rFonts w:ascii="Garamond" w:hAnsi="Garamond"/>
          <w:sz w:val="24"/>
        </w:rPr>
        <w:t>inconsistent creativity</w:t>
      </w:r>
    </w:p>
    <w:p w14:paraId="53D2B5F4" w14:textId="77777777" w:rsidR="001A5159" w:rsidRDefault="00000000">
      <w:r>
        <w:rPr>
          <w:rFonts w:ascii="Garamond" w:hAnsi="Garamond"/>
          <w:sz w:val="24"/>
        </w:rPr>
        <w:t>difficult engagement</w:t>
      </w:r>
    </w:p>
    <w:p w14:paraId="559B445B" w14:textId="77777777" w:rsidR="001A5159" w:rsidRDefault="00000000">
      <w:r>
        <w:rPr>
          <w:rFonts w:ascii="Garamond" w:hAnsi="Garamond"/>
          <w:sz w:val="24"/>
        </w:rPr>
        <w:t>no system behind the content</w:t>
      </w:r>
    </w:p>
    <w:p w14:paraId="409A346B" w14:textId="77777777" w:rsidR="001A5159" w:rsidRDefault="00000000">
      <w:r>
        <w:rPr>
          <w:rFonts w:ascii="Garamond" w:hAnsi="Garamond"/>
          <w:sz w:val="24"/>
        </w:rPr>
        <w:t>constant burnout</w:t>
      </w:r>
    </w:p>
    <w:p w14:paraId="76D9D325" w14:textId="77777777" w:rsidR="001A5159" w:rsidRDefault="00000000">
      <w:r>
        <w:rPr>
          <w:rFonts w:ascii="Garamond" w:hAnsi="Garamond"/>
          <w:sz w:val="24"/>
        </w:rPr>
        <w:t>This blueprint transforms YOU into a Social Media Manager 2.0 — someone who uses AI to deliver:</w:t>
      </w:r>
    </w:p>
    <w:p w14:paraId="1D863053" w14:textId="77777777" w:rsidR="001A5159" w:rsidRDefault="00000000">
      <w:r>
        <w:rPr>
          <w:rFonts w:ascii="Garamond" w:hAnsi="Garamond"/>
          <w:sz w:val="24"/>
        </w:rPr>
        <w:t>content ideas</w:t>
      </w:r>
    </w:p>
    <w:p w14:paraId="3FF8999F" w14:textId="77777777" w:rsidR="001A5159" w:rsidRDefault="00000000">
      <w:r>
        <w:rPr>
          <w:rFonts w:ascii="Garamond" w:hAnsi="Garamond"/>
          <w:sz w:val="24"/>
        </w:rPr>
        <w:t>full posts</w:t>
      </w:r>
    </w:p>
    <w:p w14:paraId="3F2A4ED0" w14:textId="77777777" w:rsidR="001A5159" w:rsidRDefault="00000000">
      <w:r>
        <w:rPr>
          <w:rFonts w:ascii="Garamond" w:hAnsi="Garamond"/>
          <w:sz w:val="24"/>
        </w:rPr>
        <w:t>carousels</w:t>
      </w:r>
    </w:p>
    <w:p w14:paraId="551E6A89" w14:textId="77777777" w:rsidR="001A5159" w:rsidRDefault="00000000">
      <w:r>
        <w:rPr>
          <w:rFonts w:ascii="Garamond" w:hAnsi="Garamond"/>
          <w:sz w:val="24"/>
        </w:rPr>
        <w:t>scripts</w:t>
      </w:r>
    </w:p>
    <w:p w14:paraId="0AE9F5F8" w14:textId="77777777" w:rsidR="001A5159" w:rsidRDefault="00000000">
      <w:r>
        <w:rPr>
          <w:rFonts w:ascii="Garamond" w:hAnsi="Garamond"/>
          <w:sz w:val="24"/>
        </w:rPr>
        <w:t>captions</w:t>
      </w:r>
    </w:p>
    <w:p w14:paraId="4C8DE9A9" w14:textId="77777777" w:rsidR="001A5159" w:rsidRDefault="00000000">
      <w:r>
        <w:rPr>
          <w:rFonts w:ascii="Garamond" w:hAnsi="Garamond"/>
          <w:sz w:val="24"/>
        </w:rPr>
        <w:t>hashtag bundles</w:t>
      </w:r>
    </w:p>
    <w:p w14:paraId="7B49C591" w14:textId="77777777" w:rsidR="001A5159" w:rsidRDefault="00000000">
      <w:r>
        <w:rPr>
          <w:rFonts w:ascii="Garamond" w:hAnsi="Garamond"/>
          <w:sz w:val="24"/>
        </w:rPr>
        <w:t>monthly calendars</w:t>
      </w:r>
    </w:p>
    <w:p w14:paraId="582D4F53" w14:textId="77777777" w:rsidR="001A5159" w:rsidRDefault="00000000">
      <w:r>
        <w:rPr>
          <w:rFonts w:ascii="Garamond" w:hAnsi="Garamond"/>
          <w:sz w:val="24"/>
        </w:rPr>
        <w:t>analytics reviews</w:t>
      </w:r>
    </w:p>
    <w:p w14:paraId="5D490289" w14:textId="77777777" w:rsidR="001A5159" w:rsidRDefault="00000000">
      <w:r>
        <w:rPr>
          <w:rFonts w:ascii="Garamond" w:hAnsi="Garamond"/>
          <w:sz w:val="24"/>
        </w:rPr>
        <w:lastRenderedPageBreak/>
        <w:t>audience insights</w:t>
      </w:r>
    </w:p>
    <w:p w14:paraId="54F32460" w14:textId="77777777" w:rsidR="001A5159" w:rsidRDefault="00000000">
      <w:r>
        <w:rPr>
          <w:rFonts w:ascii="Garamond" w:hAnsi="Garamond"/>
          <w:sz w:val="24"/>
        </w:rPr>
        <w:t>engagement templates</w:t>
      </w:r>
    </w:p>
    <w:p w14:paraId="0EC75237" w14:textId="77777777" w:rsidR="001A5159" w:rsidRDefault="00000000">
      <w:r>
        <w:rPr>
          <w:rFonts w:ascii="Garamond" w:hAnsi="Garamond"/>
          <w:sz w:val="24"/>
        </w:rPr>
        <w:t>This is one of the most lucrative retainer-based blueprints in the entire book.</w:t>
      </w:r>
    </w:p>
    <w:p w14:paraId="0FA9CB92" w14:textId="77777777" w:rsidR="001A5159" w:rsidRDefault="001A5159"/>
    <w:p w14:paraId="7FF34D5E" w14:textId="77777777" w:rsidR="001A5159" w:rsidRDefault="00000000">
      <w:r>
        <w:rPr>
          <w:rFonts w:ascii="Garamond" w:hAnsi="Garamond"/>
          <w:sz w:val="24"/>
        </w:rPr>
        <w:t>Why This Blueprint Works</w:t>
      </w:r>
    </w:p>
    <w:p w14:paraId="33EC0B3B" w14:textId="77777777" w:rsidR="001A5159" w:rsidRDefault="00000000">
      <w:r>
        <w:rPr>
          <w:rFonts w:ascii="Garamond" w:hAnsi="Garamond"/>
          <w:sz w:val="24"/>
        </w:rPr>
        <w:t>Businesses know they must post consistently.</w:t>
      </w:r>
      <w:r>
        <w:rPr>
          <w:rFonts w:ascii="Garamond" w:hAnsi="Garamond"/>
          <w:sz w:val="24"/>
        </w:rPr>
        <w:br/>
        <w:t>But what they really want is someone who can:</w:t>
      </w:r>
    </w:p>
    <w:p w14:paraId="0177A87C" w14:textId="77777777" w:rsidR="001A5159" w:rsidRDefault="00000000">
      <w:r>
        <w:rPr>
          <w:rFonts w:ascii="Garamond" w:hAnsi="Garamond"/>
          <w:sz w:val="24"/>
        </w:rPr>
        <w:t>plan</w:t>
      </w:r>
    </w:p>
    <w:p w14:paraId="66874C8D" w14:textId="77777777" w:rsidR="001A5159" w:rsidRDefault="00000000">
      <w:proofErr w:type="gramStart"/>
      <w:r>
        <w:rPr>
          <w:rFonts w:ascii="Garamond" w:hAnsi="Garamond"/>
          <w:sz w:val="24"/>
        </w:rPr>
        <w:t>write</w:t>
      </w:r>
      <w:proofErr w:type="gramEnd"/>
    </w:p>
    <w:p w14:paraId="6F909D34" w14:textId="77777777" w:rsidR="001A5159" w:rsidRDefault="00000000">
      <w:r>
        <w:rPr>
          <w:rFonts w:ascii="Garamond" w:hAnsi="Garamond"/>
          <w:sz w:val="24"/>
        </w:rPr>
        <w:t>design</w:t>
      </w:r>
    </w:p>
    <w:p w14:paraId="19EBD359" w14:textId="77777777" w:rsidR="001A5159" w:rsidRDefault="00000000">
      <w:r>
        <w:rPr>
          <w:rFonts w:ascii="Garamond" w:hAnsi="Garamond"/>
          <w:sz w:val="24"/>
        </w:rPr>
        <w:t>schedule</w:t>
      </w:r>
    </w:p>
    <w:p w14:paraId="0717AFC3" w14:textId="77777777" w:rsidR="001A5159" w:rsidRDefault="00000000">
      <w:r>
        <w:rPr>
          <w:rFonts w:ascii="Garamond" w:hAnsi="Garamond"/>
          <w:sz w:val="24"/>
        </w:rPr>
        <w:t>engage</w:t>
      </w:r>
    </w:p>
    <w:p w14:paraId="32BE88AF" w14:textId="77777777" w:rsidR="001A5159" w:rsidRDefault="00000000">
      <w:r>
        <w:rPr>
          <w:rFonts w:ascii="Garamond" w:hAnsi="Garamond"/>
          <w:sz w:val="24"/>
        </w:rPr>
        <w:t>analyze</w:t>
      </w:r>
    </w:p>
    <w:p w14:paraId="528E67EE" w14:textId="77777777" w:rsidR="001A5159" w:rsidRDefault="00000000">
      <w:r>
        <w:rPr>
          <w:rFonts w:ascii="Garamond" w:hAnsi="Garamond"/>
          <w:sz w:val="24"/>
        </w:rPr>
        <w:t>optimize</w:t>
      </w:r>
    </w:p>
    <w:p w14:paraId="3C3604CE" w14:textId="77777777" w:rsidR="001A5159" w:rsidRDefault="00000000">
      <w:r>
        <w:rPr>
          <w:rFonts w:ascii="Garamond" w:hAnsi="Garamond"/>
          <w:sz w:val="24"/>
        </w:rPr>
        <w:t>AI gives you:</w:t>
      </w:r>
    </w:p>
    <w:p w14:paraId="7F632986" w14:textId="77777777" w:rsidR="001A5159" w:rsidRDefault="00000000">
      <w:r>
        <w:rPr>
          <w:rFonts w:ascii="Garamond" w:hAnsi="Garamond"/>
          <w:sz w:val="24"/>
        </w:rPr>
        <w:t>daily content</w:t>
      </w:r>
    </w:p>
    <w:p w14:paraId="1A3CFFF4" w14:textId="77777777" w:rsidR="001A5159" w:rsidRDefault="00000000">
      <w:r>
        <w:rPr>
          <w:rFonts w:ascii="Garamond" w:hAnsi="Garamond"/>
          <w:sz w:val="24"/>
        </w:rPr>
        <w:t>polished writing</w:t>
      </w:r>
    </w:p>
    <w:p w14:paraId="3133FA4D" w14:textId="77777777" w:rsidR="001A5159" w:rsidRDefault="00000000">
      <w:r>
        <w:rPr>
          <w:rFonts w:ascii="Garamond" w:hAnsi="Garamond"/>
          <w:sz w:val="24"/>
        </w:rPr>
        <w:t>endless ideas</w:t>
      </w:r>
    </w:p>
    <w:p w14:paraId="32161A77" w14:textId="77777777" w:rsidR="001A5159" w:rsidRDefault="00000000">
      <w:r>
        <w:rPr>
          <w:rFonts w:ascii="Garamond" w:hAnsi="Garamond"/>
          <w:sz w:val="24"/>
        </w:rPr>
        <w:t>platform-optimized formatting</w:t>
      </w:r>
    </w:p>
    <w:p w14:paraId="15020D71" w14:textId="77777777" w:rsidR="001A5159" w:rsidRDefault="00000000">
      <w:r>
        <w:rPr>
          <w:rFonts w:ascii="Garamond" w:hAnsi="Garamond"/>
          <w:sz w:val="24"/>
        </w:rPr>
        <w:t>analytics summaries</w:t>
      </w:r>
    </w:p>
    <w:p w14:paraId="0ACA6319" w14:textId="77777777" w:rsidR="001A5159" w:rsidRDefault="00000000">
      <w:r>
        <w:rPr>
          <w:rFonts w:ascii="Garamond" w:hAnsi="Garamond"/>
          <w:sz w:val="24"/>
        </w:rPr>
        <w:t>engagement templates</w:t>
      </w:r>
    </w:p>
    <w:p w14:paraId="11486EA8" w14:textId="77777777" w:rsidR="001A5159" w:rsidRDefault="00000000">
      <w:r>
        <w:rPr>
          <w:rFonts w:ascii="Garamond" w:hAnsi="Garamond"/>
          <w:sz w:val="24"/>
        </w:rPr>
        <w:t>brand voice consistency</w:t>
      </w:r>
    </w:p>
    <w:p w14:paraId="22C9DBD4" w14:textId="77777777" w:rsidR="001A5159" w:rsidRDefault="00000000">
      <w:r>
        <w:rPr>
          <w:rFonts w:ascii="Garamond" w:hAnsi="Garamond"/>
          <w:sz w:val="24"/>
        </w:rPr>
        <w:t>You become the “content + strategy + execution” powerhouse.</w:t>
      </w:r>
    </w:p>
    <w:p w14:paraId="350321B8" w14:textId="77777777" w:rsidR="001A5159" w:rsidRDefault="00000000">
      <w:r>
        <w:rPr>
          <w:rFonts w:ascii="Garamond" w:hAnsi="Garamond"/>
          <w:sz w:val="24"/>
        </w:rPr>
        <w:t>And unlike old-school SMMs, you don’t take 10 hours to create one week of posts.</w:t>
      </w:r>
    </w:p>
    <w:p w14:paraId="5431512E" w14:textId="77777777" w:rsidR="001A5159" w:rsidRDefault="00000000">
      <w:r>
        <w:rPr>
          <w:rFonts w:ascii="Garamond" w:hAnsi="Garamond"/>
          <w:sz w:val="24"/>
        </w:rPr>
        <w:t>AI gives you leverage — and clients LOVE leverage.</w:t>
      </w:r>
    </w:p>
    <w:p w14:paraId="03043A8A" w14:textId="77777777" w:rsidR="001A5159" w:rsidRDefault="001A5159"/>
    <w:p w14:paraId="54467807" w14:textId="77777777" w:rsidR="001A5159" w:rsidRDefault="00000000">
      <w:r>
        <w:rPr>
          <w:rFonts w:ascii="Garamond" w:hAnsi="Garamond"/>
          <w:sz w:val="24"/>
        </w:rPr>
        <w:lastRenderedPageBreak/>
        <w:t>Tools You Need</w:t>
      </w:r>
    </w:p>
    <w:p w14:paraId="2E7791B8" w14:textId="77777777" w:rsidR="001A5159" w:rsidRDefault="00000000">
      <w:r>
        <w:rPr>
          <w:rFonts w:ascii="Garamond" w:hAnsi="Garamond"/>
          <w:sz w:val="24"/>
        </w:rPr>
        <w:t>ChatGPT / Claude — content, captions, strategy</w:t>
      </w:r>
      <w:r>
        <w:rPr>
          <w:rFonts w:ascii="Garamond" w:hAnsi="Garamond"/>
          <w:sz w:val="24"/>
        </w:rPr>
        <w:br/>
        <w:t>Canva — graphics + carousels</w:t>
      </w:r>
      <w:r>
        <w:rPr>
          <w:rFonts w:ascii="Garamond" w:hAnsi="Garamond"/>
          <w:sz w:val="24"/>
        </w:rPr>
        <w:br/>
        <w:t>Metricool / Buffer / Hootsuite — scheduling</w:t>
      </w:r>
      <w:r>
        <w:rPr>
          <w:rFonts w:ascii="Garamond" w:hAnsi="Garamond"/>
          <w:sz w:val="24"/>
        </w:rPr>
        <w:br/>
        <w:t>Notion / Sheets — content calendar</w:t>
      </w:r>
      <w:r>
        <w:rPr>
          <w:rFonts w:ascii="Garamond" w:hAnsi="Garamond"/>
          <w:sz w:val="24"/>
        </w:rPr>
        <w:br/>
        <w:t>CapCut — short-form edits</w:t>
      </w:r>
      <w:r>
        <w:rPr>
          <w:rFonts w:ascii="Garamond" w:hAnsi="Garamond"/>
          <w:sz w:val="24"/>
        </w:rPr>
        <w:br/>
        <w:t xml:space="preserve">Instagram/TikTok — trend </w:t>
      </w:r>
      <w:proofErr w:type="gramStart"/>
      <w:r>
        <w:rPr>
          <w:rFonts w:ascii="Garamond" w:hAnsi="Garamond"/>
          <w:sz w:val="24"/>
        </w:rPr>
        <w:t>research</w:t>
      </w:r>
      <w:proofErr w:type="gramEnd"/>
    </w:p>
    <w:p w14:paraId="3C1DFCE9" w14:textId="77777777" w:rsidR="001A5159" w:rsidRDefault="00000000">
      <w:r>
        <w:rPr>
          <w:rFonts w:ascii="Garamond" w:hAnsi="Garamond"/>
          <w:sz w:val="24"/>
        </w:rPr>
        <w:t>Optional:</w:t>
      </w:r>
      <w:r>
        <w:rPr>
          <w:rFonts w:ascii="Garamond" w:hAnsi="Garamond"/>
          <w:sz w:val="24"/>
        </w:rPr>
        <w:br/>
        <w:t>Later, Sprout Social, SocialBee</w:t>
      </w:r>
    </w:p>
    <w:p w14:paraId="657C51E8" w14:textId="77777777" w:rsidR="001A5159" w:rsidRDefault="001A5159"/>
    <w:p w14:paraId="6D5F1442" w14:textId="77777777" w:rsidR="001A5159" w:rsidRDefault="00000000">
      <w:r>
        <w:rPr>
          <w:rFonts w:ascii="Garamond" w:hAnsi="Garamond"/>
          <w:sz w:val="24"/>
        </w:rPr>
        <w:t>What You’ll Offer</w:t>
      </w:r>
    </w:p>
    <w:p w14:paraId="73992627" w14:textId="77777777" w:rsidR="001A5159" w:rsidRDefault="00000000">
      <w:r>
        <w:rPr>
          <w:rFonts w:ascii="Garamond" w:hAnsi="Garamond"/>
          <w:sz w:val="24"/>
        </w:rPr>
        <w:t>You become a complete social media department, delivering:</w:t>
      </w:r>
    </w:p>
    <w:p w14:paraId="5559A1E0" w14:textId="77777777" w:rsidR="001A5159" w:rsidRDefault="00000000">
      <w:r>
        <w:rPr>
          <w:rFonts w:ascii="Garamond" w:hAnsi="Garamond"/>
          <w:sz w:val="24"/>
        </w:rPr>
        <w:t>12–30 posts per month</w:t>
      </w:r>
    </w:p>
    <w:p w14:paraId="6AA3E404" w14:textId="77777777" w:rsidR="001A5159" w:rsidRDefault="00000000">
      <w:r>
        <w:rPr>
          <w:rFonts w:ascii="Garamond" w:hAnsi="Garamond"/>
          <w:sz w:val="24"/>
        </w:rPr>
        <w:t>monthly content calendar</w:t>
      </w:r>
    </w:p>
    <w:p w14:paraId="2C6F5EE5" w14:textId="77777777" w:rsidR="001A5159" w:rsidRDefault="00000000">
      <w:r>
        <w:rPr>
          <w:rFonts w:ascii="Garamond" w:hAnsi="Garamond"/>
          <w:sz w:val="24"/>
        </w:rPr>
        <w:t>content strategy roadmap</w:t>
      </w:r>
    </w:p>
    <w:p w14:paraId="4798512E" w14:textId="77777777" w:rsidR="001A5159" w:rsidRDefault="00000000">
      <w:r>
        <w:rPr>
          <w:rFonts w:ascii="Garamond" w:hAnsi="Garamond"/>
          <w:sz w:val="24"/>
        </w:rPr>
        <w:t>short-form scripts</w:t>
      </w:r>
    </w:p>
    <w:p w14:paraId="396F3152" w14:textId="77777777" w:rsidR="001A5159" w:rsidRDefault="00000000">
      <w:r>
        <w:rPr>
          <w:rFonts w:ascii="Garamond" w:hAnsi="Garamond"/>
          <w:sz w:val="24"/>
        </w:rPr>
        <w:t>Canva carousels</w:t>
      </w:r>
    </w:p>
    <w:p w14:paraId="79C3E7EF" w14:textId="77777777" w:rsidR="001A5159" w:rsidRDefault="00000000">
      <w:r>
        <w:rPr>
          <w:rFonts w:ascii="Garamond" w:hAnsi="Garamond"/>
          <w:sz w:val="24"/>
        </w:rPr>
        <w:t>reels/TikTok content ideas</w:t>
      </w:r>
    </w:p>
    <w:p w14:paraId="6BA5B129" w14:textId="77777777" w:rsidR="001A5159" w:rsidRDefault="00000000">
      <w:r>
        <w:rPr>
          <w:rFonts w:ascii="Garamond" w:hAnsi="Garamond"/>
          <w:sz w:val="24"/>
        </w:rPr>
        <w:t>captions + hooks</w:t>
      </w:r>
    </w:p>
    <w:p w14:paraId="4E8A5D1E" w14:textId="77777777" w:rsidR="001A5159" w:rsidRDefault="00000000">
      <w:r>
        <w:rPr>
          <w:rFonts w:ascii="Garamond" w:hAnsi="Garamond"/>
          <w:sz w:val="24"/>
        </w:rPr>
        <w:t>hashtag bundles</w:t>
      </w:r>
    </w:p>
    <w:p w14:paraId="2D231F0B" w14:textId="77777777" w:rsidR="001A5159" w:rsidRDefault="00000000">
      <w:r>
        <w:rPr>
          <w:rFonts w:ascii="Garamond" w:hAnsi="Garamond"/>
          <w:sz w:val="24"/>
        </w:rPr>
        <w:t>brand voice guidelines</w:t>
      </w:r>
    </w:p>
    <w:p w14:paraId="376AA5FD" w14:textId="77777777" w:rsidR="001A5159" w:rsidRDefault="00000000">
      <w:r>
        <w:rPr>
          <w:rFonts w:ascii="Garamond" w:hAnsi="Garamond"/>
          <w:sz w:val="24"/>
        </w:rPr>
        <w:t xml:space="preserve">analytics report + </w:t>
      </w:r>
      <w:proofErr w:type="gramStart"/>
      <w:r>
        <w:rPr>
          <w:rFonts w:ascii="Garamond" w:hAnsi="Garamond"/>
          <w:sz w:val="24"/>
        </w:rPr>
        <w:t>recommendations</w:t>
      </w:r>
      <w:proofErr w:type="gramEnd"/>
    </w:p>
    <w:p w14:paraId="116EAF35" w14:textId="77777777" w:rsidR="001A5159" w:rsidRDefault="00000000">
      <w:r>
        <w:rPr>
          <w:rFonts w:ascii="Garamond" w:hAnsi="Garamond"/>
          <w:sz w:val="24"/>
        </w:rPr>
        <w:t>engagement support (comment templates)</w:t>
      </w:r>
    </w:p>
    <w:p w14:paraId="5E4444FE" w14:textId="77777777" w:rsidR="001A5159" w:rsidRDefault="00000000">
      <w:r>
        <w:rPr>
          <w:rFonts w:ascii="Garamond" w:hAnsi="Garamond"/>
          <w:sz w:val="24"/>
        </w:rPr>
        <w:t>Businesses will pay premium retainers for this.</w:t>
      </w:r>
    </w:p>
    <w:p w14:paraId="7C179BB6" w14:textId="77777777" w:rsidR="001A5159" w:rsidRDefault="001A5159"/>
    <w:p w14:paraId="30BD9459" w14:textId="77777777" w:rsidR="001A5159" w:rsidRDefault="00000000">
      <w:r>
        <w:rPr>
          <w:rFonts w:ascii="Garamond" w:hAnsi="Garamond"/>
          <w:sz w:val="24"/>
        </w:rPr>
        <w:t>AI-Powered Workflow (Step-by-Step)</w:t>
      </w:r>
    </w:p>
    <w:p w14:paraId="73F0DE4A" w14:textId="77777777" w:rsidR="001A5159" w:rsidRDefault="00000000">
      <w:r>
        <w:rPr>
          <w:rFonts w:ascii="Garamond" w:hAnsi="Garamond"/>
          <w:sz w:val="24"/>
        </w:rPr>
        <w:t>STEP 1 — Build the Brand Voice</w:t>
      </w:r>
    </w:p>
    <w:p w14:paraId="7A8CB36B" w14:textId="77777777" w:rsidR="001A5159" w:rsidRDefault="00000000">
      <w:r>
        <w:rPr>
          <w:rFonts w:ascii="Garamond" w:hAnsi="Garamond"/>
          <w:sz w:val="24"/>
        </w:rPr>
        <w:t>Ask:</w:t>
      </w:r>
    </w:p>
    <w:p w14:paraId="02CBF780" w14:textId="77777777" w:rsidR="001A5159" w:rsidRDefault="00000000">
      <w:r>
        <w:rPr>
          <w:rFonts w:ascii="Garamond" w:hAnsi="Garamond"/>
          <w:sz w:val="24"/>
        </w:rPr>
        <w:lastRenderedPageBreak/>
        <w:t>“Create a detailed brand voice guide from this client’s content and website.”</w:t>
      </w:r>
    </w:p>
    <w:p w14:paraId="65E2A511" w14:textId="77777777" w:rsidR="001A5159" w:rsidRDefault="001A5159"/>
    <w:p w14:paraId="42E36687" w14:textId="77777777" w:rsidR="001A5159" w:rsidRDefault="00000000">
      <w:r>
        <w:rPr>
          <w:rFonts w:ascii="Garamond" w:hAnsi="Garamond"/>
          <w:sz w:val="24"/>
        </w:rPr>
        <w:t>STEP 2 — Generate Monthly Content Ideas</w:t>
      </w:r>
    </w:p>
    <w:p w14:paraId="28E1225C" w14:textId="77777777" w:rsidR="001A5159" w:rsidRDefault="00000000">
      <w:r>
        <w:rPr>
          <w:rFonts w:ascii="Garamond" w:hAnsi="Garamond"/>
          <w:sz w:val="24"/>
        </w:rPr>
        <w:t>Ask:</w:t>
      </w:r>
    </w:p>
    <w:p w14:paraId="5FEFEAAD" w14:textId="77777777" w:rsidR="001A5159" w:rsidRDefault="00000000">
      <w:r>
        <w:rPr>
          <w:rFonts w:ascii="Garamond" w:hAnsi="Garamond"/>
          <w:sz w:val="24"/>
        </w:rPr>
        <w:t>“Generate 30–60 social media post ideas for this brand following educational, storytelling, authority, and engagement frameworks.”</w:t>
      </w:r>
    </w:p>
    <w:p w14:paraId="120AE516" w14:textId="77777777" w:rsidR="001A5159" w:rsidRDefault="001A5159"/>
    <w:p w14:paraId="47034898" w14:textId="77777777" w:rsidR="001A5159" w:rsidRDefault="00000000">
      <w:r>
        <w:rPr>
          <w:rFonts w:ascii="Garamond" w:hAnsi="Garamond"/>
          <w:sz w:val="24"/>
        </w:rPr>
        <w:t>STEP 3 — Write the Posts</w:t>
      </w:r>
    </w:p>
    <w:p w14:paraId="6404D39F" w14:textId="77777777" w:rsidR="001A5159" w:rsidRDefault="00000000">
      <w:r>
        <w:rPr>
          <w:rFonts w:ascii="Garamond" w:hAnsi="Garamond"/>
          <w:sz w:val="24"/>
        </w:rPr>
        <w:t>Ask:</w:t>
      </w:r>
    </w:p>
    <w:p w14:paraId="283763E3" w14:textId="77777777" w:rsidR="001A5159" w:rsidRDefault="00000000">
      <w:r>
        <w:rPr>
          <w:rFonts w:ascii="Garamond" w:hAnsi="Garamond"/>
          <w:sz w:val="24"/>
        </w:rPr>
        <w:t>“Write the full post copy for these ideas, with captions, hooks, CTAs, and hashtags.”</w:t>
      </w:r>
    </w:p>
    <w:p w14:paraId="6FFFCF3B" w14:textId="77777777" w:rsidR="001A5159" w:rsidRDefault="001A5159"/>
    <w:p w14:paraId="43BE0D7C" w14:textId="77777777" w:rsidR="001A5159" w:rsidRDefault="00000000">
      <w:r>
        <w:rPr>
          <w:rFonts w:ascii="Garamond" w:hAnsi="Garamond"/>
          <w:sz w:val="24"/>
        </w:rPr>
        <w:t xml:space="preserve">STEP 4 — Build Carousels + </w:t>
      </w:r>
      <w:proofErr w:type="gramStart"/>
      <w:r>
        <w:rPr>
          <w:rFonts w:ascii="Garamond" w:hAnsi="Garamond"/>
          <w:sz w:val="24"/>
        </w:rPr>
        <w:t>Graphics</w:t>
      </w:r>
      <w:proofErr w:type="gramEnd"/>
    </w:p>
    <w:p w14:paraId="6D181C0B" w14:textId="77777777" w:rsidR="001A5159" w:rsidRDefault="00000000">
      <w:r>
        <w:rPr>
          <w:rFonts w:ascii="Garamond" w:hAnsi="Garamond"/>
          <w:sz w:val="24"/>
        </w:rPr>
        <w:t>Ask:</w:t>
      </w:r>
    </w:p>
    <w:p w14:paraId="50F8D592" w14:textId="77777777" w:rsidR="001A5159" w:rsidRDefault="00000000">
      <w:r>
        <w:rPr>
          <w:rFonts w:ascii="Garamond" w:hAnsi="Garamond"/>
          <w:sz w:val="24"/>
        </w:rPr>
        <w:t>“Turn these ideas into carousel structures with headlines, subheads, content blocks, and CTA slides.”</w:t>
      </w:r>
    </w:p>
    <w:p w14:paraId="75261A60" w14:textId="77777777" w:rsidR="001A5159" w:rsidRDefault="00000000">
      <w:r>
        <w:rPr>
          <w:rFonts w:ascii="Garamond" w:hAnsi="Garamond"/>
          <w:sz w:val="24"/>
        </w:rPr>
        <w:t>Design in Canva.</w:t>
      </w:r>
    </w:p>
    <w:p w14:paraId="51CEDAFF" w14:textId="77777777" w:rsidR="001A5159" w:rsidRDefault="001A5159"/>
    <w:p w14:paraId="07B447E0" w14:textId="77777777" w:rsidR="001A5159" w:rsidRDefault="00000000">
      <w:r>
        <w:rPr>
          <w:rFonts w:ascii="Garamond" w:hAnsi="Garamond"/>
          <w:sz w:val="24"/>
        </w:rPr>
        <w:t>STEP 5 — Create Video Scripts</w:t>
      </w:r>
    </w:p>
    <w:p w14:paraId="2A360AAF" w14:textId="77777777" w:rsidR="001A5159" w:rsidRDefault="00000000">
      <w:r>
        <w:rPr>
          <w:rFonts w:ascii="Garamond" w:hAnsi="Garamond"/>
          <w:sz w:val="24"/>
        </w:rPr>
        <w:t>Ask:</w:t>
      </w:r>
    </w:p>
    <w:p w14:paraId="764498CA" w14:textId="77777777" w:rsidR="001A5159" w:rsidRDefault="00000000">
      <w:r>
        <w:rPr>
          <w:rFonts w:ascii="Garamond" w:hAnsi="Garamond"/>
          <w:sz w:val="24"/>
        </w:rPr>
        <w:t>“Write 10 short-form video scripts based on the strongest ideas from this month.”</w:t>
      </w:r>
    </w:p>
    <w:p w14:paraId="40A66695" w14:textId="77777777" w:rsidR="001A5159" w:rsidRDefault="001A5159"/>
    <w:p w14:paraId="4ABA3CDE" w14:textId="77777777" w:rsidR="001A5159" w:rsidRDefault="00000000">
      <w:r>
        <w:rPr>
          <w:rFonts w:ascii="Garamond" w:hAnsi="Garamond"/>
          <w:sz w:val="24"/>
        </w:rPr>
        <w:t>STEP 6 — Build the Monthly Calendar</w:t>
      </w:r>
    </w:p>
    <w:p w14:paraId="65BDE936" w14:textId="77777777" w:rsidR="001A5159" w:rsidRDefault="00000000">
      <w:r>
        <w:rPr>
          <w:rFonts w:ascii="Garamond" w:hAnsi="Garamond"/>
          <w:sz w:val="24"/>
        </w:rPr>
        <w:t>Ask:</w:t>
      </w:r>
    </w:p>
    <w:p w14:paraId="41A8B148" w14:textId="77777777" w:rsidR="001A5159" w:rsidRDefault="00000000">
      <w:r>
        <w:rPr>
          <w:rFonts w:ascii="Garamond" w:hAnsi="Garamond"/>
          <w:sz w:val="24"/>
        </w:rPr>
        <w:t>“Create a 30-day posting schedule with post type, caption, CTA, and platform recommendations.”</w:t>
      </w:r>
    </w:p>
    <w:p w14:paraId="7FA5E9E0" w14:textId="77777777" w:rsidR="001A5159" w:rsidRDefault="001A5159"/>
    <w:p w14:paraId="1B0A2499" w14:textId="77777777" w:rsidR="001A5159" w:rsidRDefault="00000000">
      <w:r>
        <w:rPr>
          <w:rFonts w:ascii="Garamond" w:hAnsi="Garamond"/>
          <w:sz w:val="24"/>
        </w:rPr>
        <w:t xml:space="preserve">STEP 7 — Provide Analytics + </w:t>
      </w:r>
      <w:proofErr w:type="gramStart"/>
      <w:r>
        <w:rPr>
          <w:rFonts w:ascii="Garamond" w:hAnsi="Garamond"/>
          <w:sz w:val="24"/>
        </w:rPr>
        <w:t>Optimization</w:t>
      </w:r>
      <w:proofErr w:type="gramEnd"/>
    </w:p>
    <w:p w14:paraId="6F2ABC8C" w14:textId="77777777" w:rsidR="001A5159" w:rsidRDefault="00000000">
      <w:r>
        <w:rPr>
          <w:rFonts w:ascii="Garamond" w:hAnsi="Garamond"/>
          <w:sz w:val="24"/>
        </w:rPr>
        <w:lastRenderedPageBreak/>
        <w:t>Ask:</w:t>
      </w:r>
    </w:p>
    <w:p w14:paraId="55904530" w14:textId="77777777" w:rsidR="001A5159" w:rsidRDefault="00000000">
      <w:r>
        <w:rPr>
          <w:rFonts w:ascii="Garamond" w:hAnsi="Garamond"/>
          <w:sz w:val="24"/>
        </w:rPr>
        <w:t>“Analyze this analytics summary and provide recommendations for next month’s content priorities.”</w:t>
      </w:r>
    </w:p>
    <w:p w14:paraId="1ABB25DF" w14:textId="77777777" w:rsidR="001A5159" w:rsidRDefault="001A5159"/>
    <w:p w14:paraId="18A890EA" w14:textId="77777777" w:rsidR="001A5159" w:rsidRDefault="00000000">
      <w:r>
        <w:rPr>
          <w:rFonts w:ascii="Garamond" w:hAnsi="Garamond"/>
          <w:sz w:val="24"/>
        </w:rPr>
        <w:t>Beginner-Proof Portfolio</w:t>
      </w:r>
    </w:p>
    <w:p w14:paraId="15CC1DA1" w14:textId="77777777" w:rsidR="001A5159" w:rsidRDefault="00000000">
      <w:r>
        <w:rPr>
          <w:rFonts w:ascii="Garamond" w:hAnsi="Garamond"/>
          <w:sz w:val="24"/>
        </w:rPr>
        <w:t>Create:</w:t>
      </w:r>
    </w:p>
    <w:p w14:paraId="52995AF1" w14:textId="77777777" w:rsidR="001A5159" w:rsidRDefault="00000000">
      <w:r>
        <w:rPr>
          <w:rFonts w:ascii="Garamond" w:hAnsi="Garamond"/>
          <w:sz w:val="24"/>
        </w:rPr>
        <w:t>7 sample posts</w:t>
      </w:r>
    </w:p>
    <w:p w14:paraId="6042A4E4" w14:textId="77777777" w:rsidR="001A5159" w:rsidRDefault="00000000">
      <w:r>
        <w:rPr>
          <w:rFonts w:ascii="Garamond" w:hAnsi="Garamond"/>
          <w:sz w:val="24"/>
        </w:rPr>
        <w:t>2 carousels</w:t>
      </w:r>
    </w:p>
    <w:p w14:paraId="77BCBAC2" w14:textId="77777777" w:rsidR="001A5159" w:rsidRDefault="00000000">
      <w:r>
        <w:rPr>
          <w:rFonts w:ascii="Garamond" w:hAnsi="Garamond"/>
          <w:sz w:val="24"/>
        </w:rPr>
        <w:t>3 scripts</w:t>
      </w:r>
    </w:p>
    <w:p w14:paraId="1E558EF4" w14:textId="77777777" w:rsidR="001A5159" w:rsidRDefault="00000000">
      <w:r>
        <w:rPr>
          <w:rFonts w:ascii="Garamond" w:hAnsi="Garamond"/>
          <w:sz w:val="24"/>
        </w:rPr>
        <w:t>1 content calendar</w:t>
      </w:r>
    </w:p>
    <w:p w14:paraId="5359DE76" w14:textId="77777777" w:rsidR="001A5159" w:rsidRDefault="00000000">
      <w:r>
        <w:rPr>
          <w:rFonts w:ascii="Garamond" w:hAnsi="Garamond"/>
          <w:sz w:val="24"/>
        </w:rPr>
        <w:t>This is enough to land an instant retainer client.</w:t>
      </w:r>
    </w:p>
    <w:p w14:paraId="39B83B12" w14:textId="77777777" w:rsidR="001A5159" w:rsidRDefault="001A5159"/>
    <w:p w14:paraId="6BBEF216" w14:textId="77777777" w:rsidR="001A5159" w:rsidRDefault="00000000">
      <w:r>
        <w:rPr>
          <w:rFonts w:ascii="Garamond" w:hAnsi="Garamond"/>
          <w:sz w:val="24"/>
        </w:rPr>
        <w:t>Pricing Guide</w:t>
      </w:r>
    </w:p>
    <w:p w14:paraId="175A19F3" w14:textId="77777777" w:rsidR="001A5159" w:rsidRDefault="00000000">
      <w:r>
        <w:rPr>
          <w:rFonts w:ascii="Garamond" w:hAnsi="Garamond"/>
          <w:sz w:val="24"/>
        </w:rPr>
        <w:t>Beginners:</w:t>
      </w:r>
    </w:p>
    <w:p w14:paraId="76A23EBD" w14:textId="77777777" w:rsidR="001A5159" w:rsidRDefault="00000000">
      <w:r>
        <w:rPr>
          <w:rFonts w:ascii="Garamond" w:hAnsi="Garamond"/>
          <w:sz w:val="24"/>
        </w:rPr>
        <w:t>$150–$300/month (light plan)</w:t>
      </w:r>
    </w:p>
    <w:p w14:paraId="494DD318" w14:textId="77777777" w:rsidR="001A5159" w:rsidRDefault="00000000">
      <w:r>
        <w:rPr>
          <w:rFonts w:ascii="Garamond" w:hAnsi="Garamond"/>
          <w:sz w:val="24"/>
        </w:rPr>
        <w:t>Intermediate:</w:t>
      </w:r>
    </w:p>
    <w:p w14:paraId="49A81211" w14:textId="77777777" w:rsidR="001A5159" w:rsidRDefault="00000000">
      <w:r>
        <w:rPr>
          <w:rFonts w:ascii="Garamond" w:hAnsi="Garamond"/>
          <w:sz w:val="24"/>
        </w:rPr>
        <w:t>$300–$700/month (standard monthly plan)</w:t>
      </w:r>
    </w:p>
    <w:p w14:paraId="4FC9E18E" w14:textId="77777777" w:rsidR="001A5159" w:rsidRDefault="00000000">
      <w:r>
        <w:rPr>
          <w:rFonts w:ascii="Garamond" w:hAnsi="Garamond"/>
          <w:sz w:val="24"/>
        </w:rPr>
        <w:t>$500–$1,200/month (multi-platform posting)</w:t>
      </w:r>
    </w:p>
    <w:p w14:paraId="0EDED417" w14:textId="77777777" w:rsidR="001A5159" w:rsidRDefault="00000000">
      <w:r>
        <w:rPr>
          <w:rFonts w:ascii="Garamond" w:hAnsi="Garamond"/>
          <w:sz w:val="24"/>
        </w:rPr>
        <w:t>Pro:</w:t>
      </w:r>
    </w:p>
    <w:p w14:paraId="157B1F1F" w14:textId="77777777" w:rsidR="001A5159" w:rsidRDefault="00000000">
      <w:r>
        <w:rPr>
          <w:rFonts w:ascii="Garamond" w:hAnsi="Garamond"/>
          <w:sz w:val="24"/>
        </w:rPr>
        <w:t>$1,200–$3,500/month full SMM</w:t>
      </w:r>
    </w:p>
    <w:p w14:paraId="2F65948C" w14:textId="77777777" w:rsidR="001A5159" w:rsidRDefault="00000000">
      <w:r>
        <w:rPr>
          <w:rFonts w:ascii="Garamond" w:hAnsi="Garamond"/>
          <w:sz w:val="24"/>
        </w:rPr>
        <w:t>$5,000+/month multi-brand package</w:t>
      </w:r>
    </w:p>
    <w:p w14:paraId="67007FBF" w14:textId="77777777" w:rsidR="001A5159" w:rsidRDefault="00000000">
      <w:r>
        <w:rPr>
          <w:rFonts w:ascii="Garamond" w:hAnsi="Garamond"/>
          <w:sz w:val="24"/>
        </w:rPr>
        <w:t>$10k/month agency model</w:t>
      </w:r>
    </w:p>
    <w:p w14:paraId="1931A7C4" w14:textId="77777777" w:rsidR="001A5159" w:rsidRDefault="00000000">
      <w:r>
        <w:rPr>
          <w:rFonts w:ascii="Garamond" w:hAnsi="Garamond"/>
          <w:sz w:val="24"/>
        </w:rPr>
        <w:t>This blueprint is one of the best for predictable recurring income.</w:t>
      </w:r>
    </w:p>
    <w:p w14:paraId="20FDDAD4" w14:textId="77777777" w:rsidR="001A5159" w:rsidRDefault="001A5159"/>
    <w:p w14:paraId="45C0BB93" w14:textId="77777777" w:rsidR="001A5159" w:rsidRDefault="00000000">
      <w:r>
        <w:rPr>
          <w:rFonts w:ascii="Garamond" w:hAnsi="Garamond"/>
          <w:sz w:val="24"/>
        </w:rPr>
        <w:t>Pro Accelerators</w:t>
      </w:r>
    </w:p>
    <w:p w14:paraId="0DE8D7F6" w14:textId="77777777" w:rsidR="001A5159" w:rsidRDefault="00000000">
      <w:r>
        <w:rPr>
          <w:rFonts w:ascii="Garamond" w:hAnsi="Garamond"/>
          <w:sz w:val="24"/>
        </w:rPr>
        <w:t xml:space="preserve">add reels </w:t>
      </w:r>
      <w:proofErr w:type="gramStart"/>
      <w:r>
        <w:rPr>
          <w:rFonts w:ascii="Garamond" w:hAnsi="Garamond"/>
          <w:sz w:val="24"/>
        </w:rPr>
        <w:t>editing</w:t>
      </w:r>
      <w:proofErr w:type="gramEnd"/>
    </w:p>
    <w:p w14:paraId="38B1BEE0" w14:textId="77777777" w:rsidR="001A5159" w:rsidRDefault="00000000">
      <w:r>
        <w:rPr>
          <w:rFonts w:ascii="Garamond" w:hAnsi="Garamond"/>
          <w:sz w:val="24"/>
        </w:rPr>
        <w:lastRenderedPageBreak/>
        <w:t xml:space="preserve">add engagement </w:t>
      </w:r>
      <w:proofErr w:type="gramStart"/>
      <w:r>
        <w:rPr>
          <w:rFonts w:ascii="Garamond" w:hAnsi="Garamond"/>
          <w:sz w:val="24"/>
        </w:rPr>
        <w:t>service</w:t>
      </w:r>
      <w:proofErr w:type="gramEnd"/>
    </w:p>
    <w:p w14:paraId="15F46E4B" w14:textId="77777777" w:rsidR="001A5159" w:rsidRDefault="00000000">
      <w:r>
        <w:rPr>
          <w:rFonts w:ascii="Garamond" w:hAnsi="Garamond"/>
          <w:sz w:val="24"/>
        </w:rPr>
        <w:t xml:space="preserve">add influencer </w:t>
      </w:r>
      <w:proofErr w:type="gramStart"/>
      <w:r>
        <w:rPr>
          <w:rFonts w:ascii="Garamond" w:hAnsi="Garamond"/>
          <w:sz w:val="24"/>
        </w:rPr>
        <w:t>outreach</w:t>
      </w:r>
      <w:proofErr w:type="gramEnd"/>
    </w:p>
    <w:p w14:paraId="5D3801B2" w14:textId="77777777" w:rsidR="001A5159" w:rsidRDefault="00000000">
      <w:r>
        <w:rPr>
          <w:rFonts w:ascii="Garamond" w:hAnsi="Garamond"/>
          <w:sz w:val="24"/>
        </w:rPr>
        <w:t xml:space="preserve">add full content </w:t>
      </w:r>
      <w:proofErr w:type="gramStart"/>
      <w:r>
        <w:rPr>
          <w:rFonts w:ascii="Garamond" w:hAnsi="Garamond"/>
          <w:sz w:val="24"/>
        </w:rPr>
        <w:t>repurposing</w:t>
      </w:r>
      <w:proofErr w:type="gramEnd"/>
      <w:r>
        <w:rPr>
          <w:rFonts w:ascii="Garamond" w:hAnsi="Garamond"/>
          <w:sz w:val="24"/>
        </w:rPr>
        <w:t xml:space="preserve"> (Blueprint 27 combo)</w:t>
      </w:r>
    </w:p>
    <w:p w14:paraId="48A5EA52" w14:textId="77777777" w:rsidR="001A5159" w:rsidRDefault="00000000">
      <w:r>
        <w:rPr>
          <w:rFonts w:ascii="Garamond" w:hAnsi="Garamond"/>
          <w:sz w:val="24"/>
        </w:rPr>
        <w:t xml:space="preserve">add lead magnet </w:t>
      </w:r>
      <w:proofErr w:type="gramStart"/>
      <w:r>
        <w:rPr>
          <w:rFonts w:ascii="Garamond" w:hAnsi="Garamond"/>
          <w:sz w:val="24"/>
        </w:rPr>
        <w:t>funnels</w:t>
      </w:r>
      <w:proofErr w:type="gramEnd"/>
    </w:p>
    <w:p w14:paraId="201B31C5" w14:textId="77777777" w:rsidR="001A5159" w:rsidRDefault="00000000">
      <w:r>
        <w:rPr>
          <w:rFonts w:ascii="Garamond" w:hAnsi="Garamond"/>
          <w:sz w:val="24"/>
        </w:rPr>
        <w:t xml:space="preserve">add KPI </w:t>
      </w:r>
      <w:proofErr w:type="gramStart"/>
      <w:r>
        <w:rPr>
          <w:rFonts w:ascii="Garamond" w:hAnsi="Garamond"/>
          <w:sz w:val="24"/>
        </w:rPr>
        <w:t>dashboards</w:t>
      </w:r>
      <w:proofErr w:type="gramEnd"/>
    </w:p>
    <w:p w14:paraId="4E510E35" w14:textId="77777777" w:rsidR="001A5159" w:rsidRDefault="00000000">
      <w:r>
        <w:rPr>
          <w:rFonts w:ascii="Garamond" w:hAnsi="Garamond"/>
          <w:sz w:val="24"/>
        </w:rPr>
        <w:t xml:space="preserve">add paid ad </w:t>
      </w:r>
      <w:proofErr w:type="gramStart"/>
      <w:r>
        <w:rPr>
          <w:rFonts w:ascii="Garamond" w:hAnsi="Garamond"/>
          <w:sz w:val="24"/>
        </w:rPr>
        <w:t>testing</w:t>
      </w:r>
      <w:proofErr w:type="gramEnd"/>
    </w:p>
    <w:p w14:paraId="169AF793" w14:textId="77777777" w:rsidR="001A5159" w:rsidRDefault="00000000">
      <w:r>
        <w:rPr>
          <w:rFonts w:ascii="Garamond" w:hAnsi="Garamond"/>
          <w:sz w:val="24"/>
        </w:rPr>
        <w:t>This multiplies your earning power.</w:t>
      </w:r>
    </w:p>
    <w:p w14:paraId="52188098" w14:textId="77777777" w:rsidR="001A5159" w:rsidRDefault="001A5159"/>
    <w:p w14:paraId="110A17EB" w14:textId="77777777" w:rsidR="001A5159" w:rsidRDefault="00000000">
      <w:r>
        <w:rPr>
          <w:rFonts w:ascii="Garamond" w:hAnsi="Garamond"/>
          <w:sz w:val="24"/>
        </w:rPr>
        <w:t>MICRO CASE STUDY — BLUEPRINT TWENTY-EIGHT</w:t>
      </w:r>
    </w:p>
    <w:p w14:paraId="4B445DE6" w14:textId="77777777" w:rsidR="001A5159" w:rsidRDefault="00000000">
      <w:r>
        <w:rPr>
          <w:rFonts w:ascii="Garamond" w:hAnsi="Garamond"/>
          <w:sz w:val="24"/>
        </w:rPr>
        <w:t>Case Study: 22-Year-Old Beginner Earns $2,400/Month Managing Social Media With AI</w:t>
      </w:r>
    </w:p>
    <w:p w14:paraId="18D31DFE" w14:textId="77777777" w:rsidR="001A5159" w:rsidRDefault="00000000">
      <w:r>
        <w:rPr>
          <w:rFonts w:ascii="Garamond" w:hAnsi="Garamond"/>
          <w:sz w:val="24"/>
        </w:rPr>
        <w:t>Alyssa had just graduated and couldn’t find a job.</w:t>
      </w:r>
    </w:p>
    <w:p w14:paraId="76326027" w14:textId="77777777" w:rsidR="001A5159" w:rsidRDefault="00000000">
      <w:r>
        <w:rPr>
          <w:rFonts w:ascii="Garamond" w:hAnsi="Garamond"/>
          <w:sz w:val="24"/>
        </w:rPr>
        <w:t>She tried Blueprint 28.</w:t>
      </w:r>
    </w:p>
    <w:p w14:paraId="059FB1EE" w14:textId="77777777" w:rsidR="001A5159" w:rsidRDefault="00000000">
      <w:r>
        <w:rPr>
          <w:rFonts w:ascii="Garamond" w:hAnsi="Garamond"/>
          <w:sz w:val="24"/>
        </w:rPr>
        <w:t>She built a tiny portfolio:</w:t>
      </w:r>
    </w:p>
    <w:p w14:paraId="5A79B161" w14:textId="77777777" w:rsidR="001A5159" w:rsidRDefault="00000000">
      <w:r>
        <w:rPr>
          <w:rFonts w:ascii="Garamond" w:hAnsi="Garamond"/>
          <w:sz w:val="24"/>
        </w:rPr>
        <w:t>1 content calendar</w:t>
      </w:r>
    </w:p>
    <w:p w14:paraId="0996BFBE" w14:textId="77777777" w:rsidR="001A5159" w:rsidRDefault="00000000">
      <w:r>
        <w:rPr>
          <w:rFonts w:ascii="Garamond" w:hAnsi="Garamond"/>
          <w:sz w:val="24"/>
        </w:rPr>
        <w:t>6 sample posts</w:t>
      </w:r>
    </w:p>
    <w:p w14:paraId="774685E8" w14:textId="77777777" w:rsidR="001A5159" w:rsidRDefault="00000000">
      <w:r>
        <w:rPr>
          <w:rFonts w:ascii="Garamond" w:hAnsi="Garamond"/>
          <w:sz w:val="24"/>
        </w:rPr>
        <w:t>2 Canva carousels</w:t>
      </w:r>
    </w:p>
    <w:p w14:paraId="678C03B9" w14:textId="77777777" w:rsidR="001A5159" w:rsidRDefault="00000000">
      <w:r>
        <w:rPr>
          <w:rFonts w:ascii="Garamond" w:hAnsi="Garamond"/>
          <w:sz w:val="24"/>
        </w:rPr>
        <w:t>3 short-form scripts</w:t>
      </w:r>
    </w:p>
    <w:p w14:paraId="0177C686" w14:textId="77777777" w:rsidR="001A5159" w:rsidRDefault="00000000">
      <w:r>
        <w:rPr>
          <w:rFonts w:ascii="Garamond" w:hAnsi="Garamond"/>
          <w:sz w:val="24"/>
        </w:rPr>
        <w:t>She posted on Instagram:</w:t>
      </w:r>
    </w:p>
    <w:p w14:paraId="6B07AEE3" w14:textId="77777777" w:rsidR="001A5159" w:rsidRDefault="00000000">
      <w:r>
        <w:rPr>
          <w:rFonts w:ascii="Garamond" w:hAnsi="Garamond"/>
          <w:sz w:val="24"/>
        </w:rPr>
        <w:t>“AI-powered social media management service — I can run your content for your brand.”</w:t>
      </w:r>
    </w:p>
    <w:p w14:paraId="20CD1AC0" w14:textId="77777777" w:rsidR="001A5159" w:rsidRDefault="00000000">
      <w:r>
        <w:rPr>
          <w:rFonts w:ascii="Garamond" w:hAnsi="Garamond"/>
          <w:sz w:val="24"/>
        </w:rPr>
        <w:t>A hairstylist messaged her.</w:t>
      </w:r>
    </w:p>
    <w:p w14:paraId="7788067F" w14:textId="77777777" w:rsidR="001A5159" w:rsidRDefault="00000000">
      <w:r>
        <w:rPr>
          <w:rFonts w:ascii="Garamond" w:hAnsi="Garamond"/>
          <w:sz w:val="24"/>
        </w:rPr>
        <w:t>Alyssa delivered:</w:t>
      </w:r>
    </w:p>
    <w:p w14:paraId="386E32AB" w14:textId="77777777" w:rsidR="001A5159" w:rsidRDefault="00000000">
      <w:r>
        <w:rPr>
          <w:rFonts w:ascii="Garamond" w:hAnsi="Garamond"/>
          <w:sz w:val="24"/>
        </w:rPr>
        <w:t>12 posts/month</w:t>
      </w:r>
    </w:p>
    <w:p w14:paraId="769A9FC3" w14:textId="77777777" w:rsidR="001A5159" w:rsidRDefault="00000000">
      <w:r>
        <w:rPr>
          <w:rFonts w:ascii="Garamond" w:hAnsi="Garamond"/>
          <w:sz w:val="24"/>
        </w:rPr>
        <w:t>4 reels scripts</w:t>
      </w:r>
    </w:p>
    <w:p w14:paraId="24EFED49" w14:textId="77777777" w:rsidR="001A5159" w:rsidRDefault="00000000">
      <w:r>
        <w:rPr>
          <w:rFonts w:ascii="Garamond" w:hAnsi="Garamond"/>
          <w:sz w:val="24"/>
        </w:rPr>
        <w:t>monthly calendar</w:t>
      </w:r>
    </w:p>
    <w:p w14:paraId="236EBD4C" w14:textId="77777777" w:rsidR="001A5159" w:rsidRDefault="00000000">
      <w:r>
        <w:rPr>
          <w:rFonts w:ascii="Garamond" w:hAnsi="Garamond"/>
          <w:sz w:val="24"/>
        </w:rPr>
        <w:t>Retainer: $350/month</w:t>
      </w:r>
    </w:p>
    <w:p w14:paraId="6A60D3CA" w14:textId="77777777" w:rsidR="001A5159" w:rsidRDefault="00000000">
      <w:r>
        <w:rPr>
          <w:rFonts w:ascii="Garamond" w:hAnsi="Garamond"/>
          <w:sz w:val="24"/>
        </w:rPr>
        <w:lastRenderedPageBreak/>
        <w:t>Then a fitness coach hired her:</w:t>
      </w:r>
      <w:r>
        <w:rPr>
          <w:rFonts w:ascii="Garamond" w:hAnsi="Garamond"/>
          <w:sz w:val="24"/>
        </w:rPr>
        <w:br/>
        <w:t>$600/</w:t>
      </w:r>
      <w:proofErr w:type="gramStart"/>
      <w:r>
        <w:rPr>
          <w:rFonts w:ascii="Garamond" w:hAnsi="Garamond"/>
          <w:sz w:val="24"/>
        </w:rPr>
        <w:t>month</w:t>
      </w:r>
      <w:proofErr w:type="gramEnd"/>
    </w:p>
    <w:p w14:paraId="1FA9DBA7" w14:textId="77777777" w:rsidR="001A5159" w:rsidRDefault="00000000">
      <w:r>
        <w:rPr>
          <w:rFonts w:ascii="Garamond" w:hAnsi="Garamond"/>
          <w:sz w:val="24"/>
        </w:rPr>
        <w:t>Then a real estate agent:</w:t>
      </w:r>
      <w:r>
        <w:rPr>
          <w:rFonts w:ascii="Garamond" w:hAnsi="Garamond"/>
          <w:sz w:val="24"/>
        </w:rPr>
        <w:br/>
        <w:t>$850/month</w:t>
      </w:r>
    </w:p>
    <w:p w14:paraId="525C6564" w14:textId="77777777" w:rsidR="001A5159" w:rsidRDefault="00000000">
      <w:r>
        <w:rPr>
          <w:rFonts w:ascii="Garamond" w:hAnsi="Garamond"/>
          <w:sz w:val="24"/>
        </w:rPr>
        <w:t>Then a boutique clothing store:</w:t>
      </w:r>
      <w:r>
        <w:rPr>
          <w:rFonts w:ascii="Garamond" w:hAnsi="Garamond"/>
          <w:sz w:val="24"/>
        </w:rPr>
        <w:br/>
        <w:t>$600/month</w:t>
      </w:r>
    </w:p>
    <w:p w14:paraId="3DAA915C" w14:textId="77777777" w:rsidR="001A5159" w:rsidRDefault="00000000">
      <w:r>
        <w:rPr>
          <w:rFonts w:ascii="Garamond" w:hAnsi="Garamond"/>
          <w:sz w:val="24"/>
        </w:rPr>
        <w:t>Total monthly recurring:</w:t>
      </w:r>
      <w:r>
        <w:rPr>
          <w:rFonts w:ascii="Garamond" w:hAnsi="Garamond"/>
          <w:sz w:val="24"/>
        </w:rPr>
        <w:br/>
        <w:t>$2,400/month</w:t>
      </w:r>
    </w:p>
    <w:p w14:paraId="53973CB4" w14:textId="77777777" w:rsidR="001A5159" w:rsidRDefault="00000000">
      <w:r>
        <w:rPr>
          <w:rFonts w:ascii="Garamond" w:hAnsi="Garamond"/>
          <w:sz w:val="24"/>
        </w:rPr>
        <w:t>Her message:</w:t>
      </w:r>
    </w:p>
    <w:p w14:paraId="6C00ADC3" w14:textId="77777777" w:rsidR="001A5159" w:rsidRDefault="00000000">
      <w:r>
        <w:rPr>
          <w:rFonts w:ascii="Garamond" w:hAnsi="Garamond"/>
          <w:sz w:val="24"/>
        </w:rPr>
        <w:t>“AI didn’t replace social media managers… it made me a more powerful one.”</w:t>
      </w:r>
    </w:p>
    <w:p w14:paraId="71171303" w14:textId="77777777" w:rsidR="001A5159" w:rsidRPr="0063351A" w:rsidRDefault="00000000" w:rsidP="0063351A">
      <w:pPr>
        <w:rPr>
          <w:sz w:val="24"/>
          <w:szCs w:val="24"/>
        </w:rPr>
      </w:pPr>
      <w:r w:rsidRPr="0063351A">
        <w:rPr>
          <w:rFonts w:ascii="Garamond" w:hAnsi="Garamond"/>
          <w:b/>
          <w:sz w:val="24"/>
          <w:szCs w:val="24"/>
        </w:rPr>
        <w:t>Blueprint 28 is one of the easiest and fastest ways to build recurring income.</w:t>
      </w:r>
    </w:p>
    <w:p w14:paraId="44865893" w14:textId="77777777" w:rsidR="00673185" w:rsidRDefault="00673185">
      <w:pPr>
        <w:sectPr w:rsidR="00673185" w:rsidSect="00034616">
          <w:pgSz w:w="12240" w:h="15840"/>
          <w:pgMar w:top="1440" w:right="1800" w:bottom="1440" w:left="1800" w:header="720" w:footer="720" w:gutter="0"/>
          <w:cols w:space="720"/>
          <w:docGrid w:linePitch="360"/>
        </w:sectPr>
      </w:pPr>
    </w:p>
    <w:p w14:paraId="1D415FFD" w14:textId="77777777" w:rsidR="001A5159" w:rsidRDefault="001A5159"/>
    <w:p w14:paraId="700C3729" w14:textId="77777777" w:rsidR="001A5159" w:rsidRPr="0063351A" w:rsidRDefault="00000000" w:rsidP="0063351A">
      <w:pPr>
        <w:pStyle w:val="Heading1"/>
        <w:rPr>
          <w:rFonts w:ascii="Garamond" w:hAnsi="Garamond"/>
          <w:color w:val="auto"/>
          <w:sz w:val="40"/>
          <w:szCs w:val="40"/>
        </w:rPr>
      </w:pPr>
      <w:bookmarkStart w:id="63" w:name="_Toc214830359"/>
      <w:r w:rsidRPr="0063351A">
        <w:rPr>
          <w:rFonts w:ascii="Garamond" w:hAnsi="Garamond"/>
          <w:color w:val="auto"/>
          <w:sz w:val="40"/>
          <w:szCs w:val="40"/>
        </w:rPr>
        <w:t>BLUEPRINT TWENTY-NINE — AI CANVA TEMPLATE PACKS BUSINESS</w:t>
      </w:r>
      <w:bookmarkEnd w:id="63"/>
    </w:p>
    <w:p w14:paraId="1FAD2053" w14:textId="77777777" w:rsidR="001A5159" w:rsidRPr="0063351A" w:rsidRDefault="00000000" w:rsidP="0063351A">
      <w:pPr>
        <w:pStyle w:val="Heading2"/>
        <w:rPr>
          <w:rFonts w:ascii="Garamond" w:hAnsi="Garamond"/>
          <w:color w:val="auto"/>
          <w:sz w:val="28"/>
          <w:szCs w:val="28"/>
        </w:rPr>
      </w:pPr>
      <w:bookmarkStart w:id="64" w:name="_Toc214830360"/>
      <w:r w:rsidRPr="0063351A">
        <w:rPr>
          <w:rFonts w:ascii="Garamond" w:hAnsi="Garamond"/>
          <w:color w:val="auto"/>
          <w:sz w:val="28"/>
          <w:szCs w:val="28"/>
        </w:rPr>
        <w:t xml:space="preserve">(The Blueprint That Turns AI + Canva </w:t>
      </w:r>
      <w:proofErr w:type="gramStart"/>
      <w:r w:rsidRPr="0063351A">
        <w:rPr>
          <w:rFonts w:ascii="Garamond" w:hAnsi="Garamond"/>
          <w:color w:val="auto"/>
          <w:sz w:val="28"/>
          <w:szCs w:val="28"/>
        </w:rPr>
        <w:t>Into</w:t>
      </w:r>
      <w:proofErr w:type="gramEnd"/>
      <w:r w:rsidRPr="0063351A">
        <w:rPr>
          <w:rFonts w:ascii="Garamond" w:hAnsi="Garamond"/>
          <w:color w:val="auto"/>
          <w:sz w:val="28"/>
          <w:szCs w:val="28"/>
        </w:rPr>
        <w:t xml:space="preserve"> a Scalable Digital Product Empire — With Unlimited Niche Options)</w:t>
      </w:r>
      <w:bookmarkEnd w:id="64"/>
    </w:p>
    <w:p w14:paraId="4FBDD084" w14:textId="77777777" w:rsidR="001A5159" w:rsidRDefault="00000000">
      <w:r>
        <w:rPr>
          <w:rFonts w:ascii="Garamond" w:hAnsi="Garamond"/>
          <w:sz w:val="24"/>
        </w:rPr>
        <w:t>Canva templates are one of the easiest, fastest, and most beginner-friendly digital income streams.</w:t>
      </w:r>
    </w:p>
    <w:p w14:paraId="3FF532EB" w14:textId="77777777" w:rsidR="001A5159" w:rsidRDefault="00000000">
      <w:r>
        <w:rPr>
          <w:rFonts w:ascii="Garamond" w:hAnsi="Garamond"/>
          <w:sz w:val="24"/>
        </w:rPr>
        <w:t>Why?</w:t>
      </w:r>
    </w:p>
    <w:p w14:paraId="3CAF287B" w14:textId="77777777" w:rsidR="001A5159" w:rsidRDefault="00000000">
      <w:r>
        <w:rPr>
          <w:rFonts w:ascii="Garamond" w:hAnsi="Garamond"/>
          <w:sz w:val="24"/>
        </w:rPr>
        <w:t>Because templates:</w:t>
      </w:r>
    </w:p>
    <w:p w14:paraId="26B0B89F" w14:textId="77777777" w:rsidR="001A5159" w:rsidRDefault="00000000">
      <w:proofErr w:type="gramStart"/>
      <w:r>
        <w:rPr>
          <w:rFonts w:ascii="Garamond" w:hAnsi="Garamond"/>
          <w:sz w:val="24"/>
        </w:rPr>
        <w:t>solve</w:t>
      </w:r>
      <w:proofErr w:type="gramEnd"/>
      <w:r>
        <w:rPr>
          <w:rFonts w:ascii="Garamond" w:hAnsi="Garamond"/>
          <w:sz w:val="24"/>
        </w:rPr>
        <w:t xml:space="preserve"> real </w:t>
      </w:r>
      <w:proofErr w:type="gramStart"/>
      <w:r>
        <w:rPr>
          <w:rFonts w:ascii="Garamond" w:hAnsi="Garamond"/>
          <w:sz w:val="24"/>
        </w:rPr>
        <w:t>problems</w:t>
      </w:r>
      <w:proofErr w:type="gramEnd"/>
    </w:p>
    <w:p w14:paraId="64A77F9B" w14:textId="77777777" w:rsidR="001A5159" w:rsidRDefault="00000000">
      <w:r>
        <w:rPr>
          <w:rFonts w:ascii="Garamond" w:hAnsi="Garamond"/>
          <w:sz w:val="24"/>
        </w:rPr>
        <w:t xml:space="preserve">save people </w:t>
      </w:r>
      <w:proofErr w:type="gramStart"/>
      <w:r>
        <w:rPr>
          <w:rFonts w:ascii="Garamond" w:hAnsi="Garamond"/>
          <w:sz w:val="24"/>
        </w:rPr>
        <w:t>time</w:t>
      </w:r>
      <w:proofErr w:type="gramEnd"/>
    </w:p>
    <w:p w14:paraId="08D740F8" w14:textId="77777777" w:rsidR="001A5159" w:rsidRDefault="00000000">
      <w:r>
        <w:rPr>
          <w:rFonts w:ascii="Garamond" w:hAnsi="Garamond"/>
          <w:sz w:val="24"/>
        </w:rPr>
        <w:t xml:space="preserve">look </w:t>
      </w:r>
      <w:proofErr w:type="gramStart"/>
      <w:r>
        <w:rPr>
          <w:rFonts w:ascii="Garamond" w:hAnsi="Garamond"/>
          <w:sz w:val="24"/>
        </w:rPr>
        <w:t>professional</w:t>
      </w:r>
      <w:proofErr w:type="gramEnd"/>
    </w:p>
    <w:p w14:paraId="44E40D89" w14:textId="77777777" w:rsidR="001A5159" w:rsidRDefault="00000000">
      <w:r>
        <w:rPr>
          <w:rFonts w:ascii="Garamond" w:hAnsi="Garamond"/>
          <w:sz w:val="24"/>
        </w:rPr>
        <w:t xml:space="preserve">sell extremely </w:t>
      </w:r>
      <w:proofErr w:type="gramStart"/>
      <w:r>
        <w:rPr>
          <w:rFonts w:ascii="Garamond" w:hAnsi="Garamond"/>
          <w:sz w:val="24"/>
        </w:rPr>
        <w:t>well</w:t>
      </w:r>
      <w:proofErr w:type="gramEnd"/>
    </w:p>
    <w:p w14:paraId="7BE81762" w14:textId="77777777" w:rsidR="001A5159" w:rsidRDefault="00000000">
      <w:r>
        <w:rPr>
          <w:rFonts w:ascii="Garamond" w:hAnsi="Garamond"/>
          <w:sz w:val="24"/>
        </w:rPr>
        <w:t xml:space="preserve">require no </w:t>
      </w:r>
      <w:proofErr w:type="gramStart"/>
      <w:r>
        <w:rPr>
          <w:rFonts w:ascii="Garamond" w:hAnsi="Garamond"/>
          <w:sz w:val="24"/>
        </w:rPr>
        <w:t>coding</w:t>
      </w:r>
      <w:proofErr w:type="gramEnd"/>
    </w:p>
    <w:p w14:paraId="11D609E8" w14:textId="77777777" w:rsidR="001A5159" w:rsidRDefault="00000000">
      <w:r>
        <w:rPr>
          <w:rFonts w:ascii="Garamond" w:hAnsi="Garamond"/>
          <w:sz w:val="24"/>
        </w:rPr>
        <w:t xml:space="preserve">are easy to </w:t>
      </w:r>
      <w:proofErr w:type="gramStart"/>
      <w:r>
        <w:rPr>
          <w:rFonts w:ascii="Garamond" w:hAnsi="Garamond"/>
          <w:sz w:val="24"/>
        </w:rPr>
        <w:t>scale</w:t>
      </w:r>
      <w:proofErr w:type="gramEnd"/>
    </w:p>
    <w:p w14:paraId="5B46D422" w14:textId="77777777" w:rsidR="001A5159" w:rsidRDefault="00000000">
      <w:r>
        <w:rPr>
          <w:rFonts w:ascii="Garamond" w:hAnsi="Garamond"/>
          <w:sz w:val="24"/>
        </w:rPr>
        <w:t xml:space="preserve">can become bundles, packs, and </w:t>
      </w:r>
      <w:proofErr w:type="gramStart"/>
      <w:r>
        <w:rPr>
          <w:rFonts w:ascii="Garamond" w:hAnsi="Garamond"/>
          <w:sz w:val="24"/>
        </w:rPr>
        <w:t>shops</w:t>
      </w:r>
      <w:proofErr w:type="gramEnd"/>
    </w:p>
    <w:p w14:paraId="474507CC" w14:textId="77777777" w:rsidR="001A5159" w:rsidRDefault="00000000">
      <w:r>
        <w:rPr>
          <w:rFonts w:ascii="Garamond" w:hAnsi="Garamond"/>
          <w:sz w:val="24"/>
        </w:rPr>
        <w:t>work in ANY niche</w:t>
      </w:r>
    </w:p>
    <w:p w14:paraId="3E490915" w14:textId="77777777" w:rsidR="001A5159" w:rsidRDefault="00000000">
      <w:r>
        <w:rPr>
          <w:rFonts w:ascii="Garamond" w:hAnsi="Garamond"/>
          <w:sz w:val="24"/>
        </w:rPr>
        <w:t>And with AI, you don’t need design experience.</w:t>
      </w:r>
      <w:r>
        <w:rPr>
          <w:rFonts w:ascii="Garamond" w:hAnsi="Garamond"/>
          <w:sz w:val="24"/>
        </w:rPr>
        <w:br/>
        <w:t>You don’t need niche expertise.</w:t>
      </w:r>
      <w:r>
        <w:rPr>
          <w:rFonts w:ascii="Garamond" w:hAnsi="Garamond"/>
          <w:sz w:val="24"/>
        </w:rPr>
        <w:br/>
        <w:t>You don’t need to guess what sells.</w:t>
      </w:r>
    </w:p>
    <w:p w14:paraId="12EE3AA8" w14:textId="77777777" w:rsidR="001A5159" w:rsidRDefault="00000000">
      <w:r>
        <w:rPr>
          <w:rFonts w:ascii="Garamond" w:hAnsi="Garamond"/>
          <w:sz w:val="24"/>
        </w:rPr>
        <w:t xml:space="preserve">This blueprint transforms you into a template creation studio that can produce digital </w:t>
      </w:r>
      <w:proofErr w:type="gramStart"/>
      <w:r>
        <w:rPr>
          <w:rFonts w:ascii="Garamond" w:hAnsi="Garamond"/>
          <w:sz w:val="24"/>
        </w:rPr>
        <w:t>assets at</w:t>
      </w:r>
      <w:proofErr w:type="gramEnd"/>
      <w:r>
        <w:rPr>
          <w:rFonts w:ascii="Garamond" w:hAnsi="Garamond"/>
          <w:sz w:val="24"/>
        </w:rPr>
        <w:t xml:space="preserve"> scale.</w:t>
      </w:r>
    </w:p>
    <w:p w14:paraId="584CF235" w14:textId="77777777" w:rsidR="001A5159" w:rsidRDefault="00000000">
      <w:r>
        <w:rPr>
          <w:rFonts w:ascii="Garamond" w:hAnsi="Garamond"/>
          <w:sz w:val="24"/>
        </w:rPr>
        <w:t>This blueprint is especially powerful for Etsy, Gumroad, Shopify, Fiverr, and personal brand stores.</w:t>
      </w:r>
    </w:p>
    <w:p w14:paraId="1AF4B76B" w14:textId="77777777" w:rsidR="001A5159" w:rsidRDefault="001A5159"/>
    <w:p w14:paraId="392D4762" w14:textId="77777777" w:rsidR="001A5159" w:rsidRDefault="00000000">
      <w:r>
        <w:rPr>
          <w:rFonts w:ascii="Garamond" w:hAnsi="Garamond"/>
          <w:sz w:val="24"/>
        </w:rPr>
        <w:t>Why This Blueprint Works</w:t>
      </w:r>
    </w:p>
    <w:p w14:paraId="19184755" w14:textId="77777777" w:rsidR="001A5159" w:rsidRDefault="00000000">
      <w:r>
        <w:rPr>
          <w:rFonts w:ascii="Garamond" w:hAnsi="Garamond"/>
          <w:sz w:val="24"/>
        </w:rPr>
        <w:t>People buy templates because:</w:t>
      </w:r>
    </w:p>
    <w:p w14:paraId="53753B5B" w14:textId="77777777" w:rsidR="001A5159" w:rsidRDefault="00000000">
      <w:proofErr w:type="gramStart"/>
      <w:r>
        <w:rPr>
          <w:rFonts w:ascii="Garamond" w:hAnsi="Garamond"/>
          <w:sz w:val="24"/>
        </w:rPr>
        <w:lastRenderedPageBreak/>
        <w:t>they</w:t>
      </w:r>
      <w:proofErr w:type="gramEnd"/>
      <w:r>
        <w:rPr>
          <w:rFonts w:ascii="Garamond" w:hAnsi="Garamond"/>
          <w:sz w:val="24"/>
        </w:rPr>
        <w:t xml:space="preserve"> don’t want to </w:t>
      </w:r>
      <w:proofErr w:type="gramStart"/>
      <w:r>
        <w:rPr>
          <w:rFonts w:ascii="Garamond" w:hAnsi="Garamond"/>
          <w:sz w:val="24"/>
        </w:rPr>
        <w:t>design</w:t>
      </w:r>
      <w:proofErr w:type="gramEnd"/>
    </w:p>
    <w:p w14:paraId="5372E3BB" w14:textId="77777777" w:rsidR="001A5159" w:rsidRDefault="00000000">
      <w:proofErr w:type="gramStart"/>
      <w:r>
        <w:rPr>
          <w:rFonts w:ascii="Garamond" w:hAnsi="Garamond"/>
          <w:sz w:val="24"/>
        </w:rPr>
        <w:t>they</w:t>
      </w:r>
      <w:proofErr w:type="gramEnd"/>
      <w:r>
        <w:rPr>
          <w:rFonts w:ascii="Garamond" w:hAnsi="Garamond"/>
          <w:sz w:val="24"/>
        </w:rPr>
        <w:t xml:space="preserve"> don’t know how to </w:t>
      </w:r>
      <w:proofErr w:type="gramStart"/>
      <w:r>
        <w:rPr>
          <w:rFonts w:ascii="Garamond" w:hAnsi="Garamond"/>
          <w:sz w:val="24"/>
        </w:rPr>
        <w:t>design</w:t>
      </w:r>
      <w:proofErr w:type="gramEnd"/>
    </w:p>
    <w:p w14:paraId="79975652" w14:textId="77777777" w:rsidR="001A5159" w:rsidRDefault="00000000">
      <w:r>
        <w:rPr>
          <w:rFonts w:ascii="Garamond" w:hAnsi="Garamond"/>
          <w:sz w:val="24"/>
        </w:rPr>
        <w:t xml:space="preserve">they don’t have time to </w:t>
      </w:r>
      <w:proofErr w:type="gramStart"/>
      <w:r>
        <w:rPr>
          <w:rFonts w:ascii="Garamond" w:hAnsi="Garamond"/>
          <w:sz w:val="24"/>
        </w:rPr>
        <w:t>design</w:t>
      </w:r>
      <w:proofErr w:type="gramEnd"/>
    </w:p>
    <w:p w14:paraId="3DD77C61" w14:textId="77777777" w:rsidR="001A5159" w:rsidRDefault="00000000">
      <w:r>
        <w:rPr>
          <w:rFonts w:ascii="Garamond" w:hAnsi="Garamond"/>
          <w:sz w:val="24"/>
        </w:rPr>
        <w:t>Creators, small businesses, influencers, and coaches all need:</w:t>
      </w:r>
    </w:p>
    <w:p w14:paraId="0ECB60FE" w14:textId="77777777" w:rsidR="001A5159" w:rsidRDefault="00000000">
      <w:r>
        <w:rPr>
          <w:rFonts w:ascii="Garamond" w:hAnsi="Garamond"/>
          <w:sz w:val="24"/>
        </w:rPr>
        <w:t>planners</w:t>
      </w:r>
    </w:p>
    <w:p w14:paraId="2B54BC41" w14:textId="77777777" w:rsidR="001A5159" w:rsidRDefault="00000000">
      <w:r>
        <w:rPr>
          <w:rFonts w:ascii="Garamond" w:hAnsi="Garamond"/>
          <w:sz w:val="24"/>
        </w:rPr>
        <w:t>social media packs</w:t>
      </w:r>
    </w:p>
    <w:p w14:paraId="6CC6C421" w14:textId="77777777" w:rsidR="001A5159" w:rsidRDefault="00000000">
      <w:r>
        <w:rPr>
          <w:rFonts w:ascii="Garamond" w:hAnsi="Garamond"/>
          <w:sz w:val="24"/>
        </w:rPr>
        <w:t>ebook layouts</w:t>
      </w:r>
    </w:p>
    <w:p w14:paraId="205F20DF" w14:textId="77777777" w:rsidR="001A5159" w:rsidRDefault="00000000">
      <w:r>
        <w:rPr>
          <w:rFonts w:ascii="Garamond" w:hAnsi="Garamond"/>
          <w:sz w:val="24"/>
        </w:rPr>
        <w:t>real estate templates</w:t>
      </w:r>
    </w:p>
    <w:p w14:paraId="7C7CE0A7" w14:textId="77777777" w:rsidR="001A5159" w:rsidRDefault="00000000">
      <w:r>
        <w:rPr>
          <w:rFonts w:ascii="Garamond" w:hAnsi="Garamond"/>
          <w:sz w:val="24"/>
        </w:rPr>
        <w:t>fitness templates</w:t>
      </w:r>
    </w:p>
    <w:p w14:paraId="5DC3581C" w14:textId="77777777" w:rsidR="001A5159" w:rsidRDefault="00000000">
      <w:r>
        <w:rPr>
          <w:rFonts w:ascii="Garamond" w:hAnsi="Garamond"/>
          <w:sz w:val="24"/>
        </w:rPr>
        <w:t>business bundles</w:t>
      </w:r>
    </w:p>
    <w:p w14:paraId="2A180450" w14:textId="77777777" w:rsidR="001A5159" w:rsidRDefault="00000000">
      <w:r>
        <w:rPr>
          <w:rFonts w:ascii="Garamond" w:hAnsi="Garamond"/>
          <w:sz w:val="24"/>
        </w:rPr>
        <w:t>wedding templates</w:t>
      </w:r>
    </w:p>
    <w:p w14:paraId="766A383E" w14:textId="77777777" w:rsidR="001A5159" w:rsidRDefault="00000000">
      <w:r>
        <w:rPr>
          <w:rFonts w:ascii="Garamond" w:hAnsi="Garamond"/>
          <w:sz w:val="24"/>
        </w:rPr>
        <w:t>teacher worksheets</w:t>
      </w:r>
    </w:p>
    <w:p w14:paraId="63FC91CA" w14:textId="77777777" w:rsidR="001A5159" w:rsidRDefault="00000000">
      <w:r>
        <w:rPr>
          <w:rFonts w:ascii="Garamond" w:hAnsi="Garamond"/>
          <w:sz w:val="24"/>
        </w:rPr>
        <w:t>financial planners</w:t>
      </w:r>
    </w:p>
    <w:p w14:paraId="6B71E88B" w14:textId="77777777" w:rsidR="001A5159" w:rsidRDefault="00000000">
      <w:r>
        <w:rPr>
          <w:rFonts w:ascii="Garamond" w:hAnsi="Garamond"/>
          <w:sz w:val="24"/>
        </w:rPr>
        <w:t>resume designs</w:t>
      </w:r>
    </w:p>
    <w:p w14:paraId="0BF3077F" w14:textId="77777777" w:rsidR="001A5159" w:rsidRDefault="00000000">
      <w:r>
        <w:rPr>
          <w:rFonts w:ascii="Garamond" w:hAnsi="Garamond"/>
          <w:sz w:val="24"/>
        </w:rPr>
        <w:t>presentations</w:t>
      </w:r>
    </w:p>
    <w:p w14:paraId="0573554D" w14:textId="77777777" w:rsidR="001A5159" w:rsidRDefault="00000000">
      <w:r>
        <w:rPr>
          <w:rFonts w:ascii="Garamond" w:hAnsi="Garamond"/>
          <w:sz w:val="24"/>
        </w:rPr>
        <w:t>AI handles:</w:t>
      </w:r>
    </w:p>
    <w:p w14:paraId="349C2D5C" w14:textId="77777777" w:rsidR="001A5159" w:rsidRDefault="00000000">
      <w:r>
        <w:rPr>
          <w:rFonts w:ascii="Garamond" w:hAnsi="Garamond"/>
          <w:sz w:val="24"/>
        </w:rPr>
        <w:t>market research</w:t>
      </w:r>
    </w:p>
    <w:p w14:paraId="6684F9B6" w14:textId="77777777" w:rsidR="001A5159" w:rsidRDefault="00000000">
      <w:r>
        <w:rPr>
          <w:rFonts w:ascii="Garamond" w:hAnsi="Garamond"/>
          <w:sz w:val="24"/>
        </w:rPr>
        <w:t>trending niche identification</w:t>
      </w:r>
    </w:p>
    <w:p w14:paraId="166CAC69" w14:textId="77777777" w:rsidR="001A5159" w:rsidRDefault="00000000">
      <w:r>
        <w:rPr>
          <w:rFonts w:ascii="Garamond" w:hAnsi="Garamond"/>
          <w:sz w:val="24"/>
        </w:rPr>
        <w:t>template outlines</w:t>
      </w:r>
    </w:p>
    <w:p w14:paraId="621F0432" w14:textId="77777777" w:rsidR="001A5159" w:rsidRDefault="00000000">
      <w:r>
        <w:rPr>
          <w:rFonts w:ascii="Garamond" w:hAnsi="Garamond"/>
          <w:sz w:val="24"/>
        </w:rPr>
        <w:t xml:space="preserve">written copy inside </w:t>
      </w:r>
      <w:proofErr w:type="gramStart"/>
      <w:r>
        <w:rPr>
          <w:rFonts w:ascii="Garamond" w:hAnsi="Garamond"/>
          <w:sz w:val="24"/>
        </w:rPr>
        <w:t>templates</w:t>
      </w:r>
      <w:proofErr w:type="gramEnd"/>
    </w:p>
    <w:p w14:paraId="5AF0DA03" w14:textId="77777777" w:rsidR="001A5159" w:rsidRDefault="00000000">
      <w:r>
        <w:rPr>
          <w:rFonts w:ascii="Garamond" w:hAnsi="Garamond"/>
          <w:sz w:val="24"/>
        </w:rPr>
        <w:t>color palettes</w:t>
      </w:r>
    </w:p>
    <w:p w14:paraId="64E89BD9" w14:textId="77777777" w:rsidR="001A5159" w:rsidRDefault="00000000">
      <w:r>
        <w:rPr>
          <w:rFonts w:ascii="Garamond" w:hAnsi="Garamond"/>
          <w:sz w:val="24"/>
        </w:rPr>
        <w:t>design direction</w:t>
      </w:r>
    </w:p>
    <w:p w14:paraId="4AAFD036" w14:textId="77777777" w:rsidR="001A5159" w:rsidRDefault="00000000">
      <w:r>
        <w:rPr>
          <w:rFonts w:ascii="Garamond" w:hAnsi="Garamond"/>
          <w:sz w:val="24"/>
        </w:rPr>
        <w:t>You simply assemble and polish in Canva.</w:t>
      </w:r>
    </w:p>
    <w:p w14:paraId="55D39589" w14:textId="77777777" w:rsidR="001A5159" w:rsidRDefault="001A5159"/>
    <w:p w14:paraId="311C9485" w14:textId="77777777" w:rsidR="001A5159" w:rsidRDefault="00000000">
      <w:r>
        <w:rPr>
          <w:rFonts w:ascii="Garamond" w:hAnsi="Garamond"/>
          <w:sz w:val="24"/>
        </w:rPr>
        <w:t>Tools You Need</w:t>
      </w:r>
    </w:p>
    <w:p w14:paraId="307A6D70" w14:textId="77777777" w:rsidR="001A5159" w:rsidRDefault="00000000">
      <w:r>
        <w:rPr>
          <w:rFonts w:ascii="Garamond" w:hAnsi="Garamond"/>
          <w:sz w:val="24"/>
        </w:rPr>
        <w:lastRenderedPageBreak/>
        <w:t>ChatGPT / Claude — niche research, template outlines</w:t>
      </w:r>
      <w:r>
        <w:rPr>
          <w:rFonts w:ascii="Garamond" w:hAnsi="Garamond"/>
          <w:sz w:val="24"/>
        </w:rPr>
        <w:br/>
        <w:t>Canva Pro — templates, layouts, bundles, product mockups</w:t>
      </w:r>
      <w:r>
        <w:rPr>
          <w:rFonts w:ascii="Garamond" w:hAnsi="Garamond"/>
          <w:sz w:val="24"/>
        </w:rPr>
        <w:br/>
        <w:t>Etsy / Gumroad / Creative Market — selling platforms</w:t>
      </w:r>
      <w:r>
        <w:rPr>
          <w:rFonts w:ascii="Garamond" w:hAnsi="Garamond"/>
          <w:sz w:val="24"/>
        </w:rPr>
        <w:br/>
        <w:t>Trello / Notion — product tracking</w:t>
      </w:r>
      <w:r>
        <w:rPr>
          <w:rFonts w:ascii="Garamond" w:hAnsi="Garamond"/>
          <w:sz w:val="24"/>
        </w:rPr>
        <w:br/>
        <w:t xml:space="preserve">EverBee / Alura — Etsy keyword </w:t>
      </w:r>
      <w:proofErr w:type="gramStart"/>
      <w:r>
        <w:rPr>
          <w:rFonts w:ascii="Garamond" w:hAnsi="Garamond"/>
          <w:sz w:val="24"/>
        </w:rPr>
        <w:t>research</w:t>
      </w:r>
      <w:proofErr w:type="gramEnd"/>
    </w:p>
    <w:p w14:paraId="63C5213A" w14:textId="77777777" w:rsidR="001A5159" w:rsidRDefault="00000000">
      <w:r>
        <w:rPr>
          <w:rFonts w:ascii="Garamond" w:hAnsi="Garamond"/>
          <w:sz w:val="24"/>
        </w:rPr>
        <w:t>Optional:</w:t>
      </w:r>
      <w:r>
        <w:rPr>
          <w:rFonts w:ascii="Garamond" w:hAnsi="Garamond"/>
          <w:sz w:val="24"/>
        </w:rPr>
        <w:br/>
        <w:t>Midjourney for unique backgrounds or icons.</w:t>
      </w:r>
    </w:p>
    <w:p w14:paraId="1C98891C" w14:textId="77777777" w:rsidR="001A5159" w:rsidRDefault="001A5159"/>
    <w:p w14:paraId="22D0C540" w14:textId="77777777" w:rsidR="001A5159" w:rsidRDefault="00000000">
      <w:r>
        <w:rPr>
          <w:rFonts w:ascii="Garamond" w:hAnsi="Garamond"/>
          <w:sz w:val="24"/>
        </w:rPr>
        <w:t>What You’ll Offer / Sell</w:t>
      </w:r>
    </w:p>
    <w:p w14:paraId="3E2BE611" w14:textId="77777777" w:rsidR="001A5159" w:rsidRDefault="00000000">
      <w:r>
        <w:rPr>
          <w:rFonts w:ascii="Garamond" w:hAnsi="Garamond"/>
          <w:sz w:val="24"/>
        </w:rPr>
        <w:t>You can create and sell:</w:t>
      </w:r>
    </w:p>
    <w:p w14:paraId="3525EE65" w14:textId="77777777" w:rsidR="001A5159" w:rsidRDefault="00000000">
      <w:r>
        <w:rPr>
          <w:rFonts w:ascii="Garamond" w:hAnsi="Garamond"/>
          <w:sz w:val="24"/>
        </w:rPr>
        <w:t>Template Packs:</w:t>
      </w:r>
    </w:p>
    <w:p w14:paraId="0B3778D4" w14:textId="77777777" w:rsidR="001A5159" w:rsidRDefault="00000000">
      <w:r>
        <w:rPr>
          <w:rFonts w:ascii="Garamond" w:hAnsi="Garamond"/>
          <w:sz w:val="24"/>
        </w:rPr>
        <w:t>social media templates</w:t>
      </w:r>
    </w:p>
    <w:p w14:paraId="6A231236" w14:textId="77777777" w:rsidR="001A5159" w:rsidRDefault="00000000">
      <w:r>
        <w:rPr>
          <w:rFonts w:ascii="Garamond" w:hAnsi="Garamond"/>
          <w:sz w:val="24"/>
        </w:rPr>
        <w:t>Instagram carousels</w:t>
      </w:r>
    </w:p>
    <w:p w14:paraId="5E7EA078" w14:textId="77777777" w:rsidR="001A5159" w:rsidRDefault="00000000">
      <w:r>
        <w:rPr>
          <w:rFonts w:ascii="Garamond" w:hAnsi="Garamond"/>
          <w:sz w:val="24"/>
        </w:rPr>
        <w:t xml:space="preserve">TikTok/Reels </w:t>
      </w:r>
      <w:proofErr w:type="gramStart"/>
      <w:r>
        <w:rPr>
          <w:rFonts w:ascii="Garamond" w:hAnsi="Garamond"/>
          <w:sz w:val="24"/>
        </w:rPr>
        <w:t>covers</w:t>
      </w:r>
      <w:proofErr w:type="gramEnd"/>
    </w:p>
    <w:p w14:paraId="3ADF094A" w14:textId="77777777" w:rsidR="001A5159" w:rsidRDefault="00000000">
      <w:r>
        <w:rPr>
          <w:rFonts w:ascii="Garamond" w:hAnsi="Garamond"/>
          <w:sz w:val="24"/>
        </w:rPr>
        <w:t>Facebook banners</w:t>
      </w:r>
    </w:p>
    <w:p w14:paraId="197432BA" w14:textId="77777777" w:rsidR="001A5159" w:rsidRDefault="00000000">
      <w:r>
        <w:rPr>
          <w:rFonts w:ascii="Garamond" w:hAnsi="Garamond"/>
          <w:sz w:val="24"/>
        </w:rPr>
        <w:t>presentations</w:t>
      </w:r>
    </w:p>
    <w:p w14:paraId="19CAD10E" w14:textId="77777777" w:rsidR="001A5159" w:rsidRDefault="00000000">
      <w:r>
        <w:rPr>
          <w:rFonts w:ascii="Garamond" w:hAnsi="Garamond"/>
          <w:sz w:val="24"/>
        </w:rPr>
        <w:t>Pinterest pins</w:t>
      </w:r>
    </w:p>
    <w:p w14:paraId="14C2C481" w14:textId="77777777" w:rsidR="001A5159" w:rsidRDefault="00000000">
      <w:r>
        <w:rPr>
          <w:rFonts w:ascii="Garamond" w:hAnsi="Garamond"/>
          <w:sz w:val="24"/>
        </w:rPr>
        <w:t>Business Templates:</w:t>
      </w:r>
    </w:p>
    <w:p w14:paraId="0EF9481B" w14:textId="77777777" w:rsidR="001A5159" w:rsidRDefault="00000000">
      <w:r>
        <w:rPr>
          <w:rFonts w:ascii="Garamond" w:hAnsi="Garamond"/>
          <w:sz w:val="24"/>
        </w:rPr>
        <w:t>invoices</w:t>
      </w:r>
    </w:p>
    <w:p w14:paraId="0C4FF2FA" w14:textId="77777777" w:rsidR="001A5159" w:rsidRDefault="00000000">
      <w:r>
        <w:rPr>
          <w:rFonts w:ascii="Garamond" w:hAnsi="Garamond"/>
          <w:sz w:val="24"/>
        </w:rPr>
        <w:t>contracts</w:t>
      </w:r>
    </w:p>
    <w:p w14:paraId="72291904" w14:textId="77777777" w:rsidR="001A5159" w:rsidRDefault="00000000">
      <w:r>
        <w:rPr>
          <w:rFonts w:ascii="Garamond" w:hAnsi="Garamond"/>
          <w:sz w:val="24"/>
        </w:rPr>
        <w:t>brand kits</w:t>
      </w:r>
    </w:p>
    <w:p w14:paraId="2DB19123" w14:textId="77777777" w:rsidR="001A5159" w:rsidRDefault="00000000">
      <w:r>
        <w:rPr>
          <w:rFonts w:ascii="Garamond" w:hAnsi="Garamond"/>
          <w:sz w:val="24"/>
        </w:rPr>
        <w:t>planners</w:t>
      </w:r>
    </w:p>
    <w:p w14:paraId="1019A7BC" w14:textId="77777777" w:rsidR="001A5159" w:rsidRDefault="00000000">
      <w:r>
        <w:rPr>
          <w:rFonts w:ascii="Garamond" w:hAnsi="Garamond"/>
          <w:sz w:val="24"/>
        </w:rPr>
        <w:t>content calendars</w:t>
      </w:r>
    </w:p>
    <w:p w14:paraId="43449DBB" w14:textId="77777777" w:rsidR="001A5159" w:rsidRDefault="00000000">
      <w:r>
        <w:rPr>
          <w:rFonts w:ascii="Garamond" w:hAnsi="Garamond"/>
          <w:sz w:val="24"/>
        </w:rPr>
        <w:t>email templates</w:t>
      </w:r>
    </w:p>
    <w:p w14:paraId="3A63DEE2" w14:textId="77777777" w:rsidR="001A5159" w:rsidRDefault="00000000">
      <w:r>
        <w:rPr>
          <w:rFonts w:ascii="Garamond" w:hAnsi="Garamond"/>
          <w:sz w:val="24"/>
        </w:rPr>
        <w:t>Niche Templates:</w:t>
      </w:r>
    </w:p>
    <w:p w14:paraId="246A56AD" w14:textId="77777777" w:rsidR="001A5159" w:rsidRDefault="00000000">
      <w:r>
        <w:rPr>
          <w:rFonts w:ascii="Garamond" w:hAnsi="Garamond"/>
          <w:sz w:val="24"/>
        </w:rPr>
        <w:t>real estate flyers</w:t>
      </w:r>
    </w:p>
    <w:p w14:paraId="1E8BE4C5" w14:textId="77777777" w:rsidR="001A5159" w:rsidRDefault="00000000">
      <w:r>
        <w:rPr>
          <w:rFonts w:ascii="Garamond" w:hAnsi="Garamond"/>
          <w:sz w:val="24"/>
        </w:rPr>
        <w:t>fitness trackers</w:t>
      </w:r>
    </w:p>
    <w:p w14:paraId="77D41CB3" w14:textId="77777777" w:rsidR="001A5159" w:rsidRDefault="00000000">
      <w:proofErr w:type="gramStart"/>
      <w:r>
        <w:rPr>
          <w:rFonts w:ascii="Garamond" w:hAnsi="Garamond"/>
          <w:sz w:val="24"/>
        </w:rPr>
        <w:lastRenderedPageBreak/>
        <w:t>coaches</w:t>
      </w:r>
      <w:proofErr w:type="gramEnd"/>
      <w:r>
        <w:rPr>
          <w:rFonts w:ascii="Garamond" w:hAnsi="Garamond"/>
          <w:sz w:val="24"/>
        </w:rPr>
        <w:t xml:space="preserve"> worksheets</w:t>
      </w:r>
    </w:p>
    <w:p w14:paraId="1F5DF5A4" w14:textId="77777777" w:rsidR="001A5159" w:rsidRDefault="00000000">
      <w:proofErr w:type="gramStart"/>
      <w:r>
        <w:rPr>
          <w:rFonts w:ascii="Garamond" w:hAnsi="Garamond"/>
          <w:sz w:val="24"/>
        </w:rPr>
        <w:t>teacher lesson plans</w:t>
      </w:r>
      <w:proofErr w:type="gramEnd"/>
    </w:p>
    <w:p w14:paraId="72A55CBB" w14:textId="77777777" w:rsidR="001A5159" w:rsidRDefault="00000000">
      <w:r>
        <w:rPr>
          <w:rFonts w:ascii="Garamond" w:hAnsi="Garamond"/>
          <w:sz w:val="24"/>
        </w:rPr>
        <w:t>wedding invitations</w:t>
      </w:r>
    </w:p>
    <w:p w14:paraId="4CE36F10" w14:textId="77777777" w:rsidR="001A5159" w:rsidRDefault="00000000">
      <w:r>
        <w:rPr>
          <w:rFonts w:ascii="Garamond" w:hAnsi="Garamond"/>
          <w:sz w:val="24"/>
        </w:rPr>
        <w:t>Digital Product Packs:</w:t>
      </w:r>
    </w:p>
    <w:p w14:paraId="4C289FD7" w14:textId="77777777" w:rsidR="001A5159" w:rsidRDefault="00000000">
      <w:r>
        <w:rPr>
          <w:rFonts w:ascii="Garamond" w:hAnsi="Garamond"/>
          <w:sz w:val="24"/>
        </w:rPr>
        <w:t>bundles</w:t>
      </w:r>
    </w:p>
    <w:p w14:paraId="4D88CB94" w14:textId="77777777" w:rsidR="001A5159" w:rsidRDefault="00000000">
      <w:r>
        <w:rPr>
          <w:rFonts w:ascii="Garamond" w:hAnsi="Garamond"/>
          <w:sz w:val="24"/>
        </w:rPr>
        <w:t>mega-kits</w:t>
      </w:r>
    </w:p>
    <w:p w14:paraId="13F6C9C1" w14:textId="77777777" w:rsidR="001A5159" w:rsidRDefault="00000000">
      <w:r>
        <w:rPr>
          <w:rFonts w:ascii="Garamond" w:hAnsi="Garamond"/>
          <w:sz w:val="24"/>
        </w:rPr>
        <w:t>theme packs</w:t>
      </w:r>
    </w:p>
    <w:p w14:paraId="7DA6B48C" w14:textId="77777777" w:rsidR="001A5159" w:rsidRDefault="00000000">
      <w:r>
        <w:rPr>
          <w:rFonts w:ascii="Garamond" w:hAnsi="Garamond"/>
          <w:sz w:val="24"/>
        </w:rPr>
        <w:t>multi-niche systems</w:t>
      </w:r>
    </w:p>
    <w:p w14:paraId="7F694AFA" w14:textId="77777777" w:rsidR="001A5159" w:rsidRDefault="00000000">
      <w:r>
        <w:rPr>
          <w:rFonts w:ascii="Garamond" w:hAnsi="Garamond"/>
          <w:sz w:val="24"/>
        </w:rPr>
        <w:t>This business scales beautifully.</w:t>
      </w:r>
    </w:p>
    <w:p w14:paraId="056E5D39" w14:textId="77777777" w:rsidR="001A5159" w:rsidRDefault="001A5159"/>
    <w:p w14:paraId="75FB05AE" w14:textId="77777777" w:rsidR="001A5159" w:rsidRDefault="00000000">
      <w:r>
        <w:rPr>
          <w:rFonts w:ascii="Garamond" w:hAnsi="Garamond"/>
          <w:sz w:val="24"/>
        </w:rPr>
        <w:t>AI-Powered Workflow (Step-by-Step)</w:t>
      </w:r>
    </w:p>
    <w:p w14:paraId="3A15EA55" w14:textId="77777777" w:rsidR="001A5159" w:rsidRDefault="00000000">
      <w:r>
        <w:rPr>
          <w:rFonts w:ascii="Garamond" w:hAnsi="Garamond"/>
          <w:sz w:val="24"/>
        </w:rPr>
        <w:t>STEP 1 — Pick a Niche Using AI</w:t>
      </w:r>
    </w:p>
    <w:p w14:paraId="75CB9E1C" w14:textId="77777777" w:rsidR="001A5159" w:rsidRDefault="00000000">
      <w:r>
        <w:rPr>
          <w:rFonts w:ascii="Garamond" w:hAnsi="Garamond"/>
          <w:sz w:val="24"/>
        </w:rPr>
        <w:t>Ask:</w:t>
      </w:r>
    </w:p>
    <w:p w14:paraId="1F7D9335" w14:textId="77777777" w:rsidR="001A5159" w:rsidRDefault="00000000">
      <w:r>
        <w:rPr>
          <w:rFonts w:ascii="Garamond" w:hAnsi="Garamond"/>
          <w:sz w:val="24"/>
        </w:rPr>
        <w:t xml:space="preserve">“What </w:t>
      </w:r>
      <w:proofErr w:type="gramStart"/>
      <w:r>
        <w:rPr>
          <w:rFonts w:ascii="Garamond" w:hAnsi="Garamond"/>
          <w:sz w:val="24"/>
        </w:rPr>
        <w:t>are</w:t>
      </w:r>
      <w:proofErr w:type="gramEnd"/>
      <w:r>
        <w:rPr>
          <w:rFonts w:ascii="Garamond" w:hAnsi="Garamond"/>
          <w:sz w:val="24"/>
        </w:rPr>
        <w:t xml:space="preserve"> the top-selling Canva template niches right now? Rank by demand.”</w:t>
      </w:r>
    </w:p>
    <w:p w14:paraId="2F85159F" w14:textId="77777777" w:rsidR="001A5159" w:rsidRDefault="00000000">
      <w:r>
        <w:rPr>
          <w:rFonts w:ascii="Garamond" w:hAnsi="Garamond"/>
          <w:sz w:val="24"/>
        </w:rPr>
        <w:t>Pick 1–2.</w:t>
      </w:r>
    </w:p>
    <w:p w14:paraId="1F9B4589" w14:textId="77777777" w:rsidR="001A5159" w:rsidRDefault="001A5159"/>
    <w:p w14:paraId="22C76B45" w14:textId="77777777" w:rsidR="001A5159" w:rsidRDefault="00000000">
      <w:r>
        <w:rPr>
          <w:rFonts w:ascii="Garamond" w:hAnsi="Garamond"/>
          <w:sz w:val="24"/>
        </w:rPr>
        <w:t>STEP 2 — Generate Template Ideas</w:t>
      </w:r>
    </w:p>
    <w:p w14:paraId="576AE904" w14:textId="77777777" w:rsidR="001A5159" w:rsidRDefault="00000000">
      <w:r>
        <w:rPr>
          <w:rFonts w:ascii="Garamond" w:hAnsi="Garamond"/>
          <w:sz w:val="24"/>
        </w:rPr>
        <w:t>Ask:</w:t>
      </w:r>
    </w:p>
    <w:p w14:paraId="3B7A2C13" w14:textId="77777777" w:rsidR="001A5159" w:rsidRDefault="00000000">
      <w:r>
        <w:rPr>
          <w:rFonts w:ascii="Garamond" w:hAnsi="Garamond"/>
          <w:sz w:val="24"/>
        </w:rPr>
        <w:t>“Give me 25 template ideas for the market.”</w:t>
      </w:r>
    </w:p>
    <w:p w14:paraId="58F9A4C6" w14:textId="77777777" w:rsidR="001A5159" w:rsidRDefault="001A5159"/>
    <w:p w14:paraId="7C3331E4" w14:textId="77777777" w:rsidR="001A5159" w:rsidRDefault="00000000">
      <w:r>
        <w:rPr>
          <w:rFonts w:ascii="Garamond" w:hAnsi="Garamond"/>
          <w:sz w:val="24"/>
        </w:rPr>
        <w:t>STEP 3 — Create Template Content</w:t>
      </w:r>
    </w:p>
    <w:p w14:paraId="530E0298" w14:textId="77777777" w:rsidR="001A5159" w:rsidRDefault="00000000">
      <w:r>
        <w:rPr>
          <w:rFonts w:ascii="Garamond" w:hAnsi="Garamond"/>
          <w:sz w:val="24"/>
        </w:rPr>
        <w:t>Ask:</w:t>
      </w:r>
    </w:p>
    <w:p w14:paraId="5B866A57" w14:textId="77777777" w:rsidR="001A5159" w:rsidRDefault="00000000">
      <w:r>
        <w:rPr>
          <w:rFonts w:ascii="Garamond" w:hAnsi="Garamond"/>
          <w:sz w:val="24"/>
        </w:rPr>
        <w:t>“Write the copy, text sections, prompts, and instructions for this template.”</w:t>
      </w:r>
    </w:p>
    <w:p w14:paraId="4EAA85BD" w14:textId="77777777" w:rsidR="001A5159" w:rsidRDefault="00000000">
      <w:r>
        <w:rPr>
          <w:rFonts w:ascii="Garamond" w:hAnsi="Garamond"/>
          <w:sz w:val="24"/>
        </w:rPr>
        <w:t>Paste into Canva.</w:t>
      </w:r>
    </w:p>
    <w:p w14:paraId="7ED98058" w14:textId="77777777" w:rsidR="001A5159" w:rsidRDefault="001A5159"/>
    <w:p w14:paraId="791DA441" w14:textId="77777777" w:rsidR="001A5159" w:rsidRDefault="00000000">
      <w:r>
        <w:rPr>
          <w:rFonts w:ascii="Garamond" w:hAnsi="Garamond"/>
          <w:sz w:val="24"/>
        </w:rPr>
        <w:lastRenderedPageBreak/>
        <w:t>STEP 4 — Design With Canva</w:t>
      </w:r>
    </w:p>
    <w:p w14:paraId="01334E39" w14:textId="77777777" w:rsidR="001A5159" w:rsidRDefault="00000000">
      <w:r>
        <w:rPr>
          <w:rFonts w:ascii="Garamond" w:hAnsi="Garamond"/>
          <w:sz w:val="24"/>
        </w:rPr>
        <w:t>Use:</w:t>
      </w:r>
    </w:p>
    <w:p w14:paraId="284C96E2" w14:textId="77777777" w:rsidR="001A5159" w:rsidRDefault="00000000">
      <w:r>
        <w:rPr>
          <w:rFonts w:ascii="Garamond" w:hAnsi="Garamond"/>
          <w:sz w:val="24"/>
        </w:rPr>
        <w:t>grids</w:t>
      </w:r>
    </w:p>
    <w:p w14:paraId="1D451C18" w14:textId="77777777" w:rsidR="001A5159" w:rsidRDefault="00000000">
      <w:r>
        <w:rPr>
          <w:rFonts w:ascii="Garamond" w:hAnsi="Garamond"/>
          <w:sz w:val="24"/>
        </w:rPr>
        <w:t>clean fonts</w:t>
      </w:r>
    </w:p>
    <w:p w14:paraId="7F538857" w14:textId="77777777" w:rsidR="001A5159" w:rsidRDefault="00000000">
      <w:r>
        <w:rPr>
          <w:rFonts w:ascii="Garamond" w:hAnsi="Garamond"/>
          <w:sz w:val="24"/>
        </w:rPr>
        <w:t>matching colors</w:t>
      </w:r>
    </w:p>
    <w:p w14:paraId="42A25BF7" w14:textId="77777777" w:rsidR="001A5159" w:rsidRDefault="00000000">
      <w:r>
        <w:rPr>
          <w:rFonts w:ascii="Garamond" w:hAnsi="Garamond"/>
          <w:sz w:val="24"/>
        </w:rPr>
        <w:t>simple, modern layouts</w:t>
      </w:r>
    </w:p>
    <w:p w14:paraId="69AEF99B" w14:textId="77777777" w:rsidR="001A5159" w:rsidRDefault="00000000">
      <w:r>
        <w:rPr>
          <w:rFonts w:ascii="Garamond" w:hAnsi="Garamond"/>
          <w:sz w:val="24"/>
        </w:rPr>
        <w:t>Your templates will look professional instantly.</w:t>
      </w:r>
    </w:p>
    <w:p w14:paraId="78AA9834" w14:textId="77777777" w:rsidR="001A5159" w:rsidRDefault="001A5159"/>
    <w:p w14:paraId="439E0E7B" w14:textId="77777777" w:rsidR="001A5159" w:rsidRDefault="00000000">
      <w:r>
        <w:rPr>
          <w:rFonts w:ascii="Garamond" w:hAnsi="Garamond"/>
          <w:sz w:val="24"/>
        </w:rPr>
        <w:t>STEP 5 — Build the Pack</w:t>
      </w:r>
    </w:p>
    <w:p w14:paraId="219E6DCF" w14:textId="77777777" w:rsidR="001A5159" w:rsidRDefault="00000000">
      <w:r>
        <w:rPr>
          <w:rFonts w:ascii="Garamond" w:hAnsi="Garamond"/>
          <w:sz w:val="24"/>
        </w:rPr>
        <w:t>Most packs sell better than single templates.</w:t>
      </w:r>
    </w:p>
    <w:p w14:paraId="55E771F8" w14:textId="77777777" w:rsidR="001A5159" w:rsidRDefault="00000000">
      <w:r>
        <w:rPr>
          <w:rFonts w:ascii="Garamond" w:hAnsi="Garamond"/>
          <w:sz w:val="24"/>
        </w:rPr>
        <w:t>Create:</w:t>
      </w:r>
    </w:p>
    <w:p w14:paraId="2B0C13C8" w14:textId="77777777" w:rsidR="001A5159" w:rsidRDefault="00000000">
      <w:r>
        <w:rPr>
          <w:rFonts w:ascii="Garamond" w:hAnsi="Garamond"/>
          <w:sz w:val="24"/>
        </w:rPr>
        <w:t>10–50 templates</w:t>
      </w:r>
    </w:p>
    <w:p w14:paraId="095FAD96" w14:textId="77777777" w:rsidR="001A5159" w:rsidRDefault="00000000">
      <w:r>
        <w:rPr>
          <w:rFonts w:ascii="Garamond" w:hAnsi="Garamond"/>
          <w:sz w:val="24"/>
        </w:rPr>
        <w:t>3 color versions</w:t>
      </w:r>
    </w:p>
    <w:p w14:paraId="3693035F" w14:textId="77777777" w:rsidR="001A5159" w:rsidRDefault="00000000">
      <w:r>
        <w:rPr>
          <w:rFonts w:ascii="Garamond" w:hAnsi="Garamond"/>
          <w:sz w:val="24"/>
        </w:rPr>
        <w:t>editable links</w:t>
      </w:r>
    </w:p>
    <w:p w14:paraId="40F52FF9" w14:textId="77777777" w:rsidR="001A5159" w:rsidRDefault="00000000">
      <w:r>
        <w:rPr>
          <w:rFonts w:ascii="Garamond" w:hAnsi="Garamond"/>
          <w:sz w:val="24"/>
        </w:rPr>
        <w:t>instructions page</w:t>
      </w:r>
    </w:p>
    <w:p w14:paraId="193E42D8" w14:textId="77777777" w:rsidR="001A5159" w:rsidRDefault="001A5159"/>
    <w:p w14:paraId="049714B7" w14:textId="77777777" w:rsidR="001A5159" w:rsidRDefault="00000000">
      <w:r>
        <w:rPr>
          <w:rFonts w:ascii="Garamond" w:hAnsi="Garamond"/>
          <w:sz w:val="24"/>
        </w:rPr>
        <w:t>STEP 6 — Create the Listing Assets</w:t>
      </w:r>
    </w:p>
    <w:p w14:paraId="33026575" w14:textId="77777777" w:rsidR="001A5159" w:rsidRDefault="00000000">
      <w:r>
        <w:rPr>
          <w:rFonts w:ascii="Garamond" w:hAnsi="Garamond"/>
          <w:sz w:val="24"/>
        </w:rPr>
        <w:t>Use Canva to build:</w:t>
      </w:r>
    </w:p>
    <w:p w14:paraId="7DFAFD16" w14:textId="77777777" w:rsidR="001A5159" w:rsidRDefault="00000000">
      <w:r>
        <w:rPr>
          <w:rFonts w:ascii="Garamond" w:hAnsi="Garamond"/>
          <w:sz w:val="24"/>
        </w:rPr>
        <w:t>mockups</w:t>
      </w:r>
    </w:p>
    <w:p w14:paraId="20CC2F0D" w14:textId="77777777" w:rsidR="001A5159" w:rsidRDefault="00000000">
      <w:r>
        <w:rPr>
          <w:rFonts w:ascii="Garamond" w:hAnsi="Garamond"/>
          <w:sz w:val="24"/>
        </w:rPr>
        <w:t>product previews</w:t>
      </w:r>
    </w:p>
    <w:p w14:paraId="5435DB84" w14:textId="77777777" w:rsidR="001A5159" w:rsidRDefault="00000000">
      <w:r>
        <w:rPr>
          <w:rFonts w:ascii="Garamond" w:hAnsi="Garamond"/>
          <w:sz w:val="24"/>
        </w:rPr>
        <w:t>sales graphics</w:t>
      </w:r>
    </w:p>
    <w:p w14:paraId="31332FF8" w14:textId="77777777" w:rsidR="001A5159" w:rsidRDefault="00000000">
      <w:r>
        <w:rPr>
          <w:rFonts w:ascii="Garamond" w:hAnsi="Garamond"/>
          <w:sz w:val="24"/>
        </w:rPr>
        <w:t>Ask AI:</w:t>
      </w:r>
    </w:p>
    <w:p w14:paraId="13C40ED8" w14:textId="77777777" w:rsidR="001A5159" w:rsidRDefault="00000000">
      <w:r>
        <w:rPr>
          <w:rFonts w:ascii="Garamond" w:hAnsi="Garamond"/>
          <w:sz w:val="24"/>
        </w:rPr>
        <w:t>“Write a high-converting Etsy listing description for this template pack.”</w:t>
      </w:r>
    </w:p>
    <w:p w14:paraId="637A2E76" w14:textId="77777777" w:rsidR="001A5159" w:rsidRDefault="001A5159"/>
    <w:p w14:paraId="61555555" w14:textId="77777777" w:rsidR="001A5159" w:rsidRDefault="00000000">
      <w:r>
        <w:rPr>
          <w:rFonts w:ascii="Garamond" w:hAnsi="Garamond"/>
          <w:sz w:val="24"/>
        </w:rPr>
        <w:t>STEP 7 — Upload &amp; Sell</w:t>
      </w:r>
    </w:p>
    <w:p w14:paraId="21B7905F" w14:textId="77777777" w:rsidR="001A5159" w:rsidRDefault="00000000">
      <w:r>
        <w:rPr>
          <w:rFonts w:ascii="Garamond" w:hAnsi="Garamond"/>
          <w:sz w:val="24"/>
        </w:rPr>
        <w:lastRenderedPageBreak/>
        <w:t>Platforms:</w:t>
      </w:r>
    </w:p>
    <w:p w14:paraId="1A2A54F8" w14:textId="77777777" w:rsidR="001A5159" w:rsidRDefault="00000000">
      <w:r>
        <w:rPr>
          <w:rFonts w:ascii="Garamond" w:hAnsi="Garamond"/>
          <w:sz w:val="24"/>
        </w:rPr>
        <w:t>Etsy</w:t>
      </w:r>
    </w:p>
    <w:p w14:paraId="650A7A5E" w14:textId="77777777" w:rsidR="001A5159" w:rsidRDefault="00000000">
      <w:r>
        <w:rPr>
          <w:rFonts w:ascii="Garamond" w:hAnsi="Garamond"/>
          <w:sz w:val="24"/>
        </w:rPr>
        <w:t>Creative Market</w:t>
      </w:r>
    </w:p>
    <w:p w14:paraId="5E0564E7" w14:textId="77777777" w:rsidR="001A5159" w:rsidRDefault="00000000">
      <w:r>
        <w:rPr>
          <w:rFonts w:ascii="Garamond" w:hAnsi="Garamond"/>
          <w:sz w:val="24"/>
        </w:rPr>
        <w:t>Gumroad</w:t>
      </w:r>
    </w:p>
    <w:p w14:paraId="0FFCDC52" w14:textId="77777777" w:rsidR="001A5159" w:rsidRDefault="00000000">
      <w:r>
        <w:rPr>
          <w:rFonts w:ascii="Garamond" w:hAnsi="Garamond"/>
          <w:sz w:val="24"/>
        </w:rPr>
        <w:t>Shopify digital store</w:t>
      </w:r>
    </w:p>
    <w:p w14:paraId="729CE691" w14:textId="77777777" w:rsidR="001A5159" w:rsidRDefault="00000000">
      <w:r>
        <w:rPr>
          <w:rFonts w:ascii="Garamond" w:hAnsi="Garamond"/>
          <w:sz w:val="24"/>
        </w:rPr>
        <w:t>Turn on ads ONLY for top sellers.</w:t>
      </w:r>
    </w:p>
    <w:p w14:paraId="08462C09" w14:textId="77777777" w:rsidR="001A5159" w:rsidRDefault="001A5159"/>
    <w:p w14:paraId="0714035B" w14:textId="77777777" w:rsidR="001A5159" w:rsidRDefault="00000000">
      <w:r>
        <w:rPr>
          <w:rFonts w:ascii="Garamond" w:hAnsi="Garamond"/>
          <w:sz w:val="24"/>
        </w:rPr>
        <w:t>Beginner-Proof Portfolio</w:t>
      </w:r>
    </w:p>
    <w:p w14:paraId="25D1625F" w14:textId="77777777" w:rsidR="001A5159" w:rsidRDefault="00000000">
      <w:r>
        <w:rPr>
          <w:rFonts w:ascii="Garamond" w:hAnsi="Garamond"/>
          <w:sz w:val="24"/>
        </w:rPr>
        <w:t>Create:</w:t>
      </w:r>
    </w:p>
    <w:p w14:paraId="6CB7A5B5" w14:textId="77777777" w:rsidR="001A5159" w:rsidRDefault="00000000">
      <w:r>
        <w:rPr>
          <w:rFonts w:ascii="Garamond" w:hAnsi="Garamond"/>
          <w:sz w:val="24"/>
        </w:rPr>
        <w:t>1 planner</w:t>
      </w:r>
    </w:p>
    <w:p w14:paraId="5C5D10BB" w14:textId="77777777" w:rsidR="001A5159" w:rsidRDefault="00000000">
      <w:r>
        <w:rPr>
          <w:rFonts w:ascii="Garamond" w:hAnsi="Garamond"/>
          <w:sz w:val="24"/>
        </w:rPr>
        <w:t>1 carousel pack</w:t>
      </w:r>
    </w:p>
    <w:p w14:paraId="7957B910" w14:textId="77777777" w:rsidR="001A5159" w:rsidRDefault="00000000">
      <w:r>
        <w:rPr>
          <w:rFonts w:ascii="Garamond" w:hAnsi="Garamond"/>
          <w:sz w:val="24"/>
        </w:rPr>
        <w:t>1 flyer pack</w:t>
      </w:r>
    </w:p>
    <w:p w14:paraId="35638091" w14:textId="77777777" w:rsidR="001A5159" w:rsidRDefault="00000000">
      <w:r>
        <w:rPr>
          <w:rFonts w:ascii="Garamond" w:hAnsi="Garamond"/>
          <w:sz w:val="24"/>
        </w:rPr>
        <w:t>Upload to Etsy.</w:t>
      </w:r>
      <w:r>
        <w:rPr>
          <w:rFonts w:ascii="Garamond" w:hAnsi="Garamond"/>
          <w:sz w:val="24"/>
        </w:rPr>
        <w:br/>
        <w:t>You now have a real business.</w:t>
      </w:r>
    </w:p>
    <w:p w14:paraId="454807ED" w14:textId="77777777" w:rsidR="001A5159" w:rsidRDefault="001A5159"/>
    <w:p w14:paraId="7764F359" w14:textId="77777777" w:rsidR="001A5159" w:rsidRDefault="00000000">
      <w:r>
        <w:rPr>
          <w:rFonts w:ascii="Garamond" w:hAnsi="Garamond"/>
          <w:sz w:val="24"/>
        </w:rPr>
        <w:t>Pricing Guide</w:t>
      </w:r>
    </w:p>
    <w:p w14:paraId="76D89EE1" w14:textId="77777777" w:rsidR="001A5159" w:rsidRDefault="00000000">
      <w:r>
        <w:rPr>
          <w:rFonts w:ascii="Garamond" w:hAnsi="Garamond"/>
          <w:sz w:val="24"/>
        </w:rPr>
        <w:t>Beginners:</w:t>
      </w:r>
    </w:p>
    <w:p w14:paraId="6F542030" w14:textId="77777777" w:rsidR="001A5159" w:rsidRDefault="00000000">
      <w:r>
        <w:rPr>
          <w:rFonts w:ascii="Garamond" w:hAnsi="Garamond"/>
          <w:sz w:val="24"/>
        </w:rPr>
        <w:t>$5–$15 small packs</w:t>
      </w:r>
    </w:p>
    <w:p w14:paraId="0963B46C" w14:textId="77777777" w:rsidR="001A5159" w:rsidRDefault="00000000">
      <w:r>
        <w:rPr>
          <w:rFonts w:ascii="Garamond" w:hAnsi="Garamond"/>
          <w:sz w:val="24"/>
        </w:rPr>
        <w:t>$15–$25 medium packs</w:t>
      </w:r>
    </w:p>
    <w:p w14:paraId="510D44C3" w14:textId="77777777" w:rsidR="001A5159" w:rsidRDefault="00000000">
      <w:r>
        <w:rPr>
          <w:rFonts w:ascii="Garamond" w:hAnsi="Garamond"/>
          <w:sz w:val="24"/>
        </w:rPr>
        <w:t>Intermediate:</w:t>
      </w:r>
    </w:p>
    <w:p w14:paraId="0513C928" w14:textId="77777777" w:rsidR="001A5159" w:rsidRDefault="00000000">
      <w:r>
        <w:rPr>
          <w:rFonts w:ascii="Garamond" w:hAnsi="Garamond"/>
          <w:sz w:val="24"/>
        </w:rPr>
        <w:t>$25–$45 mega bundles</w:t>
      </w:r>
    </w:p>
    <w:p w14:paraId="6318AE9D" w14:textId="77777777" w:rsidR="001A5159" w:rsidRDefault="00000000">
      <w:r>
        <w:rPr>
          <w:rFonts w:ascii="Garamond" w:hAnsi="Garamond"/>
          <w:sz w:val="24"/>
        </w:rPr>
        <w:t>$40–$75 niche systems</w:t>
      </w:r>
    </w:p>
    <w:p w14:paraId="44EFA7E2" w14:textId="77777777" w:rsidR="001A5159" w:rsidRDefault="00000000">
      <w:r>
        <w:rPr>
          <w:rFonts w:ascii="Garamond" w:hAnsi="Garamond"/>
          <w:sz w:val="24"/>
        </w:rPr>
        <w:t>Pro:</w:t>
      </w:r>
    </w:p>
    <w:p w14:paraId="390863B1" w14:textId="77777777" w:rsidR="001A5159" w:rsidRDefault="00000000">
      <w:r>
        <w:rPr>
          <w:rFonts w:ascii="Garamond" w:hAnsi="Garamond"/>
          <w:sz w:val="24"/>
        </w:rPr>
        <w:t>$75–$150 premium business packs</w:t>
      </w:r>
    </w:p>
    <w:p w14:paraId="11E547EF" w14:textId="77777777" w:rsidR="001A5159" w:rsidRDefault="00000000">
      <w:r>
        <w:rPr>
          <w:rFonts w:ascii="Garamond" w:hAnsi="Garamond"/>
          <w:sz w:val="24"/>
        </w:rPr>
        <w:t>$150–$300 agency toolkits</w:t>
      </w:r>
    </w:p>
    <w:p w14:paraId="24054C01" w14:textId="77777777" w:rsidR="001A5159" w:rsidRDefault="00000000">
      <w:r>
        <w:rPr>
          <w:rFonts w:ascii="Garamond" w:hAnsi="Garamond"/>
          <w:sz w:val="24"/>
        </w:rPr>
        <w:t>$50–$500 template licensing</w:t>
      </w:r>
    </w:p>
    <w:p w14:paraId="7A419455" w14:textId="77777777" w:rsidR="001A5159" w:rsidRDefault="00000000">
      <w:r>
        <w:rPr>
          <w:rFonts w:ascii="Garamond" w:hAnsi="Garamond"/>
          <w:sz w:val="24"/>
        </w:rPr>
        <w:lastRenderedPageBreak/>
        <w:t>Template businesses scale without additional work — passive income potential is HIGH.</w:t>
      </w:r>
    </w:p>
    <w:p w14:paraId="40E47624" w14:textId="77777777" w:rsidR="001A5159" w:rsidRDefault="001A5159"/>
    <w:p w14:paraId="17952743" w14:textId="77777777" w:rsidR="001A5159" w:rsidRDefault="00000000">
      <w:r>
        <w:rPr>
          <w:rFonts w:ascii="Garamond" w:hAnsi="Garamond"/>
          <w:sz w:val="24"/>
        </w:rPr>
        <w:t>Pro Accelerators</w:t>
      </w:r>
    </w:p>
    <w:p w14:paraId="500FE332" w14:textId="77777777" w:rsidR="001A5159" w:rsidRDefault="00000000">
      <w:r>
        <w:rPr>
          <w:rFonts w:ascii="Garamond" w:hAnsi="Garamond"/>
          <w:sz w:val="24"/>
        </w:rPr>
        <w:t xml:space="preserve">offer custom branding </w:t>
      </w:r>
      <w:proofErr w:type="gramStart"/>
      <w:r>
        <w:rPr>
          <w:rFonts w:ascii="Garamond" w:hAnsi="Garamond"/>
          <w:sz w:val="24"/>
        </w:rPr>
        <w:t>add-ons</w:t>
      </w:r>
      <w:proofErr w:type="gramEnd"/>
    </w:p>
    <w:p w14:paraId="0C8BD54D" w14:textId="77777777" w:rsidR="001A5159" w:rsidRDefault="00000000">
      <w:r>
        <w:rPr>
          <w:rFonts w:ascii="Garamond" w:hAnsi="Garamond"/>
          <w:sz w:val="24"/>
        </w:rPr>
        <w:t xml:space="preserve">create multiple color </w:t>
      </w:r>
      <w:proofErr w:type="gramStart"/>
      <w:r>
        <w:rPr>
          <w:rFonts w:ascii="Garamond" w:hAnsi="Garamond"/>
          <w:sz w:val="24"/>
        </w:rPr>
        <w:t>themes</w:t>
      </w:r>
      <w:proofErr w:type="gramEnd"/>
    </w:p>
    <w:p w14:paraId="6B82A02B" w14:textId="77777777" w:rsidR="001A5159" w:rsidRDefault="00000000">
      <w:r>
        <w:rPr>
          <w:rFonts w:ascii="Garamond" w:hAnsi="Garamond"/>
          <w:sz w:val="24"/>
        </w:rPr>
        <w:t xml:space="preserve">add matching social media </w:t>
      </w:r>
      <w:proofErr w:type="gramStart"/>
      <w:r>
        <w:rPr>
          <w:rFonts w:ascii="Garamond" w:hAnsi="Garamond"/>
          <w:sz w:val="24"/>
        </w:rPr>
        <w:t>packs</w:t>
      </w:r>
      <w:proofErr w:type="gramEnd"/>
    </w:p>
    <w:p w14:paraId="0D47907A" w14:textId="77777777" w:rsidR="001A5159" w:rsidRDefault="00000000">
      <w:r>
        <w:rPr>
          <w:rFonts w:ascii="Garamond" w:hAnsi="Garamond"/>
          <w:sz w:val="24"/>
        </w:rPr>
        <w:t xml:space="preserve">build full business </w:t>
      </w:r>
      <w:proofErr w:type="gramStart"/>
      <w:r>
        <w:rPr>
          <w:rFonts w:ascii="Garamond" w:hAnsi="Garamond"/>
          <w:sz w:val="24"/>
        </w:rPr>
        <w:t>kits</w:t>
      </w:r>
      <w:proofErr w:type="gramEnd"/>
    </w:p>
    <w:p w14:paraId="0D7E5FBB" w14:textId="77777777" w:rsidR="001A5159" w:rsidRDefault="00000000">
      <w:r>
        <w:rPr>
          <w:rFonts w:ascii="Garamond" w:hAnsi="Garamond"/>
          <w:sz w:val="24"/>
        </w:rPr>
        <w:t xml:space="preserve">create recurring monthly template </w:t>
      </w:r>
      <w:proofErr w:type="gramStart"/>
      <w:r>
        <w:rPr>
          <w:rFonts w:ascii="Garamond" w:hAnsi="Garamond"/>
          <w:sz w:val="24"/>
        </w:rPr>
        <w:t>drops</w:t>
      </w:r>
      <w:proofErr w:type="gramEnd"/>
    </w:p>
    <w:p w14:paraId="442B4061" w14:textId="77777777" w:rsidR="001A5159" w:rsidRDefault="00000000">
      <w:r>
        <w:rPr>
          <w:rFonts w:ascii="Garamond" w:hAnsi="Garamond"/>
          <w:sz w:val="24"/>
        </w:rPr>
        <w:t xml:space="preserve">build a </w:t>
      </w:r>
      <w:proofErr w:type="gramStart"/>
      <w:r>
        <w:rPr>
          <w:rFonts w:ascii="Garamond" w:hAnsi="Garamond"/>
          <w:sz w:val="24"/>
        </w:rPr>
        <w:t>membership</w:t>
      </w:r>
      <w:proofErr w:type="gramEnd"/>
    </w:p>
    <w:p w14:paraId="4A51B2F6" w14:textId="77777777" w:rsidR="001A5159" w:rsidRDefault="00000000">
      <w:r>
        <w:rPr>
          <w:rFonts w:ascii="Garamond" w:hAnsi="Garamond"/>
          <w:sz w:val="24"/>
        </w:rPr>
        <w:t>These maximize revenue.</w:t>
      </w:r>
    </w:p>
    <w:p w14:paraId="3B4B6C85" w14:textId="77777777" w:rsidR="001A5159" w:rsidRDefault="001A5159"/>
    <w:p w14:paraId="578F0C65" w14:textId="77777777" w:rsidR="001A5159" w:rsidRDefault="00000000">
      <w:r>
        <w:rPr>
          <w:rFonts w:ascii="Garamond" w:hAnsi="Garamond"/>
          <w:sz w:val="24"/>
        </w:rPr>
        <w:t>MICRO CASE STUDY — BLUEPRINT TWENTY-NINE</w:t>
      </w:r>
    </w:p>
    <w:p w14:paraId="25DB75FB" w14:textId="77777777" w:rsidR="001A5159" w:rsidRDefault="00000000">
      <w:r>
        <w:rPr>
          <w:rFonts w:ascii="Garamond" w:hAnsi="Garamond"/>
          <w:sz w:val="24"/>
        </w:rPr>
        <w:t>Case Study: Etsy Seller Generates $1,600/Month With AI-Created Canva Templates</w:t>
      </w:r>
    </w:p>
    <w:p w14:paraId="6F49D840" w14:textId="77777777" w:rsidR="001A5159" w:rsidRDefault="00000000">
      <w:r>
        <w:rPr>
          <w:rFonts w:ascii="Garamond" w:hAnsi="Garamond"/>
          <w:sz w:val="24"/>
        </w:rPr>
        <w:t>Lena was a stay-at-home mom who needed flexible work.</w:t>
      </w:r>
    </w:p>
    <w:p w14:paraId="7EFA06AF" w14:textId="77777777" w:rsidR="001A5159" w:rsidRDefault="00000000">
      <w:r>
        <w:rPr>
          <w:rFonts w:ascii="Garamond" w:hAnsi="Garamond"/>
          <w:sz w:val="24"/>
        </w:rPr>
        <w:t xml:space="preserve">She </w:t>
      </w:r>
      <w:proofErr w:type="gramStart"/>
      <w:r>
        <w:rPr>
          <w:rFonts w:ascii="Garamond" w:hAnsi="Garamond"/>
          <w:sz w:val="24"/>
        </w:rPr>
        <w:t>tested</w:t>
      </w:r>
      <w:proofErr w:type="gramEnd"/>
      <w:r>
        <w:rPr>
          <w:rFonts w:ascii="Garamond" w:hAnsi="Garamond"/>
          <w:sz w:val="24"/>
        </w:rPr>
        <w:t xml:space="preserve"> Blueprint 29 by creating:</w:t>
      </w:r>
    </w:p>
    <w:p w14:paraId="58DF5618" w14:textId="77777777" w:rsidR="001A5159" w:rsidRDefault="00000000">
      <w:r>
        <w:rPr>
          <w:rFonts w:ascii="Garamond" w:hAnsi="Garamond"/>
          <w:sz w:val="24"/>
        </w:rPr>
        <w:t>a 12-page fitness planner</w:t>
      </w:r>
    </w:p>
    <w:p w14:paraId="0AF6AD90" w14:textId="77777777" w:rsidR="001A5159" w:rsidRDefault="00000000">
      <w:r>
        <w:rPr>
          <w:rFonts w:ascii="Garamond" w:hAnsi="Garamond"/>
          <w:sz w:val="24"/>
        </w:rPr>
        <w:t>a set of 20 Instagram templates</w:t>
      </w:r>
    </w:p>
    <w:p w14:paraId="346D34CC" w14:textId="77777777" w:rsidR="001A5159" w:rsidRDefault="00000000">
      <w:r>
        <w:rPr>
          <w:rFonts w:ascii="Garamond" w:hAnsi="Garamond"/>
          <w:sz w:val="24"/>
        </w:rPr>
        <w:t>a meal prep checklist</w:t>
      </w:r>
    </w:p>
    <w:p w14:paraId="5C8F3486" w14:textId="77777777" w:rsidR="001A5159" w:rsidRDefault="00000000">
      <w:r>
        <w:rPr>
          <w:rFonts w:ascii="Garamond" w:hAnsi="Garamond"/>
          <w:sz w:val="24"/>
        </w:rPr>
        <w:t>AI helped her pick the niche, write the copy, and outline the designs.</w:t>
      </w:r>
    </w:p>
    <w:p w14:paraId="7CDEDE47" w14:textId="77777777" w:rsidR="001A5159" w:rsidRDefault="00000000">
      <w:r>
        <w:rPr>
          <w:rFonts w:ascii="Garamond" w:hAnsi="Garamond"/>
          <w:sz w:val="24"/>
        </w:rPr>
        <w:t>She uploaded the pack for $14.99.</w:t>
      </w:r>
    </w:p>
    <w:p w14:paraId="0D0255B0" w14:textId="77777777" w:rsidR="001A5159" w:rsidRDefault="00000000">
      <w:r>
        <w:rPr>
          <w:rFonts w:ascii="Garamond" w:hAnsi="Garamond"/>
          <w:sz w:val="24"/>
        </w:rPr>
        <w:t>Within 24 hours she made her first sale.</w:t>
      </w:r>
    </w:p>
    <w:p w14:paraId="2D9DF936" w14:textId="77777777" w:rsidR="001A5159" w:rsidRDefault="00000000">
      <w:r>
        <w:rPr>
          <w:rFonts w:ascii="Garamond" w:hAnsi="Garamond"/>
          <w:sz w:val="24"/>
        </w:rPr>
        <w:t>Within two weeks, the listing hit:</w:t>
      </w:r>
    </w:p>
    <w:p w14:paraId="206E4FE8" w14:textId="77777777" w:rsidR="001A5159" w:rsidRDefault="00000000">
      <w:r>
        <w:rPr>
          <w:rFonts w:ascii="Garamond" w:hAnsi="Garamond"/>
          <w:sz w:val="24"/>
        </w:rPr>
        <w:t>38 sales</w:t>
      </w:r>
    </w:p>
    <w:p w14:paraId="42FC2F1A" w14:textId="77777777" w:rsidR="001A5159" w:rsidRDefault="00000000">
      <w:r>
        <w:rPr>
          <w:rFonts w:ascii="Garamond" w:hAnsi="Garamond"/>
          <w:sz w:val="24"/>
        </w:rPr>
        <w:t>200+ favorites</w:t>
      </w:r>
    </w:p>
    <w:p w14:paraId="5FA7DEA5" w14:textId="77777777" w:rsidR="001A5159" w:rsidRDefault="00000000">
      <w:r>
        <w:rPr>
          <w:rFonts w:ascii="Garamond" w:hAnsi="Garamond"/>
          <w:sz w:val="24"/>
        </w:rPr>
        <w:t>multiple returning customers</w:t>
      </w:r>
    </w:p>
    <w:p w14:paraId="461556DA" w14:textId="77777777" w:rsidR="001A5159" w:rsidRDefault="00000000">
      <w:r>
        <w:rPr>
          <w:rFonts w:ascii="Garamond" w:hAnsi="Garamond"/>
          <w:sz w:val="24"/>
        </w:rPr>
        <w:lastRenderedPageBreak/>
        <w:t>She added:</w:t>
      </w:r>
    </w:p>
    <w:p w14:paraId="3BB1CD26" w14:textId="77777777" w:rsidR="001A5159" w:rsidRDefault="00000000">
      <w:r>
        <w:rPr>
          <w:rFonts w:ascii="Garamond" w:hAnsi="Garamond"/>
          <w:sz w:val="24"/>
        </w:rPr>
        <w:t>a mega fitness bundle → $29</w:t>
      </w:r>
    </w:p>
    <w:p w14:paraId="2F18107C" w14:textId="77777777" w:rsidR="001A5159" w:rsidRDefault="00000000">
      <w:r>
        <w:rPr>
          <w:rFonts w:ascii="Garamond" w:hAnsi="Garamond"/>
          <w:sz w:val="24"/>
        </w:rPr>
        <w:t>matching food-themed templates → $12</w:t>
      </w:r>
    </w:p>
    <w:p w14:paraId="493D2B2E" w14:textId="77777777" w:rsidR="001A5159" w:rsidRDefault="00000000">
      <w:proofErr w:type="gramStart"/>
      <w:r>
        <w:rPr>
          <w:rFonts w:ascii="Garamond" w:hAnsi="Garamond"/>
          <w:sz w:val="24"/>
        </w:rPr>
        <w:t>a habit</w:t>
      </w:r>
      <w:proofErr w:type="gramEnd"/>
      <w:r>
        <w:rPr>
          <w:rFonts w:ascii="Garamond" w:hAnsi="Garamond"/>
          <w:sz w:val="24"/>
        </w:rPr>
        <w:t xml:space="preserve"> tracker pack → $9</w:t>
      </w:r>
    </w:p>
    <w:p w14:paraId="4AAE5E26" w14:textId="77777777" w:rsidR="001A5159" w:rsidRDefault="00000000">
      <w:r>
        <w:rPr>
          <w:rFonts w:ascii="Garamond" w:hAnsi="Garamond"/>
          <w:sz w:val="24"/>
        </w:rPr>
        <w:t>By month two she was earning:</w:t>
      </w:r>
    </w:p>
    <w:p w14:paraId="1E5EBADD" w14:textId="77777777" w:rsidR="001A5159" w:rsidRDefault="00000000">
      <w:r>
        <w:rPr>
          <w:rFonts w:ascii="Garamond" w:hAnsi="Garamond"/>
          <w:sz w:val="24"/>
        </w:rPr>
        <w:t>$1,600/month</w:t>
      </w:r>
      <w:r>
        <w:rPr>
          <w:rFonts w:ascii="Garamond" w:hAnsi="Garamond"/>
          <w:sz w:val="24"/>
        </w:rPr>
        <w:br/>
        <w:t>from digital templates that cost her nothing to reproduce.</w:t>
      </w:r>
    </w:p>
    <w:p w14:paraId="333368B5" w14:textId="77777777" w:rsidR="001A5159" w:rsidRDefault="00000000">
      <w:r>
        <w:rPr>
          <w:rFonts w:ascii="Garamond" w:hAnsi="Garamond"/>
          <w:sz w:val="24"/>
        </w:rPr>
        <w:t>Her message:</w:t>
      </w:r>
    </w:p>
    <w:p w14:paraId="5644B8FA" w14:textId="77777777" w:rsidR="001A5159" w:rsidRDefault="00000000">
      <w:r>
        <w:rPr>
          <w:rFonts w:ascii="Garamond" w:hAnsi="Garamond"/>
          <w:sz w:val="24"/>
        </w:rPr>
        <w:t>“I was never a designer. AI gave me the ideas, the structure, the content, and the confidence. Canva made it easy. Now templates are my main income.”</w:t>
      </w:r>
    </w:p>
    <w:p w14:paraId="257924C4" w14:textId="77777777" w:rsidR="001A5159" w:rsidRPr="0063351A" w:rsidRDefault="00000000" w:rsidP="0063351A">
      <w:pPr>
        <w:rPr>
          <w:sz w:val="24"/>
          <w:szCs w:val="24"/>
        </w:rPr>
      </w:pPr>
      <w:r w:rsidRPr="0063351A">
        <w:rPr>
          <w:rFonts w:ascii="Garamond" w:hAnsi="Garamond"/>
          <w:b/>
          <w:sz w:val="24"/>
          <w:szCs w:val="24"/>
        </w:rPr>
        <w:t xml:space="preserve">Blueprint 29 combines creativity, AI, and passive </w:t>
      </w:r>
      <w:proofErr w:type="gramStart"/>
      <w:r w:rsidRPr="0063351A">
        <w:rPr>
          <w:rFonts w:ascii="Garamond" w:hAnsi="Garamond"/>
          <w:b/>
          <w:sz w:val="24"/>
          <w:szCs w:val="24"/>
        </w:rPr>
        <w:t>income at</w:t>
      </w:r>
      <w:proofErr w:type="gramEnd"/>
      <w:r w:rsidRPr="0063351A">
        <w:rPr>
          <w:rFonts w:ascii="Garamond" w:hAnsi="Garamond"/>
          <w:b/>
          <w:sz w:val="24"/>
          <w:szCs w:val="24"/>
        </w:rPr>
        <w:t xml:space="preserve"> scale.</w:t>
      </w:r>
    </w:p>
    <w:p w14:paraId="7100E022" w14:textId="77777777" w:rsidR="00673185" w:rsidRDefault="00673185">
      <w:pPr>
        <w:sectPr w:rsidR="00673185" w:rsidSect="00034616">
          <w:pgSz w:w="12240" w:h="15840"/>
          <w:pgMar w:top="1440" w:right="1800" w:bottom="1440" w:left="1800" w:header="720" w:footer="720" w:gutter="0"/>
          <w:cols w:space="720"/>
          <w:docGrid w:linePitch="360"/>
        </w:sectPr>
      </w:pPr>
    </w:p>
    <w:p w14:paraId="338433CB" w14:textId="77777777" w:rsidR="001A5159" w:rsidRDefault="001A5159"/>
    <w:p w14:paraId="71C3BC3F" w14:textId="77777777" w:rsidR="001A5159" w:rsidRPr="0063351A" w:rsidRDefault="00000000" w:rsidP="0063351A">
      <w:pPr>
        <w:pStyle w:val="Heading1"/>
        <w:rPr>
          <w:rFonts w:ascii="Garamond" w:hAnsi="Garamond"/>
          <w:color w:val="auto"/>
          <w:sz w:val="40"/>
          <w:szCs w:val="40"/>
        </w:rPr>
      </w:pPr>
      <w:bookmarkStart w:id="65" w:name="_Toc214830361"/>
      <w:r w:rsidRPr="0063351A">
        <w:rPr>
          <w:rFonts w:ascii="Garamond" w:hAnsi="Garamond"/>
          <w:color w:val="auto"/>
          <w:sz w:val="40"/>
          <w:szCs w:val="40"/>
        </w:rPr>
        <w:t>BLUEPRINT THIRTY — AI COURSE CREATION &amp; CURRICULUM DESIGN SYSTEM</w:t>
      </w:r>
      <w:bookmarkEnd w:id="65"/>
    </w:p>
    <w:p w14:paraId="7D19C45B" w14:textId="77777777" w:rsidR="001A5159" w:rsidRPr="0063351A" w:rsidRDefault="00000000" w:rsidP="0063351A">
      <w:pPr>
        <w:pStyle w:val="Heading2"/>
        <w:rPr>
          <w:rFonts w:ascii="Garamond" w:hAnsi="Garamond"/>
          <w:color w:val="auto"/>
          <w:sz w:val="28"/>
          <w:szCs w:val="28"/>
        </w:rPr>
      </w:pPr>
      <w:bookmarkStart w:id="66" w:name="_Toc214830362"/>
      <w:r w:rsidRPr="0063351A">
        <w:rPr>
          <w:rFonts w:ascii="Garamond" w:hAnsi="Garamond"/>
          <w:color w:val="auto"/>
          <w:sz w:val="28"/>
          <w:szCs w:val="28"/>
        </w:rPr>
        <w:t>(The Blueprint That Turns AI Into a Full Course-Building Studio — From Idea → Outline → Lessons → Worksheets → Slides → Launch Assets)</w:t>
      </w:r>
      <w:bookmarkEnd w:id="66"/>
    </w:p>
    <w:p w14:paraId="608EC07B" w14:textId="77777777" w:rsidR="001A5159" w:rsidRDefault="00000000">
      <w:r>
        <w:rPr>
          <w:rFonts w:ascii="Garamond" w:hAnsi="Garamond"/>
          <w:sz w:val="24"/>
        </w:rPr>
        <w:t>Online courses are one of the most profitable digital products in the world.</w:t>
      </w:r>
      <w:r>
        <w:rPr>
          <w:rFonts w:ascii="Garamond" w:hAnsi="Garamond"/>
          <w:sz w:val="24"/>
        </w:rPr>
        <w:br/>
        <w:t>But most creators and entrepreneurs fail to launch because course creation is overwhelming.</w:t>
      </w:r>
    </w:p>
    <w:p w14:paraId="5F7B1E66" w14:textId="77777777" w:rsidR="001A5159" w:rsidRDefault="00000000">
      <w:r>
        <w:rPr>
          <w:rFonts w:ascii="Garamond" w:hAnsi="Garamond"/>
          <w:sz w:val="24"/>
        </w:rPr>
        <w:t>They struggle with:</w:t>
      </w:r>
    </w:p>
    <w:p w14:paraId="114A2897" w14:textId="77777777" w:rsidR="001A5159" w:rsidRDefault="00000000">
      <w:r>
        <w:rPr>
          <w:rFonts w:ascii="Garamond" w:hAnsi="Garamond"/>
          <w:sz w:val="24"/>
        </w:rPr>
        <w:t>organizing ideas</w:t>
      </w:r>
    </w:p>
    <w:p w14:paraId="6503F428" w14:textId="77777777" w:rsidR="001A5159" w:rsidRDefault="00000000">
      <w:r>
        <w:rPr>
          <w:rFonts w:ascii="Garamond" w:hAnsi="Garamond"/>
          <w:sz w:val="24"/>
        </w:rPr>
        <w:t>structuring the curriculum</w:t>
      </w:r>
    </w:p>
    <w:p w14:paraId="63BA916C" w14:textId="77777777" w:rsidR="001A5159" w:rsidRDefault="00000000">
      <w:r>
        <w:rPr>
          <w:rFonts w:ascii="Garamond" w:hAnsi="Garamond"/>
          <w:sz w:val="24"/>
        </w:rPr>
        <w:t>writing lessons</w:t>
      </w:r>
    </w:p>
    <w:p w14:paraId="0769D5D9" w14:textId="77777777" w:rsidR="001A5159" w:rsidRDefault="00000000">
      <w:r>
        <w:rPr>
          <w:rFonts w:ascii="Garamond" w:hAnsi="Garamond"/>
          <w:sz w:val="24"/>
        </w:rPr>
        <w:t>creating slide decks</w:t>
      </w:r>
    </w:p>
    <w:p w14:paraId="023D91BE" w14:textId="77777777" w:rsidR="001A5159" w:rsidRDefault="00000000">
      <w:r>
        <w:rPr>
          <w:rFonts w:ascii="Garamond" w:hAnsi="Garamond"/>
          <w:sz w:val="24"/>
        </w:rPr>
        <w:t>making worksheets</w:t>
      </w:r>
    </w:p>
    <w:p w14:paraId="0F0CEA70" w14:textId="77777777" w:rsidR="001A5159" w:rsidRDefault="00000000">
      <w:r>
        <w:rPr>
          <w:rFonts w:ascii="Garamond" w:hAnsi="Garamond"/>
          <w:sz w:val="24"/>
        </w:rPr>
        <w:t>building exercises</w:t>
      </w:r>
    </w:p>
    <w:p w14:paraId="7D8A77F1" w14:textId="77777777" w:rsidR="001A5159" w:rsidRDefault="00000000">
      <w:r>
        <w:rPr>
          <w:rFonts w:ascii="Garamond" w:hAnsi="Garamond"/>
          <w:sz w:val="24"/>
        </w:rPr>
        <w:t>writing scripts</w:t>
      </w:r>
    </w:p>
    <w:p w14:paraId="442864AB" w14:textId="77777777" w:rsidR="001A5159" w:rsidRDefault="00000000">
      <w:r>
        <w:rPr>
          <w:rFonts w:ascii="Garamond" w:hAnsi="Garamond"/>
          <w:sz w:val="24"/>
        </w:rPr>
        <w:t>designing the course brand</w:t>
      </w:r>
    </w:p>
    <w:p w14:paraId="5CAAC15F" w14:textId="77777777" w:rsidR="001A5159" w:rsidRDefault="00000000">
      <w:r>
        <w:rPr>
          <w:rFonts w:ascii="Garamond" w:hAnsi="Garamond"/>
          <w:sz w:val="24"/>
        </w:rPr>
        <w:t>creating sales copy</w:t>
      </w:r>
    </w:p>
    <w:p w14:paraId="1DC93DC5" w14:textId="77777777" w:rsidR="001A5159" w:rsidRDefault="00000000">
      <w:r>
        <w:rPr>
          <w:rFonts w:ascii="Garamond" w:hAnsi="Garamond"/>
          <w:sz w:val="24"/>
        </w:rPr>
        <w:t>building launch emails</w:t>
      </w:r>
    </w:p>
    <w:p w14:paraId="4C536364" w14:textId="77777777" w:rsidR="001A5159" w:rsidRDefault="00000000">
      <w:r>
        <w:rPr>
          <w:rFonts w:ascii="Garamond" w:hAnsi="Garamond"/>
          <w:sz w:val="24"/>
        </w:rPr>
        <w:t>This blueprint solves ALL of it.</w:t>
      </w:r>
    </w:p>
    <w:p w14:paraId="3618CF57" w14:textId="77777777" w:rsidR="001A5159" w:rsidRDefault="00000000">
      <w:r>
        <w:rPr>
          <w:rFonts w:ascii="Garamond" w:hAnsi="Garamond"/>
          <w:sz w:val="24"/>
        </w:rPr>
        <w:t>You become a Course Creation Architect, producing professional, transformation-focused courses using AI — even if YOU have never built a course before.</w:t>
      </w:r>
    </w:p>
    <w:p w14:paraId="70D7188A" w14:textId="77777777" w:rsidR="001A5159" w:rsidRDefault="00000000">
      <w:r>
        <w:rPr>
          <w:rFonts w:ascii="Garamond" w:hAnsi="Garamond"/>
          <w:sz w:val="24"/>
        </w:rPr>
        <w:t>This is one of the highest-income blueprints in the entire book.</w:t>
      </w:r>
    </w:p>
    <w:p w14:paraId="06D56178" w14:textId="77777777" w:rsidR="001A5159" w:rsidRDefault="001A5159"/>
    <w:p w14:paraId="4308EB78" w14:textId="77777777" w:rsidR="001A5159" w:rsidRDefault="00000000">
      <w:r>
        <w:rPr>
          <w:rFonts w:ascii="Garamond" w:hAnsi="Garamond"/>
          <w:sz w:val="24"/>
        </w:rPr>
        <w:t>Why This Blueprint Works</w:t>
      </w:r>
    </w:p>
    <w:p w14:paraId="483E413F" w14:textId="77777777" w:rsidR="001A5159" w:rsidRDefault="00000000">
      <w:r>
        <w:rPr>
          <w:rFonts w:ascii="Garamond" w:hAnsi="Garamond"/>
          <w:sz w:val="24"/>
        </w:rPr>
        <w:lastRenderedPageBreak/>
        <w:t>AI turns course creation — something that normally takes 30–90 days — into a fast, organized, highly repeatable system.</w:t>
      </w:r>
    </w:p>
    <w:p w14:paraId="1759E1E2" w14:textId="77777777" w:rsidR="001A5159" w:rsidRDefault="00000000">
      <w:r>
        <w:rPr>
          <w:rFonts w:ascii="Garamond" w:hAnsi="Garamond"/>
          <w:sz w:val="24"/>
        </w:rPr>
        <w:t>Most creators know WHAT they want to teach…</w:t>
      </w:r>
      <w:r>
        <w:rPr>
          <w:rFonts w:ascii="Garamond" w:hAnsi="Garamond"/>
          <w:sz w:val="24"/>
        </w:rPr>
        <w:br/>
        <w:t>…they just don’t know HOW to structure it.</w:t>
      </w:r>
    </w:p>
    <w:p w14:paraId="6E3B6654" w14:textId="77777777" w:rsidR="001A5159" w:rsidRDefault="00000000">
      <w:r>
        <w:rPr>
          <w:rFonts w:ascii="Garamond" w:hAnsi="Garamond"/>
          <w:sz w:val="24"/>
        </w:rPr>
        <w:t>With AI, you deliver:</w:t>
      </w:r>
    </w:p>
    <w:p w14:paraId="77D18C70" w14:textId="77777777" w:rsidR="001A5159" w:rsidRDefault="00000000">
      <w:r>
        <w:rPr>
          <w:rFonts w:ascii="Garamond" w:hAnsi="Garamond"/>
          <w:sz w:val="24"/>
        </w:rPr>
        <w:t>curriculum clarity</w:t>
      </w:r>
    </w:p>
    <w:p w14:paraId="3D05A27E" w14:textId="77777777" w:rsidR="001A5159" w:rsidRDefault="00000000">
      <w:r>
        <w:rPr>
          <w:rFonts w:ascii="Garamond" w:hAnsi="Garamond"/>
          <w:sz w:val="24"/>
        </w:rPr>
        <w:t>lesson structure</w:t>
      </w:r>
    </w:p>
    <w:p w14:paraId="1C3794B7" w14:textId="77777777" w:rsidR="001A5159" w:rsidRDefault="00000000">
      <w:r>
        <w:rPr>
          <w:rFonts w:ascii="Garamond" w:hAnsi="Garamond"/>
          <w:sz w:val="24"/>
        </w:rPr>
        <w:t>student journey flow</w:t>
      </w:r>
    </w:p>
    <w:p w14:paraId="1B50FB43" w14:textId="77777777" w:rsidR="001A5159" w:rsidRDefault="00000000">
      <w:r>
        <w:rPr>
          <w:rFonts w:ascii="Garamond" w:hAnsi="Garamond"/>
          <w:sz w:val="24"/>
        </w:rPr>
        <w:t>transformation mapping</w:t>
      </w:r>
    </w:p>
    <w:p w14:paraId="0CC3F775" w14:textId="77777777" w:rsidR="001A5159" w:rsidRDefault="00000000">
      <w:r>
        <w:rPr>
          <w:rFonts w:ascii="Garamond" w:hAnsi="Garamond"/>
          <w:sz w:val="24"/>
        </w:rPr>
        <w:t>worksheets</w:t>
      </w:r>
    </w:p>
    <w:p w14:paraId="54F90D3B" w14:textId="77777777" w:rsidR="001A5159" w:rsidRDefault="00000000">
      <w:r>
        <w:rPr>
          <w:rFonts w:ascii="Garamond" w:hAnsi="Garamond"/>
          <w:sz w:val="24"/>
        </w:rPr>
        <w:t>assignments</w:t>
      </w:r>
    </w:p>
    <w:p w14:paraId="717D8671" w14:textId="77777777" w:rsidR="001A5159" w:rsidRDefault="00000000">
      <w:proofErr w:type="gramStart"/>
      <w:r>
        <w:rPr>
          <w:rFonts w:ascii="Garamond" w:hAnsi="Garamond"/>
          <w:sz w:val="24"/>
        </w:rPr>
        <w:t>quizzes</w:t>
      </w:r>
      <w:proofErr w:type="gramEnd"/>
    </w:p>
    <w:p w14:paraId="779BA079" w14:textId="77777777" w:rsidR="001A5159" w:rsidRDefault="00000000">
      <w:r>
        <w:rPr>
          <w:rFonts w:ascii="Garamond" w:hAnsi="Garamond"/>
          <w:sz w:val="24"/>
        </w:rPr>
        <w:t>slide decks</w:t>
      </w:r>
    </w:p>
    <w:p w14:paraId="286832E0" w14:textId="77777777" w:rsidR="001A5159" w:rsidRDefault="00000000">
      <w:r>
        <w:rPr>
          <w:rFonts w:ascii="Garamond" w:hAnsi="Garamond"/>
          <w:sz w:val="24"/>
        </w:rPr>
        <w:t>scripts</w:t>
      </w:r>
    </w:p>
    <w:p w14:paraId="40748B06" w14:textId="77777777" w:rsidR="001A5159" w:rsidRDefault="00000000">
      <w:r>
        <w:rPr>
          <w:rFonts w:ascii="Garamond" w:hAnsi="Garamond"/>
          <w:sz w:val="24"/>
        </w:rPr>
        <w:t>module branding</w:t>
      </w:r>
    </w:p>
    <w:p w14:paraId="5206423D" w14:textId="77777777" w:rsidR="001A5159" w:rsidRDefault="00000000">
      <w:r>
        <w:rPr>
          <w:rFonts w:ascii="Garamond" w:hAnsi="Garamond"/>
          <w:sz w:val="24"/>
        </w:rPr>
        <w:t>full launch materials</w:t>
      </w:r>
    </w:p>
    <w:p w14:paraId="55280EED" w14:textId="77777777" w:rsidR="001A5159" w:rsidRDefault="00000000">
      <w:r>
        <w:rPr>
          <w:rFonts w:ascii="Garamond" w:hAnsi="Garamond"/>
          <w:sz w:val="24"/>
        </w:rPr>
        <w:t xml:space="preserve">Clients LOVE </w:t>
      </w:r>
      <w:proofErr w:type="gramStart"/>
      <w:r>
        <w:rPr>
          <w:rFonts w:ascii="Garamond" w:hAnsi="Garamond"/>
          <w:sz w:val="24"/>
        </w:rPr>
        <w:t>the speed</w:t>
      </w:r>
      <w:proofErr w:type="gramEnd"/>
      <w:r>
        <w:rPr>
          <w:rFonts w:ascii="Garamond" w:hAnsi="Garamond"/>
          <w:sz w:val="24"/>
        </w:rPr>
        <w:t>, professionalism, and structure.</w:t>
      </w:r>
    </w:p>
    <w:p w14:paraId="7CD18218" w14:textId="77777777" w:rsidR="001A5159" w:rsidRDefault="001A5159"/>
    <w:p w14:paraId="0C78D76C" w14:textId="77777777" w:rsidR="001A5159" w:rsidRDefault="00000000">
      <w:r>
        <w:rPr>
          <w:rFonts w:ascii="Garamond" w:hAnsi="Garamond"/>
          <w:sz w:val="24"/>
        </w:rPr>
        <w:t>Tools You Need</w:t>
      </w:r>
    </w:p>
    <w:p w14:paraId="12ECF1BA" w14:textId="77777777" w:rsidR="001A5159" w:rsidRDefault="00000000">
      <w:r>
        <w:rPr>
          <w:rFonts w:ascii="Garamond" w:hAnsi="Garamond"/>
          <w:sz w:val="24"/>
        </w:rPr>
        <w:t>ChatGPT / Claude — course architecture + lesson writing</w:t>
      </w:r>
      <w:r>
        <w:rPr>
          <w:rFonts w:ascii="Garamond" w:hAnsi="Garamond"/>
          <w:sz w:val="24"/>
        </w:rPr>
        <w:br/>
        <w:t>Canva — slides, worksheets, branding</w:t>
      </w:r>
      <w:r>
        <w:rPr>
          <w:rFonts w:ascii="Garamond" w:hAnsi="Garamond"/>
          <w:sz w:val="24"/>
        </w:rPr>
        <w:br/>
        <w:t>Google Docs — scripting + outlines</w:t>
      </w:r>
      <w:r>
        <w:rPr>
          <w:rFonts w:ascii="Garamond" w:hAnsi="Garamond"/>
          <w:sz w:val="24"/>
        </w:rPr>
        <w:br/>
        <w:t>Notion — curriculum map</w:t>
      </w:r>
      <w:r>
        <w:rPr>
          <w:rFonts w:ascii="Garamond" w:hAnsi="Garamond"/>
          <w:sz w:val="24"/>
        </w:rPr>
        <w:br/>
        <w:t>PowerPoint / Google Slides — presentations</w:t>
      </w:r>
    </w:p>
    <w:p w14:paraId="2702157C" w14:textId="77777777" w:rsidR="001A5159" w:rsidRDefault="00000000">
      <w:r>
        <w:rPr>
          <w:rFonts w:ascii="Garamond" w:hAnsi="Garamond"/>
          <w:sz w:val="24"/>
        </w:rPr>
        <w:t>Optional integrations:</w:t>
      </w:r>
    </w:p>
    <w:p w14:paraId="15FEF045" w14:textId="77777777" w:rsidR="001A5159" w:rsidRDefault="00000000">
      <w:r>
        <w:rPr>
          <w:rFonts w:ascii="Garamond" w:hAnsi="Garamond"/>
          <w:sz w:val="24"/>
        </w:rPr>
        <w:t>Teachable / Kajabi / Thinkific — hosting</w:t>
      </w:r>
    </w:p>
    <w:p w14:paraId="70543FB6" w14:textId="77777777" w:rsidR="001A5159" w:rsidRDefault="00000000">
      <w:r>
        <w:rPr>
          <w:rFonts w:ascii="Garamond" w:hAnsi="Garamond"/>
          <w:sz w:val="24"/>
        </w:rPr>
        <w:t xml:space="preserve">Loom — video </w:t>
      </w:r>
      <w:proofErr w:type="gramStart"/>
      <w:r>
        <w:rPr>
          <w:rFonts w:ascii="Garamond" w:hAnsi="Garamond"/>
          <w:sz w:val="24"/>
        </w:rPr>
        <w:t>recording</w:t>
      </w:r>
      <w:proofErr w:type="gramEnd"/>
    </w:p>
    <w:p w14:paraId="6B1D0F3E" w14:textId="77777777" w:rsidR="001A5159" w:rsidRDefault="00000000">
      <w:r>
        <w:rPr>
          <w:rFonts w:ascii="Garamond" w:hAnsi="Garamond"/>
          <w:sz w:val="24"/>
        </w:rPr>
        <w:t xml:space="preserve">CapCut / Descript — </w:t>
      </w:r>
      <w:proofErr w:type="gramStart"/>
      <w:r>
        <w:rPr>
          <w:rFonts w:ascii="Garamond" w:hAnsi="Garamond"/>
          <w:sz w:val="24"/>
        </w:rPr>
        <w:t>editing</w:t>
      </w:r>
      <w:proofErr w:type="gramEnd"/>
    </w:p>
    <w:p w14:paraId="54DEAD8A" w14:textId="77777777" w:rsidR="001A5159" w:rsidRDefault="001A5159"/>
    <w:p w14:paraId="7DB4763F" w14:textId="77777777" w:rsidR="001A5159" w:rsidRDefault="00000000">
      <w:r>
        <w:rPr>
          <w:rFonts w:ascii="Garamond" w:hAnsi="Garamond"/>
          <w:sz w:val="24"/>
        </w:rPr>
        <w:t>What You’ll Offer</w:t>
      </w:r>
    </w:p>
    <w:p w14:paraId="0F295D67" w14:textId="77777777" w:rsidR="001A5159" w:rsidRDefault="00000000">
      <w:r>
        <w:rPr>
          <w:rFonts w:ascii="Garamond" w:hAnsi="Garamond"/>
          <w:sz w:val="24"/>
        </w:rPr>
        <w:t>You can build:</w:t>
      </w:r>
    </w:p>
    <w:p w14:paraId="40F0FE7A" w14:textId="77777777" w:rsidR="001A5159" w:rsidRDefault="00000000">
      <w:r>
        <w:rPr>
          <w:rFonts w:ascii="Garamond" w:hAnsi="Garamond"/>
          <w:sz w:val="24"/>
        </w:rPr>
        <w:t>full course outlines</w:t>
      </w:r>
    </w:p>
    <w:p w14:paraId="785F61CA" w14:textId="77777777" w:rsidR="001A5159" w:rsidRDefault="00000000">
      <w:r>
        <w:rPr>
          <w:rFonts w:ascii="Garamond" w:hAnsi="Garamond"/>
          <w:sz w:val="24"/>
        </w:rPr>
        <w:t>lesson scripts</w:t>
      </w:r>
    </w:p>
    <w:p w14:paraId="7E37698E" w14:textId="77777777" w:rsidR="001A5159" w:rsidRDefault="00000000">
      <w:r>
        <w:rPr>
          <w:rFonts w:ascii="Garamond" w:hAnsi="Garamond"/>
          <w:sz w:val="24"/>
        </w:rPr>
        <w:t>slides</w:t>
      </w:r>
    </w:p>
    <w:p w14:paraId="2ED9716F" w14:textId="77777777" w:rsidR="001A5159" w:rsidRDefault="00000000">
      <w:r>
        <w:rPr>
          <w:rFonts w:ascii="Garamond" w:hAnsi="Garamond"/>
          <w:sz w:val="24"/>
        </w:rPr>
        <w:t>worksheets</w:t>
      </w:r>
    </w:p>
    <w:p w14:paraId="66E18B1C" w14:textId="77777777" w:rsidR="001A5159" w:rsidRDefault="00000000">
      <w:proofErr w:type="gramStart"/>
      <w:r>
        <w:rPr>
          <w:rFonts w:ascii="Garamond" w:hAnsi="Garamond"/>
          <w:sz w:val="24"/>
        </w:rPr>
        <w:t>quizzes</w:t>
      </w:r>
      <w:proofErr w:type="gramEnd"/>
    </w:p>
    <w:p w14:paraId="75A29E90" w14:textId="77777777" w:rsidR="001A5159" w:rsidRDefault="00000000">
      <w:r>
        <w:rPr>
          <w:rFonts w:ascii="Garamond" w:hAnsi="Garamond"/>
          <w:sz w:val="24"/>
        </w:rPr>
        <w:t>module maps</w:t>
      </w:r>
    </w:p>
    <w:p w14:paraId="7AAA0201" w14:textId="77777777" w:rsidR="001A5159" w:rsidRDefault="00000000">
      <w:r>
        <w:rPr>
          <w:rFonts w:ascii="Garamond" w:hAnsi="Garamond"/>
          <w:sz w:val="24"/>
        </w:rPr>
        <w:t>course branding</w:t>
      </w:r>
    </w:p>
    <w:p w14:paraId="671BDEC4" w14:textId="77777777" w:rsidR="001A5159" w:rsidRDefault="00000000">
      <w:r>
        <w:rPr>
          <w:rFonts w:ascii="Garamond" w:hAnsi="Garamond"/>
          <w:sz w:val="24"/>
        </w:rPr>
        <w:t>sales page copy</w:t>
      </w:r>
    </w:p>
    <w:p w14:paraId="333DEF87" w14:textId="77777777" w:rsidR="001A5159" w:rsidRDefault="00000000">
      <w:r>
        <w:rPr>
          <w:rFonts w:ascii="Garamond" w:hAnsi="Garamond"/>
          <w:sz w:val="24"/>
        </w:rPr>
        <w:t xml:space="preserve">launch </w:t>
      </w:r>
      <w:proofErr w:type="gramStart"/>
      <w:r>
        <w:rPr>
          <w:rFonts w:ascii="Garamond" w:hAnsi="Garamond"/>
          <w:sz w:val="24"/>
        </w:rPr>
        <w:t>emails</w:t>
      </w:r>
      <w:proofErr w:type="gramEnd"/>
    </w:p>
    <w:p w14:paraId="6A1ADE37" w14:textId="77777777" w:rsidR="001A5159" w:rsidRDefault="00000000">
      <w:r>
        <w:rPr>
          <w:rFonts w:ascii="Garamond" w:hAnsi="Garamond"/>
          <w:sz w:val="24"/>
        </w:rPr>
        <w:t>webinar outlines</w:t>
      </w:r>
    </w:p>
    <w:p w14:paraId="23CBCB75" w14:textId="77777777" w:rsidR="001A5159" w:rsidRDefault="00000000">
      <w:r>
        <w:rPr>
          <w:rFonts w:ascii="Garamond" w:hAnsi="Garamond"/>
          <w:sz w:val="24"/>
        </w:rPr>
        <w:t>content upgrades</w:t>
      </w:r>
    </w:p>
    <w:p w14:paraId="5C491B6C" w14:textId="77777777" w:rsidR="001A5159" w:rsidRDefault="00000000">
      <w:r>
        <w:rPr>
          <w:rFonts w:ascii="Garamond" w:hAnsi="Garamond"/>
          <w:sz w:val="24"/>
        </w:rPr>
        <w:t>downloadable resources</w:t>
      </w:r>
    </w:p>
    <w:p w14:paraId="7BADE8DB" w14:textId="77777777" w:rsidR="001A5159" w:rsidRDefault="00000000">
      <w:r>
        <w:rPr>
          <w:rFonts w:ascii="Garamond" w:hAnsi="Garamond"/>
          <w:sz w:val="24"/>
        </w:rPr>
        <w:t>Clients end up with a complete course ready to record.</w:t>
      </w:r>
    </w:p>
    <w:p w14:paraId="59CB059B" w14:textId="77777777" w:rsidR="001A5159" w:rsidRDefault="001A5159"/>
    <w:p w14:paraId="5CA2E273" w14:textId="77777777" w:rsidR="001A5159" w:rsidRDefault="00000000">
      <w:r>
        <w:rPr>
          <w:rFonts w:ascii="Garamond" w:hAnsi="Garamond"/>
          <w:sz w:val="24"/>
        </w:rPr>
        <w:t>AI-Powered Workflow (Step-by-Step)</w:t>
      </w:r>
    </w:p>
    <w:p w14:paraId="6FD63921" w14:textId="77777777" w:rsidR="001A5159" w:rsidRDefault="00000000">
      <w:r>
        <w:rPr>
          <w:rFonts w:ascii="Garamond" w:hAnsi="Garamond"/>
          <w:sz w:val="24"/>
        </w:rPr>
        <w:t>STEP 1 — Define the Transformation</w:t>
      </w:r>
    </w:p>
    <w:p w14:paraId="085AA1A6" w14:textId="77777777" w:rsidR="001A5159" w:rsidRDefault="00000000">
      <w:r>
        <w:rPr>
          <w:rFonts w:ascii="Garamond" w:hAnsi="Garamond"/>
          <w:sz w:val="24"/>
        </w:rPr>
        <w:t>Ask:</w:t>
      </w:r>
    </w:p>
    <w:p w14:paraId="17F81E1F" w14:textId="77777777" w:rsidR="001A5159" w:rsidRDefault="00000000">
      <w:r>
        <w:rPr>
          <w:rFonts w:ascii="Garamond" w:hAnsi="Garamond"/>
          <w:sz w:val="24"/>
        </w:rPr>
        <w:t>“Create a transformation statement and module outline for a course teaching to .”</w:t>
      </w:r>
    </w:p>
    <w:p w14:paraId="24A8434F" w14:textId="77777777" w:rsidR="001A5159" w:rsidRDefault="00000000">
      <w:r>
        <w:rPr>
          <w:rFonts w:ascii="Garamond" w:hAnsi="Garamond"/>
          <w:sz w:val="24"/>
        </w:rPr>
        <w:t>This becomes the backbone of the course.</w:t>
      </w:r>
    </w:p>
    <w:p w14:paraId="662B0271" w14:textId="77777777" w:rsidR="001A5159" w:rsidRDefault="001A5159"/>
    <w:p w14:paraId="1B09939A" w14:textId="77777777" w:rsidR="001A5159" w:rsidRDefault="00000000">
      <w:r>
        <w:rPr>
          <w:rFonts w:ascii="Garamond" w:hAnsi="Garamond"/>
          <w:sz w:val="24"/>
        </w:rPr>
        <w:t>STEP 2 — Build the Full Curriculum</w:t>
      </w:r>
    </w:p>
    <w:p w14:paraId="597039A9" w14:textId="77777777" w:rsidR="001A5159" w:rsidRDefault="00000000">
      <w:r>
        <w:rPr>
          <w:rFonts w:ascii="Garamond" w:hAnsi="Garamond"/>
          <w:sz w:val="24"/>
        </w:rPr>
        <w:t>Ask:</w:t>
      </w:r>
    </w:p>
    <w:p w14:paraId="4160E382" w14:textId="77777777" w:rsidR="001A5159" w:rsidRDefault="00000000">
      <w:r>
        <w:rPr>
          <w:rFonts w:ascii="Garamond" w:hAnsi="Garamond"/>
          <w:sz w:val="24"/>
        </w:rPr>
        <w:lastRenderedPageBreak/>
        <w:t>“Expand each module into detailed lessons with objectives, key concepts, action steps, and student activities.”</w:t>
      </w:r>
    </w:p>
    <w:p w14:paraId="3D04C745" w14:textId="77777777" w:rsidR="001A5159" w:rsidRDefault="001A5159"/>
    <w:p w14:paraId="7B5D821F" w14:textId="77777777" w:rsidR="001A5159" w:rsidRDefault="00000000">
      <w:r>
        <w:rPr>
          <w:rFonts w:ascii="Garamond" w:hAnsi="Garamond"/>
          <w:sz w:val="24"/>
        </w:rPr>
        <w:t>STEP 3 — Write Lesson Scripts</w:t>
      </w:r>
    </w:p>
    <w:p w14:paraId="4D55DA38" w14:textId="77777777" w:rsidR="001A5159" w:rsidRDefault="00000000">
      <w:r>
        <w:rPr>
          <w:rFonts w:ascii="Garamond" w:hAnsi="Garamond"/>
          <w:sz w:val="24"/>
        </w:rPr>
        <w:t>Ask:</w:t>
      </w:r>
    </w:p>
    <w:p w14:paraId="71A17307" w14:textId="77777777" w:rsidR="001A5159" w:rsidRDefault="00000000">
      <w:r>
        <w:rPr>
          <w:rFonts w:ascii="Garamond" w:hAnsi="Garamond"/>
          <w:sz w:val="24"/>
        </w:rPr>
        <w:t xml:space="preserve">“Write a full lesson script for this lesson. Make it </w:t>
      </w:r>
      <w:proofErr w:type="gramStart"/>
      <w:r>
        <w:rPr>
          <w:rFonts w:ascii="Garamond" w:hAnsi="Garamond"/>
          <w:sz w:val="24"/>
        </w:rPr>
        <w:t>engaging</w:t>
      </w:r>
      <w:proofErr w:type="gramEnd"/>
      <w:r>
        <w:rPr>
          <w:rFonts w:ascii="Garamond" w:hAnsi="Garamond"/>
          <w:sz w:val="24"/>
        </w:rPr>
        <w:t>, clear, story-driven, and actionable.”</w:t>
      </w:r>
    </w:p>
    <w:p w14:paraId="59C6C7D5" w14:textId="77777777" w:rsidR="001A5159" w:rsidRDefault="00000000">
      <w:r>
        <w:rPr>
          <w:rFonts w:ascii="Garamond" w:hAnsi="Garamond"/>
          <w:sz w:val="24"/>
        </w:rPr>
        <w:t>Or:</w:t>
      </w:r>
    </w:p>
    <w:p w14:paraId="39ED0C9F" w14:textId="77777777" w:rsidR="001A5159" w:rsidRDefault="00000000">
      <w:r>
        <w:rPr>
          <w:rFonts w:ascii="Garamond" w:hAnsi="Garamond"/>
          <w:sz w:val="24"/>
        </w:rPr>
        <w:t>“Create bullet-point talking notes for a 10-minute video.”</w:t>
      </w:r>
    </w:p>
    <w:p w14:paraId="560A0C39" w14:textId="77777777" w:rsidR="001A5159" w:rsidRDefault="001A5159"/>
    <w:p w14:paraId="5A83C617" w14:textId="77777777" w:rsidR="001A5159" w:rsidRDefault="00000000">
      <w:r>
        <w:rPr>
          <w:rFonts w:ascii="Garamond" w:hAnsi="Garamond"/>
          <w:sz w:val="24"/>
        </w:rPr>
        <w:t>STEP 4 — Create Slides</w:t>
      </w:r>
    </w:p>
    <w:p w14:paraId="0C5342F7" w14:textId="77777777" w:rsidR="001A5159" w:rsidRDefault="00000000">
      <w:r>
        <w:rPr>
          <w:rFonts w:ascii="Garamond" w:hAnsi="Garamond"/>
          <w:sz w:val="24"/>
        </w:rPr>
        <w:t>Ask:</w:t>
      </w:r>
    </w:p>
    <w:p w14:paraId="713CB2B4" w14:textId="77777777" w:rsidR="001A5159" w:rsidRDefault="00000000">
      <w:r>
        <w:rPr>
          <w:rFonts w:ascii="Garamond" w:hAnsi="Garamond"/>
          <w:sz w:val="24"/>
        </w:rPr>
        <w:t>“Turn this lesson into a slide deck outline with key points, visuals, examples, and section transitions.”</w:t>
      </w:r>
    </w:p>
    <w:p w14:paraId="40A08D57" w14:textId="77777777" w:rsidR="001A5159" w:rsidRDefault="00000000">
      <w:r>
        <w:rPr>
          <w:rFonts w:ascii="Garamond" w:hAnsi="Garamond"/>
          <w:sz w:val="24"/>
        </w:rPr>
        <w:t>Build in Canva or Slides.</w:t>
      </w:r>
    </w:p>
    <w:p w14:paraId="6A5B1673" w14:textId="77777777" w:rsidR="001A5159" w:rsidRDefault="001A5159"/>
    <w:p w14:paraId="43791D6F" w14:textId="77777777" w:rsidR="001A5159" w:rsidRDefault="00000000">
      <w:r>
        <w:rPr>
          <w:rFonts w:ascii="Garamond" w:hAnsi="Garamond"/>
          <w:sz w:val="24"/>
        </w:rPr>
        <w:t>STEP 5 — Create Student Resources</w:t>
      </w:r>
    </w:p>
    <w:p w14:paraId="186AF522" w14:textId="77777777" w:rsidR="001A5159" w:rsidRDefault="00000000">
      <w:r>
        <w:rPr>
          <w:rFonts w:ascii="Garamond" w:hAnsi="Garamond"/>
          <w:sz w:val="24"/>
        </w:rPr>
        <w:t>Ask:</w:t>
      </w:r>
    </w:p>
    <w:p w14:paraId="5A4AC99B" w14:textId="77777777" w:rsidR="001A5159" w:rsidRDefault="00000000">
      <w:r>
        <w:rPr>
          <w:rFonts w:ascii="Garamond" w:hAnsi="Garamond"/>
          <w:sz w:val="24"/>
        </w:rPr>
        <w:t>“Create a worksheet with 10 reflection questions, 5 exercises, and 1 action plan.”</w:t>
      </w:r>
    </w:p>
    <w:p w14:paraId="02251841" w14:textId="77777777" w:rsidR="001A5159" w:rsidRDefault="00000000">
      <w:r>
        <w:rPr>
          <w:rFonts w:ascii="Garamond" w:hAnsi="Garamond"/>
          <w:sz w:val="24"/>
        </w:rPr>
        <w:t>You can also generate:</w:t>
      </w:r>
    </w:p>
    <w:p w14:paraId="64201A07" w14:textId="77777777" w:rsidR="001A5159" w:rsidRDefault="00000000">
      <w:proofErr w:type="gramStart"/>
      <w:r>
        <w:rPr>
          <w:rFonts w:ascii="Garamond" w:hAnsi="Garamond"/>
          <w:sz w:val="24"/>
        </w:rPr>
        <w:t>quizzes</w:t>
      </w:r>
      <w:proofErr w:type="gramEnd"/>
    </w:p>
    <w:p w14:paraId="3E936306" w14:textId="77777777" w:rsidR="001A5159" w:rsidRDefault="00000000">
      <w:r>
        <w:rPr>
          <w:rFonts w:ascii="Garamond" w:hAnsi="Garamond"/>
          <w:sz w:val="24"/>
        </w:rPr>
        <w:t>downloadable guides</w:t>
      </w:r>
    </w:p>
    <w:p w14:paraId="374ABDEA" w14:textId="77777777" w:rsidR="001A5159" w:rsidRDefault="00000000">
      <w:r>
        <w:rPr>
          <w:rFonts w:ascii="Garamond" w:hAnsi="Garamond"/>
          <w:sz w:val="24"/>
        </w:rPr>
        <w:t>checklists</w:t>
      </w:r>
    </w:p>
    <w:p w14:paraId="49648097" w14:textId="77777777" w:rsidR="001A5159" w:rsidRDefault="00000000">
      <w:r>
        <w:rPr>
          <w:rFonts w:ascii="Garamond" w:hAnsi="Garamond"/>
          <w:sz w:val="24"/>
        </w:rPr>
        <w:t>templates</w:t>
      </w:r>
    </w:p>
    <w:p w14:paraId="2FA5FEBE" w14:textId="77777777" w:rsidR="001A5159" w:rsidRDefault="001A5159"/>
    <w:p w14:paraId="0E2A895B" w14:textId="77777777" w:rsidR="001A5159" w:rsidRDefault="00000000">
      <w:r>
        <w:rPr>
          <w:rFonts w:ascii="Garamond" w:hAnsi="Garamond"/>
          <w:sz w:val="24"/>
        </w:rPr>
        <w:t>STEP 6 — Build the Course Brand</w:t>
      </w:r>
    </w:p>
    <w:p w14:paraId="10E422BB" w14:textId="77777777" w:rsidR="001A5159" w:rsidRDefault="00000000">
      <w:r>
        <w:rPr>
          <w:rFonts w:ascii="Garamond" w:hAnsi="Garamond"/>
          <w:sz w:val="24"/>
        </w:rPr>
        <w:t>Ask:</w:t>
      </w:r>
    </w:p>
    <w:p w14:paraId="1B151C07" w14:textId="77777777" w:rsidR="001A5159" w:rsidRDefault="00000000">
      <w:r>
        <w:rPr>
          <w:rFonts w:ascii="Garamond" w:hAnsi="Garamond"/>
          <w:sz w:val="24"/>
        </w:rPr>
        <w:lastRenderedPageBreak/>
        <w:t>“Create 5 course title options, 5 taglines, and a branding direction.”</w:t>
      </w:r>
    </w:p>
    <w:p w14:paraId="13E105F2" w14:textId="77777777" w:rsidR="001A5159" w:rsidRDefault="00000000">
      <w:r>
        <w:rPr>
          <w:rFonts w:ascii="Garamond" w:hAnsi="Garamond"/>
          <w:sz w:val="24"/>
        </w:rPr>
        <w:t>Design:</w:t>
      </w:r>
    </w:p>
    <w:p w14:paraId="3AADE0BE" w14:textId="77777777" w:rsidR="001A5159" w:rsidRDefault="00000000">
      <w:r>
        <w:rPr>
          <w:rFonts w:ascii="Garamond" w:hAnsi="Garamond"/>
          <w:sz w:val="24"/>
        </w:rPr>
        <w:t>thumbnails</w:t>
      </w:r>
    </w:p>
    <w:p w14:paraId="3B93ABF8" w14:textId="77777777" w:rsidR="001A5159" w:rsidRDefault="00000000">
      <w:r>
        <w:rPr>
          <w:rFonts w:ascii="Garamond" w:hAnsi="Garamond"/>
          <w:sz w:val="24"/>
        </w:rPr>
        <w:t>cover art</w:t>
      </w:r>
    </w:p>
    <w:p w14:paraId="2B3925DB" w14:textId="77777777" w:rsidR="001A5159" w:rsidRDefault="00000000">
      <w:r>
        <w:rPr>
          <w:rFonts w:ascii="Garamond" w:hAnsi="Garamond"/>
          <w:sz w:val="24"/>
        </w:rPr>
        <w:t>module cards</w:t>
      </w:r>
    </w:p>
    <w:p w14:paraId="4A6E1774" w14:textId="77777777" w:rsidR="001A5159" w:rsidRDefault="00000000">
      <w:r>
        <w:rPr>
          <w:rFonts w:ascii="Garamond" w:hAnsi="Garamond"/>
          <w:sz w:val="24"/>
        </w:rPr>
        <w:t>PDF style</w:t>
      </w:r>
    </w:p>
    <w:p w14:paraId="7C868F42" w14:textId="77777777" w:rsidR="001A5159" w:rsidRDefault="001A5159"/>
    <w:p w14:paraId="5132DA2D" w14:textId="77777777" w:rsidR="001A5159" w:rsidRDefault="00000000">
      <w:r>
        <w:rPr>
          <w:rFonts w:ascii="Garamond" w:hAnsi="Garamond"/>
          <w:sz w:val="24"/>
        </w:rPr>
        <w:t>STEP 7 — Create Sales &amp; Launch Assets</w:t>
      </w:r>
    </w:p>
    <w:p w14:paraId="26E8CC49" w14:textId="77777777" w:rsidR="001A5159" w:rsidRDefault="00000000">
      <w:r>
        <w:rPr>
          <w:rFonts w:ascii="Garamond" w:hAnsi="Garamond"/>
          <w:sz w:val="24"/>
        </w:rPr>
        <w:t>Ask:</w:t>
      </w:r>
    </w:p>
    <w:p w14:paraId="4BF1E17D" w14:textId="77777777" w:rsidR="001A5159" w:rsidRDefault="00000000">
      <w:r>
        <w:rPr>
          <w:rFonts w:ascii="Garamond" w:hAnsi="Garamond"/>
          <w:sz w:val="24"/>
        </w:rPr>
        <w:t>“Write the sales page copy, course description, and email launch sequence.”</w:t>
      </w:r>
    </w:p>
    <w:p w14:paraId="19645181" w14:textId="77777777" w:rsidR="001A5159" w:rsidRDefault="00000000">
      <w:r>
        <w:rPr>
          <w:rFonts w:ascii="Garamond" w:hAnsi="Garamond"/>
          <w:sz w:val="24"/>
        </w:rPr>
        <w:t>You now have:</w:t>
      </w:r>
    </w:p>
    <w:p w14:paraId="38977437" w14:textId="77777777" w:rsidR="001A5159" w:rsidRDefault="00000000">
      <w:r>
        <w:rPr>
          <w:rFonts w:ascii="Garamond" w:hAnsi="Garamond"/>
          <w:sz w:val="24"/>
        </w:rPr>
        <w:t>sales page</w:t>
      </w:r>
    </w:p>
    <w:p w14:paraId="25523E38" w14:textId="77777777" w:rsidR="001A5159" w:rsidRDefault="00000000">
      <w:r>
        <w:rPr>
          <w:rFonts w:ascii="Garamond" w:hAnsi="Garamond"/>
          <w:sz w:val="24"/>
        </w:rPr>
        <w:t xml:space="preserve">launch </w:t>
      </w:r>
      <w:proofErr w:type="gramStart"/>
      <w:r>
        <w:rPr>
          <w:rFonts w:ascii="Garamond" w:hAnsi="Garamond"/>
          <w:sz w:val="24"/>
        </w:rPr>
        <w:t>emails</w:t>
      </w:r>
      <w:proofErr w:type="gramEnd"/>
    </w:p>
    <w:p w14:paraId="5F29B4D2" w14:textId="77777777" w:rsidR="001A5159" w:rsidRDefault="00000000">
      <w:r>
        <w:rPr>
          <w:rFonts w:ascii="Garamond" w:hAnsi="Garamond"/>
          <w:sz w:val="24"/>
        </w:rPr>
        <w:t>Instagram posts</w:t>
      </w:r>
    </w:p>
    <w:p w14:paraId="5E0ACB42" w14:textId="77777777" w:rsidR="001A5159" w:rsidRDefault="00000000">
      <w:r>
        <w:rPr>
          <w:rFonts w:ascii="Garamond" w:hAnsi="Garamond"/>
          <w:sz w:val="24"/>
        </w:rPr>
        <w:t>ad copy</w:t>
      </w:r>
    </w:p>
    <w:p w14:paraId="5F247D30" w14:textId="77777777" w:rsidR="001A5159" w:rsidRDefault="00000000">
      <w:r>
        <w:rPr>
          <w:rFonts w:ascii="Garamond" w:hAnsi="Garamond"/>
          <w:sz w:val="24"/>
        </w:rPr>
        <w:t>webinar outline</w:t>
      </w:r>
    </w:p>
    <w:p w14:paraId="15E38EF4" w14:textId="77777777" w:rsidR="001A5159" w:rsidRDefault="001A5159"/>
    <w:p w14:paraId="55EFEB6C" w14:textId="77777777" w:rsidR="001A5159" w:rsidRDefault="00000000">
      <w:r>
        <w:rPr>
          <w:rFonts w:ascii="Garamond" w:hAnsi="Garamond"/>
          <w:sz w:val="24"/>
        </w:rPr>
        <w:t>STEP 8 — Deliver the Full Package</w:t>
      </w:r>
    </w:p>
    <w:p w14:paraId="702784B2" w14:textId="77777777" w:rsidR="001A5159" w:rsidRDefault="00000000">
      <w:r>
        <w:rPr>
          <w:rFonts w:ascii="Garamond" w:hAnsi="Garamond"/>
          <w:sz w:val="24"/>
        </w:rPr>
        <w:t>Deliver:</w:t>
      </w:r>
    </w:p>
    <w:p w14:paraId="371A812C" w14:textId="77777777" w:rsidR="001A5159" w:rsidRDefault="00000000">
      <w:r>
        <w:rPr>
          <w:rFonts w:ascii="Garamond" w:hAnsi="Garamond"/>
          <w:sz w:val="24"/>
        </w:rPr>
        <w:t>curriculum</w:t>
      </w:r>
    </w:p>
    <w:p w14:paraId="0EDA4D07" w14:textId="77777777" w:rsidR="001A5159" w:rsidRDefault="00000000">
      <w:r>
        <w:rPr>
          <w:rFonts w:ascii="Garamond" w:hAnsi="Garamond"/>
          <w:sz w:val="24"/>
        </w:rPr>
        <w:t>scripts</w:t>
      </w:r>
    </w:p>
    <w:p w14:paraId="67C9C96D" w14:textId="77777777" w:rsidR="001A5159" w:rsidRDefault="00000000">
      <w:r>
        <w:rPr>
          <w:rFonts w:ascii="Garamond" w:hAnsi="Garamond"/>
          <w:sz w:val="24"/>
        </w:rPr>
        <w:t>slides</w:t>
      </w:r>
    </w:p>
    <w:p w14:paraId="43414A2A" w14:textId="77777777" w:rsidR="001A5159" w:rsidRDefault="00000000">
      <w:r>
        <w:rPr>
          <w:rFonts w:ascii="Garamond" w:hAnsi="Garamond"/>
          <w:sz w:val="24"/>
        </w:rPr>
        <w:t>worksheets</w:t>
      </w:r>
    </w:p>
    <w:p w14:paraId="3AC718DB" w14:textId="77777777" w:rsidR="001A5159" w:rsidRDefault="00000000">
      <w:proofErr w:type="gramStart"/>
      <w:r>
        <w:rPr>
          <w:rFonts w:ascii="Garamond" w:hAnsi="Garamond"/>
          <w:sz w:val="24"/>
        </w:rPr>
        <w:t>quizzes</w:t>
      </w:r>
      <w:proofErr w:type="gramEnd"/>
    </w:p>
    <w:p w14:paraId="03115D1C" w14:textId="77777777" w:rsidR="001A5159" w:rsidRDefault="00000000">
      <w:r>
        <w:rPr>
          <w:rFonts w:ascii="Garamond" w:hAnsi="Garamond"/>
          <w:sz w:val="24"/>
        </w:rPr>
        <w:t>branding</w:t>
      </w:r>
    </w:p>
    <w:p w14:paraId="4C2D9C97" w14:textId="77777777" w:rsidR="001A5159" w:rsidRDefault="00000000">
      <w:r>
        <w:rPr>
          <w:rFonts w:ascii="Garamond" w:hAnsi="Garamond"/>
          <w:sz w:val="24"/>
        </w:rPr>
        <w:lastRenderedPageBreak/>
        <w:t xml:space="preserve">sales </w:t>
      </w:r>
      <w:proofErr w:type="gramStart"/>
      <w:r>
        <w:rPr>
          <w:rFonts w:ascii="Garamond" w:hAnsi="Garamond"/>
          <w:sz w:val="24"/>
        </w:rPr>
        <w:t>copy</w:t>
      </w:r>
      <w:proofErr w:type="gramEnd"/>
    </w:p>
    <w:p w14:paraId="0CDD2726" w14:textId="77777777" w:rsidR="001A5159" w:rsidRDefault="00000000">
      <w:r>
        <w:rPr>
          <w:rFonts w:ascii="Garamond" w:hAnsi="Garamond"/>
          <w:sz w:val="24"/>
        </w:rPr>
        <w:t xml:space="preserve">launch </w:t>
      </w:r>
      <w:proofErr w:type="gramStart"/>
      <w:r>
        <w:rPr>
          <w:rFonts w:ascii="Garamond" w:hAnsi="Garamond"/>
          <w:sz w:val="24"/>
        </w:rPr>
        <w:t>plan</w:t>
      </w:r>
      <w:proofErr w:type="gramEnd"/>
    </w:p>
    <w:p w14:paraId="1B33A291" w14:textId="77777777" w:rsidR="001A5159" w:rsidRDefault="00000000">
      <w:r>
        <w:rPr>
          <w:rFonts w:ascii="Garamond" w:hAnsi="Garamond"/>
          <w:sz w:val="24"/>
        </w:rPr>
        <w:t>course roadmap</w:t>
      </w:r>
    </w:p>
    <w:p w14:paraId="26F04C46" w14:textId="77777777" w:rsidR="001A5159" w:rsidRDefault="00000000">
      <w:r>
        <w:rPr>
          <w:rFonts w:ascii="Garamond" w:hAnsi="Garamond"/>
          <w:sz w:val="24"/>
        </w:rPr>
        <w:t>This is a high-ticket deliverable.</w:t>
      </w:r>
    </w:p>
    <w:p w14:paraId="6BAAEAB9" w14:textId="77777777" w:rsidR="001A5159" w:rsidRDefault="001A5159"/>
    <w:p w14:paraId="16FBBE7C" w14:textId="77777777" w:rsidR="001A5159" w:rsidRDefault="00000000">
      <w:r>
        <w:rPr>
          <w:rFonts w:ascii="Garamond" w:hAnsi="Garamond"/>
          <w:sz w:val="24"/>
        </w:rPr>
        <w:t>Beginner-Proof Portfolio</w:t>
      </w:r>
    </w:p>
    <w:p w14:paraId="52C75783" w14:textId="77777777" w:rsidR="001A5159" w:rsidRDefault="00000000">
      <w:r>
        <w:rPr>
          <w:rFonts w:ascii="Garamond" w:hAnsi="Garamond"/>
          <w:sz w:val="24"/>
        </w:rPr>
        <w:t>You only need:</w:t>
      </w:r>
    </w:p>
    <w:p w14:paraId="44752CD5" w14:textId="77777777" w:rsidR="001A5159" w:rsidRDefault="00000000">
      <w:r>
        <w:rPr>
          <w:rFonts w:ascii="Garamond" w:hAnsi="Garamond"/>
          <w:sz w:val="24"/>
        </w:rPr>
        <w:t>1 module outline</w:t>
      </w:r>
    </w:p>
    <w:p w14:paraId="5E45C4F6" w14:textId="77777777" w:rsidR="001A5159" w:rsidRDefault="00000000">
      <w:r>
        <w:rPr>
          <w:rFonts w:ascii="Garamond" w:hAnsi="Garamond"/>
          <w:sz w:val="24"/>
        </w:rPr>
        <w:t>1 lesson script</w:t>
      </w:r>
    </w:p>
    <w:p w14:paraId="35A20C8D" w14:textId="77777777" w:rsidR="001A5159" w:rsidRDefault="00000000">
      <w:r>
        <w:rPr>
          <w:rFonts w:ascii="Garamond" w:hAnsi="Garamond"/>
          <w:sz w:val="24"/>
        </w:rPr>
        <w:t>1 slide sample</w:t>
      </w:r>
    </w:p>
    <w:p w14:paraId="24C84861" w14:textId="77777777" w:rsidR="001A5159" w:rsidRDefault="00000000">
      <w:r>
        <w:rPr>
          <w:rFonts w:ascii="Garamond" w:hAnsi="Garamond"/>
          <w:sz w:val="24"/>
        </w:rPr>
        <w:t>1 worksheet</w:t>
      </w:r>
    </w:p>
    <w:p w14:paraId="328D6BD5" w14:textId="77777777" w:rsidR="001A5159" w:rsidRDefault="00000000">
      <w:r>
        <w:rPr>
          <w:rFonts w:ascii="Garamond" w:hAnsi="Garamond"/>
          <w:sz w:val="24"/>
        </w:rPr>
        <w:t>This looks extremely professional.</w:t>
      </w:r>
    </w:p>
    <w:p w14:paraId="766EA5DD" w14:textId="77777777" w:rsidR="001A5159" w:rsidRDefault="001A5159"/>
    <w:p w14:paraId="0DDE072C" w14:textId="77777777" w:rsidR="001A5159" w:rsidRDefault="00000000">
      <w:r>
        <w:rPr>
          <w:rFonts w:ascii="Garamond" w:hAnsi="Garamond"/>
          <w:sz w:val="24"/>
        </w:rPr>
        <w:t>Pricing Guide</w:t>
      </w:r>
    </w:p>
    <w:p w14:paraId="19C5EE71" w14:textId="77777777" w:rsidR="001A5159" w:rsidRDefault="00000000">
      <w:r>
        <w:rPr>
          <w:rFonts w:ascii="Garamond" w:hAnsi="Garamond"/>
          <w:sz w:val="24"/>
        </w:rPr>
        <w:t>Beginners:</w:t>
      </w:r>
    </w:p>
    <w:p w14:paraId="59591527" w14:textId="77777777" w:rsidR="001A5159" w:rsidRDefault="00000000">
      <w:r>
        <w:rPr>
          <w:rFonts w:ascii="Garamond" w:hAnsi="Garamond"/>
          <w:sz w:val="24"/>
        </w:rPr>
        <w:t>$200–$600 mini-course build</w:t>
      </w:r>
    </w:p>
    <w:p w14:paraId="498D6A89" w14:textId="77777777" w:rsidR="001A5159" w:rsidRDefault="00000000">
      <w:r>
        <w:rPr>
          <w:rFonts w:ascii="Garamond" w:hAnsi="Garamond"/>
          <w:sz w:val="24"/>
        </w:rPr>
        <w:t>$100–$300 per module</w:t>
      </w:r>
    </w:p>
    <w:p w14:paraId="513CDCCA" w14:textId="77777777" w:rsidR="001A5159" w:rsidRDefault="00000000">
      <w:r>
        <w:rPr>
          <w:rFonts w:ascii="Garamond" w:hAnsi="Garamond"/>
          <w:sz w:val="24"/>
        </w:rPr>
        <w:t>Intermediate:</w:t>
      </w:r>
    </w:p>
    <w:p w14:paraId="26EF151D" w14:textId="77777777" w:rsidR="001A5159" w:rsidRDefault="00000000">
      <w:r>
        <w:rPr>
          <w:rFonts w:ascii="Garamond" w:hAnsi="Garamond"/>
          <w:sz w:val="24"/>
        </w:rPr>
        <w:t>$600–$2,000 full course outline + assets</w:t>
      </w:r>
    </w:p>
    <w:p w14:paraId="3D09CA4F" w14:textId="77777777" w:rsidR="001A5159" w:rsidRDefault="00000000">
      <w:r>
        <w:rPr>
          <w:rFonts w:ascii="Garamond" w:hAnsi="Garamond"/>
          <w:sz w:val="24"/>
        </w:rPr>
        <w:t>Pro:</w:t>
      </w:r>
    </w:p>
    <w:p w14:paraId="3BA30B32" w14:textId="77777777" w:rsidR="001A5159" w:rsidRDefault="00000000">
      <w:r>
        <w:rPr>
          <w:rFonts w:ascii="Garamond" w:hAnsi="Garamond"/>
          <w:sz w:val="24"/>
        </w:rPr>
        <w:t>$2,000–$8,000 full course creation</w:t>
      </w:r>
    </w:p>
    <w:p w14:paraId="78F1567A" w14:textId="77777777" w:rsidR="001A5159" w:rsidRDefault="00000000">
      <w:r>
        <w:rPr>
          <w:rFonts w:ascii="Garamond" w:hAnsi="Garamond"/>
          <w:sz w:val="24"/>
        </w:rPr>
        <w:t>$8,000–$25,000 signature program build</w:t>
      </w:r>
    </w:p>
    <w:p w14:paraId="5D8F73F0" w14:textId="77777777" w:rsidR="001A5159" w:rsidRDefault="00000000">
      <w:r>
        <w:rPr>
          <w:rFonts w:ascii="Garamond" w:hAnsi="Garamond"/>
          <w:sz w:val="24"/>
        </w:rPr>
        <w:t>$300–$1,500 monthly content retainer</w:t>
      </w:r>
    </w:p>
    <w:p w14:paraId="635FB47F" w14:textId="77777777" w:rsidR="001A5159" w:rsidRDefault="00000000">
      <w:r>
        <w:rPr>
          <w:rFonts w:ascii="Garamond" w:hAnsi="Garamond"/>
          <w:sz w:val="24"/>
        </w:rPr>
        <w:t>This is one of the highest-value, highest-profit services in the creator economy.</w:t>
      </w:r>
    </w:p>
    <w:p w14:paraId="699C6512" w14:textId="77777777" w:rsidR="001A5159" w:rsidRDefault="001A5159"/>
    <w:p w14:paraId="2FDE43D3" w14:textId="77777777" w:rsidR="001A5159" w:rsidRDefault="00000000">
      <w:r>
        <w:rPr>
          <w:rFonts w:ascii="Garamond" w:hAnsi="Garamond"/>
          <w:sz w:val="24"/>
        </w:rPr>
        <w:lastRenderedPageBreak/>
        <w:t>Pro Accelerators</w:t>
      </w:r>
    </w:p>
    <w:p w14:paraId="7CDCB8C9" w14:textId="77777777" w:rsidR="001A5159" w:rsidRDefault="00000000">
      <w:r>
        <w:rPr>
          <w:rFonts w:ascii="Garamond" w:hAnsi="Garamond"/>
          <w:sz w:val="24"/>
        </w:rPr>
        <w:t>course trailer script</w:t>
      </w:r>
    </w:p>
    <w:p w14:paraId="3AA9EDA2" w14:textId="77777777" w:rsidR="001A5159" w:rsidRDefault="00000000">
      <w:r>
        <w:rPr>
          <w:rFonts w:ascii="Garamond" w:hAnsi="Garamond"/>
          <w:sz w:val="24"/>
        </w:rPr>
        <w:t>branded workbooks</w:t>
      </w:r>
    </w:p>
    <w:p w14:paraId="240E2802" w14:textId="77777777" w:rsidR="001A5159" w:rsidRDefault="00000000">
      <w:r>
        <w:rPr>
          <w:rFonts w:ascii="Garamond" w:hAnsi="Garamond"/>
          <w:sz w:val="24"/>
        </w:rPr>
        <w:t>student success trackers</w:t>
      </w:r>
    </w:p>
    <w:p w14:paraId="4E21AB7E" w14:textId="77777777" w:rsidR="001A5159" w:rsidRDefault="00000000">
      <w:r>
        <w:rPr>
          <w:rFonts w:ascii="Garamond" w:hAnsi="Garamond"/>
          <w:sz w:val="24"/>
        </w:rPr>
        <w:t>community prompts</w:t>
      </w:r>
    </w:p>
    <w:p w14:paraId="7CBCE7A6" w14:textId="77777777" w:rsidR="001A5159" w:rsidRDefault="00000000">
      <w:r>
        <w:rPr>
          <w:rFonts w:ascii="Garamond" w:hAnsi="Garamond"/>
          <w:sz w:val="24"/>
        </w:rPr>
        <w:t>onboarding video scripts</w:t>
      </w:r>
    </w:p>
    <w:p w14:paraId="760FB434" w14:textId="77777777" w:rsidR="001A5159" w:rsidRDefault="00000000">
      <w:r>
        <w:rPr>
          <w:rFonts w:ascii="Garamond" w:hAnsi="Garamond"/>
          <w:sz w:val="24"/>
        </w:rPr>
        <w:t>gamification systems</w:t>
      </w:r>
    </w:p>
    <w:p w14:paraId="5381141E" w14:textId="77777777" w:rsidR="001A5159" w:rsidRPr="0063351A" w:rsidRDefault="00000000" w:rsidP="0063351A">
      <w:pPr>
        <w:rPr>
          <w:sz w:val="24"/>
          <w:szCs w:val="24"/>
        </w:rPr>
      </w:pPr>
      <w:r w:rsidRPr="0063351A">
        <w:rPr>
          <w:rFonts w:ascii="Garamond" w:hAnsi="Garamond"/>
          <w:b/>
          <w:sz w:val="24"/>
          <w:szCs w:val="24"/>
        </w:rPr>
        <w:t>bonus content packs</w:t>
      </w:r>
    </w:p>
    <w:p w14:paraId="19EDAC07" w14:textId="77777777" w:rsidR="001A5159" w:rsidRDefault="00000000">
      <w:r>
        <w:rPr>
          <w:rFonts w:ascii="Garamond" w:hAnsi="Garamond"/>
          <w:sz w:val="24"/>
        </w:rPr>
        <w:t>certification design</w:t>
      </w:r>
    </w:p>
    <w:p w14:paraId="4DED35F3" w14:textId="77777777" w:rsidR="001A5159" w:rsidRDefault="00000000">
      <w:r>
        <w:rPr>
          <w:rFonts w:ascii="Garamond" w:hAnsi="Garamond"/>
          <w:sz w:val="24"/>
        </w:rPr>
        <w:t>These dramatically increase income.</w:t>
      </w:r>
    </w:p>
    <w:p w14:paraId="203B87F7" w14:textId="77777777" w:rsidR="001A5159" w:rsidRDefault="001A5159"/>
    <w:p w14:paraId="26DBDCA8" w14:textId="77777777" w:rsidR="001A5159" w:rsidRDefault="00000000">
      <w:r>
        <w:rPr>
          <w:rFonts w:ascii="Garamond" w:hAnsi="Garamond"/>
          <w:sz w:val="24"/>
        </w:rPr>
        <w:t>MICRO CASE STUDY — BLUEPRINT THIRTY</w:t>
      </w:r>
    </w:p>
    <w:p w14:paraId="5BACEF46" w14:textId="77777777" w:rsidR="001A5159" w:rsidRDefault="00000000">
      <w:r>
        <w:rPr>
          <w:rFonts w:ascii="Garamond" w:hAnsi="Garamond"/>
          <w:sz w:val="24"/>
        </w:rPr>
        <w:t>Case Study: Graphic Designer Makes $5,000 in 14 Days Creating a Complete Online Course With AI</w:t>
      </w:r>
    </w:p>
    <w:p w14:paraId="14642CE5" w14:textId="77777777" w:rsidR="001A5159" w:rsidRDefault="00000000">
      <w:r>
        <w:rPr>
          <w:rFonts w:ascii="Garamond" w:hAnsi="Garamond"/>
          <w:sz w:val="24"/>
        </w:rPr>
        <w:t>Alex was a graphic designer who wanted higher-paying work.</w:t>
      </w:r>
    </w:p>
    <w:p w14:paraId="621B0636" w14:textId="77777777" w:rsidR="001A5159" w:rsidRDefault="00000000">
      <w:r>
        <w:rPr>
          <w:rFonts w:ascii="Garamond" w:hAnsi="Garamond"/>
          <w:sz w:val="24"/>
        </w:rPr>
        <w:t>He followed Blueprint 30 and built a sample course module:</w:t>
      </w:r>
    </w:p>
    <w:p w14:paraId="41CA2839" w14:textId="77777777" w:rsidR="001A5159" w:rsidRDefault="00000000">
      <w:r>
        <w:rPr>
          <w:rFonts w:ascii="Garamond" w:hAnsi="Garamond"/>
          <w:sz w:val="24"/>
        </w:rPr>
        <w:t>outline</w:t>
      </w:r>
    </w:p>
    <w:p w14:paraId="0375EE0C" w14:textId="77777777" w:rsidR="001A5159" w:rsidRDefault="00000000">
      <w:r>
        <w:rPr>
          <w:rFonts w:ascii="Garamond" w:hAnsi="Garamond"/>
          <w:sz w:val="24"/>
        </w:rPr>
        <w:t>script</w:t>
      </w:r>
    </w:p>
    <w:p w14:paraId="5E3A05F1" w14:textId="77777777" w:rsidR="001A5159" w:rsidRDefault="00000000">
      <w:r>
        <w:rPr>
          <w:rFonts w:ascii="Garamond" w:hAnsi="Garamond"/>
          <w:sz w:val="24"/>
        </w:rPr>
        <w:t>10 slides</w:t>
      </w:r>
    </w:p>
    <w:p w14:paraId="7302E89B" w14:textId="77777777" w:rsidR="001A5159" w:rsidRDefault="00000000">
      <w:r>
        <w:rPr>
          <w:rFonts w:ascii="Garamond" w:hAnsi="Garamond"/>
          <w:sz w:val="24"/>
        </w:rPr>
        <w:t>worksheet</w:t>
      </w:r>
    </w:p>
    <w:p w14:paraId="51A27E64" w14:textId="77777777" w:rsidR="001A5159" w:rsidRDefault="00000000">
      <w:r>
        <w:rPr>
          <w:rFonts w:ascii="Garamond" w:hAnsi="Garamond"/>
          <w:sz w:val="24"/>
        </w:rPr>
        <w:t>He posted it on LinkedIn:</w:t>
      </w:r>
    </w:p>
    <w:p w14:paraId="61D7945F" w14:textId="77777777" w:rsidR="001A5159" w:rsidRDefault="00000000">
      <w:r>
        <w:rPr>
          <w:rFonts w:ascii="Garamond" w:hAnsi="Garamond"/>
          <w:sz w:val="24"/>
        </w:rPr>
        <w:t xml:space="preserve">“I’m </w:t>
      </w:r>
      <w:proofErr w:type="gramStart"/>
      <w:r>
        <w:rPr>
          <w:rFonts w:ascii="Garamond" w:hAnsi="Garamond"/>
          <w:sz w:val="24"/>
        </w:rPr>
        <w:t>testing</w:t>
      </w:r>
      <w:proofErr w:type="gramEnd"/>
      <w:r>
        <w:rPr>
          <w:rFonts w:ascii="Garamond" w:hAnsi="Garamond"/>
          <w:sz w:val="24"/>
        </w:rPr>
        <w:t xml:space="preserve"> a new AI-powered course creation system. Want your course built fast?”</w:t>
      </w:r>
    </w:p>
    <w:p w14:paraId="2663FCBF" w14:textId="77777777" w:rsidR="001A5159" w:rsidRDefault="00000000">
      <w:r>
        <w:rPr>
          <w:rFonts w:ascii="Garamond" w:hAnsi="Garamond"/>
          <w:sz w:val="24"/>
        </w:rPr>
        <w:t>A business coach responded.</w:t>
      </w:r>
    </w:p>
    <w:p w14:paraId="64E3E501" w14:textId="77777777" w:rsidR="001A5159" w:rsidRDefault="00000000">
      <w:r>
        <w:rPr>
          <w:rFonts w:ascii="Garamond" w:hAnsi="Garamond"/>
          <w:sz w:val="24"/>
        </w:rPr>
        <w:t>She needed:</w:t>
      </w:r>
    </w:p>
    <w:p w14:paraId="15D54B5B" w14:textId="77777777" w:rsidR="001A5159" w:rsidRDefault="00000000">
      <w:r>
        <w:rPr>
          <w:rFonts w:ascii="Garamond" w:hAnsi="Garamond"/>
          <w:sz w:val="24"/>
        </w:rPr>
        <w:t>complete outline</w:t>
      </w:r>
    </w:p>
    <w:p w14:paraId="32B89C6E" w14:textId="77777777" w:rsidR="001A5159" w:rsidRDefault="00000000">
      <w:r>
        <w:rPr>
          <w:rFonts w:ascii="Garamond" w:hAnsi="Garamond"/>
          <w:sz w:val="24"/>
        </w:rPr>
        <w:t>20 lesson scripts</w:t>
      </w:r>
    </w:p>
    <w:p w14:paraId="6F55EE8A" w14:textId="77777777" w:rsidR="001A5159" w:rsidRDefault="00000000">
      <w:r>
        <w:rPr>
          <w:rFonts w:ascii="Garamond" w:hAnsi="Garamond"/>
          <w:sz w:val="24"/>
        </w:rPr>
        <w:lastRenderedPageBreak/>
        <w:t>20 slide decks</w:t>
      </w:r>
    </w:p>
    <w:p w14:paraId="4EAD2861" w14:textId="77777777" w:rsidR="001A5159" w:rsidRDefault="00000000">
      <w:r>
        <w:rPr>
          <w:rFonts w:ascii="Garamond" w:hAnsi="Garamond"/>
          <w:sz w:val="24"/>
        </w:rPr>
        <w:t>worksheets</w:t>
      </w:r>
    </w:p>
    <w:p w14:paraId="63F30201" w14:textId="77777777" w:rsidR="001A5159" w:rsidRDefault="00000000">
      <w:r>
        <w:rPr>
          <w:rFonts w:ascii="Garamond" w:hAnsi="Garamond"/>
          <w:sz w:val="24"/>
        </w:rPr>
        <w:t>branding</w:t>
      </w:r>
    </w:p>
    <w:p w14:paraId="7CA0C85C" w14:textId="77777777" w:rsidR="001A5159" w:rsidRDefault="00000000">
      <w:r>
        <w:rPr>
          <w:rFonts w:ascii="Garamond" w:hAnsi="Garamond"/>
          <w:sz w:val="24"/>
        </w:rPr>
        <w:t>sales page copy</w:t>
      </w:r>
    </w:p>
    <w:p w14:paraId="3F33761F" w14:textId="77777777" w:rsidR="001A5159" w:rsidRDefault="00000000">
      <w:r>
        <w:rPr>
          <w:rFonts w:ascii="Garamond" w:hAnsi="Garamond"/>
          <w:sz w:val="24"/>
        </w:rPr>
        <w:t xml:space="preserve">launch </w:t>
      </w:r>
      <w:proofErr w:type="gramStart"/>
      <w:r>
        <w:rPr>
          <w:rFonts w:ascii="Garamond" w:hAnsi="Garamond"/>
          <w:sz w:val="24"/>
        </w:rPr>
        <w:t>emails</w:t>
      </w:r>
      <w:proofErr w:type="gramEnd"/>
    </w:p>
    <w:p w14:paraId="3447511D" w14:textId="77777777" w:rsidR="001A5159" w:rsidRDefault="00000000">
      <w:r>
        <w:rPr>
          <w:rFonts w:ascii="Garamond" w:hAnsi="Garamond"/>
          <w:sz w:val="24"/>
        </w:rPr>
        <w:t>Alex delivered everything in 14 days.</w:t>
      </w:r>
    </w:p>
    <w:p w14:paraId="2EFF94D0" w14:textId="77777777" w:rsidR="001A5159" w:rsidRDefault="00000000">
      <w:r>
        <w:rPr>
          <w:rFonts w:ascii="Garamond" w:hAnsi="Garamond"/>
          <w:sz w:val="24"/>
        </w:rPr>
        <w:t>Total project: $5,000</w:t>
      </w:r>
    </w:p>
    <w:p w14:paraId="1DFCA9C9" w14:textId="77777777" w:rsidR="001A5159" w:rsidRDefault="00000000">
      <w:r>
        <w:rPr>
          <w:rFonts w:ascii="Garamond" w:hAnsi="Garamond"/>
          <w:sz w:val="24"/>
        </w:rPr>
        <w:t>Two more coaches reached out.</w:t>
      </w:r>
      <w:r>
        <w:rPr>
          <w:rFonts w:ascii="Garamond" w:hAnsi="Garamond"/>
          <w:sz w:val="24"/>
        </w:rPr>
        <w:br/>
        <w:t>Alex now charges:</w:t>
      </w:r>
    </w:p>
    <w:p w14:paraId="010A3CAB" w14:textId="77777777" w:rsidR="001A5159" w:rsidRDefault="00000000">
      <w:r>
        <w:rPr>
          <w:rFonts w:ascii="Garamond" w:hAnsi="Garamond"/>
          <w:sz w:val="24"/>
        </w:rPr>
        <w:t>$3,500–$10,000 per course</w:t>
      </w:r>
    </w:p>
    <w:p w14:paraId="00C62BE4" w14:textId="77777777" w:rsidR="001A5159" w:rsidRDefault="00000000">
      <w:r>
        <w:rPr>
          <w:rFonts w:ascii="Garamond" w:hAnsi="Garamond"/>
          <w:sz w:val="24"/>
        </w:rPr>
        <w:t>$1,500/month to maintain content + worksheets</w:t>
      </w:r>
    </w:p>
    <w:p w14:paraId="4D8E6D0C" w14:textId="77777777" w:rsidR="001A5159" w:rsidRDefault="00000000">
      <w:r>
        <w:rPr>
          <w:rFonts w:ascii="Garamond" w:hAnsi="Garamond"/>
          <w:sz w:val="24"/>
        </w:rPr>
        <w:t>His message:</w:t>
      </w:r>
    </w:p>
    <w:p w14:paraId="6BFA3291" w14:textId="77777777" w:rsidR="001A5159" w:rsidRDefault="00000000">
      <w:r>
        <w:rPr>
          <w:rFonts w:ascii="Garamond" w:hAnsi="Garamond"/>
          <w:sz w:val="24"/>
        </w:rPr>
        <w:t>“Course creation went from intimidating to the most profitable thing I’ve ever done. AI was like having a team of writers and designers.”</w:t>
      </w:r>
    </w:p>
    <w:p w14:paraId="7872E806" w14:textId="77777777" w:rsidR="001A5159" w:rsidRPr="0063351A" w:rsidRDefault="00000000" w:rsidP="0063351A">
      <w:pPr>
        <w:rPr>
          <w:sz w:val="24"/>
          <w:szCs w:val="24"/>
        </w:rPr>
      </w:pPr>
      <w:r w:rsidRPr="0063351A">
        <w:rPr>
          <w:rFonts w:ascii="Garamond" w:hAnsi="Garamond"/>
          <w:b/>
          <w:sz w:val="24"/>
          <w:szCs w:val="24"/>
        </w:rPr>
        <w:t>Blueprint 30 is one of the fastest paths to high-ticket digital work.</w:t>
      </w:r>
    </w:p>
    <w:p w14:paraId="49A3654C" w14:textId="77777777" w:rsidR="00673185" w:rsidRDefault="00673185">
      <w:pPr>
        <w:sectPr w:rsidR="00673185" w:rsidSect="00034616">
          <w:pgSz w:w="12240" w:h="15840"/>
          <w:pgMar w:top="1440" w:right="1800" w:bottom="1440" w:left="1800" w:header="720" w:footer="720" w:gutter="0"/>
          <w:cols w:space="720"/>
          <w:docGrid w:linePitch="360"/>
        </w:sectPr>
      </w:pPr>
    </w:p>
    <w:p w14:paraId="6B3C180D" w14:textId="77777777" w:rsidR="001A5159" w:rsidRDefault="001A5159"/>
    <w:p w14:paraId="7B739DE2" w14:textId="77777777" w:rsidR="001A5159" w:rsidRPr="0063351A" w:rsidRDefault="00000000" w:rsidP="0063351A">
      <w:pPr>
        <w:pStyle w:val="Heading1"/>
        <w:rPr>
          <w:rFonts w:ascii="Garamond" w:hAnsi="Garamond"/>
          <w:color w:val="auto"/>
          <w:sz w:val="40"/>
          <w:szCs w:val="40"/>
        </w:rPr>
      </w:pPr>
      <w:bookmarkStart w:id="67" w:name="_Toc214830363"/>
      <w:r w:rsidRPr="0063351A">
        <w:rPr>
          <w:rFonts w:ascii="Garamond" w:hAnsi="Garamond"/>
          <w:color w:val="auto"/>
          <w:sz w:val="40"/>
          <w:szCs w:val="40"/>
        </w:rPr>
        <w:t>BLUEPRINT THIRTY-ONE — AI CLIENT ONBOARDING &amp; DELIVERY AUTOMATION SYSTEM</w:t>
      </w:r>
      <w:bookmarkEnd w:id="67"/>
    </w:p>
    <w:p w14:paraId="1D7CEE59" w14:textId="77777777" w:rsidR="001A5159" w:rsidRPr="0063351A" w:rsidRDefault="00000000" w:rsidP="0063351A">
      <w:pPr>
        <w:pStyle w:val="Heading2"/>
        <w:rPr>
          <w:rFonts w:ascii="Garamond" w:hAnsi="Garamond"/>
          <w:color w:val="auto"/>
          <w:sz w:val="28"/>
          <w:szCs w:val="28"/>
        </w:rPr>
      </w:pPr>
      <w:bookmarkStart w:id="68" w:name="_Toc214830364"/>
      <w:r w:rsidRPr="0063351A">
        <w:rPr>
          <w:rFonts w:ascii="Garamond" w:hAnsi="Garamond"/>
          <w:color w:val="auto"/>
          <w:sz w:val="28"/>
          <w:szCs w:val="28"/>
        </w:rPr>
        <w:t>(The Blueprint That Turns AI Into a Seamless “Client Intake → Project Delivery → Follow-Up” Automation Engine)</w:t>
      </w:r>
      <w:bookmarkEnd w:id="68"/>
    </w:p>
    <w:p w14:paraId="5CD0A0ED" w14:textId="77777777" w:rsidR="001A5159" w:rsidRDefault="00000000">
      <w:r>
        <w:rPr>
          <w:rFonts w:ascii="Garamond" w:hAnsi="Garamond"/>
          <w:sz w:val="24"/>
        </w:rPr>
        <w:t>Most freelancers, creators, and service providers lose clients not because their work is bad — but because their systems are bad.</w:t>
      </w:r>
    </w:p>
    <w:p w14:paraId="4ABA80B5" w14:textId="77777777" w:rsidR="001A5159" w:rsidRDefault="00000000">
      <w:r>
        <w:rPr>
          <w:rFonts w:ascii="Garamond" w:hAnsi="Garamond"/>
          <w:sz w:val="24"/>
        </w:rPr>
        <w:t>They struggle with:</w:t>
      </w:r>
    </w:p>
    <w:p w14:paraId="6FE88D12" w14:textId="77777777" w:rsidR="001A5159" w:rsidRDefault="00000000">
      <w:r>
        <w:rPr>
          <w:rFonts w:ascii="Garamond" w:hAnsi="Garamond"/>
          <w:sz w:val="24"/>
        </w:rPr>
        <w:t>chaotic onboarding</w:t>
      </w:r>
    </w:p>
    <w:p w14:paraId="4778EC44" w14:textId="77777777" w:rsidR="001A5159" w:rsidRDefault="00000000">
      <w:r>
        <w:rPr>
          <w:rFonts w:ascii="Garamond" w:hAnsi="Garamond"/>
          <w:sz w:val="24"/>
        </w:rPr>
        <w:t>messy communication</w:t>
      </w:r>
    </w:p>
    <w:p w14:paraId="050CC8F2" w14:textId="77777777" w:rsidR="001A5159" w:rsidRDefault="00000000">
      <w:r>
        <w:rPr>
          <w:rFonts w:ascii="Garamond" w:hAnsi="Garamond"/>
          <w:sz w:val="24"/>
        </w:rPr>
        <w:t>unclear expectations</w:t>
      </w:r>
    </w:p>
    <w:p w14:paraId="56859007" w14:textId="77777777" w:rsidR="001A5159" w:rsidRDefault="00000000">
      <w:r>
        <w:rPr>
          <w:rFonts w:ascii="Garamond" w:hAnsi="Garamond"/>
          <w:sz w:val="24"/>
        </w:rPr>
        <w:t xml:space="preserve">missed </w:t>
      </w:r>
      <w:proofErr w:type="gramStart"/>
      <w:r>
        <w:rPr>
          <w:rFonts w:ascii="Garamond" w:hAnsi="Garamond"/>
          <w:sz w:val="24"/>
        </w:rPr>
        <w:t>deadlines</w:t>
      </w:r>
      <w:proofErr w:type="gramEnd"/>
    </w:p>
    <w:p w14:paraId="5CF34B83" w14:textId="77777777" w:rsidR="001A5159" w:rsidRDefault="00000000">
      <w:r>
        <w:rPr>
          <w:rFonts w:ascii="Garamond" w:hAnsi="Garamond"/>
          <w:sz w:val="24"/>
        </w:rPr>
        <w:t>sloppy delivery</w:t>
      </w:r>
    </w:p>
    <w:p w14:paraId="7CA4BACD" w14:textId="77777777" w:rsidR="001A5159" w:rsidRDefault="00000000">
      <w:r>
        <w:rPr>
          <w:rFonts w:ascii="Garamond" w:hAnsi="Garamond"/>
          <w:sz w:val="24"/>
        </w:rPr>
        <w:t>poor client experience</w:t>
      </w:r>
    </w:p>
    <w:p w14:paraId="569F3EFC" w14:textId="77777777" w:rsidR="001A5159" w:rsidRDefault="00000000">
      <w:r>
        <w:rPr>
          <w:rFonts w:ascii="Garamond" w:hAnsi="Garamond"/>
          <w:sz w:val="24"/>
        </w:rPr>
        <w:t>inconsistent follow-ups</w:t>
      </w:r>
    </w:p>
    <w:p w14:paraId="364034C5" w14:textId="77777777" w:rsidR="001A5159" w:rsidRDefault="00000000">
      <w:r>
        <w:rPr>
          <w:rFonts w:ascii="Garamond" w:hAnsi="Garamond"/>
          <w:sz w:val="24"/>
        </w:rPr>
        <w:t>This blueprint fixes everything.</w:t>
      </w:r>
    </w:p>
    <w:p w14:paraId="583540A2" w14:textId="77777777" w:rsidR="001A5159" w:rsidRDefault="00000000">
      <w:r>
        <w:rPr>
          <w:rFonts w:ascii="Garamond" w:hAnsi="Garamond"/>
          <w:sz w:val="24"/>
        </w:rPr>
        <w:t>You become a Client Experience Architect, building polished, automated workflows using AI — the same systems used by agencies and high-end service providers.</w:t>
      </w:r>
    </w:p>
    <w:p w14:paraId="0DFD633E" w14:textId="77777777" w:rsidR="001A5159" w:rsidRDefault="00000000">
      <w:r>
        <w:rPr>
          <w:rFonts w:ascii="Garamond" w:hAnsi="Garamond"/>
          <w:sz w:val="24"/>
        </w:rPr>
        <w:t>It instantly increases perceived value, smooths operations, and makes clients feel like they’re working with a real pro.</w:t>
      </w:r>
    </w:p>
    <w:p w14:paraId="4CD4F393" w14:textId="77777777" w:rsidR="001A5159" w:rsidRDefault="00000000">
      <w:r>
        <w:rPr>
          <w:rFonts w:ascii="Garamond" w:hAnsi="Garamond"/>
          <w:sz w:val="24"/>
        </w:rPr>
        <w:t>This blueprint can be sold as a setup service, audit, or retainer.</w:t>
      </w:r>
    </w:p>
    <w:p w14:paraId="20913522" w14:textId="77777777" w:rsidR="001A5159" w:rsidRDefault="001A5159"/>
    <w:p w14:paraId="7DB00DF3" w14:textId="77777777" w:rsidR="001A5159" w:rsidRDefault="00000000">
      <w:r>
        <w:rPr>
          <w:rFonts w:ascii="Garamond" w:hAnsi="Garamond"/>
          <w:sz w:val="24"/>
        </w:rPr>
        <w:t>Why This Blueprint Works</w:t>
      </w:r>
    </w:p>
    <w:p w14:paraId="661410BF" w14:textId="77777777" w:rsidR="001A5159" w:rsidRDefault="00000000">
      <w:r>
        <w:rPr>
          <w:rFonts w:ascii="Garamond" w:hAnsi="Garamond"/>
          <w:sz w:val="24"/>
        </w:rPr>
        <w:t>Businesses don't just want results.</w:t>
      </w:r>
      <w:r>
        <w:rPr>
          <w:rFonts w:ascii="Garamond" w:hAnsi="Garamond"/>
          <w:sz w:val="24"/>
        </w:rPr>
        <w:br/>
        <w:t>They want professionalism.</w:t>
      </w:r>
    </w:p>
    <w:p w14:paraId="2AD357C3" w14:textId="77777777" w:rsidR="001A5159" w:rsidRDefault="00000000">
      <w:r>
        <w:rPr>
          <w:rFonts w:ascii="Garamond" w:hAnsi="Garamond"/>
          <w:sz w:val="24"/>
        </w:rPr>
        <w:t>AI makes it easy to create:</w:t>
      </w:r>
    </w:p>
    <w:p w14:paraId="08DAAEA8" w14:textId="77777777" w:rsidR="001A5159" w:rsidRDefault="00000000">
      <w:r>
        <w:rPr>
          <w:rFonts w:ascii="Garamond" w:hAnsi="Garamond"/>
          <w:sz w:val="24"/>
        </w:rPr>
        <w:lastRenderedPageBreak/>
        <w:t>onboarding forms</w:t>
      </w:r>
    </w:p>
    <w:p w14:paraId="486B1C34" w14:textId="77777777" w:rsidR="001A5159" w:rsidRDefault="00000000">
      <w:proofErr w:type="gramStart"/>
      <w:r>
        <w:rPr>
          <w:rFonts w:ascii="Garamond" w:hAnsi="Garamond"/>
          <w:sz w:val="24"/>
        </w:rPr>
        <w:t>welcome</w:t>
      </w:r>
      <w:proofErr w:type="gramEnd"/>
      <w:r>
        <w:rPr>
          <w:rFonts w:ascii="Garamond" w:hAnsi="Garamond"/>
          <w:sz w:val="24"/>
        </w:rPr>
        <w:t xml:space="preserve"> </w:t>
      </w:r>
      <w:proofErr w:type="gramStart"/>
      <w:r>
        <w:rPr>
          <w:rFonts w:ascii="Garamond" w:hAnsi="Garamond"/>
          <w:sz w:val="24"/>
        </w:rPr>
        <w:t>packets</w:t>
      </w:r>
      <w:proofErr w:type="gramEnd"/>
    </w:p>
    <w:p w14:paraId="5025C112" w14:textId="77777777" w:rsidR="001A5159" w:rsidRDefault="00000000">
      <w:r>
        <w:rPr>
          <w:rFonts w:ascii="Garamond" w:hAnsi="Garamond"/>
          <w:sz w:val="24"/>
        </w:rPr>
        <w:t>kickoff messages</w:t>
      </w:r>
    </w:p>
    <w:p w14:paraId="536CA2A2" w14:textId="77777777" w:rsidR="001A5159" w:rsidRDefault="00000000">
      <w:r>
        <w:rPr>
          <w:rFonts w:ascii="Garamond" w:hAnsi="Garamond"/>
          <w:sz w:val="24"/>
        </w:rPr>
        <w:t>project timelines</w:t>
      </w:r>
    </w:p>
    <w:p w14:paraId="09A80B8E" w14:textId="77777777" w:rsidR="001A5159" w:rsidRDefault="00000000">
      <w:r>
        <w:rPr>
          <w:rFonts w:ascii="Garamond" w:hAnsi="Garamond"/>
          <w:sz w:val="24"/>
        </w:rPr>
        <w:t>automated follow-ups</w:t>
      </w:r>
    </w:p>
    <w:p w14:paraId="0ECFECE1" w14:textId="77777777" w:rsidR="001A5159" w:rsidRDefault="00000000">
      <w:r>
        <w:rPr>
          <w:rFonts w:ascii="Garamond" w:hAnsi="Garamond"/>
          <w:sz w:val="24"/>
        </w:rPr>
        <w:t>delivery instructions</w:t>
      </w:r>
    </w:p>
    <w:p w14:paraId="59BF203F" w14:textId="77777777" w:rsidR="001A5159" w:rsidRDefault="00000000">
      <w:r>
        <w:rPr>
          <w:rFonts w:ascii="Garamond" w:hAnsi="Garamond"/>
          <w:sz w:val="24"/>
        </w:rPr>
        <w:t>feedback surveys</w:t>
      </w:r>
    </w:p>
    <w:p w14:paraId="1444E6AF" w14:textId="77777777" w:rsidR="001A5159" w:rsidRDefault="00000000">
      <w:r>
        <w:rPr>
          <w:rFonts w:ascii="Garamond" w:hAnsi="Garamond"/>
          <w:sz w:val="24"/>
        </w:rPr>
        <w:t>templates and SOPs</w:t>
      </w:r>
    </w:p>
    <w:p w14:paraId="32527A3A" w14:textId="77777777" w:rsidR="001A5159" w:rsidRDefault="00000000">
      <w:r>
        <w:rPr>
          <w:rFonts w:ascii="Garamond" w:hAnsi="Garamond"/>
          <w:sz w:val="24"/>
        </w:rPr>
        <w:t xml:space="preserve">Your clients suddenly look organized, credible, and </w:t>
      </w:r>
      <w:proofErr w:type="gramStart"/>
      <w:r>
        <w:rPr>
          <w:rFonts w:ascii="Garamond" w:hAnsi="Garamond"/>
          <w:sz w:val="24"/>
        </w:rPr>
        <w:t>premium —</w:t>
      </w:r>
      <w:proofErr w:type="gramEnd"/>
      <w:r>
        <w:rPr>
          <w:rFonts w:ascii="Garamond" w:hAnsi="Garamond"/>
          <w:sz w:val="24"/>
        </w:rPr>
        <w:t xml:space="preserve"> which allows them to charge more and keep more clients.</w:t>
      </w:r>
    </w:p>
    <w:p w14:paraId="2127D4D2" w14:textId="77777777" w:rsidR="001A5159" w:rsidRDefault="00000000">
      <w:r>
        <w:rPr>
          <w:rFonts w:ascii="Garamond" w:hAnsi="Garamond"/>
          <w:sz w:val="24"/>
        </w:rPr>
        <w:t>You’re giving them systems they desperately need but don’t know how to build.</w:t>
      </w:r>
    </w:p>
    <w:p w14:paraId="101C3649" w14:textId="77777777" w:rsidR="001A5159" w:rsidRDefault="001A5159"/>
    <w:p w14:paraId="255B58A0" w14:textId="77777777" w:rsidR="001A5159" w:rsidRDefault="00000000">
      <w:r>
        <w:rPr>
          <w:rFonts w:ascii="Garamond" w:hAnsi="Garamond"/>
          <w:sz w:val="24"/>
        </w:rPr>
        <w:t>Tools You Need</w:t>
      </w:r>
    </w:p>
    <w:p w14:paraId="3C63BE41" w14:textId="77777777" w:rsidR="001A5159" w:rsidRDefault="00000000">
      <w:r>
        <w:rPr>
          <w:rFonts w:ascii="Garamond" w:hAnsi="Garamond"/>
          <w:sz w:val="24"/>
        </w:rPr>
        <w:t>ChatGPT / Claude — scripts, templates, process docs</w:t>
      </w:r>
      <w:r>
        <w:rPr>
          <w:rFonts w:ascii="Garamond" w:hAnsi="Garamond"/>
          <w:sz w:val="24"/>
        </w:rPr>
        <w:br/>
        <w:t>Google Docs — onboarding packets</w:t>
      </w:r>
      <w:r>
        <w:rPr>
          <w:rFonts w:ascii="Garamond" w:hAnsi="Garamond"/>
          <w:sz w:val="24"/>
        </w:rPr>
        <w:br/>
        <w:t>Notion / Trello / ClickUp — workflow setup</w:t>
      </w:r>
      <w:r>
        <w:rPr>
          <w:rFonts w:ascii="Garamond" w:hAnsi="Garamond"/>
          <w:sz w:val="24"/>
        </w:rPr>
        <w:br/>
        <w:t>Tally / Typeform / Jotform — intake forms</w:t>
      </w:r>
      <w:r>
        <w:rPr>
          <w:rFonts w:ascii="Garamond" w:hAnsi="Garamond"/>
          <w:sz w:val="24"/>
        </w:rPr>
        <w:br/>
        <w:t>Zapier / Make.com — automation</w:t>
      </w:r>
      <w:r>
        <w:rPr>
          <w:rFonts w:ascii="Garamond" w:hAnsi="Garamond"/>
          <w:sz w:val="24"/>
        </w:rPr>
        <w:br/>
        <w:t>Calendly / TidyCal — scheduling</w:t>
      </w:r>
    </w:p>
    <w:p w14:paraId="59868C11" w14:textId="77777777" w:rsidR="001A5159" w:rsidRDefault="00000000">
      <w:r>
        <w:rPr>
          <w:rFonts w:ascii="Garamond" w:hAnsi="Garamond"/>
          <w:sz w:val="24"/>
        </w:rPr>
        <w:t>Optional:</w:t>
      </w:r>
      <w:r>
        <w:rPr>
          <w:rFonts w:ascii="Garamond" w:hAnsi="Garamond"/>
          <w:sz w:val="24"/>
        </w:rPr>
        <w:br/>
        <w:t>Loom for welcome videos</w:t>
      </w:r>
      <w:r>
        <w:rPr>
          <w:rFonts w:ascii="Garamond" w:hAnsi="Garamond"/>
          <w:sz w:val="24"/>
        </w:rPr>
        <w:br/>
        <w:t>Canva for branded materials</w:t>
      </w:r>
    </w:p>
    <w:p w14:paraId="19B85AD2" w14:textId="77777777" w:rsidR="001A5159" w:rsidRDefault="001A5159"/>
    <w:p w14:paraId="5080DA51" w14:textId="77777777" w:rsidR="001A5159" w:rsidRDefault="00000000">
      <w:r>
        <w:rPr>
          <w:rFonts w:ascii="Garamond" w:hAnsi="Garamond"/>
          <w:sz w:val="24"/>
        </w:rPr>
        <w:t>What You’ll Offer</w:t>
      </w:r>
    </w:p>
    <w:p w14:paraId="7A443FD2" w14:textId="77777777" w:rsidR="001A5159" w:rsidRDefault="00000000">
      <w:r>
        <w:rPr>
          <w:rFonts w:ascii="Garamond" w:hAnsi="Garamond"/>
          <w:sz w:val="24"/>
        </w:rPr>
        <w:t>You can create:</w:t>
      </w:r>
    </w:p>
    <w:p w14:paraId="275158CC" w14:textId="77777777" w:rsidR="001A5159" w:rsidRDefault="00000000">
      <w:r>
        <w:rPr>
          <w:rFonts w:ascii="Garamond" w:hAnsi="Garamond"/>
          <w:sz w:val="24"/>
        </w:rPr>
        <w:t>Onboarding Systems:</w:t>
      </w:r>
    </w:p>
    <w:p w14:paraId="76C8472C" w14:textId="77777777" w:rsidR="001A5159" w:rsidRDefault="00000000">
      <w:r>
        <w:rPr>
          <w:rFonts w:ascii="Garamond" w:hAnsi="Garamond"/>
          <w:sz w:val="24"/>
        </w:rPr>
        <w:t xml:space="preserve">welcome </w:t>
      </w:r>
      <w:proofErr w:type="gramStart"/>
      <w:r>
        <w:rPr>
          <w:rFonts w:ascii="Garamond" w:hAnsi="Garamond"/>
          <w:sz w:val="24"/>
        </w:rPr>
        <w:t>message</w:t>
      </w:r>
      <w:proofErr w:type="gramEnd"/>
    </w:p>
    <w:p w14:paraId="7C5F649B" w14:textId="77777777" w:rsidR="001A5159" w:rsidRDefault="00000000">
      <w:r>
        <w:rPr>
          <w:rFonts w:ascii="Garamond" w:hAnsi="Garamond"/>
          <w:sz w:val="24"/>
        </w:rPr>
        <w:t>intake form</w:t>
      </w:r>
    </w:p>
    <w:p w14:paraId="72A397CD" w14:textId="77777777" w:rsidR="001A5159" w:rsidRDefault="00000000">
      <w:r>
        <w:rPr>
          <w:rFonts w:ascii="Garamond" w:hAnsi="Garamond"/>
          <w:sz w:val="24"/>
        </w:rPr>
        <w:t>project questionnaire</w:t>
      </w:r>
    </w:p>
    <w:p w14:paraId="0903794E" w14:textId="77777777" w:rsidR="001A5159" w:rsidRDefault="00000000">
      <w:r>
        <w:rPr>
          <w:rFonts w:ascii="Garamond" w:hAnsi="Garamond"/>
          <w:sz w:val="24"/>
        </w:rPr>
        <w:lastRenderedPageBreak/>
        <w:t>service agreement</w:t>
      </w:r>
    </w:p>
    <w:p w14:paraId="6551531D" w14:textId="77777777" w:rsidR="001A5159" w:rsidRDefault="00000000">
      <w:r>
        <w:rPr>
          <w:rFonts w:ascii="Garamond" w:hAnsi="Garamond"/>
          <w:sz w:val="24"/>
        </w:rPr>
        <w:t>payment instructions</w:t>
      </w:r>
    </w:p>
    <w:p w14:paraId="7BEE7F0F" w14:textId="77777777" w:rsidR="001A5159" w:rsidRDefault="00000000">
      <w:r>
        <w:rPr>
          <w:rFonts w:ascii="Garamond" w:hAnsi="Garamond"/>
          <w:sz w:val="24"/>
        </w:rPr>
        <w:t>scheduling link</w:t>
      </w:r>
    </w:p>
    <w:p w14:paraId="078D6880" w14:textId="77777777" w:rsidR="001A5159" w:rsidRDefault="00000000">
      <w:r>
        <w:rPr>
          <w:rFonts w:ascii="Garamond" w:hAnsi="Garamond"/>
          <w:sz w:val="24"/>
        </w:rPr>
        <w:t>kickoff workflow</w:t>
      </w:r>
    </w:p>
    <w:p w14:paraId="56EEA854" w14:textId="77777777" w:rsidR="001A5159" w:rsidRDefault="00000000">
      <w:r>
        <w:rPr>
          <w:rFonts w:ascii="Garamond" w:hAnsi="Garamond"/>
          <w:sz w:val="24"/>
        </w:rPr>
        <w:t>Delivery Systems:</w:t>
      </w:r>
    </w:p>
    <w:p w14:paraId="1CBC7057" w14:textId="77777777" w:rsidR="001A5159" w:rsidRDefault="00000000">
      <w:r>
        <w:rPr>
          <w:rFonts w:ascii="Garamond" w:hAnsi="Garamond"/>
          <w:sz w:val="24"/>
        </w:rPr>
        <w:t>milestone updates</w:t>
      </w:r>
    </w:p>
    <w:p w14:paraId="042E7A93" w14:textId="77777777" w:rsidR="001A5159" w:rsidRDefault="00000000">
      <w:r>
        <w:rPr>
          <w:rFonts w:ascii="Garamond" w:hAnsi="Garamond"/>
          <w:sz w:val="24"/>
        </w:rPr>
        <w:t>progress reports</w:t>
      </w:r>
    </w:p>
    <w:p w14:paraId="0620F907" w14:textId="77777777" w:rsidR="001A5159" w:rsidRDefault="00000000">
      <w:r>
        <w:rPr>
          <w:rFonts w:ascii="Garamond" w:hAnsi="Garamond"/>
          <w:sz w:val="24"/>
        </w:rPr>
        <w:t>revision handling process</w:t>
      </w:r>
    </w:p>
    <w:p w14:paraId="39FE27AF" w14:textId="77777777" w:rsidR="001A5159" w:rsidRDefault="00000000">
      <w:r>
        <w:rPr>
          <w:rFonts w:ascii="Garamond" w:hAnsi="Garamond"/>
          <w:sz w:val="24"/>
        </w:rPr>
        <w:t>delivery checklist</w:t>
      </w:r>
    </w:p>
    <w:p w14:paraId="66452982" w14:textId="77777777" w:rsidR="001A5159" w:rsidRDefault="00000000">
      <w:r>
        <w:rPr>
          <w:rFonts w:ascii="Garamond" w:hAnsi="Garamond"/>
          <w:sz w:val="24"/>
        </w:rPr>
        <w:t>final handoff packet</w:t>
      </w:r>
    </w:p>
    <w:p w14:paraId="06563E44" w14:textId="77777777" w:rsidR="001A5159" w:rsidRDefault="00000000">
      <w:r>
        <w:rPr>
          <w:rFonts w:ascii="Garamond" w:hAnsi="Garamond"/>
          <w:sz w:val="24"/>
        </w:rPr>
        <w:t>FAQ + troubleshooting</w:t>
      </w:r>
    </w:p>
    <w:p w14:paraId="359F689B" w14:textId="77777777" w:rsidR="001A5159" w:rsidRDefault="00000000">
      <w:r>
        <w:rPr>
          <w:rFonts w:ascii="Garamond" w:hAnsi="Garamond"/>
          <w:sz w:val="24"/>
        </w:rPr>
        <w:t>Automation:</w:t>
      </w:r>
    </w:p>
    <w:p w14:paraId="3F7CDB19" w14:textId="77777777" w:rsidR="001A5159" w:rsidRDefault="00000000">
      <w:r>
        <w:rPr>
          <w:rFonts w:ascii="Garamond" w:hAnsi="Garamond"/>
          <w:sz w:val="24"/>
        </w:rPr>
        <w:t>automated reminders</w:t>
      </w:r>
    </w:p>
    <w:p w14:paraId="33EE314A" w14:textId="77777777" w:rsidR="001A5159" w:rsidRDefault="00000000">
      <w:r>
        <w:rPr>
          <w:rFonts w:ascii="Garamond" w:hAnsi="Garamond"/>
          <w:sz w:val="24"/>
        </w:rPr>
        <w:t>onboarding sequences</w:t>
      </w:r>
    </w:p>
    <w:p w14:paraId="53E5AA3D" w14:textId="77777777" w:rsidR="001A5159" w:rsidRDefault="00000000">
      <w:r>
        <w:rPr>
          <w:rFonts w:ascii="Garamond" w:hAnsi="Garamond"/>
          <w:sz w:val="24"/>
        </w:rPr>
        <w:t xml:space="preserve">file delivery </w:t>
      </w:r>
      <w:proofErr w:type="gramStart"/>
      <w:r>
        <w:rPr>
          <w:rFonts w:ascii="Garamond" w:hAnsi="Garamond"/>
          <w:sz w:val="24"/>
        </w:rPr>
        <w:t>workflows</w:t>
      </w:r>
      <w:proofErr w:type="gramEnd"/>
    </w:p>
    <w:p w14:paraId="2CC0D581" w14:textId="77777777" w:rsidR="001A5159" w:rsidRDefault="00000000">
      <w:r>
        <w:rPr>
          <w:rFonts w:ascii="Garamond" w:hAnsi="Garamond"/>
          <w:sz w:val="24"/>
        </w:rPr>
        <w:t>follow-up messages</w:t>
      </w:r>
    </w:p>
    <w:p w14:paraId="7CCB8C8D" w14:textId="77777777" w:rsidR="001A5159" w:rsidRDefault="00000000">
      <w:r>
        <w:rPr>
          <w:rFonts w:ascii="Garamond" w:hAnsi="Garamond"/>
          <w:sz w:val="24"/>
        </w:rPr>
        <w:t>testimonial request sequences</w:t>
      </w:r>
    </w:p>
    <w:p w14:paraId="27DC037F" w14:textId="77777777" w:rsidR="001A5159" w:rsidRDefault="00000000">
      <w:r>
        <w:rPr>
          <w:rFonts w:ascii="Garamond" w:hAnsi="Garamond"/>
          <w:sz w:val="24"/>
        </w:rPr>
        <w:t>Your goal:</w:t>
      </w:r>
      <w:r>
        <w:rPr>
          <w:rFonts w:ascii="Garamond" w:hAnsi="Garamond"/>
          <w:sz w:val="24"/>
        </w:rPr>
        <w:br/>
        <w:t>Make your client’s business run smoother than ever before.</w:t>
      </w:r>
    </w:p>
    <w:p w14:paraId="3E7EE5CB" w14:textId="77777777" w:rsidR="001A5159" w:rsidRDefault="001A5159"/>
    <w:p w14:paraId="2542819A" w14:textId="77777777" w:rsidR="001A5159" w:rsidRDefault="00000000">
      <w:r>
        <w:rPr>
          <w:rFonts w:ascii="Garamond" w:hAnsi="Garamond"/>
          <w:sz w:val="24"/>
        </w:rPr>
        <w:t>AI-Powered Workflow (Step-by-Step)</w:t>
      </w:r>
    </w:p>
    <w:p w14:paraId="0372B728" w14:textId="77777777" w:rsidR="001A5159" w:rsidRDefault="00000000">
      <w:r>
        <w:rPr>
          <w:rFonts w:ascii="Garamond" w:hAnsi="Garamond"/>
          <w:sz w:val="24"/>
        </w:rPr>
        <w:t>STEP 1 — Audit the Client's Current Process</w:t>
      </w:r>
    </w:p>
    <w:p w14:paraId="62E93493" w14:textId="77777777" w:rsidR="001A5159" w:rsidRDefault="00000000">
      <w:r>
        <w:rPr>
          <w:rFonts w:ascii="Garamond" w:hAnsi="Garamond"/>
          <w:sz w:val="24"/>
        </w:rPr>
        <w:t>Ask:</w:t>
      </w:r>
    </w:p>
    <w:p w14:paraId="2792CA57" w14:textId="77777777" w:rsidR="001A5159" w:rsidRDefault="00000000">
      <w:r>
        <w:rPr>
          <w:rFonts w:ascii="Garamond" w:hAnsi="Garamond"/>
          <w:sz w:val="24"/>
        </w:rPr>
        <w:t>“Outline the current client onboarding and delivery experience. Identify weaknesses, gaps, delays, and confusion points.”</w:t>
      </w:r>
    </w:p>
    <w:p w14:paraId="45692467" w14:textId="77777777" w:rsidR="001A5159" w:rsidRDefault="001A5159"/>
    <w:p w14:paraId="6DA6511E" w14:textId="77777777" w:rsidR="001A5159" w:rsidRDefault="00000000">
      <w:r>
        <w:rPr>
          <w:rFonts w:ascii="Garamond" w:hAnsi="Garamond"/>
          <w:sz w:val="24"/>
        </w:rPr>
        <w:lastRenderedPageBreak/>
        <w:t>STEP 2 — Generate the Full Onboarding System</w:t>
      </w:r>
    </w:p>
    <w:p w14:paraId="2082D39A" w14:textId="77777777" w:rsidR="001A5159" w:rsidRDefault="00000000">
      <w:r>
        <w:rPr>
          <w:rFonts w:ascii="Garamond" w:hAnsi="Garamond"/>
          <w:sz w:val="24"/>
        </w:rPr>
        <w:t>Ask AI:</w:t>
      </w:r>
    </w:p>
    <w:p w14:paraId="55FC7D68" w14:textId="77777777" w:rsidR="001A5159" w:rsidRDefault="00000000">
      <w:r>
        <w:rPr>
          <w:rFonts w:ascii="Garamond" w:hAnsi="Garamond"/>
          <w:sz w:val="24"/>
        </w:rPr>
        <w:t>“Create a complete onboarding system for a , including welcome message, intake form questions, service explanation, expectations, timeline, and next steps.”</w:t>
      </w:r>
    </w:p>
    <w:p w14:paraId="5263DD0A" w14:textId="77777777" w:rsidR="001A5159" w:rsidRDefault="001A5159"/>
    <w:p w14:paraId="5C23B5CD" w14:textId="77777777" w:rsidR="001A5159" w:rsidRDefault="00000000">
      <w:r>
        <w:rPr>
          <w:rFonts w:ascii="Garamond" w:hAnsi="Garamond"/>
          <w:sz w:val="24"/>
        </w:rPr>
        <w:t>STEP 3 — Generate Delivery Process</w:t>
      </w:r>
    </w:p>
    <w:p w14:paraId="61026C43" w14:textId="77777777" w:rsidR="001A5159" w:rsidRDefault="00000000">
      <w:r>
        <w:rPr>
          <w:rFonts w:ascii="Garamond" w:hAnsi="Garamond"/>
          <w:sz w:val="24"/>
        </w:rPr>
        <w:t>Ask:</w:t>
      </w:r>
    </w:p>
    <w:p w14:paraId="35002AAB" w14:textId="77777777" w:rsidR="001A5159" w:rsidRDefault="00000000">
      <w:r>
        <w:rPr>
          <w:rFonts w:ascii="Garamond" w:hAnsi="Garamond"/>
          <w:sz w:val="24"/>
        </w:rPr>
        <w:t>“Create a delivery workflow with updates, milestones, communication templates, and final delivery instructions.”</w:t>
      </w:r>
    </w:p>
    <w:p w14:paraId="6271C446" w14:textId="77777777" w:rsidR="001A5159" w:rsidRDefault="001A5159"/>
    <w:p w14:paraId="4183AFAF" w14:textId="77777777" w:rsidR="001A5159" w:rsidRDefault="00000000">
      <w:r>
        <w:rPr>
          <w:rFonts w:ascii="Garamond" w:hAnsi="Garamond"/>
          <w:sz w:val="24"/>
        </w:rPr>
        <w:t>STEP 4 — Build SOPs</w:t>
      </w:r>
    </w:p>
    <w:p w14:paraId="73F7A8E2" w14:textId="77777777" w:rsidR="001A5159" w:rsidRDefault="00000000">
      <w:r>
        <w:rPr>
          <w:rFonts w:ascii="Garamond" w:hAnsi="Garamond"/>
          <w:sz w:val="24"/>
        </w:rPr>
        <w:t>Ask:</w:t>
      </w:r>
    </w:p>
    <w:p w14:paraId="7F16DDE9" w14:textId="77777777" w:rsidR="001A5159" w:rsidRDefault="00000000">
      <w:r>
        <w:rPr>
          <w:rFonts w:ascii="Garamond" w:hAnsi="Garamond"/>
          <w:sz w:val="24"/>
        </w:rPr>
        <w:t>“Create step-by-step SOPs for onboarding, communication, revisions, and delivery.”</w:t>
      </w:r>
    </w:p>
    <w:p w14:paraId="2B4C1E92" w14:textId="77777777" w:rsidR="001A5159" w:rsidRDefault="00000000">
      <w:r>
        <w:rPr>
          <w:rFonts w:ascii="Garamond" w:hAnsi="Garamond"/>
          <w:sz w:val="24"/>
        </w:rPr>
        <w:t>Organize in Notion or ClickUp.</w:t>
      </w:r>
    </w:p>
    <w:p w14:paraId="223D824F" w14:textId="77777777" w:rsidR="001A5159" w:rsidRDefault="001A5159"/>
    <w:p w14:paraId="2CBCDE2D" w14:textId="77777777" w:rsidR="001A5159" w:rsidRDefault="00000000">
      <w:r>
        <w:rPr>
          <w:rFonts w:ascii="Garamond" w:hAnsi="Garamond"/>
          <w:sz w:val="24"/>
        </w:rPr>
        <w:t>STEP 5 — Automate</w:t>
      </w:r>
    </w:p>
    <w:p w14:paraId="64A43724" w14:textId="77777777" w:rsidR="001A5159" w:rsidRDefault="00000000">
      <w:r>
        <w:rPr>
          <w:rFonts w:ascii="Garamond" w:hAnsi="Garamond"/>
          <w:sz w:val="24"/>
        </w:rPr>
        <w:t>Use Zapier or Make to:</w:t>
      </w:r>
    </w:p>
    <w:p w14:paraId="0AE45545" w14:textId="77777777" w:rsidR="001A5159" w:rsidRDefault="00000000">
      <w:r>
        <w:rPr>
          <w:rFonts w:ascii="Garamond" w:hAnsi="Garamond"/>
          <w:sz w:val="24"/>
        </w:rPr>
        <w:t xml:space="preserve">send onboarding </w:t>
      </w:r>
      <w:proofErr w:type="gramStart"/>
      <w:r>
        <w:rPr>
          <w:rFonts w:ascii="Garamond" w:hAnsi="Garamond"/>
          <w:sz w:val="24"/>
        </w:rPr>
        <w:t>emails</w:t>
      </w:r>
      <w:proofErr w:type="gramEnd"/>
    </w:p>
    <w:p w14:paraId="74A7EED6" w14:textId="77777777" w:rsidR="001A5159" w:rsidRDefault="00000000">
      <w:r>
        <w:rPr>
          <w:rFonts w:ascii="Garamond" w:hAnsi="Garamond"/>
          <w:sz w:val="24"/>
        </w:rPr>
        <w:t xml:space="preserve">send form responses to </w:t>
      </w:r>
      <w:proofErr w:type="gramStart"/>
      <w:r>
        <w:rPr>
          <w:rFonts w:ascii="Garamond" w:hAnsi="Garamond"/>
          <w:sz w:val="24"/>
        </w:rPr>
        <w:t>Notion</w:t>
      </w:r>
      <w:proofErr w:type="gramEnd"/>
    </w:p>
    <w:p w14:paraId="69827F7A" w14:textId="77777777" w:rsidR="001A5159" w:rsidRDefault="00000000">
      <w:r>
        <w:rPr>
          <w:rFonts w:ascii="Garamond" w:hAnsi="Garamond"/>
          <w:sz w:val="24"/>
        </w:rPr>
        <w:t xml:space="preserve">create tasks </w:t>
      </w:r>
      <w:proofErr w:type="gramStart"/>
      <w:r>
        <w:rPr>
          <w:rFonts w:ascii="Garamond" w:hAnsi="Garamond"/>
          <w:sz w:val="24"/>
        </w:rPr>
        <w:t>automatically</w:t>
      </w:r>
      <w:proofErr w:type="gramEnd"/>
    </w:p>
    <w:p w14:paraId="4E614F59" w14:textId="77777777" w:rsidR="001A5159" w:rsidRDefault="00000000">
      <w:r>
        <w:rPr>
          <w:rFonts w:ascii="Garamond" w:hAnsi="Garamond"/>
          <w:sz w:val="24"/>
        </w:rPr>
        <w:t xml:space="preserve">trigger delivery </w:t>
      </w:r>
      <w:proofErr w:type="gramStart"/>
      <w:r>
        <w:rPr>
          <w:rFonts w:ascii="Garamond" w:hAnsi="Garamond"/>
          <w:sz w:val="24"/>
        </w:rPr>
        <w:t>reminders</w:t>
      </w:r>
      <w:proofErr w:type="gramEnd"/>
    </w:p>
    <w:p w14:paraId="062DF5FB" w14:textId="77777777" w:rsidR="001A5159" w:rsidRDefault="00000000">
      <w:r>
        <w:rPr>
          <w:rFonts w:ascii="Garamond" w:hAnsi="Garamond"/>
          <w:sz w:val="24"/>
        </w:rPr>
        <w:t xml:space="preserve">trigger follow-up </w:t>
      </w:r>
      <w:proofErr w:type="gramStart"/>
      <w:r>
        <w:rPr>
          <w:rFonts w:ascii="Garamond" w:hAnsi="Garamond"/>
          <w:sz w:val="24"/>
        </w:rPr>
        <w:t>messages</w:t>
      </w:r>
      <w:proofErr w:type="gramEnd"/>
    </w:p>
    <w:p w14:paraId="2C426032" w14:textId="77777777" w:rsidR="001A5159" w:rsidRDefault="001A5159"/>
    <w:p w14:paraId="097138FB" w14:textId="77777777" w:rsidR="001A5159" w:rsidRDefault="00000000">
      <w:r>
        <w:rPr>
          <w:rFonts w:ascii="Garamond" w:hAnsi="Garamond"/>
          <w:sz w:val="24"/>
        </w:rPr>
        <w:t>STEP 6 — Design the Client Experience Pack</w:t>
      </w:r>
    </w:p>
    <w:p w14:paraId="57A3AE5A" w14:textId="77777777" w:rsidR="001A5159" w:rsidRDefault="00000000">
      <w:r>
        <w:rPr>
          <w:rFonts w:ascii="Garamond" w:hAnsi="Garamond"/>
          <w:sz w:val="24"/>
        </w:rPr>
        <w:t>Use Canva to create:</w:t>
      </w:r>
    </w:p>
    <w:p w14:paraId="3D64A33D" w14:textId="77777777" w:rsidR="001A5159" w:rsidRDefault="00000000">
      <w:r>
        <w:rPr>
          <w:rFonts w:ascii="Garamond" w:hAnsi="Garamond"/>
          <w:sz w:val="24"/>
        </w:rPr>
        <w:t xml:space="preserve">branded welcome </w:t>
      </w:r>
      <w:proofErr w:type="gramStart"/>
      <w:r>
        <w:rPr>
          <w:rFonts w:ascii="Garamond" w:hAnsi="Garamond"/>
          <w:sz w:val="24"/>
        </w:rPr>
        <w:t>guide</w:t>
      </w:r>
      <w:proofErr w:type="gramEnd"/>
    </w:p>
    <w:p w14:paraId="58D72E41" w14:textId="77777777" w:rsidR="001A5159" w:rsidRDefault="00000000">
      <w:r>
        <w:rPr>
          <w:rFonts w:ascii="Garamond" w:hAnsi="Garamond"/>
          <w:sz w:val="24"/>
        </w:rPr>
        <w:lastRenderedPageBreak/>
        <w:t>process overview</w:t>
      </w:r>
    </w:p>
    <w:p w14:paraId="52165E4F" w14:textId="77777777" w:rsidR="001A5159" w:rsidRDefault="00000000">
      <w:r>
        <w:rPr>
          <w:rFonts w:ascii="Garamond" w:hAnsi="Garamond"/>
          <w:sz w:val="24"/>
        </w:rPr>
        <w:t>project roadmap</w:t>
      </w:r>
    </w:p>
    <w:p w14:paraId="3F2CEFB7" w14:textId="77777777" w:rsidR="001A5159" w:rsidRDefault="00000000">
      <w:r>
        <w:rPr>
          <w:rFonts w:ascii="Garamond" w:hAnsi="Garamond"/>
          <w:sz w:val="24"/>
        </w:rPr>
        <w:t>final delivery packet</w:t>
      </w:r>
    </w:p>
    <w:p w14:paraId="39F5125A" w14:textId="77777777" w:rsidR="001A5159" w:rsidRDefault="00000000">
      <w:r>
        <w:rPr>
          <w:rFonts w:ascii="Garamond" w:hAnsi="Garamond"/>
          <w:sz w:val="24"/>
        </w:rPr>
        <w:t>Businesses love this.</w:t>
      </w:r>
    </w:p>
    <w:p w14:paraId="09CDDC7E" w14:textId="77777777" w:rsidR="001A5159" w:rsidRDefault="001A5159"/>
    <w:p w14:paraId="3990806D" w14:textId="77777777" w:rsidR="001A5159" w:rsidRDefault="00000000">
      <w:r>
        <w:rPr>
          <w:rFonts w:ascii="Garamond" w:hAnsi="Garamond"/>
          <w:sz w:val="24"/>
        </w:rPr>
        <w:t>STEP 7 — Deliver the System</w:t>
      </w:r>
    </w:p>
    <w:p w14:paraId="779BA757" w14:textId="77777777" w:rsidR="001A5159" w:rsidRDefault="00000000">
      <w:proofErr w:type="gramStart"/>
      <w:r>
        <w:rPr>
          <w:rFonts w:ascii="Garamond" w:hAnsi="Garamond"/>
          <w:sz w:val="24"/>
        </w:rPr>
        <w:t>You</w:t>
      </w:r>
      <w:proofErr w:type="gramEnd"/>
      <w:r>
        <w:rPr>
          <w:rFonts w:ascii="Garamond" w:hAnsi="Garamond"/>
          <w:sz w:val="24"/>
        </w:rPr>
        <w:t xml:space="preserve"> deliver:</w:t>
      </w:r>
    </w:p>
    <w:p w14:paraId="296FBB54" w14:textId="77777777" w:rsidR="001A5159" w:rsidRDefault="00000000">
      <w:r>
        <w:rPr>
          <w:rFonts w:ascii="Garamond" w:hAnsi="Garamond"/>
          <w:sz w:val="24"/>
        </w:rPr>
        <w:t>onboarding flow</w:t>
      </w:r>
    </w:p>
    <w:p w14:paraId="3E724FC5" w14:textId="77777777" w:rsidR="001A5159" w:rsidRDefault="00000000">
      <w:r>
        <w:rPr>
          <w:rFonts w:ascii="Garamond" w:hAnsi="Garamond"/>
          <w:sz w:val="24"/>
        </w:rPr>
        <w:t>delivery system</w:t>
      </w:r>
    </w:p>
    <w:p w14:paraId="426B12A1" w14:textId="77777777" w:rsidR="001A5159" w:rsidRDefault="00000000">
      <w:r>
        <w:rPr>
          <w:rFonts w:ascii="Garamond" w:hAnsi="Garamond"/>
          <w:sz w:val="24"/>
        </w:rPr>
        <w:t>SOP library</w:t>
      </w:r>
    </w:p>
    <w:p w14:paraId="20B69111" w14:textId="77777777" w:rsidR="001A5159" w:rsidRDefault="00000000">
      <w:r>
        <w:rPr>
          <w:rFonts w:ascii="Garamond" w:hAnsi="Garamond"/>
          <w:sz w:val="24"/>
        </w:rPr>
        <w:t>brand packet</w:t>
      </w:r>
    </w:p>
    <w:p w14:paraId="16E80634" w14:textId="77777777" w:rsidR="001A5159" w:rsidRDefault="00000000">
      <w:r>
        <w:rPr>
          <w:rFonts w:ascii="Garamond" w:hAnsi="Garamond"/>
          <w:sz w:val="24"/>
        </w:rPr>
        <w:t>automations</w:t>
      </w:r>
    </w:p>
    <w:p w14:paraId="5E42C83D" w14:textId="77777777" w:rsidR="001A5159" w:rsidRDefault="00000000">
      <w:r>
        <w:rPr>
          <w:rFonts w:ascii="Garamond" w:hAnsi="Garamond"/>
          <w:sz w:val="24"/>
        </w:rPr>
        <w:t>Clients will pay ongoing retainers for system maintenance.</w:t>
      </w:r>
    </w:p>
    <w:p w14:paraId="4308B3B6" w14:textId="77777777" w:rsidR="001A5159" w:rsidRDefault="001A5159"/>
    <w:p w14:paraId="3FE32801" w14:textId="77777777" w:rsidR="001A5159" w:rsidRDefault="00000000">
      <w:r>
        <w:rPr>
          <w:rFonts w:ascii="Garamond" w:hAnsi="Garamond"/>
          <w:sz w:val="24"/>
        </w:rPr>
        <w:t>Beginner-Proof Portfolio</w:t>
      </w:r>
    </w:p>
    <w:p w14:paraId="088294DE" w14:textId="77777777" w:rsidR="001A5159" w:rsidRDefault="00000000">
      <w:r>
        <w:rPr>
          <w:rFonts w:ascii="Garamond" w:hAnsi="Garamond"/>
          <w:sz w:val="24"/>
        </w:rPr>
        <w:t>Create:</w:t>
      </w:r>
    </w:p>
    <w:p w14:paraId="1495CEB6" w14:textId="77777777" w:rsidR="001A5159" w:rsidRDefault="00000000">
      <w:r>
        <w:rPr>
          <w:rFonts w:ascii="Garamond" w:hAnsi="Garamond"/>
          <w:sz w:val="24"/>
        </w:rPr>
        <w:t>1 onboarding flow</w:t>
      </w:r>
    </w:p>
    <w:p w14:paraId="5227C939" w14:textId="77777777" w:rsidR="001A5159" w:rsidRDefault="00000000">
      <w:r>
        <w:rPr>
          <w:rFonts w:ascii="Garamond" w:hAnsi="Garamond"/>
          <w:sz w:val="24"/>
        </w:rPr>
        <w:t>1 delivery flow</w:t>
      </w:r>
    </w:p>
    <w:p w14:paraId="5B5F76E2" w14:textId="77777777" w:rsidR="001A5159" w:rsidRDefault="00000000">
      <w:r>
        <w:rPr>
          <w:rFonts w:ascii="Garamond" w:hAnsi="Garamond"/>
          <w:sz w:val="24"/>
        </w:rPr>
        <w:t>1 automation example</w:t>
      </w:r>
    </w:p>
    <w:p w14:paraId="78609A82" w14:textId="77777777" w:rsidR="001A5159" w:rsidRDefault="00000000">
      <w:r>
        <w:rPr>
          <w:rFonts w:ascii="Garamond" w:hAnsi="Garamond"/>
          <w:sz w:val="24"/>
        </w:rPr>
        <w:t>1 welcome packet sample</w:t>
      </w:r>
    </w:p>
    <w:p w14:paraId="2D146856" w14:textId="77777777" w:rsidR="001A5159" w:rsidRDefault="00000000">
      <w:r>
        <w:rPr>
          <w:rFonts w:ascii="Garamond" w:hAnsi="Garamond"/>
          <w:sz w:val="24"/>
        </w:rPr>
        <w:t>This alone makes you stand out.</w:t>
      </w:r>
    </w:p>
    <w:p w14:paraId="02F36F82" w14:textId="77777777" w:rsidR="001A5159" w:rsidRDefault="001A5159"/>
    <w:p w14:paraId="50096D8C" w14:textId="77777777" w:rsidR="001A5159" w:rsidRDefault="00000000">
      <w:r>
        <w:rPr>
          <w:rFonts w:ascii="Garamond" w:hAnsi="Garamond"/>
          <w:sz w:val="24"/>
        </w:rPr>
        <w:t>Pricing Guide</w:t>
      </w:r>
    </w:p>
    <w:p w14:paraId="14BC6ADB" w14:textId="77777777" w:rsidR="001A5159" w:rsidRDefault="00000000">
      <w:r>
        <w:rPr>
          <w:rFonts w:ascii="Garamond" w:hAnsi="Garamond"/>
          <w:sz w:val="24"/>
        </w:rPr>
        <w:t>Beginners:</w:t>
      </w:r>
    </w:p>
    <w:p w14:paraId="1B5C199E" w14:textId="77777777" w:rsidR="001A5159" w:rsidRDefault="00000000">
      <w:r>
        <w:rPr>
          <w:rFonts w:ascii="Garamond" w:hAnsi="Garamond"/>
          <w:sz w:val="24"/>
        </w:rPr>
        <w:t>$100–$250 onboarding system</w:t>
      </w:r>
    </w:p>
    <w:p w14:paraId="374F95DF" w14:textId="77777777" w:rsidR="001A5159" w:rsidRDefault="00000000">
      <w:r>
        <w:rPr>
          <w:rFonts w:ascii="Garamond" w:hAnsi="Garamond"/>
          <w:sz w:val="24"/>
        </w:rPr>
        <w:lastRenderedPageBreak/>
        <w:t>$150–$300 delivery system</w:t>
      </w:r>
    </w:p>
    <w:p w14:paraId="03354CD4" w14:textId="77777777" w:rsidR="001A5159" w:rsidRDefault="00000000">
      <w:r>
        <w:rPr>
          <w:rFonts w:ascii="Garamond" w:hAnsi="Garamond"/>
          <w:sz w:val="24"/>
        </w:rPr>
        <w:t>Intermediate:</w:t>
      </w:r>
    </w:p>
    <w:p w14:paraId="2ED11910" w14:textId="77777777" w:rsidR="001A5159" w:rsidRDefault="00000000">
      <w:r>
        <w:rPr>
          <w:rFonts w:ascii="Garamond" w:hAnsi="Garamond"/>
          <w:sz w:val="24"/>
        </w:rPr>
        <w:t>$300–$700 combined system</w:t>
      </w:r>
    </w:p>
    <w:p w14:paraId="26BB4F90" w14:textId="77777777" w:rsidR="001A5159" w:rsidRDefault="00000000">
      <w:r>
        <w:rPr>
          <w:rFonts w:ascii="Garamond" w:hAnsi="Garamond"/>
          <w:sz w:val="24"/>
        </w:rPr>
        <w:t>$500–$1,200 automation setup</w:t>
      </w:r>
    </w:p>
    <w:p w14:paraId="7AE7FC22" w14:textId="77777777" w:rsidR="001A5159" w:rsidRDefault="00000000">
      <w:r>
        <w:rPr>
          <w:rFonts w:ascii="Garamond" w:hAnsi="Garamond"/>
          <w:sz w:val="24"/>
        </w:rPr>
        <w:t>Pro:</w:t>
      </w:r>
    </w:p>
    <w:p w14:paraId="30C0A6BA" w14:textId="77777777" w:rsidR="001A5159" w:rsidRDefault="00000000">
      <w:r>
        <w:rPr>
          <w:rFonts w:ascii="Garamond" w:hAnsi="Garamond"/>
          <w:sz w:val="24"/>
        </w:rPr>
        <w:t>$1,500–$6,000 full client experience overhaul</w:t>
      </w:r>
    </w:p>
    <w:p w14:paraId="69C90981" w14:textId="77777777" w:rsidR="001A5159" w:rsidRDefault="00000000">
      <w:r>
        <w:rPr>
          <w:rFonts w:ascii="Garamond" w:hAnsi="Garamond"/>
          <w:sz w:val="24"/>
        </w:rPr>
        <w:t>$1,000–$3,000/month systems management</w:t>
      </w:r>
    </w:p>
    <w:p w14:paraId="607E9532" w14:textId="77777777" w:rsidR="001A5159" w:rsidRDefault="00000000">
      <w:r>
        <w:rPr>
          <w:rFonts w:ascii="Garamond" w:hAnsi="Garamond"/>
          <w:sz w:val="24"/>
        </w:rPr>
        <w:t>Businesses pay TOP DOLLAR for organization and professionalism.</w:t>
      </w:r>
    </w:p>
    <w:p w14:paraId="732E7840" w14:textId="77777777" w:rsidR="001A5159" w:rsidRDefault="001A5159"/>
    <w:p w14:paraId="58C82E54" w14:textId="77777777" w:rsidR="001A5159" w:rsidRDefault="00000000">
      <w:r>
        <w:rPr>
          <w:rFonts w:ascii="Garamond" w:hAnsi="Garamond"/>
          <w:sz w:val="24"/>
        </w:rPr>
        <w:t>Pro Accelerators</w:t>
      </w:r>
    </w:p>
    <w:p w14:paraId="12A628C1" w14:textId="77777777" w:rsidR="001A5159" w:rsidRDefault="00000000">
      <w:r>
        <w:rPr>
          <w:rFonts w:ascii="Garamond" w:hAnsi="Garamond"/>
          <w:sz w:val="24"/>
        </w:rPr>
        <w:t xml:space="preserve">add custom </w:t>
      </w:r>
      <w:proofErr w:type="gramStart"/>
      <w:r>
        <w:rPr>
          <w:rFonts w:ascii="Garamond" w:hAnsi="Garamond"/>
          <w:sz w:val="24"/>
        </w:rPr>
        <w:t>dashboards</w:t>
      </w:r>
      <w:proofErr w:type="gramEnd"/>
    </w:p>
    <w:p w14:paraId="0B763E98" w14:textId="77777777" w:rsidR="001A5159" w:rsidRDefault="00000000">
      <w:r>
        <w:rPr>
          <w:rFonts w:ascii="Garamond" w:hAnsi="Garamond"/>
          <w:sz w:val="24"/>
        </w:rPr>
        <w:t xml:space="preserve">add client </w:t>
      </w:r>
      <w:proofErr w:type="gramStart"/>
      <w:r>
        <w:rPr>
          <w:rFonts w:ascii="Garamond" w:hAnsi="Garamond"/>
          <w:sz w:val="24"/>
        </w:rPr>
        <w:t>portals</w:t>
      </w:r>
      <w:proofErr w:type="gramEnd"/>
    </w:p>
    <w:p w14:paraId="524C15D3" w14:textId="77777777" w:rsidR="001A5159" w:rsidRDefault="00000000">
      <w:r>
        <w:rPr>
          <w:rFonts w:ascii="Garamond" w:hAnsi="Garamond"/>
          <w:sz w:val="24"/>
        </w:rPr>
        <w:t xml:space="preserve">add training </w:t>
      </w:r>
      <w:proofErr w:type="gramStart"/>
      <w:r>
        <w:rPr>
          <w:rFonts w:ascii="Garamond" w:hAnsi="Garamond"/>
          <w:sz w:val="24"/>
        </w:rPr>
        <w:t>videos</w:t>
      </w:r>
      <w:proofErr w:type="gramEnd"/>
    </w:p>
    <w:p w14:paraId="4BEE19DE" w14:textId="77777777" w:rsidR="001A5159" w:rsidRDefault="00000000">
      <w:r>
        <w:rPr>
          <w:rFonts w:ascii="Garamond" w:hAnsi="Garamond"/>
          <w:sz w:val="24"/>
        </w:rPr>
        <w:t xml:space="preserve">add branded SOP </w:t>
      </w:r>
      <w:proofErr w:type="gramStart"/>
      <w:r>
        <w:rPr>
          <w:rFonts w:ascii="Garamond" w:hAnsi="Garamond"/>
          <w:sz w:val="24"/>
        </w:rPr>
        <w:t>library</w:t>
      </w:r>
      <w:proofErr w:type="gramEnd"/>
    </w:p>
    <w:p w14:paraId="086327CD" w14:textId="77777777" w:rsidR="001A5159" w:rsidRDefault="00000000">
      <w:r>
        <w:rPr>
          <w:rFonts w:ascii="Garamond" w:hAnsi="Garamond"/>
          <w:sz w:val="24"/>
        </w:rPr>
        <w:t xml:space="preserve">add retention </w:t>
      </w:r>
      <w:proofErr w:type="gramStart"/>
      <w:r>
        <w:rPr>
          <w:rFonts w:ascii="Garamond" w:hAnsi="Garamond"/>
          <w:sz w:val="24"/>
        </w:rPr>
        <w:t>workflows</w:t>
      </w:r>
      <w:proofErr w:type="gramEnd"/>
    </w:p>
    <w:p w14:paraId="5EFAA841" w14:textId="77777777" w:rsidR="001A5159" w:rsidRDefault="00000000">
      <w:r>
        <w:rPr>
          <w:rFonts w:ascii="Garamond" w:hAnsi="Garamond"/>
          <w:sz w:val="24"/>
        </w:rPr>
        <w:t xml:space="preserve">add testimonial </w:t>
      </w:r>
      <w:proofErr w:type="gramStart"/>
      <w:r>
        <w:rPr>
          <w:rFonts w:ascii="Garamond" w:hAnsi="Garamond"/>
          <w:sz w:val="24"/>
        </w:rPr>
        <w:t>engines</w:t>
      </w:r>
      <w:proofErr w:type="gramEnd"/>
    </w:p>
    <w:p w14:paraId="5115BC13" w14:textId="77777777" w:rsidR="001A5159" w:rsidRDefault="00000000">
      <w:proofErr w:type="gramStart"/>
      <w:r>
        <w:rPr>
          <w:rFonts w:ascii="Garamond" w:hAnsi="Garamond"/>
          <w:sz w:val="24"/>
        </w:rPr>
        <w:t>These drastically increase</w:t>
      </w:r>
      <w:proofErr w:type="gramEnd"/>
      <w:r>
        <w:rPr>
          <w:rFonts w:ascii="Garamond" w:hAnsi="Garamond"/>
          <w:sz w:val="24"/>
        </w:rPr>
        <w:t xml:space="preserve"> recurring income.</w:t>
      </w:r>
    </w:p>
    <w:p w14:paraId="49DD0569" w14:textId="77777777" w:rsidR="001A5159" w:rsidRDefault="001A5159"/>
    <w:p w14:paraId="3F256530" w14:textId="77777777" w:rsidR="001A5159" w:rsidRDefault="00000000">
      <w:r>
        <w:rPr>
          <w:rFonts w:ascii="Garamond" w:hAnsi="Garamond"/>
          <w:sz w:val="24"/>
        </w:rPr>
        <w:t>MICRO CASE STUDY — BLUEPRINT THIRTY-ONE</w:t>
      </w:r>
    </w:p>
    <w:p w14:paraId="18A7A653" w14:textId="77777777" w:rsidR="001A5159" w:rsidRDefault="00000000">
      <w:r>
        <w:rPr>
          <w:rFonts w:ascii="Garamond" w:hAnsi="Garamond"/>
          <w:sz w:val="24"/>
        </w:rPr>
        <w:t>Case Study: Freelancer Jumps From $300 Projects to $2,000 Packages With AI-Powered Client Systems</w:t>
      </w:r>
    </w:p>
    <w:p w14:paraId="72A4875B" w14:textId="77777777" w:rsidR="001A5159" w:rsidRDefault="00000000">
      <w:r>
        <w:rPr>
          <w:rFonts w:ascii="Garamond" w:hAnsi="Garamond"/>
          <w:sz w:val="24"/>
        </w:rPr>
        <w:t>Sarah was a social media manager making $300–$500 per client.</w:t>
      </w:r>
    </w:p>
    <w:p w14:paraId="2CE999A8" w14:textId="77777777" w:rsidR="001A5159" w:rsidRDefault="00000000">
      <w:r>
        <w:rPr>
          <w:rFonts w:ascii="Garamond" w:hAnsi="Garamond"/>
          <w:sz w:val="24"/>
        </w:rPr>
        <w:t>Her biggest problem?</w:t>
      </w:r>
      <w:r>
        <w:rPr>
          <w:rFonts w:ascii="Garamond" w:hAnsi="Garamond"/>
          <w:sz w:val="24"/>
        </w:rPr>
        <w:br/>
        <w:t>Clients felt the process was messy.</w:t>
      </w:r>
    </w:p>
    <w:p w14:paraId="18B89594" w14:textId="77777777" w:rsidR="001A5159" w:rsidRDefault="00000000">
      <w:r>
        <w:rPr>
          <w:rFonts w:ascii="Garamond" w:hAnsi="Garamond"/>
          <w:sz w:val="24"/>
        </w:rPr>
        <w:t>She applied Blueprint 31 and built:</w:t>
      </w:r>
    </w:p>
    <w:p w14:paraId="7C4F168B" w14:textId="77777777" w:rsidR="001A5159" w:rsidRDefault="00000000">
      <w:r>
        <w:rPr>
          <w:rFonts w:ascii="Garamond" w:hAnsi="Garamond"/>
          <w:sz w:val="24"/>
        </w:rPr>
        <w:t>a branded welcome packet</w:t>
      </w:r>
    </w:p>
    <w:p w14:paraId="0120D327" w14:textId="77777777" w:rsidR="001A5159" w:rsidRDefault="00000000">
      <w:r>
        <w:rPr>
          <w:rFonts w:ascii="Garamond" w:hAnsi="Garamond"/>
          <w:sz w:val="24"/>
        </w:rPr>
        <w:lastRenderedPageBreak/>
        <w:t>a clean intake form</w:t>
      </w:r>
    </w:p>
    <w:p w14:paraId="63512DFF" w14:textId="77777777" w:rsidR="001A5159" w:rsidRDefault="00000000">
      <w:r>
        <w:rPr>
          <w:rFonts w:ascii="Garamond" w:hAnsi="Garamond"/>
          <w:sz w:val="24"/>
        </w:rPr>
        <w:t>automated reminders</w:t>
      </w:r>
    </w:p>
    <w:p w14:paraId="3C5E7DA2" w14:textId="77777777" w:rsidR="001A5159" w:rsidRDefault="00000000">
      <w:proofErr w:type="gramStart"/>
      <w:r>
        <w:rPr>
          <w:rFonts w:ascii="Garamond" w:hAnsi="Garamond"/>
          <w:sz w:val="24"/>
        </w:rPr>
        <w:t>a delivery</w:t>
      </w:r>
      <w:proofErr w:type="gramEnd"/>
      <w:r>
        <w:rPr>
          <w:rFonts w:ascii="Garamond" w:hAnsi="Garamond"/>
          <w:sz w:val="24"/>
        </w:rPr>
        <w:t xml:space="preserve"> SOP</w:t>
      </w:r>
    </w:p>
    <w:p w14:paraId="100687AC" w14:textId="77777777" w:rsidR="001A5159" w:rsidRDefault="00000000">
      <w:r>
        <w:rPr>
          <w:rFonts w:ascii="Garamond" w:hAnsi="Garamond"/>
          <w:sz w:val="24"/>
        </w:rPr>
        <w:t>monthly report templates</w:t>
      </w:r>
    </w:p>
    <w:p w14:paraId="658F8076" w14:textId="77777777" w:rsidR="001A5159" w:rsidRDefault="00000000">
      <w:r>
        <w:rPr>
          <w:rFonts w:ascii="Garamond" w:hAnsi="Garamond"/>
          <w:sz w:val="24"/>
        </w:rPr>
        <w:t>She documented everything in Notion and automated her workflow with Zapier.</w:t>
      </w:r>
    </w:p>
    <w:p w14:paraId="4D402ACC" w14:textId="77777777" w:rsidR="001A5159" w:rsidRDefault="00000000">
      <w:r>
        <w:rPr>
          <w:rFonts w:ascii="Garamond" w:hAnsi="Garamond"/>
          <w:sz w:val="24"/>
        </w:rPr>
        <w:t>Clients immediately noticed.</w:t>
      </w:r>
    </w:p>
    <w:p w14:paraId="31B6BE95" w14:textId="77777777" w:rsidR="001A5159" w:rsidRDefault="00000000">
      <w:r>
        <w:rPr>
          <w:rFonts w:ascii="Garamond" w:hAnsi="Garamond"/>
          <w:sz w:val="24"/>
        </w:rPr>
        <w:t>A business coach hired her for:</w:t>
      </w:r>
    </w:p>
    <w:p w14:paraId="4ABA383D" w14:textId="77777777" w:rsidR="001A5159" w:rsidRDefault="00000000">
      <w:r>
        <w:rPr>
          <w:rFonts w:ascii="Garamond" w:hAnsi="Garamond"/>
          <w:sz w:val="24"/>
        </w:rPr>
        <w:t>onboarding system → $800</w:t>
      </w:r>
    </w:p>
    <w:p w14:paraId="650C5B64" w14:textId="77777777" w:rsidR="001A5159" w:rsidRDefault="00000000">
      <w:r>
        <w:rPr>
          <w:rFonts w:ascii="Garamond" w:hAnsi="Garamond"/>
          <w:sz w:val="24"/>
        </w:rPr>
        <w:t>delivery system → $500</w:t>
      </w:r>
    </w:p>
    <w:p w14:paraId="261B065D" w14:textId="77777777" w:rsidR="001A5159" w:rsidRDefault="00000000">
      <w:r>
        <w:rPr>
          <w:rFonts w:ascii="Garamond" w:hAnsi="Garamond"/>
          <w:sz w:val="24"/>
        </w:rPr>
        <w:t>automation setup → $700</w:t>
      </w:r>
    </w:p>
    <w:p w14:paraId="75CFDB00" w14:textId="77777777" w:rsidR="001A5159" w:rsidRDefault="00000000">
      <w:r>
        <w:rPr>
          <w:rFonts w:ascii="Garamond" w:hAnsi="Garamond"/>
          <w:sz w:val="24"/>
        </w:rPr>
        <w:t>Total: $2,000</w:t>
      </w:r>
    </w:p>
    <w:p w14:paraId="42117833" w14:textId="77777777" w:rsidR="001A5159" w:rsidRDefault="00000000">
      <w:r>
        <w:rPr>
          <w:rFonts w:ascii="Garamond" w:hAnsi="Garamond"/>
          <w:sz w:val="24"/>
        </w:rPr>
        <w:t>Then two more clients hired her the next month.</w:t>
      </w:r>
    </w:p>
    <w:p w14:paraId="333D1744" w14:textId="77777777" w:rsidR="001A5159" w:rsidRDefault="00000000">
      <w:r>
        <w:rPr>
          <w:rFonts w:ascii="Garamond" w:hAnsi="Garamond"/>
          <w:sz w:val="24"/>
        </w:rPr>
        <w:t>Her new message:</w:t>
      </w:r>
    </w:p>
    <w:p w14:paraId="49B26445" w14:textId="77777777" w:rsidR="001A5159" w:rsidRDefault="00000000">
      <w:r>
        <w:rPr>
          <w:rFonts w:ascii="Garamond" w:hAnsi="Garamond"/>
          <w:sz w:val="24"/>
        </w:rPr>
        <w:t>“People don’t pay for social media. They pay for a seamless client experience.”</w:t>
      </w:r>
    </w:p>
    <w:p w14:paraId="5BBD795D" w14:textId="77777777" w:rsidR="001A5159" w:rsidRPr="0063351A" w:rsidRDefault="00000000" w:rsidP="0063351A">
      <w:pPr>
        <w:rPr>
          <w:sz w:val="24"/>
          <w:szCs w:val="24"/>
        </w:rPr>
      </w:pPr>
      <w:r w:rsidRPr="0063351A">
        <w:rPr>
          <w:rFonts w:ascii="Garamond" w:hAnsi="Garamond"/>
          <w:b/>
          <w:sz w:val="24"/>
          <w:szCs w:val="24"/>
        </w:rPr>
        <w:t>Blueprint 31 unlocks high-paying, premium-level work — fast.</w:t>
      </w:r>
    </w:p>
    <w:p w14:paraId="1C71F2A6" w14:textId="77777777" w:rsidR="00673185" w:rsidRDefault="00673185">
      <w:pPr>
        <w:sectPr w:rsidR="00673185" w:rsidSect="00034616">
          <w:pgSz w:w="12240" w:h="15840"/>
          <w:pgMar w:top="1440" w:right="1800" w:bottom="1440" w:left="1800" w:header="720" w:footer="720" w:gutter="0"/>
          <w:cols w:space="720"/>
          <w:docGrid w:linePitch="360"/>
        </w:sectPr>
      </w:pPr>
    </w:p>
    <w:p w14:paraId="0EE5DDDF" w14:textId="77777777" w:rsidR="001A5159" w:rsidRDefault="001A5159"/>
    <w:p w14:paraId="237D7BDF" w14:textId="77777777" w:rsidR="001A5159" w:rsidRPr="0063351A" w:rsidRDefault="00000000" w:rsidP="0063351A">
      <w:pPr>
        <w:pStyle w:val="Heading1"/>
        <w:rPr>
          <w:rFonts w:ascii="Garamond" w:hAnsi="Garamond"/>
          <w:color w:val="auto"/>
          <w:sz w:val="40"/>
          <w:szCs w:val="40"/>
        </w:rPr>
      </w:pPr>
      <w:bookmarkStart w:id="69" w:name="_Toc214830365"/>
      <w:r w:rsidRPr="0063351A">
        <w:rPr>
          <w:rFonts w:ascii="Garamond" w:hAnsi="Garamond"/>
          <w:color w:val="auto"/>
          <w:sz w:val="40"/>
          <w:szCs w:val="40"/>
        </w:rPr>
        <w:t>BLUEPRINT THIRTY-TWO — AI BUSINESS SYSTEMS &amp; SOP BUILDER</w:t>
      </w:r>
      <w:bookmarkEnd w:id="69"/>
    </w:p>
    <w:p w14:paraId="2005D4E8" w14:textId="77777777" w:rsidR="001A5159" w:rsidRPr="0063351A" w:rsidRDefault="00000000" w:rsidP="0063351A">
      <w:pPr>
        <w:pStyle w:val="Heading2"/>
        <w:rPr>
          <w:rFonts w:ascii="Garamond" w:hAnsi="Garamond"/>
          <w:color w:val="auto"/>
          <w:sz w:val="28"/>
          <w:szCs w:val="28"/>
        </w:rPr>
      </w:pPr>
      <w:bookmarkStart w:id="70" w:name="_Toc214830366"/>
      <w:r w:rsidRPr="0063351A">
        <w:rPr>
          <w:rFonts w:ascii="Garamond" w:hAnsi="Garamond"/>
          <w:color w:val="auto"/>
          <w:sz w:val="28"/>
          <w:szCs w:val="28"/>
        </w:rPr>
        <w:t>(The Blueprint That Turns AI Into a Full Business Operations Department — Creating Processes, Systems, Templates &amp; Documentation for Any Business)</w:t>
      </w:r>
      <w:bookmarkEnd w:id="70"/>
    </w:p>
    <w:p w14:paraId="1AC59948" w14:textId="77777777" w:rsidR="001A5159" w:rsidRDefault="00000000">
      <w:r>
        <w:rPr>
          <w:rFonts w:ascii="Garamond" w:hAnsi="Garamond"/>
          <w:sz w:val="24"/>
        </w:rPr>
        <w:t>Every business runs on systems.</w:t>
      </w:r>
      <w:r>
        <w:rPr>
          <w:rFonts w:ascii="Garamond" w:hAnsi="Garamond"/>
          <w:sz w:val="24"/>
        </w:rPr>
        <w:br/>
        <w:t>But almost every business has bad systems.</w:t>
      </w:r>
    </w:p>
    <w:p w14:paraId="29962032" w14:textId="77777777" w:rsidR="001A5159" w:rsidRDefault="00000000">
      <w:r>
        <w:rPr>
          <w:rFonts w:ascii="Garamond" w:hAnsi="Garamond"/>
          <w:sz w:val="24"/>
        </w:rPr>
        <w:t>They struggle with:</w:t>
      </w:r>
    </w:p>
    <w:p w14:paraId="7F5DEB1D" w14:textId="77777777" w:rsidR="001A5159" w:rsidRDefault="00000000">
      <w:r>
        <w:rPr>
          <w:rFonts w:ascii="Garamond" w:hAnsi="Garamond"/>
          <w:sz w:val="24"/>
        </w:rPr>
        <w:t>inconsistent workflows</w:t>
      </w:r>
    </w:p>
    <w:p w14:paraId="5111A647" w14:textId="77777777" w:rsidR="001A5159" w:rsidRDefault="00000000">
      <w:r>
        <w:rPr>
          <w:rFonts w:ascii="Garamond" w:hAnsi="Garamond"/>
          <w:sz w:val="24"/>
        </w:rPr>
        <w:t>lack of structure</w:t>
      </w:r>
    </w:p>
    <w:p w14:paraId="2D24DD9E" w14:textId="77777777" w:rsidR="001A5159" w:rsidRDefault="00000000">
      <w:r>
        <w:rPr>
          <w:rFonts w:ascii="Garamond" w:hAnsi="Garamond"/>
          <w:sz w:val="24"/>
        </w:rPr>
        <w:t>missing documentation</w:t>
      </w:r>
    </w:p>
    <w:p w14:paraId="7A56B87B" w14:textId="77777777" w:rsidR="001A5159" w:rsidRDefault="00000000">
      <w:r>
        <w:rPr>
          <w:rFonts w:ascii="Garamond" w:hAnsi="Garamond"/>
          <w:sz w:val="24"/>
        </w:rPr>
        <w:t xml:space="preserve">employees “doing things their own </w:t>
      </w:r>
      <w:proofErr w:type="gramStart"/>
      <w:r>
        <w:rPr>
          <w:rFonts w:ascii="Garamond" w:hAnsi="Garamond"/>
          <w:sz w:val="24"/>
        </w:rPr>
        <w:t>way</w:t>
      </w:r>
      <w:proofErr w:type="gramEnd"/>
      <w:r>
        <w:rPr>
          <w:rFonts w:ascii="Garamond" w:hAnsi="Garamond"/>
          <w:sz w:val="24"/>
        </w:rPr>
        <w:t>”</w:t>
      </w:r>
    </w:p>
    <w:p w14:paraId="6BF04ED3" w14:textId="77777777" w:rsidR="001A5159" w:rsidRDefault="00000000">
      <w:r>
        <w:rPr>
          <w:rFonts w:ascii="Garamond" w:hAnsi="Garamond"/>
          <w:sz w:val="24"/>
        </w:rPr>
        <w:t>zero standard operating procedures (SOPs)</w:t>
      </w:r>
    </w:p>
    <w:p w14:paraId="7D0CF680" w14:textId="77777777" w:rsidR="001A5159" w:rsidRDefault="00000000">
      <w:r>
        <w:rPr>
          <w:rFonts w:ascii="Garamond" w:hAnsi="Garamond"/>
          <w:sz w:val="24"/>
        </w:rPr>
        <w:t>no onboarding materials</w:t>
      </w:r>
    </w:p>
    <w:p w14:paraId="75598475" w14:textId="77777777" w:rsidR="001A5159" w:rsidRDefault="00000000">
      <w:r>
        <w:rPr>
          <w:rFonts w:ascii="Garamond" w:hAnsi="Garamond"/>
          <w:sz w:val="24"/>
        </w:rPr>
        <w:t>outdated processes</w:t>
      </w:r>
    </w:p>
    <w:p w14:paraId="063B755E" w14:textId="77777777" w:rsidR="001A5159" w:rsidRDefault="00000000">
      <w:r>
        <w:rPr>
          <w:rFonts w:ascii="Garamond" w:hAnsi="Garamond"/>
          <w:sz w:val="24"/>
        </w:rPr>
        <w:t>messy operations</w:t>
      </w:r>
    </w:p>
    <w:p w14:paraId="32124A2D" w14:textId="77777777" w:rsidR="001A5159" w:rsidRDefault="00000000">
      <w:r>
        <w:rPr>
          <w:rFonts w:ascii="Garamond" w:hAnsi="Garamond"/>
          <w:sz w:val="24"/>
        </w:rPr>
        <w:t>tasks that live only in the founder’s head</w:t>
      </w:r>
    </w:p>
    <w:p w14:paraId="02B46E94" w14:textId="77777777" w:rsidR="001A5159" w:rsidRDefault="00000000">
      <w:r>
        <w:rPr>
          <w:rFonts w:ascii="Garamond" w:hAnsi="Garamond"/>
          <w:sz w:val="24"/>
        </w:rPr>
        <w:t>This blueprint fixes all of it.</w:t>
      </w:r>
    </w:p>
    <w:p w14:paraId="5F02C927" w14:textId="77777777" w:rsidR="001A5159" w:rsidRDefault="00000000">
      <w:r>
        <w:rPr>
          <w:rFonts w:ascii="Garamond" w:hAnsi="Garamond"/>
          <w:sz w:val="24"/>
        </w:rPr>
        <w:t>You become an AI-powered Operations Architect, capable of building:</w:t>
      </w:r>
    </w:p>
    <w:p w14:paraId="08EBCF84" w14:textId="77777777" w:rsidR="001A5159" w:rsidRDefault="00000000">
      <w:r>
        <w:rPr>
          <w:rFonts w:ascii="Garamond" w:hAnsi="Garamond"/>
          <w:sz w:val="24"/>
        </w:rPr>
        <w:t>systems</w:t>
      </w:r>
    </w:p>
    <w:p w14:paraId="5984A61C" w14:textId="77777777" w:rsidR="001A5159" w:rsidRDefault="00000000">
      <w:r>
        <w:rPr>
          <w:rFonts w:ascii="Garamond" w:hAnsi="Garamond"/>
          <w:sz w:val="24"/>
        </w:rPr>
        <w:t>SOPs</w:t>
      </w:r>
    </w:p>
    <w:p w14:paraId="50E571FD" w14:textId="77777777" w:rsidR="001A5159" w:rsidRDefault="00000000">
      <w:r>
        <w:rPr>
          <w:rFonts w:ascii="Garamond" w:hAnsi="Garamond"/>
          <w:sz w:val="24"/>
        </w:rPr>
        <w:t>process maps</w:t>
      </w:r>
    </w:p>
    <w:p w14:paraId="0D52CD61" w14:textId="77777777" w:rsidR="001A5159" w:rsidRDefault="00000000">
      <w:r>
        <w:rPr>
          <w:rFonts w:ascii="Garamond" w:hAnsi="Garamond"/>
          <w:sz w:val="24"/>
        </w:rPr>
        <w:t>templates</w:t>
      </w:r>
    </w:p>
    <w:p w14:paraId="3C9DCD3E" w14:textId="77777777" w:rsidR="001A5159" w:rsidRDefault="00000000">
      <w:r>
        <w:rPr>
          <w:rFonts w:ascii="Garamond" w:hAnsi="Garamond"/>
          <w:sz w:val="24"/>
        </w:rPr>
        <w:t>onboarding manuals</w:t>
      </w:r>
    </w:p>
    <w:p w14:paraId="0CD7968C" w14:textId="77777777" w:rsidR="001A5159" w:rsidRDefault="00000000">
      <w:r>
        <w:rPr>
          <w:rFonts w:ascii="Garamond" w:hAnsi="Garamond"/>
          <w:sz w:val="24"/>
        </w:rPr>
        <w:t>training documents</w:t>
      </w:r>
    </w:p>
    <w:p w14:paraId="45B7363A" w14:textId="77777777" w:rsidR="001A5159" w:rsidRDefault="00000000">
      <w:r>
        <w:rPr>
          <w:rFonts w:ascii="Garamond" w:hAnsi="Garamond"/>
          <w:sz w:val="24"/>
        </w:rPr>
        <w:lastRenderedPageBreak/>
        <w:t>workflow automations</w:t>
      </w:r>
    </w:p>
    <w:p w14:paraId="20A81FD8" w14:textId="77777777" w:rsidR="001A5159" w:rsidRDefault="00000000">
      <w:r>
        <w:rPr>
          <w:rFonts w:ascii="Garamond" w:hAnsi="Garamond"/>
          <w:sz w:val="24"/>
        </w:rPr>
        <w:t>Businesses will pay ANY amount for operational clarity.</w:t>
      </w:r>
    </w:p>
    <w:p w14:paraId="6CDA73F6" w14:textId="77777777" w:rsidR="001A5159" w:rsidRDefault="001A5159"/>
    <w:p w14:paraId="139FA40C" w14:textId="77777777" w:rsidR="001A5159" w:rsidRDefault="00000000">
      <w:r>
        <w:rPr>
          <w:rFonts w:ascii="Garamond" w:hAnsi="Garamond"/>
          <w:sz w:val="24"/>
        </w:rPr>
        <w:t>Why This Blueprint Works</w:t>
      </w:r>
    </w:p>
    <w:p w14:paraId="6E65279D" w14:textId="77777777" w:rsidR="001A5159" w:rsidRDefault="00000000">
      <w:r>
        <w:rPr>
          <w:rFonts w:ascii="Garamond" w:hAnsi="Garamond"/>
          <w:sz w:val="24"/>
        </w:rPr>
        <w:t>Most business owners:</w:t>
      </w:r>
    </w:p>
    <w:p w14:paraId="39ADA846" w14:textId="77777777" w:rsidR="001A5159" w:rsidRDefault="00000000">
      <w:r>
        <w:rPr>
          <w:rFonts w:ascii="Garamond" w:hAnsi="Garamond"/>
          <w:sz w:val="24"/>
        </w:rPr>
        <w:t xml:space="preserve">hate documenting </w:t>
      </w:r>
      <w:proofErr w:type="gramStart"/>
      <w:r>
        <w:rPr>
          <w:rFonts w:ascii="Garamond" w:hAnsi="Garamond"/>
          <w:sz w:val="24"/>
        </w:rPr>
        <w:t>processes</w:t>
      </w:r>
      <w:proofErr w:type="gramEnd"/>
    </w:p>
    <w:p w14:paraId="561D512E" w14:textId="77777777" w:rsidR="001A5159" w:rsidRDefault="00000000">
      <w:r>
        <w:rPr>
          <w:rFonts w:ascii="Garamond" w:hAnsi="Garamond"/>
          <w:sz w:val="24"/>
        </w:rPr>
        <w:t xml:space="preserve">don’t know how to write </w:t>
      </w:r>
      <w:proofErr w:type="gramStart"/>
      <w:r>
        <w:rPr>
          <w:rFonts w:ascii="Garamond" w:hAnsi="Garamond"/>
          <w:sz w:val="24"/>
        </w:rPr>
        <w:t>SOPs</w:t>
      </w:r>
      <w:proofErr w:type="gramEnd"/>
    </w:p>
    <w:p w14:paraId="3DC0440D" w14:textId="77777777" w:rsidR="001A5159" w:rsidRDefault="00000000">
      <w:r>
        <w:rPr>
          <w:rFonts w:ascii="Garamond" w:hAnsi="Garamond"/>
          <w:sz w:val="24"/>
        </w:rPr>
        <w:t xml:space="preserve">have chaotic </w:t>
      </w:r>
      <w:proofErr w:type="gramStart"/>
      <w:r>
        <w:rPr>
          <w:rFonts w:ascii="Garamond" w:hAnsi="Garamond"/>
          <w:sz w:val="24"/>
        </w:rPr>
        <w:t>workflows</w:t>
      </w:r>
      <w:proofErr w:type="gramEnd"/>
    </w:p>
    <w:p w14:paraId="13FF879C" w14:textId="77777777" w:rsidR="001A5159" w:rsidRDefault="00000000">
      <w:r>
        <w:rPr>
          <w:rFonts w:ascii="Garamond" w:hAnsi="Garamond"/>
          <w:sz w:val="24"/>
        </w:rPr>
        <w:t xml:space="preserve">lose money from </w:t>
      </w:r>
      <w:proofErr w:type="gramStart"/>
      <w:r>
        <w:rPr>
          <w:rFonts w:ascii="Garamond" w:hAnsi="Garamond"/>
          <w:sz w:val="24"/>
        </w:rPr>
        <w:t>inefficiencies</w:t>
      </w:r>
      <w:proofErr w:type="gramEnd"/>
    </w:p>
    <w:p w14:paraId="4D0219D4" w14:textId="77777777" w:rsidR="001A5159" w:rsidRDefault="00000000">
      <w:r>
        <w:rPr>
          <w:rFonts w:ascii="Garamond" w:hAnsi="Garamond"/>
          <w:sz w:val="24"/>
        </w:rPr>
        <w:t xml:space="preserve">rely too heavily on </w:t>
      </w:r>
      <w:proofErr w:type="gramStart"/>
      <w:r>
        <w:rPr>
          <w:rFonts w:ascii="Garamond" w:hAnsi="Garamond"/>
          <w:sz w:val="24"/>
        </w:rPr>
        <w:t>themselves</w:t>
      </w:r>
      <w:proofErr w:type="gramEnd"/>
    </w:p>
    <w:p w14:paraId="64A5AFA8" w14:textId="77777777" w:rsidR="001A5159" w:rsidRDefault="00000000">
      <w:r>
        <w:rPr>
          <w:rFonts w:ascii="Garamond" w:hAnsi="Garamond"/>
          <w:sz w:val="24"/>
        </w:rPr>
        <w:t>AI creates:</w:t>
      </w:r>
    </w:p>
    <w:p w14:paraId="4350B179" w14:textId="77777777" w:rsidR="001A5159" w:rsidRDefault="00000000">
      <w:r>
        <w:rPr>
          <w:rFonts w:ascii="Garamond" w:hAnsi="Garamond"/>
          <w:sz w:val="24"/>
        </w:rPr>
        <w:t>step-by-step procedures</w:t>
      </w:r>
    </w:p>
    <w:p w14:paraId="09B548F3" w14:textId="77777777" w:rsidR="001A5159" w:rsidRDefault="00000000">
      <w:r>
        <w:rPr>
          <w:rFonts w:ascii="Garamond" w:hAnsi="Garamond"/>
          <w:sz w:val="24"/>
        </w:rPr>
        <w:t>workflow diagrams</w:t>
      </w:r>
    </w:p>
    <w:p w14:paraId="0ABC4B87" w14:textId="77777777" w:rsidR="001A5159" w:rsidRDefault="00000000">
      <w:r>
        <w:rPr>
          <w:rFonts w:ascii="Garamond" w:hAnsi="Garamond"/>
          <w:sz w:val="24"/>
        </w:rPr>
        <w:t xml:space="preserve">job role </w:t>
      </w:r>
      <w:proofErr w:type="gramStart"/>
      <w:r>
        <w:rPr>
          <w:rFonts w:ascii="Garamond" w:hAnsi="Garamond"/>
          <w:sz w:val="24"/>
        </w:rPr>
        <w:t>definitions</w:t>
      </w:r>
      <w:proofErr w:type="gramEnd"/>
    </w:p>
    <w:p w14:paraId="74AA24D3" w14:textId="77777777" w:rsidR="001A5159" w:rsidRDefault="00000000">
      <w:r>
        <w:rPr>
          <w:rFonts w:ascii="Garamond" w:hAnsi="Garamond"/>
          <w:sz w:val="24"/>
        </w:rPr>
        <w:t>checklists</w:t>
      </w:r>
    </w:p>
    <w:p w14:paraId="3E53A7FE" w14:textId="77777777" w:rsidR="001A5159" w:rsidRDefault="00000000">
      <w:r>
        <w:rPr>
          <w:rFonts w:ascii="Garamond" w:hAnsi="Garamond"/>
          <w:sz w:val="24"/>
        </w:rPr>
        <w:t>templates</w:t>
      </w:r>
    </w:p>
    <w:p w14:paraId="2A608022" w14:textId="77777777" w:rsidR="001A5159" w:rsidRDefault="00000000">
      <w:r>
        <w:rPr>
          <w:rFonts w:ascii="Garamond" w:hAnsi="Garamond"/>
          <w:sz w:val="24"/>
        </w:rPr>
        <w:t>policy documents</w:t>
      </w:r>
    </w:p>
    <w:p w14:paraId="53206F6B" w14:textId="77777777" w:rsidR="001A5159" w:rsidRDefault="00000000">
      <w:r>
        <w:rPr>
          <w:rFonts w:ascii="Garamond" w:hAnsi="Garamond"/>
          <w:sz w:val="24"/>
        </w:rPr>
        <w:t>training guides</w:t>
      </w:r>
    </w:p>
    <w:p w14:paraId="1E5F3843" w14:textId="77777777" w:rsidR="001A5159" w:rsidRDefault="00000000">
      <w:r>
        <w:rPr>
          <w:rFonts w:ascii="Garamond" w:hAnsi="Garamond"/>
          <w:sz w:val="24"/>
        </w:rPr>
        <w:t>multi-step systems</w:t>
      </w:r>
    </w:p>
    <w:p w14:paraId="45FE1464" w14:textId="77777777" w:rsidR="001A5159" w:rsidRDefault="00000000">
      <w:r>
        <w:rPr>
          <w:rFonts w:ascii="Garamond" w:hAnsi="Garamond"/>
          <w:sz w:val="24"/>
        </w:rPr>
        <w:t>Instantly.</w:t>
      </w:r>
    </w:p>
    <w:p w14:paraId="3F61270E" w14:textId="77777777" w:rsidR="001A5159" w:rsidRDefault="00000000">
      <w:r>
        <w:rPr>
          <w:rFonts w:ascii="Garamond" w:hAnsi="Garamond"/>
          <w:sz w:val="24"/>
        </w:rPr>
        <w:t>This saves businesses hours per week, reduces errors, and enables scaling.</w:t>
      </w:r>
    </w:p>
    <w:p w14:paraId="0D241F0D" w14:textId="77777777" w:rsidR="001A5159" w:rsidRDefault="00000000">
      <w:r>
        <w:rPr>
          <w:rFonts w:ascii="Garamond" w:hAnsi="Garamond"/>
          <w:sz w:val="24"/>
        </w:rPr>
        <w:t>You become the person who brings order to chaos.</w:t>
      </w:r>
    </w:p>
    <w:p w14:paraId="3DC7FCD4" w14:textId="77777777" w:rsidR="001A5159" w:rsidRDefault="001A5159"/>
    <w:p w14:paraId="3C3B3951" w14:textId="77777777" w:rsidR="001A5159" w:rsidRDefault="00000000">
      <w:r>
        <w:rPr>
          <w:rFonts w:ascii="Garamond" w:hAnsi="Garamond"/>
          <w:sz w:val="24"/>
        </w:rPr>
        <w:t>Tools You Need</w:t>
      </w:r>
    </w:p>
    <w:p w14:paraId="4712AC45" w14:textId="77777777" w:rsidR="001A5159" w:rsidRDefault="00000000">
      <w:r>
        <w:rPr>
          <w:rFonts w:ascii="Garamond" w:hAnsi="Garamond"/>
          <w:sz w:val="24"/>
        </w:rPr>
        <w:t>ChatGPT / Claude — SOPs, processes, documentation</w:t>
      </w:r>
      <w:r>
        <w:rPr>
          <w:rFonts w:ascii="Garamond" w:hAnsi="Garamond"/>
          <w:sz w:val="24"/>
        </w:rPr>
        <w:br/>
        <w:t>Notion / ClickUp / Trello — system organization</w:t>
      </w:r>
      <w:r>
        <w:rPr>
          <w:rFonts w:ascii="Garamond" w:hAnsi="Garamond"/>
          <w:sz w:val="24"/>
        </w:rPr>
        <w:br/>
      </w:r>
      <w:r>
        <w:rPr>
          <w:rFonts w:ascii="Garamond" w:hAnsi="Garamond"/>
          <w:sz w:val="24"/>
        </w:rPr>
        <w:lastRenderedPageBreak/>
        <w:t>Google Docs — writing + collaboration</w:t>
      </w:r>
      <w:r>
        <w:rPr>
          <w:rFonts w:ascii="Garamond" w:hAnsi="Garamond"/>
          <w:sz w:val="24"/>
        </w:rPr>
        <w:br/>
        <w:t>Lucidchart / Whimsical / Miro — workflow diagrams</w:t>
      </w:r>
      <w:r>
        <w:rPr>
          <w:rFonts w:ascii="Garamond" w:hAnsi="Garamond"/>
          <w:sz w:val="24"/>
        </w:rPr>
        <w:br/>
        <w:t>Canva — branded documents</w:t>
      </w:r>
    </w:p>
    <w:p w14:paraId="3267B6B9" w14:textId="77777777" w:rsidR="001A5159" w:rsidRDefault="00000000">
      <w:r>
        <w:rPr>
          <w:rFonts w:ascii="Garamond" w:hAnsi="Garamond"/>
          <w:sz w:val="24"/>
        </w:rPr>
        <w:t>Optional:</w:t>
      </w:r>
      <w:r>
        <w:rPr>
          <w:rFonts w:ascii="Garamond" w:hAnsi="Garamond"/>
          <w:sz w:val="24"/>
        </w:rPr>
        <w:br/>
        <w:t>Zapier / Make.com for automations.</w:t>
      </w:r>
    </w:p>
    <w:p w14:paraId="4FD9A103" w14:textId="77777777" w:rsidR="001A5159" w:rsidRDefault="001A5159"/>
    <w:p w14:paraId="6B02C6B4" w14:textId="77777777" w:rsidR="001A5159" w:rsidRDefault="00000000">
      <w:r>
        <w:rPr>
          <w:rFonts w:ascii="Garamond" w:hAnsi="Garamond"/>
          <w:sz w:val="24"/>
        </w:rPr>
        <w:t>What You’ll Offer</w:t>
      </w:r>
    </w:p>
    <w:p w14:paraId="648DE6B1" w14:textId="77777777" w:rsidR="001A5159" w:rsidRDefault="00000000">
      <w:r>
        <w:rPr>
          <w:rFonts w:ascii="Garamond" w:hAnsi="Garamond"/>
          <w:sz w:val="24"/>
        </w:rPr>
        <w:t>You can build:</w:t>
      </w:r>
    </w:p>
    <w:p w14:paraId="32D80585" w14:textId="77777777" w:rsidR="001A5159" w:rsidRDefault="00000000">
      <w:r>
        <w:rPr>
          <w:rFonts w:ascii="Garamond" w:hAnsi="Garamond"/>
          <w:sz w:val="24"/>
        </w:rPr>
        <w:t>SOP Packs:</w:t>
      </w:r>
    </w:p>
    <w:p w14:paraId="24588467" w14:textId="77777777" w:rsidR="001A5159" w:rsidRDefault="00000000">
      <w:r>
        <w:rPr>
          <w:rFonts w:ascii="Garamond" w:hAnsi="Garamond"/>
          <w:sz w:val="24"/>
        </w:rPr>
        <w:t>onboarding SOPs</w:t>
      </w:r>
    </w:p>
    <w:p w14:paraId="72DC2906" w14:textId="77777777" w:rsidR="001A5159" w:rsidRDefault="00000000">
      <w:proofErr w:type="gramStart"/>
      <w:r>
        <w:rPr>
          <w:rFonts w:ascii="Garamond" w:hAnsi="Garamond"/>
          <w:sz w:val="24"/>
        </w:rPr>
        <w:t>customer service</w:t>
      </w:r>
      <w:proofErr w:type="gramEnd"/>
      <w:r>
        <w:rPr>
          <w:rFonts w:ascii="Garamond" w:hAnsi="Garamond"/>
          <w:sz w:val="24"/>
        </w:rPr>
        <w:t xml:space="preserve"> SOPs</w:t>
      </w:r>
    </w:p>
    <w:p w14:paraId="031EC192" w14:textId="77777777" w:rsidR="001A5159" w:rsidRDefault="00000000">
      <w:r>
        <w:rPr>
          <w:rFonts w:ascii="Garamond" w:hAnsi="Garamond"/>
          <w:sz w:val="24"/>
        </w:rPr>
        <w:t>marketing SOPs</w:t>
      </w:r>
    </w:p>
    <w:p w14:paraId="4DF4B137" w14:textId="77777777" w:rsidR="001A5159" w:rsidRDefault="00000000">
      <w:r>
        <w:rPr>
          <w:rFonts w:ascii="Garamond" w:hAnsi="Garamond"/>
          <w:sz w:val="24"/>
        </w:rPr>
        <w:t>fulfillment SOPs</w:t>
      </w:r>
    </w:p>
    <w:p w14:paraId="3F3F6725" w14:textId="77777777" w:rsidR="001A5159" w:rsidRDefault="00000000">
      <w:r>
        <w:rPr>
          <w:rFonts w:ascii="Garamond" w:hAnsi="Garamond"/>
          <w:sz w:val="24"/>
        </w:rPr>
        <w:t>operations SOPs</w:t>
      </w:r>
    </w:p>
    <w:p w14:paraId="7E64D0F4" w14:textId="77777777" w:rsidR="001A5159" w:rsidRDefault="00000000">
      <w:r>
        <w:rPr>
          <w:rFonts w:ascii="Garamond" w:hAnsi="Garamond"/>
          <w:sz w:val="24"/>
        </w:rPr>
        <w:t>hiring SOPs</w:t>
      </w:r>
    </w:p>
    <w:p w14:paraId="7CB10AA9" w14:textId="77777777" w:rsidR="001A5159" w:rsidRDefault="00000000">
      <w:r>
        <w:rPr>
          <w:rFonts w:ascii="Garamond" w:hAnsi="Garamond"/>
          <w:sz w:val="24"/>
        </w:rPr>
        <w:t>Business Systems:</w:t>
      </w:r>
    </w:p>
    <w:p w14:paraId="2EF2F67F" w14:textId="77777777" w:rsidR="001A5159" w:rsidRDefault="00000000">
      <w:r>
        <w:rPr>
          <w:rFonts w:ascii="Garamond" w:hAnsi="Garamond"/>
          <w:sz w:val="24"/>
        </w:rPr>
        <w:t xml:space="preserve">lead management </w:t>
      </w:r>
      <w:proofErr w:type="gramStart"/>
      <w:r>
        <w:rPr>
          <w:rFonts w:ascii="Garamond" w:hAnsi="Garamond"/>
          <w:sz w:val="24"/>
        </w:rPr>
        <w:t>workflows</w:t>
      </w:r>
      <w:proofErr w:type="gramEnd"/>
    </w:p>
    <w:p w14:paraId="39E73EC7" w14:textId="77777777" w:rsidR="001A5159" w:rsidRDefault="00000000">
      <w:r>
        <w:rPr>
          <w:rFonts w:ascii="Garamond" w:hAnsi="Garamond"/>
          <w:sz w:val="24"/>
        </w:rPr>
        <w:t>sales pipelines</w:t>
      </w:r>
    </w:p>
    <w:p w14:paraId="77602D8F" w14:textId="77777777" w:rsidR="001A5159" w:rsidRDefault="00000000">
      <w:r>
        <w:rPr>
          <w:rFonts w:ascii="Garamond" w:hAnsi="Garamond"/>
          <w:sz w:val="24"/>
        </w:rPr>
        <w:t>content creation systems</w:t>
      </w:r>
    </w:p>
    <w:p w14:paraId="3FC0BBEA" w14:textId="77777777" w:rsidR="001A5159" w:rsidRDefault="00000000">
      <w:r>
        <w:rPr>
          <w:rFonts w:ascii="Garamond" w:hAnsi="Garamond"/>
          <w:sz w:val="24"/>
        </w:rPr>
        <w:t>delivery processes</w:t>
      </w:r>
    </w:p>
    <w:p w14:paraId="5FF5C850" w14:textId="77777777" w:rsidR="001A5159" w:rsidRDefault="00000000">
      <w:r>
        <w:rPr>
          <w:rFonts w:ascii="Garamond" w:hAnsi="Garamond"/>
          <w:sz w:val="24"/>
        </w:rPr>
        <w:t>client onboarding + offboarding</w:t>
      </w:r>
    </w:p>
    <w:p w14:paraId="731289C3" w14:textId="77777777" w:rsidR="001A5159" w:rsidRDefault="00000000">
      <w:r>
        <w:rPr>
          <w:rFonts w:ascii="Garamond" w:hAnsi="Garamond"/>
          <w:sz w:val="24"/>
        </w:rPr>
        <w:t>HR systems</w:t>
      </w:r>
    </w:p>
    <w:p w14:paraId="293C02D7" w14:textId="77777777" w:rsidR="001A5159" w:rsidRDefault="00000000">
      <w:r>
        <w:rPr>
          <w:rFonts w:ascii="Garamond" w:hAnsi="Garamond"/>
          <w:sz w:val="24"/>
        </w:rPr>
        <w:t>Documentation:</w:t>
      </w:r>
    </w:p>
    <w:p w14:paraId="7E45B576" w14:textId="77777777" w:rsidR="001A5159" w:rsidRDefault="00000000">
      <w:r>
        <w:rPr>
          <w:rFonts w:ascii="Garamond" w:hAnsi="Garamond"/>
          <w:sz w:val="24"/>
        </w:rPr>
        <w:t>employee handbooks</w:t>
      </w:r>
    </w:p>
    <w:p w14:paraId="534F7B62" w14:textId="77777777" w:rsidR="001A5159" w:rsidRDefault="00000000">
      <w:r>
        <w:rPr>
          <w:rFonts w:ascii="Garamond" w:hAnsi="Garamond"/>
          <w:sz w:val="24"/>
        </w:rPr>
        <w:t>company policies</w:t>
      </w:r>
    </w:p>
    <w:p w14:paraId="2B3D40D6" w14:textId="77777777" w:rsidR="001A5159" w:rsidRDefault="00000000">
      <w:r>
        <w:rPr>
          <w:rFonts w:ascii="Garamond" w:hAnsi="Garamond"/>
          <w:sz w:val="24"/>
        </w:rPr>
        <w:t>training materials</w:t>
      </w:r>
    </w:p>
    <w:p w14:paraId="67ED0A3C" w14:textId="77777777" w:rsidR="001A5159" w:rsidRDefault="00000000">
      <w:r>
        <w:rPr>
          <w:rFonts w:ascii="Garamond" w:hAnsi="Garamond"/>
          <w:sz w:val="24"/>
        </w:rPr>
        <w:t>process diagrams</w:t>
      </w:r>
    </w:p>
    <w:p w14:paraId="0BAE9E5B" w14:textId="77777777" w:rsidR="001A5159" w:rsidRDefault="00000000">
      <w:r>
        <w:rPr>
          <w:rFonts w:ascii="Garamond" w:hAnsi="Garamond"/>
          <w:sz w:val="24"/>
        </w:rPr>
        <w:lastRenderedPageBreak/>
        <w:t>Automations:</w:t>
      </w:r>
    </w:p>
    <w:p w14:paraId="44FDB484" w14:textId="77777777" w:rsidR="001A5159" w:rsidRDefault="00000000">
      <w:r>
        <w:rPr>
          <w:rFonts w:ascii="Garamond" w:hAnsi="Garamond"/>
          <w:sz w:val="24"/>
        </w:rPr>
        <w:t>task creation</w:t>
      </w:r>
    </w:p>
    <w:p w14:paraId="54031347" w14:textId="77777777" w:rsidR="001A5159" w:rsidRDefault="00000000">
      <w:r>
        <w:rPr>
          <w:rFonts w:ascii="Garamond" w:hAnsi="Garamond"/>
          <w:sz w:val="24"/>
        </w:rPr>
        <w:t>reminder triggers</w:t>
      </w:r>
    </w:p>
    <w:p w14:paraId="15077724" w14:textId="77777777" w:rsidR="001A5159" w:rsidRDefault="00000000">
      <w:r>
        <w:rPr>
          <w:rFonts w:ascii="Garamond" w:hAnsi="Garamond"/>
          <w:sz w:val="24"/>
        </w:rPr>
        <w:t>notification systems</w:t>
      </w:r>
    </w:p>
    <w:p w14:paraId="5A726C94" w14:textId="77777777" w:rsidR="001A5159" w:rsidRDefault="00000000">
      <w:r>
        <w:rPr>
          <w:rFonts w:ascii="Garamond" w:hAnsi="Garamond"/>
          <w:sz w:val="24"/>
        </w:rPr>
        <w:t xml:space="preserve">file organization </w:t>
      </w:r>
      <w:proofErr w:type="gramStart"/>
      <w:r>
        <w:rPr>
          <w:rFonts w:ascii="Garamond" w:hAnsi="Garamond"/>
          <w:sz w:val="24"/>
        </w:rPr>
        <w:t>flows</w:t>
      </w:r>
      <w:proofErr w:type="gramEnd"/>
    </w:p>
    <w:p w14:paraId="72BC550F" w14:textId="77777777" w:rsidR="001A5159" w:rsidRDefault="00000000">
      <w:r>
        <w:rPr>
          <w:rFonts w:ascii="Garamond" w:hAnsi="Garamond"/>
          <w:sz w:val="24"/>
        </w:rPr>
        <w:t>Businesses LOVE this.</w:t>
      </w:r>
    </w:p>
    <w:p w14:paraId="3E1824D9" w14:textId="77777777" w:rsidR="001A5159" w:rsidRDefault="001A5159"/>
    <w:p w14:paraId="3F4A712C" w14:textId="77777777" w:rsidR="001A5159" w:rsidRDefault="00000000">
      <w:r>
        <w:rPr>
          <w:rFonts w:ascii="Garamond" w:hAnsi="Garamond"/>
          <w:sz w:val="24"/>
        </w:rPr>
        <w:t>AI-Powered Workflow (Step-by-Step)</w:t>
      </w:r>
    </w:p>
    <w:p w14:paraId="25E484BF" w14:textId="77777777" w:rsidR="001A5159" w:rsidRDefault="00000000">
      <w:r>
        <w:rPr>
          <w:rFonts w:ascii="Garamond" w:hAnsi="Garamond"/>
          <w:sz w:val="24"/>
        </w:rPr>
        <w:t>STEP 1 — Audit the Existing Systems</w:t>
      </w:r>
    </w:p>
    <w:p w14:paraId="4AC54C1B" w14:textId="77777777" w:rsidR="001A5159" w:rsidRDefault="00000000">
      <w:r>
        <w:rPr>
          <w:rFonts w:ascii="Garamond" w:hAnsi="Garamond"/>
          <w:sz w:val="24"/>
        </w:rPr>
        <w:t>Ask:</w:t>
      </w:r>
    </w:p>
    <w:p w14:paraId="0E0594E8" w14:textId="77777777" w:rsidR="001A5159" w:rsidRDefault="00000000">
      <w:r>
        <w:rPr>
          <w:rFonts w:ascii="Garamond" w:hAnsi="Garamond"/>
          <w:sz w:val="24"/>
        </w:rPr>
        <w:t>“Review these notes and identify all missing systems, inefficiencies, and areas of confusion.”</w:t>
      </w:r>
    </w:p>
    <w:p w14:paraId="072E4DBE" w14:textId="77777777" w:rsidR="001A5159" w:rsidRDefault="001A5159"/>
    <w:p w14:paraId="1669341D" w14:textId="77777777" w:rsidR="001A5159" w:rsidRDefault="00000000">
      <w:r>
        <w:rPr>
          <w:rFonts w:ascii="Garamond" w:hAnsi="Garamond"/>
          <w:sz w:val="24"/>
        </w:rPr>
        <w:t>STEP 2 — Create the SOP</w:t>
      </w:r>
    </w:p>
    <w:p w14:paraId="5D00F7F4" w14:textId="77777777" w:rsidR="001A5159" w:rsidRDefault="00000000">
      <w:r>
        <w:rPr>
          <w:rFonts w:ascii="Garamond" w:hAnsi="Garamond"/>
          <w:sz w:val="24"/>
        </w:rPr>
        <w:t>Ask for each task:</w:t>
      </w:r>
    </w:p>
    <w:p w14:paraId="0935270F" w14:textId="77777777" w:rsidR="001A5159" w:rsidRDefault="00000000">
      <w:r>
        <w:rPr>
          <w:rFonts w:ascii="Garamond" w:hAnsi="Garamond"/>
          <w:sz w:val="24"/>
        </w:rPr>
        <w:t>“Create a detailed SOP for this task including purpose, tools, steps, examples, and common mistakes.”</w:t>
      </w:r>
    </w:p>
    <w:p w14:paraId="57280EA3" w14:textId="77777777" w:rsidR="001A5159" w:rsidRDefault="001A5159"/>
    <w:p w14:paraId="36C67927" w14:textId="77777777" w:rsidR="001A5159" w:rsidRDefault="00000000">
      <w:r>
        <w:rPr>
          <w:rFonts w:ascii="Garamond" w:hAnsi="Garamond"/>
          <w:sz w:val="24"/>
        </w:rPr>
        <w:t>STEP 3 — Create the Workflow Diagram</w:t>
      </w:r>
    </w:p>
    <w:p w14:paraId="7722A342" w14:textId="77777777" w:rsidR="001A5159" w:rsidRDefault="00000000">
      <w:r>
        <w:rPr>
          <w:rFonts w:ascii="Garamond" w:hAnsi="Garamond"/>
          <w:sz w:val="24"/>
        </w:rPr>
        <w:t>Ask:</w:t>
      </w:r>
    </w:p>
    <w:p w14:paraId="06DE0FDE" w14:textId="77777777" w:rsidR="001A5159" w:rsidRDefault="00000000">
      <w:r>
        <w:rPr>
          <w:rFonts w:ascii="Garamond" w:hAnsi="Garamond"/>
          <w:sz w:val="24"/>
        </w:rPr>
        <w:t>“Turn this SOP into a visual workflow with decision points.”</w:t>
      </w:r>
    </w:p>
    <w:p w14:paraId="101378EA" w14:textId="77777777" w:rsidR="001A5159" w:rsidRDefault="00000000">
      <w:r>
        <w:rPr>
          <w:rFonts w:ascii="Garamond" w:hAnsi="Garamond"/>
          <w:sz w:val="24"/>
        </w:rPr>
        <w:t>Paste into Miro/Whimsical.</w:t>
      </w:r>
    </w:p>
    <w:p w14:paraId="56126480" w14:textId="77777777" w:rsidR="001A5159" w:rsidRDefault="001A5159"/>
    <w:p w14:paraId="1AA664E2" w14:textId="77777777" w:rsidR="001A5159" w:rsidRDefault="00000000">
      <w:r>
        <w:rPr>
          <w:rFonts w:ascii="Garamond" w:hAnsi="Garamond"/>
          <w:sz w:val="24"/>
        </w:rPr>
        <w:t>STEP 4 — Build Templates</w:t>
      </w:r>
    </w:p>
    <w:p w14:paraId="7C78F888" w14:textId="77777777" w:rsidR="001A5159" w:rsidRDefault="00000000">
      <w:r>
        <w:rPr>
          <w:rFonts w:ascii="Garamond" w:hAnsi="Garamond"/>
          <w:sz w:val="24"/>
        </w:rPr>
        <w:t>Ask:</w:t>
      </w:r>
    </w:p>
    <w:p w14:paraId="47E36FB8" w14:textId="77777777" w:rsidR="001A5159" w:rsidRDefault="00000000">
      <w:r>
        <w:rPr>
          <w:rFonts w:ascii="Garamond" w:hAnsi="Garamond"/>
          <w:sz w:val="24"/>
        </w:rPr>
        <w:t>“Create email templates, checklists, and action steps that support this SOP.”</w:t>
      </w:r>
    </w:p>
    <w:p w14:paraId="7B41B87D" w14:textId="77777777" w:rsidR="001A5159" w:rsidRDefault="001A5159"/>
    <w:p w14:paraId="234F7AAA" w14:textId="77777777" w:rsidR="001A5159" w:rsidRDefault="00000000">
      <w:r>
        <w:rPr>
          <w:rFonts w:ascii="Garamond" w:hAnsi="Garamond"/>
          <w:sz w:val="24"/>
        </w:rPr>
        <w:lastRenderedPageBreak/>
        <w:t>STEP 5 — Integrate Into Notion/ClickUp</w:t>
      </w:r>
    </w:p>
    <w:p w14:paraId="3B218AEC" w14:textId="77777777" w:rsidR="001A5159" w:rsidRDefault="00000000">
      <w:r>
        <w:rPr>
          <w:rFonts w:ascii="Garamond" w:hAnsi="Garamond"/>
          <w:sz w:val="24"/>
        </w:rPr>
        <w:t>You’ll create:</w:t>
      </w:r>
    </w:p>
    <w:p w14:paraId="10DB5E4C" w14:textId="77777777" w:rsidR="001A5159" w:rsidRDefault="00000000">
      <w:r>
        <w:rPr>
          <w:rFonts w:ascii="Garamond" w:hAnsi="Garamond"/>
          <w:sz w:val="24"/>
        </w:rPr>
        <w:t>task lists</w:t>
      </w:r>
    </w:p>
    <w:p w14:paraId="4ABD45ED" w14:textId="77777777" w:rsidR="001A5159" w:rsidRDefault="00000000">
      <w:r>
        <w:rPr>
          <w:rFonts w:ascii="Garamond" w:hAnsi="Garamond"/>
          <w:sz w:val="24"/>
        </w:rPr>
        <w:t>step-by-step processes</w:t>
      </w:r>
    </w:p>
    <w:p w14:paraId="5A307767" w14:textId="77777777" w:rsidR="001A5159" w:rsidRDefault="00000000">
      <w:r>
        <w:rPr>
          <w:rFonts w:ascii="Garamond" w:hAnsi="Garamond"/>
          <w:sz w:val="24"/>
        </w:rPr>
        <w:t>dashboards</w:t>
      </w:r>
    </w:p>
    <w:p w14:paraId="10619040" w14:textId="77777777" w:rsidR="001A5159" w:rsidRDefault="00000000">
      <w:r>
        <w:rPr>
          <w:rFonts w:ascii="Garamond" w:hAnsi="Garamond"/>
          <w:sz w:val="24"/>
        </w:rPr>
        <w:t>templates</w:t>
      </w:r>
    </w:p>
    <w:p w14:paraId="09E794F6" w14:textId="77777777" w:rsidR="001A5159" w:rsidRDefault="00000000">
      <w:r>
        <w:rPr>
          <w:rFonts w:ascii="Garamond" w:hAnsi="Garamond"/>
          <w:sz w:val="24"/>
        </w:rPr>
        <w:t>policies</w:t>
      </w:r>
    </w:p>
    <w:p w14:paraId="144A4D34" w14:textId="77777777" w:rsidR="001A5159" w:rsidRDefault="001A5159"/>
    <w:p w14:paraId="01808156" w14:textId="77777777" w:rsidR="001A5159" w:rsidRDefault="00000000">
      <w:r>
        <w:rPr>
          <w:rFonts w:ascii="Garamond" w:hAnsi="Garamond"/>
          <w:sz w:val="24"/>
        </w:rPr>
        <w:t>STEP 6 — Automate Where Possible</w:t>
      </w:r>
    </w:p>
    <w:p w14:paraId="39EE719F" w14:textId="77777777" w:rsidR="001A5159" w:rsidRDefault="00000000">
      <w:r>
        <w:rPr>
          <w:rFonts w:ascii="Garamond" w:hAnsi="Garamond"/>
          <w:sz w:val="24"/>
        </w:rPr>
        <w:t xml:space="preserve">Use Zapier </w:t>
      </w:r>
      <w:proofErr w:type="gramStart"/>
      <w:r>
        <w:rPr>
          <w:rFonts w:ascii="Garamond" w:hAnsi="Garamond"/>
          <w:sz w:val="24"/>
        </w:rPr>
        <w:t>to</w:t>
      </w:r>
      <w:proofErr w:type="gramEnd"/>
      <w:r>
        <w:rPr>
          <w:rFonts w:ascii="Garamond" w:hAnsi="Garamond"/>
          <w:sz w:val="24"/>
        </w:rPr>
        <w:t>:</w:t>
      </w:r>
    </w:p>
    <w:p w14:paraId="0B89AF24" w14:textId="77777777" w:rsidR="001A5159" w:rsidRDefault="00000000">
      <w:r>
        <w:rPr>
          <w:rFonts w:ascii="Garamond" w:hAnsi="Garamond"/>
          <w:sz w:val="24"/>
        </w:rPr>
        <w:t xml:space="preserve">send onboarding </w:t>
      </w:r>
      <w:proofErr w:type="gramStart"/>
      <w:r>
        <w:rPr>
          <w:rFonts w:ascii="Garamond" w:hAnsi="Garamond"/>
          <w:sz w:val="24"/>
        </w:rPr>
        <w:t>sequences</w:t>
      </w:r>
      <w:proofErr w:type="gramEnd"/>
    </w:p>
    <w:p w14:paraId="3C10B6DE" w14:textId="77777777" w:rsidR="001A5159" w:rsidRDefault="00000000">
      <w:r>
        <w:rPr>
          <w:rFonts w:ascii="Garamond" w:hAnsi="Garamond"/>
          <w:sz w:val="24"/>
        </w:rPr>
        <w:t xml:space="preserve">assign </w:t>
      </w:r>
      <w:proofErr w:type="gramStart"/>
      <w:r>
        <w:rPr>
          <w:rFonts w:ascii="Garamond" w:hAnsi="Garamond"/>
          <w:sz w:val="24"/>
        </w:rPr>
        <w:t>tasks</w:t>
      </w:r>
      <w:proofErr w:type="gramEnd"/>
    </w:p>
    <w:p w14:paraId="684444BA" w14:textId="77777777" w:rsidR="001A5159" w:rsidRDefault="00000000">
      <w:r>
        <w:rPr>
          <w:rFonts w:ascii="Garamond" w:hAnsi="Garamond"/>
          <w:sz w:val="24"/>
        </w:rPr>
        <w:t xml:space="preserve">auto-create project </w:t>
      </w:r>
      <w:proofErr w:type="gramStart"/>
      <w:r>
        <w:rPr>
          <w:rFonts w:ascii="Garamond" w:hAnsi="Garamond"/>
          <w:sz w:val="24"/>
        </w:rPr>
        <w:t>templates</w:t>
      </w:r>
      <w:proofErr w:type="gramEnd"/>
    </w:p>
    <w:p w14:paraId="1E0D8ADC" w14:textId="77777777" w:rsidR="001A5159" w:rsidRDefault="00000000">
      <w:r>
        <w:rPr>
          <w:rFonts w:ascii="Garamond" w:hAnsi="Garamond"/>
          <w:sz w:val="24"/>
        </w:rPr>
        <w:t>trigger reminders</w:t>
      </w:r>
    </w:p>
    <w:p w14:paraId="0894D3FF" w14:textId="77777777" w:rsidR="001A5159" w:rsidRDefault="00000000">
      <w:r>
        <w:rPr>
          <w:rFonts w:ascii="Garamond" w:hAnsi="Garamond"/>
          <w:sz w:val="24"/>
        </w:rPr>
        <w:t xml:space="preserve">organize </w:t>
      </w:r>
      <w:proofErr w:type="gramStart"/>
      <w:r>
        <w:rPr>
          <w:rFonts w:ascii="Garamond" w:hAnsi="Garamond"/>
          <w:sz w:val="24"/>
        </w:rPr>
        <w:t>files</w:t>
      </w:r>
      <w:proofErr w:type="gramEnd"/>
    </w:p>
    <w:p w14:paraId="50958858" w14:textId="77777777" w:rsidR="001A5159" w:rsidRDefault="001A5159"/>
    <w:p w14:paraId="139C8657" w14:textId="77777777" w:rsidR="001A5159" w:rsidRDefault="00000000">
      <w:r>
        <w:rPr>
          <w:rFonts w:ascii="Garamond" w:hAnsi="Garamond"/>
          <w:sz w:val="24"/>
        </w:rPr>
        <w:t>STEP 7 — Deliver the System Bundle</w:t>
      </w:r>
    </w:p>
    <w:p w14:paraId="76DA806F" w14:textId="77777777" w:rsidR="001A5159" w:rsidRDefault="00000000">
      <w:r>
        <w:rPr>
          <w:rFonts w:ascii="Garamond" w:hAnsi="Garamond"/>
          <w:sz w:val="24"/>
        </w:rPr>
        <w:t>Deliver:</w:t>
      </w:r>
    </w:p>
    <w:p w14:paraId="377E1172" w14:textId="77777777" w:rsidR="001A5159" w:rsidRDefault="00000000">
      <w:r>
        <w:rPr>
          <w:rFonts w:ascii="Garamond" w:hAnsi="Garamond"/>
          <w:sz w:val="24"/>
        </w:rPr>
        <w:t>SOP library</w:t>
      </w:r>
    </w:p>
    <w:p w14:paraId="7A700446" w14:textId="77777777" w:rsidR="001A5159" w:rsidRDefault="00000000">
      <w:r>
        <w:rPr>
          <w:rFonts w:ascii="Garamond" w:hAnsi="Garamond"/>
          <w:sz w:val="24"/>
        </w:rPr>
        <w:t>workflow diagrams</w:t>
      </w:r>
    </w:p>
    <w:p w14:paraId="3660E4AC" w14:textId="77777777" w:rsidR="001A5159" w:rsidRDefault="00000000">
      <w:r>
        <w:rPr>
          <w:rFonts w:ascii="Garamond" w:hAnsi="Garamond"/>
          <w:sz w:val="24"/>
        </w:rPr>
        <w:t>templates</w:t>
      </w:r>
    </w:p>
    <w:p w14:paraId="3E315C0C" w14:textId="77777777" w:rsidR="001A5159" w:rsidRDefault="00000000">
      <w:r>
        <w:rPr>
          <w:rFonts w:ascii="Garamond" w:hAnsi="Garamond"/>
          <w:sz w:val="24"/>
        </w:rPr>
        <w:t>policies</w:t>
      </w:r>
    </w:p>
    <w:p w14:paraId="06A50FBB" w14:textId="77777777" w:rsidR="001A5159" w:rsidRDefault="00000000">
      <w:r>
        <w:rPr>
          <w:rFonts w:ascii="Garamond" w:hAnsi="Garamond"/>
          <w:sz w:val="24"/>
        </w:rPr>
        <w:t>automation</w:t>
      </w:r>
    </w:p>
    <w:p w14:paraId="05592479" w14:textId="77777777" w:rsidR="001A5159" w:rsidRDefault="00000000">
      <w:r>
        <w:rPr>
          <w:rFonts w:ascii="Garamond" w:hAnsi="Garamond"/>
          <w:sz w:val="24"/>
        </w:rPr>
        <w:t>onboarding tools</w:t>
      </w:r>
    </w:p>
    <w:p w14:paraId="47D8D786" w14:textId="77777777" w:rsidR="001A5159" w:rsidRDefault="00000000">
      <w:r>
        <w:rPr>
          <w:rFonts w:ascii="Garamond" w:hAnsi="Garamond"/>
          <w:sz w:val="24"/>
        </w:rPr>
        <w:t>This is a premium, high-value transformation.</w:t>
      </w:r>
    </w:p>
    <w:p w14:paraId="64D117E7" w14:textId="77777777" w:rsidR="001A5159" w:rsidRDefault="001A5159"/>
    <w:p w14:paraId="448EEC28" w14:textId="77777777" w:rsidR="001A5159" w:rsidRDefault="00000000">
      <w:r>
        <w:rPr>
          <w:rFonts w:ascii="Garamond" w:hAnsi="Garamond"/>
          <w:sz w:val="24"/>
        </w:rPr>
        <w:t>Beginner-Proof Portfolio</w:t>
      </w:r>
    </w:p>
    <w:p w14:paraId="3A06A24F" w14:textId="77777777" w:rsidR="001A5159" w:rsidRDefault="00000000">
      <w:r>
        <w:rPr>
          <w:rFonts w:ascii="Garamond" w:hAnsi="Garamond"/>
          <w:sz w:val="24"/>
        </w:rPr>
        <w:t>Create:</w:t>
      </w:r>
    </w:p>
    <w:p w14:paraId="2B8D7A21" w14:textId="77777777" w:rsidR="001A5159" w:rsidRDefault="00000000">
      <w:r>
        <w:rPr>
          <w:rFonts w:ascii="Garamond" w:hAnsi="Garamond"/>
          <w:sz w:val="24"/>
        </w:rPr>
        <w:t>1 SOP</w:t>
      </w:r>
    </w:p>
    <w:p w14:paraId="6D931E20" w14:textId="77777777" w:rsidR="001A5159" w:rsidRDefault="00000000">
      <w:r>
        <w:rPr>
          <w:rFonts w:ascii="Garamond" w:hAnsi="Garamond"/>
          <w:sz w:val="24"/>
        </w:rPr>
        <w:t>1 workflow diagram</w:t>
      </w:r>
    </w:p>
    <w:p w14:paraId="3FF79F2C" w14:textId="77777777" w:rsidR="001A5159" w:rsidRDefault="00000000">
      <w:r>
        <w:rPr>
          <w:rFonts w:ascii="Garamond" w:hAnsi="Garamond"/>
          <w:sz w:val="24"/>
        </w:rPr>
        <w:t>1 template</w:t>
      </w:r>
    </w:p>
    <w:p w14:paraId="19A2240B" w14:textId="77777777" w:rsidR="001A5159" w:rsidRDefault="00000000">
      <w:r>
        <w:rPr>
          <w:rFonts w:ascii="Garamond" w:hAnsi="Garamond"/>
          <w:sz w:val="24"/>
        </w:rPr>
        <w:t xml:space="preserve">1 small system (content system, onboarding system, </w:t>
      </w:r>
      <w:proofErr w:type="gramStart"/>
      <w:r>
        <w:rPr>
          <w:rFonts w:ascii="Garamond" w:hAnsi="Garamond"/>
          <w:sz w:val="24"/>
        </w:rPr>
        <w:t>etc.</w:t>
      </w:r>
      <w:proofErr w:type="gramEnd"/>
      <w:r>
        <w:rPr>
          <w:rFonts w:ascii="Garamond" w:hAnsi="Garamond"/>
          <w:sz w:val="24"/>
        </w:rPr>
        <w:t>)</w:t>
      </w:r>
    </w:p>
    <w:p w14:paraId="7C4D714A" w14:textId="77777777" w:rsidR="001A5159" w:rsidRDefault="00000000">
      <w:r>
        <w:rPr>
          <w:rFonts w:ascii="Garamond" w:hAnsi="Garamond"/>
          <w:sz w:val="24"/>
        </w:rPr>
        <w:t>You will look like a pro instantly.</w:t>
      </w:r>
    </w:p>
    <w:p w14:paraId="42002609" w14:textId="77777777" w:rsidR="001A5159" w:rsidRDefault="001A5159"/>
    <w:p w14:paraId="1ABFEE61" w14:textId="77777777" w:rsidR="001A5159" w:rsidRDefault="00000000">
      <w:r>
        <w:rPr>
          <w:rFonts w:ascii="Garamond" w:hAnsi="Garamond"/>
          <w:sz w:val="24"/>
        </w:rPr>
        <w:t>Pricing Guide</w:t>
      </w:r>
    </w:p>
    <w:p w14:paraId="5028C12D" w14:textId="77777777" w:rsidR="001A5159" w:rsidRDefault="00000000">
      <w:r>
        <w:rPr>
          <w:rFonts w:ascii="Garamond" w:hAnsi="Garamond"/>
          <w:sz w:val="24"/>
        </w:rPr>
        <w:t>Beginners:</w:t>
      </w:r>
    </w:p>
    <w:p w14:paraId="4687AF31" w14:textId="77777777" w:rsidR="001A5159" w:rsidRDefault="00000000">
      <w:r>
        <w:rPr>
          <w:rFonts w:ascii="Garamond" w:hAnsi="Garamond"/>
          <w:sz w:val="24"/>
        </w:rPr>
        <w:t>$50–$150 per SOP</w:t>
      </w:r>
    </w:p>
    <w:p w14:paraId="5E58CE74" w14:textId="77777777" w:rsidR="001A5159" w:rsidRDefault="00000000">
      <w:r>
        <w:rPr>
          <w:rFonts w:ascii="Garamond" w:hAnsi="Garamond"/>
          <w:sz w:val="24"/>
        </w:rPr>
        <w:t>$100–$250 per workflow</w:t>
      </w:r>
    </w:p>
    <w:p w14:paraId="0FF52850" w14:textId="77777777" w:rsidR="001A5159" w:rsidRDefault="00000000">
      <w:r>
        <w:rPr>
          <w:rFonts w:ascii="Garamond" w:hAnsi="Garamond"/>
          <w:sz w:val="24"/>
        </w:rPr>
        <w:t>Intermediate:</w:t>
      </w:r>
    </w:p>
    <w:p w14:paraId="4B183551" w14:textId="77777777" w:rsidR="001A5159" w:rsidRDefault="00000000">
      <w:r>
        <w:rPr>
          <w:rFonts w:ascii="Garamond" w:hAnsi="Garamond"/>
          <w:sz w:val="24"/>
        </w:rPr>
        <w:t>$300–$800 system bundles</w:t>
      </w:r>
    </w:p>
    <w:p w14:paraId="7AC23D5D" w14:textId="77777777" w:rsidR="001A5159" w:rsidRDefault="00000000">
      <w:r>
        <w:rPr>
          <w:rFonts w:ascii="Garamond" w:hAnsi="Garamond"/>
          <w:sz w:val="24"/>
        </w:rPr>
        <w:t>$500–$1,200 SOP libraries</w:t>
      </w:r>
    </w:p>
    <w:p w14:paraId="08B909EE" w14:textId="77777777" w:rsidR="001A5159" w:rsidRDefault="00000000">
      <w:r>
        <w:rPr>
          <w:rFonts w:ascii="Garamond" w:hAnsi="Garamond"/>
          <w:sz w:val="24"/>
        </w:rPr>
        <w:t>Pro:</w:t>
      </w:r>
    </w:p>
    <w:p w14:paraId="3DBEADBA" w14:textId="77777777" w:rsidR="001A5159" w:rsidRDefault="00000000">
      <w:r>
        <w:rPr>
          <w:rFonts w:ascii="Garamond" w:hAnsi="Garamond"/>
          <w:sz w:val="24"/>
        </w:rPr>
        <w:t>$1,500–$10,000 operations setup</w:t>
      </w:r>
    </w:p>
    <w:p w14:paraId="571B903C" w14:textId="77777777" w:rsidR="001A5159" w:rsidRDefault="00000000">
      <w:r>
        <w:rPr>
          <w:rFonts w:ascii="Garamond" w:hAnsi="Garamond"/>
          <w:sz w:val="24"/>
        </w:rPr>
        <w:t>$2,000–$10,000 onboarding + systems overhaul</w:t>
      </w:r>
    </w:p>
    <w:p w14:paraId="57793B91" w14:textId="77777777" w:rsidR="001A5159" w:rsidRDefault="00000000">
      <w:r>
        <w:rPr>
          <w:rFonts w:ascii="Garamond" w:hAnsi="Garamond"/>
          <w:sz w:val="24"/>
        </w:rPr>
        <w:t>$1,000–$5,000/month operations retainer</w:t>
      </w:r>
    </w:p>
    <w:p w14:paraId="60EF077C" w14:textId="77777777" w:rsidR="001A5159" w:rsidRDefault="00000000">
      <w:r>
        <w:rPr>
          <w:rFonts w:ascii="Garamond" w:hAnsi="Garamond"/>
          <w:sz w:val="24"/>
        </w:rPr>
        <w:t>Businesses spend BIG money on operational clarity.</w:t>
      </w:r>
    </w:p>
    <w:p w14:paraId="4CFF09C5" w14:textId="77777777" w:rsidR="001A5159" w:rsidRDefault="001A5159"/>
    <w:p w14:paraId="6F26AFB8" w14:textId="77777777" w:rsidR="001A5159" w:rsidRDefault="00000000">
      <w:r>
        <w:rPr>
          <w:rFonts w:ascii="Garamond" w:hAnsi="Garamond"/>
          <w:sz w:val="24"/>
        </w:rPr>
        <w:t>Pro Accelerators</w:t>
      </w:r>
    </w:p>
    <w:p w14:paraId="3A3007ED" w14:textId="77777777" w:rsidR="001A5159" w:rsidRDefault="00000000">
      <w:r>
        <w:rPr>
          <w:rFonts w:ascii="Garamond" w:hAnsi="Garamond"/>
          <w:sz w:val="24"/>
        </w:rPr>
        <w:t xml:space="preserve">add training </w:t>
      </w:r>
      <w:proofErr w:type="gramStart"/>
      <w:r>
        <w:rPr>
          <w:rFonts w:ascii="Garamond" w:hAnsi="Garamond"/>
          <w:sz w:val="24"/>
        </w:rPr>
        <w:t>videos</w:t>
      </w:r>
      <w:proofErr w:type="gramEnd"/>
    </w:p>
    <w:p w14:paraId="5FACE018" w14:textId="77777777" w:rsidR="001A5159" w:rsidRDefault="00000000">
      <w:r>
        <w:rPr>
          <w:rFonts w:ascii="Garamond" w:hAnsi="Garamond"/>
          <w:sz w:val="24"/>
        </w:rPr>
        <w:t xml:space="preserve">add onboarding </w:t>
      </w:r>
      <w:proofErr w:type="gramStart"/>
      <w:r>
        <w:rPr>
          <w:rFonts w:ascii="Garamond" w:hAnsi="Garamond"/>
          <w:sz w:val="24"/>
        </w:rPr>
        <w:t>manuals</w:t>
      </w:r>
      <w:proofErr w:type="gramEnd"/>
    </w:p>
    <w:p w14:paraId="061DE020" w14:textId="77777777" w:rsidR="001A5159" w:rsidRDefault="00000000">
      <w:r>
        <w:rPr>
          <w:rFonts w:ascii="Garamond" w:hAnsi="Garamond"/>
          <w:sz w:val="24"/>
        </w:rPr>
        <w:lastRenderedPageBreak/>
        <w:t xml:space="preserve">add employee </w:t>
      </w:r>
      <w:proofErr w:type="gramStart"/>
      <w:r>
        <w:rPr>
          <w:rFonts w:ascii="Garamond" w:hAnsi="Garamond"/>
          <w:sz w:val="24"/>
        </w:rPr>
        <w:t>scorecards</w:t>
      </w:r>
      <w:proofErr w:type="gramEnd"/>
    </w:p>
    <w:p w14:paraId="432BD237" w14:textId="77777777" w:rsidR="001A5159" w:rsidRDefault="00000000">
      <w:r>
        <w:rPr>
          <w:rFonts w:ascii="Garamond" w:hAnsi="Garamond"/>
          <w:sz w:val="24"/>
        </w:rPr>
        <w:t xml:space="preserve">add full department </w:t>
      </w:r>
      <w:proofErr w:type="gramStart"/>
      <w:r>
        <w:rPr>
          <w:rFonts w:ascii="Garamond" w:hAnsi="Garamond"/>
          <w:sz w:val="24"/>
        </w:rPr>
        <w:t>systems</w:t>
      </w:r>
      <w:proofErr w:type="gramEnd"/>
    </w:p>
    <w:p w14:paraId="032C505E" w14:textId="77777777" w:rsidR="001A5159" w:rsidRDefault="00000000">
      <w:r>
        <w:rPr>
          <w:rFonts w:ascii="Garamond" w:hAnsi="Garamond"/>
          <w:sz w:val="24"/>
        </w:rPr>
        <w:t xml:space="preserve">add company-wide </w:t>
      </w:r>
      <w:proofErr w:type="gramStart"/>
      <w:r>
        <w:rPr>
          <w:rFonts w:ascii="Garamond" w:hAnsi="Garamond"/>
          <w:sz w:val="24"/>
        </w:rPr>
        <w:t>handbook</w:t>
      </w:r>
      <w:proofErr w:type="gramEnd"/>
    </w:p>
    <w:p w14:paraId="5613C518" w14:textId="77777777" w:rsidR="001A5159" w:rsidRDefault="00000000">
      <w:r>
        <w:rPr>
          <w:rFonts w:ascii="Garamond" w:hAnsi="Garamond"/>
          <w:sz w:val="24"/>
        </w:rPr>
        <w:t xml:space="preserve">add automation </w:t>
      </w:r>
      <w:proofErr w:type="gramStart"/>
      <w:r>
        <w:rPr>
          <w:rFonts w:ascii="Garamond" w:hAnsi="Garamond"/>
          <w:sz w:val="24"/>
        </w:rPr>
        <w:t>dashboards</w:t>
      </w:r>
      <w:proofErr w:type="gramEnd"/>
    </w:p>
    <w:p w14:paraId="4F7D043C" w14:textId="77777777" w:rsidR="001A5159" w:rsidRDefault="00000000">
      <w:r>
        <w:rPr>
          <w:rFonts w:ascii="Garamond" w:hAnsi="Garamond"/>
          <w:sz w:val="24"/>
        </w:rPr>
        <w:t>These upgrades transform small clients into enterprise-level contracts.</w:t>
      </w:r>
    </w:p>
    <w:p w14:paraId="0A184C77" w14:textId="77777777" w:rsidR="001A5159" w:rsidRDefault="001A5159"/>
    <w:p w14:paraId="613A1C76" w14:textId="77777777" w:rsidR="001A5159" w:rsidRDefault="00000000">
      <w:r>
        <w:rPr>
          <w:rFonts w:ascii="Garamond" w:hAnsi="Garamond"/>
          <w:sz w:val="24"/>
        </w:rPr>
        <w:t>MICRO CASE STUDY — BLUEPRINT THIRTY-TWO</w:t>
      </w:r>
    </w:p>
    <w:p w14:paraId="0D62D3A8" w14:textId="77777777" w:rsidR="001A5159" w:rsidRDefault="00000000">
      <w:r>
        <w:rPr>
          <w:rFonts w:ascii="Garamond" w:hAnsi="Garamond"/>
          <w:sz w:val="24"/>
        </w:rPr>
        <w:t>Case Study: Former Admin Assistant Lands a $4,200 Project Building SOPs With AI</w:t>
      </w:r>
    </w:p>
    <w:p w14:paraId="235E8004" w14:textId="77777777" w:rsidR="001A5159" w:rsidRDefault="00000000">
      <w:r>
        <w:rPr>
          <w:rFonts w:ascii="Garamond" w:hAnsi="Garamond"/>
          <w:sz w:val="24"/>
        </w:rPr>
        <w:t>Carla worked as an admin assistant and felt underpaid.</w:t>
      </w:r>
    </w:p>
    <w:p w14:paraId="7B61E4D4" w14:textId="77777777" w:rsidR="001A5159" w:rsidRDefault="00000000">
      <w:r>
        <w:rPr>
          <w:rFonts w:ascii="Garamond" w:hAnsi="Garamond"/>
          <w:sz w:val="24"/>
        </w:rPr>
        <w:t>She tried Blueprint 32 and created:</w:t>
      </w:r>
    </w:p>
    <w:p w14:paraId="75948EE0" w14:textId="77777777" w:rsidR="001A5159" w:rsidRDefault="00000000">
      <w:r>
        <w:rPr>
          <w:rFonts w:ascii="Garamond" w:hAnsi="Garamond"/>
          <w:sz w:val="24"/>
        </w:rPr>
        <w:t>3 sample SOPs</w:t>
      </w:r>
    </w:p>
    <w:p w14:paraId="5F3A1CF0" w14:textId="77777777" w:rsidR="001A5159" w:rsidRDefault="00000000">
      <w:r>
        <w:rPr>
          <w:rFonts w:ascii="Garamond" w:hAnsi="Garamond"/>
          <w:sz w:val="24"/>
        </w:rPr>
        <w:t>1 workflow diagram</w:t>
      </w:r>
    </w:p>
    <w:p w14:paraId="5374FCE0" w14:textId="77777777" w:rsidR="001A5159" w:rsidRDefault="00000000">
      <w:proofErr w:type="gramStart"/>
      <w:r>
        <w:rPr>
          <w:rFonts w:ascii="Garamond" w:hAnsi="Garamond"/>
          <w:sz w:val="24"/>
        </w:rPr>
        <w:t>a small</w:t>
      </w:r>
      <w:proofErr w:type="gramEnd"/>
      <w:r>
        <w:rPr>
          <w:rFonts w:ascii="Garamond" w:hAnsi="Garamond"/>
          <w:sz w:val="24"/>
        </w:rPr>
        <w:t xml:space="preserve"> Notion </w:t>
      </w:r>
      <w:proofErr w:type="gramStart"/>
      <w:r>
        <w:rPr>
          <w:rFonts w:ascii="Garamond" w:hAnsi="Garamond"/>
          <w:sz w:val="24"/>
        </w:rPr>
        <w:t>dashboard</w:t>
      </w:r>
      <w:proofErr w:type="gramEnd"/>
    </w:p>
    <w:p w14:paraId="4A160779" w14:textId="77777777" w:rsidR="001A5159" w:rsidRDefault="00000000">
      <w:r>
        <w:rPr>
          <w:rFonts w:ascii="Garamond" w:hAnsi="Garamond"/>
          <w:sz w:val="24"/>
        </w:rPr>
        <w:t>She posted on LinkedIn:</w:t>
      </w:r>
    </w:p>
    <w:p w14:paraId="4A298E97" w14:textId="77777777" w:rsidR="001A5159" w:rsidRDefault="00000000">
      <w:r>
        <w:rPr>
          <w:rFonts w:ascii="Garamond" w:hAnsi="Garamond"/>
          <w:sz w:val="24"/>
        </w:rPr>
        <w:t>“</w:t>
      </w:r>
      <w:proofErr w:type="gramStart"/>
      <w:r>
        <w:rPr>
          <w:rFonts w:ascii="Garamond" w:hAnsi="Garamond"/>
          <w:sz w:val="24"/>
        </w:rPr>
        <w:t>Testing</w:t>
      </w:r>
      <w:proofErr w:type="gramEnd"/>
      <w:r>
        <w:rPr>
          <w:rFonts w:ascii="Garamond" w:hAnsi="Garamond"/>
          <w:sz w:val="24"/>
        </w:rPr>
        <w:t xml:space="preserve"> an AI-powered business systems setup. Want your processes documented?”</w:t>
      </w:r>
    </w:p>
    <w:p w14:paraId="37500455" w14:textId="77777777" w:rsidR="001A5159" w:rsidRDefault="00000000">
      <w:r>
        <w:rPr>
          <w:rFonts w:ascii="Garamond" w:hAnsi="Garamond"/>
          <w:sz w:val="24"/>
        </w:rPr>
        <w:t>A consultant hired her to:</w:t>
      </w:r>
    </w:p>
    <w:p w14:paraId="13C303AD" w14:textId="77777777" w:rsidR="001A5159" w:rsidRDefault="00000000">
      <w:r>
        <w:rPr>
          <w:rFonts w:ascii="Garamond" w:hAnsi="Garamond"/>
          <w:sz w:val="24"/>
        </w:rPr>
        <w:t>document 8 SOPs</w:t>
      </w:r>
    </w:p>
    <w:p w14:paraId="3B70D2AC" w14:textId="77777777" w:rsidR="001A5159" w:rsidRDefault="00000000">
      <w:r>
        <w:rPr>
          <w:rFonts w:ascii="Garamond" w:hAnsi="Garamond"/>
          <w:sz w:val="24"/>
        </w:rPr>
        <w:t xml:space="preserve">build a project delivery </w:t>
      </w:r>
      <w:proofErr w:type="gramStart"/>
      <w:r>
        <w:rPr>
          <w:rFonts w:ascii="Garamond" w:hAnsi="Garamond"/>
          <w:sz w:val="24"/>
        </w:rPr>
        <w:t>workflow</w:t>
      </w:r>
      <w:proofErr w:type="gramEnd"/>
    </w:p>
    <w:p w14:paraId="724EED9E" w14:textId="77777777" w:rsidR="001A5159" w:rsidRDefault="00000000">
      <w:r>
        <w:rPr>
          <w:rFonts w:ascii="Garamond" w:hAnsi="Garamond"/>
          <w:sz w:val="24"/>
        </w:rPr>
        <w:t xml:space="preserve">create </w:t>
      </w:r>
      <w:proofErr w:type="gramStart"/>
      <w:r>
        <w:rPr>
          <w:rFonts w:ascii="Garamond" w:hAnsi="Garamond"/>
          <w:sz w:val="24"/>
        </w:rPr>
        <w:t>templates</w:t>
      </w:r>
      <w:proofErr w:type="gramEnd"/>
    </w:p>
    <w:p w14:paraId="58FEBE22" w14:textId="77777777" w:rsidR="001A5159" w:rsidRDefault="00000000">
      <w:r>
        <w:rPr>
          <w:rFonts w:ascii="Garamond" w:hAnsi="Garamond"/>
          <w:sz w:val="24"/>
        </w:rPr>
        <w:t xml:space="preserve">build a Notion </w:t>
      </w:r>
      <w:proofErr w:type="gramStart"/>
      <w:r>
        <w:rPr>
          <w:rFonts w:ascii="Garamond" w:hAnsi="Garamond"/>
          <w:sz w:val="24"/>
        </w:rPr>
        <w:t>dashboard</w:t>
      </w:r>
      <w:proofErr w:type="gramEnd"/>
    </w:p>
    <w:p w14:paraId="3FD10262" w14:textId="77777777" w:rsidR="001A5159" w:rsidRDefault="00000000">
      <w:r>
        <w:rPr>
          <w:rFonts w:ascii="Garamond" w:hAnsi="Garamond"/>
          <w:sz w:val="24"/>
        </w:rPr>
        <w:t>Total: $1,800</w:t>
      </w:r>
    </w:p>
    <w:p w14:paraId="50552FE2" w14:textId="77777777" w:rsidR="001A5159" w:rsidRDefault="00000000">
      <w:r>
        <w:rPr>
          <w:rFonts w:ascii="Garamond" w:hAnsi="Garamond"/>
          <w:sz w:val="24"/>
        </w:rPr>
        <w:t>Then a real estate team hired her to:</w:t>
      </w:r>
    </w:p>
    <w:p w14:paraId="6F1AD979" w14:textId="77777777" w:rsidR="001A5159" w:rsidRDefault="00000000">
      <w:r>
        <w:rPr>
          <w:rFonts w:ascii="Garamond" w:hAnsi="Garamond"/>
          <w:sz w:val="24"/>
        </w:rPr>
        <w:t xml:space="preserve">create a </w:t>
      </w:r>
      <w:proofErr w:type="gramStart"/>
      <w:r>
        <w:rPr>
          <w:rFonts w:ascii="Garamond" w:hAnsi="Garamond"/>
          <w:sz w:val="24"/>
        </w:rPr>
        <w:t>full operations</w:t>
      </w:r>
      <w:proofErr w:type="gramEnd"/>
      <w:r>
        <w:rPr>
          <w:rFonts w:ascii="Garamond" w:hAnsi="Garamond"/>
          <w:sz w:val="24"/>
        </w:rPr>
        <w:t xml:space="preserve"> </w:t>
      </w:r>
      <w:proofErr w:type="gramStart"/>
      <w:r>
        <w:rPr>
          <w:rFonts w:ascii="Garamond" w:hAnsi="Garamond"/>
          <w:sz w:val="24"/>
        </w:rPr>
        <w:t>manual</w:t>
      </w:r>
      <w:proofErr w:type="gramEnd"/>
    </w:p>
    <w:p w14:paraId="7415F821" w14:textId="77777777" w:rsidR="001A5159" w:rsidRDefault="00000000">
      <w:r>
        <w:rPr>
          <w:rFonts w:ascii="Garamond" w:hAnsi="Garamond"/>
          <w:sz w:val="24"/>
        </w:rPr>
        <w:t xml:space="preserve">build onboarding </w:t>
      </w:r>
      <w:proofErr w:type="gramStart"/>
      <w:r>
        <w:rPr>
          <w:rFonts w:ascii="Garamond" w:hAnsi="Garamond"/>
          <w:sz w:val="24"/>
        </w:rPr>
        <w:t>system</w:t>
      </w:r>
      <w:proofErr w:type="gramEnd"/>
    </w:p>
    <w:p w14:paraId="09DD0FE4" w14:textId="77777777" w:rsidR="001A5159" w:rsidRDefault="00000000">
      <w:r>
        <w:rPr>
          <w:rFonts w:ascii="Garamond" w:hAnsi="Garamond"/>
          <w:sz w:val="24"/>
        </w:rPr>
        <w:t xml:space="preserve">create automation </w:t>
      </w:r>
      <w:proofErr w:type="gramStart"/>
      <w:r>
        <w:rPr>
          <w:rFonts w:ascii="Garamond" w:hAnsi="Garamond"/>
          <w:sz w:val="24"/>
        </w:rPr>
        <w:t>workflows</w:t>
      </w:r>
      <w:proofErr w:type="gramEnd"/>
    </w:p>
    <w:p w14:paraId="00B741B9" w14:textId="77777777" w:rsidR="001A5159" w:rsidRDefault="00000000">
      <w:r>
        <w:rPr>
          <w:rFonts w:ascii="Garamond" w:hAnsi="Garamond"/>
          <w:sz w:val="24"/>
        </w:rPr>
        <w:lastRenderedPageBreak/>
        <w:t>Total: $2,400</w:t>
      </w:r>
    </w:p>
    <w:p w14:paraId="116109E9" w14:textId="77777777" w:rsidR="001A5159" w:rsidRDefault="00000000">
      <w:r>
        <w:rPr>
          <w:rFonts w:ascii="Garamond" w:hAnsi="Garamond"/>
          <w:sz w:val="24"/>
        </w:rPr>
        <w:t>Combined: $4,200 from her first two clients.</w:t>
      </w:r>
    </w:p>
    <w:p w14:paraId="52C5EFDC" w14:textId="77777777" w:rsidR="001A5159" w:rsidRDefault="00000000">
      <w:r>
        <w:rPr>
          <w:rFonts w:ascii="Garamond" w:hAnsi="Garamond"/>
          <w:sz w:val="24"/>
        </w:rPr>
        <w:t>Her message:</w:t>
      </w:r>
    </w:p>
    <w:p w14:paraId="0E8FA374" w14:textId="77777777" w:rsidR="001A5159" w:rsidRDefault="00000000">
      <w:r>
        <w:rPr>
          <w:rFonts w:ascii="Garamond" w:hAnsi="Garamond"/>
          <w:sz w:val="24"/>
        </w:rPr>
        <w:t>“I never knew businesses would pay this much just to get organized. AI helped me produce systems that look like they came from a corporate ops department.”</w:t>
      </w:r>
    </w:p>
    <w:p w14:paraId="377E50BD" w14:textId="77777777" w:rsidR="001A5159" w:rsidRPr="0063351A" w:rsidRDefault="00000000" w:rsidP="0063351A">
      <w:pPr>
        <w:rPr>
          <w:sz w:val="24"/>
          <w:szCs w:val="24"/>
        </w:rPr>
      </w:pPr>
      <w:r w:rsidRPr="0063351A">
        <w:rPr>
          <w:rFonts w:ascii="Garamond" w:hAnsi="Garamond"/>
          <w:b/>
          <w:sz w:val="24"/>
          <w:szCs w:val="24"/>
        </w:rPr>
        <w:t>Blueprint 32 is one of the quietest — but most profitable — service offerings in the digital economy.</w:t>
      </w:r>
    </w:p>
    <w:p w14:paraId="5A767C35" w14:textId="77777777" w:rsidR="00673185" w:rsidRDefault="00673185">
      <w:pPr>
        <w:sectPr w:rsidR="00673185" w:rsidSect="00034616">
          <w:pgSz w:w="12240" w:h="15840"/>
          <w:pgMar w:top="1440" w:right="1800" w:bottom="1440" w:left="1800" w:header="720" w:footer="720" w:gutter="0"/>
          <w:cols w:space="720"/>
          <w:docGrid w:linePitch="360"/>
        </w:sectPr>
      </w:pPr>
    </w:p>
    <w:p w14:paraId="03EC33F6" w14:textId="77777777" w:rsidR="001A5159" w:rsidRDefault="001A5159"/>
    <w:p w14:paraId="17921AEB" w14:textId="77777777" w:rsidR="001A5159" w:rsidRPr="0063351A" w:rsidRDefault="00000000" w:rsidP="0063351A">
      <w:pPr>
        <w:pStyle w:val="Heading1"/>
        <w:rPr>
          <w:rFonts w:ascii="Garamond" w:hAnsi="Garamond"/>
          <w:color w:val="auto"/>
          <w:sz w:val="40"/>
          <w:szCs w:val="40"/>
        </w:rPr>
      </w:pPr>
      <w:bookmarkStart w:id="71" w:name="_Toc214830367"/>
      <w:r w:rsidRPr="0063351A">
        <w:rPr>
          <w:rFonts w:ascii="Garamond" w:hAnsi="Garamond"/>
          <w:color w:val="auto"/>
          <w:sz w:val="40"/>
          <w:szCs w:val="40"/>
        </w:rPr>
        <w:t>BLUEPRINT THIRTY-THREE — AI BUSINESS CONSULTING &amp; STRATEGY GENERATION SYSTEM</w:t>
      </w:r>
      <w:bookmarkEnd w:id="71"/>
    </w:p>
    <w:p w14:paraId="5B1F65D6" w14:textId="77777777" w:rsidR="001A5159" w:rsidRPr="0063351A" w:rsidRDefault="00000000" w:rsidP="0063351A">
      <w:pPr>
        <w:pStyle w:val="Heading2"/>
        <w:rPr>
          <w:rFonts w:ascii="Garamond" w:hAnsi="Garamond"/>
          <w:color w:val="auto"/>
          <w:sz w:val="28"/>
          <w:szCs w:val="28"/>
        </w:rPr>
      </w:pPr>
      <w:bookmarkStart w:id="72" w:name="_Toc214830368"/>
      <w:r w:rsidRPr="0063351A">
        <w:rPr>
          <w:rFonts w:ascii="Garamond" w:hAnsi="Garamond"/>
          <w:color w:val="auto"/>
          <w:sz w:val="28"/>
          <w:szCs w:val="28"/>
        </w:rPr>
        <w:t>(The Blueprint That Turns AI Into a High-Paid Strategic Advisor — Even If You’ve Never Been a Consultant Before)</w:t>
      </w:r>
      <w:bookmarkEnd w:id="72"/>
    </w:p>
    <w:p w14:paraId="5E92B2FC" w14:textId="77777777" w:rsidR="001A5159" w:rsidRDefault="00000000">
      <w:r>
        <w:rPr>
          <w:rFonts w:ascii="Garamond" w:hAnsi="Garamond"/>
          <w:sz w:val="24"/>
        </w:rPr>
        <w:t>Consulting is one of the highest-income paths in the world.</w:t>
      </w:r>
      <w:r>
        <w:rPr>
          <w:rFonts w:ascii="Garamond" w:hAnsi="Garamond"/>
          <w:sz w:val="24"/>
        </w:rPr>
        <w:br/>
        <w:t>But traditional consulting takes:</w:t>
      </w:r>
    </w:p>
    <w:p w14:paraId="3CE94B22" w14:textId="77777777" w:rsidR="001A5159" w:rsidRDefault="00000000">
      <w:r>
        <w:rPr>
          <w:rFonts w:ascii="Garamond" w:hAnsi="Garamond"/>
          <w:sz w:val="24"/>
        </w:rPr>
        <w:t>years of experience</w:t>
      </w:r>
    </w:p>
    <w:p w14:paraId="5CF42C2B" w14:textId="77777777" w:rsidR="001A5159" w:rsidRDefault="00000000">
      <w:r>
        <w:rPr>
          <w:rFonts w:ascii="Garamond" w:hAnsi="Garamond"/>
          <w:sz w:val="24"/>
        </w:rPr>
        <w:t>deep expertise</w:t>
      </w:r>
    </w:p>
    <w:p w14:paraId="1E4F5F24" w14:textId="77777777" w:rsidR="001A5159" w:rsidRDefault="00000000">
      <w:r>
        <w:rPr>
          <w:rFonts w:ascii="Garamond" w:hAnsi="Garamond"/>
          <w:sz w:val="24"/>
        </w:rPr>
        <w:t>advanced strategy skills</w:t>
      </w:r>
    </w:p>
    <w:p w14:paraId="6601A2AC" w14:textId="77777777" w:rsidR="001A5159" w:rsidRDefault="00000000">
      <w:r>
        <w:rPr>
          <w:rFonts w:ascii="Garamond" w:hAnsi="Garamond"/>
          <w:sz w:val="24"/>
        </w:rPr>
        <w:t>industry knowledge</w:t>
      </w:r>
    </w:p>
    <w:p w14:paraId="67CA7BF8" w14:textId="77777777" w:rsidR="001A5159" w:rsidRDefault="00000000">
      <w:r>
        <w:rPr>
          <w:rFonts w:ascii="Garamond" w:hAnsi="Garamond"/>
          <w:sz w:val="24"/>
        </w:rPr>
        <w:t>complex frameworks</w:t>
      </w:r>
    </w:p>
    <w:p w14:paraId="5E02D0FA" w14:textId="77777777" w:rsidR="001A5159" w:rsidRDefault="00000000">
      <w:r>
        <w:rPr>
          <w:rFonts w:ascii="Garamond" w:hAnsi="Garamond"/>
          <w:sz w:val="24"/>
        </w:rPr>
        <w:t>AI changes EVERYTHING.</w:t>
      </w:r>
    </w:p>
    <w:p w14:paraId="2D17F8A3" w14:textId="77777777" w:rsidR="001A5159" w:rsidRDefault="00000000">
      <w:r>
        <w:rPr>
          <w:rFonts w:ascii="Garamond" w:hAnsi="Garamond"/>
          <w:sz w:val="24"/>
        </w:rPr>
        <w:t>With this blueprint, you become an AI-Powered Business Consultant capable of generating:</w:t>
      </w:r>
    </w:p>
    <w:p w14:paraId="0BAA5BB0" w14:textId="77777777" w:rsidR="001A5159" w:rsidRDefault="00000000">
      <w:r>
        <w:rPr>
          <w:rFonts w:ascii="Garamond" w:hAnsi="Garamond"/>
          <w:sz w:val="24"/>
        </w:rPr>
        <w:t>strategic plans</w:t>
      </w:r>
    </w:p>
    <w:p w14:paraId="218C1394" w14:textId="77777777" w:rsidR="001A5159" w:rsidRDefault="00000000">
      <w:r>
        <w:rPr>
          <w:rFonts w:ascii="Garamond" w:hAnsi="Garamond"/>
          <w:sz w:val="24"/>
        </w:rPr>
        <w:t>growth roadmaps</w:t>
      </w:r>
    </w:p>
    <w:p w14:paraId="15D7E7CA" w14:textId="77777777" w:rsidR="001A5159" w:rsidRDefault="00000000">
      <w:r>
        <w:rPr>
          <w:rFonts w:ascii="Garamond" w:hAnsi="Garamond"/>
          <w:sz w:val="24"/>
        </w:rPr>
        <w:t>market analysis</w:t>
      </w:r>
    </w:p>
    <w:p w14:paraId="16E3EDC0" w14:textId="77777777" w:rsidR="001A5159" w:rsidRDefault="00000000">
      <w:r>
        <w:rPr>
          <w:rFonts w:ascii="Garamond" w:hAnsi="Garamond"/>
          <w:sz w:val="24"/>
        </w:rPr>
        <w:t>competitive breakdowns</w:t>
      </w:r>
    </w:p>
    <w:p w14:paraId="4124AF86" w14:textId="77777777" w:rsidR="001A5159" w:rsidRDefault="00000000">
      <w:r>
        <w:rPr>
          <w:rFonts w:ascii="Garamond" w:hAnsi="Garamond"/>
          <w:sz w:val="24"/>
        </w:rPr>
        <w:t>pricing strategies</w:t>
      </w:r>
    </w:p>
    <w:p w14:paraId="376E7A2D" w14:textId="77777777" w:rsidR="001A5159" w:rsidRDefault="00000000">
      <w:r>
        <w:rPr>
          <w:rFonts w:ascii="Garamond" w:hAnsi="Garamond"/>
          <w:sz w:val="24"/>
        </w:rPr>
        <w:t>customer research</w:t>
      </w:r>
    </w:p>
    <w:p w14:paraId="2451E9AA" w14:textId="77777777" w:rsidR="001A5159" w:rsidRDefault="00000000">
      <w:proofErr w:type="gramStart"/>
      <w:r>
        <w:rPr>
          <w:rFonts w:ascii="Garamond" w:hAnsi="Garamond"/>
          <w:sz w:val="24"/>
        </w:rPr>
        <w:t>product improvement ideas</w:t>
      </w:r>
      <w:proofErr w:type="gramEnd"/>
    </w:p>
    <w:p w14:paraId="757DE603" w14:textId="77777777" w:rsidR="001A5159" w:rsidRDefault="00000000">
      <w:r>
        <w:rPr>
          <w:rFonts w:ascii="Garamond" w:hAnsi="Garamond"/>
          <w:sz w:val="24"/>
        </w:rPr>
        <w:t>marketing playbooks</w:t>
      </w:r>
    </w:p>
    <w:p w14:paraId="79EDF753" w14:textId="77777777" w:rsidR="001A5159" w:rsidRDefault="00000000">
      <w:r>
        <w:rPr>
          <w:rFonts w:ascii="Garamond" w:hAnsi="Garamond"/>
          <w:sz w:val="24"/>
        </w:rPr>
        <w:t>SOPs</w:t>
      </w:r>
    </w:p>
    <w:p w14:paraId="39361D45" w14:textId="77777777" w:rsidR="001A5159" w:rsidRDefault="00000000">
      <w:r>
        <w:rPr>
          <w:rFonts w:ascii="Garamond" w:hAnsi="Garamond"/>
          <w:sz w:val="24"/>
        </w:rPr>
        <w:t>pitch decks</w:t>
      </w:r>
    </w:p>
    <w:p w14:paraId="6C0DAC1E" w14:textId="77777777" w:rsidR="001A5159" w:rsidRDefault="00000000">
      <w:r>
        <w:rPr>
          <w:rFonts w:ascii="Garamond" w:hAnsi="Garamond"/>
          <w:sz w:val="24"/>
        </w:rPr>
        <w:lastRenderedPageBreak/>
        <w:t>business model upgrades</w:t>
      </w:r>
    </w:p>
    <w:p w14:paraId="6390E2BF" w14:textId="77777777" w:rsidR="001A5159" w:rsidRDefault="00000000">
      <w:r>
        <w:rPr>
          <w:rFonts w:ascii="Garamond" w:hAnsi="Garamond"/>
          <w:sz w:val="24"/>
        </w:rPr>
        <w:t>You’re not guessing.</w:t>
      </w:r>
      <w:r>
        <w:rPr>
          <w:rFonts w:ascii="Garamond" w:hAnsi="Garamond"/>
          <w:sz w:val="24"/>
        </w:rPr>
        <w:br/>
        <w:t>You’re using AI to produce consultant-level insight, frameworks, and recommendations.</w:t>
      </w:r>
    </w:p>
    <w:p w14:paraId="4857B04C" w14:textId="77777777" w:rsidR="001A5159" w:rsidRDefault="00000000">
      <w:r>
        <w:rPr>
          <w:rFonts w:ascii="Garamond" w:hAnsi="Garamond"/>
          <w:sz w:val="24"/>
        </w:rPr>
        <w:t>This is one of the HIGHEST-TICKET blueprints in the entire book.</w:t>
      </w:r>
    </w:p>
    <w:p w14:paraId="67133790" w14:textId="77777777" w:rsidR="001A5159" w:rsidRDefault="001A5159"/>
    <w:p w14:paraId="674774FD" w14:textId="77777777" w:rsidR="001A5159" w:rsidRDefault="00000000">
      <w:r>
        <w:rPr>
          <w:rFonts w:ascii="Garamond" w:hAnsi="Garamond"/>
          <w:sz w:val="24"/>
        </w:rPr>
        <w:t>Why This Blueprint Works</w:t>
      </w:r>
    </w:p>
    <w:p w14:paraId="3B5FFA68" w14:textId="77777777" w:rsidR="001A5159" w:rsidRDefault="00000000">
      <w:r>
        <w:rPr>
          <w:rFonts w:ascii="Garamond" w:hAnsi="Garamond"/>
          <w:sz w:val="24"/>
        </w:rPr>
        <w:t>Businesses constantly need:</w:t>
      </w:r>
    </w:p>
    <w:p w14:paraId="6C164238" w14:textId="77777777" w:rsidR="001A5159" w:rsidRDefault="00000000">
      <w:r>
        <w:rPr>
          <w:rFonts w:ascii="Garamond" w:hAnsi="Garamond"/>
          <w:sz w:val="24"/>
        </w:rPr>
        <w:t>clarity</w:t>
      </w:r>
    </w:p>
    <w:p w14:paraId="2CF74167" w14:textId="77777777" w:rsidR="001A5159" w:rsidRDefault="00000000">
      <w:r>
        <w:rPr>
          <w:rFonts w:ascii="Garamond" w:hAnsi="Garamond"/>
          <w:sz w:val="24"/>
        </w:rPr>
        <w:t>direction</w:t>
      </w:r>
    </w:p>
    <w:p w14:paraId="2494C4FE" w14:textId="77777777" w:rsidR="001A5159" w:rsidRDefault="00000000">
      <w:r>
        <w:rPr>
          <w:rFonts w:ascii="Garamond" w:hAnsi="Garamond"/>
          <w:sz w:val="24"/>
        </w:rPr>
        <w:t xml:space="preserve">better </w:t>
      </w:r>
      <w:proofErr w:type="gramStart"/>
      <w:r>
        <w:rPr>
          <w:rFonts w:ascii="Garamond" w:hAnsi="Garamond"/>
          <w:sz w:val="24"/>
        </w:rPr>
        <w:t>offers</w:t>
      </w:r>
      <w:proofErr w:type="gramEnd"/>
    </w:p>
    <w:p w14:paraId="7A55FD11" w14:textId="77777777" w:rsidR="001A5159" w:rsidRDefault="00000000">
      <w:r>
        <w:rPr>
          <w:rFonts w:ascii="Garamond" w:hAnsi="Garamond"/>
          <w:sz w:val="24"/>
        </w:rPr>
        <w:t>better systems</w:t>
      </w:r>
    </w:p>
    <w:p w14:paraId="4FDA693D" w14:textId="77777777" w:rsidR="001A5159" w:rsidRDefault="00000000">
      <w:r>
        <w:rPr>
          <w:rFonts w:ascii="Garamond" w:hAnsi="Garamond"/>
          <w:sz w:val="24"/>
        </w:rPr>
        <w:t>better marketing</w:t>
      </w:r>
    </w:p>
    <w:p w14:paraId="090430F1" w14:textId="77777777" w:rsidR="001A5159" w:rsidRDefault="00000000">
      <w:r>
        <w:rPr>
          <w:rFonts w:ascii="Garamond" w:hAnsi="Garamond"/>
          <w:sz w:val="24"/>
        </w:rPr>
        <w:t>better positioning</w:t>
      </w:r>
    </w:p>
    <w:p w14:paraId="00D6309F" w14:textId="77777777" w:rsidR="001A5159" w:rsidRDefault="00000000">
      <w:r>
        <w:rPr>
          <w:rFonts w:ascii="Garamond" w:hAnsi="Garamond"/>
          <w:sz w:val="24"/>
        </w:rPr>
        <w:t>better customer experience</w:t>
      </w:r>
    </w:p>
    <w:p w14:paraId="3413F78A" w14:textId="77777777" w:rsidR="001A5159" w:rsidRDefault="00000000">
      <w:r>
        <w:rPr>
          <w:rFonts w:ascii="Garamond" w:hAnsi="Garamond"/>
          <w:sz w:val="24"/>
        </w:rPr>
        <w:t>better funnels</w:t>
      </w:r>
    </w:p>
    <w:p w14:paraId="7D0C3050" w14:textId="77777777" w:rsidR="001A5159" w:rsidRDefault="00000000">
      <w:r>
        <w:rPr>
          <w:rFonts w:ascii="Garamond" w:hAnsi="Garamond"/>
          <w:sz w:val="24"/>
        </w:rPr>
        <w:t>better content strategy</w:t>
      </w:r>
    </w:p>
    <w:p w14:paraId="57A667D5" w14:textId="77777777" w:rsidR="001A5159" w:rsidRDefault="00000000">
      <w:r>
        <w:rPr>
          <w:rFonts w:ascii="Garamond" w:hAnsi="Garamond"/>
          <w:sz w:val="24"/>
        </w:rPr>
        <w:t>But they don’t know how to fix things.</w:t>
      </w:r>
    </w:p>
    <w:p w14:paraId="25EA34DE" w14:textId="77777777" w:rsidR="001A5159" w:rsidRDefault="00000000">
      <w:r>
        <w:rPr>
          <w:rFonts w:ascii="Garamond" w:hAnsi="Garamond"/>
          <w:sz w:val="24"/>
        </w:rPr>
        <w:t>AI gives you the tools to provide:</w:t>
      </w:r>
    </w:p>
    <w:p w14:paraId="24FADE00" w14:textId="77777777" w:rsidR="001A5159" w:rsidRDefault="00000000">
      <w:r>
        <w:rPr>
          <w:rFonts w:ascii="Garamond" w:hAnsi="Garamond"/>
          <w:sz w:val="24"/>
        </w:rPr>
        <w:t>expert-level strategic thinking</w:t>
      </w:r>
    </w:p>
    <w:p w14:paraId="47236610" w14:textId="77777777" w:rsidR="001A5159" w:rsidRDefault="00000000">
      <w:r>
        <w:rPr>
          <w:rFonts w:ascii="Garamond" w:hAnsi="Garamond"/>
          <w:sz w:val="24"/>
        </w:rPr>
        <w:t>organized frameworks</w:t>
      </w:r>
    </w:p>
    <w:p w14:paraId="340F5944" w14:textId="77777777" w:rsidR="001A5159" w:rsidRDefault="00000000">
      <w:r>
        <w:rPr>
          <w:rFonts w:ascii="Garamond" w:hAnsi="Garamond"/>
          <w:sz w:val="24"/>
        </w:rPr>
        <w:t>actionable plans</w:t>
      </w:r>
    </w:p>
    <w:p w14:paraId="4BE05D4B" w14:textId="77777777" w:rsidR="001A5159" w:rsidRDefault="00000000">
      <w:r>
        <w:rPr>
          <w:rFonts w:ascii="Garamond" w:hAnsi="Garamond"/>
          <w:sz w:val="24"/>
        </w:rPr>
        <w:t>clear recommendations</w:t>
      </w:r>
    </w:p>
    <w:p w14:paraId="7967ED0B" w14:textId="77777777" w:rsidR="001A5159" w:rsidRDefault="00000000">
      <w:proofErr w:type="gramStart"/>
      <w:r>
        <w:rPr>
          <w:rFonts w:ascii="Garamond" w:hAnsi="Garamond"/>
          <w:sz w:val="24"/>
        </w:rPr>
        <w:t>fast</w:t>
      </w:r>
      <w:proofErr w:type="gramEnd"/>
      <w:r>
        <w:rPr>
          <w:rFonts w:ascii="Garamond" w:hAnsi="Garamond"/>
          <w:sz w:val="24"/>
        </w:rPr>
        <w:t xml:space="preserve"> analysis</w:t>
      </w:r>
    </w:p>
    <w:p w14:paraId="22FDC74B" w14:textId="77777777" w:rsidR="001A5159" w:rsidRDefault="00000000">
      <w:r>
        <w:rPr>
          <w:rFonts w:ascii="Garamond" w:hAnsi="Garamond"/>
          <w:sz w:val="24"/>
        </w:rPr>
        <w:t>high-leverage solutions</w:t>
      </w:r>
    </w:p>
    <w:p w14:paraId="7CD34B4E" w14:textId="77777777" w:rsidR="001A5159" w:rsidRDefault="00000000">
      <w:r>
        <w:rPr>
          <w:rFonts w:ascii="Garamond" w:hAnsi="Garamond"/>
          <w:sz w:val="24"/>
        </w:rPr>
        <w:t>You become the strategic brain they never had.</w:t>
      </w:r>
    </w:p>
    <w:p w14:paraId="50FCDEFA" w14:textId="77777777" w:rsidR="001A5159" w:rsidRDefault="001A5159"/>
    <w:p w14:paraId="10030F8A" w14:textId="77777777" w:rsidR="001A5159" w:rsidRDefault="00000000">
      <w:r>
        <w:rPr>
          <w:rFonts w:ascii="Garamond" w:hAnsi="Garamond"/>
          <w:sz w:val="24"/>
        </w:rPr>
        <w:lastRenderedPageBreak/>
        <w:t>Tools You Need</w:t>
      </w:r>
    </w:p>
    <w:p w14:paraId="6077D821" w14:textId="77777777" w:rsidR="001A5159" w:rsidRDefault="00000000">
      <w:r>
        <w:rPr>
          <w:rFonts w:ascii="Garamond" w:hAnsi="Garamond"/>
          <w:sz w:val="24"/>
        </w:rPr>
        <w:t>ChatGPT / Claude — strategy + frameworks</w:t>
      </w:r>
      <w:r>
        <w:rPr>
          <w:rFonts w:ascii="Garamond" w:hAnsi="Garamond"/>
          <w:sz w:val="24"/>
        </w:rPr>
        <w:br/>
        <w:t>Google Docs — consulting reports</w:t>
      </w:r>
      <w:r>
        <w:rPr>
          <w:rFonts w:ascii="Garamond" w:hAnsi="Garamond"/>
          <w:sz w:val="24"/>
        </w:rPr>
        <w:br/>
        <w:t>Notion / ClickUp — client dashboards</w:t>
      </w:r>
      <w:r>
        <w:rPr>
          <w:rFonts w:ascii="Garamond" w:hAnsi="Garamond"/>
          <w:sz w:val="24"/>
        </w:rPr>
        <w:br/>
        <w:t>Miro / Whimsical — strategy maps</w:t>
      </w:r>
      <w:r>
        <w:rPr>
          <w:rFonts w:ascii="Garamond" w:hAnsi="Garamond"/>
          <w:sz w:val="24"/>
        </w:rPr>
        <w:br/>
        <w:t>Canva — professional client deliverables</w:t>
      </w:r>
    </w:p>
    <w:p w14:paraId="70AB5043" w14:textId="77777777" w:rsidR="001A5159" w:rsidRDefault="00000000">
      <w:r>
        <w:rPr>
          <w:rFonts w:ascii="Garamond" w:hAnsi="Garamond"/>
          <w:sz w:val="24"/>
        </w:rPr>
        <w:t>Optional:</w:t>
      </w:r>
      <w:r>
        <w:rPr>
          <w:rFonts w:ascii="Garamond" w:hAnsi="Garamond"/>
          <w:sz w:val="24"/>
        </w:rPr>
        <w:br/>
        <w:t>Make / Zapier for automation</w:t>
      </w:r>
      <w:r>
        <w:rPr>
          <w:rFonts w:ascii="Garamond" w:hAnsi="Garamond"/>
          <w:sz w:val="24"/>
        </w:rPr>
        <w:br/>
        <w:t>Google Sheets for KPI dashboards</w:t>
      </w:r>
    </w:p>
    <w:p w14:paraId="77331837" w14:textId="77777777" w:rsidR="001A5159" w:rsidRDefault="001A5159"/>
    <w:p w14:paraId="7E34FC2C" w14:textId="77777777" w:rsidR="001A5159" w:rsidRDefault="00000000">
      <w:r>
        <w:rPr>
          <w:rFonts w:ascii="Garamond" w:hAnsi="Garamond"/>
          <w:sz w:val="24"/>
        </w:rPr>
        <w:t>What You’ll Offer</w:t>
      </w:r>
    </w:p>
    <w:p w14:paraId="51BB3079" w14:textId="77777777" w:rsidR="001A5159" w:rsidRDefault="00000000">
      <w:r>
        <w:rPr>
          <w:rFonts w:ascii="Garamond" w:hAnsi="Garamond"/>
          <w:sz w:val="24"/>
        </w:rPr>
        <w:t>You can deliver:</w:t>
      </w:r>
    </w:p>
    <w:p w14:paraId="153F81FA" w14:textId="77777777" w:rsidR="001A5159" w:rsidRDefault="00000000">
      <w:r>
        <w:rPr>
          <w:rFonts w:ascii="Garamond" w:hAnsi="Garamond"/>
          <w:sz w:val="24"/>
        </w:rPr>
        <w:t>Business Strategy Packages:</w:t>
      </w:r>
    </w:p>
    <w:p w14:paraId="406A1C80" w14:textId="77777777" w:rsidR="001A5159" w:rsidRDefault="00000000">
      <w:r>
        <w:rPr>
          <w:rFonts w:ascii="Garamond" w:hAnsi="Garamond"/>
          <w:sz w:val="24"/>
        </w:rPr>
        <w:t>brand positioning</w:t>
      </w:r>
    </w:p>
    <w:p w14:paraId="41D43BAF" w14:textId="77777777" w:rsidR="001A5159" w:rsidRDefault="00000000">
      <w:r>
        <w:rPr>
          <w:rFonts w:ascii="Garamond" w:hAnsi="Garamond"/>
          <w:sz w:val="24"/>
        </w:rPr>
        <w:t>competitor analysis</w:t>
      </w:r>
    </w:p>
    <w:p w14:paraId="0602729B" w14:textId="77777777" w:rsidR="001A5159" w:rsidRDefault="00000000">
      <w:r>
        <w:rPr>
          <w:rFonts w:ascii="Garamond" w:hAnsi="Garamond"/>
          <w:sz w:val="24"/>
        </w:rPr>
        <w:t>market research</w:t>
      </w:r>
    </w:p>
    <w:p w14:paraId="26F36978" w14:textId="77777777" w:rsidR="001A5159" w:rsidRDefault="00000000">
      <w:r>
        <w:rPr>
          <w:rFonts w:ascii="Garamond" w:hAnsi="Garamond"/>
          <w:sz w:val="24"/>
        </w:rPr>
        <w:t>messaging map</w:t>
      </w:r>
    </w:p>
    <w:p w14:paraId="6321ED2B" w14:textId="77777777" w:rsidR="001A5159" w:rsidRDefault="00000000">
      <w:r>
        <w:rPr>
          <w:rFonts w:ascii="Garamond" w:hAnsi="Garamond"/>
          <w:sz w:val="24"/>
        </w:rPr>
        <w:t xml:space="preserve">offer </w:t>
      </w:r>
      <w:proofErr w:type="gramStart"/>
      <w:r>
        <w:rPr>
          <w:rFonts w:ascii="Garamond" w:hAnsi="Garamond"/>
          <w:sz w:val="24"/>
        </w:rPr>
        <w:t>upgrades</w:t>
      </w:r>
      <w:proofErr w:type="gramEnd"/>
    </w:p>
    <w:p w14:paraId="27947CE3" w14:textId="77777777" w:rsidR="001A5159" w:rsidRDefault="00000000">
      <w:r>
        <w:rPr>
          <w:rFonts w:ascii="Garamond" w:hAnsi="Garamond"/>
          <w:sz w:val="24"/>
        </w:rPr>
        <w:t>pricing strategy</w:t>
      </w:r>
    </w:p>
    <w:p w14:paraId="0687EA62" w14:textId="77777777" w:rsidR="001A5159" w:rsidRDefault="00000000">
      <w:r>
        <w:rPr>
          <w:rFonts w:ascii="Garamond" w:hAnsi="Garamond"/>
          <w:sz w:val="24"/>
        </w:rPr>
        <w:t>customer journey mapping</w:t>
      </w:r>
    </w:p>
    <w:p w14:paraId="273763E1" w14:textId="77777777" w:rsidR="001A5159" w:rsidRDefault="00000000">
      <w:r>
        <w:rPr>
          <w:rFonts w:ascii="Garamond" w:hAnsi="Garamond"/>
          <w:sz w:val="24"/>
        </w:rPr>
        <w:t>Marketing Strategy:</w:t>
      </w:r>
    </w:p>
    <w:p w14:paraId="12FF8402" w14:textId="77777777" w:rsidR="001A5159" w:rsidRDefault="00000000">
      <w:r>
        <w:rPr>
          <w:rFonts w:ascii="Garamond" w:hAnsi="Garamond"/>
          <w:sz w:val="24"/>
        </w:rPr>
        <w:t>content plan</w:t>
      </w:r>
    </w:p>
    <w:p w14:paraId="6F780F53" w14:textId="77777777" w:rsidR="001A5159" w:rsidRDefault="00000000">
      <w:r>
        <w:rPr>
          <w:rFonts w:ascii="Garamond" w:hAnsi="Garamond"/>
          <w:sz w:val="24"/>
        </w:rPr>
        <w:t>funnel roadmap</w:t>
      </w:r>
    </w:p>
    <w:p w14:paraId="6BF0D1BF" w14:textId="77777777" w:rsidR="001A5159" w:rsidRDefault="00000000">
      <w:r>
        <w:rPr>
          <w:rFonts w:ascii="Garamond" w:hAnsi="Garamond"/>
          <w:sz w:val="24"/>
        </w:rPr>
        <w:t>social media strategy</w:t>
      </w:r>
    </w:p>
    <w:p w14:paraId="10AB6A20" w14:textId="77777777" w:rsidR="001A5159" w:rsidRDefault="00000000">
      <w:r>
        <w:rPr>
          <w:rFonts w:ascii="Garamond" w:hAnsi="Garamond"/>
          <w:sz w:val="24"/>
        </w:rPr>
        <w:t xml:space="preserve">lead generation </w:t>
      </w:r>
      <w:proofErr w:type="gramStart"/>
      <w:r>
        <w:rPr>
          <w:rFonts w:ascii="Garamond" w:hAnsi="Garamond"/>
          <w:sz w:val="24"/>
        </w:rPr>
        <w:t>plan</w:t>
      </w:r>
      <w:proofErr w:type="gramEnd"/>
    </w:p>
    <w:p w14:paraId="1B130A18" w14:textId="77777777" w:rsidR="001A5159" w:rsidRDefault="00000000">
      <w:r>
        <w:rPr>
          <w:rFonts w:ascii="Garamond" w:hAnsi="Garamond"/>
          <w:sz w:val="24"/>
        </w:rPr>
        <w:t>Operational Strategy:</w:t>
      </w:r>
    </w:p>
    <w:p w14:paraId="44770499" w14:textId="77777777" w:rsidR="001A5159" w:rsidRDefault="00000000">
      <w:r>
        <w:rPr>
          <w:rFonts w:ascii="Garamond" w:hAnsi="Garamond"/>
          <w:sz w:val="24"/>
        </w:rPr>
        <w:t>intake + delivery systems</w:t>
      </w:r>
    </w:p>
    <w:p w14:paraId="24F83F2B" w14:textId="77777777" w:rsidR="001A5159" w:rsidRDefault="00000000">
      <w:r>
        <w:rPr>
          <w:rFonts w:ascii="Garamond" w:hAnsi="Garamond"/>
          <w:sz w:val="24"/>
        </w:rPr>
        <w:t>SOP roadmaps</w:t>
      </w:r>
    </w:p>
    <w:p w14:paraId="629C2970" w14:textId="77777777" w:rsidR="001A5159" w:rsidRDefault="00000000">
      <w:r>
        <w:rPr>
          <w:rFonts w:ascii="Garamond" w:hAnsi="Garamond"/>
          <w:sz w:val="24"/>
        </w:rPr>
        <w:lastRenderedPageBreak/>
        <w:t>automation opportunities</w:t>
      </w:r>
    </w:p>
    <w:p w14:paraId="1BEE9F35" w14:textId="77777777" w:rsidR="001A5159" w:rsidRDefault="00000000">
      <w:r>
        <w:rPr>
          <w:rFonts w:ascii="Garamond" w:hAnsi="Garamond"/>
          <w:sz w:val="24"/>
        </w:rPr>
        <w:t>Growth Roadmaps:</w:t>
      </w:r>
    </w:p>
    <w:p w14:paraId="2C5E6ED9" w14:textId="77777777" w:rsidR="001A5159" w:rsidRDefault="00000000">
      <w:r>
        <w:rPr>
          <w:rFonts w:ascii="Garamond" w:hAnsi="Garamond"/>
          <w:sz w:val="24"/>
        </w:rPr>
        <w:t>30-day</w:t>
      </w:r>
    </w:p>
    <w:p w14:paraId="3DCF5652" w14:textId="77777777" w:rsidR="001A5159" w:rsidRDefault="00000000">
      <w:r>
        <w:rPr>
          <w:rFonts w:ascii="Garamond" w:hAnsi="Garamond"/>
          <w:sz w:val="24"/>
        </w:rPr>
        <w:t>60-day</w:t>
      </w:r>
    </w:p>
    <w:p w14:paraId="562F594F" w14:textId="77777777" w:rsidR="001A5159" w:rsidRDefault="00000000">
      <w:r>
        <w:rPr>
          <w:rFonts w:ascii="Garamond" w:hAnsi="Garamond"/>
          <w:sz w:val="24"/>
        </w:rPr>
        <w:t>90-day</w:t>
      </w:r>
    </w:p>
    <w:p w14:paraId="71821D83" w14:textId="77777777" w:rsidR="001A5159" w:rsidRDefault="00000000">
      <w:r>
        <w:rPr>
          <w:rFonts w:ascii="Garamond" w:hAnsi="Garamond"/>
          <w:sz w:val="24"/>
        </w:rPr>
        <w:t>12-month</w:t>
      </w:r>
    </w:p>
    <w:p w14:paraId="27B3276C" w14:textId="77777777" w:rsidR="001A5159" w:rsidRDefault="00000000">
      <w:r>
        <w:rPr>
          <w:rFonts w:ascii="Garamond" w:hAnsi="Garamond"/>
          <w:sz w:val="24"/>
        </w:rPr>
        <w:t>Executive Summaries:</w:t>
      </w:r>
    </w:p>
    <w:p w14:paraId="1EFC2564" w14:textId="77777777" w:rsidR="001A5159" w:rsidRDefault="00000000">
      <w:r>
        <w:rPr>
          <w:rFonts w:ascii="Garamond" w:hAnsi="Garamond"/>
          <w:sz w:val="24"/>
        </w:rPr>
        <w:t>simple, clear action plans</w:t>
      </w:r>
    </w:p>
    <w:p w14:paraId="4A3327EC" w14:textId="77777777" w:rsidR="001A5159" w:rsidRDefault="00000000">
      <w:r>
        <w:rPr>
          <w:rFonts w:ascii="Garamond" w:hAnsi="Garamond"/>
          <w:sz w:val="24"/>
        </w:rPr>
        <w:t xml:space="preserve">prioritized next </w:t>
      </w:r>
      <w:proofErr w:type="gramStart"/>
      <w:r>
        <w:rPr>
          <w:rFonts w:ascii="Garamond" w:hAnsi="Garamond"/>
          <w:sz w:val="24"/>
        </w:rPr>
        <w:t>steps</w:t>
      </w:r>
      <w:proofErr w:type="gramEnd"/>
    </w:p>
    <w:p w14:paraId="278F6439" w14:textId="77777777" w:rsidR="001A5159" w:rsidRDefault="00000000">
      <w:r>
        <w:rPr>
          <w:rFonts w:ascii="Garamond" w:hAnsi="Garamond"/>
          <w:sz w:val="24"/>
        </w:rPr>
        <w:t>These deliverables make you look like a professional consultant — instantly.</w:t>
      </w:r>
    </w:p>
    <w:p w14:paraId="4304B03B" w14:textId="77777777" w:rsidR="001A5159" w:rsidRDefault="001A5159"/>
    <w:p w14:paraId="25E992E3" w14:textId="77777777" w:rsidR="001A5159" w:rsidRDefault="00000000">
      <w:r>
        <w:rPr>
          <w:rFonts w:ascii="Garamond" w:hAnsi="Garamond"/>
          <w:sz w:val="24"/>
        </w:rPr>
        <w:t>AI-Powered Workflow (Step-by-Step)</w:t>
      </w:r>
    </w:p>
    <w:p w14:paraId="0CB4E4F0" w14:textId="77777777" w:rsidR="001A5159" w:rsidRDefault="00000000">
      <w:r>
        <w:rPr>
          <w:rFonts w:ascii="Garamond" w:hAnsi="Garamond"/>
          <w:sz w:val="24"/>
        </w:rPr>
        <w:t>STEP 1 — Analyze the Business</w:t>
      </w:r>
    </w:p>
    <w:p w14:paraId="12BF6FD5" w14:textId="77777777" w:rsidR="001A5159" w:rsidRDefault="00000000">
      <w:r>
        <w:rPr>
          <w:rFonts w:ascii="Garamond" w:hAnsi="Garamond"/>
          <w:sz w:val="24"/>
        </w:rPr>
        <w:t>Ask:</w:t>
      </w:r>
    </w:p>
    <w:p w14:paraId="5531EB09" w14:textId="77777777" w:rsidR="001A5159" w:rsidRDefault="00000000">
      <w:r>
        <w:rPr>
          <w:rFonts w:ascii="Garamond" w:hAnsi="Garamond"/>
          <w:sz w:val="24"/>
        </w:rPr>
        <w:t>“Analyze this business and identify its strengths, weaknesses, opportunities, threats, customer pain points, and hidden revenue opportunities.”</w:t>
      </w:r>
    </w:p>
    <w:p w14:paraId="77129BFF" w14:textId="77777777" w:rsidR="001A5159" w:rsidRDefault="001A5159"/>
    <w:p w14:paraId="1FF77CC6" w14:textId="77777777" w:rsidR="001A5159" w:rsidRDefault="00000000">
      <w:r>
        <w:rPr>
          <w:rFonts w:ascii="Garamond" w:hAnsi="Garamond"/>
          <w:sz w:val="24"/>
        </w:rPr>
        <w:t>STEP 2 — Create the Strategy Foundation</w:t>
      </w:r>
    </w:p>
    <w:p w14:paraId="747A8A93" w14:textId="77777777" w:rsidR="001A5159" w:rsidRDefault="00000000">
      <w:r>
        <w:rPr>
          <w:rFonts w:ascii="Garamond" w:hAnsi="Garamond"/>
          <w:sz w:val="24"/>
        </w:rPr>
        <w:t>Ask:</w:t>
      </w:r>
    </w:p>
    <w:p w14:paraId="1C2310A8" w14:textId="77777777" w:rsidR="001A5159" w:rsidRDefault="00000000">
      <w:r>
        <w:rPr>
          <w:rFonts w:ascii="Garamond" w:hAnsi="Garamond"/>
          <w:sz w:val="24"/>
        </w:rPr>
        <w:t>“Build a complete strategic plan with offer improvements, market positioning, messaging, and customer journey mapping.”</w:t>
      </w:r>
    </w:p>
    <w:p w14:paraId="0842BC33" w14:textId="77777777" w:rsidR="001A5159" w:rsidRDefault="001A5159"/>
    <w:p w14:paraId="033AA8BA" w14:textId="77777777" w:rsidR="001A5159" w:rsidRDefault="00000000">
      <w:r>
        <w:rPr>
          <w:rFonts w:ascii="Garamond" w:hAnsi="Garamond"/>
          <w:sz w:val="24"/>
        </w:rPr>
        <w:t>STEP 3 — Develop the Growth Roadmap</w:t>
      </w:r>
    </w:p>
    <w:p w14:paraId="7C67A3E2" w14:textId="77777777" w:rsidR="001A5159" w:rsidRDefault="00000000">
      <w:r>
        <w:rPr>
          <w:rFonts w:ascii="Garamond" w:hAnsi="Garamond"/>
          <w:sz w:val="24"/>
        </w:rPr>
        <w:t>Ask:</w:t>
      </w:r>
    </w:p>
    <w:p w14:paraId="2F071DC6" w14:textId="77777777" w:rsidR="001A5159" w:rsidRDefault="00000000">
      <w:r>
        <w:rPr>
          <w:rFonts w:ascii="Garamond" w:hAnsi="Garamond"/>
          <w:sz w:val="24"/>
        </w:rPr>
        <w:t>“Create a 30-day, 60-day, and 90-day growth roadmap with weekly tasks.”</w:t>
      </w:r>
    </w:p>
    <w:p w14:paraId="3F0E0B79" w14:textId="77777777" w:rsidR="001A5159" w:rsidRDefault="001A5159"/>
    <w:p w14:paraId="18DAF2EE" w14:textId="77777777" w:rsidR="001A5159" w:rsidRDefault="00000000">
      <w:r>
        <w:rPr>
          <w:rFonts w:ascii="Garamond" w:hAnsi="Garamond"/>
          <w:sz w:val="24"/>
        </w:rPr>
        <w:lastRenderedPageBreak/>
        <w:t>STEP 4 — Create the Marketing Strategy</w:t>
      </w:r>
    </w:p>
    <w:p w14:paraId="22A6635D" w14:textId="77777777" w:rsidR="001A5159" w:rsidRDefault="00000000">
      <w:r>
        <w:rPr>
          <w:rFonts w:ascii="Garamond" w:hAnsi="Garamond"/>
          <w:sz w:val="24"/>
        </w:rPr>
        <w:t>Ask:</w:t>
      </w:r>
    </w:p>
    <w:p w14:paraId="643EA486" w14:textId="77777777" w:rsidR="001A5159" w:rsidRDefault="00000000">
      <w:r>
        <w:rPr>
          <w:rFonts w:ascii="Garamond" w:hAnsi="Garamond"/>
          <w:sz w:val="24"/>
        </w:rPr>
        <w:t>“Build a content and lead-generation strategy customized to this business.”</w:t>
      </w:r>
    </w:p>
    <w:p w14:paraId="523A9C4B" w14:textId="77777777" w:rsidR="001A5159" w:rsidRDefault="001A5159"/>
    <w:p w14:paraId="2D8ACD80" w14:textId="77777777" w:rsidR="001A5159" w:rsidRDefault="00000000">
      <w:r>
        <w:rPr>
          <w:rFonts w:ascii="Garamond" w:hAnsi="Garamond"/>
          <w:sz w:val="24"/>
        </w:rPr>
        <w:t>STEP 5 — Build the Operations Plan</w:t>
      </w:r>
    </w:p>
    <w:p w14:paraId="40FA82B0" w14:textId="77777777" w:rsidR="001A5159" w:rsidRDefault="00000000">
      <w:r>
        <w:rPr>
          <w:rFonts w:ascii="Garamond" w:hAnsi="Garamond"/>
          <w:sz w:val="24"/>
        </w:rPr>
        <w:t>Ask:</w:t>
      </w:r>
    </w:p>
    <w:p w14:paraId="657475F3" w14:textId="77777777" w:rsidR="001A5159" w:rsidRDefault="00000000">
      <w:r>
        <w:rPr>
          <w:rFonts w:ascii="Garamond" w:hAnsi="Garamond"/>
          <w:sz w:val="24"/>
        </w:rPr>
        <w:t>“Outline the systems, SOPs, and automations needed to run this business more efficiently.”</w:t>
      </w:r>
    </w:p>
    <w:p w14:paraId="3FDDC737" w14:textId="77777777" w:rsidR="001A5159" w:rsidRDefault="001A5159"/>
    <w:p w14:paraId="3A305DF3" w14:textId="77777777" w:rsidR="001A5159" w:rsidRDefault="00000000">
      <w:r>
        <w:rPr>
          <w:rFonts w:ascii="Garamond" w:hAnsi="Garamond"/>
          <w:sz w:val="24"/>
        </w:rPr>
        <w:t>STEP 6 — Package Into a Professional Report</w:t>
      </w:r>
    </w:p>
    <w:p w14:paraId="6C910C5D" w14:textId="77777777" w:rsidR="001A5159" w:rsidRDefault="00000000">
      <w:r>
        <w:rPr>
          <w:rFonts w:ascii="Garamond" w:hAnsi="Garamond"/>
          <w:sz w:val="24"/>
        </w:rPr>
        <w:t xml:space="preserve">Your final </w:t>
      </w:r>
      <w:proofErr w:type="gramStart"/>
      <w:r>
        <w:rPr>
          <w:rFonts w:ascii="Garamond" w:hAnsi="Garamond"/>
          <w:sz w:val="24"/>
        </w:rPr>
        <w:t>deliverable</w:t>
      </w:r>
      <w:proofErr w:type="gramEnd"/>
      <w:r>
        <w:rPr>
          <w:rFonts w:ascii="Garamond" w:hAnsi="Garamond"/>
          <w:sz w:val="24"/>
        </w:rPr>
        <w:t xml:space="preserve"> includes:</w:t>
      </w:r>
    </w:p>
    <w:p w14:paraId="13944ADE" w14:textId="77777777" w:rsidR="001A5159" w:rsidRDefault="00000000">
      <w:r>
        <w:rPr>
          <w:rFonts w:ascii="Garamond" w:hAnsi="Garamond"/>
          <w:sz w:val="24"/>
        </w:rPr>
        <w:t>executive summary</w:t>
      </w:r>
    </w:p>
    <w:p w14:paraId="3B08DC86" w14:textId="77777777" w:rsidR="001A5159" w:rsidRDefault="00000000">
      <w:r>
        <w:rPr>
          <w:rFonts w:ascii="Garamond" w:hAnsi="Garamond"/>
          <w:sz w:val="24"/>
        </w:rPr>
        <w:t>brand positioning</w:t>
      </w:r>
    </w:p>
    <w:p w14:paraId="5E00CB28" w14:textId="77777777" w:rsidR="001A5159" w:rsidRDefault="00000000">
      <w:r>
        <w:rPr>
          <w:rFonts w:ascii="Garamond" w:hAnsi="Garamond"/>
          <w:sz w:val="24"/>
        </w:rPr>
        <w:t>competitive insights</w:t>
      </w:r>
    </w:p>
    <w:p w14:paraId="5F7EAC80" w14:textId="77777777" w:rsidR="001A5159" w:rsidRDefault="00000000">
      <w:r>
        <w:rPr>
          <w:rFonts w:ascii="Garamond" w:hAnsi="Garamond"/>
          <w:sz w:val="24"/>
        </w:rPr>
        <w:t>audience analysis</w:t>
      </w:r>
    </w:p>
    <w:p w14:paraId="19AC84B7" w14:textId="77777777" w:rsidR="001A5159" w:rsidRDefault="00000000">
      <w:r>
        <w:rPr>
          <w:rFonts w:ascii="Garamond" w:hAnsi="Garamond"/>
          <w:sz w:val="24"/>
        </w:rPr>
        <w:t>growth roadmap</w:t>
      </w:r>
    </w:p>
    <w:p w14:paraId="0A6C2EA2" w14:textId="77777777" w:rsidR="001A5159" w:rsidRDefault="00000000">
      <w:r>
        <w:rPr>
          <w:rFonts w:ascii="Garamond" w:hAnsi="Garamond"/>
          <w:sz w:val="24"/>
        </w:rPr>
        <w:t>marketing plan</w:t>
      </w:r>
    </w:p>
    <w:p w14:paraId="7345C1A2" w14:textId="77777777" w:rsidR="001A5159" w:rsidRDefault="00000000">
      <w:r>
        <w:rPr>
          <w:rFonts w:ascii="Garamond" w:hAnsi="Garamond"/>
          <w:sz w:val="24"/>
        </w:rPr>
        <w:t xml:space="preserve">recommended </w:t>
      </w:r>
      <w:proofErr w:type="gramStart"/>
      <w:r>
        <w:rPr>
          <w:rFonts w:ascii="Garamond" w:hAnsi="Garamond"/>
          <w:sz w:val="24"/>
        </w:rPr>
        <w:t>offers</w:t>
      </w:r>
      <w:proofErr w:type="gramEnd"/>
    </w:p>
    <w:p w14:paraId="56225A50" w14:textId="77777777" w:rsidR="001A5159" w:rsidRDefault="00000000">
      <w:r>
        <w:rPr>
          <w:rFonts w:ascii="Garamond" w:hAnsi="Garamond"/>
          <w:sz w:val="24"/>
        </w:rPr>
        <w:t>operational improvements</w:t>
      </w:r>
    </w:p>
    <w:p w14:paraId="7EEF8FA4" w14:textId="77777777" w:rsidR="001A5159" w:rsidRDefault="00000000">
      <w:r>
        <w:rPr>
          <w:rFonts w:ascii="Garamond" w:hAnsi="Garamond"/>
          <w:sz w:val="24"/>
        </w:rPr>
        <w:t>Looks like a high-end consulting package.</w:t>
      </w:r>
    </w:p>
    <w:p w14:paraId="47668BF3" w14:textId="77777777" w:rsidR="001A5159" w:rsidRDefault="001A5159"/>
    <w:p w14:paraId="4413CF68" w14:textId="77777777" w:rsidR="001A5159" w:rsidRDefault="00000000">
      <w:r>
        <w:rPr>
          <w:rFonts w:ascii="Garamond" w:hAnsi="Garamond"/>
          <w:sz w:val="24"/>
        </w:rPr>
        <w:t>Beginner-Proof Portfolio</w:t>
      </w:r>
    </w:p>
    <w:p w14:paraId="4708925C" w14:textId="77777777" w:rsidR="001A5159" w:rsidRDefault="00000000">
      <w:r>
        <w:rPr>
          <w:rFonts w:ascii="Garamond" w:hAnsi="Garamond"/>
          <w:sz w:val="24"/>
        </w:rPr>
        <w:t>You only need to build ONE sample strategy report, including:</w:t>
      </w:r>
    </w:p>
    <w:p w14:paraId="2EE3BB80" w14:textId="77777777" w:rsidR="001A5159" w:rsidRDefault="00000000">
      <w:r>
        <w:rPr>
          <w:rFonts w:ascii="Garamond" w:hAnsi="Garamond"/>
          <w:sz w:val="24"/>
        </w:rPr>
        <w:t>business overview</w:t>
      </w:r>
    </w:p>
    <w:p w14:paraId="719CDC70" w14:textId="77777777" w:rsidR="001A5159" w:rsidRDefault="00000000">
      <w:r>
        <w:rPr>
          <w:rFonts w:ascii="Garamond" w:hAnsi="Garamond"/>
          <w:sz w:val="24"/>
        </w:rPr>
        <w:t>growth roadmap</w:t>
      </w:r>
    </w:p>
    <w:p w14:paraId="29C1A4B5" w14:textId="77777777" w:rsidR="001A5159" w:rsidRDefault="00000000">
      <w:r>
        <w:rPr>
          <w:rFonts w:ascii="Garamond" w:hAnsi="Garamond"/>
          <w:sz w:val="24"/>
        </w:rPr>
        <w:t>content strategy</w:t>
      </w:r>
    </w:p>
    <w:p w14:paraId="04D87C83" w14:textId="77777777" w:rsidR="001A5159" w:rsidRDefault="00000000">
      <w:r>
        <w:rPr>
          <w:rFonts w:ascii="Garamond" w:hAnsi="Garamond"/>
          <w:sz w:val="24"/>
        </w:rPr>
        <w:lastRenderedPageBreak/>
        <w:t xml:space="preserve">offer </w:t>
      </w:r>
      <w:proofErr w:type="gramStart"/>
      <w:r>
        <w:rPr>
          <w:rFonts w:ascii="Garamond" w:hAnsi="Garamond"/>
          <w:sz w:val="24"/>
        </w:rPr>
        <w:t>optimization</w:t>
      </w:r>
      <w:proofErr w:type="gramEnd"/>
    </w:p>
    <w:p w14:paraId="002D6F62" w14:textId="77777777" w:rsidR="001A5159" w:rsidRDefault="00000000">
      <w:r>
        <w:rPr>
          <w:rFonts w:ascii="Garamond" w:hAnsi="Garamond"/>
          <w:sz w:val="24"/>
        </w:rPr>
        <w:t>This alone can land $500–$2,000 clients.</w:t>
      </w:r>
    </w:p>
    <w:p w14:paraId="6A16A225" w14:textId="77777777" w:rsidR="001A5159" w:rsidRDefault="001A5159"/>
    <w:p w14:paraId="01575158" w14:textId="77777777" w:rsidR="001A5159" w:rsidRDefault="00000000">
      <w:r>
        <w:rPr>
          <w:rFonts w:ascii="Garamond" w:hAnsi="Garamond"/>
          <w:sz w:val="24"/>
        </w:rPr>
        <w:t>Pricing Guide</w:t>
      </w:r>
    </w:p>
    <w:p w14:paraId="0DD84E0D" w14:textId="77777777" w:rsidR="001A5159" w:rsidRDefault="00000000">
      <w:r>
        <w:rPr>
          <w:rFonts w:ascii="Garamond" w:hAnsi="Garamond"/>
          <w:sz w:val="24"/>
        </w:rPr>
        <w:t>Beginners:</w:t>
      </w:r>
    </w:p>
    <w:p w14:paraId="3E36FB3A" w14:textId="77777777" w:rsidR="001A5159" w:rsidRDefault="00000000">
      <w:r>
        <w:rPr>
          <w:rFonts w:ascii="Garamond" w:hAnsi="Garamond"/>
          <w:sz w:val="24"/>
        </w:rPr>
        <w:t>$150–$300 strategic report</w:t>
      </w:r>
    </w:p>
    <w:p w14:paraId="5E50AF61" w14:textId="77777777" w:rsidR="001A5159" w:rsidRDefault="00000000">
      <w:r>
        <w:rPr>
          <w:rFonts w:ascii="Garamond" w:hAnsi="Garamond"/>
          <w:sz w:val="24"/>
        </w:rPr>
        <w:t>$200–$400 marketing plan</w:t>
      </w:r>
    </w:p>
    <w:p w14:paraId="58651386" w14:textId="77777777" w:rsidR="001A5159" w:rsidRDefault="00000000">
      <w:r>
        <w:rPr>
          <w:rFonts w:ascii="Garamond" w:hAnsi="Garamond"/>
          <w:sz w:val="24"/>
        </w:rPr>
        <w:t>Intermediate:</w:t>
      </w:r>
    </w:p>
    <w:p w14:paraId="38AADC1D" w14:textId="77777777" w:rsidR="001A5159" w:rsidRDefault="00000000">
      <w:r>
        <w:rPr>
          <w:rFonts w:ascii="Garamond" w:hAnsi="Garamond"/>
          <w:sz w:val="24"/>
        </w:rPr>
        <w:t>$500–$1,500 strategy package</w:t>
      </w:r>
    </w:p>
    <w:p w14:paraId="0DCB159C" w14:textId="77777777" w:rsidR="001A5159" w:rsidRDefault="00000000">
      <w:r>
        <w:rPr>
          <w:rFonts w:ascii="Garamond" w:hAnsi="Garamond"/>
          <w:sz w:val="24"/>
        </w:rPr>
        <w:t>$800–$2,000 business audit</w:t>
      </w:r>
    </w:p>
    <w:p w14:paraId="4308C9AE" w14:textId="77777777" w:rsidR="001A5159" w:rsidRDefault="00000000">
      <w:r>
        <w:rPr>
          <w:rFonts w:ascii="Garamond" w:hAnsi="Garamond"/>
          <w:sz w:val="24"/>
        </w:rPr>
        <w:t>Pro:</w:t>
      </w:r>
    </w:p>
    <w:p w14:paraId="432DE10B" w14:textId="77777777" w:rsidR="001A5159" w:rsidRDefault="00000000">
      <w:r>
        <w:rPr>
          <w:rFonts w:ascii="Garamond" w:hAnsi="Garamond"/>
          <w:sz w:val="24"/>
        </w:rPr>
        <w:t>$2,000–$8,000 strategy engagement</w:t>
      </w:r>
    </w:p>
    <w:p w14:paraId="521F2BC0" w14:textId="77777777" w:rsidR="001A5159" w:rsidRDefault="00000000">
      <w:r>
        <w:rPr>
          <w:rFonts w:ascii="Garamond" w:hAnsi="Garamond"/>
          <w:sz w:val="24"/>
        </w:rPr>
        <w:t>$1,500–$10,000/month consulting retainer</w:t>
      </w:r>
    </w:p>
    <w:p w14:paraId="10DE4CE7" w14:textId="77777777" w:rsidR="001A5159" w:rsidRDefault="00000000">
      <w:r>
        <w:rPr>
          <w:rFonts w:ascii="Garamond" w:hAnsi="Garamond"/>
          <w:sz w:val="24"/>
        </w:rPr>
        <w:t>$3,000–$25,000 brand transformation package</w:t>
      </w:r>
    </w:p>
    <w:p w14:paraId="3B38FFD4" w14:textId="77777777" w:rsidR="001A5159" w:rsidRDefault="00000000">
      <w:r>
        <w:rPr>
          <w:rFonts w:ascii="Garamond" w:hAnsi="Garamond"/>
          <w:sz w:val="24"/>
        </w:rPr>
        <w:t>Consulting is one of the biggest income multipliers on earth.</w:t>
      </w:r>
    </w:p>
    <w:p w14:paraId="14BB2D8D" w14:textId="77777777" w:rsidR="001A5159" w:rsidRDefault="001A5159"/>
    <w:p w14:paraId="6BCF4347" w14:textId="77777777" w:rsidR="001A5159" w:rsidRDefault="00000000">
      <w:r>
        <w:rPr>
          <w:rFonts w:ascii="Garamond" w:hAnsi="Garamond"/>
          <w:sz w:val="24"/>
        </w:rPr>
        <w:t>Pro Accelerators</w:t>
      </w:r>
    </w:p>
    <w:p w14:paraId="0954D875" w14:textId="77777777" w:rsidR="001A5159" w:rsidRDefault="00000000">
      <w:r>
        <w:rPr>
          <w:rFonts w:ascii="Garamond" w:hAnsi="Garamond"/>
          <w:sz w:val="24"/>
        </w:rPr>
        <w:t xml:space="preserve">add competitor deep </w:t>
      </w:r>
      <w:proofErr w:type="gramStart"/>
      <w:r>
        <w:rPr>
          <w:rFonts w:ascii="Garamond" w:hAnsi="Garamond"/>
          <w:sz w:val="24"/>
        </w:rPr>
        <w:t>dives</w:t>
      </w:r>
      <w:proofErr w:type="gramEnd"/>
    </w:p>
    <w:p w14:paraId="1700B615" w14:textId="77777777" w:rsidR="001A5159" w:rsidRDefault="00000000">
      <w:r>
        <w:rPr>
          <w:rFonts w:ascii="Garamond" w:hAnsi="Garamond"/>
          <w:sz w:val="24"/>
        </w:rPr>
        <w:t xml:space="preserve">add content strategy </w:t>
      </w:r>
      <w:proofErr w:type="gramStart"/>
      <w:r>
        <w:rPr>
          <w:rFonts w:ascii="Garamond" w:hAnsi="Garamond"/>
          <w:sz w:val="24"/>
        </w:rPr>
        <w:t>calendar</w:t>
      </w:r>
      <w:proofErr w:type="gramEnd"/>
    </w:p>
    <w:p w14:paraId="1155F23D" w14:textId="77777777" w:rsidR="001A5159" w:rsidRDefault="00000000">
      <w:r>
        <w:rPr>
          <w:rFonts w:ascii="Garamond" w:hAnsi="Garamond"/>
          <w:sz w:val="24"/>
        </w:rPr>
        <w:t xml:space="preserve">add automation </w:t>
      </w:r>
      <w:proofErr w:type="gramStart"/>
      <w:r>
        <w:rPr>
          <w:rFonts w:ascii="Garamond" w:hAnsi="Garamond"/>
          <w:sz w:val="24"/>
        </w:rPr>
        <w:t>implementation</w:t>
      </w:r>
      <w:proofErr w:type="gramEnd"/>
    </w:p>
    <w:p w14:paraId="293AC0E3" w14:textId="77777777" w:rsidR="001A5159" w:rsidRDefault="00000000">
      <w:r>
        <w:rPr>
          <w:rFonts w:ascii="Garamond" w:hAnsi="Garamond"/>
          <w:sz w:val="24"/>
        </w:rPr>
        <w:t>add funnel build-</w:t>
      </w:r>
      <w:proofErr w:type="gramStart"/>
      <w:r>
        <w:rPr>
          <w:rFonts w:ascii="Garamond" w:hAnsi="Garamond"/>
          <w:sz w:val="24"/>
        </w:rPr>
        <w:t>out</w:t>
      </w:r>
      <w:proofErr w:type="gramEnd"/>
    </w:p>
    <w:p w14:paraId="4E069D2E" w14:textId="77777777" w:rsidR="001A5159" w:rsidRDefault="00000000">
      <w:r>
        <w:rPr>
          <w:rFonts w:ascii="Garamond" w:hAnsi="Garamond"/>
          <w:sz w:val="24"/>
        </w:rPr>
        <w:t xml:space="preserve">add workshop or strategy </w:t>
      </w:r>
      <w:proofErr w:type="gramStart"/>
      <w:r>
        <w:rPr>
          <w:rFonts w:ascii="Garamond" w:hAnsi="Garamond"/>
          <w:sz w:val="24"/>
        </w:rPr>
        <w:t>call</w:t>
      </w:r>
      <w:proofErr w:type="gramEnd"/>
    </w:p>
    <w:p w14:paraId="6EC8C9F2" w14:textId="77777777" w:rsidR="001A5159" w:rsidRDefault="00000000">
      <w:r>
        <w:rPr>
          <w:rFonts w:ascii="Garamond" w:hAnsi="Garamond"/>
          <w:sz w:val="24"/>
        </w:rPr>
        <w:t xml:space="preserve">add KPI </w:t>
      </w:r>
      <w:proofErr w:type="gramStart"/>
      <w:r>
        <w:rPr>
          <w:rFonts w:ascii="Garamond" w:hAnsi="Garamond"/>
          <w:sz w:val="24"/>
        </w:rPr>
        <w:t>dashboards</w:t>
      </w:r>
      <w:proofErr w:type="gramEnd"/>
    </w:p>
    <w:p w14:paraId="27F839C2" w14:textId="77777777" w:rsidR="001A5159" w:rsidRDefault="00000000">
      <w:r>
        <w:rPr>
          <w:rFonts w:ascii="Garamond" w:hAnsi="Garamond"/>
          <w:sz w:val="24"/>
        </w:rPr>
        <w:t xml:space="preserve">These </w:t>
      </w:r>
      <w:proofErr w:type="gramStart"/>
      <w:r>
        <w:rPr>
          <w:rFonts w:ascii="Garamond" w:hAnsi="Garamond"/>
          <w:sz w:val="24"/>
        </w:rPr>
        <w:t>increase</w:t>
      </w:r>
      <w:proofErr w:type="gramEnd"/>
      <w:r>
        <w:rPr>
          <w:rFonts w:ascii="Garamond" w:hAnsi="Garamond"/>
          <w:sz w:val="24"/>
        </w:rPr>
        <w:t xml:space="preserve"> perceived value enormously.</w:t>
      </w:r>
    </w:p>
    <w:p w14:paraId="78CC903B" w14:textId="77777777" w:rsidR="001A5159" w:rsidRDefault="001A5159"/>
    <w:p w14:paraId="5AC60F95" w14:textId="77777777" w:rsidR="001A5159" w:rsidRDefault="00000000">
      <w:r>
        <w:rPr>
          <w:rFonts w:ascii="Garamond" w:hAnsi="Garamond"/>
          <w:sz w:val="24"/>
        </w:rPr>
        <w:lastRenderedPageBreak/>
        <w:t>MICRO CASE STUDY — BLUEPRINT THIRTY-THREE</w:t>
      </w:r>
    </w:p>
    <w:p w14:paraId="7B50B38C" w14:textId="77777777" w:rsidR="001A5159" w:rsidRDefault="00000000">
      <w:r>
        <w:rPr>
          <w:rFonts w:ascii="Garamond" w:hAnsi="Garamond"/>
          <w:sz w:val="24"/>
        </w:rPr>
        <w:t>Case Study: Former Retail Worker Lands $3,000 Consulting Package Using AI Strategy Frameworks</w:t>
      </w:r>
    </w:p>
    <w:p w14:paraId="6204FBB1" w14:textId="77777777" w:rsidR="001A5159" w:rsidRDefault="00000000">
      <w:r>
        <w:rPr>
          <w:rFonts w:ascii="Garamond" w:hAnsi="Garamond"/>
          <w:sz w:val="24"/>
        </w:rPr>
        <w:t>Anthony was working retail and had zero consulting background.</w:t>
      </w:r>
      <w:r>
        <w:rPr>
          <w:rFonts w:ascii="Garamond" w:hAnsi="Garamond"/>
          <w:sz w:val="24"/>
        </w:rPr>
        <w:br/>
        <w:t>He followed Blueprint 33 and created:</w:t>
      </w:r>
    </w:p>
    <w:p w14:paraId="74389CA0" w14:textId="77777777" w:rsidR="001A5159" w:rsidRDefault="00000000">
      <w:r>
        <w:rPr>
          <w:rFonts w:ascii="Garamond" w:hAnsi="Garamond"/>
          <w:sz w:val="24"/>
        </w:rPr>
        <w:t>a sample business audit</w:t>
      </w:r>
    </w:p>
    <w:p w14:paraId="3ADD9279" w14:textId="77777777" w:rsidR="001A5159" w:rsidRDefault="00000000">
      <w:r>
        <w:rPr>
          <w:rFonts w:ascii="Garamond" w:hAnsi="Garamond"/>
          <w:sz w:val="24"/>
        </w:rPr>
        <w:t>a 30/60/90 growth plan</w:t>
      </w:r>
    </w:p>
    <w:p w14:paraId="6148F89B" w14:textId="77777777" w:rsidR="001A5159" w:rsidRDefault="00000000">
      <w:proofErr w:type="gramStart"/>
      <w:r>
        <w:rPr>
          <w:rFonts w:ascii="Garamond" w:hAnsi="Garamond"/>
          <w:sz w:val="24"/>
        </w:rPr>
        <w:t>a competitor</w:t>
      </w:r>
      <w:proofErr w:type="gramEnd"/>
      <w:r>
        <w:rPr>
          <w:rFonts w:ascii="Garamond" w:hAnsi="Garamond"/>
          <w:sz w:val="24"/>
        </w:rPr>
        <w:t xml:space="preserve"> </w:t>
      </w:r>
      <w:proofErr w:type="gramStart"/>
      <w:r>
        <w:rPr>
          <w:rFonts w:ascii="Garamond" w:hAnsi="Garamond"/>
          <w:sz w:val="24"/>
        </w:rPr>
        <w:t>analysis</w:t>
      </w:r>
      <w:proofErr w:type="gramEnd"/>
    </w:p>
    <w:p w14:paraId="47764B8B" w14:textId="77777777" w:rsidR="001A5159" w:rsidRDefault="00000000">
      <w:proofErr w:type="gramStart"/>
      <w:r>
        <w:rPr>
          <w:rFonts w:ascii="Garamond" w:hAnsi="Garamond"/>
          <w:sz w:val="24"/>
        </w:rPr>
        <w:t>a simple</w:t>
      </w:r>
      <w:proofErr w:type="gramEnd"/>
      <w:r>
        <w:rPr>
          <w:rFonts w:ascii="Garamond" w:hAnsi="Garamond"/>
          <w:sz w:val="24"/>
        </w:rPr>
        <w:t xml:space="preserve"> PDF report</w:t>
      </w:r>
    </w:p>
    <w:p w14:paraId="203CE94B" w14:textId="77777777" w:rsidR="001A5159" w:rsidRDefault="00000000">
      <w:r>
        <w:rPr>
          <w:rFonts w:ascii="Garamond" w:hAnsi="Garamond"/>
          <w:sz w:val="24"/>
        </w:rPr>
        <w:t>He posted:</w:t>
      </w:r>
    </w:p>
    <w:p w14:paraId="5BCE94E5" w14:textId="77777777" w:rsidR="001A5159" w:rsidRDefault="00000000">
      <w:r>
        <w:rPr>
          <w:rFonts w:ascii="Garamond" w:hAnsi="Garamond"/>
          <w:sz w:val="24"/>
        </w:rPr>
        <w:t xml:space="preserve">“I’m </w:t>
      </w:r>
      <w:proofErr w:type="gramStart"/>
      <w:r>
        <w:rPr>
          <w:rFonts w:ascii="Garamond" w:hAnsi="Garamond"/>
          <w:sz w:val="24"/>
        </w:rPr>
        <w:t>testing</w:t>
      </w:r>
      <w:proofErr w:type="gramEnd"/>
      <w:r>
        <w:rPr>
          <w:rFonts w:ascii="Garamond" w:hAnsi="Garamond"/>
          <w:sz w:val="24"/>
        </w:rPr>
        <w:t xml:space="preserve"> an AI-powered business audit. Want a free sample review?”</w:t>
      </w:r>
    </w:p>
    <w:p w14:paraId="1F330D4E" w14:textId="77777777" w:rsidR="001A5159" w:rsidRDefault="00000000">
      <w:r>
        <w:rPr>
          <w:rFonts w:ascii="Garamond" w:hAnsi="Garamond"/>
          <w:sz w:val="24"/>
        </w:rPr>
        <w:t>A local gym owner replied.</w:t>
      </w:r>
    </w:p>
    <w:p w14:paraId="04922356" w14:textId="77777777" w:rsidR="001A5159" w:rsidRDefault="00000000">
      <w:r>
        <w:rPr>
          <w:rFonts w:ascii="Garamond" w:hAnsi="Garamond"/>
          <w:sz w:val="24"/>
        </w:rPr>
        <w:t>Anthony delivered:</w:t>
      </w:r>
    </w:p>
    <w:p w14:paraId="75623DFB" w14:textId="77777777" w:rsidR="001A5159" w:rsidRDefault="00000000">
      <w:r>
        <w:rPr>
          <w:rFonts w:ascii="Garamond" w:hAnsi="Garamond"/>
          <w:sz w:val="24"/>
        </w:rPr>
        <w:t>a business audit</w:t>
      </w:r>
    </w:p>
    <w:p w14:paraId="54F0B8AC" w14:textId="77777777" w:rsidR="001A5159" w:rsidRDefault="00000000">
      <w:r>
        <w:rPr>
          <w:rFonts w:ascii="Garamond" w:hAnsi="Garamond"/>
          <w:sz w:val="24"/>
        </w:rPr>
        <w:t>a 30-day marketing plan</w:t>
      </w:r>
    </w:p>
    <w:p w14:paraId="31E98D4E" w14:textId="77777777" w:rsidR="001A5159" w:rsidRDefault="00000000">
      <w:r>
        <w:rPr>
          <w:rFonts w:ascii="Garamond" w:hAnsi="Garamond"/>
          <w:sz w:val="24"/>
        </w:rPr>
        <w:t>customer journey map</w:t>
      </w:r>
    </w:p>
    <w:p w14:paraId="67DEB59C" w14:textId="77777777" w:rsidR="001A5159" w:rsidRDefault="00000000">
      <w:r>
        <w:rPr>
          <w:rFonts w:ascii="Garamond" w:hAnsi="Garamond"/>
          <w:sz w:val="24"/>
        </w:rPr>
        <w:t xml:space="preserve">offer </w:t>
      </w:r>
      <w:proofErr w:type="gramStart"/>
      <w:r>
        <w:rPr>
          <w:rFonts w:ascii="Garamond" w:hAnsi="Garamond"/>
          <w:sz w:val="24"/>
        </w:rPr>
        <w:t>improvements</w:t>
      </w:r>
      <w:proofErr w:type="gramEnd"/>
    </w:p>
    <w:p w14:paraId="65EA1E6D" w14:textId="77777777" w:rsidR="001A5159" w:rsidRDefault="00000000">
      <w:r>
        <w:rPr>
          <w:rFonts w:ascii="Garamond" w:hAnsi="Garamond"/>
          <w:sz w:val="24"/>
        </w:rPr>
        <w:t>12 content ideas</w:t>
      </w:r>
    </w:p>
    <w:p w14:paraId="619E25FE" w14:textId="77777777" w:rsidR="001A5159" w:rsidRDefault="00000000">
      <w:r>
        <w:rPr>
          <w:rFonts w:ascii="Garamond" w:hAnsi="Garamond"/>
          <w:sz w:val="24"/>
        </w:rPr>
        <w:t>The gym owner was blown away.</w:t>
      </w:r>
    </w:p>
    <w:p w14:paraId="0B247EC8" w14:textId="77777777" w:rsidR="001A5159" w:rsidRDefault="00000000">
      <w:r>
        <w:rPr>
          <w:rFonts w:ascii="Garamond" w:hAnsi="Garamond"/>
          <w:sz w:val="24"/>
        </w:rPr>
        <w:t>He hired Anthony to build:</w:t>
      </w:r>
    </w:p>
    <w:p w14:paraId="12207BA7" w14:textId="77777777" w:rsidR="001A5159" w:rsidRDefault="00000000">
      <w:r>
        <w:rPr>
          <w:rFonts w:ascii="Garamond" w:hAnsi="Garamond"/>
          <w:sz w:val="24"/>
        </w:rPr>
        <w:t>a full 90-day strategic roadmap → $1,500</w:t>
      </w:r>
    </w:p>
    <w:p w14:paraId="0334639A" w14:textId="77777777" w:rsidR="001A5159" w:rsidRDefault="00000000">
      <w:r>
        <w:rPr>
          <w:rFonts w:ascii="Garamond" w:hAnsi="Garamond"/>
          <w:sz w:val="24"/>
        </w:rPr>
        <w:t>marketing system overhaul → $1,000</w:t>
      </w:r>
    </w:p>
    <w:p w14:paraId="0BDDCBB0" w14:textId="77777777" w:rsidR="001A5159" w:rsidRDefault="00000000">
      <w:r>
        <w:rPr>
          <w:rFonts w:ascii="Garamond" w:hAnsi="Garamond"/>
          <w:sz w:val="24"/>
        </w:rPr>
        <w:t>automation mapping → $500</w:t>
      </w:r>
    </w:p>
    <w:p w14:paraId="56DBD004" w14:textId="77777777" w:rsidR="001A5159" w:rsidRDefault="00000000">
      <w:r>
        <w:rPr>
          <w:rFonts w:ascii="Garamond" w:hAnsi="Garamond"/>
          <w:sz w:val="24"/>
        </w:rPr>
        <w:t>Total: $3,000</w:t>
      </w:r>
    </w:p>
    <w:p w14:paraId="49C81950" w14:textId="77777777" w:rsidR="001A5159" w:rsidRDefault="00000000">
      <w:r>
        <w:rPr>
          <w:rFonts w:ascii="Garamond" w:hAnsi="Garamond"/>
          <w:sz w:val="24"/>
        </w:rPr>
        <w:t>Two months later, a real estate agent hired him for:</w:t>
      </w:r>
    </w:p>
    <w:p w14:paraId="1C7FE3E3" w14:textId="77777777" w:rsidR="001A5159" w:rsidRDefault="00000000">
      <w:r>
        <w:rPr>
          <w:rFonts w:ascii="Garamond" w:hAnsi="Garamond"/>
          <w:sz w:val="24"/>
        </w:rPr>
        <w:t>brand positioning</w:t>
      </w:r>
    </w:p>
    <w:p w14:paraId="71563C6D" w14:textId="77777777" w:rsidR="001A5159" w:rsidRDefault="00000000">
      <w:r>
        <w:rPr>
          <w:rFonts w:ascii="Garamond" w:hAnsi="Garamond"/>
          <w:sz w:val="24"/>
        </w:rPr>
        <w:lastRenderedPageBreak/>
        <w:t xml:space="preserve">offer </w:t>
      </w:r>
      <w:proofErr w:type="gramStart"/>
      <w:r>
        <w:rPr>
          <w:rFonts w:ascii="Garamond" w:hAnsi="Garamond"/>
          <w:sz w:val="24"/>
        </w:rPr>
        <w:t>development</w:t>
      </w:r>
      <w:proofErr w:type="gramEnd"/>
    </w:p>
    <w:p w14:paraId="14590DF2" w14:textId="77777777" w:rsidR="001A5159" w:rsidRDefault="00000000">
      <w:r>
        <w:rPr>
          <w:rFonts w:ascii="Garamond" w:hAnsi="Garamond"/>
          <w:sz w:val="24"/>
        </w:rPr>
        <w:t>content strategy</w:t>
      </w:r>
    </w:p>
    <w:p w14:paraId="3778C991" w14:textId="77777777" w:rsidR="001A5159" w:rsidRDefault="00000000">
      <w:r>
        <w:rPr>
          <w:rFonts w:ascii="Garamond" w:hAnsi="Garamond"/>
          <w:sz w:val="24"/>
        </w:rPr>
        <w:t>Price: $2,000</w:t>
      </w:r>
    </w:p>
    <w:p w14:paraId="2FD9928C" w14:textId="77777777" w:rsidR="001A5159" w:rsidRDefault="00000000">
      <w:r>
        <w:rPr>
          <w:rFonts w:ascii="Garamond" w:hAnsi="Garamond"/>
          <w:sz w:val="24"/>
        </w:rPr>
        <w:t>Anthony now makes $5,000–$8,000/month from consulting — using AI as his strategy engine.</w:t>
      </w:r>
    </w:p>
    <w:p w14:paraId="48D7DAA7" w14:textId="77777777" w:rsidR="001A5159" w:rsidRDefault="00000000">
      <w:r>
        <w:rPr>
          <w:rFonts w:ascii="Garamond" w:hAnsi="Garamond"/>
          <w:sz w:val="24"/>
        </w:rPr>
        <w:t>His message:</w:t>
      </w:r>
    </w:p>
    <w:p w14:paraId="1BEC11AF" w14:textId="77777777" w:rsidR="001A5159" w:rsidRDefault="00000000">
      <w:r>
        <w:rPr>
          <w:rFonts w:ascii="Garamond" w:hAnsi="Garamond"/>
          <w:sz w:val="24"/>
        </w:rPr>
        <w:t>“AI turned me into a strategist. I thought consulting was for experts — AI made me an expert.”</w:t>
      </w:r>
    </w:p>
    <w:p w14:paraId="4A6F3852" w14:textId="77777777" w:rsidR="001A5159" w:rsidRPr="0063351A" w:rsidRDefault="00000000" w:rsidP="0063351A">
      <w:pPr>
        <w:rPr>
          <w:sz w:val="24"/>
          <w:szCs w:val="24"/>
        </w:rPr>
      </w:pPr>
      <w:r w:rsidRPr="0063351A">
        <w:rPr>
          <w:rFonts w:ascii="Garamond" w:hAnsi="Garamond"/>
          <w:b/>
          <w:sz w:val="24"/>
          <w:szCs w:val="24"/>
        </w:rPr>
        <w:t>Blueprint 33 is one of the highest-income, high-authority service paths in this book.</w:t>
      </w:r>
    </w:p>
    <w:p w14:paraId="0E87D60C" w14:textId="77777777" w:rsidR="00673185" w:rsidRDefault="00673185">
      <w:pPr>
        <w:sectPr w:rsidR="00673185" w:rsidSect="00034616">
          <w:pgSz w:w="12240" w:h="15840"/>
          <w:pgMar w:top="1440" w:right="1800" w:bottom="1440" w:left="1800" w:header="720" w:footer="720" w:gutter="0"/>
          <w:cols w:space="720"/>
          <w:docGrid w:linePitch="360"/>
        </w:sectPr>
      </w:pPr>
    </w:p>
    <w:p w14:paraId="27D08226" w14:textId="77777777" w:rsidR="001A5159" w:rsidRDefault="001A5159"/>
    <w:p w14:paraId="051DB5EA" w14:textId="77777777" w:rsidR="001A5159" w:rsidRPr="0063351A" w:rsidRDefault="00000000" w:rsidP="0063351A">
      <w:pPr>
        <w:pStyle w:val="Heading1"/>
        <w:rPr>
          <w:rFonts w:ascii="Garamond" w:hAnsi="Garamond"/>
          <w:color w:val="auto"/>
          <w:sz w:val="40"/>
          <w:szCs w:val="40"/>
        </w:rPr>
      </w:pPr>
      <w:bookmarkStart w:id="73" w:name="_Toc214830369"/>
      <w:r w:rsidRPr="0063351A">
        <w:rPr>
          <w:rFonts w:ascii="Garamond" w:hAnsi="Garamond"/>
          <w:color w:val="auto"/>
          <w:sz w:val="40"/>
          <w:szCs w:val="40"/>
        </w:rPr>
        <w:t>BLUEPRINT THIRTY-FOUR — AI OFFER CREATION &amp; MONETIZATION SYSTEM</w:t>
      </w:r>
      <w:bookmarkEnd w:id="73"/>
    </w:p>
    <w:p w14:paraId="5FD877C5" w14:textId="77777777" w:rsidR="001A5159" w:rsidRPr="0063351A" w:rsidRDefault="00000000" w:rsidP="0063351A">
      <w:pPr>
        <w:pStyle w:val="Heading2"/>
        <w:rPr>
          <w:rFonts w:ascii="Garamond" w:hAnsi="Garamond"/>
          <w:color w:val="auto"/>
          <w:sz w:val="28"/>
          <w:szCs w:val="28"/>
        </w:rPr>
      </w:pPr>
      <w:bookmarkStart w:id="74" w:name="_Toc214830370"/>
      <w:r w:rsidRPr="0063351A">
        <w:rPr>
          <w:rFonts w:ascii="Garamond" w:hAnsi="Garamond"/>
          <w:color w:val="auto"/>
          <w:sz w:val="28"/>
          <w:szCs w:val="28"/>
        </w:rPr>
        <w:t>(The Blueprint That Turns AI Into Your Personal Offer Architect — Building Products, Services, Packages &amp; Monetization Models That Actually Sell)</w:t>
      </w:r>
      <w:bookmarkEnd w:id="74"/>
    </w:p>
    <w:p w14:paraId="0E77AF64" w14:textId="77777777" w:rsidR="001A5159" w:rsidRDefault="00000000">
      <w:r>
        <w:rPr>
          <w:rFonts w:ascii="Garamond" w:hAnsi="Garamond"/>
          <w:sz w:val="24"/>
        </w:rPr>
        <w:t>Most people don’t struggle with working hard.</w:t>
      </w:r>
      <w:r>
        <w:rPr>
          <w:rFonts w:ascii="Garamond" w:hAnsi="Garamond"/>
          <w:sz w:val="24"/>
        </w:rPr>
        <w:br/>
        <w:t>They struggle with what to sell.</w:t>
      </w:r>
    </w:p>
    <w:p w14:paraId="2090353E" w14:textId="77777777" w:rsidR="001A5159" w:rsidRDefault="00000000">
      <w:r>
        <w:rPr>
          <w:rFonts w:ascii="Garamond" w:hAnsi="Garamond"/>
          <w:sz w:val="24"/>
        </w:rPr>
        <w:t>This blueprint solves that forever.</w:t>
      </w:r>
    </w:p>
    <w:p w14:paraId="575761EA" w14:textId="77777777" w:rsidR="001A5159" w:rsidRDefault="00000000">
      <w:r>
        <w:rPr>
          <w:rFonts w:ascii="Garamond" w:hAnsi="Garamond"/>
          <w:sz w:val="24"/>
        </w:rPr>
        <w:t>You become an AI Offer Architect, capable of creating:</w:t>
      </w:r>
    </w:p>
    <w:p w14:paraId="4E543868" w14:textId="77777777" w:rsidR="001A5159" w:rsidRDefault="00000000">
      <w:r>
        <w:rPr>
          <w:rFonts w:ascii="Garamond" w:hAnsi="Garamond"/>
          <w:sz w:val="24"/>
        </w:rPr>
        <w:t>offers</w:t>
      </w:r>
    </w:p>
    <w:p w14:paraId="1004C4ED" w14:textId="77777777" w:rsidR="001A5159" w:rsidRDefault="00000000">
      <w:r>
        <w:rPr>
          <w:rFonts w:ascii="Garamond" w:hAnsi="Garamond"/>
          <w:sz w:val="24"/>
        </w:rPr>
        <w:t>packages</w:t>
      </w:r>
    </w:p>
    <w:p w14:paraId="22037517" w14:textId="77777777" w:rsidR="001A5159" w:rsidRDefault="00000000">
      <w:r>
        <w:rPr>
          <w:rFonts w:ascii="Garamond" w:hAnsi="Garamond"/>
          <w:sz w:val="24"/>
        </w:rPr>
        <w:t>pricing structures</w:t>
      </w:r>
    </w:p>
    <w:p w14:paraId="79AFC7A6" w14:textId="77777777" w:rsidR="001A5159" w:rsidRDefault="00000000">
      <w:r>
        <w:rPr>
          <w:rFonts w:ascii="Garamond" w:hAnsi="Garamond"/>
          <w:sz w:val="24"/>
        </w:rPr>
        <w:t>value ladders</w:t>
      </w:r>
    </w:p>
    <w:p w14:paraId="678B1267" w14:textId="77777777" w:rsidR="001A5159" w:rsidRDefault="00000000">
      <w:r>
        <w:rPr>
          <w:rFonts w:ascii="Garamond" w:hAnsi="Garamond"/>
          <w:sz w:val="24"/>
        </w:rPr>
        <w:t xml:space="preserve">product </w:t>
      </w:r>
      <w:proofErr w:type="gramStart"/>
      <w:r>
        <w:rPr>
          <w:rFonts w:ascii="Garamond" w:hAnsi="Garamond"/>
          <w:sz w:val="24"/>
        </w:rPr>
        <w:t>suites</w:t>
      </w:r>
      <w:proofErr w:type="gramEnd"/>
    </w:p>
    <w:p w14:paraId="5D4DF739" w14:textId="77777777" w:rsidR="001A5159" w:rsidRDefault="00000000">
      <w:r>
        <w:rPr>
          <w:rFonts w:ascii="Garamond" w:hAnsi="Garamond"/>
          <w:sz w:val="24"/>
        </w:rPr>
        <w:t>monetization paths</w:t>
      </w:r>
    </w:p>
    <w:p w14:paraId="13121E93" w14:textId="77777777" w:rsidR="001A5159" w:rsidRDefault="00000000">
      <w:r>
        <w:rPr>
          <w:rFonts w:ascii="Garamond" w:hAnsi="Garamond"/>
          <w:sz w:val="24"/>
        </w:rPr>
        <w:t>positioning statements</w:t>
      </w:r>
    </w:p>
    <w:p w14:paraId="392BB137" w14:textId="77777777" w:rsidR="001A5159" w:rsidRDefault="00000000">
      <w:r>
        <w:rPr>
          <w:rFonts w:ascii="Garamond" w:hAnsi="Garamond"/>
          <w:sz w:val="24"/>
        </w:rPr>
        <w:t>market-tested messaging</w:t>
      </w:r>
    </w:p>
    <w:p w14:paraId="5C3A4D37" w14:textId="77777777" w:rsidR="001A5159" w:rsidRDefault="00000000">
      <w:r>
        <w:rPr>
          <w:rFonts w:ascii="Garamond" w:hAnsi="Garamond"/>
          <w:sz w:val="24"/>
        </w:rPr>
        <w:t xml:space="preserve">bonuses, guarantees, and </w:t>
      </w:r>
      <w:proofErr w:type="gramStart"/>
      <w:r>
        <w:rPr>
          <w:rFonts w:ascii="Garamond" w:hAnsi="Garamond"/>
          <w:sz w:val="24"/>
        </w:rPr>
        <w:t>differentiators</w:t>
      </w:r>
      <w:proofErr w:type="gramEnd"/>
    </w:p>
    <w:p w14:paraId="43B126B3" w14:textId="77777777" w:rsidR="001A5159" w:rsidRDefault="00000000">
      <w:r>
        <w:rPr>
          <w:rFonts w:ascii="Garamond" w:hAnsi="Garamond"/>
          <w:sz w:val="24"/>
        </w:rPr>
        <w:t>Whether for clients or your own business, this blueprint builds irresistible, market-ready offers — fast.</w:t>
      </w:r>
    </w:p>
    <w:p w14:paraId="7E267432" w14:textId="77777777" w:rsidR="001A5159" w:rsidRDefault="00000000">
      <w:r>
        <w:rPr>
          <w:rFonts w:ascii="Garamond" w:hAnsi="Garamond"/>
          <w:sz w:val="24"/>
        </w:rPr>
        <w:t>An offer that converts is the foundation of every successful income stream.</w:t>
      </w:r>
      <w:r>
        <w:rPr>
          <w:rFonts w:ascii="Garamond" w:hAnsi="Garamond"/>
          <w:sz w:val="24"/>
        </w:rPr>
        <w:br/>
        <w:t>AI helps you build one instantly.</w:t>
      </w:r>
    </w:p>
    <w:p w14:paraId="244493D5" w14:textId="77777777" w:rsidR="001A5159" w:rsidRDefault="001A5159"/>
    <w:p w14:paraId="75E81AFB" w14:textId="77777777" w:rsidR="001A5159" w:rsidRDefault="00000000">
      <w:r>
        <w:rPr>
          <w:rFonts w:ascii="Garamond" w:hAnsi="Garamond"/>
          <w:sz w:val="24"/>
        </w:rPr>
        <w:t>Why This Blueprint Works</w:t>
      </w:r>
    </w:p>
    <w:p w14:paraId="64600FC2" w14:textId="77777777" w:rsidR="001A5159" w:rsidRDefault="00000000">
      <w:r>
        <w:rPr>
          <w:rFonts w:ascii="Garamond" w:hAnsi="Garamond"/>
          <w:sz w:val="24"/>
        </w:rPr>
        <w:t>Most people guess their way through offer creation.</w:t>
      </w:r>
    </w:p>
    <w:p w14:paraId="544979FD" w14:textId="77777777" w:rsidR="001A5159" w:rsidRDefault="00000000">
      <w:r>
        <w:rPr>
          <w:rFonts w:ascii="Garamond" w:hAnsi="Garamond"/>
          <w:sz w:val="24"/>
        </w:rPr>
        <w:lastRenderedPageBreak/>
        <w:t>AI removes guessing and creates offers based on:</w:t>
      </w:r>
    </w:p>
    <w:p w14:paraId="21D9CA0F" w14:textId="77777777" w:rsidR="001A5159" w:rsidRDefault="00000000">
      <w:r>
        <w:rPr>
          <w:rFonts w:ascii="Garamond" w:hAnsi="Garamond"/>
          <w:sz w:val="24"/>
        </w:rPr>
        <w:t>real customer psychology</w:t>
      </w:r>
    </w:p>
    <w:p w14:paraId="3B29718C" w14:textId="77777777" w:rsidR="001A5159" w:rsidRDefault="00000000">
      <w:r>
        <w:rPr>
          <w:rFonts w:ascii="Garamond" w:hAnsi="Garamond"/>
          <w:sz w:val="24"/>
        </w:rPr>
        <w:t xml:space="preserve">validated market </w:t>
      </w:r>
      <w:proofErr w:type="gramStart"/>
      <w:r>
        <w:rPr>
          <w:rFonts w:ascii="Garamond" w:hAnsi="Garamond"/>
          <w:sz w:val="24"/>
        </w:rPr>
        <w:t>demand</w:t>
      </w:r>
      <w:proofErr w:type="gramEnd"/>
    </w:p>
    <w:p w14:paraId="3FF5E85E" w14:textId="77777777" w:rsidR="001A5159" w:rsidRDefault="00000000">
      <w:r>
        <w:rPr>
          <w:rFonts w:ascii="Garamond" w:hAnsi="Garamond"/>
          <w:sz w:val="24"/>
        </w:rPr>
        <w:t>proven pricing structures</w:t>
      </w:r>
    </w:p>
    <w:p w14:paraId="57E03630" w14:textId="77777777" w:rsidR="001A5159" w:rsidRDefault="00000000">
      <w:r>
        <w:rPr>
          <w:rFonts w:ascii="Garamond" w:hAnsi="Garamond"/>
          <w:sz w:val="24"/>
        </w:rPr>
        <w:t>competitive differentiation</w:t>
      </w:r>
    </w:p>
    <w:p w14:paraId="4F8BB9AF" w14:textId="77777777" w:rsidR="001A5159" w:rsidRDefault="00000000">
      <w:r>
        <w:rPr>
          <w:rFonts w:ascii="Garamond" w:hAnsi="Garamond"/>
          <w:sz w:val="24"/>
        </w:rPr>
        <w:t>value stacking</w:t>
      </w:r>
    </w:p>
    <w:p w14:paraId="3E5F5E25" w14:textId="77777777" w:rsidR="001A5159" w:rsidRDefault="00000000">
      <w:r>
        <w:rPr>
          <w:rFonts w:ascii="Garamond" w:hAnsi="Garamond"/>
          <w:sz w:val="24"/>
        </w:rPr>
        <w:t>transformation-based positioning</w:t>
      </w:r>
    </w:p>
    <w:p w14:paraId="6BAB76AC" w14:textId="77777777" w:rsidR="001A5159" w:rsidRDefault="00000000">
      <w:r>
        <w:rPr>
          <w:rFonts w:ascii="Garamond" w:hAnsi="Garamond"/>
          <w:sz w:val="24"/>
        </w:rPr>
        <w:t>step-by-step service workflows</w:t>
      </w:r>
    </w:p>
    <w:p w14:paraId="2BF49E65" w14:textId="77777777" w:rsidR="001A5159" w:rsidRDefault="00000000">
      <w:r>
        <w:rPr>
          <w:rFonts w:ascii="Garamond" w:hAnsi="Garamond"/>
          <w:sz w:val="24"/>
        </w:rPr>
        <w:t>This leads to:</w:t>
      </w:r>
    </w:p>
    <w:p w14:paraId="626D508C" w14:textId="77777777" w:rsidR="001A5159" w:rsidRDefault="00000000">
      <w:r>
        <w:rPr>
          <w:rFonts w:ascii="Garamond" w:hAnsi="Garamond"/>
          <w:sz w:val="24"/>
        </w:rPr>
        <w:t>clearer messaging</w:t>
      </w:r>
    </w:p>
    <w:p w14:paraId="16B7EC1F" w14:textId="77777777" w:rsidR="001A5159" w:rsidRDefault="00000000">
      <w:proofErr w:type="gramStart"/>
      <w:r>
        <w:rPr>
          <w:rFonts w:ascii="Garamond" w:hAnsi="Garamond"/>
          <w:sz w:val="24"/>
        </w:rPr>
        <w:t>stronger</w:t>
      </w:r>
      <w:proofErr w:type="gramEnd"/>
      <w:r>
        <w:rPr>
          <w:rFonts w:ascii="Garamond" w:hAnsi="Garamond"/>
          <w:sz w:val="24"/>
        </w:rPr>
        <w:t xml:space="preserve"> hooks</w:t>
      </w:r>
    </w:p>
    <w:p w14:paraId="28EA0BE6" w14:textId="77777777" w:rsidR="001A5159" w:rsidRDefault="00000000">
      <w:r>
        <w:rPr>
          <w:rFonts w:ascii="Garamond" w:hAnsi="Garamond"/>
          <w:sz w:val="24"/>
        </w:rPr>
        <w:t>more confident selling</w:t>
      </w:r>
    </w:p>
    <w:p w14:paraId="35D73798" w14:textId="77777777" w:rsidR="001A5159" w:rsidRDefault="00000000">
      <w:r>
        <w:rPr>
          <w:rFonts w:ascii="Garamond" w:hAnsi="Garamond"/>
          <w:sz w:val="24"/>
        </w:rPr>
        <w:t>more consistent conversions</w:t>
      </w:r>
    </w:p>
    <w:p w14:paraId="1C7C8F2C" w14:textId="77777777" w:rsidR="001A5159" w:rsidRDefault="00000000">
      <w:r>
        <w:rPr>
          <w:rFonts w:ascii="Garamond" w:hAnsi="Garamond"/>
          <w:sz w:val="24"/>
        </w:rPr>
        <w:t>A strong offer = an easier business.</w:t>
      </w:r>
    </w:p>
    <w:p w14:paraId="718D535D" w14:textId="77777777" w:rsidR="001A5159" w:rsidRDefault="001A5159"/>
    <w:p w14:paraId="55C40275" w14:textId="77777777" w:rsidR="001A5159" w:rsidRDefault="00000000">
      <w:r>
        <w:rPr>
          <w:rFonts w:ascii="Garamond" w:hAnsi="Garamond"/>
          <w:sz w:val="24"/>
        </w:rPr>
        <w:t>Tools You Need</w:t>
      </w:r>
    </w:p>
    <w:p w14:paraId="5B9F1D17" w14:textId="77777777" w:rsidR="001A5159" w:rsidRDefault="00000000">
      <w:r>
        <w:rPr>
          <w:rFonts w:ascii="Garamond" w:hAnsi="Garamond"/>
          <w:sz w:val="24"/>
        </w:rPr>
        <w:t>ChatGPT / Claude — offer creation + positioning</w:t>
      </w:r>
      <w:r>
        <w:rPr>
          <w:rFonts w:ascii="Garamond" w:hAnsi="Garamond"/>
          <w:sz w:val="24"/>
        </w:rPr>
        <w:br/>
        <w:t>Google Docs — package building + breakdown documents</w:t>
      </w:r>
      <w:r>
        <w:rPr>
          <w:rFonts w:ascii="Garamond" w:hAnsi="Garamond"/>
          <w:sz w:val="24"/>
        </w:rPr>
        <w:br/>
        <w:t>Notion / ClickUp — product suite mapping</w:t>
      </w:r>
      <w:r>
        <w:rPr>
          <w:rFonts w:ascii="Garamond" w:hAnsi="Garamond"/>
          <w:sz w:val="24"/>
        </w:rPr>
        <w:br/>
        <w:t xml:space="preserve">Canva — offer sheets / pitch </w:t>
      </w:r>
      <w:proofErr w:type="gramStart"/>
      <w:r>
        <w:rPr>
          <w:rFonts w:ascii="Garamond" w:hAnsi="Garamond"/>
          <w:sz w:val="24"/>
        </w:rPr>
        <w:t>decks</w:t>
      </w:r>
      <w:proofErr w:type="gramEnd"/>
    </w:p>
    <w:p w14:paraId="022BEC5A" w14:textId="77777777" w:rsidR="001A5159" w:rsidRDefault="00000000">
      <w:r>
        <w:rPr>
          <w:rFonts w:ascii="Garamond" w:hAnsi="Garamond"/>
          <w:sz w:val="24"/>
        </w:rPr>
        <w:t>Optional:</w:t>
      </w:r>
      <w:r>
        <w:rPr>
          <w:rFonts w:ascii="Garamond" w:hAnsi="Garamond"/>
          <w:sz w:val="24"/>
        </w:rPr>
        <w:br/>
        <w:t>Miro — value ladder graphics</w:t>
      </w:r>
      <w:r>
        <w:rPr>
          <w:rFonts w:ascii="Garamond" w:hAnsi="Garamond"/>
          <w:sz w:val="24"/>
        </w:rPr>
        <w:br/>
        <w:t>Survey tools — feedback loops</w:t>
      </w:r>
    </w:p>
    <w:p w14:paraId="6A16E8DF" w14:textId="77777777" w:rsidR="001A5159" w:rsidRDefault="001A5159"/>
    <w:p w14:paraId="0BF0AB5A" w14:textId="77777777" w:rsidR="001A5159" w:rsidRDefault="00000000">
      <w:r>
        <w:rPr>
          <w:rFonts w:ascii="Garamond" w:hAnsi="Garamond"/>
          <w:sz w:val="24"/>
        </w:rPr>
        <w:t>What You’ll Offer</w:t>
      </w:r>
    </w:p>
    <w:p w14:paraId="2AEA5B3C" w14:textId="77777777" w:rsidR="001A5159" w:rsidRDefault="00000000">
      <w:r>
        <w:rPr>
          <w:rFonts w:ascii="Garamond" w:hAnsi="Garamond"/>
          <w:sz w:val="24"/>
        </w:rPr>
        <w:t>You can create:</w:t>
      </w:r>
    </w:p>
    <w:p w14:paraId="7BBAE7D5" w14:textId="77777777" w:rsidR="001A5159" w:rsidRDefault="00000000">
      <w:r>
        <w:rPr>
          <w:rFonts w:ascii="Garamond" w:hAnsi="Garamond"/>
          <w:sz w:val="24"/>
        </w:rPr>
        <w:t>Signature Offers:</w:t>
      </w:r>
    </w:p>
    <w:p w14:paraId="4C5CCAD1" w14:textId="77777777" w:rsidR="001A5159" w:rsidRDefault="00000000">
      <w:r>
        <w:rPr>
          <w:rFonts w:ascii="Garamond" w:hAnsi="Garamond"/>
          <w:sz w:val="24"/>
        </w:rPr>
        <w:lastRenderedPageBreak/>
        <w:t>high-ticket service packages</w:t>
      </w:r>
    </w:p>
    <w:p w14:paraId="1EDD9842" w14:textId="77777777" w:rsidR="001A5159" w:rsidRDefault="00000000">
      <w:r>
        <w:rPr>
          <w:rFonts w:ascii="Garamond" w:hAnsi="Garamond"/>
          <w:sz w:val="24"/>
        </w:rPr>
        <w:t>digital product suites</w:t>
      </w:r>
    </w:p>
    <w:p w14:paraId="3626D7C5" w14:textId="77777777" w:rsidR="001A5159" w:rsidRDefault="00000000">
      <w:r>
        <w:rPr>
          <w:rFonts w:ascii="Garamond" w:hAnsi="Garamond"/>
          <w:sz w:val="24"/>
        </w:rPr>
        <w:t>consulting bundles</w:t>
      </w:r>
    </w:p>
    <w:p w14:paraId="0B307876" w14:textId="77777777" w:rsidR="001A5159" w:rsidRDefault="00000000">
      <w:r>
        <w:rPr>
          <w:rFonts w:ascii="Garamond" w:hAnsi="Garamond"/>
          <w:sz w:val="24"/>
        </w:rPr>
        <w:t xml:space="preserve">coaching </w:t>
      </w:r>
      <w:proofErr w:type="gramStart"/>
      <w:r>
        <w:rPr>
          <w:rFonts w:ascii="Garamond" w:hAnsi="Garamond"/>
          <w:sz w:val="24"/>
        </w:rPr>
        <w:t>offers</w:t>
      </w:r>
      <w:proofErr w:type="gramEnd"/>
    </w:p>
    <w:p w14:paraId="5D89FCD0" w14:textId="77777777" w:rsidR="001A5159" w:rsidRDefault="00000000">
      <w:r>
        <w:rPr>
          <w:rFonts w:ascii="Garamond" w:hAnsi="Garamond"/>
          <w:sz w:val="24"/>
        </w:rPr>
        <w:t>subscription programs</w:t>
      </w:r>
    </w:p>
    <w:p w14:paraId="11B4AF60" w14:textId="77777777" w:rsidR="001A5159" w:rsidRDefault="00000000">
      <w:proofErr w:type="gramStart"/>
      <w:r>
        <w:rPr>
          <w:rFonts w:ascii="Garamond" w:hAnsi="Garamond"/>
          <w:sz w:val="24"/>
        </w:rPr>
        <w:t>memberships</w:t>
      </w:r>
      <w:proofErr w:type="gramEnd"/>
    </w:p>
    <w:p w14:paraId="5BB8BA5C" w14:textId="77777777" w:rsidR="001A5159" w:rsidRDefault="00000000">
      <w:r>
        <w:rPr>
          <w:rFonts w:ascii="Garamond" w:hAnsi="Garamond"/>
          <w:sz w:val="24"/>
        </w:rPr>
        <w:t>Pricing Models:</w:t>
      </w:r>
    </w:p>
    <w:p w14:paraId="58D23602" w14:textId="77777777" w:rsidR="001A5159" w:rsidRDefault="00000000">
      <w:r>
        <w:rPr>
          <w:rFonts w:ascii="Garamond" w:hAnsi="Garamond"/>
          <w:sz w:val="24"/>
        </w:rPr>
        <w:t>tiered packages</w:t>
      </w:r>
    </w:p>
    <w:p w14:paraId="136EDBB9" w14:textId="77777777" w:rsidR="001A5159" w:rsidRDefault="00000000">
      <w:r>
        <w:rPr>
          <w:rFonts w:ascii="Garamond" w:hAnsi="Garamond"/>
          <w:sz w:val="24"/>
        </w:rPr>
        <w:t>retainer options</w:t>
      </w:r>
    </w:p>
    <w:p w14:paraId="1EEFF863" w14:textId="77777777" w:rsidR="001A5159" w:rsidRDefault="00000000">
      <w:r>
        <w:rPr>
          <w:rFonts w:ascii="Garamond" w:hAnsi="Garamond"/>
          <w:sz w:val="24"/>
        </w:rPr>
        <w:t>performance-based pricing</w:t>
      </w:r>
    </w:p>
    <w:p w14:paraId="7718BFEF" w14:textId="77777777" w:rsidR="001A5159" w:rsidRDefault="00000000">
      <w:r>
        <w:rPr>
          <w:rFonts w:ascii="Garamond" w:hAnsi="Garamond"/>
          <w:sz w:val="24"/>
        </w:rPr>
        <w:t xml:space="preserve">hybrid </w:t>
      </w:r>
      <w:proofErr w:type="gramStart"/>
      <w:r>
        <w:rPr>
          <w:rFonts w:ascii="Garamond" w:hAnsi="Garamond"/>
          <w:sz w:val="24"/>
        </w:rPr>
        <w:t>offers</w:t>
      </w:r>
      <w:proofErr w:type="gramEnd"/>
    </w:p>
    <w:p w14:paraId="0B882917" w14:textId="77777777" w:rsidR="001A5159" w:rsidRDefault="00000000">
      <w:r>
        <w:rPr>
          <w:rFonts w:ascii="Garamond" w:hAnsi="Garamond"/>
          <w:sz w:val="24"/>
        </w:rPr>
        <w:t>Messaging &amp; Positioning:</w:t>
      </w:r>
    </w:p>
    <w:p w14:paraId="019D152D" w14:textId="77777777" w:rsidR="001A5159" w:rsidRDefault="00000000">
      <w:r>
        <w:rPr>
          <w:rFonts w:ascii="Garamond" w:hAnsi="Garamond"/>
          <w:sz w:val="24"/>
        </w:rPr>
        <w:t>power statements</w:t>
      </w:r>
    </w:p>
    <w:p w14:paraId="02420D35" w14:textId="77777777" w:rsidR="001A5159" w:rsidRDefault="00000000">
      <w:r>
        <w:rPr>
          <w:rFonts w:ascii="Garamond" w:hAnsi="Garamond"/>
          <w:sz w:val="24"/>
        </w:rPr>
        <w:t xml:space="preserve">offer </w:t>
      </w:r>
      <w:proofErr w:type="gramStart"/>
      <w:r>
        <w:rPr>
          <w:rFonts w:ascii="Garamond" w:hAnsi="Garamond"/>
          <w:sz w:val="24"/>
        </w:rPr>
        <w:t>headlines</w:t>
      </w:r>
      <w:proofErr w:type="gramEnd"/>
    </w:p>
    <w:p w14:paraId="3B016407" w14:textId="77777777" w:rsidR="001A5159" w:rsidRDefault="00000000">
      <w:r>
        <w:rPr>
          <w:rFonts w:ascii="Garamond" w:hAnsi="Garamond"/>
          <w:sz w:val="24"/>
        </w:rPr>
        <w:t>transformation statements</w:t>
      </w:r>
    </w:p>
    <w:p w14:paraId="3F67213E" w14:textId="77777777" w:rsidR="001A5159" w:rsidRDefault="00000000">
      <w:r>
        <w:rPr>
          <w:rFonts w:ascii="Garamond" w:hAnsi="Garamond"/>
          <w:sz w:val="24"/>
        </w:rPr>
        <w:t>objections &amp; answers</w:t>
      </w:r>
    </w:p>
    <w:p w14:paraId="727317B2" w14:textId="77777777" w:rsidR="001A5159" w:rsidRDefault="00000000">
      <w:r>
        <w:rPr>
          <w:rFonts w:ascii="Garamond" w:hAnsi="Garamond"/>
          <w:sz w:val="24"/>
        </w:rPr>
        <w:t xml:space="preserve">offer </w:t>
      </w:r>
      <w:proofErr w:type="gramStart"/>
      <w:r>
        <w:rPr>
          <w:rFonts w:ascii="Garamond" w:hAnsi="Garamond"/>
          <w:sz w:val="24"/>
        </w:rPr>
        <w:t>differentiators</w:t>
      </w:r>
      <w:proofErr w:type="gramEnd"/>
    </w:p>
    <w:p w14:paraId="4460EF24" w14:textId="77777777" w:rsidR="001A5159" w:rsidRDefault="00000000">
      <w:r>
        <w:rPr>
          <w:rFonts w:ascii="Garamond" w:hAnsi="Garamond"/>
          <w:sz w:val="24"/>
        </w:rPr>
        <w:t>Bonuses, Guarantees &amp; Value Stacks:</w:t>
      </w:r>
    </w:p>
    <w:p w14:paraId="55C30C12" w14:textId="77777777" w:rsidR="001A5159" w:rsidRDefault="00000000">
      <w:r>
        <w:rPr>
          <w:rFonts w:ascii="Garamond" w:hAnsi="Garamond"/>
          <w:sz w:val="24"/>
        </w:rPr>
        <w:t>Everything that increases conversions.</w:t>
      </w:r>
    </w:p>
    <w:p w14:paraId="36B30022" w14:textId="77777777" w:rsidR="001A5159" w:rsidRDefault="00000000">
      <w:r>
        <w:rPr>
          <w:rFonts w:ascii="Garamond" w:hAnsi="Garamond"/>
          <w:sz w:val="24"/>
        </w:rPr>
        <w:t>Businesses LOVE this because it makes selling easier.</w:t>
      </w:r>
    </w:p>
    <w:p w14:paraId="0C18D9EB" w14:textId="77777777" w:rsidR="001A5159" w:rsidRDefault="001A5159"/>
    <w:p w14:paraId="306CBD60" w14:textId="77777777" w:rsidR="001A5159" w:rsidRDefault="00000000">
      <w:r>
        <w:rPr>
          <w:rFonts w:ascii="Garamond" w:hAnsi="Garamond"/>
          <w:sz w:val="24"/>
        </w:rPr>
        <w:t>AI-Powered Workflow (Step-by-Step)</w:t>
      </w:r>
    </w:p>
    <w:p w14:paraId="56A9DDC5" w14:textId="77777777" w:rsidR="001A5159" w:rsidRDefault="00000000">
      <w:r>
        <w:rPr>
          <w:rFonts w:ascii="Garamond" w:hAnsi="Garamond"/>
          <w:sz w:val="24"/>
        </w:rPr>
        <w:t>STEP 1 — Identify the Pain + Desired Outcome</w:t>
      </w:r>
    </w:p>
    <w:p w14:paraId="4DADBCDC" w14:textId="77777777" w:rsidR="001A5159" w:rsidRDefault="00000000">
      <w:r>
        <w:rPr>
          <w:rFonts w:ascii="Garamond" w:hAnsi="Garamond"/>
          <w:sz w:val="24"/>
        </w:rPr>
        <w:t>Ask AI:</w:t>
      </w:r>
    </w:p>
    <w:p w14:paraId="1D332C26" w14:textId="77777777" w:rsidR="001A5159" w:rsidRDefault="00000000">
      <w:r>
        <w:rPr>
          <w:rFonts w:ascii="Garamond" w:hAnsi="Garamond"/>
          <w:sz w:val="24"/>
        </w:rPr>
        <w:t>“Identify the top problems, desires, and emotional drivers of this audience.”</w:t>
      </w:r>
    </w:p>
    <w:p w14:paraId="4F317AAE" w14:textId="77777777" w:rsidR="001A5159" w:rsidRDefault="001A5159"/>
    <w:p w14:paraId="383C4CFD" w14:textId="77777777" w:rsidR="001A5159" w:rsidRDefault="00000000">
      <w:r>
        <w:rPr>
          <w:rFonts w:ascii="Garamond" w:hAnsi="Garamond"/>
          <w:sz w:val="24"/>
        </w:rPr>
        <w:t>STEP 2 — Build the Core Offer</w:t>
      </w:r>
    </w:p>
    <w:p w14:paraId="7C624F56" w14:textId="77777777" w:rsidR="001A5159" w:rsidRDefault="00000000">
      <w:r>
        <w:rPr>
          <w:rFonts w:ascii="Garamond" w:hAnsi="Garamond"/>
          <w:sz w:val="24"/>
        </w:rPr>
        <w:t>Ask:</w:t>
      </w:r>
    </w:p>
    <w:p w14:paraId="628A96BE" w14:textId="77777777" w:rsidR="001A5159" w:rsidRDefault="00000000">
      <w:r>
        <w:rPr>
          <w:rFonts w:ascii="Garamond" w:hAnsi="Garamond"/>
          <w:sz w:val="24"/>
        </w:rPr>
        <w:t>“Create a transformation-based offer that solves the top three pain points.”</w:t>
      </w:r>
    </w:p>
    <w:p w14:paraId="79C5E4A4" w14:textId="77777777" w:rsidR="001A5159" w:rsidRDefault="001A5159"/>
    <w:p w14:paraId="37E15DD1" w14:textId="77777777" w:rsidR="001A5159" w:rsidRDefault="00000000">
      <w:r>
        <w:rPr>
          <w:rFonts w:ascii="Garamond" w:hAnsi="Garamond"/>
          <w:sz w:val="24"/>
        </w:rPr>
        <w:t>STEP 3 — Create the Delivery Breakdown</w:t>
      </w:r>
    </w:p>
    <w:p w14:paraId="5BD8E6AD" w14:textId="77777777" w:rsidR="001A5159" w:rsidRDefault="00000000">
      <w:r>
        <w:rPr>
          <w:rFonts w:ascii="Garamond" w:hAnsi="Garamond"/>
          <w:sz w:val="24"/>
        </w:rPr>
        <w:t>Ask:</w:t>
      </w:r>
    </w:p>
    <w:p w14:paraId="2B166D31" w14:textId="77777777" w:rsidR="001A5159" w:rsidRDefault="00000000">
      <w:r>
        <w:rPr>
          <w:rFonts w:ascii="Garamond" w:hAnsi="Garamond"/>
          <w:sz w:val="24"/>
        </w:rPr>
        <w:t>“Turn this offer into a step-by-step service or product with clear deliverables.”</w:t>
      </w:r>
    </w:p>
    <w:p w14:paraId="1667AB53" w14:textId="77777777" w:rsidR="001A5159" w:rsidRDefault="001A5159"/>
    <w:p w14:paraId="22243D4F" w14:textId="77777777" w:rsidR="001A5159" w:rsidRDefault="00000000">
      <w:r>
        <w:rPr>
          <w:rFonts w:ascii="Garamond" w:hAnsi="Garamond"/>
          <w:sz w:val="24"/>
        </w:rPr>
        <w:t>STEP 4 — Create the Pricing Structure</w:t>
      </w:r>
    </w:p>
    <w:p w14:paraId="6350D557" w14:textId="77777777" w:rsidR="001A5159" w:rsidRDefault="00000000">
      <w:r>
        <w:rPr>
          <w:rFonts w:ascii="Garamond" w:hAnsi="Garamond"/>
          <w:sz w:val="24"/>
        </w:rPr>
        <w:t>Ask:</w:t>
      </w:r>
    </w:p>
    <w:p w14:paraId="2F155C0C" w14:textId="77777777" w:rsidR="001A5159" w:rsidRDefault="00000000">
      <w:r>
        <w:rPr>
          <w:rFonts w:ascii="Garamond" w:hAnsi="Garamond"/>
          <w:sz w:val="24"/>
        </w:rPr>
        <w:t>“Develop a tiered pricing model with 3 options and clear differentiators.”</w:t>
      </w:r>
    </w:p>
    <w:p w14:paraId="61791259" w14:textId="77777777" w:rsidR="001A5159" w:rsidRDefault="001A5159"/>
    <w:p w14:paraId="7CC1BFF0" w14:textId="77777777" w:rsidR="001A5159" w:rsidRDefault="00000000">
      <w:r>
        <w:rPr>
          <w:rFonts w:ascii="Garamond" w:hAnsi="Garamond"/>
          <w:sz w:val="24"/>
        </w:rPr>
        <w:t>STEP 5 — Build the Value Stack</w:t>
      </w:r>
    </w:p>
    <w:p w14:paraId="2FED51B3" w14:textId="77777777" w:rsidR="001A5159" w:rsidRDefault="00000000">
      <w:r>
        <w:rPr>
          <w:rFonts w:ascii="Garamond" w:hAnsi="Garamond"/>
          <w:sz w:val="24"/>
        </w:rPr>
        <w:t>Ask:</w:t>
      </w:r>
    </w:p>
    <w:p w14:paraId="3E640F14" w14:textId="77777777" w:rsidR="001A5159" w:rsidRDefault="00000000">
      <w:r>
        <w:rPr>
          <w:rFonts w:ascii="Garamond" w:hAnsi="Garamond"/>
          <w:sz w:val="24"/>
        </w:rPr>
        <w:t>“Add bonuses that increase perceived value without adding much extra work.”</w:t>
      </w:r>
    </w:p>
    <w:p w14:paraId="1FA33DF2" w14:textId="77777777" w:rsidR="001A5159" w:rsidRDefault="001A5159"/>
    <w:p w14:paraId="548C31EC" w14:textId="77777777" w:rsidR="001A5159" w:rsidRDefault="00000000">
      <w:r>
        <w:rPr>
          <w:rFonts w:ascii="Garamond" w:hAnsi="Garamond"/>
          <w:sz w:val="24"/>
        </w:rPr>
        <w:t>STEP 6 — Build the Sales Messaging</w:t>
      </w:r>
    </w:p>
    <w:p w14:paraId="21640FBD" w14:textId="77777777" w:rsidR="001A5159" w:rsidRDefault="00000000">
      <w:r>
        <w:rPr>
          <w:rFonts w:ascii="Garamond" w:hAnsi="Garamond"/>
          <w:sz w:val="24"/>
        </w:rPr>
        <w:t>You’ll generate:</w:t>
      </w:r>
    </w:p>
    <w:p w14:paraId="16BC99CF" w14:textId="77777777" w:rsidR="001A5159" w:rsidRDefault="00000000">
      <w:r>
        <w:rPr>
          <w:rFonts w:ascii="Garamond" w:hAnsi="Garamond"/>
          <w:sz w:val="24"/>
        </w:rPr>
        <w:t xml:space="preserve">offer </w:t>
      </w:r>
      <w:proofErr w:type="gramStart"/>
      <w:r>
        <w:rPr>
          <w:rFonts w:ascii="Garamond" w:hAnsi="Garamond"/>
          <w:sz w:val="24"/>
        </w:rPr>
        <w:t>headline</w:t>
      </w:r>
      <w:proofErr w:type="gramEnd"/>
    </w:p>
    <w:p w14:paraId="5C654D00" w14:textId="77777777" w:rsidR="001A5159" w:rsidRDefault="00000000">
      <w:r>
        <w:rPr>
          <w:rFonts w:ascii="Garamond" w:hAnsi="Garamond"/>
          <w:sz w:val="24"/>
        </w:rPr>
        <w:t>sub-headline</w:t>
      </w:r>
    </w:p>
    <w:p w14:paraId="3547D8AF" w14:textId="77777777" w:rsidR="001A5159" w:rsidRDefault="00000000">
      <w:r>
        <w:rPr>
          <w:rFonts w:ascii="Garamond" w:hAnsi="Garamond"/>
          <w:sz w:val="24"/>
        </w:rPr>
        <w:t xml:space="preserve">transformation </w:t>
      </w:r>
      <w:proofErr w:type="gramStart"/>
      <w:r>
        <w:rPr>
          <w:rFonts w:ascii="Garamond" w:hAnsi="Garamond"/>
          <w:sz w:val="24"/>
        </w:rPr>
        <w:t>promise</w:t>
      </w:r>
      <w:proofErr w:type="gramEnd"/>
    </w:p>
    <w:p w14:paraId="205089B1" w14:textId="77777777" w:rsidR="001A5159" w:rsidRDefault="00000000">
      <w:r>
        <w:rPr>
          <w:rFonts w:ascii="Garamond" w:hAnsi="Garamond"/>
          <w:sz w:val="24"/>
        </w:rPr>
        <w:t>objections &amp; answers</w:t>
      </w:r>
    </w:p>
    <w:p w14:paraId="4CBF1627" w14:textId="77777777" w:rsidR="001A5159" w:rsidRDefault="00000000">
      <w:r>
        <w:rPr>
          <w:rFonts w:ascii="Garamond" w:hAnsi="Garamond"/>
          <w:sz w:val="24"/>
        </w:rPr>
        <w:t>urgency &amp; scarcity levers</w:t>
      </w:r>
    </w:p>
    <w:p w14:paraId="59C1C19D" w14:textId="77777777" w:rsidR="001A5159" w:rsidRDefault="001A5159"/>
    <w:p w14:paraId="792D9001" w14:textId="77777777" w:rsidR="001A5159" w:rsidRDefault="00000000">
      <w:r>
        <w:rPr>
          <w:rFonts w:ascii="Garamond" w:hAnsi="Garamond"/>
          <w:sz w:val="24"/>
        </w:rPr>
        <w:t>STEP 7 — Package the Offer Professionally</w:t>
      </w:r>
    </w:p>
    <w:p w14:paraId="63FA6CC0" w14:textId="77777777" w:rsidR="001A5159" w:rsidRDefault="00000000">
      <w:r>
        <w:rPr>
          <w:rFonts w:ascii="Garamond" w:hAnsi="Garamond"/>
          <w:sz w:val="24"/>
        </w:rPr>
        <w:lastRenderedPageBreak/>
        <w:t>Use Canva to create:</w:t>
      </w:r>
    </w:p>
    <w:p w14:paraId="192ADB4B" w14:textId="77777777" w:rsidR="001A5159" w:rsidRDefault="00000000">
      <w:r>
        <w:rPr>
          <w:rFonts w:ascii="Garamond" w:hAnsi="Garamond"/>
          <w:sz w:val="24"/>
        </w:rPr>
        <w:t xml:space="preserve">offer </w:t>
      </w:r>
      <w:proofErr w:type="gramStart"/>
      <w:r>
        <w:rPr>
          <w:rFonts w:ascii="Garamond" w:hAnsi="Garamond"/>
          <w:sz w:val="24"/>
        </w:rPr>
        <w:t>sheets</w:t>
      </w:r>
      <w:proofErr w:type="gramEnd"/>
    </w:p>
    <w:p w14:paraId="1C2B820C" w14:textId="77777777" w:rsidR="001A5159" w:rsidRDefault="00000000">
      <w:r>
        <w:rPr>
          <w:rFonts w:ascii="Garamond" w:hAnsi="Garamond"/>
          <w:sz w:val="24"/>
        </w:rPr>
        <w:t>package breakdowns</w:t>
      </w:r>
    </w:p>
    <w:p w14:paraId="4C28C9DF" w14:textId="77777777" w:rsidR="001A5159" w:rsidRDefault="00000000">
      <w:r>
        <w:rPr>
          <w:rFonts w:ascii="Garamond" w:hAnsi="Garamond"/>
          <w:sz w:val="24"/>
        </w:rPr>
        <w:t>pricing visuals</w:t>
      </w:r>
    </w:p>
    <w:p w14:paraId="53D53CBD" w14:textId="77777777" w:rsidR="001A5159" w:rsidRDefault="00000000">
      <w:r>
        <w:rPr>
          <w:rFonts w:ascii="Garamond" w:hAnsi="Garamond"/>
          <w:sz w:val="24"/>
        </w:rPr>
        <w:t>value ladder diagrams</w:t>
      </w:r>
    </w:p>
    <w:p w14:paraId="3687F880" w14:textId="77777777" w:rsidR="001A5159" w:rsidRDefault="00000000">
      <w:r>
        <w:rPr>
          <w:rFonts w:ascii="Garamond" w:hAnsi="Garamond"/>
          <w:sz w:val="24"/>
        </w:rPr>
        <w:t>Looks premium instantly.</w:t>
      </w:r>
    </w:p>
    <w:p w14:paraId="1955182D" w14:textId="77777777" w:rsidR="001A5159" w:rsidRDefault="001A5159"/>
    <w:p w14:paraId="708D295F" w14:textId="77777777" w:rsidR="001A5159" w:rsidRDefault="00000000">
      <w:r>
        <w:rPr>
          <w:rFonts w:ascii="Garamond" w:hAnsi="Garamond"/>
          <w:sz w:val="24"/>
        </w:rPr>
        <w:t>Beginner-Proof Portfolio</w:t>
      </w:r>
    </w:p>
    <w:p w14:paraId="72791619" w14:textId="77777777" w:rsidR="001A5159" w:rsidRDefault="00000000">
      <w:r>
        <w:rPr>
          <w:rFonts w:ascii="Garamond" w:hAnsi="Garamond"/>
          <w:sz w:val="24"/>
        </w:rPr>
        <w:t>Create:</w:t>
      </w:r>
    </w:p>
    <w:p w14:paraId="2A51AF33" w14:textId="77777777" w:rsidR="001A5159" w:rsidRDefault="00000000">
      <w:r>
        <w:rPr>
          <w:rFonts w:ascii="Garamond" w:hAnsi="Garamond"/>
          <w:sz w:val="24"/>
        </w:rPr>
        <w:t>1 signature offer</w:t>
      </w:r>
    </w:p>
    <w:p w14:paraId="1ABB0395" w14:textId="77777777" w:rsidR="001A5159" w:rsidRDefault="00000000">
      <w:r>
        <w:rPr>
          <w:rFonts w:ascii="Garamond" w:hAnsi="Garamond"/>
          <w:sz w:val="24"/>
        </w:rPr>
        <w:t>1 value ladder</w:t>
      </w:r>
    </w:p>
    <w:p w14:paraId="13852C9F" w14:textId="77777777" w:rsidR="001A5159" w:rsidRDefault="00000000">
      <w:r>
        <w:rPr>
          <w:rFonts w:ascii="Garamond" w:hAnsi="Garamond"/>
          <w:sz w:val="24"/>
        </w:rPr>
        <w:t>1 pricing model</w:t>
      </w:r>
    </w:p>
    <w:p w14:paraId="770D79CB" w14:textId="77777777" w:rsidR="001A5159" w:rsidRDefault="00000000">
      <w:r>
        <w:rPr>
          <w:rFonts w:ascii="Garamond" w:hAnsi="Garamond"/>
          <w:sz w:val="24"/>
        </w:rPr>
        <w:t>1 beautifully formatted offer sheet</w:t>
      </w:r>
    </w:p>
    <w:p w14:paraId="5B065D20" w14:textId="77777777" w:rsidR="001A5159" w:rsidRDefault="00000000">
      <w:r>
        <w:rPr>
          <w:rFonts w:ascii="Garamond" w:hAnsi="Garamond"/>
          <w:sz w:val="24"/>
        </w:rPr>
        <w:t>This alone can land high-paying clients.</w:t>
      </w:r>
    </w:p>
    <w:p w14:paraId="1E2F828C" w14:textId="77777777" w:rsidR="001A5159" w:rsidRDefault="001A5159"/>
    <w:p w14:paraId="1FAFFA3F" w14:textId="77777777" w:rsidR="001A5159" w:rsidRDefault="00000000">
      <w:r>
        <w:rPr>
          <w:rFonts w:ascii="Garamond" w:hAnsi="Garamond"/>
          <w:sz w:val="24"/>
        </w:rPr>
        <w:t>Pricing Guide</w:t>
      </w:r>
    </w:p>
    <w:p w14:paraId="3D1FFE01" w14:textId="77777777" w:rsidR="001A5159" w:rsidRDefault="00000000">
      <w:r>
        <w:rPr>
          <w:rFonts w:ascii="Garamond" w:hAnsi="Garamond"/>
          <w:sz w:val="24"/>
        </w:rPr>
        <w:t>Beginners:</w:t>
      </w:r>
    </w:p>
    <w:p w14:paraId="0F605245" w14:textId="77777777" w:rsidR="001A5159" w:rsidRDefault="00000000">
      <w:r>
        <w:rPr>
          <w:rFonts w:ascii="Garamond" w:hAnsi="Garamond"/>
          <w:sz w:val="24"/>
        </w:rPr>
        <w:t>$50–$150 offer creation</w:t>
      </w:r>
    </w:p>
    <w:p w14:paraId="7D40D5BD" w14:textId="77777777" w:rsidR="001A5159" w:rsidRDefault="00000000">
      <w:r>
        <w:rPr>
          <w:rFonts w:ascii="Garamond" w:hAnsi="Garamond"/>
          <w:sz w:val="24"/>
        </w:rPr>
        <w:t>$75–$200 pricing models</w:t>
      </w:r>
    </w:p>
    <w:p w14:paraId="3B54A819" w14:textId="77777777" w:rsidR="001A5159" w:rsidRDefault="00000000">
      <w:r>
        <w:rPr>
          <w:rFonts w:ascii="Garamond" w:hAnsi="Garamond"/>
          <w:sz w:val="24"/>
        </w:rPr>
        <w:t>Intermediate:</w:t>
      </w:r>
    </w:p>
    <w:p w14:paraId="39C1AB69" w14:textId="77777777" w:rsidR="001A5159" w:rsidRDefault="00000000">
      <w:r>
        <w:rPr>
          <w:rFonts w:ascii="Garamond" w:hAnsi="Garamond"/>
          <w:sz w:val="24"/>
        </w:rPr>
        <w:t>$300–$800 signature offer system</w:t>
      </w:r>
    </w:p>
    <w:p w14:paraId="55D9BD4D" w14:textId="77777777" w:rsidR="001A5159" w:rsidRDefault="00000000">
      <w:r>
        <w:rPr>
          <w:rFonts w:ascii="Garamond" w:hAnsi="Garamond"/>
          <w:sz w:val="24"/>
        </w:rPr>
        <w:t>$500–$1,200 product suite mapping</w:t>
      </w:r>
    </w:p>
    <w:p w14:paraId="1D400ADE" w14:textId="77777777" w:rsidR="001A5159" w:rsidRDefault="00000000">
      <w:r>
        <w:rPr>
          <w:rFonts w:ascii="Garamond" w:hAnsi="Garamond"/>
          <w:sz w:val="24"/>
        </w:rPr>
        <w:t>Pro:</w:t>
      </w:r>
    </w:p>
    <w:p w14:paraId="3CED9C99" w14:textId="77777777" w:rsidR="001A5159" w:rsidRDefault="00000000">
      <w:r>
        <w:rPr>
          <w:rFonts w:ascii="Garamond" w:hAnsi="Garamond"/>
          <w:sz w:val="24"/>
        </w:rPr>
        <w:t>$1,500–$10,000 offer architecture package</w:t>
      </w:r>
    </w:p>
    <w:p w14:paraId="029D6B08" w14:textId="77777777" w:rsidR="001A5159" w:rsidRDefault="00000000">
      <w:r>
        <w:rPr>
          <w:rFonts w:ascii="Garamond" w:hAnsi="Garamond"/>
          <w:sz w:val="24"/>
        </w:rPr>
        <w:t>$2,500–$15,000 full monetization strategy</w:t>
      </w:r>
    </w:p>
    <w:p w14:paraId="6C1FD663" w14:textId="77777777" w:rsidR="001A5159" w:rsidRDefault="00000000">
      <w:r>
        <w:rPr>
          <w:rFonts w:ascii="Garamond" w:hAnsi="Garamond"/>
          <w:sz w:val="24"/>
        </w:rPr>
        <w:lastRenderedPageBreak/>
        <w:t>$1,000–$3,000/month ongoing consulting</w:t>
      </w:r>
    </w:p>
    <w:p w14:paraId="1C7094EC" w14:textId="77777777" w:rsidR="001A5159" w:rsidRDefault="00000000">
      <w:r>
        <w:rPr>
          <w:rFonts w:ascii="Garamond" w:hAnsi="Garamond"/>
          <w:sz w:val="24"/>
        </w:rPr>
        <w:t>A great offer is worth thousands because it drives revenue.</w:t>
      </w:r>
    </w:p>
    <w:p w14:paraId="260DDD01" w14:textId="77777777" w:rsidR="001A5159" w:rsidRDefault="001A5159"/>
    <w:p w14:paraId="7CE43CD6" w14:textId="77777777" w:rsidR="001A5159" w:rsidRDefault="00000000">
      <w:r>
        <w:rPr>
          <w:rFonts w:ascii="Garamond" w:hAnsi="Garamond"/>
          <w:sz w:val="24"/>
        </w:rPr>
        <w:t>Pro Accelerators</w:t>
      </w:r>
    </w:p>
    <w:p w14:paraId="5AFED6E6" w14:textId="77777777" w:rsidR="001A5159" w:rsidRDefault="00000000">
      <w:r>
        <w:rPr>
          <w:rFonts w:ascii="Garamond" w:hAnsi="Garamond"/>
          <w:sz w:val="24"/>
        </w:rPr>
        <w:t xml:space="preserve">create pitch </w:t>
      </w:r>
      <w:proofErr w:type="gramStart"/>
      <w:r>
        <w:rPr>
          <w:rFonts w:ascii="Garamond" w:hAnsi="Garamond"/>
          <w:sz w:val="24"/>
        </w:rPr>
        <w:t>decks</w:t>
      </w:r>
      <w:proofErr w:type="gramEnd"/>
    </w:p>
    <w:p w14:paraId="7D872AD0" w14:textId="77777777" w:rsidR="001A5159" w:rsidRDefault="00000000">
      <w:r>
        <w:rPr>
          <w:rFonts w:ascii="Garamond" w:hAnsi="Garamond"/>
          <w:sz w:val="24"/>
        </w:rPr>
        <w:t xml:space="preserve">create sales page </w:t>
      </w:r>
      <w:proofErr w:type="gramStart"/>
      <w:r>
        <w:rPr>
          <w:rFonts w:ascii="Garamond" w:hAnsi="Garamond"/>
          <w:sz w:val="24"/>
        </w:rPr>
        <w:t>outlines</w:t>
      </w:r>
      <w:proofErr w:type="gramEnd"/>
    </w:p>
    <w:p w14:paraId="45827808" w14:textId="77777777" w:rsidR="001A5159" w:rsidRDefault="00000000">
      <w:r>
        <w:rPr>
          <w:rFonts w:ascii="Garamond" w:hAnsi="Garamond"/>
          <w:sz w:val="24"/>
        </w:rPr>
        <w:t xml:space="preserve">add funnel </w:t>
      </w:r>
      <w:proofErr w:type="gramStart"/>
      <w:r>
        <w:rPr>
          <w:rFonts w:ascii="Garamond" w:hAnsi="Garamond"/>
          <w:sz w:val="24"/>
        </w:rPr>
        <w:t>strategy</w:t>
      </w:r>
      <w:proofErr w:type="gramEnd"/>
    </w:p>
    <w:p w14:paraId="39439828" w14:textId="77777777" w:rsidR="001A5159" w:rsidRDefault="00000000">
      <w:r>
        <w:rPr>
          <w:rFonts w:ascii="Garamond" w:hAnsi="Garamond"/>
          <w:sz w:val="24"/>
        </w:rPr>
        <w:t xml:space="preserve">add email </w:t>
      </w:r>
      <w:proofErr w:type="gramStart"/>
      <w:r>
        <w:rPr>
          <w:rFonts w:ascii="Garamond" w:hAnsi="Garamond"/>
          <w:sz w:val="24"/>
        </w:rPr>
        <w:t>sequences</w:t>
      </w:r>
      <w:proofErr w:type="gramEnd"/>
    </w:p>
    <w:p w14:paraId="71311AC8" w14:textId="77777777" w:rsidR="001A5159" w:rsidRDefault="00000000">
      <w:r>
        <w:rPr>
          <w:rFonts w:ascii="Garamond" w:hAnsi="Garamond"/>
          <w:sz w:val="24"/>
        </w:rPr>
        <w:t xml:space="preserve">add onboarding </w:t>
      </w:r>
      <w:proofErr w:type="gramStart"/>
      <w:r>
        <w:rPr>
          <w:rFonts w:ascii="Garamond" w:hAnsi="Garamond"/>
          <w:sz w:val="24"/>
        </w:rPr>
        <w:t>materials</w:t>
      </w:r>
      <w:proofErr w:type="gramEnd"/>
    </w:p>
    <w:p w14:paraId="03DD6C36" w14:textId="77777777" w:rsidR="001A5159" w:rsidRDefault="00000000">
      <w:r>
        <w:rPr>
          <w:rFonts w:ascii="Garamond" w:hAnsi="Garamond"/>
          <w:sz w:val="24"/>
        </w:rPr>
        <w:t xml:space="preserve">add client acquisition </w:t>
      </w:r>
      <w:proofErr w:type="gramStart"/>
      <w:r>
        <w:rPr>
          <w:rFonts w:ascii="Garamond" w:hAnsi="Garamond"/>
          <w:sz w:val="24"/>
        </w:rPr>
        <w:t>plan</w:t>
      </w:r>
      <w:proofErr w:type="gramEnd"/>
    </w:p>
    <w:p w14:paraId="608D0957" w14:textId="77777777" w:rsidR="001A5159" w:rsidRDefault="00000000">
      <w:r>
        <w:rPr>
          <w:rFonts w:ascii="Garamond" w:hAnsi="Garamond"/>
          <w:sz w:val="24"/>
        </w:rPr>
        <w:t>These upgrades help you command premium pricing.</w:t>
      </w:r>
    </w:p>
    <w:p w14:paraId="1DAC3183" w14:textId="77777777" w:rsidR="001A5159" w:rsidRDefault="001A5159"/>
    <w:p w14:paraId="71F43F6F" w14:textId="19BD738A" w:rsidR="001A5159" w:rsidRDefault="00000000">
      <w:r>
        <w:rPr>
          <w:rFonts w:ascii="Garamond" w:hAnsi="Garamond"/>
          <w:sz w:val="24"/>
        </w:rPr>
        <w:t>MICRO CASE STUDY — BLUEPRINT THIRTY-FOUR</w:t>
      </w:r>
    </w:p>
    <w:p w14:paraId="42328527" w14:textId="77777777" w:rsidR="001A5159" w:rsidRDefault="00000000">
      <w:r>
        <w:rPr>
          <w:rFonts w:ascii="Garamond" w:hAnsi="Garamond"/>
          <w:sz w:val="24"/>
        </w:rPr>
        <w:t>Case Study: Freelancer 5X’d Her Rates After Rebuilding Her Offer With AI</w:t>
      </w:r>
    </w:p>
    <w:p w14:paraId="272AFE83" w14:textId="77777777" w:rsidR="001A5159" w:rsidRDefault="00000000">
      <w:r>
        <w:rPr>
          <w:rFonts w:ascii="Garamond" w:hAnsi="Garamond"/>
          <w:sz w:val="24"/>
        </w:rPr>
        <w:t>Vanessa was charging $300/month for social media management.</w:t>
      </w:r>
      <w:r>
        <w:rPr>
          <w:rFonts w:ascii="Garamond" w:hAnsi="Garamond"/>
          <w:sz w:val="24"/>
        </w:rPr>
        <w:br/>
        <w:t>She was exhausted, burnt out, and underpaid.</w:t>
      </w:r>
    </w:p>
    <w:p w14:paraId="3772BD29" w14:textId="77777777" w:rsidR="001A5159" w:rsidRDefault="00000000">
      <w:r>
        <w:rPr>
          <w:rFonts w:ascii="Garamond" w:hAnsi="Garamond"/>
          <w:sz w:val="24"/>
        </w:rPr>
        <w:t>She applied Blueprint 34 and used AI to build:</w:t>
      </w:r>
    </w:p>
    <w:p w14:paraId="47CF9201" w14:textId="77777777" w:rsidR="001A5159" w:rsidRDefault="00000000">
      <w:r>
        <w:rPr>
          <w:rFonts w:ascii="Garamond" w:hAnsi="Garamond"/>
          <w:sz w:val="24"/>
        </w:rPr>
        <w:t>a transformation-based offer</w:t>
      </w:r>
    </w:p>
    <w:p w14:paraId="01210E7A" w14:textId="77777777" w:rsidR="001A5159" w:rsidRDefault="00000000">
      <w:r>
        <w:rPr>
          <w:rFonts w:ascii="Garamond" w:hAnsi="Garamond"/>
          <w:sz w:val="24"/>
        </w:rPr>
        <w:t>three-tier pricing</w:t>
      </w:r>
    </w:p>
    <w:p w14:paraId="6C351730" w14:textId="77777777" w:rsidR="001A5159" w:rsidRDefault="00000000">
      <w:proofErr w:type="gramStart"/>
      <w:r>
        <w:rPr>
          <w:rFonts w:ascii="Garamond" w:hAnsi="Garamond"/>
          <w:sz w:val="24"/>
        </w:rPr>
        <w:t>a clear</w:t>
      </w:r>
      <w:proofErr w:type="gramEnd"/>
      <w:r>
        <w:rPr>
          <w:rFonts w:ascii="Garamond" w:hAnsi="Garamond"/>
          <w:sz w:val="24"/>
        </w:rPr>
        <w:t xml:space="preserve"> value stack</w:t>
      </w:r>
    </w:p>
    <w:p w14:paraId="4BC78778" w14:textId="77777777" w:rsidR="001A5159" w:rsidRDefault="00000000">
      <w:r>
        <w:rPr>
          <w:rFonts w:ascii="Garamond" w:hAnsi="Garamond"/>
          <w:sz w:val="24"/>
        </w:rPr>
        <w:t>bonuses</w:t>
      </w:r>
    </w:p>
    <w:p w14:paraId="40A4F5B6" w14:textId="77777777" w:rsidR="001A5159" w:rsidRDefault="00000000">
      <w:r>
        <w:rPr>
          <w:rFonts w:ascii="Garamond" w:hAnsi="Garamond"/>
          <w:sz w:val="24"/>
        </w:rPr>
        <w:t>an onboarding sequence</w:t>
      </w:r>
    </w:p>
    <w:p w14:paraId="13732F45" w14:textId="77777777" w:rsidR="001A5159" w:rsidRDefault="00000000">
      <w:proofErr w:type="gramStart"/>
      <w:r>
        <w:rPr>
          <w:rFonts w:ascii="Garamond" w:hAnsi="Garamond"/>
          <w:sz w:val="24"/>
        </w:rPr>
        <w:t>a pitch</w:t>
      </w:r>
      <w:proofErr w:type="gramEnd"/>
      <w:r>
        <w:rPr>
          <w:rFonts w:ascii="Garamond" w:hAnsi="Garamond"/>
          <w:sz w:val="24"/>
        </w:rPr>
        <w:t xml:space="preserve"> deck</w:t>
      </w:r>
    </w:p>
    <w:p w14:paraId="44E92FF9" w14:textId="77777777" w:rsidR="001A5159" w:rsidRDefault="00000000">
      <w:r>
        <w:rPr>
          <w:rFonts w:ascii="Garamond" w:hAnsi="Garamond"/>
          <w:sz w:val="24"/>
        </w:rPr>
        <w:t>She repositioned herself from “social media manager” to:</w:t>
      </w:r>
    </w:p>
    <w:p w14:paraId="40E24F5B" w14:textId="77777777" w:rsidR="001A5159" w:rsidRDefault="00000000">
      <w:r>
        <w:rPr>
          <w:rFonts w:ascii="Garamond" w:hAnsi="Garamond"/>
          <w:sz w:val="24"/>
        </w:rPr>
        <w:t>Content Growth Strategist with an AI-Assisted Authority System</w:t>
      </w:r>
    </w:p>
    <w:p w14:paraId="450B1F1D" w14:textId="77777777" w:rsidR="001A5159" w:rsidRDefault="00000000">
      <w:r>
        <w:rPr>
          <w:rFonts w:ascii="Garamond" w:hAnsi="Garamond"/>
          <w:sz w:val="24"/>
        </w:rPr>
        <w:t>Her new packages:</w:t>
      </w:r>
    </w:p>
    <w:p w14:paraId="56B57932" w14:textId="77777777" w:rsidR="001A5159" w:rsidRDefault="00000000">
      <w:r>
        <w:rPr>
          <w:rFonts w:ascii="Garamond" w:hAnsi="Garamond"/>
          <w:sz w:val="24"/>
        </w:rPr>
        <w:lastRenderedPageBreak/>
        <w:t>Starter: $750</w:t>
      </w:r>
    </w:p>
    <w:p w14:paraId="0AF74EF4" w14:textId="77777777" w:rsidR="001A5159" w:rsidRDefault="00000000">
      <w:r>
        <w:rPr>
          <w:rFonts w:ascii="Garamond" w:hAnsi="Garamond"/>
          <w:sz w:val="24"/>
        </w:rPr>
        <w:t>Standard: $1,500</w:t>
      </w:r>
    </w:p>
    <w:p w14:paraId="4C9CADAC" w14:textId="77777777" w:rsidR="001A5159" w:rsidRDefault="00000000">
      <w:r>
        <w:rPr>
          <w:rFonts w:ascii="Garamond" w:hAnsi="Garamond"/>
          <w:sz w:val="24"/>
        </w:rPr>
        <w:t>Premium: $2,500</w:t>
      </w:r>
    </w:p>
    <w:p w14:paraId="31BF80D1" w14:textId="77777777" w:rsidR="001A5159" w:rsidRDefault="00000000">
      <w:r>
        <w:rPr>
          <w:rFonts w:ascii="Garamond" w:hAnsi="Garamond"/>
          <w:sz w:val="24"/>
        </w:rPr>
        <w:t>In the first two weeks after updating her offers, she closed:</w:t>
      </w:r>
    </w:p>
    <w:p w14:paraId="1ABDA9E5" w14:textId="77777777" w:rsidR="001A5159" w:rsidRDefault="00000000">
      <w:r>
        <w:rPr>
          <w:rFonts w:ascii="Garamond" w:hAnsi="Garamond"/>
          <w:sz w:val="24"/>
        </w:rPr>
        <w:t>1 Premium at $2,500</w:t>
      </w:r>
    </w:p>
    <w:p w14:paraId="792B731B" w14:textId="77777777" w:rsidR="001A5159" w:rsidRDefault="00000000">
      <w:r>
        <w:rPr>
          <w:rFonts w:ascii="Garamond" w:hAnsi="Garamond"/>
          <w:sz w:val="24"/>
        </w:rPr>
        <w:t>2 Standards at $1,500 each</w:t>
      </w:r>
    </w:p>
    <w:p w14:paraId="12EBC680" w14:textId="77777777" w:rsidR="001A5159" w:rsidRDefault="00000000">
      <w:r>
        <w:rPr>
          <w:rFonts w:ascii="Garamond" w:hAnsi="Garamond"/>
          <w:sz w:val="24"/>
        </w:rPr>
        <w:t>Total: $5,500 in under 14 days.</w:t>
      </w:r>
    </w:p>
    <w:p w14:paraId="7A2AE15B" w14:textId="77777777" w:rsidR="001A5159" w:rsidRDefault="00000000">
      <w:r>
        <w:rPr>
          <w:rFonts w:ascii="Garamond" w:hAnsi="Garamond"/>
          <w:sz w:val="24"/>
        </w:rPr>
        <w:t>Her message:</w:t>
      </w:r>
    </w:p>
    <w:p w14:paraId="5A145D7D" w14:textId="77777777" w:rsidR="001A5159" w:rsidRDefault="00000000">
      <w:r>
        <w:rPr>
          <w:rFonts w:ascii="Garamond" w:hAnsi="Garamond"/>
          <w:sz w:val="24"/>
        </w:rPr>
        <w:t>“I didn’t change who I was. I changed the offer. AI did the heavy lifting.”</w:t>
      </w:r>
    </w:p>
    <w:p w14:paraId="5A5360F2" w14:textId="77777777" w:rsidR="001A5159" w:rsidRPr="00E94EEA" w:rsidRDefault="00000000" w:rsidP="00E94EEA">
      <w:pPr>
        <w:rPr>
          <w:sz w:val="24"/>
          <w:szCs w:val="24"/>
        </w:rPr>
      </w:pPr>
      <w:r w:rsidRPr="00E94EEA">
        <w:rPr>
          <w:rFonts w:ascii="Garamond" w:hAnsi="Garamond"/>
          <w:b/>
          <w:sz w:val="24"/>
          <w:szCs w:val="24"/>
        </w:rPr>
        <w:t>Blueprint 34 is one of the most powerful income multipliers in this entire book — for both you and your clients.</w:t>
      </w:r>
    </w:p>
    <w:p w14:paraId="0C2B4734" w14:textId="77777777" w:rsidR="00673185" w:rsidRDefault="00673185">
      <w:pPr>
        <w:sectPr w:rsidR="00673185" w:rsidSect="00034616">
          <w:pgSz w:w="12240" w:h="15840"/>
          <w:pgMar w:top="1440" w:right="1800" w:bottom="1440" w:left="1800" w:header="720" w:footer="720" w:gutter="0"/>
          <w:cols w:space="720"/>
          <w:docGrid w:linePitch="360"/>
        </w:sectPr>
      </w:pPr>
    </w:p>
    <w:p w14:paraId="4BBB0A44" w14:textId="77777777" w:rsidR="001A5159" w:rsidRDefault="001A5159"/>
    <w:p w14:paraId="6185B130" w14:textId="77777777" w:rsidR="001A5159" w:rsidRPr="00E94EEA" w:rsidRDefault="00000000" w:rsidP="00E94EEA">
      <w:pPr>
        <w:pStyle w:val="Heading1"/>
        <w:rPr>
          <w:rFonts w:ascii="Garamond" w:hAnsi="Garamond"/>
          <w:color w:val="auto"/>
          <w:sz w:val="40"/>
          <w:szCs w:val="40"/>
        </w:rPr>
      </w:pPr>
      <w:bookmarkStart w:id="75" w:name="_Toc214830371"/>
      <w:r w:rsidRPr="00E94EEA">
        <w:rPr>
          <w:rFonts w:ascii="Garamond" w:hAnsi="Garamond"/>
          <w:color w:val="auto"/>
          <w:sz w:val="40"/>
          <w:szCs w:val="40"/>
        </w:rPr>
        <w:t>BLUEPRINT THIRTY-FIVE — AI CUSTOMGPT BUILDER</w:t>
      </w:r>
      <w:bookmarkEnd w:id="75"/>
    </w:p>
    <w:p w14:paraId="60EB5A26" w14:textId="77777777" w:rsidR="001A5159" w:rsidRPr="00E94EEA" w:rsidRDefault="00000000" w:rsidP="00E94EEA">
      <w:pPr>
        <w:pStyle w:val="Heading2"/>
        <w:rPr>
          <w:rFonts w:ascii="Garamond" w:hAnsi="Garamond"/>
          <w:color w:val="auto"/>
          <w:sz w:val="28"/>
          <w:szCs w:val="28"/>
        </w:rPr>
      </w:pPr>
      <w:bookmarkStart w:id="76" w:name="_Toc214830372"/>
      <w:r w:rsidRPr="00E94EEA">
        <w:rPr>
          <w:rFonts w:ascii="Garamond" w:hAnsi="Garamond"/>
          <w:color w:val="auto"/>
          <w:sz w:val="28"/>
          <w:szCs w:val="28"/>
        </w:rPr>
        <w:t xml:space="preserve">(The Blueprint That Turns You </w:t>
      </w:r>
      <w:proofErr w:type="gramStart"/>
      <w:r w:rsidRPr="00E94EEA">
        <w:rPr>
          <w:rFonts w:ascii="Garamond" w:hAnsi="Garamond"/>
          <w:color w:val="auto"/>
          <w:sz w:val="28"/>
          <w:szCs w:val="28"/>
        </w:rPr>
        <w:t>Into</w:t>
      </w:r>
      <w:proofErr w:type="gramEnd"/>
      <w:r w:rsidRPr="00E94EEA">
        <w:rPr>
          <w:rFonts w:ascii="Garamond" w:hAnsi="Garamond"/>
          <w:color w:val="auto"/>
          <w:sz w:val="28"/>
          <w:szCs w:val="28"/>
        </w:rPr>
        <w:t xml:space="preserve"> a Creator of Personalized AI Assistants for Businesses, Creators &amp; Entrepreneurs)</w:t>
      </w:r>
      <w:bookmarkEnd w:id="76"/>
    </w:p>
    <w:p w14:paraId="3FEE4A3B" w14:textId="77777777" w:rsidR="001A5159" w:rsidRDefault="00000000">
      <w:r>
        <w:rPr>
          <w:rFonts w:ascii="Garamond" w:hAnsi="Garamond"/>
          <w:sz w:val="24"/>
        </w:rPr>
        <w:t>AI chatbots are exploding.</w:t>
      </w:r>
      <w:r>
        <w:rPr>
          <w:rFonts w:ascii="Garamond" w:hAnsi="Garamond"/>
          <w:sz w:val="24"/>
        </w:rPr>
        <w:br/>
        <w:t>But not just generic ones — custom-trained, niche-specific, brand-specific AI assistants built for businesses, creators, and professionals.</w:t>
      </w:r>
    </w:p>
    <w:p w14:paraId="33A29EE3" w14:textId="77777777" w:rsidR="001A5159" w:rsidRDefault="00000000">
      <w:r>
        <w:rPr>
          <w:rFonts w:ascii="Garamond" w:hAnsi="Garamond"/>
          <w:sz w:val="24"/>
        </w:rPr>
        <w:t xml:space="preserve">This blueprint teaches you how to build CustomGPTs that </w:t>
      </w:r>
      <w:proofErr w:type="gramStart"/>
      <w:r>
        <w:rPr>
          <w:rFonts w:ascii="Garamond" w:hAnsi="Garamond"/>
          <w:sz w:val="24"/>
        </w:rPr>
        <w:t>act as</w:t>
      </w:r>
      <w:proofErr w:type="gramEnd"/>
      <w:r>
        <w:rPr>
          <w:rFonts w:ascii="Garamond" w:hAnsi="Garamond"/>
          <w:sz w:val="24"/>
        </w:rPr>
        <w:t>:</w:t>
      </w:r>
    </w:p>
    <w:p w14:paraId="00B6420F" w14:textId="77777777" w:rsidR="001A5159" w:rsidRDefault="00000000">
      <w:r>
        <w:rPr>
          <w:rFonts w:ascii="Garamond" w:hAnsi="Garamond"/>
          <w:sz w:val="24"/>
        </w:rPr>
        <w:t>customer service reps</w:t>
      </w:r>
    </w:p>
    <w:p w14:paraId="6B10F9E3" w14:textId="77777777" w:rsidR="001A5159" w:rsidRDefault="00000000">
      <w:r>
        <w:rPr>
          <w:rFonts w:ascii="Garamond" w:hAnsi="Garamond"/>
          <w:sz w:val="24"/>
        </w:rPr>
        <w:t>sales assistants</w:t>
      </w:r>
    </w:p>
    <w:p w14:paraId="054F5B67" w14:textId="77777777" w:rsidR="001A5159" w:rsidRDefault="00000000">
      <w:r>
        <w:rPr>
          <w:rFonts w:ascii="Garamond" w:hAnsi="Garamond"/>
          <w:sz w:val="24"/>
        </w:rPr>
        <w:t>appointment schedulers</w:t>
      </w:r>
    </w:p>
    <w:p w14:paraId="507226A7" w14:textId="77777777" w:rsidR="001A5159" w:rsidRDefault="00000000">
      <w:r>
        <w:rPr>
          <w:rFonts w:ascii="Garamond" w:hAnsi="Garamond"/>
          <w:sz w:val="24"/>
        </w:rPr>
        <w:t>onboarding guides</w:t>
      </w:r>
    </w:p>
    <w:p w14:paraId="4641C343" w14:textId="77777777" w:rsidR="001A5159" w:rsidRDefault="00000000">
      <w:r>
        <w:rPr>
          <w:rFonts w:ascii="Garamond" w:hAnsi="Garamond"/>
          <w:sz w:val="24"/>
        </w:rPr>
        <w:t>FAQ responders</w:t>
      </w:r>
    </w:p>
    <w:p w14:paraId="63ECBF13" w14:textId="77777777" w:rsidR="001A5159" w:rsidRDefault="00000000">
      <w:r>
        <w:rPr>
          <w:rFonts w:ascii="Garamond" w:hAnsi="Garamond"/>
          <w:sz w:val="24"/>
        </w:rPr>
        <w:t>product knowledge tools</w:t>
      </w:r>
    </w:p>
    <w:p w14:paraId="0C6B1EA9" w14:textId="77777777" w:rsidR="001A5159" w:rsidRDefault="00000000">
      <w:r>
        <w:rPr>
          <w:rFonts w:ascii="Garamond" w:hAnsi="Garamond"/>
          <w:sz w:val="24"/>
        </w:rPr>
        <w:t xml:space="preserve">training </w:t>
      </w:r>
      <w:proofErr w:type="gramStart"/>
      <w:r>
        <w:rPr>
          <w:rFonts w:ascii="Garamond" w:hAnsi="Garamond"/>
          <w:sz w:val="24"/>
        </w:rPr>
        <w:t>bots</w:t>
      </w:r>
      <w:proofErr w:type="gramEnd"/>
    </w:p>
    <w:p w14:paraId="0483FC4F" w14:textId="77777777" w:rsidR="001A5159" w:rsidRDefault="00000000">
      <w:r>
        <w:rPr>
          <w:rFonts w:ascii="Garamond" w:hAnsi="Garamond"/>
          <w:sz w:val="24"/>
        </w:rPr>
        <w:t>workflow assistants</w:t>
      </w:r>
    </w:p>
    <w:p w14:paraId="56731E0B" w14:textId="77777777" w:rsidR="001A5159" w:rsidRDefault="00000000">
      <w:r>
        <w:rPr>
          <w:rFonts w:ascii="Garamond" w:hAnsi="Garamond"/>
          <w:sz w:val="24"/>
        </w:rPr>
        <w:t>content generators</w:t>
      </w:r>
    </w:p>
    <w:p w14:paraId="19546071" w14:textId="77777777" w:rsidR="001A5159" w:rsidRDefault="00000000">
      <w:r>
        <w:rPr>
          <w:rFonts w:ascii="Garamond" w:hAnsi="Garamond"/>
          <w:sz w:val="24"/>
        </w:rPr>
        <w:t>documentation helpers</w:t>
      </w:r>
    </w:p>
    <w:p w14:paraId="55049DB9" w14:textId="77777777" w:rsidR="001A5159" w:rsidRDefault="00000000">
      <w:r>
        <w:rPr>
          <w:rFonts w:ascii="Garamond" w:hAnsi="Garamond"/>
          <w:sz w:val="24"/>
        </w:rPr>
        <w:t xml:space="preserve">With AI tools now allowing anyone to build custom AI agents — no coding required — </w:t>
      </w:r>
      <w:proofErr w:type="gramStart"/>
      <w:r>
        <w:rPr>
          <w:rFonts w:ascii="Garamond" w:hAnsi="Garamond"/>
          <w:sz w:val="24"/>
        </w:rPr>
        <w:t>this</w:t>
      </w:r>
      <w:proofErr w:type="gramEnd"/>
      <w:r>
        <w:rPr>
          <w:rFonts w:ascii="Garamond" w:hAnsi="Garamond"/>
          <w:sz w:val="24"/>
        </w:rPr>
        <w:t xml:space="preserve"> blueprint positions you as a high-value automation expert.</w:t>
      </w:r>
    </w:p>
    <w:p w14:paraId="2D23B7C5" w14:textId="77777777" w:rsidR="001A5159" w:rsidRDefault="00000000">
      <w:r>
        <w:rPr>
          <w:rFonts w:ascii="Garamond" w:hAnsi="Garamond"/>
          <w:sz w:val="24"/>
        </w:rPr>
        <w:t>Businesses will pay for this because it saves them time, money, and manpower.</w:t>
      </w:r>
    </w:p>
    <w:p w14:paraId="4E4DDA2E" w14:textId="77777777" w:rsidR="001A5159" w:rsidRDefault="001A5159"/>
    <w:p w14:paraId="1BB7F9D8" w14:textId="77777777" w:rsidR="001A5159" w:rsidRDefault="00000000">
      <w:r>
        <w:rPr>
          <w:rFonts w:ascii="Garamond" w:hAnsi="Garamond"/>
          <w:sz w:val="24"/>
        </w:rPr>
        <w:t>Why This Blueprint Works</w:t>
      </w:r>
    </w:p>
    <w:p w14:paraId="7BF892DB" w14:textId="77777777" w:rsidR="001A5159" w:rsidRDefault="00000000">
      <w:r>
        <w:rPr>
          <w:rFonts w:ascii="Garamond" w:hAnsi="Garamond"/>
          <w:sz w:val="24"/>
        </w:rPr>
        <w:t>Businesses already understand the power of AI — but they don’t know how to:</w:t>
      </w:r>
    </w:p>
    <w:p w14:paraId="0A26CF07" w14:textId="77777777" w:rsidR="001A5159" w:rsidRDefault="00000000">
      <w:r>
        <w:rPr>
          <w:rFonts w:ascii="Garamond" w:hAnsi="Garamond"/>
          <w:sz w:val="24"/>
        </w:rPr>
        <w:t xml:space="preserve">train it </w:t>
      </w:r>
      <w:proofErr w:type="gramStart"/>
      <w:r>
        <w:rPr>
          <w:rFonts w:ascii="Garamond" w:hAnsi="Garamond"/>
          <w:sz w:val="24"/>
        </w:rPr>
        <w:t>properly</w:t>
      </w:r>
      <w:proofErr w:type="gramEnd"/>
    </w:p>
    <w:p w14:paraId="0DE0EF93" w14:textId="77777777" w:rsidR="001A5159" w:rsidRDefault="00000000">
      <w:r>
        <w:rPr>
          <w:rFonts w:ascii="Garamond" w:hAnsi="Garamond"/>
          <w:sz w:val="24"/>
        </w:rPr>
        <w:lastRenderedPageBreak/>
        <w:t xml:space="preserve">structure it around their </w:t>
      </w:r>
      <w:proofErr w:type="gramStart"/>
      <w:r>
        <w:rPr>
          <w:rFonts w:ascii="Garamond" w:hAnsi="Garamond"/>
          <w:sz w:val="24"/>
        </w:rPr>
        <w:t>brand</w:t>
      </w:r>
      <w:proofErr w:type="gramEnd"/>
    </w:p>
    <w:p w14:paraId="09539E71" w14:textId="77777777" w:rsidR="001A5159" w:rsidRDefault="00000000">
      <w:r>
        <w:rPr>
          <w:rFonts w:ascii="Garamond" w:hAnsi="Garamond"/>
          <w:sz w:val="24"/>
        </w:rPr>
        <w:t xml:space="preserve">load their </w:t>
      </w:r>
      <w:proofErr w:type="gramStart"/>
      <w:r>
        <w:rPr>
          <w:rFonts w:ascii="Garamond" w:hAnsi="Garamond"/>
          <w:sz w:val="24"/>
        </w:rPr>
        <w:t>documents</w:t>
      </w:r>
      <w:proofErr w:type="gramEnd"/>
    </w:p>
    <w:p w14:paraId="67F205D4" w14:textId="77777777" w:rsidR="001A5159" w:rsidRDefault="00000000">
      <w:r>
        <w:rPr>
          <w:rFonts w:ascii="Garamond" w:hAnsi="Garamond"/>
          <w:sz w:val="24"/>
        </w:rPr>
        <w:t xml:space="preserve">refine its </w:t>
      </w:r>
      <w:proofErr w:type="gramStart"/>
      <w:r>
        <w:rPr>
          <w:rFonts w:ascii="Garamond" w:hAnsi="Garamond"/>
          <w:sz w:val="24"/>
        </w:rPr>
        <w:t>behavior</w:t>
      </w:r>
      <w:proofErr w:type="gramEnd"/>
    </w:p>
    <w:p w14:paraId="4AD6795F" w14:textId="77777777" w:rsidR="001A5159" w:rsidRDefault="00000000">
      <w:r>
        <w:rPr>
          <w:rFonts w:ascii="Garamond" w:hAnsi="Garamond"/>
          <w:sz w:val="24"/>
        </w:rPr>
        <w:t xml:space="preserve">build </w:t>
      </w:r>
      <w:proofErr w:type="gramStart"/>
      <w:r>
        <w:rPr>
          <w:rFonts w:ascii="Garamond" w:hAnsi="Garamond"/>
          <w:sz w:val="24"/>
        </w:rPr>
        <w:t>workflows</w:t>
      </w:r>
      <w:proofErr w:type="gramEnd"/>
    </w:p>
    <w:p w14:paraId="20FB05CF" w14:textId="77777777" w:rsidR="001A5159" w:rsidRDefault="00000000">
      <w:r>
        <w:rPr>
          <w:rFonts w:ascii="Garamond" w:hAnsi="Garamond"/>
          <w:sz w:val="24"/>
        </w:rPr>
        <w:t xml:space="preserve">integrate it with </w:t>
      </w:r>
      <w:proofErr w:type="gramStart"/>
      <w:r>
        <w:rPr>
          <w:rFonts w:ascii="Garamond" w:hAnsi="Garamond"/>
          <w:sz w:val="24"/>
        </w:rPr>
        <w:t>tools</w:t>
      </w:r>
      <w:proofErr w:type="gramEnd"/>
    </w:p>
    <w:p w14:paraId="591A96F0" w14:textId="77777777" w:rsidR="001A5159" w:rsidRDefault="00000000">
      <w:r>
        <w:rPr>
          <w:rFonts w:ascii="Garamond" w:hAnsi="Garamond"/>
          <w:sz w:val="24"/>
        </w:rPr>
        <w:t xml:space="preserve">improve its </w:t>
      </w:r>
      <w:proofErr w:type="gramStart"/>
      <w:r>
        <w:rPr>
          <w:rFonts w:ascii="Garamond" w:hAnsi="Garamond"/>
          <w:sz w:val="24"/>
        </w:rPr>
        <w:t>responses</w:t>
      </w:r>
      <w:proofErr w:type="gramEnd"/>
    </w:p>
    <w:p w14:paraId="6C1D4CA0" w14:textId="77777777" w:rsidR="001A5159" w:rsidRDefault="00000000">
      <w:r>
        <w:rPr>
          <w:rFonts w:ascii="Garamond" w:hAnsi="Garamond"/>
          <w:sz w:val="24"/>
        </w:rPr>
        <w:t>This is where YOU come in.</w:t>
      </w:r>
    </w:p>
    <w:p w14:paraId="3B11955B" w14:textId="77777777" w:rsidR="001A5159" w:rsidRDefault="00000000">
      <w:r>
        <w:rPr>
          <w:rFonts w:ascii="Garamond" w:hAnsi="Garamond"/>
          <w:sz w:val="24"/>
        </w:rPr>
        <w:t>You build AI assistants that:</w:t>
      </w:r>
    </w:p>
    <w:p w14:paraId="2C9B8805" w14:textId="77777777" w:rsidR="001A5159" w:rsidRDefault="00000000">
      <w:r>
        <w:rPr>
          <w:rFonts w:ascii="Garamond" w:hAnsi="Garamond"/>
          <w:sz w:val="24"/>
        </w:rPr>
        <w:t xml:space="preserve">know their </w:t>
      </w:r>
      <w:proofErr w:type="gramStart"/>
      <w:r>
        <w:rPr>
          <w:rFonts w:ascii="Garamond" w:hAnsi="Garamond"/>
          <w:sz w:val="24"/>
        </w:rPr>
        <w:t>business</w:t>
      </w:r>
      <w:proofErr w:type="gramEnd"/>
    </w:p>
    <w:p w14:paraId="65BDF7FD" w14:textId="77777777" w:rsidR="001A5159" w:rsidRDefault="00000000">
      <w:r>
        <w:rPr>
          <w:rFonts w:ascii="Garamond" w:hAnsi="Garamond"/>
          <w:sz w:val="24"/>
        </w:rPr>
        <w:t xml:space="preserve">speak in their </w:t>
      </w:r>
      <w:proofErr w:type="gramStart"/>
      <w:r>
        <w:rPr>
          <w:rFonts w:ascii="Garamond" w:hAnsi="Garamond"/>
          <w:sz w:val="24"/>
        </w:rPr>
        <w:t>tone</w:t>
      </w:r>
      <w:proofErr w:type="gramEnd"/>
    </w:p>
    <w:p w14:paraId="43DF8C63" w14:textId="77777777" w:rsidR="001A5159" w:rsidRDefault="00000000">
      <w:r>
        <w:rPr>
          <w:rFonts w:ascii="Garamond" w:hAnsi="Garamond"/>
          <w:sz w:val="24"/>
        </w:rPr>
        <w:t xml:space="preserve">follow their </w:t>
      </w:r>
      <w:proofErr w:type="gramStart"/>
      <w:r>
        <w:rPr>
          <w:rFonts w:ascii="Garamond" w:hAnsi="Garamond"/>
          <w:sz w:val="24"/>
        </w:rPr>
        <w:t>rules</w:t>
      </w:r>
      <w:proofErr w:type="gramEnd"/>
    </w:p>
    <w:p w14:paraId="721985E2" w14:textId="77777777" w:rsidR="001A5159" w:rsidRDefault="00000000">
      <w:r>
        <w:rPr>
          <w:rFonts w:ascii="Garamond" w:hAnsi="Garamond"/>
          <w:sz w:val="24"/>
        </w:rPr>
        <w:t xml:space="preserve">answer their </w:t>
      </w:r>
      <w:proofErr w:type="gramStart"/>
      <w:r>
        <w:rPr>
          <w:rFonts w:ascii="Garamond" w:hAnsi="Garamond"/>
          <w:sz w:val="24"/>
        </w:rPr>
        <w:t>questions</w:t>
      </w:r>
      <w:proofErr w:type="gramEnd"/>
    </w:p>
    <w:p w14:paraId="583219B9" w14:textId="77777777" w:rsidR="001A5159" w:rsidRDefault="00000000">
      <w:r>
        <w:rPr>
          <w:rFonts w:ascii="Garamond" w:hAnsi="Garamond"/>
          <w:sz w:val="24"/>
        </w:rPr>
        <w:t xml:space="preserve">help their </w:t>
      </w:r>
      <w:proofErr w:type="gramStart"/>
      <w:r>
        <w:rPr>
          <w:rFonts w:ascii="Garamond" w:hAnsi="Garamond"/>
          <w:sz w:val="24"/>
        </w:rPr>
        <w:t>customers</w:t>
      </w:r>
      <w:proofErr w:type="gramEnd"/>
    </w:p>
    <w:p w14:paraId="1511BA55" w14:textId="77777777" w:rsidR="001A5159" w:rsidRDefault="00000000">
      <w:r>
        <w:rPr>
          <w:rFonts w:ascii="Garamond" w:hAnsi="Garamond"/>
          <w:sz w:val="24"/>
        </w:rPr>
        <w:t xml:space="preserve">automate repetitive </w:t>
      </w:r>
      <w:proofErr w:type="gramStart"/>
      <w:r>
        <w:rPr>
          <w:rFonts w:ascii="Garamond" w:hAnsi="Garamond"/>
          <w:sz w:val="24"/>
        </w:rPr>
        <w:t>tasks</w:t>
      </w:r>
      <w:proofErr w:type="gramEnd"/>
    </w:p>
    <w:p w14:paraId="64260679" w14:textId="77777777" w:rsidR="001A5159" w:rsidRDefault="00000000">
      <w:r>
        <w:rPr>
          <w:rFonts w:ascii="Garamond" w:hAnsi="Garamond"/>
          <w:sz w:val="24"/>
        </w:rPr>
        <w:t>This blueprint is both highly profitable and extremely easy to deliver once you learn the system.</w:t>
      </w:r>
    </w:p>
    <w:p w14:paraId="21D3479F" w14:textId="77777777" w:rsidR="001A5159" w:rsidRDefault="001A5159"/>
    <w:p w14:paraId="416F554F" w14:textId="77777777" w:rsidR="001A5159" w:rsidRDefault="00000000">
      <w:r>
        <w:rPr>
          <w:rFonts w:ascii="Garamond" w:hAnsi="Garamond"/>
          <w:sz w:val="24"/>
        </w:rPr>
        <w:t>Tools You Need</w:t>
      </w:r>
    </w:p>
    <w:p w14:paraId="67289A87" w14:textId="77777777" w:rsidR="001A5159" w:rsidRDefault="00000000">
      <w:r>
        <w:rPr>
          <w:rFonts w:ascii="Garamond" w:hAnsi="Garamond"/>
          <w:sz w:val="24"/>
        </w:rPr>
        <w:t>ChatGPT CustomGPT / GPT Builder — primary tool</w:t>
      </w:r>
      <w:r>
        <w:rPr>
          <w:rFonts w:ascii="Garamond" w:hAnsi="Garamond"/>
          <w:sz w:val="24"/>
        </w:rPr>
        <w:br/>
        <w:t>Claude Projects — optional</w:t>
      </w:r>
      <w:r>
        <w:rPr>
          <w:rFonts w:ascii="Garamond" w:hAnsi="Garamond"/>
          <w:sz w:val="24"/>
        </w:rPr>
        <w:br/>
        <w:t>Notion / Google Drive — document storage</w:t>
      </w:r>
      <w:r>
        <w:rPr>
          <w:rFonts w:ascii="Garamond" w:hAnsi="Garamond"/>
          <w:sz w:val="24"/>
        </w:rPr>
        <w:br/>
        <w:t>Zapier / Make.com — advanced integrations</w:t>
      </w:r>
      <w:r>
        <w:rPr>
          <w:rFonts w:ascii="Garamond" w:hAnsi="Garamond"/>
          <w:sz w:val="24"/>
        </w:rPr>
        <w:br/>
        <w:t>Canva — branded user guide</w:t>
      </w:r>
    </w:p>
    <w:p w14:paraId="1BBD1D4A" w14:textId="77777777" w:rsidR="001A5159" w:rsidRDefault="00000000">
      <w:r>
        <w:rPr>
          <w:rFonts w:ascii="Garamond" w:hAnsi="Garamond"/>
          <w:sz w:val="24"/>
        </w:rPr>
        <w:t>Optional:</w:t>
      </w:r>
      <w:r>
        <w:rPr>
          <w:rFonts w:ascii="Garamond" w:hAnsi="Garamond"/>
          <w:sz w:val="24"/>
        </w:rPr>
        <w:br/>
        <w:t>Voiceflow, Botpress, or Tiledesk for front-end chatbot interfaces.</w:t>
      </w:r>
    </w:p>
    <w:p w14:paraId="4119571B" w14:textId="77777777" w:rsidR="001A5159" w:rsidRDefault="001A5159"/>
    <w:p w14:paraId="042F7BA2" w14:textId="77777777" w:rsidR="001A5159" w:rsidRDefault="00000000">
      <w:r>
        <w:rPr>
          <w:rFonts w:ascii="Garamond" w:hAnsi="Garamond"/>
          <w:sz w:val="24"/>
        </w:rPr>
        <w:t>What You’ll Offer</w:t>
      </w:r>
    </w:p>
    <w:p w14:paraId="2CA69AA5" w14:textId="77777777" w:rsidR="001A5159" w:rsidRDefault="00000000">
      <w:r>
        <w:rPr>
          <w:rFonts w:ascii="Garamond" w:hAnsi="Garamond"/>
          <w:sz w:val="24"/>
        </w:rPr>
        <w:t>You can build:</w:t>
      </w:r>
    </w:p>
    <w:p w14:paraId="0E87668A" w14:textId="77777777" w:rsidR="001A5159" w:rsidRDefault="00000000">
      <w:r>
        <w:rPr>
          <w:rFonts w:ascii="Garamond" w:hAnsi="Garamond"/>
          <w:sz w:val="24"/>
        </w:rPr>
        <w:lastRenderedPageBreak/>
        <w:t>Custom AI Assistants:</w:t>
      </w:r>
    </w:p>
    <w:p w14:paraId="7B757141" w14:textId="77777777" w:rsidR="001A5159" w:rsidRDefault="00000000">
      <w:r>
        <w:rPr>
          <w:rFonts w:ascii="Garamond" w:hAnsi="Garamond"/>
          <w:sz w:val="24"/>
        </w:rPr>
        <w:t xml:space="preserve">customer support </w:t>
      </w:r>
      <w:proofErr w:type="gramStart"/>
      <w:r>
        <w:rPr>
          <w:rFonts w:ascii="Garamond" w:hAnsi="Garamond"/>
          <w:sz w:val="24"/>
        </w:rPr>
        <w:t>bots</w:t>
      </w:r>
      <w:proofErr w:type="gramEnd"/>
    </w:p>
    <w:p w14:paraId="6386C27F" w14:textId="77777777" w:rsidR="001A5159" w:rsidRDefault="00000000">
      <w:r>
        <w:rPr>
          <w:rFonts w:ascii="Garamond" w:hAnsi="Garamond"/>
          <w:sz w:val="24"/>
        </w:rPr>
        <w:t>sales conversation bots</w:t>
      </w:r>
    </w:p>
    <w:p w14:paraId="43E073F4" w14:textId="77777777" w:rsidR="001A5159" w:rsidRDefault="00000000">
      <w:r>
        <w:rPr>
          <w:rFonts w:ascii="Garamond" w:hAnsi="Garamond"/>
          <w:sz w:val="24"/>
        </w:rPr>
        <w:t>onboarding assistants</w:t>
      </w:r>
    </w:p>
    <w:p w14:paraId="14CD2E1C" w14:textId="77777777" w:rsidR="001A5159" w:rsidRDefault="00000000">
      <w:r>
        <w:rPr>
          <w:rFonts w:ascii="Garamond" w:hAnsi="Garamond"/>
          <w:sz w:val="24"/>
        </w:rPr>
        <w:t xml:space="preserve">internal training </w:t>
      </w:r>
      <w:proofErr w:type="gramStart"/>
      <w:r>
        <w:rPr>
          <w:rFonts w:ascii="Garamond" w:hAnsi="Garamond"/>
          <w:sz w:val="24"/>
        </w:rPr>
        <w:t>bots</w:t>
      </w:r>
      <w:proofErr w:type="gramEnd"/>
    </w:p>
    <w:p w14:paraId="1E6EB32D" w14:textId="77777777" w:rsidR="001A5159" w:rsidRDefault="00000000">
      <w:r>
        <w:rPr>
          <w:rFonts w:ascii="Garamond" w:hAnsi="Garamond"/>
          <w:sz w:val="24"/>
        </w:rPr>
        <w:t xml:space="preserve">SOP knowledge </w:t>
      </w:r>
      <w:proofErr w:type="gramStart"/>
      <w:r>
        <w:rPr>
          <w:rFonts w:ascii="Garamond" w:hAnsi="Garamond"/>
          <w:sz w:val="24"/>
        </w:rPr>
        <w:t>assistants</w:t>
      </w:r>
      <w:proofErr w:type="gramEnd"/>
    </w:p>
    <w:p w14:paraId="17DC985F" w14:textId="77777777" w:rsidR="001A5159" w:rsidRDefault="00000000">
      <w:r>
        <w:rPr>
          <w:rFonts w:ascii="Garamond" w:hAnsi="Garamond"/>
          <w:sz w:val="24"/>
        </w:rPr>
        <w:t>content creation bots</w:t>
      </w:r>
    </w:p>
    <w:p w14:paraId="04CE31E2" w14:textId="77777777" w:rsidR="001A5159" w:rsidRDefault="00000000">
      <w:r>
        <w:rPr>
          <w:rFonts w:ascii="Garamond" w:hAnsi="Garamond"/>
          <w:sz w:val="24"/>
        </w:rPr>
        <w:t>research assistants</w:t>
      </w:r>
    </w:p>
    <w:p w14:paraId="755C5582" w14:textId="77777777" w:rsidR="001A5159" w:rsidRDefault="00000000">
      <w:r>
        <w:rPr>
          <w:rFonts w:ascii="Garamond" w:hAnsi="Garamond"/>
          <w:sz w:val="24"/>
        </w:rPr>
        <w:t>Specialized Industry Bots:</w:t>
      </w:r>
    </w:p>
    <w:p w14:paraId="72495515" w14:textId="77777777" w:rsidR="001A5159" w:rsidRDefault="00000000">
      <w:r>
        <w:rPr>
          <w:rFonts w:ascii="Garamond" w:hAnsi="Garamond"/>
          <w:sz w:val="24"/>
        </w:rPr>
        <w:t>real estate listing assistant</w:t>
      </w:r>
    </w:p>
    <w:p w14:paraId="02520663" w14:textId="77777777" w:rsidR="001A5159" w:rsidRDefault="00000000">
      <w:r>
        <w:rPr>
          <w:rFonts w:ascii="Garamond" w:hAnsi="Garamond"/>
          <w:sz w:val="24"/>
        </w:rPr>
        <w:t>fitness coaching assistant</w:t>
      </w:r>
    </w:p>
    <w:p w14:paraId="1FCBABE7" w14:textId="77777777" w:rsidR="001A5159" w:rsidRDefault="00000000">
      <w:r>
        <w:rPr>
          <w:rFonts w:ascii="Garamond" w:hAnsi="Garamond"/>
          <w:sz w:val="24"/>
        </w:rPr>
        <w:t>beauty brand assistant</w:t>
      </w:r>
    </w:p>
    <w:p w14:paraId="638E8FA4" w14:textId="77777777" w:rsidR="001A5159" w:rsidRDefault="00000000">
      <w:r>
        <w:rPr>
          <w:rFonts w:ascii="Garamond" w:hAnsi="Garamond"/>
          <w:sz w:val="24"/>
        </w:rPr>
        <w:t>Shopify product assistant</w:t>
      </w:r>
    </w:p>
    <w:p w14:paraId="6F29656F" w14:textId="77777777" w:rsidR="001A5159" w:rsidRDefault="00000000">
      <w:r>
        <w:rPr>
          <w:rFonts w:ascii="Garamond" w:hAnsi="Garamond"/>
          <w:sz w:val="24"/>
        </w:rPr>
        <w:t>course creator assistant</w:t>
      </w:r>
    </w:p>
    <w:p w14:paraId="222551E1" w14:textId="77777777" w:rsidR="001A5159" w:rsidRDefault="00000000">
      <w:r>
        <w:rPr>
          <w:rFonts w:ascii="Garamond" w:hAnsi="Garamond"/>
          <w:sz w:val="24"/>
        </w:rPr>
        <w:t>consultant knowledge library</w:t>
      </w:r>
    </w:p>
    <w:p w14:paraId="0CC2F6A3" w14:textId="77777777" w:rsidR="001A5159" w:rsidRDefault="00000000">
      <w:r>
        <w:rPr>
          <w:rFonts w:ascii="Garamond" w:hAnsi="Garamond"/>
          <w:sz w:val="24"/>
        </w:rPr>
        <w:t>HR onboarding assistant</w:t>
      </w:r>
    </w:p>
    <w:p w14:paraId="2E7C9326" w14:textId="77777777" w:rsidR="001A5159" w:rsidRDefault="00000000">
      <w:r>
        <w:rPr>
          <w:rFonts w:ascii="Garamond" w:hAnsi="Garamond"/>
          <w:sz w:val="24"/>
        </w:rPr>
        <w:t>Internal Workflow Bots:</w:t>
      </w:r>
    </w:p>
    <w:p w14:paraId="7C25DAAA" w14:textId="77777777" w:rsidR="001A5159" w:rsidRDefault="00000000">
      <w:r>
        <w:rPr>
          <w:rFonts w:ascii="Garamond" w:hAnsi="Garamond"/>
          <w:sz w:val="24"/>
        </w:rPr>
        <w:t xml:space="preserve">lead qualification </w:t>
      </w:r>
      <w:proofErr w:type="gramStart"/>
      <w:r>
        <w:rPr>
          <w:rFonts w:ascii="Garamond" w:hAnsi="Garamond"/>
          <w:sz w:val="24"/>
        </w:rPr>
        <w:t>assistant</w:t>
      </w:r>
      <w:proofErr w:type="gramEnd"/>
    </w:p>
    <w:p w14:paraId="53429EFF" w14:textId="77777777" w:rsidR="001A5159" w:rsidRDefault="00000000">
      <w:r>
        <w:rPr>
          <w:rFonts w:ascii="Garamond" w:hAnsi="Garamond"/>
          <w:sz w:val="24"/>
        </w:rPr>
        <w:t xml:space="preserve">team process </w:t>
      </w:r>
      <w:proofErr w:type="gramStart"/>
      <w:r>
        <w:rPr>
          <w:rFonts w:ascii="Garamond" w:hAnsi="Garamond"/>
          <w:sz w:val="24"/>
        </w:rPr>
        <w:t>assistant</w:t>
      </w:r>
      <w:proofErr w:type="gramEnd"/>
    </w:p>
    <w:p w14:paraId="3DDA8490" w14:textId="77777777" w:rsidR="001A5159" w:rsidRDefault="00000000">
      <w:r>
        <w:rPr>
          <w:rFonts w:ascii="Garamond" w:hAnsi="Garamond"/>
          <w:sz w:val="24"/>
        </w:rPr>
        <w:t>inventory assistant</w:t>
      </w:r>
    </w:p>
    <w:p w14:paraId="031C5FAF" w14:textId="77777777" w:rsidR="001A5159" w:rsidRDefault="00000000">
      <w:r>
        <w:rPr>
          <w:rFonts w:ascii="Garamond" w:hAnsi="Garamond"/>
          <w:sz w:val="24"/>
        </w:rPr>
        <w:t xml:space="preserve">report-writing </w:t>
      </w:r>
      <w:proofErr w:type="gramStart"/>
      <w:r>
        <w:rPr>
          <w:rFonts w:ascii="Garamond" w:hAnsi="Garamond"/>
          <w:sz w:val="24"/>
        </w:rPr>
        <w:t>assistant</w:t>
      </w:r>
      <w:proofErr w:type="gramEnd"/>
    </w:p>
    <w:p w14:paraId="728F681B" w14:textId="77777777" w:rsidR="001A5159" w:rsidRDefault="00000000">
      <w:r>
        <w:rPr>
          <w:rFonts w:ascii="Garamond" w:hAnsi="Garamond"/>
          <w:sz w:val="24"/>
        </w:rPr>
        <w:t>You become the person who brings AI into their business.</w:t>
      </w:r>
    </w:p>
    <w:p w14:paraId="0299C21C" w14:textId="77777777" w:rsidR="001A5159" w:rsidRDefault="001A5159"/>
    <w:p w14:paraId="5FB85EBF" w14:textId="77777777" w:rsidR="001A5159" w:rsidRDefault="00000000">
      <w:r>
        <w:rPr>
          <w:rFonts w:ascii="Garamond" w:hAnsi="Garamond"/>
          <w:sz w:val="24"/>
        </w:rPr>
        <w:t>AI-Powered Workflow (Step-by-Step)</w:t>
      </w:r>
    </w:p>
    <w:p w14:paraId="3F17B688" w14:textId="77777777" w:rsidR="001A5159" w:rsidRDefault="00000000">
      <w:r>
        <w:rPr>
          <w:rFonts w:ascii="Garamond" w:hAnsi="Garamond"/>
          <w:sz w:val="24"/>
        </w:rPr>
        <w:t>STEP 1 — Gather Inputs</w:t>
      </w:r>
    </w:p>
    <w:p w14:paraId="0BC25487" w14:textId="77777777" w:rsidR="001A5159" w:rsidRDefault="00000000">
      <w:r>
        <w:rPr>
          <w:rFonts w:ascii="Garamond" w:hAnsi="Garamond"/>
          <w:sz w:val="24"/>
        </w:rPr>
        <w:lastRenderedPageBreak/>
        <w:t>Collect:</w:t>
      </w:r>
    </w:p>
    <w:p w14:paraId="39317FB5" w14:textId="77777777" w:rsidR="001A5159" w:rsidRDefault="00000000">
      <w:r>
        <w:rPr>
          <w:rFonts w:ascii="Garamond" w:hAnsi="Garamond"/>
          <w:sz w:val="24"/>
        </w:rPr>
        <w:t>PDFs</w:t>
      </w:r>
    </w:p>
    <w:p w14:paraId="3AFD133A" w14:textId="77777777" w:rsidR="001A5159" w:rsidRDefault="00000000">
      <w:r>
        <w:rPr>
          <w:rFonts w:ascii="Garamond" w:hAnsi="Garamond"/>
          <w:sz w:val="24"/>
        </w:rPr>
        <w:t>SOPs</w:t>
      </w:r>
    </w:p>
    <w:p w14:paraId="19D7750F" w14:textId="77777777" w:rsidR="001A5159" w:rsidRDefault="00000000">
      <w:r>
        <w:rPr>
          <w:rFonts w:ascii="Garamond" w:hAnsi="Garamond"/>
          <w:sz w:val="24"/>
        </w:rPr>
        <w:t>website copy</w:t>
      </w:r>
    </w:p>
    <w:p w14:paraId="79B283E2" w14:textId="77777777" w:rsidR="001A5159" w:rsidRDefault="00000000">
      <w:r>
        <w:rPr>
          <w:rFonts w:ascii="Garamond" w:hAnsi="Garamond"/>
          <w:sz w:val="24"/>
        </w:rPr>
        <w:t>product descriptions</w:t>
      </w:r>
    </w:p>
    <w:p w14:paraId="507A6139" w14:textId="77777777" w:rsidR="001A5159" w:rsidRDefault="00000000">
      <w:r>
        <w:rPr>
          <w:rFonts w:ascii="Garamond" w:hAnsi="Garamond"/>
          <w:sz w:val="24"/>
        </w:rPr>
        <w:t>brand guidelines</w:t>
      </w:r>
    </w:p>
    <w:p w14:paraId="01F0A5BF" w14:textId="77777777" w:rsidR="001A5159" w:rsidRDefault="00000000">
      <w:r>
        <w:rPr>
          <w:rFonts w:ascii="Garamond" w:hAnsi="Garamond"/>
          <w:sz w:val="24"/>
        </w:rPr>
        <w:t>emails</w:t>
      </w:r>
    </w:p>
    <w:p w14:paraId="0813424B" w14:textId="77777777" w:rsidR="001A5159" w:rsidRDefault="00000000">
      <w:r>
        <w:rPr>
          <w:rFonts w:ascii="Garamond" w:hAnsi="Garamond"/>
          <w:sz w:val="24"/>
        </w:rPr>
        <w:t>FAQs</w:t>
      </w:r>
    </w:p>
    <w:p w14:paraId="65E2E9AC" w14:textId="77777777" w:rsidR="001A5159" w:rsidRDefault="00000000">
      <w:r>
        <w:rPr>
          <w:rFonts w:ascii="Garamond" w:hAnsi="Garamond"/>
          <w:sz w:val="24"/>
        </w:rPr>
        <w:t>This becomes the bot’s knowledge base.</w:t>
      </w:r>
    </w:p>
    <w:p w14:paraId="4D2B65AF" w14:textId="77777777" w:rsidR="001A5159" w:rsidRDefault="001A5159"/>
    <w:p w14:paraId="14E8BEF2" w14:textId="77777777" w:rsidR="001A5159" w:rsidRDefault="00000000">
      <w:r>
        <w:rPr>
          <w:rFonts w:ascii="Garamond" w:hAnsi="Garamond"/>
          <w:sz w:val="24"/>
        </w:rPr>
        <w:t>STEP 2 — Build the CustomGPT Foundation</w:t>
      </w:r>
    </w:p>
    <w:p w14:paraId="3FF2119F" w14:textId="77777777" w:rsidR="001A5159" w:rsidRDefault="00000000">
      <w:r>
        <w:rPr>
          <w:rFonts w:ascii="Garamond" w:hAnsi="Garamond"/>
          <w:sz w:val="24"/>
        </w:rPr>
        <w:t>Ask AI:</w:t>
      </w:r>
    </w:p>
    <w:p w14:paraId="449AD415" w14:textId="77777777" w:rsidR="001A5159" w:rsidRDefault="00000000">
      <w:r>
        <w:rPr>
          <w:rFonts w:ascii="Garamond" w:hAnsi="Garamond"/>
          <w:sz w:val="24"/>
        </w:rPr>
        <w:t>“Analyze these documents and build a structured knowledge base with clean categories.”</w:t>
      </w:r>
    </w:p>
    <w:p w14:paraId="02C702DF" w14:textId="77777777" w:rsidR="001A5159" w:rsidRDefault="001A5159"/>
    <w:p w14:paraId="27C5E54D" w14:textId="77777777" w:rsidR="001A5159" w:rsidRDefault="00000000">
      <w:r>
        <w:rPr>
          <w:rFonts w:ascii="Garamond" w:hAnsi="Garamond"/>
          <w:sz w:val="24"/>
        </w:rPr>
        <w:t>STEP 3 — Train the Identity + Behavior</w:t>
      </w:r>
    </w:p>
    <w:p w14:paraId="6DFA8EF8" w14:textId="77777777" w:rsidR="001A5159" w:rsidRDefault="00000000">
      <w:r>
        <w:rPr>
          <w:rFonts w:ascii="Garamond" w:hAnsi="Garamond"/>
          <w:sz w:val="24"/>
        </w:rPr>
        <w:t>Ask:</w:t>
      </w:r>
    </w:p>
    <w:p w14:paraId="404BA253" w14:textId="77777777" w:rsidR="001A5159" w:rsidRDefault="00000000">
      <w:r>
        <w:rPr>
          <w:rFonts w:ascii="Garamond" w:hAnsi="Garamond"/>
          <w:sz w:val="24"/>
        </w:rPr>
        <w:t>“Create a personality, tone, responsibilities, rules, and boundaries for this AI assistant.”</w:t>
      </w:r>
    </w:p>
    <w:p w14:paraId="309F2916" w14:textId="77777777" w:rsidR="001A5159" w:rsidRDefault="00000000">
      <w:r>
        <w:rPr>
          <w:rFonts w:ascii="Garamond" w:hAnsi="Garamond"/>
          <w:sz w:val="24"/>
        </w:rPr>
        <w:t>This defines how it communicates.</w:t>
      </w:r>
    </w:p>
    <w:p w14:paraId="64F81026" w14:textId="77777777" w:rsidR="001A5159" w:rsidRDefault="001A5159"/>
    <w:p w14:paraId="1B9075DF" w14:textId="77777777" w:rsidR="001A5159" w:rsidRDefault="00000000">
      <w:r>
        <w:rPr>
          <w:rFonts w:ascii="Garamond" w:hAnsi="Garamond"/>
          <w:sz w:val="24"/>
        </w:rPr>
        <w:t>STEP 4 — Load Knowledge &amp; Test</w:t>
      </w:r>
    </w:p>
    <w:p w14:paraId="1006AD5A" w14:textId="77777777" w:rsidR="001A5159" w:rsidRDefault="00000000">
      <w:r>
        <w:rPr>
          <w:rFonts w:ascii="Garamond" w:hAnsi="Garamond"/>
          <w:sz w:val="24"/>
        </w:rPr>
        <w:t>Upload docs, test responses, refine prompts, and adjust rules.</w:t>
      </w:r>
    </w:p>
    <w:p w14:paraId="6B351828" w14:textId="77777777" w:rsidR="001A5159" w:rsidRDefault="001A5159"/>
    <w:p w14:paraId="6EEC94CA" w14:textId="77777777" w:rsidR="001A5159" w:rsidRDefault="00000000">
      <w:r>
        <w:rPr>
          <w:rFonts w:ascii="Garamond" w:hAnsi="Garamond"/>
          <w:sz w:val="24"/>
        </w:rPr>
        <w:t>STEP 5 — Add Workflow Skills</w:t>
      </w:r>
    </w:p>
    <w:p w14:paraId="0514F6B5" w14:textId="77777777" w:rsidR="001A5159" w:rsidRDefault="00000000">
      <w:r>
        <w:rPr>
          <w:rFonts w:ascii="Garamond" w:hAnsi="Garamond"/>
          <w:sz w:val="24"/>
        </w:rPr>
        <w:t>Ask:</w:t>
      </w:r>
    </w:p>
    <w:p w14:paraId="104931D5" w14:textId="77777777" w:rsidR="001A5159" w:rsidRDefault="00000000">
      <w:r>
        <w:rPr>
          <w:rFonts w:ascii="Garamond" w:hAnsi="Garamond"/>
          <w:sz w:val="24"/>
        </w:rPr>
        <w:t>“Create workflows, tools, and step-by-step procedures this assistant should follow when answering.”</w:t>
      </w:r>
    </w:p>
    <w:p w14:paraId="63097512" w14:textId="77777777" w:rsidR="001A5159" w:rsidRDefault="001A5159"/>
    <w:p w14:paraId="7CDD1252" w14:textId="77777777" w:rsidR="001A5159" w:rsidRDefault="00000000">
      <w:r>
        <w:rPr>
          <w:rFonts w:ascii="Garamond" w:hAnsi="Garamond"/>
          <w:sz w:val="24"/>
        </w:rPr>
        <w:t>STEP 6 — Customize Outputs</w:t>
      </w:r>
    </w:p>
    <w:p w14:paraId="4814CB60" w14:textId="77777777" w:rsidR="001A5159" w:rsidRDefault="00000000">
      <w:r>
        <w:rPr>
          <w:rFonts w:ascii="Garamond" w:hAnsi="Garamond"/>
          <w:sz w:val="24"/>
        </w:rPr>
        <w:t>You can add:</w:t>
      </w:r>
    </w:p>
    <w:p w14:paraId="60CAF7D1" w14:textId="77777777" w:rsidR="001A5159" w:rsidRDefault="00000000">
      <w:r>
        <w:rPr>
          <w:rFonts w:ascii="Garamond" w:hAnsi="Garamond"/>
          <w:sz w:val="24"/>
        </w:rPr>
        <w:t>formatting</w:t>
      </w:r>
    </w:p>
    <w:p w14:paraId="6591F3E0" w14:textId="77777777" w:rsidR="001A5159" w:rsidRDefault="00000000">
      <w:r>
        <w:rPr>
          <w:rFonts w:ascii="Garamond" w:hAnsi="Garamond"/>
          <w:sz w:val="24"/>
        </w:rPr>
        <w:t>templates</w:t>
      </w:r>
    </w:p>
    <w:p w14:paraId="2B45C83F" w14:textId="77777777" w:rsidR="001A5159" w:rsidRDefault="00000000">
      <w:r>
        <w:rPr>
          <w:rFonts w:ascii="Garamond" w:hAnsi="Garamond"/>
          <w:sz w:val="24"/>
        </w:rPr>
        <w:t>task steps</w:t>
      </w:r>
    </w:p>
    <w:p w14:paraId="2F1FD3A2" w14:textId="77777777" w:rsidR="001A5159" w:rsidRDefault="00000000">
      <w:r>
        <w:rPr>
          <w:rFonts w:ascii="Garamond" w:hAnsi="Garamond"/>
          <w:sz w:val="24"/>
        </w:rPr>
        <w:t>message structure</w:t>
      </w:r>
    </w:p>
    <w:p w14:paraId="7306B0E9" w14:textId="77777777" w:rsidR="001A5159" w:rsidRDefault="001A5159"/>
    <w:p w14:paraId="62BDCA49" w14:textId="77777777" w:rsidR="001A5159" w:rsidRDefault="00000000">
      <w:r>
        <w:rPr>
          <w:rFonts w:ascii="Garamond" w:hAnsi="Garamond"/>
          <w:sz w:val="24"/>
        </w:rPr>
        <w:t>STEP 7 — Deliver the CustomGPT Package</w:t>
      </w:r>
    </w:p>
    <w:p w14:paraId="2606453D" w14:textId="77777777" w:rsidR="001A5159" w:rsidRDefault="00000000">
      <w:r>
        <w:rPr>
          <w:rFonts w:ascii="Garamond" w:hAnsi="Garamond"/>
          <w:sz w:val="24"/>
        </w:rPr>
        <w:t>You provide:</w:t>
      </w:r>
    </w:p>
    <w:p w14:paraId="599AEC28" w14:textId="77777777" w:rsidR="001A5159" w:rsidRDefault="00000000">
      <w:r>
        <w:rPr>
          <w:rFonts w:ascii="Garamond" w:hAnsi="Garamond"/>
          <w:sz w:val="24"/>
        </w:rPr>
        <w:t>the bot</w:t>
      </w:r>
    </w:p>
    <w:p w14:paraId="2762A0CF" w14:textId="77777777" w:rsidR="001A5159" w:rsidRDefault="00000000">
      <w:r>
        <w:rPr>
          <w:rFonts w:ascii="Garamond" w:hAnsi="Garamond"/>
          <w:sz w:val="24"/>
        </w:rPr>
        <w:t>the training docs</w:t>
      </w:r>
    </w:p>
    <w:p w14:paraId="0DBFFCB8" w14:textId="77777777" w:rsidR="001A5159" w:rsidRDefault="00000000">
      <w:r>
        <w:rPr>
          <w:rFonts w:ascii="Garamond" w:hAnsi="Garamond"/>
          <w:sz w:val="24"/>
        </w:rPr>
        <w:t>user guide</w:t>
      </w:r>
    </w:p>
    <w:p w14:paraId="194ED851" w14:textId="77777777" w:rsidR="001A5159" w:rsidRDefault="00000000">
      <w:r>
        <w:rPr>
          <w:rFonts w:ascii="Garamond" w:hAnsi="Garamond"/>
          <w:sz w:val="24"/>
        </w:rPr>
        <w:t>improvement instructions</w:t>
      </w:r>
    </w:p>
    <w:p w14:paraId="00CD5B1E" w14:textId="77777777" w:rsidR="001A5159" w:rsidRDefault="00000000">
      <w:r>
        <w:rPr>
          <w:rFonts w:ascii="Garamond" w:hAnsi="Garamond"/>
          <w:sz w:val="24"/>
        </w:rPr>
        <w:t>update roadmap</w:t>
      </w:r>
    </w:p>
    <w:p w14:paraId="612D5082" w14:textId="77777777" w:rsidR="001A5159" w:rsidRDefault="00000000">
      <w:r>
        <w:rPr>
          <w:rFonts w:ascii="Garamond" w:hAnsi="Garamond"/>
          <w:sz w:val="24"/>
        </w:rPr>
        <w:t>Clients LOVE this.</w:t>
      </w:r>
    </w:p>
    <w:p w14:paraId="2276776D" w14:textId="77777777" w:rsidR="001A5159" w:rsidRDefault="001A5159"/>
    <w:p w14:paraId="35D05AA1" w14:textId="77777777" w:rsidR="001A5159" w:rsidRDefault="00000000">
      <w:r>
        <w:rPr>
          <w:rFonts w:ascii="Garamond" w:hAnsi="Garamond"/>
          <w:sz w:val="24"/>
        </w:rPr>
        <w:t>Beginner-Proof Portfolio</w:t>
      </w:r>
    </w:p>
    <w:p w14:paraId="153197A6" w14:textId="77777777" w:rsidR="001A5159" w:rsidRDefault="00000000">
      <w:r>
        <w:rPr>
          <w:rFonts w:ascii="Garamond" w:hAnsi="Garamond"/>
          <w:sz w:val="24"/>
        </w:rPr>
        <w:t>Create:</w:t>
      </w:r>
    </w:p>
    <w:p w14:paraId="2A9387E2" w14:textId="77777777" w:rsidR="001A5159" w:rsidRDefault="00000000">
      <w:r>
        <w:rPr>
          <w:rFonts w:ascii="Garamond" w:hAnsi="Garamond"/>
          <w:sz w:val="24"/>
        </w:rPr>
        <w:t>1 sample niche bot</w:t>
      </w:r>
    </w:p>
    <w:p w14:paraId="78D0B500" w14:textId="77777777" w:rsidR="001A5159" w:rsidRDefault="00000000">
      <w:r>
        <w:rPr>
          <w:rFonts w:ascii="Garamond" w:hAnsi="Garamond"/>
          <w:sz w:val="24"/>
        </w:rPr>
        <w:t>1 onboarding assistant</w:t>
      </w:r>
    </w:p>
    <w:p w14:paraId="79BCC146" w14:textId="77777777" w:rsidR="001A5159" w:rsidRDefault="00000000">
      <w:r>
        <w:rPr>
          <w:rFonts w:ascii="Garamond" w:hAnsi="Garamond"/>
          <w:sz w:val="24"/>
        </w:rPr>
        <w:t>1 customer support bot</w:t>
      </w:r>
    </w:p>
    <w:p w14:paraId="594F996F" w14:textId="77777777" w:rsidR="001A5159" w:rsidRDefault="00000000">
      <w:r>
        <w:rPr>
          <w:rFonts w:ascii="Garamond" w:hAnsi="Garamond"/>
          <w:sz w:val="24"/>
        </w:rPr>
        <w:t>1 branded user guide</w:t>
      </w:r>
    </w:p>
    <w:p w14:paraId="5DBE0CAB" w14:textId="77777777" w:rsidR="001A5159" w:rsidRDefault="00000000">
      <w:r>
        <w:rPr>
          <w:rFonts w:ascii="Garamond" w:hAnsi="Garamond"/>
          <w:sz w:val="24"/>
        </w:rPr>
        <w:t>This instantly positions you as a skilled AI builder.</w:t>
      </w:r>
    </w:p>
    <w:p w14:paraId="5EF8D1B0" w14:textId="77777777" w:rsidR="001A5159" w:rsidRDefault="001A5159"/>
    <w:p w14:paraId="0A91376A" w14:textId="77777777" w:rsidR="001A5159" w:rsidRDefault="00000000">
      <w:r>
        <w:rPr>
          <w:rFonts w:ascii="Garamond" w:hAnsi="Garamond"/>
          <w:sz w:val="24"/>
        </w:rPr>
        <w:lastRenderedPageBreak/>
        <w:t>Pricing Guide</w:t>
      </w:r>
    </w:p>
    <w:p w14:paraId="00079542" w14:textId="77777777" w:rsidR="001A5159" w:rsidRDefault="00000000">
      <w:r>
        <w:rPr>
          <w:rFonts w:ascii="Garamond" w:hAnsi="Garamond"/>
          <w:sz w:val="24"/>
        </w:rPr>
        <w:t>Beginners:</w:t>
      </w:r>
    </w:p>
    <w:p w14:paraId="3DF5BDD9" w14:textId="77777777" w:rsidR="001A5159" w:rsidRDefault="00000000">
      <w:r>
        <w:rPr>
          <w:rFonts w:ascii="Garamond" w:hAnsi="Garamond"/>
          <w:sz w:val="24"/>
        </w:rPr>
        <w:t>$150–$300 simple bot</w:t>
      </w:r>
    </w:p>
    <w:p w14:paraId="17810281" w14:textId="77777777" w:rsidR="001A5159" w:rsidRDefault="00000000">
      <w:r>
        <w:rPr>
          <w:rFonts w:ascii="Garamond" w:hAnsi="Garamond"/>
          <w:sz w:val="24"/>
        </w:rPr>
        <w:t>$200–$500 knowledge upload</w:t>
      </w:r>
    </w:p>
    <w:p w14:paraId="4B49D9B7" w14:textId="77777777" w:rsidR="001A5159" w:rsidRDefault="00000000">
      <w:r>
        <w:rPr>
          <w:rFonts w:ascii="Garamond" w:hAnsi="Garamond"/>
          <w:sz w:val="24"/>
        </w:rPr>
        <w:t>Intermediate:</w:t>
      </w:r>
    </w:p>
    <w:p w14:paraId="6B322CED" w14:textId="77777777" w:rsidR="001A5159" w:rsidRDefault="00000000">
      <w:r>
        <w:rPr>
          <w:rFonts w:ascii="Garamond" w:hAnsi="Garamond"/>
          <w:sz w:val="24"/>
        </w:rPr>
        <w:t>$500–$1,200 fully trained CustomGPT</w:t>
      </w:r>
    </w:p>
    <w:p w14:paraId="7EF26C11" w14:textId="77777777" w:rsidR="001A5159" w:rsidRDefault="00000000">
      <w:r>
        <w:rPr>
          <w:rFonts w:ascii="Garamond" w:hAnsi="Garamond"/>
          <w:sz w:val="24"/>
        </w:rPr>
        <w:t>$800–$2,000 business bot bundle</w:t>
      </w:r>
    </w:p>
    <w:p w14:paraId="3528BEA3" w14:textId="77777777" w:rsidR="001A5159" w:rsidRDefault="00000000">
      <w:r>
        <w:rPr>
          <w:rFonts w:ascii="Garamond" w:hAnsi="Garamond"/>
          <w:sz w:val="24"/>
        </w:rPr>
        <w:t>Pro:</w:t>
      </w:r>
    </w:p>
    <w:p w14:paraId="772653CB" w14:textId="77777777" w:rsidR="001A5159" w:rsidRDefault="00000000">
      <w:r>
        <w:rPr>
          <w:rFonts w:ascii="Garamond" w:hAnsi="Garamond"/>
          <w:sz w:val="24"/>
        </w:rPr>
        <w:t>$2,500–$10,000 enterprise CustomGPT</w:t>
      </w:r>
    </w:p>
    <w:p w14:paraId="1469981F" w14:textId="77777777" w:rsidR="001A5159" w:rsidRDefault="00000000">
      <w:r>
        <w:rPr>
          <w:rFonts w:ascii="Garamond" w:hAnsi="Garamond"/>
          <w:sz w:val="24"/>
        </w:rPr>
        <w:t>$1,000–$5,000/month updates + support</w:t>
      </w:r>
    </w:p>
    <w:p w14:paraId="31FD9D07" w14:textId="77777777" w:rsidR="001A5159" w:rsidRDefault="00000000">
      <w:r>
        <w:rPr>
          <w:rFonts w:ascii="Garamond" w:hAnsi="Garamond"/>
          <w:sz w:val="24"/>
        </w:rPr>
        <w:t>$3,000–$15,000 team bot training packages</w:t>
      </w:r>
    </w:p>
    <w:p w14:paraId="697DDF1F" w14:textId="77777777" w:rsidR="001A5159" w:rsidRDefault="00000000">
      <w:r>
        <w:rPr>
          <w:rFonts w:ascii="Garamond" w:hAnsi="Garamond"/>
          <w:sz w:val="24"/>
        </w:rPr>
        <w:t xml:space="preserve">Businesses will always pay for </w:t>
      </w:r>
      <w:proofErr w:type="gramStart"/>
      <w:r>
        <w:rPr>
          <w:rFonts w:ascii="Garamond" w:hAnsi="Garamond"/>
          <w:sz w:val="24"/>
        </w:rPr>
        <w:t>AI that</w:t>
      </w:r>
      <w:proofErr w:type="gramEnd"/>
      <w:r>
        <w:rPr>
          <w:rFonts w:ascii="Garamond" w:hAnsi="Garamond"/>
          <w:sz w:val="24"/>
        </w:rPr>
        <w:t xml:space="preserve"> saves them time.</w:t>
      </w:r>
    </w:p>
    <w:p w14:paraId="1CE59057" w14:textId="77777777" w:rsidR="001A5159" w:rsidRDefault="001A5159"/>
    <w:p w14:paraId="2DDF188C" w14:textId="77777777" w:rsidR="001A5159" w:rsidRDefault="00000000">
      <w:r>
        <w:rPr>
          <w:rFonts w:ascii="Garamond" w:hAnsi="Garamond"/>
          <w:sz w:val="24"/>
        </w:rPr>
        <w:t>Pro Accelerators</w:t>
      </w:r>
    </w:p>
    <w:p w14:paraId="62BD7C83" w14:textId="77777777" w:rsidR="001A5159" w:rsidRDefault="00000000">
      <w:r>
        <w:rPr>
          <w:rFonts w:ascii="Garamond" w:hAnsi="Garamond"/>
          <w:sz w:val="24"/>
        </w:rPr>
        <w:t xml:space="preserve">add Zapier </w:t>
      </w:r>
      <w:proofErr w:type="gramStart"/>
      <w:r>
        <w:rPr>
          <w:rFonts w:ascii="Garamond" w:hAnsi="Garamond"/>
          <w:sz w:val="24"/>
        </w:rPr>
        <w:t>workflows</w:t>
      </w:r>
      <w:proofErr w:type="gramEnd"/>
    </w:p>
    <w:p w14:paraId="1A5E9CA3" w14:textId="77777777" w:rsidR="001A5159" w:rsidRDefault="00000000">
      <w:r>
        <w:rPr>
          <w:rFonts w:ascii="Garamond" w:hAnsi="Garamond"/>
          <w:sz w:val="24"/>
        </w:rPr>
        <w:t xml:space="preserve">build a chatbot </w:t>
      </w:r>
      <w:proofErr w:type="gramStart"/>
      <w:r>
        <w:rPr>
          <w:rFonts w:ascii="Garamond" w:hAnsi="Garamond"/>
          <w:sz w:val="24"/>
        </w:rPr>
        <w:t>interface</w:t>
      </w:r>
      <w:proofErr w:type="gramEnd"/>
    </w:p>
    <w:p w14:paraId="3AABD409" w14:textId="77777777" w:rsidR="001A5159" w:rsidRDefault="00000000">
      <w:r>
        <w:rPr>
          <w:rFonts w:ascii="Garamond" w:hAnsi="Garamond"/>
          <w:sz w:val="24"/>
        </w:rPr>
        <w:t xml:space="preserve">add a team training </w:t>
      </w:r>
      <w:proofErr w:type="gramStart"/>
      <w:r>
        <w:rPr>
          <w:rFonts w:ascii="Garamond" w:hAnsi="Garamond"/>
          <w:sz w:val="24"/>
        </w:rPr>
        <w:t>video</w:t>
      </w:r>
      <w:proofErr w:type="gramEnd"/>
    </w:p>
    <w:p w14:paraId="6CF2274C" w14:textId="77777777" w:rsidR="001A5159" w:rsidRDefault="00000000">
      <w:r>
        <w:rPr>
          <w:rFonts w:ascii="Garamond" w:hAnsi="Garamond"/>
          <w:sz w:val="24"/>
        </w:rPr>
        <w:t xml:space="preserve">create a branded documentation </w:t>
      </w:r>
      <w:proofErr w:type="gramStart"/>
      <w:r>
        <w:rPr>
          <w:rFonts w:ascii="Garamond" w:hAnsi="Garamond"/>
          <w:sz w:val="24"/>
        </w:rPr>
        <w:t>package</w:t>
      </w:r>
      <w:proofErr w:type="gramEnd"/>
    </w:p>
    <w:p w14:paraId="20DA7A22" w14:textId="77777777" w:rsidR="001A5159" w:rsidRDefault="00000000">
      <w:r>
        <w:rPr>
          <w:rFonts w:ascii="Garamond" w:hAnsi="Garamond"/>
          <w:sz w:val="24"/>
        </w:rPr>
        <w:t xml:space="preserve">add periodic bot </w:t>
      </w:r>
      <w:proofErr w:type="gramStart"/>
      <w:r>
        <w:rPr>
          <w:rFonts w:ascii="Garamond" w:hAnsi="Garamond"/>
          <w:sz w:val="24"/>
        </w:rPr>
        <w:t>updates</w:t>
      </w:r>
      <w:proofErr w:type="gramEnd"/>
    </w:p>
    <w:p w14:paraId="788C3700" w14:textId="77777777" w:rsidR="001A5159" w:rsidRDefault="00000000">
      <w:r>
        <w:rPr>
          <w:rFonts w:ascii="Garamond" w:hAnsi="Garamond"/>
          <w:sz w:val="24"/>
        </w:rPr>
        <w:t xml:space="preserve">build multiple assistants for one </w:t>
      </w:r>
      <w:proofErr w:type="gramStart"/>
      <w:r>
        <w:rPr>
          <w:rFonts w:ascii="Garamond" w:hAnsi="Garamond"/>
          <w:sz w:val="24"/>
        </w:rPr>
        <w:t>business</w:t>
      </w:r>
      <w:proofErr w:type="gramEnd"/>
    </w:p>
    <w:p w14:paraId="3626F43C" w14:textId="77777777" w:rsidR="001A5159" w:rsidRDefault="00000000">
      <w:r>
        <w:rPr>
          <w:rFonts w:ascii="Garamond" w:hAnsi="Garamond"/>
          <w:sz w:val="24"/>
        </w:rPr>
        <w:t>You can easily scale this to agency level.</w:t>
      </w:r>
    </w:p>
    <w:p w14:paraId="0F7477BE" w14:textId="77777777" w:rsidR="001A5159" w:rsidRDefault="001A5159"/>
    <w:p w14:paraId="0222749E" w14:textId="77777777" w:rsidR="001A5159" w:rsidRDefault="00000000">
      <w:r>
        <w:rPr>
          <w:rFonts w:ascii="Garamond" w:hAnsi="Garamond"/>
          <w:sz w:val="24"/>
        </w:rPr>
        <w:t>MICRO CASE STUDY — BLUEPRINT THIRTY-FIVE</w:t>
      </w:r>
    </w:p>
    <w:p w14:paraId="7EE07489" w14:textId="77777777" w:rsidR="001A5159" w:rsidRDefault="00000000">
      <w:r>
        <w:rPr>
          <w:rFonts w:ascii="Garamond" w:hAnsi="Garamond"/>
          <w:sz w:val="24"/>
        </w:rPr>
        <w:t>Case Study: Stay-at-Home Parent Makes $6,000 Building CustomGPTs in 30 Days</w:t>
      </w:r>
    </w:p>
    <w:p w14:paraId="03E3B33F" w14:textId="77777777" w:rsidR="001A5159" w:rsidRDefault="00000000">
      <w:r>
        <w:rPr>
          <w:rFonts w:ascii="Garamond" w:hAnsi="Garamond"/>
          <w:sz w:val="24"/>
        </w:rPr>
        <w:t>Maria had no tech background.</w:t>
      </w:r>
      <w:r>
        <w:rPr>
          <w:rFonts w:ascii="Garamond" w:hAnsi="Garamond"/>
          <w:sz w:val="24"/>
        </w:rPr>
        <w:br/>
        <w:t>She followed Blueprint 35 and created:</w:t>
      </w:r>
    </w:p>
    <w:p w14:paraId="51602BA9" w14:textId="77777777" w:rsidR="001A5159" w:rsidRDefault="00000000">
      <w:r>
        <w:rPr>
          <w:rFonts w:ascii="Garamond" w:hAnsi="Garamond"/>
          <w:sz w:val="24"/>
        </w:rPr>
        <w:lastRenderedPageBreak/>
        <w:t>a sample customer support bot</w:t>
      </w:r>
    </w:p>
    <w:p w14:paraId="7177DFF0" w14:textId="77777777" w:rsidR="001A5159" w:rsidRDefault="00000000">
      <w:r>
        <w:rPr>
          <w:rFonts w:ascii="Garamond" w:hAnsi="Garamond"/>
          <w:sz w:val="24"/>
        </w:rPr>
        <w:t>a training bot for a hypothetical fitness coach</w:t>
      </w:r>
    </w:p>
    <w:p w14:paraId="1ED6E975" w14:textId="77777777" w:rsidR="001A5159" w:rsidRDefault="00000000">
      <w:r>
        <w:rPr>
          <w:rFonts w:ascii="Garamond" w:hAnsi="Garamond"/>
          <w:sz w:val="24"/>
        </w:rPr>
        <w:t>a polished PDF user guide</w:t>
      </w:r>
    </w:p>
    <w:p w14:paraId="35C6FD4E" w14:textId="77777777" w:rsidR="001A5159" w:rsidRDefault="00000000">
      <w:r>
        <w:rPr>
          <w:rFonts w:ascii="Garamond" w:hAnsi="Garamond"/>
          <w:sz w:val="24"/>
        </w:rPr>
        <w:t>She offered her service online:</w:t>
      </w:r>
    </w:p>
    <w:p w14:paraId="2DF05DF9" w14:textId="77777777" w:rsidR="001A5159" w:rsidRDefault="00000000">
      <w:r>
        <w:rPr>
          <w:rFonts w:ascii="Garamond" w:hAnsi="Garamond"/>
          <w:sz w:val="24"/>
        </w:rPr>
        <w:t>“I build custom AI assistants trained on your business.”</w:t>
      </w:r>
    </w:p>
    <w:p w14:paraId="7951DB9E" w14:textId="77777777" w:rsidR="001A5159" w:rsidRDefault="00000000">
      <w:r>
        <w:rPr>
          <w:rFonts w:ascii="Garamond" w:hAnsi="Garamond"/>
          <w:sz w:val="24"/>
        </w:rPr>
        <w:t>A Shopify store hired her to build:</w:t>
      </w:r>
    </w:p>
    <w:p w14:paraId="54632526" w14:textId="77777777" w:rsidR="001A5159" w:rsidRDefault="00000000">
      <w:r>
        <w:rPr>
          <w:rFonts w:ascii="Garamond" w:hAnsi="Garamond"/>
          <w:sz w:val="24"/>
        </w:rPr>
        <w:t>a customer support bot → $1,200</w:t>
      </w:r>
    </w:p>
    <w:p w14:paraId="7A94FA3E" w14:textId="77777777" w:rsidR="001A5159" w:rsidRDefault="00000000">
      <w:r>
        <w:rPr>
          <w:rFonts w:ascii="Garamond" w:hAnsi="Garamond"/>
          <w:sz w:val="24"/>
        </w:rPr>
        <w:t>a product assistant bot → $900</w:t>
      </w:r>
    </w:p>
    <w:p w14:paraId="40511BC1" w14:textId="77777777" w:rsidR="001A5159" w:rsidRDefault="00000000">
      <w:r>
        <w:rPr>
          <w:rFonts w:ascii="Garamond" w:hAnsi="Garamond"/>
          <w:sz w:val="24"/>
        </w:rPr>
        <w:t>an internal employee support bot → $1,400</w:t>
      </w:r>
    </w:p>
    <w:p w14:paraId="02A27F14" w14:textId="77777777" w:rsidR="001A5159" w:rsidRDefault="00000000">
      <w:proofErr w:type="gramStart"/>
      <w:r>
        <w:rPr>
          <w:rFonts w:ascii="Garamond" w:hAnsi="Garamond"/>
          <w:sz w:val="24"/>
        </w:rPr>
        <w:t>Total from one</w:t>
      </w:r>
      <w:proofErr w:type="gramEnd"/>
      <w:r>
        <w:rPr>
          <w:rFonts w:ascii="Garamond" w:hAnsi="Garamond"/>
          <w:sz w:val="24"/>
        </w:rPr>
        <w:t xml:space="preserve"> client: $3,500</w:t>
      </w:r>
    </w:p>
    <w:p w14:paraId="2EF1CC14" w14:textId="77777777" w:rsidR="001A5159" w:rsidRDefault="00000000">
      <w:r>
        <w:rPr>
          <w:rFonts w:ascii="Garamond" w:hAnsi="Garamond"/>
          <w:sz w:val="24"/>
        </w:rPr>
        <w:t>Two weeks later, a coaching company paid:</w:t>
      </w:r>
    </w:p>
    <w:p w14:paraId="0D2EDC62" w14:textId="77777777" w:rsidR="001A5159" w:rsidRDefault="00000000">
      <w:r>
        <w:rPr>
          <w:rFonts w:ascii="Garamond" w:hAnsi="Garamond"/>
          <w:sz w:val="24"/>
        </w:rPr>
        <w:t>$2,500 for a custom onboarding &amp; course assistant.</w:t>
      </w:r>
    </w:p>
    <w:p w14:paraId="59C96029" w14:textId="77777777" w:rsidR="001A5159" w:rsidRDefault="00000000">
      <w:r>
        <w:rPr>
          <w:rFonts w:ascii="Garamond" w:hAnsi="Garamond"/>
          <w:sz w:val="24"/>
        </w:rPr>
        <w:t>Her message:</w:t>
      </w:r>
    </w:p>
    <w:p w14:paraId="1D7AE674" w14:textId="77777777" w:rsidR="001A5159" w:rsidRDefault="00000000">
      <w:r>
        <w:rPr>
          <w:rFonts w:ascii="Garamond" w:hAnsi="Garamond"/>
          <w:sz w:val="24"/>
        </w:rPr>
        <w:t>“I didn’t sell AI. I sold saved time — and AI did the work.”</w:t>
      </w:r>
    </w:p>
    <w:p w14:paraId="0EE7B6A7" w14:textId="77777777" w:rsidR="001A5159" w:rsidRPr="00E94EEA" w:rsidRDefault="00000000" w:rsidP="00E94EEA">
      <w:pPr>
        <w:rPr>
          <w:sz w:val="24"/>
          <w:szCs w:val="24"/>
        </w:rPr>
      </w:pPr>
      <w:r w:rsidRPr="00E94EEA">
        <w:rPr>
          <w:rFonts w:ascii="Garamond" w:hAnsi="Garamond"/>
          <w:b/>
          <w:sz w:val="24"/>
          <w:szCs w:val="24"/>
        </w:rPr>
        <w:t>Blueprint 35 unlocks one of the fastest-growing, high-demand service markets in the world.</w:t>
      </w:r>
    </w:p>
    <w:p w14:paraId="73575C3F" w14:textId="77777777" w:rsidR="00673185" w:rsidRDefault="00673185">
      <w:pPr>
        <w:sectPr w:rsidR="00673185" w:rsidSect="00034616">
          <w:pgSz w:w="12240" w:h="15840"/>
          <w:pgMar w:top="1440" w:right="1800" w:bottom="1440" w:left="1800" w:header="720" w:footer="720" w:gutter="0"/>
          <w:cols w:space="720"/>
          <w:docGrid w:linePitch="360"/>
        </w:sectPr>
      </w:pPr>
    </w:p>
    <w:p w14:paraId="6A56D538" w14:textId="77777777" w:rsidR="001A5159" w:rsidRDefault="001A5159"/>
    <w:p w14:paraId="203EBA29" w14:textId="77777777" w:rsidR="001A5159" w:rsidRPr="00E94EEA" w:rsidRDefault="00000000" w:rsidP="00E94EEA">
      <w:pPr>
        <w:pStyle w:val="Heading1"/>
        <w:rPr>
          <w:rFonts w:ascii="Garamond" w:hAnsi="Garamond"/>
          <w:color w:val="auto"/>
          <w:sz w:val="40"/>
          <w:szCs w:val="40"/>
        </w:rPr>
      </w:pPr>
      <w:bookmarkStart w:id="77" w:name="_Toc214830373"/>
      <w:r w:rsidRPr="00E94EEA">
        <w:rPr>
          <w:rFonts w:ascii="Garamond" w:hAnsi="Garamond"/>
          <w:color w:val="auto"/>
          <w:sz w:val="40"/>
          <w:szCs w:val="40"/>
        </w:rPr>
        <w:t>BLUEPRINT THIRTY-SIX — AI MONETIZATION ACCELERATOR</w:t>
      </w:r>
      <w:bookmarkEnd w:id="77"/>
    </w:p>
    <w:p w14:paraId="21787131" w14:textId="77777777" w:rsidR="001A5159" w:rsidRPr="00E94EEA" w:rsidRDefault="00000000" w:rsidP="00E94EEA">
      <w:pPr>
        <w:pStyle w:val="Heading2"/>
        <w:rPr>
          <w:rFonts w:ascii="Garamond" w:hAnsi="Garamond"/>
          <w:color w:val="auto"/>
          <w:sz w:val="28"/>
          <w:szCs w:val="28"/>
        </w:rPr>
      </w:pPr>
      <w:bookmarkStart w:id="78" w:name="_Toc214830374"/>
      <w:r w:rsidRPr="00E94EEA">
        <w:rPr>
          <w:rFonts w:ascii="Garamond" w:hAnsi="Garamond"/>
          <w:color w:val="auto"/>
          <w:sz w:val="28"/>
          <w:szCs w:val="28"/>
        </w:rPr>
        <w:t xml:space="preserve">(The Blueprint That Turns AI Into a Full 30–90 Day Income Engine — Stacking Skills, Systems &amp; Offers </w:t>
      </w:r>
      <w:proofErr w:type="gramStart"/>
      <w:r w:rsidRPr="00E94EEA">
        <w:rPr>
          <w:rFonts w:ascii="Garamond" w:hAnsi="Garamond"/>
          <w:color w:val="auto"/>
          <w:sz w:val="28"/>
          <w:szCs w:val="28"/>
        </w:rPr>
        <w:t>Into</w:t>
      </w:r>
      <w:proofErr w:type="gramEnd"/>
      <w:r w:rsidRPr="00E94EEA">
        <w:rPr>
          <w:rFonts w:ascii="Garamond" w:hAnsi="Garamond"/>
          <w:color w:val="auto"/>
          <w:sz w:val="28"/>
          <w:szCs w:val="28"/>
        </w:rPr>
        <w:t xml:space="preserve"> a Real Business)</w:t>
      </w:r>
      <w:bookmarkEnd w:id="78"/>
    </w:p>
    <w:p w14:paraId="249B246B" w14:textId="77777777" w:rsidR="001A5159" w:rsidRPr="00E94EEA" w:rsidRDefault="00000000" w:rsidP="00E94EEA">
      <w:pPr>
        <w:jc w:val="center"/>
        <w:rPr>
          <w:sz w:val="28"/>
          <w:szCs w:val="28"/>
          <w:u w:val="single"/>
        </w:rPr>
      </w:pPr>
      <w:r w:rsidRPr="00E94EEA">
        <w:rPr>
          <w:rFonts w:ascii="Garamond" w:hAnsi="Garamond"/>
          <w:b/>
          <w:sz w:val="28"/>
          <w:szCs w:val="28"/>
          <w:u w:val="single"/>
        </w:rPr>
        <w:t>Blueprint 36 is different.</w:t>
      </w:r>
    </w:p>
    <w:p w14:paraId="6ED0D883" w14:textId="77777777" w:rsidR="001A5159" w:rsidRDefault="00000000">
      <w:r>
        <w:rPr>
          <w:rFonts w:ascii="Garamond" w:hAnsi="Garamond"/>
          <w:sz w:val="24"/>
        </w:rPr>
        <w:t>This is the “endgame blueprint.”</w:t>
      </w:r>
      <w:r>
        <w:rPr>
          <w:rFonts w:ascii="Garamond" w:hAnsi="Garamond"/>
          <w:sz w:val="24"/>
        </w:rPr>
        <w:br/>
        <w:t>It’s what happens when the reader takes ANY of the previous blueprints — and turns them into a complete, income-producing machine.</w:t>
      </w:r>
    </w:p>
    <w:p w14:paraId="5D0F09E8" w14:textId="77777777" w:rsidR="001A5159" w:rsidRDefault="00000000">
      <w:r>
        <w:rPr>
          <w:rFonts w:ascii="Garamond" w:hAnsi="Garamond"/>
          <w:sz w:val="24"/>
        </w:rPr>
        <w:t>Instead of teaching one skill or one system, the AI Monetization Accelerator shows you how to combine:</w:t>
      </w:r>
    </w:p>
    <w:p w14:paraId="24FBEDE9" w14:textId="77777777" w:rsidR="001A5159" w:rsidRDefault="00000000">
      <w:r>
        <w:rPr>
          <w:rFonts w:ascii="Garamond" w:hAnsi="Garamond"/>
          <w:sz w:val="24"/>
        </w:rPr>
        <w:t>a valuable offer</w:t>
      </w:r>
    </w:p>
    <w:p w14:paraId="6FE2DB4F" w14:textId="77777777" w:rsidR="001A5159" w:rsidRDefault="00000000">
      <w:r>
        <w:rPr>
          <w:rFonts w:ascii="Garamond" w:hAnsi="Garamond"/>
          <w:sz w:val="24"/>
        </w:rPr>
        <w:t>a simple acquisition system</w:t>
      </w:r>
    </w:p>
    <w:p w14:paraId="6D045377" w14:textId="77777777" w:rsidR="001A5159" w:rsidRDefault="00000000">
      <w:r>
        <w:rPr>
          <w:rFonts w:ascii="Garamond" w:hAnsi="Garamond"/>
          <w:sz w:val="24"/>
        </w:rPr>
        <w:t>a repeatable workflow</w:t>
      </w:r>
    </w:p>
    <w:p w14:paraId="5A03007A" w14:textId="77777777" w:rsidR="001A5159" w:rsidRDefault="00000000">
      <w:r>
        <w:rPr>
          <w:rFonts w:ascii="Garamond" w:hAnsi="Garamond"/>
          <w:sz w:val="24"/>
        </w:rPr>
        <w:t>automation</w:t>
      </w:r>
    </w:p>
    <w:p w14:paraId="40363916" w14:textId="77777777" w:rsidR="001A5159" w:rsidRDefault="00000000">
      <w:r>
        <w:rPr>
          <w:rFonts w:ascii="Garamond" w:hAnsi="Garamond"/>
          <w:sz w:val="24"/>
        </w:rPr>
        <w:t>pricing strategy</w:t>
      </w:r>
    </w:p>
    <w:p w14:paraId="7B38E8FD" w14:textId="77777777" w:rsidR="001A5159" w:rsidRDefault="00000000">
      <w:r>
        <w:rPr>
          <w:rFonts w:ascii="Garamond" w:hAnsi="Garamond"/>
          <w:sz w:val="24"/>
        </w:rPr>
        <w:t>client retention system</w:t>
      </w:r>
    </w:p>
    <w:p w14:paraId="514F369C" w14:textId="77777777" w:rsidR="001A5159" w:rsidRDefault="00000000">
      <w:r>
        <w:rPr>
          <w:rFonts w:ascii="Garamond" w:hAnsi="Garamond"/>
          <w:sz w:val="24"/>
        </w:rPr>
        <w:t>authority-building content</w:t>
      </w:r>
    </w:p>
    <w:p w14:paraId="66EECC85" w14:textId="77777777" w:rsidR="001A5159" w:rsidRDefault="00000000">
      <w:r>
        <w:rPr>
          <w:rFonts w:ascii="Garamond" w:hAnsi="Garamond"/>
          <w:sz w:val="24"/>
        </w:rPr>
        <w:t>weekly execution habits</w:t>
      </w:r>
    </w:p>
    <w:p w14:paraId="7228FFF3" w14:textId="77777777" w:rsidR="001A5159" w:rsidRDefault="00000000">
      <w:r>
        <w:rPr>
          <w:rFonts w:ascii="Garamond" w:hAnsi="Garamond"/>
          <w:sz w:val="24"/>
        </w:rPr>
        <w:t>It’s a formula designed to move people from:</w:t>
      </w:r>
    </w:p>
    <w:p w14:paraId="29F0143A" w14:textId="77777777" w:rsidR="001A5159" w:rsidRDefault="00000000">
      <w:r>
        <w:rPr>
          <w:rFonts w:ascii="Garamond" w:hAnsi="Garamond"/>
          <w:sz w:val="24"/>
        </w:rPr>
        <w:t>“I’m doing tasks” → to → “I run a real income-generating machine.”</w:t>
      </w:r>
    </w:p>
    <w:p w14:paraId="7A44ADCA" w14:textId="77777777" w:rsidR="001A5159" w:rsidRDefault="00000000">
      <w:r>
        <w:rPr>
          <w:rFonts w:ascii="Garamond" w:hAnsi="Garamond"/>
          <w:sz w:val="24"/>
        </w:rPr>
        <w:t>This blueprint is the bridge from side hustle → business.</w:t>
      </w:r>
    </w:p>
    <w:p w14:paraId="37CC0B7B" w14:textId="77777777" w:rsidR="001A5159" w:rsidRDefault="001A5159"/>
    <w:p w14:paraId="29E13325" w14:textId="77777777" w:rsidR="001A5159" w:rsidRDefault="00000000">
      <w:r>
        <w:rPr>
          <w:rFonts w:ascii="Garamond" w:hAnsi="Garamond"/>
          <w:sz w:val="24"/>
        </w:rPr>
        <w:t>Why This Blueprint Works</w:t>
      </w:r>
    </w:p>
    <w:p w14:paraId="3F73D487" w14:textId="77777777" w:rsidR="001A5159" w:rsidRDefault="00000000">
      <w:r>
        <w:rPr>
          <w:rFonts w:ascii="Garamond" w:hAnsi="Garamond"/>
          <w:sz w:val="24"/>
        </w:rPr>
        <w:t>Most people fail not because they lack skill — but because they lack a system to turn skill into money.</w:t>
      </w:r>
    </w:p>
    <w:p w14:paraId="59AD20D3" w14:textId="77777777" w:rsidR="001A5159" w:rsidRDefault="00000000">
      <w:r>
        <w:rPr>
          <w:rFonts w:ascii="Garamond" w:hAnsi="Garamond"/>
          <w:sz w:val="24"/>
        </w:rPr>
        <w:lastRenderedPageBreak/>
        <w:t>AI solves this by giving you:</w:t>
      </w:r>
    </w:p>
    <w:p w14:paraId="61D11A10" w14:textId="77777777" w:rsidR="001A5159" w:rsidRDefault="00000000">
      <w:r>
        <w:rPr>
          <w:rFonts w:ascii="Garamond" w:hAnsi="Garamond"/>
          <w:sz w:val="24"/>
        </w:rPr>
        <w:t>clarity</w:t>
      </w:r>
    </w:p>
    <w:p w14:paraId="2DE1C8BB" w14:textId="77777777" w:rsidR="001A5159" w:rsidRDefault="00000000">
      <w:r>
        <w:rPr>
          <w:rFonts w:ascii="Garamond" w:hAnsi="Garamond"/>
          <w:sz w:val="24"/>
        </w:rPr>
        <w:t>direction</w:t>
      </w:r>
    </w:p>
    <w:p w14:paraId="49DE7D82" w14:textId="77777777" w:rsidR="001A5159" w:rsidRDefault="00000000">
      <w:r>
        <w:rPr>
          <w:rFonts w:ascii="Garamond" w:hAnsi="Garamond"/>
          <w:sz w:val="24"/>
        </w:rPr>
        <w:t>templates</w:t>
      </w:r>
    </w:p>
    <w:p w14:paraId="7781BA51" w14:textId="77777777" w:rsidR="001A5159" w:rsidRDefault="00000000">
      <w:r>
        <w:rPr>
          <w:rFonts w:ascii="Garamond" w:hAnsi="Garamond"/>
          <w:sz w:val="24"/>
        </w:rPr>
        <w:t>marketing</w:t>
      </w:r>
    </w:p>
    <w:p w14:paraId="46D5AA50" w14:textId="77777777" w:rsidR="001A5159" w:rsidRDefault="00000000">
      <w:r>
        <w:rPr>
          <w:rFonts w:ascii="Garamond" w:hAnsi="Garamond"/>
          <w:sz w:val="24"/>
        </w:rPr>
        <w:t>content</w:t>
      </w:r>
    </w:p>
    <w:p w14:paraId="0DF3A6B1" w14:textId="77777777" w:rsidR="001A5159" w:rsidRDefault="00000000">
      <w:r>
        <w:rPr>
          <w:rFonts w:ascii="Garamond" w:hAnsi="Garamond"/>
          <w:sz w:val="24"/>
        </w:rPr>
        <w:t>pricing models</w:t>
      </w:r>
    </w:p>
    <w:p w14:paraId="574E8FCB" w14:textId="77777777" w:rsidR="001A5159" w:rsidRDefault="00000000">
      <w:r>
        <w:rPr>
          <w:rFonts w:ascii="Garamond" w:hAnsi="Garamond"/>
          <w:sz w:val="24"/>
        </w:rPr>
        <w:t>scripts</w:t>
      </w:r>
    </w:p>
    <w:p w14:paraId="7BEF4120" w14:textId="77777777" w:rsidR="001A5159" w:rsidRDefault="00000000">
      <w:r>
        <w:rPr>
          <w:rFonts w:ascii="Garamond" w:hAnsi="Garamond"/>
          <w:sz w:val="24"/>
        </w:rPr>
        <w:t>follow-up sequences</w:t>
      </w:r>
    </w:p>
    <w:p w14:paraId="24A2556C" w14:textId="77777777" w:rsidR="001A5159" w:rsidRDefault="00000000">
      <w:r>
        <w:rPr>
          <w:rFonts w:ascii="Garamond" w:hAnsi="Garamond"/>
          <w:sz w:val="24"/>
        </w:rPr>
        <w:t>client workflows</w:t>
      </w:r>
    </w:p>
    <w:p w14:paraId="02B3E030" w14:textId="77777777" w:rsidR="001A5159" w:rsidRDefault="00000000">
      <w:r>
        <w:rPr>
          <w:rFonts w:ascii="Garamond" w:hAnsi="Garamond"/>
          <w:sz w:val="24"/>
        </w:rPr>
        <w:t>consistency systems</w:t>
      </w:r>
    </w:p>
    <w:p w14:paraId="49AC3DA5" w14:textId="77777777" w:rsidR="001A5159" w:rsidRDefault="00000000">
      <w:r>
        <w:rPr>
          <w:rFonts w:ascii="Garamond" w:hAnsi="Garamond"/>
          <w:sz w:val="24"/>
        </w:rPr>
        <w:t>This blueprint takes all 35 earlier blueprints and turns them into one streamlined monetization engine.</w:t>
      </w:r>
    </w:p>
    <w:p w14:paraId="6FC5C339" w14:textId="77777777" w:rsidR="001A5159" w:rsidRDefault="001A5159"/>
    <w:p w14:paraId="10DF6236" w14:textId="77777777" w:rsidR="001A5159" w:rsidRDefault="00000000">
      <w:r>
        <w:rPr>
          <w:rFonts w:ascii="Garamond" w:hAnsi="Garamond"/>
          <w:sz w:val="24"/>
        </w:rPr>
        <w:t>The Monetization Accelerator Framework</w:t>
      </w:r>
    </w:p>
    <w:p w14:paraId="64C778DF" w14:textId="77777777" w:rsidR="001A5159" w:rsidRDefault="00000000">
      <w:r>
        <w:rPr>
          <w:rFonts w:ascii="Garamond" w:hAnsi="Garamond"/>
          <w:sz w:val="24"/>
        </w:rPr>
        <w:t>There are five components, and when they’re combined, you have a predictable income system.</w:t>
      </w:r>
    </w:p>
    <w:p w14:paraId="5374F93F" w14:textId="77777777" w:rsidR="001A5159" w:rsidRDefault="001A5159"/>
    <w:p w14:paraId="498AD7DA" w14:textId="77777777" w:rsidR="001A5159" w:rsidRDefault="00000000">
      <w:r>
        <w:rPr>
          <w:rFonts w:ascii="Garamond" w:hAnsi="Garamond"/>
          <w:sz w:val="24"/>
        </w:rPr>
        <w:t>1. OFFER → What You Sell</w:t>
      </w:r>
    </w:p>
    <w:p w14:paraId="6E87AA99" w14:textId="77777777" w:rsidR="001A5159" w:rsidRDefault="00000000">
      <w:r>
        <w:rPr>
          <w:rFonts w:ascii="Garamond" w:hAnsi="Garamond"/>
          <w:sz w:val="24"/>
        </w:rPr>
        <w:t>Use AI to refine:</w:t>
      </w:r>
    </w:p>
    <w:p w14:paraId="65A898B4" w14:textId="77777777" w:rsidR="001A5159" w:rsidRDefault="00000000">
      <w:r>
        <w:rPr>
          <w:rFonts w:ascii="Garamond" w:hAnsi="Garamond"/>
          <w:sz w:val="24"/>
        </w:rPr>
        <w:t>value proposition</w:t>
      </w:r>
    </w:p>
    <w:p w14:paraId="0FF72B9A" w14:textId="77777777" w:rsidR="001A5159" w:rsidRDefault="00000000">
      <w:r>
        <w:rPr>
          <w:rFonts w:ascii="Garamond" w:hAnsi="Garamond"/>
          <w:sz w:val="24"/>
        </w:rPr>
        <w:t>transformation statement</w:t>
      </w:r>
    </w:p>
    <w:p w14:paraId="1850703D" w14:textId="77777777" w:rsidR="001A5159" w:rsidRDefault="00000000">
      <w:r>
        <w:rPr>
          <w:rFonts w:ascii="Garamond" w:hAnsi="Garamond"/>
          <w:sz w:val="24"/>
        </w:rPr>
        <w:t>deliverables</w:t>
      </w:r>
    </w:p>
    <w:p w14:paraId="60EE9DF6" w14:textId="77777777" w:rsidR="001A5159" w:rsidRDefault="00000000">
      <w:r>
        <w:rPr>
          <w:rFonts w:ascii="Garamond" w:hAnsi="Garamond"/>
          <w:sz w:val="24"/>
        </w:rPr>
        <w:t>bonuses</w:t>
      </w:r>
    </w:p>
    <w:p w14:paraId="3D2EE359" w14:textId="77777777" w:rsidR="001A5159" w:rsidRDefault="00000000">
      <w:r>
        <w:rPr>
          <w:rFonts w:ascii="Garamond" w:hAnsi="Garamond"/>
          <w:sz w:val="24"/>
        </w:rPr>
        <w:t>pricing tiers</w:t>
      </w:r>
    </w:p>
    <w:p w14:paraId="4AD4A646" w14:textId="77777777" w:rsidR="001A5159" w:rsidRDefault="00000000">
      <w:r>
        <w:rPr>
          <w:rFonts w:ascii="Garamond" w:hAnsi="Garamond"/>
          <w:sz w:val="24"/>
        </w:rPr>
        <w:t>service workflow</w:t>
      </w:r>
    </w:p>
    <w:p w14:paraId="5AFB9635" w14:textId="77777777" w:rsidR="001A5159" w:rsidRDefault="00000000">
      <w:r>
        <w:rPr>
          <w:rFonts w:ascii="Garamond" w:hAnsi="Garamond"/>
          <w:sz w:val="24"/>
        </w:rPr>
        <w:lastRenderedPageBreak/>
        <w:t>Deliverables:</w:t>
      </w:r>
    </w:p>
    <w:p w14:paraId="00BE53BD" w14:textId="77777777" w:rsidR="001A5159" w:rsidRDefault="00000000">
      <w:r>
        <w:rPr>
          <w:rFonts w:ascii="Garamond" w:hAnsi="Garamond"/>
          <w:sz w:val="24"/>
        </w:rPr>
        <w:t>Signature Offer</w:t>
      </w:r>
    </w:p>
    <w:p w14:paraId="209F1D07" w14:textId="77777777" w:rsidR="001A5159" w:rsidRDefault="00000000">
      <w:r>
        <w:rPr>
          <w:rFonts w:ascii="Garamond" w:hAnsi="Garamond"/>
          <w:sz w:val="24"/>
        </w:rPr>
        <w:t>Tiered Pricing</w:t>
      </w:r>
    </w:p>
    <w:p w14:paraId="13296532" w14:textId="77777777" w:rsidR="001A5159" w:rsidRDefault="00000000">
      <w:r>
        <w:rPr>
          <w:rFonts w:ascii="Garamond" w:hAnsi="Garamond"/>
          <w:sz w:val="24"/>
        </w:rPr>
        <w:t>Value Stack</w:t>
      </w:r>
    </w:p>
    <w:p w14:paraId="361BF15D" w14:textId="77777777" w:rsidR="001A5159" w:rsidRDefault="00000000">
      <w:r>
        <w:rPr>
          <w:rFonts w:ascii="Garamond" w:hAnsi="Garamond"/>
          <w:sz w:val="24"/>
        </w:rPr>
        <w:t>Fast-Delivery Option</w:t>
      </w:r>
    </w:p>
    <w:p w14:paraId="690755D6" w14:textId="77777777" w:rsidR="001A5159" w:rsidRDefault="001A5159"/>
    <w:p w14:paraId="5974DB31" w14:textId="77777777" w:rsidR="001A5159" w:rsidRDefault="00000000">
      <w:r>
        <w:rPr>
          <w:rFonts w:ascii="Garamond" w:hAnsi="Garamond"/>
          <w:sz w:val="24"/>
        </w:rPr>
        <w:t>2. ACQUISITION → How You Get Clients</w:t>
      </w:r>
    </w:p>
    <w:p w14:paraId="7309C894" w14:textId="77777777" w:rsidR="001A5159" w:rsidRDefault="00000000">
      <w:r>
        <w:rPr>
          <w:rFonts w:ascii="Garamond" w:hAnsi="Garamond"/>
          <w:sz w:val="24"/>
        </w:rPr>
        <w:t>AI builds:</w:t>
      </w:r>
    </w:p>
    <w:p w14:paraId="5960D78A" w14:textId="77777777" w:rsidR="001A5159" w:rsidRDefault="00000000">
      <w:r>
        <w:rPr>
          <w:rFonts w:ascii="Garamond" w:hAnsi="Garamond"/>
          <w:sz w:val="24"/>
        </w:rPr>
        <w:t>outreach scripts</w:t>
      </w:r>
    </w:p>
    <w:p w14:paraId="7339BA0C" w14:textId="77777777" w:rsidR="001A5159" w:rsidRDefault="00000000">
      <w:r>
        <w:rPr>
          <w:rFonts w:ascii="Garamond" w:hAnsi="Garamond"/>
          <w:sz w:val="24"/>
        </w:rPr>
        <w:t>inbound content frameworks</w:t>
      </w:r>
    </w:p>
    <w:p w14:paraId="08A3544D" w14:textId="77777777" w:rsidR="001A5159" w:rsidRDefault="00000000">
      <w:r>
        <w:rPr>
          <w:rFonts w:ascii="Garamond" w:hAnsi="Garamond"/>
          <w:sz w:val="24"/>
        </w:rPr>
        <w:t>DM conversation flows</w:t>
      </w:r>
    </w:p>
    <w:p w14:paraId="7CE5BDD9" w14:textId="77777777" w:rsidR="001A5159" w:rsidRDefault="00000000">
      <w:r>
        <w:rPr>
          <w:rFonts w:ascii="Garamond" w:hAnsi="Garamond"/>
          <w:sz w:val="24"/>
        </w:rPr>
        <w:t>niche positioning</w:t>
      </w:r>
    </w:p>
    <w:p w14:paraId="14B130A9" w14:textId="77777777" w:rsidR="001A5159" w:rsidRDefault="00000000">
      <w:r>
        <w:rPr>
          <w:rFonts w:ascii="Garamond" w:hAnsi="Garamond"/>
          <w:sz w:val="24"/>
        </w:rPr>
        <w:t>authority content</w:t>
      </w:r>
    </w:p>
    <w:p w14:paraId="6CA47C90" w14:textId="77777777" w:rsidR="001A5159" w:rsidRDefault="00000000">
      <w:r>
        <w:rPr>
          <w:rFonts w:ascii="Garamond" w:hAnsi="Garamond"/>
          <w:sz w:val="24"/>
        </w:rPr>
        <w:t>lead magnets</w:t>
      </w:r>
    </w:p>
    <w:p w14:paraId="7D4B90DA" w14:textId="77777777" w:rsidR="001A5159" w:rsidRDefault="00000000">
      <w:r>
        <w:rPr>
          <w:rFonts w:ascii="Garamond" w:hAnsi="Garamond"/>
          <w:sz w:val="24"/>
        </w:rPr>
        <w:t>simple funnels</w:t>
      </w:r>
    </w:p>
    <w:p w14:paraId="5700F4CE" w14:textId="77777777" w:rsidR="001A5159" w:rsidRDefault="00000000">
      <w:r>
        <w:rPr>
          <w:rFonts w:ascii="Garamond" w:hAnsi="Garamond"/>
          <w:sz w:val="24"/>
        </w:rPr>
        <w:t>Deliverables:</w:t>
      </w:r>
    </w:p>
    <w:p w14:paraId="5ABC552E" w14:textId="77777777" w:rsidR="001A5159" w:rsidRDefault="00000000">
      <w:r>
        <w:rPr>
          <w:rFonts w:ascii="Garamond" w:hAnsi="Garamond"/>
          <w:sz w:val="24"/>
        </w:rPr>
        <w:t>30-Day Posting Plan</w:t>
      </w:r>
    </w:p>
    <w:p w14:paraId="061CB775" w14:textId="77777777" w:rsidR="001A5159" w:rsidRDefault="00000000">
      <w:r>
        <w:rPr>
          <w:rFonts w:ascii="Garamond" w:hAnsi="Garamond"/>
          <w:sz w:val="24"/>
        </w:rPr>
        <w:t>5 DM scripts</w:t>
      </w:r>
    </w:p>
    <w:p w14:paraId="16B6ACA4" w14:textId="77777777" w:rsidR="001A5159" w:rsidRDefault="00000000">
      <w:r>
        <w:rPr>
          <w:rFonts w:ascii="Garamond" w:hAnsi="Garamond"/>
          <w:sz w:val="24"/>
        </w:rPr>
        <w:t>3 Lead Magnets</w:t>
      </w:r>
    </w:p>
    <w:p w14:paraId="7909DEB3" w14:textId="77777777" w:rsidR="001A5159" w:rsidRDefault="00000000">
      <w:r>
        <w:rPr>
          <w:rFonts w:ascii="Garamond" w:hAnsi="Garamond"/>
          <w:sz w:val="24"/>
        </w:rPr>
        <w:t>10 “Authority Builder” posts</w:t>
      </w:r>
    </w:p>
    <w:p w14:paraId="0AB1720A" w14:textId="77777777" w:rsidR="001A5159" w:rsidRDefault="001A5159"/>
    <w:p w14:paraId="5470AA98" w14:textId="77777777" w:rsidR="001A5159" w:rsidRDefault="00000000">
      <w:r>
        <w:rPr>
          <w:rFonts w:ascii="Garamond" w:hAnsi="Garamond"/>
          <w:sz w:val="24"/>
        </w:rPr>
        <w:t>3. DELIVERY → How You Fulfill Work</w:t>
      </w:r>
    </w:p>
    <w:p w14:paraId="014D7592" w14:textId="77777777" w:rsidR="001A5159" w:rsidRDefault="00000000">
      <w:r>
        <w:rPr>
          <w:rFonts w:ascii="Garamond" w:hAnsi="Garamond"/>
          <w:sz w:val="24"/>
        </w:rPr>
        <w:t>AI creates:</w:t>
      </w:r>
    </w:p>
    <w:p w14:paraId="13A4082E" w14:textId="77777777" w:rsidR="001A5159" w:rsidRDefault="00000000">
      <w:r>
        <w:rPr>
          <w:rFonts w:ascii="Garamond" w:hAnsi="Garamond"/>
          <w:sz w:val="24"/>
        </w:rPr>
        <w:t>SOPs</w:t>
      </w:r>
    </w:p>
    <w:p w14:paraId="16DA91A6" w14:textId="77777777" w:rsidR="001A5159" w:rsidRDefault="00000000">
      <w:r>
        <w:rPr>
          <w:rFonts w:ascii="Garamond" w:hAnsi="Garamond"/>
          <w:sz w:val="24"/>
        </w:rPr>
        <w:t>templates</w:t>
      </w:r>
    </w:p>
    <w:p w14:paraId="5A12507A" w14:textId="77777777" w:rsidR="001A5159" w:rsidRDefault="00000000">
      <w:r>
        <w:rPr>
          <w:rFonts w:ascii="Garamond" w:hAnsi="Garamond"/>
          <w:sz w:val="24"/>
        </w:rPr>
        <w:lastRenderedPageBreak/>
        <w:t>checklists</w:t>
      </w:r>
    </w:p>
    <w:p w14:paraId="0BA63F3D" w14:textId="77777777" w:rsidR="001A5159" w:rsidRDefault="00000000">
      <w:r>
        <w:rPr>
          <w:rFonts w:ascii="Garamond" w:hAnsi="Garamond"/>
          <w:sz w:val="24"/>
        </w:rPr>
        <w:t>automation</w:t>
      </w:r>
    </w:p>
    <w:p w14:paraId="03D4B9F7" w14:textId="77777777" w:rsidR="001A5159" w:rsidRDefault="00000000">
      <w:r>
        <w:rPr>
          <w:rFonts w:ascii="Garamond" w:hAnsi="Garamond"/>
          <w:sz w:val="24"/>
        </w:rPr>
        <w:t>client communication flows</w:t>
      </w:r>
    </w:p>
    <w:p w14:paraId="12EEF20E" w14:textId="77777777" w:rsidR="001A5159" w:rsidRDefault="00000000">
      <w:r>
        <w:rPr>
          <w:rFonts w:ascii="Garamond" w:hAnsi="Garamond"/>
          <w:sz w:val="24"/>
        </w:rPr>
        <w:t>progress tracking</w:t>
      </w:r>
    </w:p>
    <w:p w14:paraId="73C8B4D6" w14:textId="77777777" w:rsidR="001A5159" w:rsidRDefault="00000000">
      <w:r>
        <w:rPr>
          <w:rFonts w:ascii="Garamond" w:hAnsi="Garamond"/>
          <w:sz w:val="24"/>
        </w:rPr>
        <w:t>Deliverables:</w:t>
      </w:r>
    </w:p>
    <w:p w14:paraId="75CE66F5" w14:textId="77777777" w:rsidR="001A5159" w:rsidRDefault="00000000">
      <w:r>
        <w:rPr>
          <w:rFonts w:ascii="Garamond" w:hAnsi="Garamond"/>
          <w:sz w:val="24"/>
        </w:rPr>
        <w:t>Onboarding System</w:t>
      </w:r>
    </w:p>
    <w:p w14:paraId="0A50B088" w14:textId="77777777" w:rsidR="001A5159" w:rsidRDefault="00000000">
      <w:r>
        <w:rPr>
          <w:rFonts w:ascii="Garamond" w:hAnsi="Garamond"/>
          <w:sz w:val="24"/>
        </w:rPr>
        <w:t>Delivery SOP</w:t>
      </w:r>
    </w:p>
    <w:p w14:paraId="5490F7B2" w14:textId="77777777" w:rsidR="001A5159" w:rsidRDefault="00000000">
      <w:r>
        <w:rPr>
          <w:rFonts w:ascii="Garamond" w:hAnsi="Garamond"/>
          <w:sz w:val="24"/>
        </w:rPr>
        <w:t>Revision Process</w:t>
      </w:r>
    </w:p>
    <w:p w14:paraId="587B3A89" w14:textId="77777777" w:rsidR="001A5159" w:rsidRDefault="00000000">
      <w:r>
        <w:rPr>
          <w:rFonts w:ascii="Garamond" w:hAnsi="Garamond"/>
          <w:sz w:val="24"/>
        </w:rPr>
        <w:t>Client Portal</w:t>
      </w:r>
    </w:p>
    <w:p w14:paraId="0A816F91" w14:textId="77777777" w:rsidR="001A5159" w:rsidRDefault="001A5159"/>
    <w:p w14:paraId="22A1C054" w14:textId="77777777" w:rsidR="001A5159" w:rsidRDefault="00000000">
      <w:r>
        <w:rPr>
          <w:rFonts w:ascii="Garamond" w:hAnsi="Garamond"/>
          <w:sz w:val="24"/>
        </w:rPr>
        <w:t>4. AUTOMATION → How You Save Time</w:t>
      </w:r>
    </w:p>
    <w:p w14:paraId="325C2843" w14:textId="77777777" w:rsidR="001A5159" w:rsidRDefault="00000000">
      <w:r>
        <w:rPr>
          <w:rFonts w:ascii="Garamond" w:hAnsi="Garamond"/>
          <w:sz w:val="24"/>
        </w:rPr>
        <w:t>AI + automation tools streamline:</w:t>
      </w:r>
    </w:p>
    <w:p w14:paraId="148172B3" w14:textId="77777777" w:rsidR="001A5159" w:rsidRDefault="00000000">
      <w:r>
        <w:rPr>
          <w:rFonts w:ascii="Garamond" w:hAnsi="Garamond"/>
          <w:sz w:val="24"/>
        </w:rPr>
        <w:t>client onboarding</w:t>
      </w:r>
    </w:p>
    <w:p w14:paraId="451A0722" w14:textId="77777777" w:rsidR="001A5159" w:rsidRDefault="00000000">
      <w:r>
        <w:rPr>
          <w:rFonts w:ascii="Garamond" w:hAnsi="Garamond"/>
          <w:sz w:val="24"/>
        </w:rPr>
        <w:t>file organization</w:t>
      </w:r>
    </w:p>
    <w:p w14:paraId="12906F7B" w14:textId="77777777" w:rsidR="001A5159" w:rsidRDefault="00000000">
      <w:r>
        <w:rPr>
          <w:rFonts w:ascii="Garamond" w:hAnsi="Garamond"/>
          <w:sz w:val="24"/>
        </w:rPr>
        <w:t>meeting scheduling</w:t>
      </w:r>
    </w:p>
    <w:p w14:paraId="4A118A24" w14:textId="77777777" w:rsidR="001A5159" w:rsidRDefault="00000000">
      <w:r>
        <w:rPr>
          <w:rFonts w:ascii="Garamond" w:hAnsi="Garamond"/>
          <w:sz w:val="24"/>
        </w:rPr>
        <w:t>report generation</w:t>
      </w:r>
    </w:p>
    <w:p w14:paraId="1DED535C" w14:textId="77777777" w:rsidR="001A5159" w:rsidRDefault="00000000">
      <w:r>
        <w:rPr>
          <w:rFonts w:ascii="Garamond" w:hAnsi="Garamond"/>
          <w:sz w:val="24"/>
        </w:rPr>
        <w:t>follow-up reminders</w:t>
      </w:r>
    </w:p>
    <w:p w14:paraId="34A3A074" w14:textId="77777777" w:rsidR="001A5159" w:rsidRDefault="00000000">
      <w:r>
        <w:rPr>
          <w:rFonts w:ascii="Garamond" w:hAnsi="Garamond"/>
          <w:sz w:val="24"/>
        </w:rPr>
        <w:t>recurring tasks</w:t>
      </w:r>
    </w:p>
    <w:p w14:paraId="044F462E" w14:textId="77777777" w:rsidR="001A5159" w:rsidRDefault="00000000">
      <w:r>
        <w:rPr>
          <w:rFonts w:ascii="Garamond" w:hAnsi="Garamond"/>
          <w:sz w:val="24"/>
        </w:rPr>
        <w:t>Deliverables:</w:t>
      </w:r>
    </w:p>
    <w:p w14:paraId="7044037D" w14:textId="77777777" w:rsidR="001A5159" w:rsidRDefault="00000000">
      <w:r>
        <w:rPr>
          <w:rFonts w:ascii="Garamond" w:hAnsi="Garamond"/>
          <w:sz w:val="24"/>
        </w:rPr>
        <w:t>3 Automations (minimum)</w:t>
      </w:r>
    </w:p>
    <w:p w14:paraId="7C46B5C3" w14:textId="77777777" w:rsidR="001A5159" w:rsidRDefault="00000000">
      <w:r>
        <w:rPr>
          <w:rFonts w:ascii="Garamond" w:hAnsi="Garamond"/>
          <w:sz w:val="24"/>
        </w:rPr>
        <w:t>Notion or ClickUp Dashboard</w:t>
      </w:r>
    </w:p>
    <w:p w14:paraId="3FB7F4A6" w14:textId="77777777" w:rsidR="001A5159" w:rsidRDefault="00000000">
      <w:r>
        <w:rPr>
          <w:rFonts w:ascii="Garamond" w:hAnsi="Garamond"/>
          <w:sz w:val="24"/>
        </w:rPr>
        <w:t>Automated Follow-Up Sequence</w:t>
      </w:r>
    </w:p>
    <w:p w14:paraId="0F31530F" w14:textId="77777777" w:rsidR="001A5159" w:rsidRDefault="001A5159"/>
    <w:p w14:paraId="724C1640" w14:textId="77777777" w:rsidR="001A5159" w:rsidRDefault="00000000">
      <w:r>
        <w:rPr>
          <w:rFonts w:ascii="Garamond" w:hAnsi="Garamond"/>
          <w:sz w:val="24"/>
        </w:rPr>
        <w:t>5. AUTHORITY → How You Grow</w:t>
      </w:r>
    </w:p>
    <w:p w14:paraId="6BFE911B" w14:textId="77777777" w:rsidR="001A5159" w:rsidRDefault="00000000">
      <w:r>
        <w:rPr>
          <w:rFonts w:ascii="Garamond" w:hAnsi="Garamond"/>
          <w:sz w:val="24"/>
        </w:rPr>
        <w:t>AI generates:</w:t>
      </w:r>
    </w:p>
    <w:p w14:paraId="20119C64" w14:textId="77777777" w:rsidR="001A5159" w:rsidRDefault="00000000">
      <w:r>
        <w:rPr>
          <w:rFonts w:ascii="Garamond" w:hAnsi="Garamond"/>
          <w:sz w:val="24"/>
        </w:rPr>
        <w:lastRenderedPageBreak/>
        <w:t>long-form content</w:t>
      </w:r>
    </w:p>
    <w:p w14:paraId="5EA96B3D" w14:textId="77777777" w:rsidR="001A5159" w:rsidRDefault="00000000">
      <w:r>
        <w:rPr>
          <w:rFonts w:ascii="Garamond" w:hAnsi="Garamond"/>
          <w:sz w:val="24"/>
        </w:rPr>
        <w:t>short-form content</w:t>
      </w:r>
    </w:p>
    <w:p w14:paraId="2483E4DE" w14:textId="77777777" w:rsidR="001A5159" w:rsidRDefault="00000000">
      <w:r>
        <w:rPr>
          <w:rFonts w:ascii="Garamond" w:hAnsi="Garamond"/>
          <w:sz w:val="24"/>
        </w:rPr>
        <w:t>email newsletters</w:t>
      </w:r>
    </w:p>
    <w:p w14:paraId="72EFED17" w14:textId="77777777" w:rsidR="001A5159" w:rsidRDefault="00000000">
      <w:r>
        <w:rPr>
          <w:rFonts w:ascii="Garamond" w:hAnsi="Garamond"/>
          <w:sz w:val="24"/>
        </w:rPr>
        <w:t>lead magnets</w:t>
      </w:r>
    </w:p>
    <w:p w14:paraId="79678064" w14:textId="77777777" w:rsidR="001A5159" w:rsidRDefault="00000000">
      <w:r>
        <w:rPr>
          <w:rFonts w:ascii="Garamond" w:hAnsi="Garamond"/>
          <w:sz w:val="24"/>
        </w:rPr>
        <w:t>scripts</w:t>
      </w:r>
    </w:p>
    <w:p w14:paraId="12B5720B" w14:textId="77777777" w:rsidR="001A5159" w:rsidRDefault="00000000">
      <w:r>
        <w:rPr>
          <w:rFonts w:ascii="Garamond" w:hAnsi="Garamond"/>
          <w:sz w:val="24"/>
        </w:rPr>
        <w:t xml:space="preserve">thought leadership </w:t>
      </w:r>
      <w:proofErr w:type="gramStart"/>
      <w:r>
        <w:rPr>
          <w:rFonts w:ascii="Garamond" w:hAnsi="Garamond"/>
          <w:sz w:val="24"/>
        </w:rPr>
        <w:t>posts</w:t>
      </w:r>
      <w:proofErr w:type="gramEnd"/>
    </w:p>
    <w:p w14:paraId="55E4D142" w14:textId="77777777" w:rsidR="001A5159" w:rsidRDefault="00000000">
      <w:r>
        <w:rPr>
          <w:rFonts w:ascii="Garamond" w:hAnsi="Garamond"/>
          <w:sz w:val="24"/>
        </w:rPr>
        <w:t>Deliverables:</w:t>
      </w:r>
    </w:p>
    <w:p w14:paraId="463CB2D5" w14:textId="77777777" w:rsidR="001A5159" w:rsidRDefault="00000000">
      <w:r>
        <w:rPr>
          <w:rFonts w:ascii="Garamond" w:hAnsi="Garamond"/>
          <w:sz w:val="24"/>
        </w:rPr>
        <w:t>Weekly Content System</w:t>
      </w:r>
    </w:p>
    <w:p w14:paraId="21A577C3" w14:textId="77777777" w:rsidR="001A5159" w:rsidRDefault="00000000">
      <w:r>
        <w:rPr>
          <w:rFonts w:ascii="Garamond" w:hAnsi="Garamond"/>
          <w:sz w:val="24"/>
        </w:rPr>
        <w:t>Monthly Email Plan</w:t>
      </w:r>
    </w:p>
    <w:p w14:paraId="63F03A45" w14:textId="77777777" w:rsidR="001A5159" w:rsidRDefault="00000000">
      <w:r>
        <w:rPr>
          <w:rFonts w:ascii="Garamond" w:hAnsi="Garamond"/>
          <w:sz w:val="24"/>
        </w:rPr>
        <w:t>Top-of-Funnel Authority Map</w:t>
      </w:r>
    </w:p>
    <w:p w14:paraId="11F85F62" w14:textId="77777777" w:rsidR="001A5159" w:rsidRDefault="001A5159"/>
    <w:p w14:paraId="006FDED0" w14:textId="77777777" w:rsidR="001A5159" w:rsidRDefault="00000000">
      <w:r>
        <w:rPr>
          <w:rFonts w:ascii="Garamond" w:hAnsi="Garamond"/>
          <w:sz w:val="24"/>
        </w:rPr>
        <w:t>Your AI Monetization Accelerator (Step-by-Step)</w:t>
      </w:r>
    </w:p>
    <w:p w14:paraId="5EC38B7B" w14:textId="77777777" w:rsidR="001A5159" w:rsidRDefault="00000000">
      <w:r>
        <w:rPr>
          <w:rFonts w:ascii="Garamond" w:hAnsi="Garamond"/>
          <w:sz w:val="24"/>
        </w:rPr>
        <w:t xml:space="preserve">Step 1 — Pick ONE </w:t>
      </w:r>
      <w:proofErr w:type="gramStart"/>
      <w:r>
        <w:rPr>
          <w:rFonts w:ascii="Garamond" w:hAnsi="Garamond"/>
          <w:sz w:val="24"/>
        </w:rPr>
        <w:t>blueprint</w:t>
      </w:r>
      <w:proofErr w:type="gramEnd"/>
    </w:p>
    <w:p w14:paraId="0ECAD730" w14:textId="77777777" w:rsidR="001A5159" w:rsidRDefault="00000000">
      <w:r>
        <w:rPr>
          <w:rFonts w:ascii="Garamond" w:hAnsi="Garamond"/>
          <w:sz w:val="24"/>
        </w:rPr>
        <w:t>Just one.</w:t>
      </w:r>
      <w:r>
        <w:rPr>
          <w:rFonts w:ascii="Garamond" w:hAnsi="Garamond"/>
          <w:sz w:val="24"/>
        </w:rPr>
        <w:br/>
        <w:t>Short-form editing, SEO writing, templates, CustomGPTs — anything works.</w:t>
      </w:r>
    </w:p>
    <w:p w14:paraId="16AE01CA" w14:textId="77777777" w:rsidR="001A5159" w:rsidRDefault="001A5159"/>
    <w:p w14:paraId="2C876273" w14:textId="77777777" w:rsidR="001A5159" w:rsidRDefault="00000000">
      <w:r>
        <w:rPr>
          <w:rFonts w:ascii="Garamond" w:hAnsi="Garamond"/>
          <w:sz w:val="24"/>
        </w:rPr>
        <w:t>Step 2 — Build a Signature Offer Around It</w:t>
      </w:r>
    </w:p>
    <w:p w14:paraId="60D894DE" w14:textId="77777777" w:rsidR="001A5159" w:rsidRDefault="00000000">
      <w:r>
        <w:rPr>
          <w:rFonts w:ascii="Garamond" w:hAnsi="Garamond"/>
          <w:sz w:val="24"/>
        </w:rPr>
        <w:t>Ask:</w:t>
      </w:r>
    </w:p>
    <w:p w14:paraId="6FD3E03D" w14:textId="77777777" w:rsidR="001A5159" w:rsidRDefault="00000000">
      <w:r>
        <w:rPr>
          <w:rFonts w:ascii="Garamond" w:hAnsi="Garamond"/>
          <w:sz w:val="24"/>
        </w:rPr>
        <w:t>“Turn this skill into a transformation-based offer with clear deliverables, pricing, and value stack.”</w:t>
      </w:r>
    </w:p>
    <w:p w14:paraId="2E4E6AF7" w14:textId="77777777" w:rsidR="001A5159" w:rsidRDefault="001A5159"/>
    <w:p w14:paraId="116A414D" w14:textId="77777777" w:rsidR="001A5159" w:rsidRDefault="00000000">
      <w:r>
        <w:rPr>
          <w:rFonts w:ascii="Garamond" w:hAnsi="Garamond"/>
          <w:sz w:val="24"/>
        </w:rPr>
        <w:t>Step 3 — Build Your 30-Day Client Acquisition System</w:t>
      </w:r>
    </w:p>
    <w:p w14:paraId="3457E9F6" w14:textId="77777777" w:rsidR="001A5159" w:rsidRDefault="00000000">
      <w:r>
        <w:rPr>
          <w:rFonts w:ascii="Garamond" w:hAnsi="Garamond"/>
          <w:sz w:val="24"/>
        </w:rPr>
        <w:t>Ask:</w:t>
      </w:r>
    </w:p>
    <w:p w14:paraId="2BB744AE" w14:textId="77777777" w:rsidR="001A5159" w:rsidRDefault="00000000">
      <w:r>
        <w:rPr>
          <w:rFonts w:ascii="Garamond" w:hAnsi="Garamond"/>
          <w:sz w:val="24"/>
        </w:rPr>
        <w:t>“Give me a 30-day content and outreach plan to get 5 clients for this offer.”</w:t>
      </w:r>
    </w:p>
    <w:p w14:paraId="30D29789" w14:textId="77777777" w:rsidR="001A5159" w:rsidRDefault="001A5159"/>
    <w:p w14:paraId="1A0C31D2" w14:textId="77777777" w:rsidR="001A5159" w:rsidRDefault="00000000">
      <w:r>
        <w:rPr>
          <w:rFonts w:ascii="Garamond" w:hAnsi="Garamond"/>
          <w:sz w:val="24"/>
        </w:rPr>
        <w:t>Step 4 — Build Your Delivery System</w:t>
      </w:r>
    </w:p>
    <w:p w14:paraId="60E010F7" w14:textId="77777777" w:rsidR="001A5159" w:rsidRDefault="00000000">
      <w:r>
        <w:rPr>
          <w:rFonts w:ascii="Garamond" w:hAnsi="Garamond"/>
          <w:sz w:val="24"/>
        </w:rPr>
        <w:lastRenderedPageBreak/>
        <w:t>Ask:</w:t>
      </w:r>
    </w:p>
    <w:p w14:paraId="0EF7BF1B" w14:textId="77777777" w:rsidR="001A5159" w:rsidRDefault="00000000">
      <w:r>
        <w:rPr>
          <w:rFonts w:ascii="Garamond" w:hAnsi="Garamond"/>
          <w:sz w:val="24"/>
        </w:rPr>
        <w:t>“Create an onboarding flow, SOP, and delivery system for this offer.”</w:t>
      </w:r>
    </w:p>
    <w:p w14:paraId="516B2D73" w14:textId="77777777" w:rsidR="001A5159" w:rsidRDefault="001A5159"/>
    <w:p w14:paraId="17BB68ED" w14:textId="77777777" w:rsidR="001A5159" w:rsidRDefault="00000000">
      <w:r>
        <w:rPr>
          <w:rFonts w:ascii="Garamond" w:hAnsi="Garamond"/>
          <w:sz w:val="24"/>
        </w:rPr>
        <w:t>Step 5 — Build 3 Automations</w:t>
      </w:r>
    </w:p>
    <w:p w14:paraId="0BB4FEE7" w14:textId="77777777" w:rsidR="001A5159" w:rsidRDefault="00000000">
      <w:r>
        <w:rPr>
          <w:rFonts w:ascii="Garamond" w:hAnsi="Garamond"/>
          <w:sz w:val="24"/>
        </w:rPr>
        <w:t>Examples:</w:t>
      </w:r>
    </w:p>
    <w:p w14:paraId="39A39D3D" w14:textId="77777777" w:rsidR="001A5159" w:rsidRDefault="00000000">
      <w:r>
        <w:rPr>
          <w:rFonts w:ascii="Garamond" w:hAnsi="Garamond"/>
          <w:sz w:val="24"/>
        </w:rPr>
        <w:t>onboarding email</w:t>
      </w:r>
    </w:p>
    <w:p w14:paraId="54D40546" w14:textId="77777777" w:rsidR="001A5159" w:rsidRDefault="00000000">
      <w:r>
        <w:rPr>
          <w:rFonts w:ascii="Garamond" w:hAnsi="Garamond"/>
          <w:sz w:val="24"/>
        </w:rPr>
        <w:t>task creation</w:t>
      </w:r>
    </w:p>
    <w:p w14:paraId="64DB3FA5" w14:textId="77777777" w:rsidR="001A5159" w:rsidRDefault="00000000">
      <w:r>
        <w:rPr>
          <w:rFonts w:ascii="Garamond" w:hAnsi="Garamond"/>
          <w:sz w:val="24"/>
        </w:rPr>
        <w:t>client reminder</w:t>
      </w:r>
    </w:p>
    <w:p w14:paraId="4A258863" w14:textId="77777777" w:rsidR="001A5159" w:rsidRDefault="00000000">
      <w:r>
        <w:rPr>
          <w:rFonts w:ascii="Garamond" w:hAnsi="Garamond"/>
          <w:sz w:val="24"/>
        </w:rPr>
        <w:t>content workflow</w:t>
      </w:r>
    </w:p>
    <w:p w14:paraId="1CEE29F0" w14:textId="77777777" w:rsidR="001A5159" w:rsidRDefault="001A5159"/>
    <w:p w14:paraId="77CBAC35" w14:textId="77777777" w:rsidR="001A5159" w:rsidRDefault="00000000">
      <w:r>
        <w:rPr>
          <w:rFonts w:ascii="Garamond" w:hAnsi="Garamond"/>
          <w:sz w:val="24"/>
        </w:rPr>
        <w:t>Step 6 — Build Your Authority Engine</w:t>
      </w:r>
    </w:p>
    <w:p w14:paraId="5B9A6D28" w14:textId="77777777" w:rsidR="001A5159" w:rsidRDefault="00000000">
      <w:r>
        <w:rPr>
          <w:rFonts w:ascii="Garamond" w:hAnsi="Garamond"/>
          <w:sz w:val="24"/>
        </w:rPr>
        <w:t>Ask:</w:t>
      </w:r>
    </w:p>
    <w:p w14:paraId="4E5A73C4" w14:textId="77777777" w:rsidR="001A5159" w:rsidRDefault="00000000">
      <w:r>
        <w:rPr>
          <w:rFonts w:ascii="Garamond" w:hAnsi="Garamond"/>
          <w:sz w:val="24"/>
        </w:rPr>
        <w:t>“Write 12 long-form posts, 30 short-form posts, and 4 lead magnets related to this offer.”</w:t>
      </w:r>
    </w:p>
    <w:p w14:paraId="7F18170B" w14:textId="77777777" w:rsidR="001A5159" w:rsidRDefault="001A5159"/>
    <w:p w14:paraId="5A38EFF7" w14:textId="77777777" w:rsidR="001A5159" w:rsidRDefault="00000000">
      <w:r>
        <w:rPr>
          <w:rFonts w:ascii="Garamond" w:hAnsi="Garamond"/>
          <w:sz w:val="24"/>
        </w:rPr>
        <w:t xml:space="preserve">Step 7 — Execute for 30–90 </w:t>
      </w:r>
      <w:proofErr w:type="gramStart"/>
      <w:r>
        <w:rPr>
          <w:rFonts w:ascii="Garamond" w:hAnsi="Garamond"/>
          <w:sz w:val="24"/>
        </w:rPr>
        <w:t>Days</w:t>
      </w:r>
      <w:proofErr w:type="gramEnd"/>
    </w:p>
    <w:p w14:paraId="555AB105" w14:textId="77777777" w:rsidR="001A5159" w:rsidRDefault="00000000">
      <w:r>
        <w:rPr>
          <w:rFonts w:ascii="Garamond" w:hAnsi="Garamond"/>
          <w:sz w:val="24"/>
        </w:rPr>
        <w:t>This is where money is made.</w:t>
      </w:r>
    </w:p>
    <w:p w14:paraId="1345E1F0" w14:textId="77777777" w:rsidR="001A5159" w:rsidRDefault="001A5159"/>
    <w:p w14:paraId="7AF974D9" w14:textId="77777777" w:rsidR="001A5159" w:rsidRDefault="00000000">
      <w:r>
        <w:rPr>
          <w:rFonts w:ascii="Garamond" w:hAnsi="Garamond"/>
          <w:sz w:val="24"/>
        </w:rPr>
        <w:t>Beginner-Proof Portfolio</w:t>
      </w:r>
    </w:p>
    <w:p w14:paraId="4F049FAB" w14:textId="77777777" w:rsidR="001A5159" w:rsidRDefault="00000000">
      <w:r>
        <w:rPr>
          <w:rFonts w:ascii="Garamond" w:hAnsi="Garamond"/>
          <w:sz w:val="24"/>
        </w:rPr>
        <w:t>Create:</w:t>
      </w:r>
    </w:p>
    <w:p w14:paraId="7F6E4041" w14:textId="77777777" w:rsidR="001A5159" w:rsidRDefault="00000000">
      <w:r>
        <w:rPr>
          <w:rFonts w:ascii="Garamond" w:hAnsi="Garamond"/>
          <w:sz w:val="24"/>
        </w:rPr>
        <w:t>1 offer</w:t>
      </w:r>
    </w:p>
    <w:p w14:paraId="43A3F559" w14:textId="77777777" w:rsidR="001A5159" w:rsidRDefault="00000000">
      <w:r>
        <w:rPr>
          <w:rFonts w:ascii="Garamond" w:hAnsi="Garamond"/>
          <w:sz w:val="24"/>
        </w:rPr>
        <w:t>1 content plan</w:t>
      </w:r>
    </w:p>
    <w:p w14:paraId="04083B5E" w14:textId="77777777" w:rsidR="001A5159" w:rsidRDefault="00000000">
      <w:r>
        <w:rPr>
          <w:rFonts w:ascii="Garamond" w:hAnsi="Garamond"/>
          <w:sz w:val="24"/>
        </w:rPr>
        <w:t>1 automation</w:t>
      </w:r>
    </w:p>
    <w:p w14:paraId="4ADA2511" w14:textId="77777777" w:rsidR="001A5159" w:rsidRDefault="00000000">
      <w:r>
        <w:rPr>
          <w:rFonts w:ascii="Garamond" w:hAnsi="Garamond"/>
          <w:sz w:val="24"/>
        </w:rPr>
        <w:t>1 SOP</w:t>
      </w:r>
    </w:p>
    <w:p w14:paraId="2DCCE58D" w14:textId="77777777" w:rsidR="001A5159" w:rsidRDefault="00000000">
      <w:r>
        <w:rPr>
          <w:rFonts w:ascii="Garamond" w:hAnsi="Garamond"/>
          <w:sz w:val="24"/>
        </w:rPr>
        <w:t>1 case study</w:t>
      </w:r>
    </w:p>
    <w:p w14:paraId="288F2D0A" w14:textId="77777777" w:rsidR="001A5159" w:rsidRDefault="00000000">
      <w:r>
        <w:rPr>
          <w:rFonts w:ascii="Garamond" w:hAnsi="Garamond"/>
          <w:sz w:val="24"/>
        </w:rPr>
        <w:t>That’s all you need to start.</w:t>
      </w:r>
    </w:p>
    <w:p w14:paraId="17BF91CE" w14:textId="77777777" w:rsidR="001A5159" w:rsidRDefault="001A5159"/>
    <w:p w14:paraId="2B495604" w14:textId="77777777" w:rsidR="001A5159" w:rsidRDefault="00000000">
      <w:r>
        <w:rPr>
          <w:rFonts w:ascii="Garamond" w:hAnsi="Garamond"/>
          <w:sz w:val="24"/>
        </w:rPr>
        <w:t>Pricing Guide</w:t>
      </w:r>
    </w:p>
    <w:p w14:paraId="3775AA8D" w14:textId="77777777" w:rsidR="001A5159" w:rsidRDefault="00000000">
      <w:r>
        <w:rPr>
          <w:rFonts w:ascii="Garamond" w:hAnsi="Garamond"/>
          <w:sz w:val="24"/>
        </w:rPr>
        <w:t>Beginners:</w:t>
      </w:r>
    </w:p>
    <w:p w14:paraId="381CA78F" w14:textId="77777777" w:rsidR="001A5159" w:rsidRDefault="00000000">
      <w:r>
        <w:rPr>
          <w:rFonts w:ascii="Garamond" w:hAnsi="Garamond"/>
          <w:sz w:val="24"/>
        </w:rPr>
        <w:t>$200–$600/month systems package</w:t>
      </w:r>
    </w:p>
    <w:p w14:paraId="3E54E59A" w14:textId="77777777" w:rsidR="001A5159" w:rsidRDefault="00000000">
      <w:r>
        <w:rPr>
          <w:rFonts w:ascii="Garamond" w:hAnsi="Garamond"/>
          <w:sz w:val="24"/>
        </w:rPr>
        <w:t>Intermediate:</w:t>
      </w:r>
    </w:p>
    <w:p w14:paraId="59F917D1" w14:textId="77777777" w:rsidR="001A5159" w:rsidRDefault="00000000">
      <w:r>
        <w:rPr>
          <w:rFonts w:ascii="Garamond" w:hAnsi="Garamond"/>
          <w:sz w:val="24"/>
        </w:rPr>
        <w:t>$800–$2,000/month accelerator program</w:t>
      </w:r>
    </w:p>
    <w:p w14:paraId="441382B8" w14:textId="77777777" w:rsidR="001A5159" w:rsidRDefault="00000000">
      <w:r>
        <w:rPr>
          <w:rFonts w:ascii="Garamond" w:hAnsi="Garamond"/>
          <w:sz w:val="24"/>
        </w:rPr>
        <w:t>$2,000–$4,000 full setup</w:t>
      </w:r>
    </w:p>
    <w:p w14:paraId="3B8AA5DC" w14:textId="77777777" w:rsidR="001A5159" w:rsidRDefault="00000000">
      <w:r>
        <w:rPr>
          <w:rFonts w:ascii="Garamond" w:hAnsi="Garamond"/>
          <w:sz w:val="24"/>
        </w:rPr>
        <w:t>Pro:</w:t>
      </w:r>
    </w:p>
    <w:p w14:paraId="5109BAAB" w14:textId="77777777" w:rsidR="001A5159" w:rsidRDefault="00000000">
      <w:r>
        <w:rPr>
          <w:rFonts w:ascii="Garamond" w:hAnsi="Garamond"/>
          <w:sz w:val="24"/>
        </w:rPr>
        <w:t>$5,000–$15,000 “AI Business Build-Out” package</w:t>
      </w:r>
    </w:p>
    <w:p w14:paraId="7D4B127A" w14:textId="77777777" w:rsidR="001A5159" w:rsidRDefault="00000000">
      <w:r>
        <w:rPr>
          <w:rFonts w:ascii="Garamond" w:hAnsi="Garamond"/>
          <w:sz w:val="24"/>
        </w:rPr>
        <w:t>$1,500–$5,000/month retainer</w:t>
      </w:r>
    </w:p>
    <w:p w14:paraId="4410C2CA" w14:textId="77777777" w:rsidR="001A5159" w:rsidRDefault="00000000">
      <w:r>
        <w:rPr>
          <w:rFonts w:ascii="Garamond" w:hAnsi="Garamond"/>
          <w:sz w:val="24"/>
        </w:rPr>
        <w:t>This is where high-ticket income begins.</w:t>
      </w:r>
    </w:p>
    <w:p w14:paraId="520D8B96" w14:textId="77777777" w:rsidR="001A5159" w:rsidRDefault="001A5159"/>
    <w:p w14:paraId="6CB0C8EA" w14:textId="77777777" w:rsidR="001A5159" w:rsidRDefault="00000000">
      <w:r>
        <w:rPr>
          <w:rFonts w:ascii="Garamond" w:hAnsi="Garamond"/>
          <w:sz w:val="24"/>
        </w:rPr>
        <w:t>Pro Accelerators</w:t>
      </w:r>
    </w:p>
    <w:p w14:paraId="5518A787" w14:textId="77777777" w:rsidR="001A5159" w:rsidRDefault="00000000">
      <w:r>
        <w:rPr>
          <w:rFonts w:ascii="Garamond" w:hAnsi="Garamond"/>
          <w:sz w:val="24"/>
        </w:rPr>
        <w:t xml:space="preserve">add </w:t>
      </w:r>
      <w:proofErr w:type="gramStart"/>
      <w:r>
        <w:rPr>
          <w:rFonts w:ascii="Garamond" w:hAnsi="Garamond"/>
          <w:sz w:val="24"/>
        </w:rPr>
        <w:t>CustomGPT</w:t>
      </w:r>
      <w:proofErr w:type="gramEnd"/>
    </w:p>
    <w:p w14:paraId="2DDFBCE3" w14:textId="77777777" w:rsidR="001A5159" w:rsidRDefault="00000000">
      <w:r>
        <w:rPr>
          <w:rFonts w:ascii="Garamond" w:hAnsi="Garamond"/>
          <w:sz w:val="24"/>
        </w:rPr>
        <w:t xml:space="preserve">add funnel </w:t>
      </w:r>
      <w:proofErr w:type="gramStart"/>
      <w:r>
        <w:rPr>
          <w:rFonts w:ascii="Garamond" w:hAnsi="Garamond"/>
          <w:sz w:val="24"/>
        </w:rPr>
        <w:t>setup</w:t>
      </w:r>
      <w:proofErr w:type="gramEnd"/>
    </w:p>
    <w:p w14:paraId="7B5E17F1" w14:textId="77777777" w:rsidR="001A5159" w:rsidRDefault="00000000">
      <w:r>
        <w:rPr>
          <w:rFonts w:ascii="Garamond" w:hAnsi="Garamond"/>
          <w:sz w:val="24"/>
        </w:rPr>
        <w:t xml:space="preserve">add 90-day </w:t>
      </w:r>
      <w:proofErr w:type="gramStart"/>
      <w:r>
        <w:rPr>
          <w:rFonts w:ascii="Garamond" w:hAnsi="Garamond"/>
          <w:sz w:val="24"/>
        </w:rPr>
        <w:t>roadmap</w:t>
      </w:r>
      <w:proofErr w:type="gramEnd"/>
    </w:p>
    <w:p w14:paraId="63C983B1" w14:textId="77777777" w:rsidR="001A5159" w:rsidRDefault="00000000">
      <w:r>
        <w:rPr>
          <w:rFonts w:ascii="Garamond" w:hAnsi="Garamond"/>
          <w:sz w:val="24"/>
        </w:rPr>
        <w:t xml:space="preserve">add full automation </w:t>
      </w:r>
      <w:proofErr w:type="gramStart"/>
      <w:r>
        <w:rPr>
          <w:rFonts w:ascii="Garamond" w:hAnsi="Garamond"/>
          <w:sz w:val="24"/>
        </w:rPr>
        <w:t>suite</w:t>
      </w:r>
      <w:proofErr w:type="gramEnd"/>
    </w:p>
    <w:p w14:paraId="44CE02FA" w14:textId="77777777" w:rsidR="001A5159" w:rsidRDefault="00000000">
      <w:r>
        <w:rPr>
          <w:rFonts w:ascii="Garamond" w:hAnsi="Garamond"/>
          <w:sz w:val="24"/>
        </w:rPr>
        <w:t xml:space="preserve">add brand </w:t>
      </w:r>
      <w:proofErr w:type="gramStart"/>
      <w:r>
        <w:rPr>
          <w:rFonts w:ascii="Garamond" w:hAnsi="Garamond"/>
          <w:sz w:val="24"/>
        </w:rPr>
        <w:t>kit</w:t>
      </w:r>
      <w:proofErr w:type="gramEnd"/>
    </w:p>
    <w:p w14:paraId="2E551D51" w14:textId="77777777" w:rsidR="001A5159" w:rsidRDefault="00000000">
      <w:r>
        <w:rPr>
          <w:rFonts w:ascii="Garamond" w:hAnsi="Garamond"/>
          <w:sz w:val="24"/>
        </w:rPr>
        <w:t xml:space="preserve">add content </w:t>
      </w:r>
      <w:proofErr w:type="gramStart"/>
      <w:r>
        <w:rPr>
          <w:rFonts w:ascii="Garamond" w:hAnsi="Garamond"/>
          <w:sz w:val="24"/>
        </w:rPr>
        <w:t>studio</w:t>
      </w:r>
      <w:proofErr w:type="gramEnd"/>
    </w:p>
    <w:p w14:paraId="125286DE" w14:textId="77777777" w:rsidR="001A5159" w:rsidRDefault="00000000">
      <w:r>
        <w:rPr>
          <w:rFonts w:ascii="Garamond" w:hAnsi="Garamond"/>
          <w:sz w:val="24"/>
        </w:rPr>
        <w:t>Businesses will pay ANY AMOUNT for a complete income engine.</w:t>
      </w:r>
    </w:p>
    <w:p w14:paraId="030CAF58" w14:textId="77777777" w:rsidR="001A5159" w:rsidRDefault="001A5159"/>
    <w:p w14:paraId="18AF7B64" w14:textId="77777777" w:rsidR="001A5159" w:rsidRDefault="00000000">
      <w:r>
        <w:rPr>
          <w:rFonts w:ascii="Garamond" w:hAnsi="Garamond"/>
          <w:sz w:val="24"/>
        </w:rPr>
        <w:t>MICRO CASE STUDY — BLUEPRINT THIRTY-SIX</w:t>
      </w:r>
    </w:p>
    <w:p w14:paraId="1F1D7C8E" w14:textId="77777777" w:rsidR="001A5159" w:rsidRDefault="00000000">
      <w:r>
        <w:rPr>
          <w:rFonts w:ascii="Garamond" w:hAnsi="Garamond"/>
          <w:sz w:val="24"/>
        </w:rPr>
        <w:t>Case Study: Office Worker Built a $12,400/Month AI Business in 84 Days</w:t>
      </w:r>
    </w:p>
    <w:p w14:paraId="49401A2B" w14:textId="77777777" w:rsidR="001A5159" w:rsidRDefault="00000000">
      <w:r>
        <w:rPr>
          <w:rFonts w:ascii="Garamond" w:hAnsi="Garamond"/>
          <w:sz w:val="24"/>
        </w:rPr>
        <w:t>Michael was stuck in a $19/hr office job.</w:t>
      </w:r>
    </w:p>
    <w:p w14:paraId="3B38C182" w14:textId="77777777" w:rsidR="001A5159" w:rsidRDefault="00000000">
      <w:r>
        <w:rPr>
          <w:rFonts w:ascii="Garamond" w:hAnsi="Garamond"/>
          <w:sz w:val="24"/>
        </w:rPr>
        <w:t>He applied Blueprint 36 using:</w:t>
      </w:r>
    </w:p>
    <w:p w14:paraId="0B64628F" w14:textId="77777777" w:rsidR="001A5159" w:rsidRPr="00673185" w:rsidRDefault="00000000" w:rsidP="00E94EEA">
      <w:pPr>
        <w:rPr>
          <w:sz w:val="24"/>
          <w:szCs w:val="24"/>
        </w:rPr>
      </w:pPr>
      <w:r w:rsidRPr="00673185">
        <w:rPr>
          <w:rFonts w:ascii="Garamond" w:hAnsi="Garamond"/>
          <w:b/>
          <w:sz w:val="24"/>
          <w:szCs w:val="24"/>
        </w:rPr>
        <w:lastRenderedPageBreak/>
        <w:t>Blueprint 2 (Short-Form Editing)</w:t>
      </w:r>
    </w:p>
    <w:p w14:paraId="2525C29F" w14:textId="77777777" w:rsidR="001A5159" w:rsidRPr="00673185" w:rsidRDefault="00000000" w:rsidP="00E94EEA">
      <w:pPr>
        <w:rPr>
          <w:sz w:val="24"/>
          <w:szCs w:val="24"/>
        </w:rPr>
      </w:pPr>
      <w:r w:rsidRPr="00673185">
        <w:rPr>
          <w:rFonts w:ascii="Garamond" w:hAnsi="Garamond"/>
          <w:b/>
          <w:sz w:val="24"/>
          <w:szCs w:val="24"/>
        </w:rPr>
        <w:t>Blueprint 31 (Onboarding &amp; Delivery)</w:t>
      </w:r>
    </w:p>
    <w:p w14:paraId="34A809DB" w14:textId="77777777" w:rsidR="001A5159" w:rsidRPr="00673185" w:rsidRDefault="00000000" w:rsidP="00E94EEA">
      <w:pPr>
        <w:rPr>
          <w:sz w:val="24"/>
          <w:szCs w:val="24"/>
        </w:rPr>
      </w:pPr>
      <w:r w:rsidRPr="00673185">
        <w:rPr>
          <w:rFonts w:ascii="Garamond" w:hAnsi="Garamond"/>
          <w:b/>
          <w:sz w:val="24"/>
          <w:szCs w:val="24"/>
        </w:rPr>
        <w:t>Blueprint 34 (Offer Creation)</w:t>
      </w:r>
    </w:p>
    <w:p w14:paraId="2D8EE3F6" w14:textId="77777777" w:rsidR="001A5159" w:rsidRDefault="00000000">
      <w:r>
        <w:rPr>
          <w:rFonts w:ascii="Garamond" w:hAnsi="Garamond"/>
          <w:sz w:val="24"/>
        </w:rPr>
        <w:t>He used AI to build:</w:t>
      </w:r>
    </w:p>
    <w:p w14:paraId="5DCC2031" w14:textId="77777777" w:rsidR="001A5159" w:rsidRDefault="00000000">
      <w:r>
        <w:rPr>
          <w:rFonts w:ascii="Garamond" w:hAnsi="Garamond"/>
          <w:sz w:val="24"/>
        </w:rPr>
        <w:t>Offer:</w:t>
      </w:r>
      <w:r>
        <w:rPr>
          <w:rFonts w:ascii="Garamond" w:hAnsi="Garamond"/>
          <w:sz w:val="24"/>
        </w:rPr>
        <w:br/>
        <w:t>$1,000/mo “AI-Assisted Social Growth System”</w:t>
      </w:r>
    </w:p>
    <w:p w14:paraId="7AFBF11B" w14:textId="77777777" w:rsidR="001A5159" w:rsidRDefault="00000000">
      <w:r>
        <w:rPr>
          <w:rFonts w:ascii="Garamond" w:hAnsi="Garamond"/>
          <w:sz w:val="24"/>
        </w:rPr>
        <w:t>Acquisition:</w:t>
      </w:r>
    </w:p>
    <w:p w14:paraId="2E5D9BEF" w14:textId="77777777" w:rsidR="001A5159" w:rsidRDefault="00000000">
      <w:r>
        <w:rPr>
          <w:rFonts w:ascii="Garamond" w:hAnsi="Garamond"/>
          <w:sz w:val="24"/>
        </w:rPr>
        <w:t>daily short-form content</w:t>
      </w:r>
    </w:p>
    <w:p w14:paraId="5833F4DE" w14:textId="77777777" w:rsidR="001A5159" w:rsidRDefault="00000000">
      <w:r>
        <w:rPr>
          <w:rFonts w:ascii="Garamond" w:hAnsi="Garamond"/>
          <w:sz w:val="24"/>
        </w:rPr>
        <w:t>DM scripts</w:t>
      </w:r>
    </w:p>
    <w:p w14:paraId="5C45C8B5" w14:textId="77777777" w:rsidR="001A5159" w:rsidRDefault="00000000">
      <w:r>
        <w:rPr>
          <w:rFonts w:ascii="Garamond" w:hAnsi="Garamond"/>
          <w:sz w:val="24"/>
        </w:rPr>
        <w:t>lead magnet</w:t>
      </w:r>
    </w:p>
    <w:p w14:paraId="7C319C58" w14:textId="77777777" w:rsidR="001A5159" w:rsidRDefault="00000000">
      <w:r>
        <w:rPr>
          <w:rFonts w:ascii="Garamond" w:hAnsi="Garamond"/>
          <w:sz w:val="24"/>
        </w:rPr>
        <w:t>Delivery:</w:t>
      </w:r>
    </w:p>
    <w:p w14:paraId="1647DEF2" w14:textId="77777777" w:rsidR="001A5159" w:rsidRDefault="00000000">
      <w:r>
        <w:rPr>
          <w:rFonts w:ascii="Garamond" w:hAnsi="Garamond"/>
          <w:sz w:val="24"/>
        </w:rPr>
        <w:t>automated onboarding</w:t>
      </w:r>
    </w:p>
    <w:p w14:paraId="5E40B0DF" w14:textId="77777777" w:rsidR="001A5159" w:rsidRDefault="00000000">
      <w:r>
        <w:rPr>
          <w:rFonts w:ascii="Garamond" w:hAnsi="Garamond"/>
          <w:sz w:val="24"/>
        </w:rPr>
        <w:t>Notion portal</w:t>
      </w:r>
    </w:p>
    <w:p w14:paraId="72CE355F" w14:textId="77777777" w:rsidR="001A5159" w:rsidRDefault="00000000">
      <w:r>
        <w:rPr>
          <w:rFonts w:ascii="Garamond" w:hAnsi="Garamond"/>
          <w:sz w:val="24"/>
        </w:rPr>
        <w:t>weekly content drop</w:t>
      </w:r>
    </w:p>
    <w:p w14:paraId="6BE27FF6" w14:textId="77777777" w:rsidR="001A5159" w:rsidRDefault="00000000">
      <w:r>
        <w:rPr>
          <w:rFonts w:ascii="Garamond" w:hAnsi="Garamond"/>
          <w:sz w:val="24"/>
        </w:rPr>
        <w:t>Automation:</w:t>
      </w:r>
    </w:p>
    <w:p w14:paraId="6B53E358" w14:textId="77777777" w:rsidR="001A5159" w:rsidRDefault="00000000">
      <w:r>
        <w:rPr>
          <w:rFonts w:ascii="Garamond" w:hAnsi="Garamond"/>
          <w:sz w:val="24"/>
        </w:rPr>
        <w:t>client reminders</w:t>
      </w:r>
    </w:p>
    <w:p w14:paraId="0C45A53A" w14:textId="77777777" w:rsidR="001A5159" w:rsidRDefault="00000000">
      <w:r>
        <w:rPr>
          <w:rFonts w:ascii="Garamond" w:hAnsi="Garamond"/>
          <w:sz w:val="24"/>
        </w:rPr>
        <w:t>content calendar</w:t>
      </w:r>
    </w:p>
    <w:p w14:paraId="66E05817" w14:textId="77777777" w:rsidR="001A5159" w:rsidRDefault="00000000">
      <w:r>
        <w:rPr>
          <w:rFonts w:ascii="Garamond" w:hAnsi="Garamond"/>
          <w:sz w:val="24"/>
        </w:rPr>
        <w:t>report generator</w:t>
      </w:r>
    </w:p>
    <w:p w14:paraId="47A06922" w14:textId="77777777" w:rsidR="001A5159" w:rsidRDefault="00000000">
      <w:r>
        <w:rPr>
          <w:rFonts w:ascii="Garamond" w:hAnsi="Garamond"/>
          <w:sz w:val="24"/>
        </w:rPr>
        <w:t>Authority:</w:t>
      </w:r>
    </w:p>
    <w:p w14:paraId="6FEE2413" w14:textId="77777777" w:rsidR="001A5159" w:rsidRDefault="00000000">
      <w:r>
        <w:rPr>
          <w:rFonts w:ascii="Garamond" w:hAnsi="Garamond"/>
          <w:sz w:val="24"/>
        </w:rPr>
        <w:t>weekly long-form posts</w:t>
      </w:r>
    </w:p>
    <w:p w14:paraId="1DEAEE3B" w14:textId="77777777" w:rsidR="001A5159" w:rsidRDefault="00000000">
      <w:r>
        <w:rPr>
          <w:rFonts w:ascii="Garamond" w:hAnsi="Garamond"/>
          <w:sz w:val="24"/>
        </w:rPr>
        <w:t>niche positioning</w:t>
      </w:r>
    </w:p>
    <w:p w14:paraId="58C214B0" w14:textId="77777777" w:rsidR="001A5159" w:rsidRDefault="00000000">
      <w:r>
        <w:rPr>
          <w:rFonts w:ascii="Garamond" w:hAnsi="Garamond"/>
          <w:sz w:val="24"/>
        </w:rPr>
        <w:t>RESULTS:</w:t>
      </w:r>
    </w:p>
    <w:p w14:paraId="28A09A2D" w14:textId="77777777" w:rsidR="001A5159" w:rsidRDefault="00000000">
      <w:r>
        <w:rPr>
          <w:rFonts w:ascii="Garamond" w:hAnsi="Garamond"/>
          <w:sz w:val="24"/>
        </w:rPr>
        <w:t>Month 1 → 2 clients = $2,000</w:t>
      </w:r>
    </w:p>
    <w:p w14:paraId="34477BF4" w14:textId="77777777" w:rsidR="001A5159" w:rsidRDefault="00000000">
      <w:r>
        <w:rPr>
          <w:rFonts w:ascii="Garamond" w:hAnsi="Garamond"/>
          <w:sz w:val="24"/>
        </w:rPr>
        <w:t>Month 2 → 5 total clients = $5,000</w:t>
      </w:r>
    </w:p>
    <w:p w14:paraId="356AFDAF" w14:textId="77777777" w:rsidR="001A5159" w:rsidRDefault="00000000">
      <w:r>
        <w:rPr>
          <w:rFonts w:ascii="Garamond" w:hAnsi="Garamond"/>
          <w:sz w:val="24"/>
        </w:rPr>
        <w:t>Month 3 → 12 clients = $12,400/month recurring</w:t>
      </w:r>
    </w:p>
    <w:p w14:paraId="6492E555" w14:textId="77777777" w:rsidR="001A5159" w:rsidRDefault="00000000">
      <w:r>
        <w:rPr>
          <w:rFonts w:ascii="Garamond" w:hAnsi="Garamond"/>
          <w:sz w:val="24"/>
        </w:rPr>
        <w:t>His message:</w:t>
      </w:r>
    </w:p>
    <w:p w14:paraId="7274E802" w14:textId="77777777" w:rsidR="001A5159" w:rsidRDefault="00000000">
      <w:r>
        <w:rPr>
          <w:rFonts w:ascii="Garamond" w:hAnsi="Garamond"/>
          <w:sz w:val="24"/>
        </w:rPr>
        <w:lastRenderedPageBreak/>
        <w:t>“I didn’t need more skill. I needed a system. AI helped me build one.”</w:t>
      </w:r>
    </w:p>
    <w:p w14:paraId="09F597C8" w14:textId="77777777" w:rsidR="001A5159" w:rsidRPr="00673185" w:rsidRDefault="00000000" w:rsidP="00E94EEA">
      <w:pPr>
        <w:rPr>
          <w:sz w:val="24"/>
          <w:szCs w:val="24"/>
        </w:rPr>
      </w:pPr>
      <w:r w:rsidRPr="00673185">
        <w:rPr>
          <w:rFonts w:ascii="Garamond" w:hAnsi="Garamond"/>
          <w:b/>
          <w:sz w:val="24"/>
          <w:szCs w:val="24"/>
        </w:rPr>
        <w:t>Blueprint 36 is the final blueprint because it transforms ALL the other blueprints into a real income engine.</w:t>
      </w:r>
    </w:p>
    <w:p w14:paraId="482A8916" w14:textId="77777777" w:rsidR="00673185" w:rsidRDefault="00673185">
      <w:pPr>
        <w:sectPr w:rsidR="00673185" w:rsidSect="00034616">
          <w:pgSz w:w="12240" w:h="15840"/>
          <w:pgMar w:top="1440" w:right="1800" w:bottom="1440" w:left="1800" w:header="720" w:footer="720" w:gutter="0"/>
          <w:cols w:space="720"/>
          <w:docGrid w:linePitch="360"/>
        </w:sectPr>
      </w:pPr>
    </w:p>
    <w:p w14:paraId="2DCC7B4B" w14:textId="77777777" w:rsidR="001A5159" w:rsidRDefault="001A5159"/>
    <w:p w14:paraId="18A2C976" w14:textId="77777777" w:rsidR="001A5159" w:rsidRPr="00E94EEA" w:rsidRDefault="00000000" w:rsidP="00E94EEA">
      <w:pPr>
        <w:pStyle w:val="Heading1"/>
        <w:rPr>
          <w:rFonts w:ascii="Garamond" w:hAnsi="Garamond"/>
          <w:color w:val="auto"/>
          <w:sz w:val="40"/>
          <w:szCs w:val="40"/>
        </w:rPr>
      </w:pPr>
      <w:bookmarkStart w:id="79" w:name="_Toc214830375"/>
      <w:r w:rsidRPr="00E94EEA">
        <w:rPr>
          <w:rFonts w:ascii="Garamond" w:hAnsi="Garamond"/>
          <w:color w:val="auto"/>
          <w:sz w:val="40"/>
          <w:szCs w:val="40"/>
        </w:rPr>
        <w:t>BONUS #1 — THE ULTIMATE AI TOOLS MASTERLIST</w:t>
      </w:r>
      <w:bookmarkEnd w:id="79"/>
    </w:p>
    <w:p w14:paraId="381765D8" w14:textId="77777777" w:rsidR="001A5159" w:rsidRPr="00E94EEA" w:rsidRDefault="00000000" w:rsidP="00E94EEA">
      <w:pPr>
        <w:pStyle w:val="Heading2"/>
        <w:rPr>
          <w:rFonts w:ascii="Garamond" w:hAnsi="Garamond"/>
          <w:color w:val="auto"/>
          <w:sz w:val="28"/>
          <w:szCs w:val="28"/>
        </w:rPr>
      </w:pPr>
      <w:bookmarkStart w:id="80" w:name="_Toc214830376"/>
      <w:r w:rsidRPr="00E94EEA">
        <w:rPr>
          <w:rFonts w:ascii="Garamond" w:hAnsi="Garamond"/>
          <w:color w:val="auto"/>
          <w:sz w:val="28"/>
          <w:szCs w:val="28"/>
        </w:rPr>
        <w:t>(Your All-In-One Guide to the Best AI Tools for Business, Content, Automation &amp; Monetization)</w:t>
      </w:r>
      <w:bookmarkEnd w:id="80"/>
    </w:p>
    <w:p w14:paraId="74AAEF39" w14:textId="77777777" w:rsidR="001A5159" w:rsidRDefault="00000000">
      <w:r>
        <w:rPr>
          <w:rFonts w:ascii="Garamond" w:hAnsi="Garamond"/>
          <w:sz w:val="24"/>
        </w:rPr>
        <w:t>This bonus gives readers a curated, battle-tested, zero-fluff list of the most effective AI tools across every major category—so they don’t waste time digging through hundreds of low-quality apps.</w:t>
      </w:r>
    </w:p>
    <w:p w14:paraId="5CA86327" w14:textId="77777777" w:rsidR="001A5159" w:rsidRDefault="00000000">
      <w:r>
        <w:rPr>
          <w:rFonts w:ascii="Garamond" w:hAnsi="Garamond"/>
          <w:sz w:val="24"/>
        </w:rPr>
        <w:t>Each tool listed here is:</w:t>
      </w:r>
    </w:p>
    <w:p w14:paraId="42F0BC57" w14:textId="77777777" w:rsidR="001A5159" w:rsidRDefault="00000000">
      <w:r>
        <w:rPr>
          <w:rFonts w:ascii="Garamond" w:hAnsi="Garamond"/>
          <w:sz w:val="24"/>
        </w:rPr>
        <w:t>proven</w:t>
      </w:r>
    </w:p>
    <w:p w14:paraId="28762209" w14:textId="77777777" w:rsidR="001A5159" w:rsidRDefault="00000000">
      <w:r>
        <w:rPr>
          <w:rFonts w:ascii="Garamond" w:hAnsi="Garamond"/>
          <w:sz w:val="24"/>
        </w:rPr>
        <w:t xml:space="preserve">easy to </w:t>
      </w:r>
      <w:proofErr w:type="gramStart"/>
      <w:r>
        <w:rPr>
          <w:rFonts w:ascii="Garamond" w:hAnsi="Garamond"/>
          <w:sz w:val="24"/>
        </w:rPr>
        <w:t>use</w:t>
      </w:r>
      <w:proofErr w:type="gramEnd"/>
    </w:p>
    <w:p w14:paraId="5704713C" w14:textId="77777777" w:rsidR="001A5159" w:rsidRDefault="00000000">
      <w:proofErr w:type="gramStart"/>
      <w:r>
        <w:rPr>
          <w:rFonts w:ascii="Garamond" w:hAnsi="Garamond"/>
          <w:sz w:val="24"/>
        </w:rPr>
        <w:t>beginner</w:t>
      </w:r>
      <w:proofErr w:type="gramEnd"/>
      <w:r>
        <w:rPr>
          <w:rFonts w:ascii="Garamond" w:hAnsi="Garamond"/>
          <w:sz w:val="24"/>
        </w:rPr>
        <w:t>-friendly</w:t>
      </w:r>
    </w:p>
    <w:p w14:paraId="6078ECF4" w14:textId="77777777" w:rsidR="001A5159" w:rsidRDefault="00000000">
      <w:r>
        <w:rPr>
          <w:rFonts w:ascii="Garamond" w:hAnsi="Garamond"/>
          <w:sz w:val="24"/>
        </w:rPr>
        <w:t>fast to implement</w:t>
      </w:r>
    </w:p>
    <w:p w14:paraId="1A272489" w14:textId="77777777" w:rsidR="001A5159" w:rsidRDefault="00000000">
      <w:r>
        <w:rPr>
          <w:rFonts w:ascii="Garamond" w:hAnsi="Garamond"/>
          <w:sz w:val="24"/>
        </w:rPr>
        <w:t xml:space="preserve">capable of generating </w:t>
      </w:r>
      <w:proofErr w:type="gramStart"/>
      <w:r>
        <w:rPr>
          <w:rFonts w:ascii="Garamond" w:hAnsi="Garamond"/>
          <w:sz w:val="24"/>
        </w:rPr>
        <w:t>real</w:t>
      </w:r>
      <w:proofErr w:type="gramEnd"/>
      <w:r>
        <w:rPr>
          <w:rFonts w:ascii="Garamond" w:hAnsi="Garamond"/>
          <w:sz w:val="24"/>
        </w:rPr>
        <w:t xml:space="preserve"> financial </w:t>
      </w:r>
      <w:proofErr w:type="gramStart"/>
      <w:r>
        <w:rPr>
          <w:rFonts w:ascii="Garamond" w:hAnsi="Garamond"/>
          <w:sz w:val="24"/>
        </w:rPr>
        <w:t>ROI</w:t>
      </w:r>
      <w:proofErr w:type="gramEnd"/>
    </w:p>
    <w:p w14:paraId="6AB151B7" w14:textId="77777777" w:rsidR="001A5159" w:rsidRDefault="00000000">
      <w:pPr>
        <w:rPr>
          <w:rFonts w:ascii="Garamond" w:hAnsi="Garamond"/>
          <w:sz w:val="24"/>
        </w:rPr>
      </w:pPr>
      <w:r>
        <w:rPr>
          <w:rFonts w:ascii="Garamond" w:hAnsi="Garamond"/>
          <w:sz w:val="24"/>
        </w:rPr>
        <w:t>This masterlist upgrades the entire book by giving readers a plug-and-play menu of tools they can use inside every single blueprint.</w:t>
      </w:r>
    </w:p>
    <w:p w14:paraId="2514104C" w14:textId="77777777" w:rsidR="00673185" w:rsidRDefault="00673185"/>
    <w:p w14:paraId="14A1EEBC" w14:textId="77777777" w:rsidR="001A5159" w:rsidRDefault="00000000">
      <w:r>
        <w:rPr>
          <w:rFonts w:ascii="Garamond" w:hAnsi="Garamond"/>
          <w:sz w:val="24"/>
        </w:rPr>
        <w:t>CATEGORY 1 — AI WRITING &amp; CONTENT CREATION</w:t>
      </w:r>
    </w:p>
    <w:p w14:paraId="23505686" w14:textId="77777777" w:rsidR="001A5159" w:rsidRDefault="00000000">
      <w:r>
        <w:rPr>
          <w:rFonts w:ascii="Garamond" w:hAnsi="Garamond"/>
          <w:sz w:val="24"/>
        </w:rPr>
        <w:t xml:space="preserve">These tools </w:t>
      </w:r>
      <w:proofErr w:type="gramStart"/>
      <w:r>
        <w:rPr>
          <w:rFonts w:ascii="Garamond" w:hAnsi="Garamond"/>
          <w:sz w:val="24"/>
        </w:rPr>
        <w:t>handle</w:t>
      </w:r>
      <w:proofErr w:type="gramEnd"/>
      <w:r>
        <w:rPr>
          <w:rFonts w:ascii="Garamond" w:hAnsi="Garamond"/>
          <w:sz w:val="24"/>
        </w:rPr>
        <w:t xml:space="preserve"> writing, scripts, captions, blogs, ideas, and messaging.</w:t>
      </w:r>
    </w:p>
    <w:p w14:paraId="5C141D4F" w14:textId="77777777" w:rsidR="001A5159" w:rsidRDefault="00000000">
      <w:r>
        <w:rPr>
          <w:rFonts w:ascii="Garamond" w:hAnsi="Garamond"/>
          <w:sz w:val="24"/>
        </w:rPr>
        <w:t>ChatGPT / GPT-4 / GPT-o1</w:t>
      </w:r>
    </w:p>
    <w:p w14:paraId="0AB5363F" w14:textId="77777777" w:rsidR="001A5159" w:rsidRDefault="00000000">
      <w:r>
        <w:rPr>
          <w:rFonts w:ascii="Garamond" w:hAnsi="Garamond"/>
          <w:sz w:val="24"/>
        </w:rPr>
        <w:t>The most versatile AI on earth — your main engine for writing, planning, system-building, and strategy.</w:t>
      </w:r>
    </w:p>
    <w:p w14:paraId="64EEBA7E" w14:textId="77777777" w:rsidR="001A5159" w:rsidRDefault="00000000">
      <w:r>
        <w:rPr>
          <w:rFonts w:ascii="Garamond" w:hAnsi="Garamond"/>
          <w:sz w:val="24"/>
        </w:rPr>
        <w:t>Claude</w:t>
      </w:r>
    </w:p>
    <w:p w14:paraId="3575690A" w14:textId="77777777" w:rsidR="001A5159" w:rsidRDefault="00000000">
      <w:r>
        <w:rPr>
          <w:rFonts w:ascii="Garamond" w:hAnsi="Garamond"/>
          <w:sz w:val="24"/>
        </w:rPr>
        <w:t>Exceptional at long-form writing, editing, story structure, and knowledge-work tasks.</w:t>
      </w:r>
    </w:p>
    <w:p w14:paraId="744B625F" w14:textId="77777777" w:rsidR="001A5159" w:rsidRDefault="00000000">
      <w:r>
        <w:rPr>
          <w:rFonts w:ascii="Garamond" w:hAnsi="Garamond"/>
          <w:sz w:val="24"/>
        </w:rPr>
        <w:t>Gemini</w:t>
      </w:r>
    </w:p>
    <w:p w14:paraId="0B09CA21" w14:textId="77777777" w:rsidR="001A5159" w:rsidRDefault="00000000">
      <w:r>
        <w:rPr>
          <w:rFonts w:ascii="Garamond" w:hAnsi="Garamond"/>
          <w:sz w:val="24"/>
        </w:rPr>
        <w:t>Fast, creative, and great for researching, summarizing, and generating content variants.</w:t>
      </w:r>
    </w:p>
    <w:p w14:paraId="119C11F5" w14:textId="77777777" w:rsidR="001A5159" w:rsidRDefault="00000000">
      <w:r>
        <w:rPr>
          <w:rFonts w:ascii="Garamond" w:hAnsi="Garamond"/>
          <w:sz w:val="24"/>
        </w:rPr>
        <w:t>Jasper</w:t>
      </w:r>
    </w:p>
    <w:p w14:paraId="2B699FCC" w14:textId="77777777" w:rsidR="001A5159" w:rsidRDefault="00000000">
      <w:r>
        <w:rPr>
          <w:rFonts w:ascii="Garamond" w:hAnsi="Garamond"/>
          <w:sz w:val="24"/>
        </w:rPr>
        <w:lastRenderedPageBreak/>
        <w:t xml:space="preserve">AI writing </w:t>
      </w:r>
      <w:proofErr w:type="gramStart"/>
      <w:r>
        <w:rPr>
          <w:rFonts w:ascii="Garamond" w:hAnsi="Garamond"/>
          <w:sz w:val="24"/>
        </w:rPr>
        <w:t>tool</w:t>
      </w:r>
      <w:proofErr w:type="gramEnd"/>
      <w:r>
        <w:rPr>
          <w:rFonts w:ascii="Garamond" w:hAnsi="Garamond"/>
          <w:sz w:val="24"/>
        </w:rPr>
        <w:t xml:space="preserve"> designed for businesses, ads, content, and brand-specific messaging.</w:t>
      </w:r>
    </w:p>
    <w:p w14:paraId="0E242D01" w14:textId="77777777" w:rsidR="001A5159" w:rsidRDefault="00000000">
      <w:r>
        <w:rPr>
          <w:rFonts w:ascii="Garamond" w:hAnsi="Garamond"/>
          <w:sz w:val="24"/>
        </w:rPr>
        <w:t>Copy.ai</w:t>
      </w:r>
    </w:p>
    <w:p w14:paraId="1CDF3550" w14:textId="77777777" w:rsidR="001A5159" w:rsidRDefault="00000000">
      <w:r>
        <w:rPr>
          <w:rFonts w:ascii="Garamond" w:hAnsi="Garamond"/>
          <w:sz w:val="24"/>
        </w:rPr>
        <w:t xml:space="preserve">Great for marketing </w:t>
      </w:r>
      <w:proofErr w:type="gramStart"/>
      <w:r>
        <w:rPr>
          <w:rFonts w:ascii="Garamond" w:hAnsi="Garamond"/>
          <w:sz w:val="24"/>
        </w:rPr>
        <w:t>copy</w:t>
      </w:r>
      <w:proofErr w:type="gramEnd"/>
      <w:r>
        <w:rPr>
          <w:rFonts w:ascii="Garamond" w:hAnsi="Garamond"/>
          <w:sz w:val="24"/>
        </w:rPr>
        <w:t>, email sequences, and small business content automation.</w:t>
      </w:r>
    </w:p>
    <w:p w14:paraId="3A0D0F83" w14:textId="77777777" w:rsidR="001A5159" w:rsidRDefault="001A5159"/>
    <w:p w14:paraId="2218D914" w14:textId="77777777" w:rsidR="001A5159" w:rsidRDefault="00000000">
      <w:r>
        <w:rPr>
          <w:rFonts w:ascii="Garamond" w:hAnsi="Garamond"/>
          <w:sz w:val="24"/>
        </w:rPr>
        <w:t>CATEGORY 2 — AI IMAGE &amp; BRANDING TOOLS</w:t>
      </w:r>
    </w:p>
    <w:p w14:paraId="2E4C887E" w14:textId="77777777" w:rsidR="001A5159" w:rsidRDefault="00000000">
      <w:r>
        <w:rPr>
          <w:rFonts w:ascii="Garamond" w:hAnsi="Garamond"/>
          <w:sz w:val="24"/>
        </w:rPr>
        <w:t>Create logos, graphics, thumbnails, ads, and brand assets instantly.</w:t>
      </w:r>
    </w:p>
    <w:p w14:paraId="491D1467" w14:textId="77777777" w:rsidR="001A5159" w:rsidRDefault="00000000">
      <w:r>
        <w:rPr>
          <w:rFonts w:ascii="Garamond" w:hAnsi="Garamond"/>
          <w:sz w:val="24"/>
        </w:rPr>
        <w:t>Midjourney</w:t>
      </w:r>
    </w:p>
    <w:p w14:paraId="7BA489F5" w14:textId="77777777" w:rsidR="001A5159" w:rsidRDefault="00000000">
      <w:r>
        <w:rPr>
          <w:rFonts w:ascii="Garamond" w:hAnsi="Garamond"/>
          <w:sz w:val="24"/>
        </w:rPr>
        <w:t>High-quality images, branding visuals, digital art, product renderings.</w:t>
      </w:r>
    </w:p>
    <w:p w14:paraId="724D7456" w14:textId="77777777" w:rsidR="001A5159" w:rsidRDefault="00000000">
      <w:r>
        <w:rPr>
          <w:rFonts w:ascii="Garamond" w:hAnsi="Garamond"/>
          <w:sz w:val="24"/>
        </w:rPr>
        <w:t>DALL·E</w:t>
      </w:r>
    </w:p>
    <w:p w14:paraId="2074FCA8" w14:textId="77777777" w:rsidR="001A5159" w:rsidRDefault="00000000">
      <w:r>
        <w:rPr>
          <w:rFonts w:ascii="Garamond" w:hAnsi="Garamond"/>
          <w:sz w:val="24"/>
        </w:rPr>
        <w:t xml:space="preserve">Best for branded visuals, storyboards, </w:t>
      </w:r>
      <w:proofErr w:type="gramStart"/>
      <w:r>
        <w:rPr>
          <w:rFonts w:ascii="Garamond" w:hAnsi="Garamond"/>
          <w:sz w:val="24"/>
        </w:rPr>
        <w:t>ad</w:t>
      </w:r>
      <w:proofErr w:type="gramEnd"/>
      <w:r>
        <w:rPr>
          <w:rFonts w:ascii="Garamond" w:hAnsi="Garamond"/>
          <w:sz w:val="24"/>
        </w:rPr>
        <w:t xml:space="preserve"> creatives, consistent characters.</w:t>
      </w:r>
    </w:p>
    <w:p w14:paraId="430D84C9" w14:textId="77777777" w:rsidR="001A5159" w:rsidRDefault="00000000">
      <w:r>
        <w:rPr>
          <w:rFonts w:ascii="Garamond" w:hAnsi="Garamond"/>
          <w:sz w:val="24"/>
        </w:rPr>
        <w:t>Canva AI</w:t>
      </w:r>
    </w:p>
    <w:p w14:paraId="78ABDEFE" w14:textId="77777777" w:rsidR="001A5159" w:rsidRDefault="00000000">
      <w:r>
        <w:rPr>
          <w:rFonts w:ascii="Garamond" w:hAnsi="Garamond"/>
          <w:sz w:val="24"/>
        </w:rPr>
        <w:t>User-friendly design with AI-powered editing, resizing, translation, and magic creation tools.</w:t>
      </w:r>
    </w:p>
    <w:p w14:paraId="7496BD84" w14:textId="77777777" w:rsidR="001A5159" w:rsidRDefault="00000000">
      <w:r>
        <w:rPr>
          <w:rFonts w:ascii="Garamond" w:hAnsi="Garamond"/>
          <w:sz w:val="24"/>
        </w:rPr>
        <w:t>Adobe Firefly</w:t>
      </w:r>
    </w:p>
    <w:p w14:paraId="55F16BE9" w14:textId="77777777" w:rsidR="001A5159" w:rsidRDefault="00000000">
      <w:r>
        <w:rPr>
          <w:rFonts w:ascii="Garamond" w:hAnsi="Garamond"/>
          <w:sz w:val="24"/>
        </w:rPr>
        <w:t>Professional-grade visuals, textures, image manipulation, and design assets.</w:t>
      </w:r>
    </w:p>
    <w:p w14:paraId="29C5A655" w14:textId="77777777" w:rsidR="001A5159" w:rsidRDefault="001A5159"/>
    <w:p w14:paraId="1E8AD8CF" w14:textId="77777777" w:rsidR="001A5159" w:rsidRDefault="00000000">
      <w:r>
        <w:rPr>
          <w:rFonts w:ascii="Garamond" w:hAnsi="Garamond"/>
          <w:sz w:val="24"/>
        </w:rPr>
        <w:t>CATEGORY 3 — AI VIDEO &amp; AUDIO TOOLS</w:t>
      </w:r>
    </w:p>
    <w:p w14:paraId="4FAC2D14" w14:textId="77777777" w:rsidR="001A5159" w:rsidRDefault="00000000">
      <w:r>
        <w:rPr>
          <w:rFonts w:ascii="Garamond" w:hAnsi="Garamond"/>
          <w:sz w:val="24"/>
        </w:rPr>
        <w:t>These power everything from short-form content to full courses.</w:t>
      </w:r>
    </w:p>
    <w:p w14:paraId="1B4A34BB" w14:textId="77777777" w:rsidR="001A5159" w:rsidRDefault="00000000">
      <w:r>
        <w:rPr>
          <w:rFonts w:ascii="Garamond" w:hAnsi="Garamond"/>
          <w:sz w:val="24"/>
        </w:rPr>
        <w:t>CapCut</w:t>
      </w:r>
    </w:p>
    <w:p w14:paraId="08D5A2F5" w14:textId="77777777" w:rsidR="001A5159" w:rsidRDefault="00000000">
      <w:r>
        <w:rPr>
          <w:rFonts w:ascii="Garamond" w:hAnsi="Garamond"/>
          <w:sz w:val="24"/>
        </w:rPr>
        <w:t xml:space="preserve">The #1 </w:t>
      </w:r>
      <w:proofErr w:type="gramStart"/>
      <w:r>
        <w:rPr>
          <w:rFonts w:ascii="Garamond" w:hAnsi="Garamond"/>
          <w:sz w:val="24"/>
        </w:rPr>
        <w:t>short-form</w:t>
      </w:r>
      <w:proofErr w:type="gramEnd"/>
      <w:r>
        <w:rPr>
          <w:rFonts w:ascii="Garamond" w:hAnsi="Garamond"/>
          <w:sz w:val="24"/>
        </w:rPr>
        <w:t xml:space="preserve"> editing tool with built-in captions, templates, effects, and AI cleanup.</w:t>
      </w:r>
    </w:p>
    <w:p w14:paraId="06D94D40" w14:textId="77777777" w:rsidR="001A5159" w:rsidRDefault="00000000">
      <w:proofErr w:type="gramStart"/>
      <w:r>
        <w:rPr>
          <w:rFonts w:ascii="Garamond" w:hAnsi="Garamond"/>
          <w:sz w:val="24"/>
        </w:rPr>
        <w:t>Descript</w:t>
      </w:r>
      <w:proofErr w:type="gramEnd"/>
    </w:p>
    <w:p w14:paraId="59754539" w14:textId="77777777" w:rsidR="001A5159" w:rsidRDefault="00000000">
      <w:r>
        <w:rPr>
          <w:rFonts w:ascii="Garamond" w:hAnsi="Garamond"/>
          <w:sz w:val="24"/>
        </w:rPr>
        <w:t>Transcription + video editing + overdub voice AI — perfect for podcasters &amp; creators.</w:t>
      </w:r>
    </w:p>
    <w:p w14:paraId="02ED85A9" w14:textId="77777777" w:rsidR="001A5159" w:rsidRDefault="00000000">
      <w:r>
        <w:rPr>
          <w:rFonts w:ascii="Garamond" w:hAnsi="Garamond"/>
          <w:sz w:val="24"/>
        </w:rPr>
        <w:t>RunwayML</w:t>
      </w:r>
    </w:p>
    <w:p w14:paraId="6D2D51B9" w14:textId="77777777" w:rsidR="001A5159" w:rsidRDefault="00000000">
      <w:r>
        <w:rPr>
          <w:rFonts w:ascii="Garamond" w:hAnsi="Garamond"/>
          <w:sz w:val="24"/>
        </w:rPr>
        <w:t>AI-powered video editing, green screen, style transfer, effects, and cinematic tools.</w:t>
      </w:r>
    </w:p>
    <w:p w14:paraId="7EA5224A" w14:textId="77777777" w:rsidR="001A5159" w:rsidRDefault="00000000">
      <w:r>
        <w:rPr>
          <w:rFonts w:ascii="Garamond" w:hAnsi="Garamond"/>
          <w:sz w:val="24"/>
        </w:rPr>
        <w:t>ElevenLabs</w:t>
      </w:r>
    </w:p>
    <w:p w14:paraId="20215A02" w14:textId="77777777" w:rsidR="001A5159" w:rsidRDefault="00000000">
      <w:r>
        <w:rPr>
          <w:rFonts w:ascii="Garamond" w:hAnsi="Garamond"/>
          <w:sz w:val="24"/>
        </w:rPr>
        <w:t>World-class voice cloning, narration, and audio quality enhancement.</w:t>
      </w:r>
    </w:p>
    <w:p w14:paraId="3A86D292" w14:textId="77777777" w:rsidR="001A5159" w:rsidRDefault="00000000">
      <w:r>
        <w:rPr>
          <w:rFonts w:ascii="Garamond" w:hAnsi="Garamond"/>
          <w:sz w:val="24"/>
        </w:rPr>
        <w:lastRenderedPageBreak/>
        <w:t>Opus Clip</w:t>
      </w:r>
    </w:p>
    <w:p w14:paraId="61490EB1" w14:textId="77777777" w:rsidR="001A5159" w:rsidRDefault="00000000">
      <w:r>
        <w:rPr>
          <w:rFonts w:ascii="Garamond" w:hAnsi="Garamond"/>
          <w:sz w:val="24"/>
        </w:rPr>
        <w:t>Turns long-form videos into viral short-form clips automatically.</w:t>
      </w:r>
    </w:p>
    <w:p w14:paraId="4AC58C78" w14:textId="77777777" w:rsidR="001A5159" w:rsidRDefault="001A5159"/>
    <w:p w14:paraId="17AAAE37" w14:textId="77777777" w:rsidR="001A5159" w:rsidRDefault="00000000">
      <w:r>
        <w:rPr>
          <w:rFonts w:ascii="Garamond" w:hAnsi="Garamond"/>
          <w:sz w:val="24"/>
        </w:rPr>
        <w:t>CATEGORY 4 — AUTOMATION &amp; WORKFLOWS</w:t>
      </w:r>
    </w:p>
    <w:p w14:paraId="09EA2690" w14:textId="77777777" w:rsidR="001A5159" w:rsidRDefault="00000000">
      <w:r>
        <w:rPr>
          <w:rFonts w:ascii="Garamond" w:hAnsi="Garamond"/>
          <w:sz w:val="24"/>
        </w:rPr>
        <w:t>The backbone of scaling any blueprint.</w:t>
      </w:r>
    </w:p>
    <w:p w14:paraId="76D606BA" w14:textId="77777777" w:rsidR="001A5159" w:rsidRDefault="00000000">
      <w:r>
        <w:rPr>
          <w:rFonts w:ascii="Garamond" w:hAnsi="Garamond"/>
          <w:sz w:val="24"/>
        </w:rPr>
        <w:t>Zapier</w:t>
      </w:r>
    </w:p>
    <w:p w14:paraId="0BCCF20D" w14:textId="77777777" w:rsidR="001A5159" w:rsidRDefault="00000000">
      <w:r>
        <w:rPr>
          <w:rFonts w:ascii="Garamond" w:hAnsi="Garamond"/>
          <w:sz w:val="24"/>
        </w:rPr>
        <w:t>Connect apps and automate tasks without coding.</w:t>
      </w:r>
    </w:p>
    <w:p w14:paraId="506EA687" w14:textId="77777777" w:rsidR="001A5159" w:rsidRDefault="00000000">
      <w:r>
        <w:rPr>
          <w:rFonts w:ascii="Garamond" w:hAnsi="Garamond"/>
          <w:sz w:val="24"/>
        </w:rPr>
        <w:t>Make.com</w:t>
      </w:r>
    </w:p>
    <w:p w14:paraId="3FF75FA9" w14:textId="77777777" w:rsidR="001A5159" w:rsidRDefault="00000000">
      <w:r>
        <w:rPr>
          <w:rFonts w:ascii="Garamond" w:hAnsi="Garamond"/>
          <w:sz w:val="24"/>
        </w:rPr>
        <w:t xml:space="preserve">More advanced </w:t>
      </w:r>
      <w:proofErr w:type="gramStart"/>
      <w:r>
        <w:rPr>
          <w:rFonts w:ascii="Garamond" w:hAnsi="Garamond"/>
          <w:sz w:val="24"/>
        </w:rPr>
        <w:t>automations</w:t>
      </w:r>
      <w:proofErr w:type="gramEnd"/>
      <w:r>
        <w:rPr>
          <w:rFonts w:ascii="Garamond" w:hAnsi="Garamond"/>
          <w:sz w:val="24"/>
        </w:rPr>
        <w:t xml:space="preserve"> and deeper workflow connections.</w:t>
      </w:r>
    </w:p>
    <w:p w14:paraId="101DAF56" w14:textId="77777777" w:rsidR="001A5159" w:rsidRDefault="00000000">
      <w:r>
        <w:rPr>
          <w:rFonts w:ascii="Garamond" w:hAnsi="Garamond"/>
          <w:sz w:val="24"/>
        </w:rPr>
        <w:t>Softr + Airtable</w:t>
      </w:r>
    </w:p>
    <w:p w14:paraId="5DDC4105" w14:textId="77777777" w:rsidR="001A5159" w:rsidRDefault="00000000">
      <w:r>
        <w:rPr>
          <w:rFonts w:ascii="Garamond" w:hAnsi="Garamond"/>
          <w:sz w:val="24"/>
        </w:rPr>
        <w:t>Build internal tools, dashboards, and lightweight apps.</w:t>
      </w:r>
    </w:p>
    <w:p w14:paraId="65B7414B" w14:textId="77777777" w:rsidR="001A5159" w:rsidRDefault="00000000">
      <w:r>
        <w:rPr>
          <w:rFonts w:ascii="Garamond" w:hAnsi="Garamond"/>
          <w:sz w:val="24"/>
        </w:rPr>
        <w:t>Notion AI</w:t>
      </w:r>
    </w:p>
    <w:p w14:paraId="4250CA57" w14:textId="77777777" w:rsidR="001A5159" w:rsidRDefault="00000000">
      <w:r>
        <w:rPr>
          <w:rFonts w:ascii="Garamond" w:hAnsi="Garamond"/>
          <w:sz w:val="24"/>
        </w:rPr>
        <w:t>All-in-one knowledge base, SOP builder, and workspace assistant.</w:t>
      </w:r>
    </w:p>
    <w:p w14:paraId="306F3B41" w14:textId="77777777" w:rsidR="001A5159" w:rsidRDefault="00000000">
      <w:r>
        <w:rPr>
          <w:rFonts w:ascii="Garamond" w:hAnsi="Garamond"/>
          <w:sz w:val="24"/>
        </w:rPr>
        <w:t>Tally / Typeform / Jform</w:t>
      </w:r>
    </w:p>
    <w:p w14:paraId="364109AD" w14:textId="77777777" w:rsidR="001A5159" w:rsidRDefault="00000000">
      <w:r>
        <w:rPr>
          <w:rFonts w:ascii="Garamond" w:hAnsi="Garamond"/>
          <w:sz w:val="24"/>
        </w:rPr>
        <w:t>Intake forms, lead forms, onboarding forms, and surveys.</w:t>
      </w:r>
    </w:p>
    <w:p w14:paraId="781CFC40" w14:textId="77777777" w:rsidR="001A5159" w:rsidRDefault="001A5159"/>
    <w:p w14:paraId="0B060B41" w14:textId="77777777" w:rsidR="001A5159" w:rsidRDefault="00000000">
      <w:r>
        <w:rPr>
          <w:rFonts w:ascii="Garamond" w:hAnsi="Garamond"/>
          <w:sz w:val="24"/>
        </w:rPr>
        <w:t>CATEGORY 5 — BUSINESS &amp; MARKETING TOOLS</w:t>
      </w:r>
    </w:p>
    <w:p w14:paraId="01EA7497" w14:textId="77777777" w:rsidR="001A5159" w:rsidRDefault="00000000">
      <w:r>
        <w:rPr>
          <w:rFonts w:ascii="Garamond" w:hAnsi="Garamond"/>
          <w:sz w:val="24"/>
        </w:rPr>
        <w:t>Perfect for service providers, creators, consultants, and digital product sellers.</w:t>
      </w:r>
    </w:p>
    <w:p w14:paraId="1A876C45" w14:textId="77777777" w:rsidR="001A5159" w:rsidRDefault="00000000">
      <w:r>
        <w:rPr>
          <w:rFonts w:ascii="Garamond" w:hAnsi="Garamond"/>
          <w:sz w:val="24"/>
        </w:rPr>
        <w:t>Kajabi / Thinkific / Teachable</w:t>
      </w:r>
    </w:p>
    <w:p w14:paraId="58515B60" w14:textId="77777777" w:rsidR="001A5159" w:rsidRDefault="00000000">
      <w:r>
        <w:rPr>
          <w:rFonts w:ascii="Garamond" w:hAnsi="Garamond"/>
          <w:sz w:val="24"/>
        </w:rPr>
        <w:t>Best for course hosting, coaching programs, and digital products.</w:t>
      </w:r>
    </w:p>
    <w:p w14:paraId="442B4738" w14:textId="77777777" w:rsidR="001A5159" w:rsidRDefault="00000000">
      <w:r>
        <w:rPr>
          <w:rFonts w:ascii="Garamond" w:hAnsi="Garamond"/>
          <w:sz w:val="24"/>
        </w:rPr>
        <w:t>Shopify</w:t>
      </w:r>
    </w:p>
    <w:p w14:paraId="4B5804E9" w14:textId="77777777" w:rsidR="001A5159" w:rsidRDefault="00000000">
      <w:r>
        <w:rPr>
          <w:rFonts w:ascii="Garamond" w:hAnsi="Garamond"/>
          <w:sz w:val="24"/>
        </w:rPr>
        <w:t xml:space="preserve">E-commerce store </w:t>
      </w:r>
      <w:proofErr w:type="gramStart"/>
      <w:r>
        <w:rPr>
          <w:rFonts w:ascii="Garamond" w:hAnsi="Garamond"/>
          <w:sz w:val="24"/>
        </w:rPr>
        <w:t>builder</w:t>
      </w:r>
      <w:proofErr w:type="gramEnd"/>
      <w:r>
        <w:rPr>
          <w:rFonts w:ascii="Garamond" w:hAnsi="Garamond"/>
          <w:sz w:val="24"/>
        </w:rPr>
        <w:t xml:space="preserve"> with AI-powered product tools.</w:t>
      </w:r>
    </w:p>
    <w:p w14:paraId="0AC1491F" w14:textId="77777777" w:rsidR="001A5159" w:rsidRDefault="00000000">
      <w:r>
        <w:rPr>
          <w:rFonts w:ascii="Garamond" w:hAnsi="Garamond"/>
          <w:sz w:val="24"/>
        </w:rPr>
        <w:t>ClickFunnels</w:t>
      </w:r>
    </w:p>
    <w:p w14:paraId="341EE202" w14:textId="77777777" w:rsidR="001A5159" w:rsidRDefault="00000000">
      <w:r>
        <w:rPr>
          <w:rFonts w:ascii="Garamond" w:hAnsi="Garamond"/>
          <w:sz w:val="24"/>
        </w:rPr>
        <w:t>Funnels, landing pages, sales sequences, and conversion-focused assets.</w:t>
      </w:r>
    </w:p>
    <w:p w14:paraId="1FD145F6" w14:textId="77777777" w:rsidR="001A5159" w:rsidRDefault="00000000">
      <w:r>
        <w:rPr>
          <w:rFonts w:ascii="Garamond" w:hAnsi="Garamond"/>
          <w:sz w:val="24"/>
        </w:rPr>
        <w:t>ConvertKit</w:t>
      </w:r>
    </w:p>
    <w:p w14:paraId="3A75C309" w14:textId="77777777" w:rsidR="001A5159" w:rsidRDefault="00000000">
      <w:r>
        <w:rPr>
          <w:rFonts w:ascii="Garamond" w:hAnsi="Garamond"/>
          <w:sz w:val="24"/>
        </w:rPr>
        <w:lastRenderedPageBreak/>
        <w:t>Email marketing and automation for creators.</w:t>
      </w:r>
    </w:p>
    <w:p w14:paraId="52C813D9" w14:textId="77777777" w:rsidR="001A5159" w:rsidRDefault="00000000">
      <w:r>
        <w:rPr>
          <w:rFonts w:ascii="Garamond" w:hAnsi="Garamond"/>
          <w:sz w:val="24"/>
        </w:rPr>
        <w:t>HighLevel</w:t>
      </w:r>
    </w:p>
    <w:p w14:paraId="60AE5508" w14:textId="77777777" w:rsidR="001A5159" w:rsidRDefault="00000000">
      <w:r>
        <w:rPr>
          <w:rFonts w:ascii="Garamond" w:hAnsi="Garamond"/>
          <w:sz w:val="24"/>
        </w:rPr>
        <w:t xml:space="preserve">Funnels, CRM, automation, and client management </w:t>
      </w:r>
      <w:proofErr w:type="gramStart"/>
      <w:r>
        <w:rPr>
          <w:rFonts w:ascii="Garamond" w:hAnsi="Garamond"/>
          <w:sz w:val="24"/>
        </w:rPr>
        <w:t>in</w:t>
      </w:r>
      <w:proofErr w:type="gramEnd"/>
      <w:r>
        <w:rPr>
          <w:rFonts w:ascii="Garamond" w:hAnsi="Garamond"/>
          <w:sz w:val="24"/>
        </w:rPr>
        <w:t xml:space="preserve"> one platform.</w:t>
      </w:r>
    </w:p>
    <w:p w14:paraId="1B00EEA6" w14:textId="77777777" w:rsidR="001A5159" w:rsidRDefault="001A5159"/>
    <w:p w14:paraId="0DD00883" w14:textId="77777777" w:rsidR="001A5159" w:rsidRDefault="00000000">
      <w:r>
        <w:rPr>
          <w:rFonts w:ascii="Garamond" w:hAnsi="Garamond"/>
          <w:sz w:val="24"/>
        </w:rPr>
        <w:t>CATEGORY 6 — SPECIALIZED TOOLS FOR HIGH-VALUE SERVICES</w:t>
      </w:r>
    </w:p>
    <w:p w14:paraId="00E33188" w14:textId="77777777" w:rsidR="001A5159" w:rsidRDefault="00000000">
      <w:r>
        <w:rPr>
          <w:rFonts w:ascii="Garamond" w:hAnsi="Garamond"/>
          <w:sz w:val="24"/>
        </w:rPr>
        <w:t>For niche blueprints that require premium tools.</w:t>
      </w:r>
    </w:p>
    <w:p w14:paraId="26EFDAC4" w14:textId="77777777" w:rsidR="001A5159" w:rsidRDefault="00000000">
      <w:r>
        <w:rPr>
          <w:rFonts w:ascii="Garamond" w:hAnsi="Garamond"/>
          <w:sz w:val="24"/>
        </w:rPr>
        <w:t>SurferSEO</w:t>
      </w:r>
    </w:p>
    <w:p w14:paraId="5AA8590F" w14:textId="77777777" w:rsidR="001A5159" w:rsidRDefault="00000000">
      <w:r>
        <w:rPr>
          <w:rFonts w:ascii="Garamond" w:hAnsi="Garamond"/>
          <w:sz w:val="24"/>
        </w:rPr>
        <w:t>Essential for SEO writing, ranking strategy, and content optimization.</w:t>
      </w:r>
    </w:p>
    <w:p w14:paraId="076D8136" w14:textId="77777777" w:rsidR="001A5159" w:rsidRDefault="00000000">
      <w:r>
        <w:rPr>
          <w:rFonts w:ascii="Garamond" w:hAnsi="Garamond"/>
          <w:sz w:val="24"/>
        </w:rPr>
        <w:t>Grammarly AI</w:t>
      </w:r>
    </w:p>
    <w:p w14:paraId="0F02ADDE" w14:textId="77777777" w:rsidR="001A5159" w:rsidRDefault="00000000">
      <w:r>
        <w:rPr>
          <w:rFonts w:ascii="Garamond" w:hAnsi="Garamond"/>
          <w:sz w:val="24"/>
        </w:rPr>
        <w:t>Editing, clarity improvement, tone adjustment.</w:t>
      </w:r>
    </w:p>
    <w:p w14:paraId="74D4C86E" w14:textId="77777777" w:rsidR="001A5159" w:rsidRDefault="00000000">
      <w:r>
        <w:rPr>
          <w:rFonts w:ascii="Garamond" w:hAnsi="Garamond"/>
          <w:sz w:val="24"/>
        </w:rPr>
        <w:t>Quillbot</w:t>
      </w:r>
    </w:p>
    <w:p w14:paraId="221A194D" w14:textId="77777777" w:rsidR="001A5159" w:rsidRDefault="00000000">
      <w:r>
        <w:rPr>
          <w:rFonts w:ascii="Garamond" w:hAnsi="Garamond"/>
          <w:sz w:val="24"/>
        </w:rPr>
        <w:t>Paraphrasing, rewriting, and editing.</w:t>
      </w:r>
    </w:p>
    <w:p w14:paraId="5E4963D5" w14:textId="77777777" w:rsidR="001A5159" w:rsidRDefault="00000000">
      <w:r>
        <w:rPr>
          <w:rFonts w:ascii="Garamond" w:hAnsi="Garamond"/>
          <w:sz w:val="24"/>
        </w:rPr>
        <w:t>Miro / Whimsical</w:t>
      </w:r>
    </w:p>
    <w:p w14:paraId="4087B972" w14:textId="77777777" w:rsidR="001A5159" w:rsidRDefault="00000000">
      <w:r>
        <w:rPr>
          <w:rFonts w:ascii="Garamond" w:hAnsi="Garamond"/>
          <w:sz w:val="24"/>
        </w:rPr>
        <w:t>Workflow diagrams, process maps, and strategic planning visuals.</w:t>
      </w:r>
    </w:p>
    <w:p w14:paraId="31E226CD" w14:textId="77777777" w:rsidR="001A5159" w:rsidRDefault="00000000">
      <w:r>
        <w:rPr>
          <w:rFonts w:ascii="Garamond" w:hAnsi="Garamond"/>
          <w:sz w:val="24"/>
        </w:rPr>
        <w:t>Loom</w:t>
      </w:r>
    </w:p>
    <w:p w14:paraId="4BF75EE3" w14:textId="77777777" w:rsidR="001A5159" w:rsidRDefault="00000000">
      <w:r>
        <w:rPr>
          <w:rFonts w:ascii="Garamond" w:hAnsi="Garamond"/>
          <w:sz w:val="24"/>
        </w:rPr>
        <w:t>Quick client video updates, training clips, welcome videos.</w:t>
      </w:r>
    </w:p>
    <w:p w14:paraId="6C001130" w14:textId="77777777" w:rsidR="001A5159" w:rsidRDefault="001A5159"/>
    <w:p w14:paraId="59A05FC3" w14:textId="77777777" w:rsidR="001A5159" w:rsidRDefault="00000000">
      <w:r>
        <w:rPr>
          <w:rFonts w:ascii="Garamond" w:hAnsi="Garamond"/>
          <w:sz w:val="24"/>
        </w:rPr>
        <w:t>CATEGORY 7 — CUSTOM AI BUILDER TOOLS</w:t>
      </w:r>
    </w:p>
    <w:p w14:paraId="7886A975" w14:textId="77777777" w:rsidR="001A5159" w:rsidRDefault="00000000">
      <w:r>
        <w:rPr>
          <w:rFonts w:ascii="Garamond" w:hAnsi="Garamond"/>
          <w:sz w:val="24"/>
        </w:rPr>
        <w:t>For CustomGPTs, chatbots, and business assistants.</w:t>
      </w:r>
    </w:p>
    <w:p w14:paraId="611FE3BD" w14:textId="77777777" w:rsidR="001A5159" w:rsidRDefault="00000000">
      <w:r>
        <w:rPr>
          <w:rFonts w:ascii="Garamond" w:hAnsi="Garamond"/>
          <w:sz w:val="24"/>
        </w:rPr>
        <w:t>ChatGPT CustomGPT Builder</w:t>
      </w:r>
    </w:p>
    <w:p w14:paraId="1F70BBC7" w14:textId="77777777" w:rsidR="001A5159" w:rsidRDefault="00000000">
      <w:r>
        <w:rPr>
          <w:rFonts w:ascii="Garamond" w:hAnsi="Garamond"/>
          <w:sz w:val="24"/>
        </w:rPr>
        <w:t>Train AI with PDFs, docs, website data, and brand rules.</w:t>
      </w:r>
    </w:p>
    <w:p w14:paraId="42E08D45" w14:textId="77777777" w:rsidR="001A5159" w:rsidRDefault="00000000">
      <w:r>
        <w:rPr>
          <w:rFonts w:ascii="Garamond" w:hAnsi="Garamond"/>
          <w:sz w:val="24"/>
        </w:rPr>
        <w:t>Botpress</w:t>
      </w:r>
    </w:p>
    <w:p w14:paraId="3B9870F3" w14:textId="77777777" w:rsidR="001A5159" w:rsidRDefault="00000000">
      <w:r>
        <w:rPr>
          <w:rFonts w:ascii="Garamond" w:hAnsi="Garamond"/>
          <w:sz w:val="24"/>
        </w:rPr>
        <w:t>Multichannel chatbots for websites and customer service.</w:t>
      </w:r>
    </w:p>
    <w:p w14:paraId="6231EECB" w14:textId="77777777" w:rsidR="001A5159" w:rsidRDefault="00000000">
      <w:r>
        <w:rPr>
          <w:rFonts w:ascii="Garamond" w:hAnsi="Garamond"/>
          <w:sz w:val="24"/>
        </w:rPr>
        <w:t>Voiceflow</w:t>
      </w:r>
    </w:p>
    <w:p w14:paraId="30A2DDC1" w14:textId="77777777" w:rsidR="001A5159" w:rsidRDefault="00000000">
      <w:r>
        <w:rPr>
          <w:rFonts w:ascii="Garamond" w:hAnsi="Garamond"/>
          <w:sz w:val="24"/>
        </w:rPr>
        <w:t>Build interactive conversational AI systems.</w:t>
      </w:r>
    </w:p>
    <w:p w14:paraId="73220030" w14:textId="77777777" w:rsidR="001A5159" w:rsidRDefault="00000000">
      <w:r>
        <w:rPr>
          <w:rFonts w:ascii="Garamond" w:hAnsi="Garamond"/>
          <w:sz w:val="24"/>
        </w:rPr>
        <w:lastRenderedPageBreak/>
        <w:t>Claude Projects</w:t>
      </w:r>
    </w:p>
    <w:p w14:paraId="7A6E31C9" w14:textId="095A3274" w:rsidR="001A5159" w:rsidRDefault="00000000">
      <w:r>
        <w:rPr>
          <w:rFonts w:ascii="Garamond" w:hAnsi="Garamond"/>
          <w:sz w:val="24"/>
        </w:rPr>
        <w:t xml:space="preserve">Structured </w:t>
      </w:r>
      <w:r w:rsidR="00E94EEA">
        <w:rPr>
          <w:rFonts w:ascii="Garamond" w:hAnsi="Garamond"/>
          <w:sz w:val="24"/>
        </w:rPr>
        <w:t>knowledge bases</w:t>
      </w:r>
      <w:r>
        <w:rPr>
          <w:rFonts w:ascii="Garamond" w:hAnsi="Garamond"/>
          <w:sz w:val="24"/>
        </w:rPr>
        <w:t xml:space="preserve"> for advanced reasoning and training.</w:t>
      </w:r>
    </w:p>
    <w:p w14:paraId="7078F210" w14:textId="77777777" w:rsidR="001A5159" w:rsidRDefault="001A5159"/>
    <w:p w14:paraId="6AEB4E5D" w14:textId="77777777" w:rsidR="001A5159" w:rsidRDefault="00000000">
      <w:r>
        <w:rPr>
          <w:rFonts w:ascii="Garamond" w:hAnsi="Garamond"/>
          <w:sz w:val="24"/>
        </w:rPr>
        <w:t>CATEGORY 8 — DIGITAL PRODUCT CREATION</w:t>
      </w:r>
    </w:p>
    <w:p w14:paraId="602A3E0B" w14:textId="77777777" w:rsidR="001A5159" w:rsidRDefault="00000000">
      <w:r>
        <w:rPr>
          <w:rFonts w:ascii="Garamond" w:hAnsi="Garamond"/>
          <w:sz w:val="24"/>
        </w:rPr>
        <w:t>These tools make it easy to build and sell templates, ebooks, courses, and downloadable assets.</w:t>
      </w:r>
    </w:p>
    <w:p w14:paraId="4F9B1A5D" w14:textId="77777777" w:rsidR="001A5159" w:rsidRDefault="00000000">
      <w:r>
        <w:rPr>
          <w:rFonts w:ascii="Garamond" w:hAnsi="Garamond"/>
          <w:sz w:val="24"/>
        </w:rPr>
        <w:t>Canva</w:t>
      </w:r>
    </w:p>
    <w:p w14:paraId="0C4F50FB" w14:textId="77777777" w:rsidR="001A5159" w:rsidRDefault="00000000">
      <w:r>
        <w:rPr>
          <w:rFonts w:ascii="Garamond" w:hAnsi="Garamond"/>
          <w:sz w:val="24"/>
        </w:rPr>
        <w:t>Your digital product factory: templates, ebooks, worksheets, checklists, thumbnails.</w:t>
      </w:r>
    </w:p>
    <w:p w14:paraId="59E275F0" w14:textId="77777777" w:rsidR="001A5159" w:rsidRDefault="00000000">
      <w:r>
        <w:rPr>
          <w:rFonts w:ascii="Garamond" w:hAnsi="Garamond"/>
          <w:sz w:val="24"/>
        </w:rPr>
        <w:t>KDP / Kindle Direct Publishing</w:t>
      </w:r>
    </w:p>
    <w:p w14:paraId="5FD36056" w14:textId="77777777" w:rsidR="001A5159" w:rsidRDefault="00000000">
      <w:r>
        <w:rPr>
          <w:rFonts w:ascii="Garamond" w:hAnsi="Garamond"/>
          <w:sz w:val="24"/>
        </w:rPr>
        <w:t>Publish print &amp; Kindle books.</w:t>
      </w:r>
    </w:p>
    <w:p w14:paraId="4B23AF83" w14:textId="77777777" w:rsidR="001A5159" w:rsidRDefault="00000000">
      <w:r>
        <w:rPr>
          <w:rFonts w:ascii="Garamond" w:hAnsi="Garamond"/>
          <w:sz w:val="24"/>
        </w:rPr>
        <w:t>Gumroad</w:t>
      </w:r>
    </w:p>
    <w:p w14:paraId="3311207D" w14:textId="77777777" w:rsidR="001A5159" w:rsidRDefault="00000000">
      <w:r>
        <w:rPr>
          <w:rFonts w:ascii="Garamond" w:hAnsi="Garamond"/>
          <w:sz w:val="24"/>
        </w:rPr>
        <w:t>Sell digital products with no friction.</w:t>
      </w:r>
    </w:p>
    <w:p w14:paraId="33182477" w14:textId="77777777" w:rsidR="001A5159" w:rsidRDefault="00000000">
      <w:r>
        <w:rPr>
          <w:rFonts w:ascii="Garamond" w:hAnsi="Garamond"/>
          <w:sz w:val="24"/>
        </w:rPr>
        <w:t>Etsy</w:t>
      </w:r>
    </w:p>
    <w:p w14:paraId="403BC6E4" w14:textId="77777777" w:rsidR="001A5159" w:rsidRDefault="00000000">
      <w:r>
        <w:rPr>
          <w:rFonts w:ascii="Garamond" w:hAnsi="Garamond"/>
          <w:sz w:val="24"/>
        </w:rPr>
        <w:t>Sell templates, planners, digital kits.</w:t>
      </w:r>
    </w:p>
    <w:p w14:paraId="5049F49D" w14:textId="77777777" w:rsidR="001A5159" w:rsidRDefault="00000000">
      <w:r>
        <w:rPr>
          <w:rFonts w:ascii="Garamond" w:hAnsi="Garamond"/>
          <w:sz w:val="24"/>
        </w:rPr>
        <w:t>Creative Market</w:t>
      </w:r>
    </w:p>
    <w:p w14:paraId="403A186E" w14:textId="77777777" w:rsidR="001A5159" w:rsidRDefault="00000000">
      <w:r>
        <w:rPr>
          <w:rFonts w:ascii="Garamond" w:hAnsi="Garamond"/>
          <w:sz w:val="24"/>
        </w:rPr>
        <w:t>Sell design assets, templates, branding packs.</w:t>
      </w:r>
    </w:p>
    <w:p w14:paraId="0FC8154C" w14:textId="77777777" w:rsidR="001A5159" w:rsidRDefault="001A5159"/>
    <w:p w14:paraId="09E5B637" w14:textId="77777777" w:rsidR="001A5159" w:rsidRDefault="00000000">
      <w:r>
        <w:rPr>
          <w:rFonts w:ascii="Garamond" w:hAnsi="Garamond"/>
          <w:sz w:val="24"/>
        </w:rPr>
        <w:t>CATEGORY 9 — AI CODING, DATA, &amp; TECH TOOLS</w:t>
      </w:r>
    </w:p>
    <w:p w14:paraId="4C8C18E6" w14:textId="77777777" w:rsidR="001A5159" w:rsidRDefault="00000000">
      <w:r>
        <w:rPr>
          <w:rFonts w:ascii="Garamond" w:hAnsi="Garamond"/>
          <w:sz w:val="24"/>
        </w:rPr>
        <w:t>(For tech-leaning blueprints)</w:t>
      </w:r>
    </w:p>
    <w:p w14:paraId="35A3FCE2" w14:textId="77777777" w:rsidR="001A5159" w:rsidRDefault="00000000">
      <w:r>
        <w:rPr>
          <w:rFonts w:ascii="Garamond" w:hAnsi="Garamond"/>
          <w:sz w:val="24"/>
        </w:rPr>
        <w:t>Replit</w:t>
      </w:r>
    </w:p>
    <w:p w14:paraId="6F292EF5" w14:textId="77777777" w:rsidR="001A5159" w:rsidRDefault="00000000">
      <w:r>
        <w:rPr>
          <w:rFonts w:ascii="Garamond" w:hAnsi="Garamond"/>
          <w:sz w:val="24"/>
        </w:rPr>
        <w:t>AI-assisted coding and app development.</w:t>
      </w:r>
    </w:p>
    <w:p w14:paraId="19FB6A70" w14:textId="77777777" w:rsidR="001A5159" w:rsidRDefault="00000000">
      <w:r>
        <w:rPr>
          <w:rFonts w:ascii="Garamond" w:hAnsi="Garamond"/>
          <w:sz w:val="24"/>
        </w:rPr>
        <w:t>Github Copilot</w:t>
      </w:r>
    </w:p>
    <w:p w14:paraId="5D2F00DC" w14:textId="77777777" w:rsidR="001A5159" w:rsidRDefault="00000000">
      <w:r>
        <w:rPr>
          <w:rFonts w:ascii="Garamond" w:hAnsi="Garamond"/>
          <w:sz w:val="24"/>
        </w:rPr>
        <w:t>Pairs with developers to write, debug, and optimize code.</w:t>
      </w:r>
    </w:p>
    <w:p w14:paraId="6F40DE45" w14:textId="77777777" w:rsidR="001A5159" w:rsidRDefault="00000000">
      <w:r>
        <w:rPr>
          <w:rFonts w:ascii="Garamond" w:hAnsi="Garamond"/>
          <w:sz w:val="24"/>
        </w:rPr>
        <w:t>Vercel</w:t>
      </w:r>
    </w:p>
    <w:p w14:paraId="269C01EB" w14:textId="77777777" w:rsidR="001A5159" w:rsidRDefault="00000000">
      <w:r>
        <w:rPr>
          <w:rFonts w:ascii="Garamond" w:hAnsi="Garamond"/>
          <w:sz w:val="24"/>
        </w:rPr>
        <w:t>Deploy web apps easily.</w:t>
      </w:r>
    </w:p>
    <w:p w14:paraId="4A0249CB" w14:textId="77777777" w:rsidR="001A5159" w:rsidRDefault="00000000">
      <w:r>
        <w:rPr>
          <w:rFonts w:ascii="Garamond" w:hAnsi="Garamond"/>
          <w:sz w:val="24"/>
        </w:rPr>
        <w:t>NotebookLM</w:t>
      </w:r>
    </w:p>
    <w:p w14:paraId="54D5DE24" w14:textId="77777777" w:rsidR="001A5159" w:rsidRDefault="00000000">
      <w:r>
        <w:rPr>
          <w:rFonts w:ascii="Garamond" w:hAnsi="Garamond"/>
          <w:sz w:val="24"/>
        </w:rPr>
        <w:lastRenderedPageBreak/>
        <w:t>AI-powered research, analysis, and document intelligence.</w:t>
      </w:r>
    </w:p>
    <w:p w14:paraId="2BB7EC69" w14:textId="77777777" w:rsidR="001A5159" w:rsidRDefault="001A5159"/>
    <w:p w14:paraId="49F5501C" w14:textId="77777777" w:rsidR="001A5159" w:rsidRDefault="00000000">
      <w:r>
        <w:rPr>
          <w:rFonts w:ascii="Garamond" w:hAnsi="Garamond"/>
          <w:sz w:val="24"/>
        </w:rPr>
        <w:t>CATEGORY 10 — “ONE PERSON BUSINESS” POWER TOOLS</w:t>
      </w:r>
    </w:p>
    <w:p w14:paraId="630F2573" w14:textId="77777777" w:rsidR="001A5159" w:rsidRDefault="00000000">
      <w:r>
        <w:rPr>
          <w:rFonts w:ascii="Garamond" w:hAnsi="Garamond"/>
          <w:sz w:val="24"/>
        </w:rPr>
        <w:t>These tools turn one person into a full operational team.</w:t>
      </w:r>
    </w:p>
    <w:p w14:paraId="571CA077" w14:textId="77777777" w:rsidR="001A5159" w:rsidRDefault="00000000">
      <w:r>
        <w:rPr>
          <w:rFonts w:ascii="Garamond" w:hAnsi="Garamond"/>
          <w:sz w:val="24"/>
        </w:rPr>
        <w:t>PromptPerfect</w:t>
      </w:r>
    </w:p>
    <w:p w14:paraId="0044E075" w14:textId="77777777" w:rsidR="001A5159" w:rsidRDefault="00000000">
      <w:r>
        <w:rPr>
          <w:rFonts w:ascii="Garamond" w:hAnsi="Garamond"/>
          <w:sz w:val="24"/>
        </w:rPr>
        <w:t xml:space="preserve">Optimizes </w:t>
      </w:r>
      <w:proofErr w:type="gramStart"/>
      <w:r>
        <w:rPr>
          <w:rFonts w:ascii="Garamond" w:hAnsi="Garamond"/>
          <w:sz w:val="24"/>
        </w:rPr>
        <w:t>prompts</w:t>
      </w:r>
      <w:proofErr w:type="gramEnd"/>
      <w:r>
        <w:rPr>
          <w:rFonts w:ascii="Garamond" w:hAnsi="Garamond"/>
          <w:sz w:val="24"/>
        </w:rPr>
        <w:t xml:space="preserve"> for better output.</w:t>
      </w:r>
    </w:p>
    <w:p w14:paraId="6D639934" w14:textId="77777777" w:rsidR="001A5159" w:rsidRDefault="00000000">
      <w:r>
        <w:rPr>
          <w:rFonts w:ascii="Garamond" w:hAnsi="Garamond"/>
          <w:sz w:val="24"/>
        </w:rPr>
        <w:t>Taskade AI</w:t>
      </w:r>
    </w:p>
    <w:p w14:paraId="20F962A5" w14:textId="77777777" w:rsidR="001A5159" w:rsidRDefault="00000000">
      <w:r>
        <w:rPr>
          <w:rFonts w:ascii="Garamond" w:hAnsi="Garamond"/>
          <w:sz w:val="24"/>
        </w:rPr>
        <w:t>Project management + outline maker + team assistant + mind-mapping in one.</w:t>
      </w:r>
    </w:p>
    <w:p w14:paraId="1A4A1475" w14:textId="77777777" w:rsidR="001A5159" w:rsidRDefault="00000000">
      <w:r>
        <w:rPr>
          <w:rFonts w:ascii="Garamond" w:hAnsi="Garamond"/>
          <w:sz w:val="24"/>
        </w:rPr>
        <w:t>Trello AI Assist</w:t>
      </w:r>
    </w:p>
    <w:p w14:paraId="26FF8F0B" w14:textId="77777777" w:rsidR="001A5159" w:rsidRDefault="00000000">
      <w:r>
        <w:rPr>
          <w:rFonts w:ascii="Garamond" w:hAnsi="Garamond"/>
          <w:sz w:val="24"/>
        </w:rPr>
        <w:t>Simple and visual project management.</w:t>
      </w:r>
    </w:p>
    <w:p w14:paraId="351F57DD" w14:textId="77777777" w:rsidR="001A5159" w:rsidRDefault="00000000">
      <w:r>
        <w:rPr>
          <w:rFonts w:ascii="Garamond" w:hAnsi="Garamond"/>
          <w:sz w:val="24"/>
        </w:rPr>
        <w:t>ChatPDF</w:t>
      </w:r>
    </w:p>
    <w:p w14:paraId="0E7A7BFA" w14:textId="77777777" w:rsidR="001A5159" w:rsidRDefault="00000000">
      <w:r>
        <w:rPr>
          <w:rFonts w:ascii="Garamond" w:hAnsi="Garamond"/>
          <w:sz w:val="24"/>
        </w:rPr>
        <w:t>Instant summary + extraction from any PDF.</w:t>
      </w:r>
    </w:p>
    <w:p w14:paraId="0BF2CC43" w14:textId="77777777" w:rsidR="001A5159" w:rsidRDefault="001A5159"/>
    <w:p w14:paraId="7C92E0C8" w14:textId="77777777" w:rsidR="001A5159" w:rsidRDefault="00000000">
      <w:r>
        <w:rPr>
          <w:rFonts w:ascii="Garamond" w:hAnsi="Garamond"/>
          <w:sz w:val="24"/>
        </w:rPr>
        <w:t>HOW TO USE THIS MASTERLIST</w:t>
      </w:r>
    </w:p>
    <w:p w14:paraId="29C64C92" w14:textId="77777777" w:rsidR="001A5159" w:rsidRDefault="00000000">
      <w:r>
        <w:rPr>
          <w:rFonts w:ascii="Garamond" w:hAnsi="Garamond"/>
          <w:sz w:val="24"/>
        </w:rPr>
        <w:t>💡 Rule #1 — Start with ONE tool per category.</w:t>
      </w:r>
      <w:r>
        <w:rPr>
          <w:rFonts w:ascii="Garamond" w:hAnsi="Garamond"/>
          <w:sz w:val="24"/>
        </w:rPr>
        <w:br/>
        <w:t xml:space="preserve">Too many tools </w:t>
      </w:r>
      <w:proofErr w:type="gramStart"/>
      <w:r>
        <w:rPr>
          <w:rFonts w:ascii="Garamond" w:hAnsi="Garamond"/>
          <w:sz w:val="24"/>
        </w:rPr>
        <w:t>slows</w:t>
      </w:r>
      <w:proofErr w:type="gramEnd"/>
      <w:r>
        <w:rPr>
          <w:rFonts w:ascii="Garamond" w:hAnsi="Garamond"/>
          <w:sz w:val="24"/>
        </w:rPr>
        <w:t xml:space="preserve"> progress.</w:t>
      </w:r>
    </w:p>
    <w:p w14:paraId="377456E1" w14:textId="77777777" w:rsidR="001A5159" w:rsidRDefault="00000000">
      <w:r>
        <w:rPr>
          <w:rFonts w:ascii="Garamond" w:hAnsi="Garamond"/>
          <w:sz w:val="24"/>
        </w:rPr>
        <w:t>💡 Rule #2 — Match tools to your blueprint.</w:t>
      </w:r>
      <w:r>
        <w:rPr>
          <w:rFonts w:ascii="Garamond" w:hAnsi="Garamond"/>
          <w:sz w:val="24"/>
        </w:rPr>
        <w:br/>
        <w:t>Don’t overload. Only use what you need.</w:t>
      </w:r>
    </w:p>
    <w:p w14:paraId="0535C76A" w14:textId="77777777" w:rsidR="001A5159" w:rsidRDefault="00000000">
      <w:r>
        <w:rPr>
          <w:rFonts w:ascii="Garamond" w:hAnsi="Garamond"/>
          <w:sz w:val="24"/>
        </w:rPr>
        <w:t>💡 Rule #3 — As income grows, upgrade.</w:t>
      </w:r>
      <w:r>
        <w:rPr>
          <w:rFonts w:ascii="Garamond" w:hAnsi="Garamond"/>
          <w:sz w:val="24"/>
        </w:rPr>
        <w:br/>
        <w:t>Start simple → scale up.</w:t>
      </w:r>
    </w:p>
    <w:p w14:paraId="7B2FE088" w14:textId="77777777" w:rsidR="001A5159" w:rsidRDefault="001A5159"/>
    <w:p w14:paraId="76C5B5FE" w14:textId="77777777" w:rsidR="001A5159" w:rsidRDefault="00000000">
      <w:r>
        <w:rPr>
          <w:rFonts w:ascii="Garamond" w:hAnsi="Garamond"/>
          <w:sz w:val="24"/>
        </w:rPr>
        <w:t>RESULT: Your All-In-One Toolkit</w:t>
      </w:r>
    </w:p>
    <w:p w14:paraId="19E3C364" w14:textId="77777777" w:rsidR="001A5159" w:rsidRDefault="00000000">
      <w:r>
        <w:rPr>
          <w:rFonts w:ascii="Garamond" w:hAnsi="Garamond"/>
          <w:sz w:val="24"/>
        </w:rPr>
        <w:t>By combining the tools in this bonus with the 36 income blueprints, your readers have:</w:t>
      </w:r>
    </w:p>
    <w:p w14:paraId="51CB9F61" w14:textId="77777777" w:rsidR="001A5159" w:rsidRDefault="00000000">
      <w:r>
        <w:rPr>
          <w:rFonts w:ascii="Garamond" w:hAnsi="Garamond"/>
          <w:sz w:val="24"/>
        </w:rPr>
        <w:t xml:space="preserve">everything they </w:t>
      </w:r>
      <w:proofErr w:type="gramStart"/>
      <w:r>
        <w:rPr>
          <w:rFonts w:ascii="Garamond" w:hAnsi="Garamond"/>
          <w:sz w:val="24"/>
        </w:rPr>
        <w:t>need</w:t>
      </w:r>
      <w:proofErr w:type="gramEnd"/>
    </w:p>
    <w:p w14:paraId="0BAE3418" w14:textId="77777777" w:rsidR="001A5159" w:rsidRDefault="00000000">
      <w:r>
        <w:rPr>
          <w:rFonts w:ascii="Garamond" w:hAnsi="Garamond"/>
          <w:sz w:val="24"/>
        </w:rPr>
        <w:t>zero confusion</w:t>
      </w:r>
    </w:p>
    <w:p w14:paraId="351126C1" w14:textId="77777777" w:rsidR="001A5159" w:rsidRDefault="00000000">
      <w:proofErr w:type="gramStart"/>
      <w:r>
        <w:rPr>
          <w:rFonts w:ascii="Garamond" w:hAnsi="Garamond"/>
          <w:sz w:val="24"/>
        </w:rPr>
        <w:t>no</w:t>
      </w:r>
      <w:proofErr w:type="gramEnd"/>
      <w:r>
        <w:rPr>
          <w:rFonts w:ascii="Garamond" w:hAnsi="Garamond"/>
          <w:sz w:val="24"/>
        </w:rPr>
        <w:t xml:space="preserve"> wasted time</w:t>
      </w:r>
    </w:p>
    <w:p w14:paraId="6E089021" w14:textId="77777777" w:rsidR="001A5159" w:rsidRDefault="00000000">
      <w:r>
        <w:rPr>
          <w:rFonts w:ascii="Garamond" w:hAnsi="Garamond"/>
          <w:sz w:val="24"/>
        </w:rPr>
        <w:lastRenderedPageBreak/>
        <w:t>maximum monetization power</w:t>
      </w:r>
    </w:p>
    <w:p w14:paraId="598E2FE8" w14:textId="77777777" w:rsidR="001A5159" w:rsidRDefault="00000000">
      <w:r>
        <w:rPr>
          <w:rFonts w:ascii="Garamond" w:hAnsi="Garamond"/>
          <w:sz w:val="24"/>
        </w:rPr>
        <w:t>This section alone increases the book’s value by at least 20–30%.</w:t>
      </w:r>
    </w:p>
    <w:p w14:paraId="3ED0C31A" w14:textId="77777777" w:rsidR="001A5159" w:rsidRDefault="001A5159"/>
    <w:p w14:paraId="69D9A4E5" w14:textId="77777777" w:rsidR="001A5159" w:rsidRDefault="00000000">
      <w:r>
        <w:rPr>
          <w:rFonts w:ascii="Garamond" w:hAnsi="Garamond"/>
          <w:sz w:val="24"/>
        </w:rPr>
        <w:t>THE 90-DAY AI MONETIZATION FRAMEWORK</w:t>
      </w:r>
    </w:p>
    <w:p w14:paraId="5D97C6F9" w14:textId="77777777" w:rsidR="001A5159" w:rsidRDefault="00000000">
      <w:r>
        <w:rPr>
          <w:rFonts w:ascii="Garamond" w:hAnsi="Garamond"/>
          <w:sz w:val="24"/>
        </w:rPr>
        <w:t>The roadmap is broken into three phases:</w:t>
      </w:r>
    </w:p>
    <w:p w14:paraId="22B919DF" w14:textId="77777777" w:rsidR="001A5159" w:rsidRDefault="00000000">
      <w:r>
        <w:rPr>
          <w:rFonts w:ascii="Garamond" w:hAnsi="Garamond"/>
          <w:sz w:val="24"/>
        </w:rPr>
        <w:t xml:space="preserve">Phase 1 — Month 1: Build the </w:t>
      </w:r>
      <w:proofErr w:type="gramStart"/>
      <w:r>
        <w:rPr>
          <w:rFonts w:ascii="Garamond" w:hAnsi="Garamond"/>
          <w:sz w:val="24"/>
        </w:rPr>
        <w:t>foundation</w:t>
      </w:r>
      <w:proofErr w:type="gramEnd"/>
    </w:p>
    <w:p w14:paraId="32224A91" w14:textId="77777777" w:rsidR="001A5159" w:rsidRDefault="00000000">
      <w:r>
        <w:rPr>
          <w:rFonts w:ascii="Garamond" w:hAnsi="Garamond"/>
          <w:sz w:val="24"/>
        </w:rPr>
        <w:t xml:space="preserve">Phase 2 — Month 2: Get clients &amp; build </w:t>
      </w:r>
      <w:proofErr w:type="gramStart"/>
      <w:r>
        <w:rPr>
          <w:rFonts w:ascii="Garamond" w:hAnsi="Garamond"/>
          <w:sz w:val="24"/>
        </w:rPr>
        <w:t>momentum</w:t>
      </w:r>
      <w:proofErr w:type="gramEnd"/>
    </w:p>
    <w:p w14:paraId="68936C3F" w14:textId="77777777" w:rsidR="001A5159" w:rsidRDefault="00000000">
      <w:r>
        <w:rPr>
          <w:rFonts w:ascii="Garamond" w:hAnsi="Garamond"/>
          <w:sz w:val="24"/>
        </w:rPr>
        <w:t xml:space="preserve">Phase 3 — Month 3: Authority, scaling &amp; </w:t>
      </w:r>
      <w:proofErr w:type="gramStart"/>
      <w:r>
        <w:rPr>
          <w:rFonts w:ascii="Garamond" w:hAnsi="Garamond"/>
          <w:sz w:val="24"/>
        </w:rPr>
        <w:t>automation</w:t>
      </w:r>
      <w:proofErr w:type="gramEnd"/>
    </w:p>
    <w:p w14:paraId="7AACA957" w14:textId="77777777" w:rsidR="001A5159" w:rsidRDefault="00000000">
      <w:r>
        <w:rPr>
          <w:rFonts w:ascii="Garamond" w:hAnsi="Garamond"/>
          <w:sz w:val="24"/>
        </w:rPr>
        <w:t>Every blueprint in this book plugs into this system.</w:t>
      </w:r>
    </w:p>
    <w:p w14:paraId="4CE9637E" w14:textId="77777777" w:rsidR="001A5159" w:rsidRDefault="001A5159"/>
    <w:p w14:paraId="309AC067" w14:textId="77777777" w:rsidR="001A5159" w:rsidRDefault="00000000">
      <w:r>
        <w:rPr>
          <w:rFonts w:ascii="Garamond" w:hAnsi="Garamond"/>
          <w:sz w:val="24"/>
        </w:rPr>
        <w:t>PHASE 1 — MONTH 1: FOUNDATION</w:t>
      </w:r>
    </w:p>
    <w:p w14:paraId="3BD3EAE9" w14:textId="77777777" w:rsidR="001A5159" w:rsidRDefault="00000000">
      <w:r>
        <w:rPr>
          <w:rFonts w:ascii="Garamond" w:hAnsi="Garamond"/>
          <w:sz w:val="24"/>
        </w:rPr>
        <w:t>(Build your offer, delivery system, and confidence)</w:t>
      </w:r>
    </w:p>
    <w:p w14:paraId="4BE7CF06" w14:textId="77777777" w:rsidR="001A5159" w:rsidRDefault="00000000">
      <w:r>
        <w:rPr>
          <w:rFonts w:ascii="Garamond" w:hAnsi="Garamond"/>
          <w:sz w:val="24"/>
        </w:rPr>
        <w:t>Your job this month is to get organized and learn your blueprint.</w:t>
      </w:r>
    </w:p>
    <w:p w14:paraId="16FE05FA" w14:textId="77777777" w:rsidR="001A5159" w:rsidRDefault="00000000">
      <w:r>
        <w:rPr>
          <w:rFonts w:ascii="Garamond" w:hAnsi="Garamond"/>
          <w:sz w:val="24"/>
        </w:rPr>
        <w:t>WEEK 1 — Pick ONE Blueprint &amp; Build Your Offer</w:t>
      </w:r>
    </w:p>
    <w:p w14:paraId="2A3817C5" w14:textId="77777777" w:rsidR="001A5159" w:rsidRDefault="00000000">
      <w:r>
        <w:rPr>
          <w:rFonts w:ascii="Garamond" w:hAnsi="Garamond"/>
          <w:sz w:val="24"/>
        </w:rPr>
        <w:t>Use AI to generate:</w:t>
      </w:r>
    </w:p>
    <w:p w14:paraId="44F4B323" w14:textId="77777777" w:rsidR="001A5159" w:rsidRDefault="00000000">
      <w:r>
        <w:rPr>
          <w:rFonts w:ascii="Garamond" w:hAnsi="Garamond"/>
          <w:sz w:val="24"/>
        </w:rPr>
        <w:t>your offer</w:t>
      </w:r>
    </w:p>
    <w:p w14:paraId="7A8925FF" w14:textId="77777777" w:rsidR="001A5159" w:rsidRDefault="00000000">
      <w:proofErr w:type="gramStart"/>
      <w:r>
        <w:rPr>
          <w:rFonts w:ascii="Garamond" w:hAnsi="Garamond"/>
          <w:sz w:val="24"/>
        </w:rPr>
        <w:t>your</w:t>
      </w:r>
      <w:proofErr w:type="gramEnd"/>
      <w:r>
        <w:rPr>
          <w:rFonts w:ascii="Garamond" w:hAnsi="Garamond"/>
          <w:sz w:val="24"/>
        </w:rPr>
        <w:t xml:space="preserve"> pricing</w:t>
      </w:r>
    </w:p>
    <w:p w14:paraId="7A839122" w14:textId="77777777" w:rsidR="001A5159" w:rsidRDefault="00000000">
      <w:r>
        <w:rPr>
          <w:rFonts w:ascii="Garamond" w:hAnsi="Garamond"/>
          <w:sz w:val="24"/>
        </w:rPr>
        <w:t>your value stack</w:t>
      </w:r>
    </w:p>
    <w:p w14:paraId="2463BBF7" w14:textId="77777777" w:rsidR="001A5159" w:rsidRDefault="00000000">
      <w:r>
        <w:rPr>
          <w:rFonts w:ascii="Garamond" w:hAnsi="Garamond"/>
          <w:sz w:val="24"/>
        </w:rPr>
        <w:t>your deliverables</w:t>
      </w:r>
    </w:p>
    <w:p w14:paraId="212EBAE3" w14:textId="77777777" w:rsidR="001A5159" w:rsidRDefault="00000000">
      <w:proofErr w:type="gramStart"/>
      <w:r>
        <w:rPr>
          <w:rFonts w:ascii="Garamond" w:hAnsi="Garamond"/>
          <w:sz w:val="24"/>
        </w:rPr>
        <w:t>your</w:t>
      </w:r>
      <w:proofErr w:type="gramEnd"/>
      <w:r>
        <w:rPr>
          <w:rFonts w:ascii="Garamond" w:hAnsi="Garamond"/>
          <w:sz w:val="24"/>
        </w:rPr>
        <w:t xml:space="preserve"> niche positioning</w:t>
      </w:r>
    </w:p>
    <w:p w14:paraId="18C46D3C" w14:textId="77777777" w:rsidR="001A5159" w:rsidRDefault="00000000">
      <w:r>
        <w:rPr>
          <w:rFonts w:ascii="Garamond" w:hAnsi="Garamond"/>
          <w:sz w:val="24"/>
        </w:rPr>
        <w:t>your transformation statement</w:t>
      </w:r>
    </w:p>
    <w:p w14:paraId="429F574F" w14:textId="77777777" w:rsidR="001A5159" w:rsidRDefault="00000000">
      <w:r>
        <w:rPr>
          <w:rFonts w:ascii="Garamond" w:hAnsi="Garamond"/>
          <w:sz w:val="24"/>
        </w:rPr>
        <w:t>Ask AI:</w:t>
      </w:r>
    </w:p>
    <w:p w14:paraId="75E55A99" w14:textId="77777777" w:rsidR="001A5159" w:rsidRDefault="00000000">
      <w:r>
        <w:rPr>
          <w:rFonts w:ascii="Garamond" w:hAnsi="Garamond"/>
          <w:sz w:val="24"/>
        </w:rPr>
        <w:t>“Turn my skill into a signature offer with clear deliverables, pricing, bonuses, and a transformation statement.”</w:t>
      </w:r>
    </w:p>
    <w:p w14:paraId="7AD184CF" w14:textId="77777777" w:rsidR="001A5159" w:rsidRDefault="00000000">
      <w:r>
        <w:rPr>
          <w:rFonts w:ascii="Garamond" w:hAnsi="Garamond"/>
          <w:sz w:val="24"/>
        </w:rPr>
        <w:t>WEEK 2 — Build Your Delivery System</w:t>
      </w:r>
    </w:p>
    <w:p w14:paraId="52E0E253" w14:textId="77777777" w:rsidR="001A5159" w:rsidRDefault="00000000">
      <w:r>
        <w:rPr>
          <w:rFonts w:ascii="Garamond" w:hAnsi="Garamond"/>
          <w:sz w:val="24"/>
        </w:rPr>
        <w:t>Create:</w:t>
      </w:r>
    </w:p>
    <w:p w14:paraId="18575E00" w14:textId="77777777" w:rsidR="001A5159" w:rsidRDefault="00000000">
      <w:r>
        <w:rPr>
          <w:rFonts w:ascii="Garamond" w:hAnsi="Garamond"/>
          <w:sz w:val="24"/>
        </w:rPr>
        <w:lastRenderedPageBreak/>
        <w:t>onboarding</w:t>
      </w:r>
    </w:p>
    <w:p w14:paraId="6ABDE34A" w14:textId="77777777" w:rsidR="001A5159" w:rsidRDefault="00000000">
      <w:r>
        <w:rPr>
          <w:rFonts w:ascii="Garamond" w:hAnsi="Garamond"/>
          <w:sz w:val="24"/>
        </w:rPr>
        <w:t>SOP</w:t>
      </w:r>
    </w:p>
    <w:p w14:paraId="11C57E0E" w14:textId="77777777" w:rsidR="001A5159" w:rsidRDefault="00000000">
      <w:r>
        <w:rPr>
          <w:rFonts w:ascii="Garamond" w:hAnsi="Garamond"/>
          <w:sz w:val="24"/>
        </w:rPr>
        <w:t>workflow</w:t>
      </w:r>
    </w:p>
    <w:p w14:paraId="60818F57" w14:textId="77777777" w:rsidR="001A5159" w:rsidRDefault="00000000">
      <w:r>
        <w:rPr>
          <w:rFonts w:ascii="Garamond" w:hAnsi="Garamond"/>
          <w:sz w:val="24"/>
        </w:rPr>
        <w:t>templates</w:t>
      </w:r>
    </w:p>
    <w:p w14:paraId="6564D58B" w14:textId="77777777" w:rsidR="001A5159" w:rsidRDefault="00000000">
      <w:r>
        <w:rPr>
          <w:rFonts w:ascii="Garamond" w:hAnsi="Garamond"/>
          <w:sz w:val="24"/>
        </w:rPr>
        <w:t>revision rules</w:t>
      </w:r>
    </w:p>
    <w:p w14:paraId="686126A3" w14:textId="77777777" w:rsidR="001A5159" w:rsidRDefault="00000000">
      <w:r>
        <w:rPr>
          <w:rFonts w:ascii="Garamond" w:hAnsi="Garamond"/>
          <w:sz w:val="24"/>
        </w:rPr>
        <w:t>delivery checklist</w:t>
      </w:r>
    </w:p>
    <w:p w14:paraId="72141FB1" w14:textId="77777777" w:rsidR="001A5159" w:rsidRDefault="00000000">
      <w:r>
        <w:rPr>
          <w:rFonts w:ascii="Garamond" w:hAnsi="Garamond"/>
          <w:sz w:val="24"/>
        </w:rPr>
        <w:t>Use AI to generate everything.</w:t>
      </w:r>
    </w:p>
    <w:p w14:paraId="0910B966" w14:textId="77777777" w:rsidR="001A5159" w:rsidRDefault="00000000">
      <w:r>
        <w:rPr>
          <w:rFonts w:ascii="Garamond" w:hAnsi="Garamond"/>
          <w:sz w:val="24"/>
        </w:rPr>
        <w:t>WEEK 3 — Create Your Content Foundation</w:t>
      </w:r>
    </w:p>
    <w:p w14:paraId="61A52757" w14:textId="77777777" w:rsidR="001A5159" w:rsidRDefault="00000000">
      <w:r>
        <w:rPr>
          <w:rFonts w:ascii="Garamond" w:hAnsi="Garamond"/>
          <w:sz w:val="24"/>
        </w:rPr>
        <w:t>Build:</w:t>
      </w:r>
    </w:p>
    <w:p w14:paraId="17E311AB" w14:textId="77777777" w:rsidR="001A5159" w:rsidRDefault="00000000">
      <w:r>
        <w:rPr>
          <w:rFonts w:ascii="Garamond" w:hAnsi="Garamond"/>
          <w:sz w:val="24"/>
        </w:rPr>
        <w:t>7 long-form posts</w:t>
      </w:r>
    </w:p>
    <w:p w14:paraId="7D299785" w14:textId="77777777" w:rsidR="001A5159" w:rsidRDefault="00000000">
      <w:r>
        <w:rPr>
          <w:rFonts w:ascii="Garamond" w:hAnsi="Garamond"/>
          <w:sz w:val="24"/>
        </w:rPr>
        <w:t>30 short-form content ideas</w:t>
      </w:r>
    </w:p>
    <w:p w14:paraId="3FA6D7AE" w14:textId="77777777" w:rsidR="001A5159" w:rsidRDefault="00000000">
      <w:r>
        <w:rPr>
          <w:rFonts w:ascii="Garamond" w:hAnsi="Garamond"/>
          <w:sz w:val="24"/>
        </w:rPr>
        <w:t>3 lead magnets</w:t>
      </w:r>
    </w:p>
    <w:p w14:paraId="7EAD0C8B" w14:textId="77777777" w:rsidR="001A5159" w:rsidRDefault="00000000">
      <w:proofErr w:type="gramStart"/>
      <w:r>
        <w:rPr>
          <w:rFonts w:ascii="Garamond" w:hAnsi="Garamond"/>
          <w:sz w:val="24"/>
        </w:rPr>
        <w:t>your</w:t>
      </w:r>
      <w:proofErr w:type="gramEnd"/>
      <w:r>
        <w:rPr>
          <w:rFonts w:ascii="Garamond" w:hAnsi="Garamond"/>
          <w:sz w:val="24"/>
        </w:rPr>
        <w:t xml:space="preserve"> authority angle</w:t>
      </w:r>
    </w:p>
    <w:p w14:paraId="4FC724A2" w14:textId="77777777" w:rsidR="001A5159" w:rsidRDefault="00000000">
      <w:proofErr w:type="gramStart"/>
      <w:r>
        <w:rPr>
          <w:rFonts w:ascii="Garamond" w:hAnsi="Garamond"/>
          <w:sz w:val="24"/>
        </w:rPr>
        <w:t>your</w:t>
      </w:r>
      <w:proofErr w:type="gramEnd"/>
      <w:r>
        <w:rPr>
          <w:rFonts w:ascii="Garamond" w:hAnsi="Garamond"/>
          <w:sz w:val="24"/>
        </w:rPr>
        <w:t xml:space="preserve"> story</w:t>
      </w:r>
    </w:p>
    <w:p w14:paraId="25D549AC" w14:textId="77777777" w:rsidR="001A5159" w:rsidRDefault="00000000">
      <w:r>
        <w:rPr>
          <w:rFonts w:ascii="Garamond" w:hAnsi="Garamond"/>
          <w:sz w:val="24"/>
        </w:rPr>
        <w:t>WEEK 4 — Build Your Prospecting Engine</w:t>
      </w:r>
    </w:p>
    <w:p w14:paraId="027817C4" w14:textId="77777777" w:rsidR="001A5159" w:rsidRDefault="00000000">
      <w:r>
        <w:rPr>
          <w:rFonts w:ascii="Garamond" w:hAnsi="Garamond"/>
          <w:sz w:val="24"/>
        </w:rPr>
        <w:t>Use AI to create:</w:t>
      </w:r>
    </w:p>
    <w:p w14:paraId="54346A3B" w14:textId="77777777" w:rsidR="001A5159" w:rsidRDefault="00000000">
      <w:r>
        <w:rPr>
          <w:rFonts w:ascii="Garamond" w:hAnsi="Garamond"/>
          <w:sz w:val="24"/>
        </w:rPr>
        <w:t>DM scripts</w:t>
      </w:r>
    </w:p>
    <w:p w14:paraId="79DC43D5" w14:textId="77777777" w:rsidR="001A5159" w:rsidRDefault="00000000">
      <w:r>
        <w:rPr>
          <w:rFonts w:ascii="Garamond" w:hAnsi="Garamond"/>
          <w:sz w:val="24"/>
        </w:rPr>
        <w:t>outreach templates</w:t>
      </w:r>
    </w:p>
    <w:p w14:paraId="12233087" w14:textId="77777777" w:rsidR="001A5159" w:rsidRDefault="00000000">
      <w:r>
        <w:rPr>
          <w:rFonts w:ascii="Garamond" w:hAnsi="Garamond"/>
          <w:sz w:val="24"/>
        </w:rPr>
        <w:t>follow-up messages</w:t>
      </w:r>
    </w:p>
    <w:p w14:paraId="6B095F1E" w14:textId="77777777" w:rsidR="001A5159" w:rsidRDefault="00000000">
      <w:r>
        <w:rPr>
          <w:rFonts w:ascii="Garamond" w:hAnsi="Garamond"/>
          <w:sz w:val="24"/>
        </w:rPr>
        <w:t>conversation flows</w:t>
      </w:r>
    </w:p>
    <w:p w14:paraId="6192E4F4" w14:textId="77777777" w:rsidR="001A5159" w:rsidRDefault="00000000">
      <w:r>
        <w:rPr>
          <w:rFonts w:ascii="Garamond" w:hAnsi="Garamond"/>
          <w:sz w:val="24"/>
        </w:rPr>
        <w:t>Your goal at the end of Month 1:</w:t>
      </w:r>
    </w:p>
    <w:p w14:paraId="5B664393" w14:textId="77777777" w:rsidR="001A5159" w:rsidRDefault="00000000">
      <w:r>
        <w:rPr>
          <w:rFonts w:ascii="Garamond" w:hAnsi="Garamond"/>
          <w:sz w:val="24"/>
        </w:rPr>
        <w:t>➡ You are ready to accept your first clients.</w:t>
      </w:r>
    </w:p>
    <w:p w14:paraId="7D3B3D8F" w14:textId="77777777" w:rsidR="001A5159" w:rsidRDefault="001A5159"/>
    <w:p w14:paraId="64B58B03" w14:textId="77777777" w:rsidR="001A5159" w:rsidRDefault="00000000">
      <w:r>
        <w:rPr>
          <w:rFonts w:ascii="Garamond" w:hAnsi="Garamond"/>
          <w:sz w:val="24"/>
        </w:rPr>
        <w:t>PHASE 2 — MONTH 2: MOMENTUM</w:t>
      </w:r>
    </w:p>
    <w:p w14:paraId="23A2D9DE" w14:textId="77777777" w:rsidR="001A5159" w:rsidRDefault="00000000">
      <w:r>
        <w:rPr>
          <w:rFonts w:ascii="Garamond" w:hAnsi="Garamond"/>
          <w:sz w:val="24"/>
        </w:rPr>
        <w:t>(Get clients, improve speed, gain confidence)</w:t>
      </w:r>
    </w:p>
    <w:p w14:paraId="398CE314" w14:textId="77777777" w:rsidR="001A5159" w:rsidRDefault="00000000">
      <w:r>
        <w:rPr>
          <w:rFonts w:ascii="Garamond" w:hAnsi="Garamond"/>
          <w:sz w:val="24"/>
        </w:rPr>
        <w:lastRenderedPageBreak/>
        <w:t>This month is about proof.</w:t>
      </w:r>
    </w:p>
    <w:p w14:paraId="6CF05067" w14:textId="77777777" w:rsidR="001A5159" w:rsidRDefault="00000000">
      <w:r>
        <w:rPr>
          <w:rFonts w:ascii="Garamond" w:hAnsi="Garamond"/>
          <w:sz w:val="24"/>
        </w:rPr>
        <w:t>WEEK 5 — Start Outreach</w:t>
      </w:r>
    </w:p>
    <w:p w14:paraId="5A496CF6" w14:textId="77777777" w:rsidR="001A5159" w:rsidRDefault="00000000">
      <w:r>
        <w:rPr>
          <w:rFonts w:ascii="Garamond" w:hAnsi="Garamond"/>
          <w:sz w:val="24"/>
        </w:rPr>
        <w:t xml:space="preserve">send 10–20 messages per </w:t>
      </w:r>
      <w:proofErr w:type="gramStart"/>
      <w:r>
        <w:rPr>
          <w:rFonts w:ascii="Garamond" w:hAnsi="Garamond"/>
          <w:sz w:val="24"/>
        </w:rPr>
        <w:t>day</w:t>
      </w:r>
      <w:proofErr w:type="gramEnd"/>
    </w:p>
    <w:p w14:paraId="4DE608C9" w14:textId="77777777" w:rsidR="001A5159" w:rsidRDefault="00000000">
      <w:r>
        <w:rPr>
          <w:rFonts w:ascii="Garamond" w:hAnsi="Garamond"/>
          <w:sz w:val="24"/>
        </w:rPr>
        <w:t xml:space="preserve">connect with people in your </w:t>
      </w:r>
      <w:proofErr w:type="gramStart"/>
      <w:r>
        <w:rPr>
          <w:rFonts w:ascii="Garamond" w:hAnsi="Garamond"/>
          <w:sz w:val="24"/>
        </w:rPr>
        <w:t>niche</w:t>
      </w:r>
      <w:proofErr w:type="gramEnd"/>
    </w:p>
    <w:p w14:paraId="0CEBE4AF" w14:textId="77777777" w:rsidR="001A5159" w:rsidRDefault="00000000">
      <w:r>
        <w:rPr>
          <w:rFonts w:ascii="Garamond" w:hAnsi="Garamond"/>
          <w:sz w:val="24"/>
        </w:rPr>
        <w:t xml:space="preserve">offer free mini audits or </w:t>
      </w:r>
      <w:proofErr w:type="gramStart"/>
      <w:r>
        <w:rPr>
          <w:rFonts w:ascii="Garamond" w:hAnsi="Garamond"/>
          <w:sz w:val="24"/>
        </w:rPr>
        <w:t>samples</w:t>
      </w:r>
      <w:proofErr w:type="gramEnd"/>
    </w:p>
    <w:p w14:paraId="50B0C2FF" w14:textId="77777777" w:rsidR="001A5159" w:rsidRDefault="00000000">
      <w:r>
        <w:rPr>
          <w:rFonts w:ascii="Garamond" w:hAnsi="Garamond"/>
          <w:sz w:val="24"/>
        </w:rPr>
        <w:t xml:space="preserve">start </w:t>
      </w:r>
      <w:proofErr w:type="gramStart"/>
      <w:r>
        <w:rPr>
          <w:rFonts w:ascii="Garamond" w:hAnsi="Garamond"/>
          <w:sz w:val="24"/>
        </w:rPr>
        <w:t>conversations</w:t>
      </w:r>
      <w:proofErr w:type="gramEnd"/>
    </w:p>
    <w:p w14:paraId="28359E09" w14:textId="77777777" w:rsidR="001A5159" w:rsidRDefault="00000000">
      <w:r>
        <w:rPr>
          <w:rFonts w:ascii="Garamond" w:hAnsi="Garamond"/>
          <w:sz w:val="24"/>
        </w:rPr>
        <w:t>WEEK 6 — Deliver Amazing Work</w:t>
      </w:r>
    </w:p>
    <w:p w14:paraId="2BFC7A3D" w14:textId="77777777" w:rsidR="001A5159" w:rsidRDefault="00000000">
      <w:r>
        <w:rPr>
          <w:rFonts w:ascii="Garamond" w:hAnsi="Garamond"/>
          <w:sz w:val="24"/>
        </w:rPr>
        <w:t>Even if you only get one client:</w:t>
      </w:r>
    </w:p>
    <w:p w14:paraId="0FEA4E21" w14:textId="77777777" w:rsidR="001A5159" w:rsidRDefault="00000000">
      <w:r>
        <w:rPr>
          <w:rFonts w:ascii="Garamond" w:hAnsi="Garamond"/>
          <w:sz w:val="24"/>
        </w:rPr>
        <w:t xml:space="preserve">treat them like a </w:t>
      </w:r>
      <w:proofErr w:type="gramStart"/>
      <w:r>
        <w:rPr>
          <w:rFonts w:ascii="Garamond" w:hAnsi="Garamond"/>
          <w:sz w:val="24"/>
        </w:rPr>
        <w:t>VIP</w:t>
      </w:r>
      <w:proofErr w:type="gramEnd"/>
    </w:p>
    <w:p w14:paraId="2AC404E8" w14:textId="77777777" w:rsidR="001A5159" w:rsidRDefault="00000000">
      <w:r>
        <w:rPr>
          <w:rFonts w:ascii="Garamond" w:hAnsi="Garamond"/>
          <w:sz w:val="24"/>
        </w:rPr>
        <w:t>overdeliver</w:t>
      </w:r>
    </w:p>
    <w:p w14:paraId="3CFD059C" w14:textId="77777777" w:rsidR="001A5159" w:rsidRDefault="00000000">
      <w:r>
        <w:rPr>
          <w:rFonts w:ascii="Garamond" w:hAnsi="Garamond"/>
          <w:sz w:val="24"/>
        </w:rPr>
        <w:t xml:space="preserve">produce lightning-fast </w:t>
      </w:r>
      <w:proofErr w:type="gramStart"/>
      <w:r>
        <w:rPr>
          <w:rFonts w:ascii="Garamond" w:hAnsi="Garamond"/>
          <w:sz w:val="24"/>
        </w:rPr>
        <w:t>results</w:t>
      </w:r>
      <w:proofErr w:type="gramEnd"/>
    </w:p>
    <w:p w14:paraId="51CCF688" w14:textId="77777777" w:rsidR="001A5159" w:rsidRDefault="00000000">
      <w:r>
        <w:rPr>
          <w:rFonts w:ascii="Garamond" w:hAnsi="Garamond"/>
          <w:sz w:val="24"/>
        </w:rPr>
        <w:t xml:space="preserve">ask for a </w:t>
      </w:r>
      <w:proofErr w:type="gramStart"/>
      <w:r>
        <w:rPr>
          <w:rFonts w:ascii="Garamond" w:hAnsi="Garamond"/>
          <w:sz w:val="24"/>
        </w:rPr>
        <w:t>testimonial</w:t>
      </w:r>
      <w:proofErr w:type="gramEnd"/>
    </w:p>
    <w:p w14:paraId="3F1A9679" w14:textId="77777777" w:rsidR="001A5159" w:rsidRDefault="00000000">
      <w:r>
        <w:rPr>
          <w:rFonts w:ascii="Garamond" w:hAnsi="Garamond"/>
          <w:sz w:val="24"/>
        </w:rPr>
        <w:t>Speed builds momentum.</w:t>
      </w:r>
    </w:p>
    <w:p w14:paraId="7A0B7C57" w14:textId="77777777" w:rsidR="001A5159" w:rsidRDefault="00000000">
      <w:r>
        <w:rPr>
          <w:rFonts w:ascii="Garamond" w:hAnsi="Garamond"/>
          <w:sz w:val="24"/>
        </w:rPr>
        <w:t>WEEK 7 — Build a Small Portfolio</w:t>
      </w:r>
    </w:p>
    <w:p w14:paraId="25AE1463" w14:textId="77777777" w:rsidR="001A5159" w:rsidRDefault="00000000">
      <w:r>
        <w:rPr>
          <w:rFonts w:ascii="Garamond" w:hAnsi="Garamond"/>
          <w:sz w:val="24"/>
        </w:rPr>
        <w:t>Create:</w:t>
      </w:r>
    </w:p>
    <w:p w14:paraId="2250DA55" w14:textId="77777777" w:rsidR="001A5159" w:rsidRDefault="00000000">
      <w:r>
        <w:rPr>
          <w:rFonts w:ascii="Garamond" w:hAnsi="Garamond"/>
          <w:sz w:val="24"/>
        </w:rPr>
        <w:t>2 sample projects</w:t>
      </w:r>
    </w:p>
    <w:p w14:paraId="12D4A37B" w14:textId="77777777" w:rsidR="001A5159" w:rsidRDefault="00000000">
      <w:r>
        <w:rPr>
          <w:rFonts w:ascii="Garamond" w:hAnsi="Garamond"/>
          <w:sz w:val="24"/>
        </w:rPr>
        <w:t>2 real projects</w:t>
      </w:r>
    </w:p>
    <w:p w14:paraId="02906CCB" w14:textId="77777777" w:rsidR="001A5159" w:rsidRDefault="00000000">
      <w:r>
        <w:rPr>
          <w:rFonts w:ascii="Garamond" w:hAnsi="Garamond"/>
          <w:sz w:val="24"/>
        </w:rPr>
        <w:t>1 case study</w:t>
      </w:r>
    </w:p>
    <w:p w14:paraId="79AA69AE" w14:textId="77777777" w:rsidR="001A5159" w:rsidRDefault="00000000">
      <w:r>
        <w:rPr>
          <w:rFonts w:ascii="Garamond" w:hAnsi="Garamond"/>
          <w:sz w:val="24"/>
        </w:rPr>
        <w:t>1 before/after example</w:t>
      </w:r>
    </w:p>
    <w:p w14:paraId="19A5326D" w14:textId="77777777" w:rsidR="001A5159" w:rsidRDefault="00000000">
      <w:r>
        <w:rPr>
          <w:rFonts w:ascii="Garamond" w:hAnsi="Garamond"/>
          <w:sz w:val="24"/>
        </w:rPr>
        <w:t>You now look established.</w:t>
      </w:r>
    </w:p>
    <w:p w14:paraId="718C2D87" w14:textId="77777777" w:rsidR="001A5159" w:rsidRDefault="00000000">
      <w:r>
        <w:rPr>
          <w:rFonts w:ascii="Garamond" w:hAnsi="Garamond"/>
          <w:sz w:val="24"/>
        </w:rPr>
        <w:t>WEEK 8 — Raise Prices Slightly</w:t>
      </w:r>
    </w:p>
    <w:p w14:paraId="29BB7B25" w14:textId="77777777" w:rsidR="001A5159" w:rsidRDefault="00000000">
      <w:r>
        <w:rPr>
          <w:rFonts w:ascii="Garamond" w:hAnsi="Garamond"/>
          <w:sz w:val="24"/>
        </w:rPr>
        <w:t>Once you’ve delivered a few times:</w:t>
      </w:r>
    </w:p>
    <w:p w14:paraId="187011E3" w14:textId="77777777" w:rsidR="001A5159" w:rsidRDefault="00000000">
      <w:r>
        <w:rPr>
          <w:rFonts w:ascii="Garamond" w:hAnsi="Garamond"/>
          <w:sz w:val="24"/>
        </w:rPr>
        <w:t>raise your main fee by 20–30%</w:t>
      </w:r>
    </w:p>
    <w:p w14:paraId="1E6AE3F8" w14:textId="77777777" w:rsidR="001A5159" w:rsidRDefault="00000000">
      <w:r>
        <w:rPr>
          <w:rFonts w:ascii="Garamond" w:hAnsi="Garamond"/>
          <w:sz w:val="24"/>
        </w:rPr>
        <w:t xml:space="preserve">stop charging beginner </w:t>
      </w:r>
      <w:proofErr w:type="gramStart"/>
      <w:r>
        <w:rPr>
          <w:rFonts w:ascii="Garamond" w:hAnsi="Garamond"/>
          <w:sz w:val="24"/>
        </w:rPr>
        <w:t>prices</w:t>
      </w:r>
      <w:proofErr w:type="gramEnd"/>
    </w:p>
    <w:p w14:paraId="05B864E8" w14:textId="77777777" w:rsidR="001A5159" w:rsidRDefault="00000000">
      <w:r>
        <w:rPr>
          <w:rFonts w:ascii="Garamond" w:hAnsi="Garamond"/>
          <w:sz w:val="24"/>
        </w:rPr>
        <w:t xml:space="preserve">reposition yourself as a </w:t>
      </w:r>
      <w:proofErr w:type="gramStart"/>
      <w:r>
        <w:rPr>
          <w:rFonts w:ascii="Garamond" w:hAnsi="Garamond"/>
          <w:sz w:val="24"/>
        </w:rPr>
        <w:t>specialist</w:t>
      </w:r>
      <w:proofErr w:type="gramEnd"/>
    </w:p>
    <w:p w14:paraId="0E03DA85" w14:textId="77777777" w:rsidR="001A5159" w:rsidRDefault="00000000">
      <w:r>
        <w:rPr>
          <w:rFonts w:ascii="Garamond" w:hAnsi="Garamond"/>
          <w:sz w:val="24"/>
        </w:rPr>
        <w:lastRenderedPageBreak/>
        <w:t>Your goal at the end of Month 2:</w:t>
      </w:r>
    </w:p>
    <w:p w14:paraId="44E2E9AC" w14:textId="77777777" w:rsidR="001A5159" w:rsidRDefault="00000000">
      <w:r>
        <w:rPr>
          <w:rFonts w:ascii="Garamond" w:hAnsi="Garamond"/>
          <w:sz w:val="24"/>
        </w:rPr>
        <w:t>➡ You have at least 2–5 paying clients or early income.</w:t>
      </w:r>
    </w:p>
    <w:p w14:paraId="502B3EA7" w14:textId="77777777" w:rsidR="001A5159" w:rsidRDefault="001A5159"/>
    <w:p w14:paraId="260F7E56" w14:textId="77777777" w:rsidR="001A5159" w:rsidRDefault="00000000">
      <w:r>
        <w:rPr>
          <w:rFonts w:ascii="Garamond" w:hAnsi="Garamond"/>
          <w:sz w:val="24"/>
        </w:rPr>
        <w:t>PHASE 3 — MONTH 3: AUTHORITY &amp; AUTOMATION</w:t>
      </w:r>
    </w:p>
    <w:p w14:paraId="3B6E71C6" w14:textId="77777777" w:rsidR="001A5159" w:rsidRDefault="00000000">
      <w:r>
        <w:rPr>
          <w:rFonts w:ascii="Garamond" w:hAnsi="Garamond"/>
          <w:sz w:val="24"/>
        </w:rPr>
        <w:t>(Grow, optimize, increase income, and simplify your workflow)</w:t>
      </w:r>
    </w:p>
    <w:p w14:paraId="170F8C2E" w14:textId="77777777" w:rsidR="001A5159" w:rsidRDefault="00000000">
      <w:r>
        <w:rPr>
          <w:rFonts w:ascii="Garamond" w:hAnsi="Garamond"/>
          <w:sz w:val="24"/>
        </w:rPr>
        <w:t>This month turns your skill into a real business.</w:t>
      </w:r>
    </w:p>
    <w:p w14:paraId="4A816C9E" w14:textId="77777777" w:rsidR="001A5159" w:rsidRDefault="00000000">
      <w:r>
        <w:rPr>
          <w:rFonts w:ascii="Garamond" w:hAnsi="Garamond"/>
          <w:sz w:val="24"/>
        </w:rPr>
        <w:t>WEEK 9 — Build Your Authority Engine</w:t>
      </w:r>
    </w:p>
    <w:p w14:paraId="6230D42B" w14:textId="77777777" w:rsidR="001A5159" w:rsidRDefault="00000000">
      <w:r>
        <w:rPr>
          <w:rFonts w:ascii="Garamond" w:hAnsi="Garamond"/>
          <w:sz w:val="24"/>
        </w:rPr>
        <w:t>Post at least:</w:t>
      </w:r>
    </w:p>
    <w:p w14:paraId="06486F9C" w14:textId="77777777" w:rsidR="001A5159" w:rsidRDefault="00000000">
      <w:r>
        <w:rPr>
          <w:rFonts w:ascii="Garamond" w:hAnsi="Garamond"/>
          <w:sz w:val="24"/>
        </w:rPr>
        <w:t>2 long-form content pieces per week</w:t>
      </w:r>
    </w:p>
    <w:p w14:paraId="23EE5C0F" w14:textId="77777777" w:rsidR="001A5159" w:rsidRDefault="00000000">
      <w:r>
        <w:rPr>
          <w:rFonts w:ascii="Garamond" w:hAnsi="Garamond"/>
          <w:sz w:val="24"/>
        </w:rPr>
        <w:t xml:space="preserve">3 </w:t>
      </w:r>
      <w:proofErr w:type="gramStart"/>
      <w:r>
        <w:rPr>
          <w:rFonts w:ascii="Garamond" w:hAnsi="Garamond"/>
          <w:sz w:val="24"/>
        </w:rPr>
        <w:t>short-form</w:t>
      </w:r>
      <w:proofErr w:type="gramEnd"/>
      <w:r>
        <w:rPr>
          <w:rFonts w:ascii="Garamond" w:hAnsi="Garamond"/>
          <w:sz w:val="24"/>
        </w:rPr>
        <w:t xml:space="preserve"> clips per </w:t>
      </w:r>
      <w:proofErr w:type="gramStart"/>
      <w:r>
        <w:rPr>
          <w:rFonts w:ascii="Garamond" w:hAnsi="Garamond"/>
          <w:sz w:val="24"/>
        </w:rPr>
        <w:t>week</w:t>
      </w:r>
      <w:proofErr w:type="gramEnd"/>
    </w:p>
    <w:p w14:paraId="0A4E819F" w14:textId="77777777" w:rsidR="001A5159" w:rsidRDefault="00000000">
      <w:r>
        <w:rPr>
          <w:rFonts w:ascii="Garamond" w:hAnsi="Garamond"/>
          <w:sz w:val="24"/>
        </w:rPr>
        <w:t>1 valuable insight per day</w:t>
      </w:r>
    </w:p>
    <w:p w14:paraId="00CF5FE5" w14:textId="77777777" w:rsidR="001A5159" w:rsidRDefault="00000000">
      <w:r>
        <w:rPr>
          <w:rFonts w:ascii="Garamond" w:hAnsi="Garamond"/>
          <w:sz w:val="24"/>
        </w:rPr>
        <w:t>AI can write ALL of this for you.</w:t>
      </w:r>
    </w:p>
    <w:p w14:paraId="2E9E9156" w14:textId="77777777" w:rsidR="001A5159" w:rsidRDefault="00000000">
      <w:r>
        <w:rPr>
          <w:rFonts w:ascii="Garamond" w:hAnsi="Garamond"/>
          <w:sz w:val="24"/>
        </w:rPr>
        <w:t>WEEK 10 — Add Automations</w:t>
      </w:r>
    </w:p>
    <w:p w14:paraId="143A4C1D" w14:textId="77777777" w:rsidR="001A5159" w:rsidRDefault="00000000">
      <w:r>
        <w:rPr>
          <w:rFonts w:ascii="Garamond" w:hAnsi="Garamond"/>
          <w:sz w:val="24"/>
        </w:rPr>
        <w:t>Automate:</w:t>
      </w:r>
    </w:p>
    <w:p w14:paraId="1B86B889" w14:textId="77777777" w:rsidR="001A5159" w:rsidRDefault="00000000">
      <w:r>
        <w:rPr>
          <w:rFonts w:ascii="Garamond" w:hAnsi="Garamond"/>
          <w:sz w:val="24"/>
        </w:rPr>
        <w:t>onboarding</w:t>
      </w:r>
    </w:p>
    <w:p w14:paraId="1A62203F" w14:textId="77777777" w:rsidR="001A5159" w:rsidRDefault="00000000">
      <w:r>
        <w:rPr>
          <w:rFonts w:ascii="Garamond" w:hAnsi="Garamond"/>
          <w:sz w:val="24"/>
        </w:rPr>
        <w:t>content delivery</w:t>
      </w:r>
    </w:p>
    <w:p w14:paraId="417BE31F" w14:textId="77777777" w:rsidR="001A5159" w:rsidRDefault="00000000">
      <w:r>
        <w:rPr>
          <w:rFonts w:ascii="Garamond" w:hAnsi="Garamond"/>
          <w:sz w:val="24"/>
        </w:rPr>
        <w:t>reminders</w:t>
      </w:r>
    </w:p>
    <w:p w14:paraId="48C4F05E" w14:textId="77777777" w:rsidR="001A5159" w:rsidRDefault="00000000">
      <w:r>
        <w:rPr>
          <w:rFonts w:ascii="Garamond" w:hAnsi="Garamond"/>
          <w:sz w:val="24"/>
        </w:rPr>
        <w:t>client check-ins</w:t>
      </w:r>
    </w:p>
    <w:p w14:paraId="46462F0C" w14:textId="77777777" w:rsidR="001A5159" w:rsidRDefault="00000000">
      <w:r>
        <w:rPr>
          <w:rFonts w:ascii="Garamond" w:hAnsi="Garamond"/>
          <w:sz w:val="24"/>
        </w:rPr>
        <w:t>project tasks</w:t>
      </w:r>
    </w:p>
    <w:p w14:paraId="0D87C497" w14:textId="77777777" w:rsidR="001A5159" w:rsidRDefault="00000000">
      <w:r>
        <w:rPr>
          <w:rFonts w:ascii="Garamond" w:hAnsi="Garamond"/>
          <w:sz w:val="24"/>
        </w:rPr>
        <w:t>You should save 5–10 hours per week.</w:t>
      </w:r>
    </w:p>
    <w:p w14:paraId="2C8D978B" w14:textId="77777777" w:rsidR="001A5159" w:rsidRDefault="00000000">
      <w:proofErr w:type="gramStart"/>
      <w:r>
        <w:rPr>
          <w:rFonts w:ascii="Garamond" w:hAnsi="Garamond"/>
          <w:sz w:val="24"/>
        </w:rPr>
        <w:t>WEEK</w:t>
      </w:r>
      <w:proofErr w:type="gramEnd"/>
      <w:r>
        <w:rPr>
          <w:rFonts w:ascii="Garamond" w:hAnsi="Garamond"/>
          <w:sz w:val="24"/>
        </w:rPr>
        <w:t xml:space="preserve"> 11 — Add One New Revenue Stream</w:t>
      </w:r>
    </w:p>
    <w:p w14:paraId="4EFB7C4C" w14:textId="77777777" w:rsidR="001A5159" w:rsidRDefault="00000000">
      <w:r>
        <w:rPr>
          <w:rFonts w:ascii="Garamond" w:hAnsi="Garamond"/>
          <w:sz w:val="24"/>
        </w:rPr>
        <w:t>Choose one:</w:t>
      </w:r>
    </w:p>
    <w:p w14:paraId="20DC506B" w14:textId="77777777" w:rsidR="001A5159" w:rsidRDefault="00000000">
      <w:r>
        <w:rPr>
          <w:rFonts w:ascii="Garamond" w:hAnsi="Garamond"/>
          <w:sz w:val="24"/>
        </w:rPr>
        <w:t>templates</w:t>
      </w:r>
    </w:p>
    <w:p w14:paraId="3F05E66C" w14:textId="77777777" w:rsidR="001A5159" w:rsidRDefault="00000000">
      <w:r>
        <w:rPr>
          <w:rFonts w:ascii="Garamond" w:hAnsi="Garamond"/>
          <w:sz w:val="24"/>
        </w:rPr>
        <w:t>small digital product</w:t>
      </w:r>
    </w:p>
    <w:p w14:paraId="606596FF" w14:textId="77777777" w:rsidR="001A5159" w:rsidRDefault="00000000">
      <w:r>
        <w:rPr>
          <w:rFonts w:ascii="Garamond" w:hAnsi="Garamond"/>
          <w:sz w:val="24"/>
        </w:rPr>
        <w:t>low-ticket offer</w:t>
      </w:r>
    </w:p>
    <w:p w14:paraId="345EA5B4" w14:textId="77777777" w:rsidR="001A5159" w:rsidRDefault="00000000">
      <w:r>
        <w:rPr>
          <w:rFonts w:ascii="Garamond" w:hAnsi="Garamond"/>
          <w:sz w:val="24"/>
        </w:rPr>
        <w:lastRenderedPageBreak/>
        <w:t>AI-powered audit</w:t>
      </w:r>
    </w:p>
    <w:p w14:paraId="2E07C7E7" w14:textId="77777777" w:rsidR="001A5159" w:rsidRDefault="00000000">
      <w:r>
        <w:rPr>
          <w:rFonts w:ascii="Garamond" w:hAnsi="Garamond"/>
          <w:sz w:val="24"/>
        </w:rPr>
        <w:t>subscription service</w:t>
      </w:r>
    </w:p>
    <w:p w14:paraId="7B8CB6C4" w14:textId="77777777" w:rsidR="001A5159" w:rsidRDefault="00000000">
      <w:proofErr w:type="gramStart"/>
      <w:r>
        <w:rPr>
          <w:rFonts w:ascii="Garamond" w:hAnsi="Garamond"/>
          <w:sz w:val="24"/>
        </w:rPr>
        <w:t>mini-course</w:t>
      </w:r>
      <w:proofErr w:type="gramEnd"/>
    </w:p>
    <w:p w14:paraId="604C72D7" w14:textId="77777777" w:rsidR="001A5159" w:rsidRDefault="00000000">
      <w:r>
        <w:rPr>
          <w:rFonts w:ascii="Garamond" w:hAnsi="Garamond"/>
          <w:sz w:val="24"/>
        </w:rPr>
        <w:t>You’re now stacking income.</w:t>
      </w:r>
    </w:p>
    <w:p w14:paraId="6FDE82D6" w14:textId="77777777" w:rsidR="001A5159" w:rsidRDefault="00000000">
      <w:r>
        <w:rPr>
          <w:rFonts w:ascii="Garamond" w:hAnsi="Garamond"/>
          <w:sz w:val="24"/>
        </w:rPr>
        <w:t>WEEK 12 — Optimize &amp; Scale</w:t>
      </w:r>
    </w:p>
    <w:p w14:paraId="464E38B0" w14:textId="77777777" w:rsidR="001A5159" w:rsidRDefault="00000000">
      <w:r>
        <w:rPr>
          <w:rFonts w:ascii="Garamond" w:hAnsi="Garamond"/>
          <w:sz w:val="24"/>
        </w:rPr>
        <w:t>Use AI to:</w:t>
      </w:r>
    </w:p>
    <w:p w14:paraId="41E195F9" w14:textId="77777777" w:rsidR="001A5159" w:rsidRDefault="00000000">
      <w:r>
        <w:rPr>
          <w:rFonts w:ascii="Garamond" w:hAnsi="Garamond"/>
          <w:sz w:val="24"/>
        </w:rPr>
        <w:t xml:space="preserve">rewrite your </w:t>
      </w:r>
      <w:proofErr w:type="gramStart"/>
      <w:r>
        <w:rPr>
          <w:rFonts w:ascii="Garamond" w:hAnsi="Garamond"/>
          <w:sz w:val="24"/>
        </w:rPr>
        <w:t>offer</w:t>
      </w:r>
      <w:proofErr w:type="gramEnd"/>
    </w:p>
    <w:p w14:paraId="064349BA" w14:textId="77777777" w:rsidR="001A5159" w:rsidRDefault="00000000">
      <w:r>
        <w:rPr>
          <w:rFonts w:ascii="Garamond" w:hAnsi="Garamond"/>
          <w:sz w:val="24"/>
        </w:rPr>
        <w:t xml:space="preserve">rebuild your value </w:t>
      </w:r>
      <w:proofErr w:type="gramStart"/>
      <w:r>
        <w:rPr>
          <w:rFonts w:ascii="Garamond" w:hAnsi="Garamond"/>
          <w:sz w:val="24"/>
        </w:rPr>
        <w:t>stack</w:t>
      </w:r>
      <w:proofErr w:type="gramEnd"/>
    </w:p>
    <w:p w14:paraId="5E7016FF" w14:textId="77777777" w:rsidR="001A5159" w:rsidRDefault="00000000">
      <w:r>
        <w:rPr>
          <w:rFonts w:ascii="Garamond" w:hAnsi="Garamond"/>
          <w:sz w:val="24"/>
        </w:rPr>
        <w:t xml:space="preserve">tighten your </w:t>
      </w:r>
      <w:proofErr w:type="gramStart"/>
      <w:r>
        <w:rPr>
          <w:rFonts w:ascii="Garamond" w:hAnsi="Garamond"/>
          <w:sz w:val="24"/>
        </w:rPr>
        <w:t>content</w:t>
      </w:r>
      <w:proofErr w:type="gramEnd"/>
    </w:p>
    <w:p w14:paraId="0D2F17D8" w14:textId="77777777" w:rsidR="001A5159" w:rsidRDefault="00000000">
      <w:r>
        <w:rPr>
          <w:rFonts w:ascii="Garamond" w:hAnsi="Garamond"/>
          <w:sz w:val="24"/>
        </w:rPr>
        <w:t xml:space="preserve">improve your </w:t>
      </w:r>
      <w:proofErr w:type="gramStart"/>
      <w:r>
        <w:rPr>
          <w:rFonts w:ascii="Garamond" w:hAnsi="Garamond"/>
          <w:sz w:val="24"/>
        </w:rPr>
        <w:t>systems</w:t>
      </w:r>
      <w:proofErr w:type="gramEnd"/>
    </w:p>
    <w:p w14:paraId="62B27FD3" w14:textId="77777777" w:rsidR="001A5159" w:rsidRDefault="00000000">
      <w:r>
        <w:rPr>
          <w:rFonts w:ascii="Garamond" w:hAnsi="Garamond"/>
          <w:sz w:val="24"/>
        </w:rPr>
        <w:t xml:space="preserve">raise prices </w:t>
      </w:r>
      <w:proofErr w:type="gramStart"/>
      <w:r>
        <w:rPr>
          <w:rFonts w:ascii="Garamond" w:hAnsi="Garamond"/>
          <w:sz w:val="24"/>
        </w:rPr>
        <w:t>again</w:t>
      </w:r>
      <w:proofErr w:type="gramEnd"/>
    </w:p>
    <w:p w14:paraId="74DEB0FE" w14:textId="77777777" w:rsidR="001A5159" w:rsidRDefault="00000000">
      <w:r>
        <w:rPr>
          <w:rFonts w:ascii="Garamond" w:hAnsi="Garamond"/>
          <w:sz w:val="24"/>
        </w:rPr>
        <w:t>Your goal at the end of Month 3:</w:t>
      </w:r>
    </w:p>
    <w:p w14:paraId="1E38FD55" w14:textId="77777777" w:rsidR="001A5159" w:rsidRDefault="00000000">
      <w:r>
        <w:rPr>
          <w:rFonts w:ascii="Garamond" w:hAnsi="Garamond"/>
          <w:sz w:val="24"/>
        </w:rPr>
        <w:t>➡ You now have a real AI-powered income system — not a hobby.</w:t>
      </w:r>
    </w:p>
    <w:p w14:paraId="0B5B5F81" w14:textId="77777777" w:rsidR="001A5159" w:rsidRDefault="001A5159"/>
    <w:p w14:paraId="4B6B7F20" w14:textId="77777777" w:rsidR="001A5159" w:rsidRDefault="00000000">
      <w:r>
        <w:rPr>
          <w:rFonts w:ascii="Garamond" w:hAnsi="Garamond"/>
          <w:sz w:val="24"/>
        </w:rPr>
        <w:t>THE 90-DAY SUMMARY</w:t>
      </w:r>
    </w:p>
    <w:p w14:paraId="75F8CF5B" w14:textId="77777777" w:rsidR="001A5159" w:rsidRDefault="00000000">
      <w:r>
        <w:rPr>
          <w:rFonts w:ascii="Garamond" w:hAnsi="Garamond"/>
          <w:sz w:val="24"/>
        </w:rPr>
        <w:t>Month 1 — Build</w:t>
      </w:r>
      <w:r>
        <w:rPr>
          <w:rFonts w:ascii="Garamond" w:hAnsi="Garamond"/>
          <w:sz w:val="24"/>
        </w:rPr>
        <w:br/>
        <w:t xml:space="preserve">Offer + systems + content + </w:t>
      </w:r>
      <w:proofErr w:type="gramStart"/>
      <w:r>
        <w:rPr>
          <w:rFonts w:ascii="Garamond" w:hAnsi="Garamond"/>
          <w:sz w:val="24"/>
        </w:rPr>
        <w:t>outreach</w:t>
      </w:r>
      <w:proofErr w:type="gramEnd"/>
    </w:p>
    <w:p w14:paraId="6537C301" w14:textId="77777777" w:rsidR="001A5159" w:rsidRDefault="00000000">
      <w:r>
        <w:rPr>
          <w:rFonts w:ascii="Garamond" w:hAnsi="Garamond"/>
          <w:sz w:val="24"/>
        </w:rPr>
        <w:t>Month 2 — Monetize</w:t>
      </w:r>
      <w:r>
        <w:rPr>
          <w:rFonts w:ascii="Garamond" w:hAnsi="Garamond"/>
          <w:sz w:val="24"/>
        </w:rPr>
        <w:br/>
        <w:t xml:space="preserve">First clients + proof + portfolio + </w:t>
      </w:r>
      <w:proofErr w:type="gramStart"/>
      <w:r>
        <w:rPr>
          <w:rFonts w:ascii="Garamond" w:hAnsi="Garamond"/>
          <w:sz w:val="24"/>
        </w:rPr>
        <w:t>testimonials</w:t>
      </w:r>
      <w:proofErr w:type="gramEnd"/>
    </w:p>
    <w:p w14:paraId="2740DB66" w14:textId="77777777" w:rsidR="001A5159" w:rsidRDefault="00000000">
      <w:r>
        <w:rPr>
          <w:rFonts w:ascii="Garamond" w:hAnsi="Garamond"/>
          <w:sz w:val="24"/>
        </w:rPr>
        <w:t>Month 3 — Expand</w:t>
      </w:r>
      <w:r>
        <w:rPr>
          <w:rFonts w:ascii="Garamond" w:hAnsi="Garamond"/>
          <w:sz w:val="24"/>
        </w:rPr>
        <w:br/>
        <w:t xml:space="preserve">Authority + automation + multiple income </w:t>
      </w:r>
      <w:proofErr w:type="gramStart"/>
      <w:r>
        <w:rPr>
          <w:rFonts w:ascii="Garamond" w:hAnsi="Garamond"/>
          <w:sz w:val="24"/>
        </w:rPr>
        <w:t>streams</w:t>
      </w:r>
      <w:proofErr w:type="gramEnd"/>
    </w:p>
    <w:p w14:paraId="7E2DB051" w14:textId="77777777" w:rsidR="001A5159" w:rsidRDefault="001A5159"/>
    <w:p w14:paraId="39D21294" w14:textId="77777777" w:rsidR="001A5159" w:rsidRDefault="00000000">
      <w:r>
        <w:rPr>
          <w:rFonts w:ascii="Garamond" w:hAnsi="Garamond"/>
          <w:sz w:val="24"/>
        </w:rPr>
        <w:t>Your New Reality</w:t>
      </w:r>
    </w:p>
    <w:p w14:paraId="4B1F9B0C" w14:textId="77777777" w:rsidR="001A5159" w:rsidRDefault="00000000">
      <w:r>
        <w:rPr>
          <w:rFonts w:ascii="Garamond" w:hAnsi="Garamond"/>
          <w:sz w:val="24"/>
        </w:rPr>
        <w:t>If the reader follows this roadmap:</w:t>
      </w:r>
    </w:p>
    <w:p w14:paraId="168BE8B0" w14:textId="77777777" w:rsidR="001A5159" w:rsidRDefault="00000000">
      <w:proofErr w:type="gramStart"/>
      <w:r>
        <w:rPr>
          <w:rFonts w:ascii="Garamond" w:hAnsi="Garamond"/>
          <w:sz w:val="24"/>
        </w:rPr>
        <w:t>they</w:t>
      </w:r>
      <w:proofErr w:type="gramEnd"/>
      <w:r>
        <w:rPr>
          <w:rFonts w:ascii="Garamond" w:hAnsi="Garamond"/>
          <w:sz w:val="24"/>
        </w:rPr>
        <w:t xml:space="preserve"> will learn </w:t>
      </w:r>
      <w:proofErr w:type="gramStart"/>
      <w:r>
        <w:rPr>
          <w:rFonts w:ascii="Garamond" w:hAnsi="Garamond"/>
          <w:sz w:val="24"/>
        </w:rPr>
        <w:t>faster</w:t>
      </w:r>
      <w:proofErr w:type="gramEnd"/>
    </w:p>
    <w:p w14:paraId="106A6CCD" w14:textId="77777777" w:rsidR="001A5159" w:rsidRDefault="00000000">
      <w:r>
        <w:rPr>
          <w:rFonts w:ascii="Garamond" w:hAnsi="Garamond"/>
          <w:sz w:val="24"/>
        </w:rPr>
        <w:t xml:space="preserve">they will earn </w:t>
      </w:r>
      <w:proofErr w:type="gramStart"/>
      <w:r>
        <w:rPr>
          <w:rFonts w:ascii="Garamond" w:hAnsi="Garamond"/>
          <w:sz w:val="24"/>
        </w:rPr>
        <w:t>sooner</w:t>
      </w:r>
      <w:proofErr w:type="gramEnd"/>
    </w:p>
    <w:p w14:paraId="5DDCA52D" w14:textId="77777777" w:rsidR="001A5159" w:rsidRDefault="00000000">
      <w:r>
        <w:rPr>
          <w:rFonts w:ascii="Garamond" w:hAnsi="Garamond"/>
          <w:sz w:val="24"/>
        </w:rPr>
        <w:lastRenderedPageBreak/>
        <w:t xml:space="preserve">they will operate like a </w:t>
      </w:r>
      <w:proofErr w:type="gramStart"/>
      <w:r>
        <w:rPr>
          <w:rFonts w:ascii="Garamond" w:hAnsi="Garamond"/>
          <w:sz w:val="24"/>
        </w:rPr>
        <w:t>pro</w:t>
      </w:r>
      <w:proofErr w:type="gramEnd"/>
    </w:p>
    <w:p w14:paraId="74B98BBB" w14:textId="77777777" w:rsidR="001A5159" w:rsidRDefault="00000000">
      <w:r>
        <w:rPr>
          <w:rFonts w:ascii="Garamond" w:hAnsi="Garamond"/>
          <w:sz w:val="24"/>
        </w:rPr>
        <w:t xml:space="preserve">they will look more </w:t>
      </w:r>
      <w:proofErr w:type="gramStart"/>
      <w:r>
        <w:rPr>
          <w:rFonts w:ascii="Garamond" w:hAnsi="Garamond"/>
          <w:sz w:val="24"/>
        </w:rPr>
        <w:t>credible</w:t>
      </w:r>
      <w:proofErr w:type="gramEnd"/>
    </w:p>
    <w:p w14:paraId="0D3283B7" w14:textId="77777777" w:rsidR="001A5159" w:rsidRDefault="00000000">
      <w:r>
        <w:rPr>
          <w:rFonts w:ascii="Garamond" w:hAnsi="Garamond"/>
          <w:sz w:val="24"/>
        </w:rPr>
        <w:t xml:space="preserve">they will avoid </w:t>
      </w:r>
      <w:proofErr w:type="gramStart"/>
      <w:r>
        <w:rPr>
          <w:rFonts w:ascii="Garamond" w:hAnsi="Garamond"/>
          <w:sz w:val="24"/>
        </w:rPr>
        <w:t>burnout</w:t>
      </w:r>
      <w:proofErr w:type="gramEnd"/>
    </w:p>
    <w:p w14:paraId="65F3C3D8" w14:textId="77777777" w:rsidR="001A5159" w:rsidRDefault="00000000">
      <w:r>
        <w:rPr>
          <w:rFonts w:ascii="Garamond" w:hAnsi="Garamond"/>
          <w:sz w:val="24"/>
        </w:rPr>
        <w:t xml:space="preserve">they will build a real </w:t>
      </w:r>
      <w:proofErr w:type="gramStart"/>
      <w:r>
        <w:rPr>
          <w:rFonts w:ascii="Garamond" w:hAnsi="Garamond"/>
          <w:sz w:val="24"/>
        </w:rPr>
        <w:t>business</w:t>
      </w:r>
      <w:proofErr w:type="gramEnd"/>
    </w:p>
    <w:p w14:paraId="53AD106E" w14:textId="77777777" w:rsidR="001A5159" w:rsidRDefault="00000000">
      <w:pPr>
        <w:rPr>
          <w:rFonts w:ascii="Garamond" w:hAnsi="Garamond"/>
          <w:sz w:val="24"/>
        </w:rPr>
      </w:pPr>
      <w:r>
        <w:rPr>
          <w:rFonts w:ascii="Garamond" w:hAnsi="Garamond"/>
          <w:sz w:val="24"/>
        </w:rPr>
        <w:t>This is the completion engine that makes the entire book actionable.</w:t>
      </w:r>
    </w:p>
    <w:p w14:paraId="337479F0" w14:textId="77777777" w:rsidR="00673185" w:rsidRDefault="00673185">
      <w:pPr>
        <w:sectPr w:rsidR="00673185" w:rsidSect="00034616">
          <w:pgSz w:w="12240" w:h="15840"/>
          <w:pgMar w:top="1440" w:right="1800" w:bottom="1440" w:left="1800" w:header="720" w:footer="720" w:gutter="0"/>
          <w:cols w:space="720"/>
          <w:docGrid w:linePitch="360"/>
        </w:sectPr>
      </w:pPr>
    </w:p>
    <w:p w14:paraId="64F8AF93" w14:textId="77777777" w:rsidR="00673185" w:rsidRDefault="00673185"/>
    <w:p w14:paraId="315C396F" w14:textId="77777777" w:rsidR="001A5159" w:rsidRPr="00E94EEA" w:rsidRDefault="00000000" w:rsidP="00E94EEA">
      <w:pPr>
        <w:pStyle w:val="Heading1"/>
        <w:rPr>
          <w:rFonts w:ascii="Garamond" w:hAnsi="Garamond"/>
          <w:color w:val="auto"/>
          <w:sz w:val="40"/>
          <w:szCs w:val="40"/>
        </w:rPr>
      </w:pPr>
      <w:bookmarkStart w:id="81" w:name="_Toc214830377"/>
      <w:r w:rsidRPr="00E94EEA">
        <w:rPr>
          <w:rFonts w:ascii="Garamond" w:hAnsi="Garamond"/>
          <w:color w:val="auto"/>
          <w:sz w:val="40"/>
          <w:szCs w:val="40"/>
        </w:rPr>
        <w:t>BONUS #3 — THE AI PROMPTS VAULT</w:t>
      </w:r>
      <w:bookmarkEnd w:id="81"/>
    </w:p>
    <w:p w14:paraId="3A141943" w14:textId="77777777" w:rsidR="001A5159" w:rsidRPr="00E94EEA" w:rsidRDefault="00000000" w:rsidP="00E94EEA">
      <w:pPr>
        <w:pStyle w:val="Heading2"/>
        <w:rPr>
          <w:rFonts w:ascii="Garamond" w:hAnsi="Garamond"/>
          <w:color w:val="auto"/>
          <w:sz w:val="28"/>
          <w:szCs w:val="28"/>
        </w:rPr>
      </w:pPr>
      <w:bookmarkStart w:id="82" w:name="_Toc214830378"/>
      <w:r w:rsidRPr="00E94EEA">
        <w:rPr>
          <w:rFonts w:ascii="Garamond" w:hAnsi="Garamond"/>
          <w:color w:val="auto"/>
          <w:sz w:val="28"/>
          <w:szCs w:val="28"/>
        </w:rPr>
        <w:t>(297+ Professional, Copy-Ready Prompts for Monetization, Content, Systems &amp; Growth)</w:t>
      </w:r>
      <w:bookmarkEnd w:id="82"/>
    </w:p>
    <w:p w14:paraId="3019F330" w14:textId="77777777" w:rsidR="001A5159" w:rsidRDefault="00000000">
      <w:r>
        <w:rPr>
          <w:rFonts w:ascii="Garamond" w:hAnsi="Garamond"/>
          <w:sz w:val="24"/>
        </w:rPr>
        <w:t>This vault gives you the exact prompts needed to execute every blueprint in this book.</w:t>
      </w:r>
      <w:r>
        <w:rPr>
          <w:rFonts w:ascii="Garamond" w:hAnsi="Garamond"/>
          <w:sz w:val="24"/>
        </w:rPr>
        <w:br/>
        <w:t>Each prompt is crafted to produce:</w:t>
      </w:r>
    </w:p>
    <w:p w14:paraId="6E9335BA" w14:textId="77777777" w:rsidR="001A5159" w:rsidRDefault="00000000">
      <w:r>
        <w:rPr>
          <w:rFonts w:ascii="Garamond" w:hAnsi="Garamond"/>
          <w:sz w:val="24"/>
        </w:rPr>
        <w:t>clear outputs</w:t>
      </w:r>
    </w:p>
    <w:p w14:paraId="208110BD" w14:textId="77777777" w:rsidR="001A5159" w:rsidRDefault="00000000">
      <w:r>
        <w:rPr>
          <w:rFonts w:ascii="Garamond" w:hAnsi="Garamond"/>
          <w:sz w:val="24"/>
        </w:rPr>
        <w:t>professional structure</w:t>
      </w:r>
    </w:p>
    <w:p w14:paraId="126BF95B" w14:textId="77777777" w:rsidR="001A5159" w:rsidRDefault="00000000">
      <w:r>
        <w:rPr>
          <w:rFonts w:ascii="Garamond" w:hAnsi="Garamond"/>
          <w:sz w:val="24"/>
        </w:rPr>
        <w:t>real business assets</w:t>
      </w:r>
    </w:p>
    <w:p w14:paraId="5349D19A" w14:textId="77777777" w:rsidR="001A5159" w:rsidRDefault="00000000">
      <w:r>
        <w:rPr>
          <w:rFonts w:ascii="Garamond" w:hAnsi="Garamond"/>
          <w:sz w:val="24"/>
        </w:rPr>
        <w:t>consistent results</w:t>
      </w:r>
    </w:p>
    <w:p w14:paraId="51FAEDF7" w14:textId="77777777" w:rsidR="001A5159" w:rsidRDefault="00000000">
      <w:r>
        <w:rPr>
          <w:rFonts w:ascii="Garamond" w:hAnsi="Garamond"/>
          <w:sz w:val="24"/>
        </w:rPr>
        <w:t>fast, high-quality execution</w:t>
      </w:r>
    </w:p>
    <w:p w14:paraId="22880196" w14:textId="77777777" w:rsidR="001A5159" w:rsidRDefault="00000000">
      <w:r>
        <w:rPr>
          <w:rFonts w:ascii="Garamond" w:hAnsi="Garamond"/>
          <w:sz w:val="24"/>
        </w:rPr>
        <w:t>No fluff.</w:t>
      </w:r>
      <w:r>
        <w:rPr>
          <w:rFonts w:ascii="Garamond" w:hAnsi="Garamond"/>
          <w:sz w:val="24"/>
        </w:rPr>
        <w:br/>
        <w:t>No guessing.</w:t>
      </w:r>
      <w:r>
        <w:rPr>
          <w:rFonts w:ascii="Garamond" w:hAnsi="Garamond"/>
          <w:sz w:val="24"/>
        </w:rPr>
        <w:br/>
        <w:t>Just plug-and-play prompts.</w:t>
      </w:r>
    </w:p>
    <w:p w14:paraId="56B19DB3" w14:textId="77777777" w:rsidR="001A5159" w:rsidRDefault="001A5159"/>
    <w:p w14:paraId="76FBBD6E" w14:textId="77777777" w:rsidR="001A5159" w:rsidRDefault="00000000">
      <w:r>
        <w:rPr>
          <w:rFonts w:ascii="Garamond" w:hAnsi="Garamond"/>
          <w:sz w:val="24"/>
        </w:rPr>
        <w:t>SECTION 1 — OFFER &amp; POSITIONING PROMPTS</w:t>
      </w:r>
    </w:p>
    <w:p w14:paraId="329F2A42" w14:textId="77777777" w:rsidR="001A5159" w:rsidRDefault="00000000">
      <w:r>
        <w:rPr>
          <w:rFonts w:ascii="Garamond" w:hAnsi="Garamond"/>
          <w:sz w:val="24"/>
        </w:rPr>
        <w:t>1. Create My Signature Offer</w:t>
      </w:r>
    </w:p>
    <w:p w14:paraId="1F250536" w14:textId="77777777" w:rsidR="001A5159" w:rsidRDefault="00000000">
      <w:r>
        <w:rPr>
          <w:rFonts w:ascii="Garamond" w:hAnsi="Garamond"/>
          <w:sz w:val="24"/>
        </w:rPr>
        <w:t>Create a transformation-based signature offer for someone who provides . Include deliverables, pricing tiers, bonuses, differentiators, and a clear value stack.</w:t>
      </w:r>
    </w:p>
    <w:p w14:paraId="6A45BD49" w14:textId="77777777" w:rsidR="001A5159" w:rsidRDefault="00000000">
      <w:r>
        <w:rPr>
          <w:rFonts w:ascii="Garamond" w:hAnsi="Garamond"/>
          <w:sz w:val="24"/>
        </w:rPr>
        <w:t>2. Identify My Ideal Customer</w:t>
      </w:r>
    </w:p>
    <w:p w14:paraId="107B7D1A" w14:textId="77777777" w:rsidR="001A5159" w:rsidRDefault="00000000">
      <w:r>
        <w:rPr>
          <w:rFonts w:ascii="Garamond" w:hAnsi="Garamond"/>
          <w:sz w:val="24"/>
        </w:rPr>
        <w:t>Define the ideal customer for , including their goals, pain points, fears, desires, buying objections, and the emotional drivers behind their decisions.</w:t>
      </w:r>
    </w:p>
    <w:p w14:paraId="6C7B1147" w14:textId="77777777" w:rsidR="001A5159" w:rsidRDefault="00000000">
      <w:r>
        <w:rPr>
          <w:rFonts w:ascii="Garamond" w:hAnsi="Garamond"/>
          <w:sz w:val="24"/>
        </w:rPr>
        <w:t>3. Write My Offer Pitch</w:t>
      </w:r>
    </w:p>
    <w:p w14:paraId="4852D1E5" w14:textId="77777777" w:rsidR="001A5159" w:rsidRDefault="00000000">
      <w:r>
        <w:rPr>
          <w:rFonts w:ascii="Garamond" w:hAnsi="Garamond"/>
          <w:sz w:val="24"/>
        </w:rPr>
        <w:t>Write a compelling offer pitch for using a strong transformation promise, clear benefits, and a confident closing line.</w:t>
      </w:r>
    </w:p>
    <w:p w14:paraId="2C4B16D5" w14:textId="77777777" w:rsidR="001A5159" w:rsidRDefault="00000000">
      <w:r>
        <w:rPr>
          <w:rFonts w:ascii="Garamond" w:hAnsi="Garamond"/>
          <w:sz w:val="24"/>
        </w:rPr>
        <w:t>4. Create My Value Stack</w:t>
      </w:r>
    </w:p>
    <w:p w14:paraId="57B7BEA5" w14:textId="77777777" w:rsidR="001A5159" w:rsidRDefault="00000000">
      <w:r>
        <w:rPr>
          <w:rFonts w:ascii="Garamond" w:hAnsi="Garamond"/>
          <w:sz w:val="24"/>
        </w:rPr>
        <w:t>Build a bonus-loaded value stack that increases perceived value without adding significant extra work.</w:t>
      </w:r>
    </w:p>
    <w:p w14:paraId="3F19B4E8" w14:textId="77777777" w:rsidR="001A5159" w:rsidRDefault="00000000">
      <w:r>
        <w:rPr>
          <w:rFonts w:ascii="Garamond" w:hAnsi="Garamond"/>
          <w:sz w:val="24"/>
        </w:rPr>
        <w:lastRenderedPageBreak/>
        <w:t>5. Develop My Elevator Pitch</w:t>
      </w:r>
    </w:p>
    <w:p w14:paraId="583DF083" w14:textId="77777777" w:rsidR="001A5159" w:rsidRDefault="00000000">
      <w:r>
        <w:rPr>
          <w:rFonts w:ascii="Garamond" w:hAnsi="Garamond"/>
          <w:sz w:val="24"/>
        </w:rPr>
        <w:t>Create a one-sentence offer elevator pitch that is clear, bold, and instantly understandable to a non-technical audience.</w:t>
      </w:r>
    </w:p>
    <w:p w14:paraId="5B40AF53" w14:textId="77777777" w:rsidR="001A5159" w:rsidRDefault="001A5159"/>
    <w:p w14:paraId="5B92E5E8" w14:textId="77777777" w:rsidR="001A5159" w:rsidRDefault="00000000">
      <w:r>
        <w:rPr>
          <w:rFonts w:ascii="Garamond" w:hAnsi="Garamond"/>
          <w:sz w:val="24"/>
        </w:rPr>
        <w:t>SECTION 2 — CONTENT CREATION PROMPTS</w:t>
      </w:r>
    </w:p>
    <w:p w14:paraId="2D8ADE8F" w14:textId="77777777" w:rsidR="001A5159" w:rsidRDefault="00000000">
      <w:r>
        <w:rPr>
          <w:rFonts w:ascii="Garamond" w:hAnsi="Garamond"/>
          <w:sz w:val="24"/>
        </w:rPr>
        <w:t>6. Create My 30-Day Content Calendar</w:t>
      </w:r>
    </w:p>
    <w:p w14:paraId="4388CF4B" w14:textId="77777777" w:rsidR="001A5159" w:rsidRDefault="00000000">
      <w:r>
        <w:rPr>
          <w:rFonts w:ascii="Garamond" w:hAnsi="Garamond"/>
          <w:sz w:val="24"/>
        </w:rPr>
        <w:t>Create a 30-day content plan for someone offering , including hooks, formats, topics, and CTAs.</w:t>
      </w:r>
    </w:p>
    <w:p w14:paraId="728544B0" w14:textId="77777777" w:rsidR="001A5159" w:rsidRDefault="00000000">
      <w:r>
        <w:rPr>
          <w:rFonts w:ascii="Garamond" w:hAnsi="Garamond"/>
          <w:sz w:val="24"/>
        </w:rPr>
        <w:t>7. Turn One Topic Into 10 Hooks</w:t>
      </w:r>
    </w:p>
    <w:p w14:paraId="7DA908F9" w14:textId="77777777" w:rsidR="001A5159" w:rsidRDefault="00000000">
      <w:r>
        <w:rPr>
          <w:rFonts w:ascii="Garamond" w:hAnsi="Garamond"/>
          <w:sz w:val="24"/>
        </w:rPr>
        <w:t>Turn the following topic into 10 scroll-stopping short-form video hooks: .</w:t>
      </w:r>
    </w:p>
    <w:p w14:paraId="58CA2E2B" w14:textId="77777777" w:rsidR="001A5159" w:rsidRDefault="00000000">
      <w:r>
        <w:rPr>
          <w:rFonts w:ascii="Garamond" w:hAnsi="Garamond"/>
          <w:sz w:val="24"/>
        </w:rPr>
        <w:t>8. Write a Viral Carousel Post</w:t>
      </w:r>
    </w:p>
    <w:p w14:paraId="5F5A0F3F" w14:textId="77777777" w:rsidR="001A5159" w:rsidRDefault="00000000">
      <w:r>
        <w:rPr>
          <w:rFonts w:ascii="Garamond" w:hAnsi="Garamond"/>
          <w:sz w:val="24"/>
        </w:rPr>
        <w:t>Write a high-value carousel teaching in 7–10 slides with a bold opening and actionable takeaway.</w:t>
      </w:r>
    </w:p>
    <w:p w14:paraId="1D07C5BF" w14:textId="77777777" w:rsidR="001A5159" w:rsidRDefault="00000000">
      <w:r>
        <w:rPr>
          <w:rFonts w:ascii="Garamond" w:hAnsi="Garamond"/>
          <w:sz w:val="24"/>
        </w:rPr>
        <w:t>9. Create Authority-Building Posts</w:t>
      </w:r>
    </w:p>
    <w:p w14:paraId="4E39EC67" w14:textId="77777777" w:rsidR="001A5159" w:rsidRDefault="00000000">
      <w:r>
        <w:rPr>
          <w:rFonts w:ascii="Garamond" w:hAnsi="Garamond"/>
          <w:sz w:val="24"/>
        </w:rPr>
        <w:t>Write 5 authority posts that position me as an expert in using simple, relatable language.</w:t>
      </w:r>
    </w:p>
    <w:p w14:paraId="1F2F1837" w14:textId="77777777" w:rsidR="001A5159" w:rsidRDefault="00000000">
      <w:r>
        <w:rPr>
          <w:rFonts w:ascii="Garamond" w:hAnsi="Garamond"/>
          <w:sz w:val="24"/>
        </w:rPr>
        <w:t>10. Write a Long-Form Educational Post</w:t>
      </w:r>
    </w:p>
    <w:p w14:paraId="6CC0C5ED" w14:textId="77777777" w:rsidR="001A5159" w:rsidRDefault="00000000">
      <w:r>
        <w:rPr>
          <w:rFonts w:ascii="Garamond" w:hAnsi="Garamond"/>
          <w:sz w:val="24"/>
        </w:rPr>
        <w:t>Write a long-form social post that teaches clearly and includes examples, steps, and a CTA.</w:t>
      </w:r>
    </w:p>
    <w:p w14:paraId="3A760E08" w14:textId="77777777" w:rsidR="001A5159" w:rsidRDefault="001A5159"/>
    <w:p w14:paraId="5E052956" w14:textId="77777777" w:rsidR="001A5159" w:rsidRDefault="00000000">
      <w:r>
        <w:rPr>
          <w:rFonts w:ascii="Garamond" w:hAnsi="Garamond"/>
          <w:sz w:val="24"/>
        </w:rPr>
        <w:t>SECTION 3 — CLIENT ACQUISITION PROMPTS</w:t>
      </w:r>
    </w:p>
    <w:p w14:paraId="070FBFAF" w14:textId="77777777" w:rsidR="001A5159" w:rsidRDefault="00000000">
      <w:r>
        <w:rPr>
          <w:rFonts w:ascii="Garamond" w:hAnsi="Garamond"/>
          <w:sz w:val="24"/>
        </w:rPr>
        <w:t>11. Conversation-Starter DM</w:t>
      </w:r>
    </w:p>
    <w:p w14:paraId="02393E39" w14:textId="77777777" w:rsidR="001A5159" w:rsidRDefault="00000000">
      <w:r>
        <w:rPr>
          <w:rFonts w:ascii="Garamond" w:hAnsi="Garamond"/>
          <w:sz w:val="24"/>
        </w:rPr>
        <w:t xml:space="preserve">Write a friendly, non-salesy DM that starts a conversation with someone who might </w:t>
      </w:r>
      <w:proofErr w:type="gramStart"/>
      <w:r>
        <w:rPr>
          <w:rFonts w:ascii="Garamond" w:hAnsi="Garamond"/>
          <w:sz w:val="24"/>
        </w:rPr>
        <w:t xml:space="preserve">need </w:t>
      </w:r>
      <w:proofErr w:type="gramEnd"/>
      <w:r>
        <w:rPr>
          <w:rFonts w:ascii="Garamond" w:hAnsi="Garamond"/>
          <w:sz w:val="24"/>
        </w:rPr>
        <w:t>.</w:t>
      </w:r>
    </w:p>
    <w:p w14:paraId="6914B32C" w14:textId="77777777" w:rsidR="001A5159" w:rsidRDefault="00000000">
      <w:r>
        <w:rPr>
          <w:rFonts w:ascii="Garamond" w:hAnsi="Garamond"/>
          <w:sz w:val="24"/>
        </w:rPr>
        <w:t>12. Create Lead Magnet Ideas</w:t>
      </w:r>
    </w:p>
    <w:p w14:paraId="5A2A8E1B" w14:textId="77777777" w:rsidR="001A5159" w:rsidRDefault="00000000">
      <w:r>
        <w:rPr>
          <w:rFonts w:ascii="Garamond" w:hAnsi="Garamond"/>
          <w:sz w:val="24"/>
        </w:rPr>
        <w:t>Generate 5 high-value lead magnet ideas for the audience that solve a small but painful problem.</w:t>
      </w:r>
    </w:p>
    <w:p w14:paraId="2D9A7A9A" w14:textId="77777777" w:rsidR="001A5159" w:rsidRDefault="00000000">
      <w:r>
        <w:rPr>
          <w:rFonts w:ascii="Garamond" w:hAnsi="Garamond"/>
          <w:sz w:val="24"/>
        </w:rPr>
        <w:t>13. Cold Outreach Script</w:t>
      </w:r>
    </w:p>
    <w:p w14:paraId="1A5E22CA" w14:textId="77777777" w:rsidR="001A5159" w:rsidRDefault="00000000">
      <w:r>
        <w:rPr>
          <w:rFonts w:ascii="Garamond" w:hAnsi="Garamond"/>
          <w:sz w:val="24"/>
        </w:rPr>
        <w:t xml:space="preserve">Write a simple outreach message that offers value first, not a sales pitch, for someone </w:t>
      </w:r>
      <w:proofErr w:type="gramStart"/>
      <w:r>
        <w:rPr>
          <w:rFonts w:ascii="Garamond" w:hAnsi="Garamond"/>
          <w:sz w:val="24"/>
        </w:rPr>
        <w:t xml:space="preserve">offering </w:t>
      </w:r>
      <w:proofErr w:type="gramEnd"/>
      <w:r>
        <w:rPr>
          <w:rFonts w:ascii="Garamond" w:hAnsi="Garamond"/>
          <w:sz w:val="24"/>
        </w:rPr>
        <w:t>.</w:t>
      </w:r>
    </w:p>
    <w:p w14:paraId="286965BE" w14:textId="77777777" w:rsidR="001A5159" w:rsidRDefault="00000000">
      <w:r>
        <w:rPr>
          <w:rFonts w:ascii="Garamond" w:hAnsi="Garamond"/>
          <w:sz w:val="24"/>
        </w:rPr>
        <w:lastRenderedPageBreak/>
        <w:t>14. Follow-Up Message</w:t>
      </w:r>
    </w:p>
    <w:p w14:paraId="6E70F300" w14:textId="77777777" w:rsidR="001A5159" w:rsidRDefault="00000000">
      <w:r>
        <w:rPr>
          <w:rFonts w:ascii="Garamond" w:hAnsi="Garamond"/>
          <w:sz w:val="24"/>
        </w:rPr>
        <w:t>Write a natural follow-up message that doesn’t feel pushy but reopens the conversation.</w:t>
      </w:r>
    </w:p>
    <w:p w14:paraId="7E27440D" w14:textId="77777777" w:rsidR="001A5159" w:rsidRDefault="00000000">
      <w:r>
        <w:rPr>
          <w:rFonts w:ascii="Garamond" w:hAnsi="Garamond"/>
          <w:sz w:val="24"/>
        </w:rPr>
        <w:t>15. Referral Request Script</w:t>
      </w:r>
    </w:p>
    <w:p w14:paraId="436AAD12" w14:textId="77777777" w:rsidR="001A5159" w:rsidRDefault="00000000">
      <w:r>
        <w:rPr>
          <w:rFonts w:ascii="Garamond" w:hAnsi="Garamond"/>
          <w:sz w:val="24"/>
        </w:rPr>
        <w:t>Write a short, polite message asking a satisfied client for referrals.</w:t>
      </w:r>
    </w:p>
    <w:p w14:paraId="6E7E593D" w14:textId="77777777" w:rsidR="001A5159" w:rsidRDefault="001A5159"/>
    <w:p w14:paraId="003260DD" w14:textId="77777777" w:rsidR="001A5159" w:rsidRDefault="00000000">
      <w:r>
        <w:rPr>
          <w:rFonts w:ascii="Garamond" w:hAnsi="Garamond"/>
          <w:sz w:val="24"/>
        </w:rPr>
        <w:t>SECTION 4 — SYSTEMS &amp; SOP PROMPTS</w:t>
      </w:r>
    </w:p>
    <w:p w14:paraId="27BAC0C0" w14:textId="77777777" w:rsidR="001A5159" w:rsidRDefault="00000000">
      <w:r>
        <w:rPr>
          <w:rFonts w:ascii="Garamond" w:hAnsi="Garamond"/>
          <w:sz w:val="24"/>
        </w:rPr>
        <w:t>16. Build My Onboarding SOP</w:t>
      </w:r>
    </w:p>
    <w:p w14:paraId="42813DA6" w14:textId="77777777" w:rsidR="001A5159" w:rsidRDefault="00000000">
      <w:r>
        <w:rPr>
          <w:rFonts w:ascii="Garamond" w:hAnsi="Garamond"/>
          <w:sz w:val="24"/>
        </w:rPr>
        <w:t>Create a complete onboarding SOP for a business offering , including steps, communication, expectations, and needed assets.</w:t>
      </w:r>
    </w:p>
    <w:p w14:paraId="7326DE7F" w14:textId="77777777" w:rsidR="001A5159" w:rsidRDefault="00000000">
      <w:r>
        <w:rPr>
          <w:rFonts w:ascii="Garamond" w:hAnsi="Garamond"/>
          <w:sz w:val="24"/>
        </w:rPr>
        <w:t>17. Create My Delivery Workflow</w:t>
      </w:r>
    </w:p>
    <w:p w14:paraId="35329C22" w14:textId="77777777" w:rsidR="001A5159" w:rsidRDefault="00000000">
      <w:r>
        <w:rPr>
          <w:rFonts w:ascii="Garamond" w:hAnsi="Garamond"/>
          <w:sz w:val="24"/>
        </w:rPr>
        <w:t>Create a delivery workflow for , including timelines, tasks, revision rules, and handoff steps.</w:t>
      </w:r>
    </w:p>
    <w:p w14:paraId="719C90B3" w14:textId="77777777" w:rsidR="001A5159" w:rsidRDefault="00000000">
      <w:r>
        <w:rPr>
          <w:rFonts w:ascii="Garamond" w:hAnsi="Garamond"/>
          <w:sz w:val="24"/>
        </w:rPr>
        <w:t>18. Build a Notion Dashboard Structure</w:t>
      </w:r>
    </w:p>
    <w:p w14:paraId="1E6826C1" w14:textId="77777777" w:rsidR="001A5159" w:rsidRDefault="00000000">
      <w:r>
        <w:rPr>
          <w:rFonts w:ascii="Garamond" w:hAnsi="Garamond"/>
          <w:sz w:val="24"/>
        </w:rPr>
        <w:t>Design a simple Notion dashboard layout for managing clients, tasks, content, assets, and revenue.</w:t>
      </w:r>
    </w:p>
    <w:p w14:paraId="1CA37A2E" w14:textId="77777777" w:rsidR="001A5159" w:rsidRDefault="00000000">
      <w:r>
        <w:rPr>
          <w:rFonts w:ascii="Garamond" w:hAnsi="Garamond"/>
          <w:sz w:val="24"/>
        </w:rPr>
        <w:t>19. Create My Revision Process</w:t>
      </w:r>
    </w:p>
    <w:p w14:paraId="4692F5CD" w14:textId="77777777" w:rsidR="001A5159" w:rsidRDefault="00000000">
      <w:r>
        <w:rPr>
          <w:rFonts w:ascii="Garamond" w:hAnsi="Garamond"/>
          <w:sz w:val="24"/>
        </w:rPr>
        <w:t>Write a clear, professional revision process suitable for a client-facing workflow.</w:t>
      </w:r>
    </w:p>
    <w:p w14:paraId="0EEC9111" w14:textId="77777777" w:rsidR="001A5159" w:rsidRDefault="00000000">
      <w:r>
        <w:rPr>
          <w:rFonts w:ascii="Garamond" w:hAnsi="Garamond"/>
          <w:sz w:val="24"/>
        </w:rPr>
        <w:t>20. Build an Automation Plan</w:t>
      </w:r>
    </w:p>
    <w:p w14:paraId="2485F99E" w14:textId="77777777" w:rsidR="001A5159" w:rsidRDefault="00000000">
      <w:r>
        <w:rPr>
          <w:rFonts w:ascii="Garamond" w:hAnsi="Garamond"/>
          <w:sz w:val="24"/>
        </w:rPr>
        <w:t>Identify 5 automations that would save time for someone offering .</w:t>
      </w:r>
    </w:p>
    <w:p w14:paraId="42C5DDF7" w14:textId="77777777" w:rsidR="001A5159" w:rsidRDefault="001A5159"/>
    <w:p w14:paraId="3BE13615" w14:textId="77777777" w:rsidR="001A5159" w:rsidRDefault="00000000">
      <w:r>
        <w:rPr>
          <w:rFonts w:ascii="Garamond" w:hAnsi="Garamond"/>
          <w:sz w:val="24"/>
        </w:rPr>
        <w:t>SECTION 5 — COPYWRITING PROMPTS</w:t>
      </w:r>
    </w:p>
    <w:p w14:paraId="49E485F1" w14:textId="77777777" w:rsidR="001A5159" w:rsidRDefault="00000000">
      <w:r>
        <w:rPr>
          <w:rFonts w:ascii="Garamond" w:hAnsi="Garamond"/>
          <w:sz w:val="24"/>
        </w:rPr>
        <w:t>21. Write My Sales Page Outline</w:t>
      </w:r>
    </w:p>
    <w:p w14:paraId="5EF33EDF" w14:textId="77777777" w:rsidR="001A5159" w:rsidRDefault="00000000">
      <w:r>
        <w:rPr>
          <w:rFonts w:ascii="Garamond" w:hAnsi="Garamond"/>
          <w:sz w:val="24"/>
        </w:rPr>
        <w:t>Create a complete sales page outline for , including headlines, subheadlines, proof, objections, and CTAs.</w:t>
      </w:r>
    </w:p>
    <w:p w14:paraId="34BFE66D" w14:textId="77777777" w:rsidR="001A5159" w:rsidRDefault="00000000">
      <w:r>
        <w:rPr>
          <w:rFonts w:ascii="Garamond" w:hAnsi="Garamond"/>
          <w:sz w:val="24"/>
        </w:rPr>
        <w:t>22. Produce a 5-Email Nurture Sequence</w:t>
      </w:r>
    </w:p>
    <w:p w14:paraId="40F7AF47" w14:textId="77777777" w:rsidR="001A5159" w:rsidRDefault="00000000">
      <w:r>
        <w:rPr>
          <w:rFonts w:ascii="Garamond" w:hAnsi="Garamond"/>
          <w:sz w:val="24"/>
        </w:rPr>
        <w:t>Write a 5-email nurture sequence that builds trust and positions as the clear solution.</w:t>
      </w:r>
    </w:p>
    <w:p w14:paraId="790BFBCC" w14:textId="77777777" w:rsidR="001A5159" w:rsidRDefault="00000000">
      <w:r>
        <w:rPr>
          <w:rFonts w:ascii="Garamond" w:hAnsi="Garamond"/>
          <w:sz w:val="24"/>
        </w:rPr>
        <w:t>23. Create CTA Variations</w:t>
      </w:r>
    </w:p>
    <w:p w14:paraId="5BC7CC7A" w14:textId="77777777" w:rsidR="001A5159" w:rsidRDefault="00000000">
      <w:r>
        <w:rPr>
          <w:rFonts w:ascii="Garamond" w:hAnsi="Garamond"/>
          <w:sz w:val="24"/>
        </w:rPr>
        <w:t>Write 10 strong but natural CTAs tailored to .</w:t>
      </w:r>
    </w:p>
    <w:p w14:paraId="1AFC3878" w14:textId="77777777" w:rsidR="001A5159" w:rsidRDefault="00000000">
      <w:r>
        <w:rPr>
          <w:rFonts w:ascii="Garamond" w:hAnsi="Garamond"/>
          <w:sz w:val="24"/>
        </w:rPr>
        <w:lastRenderedPageBreak/>
        <w:t>24. Rewrite My Copy for Clarity</w:t>
      </w:r>
    </w:p>
    <w:p w14:paraId="590F0665" w14:textId="77777777" w:rsidR="001A5159" w:rsidRDefault="00000000">
      <w:r>
        <w:rPr>
          <w:rFonts w:ascii="Garamond" w:hAnsi="Garamond"/>
          <w:sz w:val="24"/>
        </w:rPr>
        <w:t>Rewrite the following message to be clearer, more persuasive, and more benefit-driven: .</w:t>
      </w:r>
    </w:p>
    <w:p w14:paraId="30753060" w14:textId="77777777" w:rsidR="001A5159" w:rsidRDefault="00000000">
      <w:r>
        <w:rPr>
          <w:rFonts w:ascii="Garamond" w:hAnsi="Garamond"/>
          <w:sz w:val="24"/>
        </w:rPr>
        <w:t>25. Write My Lead Magnet Copy</w:t>
      </w:r>
    </w:p>
    <w:p w14:paraId="1ACDAAFE" w14:textId="77777777" w:rsidR="001A5159" w:rsidRDefault="00000000">
      <w:r>
        <w:rPr>
          <w:rFonts w:ascii="Garamond" w:hAnsi="Garamond"/>
          <w:sz w:val="24"/>
        </w:rPr>
        <w:t>Create the copy for a high-value lead magnet titled , including headline, promise, and structure.</w:t>
      </w:r>
    </w:p>
    <w:p w14:paraId="5F259D20" w14:textId="77777777" w:rsidR="001A5159" w:rsidRDefault="001A5159"/>
    <w:p w14:paraId="4109C013" w14:textId="77777777" w:rsidR="001A5159" w:rsidRDefault="00000000">
      <w:r>
        <w:rPr>
          <w:rFonts w:ascii="Garamond" w:hAnsi="Garamond"/>
          <w:sz w:val="24"/>
        </w:rPr>
        <w:t>SECTION 6 — BLUEPRINT EXECUTION PROMPTS</w:t>
      </w:r>
    </w:p>
    <w:p w14:paraId="2E1A5E83" w14:textId="77777777" w:rsidR="001A5159" w:rsidRDefault="00000000">
      <w:r>
        <w:rPr>
          <w:rFonts w:ascii="Garamond" w:hAnsi="Garamond"/>
          <w:sz w:val="24"/>
        </w:rPr>
        <w:t>26. Short-Form Editing Blueprint Prompt</w:t>
      </w:r>
    </w:p>
    <w:p w14:paraId="44A8979D" w14:textId="77777777" w:rsidR="001A5159" w:rsidRDefault="00000000">
      <w:r>
        <w:rPr>
          <w:rFonts w:ascii="Garamond" w:hAnsi="Garamond"/>
          <w:sz w:val="24"/>
        </w:rPr>
        <w:t>Create 10 content ideas with hooks for someone in the industry.</w:t>
      </w:r>
    </w:p>
    <w:p w14:paraId="12CD3B94" w14:textId="77777777" w:rsidR="001A5159" w:rsidRDefault="00000000">
      <w:r>
        <w:rPr>
          <w:rFonts w:ascii="Garamond" w:hAnsi="Garamond"/>
          <w:sz w:val="24"/>
        </w:rPr>
        <w:t>27. Canva Template Shop Prompt</w:t>
      </w:r>
    </w:p>
    <w:p w14:paraId="66735290" w14:textId="77777777" w:rsidR="001A5159" w:rsidRDefault="00000000">
      <w:r>
        <w:rPr>
          <w:rFonts w:ascii="Garamond" w:hAnsi="Garamond"/>
          <w:sz w:val="24"/>
        </w:rPr>
        <w:t>Generate 15 profitable Etsy template ideas for the niche.</w:t>
      </w:r>
    </w:p>
    <w:p w14:paraId="7133482F" w14:textId="77777777" w:rsidR="001A5159" w:rsidRDefault="00000000">
      <w:r>
        <w:rPr>
          <w:rFonts w:ascii="Garamond" w:hAnsi="Garamond"/>
          <w:sz w:val="24"/>
        </w:rPr>
        <w:t>28. SEO Blog Writing Blueprint Prompt</w:t>
      </w:r>
    </w:p>
    <w:p w14:paraId="5765262A" w14:textId="77777777" w:rsidR="001A5159" w:rsidRDefault="00000000">
      <w:r>
        <w:rPr>
          <w:rFonts w:ascii="Garamond" w:hAnsi="Garamond"/>
          <w:sz w:val="24"/>
        </w:rPr>
        <w:t>Create a fully SEO-optimized blog outline for the keyword: .</w:t>
      </w:r>
    </w:p>
    <w:p w14:paraId="5E75F318" w14:textId="77777777" w:rsidR="001A5159" w:rsidRDefault="00000000">
      <w:r>
        <w:rPr>
          <w:rFonts w:ascii="Garamond" w:hAnsi="Garamond"/>
          <w:sz w:val="24"/>
        </w:rPr>
        <w:t>29. AI Course Creation Prompt</w:t>
      </w:r>
    </w:p>
    <w:p w14:paraId="6DFBD7C0" w14:textId="77777777" w:rsidR="001A5159" w:rsidRDefault="00000000">
      <w:r>
        <w:rPr>
          <w:rFonts w:ascii="Garamond" w:hAnsi="Garamond"/>
          <w:sz w:val="24"/>
        </w:rPr>
        <w:t>Create a full course outline for a program teaching to , including modules, lessons, and outcomes.</w:t>
      </w:r>
    </w:p>
    <w:p w14:paraId="7190E080" w14:textId="77777777" w:rsidR="001A5159" w:rsidRDefault="00000000">
      <w:r>
        <w:rPr>
          <w:rFonts w:ascii="Garamond" w:hAnsi="Garamond"/>
          <w:sz w:val="24"/>
        </w:rPr>
        <w:t>30. CustomGPT Builder Prompt</w:t>
      </w:r>
    </w:p>
    <w:p w14:paraId="5E018329" w14:textId="77777777" w:rsidR="001A5159" w:rsidRDefault="00000000">
      <w:r>
        <w:rPr>
          <w:rFonts w:ascii="Garamond" w:hAnsi="Garamond"/>
          <w:sz w:val="24"/>
        </w:rPr>
        <w:t xml:space="preserve">Create a structured knowledge base outline for training </w:t>
      </w:r>
      <w:proofErr w:type="gramStart"/>
      <w:r>
        <w:rPr>
          <w:rFonts w:ascii="Garamond" w:hAnsi="Garamond"/>
          <w:sz w:val="24"/>
        </w:rPr>
        <w:t>a CustomGPT</w:t>
      </w:r>
      <w:proofErr w:type="gramEnd"/>
      <w:r>
        <w:rPr>
          <w:rFonts w:ascii="Garamond" w:hAnsi="Garamond"/>
          <w:sz w:val="24"/>
        </w:rPr>
        <w:t xml:space="preserve"> for a business in the niche.</w:t>
      </w:r>
    </w:p>
    <w:p w14:paraId="7B11B50D" w14:textId="77777777" w:rsidR="001A5159" w:rsidRDefault="001A5159"/>
    <w:p w14:paraId="715BA8E8" w14:textId="77777777" w:rsidR="001A5159" w:rsidRDefault="00000000">
      <w:r>
        <w:rPr>
          <w:rFonts w:ascii="Garamond" w:hAnsi="Garamond"/>
          <w:sz w:val="24"/>
        </w:rPr>
        <w:t>SECTION 7 — MONETIZATION &amp; GROWTH PROMPTS</w:t>
      </w:r>
    </w:p>
    <w:p w14:paraId="646BCFC7" w14:textId="77777777" w:rsidR="001A5159" w:rsidRDefault="00000000">
      <w:r>
        <w:rPr>
          <w:rFonts w:ascii="Garamond" w:hAnsi="Garamond"/>
          <w:sz w:val="24"/>
        </w:rPr>
        <w:t>31. Raise My Prices</w:t>
      </w:r>
    </w:p>
    <w:p w14:paraId="170EFD1B" w14:textId="77777777" w:rsidR="001A5159" w:rsidRDefault="00000000">
      <w:r>
        <w:rPr>
          <w:rFonts w:ascii="Garamond" w:hAnsi="Garamond"/>
          <w:sz w:val="24"/>
        </w:rPr>
        <w:t>Rewrite my offer and positioning so I can confidently charge higher rates. Make it sound premium and value-driven.</w:t>
      </w:r>
    </w:p>
    <w:p w14:paraId="3510B94B" w14:textId="77777777" w:rsidR="001A5159" w:rsidRDefault="00000000">
      <w:r>
        <w:rPr>
          <w:rFonts w:ascii="Garamond" w:hAnsi="Garamond"/>
          <w:sz w:val="24"/>
        </w:rPr>
        <w:t>32. Build My 90-Day Plan</w:t>
      </w:r>
    </w:p>
    <w:p w14:paraId="5DA14CD5" w14:textId="77777777" w:rsidR="001A5159" w:rsidRDefault="00000000">
      <w:r>
        <w:rPr>
          <w:rFonts w:ascii="Garamond" w:hAnsi="Garamond"/>
          <w:sz w:val="24"/>
        </w:rPr>
        <w:t>Create a 90-day roadmap for growing a business offering , with weekly milestones.</w:t>
      </w:r>
    </w:p>
    <w:p w14:paraId="100D7860" w14:textId="77777777" w:rsidR="001A5159" w:rsidRDefault="00000000">
      <w:r>
        <w:rPr>
          <w:rFonts w:ascii="Garamond" w:hAnsi="Garamond"/>
          <w:sz w:val="24"/>
        </w:rPr>
        <w:t>33. Scale Without More Hours</w:t>
      </w:r>
    </w:p>
    <w:p w14:paraId="6FCFAB0D" w14:textId="77777777" w:rsidR="001A5159" w:rsidRDefault="00000000">
      <w:r>
        <w:rPr>
          <w:rFonts w:ascii="Garamond" w:hAnsi="Garamond"/>
          <w:sz w:val="24"/>
        </w:rPr>
        <w:lastRenderedPageBreak/>
        <w:t>Identify 5 ways to scale this service without increasing total hours worked.</w:t>
      </w:r>
    </w:p>
    <w:p w14:paraId="0CE20A10" w14:textId="77777777" w:rsidR="001A5159" w:rsidRDefault="00000000">
      <w:r>
        <w:rPr>
          <w:rFonts w:ascii="Garamond" w:hAnsi="Garamond"/>
          <w:sz w:val="24"/>
        </w:rPr>
        <w:t>34. Create Upsell, Downsell &amp; Cross-Sell</w:t>
      </w:r>
    </w:p>
    <w:p w14:paraId="56A8B07F" w14:textId="77777777" w:rsidR="001A5159" w:rsidRDefault="00000000">
      <w:r>
        <w:rPr>
          <w:rFonts w:ascii="Garamond" w:hAnsi="Garamond"/>
          <w:sz w:val="24"/>
        </w:rPr>
        <w:t>Create an upsell, downsell, and cross-sell for that feels natural and value-first.</w:t>
      </w:r>
    </w:p>
    <w:p w14:paraId="2087EA2E" w14:textId="77777777" w:rsidR="001A5159" w:rsidRDefault="00000000">
      <w:r>
        <w:rPr>
          <w:rFonts w:ascii="Garamond" w:hAnsi="Garamond"/>
          <w:sz w:val="24"/>
        </w:rPr>
        <w:t>35. Audit My Current Offer</w:t>
      </w:r>
    </w:p>
    <w:p w14:paraId="192FABB9" w14:textId="77777777" w:rsidR="001A5159" w:rsidRDefault="00000000">
      <w:r>
        <w:rPr>
          <w:rFonts w:ascii="Garamond" w:hAnsi="Garamond"/>
          <w:sz w:val="24"/>
        </w:rPr>
        <w:t>Provide a detailed critique of my current offer and list 10 improvements that would increase conversion.</w:t>
      </w:r>
    </w:p>
    <w:p w14:paraId="54DB96D9" w14:textId="77777777" w:rsidR="001A5159" w:rsidRDefault="001A5159"/>
    <w:p w14:paraId="0736D6FB" w14:textId="77777777" w:rsidR="001A5159" w:rsidRDefault="00000000">
      <w:r>
        <w:rPr>
          <w:rFonts w:ascii="Garamond" w:hAnsi="Garamond"/>
          <w:sz w:val="24"/>
        </w:rPr>
        <w:t>SECTION 8 — MINDSET &amp; EXECUTION PROMPTS</w:t>
      </w:r>
    </w:p>
    <w:p w14:paraId="5DE20DFC" w14:textId="77777777" w:rsidR="001A5159" w:rsidRDefault="00000000">
      <w:r>
        <w:rPr>
          <w:rFonts w:ascii="Garamond" w:hAnsi="Garamond"/>
          <w:sz w:val="24"/>
        </w:rPr>
        <w:t>36. Overcome Overwhelm</w:t>
      </w:r>
    </w:p>
    <w:p w14:paraId="443F5C3B" w14:textId="77777777" w:rsidR="001A5159" w:rsidRDefault="00000000">
      <w:r>
        <w:rPr>
          <w:rFonts w:ascii="Garamond" w:hAnsi="Garamond"/>
          <w:sz w:val="24"/>
        </w:rPr>
        <w:t>Create a simple plan to prevent burnout and help me stay consistent while building .</w:t>
      </w:r>
    </w:p>
    <w:p w14:paraId="4DC21B8C" w14:textId="77777777" w:rsidR="001A5159" w:rsidRDefault="00000000">
      <w:r>
        <w:rPr>
          <w:rFonts w:ascii="Garamond" w:hAnsi="Garamond"/>
          <w:sz w:val="24"/>
        </w:rPr>
        <w:t>37. Build My Daily Execution Routine</w:t>
      </w:r>
    </w:p>
    <w:p w14:paraId="2AA7BB14" w14:textId="77777777" w:rsidR="001A5159" w:rsidRDefault="00000000">
      <w:r>
        <w:rPr>
          <w:rFonts w:ascii="Garamond" w:hAnsi="Garamond"/>
          <w:sz w:val="24"/>
        </w:rPr>
        <w:t xml:space="preserve">Create a daily routine that maximizes output for someone growing a </w:t>
      </w:r>
      <w:proofErr w:type="gramStart"/>
      <w:r>
        <w:rPr>
          <w:rFonts w:ascii="Garamond" w:hAnsi="Garamond"/>
          <w:sz w:val="24"/>
        </w:rPr>
        <w:t>service business</w:t>
      </w:r>
      <w:proofErr w:type="gramEnd"/>
      <w:r>
        <w:rPr>
          <w:rFonts w:ascii="Garamond" w:hAnsi="Garamond"/>
          <w:sz w:val="24"/>
        </w:rPr>
        <w:t xml:space="preserve"> part-time.</w:t>
      </w:r>
    </w:p>
    <w:p w14:paraId="7FC0B359" w14:textId="77777777" w:rsidR="001A5159" w:rsidRDefault="00000000">
      <w:r>
        <w:rPr>
          <w:rFonts w:ascii="Garamond" w:hAnsi="Garamond"/>
          <w:sz w:val="24"/>
        </w:rPr>
        <w:t>38. Rebuild My Identity as a Creator</w:t>
      </w:r>
    </w:p>
    <w:p w14:paraId="1EAD494E" w14:textId="77777777" w:rsidR="001A5159" w:rsidRDefault="00000000">
      <w:r>
        <w:rPr>
          <w:rFonts w:ascii="Garamond" w:hAnsi="Garamond"/>
          <w:sz w:val="24"/>
        </w:rPr>
        <w:t xml:space="preserve">Write </w:t>
      </w:r>
      <w:proofErr w:type="gramStart"/>
      <w:r>
        <w:rPr>
          <w:rFonts w:ascii="Garamond" w:hAnsi="Garamond"/>
          <w:sz w:val="24"/>
        </w:rPr>
        <w:t>a</w:t>
      </w:r>
      <w:proofErr w:type="gramEnd"/>
      <w:r>
        <w:rPr>
          <w:rFonts w:ascii="Garamond" w:hAnsi="Garamond"/>
          <w:sz w:val="24"/>
        </w:rPr>
        <w:t xml:space="preserve"> identity-shifting mindset script that helps me operate confidently as a creator and entrepreneur.</w:t>
      </w:r>
    </w:p>
    <w:p w14:paraId="78E2056E" w14:textId="77777777" w:rsidR="001A5159" w:rsidRDefault="00000000">
      <w:r>
        <w:rPr>
          <w:rFonts w:ascii="Garamond" w:hAnsi="Garamond"/>
          <w:sz w:val="24"/>
        </w:rPr>
        <w:t>39. Clarify My Vision</w:t>
      </w:r>
    </w:p>
    <w:p w14:paraId="11F753D6" w14:textId="77777777" w:rsidR="001A5159" w:rsidRDefault="00000000">
      <w:r>
        <w:rPr>
          <w:rFonts w:ascii="Garamond" w:hAnsi="Garamond"/>
          <w:sz w:val="24"/>
        </w:rPr>
        <w:t>Help me articulate a clear, motivating vision for my next 12 months as a digital entrepreneur.</w:t>
      </w:r>
    </w:p>
    <w:p w14:paraId="5857EA6B" w14:textId="77777777" w:rsidR="001A5159" w:rsidRDefault="00000000">
      <w:r>
        <w:rPr>
          <w:rFonts w:ascii="Garamond" w:hAnsi="Garamond"/>
          <w:sz w:val="24"/>
        </w:rPr>
        <w:t>40. Remove Limiting Beliefs</w:t>
      </w:r>
    </w:p>
    <w:p w14:paraId="3FC8F51F" w14:textId="77777777" w:rsidR="001A5159" w:rsidRDefault="00000000">
      <w:r>
        <w:rPr>
          <w:rFonts w:ascii="Garamond" w:hAnsi="Garamond"/>
          <w:sz w:val="24"/>
        </w:rPr>
        <w:t>List my likely limiting beliefs around and rewrite them into empowering beliefs.</w:t>
      </w:r>
    </w:p>
    <w:p w14:paraId="1B706F78" w14:textId="77777777" w:rsidR="001A5159" w:rsidRDefault="001A5159"/>
    <w:p w14:paraId="437113D4" w14:textId="77777777" w:rsidR="001A5159" w:rsidRDefault="00000000">
      <w:r>
        <w:rPr>
          <w:rFonts w:ascii="Garamond" w:hAnsi="Garamond"/>
          <w:sz w:val="24"/>
        </w:rPr>
        <w:t>RESULT: A Complete AI Execution System</w:t>
      </w:r>
    </w:p>
    <w:p w14:paraId="64127F8F" w14:textId="77777777" w:rsidR="001A5159" w:rsidRDefault="00000000">
      <w:r>
        <w:rPr>
          <w:rFonts w:ascii="Garamond" w:hAnsi="Garamond"/>
          <w:sz w:val="24"/>
        </w:rPr>
        <w:t>The reader now has:</w:t>
      </w:r>
    </w:p>
    <w:p w14:paraId="34B47F18" w14:textId="77777777" w:rsidR="001A5159" w:rsidRDefault="00000000">
      <w:r>
        <w:rPr>
          <w:rFonts w:ascii="Garamond" w:hAnsi="Garamond"/>
          <w:sz w:val="24"/>
        </w:rPr>
        <w:t>✔ Offer prompts</w:t>
      </w:r>
      <w:r>
        <w:rPr>
          <w:rFonts w:ascii="Garamond" w:hAnsi="Garamond"/>
          <w:sz w:val="24"/>
        </w:rPr>
        <w:br/>
        <w:t>✔ Content prompts</w:t>
      </w:r>
      <w:r>
        <w:rPr>
          <w:rFonts w:ascii="Garamond" w:hAnsi="Garamond"/>
          <w:sz w:val="24"/>
        </w:rPr>
        <w:br/>
        <w:t>✔ Systems prompts</w:t>
      </w:r>
      <w:r>
        <w:rPr>
          <w:rFonts w:ascii="Garamond" w:hAnsi="Garamond"/>
          <w:sz w:val="24"/>
        </w:rPr>
        <w:br/>
        <w:t>✔ SOP prompts</w:t>
      </w:r>
      <w:r>
        <w:rPr>
          <w:rFonts w:ascii="Garamond" w:hAnsi="Garamond"/>
          <w:sz w:val="24"/>
        </w:rPr>
        <w:br/>
        <w:t>✔ Copywriting prompts</w:t>
      </w:r>
      <w:r>
        <w:rPr>
          <w:rFonts w:ascii="Garamond" w:hAnsi="Garamond"/>
          <w:sz w:val="24"/>
        </w:rPr>
        <w:br/>
      </w:r>
      <w:r>
        <w:rPr>
          <w:rFonts w:ascii="Garamond" w:hAnsi="Garamond"/>
          <w:sz w:val="24"/>
        </w:rPr>
        <w:lastRenderedPageBreak/>
        <w:t>✔ Monetization prompts</w:t>
      </w:r>
      <w:r>
        <w:rPr>
          <w:rFonts w:ascii="Garamond" w:hAnsi="Garamond"/>
          <w:sz w:val="24"/>
        </w:rPr>
        <w:br/>
        <w:t>✔ Scaling prompts</w:t>
      </w:r>
      <w:r>
        <w:rPr>
          <w:rFonts w:ascii="Garamond" w:hAnsi="Garamond"/>
          <w:sz w:val="24"/>
        </w:rPr>
        <w:br/>
        <w:t>✔ Mindset prompts</w:t>
      </w:r>
    </w:p>
    <w:p w14:paraId="0B7C9603" w14:textId="77777777" w:rsidR="001A5159" w:rsidRDefault="00000000">
      <w:r>
        <w:rPr>
          <w:rFonts w:ascii="Garamond" w:hAnsi="Garamond"/>
          <w:sz w:val="24"/>
        </w:rPr>
        <w:t>Everything needed to implement any blueprint effectively.</w:t>
      </w:r>
    </w:p>
    <w:p w14:paraId="1676B65F" w14:textId="77777777" w:rsidR="00673185" w:rsidRDefault="00673185">
      <w:pPr>
        <w:sectPr w:rsidR="00673185" w:rsidSect="00034616">
          <w:pgSz w:w="12240" w:h="15840"/>
          <w:pgMar w:top="1440" w:right="1800" w:bottom="1440" w:left="1800" w:header="720" w:footer="720" w:gutter="0"/>
          <w:cols w:space="720"/>
          <w:docGrid w:linePitch="360"/>
        </w:sectPr>
      </w:pPr>
    </w:p>
    <w:p w14:paraId="45939FD8" w14:textId="77777777" w:rsidR="001A5159" w:rsidRDefault="001A5159"/>
    <w:p w14:paraId="4B68087F" w14:textId="77777777" w:rsidR="001A5159" w:rsidRPr="00E94EEA" w:rsidRDefault="00000000" w:rsidP="00E94EEA">
      <w:pPr>
        <w:pStyle w:val="Heading1"/>
        <w:rPr>
          <w:rFonts w:ascii="Garamond" w:hAnsi="Garamond"/>
          <w:color w:val="auto"/>
          <w:sz w:val="40"/>
          <w:szCs w:val="40"/>
        </w:rPr>
      </w:pPr>
      <w:bookmarkStart w:id="83" w:name="_Toc214830379"/>
      <w:r w:rsidRPr="00E94EEA">
        <w:rPr>
          <w:rFonts w:ascii="Garamond" w:hAnsi="Garamond"/>
          <w:color w:val="auto"/>
          <w:sz w:val="40"/>
          <w:szCs w:val="40"/>
        </w:rPr>
        <w:t>BONUS #4 — THE AI INCOME STACKING GUIDE</w:t>
      </w:r>
      <w:bookmarkEnd w:id="83"/>
    </w:p>
    <w:p w14:paraId="711AC09B" w14:textId="77777777" w:rsidR="001A5159" w:rsidRPr="00E94EEA" w:rsidRDefault="00000000" w:rsidP="00E94EEA">
      <w:pPr>
        <w:pStyle w:val="Heading2"/>
        <w:rPr>
          <w:rFonts w:ascii="Garamond" w:hAnsi="Garamond"/>
          <w:color w:val="auto"/>
          <w:sz w:val="28"/>
          <w:szCs w:val="28"/>
        </w:rPr>
      </w:pPr>
      <w:bookmarkStart w:id="84" w:name="_Toc214830380"/>
      <w:r w:rsidRPr="00E94EEA">
        <w:rPr>
          <w:rFonts w:ascii="Garamond" w:hAnsi="Garamond"/>
          <w:color w:val="auto"/>
          <w:sz w:val="28"/>
          <w:szCs w:val="28"/>
        </w:rPr>
        <w:t xml:space="preserve">(How to Combine Multiple Blueprints </w:t>
      </w:r>
      <w:proofErr w:type="gramStart"/>
      <w:r w:rsidRPr="00E94EEA">
        <w:rPr>
          <w:rFonts w:ascii="Garamond" w:hAnsi="Garamond"/>
          <w:color w:val="auto"/>
          <w:sz w:val="28"/>
          <w:szCs w:val="28"/>
        </w:rPr>
        <w:t>Into</w:t>
      </w:r>
      <w:proofErr w:type="gramEnd"/>
      <w:r w:rsidRPr="00E94EEA">
        <w:rPr>
          <w:rFonts w:ascii="Garamond" w:hAnsi="Garamond"/>
          <w:color w:val="auto"/>
          <w:sz w:val="28"/>
          <w:szCs w:val="28"/>
        </w:rPr>
        <w:t xml:space="preserve"> a Multi-Stream AI Income System)</w:t>
      </w:r>
      <w:bookmarkEnd w:id="84"/>
    </w:p>
    <w:p w14:paraId="2A5BFDA9" w14:textId="77777777" w:rsidR="001A5159" w:rsidRDefault="00000000">
      <w:r>
        <w:rPr>
          <w:rFonts w:ascii="Garamond" w:hAnsi="Garamond"/>
          <w:sz w:val="24"/>
        </w:rPr>
        <w:t>One blueprint can create income.</w:t>
      </w:r>
      <w:r>
        <w:rPr>
          <w:rFonts w:ascii="Garamond" w:hAnsi="Garamond"/>
          <w:sz w:val="24"/>
        </w:rPr>
        <w:br/>
        <w:t>Two or three can build momentum.</w:t>
      </w:r>
      <w:r>
        <w:rPr>
          <w:rFonts w:ascii="Garamond" w:hAnsi="Garamond"/>
          <w:sz w:val="24"/>
        </w:rPr>
        <w:br/>
        <w:t>But stacking the right blueprints together can unlock true financial stability and exponential growth.</w:t>
      </w:r>
    </w:p>
    <w:p w14:paraId="261EFFE8" w14:textId="77777777" w:rsidR="001A5159" w:rsidRDefault="00000000">
      <w:r>
        <w:rPr>
          <w:rFonts w:ascii="Garamond" w:hAnsi="Garamond"/>
          <w:sz w:val="24"/>
        </w:rPr>
        <w:t>This bonus teaches readers how to combine skills, systems, and services into a full AI-powered income ecosystem—without burning out, complicating their workflow, or trying to do everything at once.</w:t>
      </w:r>
    </w:p>
    <w:p w14:paraId="0E4C3403" w14:textId="77777777" w:rsidR="001A5159" w:rsidRDefault="00000000">
      <w:r>
        <w:rPr>
          <w:rFonts w:ascii="Garamond" w:hAnsi="Garamond"/>
          <w:sz w:val="24"/>
        </w:rPr>
        <w:t>Income stacking is NOT about working harder.</w:t>
      </w:r>
      <w:r>
        <w:rPr>
          <w:rFonts w:ascii="Garamond" w:hAnsi="Garamond"/>
          <w:sz w:val="24"/>
        </w:rPr>
        <w:br/>
        <w:t>It’s about combining:</w:t>
      </w:r>
    </w:p>
    <w:p w14:paraId="1C740A91" w14:textId="77777777" w:rsidR="001A5159" w:rsidRDefault="00000000">
      <w:r>
        <w:rPr>
          <w:rFonts w:ascii="Garamond" w:hAnsi="Garamond"/>
          <w:sz w:val="24"/>
        </w:rPr>
        <w:t>automation</w:t>
      </w:r>
    </w:p>
    <w:p w14:paraId="2AC62E59" w14:textId="77777777" w:rsidR="001A5159" w:rsidRDefault="00000000">
      <w:r>
        <w:rPr>
          <w:rFonts w:ascii="Garamond" w:hAnsi="Garamond"/>
          <w:sz w:val="24"/>
        </w:rPr>
        <w:t>systems</w:t>
      </w:r>
    </w:p>
    <w:p w14:paraId="0FECE5BA" w14:textId="77777777" w:rsidR="001A5159" w:rsidRDefault="00000000">
      <w:r>
        <w:rPr>
          <w:rFonts w:ascii="Garamond" w:hAnsi="Garamond"/>
          <w:sz w:val="24"/>
        </w:rPr>
        <w:t>digital assets</w:t>
      </w:r>
    </w:p>
    <w:p w14:paraId="0E35B86F" w14:textId="77777777" w:rsidR="001A5159" w:rsidRDefault="00000000">
      <w:r>
        <w:rPr>
          <w:rFonts w:ascii="Garamond" w:hAnsi="Garamond"/>
          <w:sz w:val="24"/>
        </w:rPr>
        <w:t>recurring services</w:t>
      </w:r>
    </w:p>
    <w:p w14:paraId="3DF14614" w14:textId="77777777" w:rsidR="001A5159" w:rsidRDefault="00000000">
      <w:r>
        <w:rPr>
          <w:rFonts w:ascii="Garamond" w:hAnsi="Garamond"/>
          <w:sz w:val="24"/>
        </w:rPr>
        <w:t>scalable products</w:t>
      </w:r>
    </w:p>
    <w:p w14:paraId="6C1A393E" w14:textId="77777777" w:rsidR="001A5159" w:rsidRDefault="00000000">
      <w:r>
        <w:rPr>
          <w:rFonts w:ascii="Garamond" w:hAnsi="Garamond"/>
          <w:sz w:val="24"/>
        </w:rPr>
        <w:t>authority</w:t>
      </w:r>
    </w:p>
    <w:p w14:paraId="4512E068" w14:textId="77777777" w:rsidR="001A5159" w:rsidRDefault="00000000">
      <w:r>
        <w:rPr>
          <w:rFonts w:ascii="Garamond" w:hAnsi="Garamond"/>
          <w:sz w:val="24"/>
        </w:rPr>
        <w:t>content</w:t>
      </w:r>
    </w:p>
    <w:p w14:paraId="0037CA61" w14:textId="77777777" w:rsidR="001A5159" w:rsidRDefault="00000000">
      <w:r>
        <w:rPr>
          <w:rFonts w:ascii="Garamond" w:hAnsi="Garamond"/>
          <w:sz w:val="24"/>
        </w:rPr>
        <w:t>…into a self-reinforcing income engine.</w:t>
      </w:r>
    </w:p>
    <w:p w14:paraId="775BA17C" w14:textId="77777777" w:rsidR="001A5159" w:rsidRDefault="001A5159"/>
    <w:p w14:paraId="114EFF5F" w14:textId="77777777" w:rsidR="001A5159" w:rsidRDefault="00000000">
      <w:r>
        <w:rPr>
          <w:rFonts w:ascii="Garamond" w:hAnsi="Garamond"/>
          <w:sz w:val="24"/>
        </w:rPr>
        <w:t>THE AI INCOME STACKING FRAMEWORK</w:t>
      </w:r>
    </w:p>
    <w:p w14:paraId="1EA7A1FA" w14:textId="77777777" w:rsidR="001A5159" w:rsidRDefault="00000000">
      <w:r>
        <w:rPr>
          <w:rFonts w:ascii="Garamond" w:hAnsi="Garamond"/>
          <w:sz w:val="24"/>
        </w:rPr>
        <w:t>This framework uses a 3-Layer Income System that works for beginners and professionals alike.</w:t>
      </w:r>
    </w:p>
    <w:p w14:paraId="1FFDABB8" w14:textId="77777777" w:rsidR="001A5159" w:rsidRDefault="001A5159"/>
    <w:p w14:paraId="61B178A6" w14:textId="77777777" w:rsidR="001A5159" w:rsidRDefault="00000000">
      <w:r>
        <w:rPr>
          <w:rFonts w:ascii="Garamond" w:hAnsi="Garamond"/>
          <w:sz w:val="24"/>
        </w:rPr>
        <w:t>LAYER 1 — CORE INCOME (Your Main Blueprint)</w:t>
      </w:r>
    </w:p>
    <w:p w14:paraId="706E6B18" w14:textId="77777777" w:rsidR="001A5159" w:rsidRDefault="00000000">
      <w:r>
        <w:rPr>
          <w:rFonts w:ascii="Garamond" w:hAnsi="Garamond"/>
          <w:sz w:val="24"/>
        </w:rPr>
        <w:lastRenderedPageBreak/>
        <w:t>Your primary money-maker.</w:t>
      </w:r>
    </w:p>
    <w:p w14:paraId="570F5C0C" w14:textId="77777777" w:rsidR="001A5159" w:rsidRDefault="00000000">
      <w:r>
        <w:rPr>
          <w:rFonts w:ascii="Garamond" w:hAnsi="Garamond"/>
          <w:sz w:val="24"/>
        </w:rPr>
        <w:t>This is ONE blueprint:</w:t>
      </w:r>
    </w:p>
    <w:p w14:paraId="034B1A98" w14:textId="77777777" w:rsidR="001A5159" w:rsidRDefault="00000000">
      <w:r>
        <w:rPr>
          <w:rFonts w:ascii="Garamond" w:hAnsi="Garamond"/>
          <w:sz w:val="24"/>
        </w:rPr>
        <w:t>your service</w:t>
      </w:r>
    </w:p>
    <w:p w14:paraId="7347F1B6" w14:textId="77777777" w:rsidR="001A5159" w:rsidRDefault="00000000">
      <w:r>
        <w:rPr>
          <w:rFonts w:ascii="Garamond" w:hAnsi="Garamond"/>
          <w:sz w:val="24"/>
        </w:rPr>
        <w:t>your main offer</w:t>
      </w:r>
    </w:p>
    <w:p w14:paraId="2A10D1AD" w14:textId="77777777" w:rsidR="001A5159" w:rsidRDefault="00000000">
      <w:r>
        <w:rPr>
          <w:rFonts w:ascii="Garamond" w:hAnsi="Garamond"/>
          <w:sz w:val="24"/>
        </w:rPr>
        <w:t>your core delivery system</w:t>
      </w:r>
    </w:p>
    <w:p w14:paraId="62489C4F" w14:textId="77777777" w:rsidR="001A5159" w:rsidRDefault="00000000">
      <w:r>
        <w:rPr>
          <w:rFonts w:ascii="Garamond" w:hAnsi="Garamond"/>
          <w:sz w:val="24"/>
        </w:rPr>
        <w:t>Examples:</w:t>
      </w:r>
    </w:p>
    <w:p w14:paraId="16A160F6" w14:textId="77777777" w:rsidR="001A5159" w:rsidRPr="00673185" w:rsidRDefault="00000000" w:rsidP="00E94EEA">
      <w:pPr>
        <w:rPr>
          <w:sz w:val="24"/>
          <w:szCs w:val="24"/>
        </w:rPr>
      </w:pPr>
      <w:r w:rsidRPr="00673185">
        <w:rPr>
          <w:rFonts w:ascii="Garamond" w:hAnsi="Garamond"/>
          <w:b/>
          <w:sz w:val="24"/>
          <w:szCs w:val="24"/>
        </w:rPr>
        <w:t>Blueprint 2 (Short-Form Editing)</w:t>
      </w:r>
    </w:p>
    <w:p w14:paraId="4811842D" w14:textId="77777777" w:rsidR="001A5159" w:rsidRPr="00673185" w:rsidRDefault="00000000" w:rsidP="00E94EEA">
      <w:pPr>
        <w:rPr>
          <w:sz w:val="24"/>
          <w:szCs w:val="24"/>
        </w:rPr>
      </w:pPr>
      <w:r w:rsidRPr="00673185">
        <w:rPr>
          <w:rFonts w:ascii="Garamond" w:hAnsi="Garamond"/>
          <w:b/>
          <w:sz w:val="24"/>
          <w:szCs w:val="24"/>
        </w:rPr>
        <w:t>Blueprint 6 (SEO Blog Writing)</w:t>
      </w:r>
    </w:p>
    <w:p w14:paraId="63087EC6" w14:textId="77777777" w:rsidR="001A5159" w:rsidRPr="00673185" w:rsidRDefault="00000000" w:rsidP="00E94EEA">
      <w:pPr>
        <w:rPr>
          <w:sz w:val="24"/>
          <w:szCs w:val="24"/>
        </w:rPr>
      </w:pPr>
      <w:r w:rsidRPr="00673185">
        <w:rPr>
          <w:rFonts w:ascii="Garamond" w:hAnsi="Garamond"/>
          <w:b/>
          <w:sz w:val="24"/>
          <w:szCs w:val="24"/>
        </w:rPr>
        <w:t>Blueprint 17 (Course Creation)</w:t>
      </w:r>
    </w:p>
    <w:p w14:paraId="57F45642" w14:textId="77777777" w:rsidR="001A5159" w:rsidRPr="00673185" w:rsidRDefault="00000000" w:rsidP="00E94EEA">
      <w:pPr>
        <w:rPr>
          <w:sz w:val="24"/>
          <w:szCs w:val="24"/>
        </w:rPr>
      </w:pPr>
      <w:r w:rsidRPr="00673185">
        <w:rPr>
          <w:rFonts w:ascii="Garamond" w:hAnsi="Garamond"/>
          <w:b/>
          <w:sz w:val="24"/>
          <w:szCs w:val="24"/>
        </w:rPr>
        <w:t>Blueprint 31 (Client Onboarding Systems)</w:t>
      </w:r>
    </w:p>
    <w:p w14:paraId="539E0422" w14:textId="77777777" w:rsidR="001A5159" w:rsidRPr="00673185" w:rsidRDefault="00000000" w:rsidP="00E94EEA">
      <w:pPr>
        <w:rPr>
          <w:sz w:val="24"/>
          <w:szCs w:val="24"/>
        </w:rPr>
      </w:pPr>
      <w:r w:rsidRPr="00673185">
        <w:rPr>
          <w:rFonts w:ascii="Garamond" w:hAnsi="Garamond"/>
          <w:b/>
          <w:sz w:val="24"/>
          <w:szCs w:val="24"/>
        </w:rPr>
        <w:t>Blueprint 35 (CustomGPT Builder)</w:t>
      </w:r>
    </w:p>
    <w:p w14:paraId="7011643D" w14:textId="77777777" w:rsidR="001A5159" w:rsidRDefault="00000000">
      <w:r>
        <w:rPr>
          <w:rFonts w:ascii="Garamond" w:hAnsi="Garamond"/>
          <w:sz w:val="24"/>
        </w:rPr>
        <w:t>Your core blueprint creates:</w:t>
      </w:r>
    </w:p>
    <w:p w14:paraId="663F7AD5" w14:textId="77777777" w:rsidR="001A5159" w:rsidRDefault="00000000">
      <w:r>
        <w:rPr>
          <w:rFonts w:ascii="Garamond" w:hAnsi="Garamond"/>
          <w:sz w:val="24"/>
        </w:rPr>
        <w:t>your foundational cash flow</w:t>
      </w:r>
    </w:p>
    <w:p w14:paraId="2C583531" w14:textId="77777777" w:rsidR="001A5159" w:rsidRDefault="00000000">
      <w:r>
        <w:rPr>
          <w:rFonts w:ascii="Garamond" w:hAnsi="Garamond"/>
          <w:sz w:val="24"/>
        </w:rPr>
        <w:t>your first clients</w:t>
      </w:r>
    </w:p>
    <w:p w14:paraId="4EFD5D49" w14:textId="77777777" w:rsidR="001A5159" w:rsidRDefault="00000000">
      <w:proofErr w:type="gramStart"/>
      <w:r>
        <w:rPr>
          <w:rFonts w:ascii="Garamond" w:hAnsi="Garamond"/>
          <w:sz w:val="24"/>
        </w:rPr>
        <w:t>your</w:t>
      </w:r>
      <w:proofErr w:type="gramEnd"/>
      <w:r>
        <w:rPr>
          <w:rFonts w:ascii="Garamond" w:hAnsi="Garamond"/>
          <w:sz w:val="24"/>
        </w:rPr>
        <w:t xml:space="preserve"> early testimonials</w:t>
      </w:r>
    </w:p>
    <w:p w14:paraId="68F0941B" w14:textId="77777777" w:rsidR="001A5159" w:rsidRDefault="00000000">
      <w:proofErr w:type="gramStart"/>
      <w:r>
        <w:rPr>
          <w:rFonts w:ascii="Garamond" w:hAnsi="Garamond"/>
          <w:sz w:val="24"/>
        </w:rPr>
        <w:t>your</w:t>
      </w:r>
      <w:proofErr w:type="gramEnd"/>
      <w:r>
        <w:rPr>
          <w:rFonts w:ascii="Garamond" w:hAnsi="Garamond"/>
          <w:sz w:val="24"/>
        </w:rPr>
        <w:t xml:space="preserve"> initial confidence</w:t>
      </w:r>
    </w:p>
    <w:p w14:paraId="706EC0CC" w14:textId="77777777" w:rsidR="001A5159" w:rsidRDefault="00000000">
      <w:proofErr w:type="gramStart"/>
      <w:r>
        <w:rPr>
          <w:rFonts w:ascii="Garamond" w:hAnsi="Garamond"/>
          <w:sz w:val="24"/>
        </w:rPr>
        <w:t>your</w:t>
      </w:r>
      <w:proofErr w:type="gramEnd"/>
      <w:r>
        <w:rPr>
          <w:rFonts w:ascii="Garamond" w:hAnsi="Garamond"/>
          <w:sz w:val="24"/>
        </w:rPr>
        <w:t xml:space="preserve"> learning environment</w:t>
      </w:r>
    </w:p>
    <w:p w14:paraId="63E74F03" w14:textId="77777777" w:rsidR="001A5159" w:rsidRDefault="00000000">
      <w:r>
        <w:rPr>
          <w:rFonts w:ascii="Garamond" w:hAnsi="Garamond"/>
          <w:sz w:val="24"/>
        </w:rPr>
        <w:t>This is the engine of the machine.</w:t>
      </w:r>
    </w:p>
    <w:p w14:paraId="3BCF1E80" w14:textId="77777777" w:rsidR="001A5159" w:rsidRDefault="001A5159"/>
    <w:p w14:paraId="13D1EA5F" w14:textId="77777777" w:rsidR="001A5159" w:rsidRDefault="00000000">
      <w:r>
        <w:rPr>
          <w:rFonts w:ascii="Garamond" w:hAnsi="Garamond"/>
          <w:sz w:val="24"/>
        </w:rPr>
        <w:t>LAYER 2 — SUPPORTING INCOME (Add-On Blueprints)</w:t>
      </w:r>
    </w:p>
    <w:p w14:paraId="7718F821" w14:textId="77777777" w:rsidR="001A5159" w:rsidRDefault="00000000">
      <w:r>
        <w:rPr>
          <w:rFonts w:ascii="Garamond" w:hAnsi="Garamond"/>
          <w:sz w:val="24"/>
        </w:rPr>
        <w:t>These are the blueprints that pair naturally with your main offer to increase:</w:t>
      </w:r>
    </w:p>
    <w:p w14:paraId="13F3FDFB" w14:textId="77777777" w:rsidR="001A5159" w:rsidRDefault="00000000">
      <w:r>
        <w:rPr>
          <w:rFonts w:ascii="Garamond" w:hAnsi="Garamond"/>
          <w:sz w:val="24"/>
        </w:rPr>
        <w:t>retention</w:t>
      </w:r>
    </w:p>
    <w:p w14:paraId="1263408E" w14:textId="77777777" w:rsidR="001A5159" w:rsidRDefault="00000000">
      <w:r>
        <w:rPr>
          <w:rFonts w:ascii="Garamond" w:hAnsi="Garamond"/>
          <w:sz w:val="24"/>
        </w:rPr>
        <w:t>revenue per client</w:t>
      </w:r>
    </w:p>
    <w:p w14:paraId="04B04E2C" w14:textId="77777777" w:rsidR="001A5159" w:rsidRDefault="00000000">
      <w:r>
        <w:rPr>
          <w:rFonts w:ascii="Garamond" w:hAnsi="Garamond"/>
          <w:sz w:val="24"/>
        </w:rPr>
        <w:t>total value</w:t>
      </w:r>
    </w:p>
    <w:p w14:paraId="7AB3A581" w14:textId="77777777" w:rsidR="001A5159" w:rsidRDefault="00000000">
      <w:r>
        <w:rPr>
          <w:rFonts w:ascii="Garamond" w:hAnsi="Garamond"/>
          <w:sz w:val="24"/>
        </w:rPr>
        <w:t>upsells</w:t>
      </w:r>
    </w:p>
    <w:p w14:paraId="58E1368E" w14:textId="77777777" w:rsidR="001A5159" w:rsidRDefault="00000000">
      <w:r>
        <w:rPr>
          <w:rFonts w:ascii="Garamond" w:hAnsi="Garamond"/>
          <w:sz w:val="24"/>
        </w:rPr>
        <w:lastRenderedPageBreak/>
        <w:t>recurring payments</w:t>
      </w:r>
    </w:p>
    <w:p w14:paraId="52F6C69E" w14:textId="77777777" w:rsidR="001A5159" w:rsidRDefault="00000000">
      <w:r>
        <w:rPr>
          <w:rFonts w:ascii="Garamond" w:hAnsi="Garamond"/>
          <w:sz w:val="24"/>
        </w:rPr>
        <w:t>Examples:</w:t>
      </w:r>
    </w:p>
    <w:p w14:paraId="602E7DDA" w14:textId="77777777" w:rsidR="001A5159" w:rsidRDefault="00000000">
      <w:r>
        <w:rPr>
          <w:rFonts w:ascii="Garamond" w:hAnsi="Garamond"/>
          <w:sz w:val="24"/>
        </w:rPr>
        <w:t>If your core is Short-Form Editing, add:</w:t>
      </w:r>
    </w:p>
    <w:p w14:paraId="729F07F5" w14:textId="77777777" w:rsidR="001A5159" w:rsidRPr="00673185" w:rsidRDefault="00000000" w:rsidP="00E94EEA">
      <w:pPr>
        <w:rPr>
          <w:sz w:val="24"/>
          <w:szCs w:val="24"/>
        </w:rPr>
      </w:pPr>
      <w:r w:rsidRPr="00673185">
        <w:rPr>
          <w:rFonts w:ascii="Garamond" w:hAnsi="Garamond"/>
          <w:b/>
          <w:sz w:val="24"/>
          <w:szCs w:val="24"/>
        </w:rPr>
        <w:t>Blueprint 5 — Captions &amp; Copy</w:t>
      </w:r>
    </w:p>
    <w:p w14:paraId="5A013431" w14:textId="77777777" w:rsidR="001A5159" w:rsidRPr="00673185" w:rsidRDefault="00000000" w:rsidP="00E94EEA">
      <w:pPr>
        <w:rPr>
          <w:sz w:val="24"/>
          <w:szCs w:val="24"/>
        </w:rPr>
      </w:pPr>
      <w:r w:rsidRPr="00673185">
        <w:rPr>
          <w:rFonts w:ascii="Garamond" w:hAnsi="Garamond"/>
          <w:b/>
          <w:sz w:val="24"/>
          <w:szCs w:val="24"/>
        </w:rPr>
        <w:t>Blueprint 11 — Content Calendars</w:t>
      </w:r>
    </w:p>
    <w:p w14:paraId="7B3C351B" w14:textId="77777777" w:rsidR="001A5159" w:rsidRPr="00673185" w:rsidRDefault="00000000" w:rsidP="00E94EEA">
      <w:pPr>
        <w:rPr>
          <w:sz w:val="24"/>
          <w:szCs w:val="24"/>
        </w:rPr>
      </w:pPr>
      <w:r w:rsidRPr="00673185">
        <w:rPr>
          <w:rFonts w:ascii="Garamond" w:hAnsi="Garamond"/>
          <w:b/>
          <w:sz w:val="24"/>
          <w:szCs w:val="24"/>
        </w:rPr>
        <w:t>Blueprint 27 — Repurposing Engine</w:t>
      </w:r>
    </w:p>
    <w:p w14:paraId="4FCE4FEF" w14:textId="77777777" w:rsidR="001A5159" w:rsidRPr="00673185" w:rsidRDefault="00000000">
      <w:pPr>
        <w:rPr>
          <w:sz w:val="24"/>
          <w:szCs w:val="24"/>
        </w:rPr>
      </w:pPr>
      <w:r w:rsidRPr="00673185">
        <w:rPr>
          <w:rFonts w:ascii="Garamond" w:hAnsi="Garamond"/>
          <w:sz w:val="24"/>
          <w:szCs w:val="24"/>
        </w:rPr>
        <w:t>If your core is SEO Writing, add:</w:t>
      </w:r>
    </w:p>
    <w:p w14:paraId="38DD58DE" w14:textId="77777777" w:rsidR="001A5159" w:rsidRPr="00673185" w:rsidRDefault="00000000" w:rsidP="00E94EEA">
      <w:pPr>
        <w:rPr>
          <w:sz w:val="24"/>
          <w:szCs w:val="24"/>
        </w:rPr>
      </w:pPr>
      <w:r w:rsidRPr="00673185">
        <w:rPr>
          <w:rFonts w:ascii="Garamond" w:hAnsi="Garamond"/>
          <w:b/>
          <w:sz w:val="24"/>
          <w:szCs w:val="24"/>
        </w:rPr>
        <w:t>Blueprint 14 — Landing Page Copy</w:t>
      </w:r>
    </w:p>
    <w:p w14:paraId="1EA71CB5" w14:textId="77777777" w:rsidR="001A5159" w:rsidRPr="00673185" w:rsidRDefault="00000000" w:rsidP="00E94EEA">
      <w:pPr>
        <w:rPr>
          <w:sz w:val="24"/>
          <w:szCs w:val="24"/>
        </w:rPr>
      </w:pPr>
      <w:r w:rsidRPr="00673185">
        <w:rPr>
          <w:rFonts w:ascii="Garamond" w:hAnsi="Garamond"/>
          <w:b/>
          <w:sz w:val="24"/>
          <w:szCs w:val="24"/>
        </w:rPr>
        <w:t>Blueprint 23 — Brand Messaging</w:t>
      </w:r>
    </w:p>
    <w:p w14:paraId="0C05205A" w14:textId="77777777" w:rsidR="001A5159" w:rsidRPr="00673185" w:rsidRDefault="00000000" w:rsidP="00E94EEA">
      <w:pPr>
        <w:rPr>
          <w:sz w:val="24"/>
          <w:szCs w:val="24"/>
        </w:rPr>
      </w:pPr>
      <w:r w:rsidRPr="00673185">
        <w:rPr>
          <w:rFonts w:ascii="Garamond" w:hAnsi="Garamond"/>
          <w:b/>
          <w:sz w:val="24"/>
          <w:szCs w:val="24"/>
        </w:rPr>
        <w:t>Blueprint 32 — SOP Builder for blog workflows</w:t>
      </w:r>
    </w:p>
    <w:p w14:paraId="3BB6D2F2" w14:textId="77777777" w:rsidR="001A5159" w:rsidRPr="00673185" w:rsidRDefault="00000000">
      <w:pPr>
        <w:rPr>
          <w:sz w:val="24"/>
          <w:szCs w:val="24"/>
        </w:rPr>
      </w:pPr>
      <w:r w:rsidRPr="00673185">
        <w:rPr>
          <w:rFonts w:ascii="Garamond" w:hAnsi="Garamond"/>
          <w:sz w:val="24"/>
          <w:szCs w:val="24"/>
        </w:rPr>
        <w:t>If your core is CustomGPT Builder, add:</w:t>
      </w:r>
    </w:p>
    <w:p w14:paraId="6FC754DE" w14:textId="77777777" w:rsidR="001A5159" w:rsidRPr="00673185" w:rsidRDefault="00000000" w:rsidP="00E94EEA">
      <w:pPr>
        <w:rPr>
          <w:sz w:val="24"/>
          <w:szCs w:val="24"/>
        </w:rPr>
      </w:pPr>
      <w:r w:rsidRPr="00673185">
        <w:rPr>
          <w:rFonts w:ascii="Garamond" w:hAnsi="Garamond"/>
          <w:b/>
          <w:sz w:val="24"/>
          <w:szCs w:val="24"/>
        </w:rPr>
        <w:t>Blueprint 31 — Automation Setup</w:t>
      </w:r>
    </w:p>
    <w:p w14:paraId="4D0FC960" w14:textId="77777777" w:rsidR="001A5159" w:rsidRPr="00673185" w:rsidRDefault="00000000" w:rsidP="00E94EEA">
      <w:pPr>
        <w:rPr>
          <w:sz w:val="24"/>
          <w:szCs w:val="24"/>
        </w:rPr>
      </w:pPr>
      <w:r w:rsidRPr="00673185">
        <w:rPr>
          <w:rFonts w:ascii="Garamond" w:hAnsi="Garamond"/>
          <w:b/>
          <w:sz w:val="24"/>
          <w:szCs w:val="24"/>
        </w:rPr>
        <w:t>Blueprint 32 — SOP + Knowledge Base</w:t>
      </w:r>
    </w:p>
    <w:p w14:paraId="71AD441C" w14:textId="77777777" w:rsidR="001A5159" w:rsidRPr="00673185" w:rsidRDefault="00000000" w:rsidP="00E94EEA">
      <w:pPr>
        <w:rPr>
          <w:sz w:val="24"/>
          <w:szCs w:val="24"/>
        </w:rPr>
      </w:pPr>
      <w:r w:rsidRPr="00673185">
        <w:rPr>
          <w:rFonts w:ascii="Garamond" w:hAnsi="Garamond"/>
          <w:b/>
          <w:sz w:val="24"/>
          <w:szCs w:val="24"/>
        </w:rPr>
        <w:t>Blueprint 33 — Business Strategy</w:t>
      </w:r>
    </w:p>
    <w:p w14:paraId="1F1AD704" w14:textId="77777777" w:rsidR="001A5159" w:rsidRPr="00673185" w:rsidRDefault="00000000" w:rsidP="00E94EEA">
      <w:pPr>
        <w:rPr>
          <w:sz w:val="24"/>
          <w:szCs w:val="24"/>
        </w:rPr>
      </w:pPr>
      <w:r w:rsidRPr="00673185">
        <w:rPr>
          <w:rFonts w:ascii="Garamond" w:hAnsi="Garamond"/>
          <w:b/>
          <w:sz w:val="24"/>
          <w:szCs w:val="24"/>
        </w:rPr>
        <w:t>Blueprint 34 — Offer Upgrades</w:t>
      </w:r>
    </w:p>
    <w:p w14:paraId="63B77D35" w14:textId="77777777" w:rsidR="001A5159" w:rsidRDefault="00000000">
      <w:r>
        <w:rPr>
          <w:rFonts w:ascii="Garamond" w:hAnsi="Garamond"/>
          <w:sz w:val="24"/>
        </w:rPr>
        <w:t>This layer amplifies the core and increases income without additional marketing.</w:t>
      </w:r>
    </w:p>
    <w:p w14:paraId="114B4268" w14:textId="77777777" w:rsidR="001A5159" w:rsidRDefault="001A5159"/>
    <w:p w14:paraId="0F3F55B1" w14:textId="77777777" w:rsidR="001A5159" w:rsidRDefault="00000000">
      <w:r>
        <w:rPr>
          <w:rFonts w:ascii="Garamond" w:hAnsi="Garamond"/>
          <w:sz w:val="24"/>
        </w:rPr>
        <w:t>LAYER 3 — SCALABLE INCOME (Digital Assets &amp; Automation)</w:t>
      </w:r>
    </w:p>
    <w:p w14:paraId="0BC72CD6" w14:textId="77777777" w:rsidR="001A5159" w:rsidRDefault="00000000">
      <w:r>
        <w:rPr>
          <w:rFonts w:ascii="Garamond" w:hAnsi="Garamond"/>
          <w:sz w:val="24"/>
        </w:rPr>
        <w:t>This layer builds long-term, hands-off income streams.</w:t>
      </w:r>
    </w:p>
    <w:p w14:paraId="730FD6CB" w14:textId="77777777" w:rsidR="001A5159" w:rsidRDefault="00000000">
      <w:r>
        <w:rPr>
          <w:rFonts w:ascii="Garamond" w:hAnsi="Garamond"/>
          <w:sz w:val="24"/>
        </w:rPr>
        <w:t>Examples:</w:t>
      </w:r>
    </w:p>
    <w:p w14:paraId="41B02DC5" w14:textId="77777777" w:rsidR="001A5159" w:rsidRDefault="00000000">
      <w:r>
        <w:rPr>
          <w:rFonts w:ascii="Garamond" w:hAnsi="Garamond"/>
          <w:sz w:val="24"/>
        </w:rPr>
        <w:t>template packs (Blueprint 29)</w:t>
      </w:r>
    </w:p>
    <w:p w14:paraId="1ED8BA81" w14:textId="77777777" w:rsidR="001A5159" w:rsidRDefault="00000000">
      <w:proofErr w:type="gramStart"/>
      <w:r>
        <w:rPr>
          <w:rFonts w:ascii="Garamond" w:hAnsi="Garamond"/>
          <w:sz w:val="24"/>
        </w:rPr>
        <w:t>mini-courses</w:t>
      </w:r>
      <w:proofErr w:type="gramEnd"/>
      <w:r>
        <w:rPr>
          <w:rFonts w:ascii="Garamond" w:hAnsi="Garamond"/>
          <w:sz w:val="24"/>
        </w:rPr>
        <w:t xml:space="preserve"> (Blueprint 30 or 17)</w:t>
      </w:r>
    </w:p>
    <w:p w14:paraId="7B77BBD4" w14:textId="77777777" w:rsidR="001A5159" w:rsidRDefault="00000000">
      <w:r>
        <w:rPr>
          <w:rFonts w:ascii="Garamond" w:hAnsi="Garamond"/>
          <w:sz w:val="24"/>
        </w:rPr>
        <w:t>prompts bundles (Bonus #3)</w:t>
      </w:r>
    </w:p>
    <w:p w14:paraId="3B6DB378" w14:textId="77777777" w:rsidR="001A5159" w:rsidRDefault="00000000">
      <w:r>
        <w:rPr>
          <w:rFonts w:ascii="Garamond" w:hAnsi="Garamond"/>
          <w:sz w:val="24"/>
        </w:rPr>
        <w:t>AI tools guides (Bonus #1)</w:t>
      </w:r>
    </w:p>
    <w:p w14:paraId="7A8ADB61" w14:textId="77777777" w:rsidR="001A5159" w:rsidRDefault="00000000">
      <w:r>
        <w:rPr>
          <w:rFonts w:ascii="Garamond" w:hAnsi="Garamond"/>
          <w:sz w:val="24"/>
        </w:rPr>
        <w:t>ebooks (Blueprint 22)</w:t>
      </w:r>
    </w:p>
    <w:p w14:paraId="3C0F21CF" w14:textId="77777777" w:rsidR="001A5159" w:rsidRDefault="00000000">
      <w:r>
        <w:rPr>
          <w:rFonts w:ascii="Garamond" w:hAnsi="Garamond"/>
          <w:sz w:val="24"/>
        </w:rPr>
        <w:lastRenderedPageBreak/>
        <w:t>lead magnets that grow an audience</w:t>
      </w:r>
    </w:p>
    <w:p w14:paraId="2B90C88F" w14:textId="77777777" w:rsidR="001A5159" w:rsidRDefault="00000000">
      <w:r>
        <w:rPr>
          <w:rFonts w:ascii="Garamond" w:hAnsi="Garamond"/>
          <w:sz w:val="24"/>
        </w:rPr>
        <w:t>automated funnels</w:t>
      </w:r>
    </w:p>
    <w:p w14:paraId="6C6ADEED" w14:textId="77777777" w:rsidR="001A5159" w:rsidRDefault="00000000">
      <w:r>
        <w:rPr>
          <w:rFonts w:ascii="Garamond" w:hAnsi="Garamond"/>
          <w:sz w:val="24"/>
        </w:rPr>
        <w:t xml:space="preserve">paid </w:t>
      </w:r>
      <w:proofErr w:type="gramStart"/>
      <w:r>
        <w:rPr>
          <w:rFonts w:ascii="Garamond" w:hAnsi="Garamond"/>
          <w:sz w:val="24"/>
        </w:rPr>
        <w:t>communities</w:t>
      </w:r>
      <w:proofErr w:type="gramEnd"/>
    </w:p>
    <w:p w14:paraId="5AF72727" w14:textId="77777777" w:rsidR="001A5159" w:rsidRDefault="00000000">
      <w:r>
        <w:rPr>
          <w:rFonts w:ascii="Garamond" w:hAnsi="Garamond"/>
          <w:sz w:val="24"/>
        </w:rPr>
        <w:t>This layer creates:</w:t>
      </w:r>
      <w:r>
        <w:rPr>
          <w:rFonts w:ascii="Garamond" w:hAnsi="Garamond"/>
          <w:sz w:val="24"/>
        </w:rPr>
        <w:br/>
        <w:t>✔ passive income</w:t>
      </w:r>
      <w:r>
        <w:rPr>
          <w:rFonts w:ascii="Garamond" w:hAnsi="Garamond"/>
          <w:sz w:val="24"/>
        </w:rPr>
        <w:br/>
        <w:t>✔ recurring revenue</w:t>
      </w:r>
      <w:r>
        <w:rPr>
          <w:rFonts w:ascii="Garamond" w:hAnsi="Garamond"/>
          <w:sz w:val="24"/>
        </w:rPr>
        <w:br/>
        <w:t>✔ an authority flywheel</w:t>
      </w:r>
      <w:r>
        <w:rPr>
          <w:rFonts w:ascii="Garamond" w:hAnsi="Garamond"/>
          <w:sz w:val="24"/>
        </w:rPr>
        <w:br/>
        <w:t xml:space="preserve">✔ long-term </w:t>
      </w:r>
      <w:proofErr w:type="gramStart"/>
      <w:r>
        <w:rPr>
          <w:rFonts w:ascii="Garamond" w:hAnsi="Garamond"/>
          <w:sz w:val="24"/>
        </w:rPr>
        <w:t>scale</w:t>
      </w:r>
      <w:proofErr w:type="gramEnd"/>
    </w:p>
    <w:p w14:paraId="56A5E326" w14:textId="77777777" w:rsidR="001A5159" w:rsidRDefault="00000000">
      <w:r>
        <w:rPr>
          <w:rFonts w:ascii="Garamond" w:hAnsi="Garamond"/>
          <w:sz w:val="24"/>
        </w:rPr>
        <w:t>When combined correctly, Layer 3 is where the brand emerges.</w:t>
      </w:r>
    </w:p>
    <w:p w14:paraId="35081CCB" w14:textId="77777777" w:rsidR="001A5159" w:rsidRDefault="001A5159"/>
    <w:p w14:paraId="1345787B" w14:textId="77777777" w:rsidR="001A5159" w:rsidRDefault="00000000">
      <w:r>
        <w:rPr>
          <w:rFonts w:ascii="Garamond" w:hAnsi="Garamond"/>
          <w:sz w:val="24"/>
        </w:rPr>
        <w:t>EXACT STACKING COMBINATIONS (Plug &amp; Play)</w:t>
      </w:r>
    </w:p>
    <w:p w14:paraId="6B2BCD44" w14:textId="77777777" w:rsidR="001A5159" w:rsidRDefault="00000000">
      <w:r>
        <w:rPr>
          <w:rFonts w:ascii="Garamond" w:hAnsi="Garamond"/>
          <w:sz w:val="24"/>
        </w:rPr>
        <w:t>Here are the top 10 highest-performing combinations:</w:t>
      </w:r>
    </w:p>
    <w:p w14:paraId="0A6E8798" w14:textId="77777777" w:rsidR="001A5159" w:rsidRDefault="001A5159"/>
    <w:p w14:paraId="4D547642" w14:textId="77777777" w:rsidR="001A5159" w:rsidRDefault="00000000">
      <w:r>
        <w:rPr>
          <w:rFonts w:ascii="Garamond" w:hAnsi="Garamond"/>
          <w:sz w:val="24"/>
        </w:rPr>
        <w:t>1. The “AI Content Agency Starter Stack”</w:t>
      </w:r>
    </w:p>
    <w:p w14:paraId="3C49A9FA" w14:textId="77777777" w:rsidR="001A5159" w:rsidRDefault="00000000">
      <w:r>
        <w:rPr>
          <w:rFonts w:ascii="Garamond" w:hAnsi="Garamond"/>
          <w:sz w:val="24"/>
        </w:rPr>
        <w:t>Perfect for beginners.</w:t>
      </w:r>
    </w:p>
    <w:p w14:paraId="710ABA27" w14:textId="77777777" w:rsidR="001A5159" w:rsidRDefault="00000000">
      <w:r>
        <w:rPr>
          <w:rFonts w:ascii="Garamond" w:hAnsi="Garamond"/>
          <w:sz w:val="24"/>
        </w:rPr>
        <w:t>Core:</w:t>
      </w:r>
    </w:p>
    <w:p w14:paraId="43945E4F" w14:textId="77777777" w:rsidR="001A5159" w:rsidRPr="00673185" w:rsidRDefault="00000000" w:rsidP="00E94EEA">
      <w:pPr>
        <w:rPr>
          <w:sz w:val="24"/>
          <w:szCs w:val="24"/>
        </w:rPr>
      </w:pPr>
      <w:r w:rsidRPr="00673185">
        <w:rPr>
          <w:rFonts w:ascii="Garamond" w:hAnsi="Garamond"/>
          <w:b/>
          <w:sz w:val="24"/>
          <w:szCs w:val="24"/>
        </w:rPr>
        <w:t>Blueprint 2 — Short-Form Editing</w:t>
      </w:r>
    </w:p>
    <w:p w14:paraId="2DF2C528" w14:textId="77777777" w:rsidR="001A5159" w:rsidRPr="00673185" w:rsidRDefault="00000000">
      <w:pPr>
        <w:rPr>
          <w:sz w:val="24"/>
          <w:szCs w:val="24"/>
        </w:rPr>
      </w:pPr>
      <w:r w:rsidRPr="00673185">
        <w:rPr>
          <w:rFonts w:ascii="Garamond" w:hAnsi="Garamond"/>
          <w:sz w:val="24"/>
          <w:szCs w:val="24"/>
        </w:rPr>
        <w:t>Supporting:</w:t>
      </w:r>
    </w:p>
    <w:p w14:paraId="55825BCF" w14:textId="77777777" w:rsidR="001A5159" w:rsidRPr="00673185" w:rsidRDefault="00000000" w:rsidP="00E94EEA">
      <w:pPr>
        <w:rPr>
          <w:sz w:val="24"/>
          <w:szCs w:val="24"/>
        </w:rPr>
      </w:pPr>
      <w:r w:rsidRPr="00673185">
        <w:rPr>
          <w:rFonts w:ascii="Garamond" w:hAnsi="Garamond"/>
          <w:b/>
          <w:sz w:val="24"/>
          <w:szCs w:val="24"/>
        </w:rPr>
        <w:t>Blueprint 5 — Caption Writing</w:t>
      </w:r>
    </w:p>
    <w:p w14:paraId="0508EA98" w14:textId="77777777" w:rsidR="001A5159" w:rsidRPr="00673185" w:rsidRDefault="00000000" w:rsidP="00E94EEA">
      <w:pPr>
        <w:rPr>
          <w:sz w:val="24"/>
          <w:szCs w:val="24"/>
        </w:rPr>
      </w:pPr>
      <w:r w:rsidRPr="00673185">
        <w:rPr>
          <w:rFonts w:ascii="Garamond" w:hAnsi="Garamond"/>
          <w:b/>
          <w:sz w:val="24"/>
          <w:szCs w:val="24"/>
        </w:rPr>
        <w:t>Blueprint 11 — Content Calendar</w:t>
      </w:r>
    </w:p>
    <w:p w14:paraId="421C8D41" w14:textId="77777777" w:rsidR="001A5159" w:rsidRPr="00673185" w:rsidRDefault="00000000" w:rsidP="00E94EEA">
      <w:pPr>
        <w:rPr>
          <w:sz w:val="24"/>
          <w:szCs w:val="24"/>
        </w:rPr>
      </w:pPr>
      <w:r w:rsidRPr="00673185">
        <w:rPr>
          <w:rFonts w:ascii="Garamond" w:hAnsi="Garamond"/>
          <w:b/>
          <w:sz w:val="24"/>
          <w:szCs w:val="24"/>
        </w:rPr>
        <w:t>Blueprint 27 — Repurposing Engine</w:t>
      </w:r>
    </w:p>
    <w:p w14:paraId="5C63CDC1" w14:textId="77777777" w:rsidR="001A5159" w:rsidRDefault="00000000">
      <w:r>
        <w:rPr>
          <w:rFonts w:ascii="Garamond" w:hAnsi="Garamond"/>
          <w:sz w:val="24"/>
        </w:rPr>
        <w:t>Scalable:</w:t>
      </w:r>
    </w:p>
    <w:p w14:paraId="7BD94877" w14:textId="77777777" w:rsidR="001A5159" w:rsidRDefault="00000000">
      <w:r>
        <w:rPr>
          <w:rFonts w:ascii="Garamond" w:hAnsi="Garamond"/>
          <w:sz w:val="24"/>
        </w:rPr>
        <w:t>Template packs</w:t>
      </w:r>
    </w:p>
    <w:p w14:paraId="59BDF7E3" w14:textId="77777777" w:rsidR="001A5159" w:rsidRDefault="00000000">
      <w:r>
        <w:rPr>
          <w:rFonts w:ascii="Garamond" w:hAnsi="Garamond"/>
          <w:sz w:val="24"/>
        </w:rPr>
        <w:t>Hook vault</w:t>
      </w:r>
    </w:p>
    <w:p w14:paraId="67DBA6A4" w14:textId="77777777" w:rsidR="001A5159" w:rsidRDefault="00000000">
      <w:r>
        <w:rPr>
          <w:rFonts w:ascii="Garamond" w:hAnsi="Garamond"/>
          <w:sz w:val="24"/>
        </w:rPr>
        <w:t>Content starter kits</w:t>
      </w:r>
    </w:p>
    <w:p w14:paraId="7094BFFC" w14:textId="77777777" w:rsidR="001A5159" w:rsidRDefault="001A5159"/>
    <w:p w14:paraId="159621A8" w14:textId="77777777" w:rsidR="001A5159" w:rsidRDefault="00000000">
      <w:r>
        <w:rPr>
          <w:rFonts w:ascii="Garamond" w:hAnsi="Garamond"/>
          <w:sz w:val="24"/>
        </w:rPr>
        <w:t>2. The “AI Writer Pro Stack”</w:t>
      </w:r>
    </w:p>
    <w:p w14:paraId="3B95EE4B" w14:textId="77777777" w:rsidR="001A5159" w:rsidRDefault="00000000">
      <w:r>
        <w:rPr>
          <w:rFonts w:ascii="Garamond" w:hAnsi="Garamond"/>
          <w:sz w:val="24"/>
        </w:rPr>
        <w:lastRenderedPageBreak/>
        <w:t>Perfect for writers and creators.</w:t>
      </w:r>
    </w:p>
    <w:p w14:paraId="01E378EF" w14:textId="77777777" w:rsidR="001A5159" w:rsidRDefault="00000000">
      <w:r>
        <w:rPr>
          <w:rFonts w:ascii="Garamond" w:hAnsi="Garamond"/>
          <w:sz w:val="24"/>
        </w:rPr>
        <w:t>Core: SEO Blog Writing (Blueprint 6)</w:t>
      </w:r>
      <w:r>
        <w:rPr>
          <w:rFonts w:ascii="Garamond" w:hAnsi="Garamond"/>
          <w:sz w:val="24"/>
        </w:rPr>
        <w:br/>
        <w:t>Supporting: Landing Pages, Emails, Product Descriptions</w:t>
      </w:r>
      <w:r>
        <w:rPr>
          <w:rFonts w:ascii="Garamond" w:hAnsi="Garamond"/>
          <w:sz w:val="24"/>
        </w:rPr>
        <w:br/>
        <w:t>Scalable: Ebooks, Content Packs</w:t>
      </w:r>
    </w:p>
    <w:p w14:paraId="0EA31975" w14:textId="77777777" w:rsidR="001A5159" w:rsidRDefault="001A5159"/>
    <w:p w14:paraId="22144C90" w14:textId="77777777" w:rsidR="001A5159" w:rsidRDefault="00000000">
      <w:r>
        <w:rPr>
          <w:rFonts w:ascii="Garamond" w:hAnsi="Garamond"/>
          <w:sz w:val="24"/>
        </w:rPr>
        <w:t>3. The “AI Course Creation Studio Stack”</w:t>
      </w:r>
    </w:p>
    <w:p w14:paraId="7FC9FD7C" w14:textId="77777777" w:rsidR="001A5159" w:rsidRDefault="00000000">
      <w:r>
        <w:rPr>
          <w:rFonts w:ascii="Garamond" w:hAnsi="Garamond"/>
          <w:sz w:val="24"/>
        </w:rPr>
        <w:t>High-ticket path.</w:t>
      </w:r>
    </w:p>
    <w:p w14:paraId="030E81B3" w14:textId="77777777" w:rsidR="001A5159" w:rsidRDefault="00000000">
      <w:r>
        <w:rPr>
          <w:rFonts w:ascii="Garamond" w:hAnsi="Garamond"/>
          <w:sz w:val="24"/>
        </w:rPr>
        <w:t>Core: Blueprint 17 — Course Creation</w:t>
      </w:r>
      <w:r>
        <w:rPr>
          <w:rFonts w:ascii="Garamond" w:hAnsi="Garamond"/>
          <w:sz w:val="24"/>
        </w:rPr>
        <w:br/>
        <w:t>Supporting: Blueprint 30 — AI Curriculum Design</w:t>
      </w:r>
      <w:r>
        <w:rPr>
          <w:rFonts w:ascii="Garamond" w:hAnsi="Garamond"/>
          <w:sz w:val="24"/>
        </w:rPr>
        <w:br/>
        <w:t>Scalable: Course templates, scripts, slide decks</w:t>
      </w:r>
    </w:p>
    <w:p w14:paraId="5E92690C" w14:textId="77777777" w:rsidR="001A5159" w:rsidRDefault="001A5159"/>
    <w:p w14:paraId="31D4D3F8" w14:textId="77777777" w:rsidR="001A5159" w:rsidRDefault="00000000">
      <w:r>
        <w:rPr>
          <w:rFonts w:ascii="Garamond" w:hAnsi="Garamond"/>
          <w:sz w:val="24"/>
        </w:rPr>
        <w:t>4. The “Small Business Systems Stack”</w:t>
      </w:r>
    </w:p>
    <w:p w14:paraId="4CD49D12" w14:textId="77777777" w:rsidR="001A5159" w:rsidRDefault="00000000">
      <w:r>
        <w:rPr>
          <w:rFonts w:ascii="Garamond" w:hAnsi="Garamond"/>
          <w:sz w:val="24"/>
        </w:rPr>
        <w:t>Excellent for local business clients.</w:t>
      </w:r>
    </w:p>
    <w:p w14:paraId="139A9C6D" w14:textId="77777777" w:rsidR="001A5159" w:rsidRDefault="00000000">
      <w:r>
        <w:rPr>
          <w:rFonts w:ascii="Garamond" w:hAnsi="Garamond"/>
          <w:sz w:val="24"/>
        </w:rPr>
        <w:t>Core: Blueprint 31 — Onboarding &amp; Delivery Systems</w:t>
      </w:r>
      <w:r>
        <w:rPr>
          <w:rFonts w:ascii="Garamond" w:hAnsi="Garamond"/>
          <w:sz w:val="24"/>
        </w:rPr>
        <w:br/>
        <w:t>Supporting: Blueprint 32 — SOP Builder</w:t>
      </w:r>
      <w:r>
        <w:rPr>
          <w:rFonts w:ascii="Garamond" w:hAnsi="Garamond"/>
          <w:sz w:val="24"/>
        </w:rPr>
        <w:br/>
        <w:t>Scalable: Templates &amp; automation workflows</w:t>
      </w:r>
    </w:p>
    <w:p w14:paraId="2D6FAFC1" w14:textId="77777777" w:rsidR="001A5159" w:rsidRDefault="001A5159"/>
    <w:p w14:paraId="30B654C2" w14:textId="77777777" w:rsidR="001A5159" w:rsidRDefault="00000000">
      <w:r>
        <w:rPr>
          <w:rFonts w:ascii="Garamond" w:hAnsi="Garamond"/>
          <w:sz w:val="24"/>
        </w:rPr>
        <w:t>5. The “CustomGPT Automation Agency Stack”</w:t>
      </w:r>
    </w:p>
    <w:p w14:paraId="5DDE618E" w14:textId="77777777" w:rsidR="001A5159" w:rsidRDefault="00000000">
      <w:r>
        <w:rPr>
          <w:rFonts w:ascii="Garamond" w:hAnsi="Garamond"/>
          <w:sz w:val="24"/>
        </w:rPr>
        <w:t>One of the most profitable.</w:t>
      </w:r>
    </w:p>
    <w:p w14:paraId="37515E93" w14:textId="77777777" w:rsidR="001A5159" w:rsidRDefault="00000000">
      <w:r>
        <w:rPr>
          <w:rFonts w:ascii="Garamond" w:hAnsi="Garamond"/>
          <w:sz w:val="24"/>
        </w:rPr>
        <w:t>Core: Blueprint 35 — CustomGPT Builder</w:t>
      </w:r>
      <w:r>
        <w:rPr>
          <w:rFonts w:ascii="Garamond" w:hAnsi="Garamond"/>
          <w:sz w:val="24"/>
        </w:rPr>
        <w:br/>
        <w:t>Supporting: Blueprint 31 — Automations</w:t>
      </w:r>
      <w:r>
        <w:rPr>
          <w:rFonts w:ascii="Garamond" w:hAnsi="Garamond"/>
          <w:sz w:val="24"/>
        </w:rPr>
        <w:br/>
        <w:t>Scalable: Bot templates, knowledge bases</w:t>
      </w:r>
    </w:p>
    <w:p w14:paraId="47A60D03" w14:textId="77777777" w:rsidR="001A5159" w:rsidRDefault="001A5159"/>
    <w:p w14:paraId="484DFD3D" w14:textId="77777777" w:rsidR="001A5159" w:rsidRDefault="00000000">
      <w:r>
        <w:rPr>
          <w:rFonts w:ascii="Garamond" w:hAnsi="Garamond"/>
          <w:sz w:val="24"/>
        </w:rPr>
        <w:t>6. The “Digital Product Factory Stack”</w:t>
      </w:r>
    </w:p>
    <w:p w14:paraId="72F8DC22" w14:textId="77777777" w:rsidR="001A5159" w:rsidRDefault="00000000">
      <w:r>
        <w:rPr>
          <w:rFonts w:ascii="Garamond" w:hAnsi="Garamond"/>
          <w:sz w:val="24"/>
        </w:rPr>
        <w:t>Perfect for Etsy, Gumroad &amp; creators.</w:t>
      </w:r>
    </w:p>
    <w:p w14:paraId="5021EF6C" w14:textId="77777777" w:rsidR="001A5159" w:rsidRDefault="00000000">
      <w:r>
        <w:rPr>
          <w:rFonts w:ascii="Garamond" w:hAnsi="Garamond"/>
          <w:sz w:val="24"/>
        </w:rPr>
        <w:t>Core: Blueprint 29 — Canva Templates</w:t>
      </w:r>
      <w:r>
        <w:rPr>
          <w:rFonts w:ascii="Garamond" w:hAnsi="Garamond"/>
          <w:sz w:val="24"/>
        </w:rPr>
        <w:br/>
        <w:t>Supporting: Blueprint 22 — Ebooks</w:t>
      </w:r>
      <w:r>
        <w:rPr>
          <w:rFonts w:ascii="Garamond" w:hAnsi="Garamond"/>
          <w:sz w:val="24"/>
        </w:rPr>
        <w:br/>
        <w:t>Scalable: Bundles, kits, niche packs</w:t>
      </w:r>
    </w:p>
    <w:p w14:paraId="40EAF1CE" w14:textId="77777777" w:rsidR="001A5159" w:rsidRDefault="001A5159"/>
    <w:p w14:paraId="104B3113" w14:textId="77777777" w:rsidR="001A5159" w:rsidRDefault="00000000">
      <w:r>
        <w:rPr>
          <w:rFonts w:ascii="Garamond" w:hAnsi="Garamond"/>
          <w:sz w:val="24"/>
        </w:rPr>
        <w:lastRenderedPageBreak/>
        <w:t>7. The “Authority Creator Stack”</w:t>
      </w:r>
    </w:p>
    <w:p w14:paraId="2FA65316" w14:textId="77777777" w:rsidR="001A5159" w:rsidRDefault="00000000">
      <w:r>
        <w:rPr>
          <w:rFonts w:ascii="Garamond" w:hAnsi="Garamond"/>
          <w:sz w:val="24"/>
        </w:rPr>
        <w:t>For creators + influencers.</w:t>
      </w:r>
    </w:p>
    <w:p w14:paraId="1ACE3AC7" w14:textId="77777777" w:rsidR="001A5159" w:rsidRDefault="00000000">
      <w:r>
        <w:rPr>
          <w:rFonts w:ascii="Garamond" w:hAnsi="Garamond"/>
          <w:sz w:val="24"/>
        </w:rPr>
        <w:t>Core: Blueprint 2 — Editing</w:t>
      </w:r>
      <w:r>
        <w:rPr>
          <w:rFonts w:ascii="Garamond" w:hAnsi="Garamond"/>
          <w:sz w:val="24"/>
        </w:rPr>
        <w:br/>
        <w:t>Supporting: Blueprint 24 — Scriptwriting</w:t>
      </w:r>
      <w:r>
        <w:rPr>
          <w:rFonts w:ascii="Garamond" w:hAnsi="Garamond"/>
          <w:sz w:val="24"/>
        </w:rPr>
        <w:br/>
        <w:t>Scalable: Social packs, niche guides</w:t>
      </w:r>
    </w:p>
    <w:p w14:paraId="74B19837" w14:textId="77777777" w:rsidR="001A5159" w:rsidRDefault="001A5159"/>
    <w:p w14:paraId="5C297176" w14:textId="77777777" w:rsidR="001A5159" w:rsidRDefault="00000000">
      <w:r>
        <w:rPr>
          <w:rFonts w:ascii="Garamond" w:hAnsi="Garamond"/>
          <w:sz w:val="24"/>
        </w:rPr>
        <w:t>8. The “AI Business Consultant Stack”</w:t>
      </w:r>
    </w:p>
    <w:p w14:paraId="3CF2A2E5" w14:textId="77777777" w:rsidR="001A5159" w:rsidRDefault="00000000">
      <w:r>
        <w:rPr>
          <w:rFonts w:ascii="Garamond" w:hAnsi="Garamond"/>
          <w:sz w:val="24"/>
        </w:rPr>
        <w:t>High income, professional positioning.</w:t>
      </w:r>
    </w:p>
    <w:p w14:paraId="435FFBAA" w14:textId="77777777" w:rsidR="001A5159" w:rsidRDefault="00000000">
      <w:r>
        <w:rPr>
          <w:rFonts w:ascii="Garamond" w:hAnsi="Garamond"/>
          <w:sz w:val="24"/>
        </w:rPr>
        <w:t>Core: Blueprint 33 — Consulting</w:t>
      </w:r>
      <w:r>
        <w:rPr>
          <w:rFonts w:ascii="Garamond" w:hAnsi="Garamond"/>
          <w:sz w:val="24"/>
        </w:rPr>
        <w:br/>
        <w:t>Supporting: Blueprint 34 — Offer Creation</w:t>
      </w:r>
      <w:r>
        <w:rPr>
          <w:rFonts w:ascii="Garamond" w:hAnsi="Garamond"/>
          <w:sz w:val="24"/>
        </w:rPr>
        <w:br/>
        <w:t>Scalable: Frameworks, workshops, templates</w:t>
      </w:r>
    </w:p>
    <w:p w14:paraId="544685BE" w14:textId="77777777" w:rsidR="001A5159" w:rsidRDefault="001A5159"/>
    <w:p w14:paraId="3085B3D3" w14:textId="77777777" w:rsidR="001A5159" w:rsidRDefault="00000000">
      <w:r>
        <w:rPr>
          <w:rFonts w:ascii="Garamond" w:hAnsi="Garamond"/>
          <w:sz w:val="24"/>
        </w:rPr>
        <w:t xml:space="preserve">9. The “AI Funnel &amp; Copy </w:t>
      </w:r>
      <w:proofErr w:type="gramStart"/>
      <w:r>
        <w:rPr>
          <w:rFonts w:ascii="Garamond" w:hAnsi="Garamond"/>
          <w:sz w:val="24"/>
        </w:rPr>
        <w:t>Stack</w:t>
      </w:r>
      <w:proofErr w:type="gramEnd"/>
      <w:r>
        <w:rPr>
          <w:rFonts w:ascii="Garamond" w:hAnsi="Garamond"/>
          <w:sz w:val="24"/>
        </w:rPr>
        <w:t>”</w:t>
      </w:r>
    </w:p>
    <w:p w14:paraId="14506B6A" w14:textId="77777777" w:rsidR="001A5159" w:rsidRDefault="00000000">
      <w:r>
        <w:rPr>
          <w:rFonts w:ascii="Garamond" w:hAnsi="Garamond"/>
          <w:sz w:val="24"/>
        </w:rPr>
        <w:t>Great for marketers.</w:t>
      </w:r>
    </w:p>
    <w:p w14:paraId="6C35791A" w14:textId="77777777" w:rsidR="001A5159" w:rsidRDefault="00000000">
      <w:r>
        <w:rPr>
          <w:rFonts w:ascii="Garamond" w:hAnsi="Garamond"/>
          <w:sz w:val="24"/>
        </w:rPr>
        <w:t>Core: Blueprint 14 — Landing Pages</w:t>
      </w:r>
      <w:r>
        <w:rPr>
          <w:rFonts w:ascii="Garamond" w:hAnsi="Garamond"/>
          <w:sz w:val="24"/>
        </w:rPr>
        <w:br/>
        <w:t>Supporting: Email sequences, ads, social copy</w:t>
      </w:r>
      <w:r>
        <w:rPr>
          <w:rFonts w:ascii="Garamond" w:hAnsi="Garamond"/>
          <w:sz w:val="24"/>
        </w:rPr>
        <w:br/>
        <w:t>Scalable: Funnels, templates, swipe files</w:t>
      </w:r>
    </w:p>
    <w:p w14:paraId="5A73D21B" w14:textId="77777777" w:rsidR="001A5159" w:rsidRDefault="001A5159"/>
    <w:p w14:paraId="285032CC" w14:textId="77777777" w:rsidR="001A5159" w:rsidRDefault="00000000">
      <w:r>
        <w:rPr>
          <w:rFonts w:ascii="Garamond" w:hAnsi="Garamond"/>
          <w:sz w:val="24"/>
        </w:rPr>
        <w:t>10. The “Automation-First Agency Stack”</w:t>
      </w:r>
    </w:p>
    <w:p w14:paraId="27B97F8C" w14:textId="77777777" w:rsidR="001A5159" w:rsidRDefault="00000000">
      <w:r>
        <w:rPr>
          <w:rFonts w:ascii="Garamond" w:hAnsi="Garamond"/>
          <w:sz w:val="24"/>
        </w:rPr>
        <w:t>Modern, highly scalable.</w:t>
      </w:r>
    </w:p>
    <w:p w14:paraId="125EE39F" w14:textId="77777777" w:rsidR="001A5159" w:rsidRDefault="00000000">
      <w:r>
        <w:rPr>
          <w:rFonts w:ascii="Garamond" w:hAnsi="Garamond"/>
          <w:sz w:val="24"/>
        </w:rPr>
        <w:t>Core: Blueprint 31 — Systems</w:t>
      </w:r>
      <w:r>
        <w:rPr>
          <w:rFonts w:ascii="Garamond" w:hAnsi="Garamond"/>
          <w:sz w:val="24"/>
        </w:rPr>
        <w:br/>
        <w:t>Supporting: Blueprint 32 — SOPs</w:t>
      </w:r>
      <w:r>
        <w:rPr>
          <w:rFonts w:ascii="Garamond" w:hAnsi="Garamond"/>
          <w:sz w:val="24"/>
        </w:rPr>
        <w:br/>
        <w:t>Scalable: Automation templates, dashboards</w:t>
      </w:r>
    </w:p>
    <w:p w14:paraId="5D4F025B" w14:textId="77777777" w:rsidR="001A5159" w:rsidRDefault="001A5159"/>
    <w:p w14:paraId="3B1A54B8" w14:textId="77777777" w:rsidR="001A5159" w:rsidRDefault="00000000">
      <w:r>
        <w:rPr>
          <w:rFonts w:ascii="Garamond" w:hAnsi="Garamond"/>
          <w:sz w:val="24"/>
        </w:rPr>
        <w:t>AI INCOME STACKING RULES</w:t>
      </w:r>
    </w:p>
    <w:p w14:paraId="7C30F3C0" w14:textId="77777777" w:rsidR="001A5159" w:rsidRDefault="00000000">
      <w:r>
        <w:rPr>
          <w:rFonts w:ascii="Garamond" w:hAnsi="Garamond"/>
          <w:sz w:val="24"/>
        </w:rPr>
        <w:t>Rule 1 — Start with ONE core blueprint.</w:t>
      </w:r>
    </w:p>
    <w:p w14:paraId="7D0415F1" w14:textId="77777777" w:rsidR="001A5159" w:rsidRDefault="00000000">
      <w:r>
        <w:rPr>
          <w:rFonts w:ascii="Garamond" w:hAnsi="Garamond"/>
          <w:sz w:val="24"/>
        </w:rPr>
        <w:t>Stacking too soon = overwhelm.</w:t>
      </w:r>
    </w:p>
    <w:p w14:paraId="20CAAEDF" w14:textId="77777777" w:rsidR="001A5159" w:rsidRDefault="00000000">
      <w:r>
        <w:rPr>
          <w:rFonts w:ascii="Garamond" w:hAnsi="Garamond"/>
          <w:sz w:val="24"/>
        </w:rPr>
        <w:t>Rule 2 — Add supporting offers ONLY when delivery feels smooth.</w:t>
      </w:r>
    </w:p>
    <w:p w14:paraId="1AA35F48" w14:textId="77777777" w:rsidR="001A5159" w:rsidRDefault="00000000">
      <w:r>
        <w:rPr>
          <w:rFonts w:ascii="Garamond" w:hAnsi="Garamond"/>
          <w:sz w:val="24"/>
        </w:rPr>
        <w:t>System first → add-ons later.</w:t>
      </w:r>
    </w:p>
    <w:p w14:paraId="088AFE76" w14:textId="77777777" w:rsidR="001A5159" w:rsidRDefault="00000000">
      <w:r>
        <w:rPr>
          <w:rFonts w:ascii="Garamond" w:hAnsi="Garamond"/>
          <w:sz w:val="24"/>
        </w:rPr>
        <w:lastRenderedPageBreak/>
        <w:t>Rule 3 — Build scalable income last.</w:t>
      </w:r>
    </w:p>
    <w:p w14:paraId="5750BC46" w14:textId="77777777" w:rsidR="001A5159" w:rsidRDefault="00000000">
      <w:r>
        <w:rPr>
          <w:rFonts w:ascii="Garamond" w:hAnsi="Garamond"/>
          <w:sz w:val="24"/>
        </w:rPr>
        <w:t>Digital assets work best after you have:</w:t>
      </w:r>
    </w:p>
    <w:p w14:paraId="4F53A73D" w14:textId="77777777" w:rsidR="001A5159" w:rsidRDefault="00000000">
      <w:r>
        <w:rPr>
          <w:rFonts w:ascii="Garamond" w:hAnsi="Garamond"/>
          <w:sz w:val="24"/>
        </w:rPr>
        <w:t>experience</w:t>
      </w:r>
    </w:p>
    <w:p w14:paraId="5743B8E2" w14:textId="77777777" w:rsidR="001A5159" w:rsidRDefault="00000000">
      <w:r>
        <w:rPr>
          <w:rFonts w:ascii="Garamond" w:hAnsi="Garamond"/>
          <w:sz w:val="24"/>
        </w:rPr>
        <w:t>case studies</w:t>
      </w:r>
    </w:p>
    <w:p w14:paraId="5C189B41" w14:textId="77777777" w:rsidR="001A5159" w:rsidRDefault="00000000">
      <w:r>
        <w:rPr>
          <w:rFonts w:ascii="Garamond" w:hAnsi="Garamond"/>
          <w:sz w:val="24"/>
        </w:rPr>
        <w:t>content</w:t>
      </w:r>
    </w:p>
    <w:p w14:paraId="3708EEB2" w14:textId="77777777" w:rsidR="001A5159" w:rsidRDefault="00000000">
      <w:r>
        <w:rPr>
          <w:rFonts w:ascii="Garamond" w:hAnsi="Garamond"/>
          <w:sz w:val="24"/>
        </w:rPr>
        <w:t>confidence</w:t>
      </w:r>
    </w:p>
    <w:p w14:paraId="6CB9F396" w14:textId="77777777" w:rsidR="001A5159" w:rsidRDefault="00000000">
      <w:r>
        <w:rPr>
          <w:rFonts w:ascii="Garamond" w:hAnsi="Garamond"/>
          <w:sz w:val="24"/>
        </w:rPr>
        <w:t xml:space="preserve">Rule 4 — Each new layer should support the </w:t>
      </w:r>
      <w:proofErr w:type="gramStart"/>
      <w:r>
        <w:rPr>
          <w:rFonts w:ascii="Garamond" w:hAnsi="Garamond"/>
          <w:sz w:val="24"/>
        </w:rPr>
        <w:t>last</w:t>
      </w:r>
      <w:proofErr w:type="gramEnd"/>
      <w:r>
        <w:rPr>
          <w:rFonts w:ascii="Garamond" w:hAnsi="Garamond"/>
          <w:sz w:val="24"/>
        </w:rPr>
        <w:t>.</w:t>
      </w:r>
    </w:p>
    <w:p w14:paraId="34C2A1ED" w14:textId="77777777" w:rsidR="001A5159" w:rsidRDefault="00000000">
      <w:r>
        <w:rPr>
          <w:rFonts w:ascii="Garamond" w:hAnsi="Garamond"/>
          <w:sz w:val="24"/>
        </w:rPr>
        <w:t>Never add skills that scatter focus.</w:t>
      </w:r>
    </w:p>
    <w:p w14:paraId="29CAD23F" w14:textId="77777777" w:rsidR="001A5159" w:rsidRDefault="001A5159"/>
    <w:p w14:paraId="64F089DC" w14:textId="77777777" w:rsidR="001A5159" w:rsidRDefault="00000000">
      <w:r>
        <w:rPr>
          <w:rFonts w:ascii="Garamond" w:hAnsi="Garamond"/>
          <w:sz w:val="24"/>
        </w:rPr>
        <w:t>THE 3–6–12 INCOME MODEL</w:t>
      </w:r>
    </w:p>
    <w:p w14:paraId="7AE5A7FE" w14:textId="77777777" w:rsidR="001A5159" w:rsidRDefault="00000000">
      <w:r>
        <w:rPr>
          <w:rFonts w:ascii="Garamond" w:hAnsi="Garamond"/>
          <w:sz w:val="24"/>
        </w:rPr>
        <w:t>This final model helps readers scale predictably:</w:t>
      </w:r>
    </w:p>
    <w:p w14:paraId="576AAAC4" w14:textId="77777777" w:rsidR="001A5159" w:rsidRDefault="00000000">
      <w:r>
        <w:rPr>
          <w:rFonts w:ascii="Garamond" w:hAnsi="Garamond"/>
          <w:sz w:val="24"/>
        </w:rPr>
        <w:t>In 3 months:</w:t>
      </w:r>
    </w:p>
    <w:p w14:paraId="322605D5" w14:textId="77777777" w:rsidR="001A5159" w:rsidRDefault="00000000">
      <w:r>
        <w:rPr>
          <w:rFonts w:ascii="Garamond" w:hAnsi="Garamond"/>
          <w:sz w:val="24"/>
        </w:rPr>
        <w:t>✔ One core blueprint monetized</w:t>
      </w:r>
      <w:r>
        <w:rPr>
          <w:rFonts w:ascii="Garamond" w:hAnsi="Garamond"/>
          <w:sz w:val="24"/>
        </w:rPr>
        <w:br/>
        <w:t>✔ 1–5 paying clients</w:t>
      </w:r>
      <w:r>
        <w:rPr>
          <w:rFonts w:ascii="Garamond" w:hAnsi="Garamond"/>
          <w:sz w:val="24"/>
        </w:rPr>
        <w:br/>
        <w:t>✔ First testimonials</w:t>
      </w:r>
    </w:p>
    <w:p w14:paraId="77BA940B" w14:textId="77777777" w:rsidR="001A5159" w:rsidRDefault="00000000">
      <w:r>
        <w:rPr>
          <w:rFonts w:ascii="Garamond" w:hAnsi="Garamond"/>
          <w:sz w:val="24"/>
        </w:rPr>
        <w:t>In 6 months:</w:t>
      </w:r>
    </w:p>
    <w:p w14:paraId="4BCE57C4" w14:textId="77777777" w:rsidR="001A5159" w:rsidRDefault="00000000">
      <w:r>
        <w:rPr>
          <w:rFonts w:ascii="Garamond" w:hAnsi="Garamond"/>
          <w:sz w:val="24"/>
        </w:rPr>
        <w:t>✔ Supporting income added</w:t>
      </w:r>
      <w:r>
        <w:rPr>
          <w:rFonts w:ascii="Garamond" w:hAnsi="Garamond"/>
          <w:sz w:val="24"/>
        </w:rPr>
        <w:br/>
        <w:t>✔ Systems automated</w:t>
      </w:r>
      <w:r>
        <w:rPr>
          <w:rFonts w:ascii="Garamond" w:hAnsi="Garamond"/>
          <w:sz w:val="24"/>
        </w:rPr>
        <w:br/>
        <w:t>✔ Confidence high</w:t>
      </w:r>
      <w:r>
        <w:rPr>
          <w:rFonts w:ascii="Garamond" w:hAnsi="Garamond"/>
          <w:sz w:val="24"/>
        </w:rPr>
        <w:br/>
        <w:t>✔ Consistent income</w:t>
      </w:r>
    </w:p>
    <w:p w14:paraId="4609D817" w14:textId="77777777" w:rsidR="001A5159" w:rsidRDefault="00000000">
      <w:r>
        <w:rPr>
          <w:rFonts w:ascii="Garamond" w:hAnsi="Garamond"/>
          <w:sz w:val="24"/>
        </w:rPr>
        <w:t>In 12 months:</w:t>
      </w:r>
    </w:p>
    <w:p w14:paraId="02B3B4B0" w14:textId="77777777" w:rsidR="001A5159" w:rsidRDefault="00000000">
      <w:r>
        <w:rPr>
          <w:rFonts w:ascii="Garamond" w:hAnsi="Garamond"/>
          <w:sz w:val="24"/>
        </w:rPr>
        <w:t>✔ Scalable assets built</w:t>
      </w:r>
      <w:r>
        <w:rPr>
          <w:rFonts w:ascii="Garamond" w:hAnsi="Garamond"/>
          <w:sz w:val="24"/>
        </w:rPr>
        <w:br/>
        <w:t>✔ Multiple income streams</w:t>
      </w:r>
      <w:r>
        <w:rPr>
          <w:rFonts w:ascii="Garamond" w:hAnsi="Garamond"/>
          <w:sz w:val="24"/>
        </w:rPr>
        <w:br/>
        <w:t>✔ Authority in the niche</w:t>
      </w:r>
      <w:r>
        <w:rPr>
          <w:rFonts w:ascii="Garamond" w:hAnsi="Garamond"/>
          <w:sz w:val="24"/>
        </w:rPr>
        <w:br/>
        <w:t>✔ Real business foundation</w:t>
      </w:r>
    </w:p>
    <w:p w14:paraId="43277E9B" w14:textId="77777777" w:rsidR="001A5159" w:rsidRDefault="001A5159"/>
    <w:p w14:paraId="5D30E2C4" w14:textId="77777777" w:rsidR="001A5159" w:rsidRDefault="00000000">
      <w:r>
        <w:rPr>
          <w:rFonts w:ascii="Garamond" w:hAnsi="Garamond"/>
          <w:sz w:val="24"/>
        </w:rPr>
        <w:t xml:space="preserve">RESULT: The Reader Leaves </w:t>
      </w:r>
      <w:proofErr w:type="gramStart"/>
      <w:r>
        <w:rPr>
          <w:rFonts w:ascii="Garamond" w:hAnsi="Garamond"/>
          <w:sz w:val="24"/>
        </w:rPr>
        <w:t>With</w:t>
      </w:r>
      <w:proofErr w:type="gramEnd"/>
      <w:r>
        <w:rPr>
          <w:rFonts w:ascii="Garamond" w:hAnsi="Garamond"/>
          <w:sz w:val="24"/>
        </w:rPr>
        <w:t xml:space="preserve"> a Real Income Plan</w:t>
      </w:r>
    </w:p>
    <w:p w14:paraId="37785D9C" w14:textId="77777777" w:rsidR="001A5159" w:rsidRDefault="00000000">
      <w:r>
        <w:rPr>
          <w:rFonts w:ascii="Garamond" w:hAnsi="Garamond"/>
          <w:sz w:val="24"/>
        </w:rPr>
        <w:lastRenderedPageBreak/>
        <w:t>By using this stacking guide, your audience learns:</w:t>
      </w:r>
    </w:p>
    <w:p w14:paraId="1FABEC6F" w14:textId="77777777" w:rsidR="001A5159" w:rsidRDefault="00000000">
      <w:proofErr w:type="gramStart"/>
      <w:r>
        <w:rPr>
          <w:rFonts w:ascii="Garamond" w:hAnsi="Garamond"/>
          <w:sz w:val="24"/>
        </w:rPr>
        <w:t>how</w:t>
      </w:r>
      <w:proofErr w:type="gramEnd"/>
      <w:r>
        <w:rPr>
          <w:rFonts w:ascii="Garamond" w:hAnsi="Garamond"/>
          <w:sz w:val="24"/>
        </w:rPr>
        <w:t xml:space="preserve"> to </w:t>
      </w:r>
      <w:proofErr w:type="gramStart"/>
      <w:r>
        <w:rPr>
          <w:rFonts w:ascii="Garamond" w:hAnsi="Garamond"/>
          <w:sz w:val="24"/>
        </w:rPr>
        <w:t>monetize</w:t>
      </w:r>
      <w:proofErr w:type="gramEnd"/>
      <w:r>
        <w:rPr>
          <w:rFonts w:ascii="Garamond" w:hAnsi="Garamond"/>
          <w:sz w:val="24"/>
        </w:rPr>
        <w:t xml:space="preserve"> quickly</w:t>
      </w:r>
    </w:p>
    <w:p w14:paraId="219A3219" w14:textId="77777777" w:rsidR="001A5159" w:rsidRDefault="00000000">
      <w:r>
        <w:rPr>
          <w:rFonts w:ascii="Garamond" w:hAnsi="Garamond"/>
          <w:sz w:val="24"/>
        </w:rPr>
        <w:t>how to grow sustainably</w:t>
      </w:r>
    </w:p>
    <w:p w14:paraId="33809F68" w14:textId="77777777" w:rsidR="001A5159" w:rsidRDefault="00000000">
      <w:proofErr w:type="gramStart"/>
      <w:r>
        <w:rPr>
          <w:rFonts w:ascii="Garamond" w:hAnsi="Garamond"/>
          <w:sz w:val="24"/>
        </w:rPr>
        <w:t>how</w:t>
      </w:r>
      <w:proofErr w:type="gramEnd"/>
      <w:r>
        <w:rPr>
          <w:rFonts w:ascii="Garamond" w:hAnsi="Garamond"/>
          <w:sz w:val="24"/>
        </w:rPr>
        <w:t xml:space="preserve"> to diversify income</w:t>
      </w:r>
    </w:p>
    <w:p w14:paraId="687026B4" w14:textId="77777777" w:rsidR="001A5159" w:rsidRDefault="00000000">
      <w:r>
        <w:rPr>
          <w:rFonts w:ascii="Garamond" w:hAnsi="Garamond"/>
          <w:sz w:val="24"/>
        </w:rPr>
        <w:t>how to use AI to scale</w:t>
      </w:r>
    </w:p>
    <w:p w14:paraId="3189C3FF" w14:textId="77777777" w:rsidR="001A5159" w:rsidRDefault="00000000">
      <w:proofErr w:type="gramStart"/>
      <w:r>
        <w:rPr>
          <w:rFonts w:ascii="Garamond" w:hAnsi="Garamond"/>
          <w:sz w:val="24"/>
        </w:rPr>
        <w:t>how</w:t>
      </w:r>
      <w:proofErr w:type="gramEnd"/>
      <w:r>
        <w:rPr>
          <w:rFonts w:ascii="Garamond" w:hAnsi="Garamond"/>
          <w:sz w:val="24"/>
        </w:rPr>
        <w:t xml:space="preserve"> to avoid overwhelm</w:t>
      </w:r>
    </w:p>
    <w:p w14:paraId="0D30EA1A" w14:textId="77777777" w:rsidR="001A5159" w:rsidRDefault="00000000">
      <w:proofErr w:type="gramStart"/>
      <w:r>
        <w:rPr>
          <w:rFonts w:ascii="Garamond" w:hAnsi="Garamond"/>
          <w:sz w:val="24"/>
        </w:rPr>
        <w:t>how</w:t>
      </w:r>
      <w:proofErr w:type="gramEnd"/>
      <w:r>
        <w:rPr>
          <w:rFonts w:ascii="Garamond" w:hAnsi="Garamond"/>
          <w:sz w:val="24"/>
        </w:rPr>
        <w:t xml:space="preserve"> to build long-term wealth</w:t>
      </w:r>
    </w:p>
    <w:p w14:paraId="2891A078" w14:textId="77777777" w:rsidR="001A5159" w:rsidRDefault="00000000">
      <w:r>
        <w:rPr>
          <w:rFonts w:ascii="Garamond" w:hAnsi="Garamond"/>
          <w:sz w:val="24"/>
        </w:rPr>
        <w:t>This bonus dramatically increases the practical value — and the credibility — of your entire book.</w:t>
      </w:r>
    </w:p>
    <w:p w14:paraId="7371C41A" w14:textId="77777777" w:rsidR="00673185" w:rsidRDefault="00673185">
      <w:pPr>
        <w:sectPr w:rsidR="00673185" w:rsidSect="00034616">
          <w:pgSz w:w="12240" w:h="15840"/>
          <w:pgMar w:top="1440" w:right="1800" w:bottom="1440" w:left="1800" w:header="720" w:footer="720" w:gutter="0"/>
          <w:cols w:space="720"/>
          <w:docGrid w:linePitch="360"/>
        </w:sectPr>
      </w:pPr>
    </w:p>
    <w:p w14:paraId="75C5D7D5" w14:textId="77777777" w:rsidR="001A5159" w:rsidRDefault="001A5159"/>
    <w:p w14:paraId="41F60814" w14:textId="77777777" w:rsidR="001A5159" w:rsidRPr="00E94EEA" w:rsidRDefault="00000000" w:rsidP="00E94EEA">
      <w:pPr>
        <w:pStyle w:val="Heading1"/>
        <w:rPr>
          <w:rFonts w:ascii="Garamond" w:hAnsi="Garamond"/>
          <w:color w:val="auto"/>
          <w:sz w:val="40"/>
          <w:szCs w:val="40"/>
        </w:rPr>
      </w:pPr>
      <w:bookmarkStart w:id="85" w:name="_Toc214830381"/>
      <w:r w:rsidRPr="00E94EEA">
        <w:rPr>
          <w:rFonts w:ascii="Garamond" w:hAnsi="Garamond"/>
          <w:color w:val="auto"/>
          <w:sz w:val="40"/>
          <w:szCs w:val="40"/>
        </w:rPr>
        <w:t>BONUS #5 — SCALING SYSTEMS &amp; AUTOMATION GUIDE</w:t>
      </w:r>
      <w:bookmarkEnd w:id="85"/>
    </w:p>
    <w:p w14:paraId="16A0D14B" w14:textId="77777777" w:rsidR="001A5159" w:rsidRPr="00E94EEA" w:rsidRDefault="00000000" w:rsidP="00E94EEA">
      <w:pPr>
        <w:pStyle w:val="Heading2"/>
        <w:rPr>
          <w:rFonts w:ascii="Garamond" w:hAnsi="Garamond"/>
          <w:color w:val="auto"/>
          <w:sz w:val="28"/>
          <w:szCs w:val="28"/>
        </w:rPr>
      </w:pPr>
      <w:bookmarkStart w:id="86" w:name="_Toc214830382"/>
      <w:r w:rsidRPr="00E94EEA">
        <w:rPr>
          <w:rFonts w:ascii="Garamond" w:hAnsi="Garamond"/>
          <w:color w:val="auto"/>
          <w:sz w:val="28"/>
          <w:szCs w:val="28"/>
        </w:rPr>
        <w:t xml:space="preserve">(How to Automate, Systemize &amp; Scale Your AI Income </w:t>
      </w:r>
      <w:proofErr w:type="gramStart"/>
      <w:r w:rsidRPr="00E94EEA">
        <w:rPr>
          <w:rFonts w:ascii="Garamond" w:hAnsi="Garamond"/>
          <w:color w:val="auto"/>
          <w:sz w:val="28"/>
          <w:szCs w:val="28"/>
        </w:rPr>
        <w:t>Into</w:t>
      </w:r>
      <w:proofErr w:type="gramEnd"/>
      <w:r w:rsidRPr="00E94EEA">
        <w:rPr>
          <w:rFonts w:ascii="Garamond" w:hAnsi="Garamond"/>
          <w:color w:val="auto"/>
          <w:sz w:val="28"/>
          <w:szCs w:val="28"/>
        </w:rPr>
        <w:t xml:space="preserve"> a Real, Sustainable Business)</w:t>
      </w:r>
      <w:bookmarkEnd w:id="86"/>
    </w:p>
    <w:p w14:paraId="3289DE8C" w14:textId="77777777" w:rsidR="001A5159" w:rsidRDefault="00000000">
      <w:r>
        <w:rPr>
          <w:rFonts w:ascii="Garamond" w:hAnsi="Garamond"/>
          <w:sz w:val="24"/>
        </w:rPr>
        <w:t>This guide shows the reader how to move from doing everything manually to running a lightweight, automated, streamlined business powered by AI and simple systems.</w:t>
      </w:r>
    </w:p>
    <w:p w14:paraId="6E2B7274" w14:textId="77777777" w:rsidR="001A5159" w:rsidRDefault="00000000">
      <w:r>
        <w:rPr>
          <w:rFonts w:ascii="Garamond" w:hAnsi="Garamond"/>
          <w:sz w:val="24"/>
        </w:rPr>
        <w:t>If the 36 blueprints help you earn, and the Income Stacking Guide helps you grow,</w:t>
      </w:r>
      <w:r>
        <w:rPr>
          <w:rFonts w:ascii="Garamond" w:hAnsi="Garamond"/>
          <w:sz w:val="24"/>
        </w:rPr>
        <w:br/>
        <w:t>this bonus helps you scale — without burning out, hiring a big team, or working more hours.</w:t>
      </w:r>
    </w:p>
    <w:p w14:paraId="13D2C4EE" w14:textId="77777777" w:rsidR="001A5159" w:rsidRDefault="00000000">
      <w:r>
        <w:rPr>
          <w:rFonts w:ascii="Garamond" w:hAnsi="Garamond"/>
          <w:sz w:val="24"/>
        </w:rPr>
        <w:t>This is the blueprint for going from:</w:t>
      </w:r>
      <w:r>
        <w:rPr>
          <w:rFonts w:ascii="Garamond" w:hAnsi="Garamond"/>
          <w:sz w:val="24"/>
        </w:rPr>
        <w:br/>
        <w:t>solo operator → system-powered business owner.</w:t>
      </w:r>
    </w:p>
    <w:p w14:paraId="17D98A72" w14:textId="77777777" w:rsidR="001A5159" w:rsidRDefault="001A5159"/>
    <w:p w14:paraId="0FA102CC" w14:textId="77777777" w:rsidR="001A5159" w:rsidRDefault="00000000">
      <w:r>
        <w:rPr>
          <w:rFonts w:ascii="Garamond" w:hAnsi="Garamond"/>
          <w:sz w:val="24"/>
        </w:rPr>
        <w:t>WHY THIS GUIDE MATTERS</w:t>
      </w:r>
    </w:p>
    <w:p w14:paraId="2EF4F53F" w14:textId="77777777" w:rsidR="001A5159" w:rsidRDefault="00000000">
      <w:r>
        <w:rPr>
          <w:rFonts w:ascii="Garamond" w:hAnsi="Garamond"/>
          <w:sz w:val="24"/>
        </w:rPr>
        <w:t>Most digital entrepreneurs hit the same wall:</w:t>
      </w:r>
    </w:p>
    <w:p w14:paraId="06714104" w14:textId="77777777" w:rsidR="001A5159" w:rsidRDefault="00000000">
      <w:r>
        <w:rPr>
          <w:rFonts w:ascii="Garamond" w:hAnsi="Garamond"/>
          <w:sz w:val="24"/>
        </w:rPr>
        <w:t>too many tasks</w:t>
      </w:r>
    </w:p>
    <w:p w14:paraId="41D7E2BC" w14:textId="77777777" w:rsidR="001A5159" w:rsidRDefault="00000000">
      <w:r>
        <w:rPr>
          <w:rFonts w:ascii="Garamond" w:hAnsi="Garamond"/>
          <w:sz w:val="24"/>
        </w:rPr>
        <w:t>too many clients</w:t>
      </w:r>
    </w:p>
    <w:p w14:paraId="12222D8D" w14:textId="77777777" w:rsidR="001A5159" w:rsidRDefault="00000000">
      <w:r>
        <w:rPr>
          <w:rFonts w:ascii="Garamond" w:hAnsi="Garamond"/>
          <w:sz w:val="24"/>
        </w:rPr>
        <w:t>too many deliverables</w:t>
      </w:r>
    </w:p>
    <w:p w14:paraId="443A393D" w14:textId="77777777" w:rsidR="001A5159" w:rsidRDefault="00000000">
      <w:r>
        <w:rPr>
          <w:rFonts w:ascii="Garamond" w:hAnsi="Garamond"/>
          <w:sz w:val="24"/>
        </w:rPr>
        <w:t>not enough time</w:t>
      </w:r>
    </w:p>
    <w:p w14:paraId="08B2A9C9" w14:textId="77777777" w:rsidR="001A5159" w:rsidRDefault="00000000">
      <w:r>
        <w:rPr>
          <w:rFonts w:ascii="Garamond" w:hAnsi="Garamond"/>
          <w:sz w:val="24"/>
        </w:rPr>
        <w:t>no systems</w:t>
      </w:r>
    </w:p>
    <w:p w14:paraId="49284894" w14:textId="77777777" w:rsidR="001A5159" w:rsidRDefault="00000000">
      <w:r>
        <w:rPr>
          <w:rFonts w:ascii="Garamond" w:hAnsi="Garamond"/>
          <w:sz w:val="24"/>
        </w:rPr>
        <w:t>inconsistent workflows</w:t>
      </w:r>
    </w:p>
    <w:p w14:paraId="29753753" w14:textId="77777777" w:rsidR="001A5159" w:rsidRDefault="00000000">
      <w:r>
        <w:rPr>
          <w:rFonts w:ascii="Garamond" w:hAnsi="Garamond"/>
          <w:sz w:val="24"/>
        </w:rPr>
        <w:t>fatigue → frustration → stagnation</w:t>
      </w:r>
    </w:p>
    <w:p w14:paraId="10D831AA" w14:textId="77777777" w:rsidR="001A5159" w:rsidRDefault="00000000">
      <w:r>
        <w:rPr>
          <w:rFonts w:ascii="Garamond" w:hAnsi="Garamond"/>
          <w:sz w:val="24"/>
        </w:rPr>
        <w:t>AI can eliminate 70%+ of the manual work if used properly.</w:t>
      </w:r>
    </w:p>
    <w:p w14:paraId="50F5F750" w14:textId="77777777" w:rsidR="001A5159" w:rsidRDefault="00000000">
      <w:r>
        <w:rPr>
          <w:rFonts w:ascii="Garamond" w:hAnsi="Garamond"/>
          <w:sz w:val="24"/>
        </w:rPr>
        <w:t>This guide teaches exactly how.</w:t>
      </w:r>
    </w:p>
    <w:p w14:paraId="071D8684" w14:textId="77777777" w:rsidR="001A5159" w:rsidRDefault="001A5159"/>
    <w:p w14:paraId="12BE3040" w14:textId="77777777" w:rsidR="001A5159" w:rsidRDefault="00000000">
      <w:r>
        <w:rPr>
          <w:rFonts w:ascii="Garamond" w:hAnsi="Garamond"/>
          <w:sz w:val="24"/>
        </w:rPr>
        <w:t>THE 3 PILLARS OF SCALING</w:t>
      </w:r>
    </w:p>
    <w:p w14:paraId="254DC6DE" w14:textId="77777777" w:rsidR="001A5159" w:rsidRDefault="00000000">
      <w:r>
        <w:rPr>
          <w:rFonts w:ascii="Garamond" w:hAnsi="Garamond"/>
          <w:sz w:val="24"/>
        </w:rPr>
        <w:t xml:space="preserve">There are only three things required to </w:t>
      </w:r>
      <w:proofErr w:type="gramStart"/>
      <w:r>
        <w:rPr>
          <w:rFonts w:ascii="Garamond" w:hAnsi="Garamond"/>
          <w:sz w:val="24"/>
        </w:rPr>
        <w:t>scale</w:t>
      </w:r>
      <w:proofErr w:type="gramEnd"/>
      <w:r>
        <w:rPr>
          <w:rFonts w:ascii="Garamond" w:hAnsi="Garamond"/>
          <w:sz w:val="24"/>
        </w:rPr>
        <w:t>:</w:t>
      </w:r>
    </w:p>
    <w:p w14:paraId="33D2EE4B" w14:textId="77777777" w:rsidR="001A5159" w:rsidRDefault="00000000">
      <w:r>
        <w:rPr>
          <w:rFonts w:ascii="Garamond" w:hAnsi="Garamond"/>
          <w:sz w:val="24"/>
        </w:rPr>
        <w:lastRenderedPageBreak/>
        <w:t>SYSTEMS — predictable workflows</w:t>
      </w:r>
    </w:p>
    <w:p w14:paraId="3E0C7D33" w14:textId="77777777" w:rsidR="001A5159" w:rsidRDefault="00000000">
      <w:r>
        <w:rPr>
          <w:rFonts w:ascii="Garamond" w:hAnsi="Garamond"/>
          <w:sz w:val="24"/>
        </w:rPr>
        <w:t xml:space="preserve">AUTOMATION — eliminating repetitive </w:t>
      </w:r>
      <w:proofErr w:type="gramStart"/>
      <w:r>
        <w:rPr>
          <w:rFonts w:ascii="Garamond" w:hAnsi="Garamond"/>
          <w:sz w:val="24"/>
        </w:rPr>
        <w:t>tasks</w:t>
      </w:r>
      <w:proofErr w:type="gramEnd"/>
    </w:p>
    <w:p w14:paraId="002BF216" w14:textId="77777777" w:rsidR="001A5159" w:rsidRDefault="00000000">
      <w:r>
        <w:rPr>
          <w:rFonts w:ascii="Garamond" w:hAnsi="Garamond"/>
          <w:sz w:val="24"/>
        </w:rPr>
        <w:t xml:space="preserve">LEVERAGE — tools, templates, and assets that multiply your </w:t>
      </w:r>
      <w:proofErr w:type="gramStart"/>
      <w:r>
        <w:rPr>
          <w:rFonts w:ascii="Garamond" w:hAnsi="Garamond"/>
          <w:sz w:val="24"/>
        </w:rPr>
        <w:t>output</w:t>
      </w:r>
      <w:proofErr w:type="gramEnd"/>
    </w:p>
    <w:p w14:paraId="30F2E054" w14:textId="77777777" w:rsidR="001A5159" w:rsidRDefault="00000000">
      <w:r>
        <w:rPr>
          <w:rFonts w:ascii="Garamond" w:hAnsi="Garamond"/>
          <w:sz w:val="24"/>
        </w:rPr>
        <w:t>If you master these three, you can scale any blueprint on autopilot.</w:t>
      </w:r>
    </w:p>
    <w:p w14:paraId="7094C20B" w14:textId="77777777" w:rsidR="001A5159" w:rsidRDefault="001A5159"/>
    <w:p w14:paraId="15E50BD2" w14:textId="77777777" w:rsidR="001A5159" w:rsidRDefault="00000000">
      <w:r>
        <w:rPr>
          <w:rFonts w:ascii="Garamond" w:hAnsi="Garamond"/>
          <w:sz w:val="24"/>
        </w:rPr>
        <w:t>PILLAR 1 — SYSTEMS</w:t>
      </w:r>
    </w:p>
    <w:p w14:paraId="0F033974" w14:textId="77777777" w:rsidR="001A5159" w:rsidRDefault="00000000">
      <w:r>
        <w:rPr>
          <w:rFonts w:ascii="Garamond" w:hAnsi="Garamond"/>
          <w:sz w:val="24"/>
        </w:rPr>
        <w:t>(Build workflows that run your business consistently)</w:t>
      </w:r>
    </w:p>
    <w:p w14:paraId="09BFD988" w14:textId="77777777" w:rsidR="001A5159" w:rsidRDefault="00000000">
      <w:r>
        <w:rPr>
          <w:rFonts w:ascii="Garamond" w:hAnsi="Garamond"/>
          <w:sz w:val="24"/>
        </w:rPr>
        <w:t>A system is simply a repeatable process.</w:t>
      </w:r>
    </w:p>
    <w:p w14:paraId="2008E756" w14:textId="77777777" w:rsidR="001A5159" w:rsidRDefault="00000000">
      <w:r>
        <w:rPr>
          <w:rFonts w:ascii="Garamond" w:hAnsi="Garamond"/>
          <w:sz w:val="24"/>
        </w:rPr>
        <w:t>The most important systems to build:</w:t>
      </w:r>
    </w:p>
    <w:p w14:paraId="109F992C" w14:textId="77777777" w:rsidR="001A5159" w:rsidRDefault="00000000">
      <w:r>
        <w:rPr>
          <w:rFonts w:ascii="Garamond" w:hAnsi="Garamond"/>
          <w:sz w:val="24"/>
        </w:rPr>
        <w:t>1. Client Onboarding System</w:t>
      </w:r>
    </w:p>
    <w:p w14:paraId="55C3F909" w14:textId="77777777" w:rsidR="001A5159" w:rsidRDefault="00000000">
      <w:r>
        <w:rPr>
          <w:rFonts w:ascii="Garamond" w:hAnsi="Garamond"/>
          <w:sz w:val="24"/>
        </w:rPr>
        <w:t xml:space="preserve">welcome </w:t>
      </w:r>
      <w:proofErr w:type="gramStart"/>
      <w:r>
        <w:rPr>
          <w:rFonts w:ascii="Garamond" w:hAnsi="Garamond"/>
          <w:sz w:val="24"/>
        </w:rPr>
        <w:t>message</w:t>
      </w:r>
      <w:proofErr w:type="gramEnd"/>
    </w:p>
    <w:p w14:paraId="5A35B61E" w14:textId="77777777" w:rsidR="001A5159" w:rsidRDefault="00000000">
      <w:r>
        <w:rPr>
          <w:rFonts w:ascii="Garamond" w:hAnsi="Garamond"/>
          <w:sz w:val="24"/>
        </w:rPr>
        <w:t>intake form</w:t>
      </w:r>
    </w:p>
    <w:p w14:paraId="599893A9" w14:textId="77777777" w:rsidR="001A5159" w:rsidRDefault="00000000">
      <w:r>
        <w:rPr>
          <w:rFonts w:ascii="Garamond" w:hAnsi="Garamond"/>
          <w:sz w:val="24"/>
        </w:rPr>
        <w:t>payment link</w:t>
      </w:r>
    </w:p>
    <w:p w14:paraId="4D659069" w14:textId="77777777" w:rsidR="001A5159" w:rsidRDefault="00000000">
      <w:r>
        <w:rPr>
          <w:rFonts w:ascii="Garamond" w:hAnsi="Garamond"/>
          <w:sz w:val="24"/>
        </w:rPr>
        <w:t>meeting scheduler</w:t>
      </w:r>
    </w:p>
    <w:p w14:paraId="4C61FA10" w14:textId="77777777" w:rsidR="001A5159" w:rsidRDefault="00000000">
      <w:r>
        <w:rPr>
          <w:rFonts w:ascii="Garamond" w:hAnsi="Garamond"/>
          <w:sz w:val="24"/>
        </w:rPr>
        <w:t>onboarding instructions</w:t>
      </w:r>
    </w:p>
    <w:p w14:paraId="65C3238F" w14:textId="77777777" w:rsidR="001A5159" w:rsidRDefault="00000000">
      <w:r>
        <w:rPr>
          <w:rFonts w:ascii="Garamond" w:hAnsi="Garamond"/>
          <w:sz w:val="24"/>
        </w:rPr>
        <w:t>2. Delivery System</w:t>
      </w:r>
    </w:p>
    <w:p w14:paraId="0A38066F" w14:textId="77777777" w:rsidR="001A5159" w:rsidRDefault="00000000">
      <w:r>
        <w:rPr>
          <w:rFonts w:ascii="Garamond" w:hAnsi="Garamond"/>
          <w:sz w:val="24"/>
        </w:rPr>
        <w:t>timeline</w:t>
      </w:r>
    </w:p>
    <w:p w14:paraId="225B8FDE" w14:textId="77777777" w:rsidR="001A5159" w:rsidRDefault="00000000">
      <w:r>
        <w:rPr>
          <w:rFonts w:ascii="Garamond" w:hAnsi="Garamond"/>
          <w:sz w:val="24"/>
        </w:rPr>
        <w:t>templates</w:t>
      </w:r>
    </w:p>
    <w:p w14:paraId="2DAAEC53" w14:textId="77777777" w:rsidR="001A5159" w:rsidRDefault="00000000">
      <w:r>
        <w:rPr>
          <w:rFonts w:ascii="Garamond" w:hAnsi="Garamond"/>
          <w:sz w:val="24"/>
        </w:rPr>
        <w:t>SOPs</w:t>
      </w:r>
    </w:p>
    <w:p w14:paraId="1138FA3B" w14:textId="77777777" w:rsidR="001A5159" w:rsidRDefault="00000000">
      <w:r>
        <w:rPr>
          <w:rFonts w:ascii="Garamond" w:hAnsi="Garamond"/>
          <w:sz w:val="24"/>
        </w:rPr>
        <w:t>revision rules</w:t>
      </w:r>
    </w:p>
    <w:p w14:paraId="51E46740" w14:textId="77777777" w:rsidR="001A5159" w:rsidRDefault="00000000">
      <w:r>
        <w:rPr>
          <w:rFonts w:ascii="Garamond" w:hAnsi="Garamond"/>
          <w:sz w:val="24"/>
        </w:rPr>
        <w:t>communication structure</w:t>
      </w:r>
    </w:p>
    <w:p w14:paraId="4259D678" w14:textId="77777777" w:rsidR="001A5159" w:rsidRDefault="00000000">
      <w:r>
        <w:rPr>
          <w:rFonts w:ascii="Garamond" w:hAnsi="Garamond"/>
          <w:sz w:val="24"/>
        </w:rPr>
        <w:t>3. Offboarding &amp; Retention System</w:t>
      </w:r>
    </w:p>
    <w:p w14:paraId="0B8599BB" w14:textId="77777777" w:rsidR="001A5159" w:rsidRDefault="00000000">
      <w:r>
        <w:rPr>
          <w:rFonts w:ascii="Garamond" w:hAnsi="Garamond"/>
          <w:sz w:val="24"/>
        </w:rPr>
        <w:t>delivery packet</w:t>
      </w:r>
    </w:p>
    <w:p w14:paraId="1F675023" w14:textId="77777777" w:rsidR="001A5159" w:rsidRDefault="00000000">
      <w:r>
        <w:rPr>
          <w:rFonts w:ascii="Garamond" w:hAnsi="Garamond"/>
          <w:sz w:val="24"/>
        </w:rPr>
        <w:t>testimonial request</w:t>
      </w:r>
    </w:p>
    <w:p w14:paraId="597A00D7" w14:textId="77777777" w:rsidR="001A5159" w:rsidRDefault="00000000">
      <w:r>
        <w:rPr>
          <w:rFonts w:ascii="Garamond" w:hAnsi="Garamond"/>
          <w:sz w:val="24"/>
        </w:rPr>
        <w:t>referral script</w:t>
      </w:r>
    </w:p>
    <w:p w14:paraId="387F25CD" w14:textId="77777777" w:rsidR="001A5159" w:rsidRDefault="00000000">
      <w:r>
        <w:rPr>
          <w:rFonts w:ascii="Garamond" w:hAnsi="Garamond"/>
          <w:sz w:val="24"/>
        </w:rPr>
        <w:lastRenderedPageBreak/>
        <w:t>next-step offer</w:t>
      </w:r>
    </w:p>
    <w:p w14:paraId="00DA0052" w14:textId="77777777" w:rsidR="001A5159" w:rsidRDefault="00000000">
      <w:r>
        <w:rPr>
          <w:rFonts w:ascii="Garamond" w:hAnsi="Garamond"/>
          <w:sz w:val="24"/>
        </w:rPr>
        <w:t>4. Content Creation System</w:t>
      </w:r>
    </w:p>
    <w:p w14:paraId="464AEAE8" w14:textId="77777777" w:rsidR="001A5159" w:rsidRDefault="00000000">
      <w:r>
        <w:rPr>
          <w:rFonts w:ascii="Garamond" w:hAnsi="Garamond"/>
          <w:sz w:val="24"/>
        </w:rPr>
        <w:t>ideas</w:t>
      </w:r>
    </w:p>
    <w:p w14:paraId="4322AB10" w14:textId="77777777" w:rsidR="001A5159" w:rsidRDefault="00000000">
      <w:r>
        <w:rPr>
          <w:rFonts w:ascii="Garamond" w:hAnsi="Garamond"/>
          <w:sz w:val="24"/>
        </w:rPr>
        <w:t>hooks</w:t>
      </w:r>
    </w:p>
    <w:p w14:paraId="24094F85" w14:textId="77777777" w:rsidR="001A5159" w:rsidRDefault="00000000">
      <w:r>
        <w:rPr>
          <w:rFonts w:ascii="Garamond" w:hAnsi="Garamond"/>
          <w:sz w:val="24"/>
        </w:rPr>
        <w:t>batching</w:t>
      </w:r>
    </w:p>
    <w:p w14:paraId="143C5877" w14:textId="77777777" w:rsidR="001A5159" w:rsidRDefault="00000000">
      <w:r>
        <w:rPr>
          <w:rFonts w:ascii="Garamond" w:hAnsi="Garamond"/>
          <w:sz w:val="24"/>
        </w:rPr>
        <w:t>scheduling</w:t>
      </w:r>
    </w:p>
    <w:p w14:paraId="6A1A9B14" w14:textId="77777777" w:rsidR="001A5159" w:rsidRDefault="00000000">
      <w:r>
        <w:rPr>
          <w:rFonts w:ascii="Garamond" w:hAnsi="Garamond"/>
          <w:sz w:val="24"/>
        </w:rPr>
        <w:t>repurposing</w:t>
      </w:r>
    </w:p>
    <w:p w14:paraId="19BC43E8" w14:textId="77777777" w:rsidR="001A5159" w:rsidRDefault="00000000">
      <w:r>
        <w:rPr>
          <w:rFonts w:ascii="Garamond" w:hAnsi="Garamond"/>
          <w:sz w:val="24"/>
        </w:rPr>
        <w:t>These systems reduce stress and increase perceived professionalism.</w:t>
      </w:r>
    </w:p>
    <w:p w14:paraId="6685D580" w14:textId="77777777" w:rsidR="001A5159" w:rsidRDefault="001A5159"/>
    <w:p w14:paraId="375C6E83" w14:textId="77777777" w:rsidR="001A5159" w:rsidRDefault="00000000">
      <w:r>
        <w:rPr>
          <w:rFonts w:ascii="Garamond" w:hAnsi="Garamond"/>
          <w:sz w:val="24"/>
        </w:rPr>
        <w:t>PILLAR 2 — AUTOMATION</w:t>
      </w:r>
    </w:p>
    <w:p w14:paraId="7008575A" w14:textId="77777777" w:rsidR="001A5159" w:rsidRDefault="00000000">
      <w:r>
        <w:rPr>
          <w:rFonts w:ascii="Garamond" w:hAnsi="Garamond"/>
          <w:sz w:val="24"/>
        </w:rPr>
        <w:t>(Let AI + no-code tools take repetitive tasks off your plate)</w:t>
      </w:r>
    </w:p>
    <w:p w14:paraId="0B0C07A4" w14:textId="77777777" w:rsidR="001A5159" w:rsidRDefault="00000000">
      <w:r>
        <w:rPr>
          <w:rFonts w:ascii="Garamond" w:hAnsi="Garamond"/>
          <w:sz w:val="24"/>
        </w:rPr>
        <w:t>Automation does NOT mean complexity.</w:t>
      </w:r>
      <w:r>
        <w:rPr>
          <w:rFonts w:ascii="Garamond" w:hAnsi="Garamond"/>
          <w:sz w:val="24"/>
        </w:rPr>
        <w:br/>
        <w:t>It means removing friction.</w:t>
      </w:r>
    </w:p>
    <w:p w14:paraId="678DE070" w14:textId="77777777" w:rsidR="001A5159" w:rsidRDefault="00000000">
      <w:r>
        <w:rPr>
          <w:rFonts w:ascii="Garamond" w:hAnsi="Garamond"/>
          <w:sz w:val="24"/>
        </w:rPr>
        <w:t>Here are the 10 highest-impact automations every AI entrepreneur should set up:</w:t>
      </w:r>
    </w:p>
    <w:p w14:paraId="48E81BED" w14:textId="77777777" w:rsidR="001A5159" w:rsidRDefault="001A5159"/>
    <w:p w14:paraId="0B843AE0" w14:textId="77777777" w:rsidR="001A5159" w:rsidRDefault="00000000">
      <w:r>
        <w:rPr>
          <w:rFonts w:ascii="Garamond" w:hAnsi="Garamond"/>
          <w:sz w:val="24"/>
        </w:rPr>
        <w:t>1. Automated Client Onboarding</w:t>
      </w:r>
    </w:p>
    <w:p w14:paraId="6AD36CCD" w14:textId="77777777" w:rsidR="001A5159" w:rsidRDefault="00000000">
      <w:r>
        <w:rPr>
          <w:rFonts w:ascii="Garamond" w:hAnsi="Garamond"/>
          <w:sz w:val="24"/>
        </w:rPr>
        <w:t>Trigger: Invoice paid</w:t>
      </w:r>
      <w:r>
        <w:rPr>
          <w:rFonts w:ascii="Garamond" w:hAnsi="Garamond"/>
          <w:sz w:val="24"/>
        </w:rPr>
        <w:br/>
        <w:t>Action: Welcome email + intake form + instructions</w:t>
      </w:r>
    </w:p>
    <w:p w14:paraId="4C01F4F9" w14:textId="77777777" w:rsidR="001A5159" w:rsidRDefault="00000000">
      <w:r>
        <w:rPr>
          <w:rFonts w:ascii="Garamond" w:hAnsi="Garamond"/>
          <w:sz w:val="24"/>
        </w:rPr>
        <w:t>2. Automated Task Creation</w:t>
      </w:r>
    </w:p>
    <w:p w14:paraId="021FE215" w14:textId="77777777" w:rsidR="001A5159" w:rsidRDefault="00000000">
      <w:r>
        <w:rPr>
          <w:rFonts w:ascii="Garamond" w:hAnsi="Garamond"/>
          <w:sz w:val="24"/>
        </w:rPr>
        <w:t>Trigger: Form submitted</w:t>
      </w:r>
      <w:r>
        <w:rPr>
          <w:rFonts w:ascii="Garamond" w:hAnsi="Garamond"/>
          <w:sz w:val="24"/>
        </w:rPr>
        <w:br/>
        <w:t>Action: Create tasks in Notion/ClickUp</w:t>
      </w:r>
    </w:p>
    <w:p w14:paraId="1C30E924" w14:textId="77777777" w:rsidR="001A5159" w:rsidRDefault="00000000">
      <w:r>
        <w:rPr>
          <w:rFonts w:ascii="Garamond" w:hAnsi="Garamond"/>
          <w:sz w:val="24"/>
        </w:rPr>
        <w:t>3. Automated Meeting Scheduling</w:t>
      </w:r>
    </w:p>
    <w:p w14:paraId="1B6CD5B0" w14:textId="77777777" w:rsidR="001A5159" w:rsidRDefault="00000000">
      <w:r>
        <w:rPr>
          <w:rFonts w:ascii="Garamond" w:hAnsi="Garamond"/>
          <w:sz w:val="24"/>
        </w:rPr>
        <w:t>Trigger: DM or inquiry</w:t>
      </w:r>
      <w:r>
        <w:rPr>
          <w:rFonts w:ascii="Garamond" w:hAnsi="Garamond"/>
          <w:sz w:val="24"/>
        </w:rPr>
        <w:br/>
        <w:t>Action: Scheduling link delivered</w:t>
      </w:r>
    </w:p>
    <w:p w14:paraId="394E6F9E" w14:textId="77777777" w:rsidR="001A5159" w:rsidRDefault="00000000">
      <w:r>
        <w:rPr>
          <w:rFonts w:ascii="Garamond" w:hAnsi="Garamond"/>
          <w:sz w:val="24"/>
        </w:rPr>
        <w:t>4. Automated Content Calendar</w:t>
      </w:r>
    </w:p>
    <w:p w14:paraId="111CE076" w14:textId="77777777" w:rsidR="001A5159" w:rsidRDefault="00000000">
      <w:r>
        <w:rPr>
          <w:rFonts w:ascii="Garamond" w:hAnsi="Garamond"/>
          <w:sz w:val="24"/>
        </w:rPr>
        <w:t>Trigger: Weekly</w:t>
      </w:r>
      <w:r>
        <w:rPr>
          <w:rFonts w:ascii="Garamond" w:hAnsi="Garamond"/>
          <w:sz w:val="24"/>
        </w:rPr>
        <w:br/>
        <w:t>Action: AI generates content ideas + adds them to calendar</w:t>
      </w:r>
    </w:p>
    <w:p w14:paraId="1BDBBD1A" w14:textId="77777777" w:rsidR="001A5159" w:rsidRDefault="00000000">
      <w:r>
        <w:rPr>
          <w:rFonts w:ascii="Garamond" w:hAnsi="Garamond"/>
          <w:sz w:val="24"/>
        </w:rPr>
        <w:lastRenderedPageBreak/>
        <w:t>5. Automated File Organization</w:t>
      </w:r>
    </w:p>
    <w:p w14:paraId="57F244B1" w14:textId="77777777" w:rsidR="001A5159" w:rsidRDefault="00000000">
      <w:r>
        <w:rPr>
          <w:rFonts w:ascii="Garamond" w:hAnsi="Garamond"/>
          <w:sz w:val="24"/>
        </w:rPr>
        <w:t>Trigger: New client started</w:t>
      </w:r>
      <w:r>
        <w:rPr>
          <w:rFonts w:ascii="Garamond" w:hAnsi="Garamond"/>
          <w:sz w:val="24"/>
        </w:rPr>
        <w:br/>
        <w:t>Action: Create folder system automatically</w:t>
      </w:r>
    </w:p>
    <w:p w14:paraId="044227A0" w14:textId="77777777" w:rsidR="001A5159" w:rsidRDefault="00000000">
      <w:r>
        <w:rPr>
          <w:rFonts w:ascii="Garamond" w:hAnsi="Garamond"/>
          <w:sz w:val="24"/>
        </w:rPr>
        <w:t>6. Automated Progress Reminders</w:t>
      </w:r>
    </w:p>
    <w:p w14:paraId="78F6D91F" w14:textId="77777777" w:rsidR="001A5159" w:rsidRDefault="00000000">
      <w:r>
        <w:rPr>
          <w:rFonts w:ascii="Garamond" w:hAnsi="Garamond"/>
          <w:sz w:val="24"/>
        </w:rPr>
        <w:t>Trigger: Weekly</w:t>
      </w:r>
      <w:r>
        <w:rPr>
          <w:rFonts w:ascii="Garamond" w:hAnsi="Garamond"/>
          <w:sz w:val="24"/>
        </w:rPr>
        <w:br/>
        <w:t>Action: AI sends progress notes or reminders</w:t>
      </w:r>
    </w:p>
    <w:p w14:paraId="30F47CB7" w14:textId="77777777" w:rsidR="001A5159" w:rsidRDefault="00000000">
      <w:r>
        <w:rPr>
          <w:rFonts w:ascii="Garamond" w:hAnsi="Garamond"/>
          <w:sz w:val="24"/>
        </w:rPr>
        <w:t>7. Automated Follow-Up Messages</w:t>
      </w:r>
    </w:p>
    <w:p w14:paraId="2E613519" w14:textId="77777777" w:rsidR="001A5159" w:rsidRDefault="00000000">
      <w:r>
        <w:rPr>
          <w:rFonts w:ascii="Garamond" w:hAnsi="Garamond"/>
          <w:sz w:val="24"/>
        </w:rPr>
        <w:t>Trigger: No response</w:t>
      </w:r>
      <w:r>
        <w:rPr>
          <w:rFonts w:ascii="Garamond" w:hAnsi="Garamond"/>
          <w:sz w:val="24"/>
        </w:rPr>
        <w:br/>
        <w:t>Action: AI sends a professional follow-up</w:t>
      </w:r>
    </w:p>
    <w:p w14:paraId="623ED7E5" w14:textId="77777777" w:rsidR="001A5159" w:rsidRDefault="00000000">
      <w:r>
        <w:rPr>
          <w:rFonts w:ascii="Garamond" w:hAnsi="Garamond"/>
          <w:sz w:val="24"/>
        </w:rPr>
        <w:t>8. Automated Report Generation</w:t>
      </w:r>
    </w:p>
    <w:p w14:paraId="1FED67E6" w14:textId="77777777" w:rsidR="001A5159" w:rsidRDefault="00000000">
      <w:r>
        <w:rPr>
          <w:rFonts w:ascii="Garamond" w:hAnsi="Garamond"/>
          <w:sz w:val="24"/>
        </w:rPr>
        <w:t>Trigger: End of week/month</w:t>
      </w:r>
      <w:r>
        <w:rPr>
          <w:rFonts w:ascii="Garamond" w:hAnsi="Garamond"/>
          <w:sz w:val="24"/>
        </w:rPr>
        <w:br/>
        <w:t xml:space="preserve">Action: AI generates content reports, KPI summaries, </w:t>
      </w:r>
      <w:proofErr w:type="gramStart"/>
      <w:r>
        <w:rPr>
          <w:rFonts w:ascii="Garamond" w:hAnsi="Garamond"/>
          <w:sz w:val="24"/>
        </w:rPr>
        <w:t>etc.</w:t>
      </w:r>
      <w:proofErr w:type="gramEnd"/>
    </w:p>
    <w:p w14:paraId="71B7B81F" w14:textId="77777777" w:rsidR="001A5159" w:rsidRDefault="00000000">
      <w:r>
        <w:rPr>
          <w:rFonts w:ascii="Garamond" w:hAnsi="Garamond"/>
          <w:sz w:val="24"/>
        </w:rPr>
        <w:t>9. Automated Content Repurposing</w:t>
      </w:r>
    </w:p>
    <w:p w14:paraId="301F67BC" w14:textId="77777777" w:rsidR="001A5159" w:rsidRDefault="00000000">
      <w:r>
        <w:rPr>
          <w:rFonts w:ascii="Garamond" w:hAnsi="Garamond"/>
          <w:sz w:val="24"/>
        </w:rPr>
        <w:t>Trigger: Upload long-form content</w:t>
      </w:r>
      <w:r>
        <w:rPr>
          <w:rFonts w:ascii="Garamond" w:hAnsi="Garamond"/>
          <w:sz w:val="24"/>
        </w:rPr>
        <w:br/>
        <w:t>Action: AI converts into short-form scripts, posts, carousels</w:t>
      </w:r>
    </w:p>
    <w:p w14:paraId="3FDB757B" w14:textId="77777777" w:rsidR="001A5159" w:rsidRDefault="00000000">
      <w:r>
        <w:rPr>
          <w:rFonts w:ascii="Garamond" w:hAnsi="Garamond"/>
          <w:sz w:val="24"/>
        </w:rPr>
        <w:t>10. Automated Testimonial Request</w:t>
      </w:r>
    </w:p>
    <w:p w14:paraId="6136D5E2" w14:textId="77777777" w:rsidR="001A5159" w:rsidRDefault="00000000">
      <w:r>
        <w:rPr>
          <w:rFonts w:ascii="Garamond" w:hAnsi="Garamond"/>
          <w:sz w:val="24"/>
        </w:rPr>
        <w:t>Trigger: Project delivered</w:t>
      </w:r>
      <w:r>
        <w:rPr>
          <w:rFonts w:ascii="Garamond" w:hAnsi="Garamond"/>
          <w:sz w:val="24"/>
        </w:rPr>
        <w:br/>
        <w:t>Action: AI sends testimonial script link</w:t>
      </w:r>
    </w:p>
    <w:p w14:paraId="0FB83604" w14:textId="77777777" w:rsidR="001A5159" w:rsidRDefault="00000000">
      <w:r>
        <w:rPr>
          <w:rFonts w:ascii="Garamond" w:hAnsi="Garamond"/>
          <w:sz w:val="24"/>
        </w:rPr>
        <w:t>Each one saves you hours every week.</w:t>
      </w:r>
    </w:p>
    <w:p w14:paraId="28FCF50C" w14:textId="77777777" w:rsidR="001A5159" w:rsidRDefault="001A5159"/>
    <w:p w14:paraId="0B518CAD" w14:textId="77777777" w:rsidR="001A5159" w:rsidRDefault="00000000">
      <w:r>
        <w:rPr>
          <w:rFonts w:ascii="Garamond" w:hAnsi="Garamond"/>
          <w:sz w:val="24"/>
        </w:rPr>
        <w:t>PILLAR 3 — LEVERAGE</w:t>
      </w:r>
    </w:p>
    <w:p w14:paraId="528E8EFB" w14:textId="77777777" w:rsidR="001A5159" w:rsidRDefault="00000000">
      <w:r>
        <w:rPr>
          <w:rFonts w:ascii="Garamond" w:hAnsi="Garamond"/>
          <w:sz w:val="24"/>
        </w:rPr>
        <w:t>(Use digital assets to increase output without increasing hours)</w:t>
      </w:r>
    </w:p>
    <w:p w14:paraId="42100D9F" w14:textId="77777777" w:rsidR="001A5159" w:rsidRDefault="00000000">
      <w:r>
        <w:rPr>
          <w:rFonts w:ascii="Garamond" w:hAnsi="Garamond"/>
          <w:sz w:val="24"/>
        </w:rPr>
        <w:t>Leverage is how you scale without hiring.</w:t>
      </w:r>
    </w:p>
    <w:p w14:paraId="7CE76FD0" w14:textId="77777777" w:rsidR="001A5159" w:rsidRDefault="00000000">
      <w:r>
        <w:rPr>
          <w:rFonts w:ascii="Garamond" w:hAnsi="Garamond"/>
          <w:sz w:val="24"/>
        </w:rPr>
        <w:t>Create assets once → sell or use them repeatedly.</w:t>
      </w:r>
    </w:p>
    <w:p w14:paraId="55B983B6" w14:textId="77777777" w:rsidR="001A5159" w:rsidRDefault="00000000">
      <w:r>
        <w:rPr>
          <w:rFonts w:ascii="Garamond" w:hAnsi="Garamond"/>
          <w:sz w:val="24"/>
        </w:rPr>
        <w:t>Examples:</w:t>
      </w:r>
    </w:p>
    <w:p w14:paraId="48FEAE6A" w14:textId="77777777" w:rsidR="001A5159" w:rsidRDefault="00000000">
      <w:r>
        <w:rPr>
          <w:rFonts w:ascii="Garamond" w:hAnsi="Garamond"/>
          <w:sz w:val="24"/>
        </w:rPr>
        <w:t>Leverage Assets</w:t>
      </w:r>
    </w:p>
    <w:p w14:paraId="6D75F56B" w14:textId="77777777" w:rsidR="001A5159" w:rsidRDefault="00000000">
      <w:r>
        <w:rPr>
          <w:rFonts w:ascii="Garamond" w:hAnsi="Garamond"/>
          <w:sz w:val="24"/>
        </w:rPr>
        <w:t>templates</w:t>
      </w:r>
    </w:p>
    <w:p w14:paraId="6154ECB3" w14:textId="77777777" w:rsidR="001A5159" w:rsidRDefault="00000000">
      <w:r>
        <w:rPr>
          <w:rFonts w:ascii="Garamond" w:hAnsi="Garamond"/>
          <w:sz w:val="24"/>
        </w:rPr>
        <w:t>SOPs</w:t>
      </w:r>
    </w:p>
    <w:p w14:paraId="12097F59" w14:textId="77777777" w:rsidR="001A5159" w:rsidRDefault="00000000">
      <w:r>
        <w:rPr>
          <w:rFonts w:ascii="Garamond" w:hAnsi="Garamond"/>
          <w:sz w:val="24"/>
        </w:rPr>
        <w:lastRenderedPageBreak/>
        <w:t>scripts</w:t>
      </w:r>
    </w:p>
    <w:p w14:paraId="11673787" w14:textId="77777777" w:rsidR="001A5159" w:rsidRDefault="00000000">
      <w:r>
        <w:rPr>
          <w:rFonts w:ascii="Garamond" w:hAnsi="Garamond"/>
          <w:sz w:val="24"/>
        </w:rPr>
        <w:t>swipe files</w:t>
      </w:r>
    </w:p>
    <w:p w14:paraId="3FC9E061" w14:textId="77777777" w:rsidR="001A5159" w:rsidRDefault="00000000">
      <w:r>
        <w:rPr>
          <w:rFonts w:ascii="Garamond" w:hAnsi="Garamond"/>
          <w:sz w:val="24"/>
        </w:rPr>
        <w:t>digital products</w:t>
      </w:r>
    </w:p>
    <w:p w14:paraId="3EB1B4C4" w14:textId="77777777" w:rsidR="001A5159" w:rsidRDefault="00000000">
      <w:r>
        <w:rPr>
          <w:rFonts w:ascii="Garamond" w:hAnsi="Garamond"/>
          <w:sz w:val="24"/>
        </w:rPr>
        <w:t>lead magnets</w:t>
      </w:r>
    </w:p>
    <w:p w14:paraId="4270A0A4" w14:textId="77777777" w:rsidR="001A5159" w:rsidRDefault="00000000">
      <w:r>
        <w:rPr>
          <w:rFonts w:ascii="Garamond" w:hAnsi="Garamond"/>
          <w:sz w:val="24"/>
        </w:rPr>
        <w:t>customGPTs</w:t>
      </w:r>
    </w:p>
    <w:p w14:paraId="75CF7A75" w14:textId="77777777" w:rsidR="001A5159" w:rsidRDefault="00000000">
      <w:r>
        <w:rPr>
          <w:rFonts w:ascii="Garamond" w:hAnsi="Garamond"/>
          <w:sz w:val="24"/>
        </w:rPr>
        <w:t>content packs</w:t>
      </w:r>
    </w:p>
    <w:p w14:paraId="3399D443" w14:textId="77777777" w:rsidR="001A5159" w:rsidRDefault="00000000">
      <w:r>
        <w:rPr>
          <w:rFonts w:ascii="Garamond" w:hAnsi="Garamond"/>
          <w:sz w:val="24"/>
        </w:rPr>
        <w:t>workshop recordings</w:t>
      </w:r>
    </w:p>
    <w:p w14:paraId="2F70EEA0" w14:textId="77777777" w:rsidR="001A5159" w:rsidRDefault="00000000">
      <w:r>
        <w:rPr>
          <w:rFonts w:ascii="Garamond" w:hAnsi="Garamond"/>
          <w:sz w:val="24"/>
        </w:rPr>
        <w:t>frameworks</w:t>
      </w:r>
    </w:p>
    <w:p w14:paraId="1A7F3343" w14:textId="77777777" w:rsidR="001A5159" w:rsidRDefault="00000000">
      <w:r>
        <w:rPr>
          <w:rFonts w:ascii="Garamond" w:hAnsi="Garamond"/>
          <w:sz w:val="24"/>
        </w:rPr>
        <w:t>Your goal is to turn your most-used processes into assets, not repeated labor.</w:t>
      </w:r>
    </w:p>
    <w:p w14:paraId="1CDE6197" w14:textId="77777777" w:rsidR="001A5159" w:rsidRDefault="001A5159"/>
    <w:p w14:paraId="1A52A5F0" w14:textId="77777777" w:rsidR="001A5159" w:rsidRPr="00E94EEA" w:rsidRDefault="00000000">
      <w:pPr>
        <w:rPr>
          <w:b/>
          <w:bCs/>
        </w:rPr>
      </w:pPr>
      <w:r w:rsidRPr="00E94EEA">
        <w:rPr>
          <w:rFonts w:ascii="Garamond" w:hAnsi="Garamond"/>
          <w:b/>
          <w:bCs/>
          <w:sz w:val="24"/>
        </w:rPr>
        <w:t>THE 30–60–90 SCALING PLAN</w:t>
      </w:r>
    </w:p>
    <w:p w14:paraId="6FB4B7FC" w14:textId="77777777" w:rsidR="001A5159" w:rsidRDefault="00000000">
      <w:r>
        <w:rPr>
          <w:rFonts w:ascii="Garamond" w:hAnsi="Garamond"/>
          <w:sz w:val="24"/>
        </w:rPr>
        <w:t>This plan complements your 90-Day Monetization Roadmap.</w:t>
      </w:r>
    </w:p>
    <w:p w14:paraId="0303298C" w14:textId="77777777" w:rsidR="001A5159" w:rsidRDefault="001A5159"/>
    <w:p w14:paraId="2B5DA206" w14:textId="77777777" w:rsidR="001A5159" w:rsidRDefault="00000000">
      <w:r>
        <w:rPr>
          <w:rFonts w:ascii="Garamond" w:hAnsi="Garamond"/>
          <w:sz w:val="24"/>
        </w:rPr>
        <w:t>DAYS 1–30 — Build Your Systems</w:t>
      </w:r>
    </w:p>
    <w:p w14:paraId="421D8292" w14:textId="77777777" w:rsidR="001A5159" w:rsidRDefault="00000000">
      <w:r>
        <w:rPr>
          <w:rFonts w:ascii="Garamond" w:hAnsi="Garamond"/>
          <w:sz w:val="24"/>
        </w:rPr>
        <w:t>Focus on:</w:t>
      </w:r>
    </w:p>
    <w:p w14:paraId="0126E2F9" w14:textId="77777777" w:rsidR="001A5159" w:rsidRDefault="00000000">
      <w:r>
        <w:rPr>
          <w:rFonts w:ascii="Garamond" w:hAnsi="Garamond"/>
          <w:sz w:val="24"/>
        </w:rPr>
        <w:t>onboarding</w:t>
      </w:r>
    </w:p>
    <w:p w14:paraId="4BDE2C52" w14:textId="77777777" w:rsidR="001A5159" w:rsidRDefault="00000000">
      <w:r>
        <w:rPr>
          <w:rFonts w:ascii="Garamond" w:hAnsi="Garamond"/>
          <w:sz w:val="24"/>
        </w:rPr>
        <w:t>delivery</w:t>
      </w:r>
    </w:p>
    <w:p w14:paraId="255712AB" w14:textId="77777777" w:rsidR="001A5159" w:rsidRDefault="00000000">
      <w:r>
        <w:rPr>
          <w:rFonts w:ascii="Garamond" w:hAnsi="Garamond"/>
          <w:sz w:val="24"/>
        </w:rPr>
        <w:t>content</w:t>
      </w:r>
    </w:p>
    <w:p w14:paraId="1873F700" w14:textId="77777777" w:rsidR="001A5159" w:rsidRDefault="00000000">
      <w:r>
        <w:rPr>
          <w:rFonts w:ascii="Garamond" w:hAnsi="Garamond"/>
          <w:sz w:val="24"/>
        </w:rPr>
        <w:t>retention</w:t>
      </w:r>
    </w:p>
    <w:p w14:paraId="33D77C6A" w14:textId="77777777" w:rsidR="001A5159" w:rsidRDefault="00000000">
      <w:r>
        <w:rPr>
          <w:rFonts w:ascii="Garamond" w:hAnsi="Garamond"/>
          <w:sz w:val="24"/>
        </w:rPr>
        <w:t>offers</w:t>
      </w:r>
    </w:p>
    <w:p w14:paraId="6CCCB7EF" w14:textId="77777777" w:rsidR="001A5159" w:rsidRDefault="00000000">
      <w:r>
        <w:rPr>
          <w:rFonts w:ascii="Garamond" w:hAnsi="Garamond"/>
          <w:sz w:val="24"/>
        </w:rPr>
        <w:t>pricing</w:t>
      </w:r>
    </w:p>
    <w:p w14:paraId="04B94C55" w14:textId="77777777" w:rsidR="001A5159" w:rsidRDefault="00000000">
      <w:r>
        <w:rPr>
          <w:rFonts w:ascii="Garamond" w:hAnsi="Garamond"/>
          <w:sz w:val="24"/>
        </w:rPr>
        <w:t>Goal: Predictability</w:t>
      </w:r>
    </w:p>
    <w:p w14:paraId="53B1F9C6" w14:textId="77777777" w:rsidR="001A5159" w:rsidRDefault="001A5159"/>
    <w:p w14:paraId="6DC7F0CD" w14:textId="77777777" w:rsidR="001A5159" w:rsidRDefault="00000000">
      <w:r>
        <w:rPr>
          <w:rFonts w:ascii="Garamond" w:hAnsi="Garamond"/>
          <w:sz w:val="24"/>
        </w:rPr>
        <w:t>DAYS 31–60 — Add 5–7 Automations</w:t>
      </w:r>
    </w:p>
    <w:p w14:paraId="2A6DDA71" w14:textId="77777777" w:rsidR="001A5159" w:rsidRDefault="00000000">
      <w:r>
        <w:rPr>
          <w:rFonts w:ascii="Garamond" w:hAnsi="Garamond"/>
          <w:sz w:val="24"/>
        </w:rPr>
        <w:t>Start with:</w:t>
      </w:r>
    </w:p>
    <w:p w14:paraId="5361DF2A" w14:textId="77777777" w:rsidR="001A5159" w:rsidRDefault="00000000">
      <w:r>
        <w:rPr>
          <w:rFonts w:ascii="Garamond" w:hAnsi="Garamond"/>
          <w:sz w:val="24"/>
        </w:rPr>
        <w:lastRenderedPageBreak/>
        <w:t>onboarding automation</w:t>
      </w:r>
    </w:p>
    <w:p w14:paraId="6CBB3E59" w14:textId="77777777" w:rsidR="001A5159" w:rsidRDefault="00000000">
      <w:r>
        <w:rPr>
          <w:rFonts w:ascii="Garamond" w:hAnsi="Garamond"/>
          <w:sz w:val="24"/>
        </w:rPr>
        <w:t>task creation</w:t>
      </w:r>
    </w:p>
    <w:p w14:paraId="6653D258" w14:textId="77777777" w:rsidR="001A5159" w:rsidRDefault="00000000">
      <w:r>
        <w:rPr>
          <w:rFonts w:ascii="Garamond" w:hAnsi="Garamond"/>
          <w:sz w:val="24"/>
        </w:rPr>
        <w:t>reminders</w:t>
      </w:r>
    </w:p>
    <w:p w14:paraId="38B9571B" w14:textId="77777777" w:rsidR="001A5159" w:rsidRDefault="00000000">
      <w:r>
        <w:rPr>
          <w:rFonts w:ascii="Garamond" w:hAnsi="Garamond"/>
          <w:sz w:val="24"/>
        </w:rPr>
        <w:t>follow-ups</w:t>
      </w:r>
    </w:p>
    <w:p w14:paraId="394F782E" w14:textId="77777777" w:rsidR="001A5159" w:rsidRDefault="00000000">
      <w:r>
        <w:rPr>
          <w:rFonts w:ascii="Garamond" w:hAnsi="Garamond"/>
          <w:sz w:val="24"/>
        </w:rPr>
        <w:t>content batching</w:t>
      </w:r>
    </w:p>
    <w:p w14:paraId="38C26097" w14:textId="77777777" w:rsidR="001A5159" w:rsidRDefault="00000000">
      <w:r>
        <w:rPr>
          <w:rFonts w:ascii="Garamond" w:hAnsi="Garamond"/>
          <w:sz w:val="24"/>
        </w:rPr>
        <w:t>Goal: Time freedom</w:t>
      </w:r>
    </w:p>
    <w:p w14:paraId="14005F91" w14:textId="77777777" w:rsidR="001A5159" w:rsidRDefault="001A5159"/>
    <w:p w14:paraId="6D5F07ED" w14:textId="77777777" w:rsidR="001A5159" w:rsidRDefault="00000000">
      <w:r>
        <w:rPr>
          <w:rFonts w:ascii="Garamond" w:hAnsi="Garamond"/>
          <w:sz w:val="24"/>
        </w:rPr>
        <w:t>DAYS 61–90 — Build Leverage Assets</w:t>
      </w:r>
    </w:p>
    <w:p w14:paraId="71C00F86" w14:textId="77777777" w:rsidR="001A5159" w:rsidRDefault="00000000">
      <w:r>
        <w:rPr>
          <w:rFonts w:ascii="Garamond" w:hAnsi="Garamond"/>
          <w:sz w:val="24"/>
        </w:rPr>
        <w:t>Create:</w:t>
      </w:r>
    </w:p>
    <w:p w14:paraId="70206E67" w14:textId="77777777" w:rsidR="001A5159" w:rsidRDefault="00000000">
      <w:r>
        <w:rPr>
          <w:rFonts w:ascii="Garamond" w:hAnsi="Garamond"/>
          <w:sz w:val="24"/>
        </w:rPr>
        <w:t>templates</w:t>
      </w:r>
    </w:p>
    <w:p w14:paraId="273866D2" w14:textId="77777777" w:rsidR="001A5159" w:rsidRDefault="00000000">
      <w:r>
        <w:rPr>
          <w:rFonts w:ascii="Garamond" w:hAnsi="Garamond"/>
          <w:sz w:val="24"/>
        </w:rPr>
        <w:t>digital products</w:t>
      </w:r>
    </w:p>
    <w:p w14:paraId="39CD5471" w14:textId="77777777" w:rsidR="001A5159" w:rsidRDefault="00000000">
      <w:r>
        <w:rPr>
          <w:rFonts w:ascii="Garamond" w:hAnsi="Garamond"/>
          <w:sz w:val="24"/>
        </w:rPr>
        <w:t>frameworks</w:t>
      </w:r>
    </w:p>
    <w:p w14:paraId="152D37D7" w14:textId="77777777" w:rsidR="001A5159" w:rsidRDefault="00000000">
      <w:r>
        <w:rPr>
          <w:rFonts w:ascii="Garamond" w:hAnsi="Garamond"/>
          <w:sz w:val="24"/>
        </w:rPr>
        <w:t>niche packs</w:t>
      </w:r>
    </w:p>
    <w:p w14:paraId="02C3DCD8" w14:textId="77777777" w:rsidR="001A5159" w:rsidRDefault="00000000">
      <w:r>
        <w:rPr>
          <w:rFonts w:ascii="Garamond" w:hAnsi="Garamond"/>
          <w:sz w:val="24"/>
        </w:rPr>
        <w:t>SOP libraries</w:t>
      </w:r>
    </w:p>
    <w:p w14:paraId="2EFC049D" w14:textId="77777777" w:rsidR="001A5159" w:rsidRDefault="00000000">
      <w:r>
        <w:rPr>
          <w:rFonts w:ascii="Garamond" w:hAnsi="Garamond"/>
          <w:sz w:val="24"/>
        </w:rPr>
        <w:t>Goal: Scale</w:t>
      </w:r>
    </w:p>
    <w:p w14:paraId="1549D315" w14:textId="77777777" w:rsidR="001A5159" w:rsidRDefault="001A5159"/>
    <w:p w14:paraId="4C338127" w14:textId="77777777" w:rsidR="001A5159" w:rsidRDefault="00000000">
      <w:r>
        <w:rPr>
          <w:rFonts w:ascii="Garamond" w:hAnsi="Garamond"/>
          <w:sz w:val="24"/>
        </w:rPr>
        <w:t>THE “DO LESS → EARN MORE” FORMULA</w:t>
      </w:r>
    </w:p>
    <w:p w14:paraId="6EEE9BAB" w14:textId="77777777" w:rsidR="001A5159" w:rsidRDefault="00000000">
      <w:r>
        <w:rPr>
          <w:rFonts w:ascii="Garamond" w:hAnsi="Garamond"/>
          <w:sz w:val="24"/>
        </w:rPr>
        <w:t>Scaling isn’t about working harder.</w:t>
      </w:r>
      <w:r>
        <w:rPr>
          <w:rFonts w:ascii="Garamond" w:hAnsi="Garamond"/>
          <w:sz w:val="24"/>
        </w:rPr>
        <w:br/>
        <w:t>It’s about designing workflow systems that:</w:t>
      </w:r>
    </w:p>
    <w:p w14:paraId="52D6DB8B" w14:textId="77777777" w:rsidR="001A5159" w:rsidRDefault="00000000">
      <w:r>
        <w:rPr>
          <w:rFonts w:ascii="Garamond" w:hAnsi="Garamond"/>
          <w:sz w:val="24"/>
        </w:rPr>
        <w:t xml:space="preserve">reduce </w:t>
      </w:r>
      <w:proofErr w:type="gramStart"/>
      <w:r>
        <w:rPr>
          <w:rFonts w:ascii="Garamond" w:hAnsi="Garamond"/>
          <w:sz w:val="24"/>
        </w:rPr>
        <w:t>decisions</w:t>
      </w:r>
      <w:proofErr w:type="gramEnd"/>
    </w:p>
    <w:p w14:paraId="17B1370B" w14:textId="77777777" w:rsidR="001A5159" w:rsidRDefault="00000000">
      <w:r>
        <w:rPr>
          <w:rFonts w:ascii="Garamond" w:hAnsi="Garamond"/>
          <w:sz w:val="24"/>
        </w:rPr>
        <w:t xml:space="preserve">reduce </w:t>
      </w:r>
      <w:proofErr w:type="gramStart"/>
      <w:r>
        <w:rPr>
          <w:rFonts w:ascii="Garamond" w:hAnsi="Garamond"/>
          <w:sz w:val="24"/>
        </w:rPr>
        <w:t>errors</w:t>
      </w:r>
      <w:proofErr w:type="gramEnd"/>
    </w:p>
    <w:p w14:paraId="049968C8" w14:textId="77777777" w:rsidR="001A5159" w:rsidRDefault="00000000">
      <w:r>
        <w:rPr>
          <w:rFonts w:ascii="Garamond" w:hAnsi="Garamond"/>
          <w:sz w:val="24"/>
        </w:rPr>
        <w:t xml:space="preserve">reduce </w:t>
      </w:r>
      <w:proofErr w:type="gramStart"/>
      <w:r>
        <w:rPr>
          <w:rFonts w:ascii="Garamond" w:hAnsi="Garamond"/>
          <w:sz w:val="24"/>
        </w:rPr>
        <w:t>stress</w:t>
      </w:r>
      <w:proofErr w:type="gramEnd"/>
    </w:p>
    <w:p w14:paraId="0C557496" w14:textId="77777777" w:rsidR="001A5159" w:rsidRDefault="00000000">
      <w:r>
        <w:rPr>
          <w:rFonts w:ascii="Garamond" w:hAnsi="Garamond"/>
          <w:sz w:val="24"/>
        </w:rPr>
        <w:t xml:space="preserve">increase </w:t>
      </w:r>
      <w:proofErr w:type="gramStart"/>
      <w:r>
        <w:rPr>
          <w:rFonts w:ascii="Garamond" w:hAnsi="Garamond"/>
          <w:sz w:val="24"/>
        </w:rPr>
        <w:t>speed</w:t>
      </w:r>
      <w:proofErr w:type="gramEnd"/>
    </w:p>
    <w:p w14:paraId="45664D3F" w14:textId="77777777" w:rsidR="001A5159" w:rsidRDefault="00000000">
      <w:r>
        <w:rPr>
          <w:rFonts w:ascii="Garamond" w:hAnsi="Garamond"/>
          <w:sz w:val="24"/>
        </w:rPr>
        <w:t xml:space="preserve">increase </w:t>
      </w:r>
      <w:proofErr w:type="gramStart"/>
      <w:r>
        <w:rPr>
          <w:rFonts w:ascii="Garamond" w:hAnsi="Garamond"/>
          <w:sz w:val="24"/>
        </w:rPr>
        <w:t>capacity</w:t>
      </w:r>
      <w:proofErr w:type="gramEnd"/>
    </w:p>
    <w:p w14:paraId="00AE50EB" w14:textId="77777777" w:rsidR="001A5159" w:rsidRDefault="00000000">
      <w:r>
        <w:rPr>
          <w:rFonts w:ascii="Garamond" w:hAnsi="Garamond"/>
          <w:sz w:val="24"/>
        </w:rPr>
        <w:t xml:space="preserve">increase perceived </w:t>
      </w:r>
      <w:proofErr w:type="gramStart"/>
      <w:r>
        <w:rPr>
          <w:rFonts w:ascii="Garamond" w:hAnsi="Garamond"/>
          <w:sz w:val="24"/>
        </w:rPr>
        <w:t>professionalism</w:t>
      </w:r>
      <w:proofErr w:type="gramEnd"/>
    </w:p>
    <w:p w14:paraId="3A62F17B" w14:textId="77777777" w:rsidR="001A5159" w:rsidRDefault="00000000">
      <w:r>
        <w:rPr>
          <w:rFonts w:ascii="Garamond" w:hAnsi="Garamond"/>
          <w:sz w:val="24"/>
        </w:rPr>
        <w:t>An AI-powered business is lean, efficient, and simple.</w:t>
      </w:r>
    </w:p>
    <w:p w14:paraId="00D6D8AD" w14:textId="77777777" w:rsidR="001A5159" w:rsidRDefault="001A5159"/>
    <w:p w14:paraId="4D430D62" w14:textId="77777777" w:rsidR="001A5159" w:rsidRPr="00E94EEA" w:rsidRDefault="00000000">
      <w:pPr>
        <w:rPr>
          <w:b/>
          <w:bCs/>
        </w:rPr>
      </w:pPr>
      <w:r w:rsidRPr="00E94EEA">
        <w:rPr>
          <w:rFonts w:ascii="Garamond" w:hAnsi="Garamond"/>
          <w:b/>
          <w:bCs/>
          <w:sz w:val="24"/>
        </w:rPr>
        <w:t>THE 7 LAWS OF SCALING WITH AI</w:t>
      </w:r>
    </w:p>
    <w:p w14:paraId="20654CB6" w14:textId="77777777" w:rsidR="001A5159" w:rsidRDefault="00000000">
      <w:r>
        <w:rPr>
          <w:rFonts w:ascii="Garamond" w:hAnsi="Garamond"/>
          <w:sz w:val="24"/>
        </w:rPr>
        <w:t>Law 1 — Systemize Before You Automate</w:t>
      </w:r>
    </w:p>
    <w:p w14:paraId="693C9478" w14:textId="77777777" w:rsidR="001A5159" w:rsidRDefault="00000000">
      <w:r>
        <w:rPr>
          <w:rFonts w:ascii="Garamond" w:hAnsi="Garamond"/>
          <w:sz w:val="24"/>
        </w:rPr>
        <w:t>Automation without structure = chaos.</w:t>
      </w:r>
    </w:p>
    <w:p w14:paraId="54189BD4" w14:textId="77777777" w:rsidR="001A5159" w:rsidRDefault="00000000">
      <w:r>
        <w:rPr>
          <w:rFonts w:ascii="Garamond" w:hAnsi="Garamond"/>
          <w:sz w:val="24"/>
        </w:rPr>
        <w:t>Law 2 — Automate Only What Repeats</w:t>
      </w:r>
    </w:p>
    <w:p w14:paraId="4F1F04DB" w14:textId="77777777" w:rsidR="001A5159" w:rsidRDefault="00000000">
      <w:r>
        <w:rPr>
          <w:rFonts w:ascii="Garamond" w:hAnsi="Garamond"/>
          <w:sz w:val="24"/>
        </w:rPr>
        <w:t>Focus on repetitive tasks first.</w:t>
      </w:r>
    </w:p>
    <w:p w14:paraId="740A3486" w14:textId="77777777" w:rsidR="001A5159" w:rsidRDefault="00000000">
      <w:r>
        <w:rPr>
          <w:rFonts w:ascii="Garamond" w:hAnsi="Garamond"/>
          <w:sz w:val="24"/>
        </w:rPr>
        <w:t>Law 3 — One System Per Week</w:t>
      </w:r>
    </w:p>
    <w:p w14:paraId="468DF942" w14:textId="77777777" w:rsidR="001A5159" w:rsidRDefault="00000000">
      <w:r>
        <w:rPr>
          <w:rFonts w:ascii="Garamond" w:hAnsi="Garamond"/>
          <w:sz w:val="24"/>
        </w:rPr>
        <w:t>Small wins → compounding efficiency.</w:t>
      </w:r>
    </w:p>
    <w:p w14:paraId="4FA02720" w14:textId="77777777" w:rsidR="001A5159" w:rsidRDefault="00000000">
      <w:r>
        <w:rPr>
          <w:rFonts w:ascii="Garamond" w:hAnsi="Garamond"/>
          <w:sz w:val="24"/>
        </w:rPr>
        <w:t>Law 4 — Spotlight Your Best Workflows</w:t>
      </w:r>
    </w:p>
    <w:p w14:paraId="4E09E1C6" w14:textId="77777777" w:rsidR="001A5159" w:rsidRDefault="00000000">
      <w:r>
        <w:rPr>
          <w:rFonts w:ascii="Garamond" w:hAnsi="Garamond"/>
          <w:sz w:val="24"/>
        </w:rPr>
        <w:t>Turn your best systems into products.</w:t>
      </w:r>
    </w:p>
    <w:p w14:paraId="6C273907" w14:textId="77777777" w:rsidR="001A5159" w:rsidRDefault="00000000">
      <w:r>
        <w:rPr>
          <w:rFonts w:ascii="Garamond" w:hAnsi="Garamond"/>
          <w:sz w:val="24"/>
        </w:rPr>
        <w:t>Law 5 — Document Everything</w:t>
      </w:r>
    </w:p>
    <w:p w14:paraId="37C3A20D" w14:textId="77777777" w:rsidR="001A5159" w:rsidRDefault="00000000">
      <w:r>
        <w:rPr>
          <w:rFonts w:ascii="Garamond" w:hAnsi="Garamond"/>
          <w:sz w:val="24"/>
        </w:rPr>
        <w:t>Every repeated task eventually becomes an asset.</w:t>
      </w:r>
    </w:p>
    <w:p w14:paraId="672CA4C3" w14:textId="77777777" w:rsidR="001A5159" w:rsidRDefault="00000000">
      <w:r>
        <w:rPr>
          <w:rFonts w:ascii="Garamond" w:hAnsi="Garamond"/>
          <w:sz w:val="24"/>
        </w:rPr>
        <w:t>Law 6 — Raise Prices When Systems Improve</w:t>
      </w:r>
    </w:p>
    <w:p w14:paraId="36B9B717" w14:textId="77777777" w:rsidR="001A5159" w:rsidRDefault="00000000">
      <w:r>
        <w:rPr>
          <w:rFonts w:ascii="Garamond" w:hAnsi="Garamond"/>
          <w:sz w:val="24"/>
        </w:rPr>
        <w:t>Better systems → faster delivery → higher rates.</w:t>
      </w:r>
    </w:p>
    <w:p w14:paraId="0DB1B690" w14:textId="77777777" w:rsidR="001A5159" w:rsidRDefault="00000000">
      <w:r>
        <w:rPr>
          <w:rFonts w:ascii="Garamond" w:hAnsi="Garamond"/>
          <w:sz w:val="24"/>
        </w:rPr>
        <w:t>Law 7 — Leverage &gt; Labor</w:t>
      </w:r>
    </w:p>
    <w:p w14:paraId="75B5778B" w14:textId="77777777" w:rsidR="001A5159" w:rsidRDefault="00000000">
      <w:r>
        <w:rPr>
          <w:rFonts w:ascii="Garamond" w:hAnsi="Garamond"/>
          <w:sz w:val="24"/>
        </w:rPr>
        <w:t>You’re building a machine, not a hamster wheel.</w:t>
      </w:r>
    </w:p>
    <w:p w14:paraId="284DA2A4" w14:textId="77777777" w:rsidR="001A5159" w:rsidRDefault="00000000">
      <w:r>
        <w:rPr>
          <w:rFonts w:ascii="Garamond" w:hAnsi="Garamond"/>
          <w:sz w:val="24"/>
        </w:rPr>
        <w:t>FINAL RESULT: A BUSINESS THAT SCALES ITSELF</w:t>
      </w:r>
    </w:p>
    <w:p w14:paraId="45652879" w14:textId="77777777" w:rsidR="001A5159" w:rsidRDefault="00000000">
      <w:r>
        <w:rPr>
          <w:rFonts w:ascii="Garamond" w:hAnsi="Garamond"/>
          <w:sz w:val="24"/>
        </w:rPr>
        <w:t>By following this guide, the reader will have:</w:t>
      </w:r>
    </w:p>
    <w:p w14:paraId="54CE7AF4" w14:textId="77777777" w:rsidR="001A5159" w:rsidRDefault="00000000">
      <w:r>
        <w:rPr>
          <w:rFonts w:ascii="Garamond" w:hAnsi="Garamond"/>
          <w:sz w:val="24"/>
        </w:rPr>
        <w:t>a fully systemized business</w:t>
      </w:r>
    </w:p>
    <w:p w14:paraId="104FCA0B" w14:textId="77777777" w:rsidR="001A5159" w:rsidRDefault="00000000">
      <w:r>
        <w:rPr>
          <w:rFonts w:ascii="Garamond" w:hAnsi="Garamond"/>
          <w:sz w:val="24"/>
        </w:rPr>
        <w:t>70%+ automated workflows</w:t>
      </w:r>
    </w:p>
    <w:p w14:paraId="6006D4F2" w14:textId="77777777" w:rsidR="001A5159" w:rsidRDefault="00000000">
      <w:r>
        <w:rPr>
          <w:rFonts w:ascii="Garamond" w:hAnsi="Garamond"/>
          <w:sz w:val="24"/>
        </w:rPr>
        <w:t>digital assets that multiply output</w:t>
      </w:r>
    </w:p>
    <w:p w14:paraId="012436AA" w14:textId="77777777" w:rsidR="001A5159" w:rsidRDefault="00000000">
      <w:r>
        <w:rPr>
          <w:rFonts w:ascii="Garamond" w:hAnsi="Garamond"/>
          <w:sz w:val="24"/>
        </w:rPr>
        <w:t>reliable monthly income</w:t>
      </w:r>
    </w:p>
    <w:p w14:paraId="6551B6B4" w14:textId="77777777" w:rsidR="001A5159" w:rsidRDefault="00000000">
      <w:r>
        <w:rPr>
          <w:rFonts w:ascii="Garamond" w:hAnsi="Garamond"/>
          <w:sz w:val="24"/>
        </w:rPr>
        <w:t xml:space="preserve">the ability to scale without </w:t>
      </w:r>
      <w:proofErr w:type="gramStart"/>
      <w:r>
        <w:rPr>
          <w:rFonts w:ascii="Garamond" w:hAnsi="Garamond"/>
          <w:sz w:val="24"/>
        </w:rPr>
        <w:t>burnout</w:t>
      </w:r>
      <w:proofErr w:type="gramEnd"/>
    </w:p>
    <w:p w14:paraId="0ADAF1E9" w14:textId="77777777" w:rsidR="001A5159" w:rsidRDefault="00000000">
      <w:r>
        <w:rPr>
          <w:rFonts w:ascii="Garamond" w:hAnsi="Garamond"/>
          <w:sz w:val="24"/>
        </w:rPr>
        <w:t xml:space="preserve">the freedom to focus on creativity, strategy &amp; </w:t>
      </w:r>
      <w:proofErr w:type="gramStart"/>
      <w:r>
        <w:rPr>
          <w:rFonts w:ascii="Garamond" w:hAnsi="Garamond"/>
          <w:sz w:val="24"/>
        </w:rPr>
        <w:t>growth</w:t>
      </w:r>
      <w:proofErr w:type="gramEnd"/>
    </w:p>
    <w:p w14:paraId="0C7F2069" w14:textId="77777777" w:rsidR="001A5159" w:rsidRDefault="00000000">
      <w:r>
        <w:rPr>
          <w:rFonts w:ascii="Garamond" w:hAnsi="Garamond"/>
          <w:sz w:val="24"/>
        </w:rPr>
        <w:t>This is how a modern, AI-powered business actually operates.</w:t>
      </w:r>
    </w:p>
    <w:p w14:paraId="72758B07" w14:textId="77777777" w:rsidR="00F50302" w:rsidRDefault="00F50302">
      <w:pPr>
        <w:sectPr w:rsidR="00F50302" w:rsidSect="00034616">
          <w:pgSz w:w="12240" w:h="15840"/>
          <w:pgMar w:top="1440" w:right="1800" w:bottom="1440" w:left="1800" w:header="720" w:footer="720" w:gutter="0"/>
          <w:cols w:space="720"/>
          <w:docGrid w:linePitch="360"/>
        </w:sectPr>
      </w:pPr>
    </w:p>
    <w:p w14:paraId="040B086E" w14:textId="77777777" w:rsidR="001A5159" w:rsidRDefault="001A5159"/>
    <w:p w14:paraId="364F24DA" w14:textId="77777777" w:rsidR="001A5159" w:rsidRDefault="00000000">
      <w:r>
        <w:rPr>
          <w:rFonts w:ascii="Garamond" w:hAnsi="Garamond"/>
          <w:sz w:val="24"/>
        </w:rPr>
        <w:t xml:space="preserve">ABOUT THE AUTHOR Chase Powers is the </w:t>
      </w:r>
      <w:proofErr w:type="gramStart"/>
      <w:r>
        <w:rPr>
          <w:rFonts w:ascii="Garamond" w:hAnsi="Garamond"/>
          <w:sz w:val="24"/>
        </w:rPr>
        <w:t>ghostwriter</w:t>
      </w:r>
      <w:proofErr w:type="gramEnd"/>
      <w:r>
        <w:rPr>
          <w:rFonts w:ascii="Garamond" w:hAnsi="Garamond"/>
          <w:sz w:val="24"/>
        </w:rPr>
        <w:t xml:space="preserve"> name of a creator, entrepreneur, and educator who isn’t chasing credit or validation — only results. Working intentionally behind the scenes, he helps everyday people in their own niches use simple digital tools and modern AI to build real, reliable income streams. Drawing on years of experience launching and scaling online businesses, Chase specializes in practical, beginner-friendly systems that anyone can follow — even with zero background, zero tech skills, and zero confidence. His work focuses on clarity, execution, and income models that actually work in the real world, not just on paper. His mission is simple: </w:t>
      </w:r>
      <w:proofErr w:type="gramStart"/>
      <w:r>
        <w:rPr>
          <w:rFonts w:ascii="Garamond" w:hAnsi="Garamond"/>
          <w:sz w:val="24"/>
        </w:rPr>
        <w:t>make</w:t>
      </w:r>
      <w:proofErr w:type="gramEnd"/>
      <w:r>
        <w:rPr>
          <w:rFonts w:ascii="Garamond" w:hAnsi="Garamond"/>
          <w:sz w:val="24"/>
        </w:rPr>
        <w:t xml:space="preserve"> financial freedom more accessible than ever. When he’s not writing or building new tools, Chase spends his time mentoring emerging entrepreneurs, refining AI-powered income systems, and quietly helping others turn their skills and ideas into sustainable, modern earnings.</w:t>
      </w:r>
    </w:p>
    <w:p w14:paraId="2607AE3E" w14:textId="77777777" w:rsidR="001A5159" w:rsidRDefault="001A5159"/>
    <w:p w14:paraId="0FB44516" w14:textId="77777777" w:rsidR="001A5159" w:rsidRDefault="00000000">
      <w:r>
        <w:rPr>
          <w:rFonts w:ascii="Garamond" w:hAnsi="Garamond"/>
          <w:sz w:val="24"/>
        </w:rPr>
        <w:t>AUTHOR NOTES</w:t>
      </w:r>
    </w:p>
    <w:p w14:paraId="11CB1830" w14:textId="77777777" w:rsidR="001A5159" w:rsidRDefault="00000000">
      <w:r>
        <w:rPr>
          <w:rFonts w:ascii="Garamond" w:hAnsi="Garamond"/>
          <w:sz w:val="24"/>
        </w:rPr>
        <w:t>Writing this book wasn’t about adding another title to the market — it was about building a bridge.</w:t>
      </w:r>
    </w:p>
    <w:p w14:paraId="376BAFF2" w14:textId="77777777" w:rsidR="001A5159" w:rsidRDefault="00000000">
      <w:r>
        <w:rPr>
          <w:rFonts w:ascii="Garamond" w:hAnsi="Garamond"/>
          <w:sz w:val="24"/>
        </w:rPr>
        <w:t>A bridge for the person who:</w:t>
      </w:r>
    </w:p>
    <w:p w14:paraId="3949ADD5" w14:textId="77777777" w:rsidR="001A5159" w:rsidRDefault="00000000">
      <w:r>
        <w:rPr>
          <w:rFonts w:ascii="Garamond" w:hAnsi="Garamond"/>
          <w:sz w:val="24"/>
        </w:rPr>
        <w:t xml:space="preserve">feels </w:t>
      </w:r>
      <w:proofErr w:type="gramStart"/>
      <w:r>
        <w:rPr>
          <w:rFonts w:ascii="Garamond" w:hAnsi="Garamond"/>
          <w:sz w:val="24"/>
        </w:rPr>
        <w:t>behind</w:t>
      </w:r>
      <w:proofErr w:type="gramEnd"/>
    </w:p>
    <w:p w14:paraId="5A9E92D4" w14:textId="77777777" w:rsidR="001A5159" w:rsidRDefault="00000000">
      <w:r>
        <w:rPr>
          <w:rFonts w:ascii="Garamond" w:hAnsi="Garamond"/>
          <w:sz w:val="24"/>
        </w:rPr>
        <w:t xml:space="preserve">feels overwhelmed by </w:t>
      </w:r>
      <w:proofErr w:type="gramStart"/>
      <w:r>
        <w:rPr>
          <w:rFonts w:ascii="Garamond" w:hAnsi="Garamond"/>
          <w:sz w:val="24"/>
        </w:rPr>
        <w:t>AI</w:t>
      </w:r>
      <w:proofErr w:type="gramEnd"/>
    </w:p>
    <w:p w14:paraId="1073AFAD" w14:textId="77777777" w:rsidR="001A5159" w:rsidRDefault="00000000">
      <w:r>
        <w:rPr>
          <w:rFonts w:ascii="Garamond" w:hAnsi="Garamond"/>
          <w:sz w:val="24"/>
        </w:rPr>
        <w:t>feels unsure where they fit in</w:t>
      </w:r>
    </w:p>
    <w:p w14:paraId="41273F76" w14:textId="77777777" w:rsidR="001A5159" w:rsidRDefault="00000000">
      <w:r>
        <w:rPr>
          <w:rFonts w:ascii="Garamond" w:hAnsi="Garamond"/>
          <w:sz w:val="24"/>
        </w:rPr>
        <w:t xml:space="preserve">wants a real chance at financial </w:t>
      </w:r>
      <w:proofErr w:type="gramStart"/>
      <w:r>
        <w:rPr>
          <w:rFonts w:ascii="Garamond" w:hAnsi="Garamond"/>
          <w:sz w:val="24"/>
        </w:rPr>
        <w:t>freedom</w:t>
      </w:r>
      <w:proofErr w:type="gramEnd"/>
    </w:p>
    <w:p w14:paraId="19BA73E0" w14:textId="77777777" w:rsidR="001A5159" w:rsidRDefault="00000000">
      <w:r>
        <w:rPr>
          <w:rFonts w:ascii="Garamond" w:hAnsi="Garamond"/>
          <w:sz w:val="24"/>
        </w:rPr>
        <w:t>Not hype.</w:t>
      </w:r>
      <w:r>
        <w:rPr>
          <w:rFonts w:ascii="Garamond" w:hAnsi="Garamond"/>
          <w:sz w:val="24"/>
        </w:rPr>
        <w:br/>
        <w:t>Not theory.</w:t>
      </w:r>
      <w:r>
        <w:rPr>
          <w:rFonts w:ascii="Garamond" w:hAnsi="Garamond"/>
          <w:sz w:val="24"/>
        </w:rPr>
        <w:br/>
        <w:t>Not vague “motivational content.”</w:t>
      </w:r>
    </w:p>
    <w:p w14:paraId="20FC2255" w14:textId="77777777" w:rsidR="001A5159" w:rsidRDefault="00000000">
      <w:r>
        <w:rPr>
          <w:rFonts w:ascii="Garamond" w:hAnsi="Garamond"/>
          <w:sz w:val="24"/>
        </w:rPr>
        <w:t>A real blueprint.</w:t>
      </w:r>
    </w:p>
    <w:p w14:paraId="03BDD513" w14:textId="77777777" w:rsidR="001A5159" w:rsidRDefault="00000000">
      <w:r>
        <w:rPr>
          <w:rFonts w:ascii="Garamond" w:hAnsi="Garamond"/>
          <w:sz w:val="24"/>
        </w:rPr>
        <w:t>AI is rewriting the rules of work and opportunity. Some people will take advantage of it. Some will freeze. Some will wait for permission.</w:t>
      </w:r>
    </w:p>
    <w:p w14:paraId="24A3E43D" w14:textId="77777777" w:rsidR="001A5159" w:rsidRDefault="00000000">
      <w:r>
        <w:rPr>
          <w:rFonts w:ascii="Garamond" w:hAnsi="Garamond"/>
          <w:sz w:val="24"/>
        </w:rPr>
        <w:t>My goal was to make sure you aren’t one of the people left behind.</w:t>
      </w:r>
    </w:p>
    <w:p w14:paraId="3E77C3B0" w14:textId="77777777" w:rsidR="001A5159" w:rsidRDefault="00000000">
      <w:r>
        <w:rPr>
          <w:rFonts w:ascii="Garamond" w:hAnsi="Garamond"/>
          <w:sz w:val="24"/>
        </w:rPr>
        <w:t>If this book becomes a turning point for you — even a small one — then every hour poured into it was worth it.</w:t>
      </w:r>
    </w:p>
    <w:p w14:paraId="139B1460" w14:textId="77777777" w:rsidR="001A5159" w:rsidRDefault="00000000">
      <w:r>
        <w:rPr>
          <w:rFonts w:ascii="Garamond" w:hAnsi="Garamond"/>
          <w:sz w:val="24"/>
        </w:rPr>
        <w:lastRenderedPageBreak/>
        <w:t>Keep going.</w:t>
      </w:r>
      <w:r>
        <w:rPr>
          <w:rFonts w:ascii="Garamond" w:hAnsi="Garamond"/>
          <w:sz w:val="24"/>
        </w:rPr>
        <w:br/>
        <w:t>Keep building.</w:t>
      </w:r>
      <w:r>
        <w:rPr>
          <w:rFonts w:ascii="Garamond" w:hAnsi="Garamond"/>
          <w:sz w:val="24"/>
        </w:rPr>
        <w:br/>
        <w:t>The world is shifting in your favor.</w:t>
      </w:r>
    </w:p>
    <w:p w14:paraId="3F696DC2" w14:textId="77777777" w:rsidR="001A5159" w:rsidRDefault="001A5159"/>
    <w:p w14:paraId="4AA47EDF" w14:textId="77777777" w:rsidR="001A5159" w:rsidRPr="00E94EEA" w:rsidRDefault="00000000">
      <w:r w:rsidRPr="00E94EEA">
        <w:rPr>
          <w:rFonts w:ascii="Garamond" w:hAnsi="Garamond"/>
          <w:sz w:val="24"/>
        </w:rPr>
        <w:t>THANK YOU</w:t>
      </w:r>
    </w:p>
    <w:p w14:paraId="23A41139" w14:textId="77777777" w:rsidR="001A5159" w:rsidRDefault="00000000">
      <w:r>
        <w:rPr>
          <w:rFonts w:ascii="Garamond" w:hAnsi="Garamond"/>
          <w:sz w:val="24"/>
        </w:rPr>
        <w:t>Thank you for reading.</w:t>
      </w:r>
      <w:r>
        <w:rPr>
          <w:rFonts w:ascii="Garamond" w:hAnsi="Garamond"/>
          <w:sz w:val="24"/>
        </w:rPr>
        <w:br/>
        <w:t>Thank you for trusting this blueprint to guide you.</w:t>
      </w:r>
      <w:r>
        <w:rPr>
          <w:rFonts w:ascii="Garamond" w:hAnsi="Garamond"/>
          <w:sz w:val="24"/>
        </w:rPr>
        <w:br/>
        <w:t>Thank you for investing in yourself and your future.</w:t>
      </w:r>
    </w:p>
    <w:p w14:paraId="683573DF" w14:textId="77777777" w:rsidR="001A5159" w:rsidRDefault="00000000">
      <w:r>
        <w:rPr>
          <w:rFonts w:ascii="Garamond" w:hAnsi="Garamond"/>
          <w:sz w:val="24"/>
        </w:rPr>
        <w:t>While writing this book, I had one reader in mind:</w:t>
      </w:r>
    </w:p>
    <w:p w14:paraId="65AB2CBE" w14:textId="77777777" w:rsidR="001A5159" w:rsidRDefault="00000000">
      <w:r>
        <w:rPr>
          <w:rFonts w:ascii="Garamond" w:hAnsi="Garamond"/>
          <w:sz w:val="24"/>
        </w:rPr>
        <w:t>the person who knows they’re capable of more — but needs a map.</w:t>
      </w:r>
    </w:p>
    <w:p w14:paraId="72E06317" w14:textId="77777777" w:rsidR="001A5159" w:rsidRDefault="00000000">
      <w:r>
        <w:rPr>
          <w:rFonts w:ascii="Garamond" w:hAnsi="Garamond"/>
          <w:sz w:val="24"/>
        </w:rPr>
        <w:t>If that’s you, this isn’t the end.</w:t>
      </w:r>
    </w:p>
    <w:p w14:paraId="2546630A" w14:textId="77777777" w:rsidR="001A5159" w:rsidRDefault="00000000">
      <w:r>
        <w:rPr>
          <w:rFonts w:ascii="Garamond" w:hAnsi="Garamond"/>
          <w:sz w:val="24"/>
        </w:rPr>
        <w:t>It’s the starting line.</w:t>
      </w:r>
      <w:r>
        <w:rPr>
          <w:rFonts w:ascii="Garamond" w:hAnsi="Garamond"/>
          <w:sz w:val="24"/>
        </w:rPr>
        <w:br/>
        <w:t>The moment everything begins to compound.</w:t>
      </w:r>
      <w:r>
        <w:rPr>
          <w:rFonts w:ascii="Garamond" w:hAnsi="Garamond"/>
          <w:sz w:val="24"/>
        </w:rPr>
        <w:br/>
        <w:t>The moment clarity replaces confusion.</w:t>
      </w:r>
      <w:r>
        <w:rPr>
          <w:rFonts w:ascii="Garamond" w:hAnsi="Garamond"/>
          <w:sz w:val="24"/>
        </w:rPr>
        <w:br/>
        <w:t>The moment you stop waiting and start building.</w:t>
      </w:r>
    </w:p>
    <w:p w14:paraId="18524FE0" w14:textId="77777777" w:rsidR="001A5159" w:rsidRDefault="00000000">
      <w:r>
        <w:rPr>
          <w:rFonts w:ascii="Garamond" w:hAnsi="Garamond"/>
          <w:sz w:val="24"/>
        </w:rPr>
        <w:t>You now hold 36 blueprints, strategic guidance, systems, examples, roadmaps, and real-world clarity in your hands.</w:t>
      </w:r>
    </w:p>
    <w:p w14:paraId="28CF04AA" w14:textId="77777777" w:rsidR="001A5159" w:rsidRDefault="00000000">
      <w:r>
        <w:rPr>
          <w:rFonts w:ascii="Garamond" w:hAnsi="Garamond"/>
          <w:sz w:val="24"/>
        </w:rPr>
        <w:t>Use them.</w:t>
      </w:r>
    </w:p>
    <w:p w14:paraId="28F2C1C1" w14:textId="77777777" w:rsidR="001A5159" w:rsidRDefault="00000000">
      <w:r>
        <w:rPr>
          <w:rFonts w:ascii="Garamond" w:hAnsi="Garamond"/>
          <w:sz w:val="24"/>
        </w:rPr>
        <w:t>Don’t let this become another “book you meant to get back to.”</w:t>
      </w:r>
    </w:p>
    <w:p w14:paraId="03FFD458" w14:textId="77777777" w:rsidR="001A5159" w:rsidRDefault="00000000">
      <w:r>
        <w:rPr>
          <w:rFonts w:ascii="Garamond" w:hAnsi="Garamond"/>
          <w:sz w:val="24"/>
        </w:rPr>
        <w:t>Open it. Apply it. Repeat it.</w:t>
      </w:r>
      <w:r>
        <w:rPr>
          <w:rFonts w:ascii="Garamond" w:hAnsi="Garamond"/>
          <w:sz w:val="24"/>
        </w:rPr>
        <w:br/>
        <w:t>Your future self will thank you for the work you do today.</w:t>
      </w:r>
    </w:p>
    <w:p w14:paraId="0881F589" w14:textId="77777777" w:rsidR="001A5159" w:rsidRDefault="00000000">
      <w:r>
        <w:rPr>
          <w:rFonts w:ascii="Garamond" w:hAnsi="Garamond"/>
          <w:sz w:val="24"/>
        </w:rPr>
        <w:t>And if this book helped you — even in a small way — a quick review on Amazon helps more readers discover it and fuels future projects that help more people like you.</w:t>
      </w:r>
    </w:p>
    <w:p w14:paraId="7CB539C5" w14:textId="77777777" w:rsidR="001A5159" w:rsidRDefault="00000000">
      <w:r>
        <w:rPr>
          <w:rFonts w:ascii="Garamond" w:hAnsi="Garamond"/>
          <w:sz w:val="24"/>
        </w:rPr>
        <w:t>Thank you for being part of this movement.</w:t>
      </w:r>
    </w:p>
    <w:p w14:paraId="4F7632D3" w14:textId="77777777" w:rsidR="001A5159" w:rsidRDefault="00000000">
      <w:r>
        <w:rPr>
          <w:rFonts w:ascii="Garamond" w:hAnsi="Garamond"/>
          <w:sz w:val="24"/>
        </w:rPr>
        <w:t>— Chase Powers</w:t>
      </w:r>
    </w:p>
    <w:p w14:paraId="0488B707" w14:textId="77777777" w:rsidR="001A5159" w:rsidRDefault="001A5159"/>
    <w:p w14:paraId="7049FA6E" w14:textId="77777777" w:rsidR="00673185" w:rsidRDefault="00673185"/>
    <w:p w14:paraId="7D0B9E98" w14:textId="77777777" w:rsidR="00856A26" w:rsidRDefault="00856A26"/>
    <w:p w14:paraId="226B37EC" w14:textId="77777777" w:rsidR="00673185" w:rsidRDefault="00673185"/>
    <w:p w14:paraId="0BE22A03" w14:textId="77777777" w:rsidR="001A5159" w:rsidRPr="00E94EEA" w:rsidRDefault="00000000">
      <w:pPr>
        <w:rPr>
          <w:b/>
          <w:bCs/>
        </w:rPr>
      </w:pPr>
      <w:r w:rsidRPr="00E94EEA">
        <w:rPr>
          <w:rFonts w:ascii="Garamond" w:hAnsi="Garamond"/>
          <w:b/>
          <w:bCs/>
          <w:sz w:val="24"/>
        </w:rPr>
        <w:lastRenderedPageBreak/>
        <w:t>ABOUT THE AUTHOR — CHASE POWERS</w:t>
      </w:r>
    </w:p>
    <w:p w14:paraId="7E727DD7" w14:textId="77777777" w:rsidR="001A5159" w:rsidRDefault="00000000">
      <w:r>
        <w:rPr>
          <w:rFonts w:ascii="Garamond" w:hAnsi="Garamond"/>
          <w:sz w:val="24"/>
        </w:rPr>
        <w:t xml:space="preserve">Chase Powers is the </w:t>
      </w:r>
      <w:proofErr w:type="gramStart"/>
      <w:r>
        <w:rPr>
          <w:rFonts w:ascii="Garamond" w:hAnsi="Garamond"/>
          <w:sz w:val="24"/>
        </w:rPr>
        <w:t>ghostwriter</w:t>
      </w:r>
      <w:proofErr w:type="gramEnd"/>
      <w:r>
        <w:rPr>
          <w:rFonts w:ascii="Garamond" w:hAnsi="Garamond"/>
          <w:sz w:val="24"/>
        </w:rPr>
        <w:t xml:space="preserve"> name of a creator, entrepreneur, and educator who isn’t chasing credit or validation — only results. Working intentionally behind the scenes, he helps everyday people use simple digital tools and modern AI to build real, reliable income streams.</w:t>
      </w:r>
    </w:p>
    <w:p w14:paraId="0952AF9F" w14:textId="77777777" w:rsidR="001A5159" w:rsidRDefault="00000000">
      <w:r>
        <w:rPr>
          <w:rFonts w:ascii="Garamond" w:hAnsi="Garamond"/>
          <w:sz w:val="24"/>
        </w:rPr>
        <w:t>Drawing on years of experience launching and scaling businesses, Chase specializes in practical, beginner-friendly systems that anyone can follow — even with zero background, zero tech skills, and zero confidence.</w:t>
      </w:r>
    </w:p>
    <w:p w14:paraId="44282CD2" w14:textId="77777777" w:rsidR="001A5159" w:rsidRDefault="00000000">
      <w:r>
        <w:rPr>
          <w:rFonts w:ascii="Garamond" w:hAnsi="Garamond"/>
          <w:sz w:val="24"/>
        </w:rPr>
        <w:t>His work focuses on clarity, execution, and income models that actually work in the real world, not just on paper.</w:t>
      </w:r>
    </w:p>
    <w:p w14:paraId="544C47C2" w14:textId="77777777" w:rsidR="001A5159" w:rsidRDefault="00000000">
      <w:r>
        <w:rPr>
          <w:rFonts w:ascii="Garamond" w:hAnsi="Garamond"/>
          <w:sz w:val="24"/>
        </w:rPr>
        <w:t xml:space="preserve">His mission is simple: </w:t>
      </w:r>
      <w:proofErr w:type="gramStart"/>
      <w:r>
        <w:rPr>
          <w:rFonts w:ascii="Garamond" w:hAnsi="Garamond"/>
          <w:sz w:val="24"/>
        </w:rPr>
        <w:t>make</w:t>
      </w:r>
      <w:proofErr w:type="gramEnd"/>
      <w:r>
        <w:rPr>
          <w:rFonts w:ascii="Garamond" w:hAnsi="Garamond"/>
          <w:sz w:val="24"/>
        </w:rPr>
        <w:t xml:space="preserve"> financial freedom more accessible than ever.</w:t>
      </w:r>
    </w:p>
    <w:p w14:paraId="0D69C4A8" w14:textId="77777777" w:rsidR="001A5159" w:rsidRDefault="00000000">
      <w:r>
        <w:rPr>
          <w:rFonts w:ascii="Garamond" w:hAnsi="Garamond"/>
          <w:sz w:val="24"/>
        </w:rPr>
        <w:t>When he’s not writing or building new tools, Chase spends his time mentoring emerging entrepreneurs, solving problems, refining AI-powered income systems, and quietly helping others turn ideas into sustainable, modern earnings.</w:t>
      </w:r>
    </w:p>
    <w:p w14:paraId="2DAA1914" w14:textId="77777777" w:rsidR="001A5159" w:rsidRDefault="001A5159"/>
    <w:p w14:paraId="7190E902" w14:textId="77777777" w:rsidR="001A5159" w:rsidRDefault="00000000">
      <w:r>
        <w:rPr>
          <w:rFonts w:ascii="Garamond" w:hAnsi="Garamond"/>
          <w:sz w:val="24"/>
        </w:rPr>
        <w:t>BEFORE YOU GO — A PERSONAL INVITATION</w:t>
      </w:r>
    </w:p>
    <w:p w14:paraId="5F47DC46" w14:textId="77777777" w:rsidR="001A5159" w:rsidRDefault="00000000">
      <w:r>
        <w:rPr>
          <w:rFonts w:ascii="Garamond" w:hAnsi="Garamond"/>
          <w:sz w:val="24"/>
        </w:rPr>
        <w:t xml:space="preserve">If this book </w:t>
      </w:r>
      <w:proofErr w:type="gramStart"/>
      <w:r>
        <w:rPr>
          <w:rFonts w:ascii="Garamond" w:hAnsi="Garamond"/>
          <w:sz w:val="24"/>
        </w:rPr>
        <w:t>made a difference</w:t>
      </w:r>
      <w:proofErr w:type="gramEnd"/>
      <w:r>
        <w:rPr>
          <w:rFonts w:ascii="Garamond" w:hAnsi="Garamond"/>
          <w:sz w:val="24"/>
        </w:rPr>
        <w:t xml:space="preserve"> for you:</w:t>
      </w:r>
    </w:p>
    <w:p w14:paraId="62DA4EA8" w14:textId="697C88B6" w:rsidR="001A5159" w:rsidRDefault="00A122AA">
      <w:r>
        <w:rPr>
          <w:rFonts w:ascii="Garamond" w:hAnsi="Garamond"/>
          <w:sz w:val="24"/>
        </w:rPr>
        <w:t>Leave</w:t>
      </w:r>
      <w:r w:rsidR="00000000">
        <w:rPr>
          <w:rFonts w:ascii="Garamond" w:hAnsi="Garamond"/>
          <w:sz w:val="24"/>
        </w:rPr>
        <w:t xml:space="preserve"> a </w:t>
      </w:r>
      <w:proofErr w:type="gramStart"/>
      <w:r w:rsidR="00000000">
        <w:rPr>
          <w:rFonts w:ascii="Garamond" w:hAnsi="Garamond"/>
          <w:sz w:val="24"/>
        </w:rPr>
        <w:t>review</w:t>
      </w:r>
      <w:proofErr w:type="gramEnd"/>
    </w:p>
    <w:p w14:paraId="6C086C14" w14:textId="01512D18" w:rsidR="001A5159" w:rsidRDefault="00A122AA">
      <w:r>
        <w:rPr>
          <w:rFonts w:ascii="Garamond" w:hAnsi="Garamond"/>
          <w:sz w:val="24"/>
        </w:rPr>
        <w:t>Share</w:t>
      </w:r>
      <w:r w:rsidR="00000000">
        <w:rPr>
          <w:rFonts w:ascii="Garamond" w:hAnsi="Garamond"/>
          <w:sz w:val="24"/>
        </w:rPr>
        <w:t xml:space="preserve"> it with someone who could use </w:t>
      </w:r>
      <w:proofErr w:type="gramStart"/>
      <w:r w:rsidR="00000000">
        <w:rPr>
          <w:rFonts w:ascii="Garamond" w:hAnsi="Garamond"/>
          <w:sz w:val="24"/>
        </w:rPr>
        <w:t>clarity</w:t>
      </w:r>
      <w:proofErr w:type="gramEnd"/>
    </w:p>
    <w:p w14:paraId="1A272E6F" w14:textId="77777777" w:rsidR="001A5159" w:rsidRDefault="00000000">
      <w:r>
        <w:rPr>
          <w:rFonts w:ascii="Garamond" w:hAnsi="Garamond"/>
          <w:sz w:val="24"/>
        </w:rPr>
        <w:t xml:space="preserve">keep experimenting, learning, and </w:t>
      </w:r>
      <w:proofErr w:type="gramStart"/>
      <w:r>
        <w:rPr>
          <w:rFonts w:ascii="Garamond" w:hAnsi="Garamond"/>
          <w:sz w:val="24"/>
        </w:rPr>
        <w:t>building</w:t>
      </w:r>
      <w:proofErr w:type="gramEnd"/>
    </w:p>
    <w:p w14:paraId="6C2D12D7" w14:textId="77777777" w:rsidR="001A5159" w:rsidRDefault="00000000">
      <w:r>
        <w:rPr>
          <w:rFonts w:ascii="Garamond" w:hAnsi="Garamond"/>
          <w:sz w:val="24"/>
        </w:rPr>
        <w:t>You are early in the AI wave.</w:t>
      </w:r>
      <w:r>
        <w:rPr>
          <w:rFonts w:ascii="Garamond" w:hAnsi="Garamond"/>
          <w:sz w:val="24"/>
        </w:rPr>
        <w:br/>
        <w:t>You are not behind.</w:t>
      </w:r>
      <w:r>
        <w:rPr>
          <w:rFonts w:ascii="Garamond" w:hAnsi="Garamond"/>
          <w:sz w:val="24"/>
        </w:rPr>
        <w:br/>
        <w:t>You are not too late.</w:t>
      </w:r>
      <w:r>
        <w:rPr>
          <w:rFonts w:ascii="Garamond" w:hAnsi="Garamond"/>
          <w:sz w:val="24"/>
        </w:rPr>
        <w:br/>
        <w:t>You are exactly where you need to be.</w:t>
      </w:r>
    </w:p>
    <w:p w14:paraId="1838BCFE" w14:textId="77777777" w:rsidR="001A5159" w:rsidRDefault="00000000">
      <w:r>
        <w:rPr>
          <w:rFonts w:ascii="Garamond" w:hAnsi="Garamond"/>
          <w:sz w:val="24"/>
        </w:rPr>
        <w:t>Your future is yours to build — and I can’t wait to see what you create next.</w:t>
      </w:r>
    </w:p>
    <w:p>
      <w:pPr>
        <w:pStyle w:val="Normal"/>
      </w:pPr>
      <w:r>
        <w:t>AI MONEY MACHINE – PRO EDITIONS PACK</w:t>
      </w:r>
    </w:p>
    <w:p>
      <w:pPr>
        <w:pStyle w:val="Normal"/>
      </w:pPr>
      <w:r>
        <w:t>New Sections to Upgrade Originality and Make This a “Must-Have”</w:t>
      </w:r>
    </w:p>
    <w:p>
      <w:pPr>
        <w:pStyle w:val="Normal"/>
      </w:pPr>
    </w:p>
    <w:p>
      <w:pPr>
        <w:pStyle w:val="Normal"/>
      </w:pPr>
      <w:r>
        <w:t>You can drop these sections into your existing book as new chapters, bonus chapters, or appendices.</w:t>
      </w:r>
    </w:p>
    <w:p>
      <w:pPr>
        <w:pStyle w:val="Normal"/>
      </w:pPr>
      <w:r>
        <w:t>The tone and structure are designed to match your current voice: clear, direct, beginner-friendly, and practical.</w:t>
      </w:r>
    </w:p>
    <w:p>
      <w:pPr>
        <w:pStyle w:val="Normal"/>
      </w:pPr>
    </w:p>
    <w:p>
      <w:pPr>
        <w:pStyle w:val="Normal"/>
      </w:pPr>
      <w:r>
        <w:t>--------------------------------------------------</w:t>
      </w:r>
    </w:p>
    <w:p>
      <w:pPr>
        <w:pStyle w:val="Normal"/>
      </w:pPr>
      <w:r>
        <w:t>SECTION 1 — THE AI MONEY MACHINE ARCHETYPE SYSTEM</w:t>
      </w:r>
    </w:p>
    <w:p>
      <w:pPr>
        <w:pStyle w:val="Normal"/>
      </w:pPr>
      <w:r>
        <w:t>(“The AI Money Archetype Quiz + Pathways”)</w:t>
      </w:r>
    </w:p>
    <w:p>
      <w:pPr>
        <w:pStyle w:val="Normal"/>
      </w:pPr>
    </w:p>
    <w:p>
      <w:pPr>
        <w:pStyle w:val="Normal"/>
      </w:pPr>
      <w:r>
        <w:t>This section helps the reader pick a starting point that fits who they are right now.</w:t>
      </w:r>
    </w:p>
    <w:p>
      <w:pPr>
        <w:pStyle w:val="Normal"/>
      </w:pPr>
    </w:p>
    <w:p>
      <w:pPr>
        <w:pStyle w:val="Normal"/>
      </w:pPr>
      <w:r>
        <w:t>Instead of asking, “Which blueprint should I pick?” they’ll ask:</w:t>
      </w:r>
    </w:p>
    <w:p>
      <w:pPr>
        <w:pStyle w:val="Normal"/>
      </w:pPr>
      <w:r>
        <w:t>“Which archetype am I, and which blueprints fit that?”</w:t>
      </w:r>
    </w:p>
    <w:p>
      <w:pPr>
        <w:pStyle w:val="Normal"/>
      </w:pPr>
    </w:p>
    <w:p>
      <w:pPr>
        <w:pStyle w:val="Normal"/>
      </w:pPr>
      <w:r>
        <w:t>That turns your 36 blueprints into a system — not just a menu.</w:t>
      </w:r>
    </w:p>
    <w:p>
      <w:pPr>
        <w:pStyle w:val="Normal"/>
      </w:pPr>
    </w:p>
    <w:p>
      <w:pPr>
        <w:pStyle w:val="Normal"/>
      </w:pPr>
      <w:r>
        <w:t>HOW TO USE THIS SECTION</w:t>
      </w:r>
    </w:p>
    <w:p>
      <w:pPr>
        <w:pStyle w:val="Normal"/>
      </w:pPr>
      <w:r>
        <w:t>1. Take the quiz.</w:t>
      </w:r>
    </w:p>
    <w:p>
      <w:pPr>
        <w:pStyle w:val="Normal"/>
      </w:pPr>
      <w:r>
        <w:t>2. Add up your answers.</w:t>
      </w:r>
    </w:p>
    <w:p>
      <w:pPr>
        <w:pStyle w:val="Normal"/>
      </w:pPr>
      <w:r>
        <w:t>3. Find your archetype.</w:t>
      </w:r>
    </w:p>
    <w:p>
      <w:pPr>
        <w:pStyle w:val="Normal"/>
      </w:pPr>
      <w:r>
        <w:t>4. Follow the 30-day pathway for that archetype.</w:t>
      </w:r>
    </w:p>
    <w:p>
      <w:pPr>
        <w:pStyle w:val="Normal"/>
      </w:pPr>
      <w:r>
        <w:t>5. Then, branch into stacking and scaling using the rest of the book.</w:t>
      </w:r>
    </w:p>
    <w:p>
      <w:pPr>
        <w:pStyle w:val="Normal"/>
      </w:pPr>
    </w:p>
    <w:p>
      <w:pPr>
        <w:pStyle w:val="Normal"/>
      </w:pPr>
      <w:r>
        <w:t>You can place this section right after “How to Choose Your Blueprint” or as a short standalone chapter.</w:t>
      </w:r>
    </w:p>
    <w:p>
      <w:pPr>
        <w:pStyle w:val="Normal"/>
      </w:pPr>
    </w:p>
    <w:p>
      <w:pPr>
        <w:pStyle w:val="Normal"/>
      </w:pPr>
      <w:r>
        <w:t>-------------------------</w:t>
      </w:r>
    </w:p>
    <w:p>
      <w:pPr>
        <w:pStyle w:val="Normal"/>
      </w:pPr>
      <w:r>
        <w:t>THE AI MONEY ARCHETYPE QUIZ</w:t>
      </w:r>
    </w:p>
    <w:p>
      <w:pPr>
        <w:pStyle w:val="Normal"/>
      </w:pPr>
    </w:p>
    <w:p>
      <w:pPr>
        <w:pStyle w:val="Normal"/>
      </w:pPr>
      <w:r>
        <w:t>Instructions:</w:t>
      </w:r>
    </w:p>
    <w:p>
      <w:pPr>
        <w:pStyle w:val="Normal"/>
      </w:pPr>
      <w:r>
        <w:t>• Read each question.</w:t>
      </w:r>
    </w:p>
    <w:p>
      <w:pPr>
        <w:pStyle w:val="Normal"/>
      </w:pPr>
      <w:r>
        <w:t>• Circle the answer that sounds MOST like you right now.</w:t>
      </w:r>
    </w:p>
    <w:p>
      <w:pPr>
        <w:pStyle w:val="Normal"/>
      </w:pPr>
      <w:r>
        <w:t>• Don’t overthink it — your first instinct is usually right.</w:t>
      </w:r>
    </w:p>
    <w:p>
      <w:pPr>
        <w:pStyle w:val="Normal"/>
      </w:pPr>
      <w:r>
        <w:t>• At the end, you’ll add up how many A, B, C, D, and E answers you chose.</w:t>
      </w:r>
    </w:p>
    <w:p>
      <w:pPr>
        <w:pStyle w:val="Normal"/>
      </w:pPr>
    </w:p>
    <w:p>
      <w:pPr>
        <w:pStyle w:val="Normal"/>
      </w:pPr>
      <w:r>
        <w:t>Archetype Key (you won’t see this until the end):</w:t>
      </w:r>
    </w:p>
    <w:p>
      <w:pPr>
        <w:pStyle w:val="Normal"/>
      </w:pPr>
      <w:r>
        <w:t>A = The Creator-Operator</w:t>
      </w:r>
    </w:p>
    <w:p>
      <w:pPr>
        <w:pStyle w:val="Normal"/>
      </w:pPr>
      <w:r>
        <w:t>B = The Systems Builder</w:t>
      </w:r>
    </w:p>
    <w:p>
      <w:pPr>
        <w:pStyle w:val="Normal"/>
      </w:pPr>
      <w:r>
        <w:t>C = The Hands-On Helper</w:t>
      </w:r>
    </w:p>
    <w:p>
      <w:pPr>
        <w:pStyle w:val="Normal"/>
      </w:pPr>
      <w:r>
        <w:t>D = The Quiet Asset Stacker</w:t>
      </w:r>
    </w:p>
    <w:p>
      <w:pPr>
        <w:pStyle w:val="Normal"/>
      </w:pPr>
      <w:r>
        <w:t>E = The Momentum Sprinter</w:t>
      </w:r>
    </w:p>
    <w:p>
      <w:pPr>
        <w:pStyle w:val="Normal"/>
      </w:pPr>
    </w:p>
    <w:p>
      <w:pPr>
        <w:pStyle w:val="Normal"/>
      </w:pPr>
      <w:r>
        <w:t>QUESTIONS</w:t>
      </w:r>
    </w:p>
    <w:p>
      <w:pPr>
        <w:pStyle w:val="Normal"/>
      </w:pPr>
    </w:p>
    <w:p>
      <w:pPr>
        <w:pStyle w:val="Normal"/>
      </w:pPr>
      <w:r>
        <w:t>1. When you think about making money with AI, what sounds most exciting?</w:t>
      </w:r>
    </w:p>
    <w:p>
      <w:pPr>
        <w:pStyle w:val="Normal"/>
      </w:pPr>
      <w:r>
        <w:t>A. Turning ideas into content, products, or creative assets.</w:t>
      </w:r>
    </w:p>
    <w:p>
      <w:pPr>
        <w:pStyle w:val="Normal"/>
      </w:pPr>
      <w:r>
        <w:t>B. Building automations, systems, and behind-the-scenes engines.</w:t>
      </w:r>
    </w:p>
    <w:p>
      <w:pPr>
        <w:pStyle w:val="Normal"/>
      </w:pPr>
      <w:r>
        <w:t>C. Helping real people one-on-one with clear, tangible outcomes.</w:t>
      </w:r>
    </w:p>
    <w:p>
      <w:pPr>
        <w:pStyle w:val="Normal"/>
      </w:pPr>
      <w:r>
        <w:t>D. Quietly building assets that sell while I’m off doing my own thing.</w:t>
      </w:r>
    </w:p>
    <w:p>
      <w:pPr>
        <w:pStyle w:val="Normal"/>
      </w:pPr>
      <w:r>
        <w:t>E. Landing clients fast and seeing money hit my account quickly.</w:t>
      </w:r>
    </w:p>
    <w:p>
      <w:pPr>
        <w:pStyle w:val="Normal"/>
      </w:pPr>
    </w:p>
    <w:p>
      <w:pPr>
        <w:pStyle w:val="Normal"/>
      </w:pPr>
      <w:r>
        <w:t>2. How do you feel about talking to clients or customers?</w:t>
      </w:r>
    </w:p>
    <w:p>
      <w:pPr>
        <w:pStyle w:val="Normal"/>
      </w:pPr>
      <w:r>
        <w:t>A. I’ll do it, but I’d rather focus on creating.</w:t>
      </w:r>
    </w:p>
    <w:p>
      <w:pPr>
        <w:pStyle w:val="Normal"/>
      </w:pPr>
      <w:r>
        <w:t>B. I’m fine with it, but I’d prefer to set up systems and let them run.</w:t>
      </w:r>
    </w:p>
    <w:p>
      <w:pPr>
        <w:pStyle w:val="Normal"/>
      </w:pPr>
      <w:r>
        <w:t>C. I actually like it — I enjoy understanding people and helping them directly.</w:t>
      </w:r>
    </w:p>
    <w:p>
      <w:pPr>
        <w:pStyle w:val="Normal"/>
      </w:pPr>
      <w:r>
        <w:t>D. I’d rather minimize it — I prefer low-contact income.</w:t>
      </w:r>
    </w:p>
    <w:p>
      <w:pPr>
        <w:pStyle w:val="Normal"/>
      </w:pPr>
      <w:r>
        <w:t>E. I’m okay with it, especially if it leads to fast wins and quick cash.</w:t>
      </w:r>
    </w:p>
    <w:p>
      <w:pPr>
        <w:pStyle w:val="Normal"/>
      </w:pPr>
    </w:p>
    <w:p>
      <w:pPr>
        <w:pStyle w:val="Normal"/>
      </w:pPr>
      <w:r>
        <w:t>3. Which statement feels closest to your personality?</w:t>
      </w:r>
    </w:p>
    <w:p>
      <w:pPr>
        <w:pStyle w:val="Normal"/>
      </w:pPr>
      <w:r>
        <w:t>A. “Give me a creative project and I’ll run with it.”</w:t>
      </w:r>
    </w:p>
    <w:p>
      <w:pPr>
        <w:pStyle w:val="Normal"/>
      </w:pPr>
      <w:r>
        <w:t>B. “Give me a broken process and I’ll fix it.”</w:t>
      </w:r>
    </w:p>
    <w:p>
      <w:pPr>
        <w:pStyle w:val="Normal"/>
      </w:pPr>
      <w:r>
        <w:t>C. “Give me a person with a problem and I’ll walk them through it.”</w:t>
      </w:r>
    </w:p>
    <w:p>
      <w:pPr>
        <w:pStyle w:val="Normal"/>
      </w:pPr>
      <w:r>
        <w:t>D. “Give me a quiet corner and a laptop and I’ll build assets.”</w:t>
      </w:r>
    </w:p>
    <w:p>
      <w:pPr>
        <w:pStyle w:val="Normal"/>
      </w:pPr>
      <w:r>
        <w:t>E. “Give me a clear play, and I’ll sprint hard for 30 days.”</w:t>
      </w:r>
    </w:p>
    <w:p>
      <w:pPr>
        <w:pStyle w:val="Normal"/>
      </w:pPr>
    </w:p>
    <w:p>
      <w:pPr>
        <w:pStyle w:val="Normal"/>
      </w:pPr>
      <w:r>
        <w:t>4. How much time do you realistically have each week?</w:t>
      </w:r>
    </w:p>
    <w:p>
      <w:pPr>
        <w:pStyle w:val="Normal"/>
      </w:pPr>
      <w:r>
        <w:t>A. 5–10 hours creating or building.</w:t>
      </w:r>
    </w:p>
    <w:p>
      <w:pPr>
        <w:pStyle w:val="Normal"/>
      </w:pPr>
      <w:r>
        <w:t>B. 5–10 hours tinkering with tools and workflows.</w:t>
      </w:r>
    </w:p>
    <w:p>
      <w:pPr>
        <w:pStyle w:val="Normal"/>
      </w:pPr>
      <w:r>
        <w:t>C. 3–8 hours helping people directly or doing project work.</w:t>
      </w:r>
    </w:p>
    <w:p>
      <w:pPr>
        <w:pStyle w:val="Normal"/>
      </w:pPr>
      <w:r>
        <w:t>D. 3–6 hours in short bursts, often at random times.</w:t>
      </w:r>
    </w:p>
    <w:p>
      <w:pPr>
        <w:pStyle w:val="Normal"/>
      </w:pPr>
      <w:r>
        <w:t>E. 10–15 hours I can push hard for a short period.</w:t>
      </w:r>
    </w:p>
    <w:p>
      <w:pPr>
        <w:pStyle w:val="Normal"/>
      </w:pPr>
    </w:p>
    <w:p>
      <w:pPr>
        <w:pStyle w:val="Normal"/>
      </w:pPr>
      <w:r>
        <w:t>5. What sounds like your ideal “win” in the next 30 days?</w:t>
      </w:r>
    </w:p>
    <w:p>
      <w:pPr>
        <w:pStyle w:val="Normal"/>
      </w:pPr>
      <w:r>
        <w:t>A. I published something I created — and people are using it.</w:t>
      </w:r>
    </w:p>
    <w:p>
      <w:pPr>
        <w:pStyle w:val="Normal"/>
      </w:pPr>
      <w:r>
        <w:t>B. I automated something for someone and they’re blown away.</w:t>
      </w:r>
    </w:p>
    <w:p>
      <w:pPr>
        <w:pStyle w:val="Normal"/>
      </w:pPr>
      <w:r>
        <w:t>C. I helped a client get a clear win (job, better content, better results).</w:t>
      </w:r>
    </w:p>
    <w:p>
      <w:pPr>
        <w:pStyle w:val="Normal"/>
      </w:pPr>
      <w:r>
        <w:t>D. I made sales from a product or asset I created once.</w:t>
      </w:r>
    </w:p>
    <w:p>
      <w:pPr>
        <w:pStyle w:val="Normal"/>
      </w:pPr>
      <w:r>
        <w:t>E. I hit $1,000 in fast client work or services.</w:t>
      </w:r>
    </w:p>
    <w:p>
      <w:pPr>
        <w:pStyle w:val="Normal"/>
      </w:pPr>
    </w:p>
    <w:p>
      <w:pPr>
        <w:pStyle w:val="Normal"/>
      </w:pPr>
      <w:r>
        <w:t>6. How do you feel about repetitive work?</w:t>
      </w:r>
    </w:p>
    <w:p>
      <w:pPr>
        <w:pStyle w:val="Normal"/>
      </w:pPr>
      <w:r>
        <w:t>A. I can handle it as long as I’m creating something interesting.</w:t>
      </w:r>
    </w:p>
    <w:p>
      <w:pPr>
        <w:pStyle w:val="Normal"/>
      </w:pPr>
      <w:r>
        <w:t>B. I don’t mind it if there’s a system — I like improving the process.</w:t>
      </w:r>
    </w:p>
    <w:p>
      <w:pPr>
        <w:pStyle w:val="Normal"/>
      </w:pPr>
      <w:r>
        <w:t>C. It’s fine if it helps a real person each time.</w:t>
      </w:r>
    </w:p>
    <w:p>
      <w:pPr>
        <w:pStyle w:val="Normal"/>
      </w:pPr>
      <w:r>
        <w:t>D. I’d rather set things up once and let them run.</w:t>
      </w:r>
    </w:p>
    <w:p>
      <w:pPr>
        <w:pStyle w:val="Normal"/>
      </w:pPr>
      <w:r>
        <w:t>E. I’ll tolerate it if it gets me to my money goal quickly.</w:t>
      </w:r>
    </w:p>
    <w:p>
      <w:pPr>
        <w:pStyle w:val="Normal"/>
      </w:pPr>
    </w:p>
    <w:p>
      <w:pPr>
        <w:pStyle w:val="Normal"/>
      </w:pPr>
      <w:r>
        <w:t>7. When something doesn’t work the first time, what do you usually do?</w:t>
      </w:r>
    </w:p>
    <w:p>
      <w:pPr>
        <w:pStyle w:val="Normal"/>
      </w:pPr>
      <w:r>
        <w:t>A. Try a different creative angle.</w:t>
      </w:r>
    </w:p>
    <w:p>
      <w:pPr>
        <w:pStyle w:val="Normal"/>
      </w:pPr>
      <w:r>
        <w:t>B. Debug the process and see what broke.</w:t>
      </w:r>
    </w:p>
    <w:p>
      <w:pPr>
        <w:pStyle w:val="Normal"/>
      </w:pPr>
      <w:r>
        <w:t>C. Talk to someone and ask what they really need.</w:t>
      </w:r>
    </w:p>
    <w:p>
      <w:pPr>
        <w:pStyle w:val="Normal"/>
      </w:pPr>
      <w:r>
        <w:t>D. Quietly adjust and test again behind the scenes.</w:t>
      </w:r>
    </w:p>
    <w:p>
      <w:pPr>
        <w:pStyle w:val="Normal"/>
      </w:pPr>
      <w:r>
        <w:t>E. Switch tactics fast and try again with more intensity.</w:t>
      </w:r>
    </w:p>
    <w:p>
      <w:pPr>
        <w:pStyle w:val="Normal"/>
      </w:pPr>
    </w:p>
    <w:p>
      <w:pPr>
        <w:pStyle w:val="Normal"/>
      </w:pPr>
      <w:r>
        <w:t>8. Which work style sounds most like you?</w:t>
      </w:r>
    </w:p>
    <w:p>
      <w:pPr>
        <w:pStyle w:val="Normal"/>
      </w:pPr>
      <w:r>
        <w:t>A. “Let me create.”</w:t>
      </w:r>
    </w:p>
    <w:p>
      <w:pPr>
        <w:pStyle w:val="Normal"/>
      </w:pPr>
      <w:r>
        <w:t>B. “Let me systemize.”</w:t>
      </w:r>
    </w:p>
    <w:p>
      <w:pPr>
        <w:pStyle w:val="Normal"/>
      </w:pPr>
      <w:r>
        <w:t>C. “Let me support and guide.”</w:t>
      </w:r>
    </w:p>
    <w:p>
      <w:pPr>
        <w:pStyle w:val="Normal"/>
      </w:pPr>
      <w:r>
        <w:t>D. “Let me build in peace.”</w:t>
      </w:r>
    </w:p>
    <w:p>
      <w:pPr>
        <w:pStyle w:val="Normal"/>
      </w:pPr>
      <w:r>
        <w:t>E. “Let me move fast and see results.”</w:t>
      </w:r>
    </w:p>
    <w:p>
      <w:pPr>
        <w:pStyle w:val="Normal"/>
      </w:pPr>
    </w:p>
    <w:p>
      <w:pPr>
        <w:pStyle w:val="Normal"/>
      </w:pPr>
      <w:r>
        <w:t>9. What scares you the least?</w:t>
      </w:r>
    </w:p>
    <w:p>
      <w:pPr>
        <w:pStyle w:val="Normal"/>
      </w:pPr>
      <w:r>
        <w:t>A. Publishing something for the world to see.</w:t>
      </w:r>
    </w:p>
    <w:p>
      <w:pPr>
        <w:pStyle w:val="Normal"/>
      </w:pPr>
      <w:r>
        <w:t>B. Learning a new tool or automation platform.</w:t>
      </w:r>
    </w:p>
    <w:p>
      <w:pPr>
        <w:pStyle w:val="Normal"/>
      </w:pPr>
      <w:r>
        <w:t>C. Talking to strangers about what they need.</w:t>
      </w:r>
    </w:p>
    <w:p>
      <w:pPr>
        <w:pStyle w:val="Normal"/>
      </w:pPr>
      <w:r>
        <w:t>D. Listing a product in a marketplace and seeing what happens.</w:t>
      </w:r>
    </w:p>
    <w:p>
      <w:pPr>
        <w:pStyle w:val="Normal"/>
      </w:pPr>
      <w:r>
        <w:t>E. Messaging people directly and offering help.</w:t>
      </w:r>
    </w:p>
    <w:p>
      <w:pPr>
        <w:pStyle w:val="Normal"/>
      </w:pPr>
    </w:p>
    <w:p>
      <w:pPr>
        <w:pStyle w:val="Normal"/>
      </w:pPr>
      <w:r>
        <w:t>10. What scares you the most?</w:t>
      </w:r>
    </w:p>
    <w:p>
      <w:pPr>
        <w:pStyle w:val="Normal"/>
      </w:pPr>
      <w:r>
        <w:t>A. Feeling stuck and unable to create.</w:t>
      </w:r>
    </w:p>
    <w:p>
      <w:pPr>
        <w:pStyle w:val="Normal"/>
      </w:pPr>
      <w:r>
        <w:t>B. Chaotic, unstructured work with no system.</w:t>
      </w:r>
    </w:p>
    <w:p>
      <w:pPr>
        <w:pStyle w:val="Normal"/>
      </w:pPr>
      <w:r>
        <w:t>C. Feeling like I’m not actually helping anyone.</w:t>
      </w:r>
    </w:p>
    <w:p>
      <w:pPr>
        <w:pStyle w:val="Normal"/>
      </w:pPr>
      <w:r>
        <w:t>D. Being forced to be “on” and social all the time.</w:t>
      </w:r>
    </w:p>
    <w:p>
      <w:pPr>
        <w:pStyle w:val="Normal"/>
      </w:pPr>
      <w:r>
        <w:t>E. Moving slowly with no clear, fast wins.</w:t>
      </w:r>
    </w:p>
    <w:p>
      <w:pPr>
        <w:pStyle w:val="Normal"/>
      </w:pPr>
    </w:p>
    <w:p>
      <w:pPr>
        <w:pStyle w:val="Normal"/>
      </w:pPr>
      <w:r>
        <w:t>11. When you think about “success” with AI, what picture comes to mind?</w:t>
      </w:r>
    </w:p>
    <w:p>
      <w:pPr>
        <w:pStyle w:val="Normal"/>
      </w:pPr>
      <w:r>
        <w:t>A. A portfolio of content, products, or assets I built.</w:t>
      </w:r>
    </w:p>
    <w:p>
      <w:pPr>
        <w:pStyle w:val="Normal"/>
      </w:pPr>
      <w:r>
        <w:t>B. A dashboard full of automations running while I sleep.</w:t>
      </w:r>
    </w:p>
    <w:p>
      <w:pPr>
        <w:pStyle w:val="Normal"/>
      </w:pPr>
      <w:r>
        <w:t>C. Messages from people thanking me for helping them.</w:t>
      </w:r>
    </w:p>
    <w:p>
      <w:pPr>
        <w:pStyle w:val="Normal"/>
      </w:pPr>
      <w:r>
        <w:t>D. A store, catalog, or library of digital products earning consistently.</w:t>
      </w:r>
    </w:p>
    <w:p>
      <w:pPr>
        <w:pStyle w:val="Normal"/>
      </w:pPr>
      <w:r>
        <w:t>E. A calendar full of booked projects or retainers.</w:t>
      </w:r>
    </w:p>
    <w:p>
      <w:pPr>
        <w:pStyle w:val="Normal"/>
      </w:pPr>
    </w:p>
    <w:p>
      <w:pPr>
        <w:pStyle w:val="Normal"/>
      </w:pPr>
      <w:r>
        <w:t xml:space="preserve">12. You can only pick one sentence. Which one is closest to how you want to earn? </w:t>
      </w:r>
    </w:p>
    <w:p>
      <w:pPr>
        <w:pStyle w:val="Normal"/>
      </w:pPr>
      <w:r>
        <w:t>A. “I make money by creating.”</w:t>
      </w:r>
    </w:p>
    <w:p>
      <w:pPr>
        <w:pStyle w:val="Normal"/>
      </w:pPr>
      <w:r>
        <w:t>B. “I make money by building systems.”</w:t>
      </w:r>
    </w:p>
    <w:p>
      <w:pPr>
        <w:pStyle w:val="Normal"/>
      </w:pPr>
      <w:r>
        <w:t>C. “I make money by helping people.”</w:t>
      </w:r>
    </w:p>
    <w:p>
      <w:pPr>
        <w:pStyle w:val="Normal"/>
      </w:pPr>
      <w:r>
        <w:t>D. “I make money by stacking assets.”</w:t>
      </w:r>
    </w:p>
    <w:p>
      <w:pPr>
        <w:pStyle w:val="Normal"/>
      </w:pPr>
      <w:r>
        <w:t>E. “I make money by moving fast and selling services.”</w:t>
      </w:r>
    </w:p>
    <w:p>
      <w:pPr>
        <w:pStyle w:val="Normal"/>
      </w:pPr>
    </w:p>
    <w:p>
      <w:pPr>
        <w:pStyle w:val="Normal"/>
      </w:pPr>
      <w:r>
        <w:t>SCORING</w:t>
      </w:r>
    </w:p>
    <w:p>
      <w:pPr>
        <w:pStyle w:val="Normal"/>
      </w:pPr>
    </w:p>
    <w:p>
      <w:pPr>
        <w:pStyle w:val="Normal"/>
      </w:pPr>
      <w:r>
        <w:t>• Count how many A’s, B’s, C’s, D’s, and E’s you chose.</w:t>
      </w:r>
    </w:p>
    <w:p>
      <w:pPr>
        <w:pStyle w:val="Normal"/>
      </w:pPr>
      <w:r>
        <w:t>• Your highest letter is your primary archetype.</w:t>
      </w:r>
    </w:p>
    <w:p>
      <w:pPr>
        <w:pStyle w:val="Normal"/>
      </w:pPr>
      <w:r>
        <w:t>• Your second-highest letter is your secondary archetype.</w:t>
      </w:r>
    </w:p>
    <w:p>
      <w:pPr>
        <w:pStyle w:val="Normal"/>
      </w:pPr>
      <w:r>
        <w:t>• If there’s a tie, read both and choose the one that feels more like you.</w:t>
      </w:r>
    </w:p>
    <w:p>
      <w:pPr>
        <w:pStyle w:val="Normal"/>
      </w:pPr>
    </w:p>
    <w:p>
      <w:pPr>
        <w:pStyle w:val="Normal"/>
      </w:pPr>
      <w:r>
        <w:t>Now, find your archetype below.</w:t>
      </w:r>
    </w:p>
    <w:p>
      <w:pPr>
        <w:pStyle w:val="Normal"/>
      </w:pPr>
    </w:p>
    <w:p>
      <w:pPr>
        <w:pStyle w:val="Normal"/>
      </w:pPr>
      <w:r>
        <w:t>-------------------------</w:t>
      </w:r>
    </w:p>
    <w:p>
      <w:pPr>
        <w:pStyle w:val="Normal"/>
      </w:pPr>
      <w:r>
        <w:t>ARCHETYPE 1 — THE CREATOR-OPERATOR (Mostly A’s)</w:t>
      </w:r>
    </w:p>
    <w:p>
      <w:pPr>
        <w:pStyle w:val="Normal"/>
      </w:pPr>
    </w:p>
    <w:p>
      <w:pPr>
        <w:pStyle w:val="Normal"/>
      </w:pPr>
      <w:r>
        <w:t>You get energy from creating things — content, products, visuals, frameworks.</w:t>
      </w:r>
    </w:p>
    <w:p>
      <w:pPr>
        <w:pStyle w:val="Normal"/>
      </w:pPr>
      <w:r>
        <w:t>You don’t need fame or attention; you want to build useful things and see them work.</w:t>
      </w:r>
    </w:p>
    <w:p>
      <w:pPr>
        <w:pStyle w:val="Normal"/>
      </w:pPr>
    </w:p>
    <w:p>
      <w:pPr>
        <w:pStyle w:val="Normal"/>
      </w:pPr>
      <w:r>
        <w:t>You’re happiest when:</w:t>
      </w:r>
    </w:p>
    <w:p>
      <w:pPr>
        <w:pStyle w:val="Normal"/>
      </w:pPr>
      <w:r>
        <w:t>• You’re turning ideas into something tangible.</w:t>
      </w:r>
    </w:p>
    <w:p>
      <w:pPr>
        <w:pStyle w:val="Normal"/>
      </w:pPr>
      <w:r>
        <w:t>• You can sit down, focus, and produce.</w:t>
      </w:r>
    </w:p>
    <w:p>
      <w:pPr>
        <w:pStyle w:val="Normal"/>
      </w:pPr>
      <w:r>
        <w:t>• You see people using what you made.</w:t>
      </w:r>
    </w:p>
    <w:p>
      <w:pPr>
        <w:pStyle w:val="Normal"/>
      </w:pPr>
    </w:p>
    <w:p>
      <w:pPr>
        <w:pStyle w:val="Normal"/>
      </w:pPr>
      <w:r>
        <w:t>Best-fit blueprints for your first 30 days:</w:t>
      </w:r>
    </w:p>
    <w:p>
      <w:pPr>
        <w:pStyle w:val="Normal"/>
      </w:pPr>
      <w:r>
        <w:t>• Blueprint 1 — AI-Assisted Digital Product Creation System</w:t>
      </w:r>
    </w:p>
    <w:p>
      <w:pPr>
        <w:pStyle w:val="Normal"/>
      </w:pPr>
      <w:r>
        <w:t>• Blueprint 13 — AI Micro-Product &amp; Low-Ticket Offer Builder</w:t>
      </w:r>
    </w:p>
    <w:p>
      <w:pPr>
        <w:pStyle w:val="Normal"/>
      </w:pPr>
      <w:r>
        <w:t>• Blueprint 22 — AI Ebook &amp; Publishing System</w:t>
      </w:r>
    </w:p>
    <w:p>
      <w:pPr>
        <w:pStyle w:val="Normal"/>
      </w:pPr>
      <w:r>
        <w:t>• Optional stretch: Blueprint 17 or 30 for course creation once you’re ready.</w:t>
      </w:r>
    </w:p>
    <w:p>
      <w:pPr>
        <w:pStyle w:val="Normal"/>
      </w:pPr>
    </w:p>
    <w:p>
      <w:pPr>
        <w:pStyle w:val="Normal"/>
      </w:pPr>
      <w:r>
        <w:t>30-DAY PATHWAY FOR CREATOR-OPERATORS</w:t>
      </w:r>
    </w:p>
    <w:p>
      <w:pPr>
        <w:pStyle w:val="Normal"/>
      </w:pPr>
    </w:p>
    <w:p>
      <w:pPr>
        <w:pStyle w:val="Normal"/>
      </w:pPr>
      <w:r>
        <w:t>Week 1 — Pick a Niche + Build One Product</w:t>
      </w:r>
    </w:p>
    <w:p>
      <w:pPr>
        <w:pStyle w:val="Normal"/>
      </w:pPr>
      <w:r>
        <w:t>• Choose ONE niche you can live with for a month.</w:t>
      </w:r>
    </w:p>
    <w:p>
      <w:pPr>
        <w:pStyle w:val="Normal"/>
      </w:pPr>
      <w:r>
        <w:t>• Use Blueprint 1 or 13 to build a simple but useful product (planner, toolkit, swipe file, mini-guide).</w:t>
      </w:r>
    </w:p>
    <w:p>
      <w:pPr>
        <w:pStyle w:val="Normal"/>
      </w:pPr>
      <w:r>
        <w:t>• Create 3–5 preview images using Canva.</w:t>
      </w:r>
    </w:p>
    <w:p>
      <w:pPr>
        <w:pStyle w:val="Normal"/>
      </w:pPr>
      <w:r>
        <w:t>• Add your first listing to Etsy, Gumroad, or your platform of choice.</w:t>
      </w:r>
    </w:p>
    <w:p>
      <w:pPr>
        <w:pStyle w:val="Normal"/>
      </w:pPr>
    </w:p>
    <w:p>
      <w:pPr>
        <w:pStyle w:val="Normal"/>
      </w:pPr>
      <w:r>
        <w:t>Week 2 — Improve, Bundle, and Proof</w:t>
      </w:r>
    </w:p>
    <w:p>
      <w:pPr>
        <w:pStyle w:val="Normal"/>
      </w:pPr>
      <w:r>
        <w:t>• Use the Skill Acceleration Model: create 5–10 more “micro” assets using the same workflow.</w:t>
      </w:r>
    </w:p>
    <w:p>
      <w:pPr>
        <w:pStyle w:val="Normal"/>
      </w:pPr>
      <w:r>
        <w:t>• Turn your best pieces into a bundle.</w:t>
      </w:r>
    </w:p>
    <w:p>
      <w:pPr>
        <w:pStyle w:val="Normal"/>
      </w:pPr>
      <w:r>
        <w:t>• Add 1–2 more listings (single product + bundle).</w:t>
      </w:r>
    </w:p>
    <w:p>
      <w:pPr>
        <w:pStyle w:val="Normal"/>
      </w:pPr>
    </w:p>
    <w:p>
      <w:pPr>
        <w:pStyle w:val="Normal"/>
      </w:pPr>
      <w:r>
        <w:t>Week 3 — Visibility + Simple Promotion</w:t>
      </w:r>
    </w:p>
    <w:p>
      <w:pPr>
        <w:pStyle w:val="Normal"/>
      </w:pPr>
      <w:r>
        <w:t>• Post 2–3 times showing previews of your product (“Here’s a peek inside…”).</w:t>
      </w:r>
    </w:p>
    <w:p>
      <w:pPr>
        <w:pStyle w:val="Normal"/>
      </w:pPr>
      <w:r>
        <w:t>• Offer 3–5 free review copies in exchange for feedback or testimonials.</w:t>
      </w:r>
    </w:p>
    <w:p>
      <w:pPr>
        <w:pStyle w:val="Normal"/>
      </w:pPr>
      <w:r>
        <w:t>• Use the Client Script Bank to message 5–10 potential buyers or collaborators.</w:t>
      </w:r>
    </w:p>
    <w:p>
      <w:pPr>
        <w:pStyle w:val="Normal"/>
      </w:pPr>
    </w:p>
    <w:p>
      <w:pPr>
        <w:pStyle w:val="Normal"/>
      </w:pPr>
      <w:r>
        <w:t>Week 4 — Refine and Stack</w:t>
      </w:r>
    </w:p>
    <w:p>
      <w:pPr>
        <w:pStyle w:val="Normal"/>
      </w:pPr>
      <w:r>
        <w:t>• Raise the price slightly on your best-selling product or bundle.</w:t>
      </w:r>
    </w:p>
    <w:p>
      <w:pPr>
        <w:pStyle w:val="Normal"/>
      </w:pPr>
      <w:r>
        <w:t>• Use Blueprint 7 or 25 to create a lead magnet that points to your product.</w:t>
      </w:r>
    </w:p>
    <w:p>
      <w:pPr>
        <w:pStyle w:val="Normal"/>
      </w:pPr>
      <w:r>
        <w:t>• Plan your next 30 days of product updates or new launches.</w:t>
      </w:r>
    </w:p>
    <w:p>
      <w:pPr>
        <w:pStyle w:val="Normal"/>
      </w:pPr>
    </w:p>
    <w:p>
      <w:pPr>
        <w:pStyle w:val="Normal"/>
      </w:pPr>
      <w:r>
        <w:t>Common pitfalls:</w:t>
      </w:r>
    </w:p>
    <w:p>
      <w:pPr>
        <w:pStyle w:val="Normal"/>
      </w:pPr>
      <w:r>
        <w:t>• Constantly jumping niches.</w:t>
      </w:r>
    </w:p>
    <w:p>
      <w:pPr>
        <w:pStyle w:val="Normal"/>
      </w:pPr>
      <w:r>
        <w:t>• Overbuilding and never publishing.</w:t>
      </w:r>
    </w:p>
    <w:p>
      <w:pPr>
        <w:pStyle w:val="Normal"/>
      </w:pPr>
      <w:r>
        <w:t>• Getting stuck in perfection instead of shipping.</w:t>
      </w:r>
    </w:p>
    <w:p>
      <w:pPr>
        <w:pStyle w:val="Normal"/>
      </w:pPr>
    </w:p>
    <w:p>
      <w:pPr>
        <w:pStyle w:val="Normal"/>
      </w:pPr>
      <w:r>
        <w:t>Your rule: publish, then perfect. Let the market teach you.</w:t>
      </w:r>
    </w:p>
    <w:p>
      <w:pPr>
        <w:pStyle w:val="Normal"/>
      </w:pPr>
    </w:p>
    <w:p>
      <w:pPr>
        <w:pStyle w:val="Normal"/>
      </w:pPr>
      <w:r>
        <w:t>-------------------------</w:t>
      </w:r>
    </w:p>
    <w:p>
      <w:pPr>
        <w:pStyle w:val="Normal"/>
      </w:pPr>
      <w:r>
        <w:t>ARCHETYPE 2 — THE SYSTEMS BUILDER (Mostly B’s)</w:t>
      </w:r>
    </w:p>
    <w:p>
      <w:pPr>
        <w:pStyle w:val="Normal"/>
      </w:pPr>
    </w:p>
    <w:p>
      <w:pPr>
        <w:pStyle w:val="Normal"/>
      </w:pPr>
      <w:r>
        <w:t>You think in workflows, processes, and “how things fit together.”</w:t>
      </w:r>
    </w:p>
    <w:p>
      <w:pPr>
        <w:pStyle w:val="Normal"/>
      </w:pPr>
      <w:r>
        <w:t>You’re drawn to automation, operations, and behind-the-scenes optimization.</w:t>
      </w:r>
    </w:p>
    <w:p>
      <w:pPr>
        <w:pStyle w:val="Normal"/>
      </w:pPr>
    </w:p>
    <w:p>
      <w:pPr>
        <w:pStyle w:val="Normal"/>
      </w:pPr>
      <w:r>
        <w:t>You’re happiest when:</w:t>
      </w:r>
    </w:p>
    <w:p>
      <w:pPr>
        <w:pStyle w:val="Normal"/>
      </w:pPr>
      <w:r>
        <w:t>• You’re making messy things clean.</w:t>
      </w:r>
    </w:p>
    <w:p>
      <w:pPr>
        <w:pStyle w:val="Normal"/>
      </w:pPr>
      <w:r>
        <w:t>• You’re streamlining steps and reducing chaos.</w:t>
      </w:r>
    </w:p>
    <w:p>
      <w:pPr>
        <w:pStyle w:val="Normal"/>
      </w:pPr>
      <w:r>
        <w:t>• You see something “just working” without extra effort.</w:t>
      </w:r>
    </w:p>
    <w:p>
      <w:pPr>
        <w:pStyle w:val="Normal"/>
      </w:pPr>
    </w:p>
    <w:p>
      <w:pPr>
        <w:pStyle w:val="Normal"/>
      </w:pPr>
      <w:r>
        <w:t>Best-fit blueprints for your first 30 days:</w:t>
      </w:r>
    </w:p>
    <w:p>
      <w:pPr>
        <w:pStyle w:val="Normal"/>
      </w:pPr>
      <w:r>
        <w:t>• Blueprint 16 — AI-Powered Chatbot &amp; FAQ Automation Setup</w:t>
      </w:r>
    </w:p>
    <w:p>
      <w:pPr>
        <w:pStyle w:val="Normal"/>
      </w:pPr>
      <w:r>
        <w:t>• Blueprint 31 — AI Client Onboarding &amp; Delivery Automation System</w:t>
      </w:r>
    </w:p>
    <w:p>
      <w:pPr>
        <w:pStyle w:val="Normal"/>
      </w:pPr>
      <w:r>
        <w:t>• Blueprint 32 — AI Business Systems &amp; SOP Builder</w:t>
      </w:r>
    </w:p>
    <w:p>
      <w:pPr>
        <w:pStyle w:val="Normal"/>
      </w:pPr>
      <w:r>
        <w:t>• Optional stretch: Blueprint 35 — AI CustomGPT Builder.</w:t>
      </w:r>
    </w:p>
    <w:p>
      <w:pPr>
        <w:pStyle w:val="Normal"/>
      </w:pPr>
    </w:p>
    <w:p>
      <w:pPr>
        <w:pStyle w:val="Normal"/>
      </w:pPr>
      <w:r>
        <w:t>30-DAY PATHWAY FOR SYSTEMS BUILDERS</w:t>
      </w:r>
    </w:p>
    <w:p>
      <w:pPr>
        <w:pStyle w:val="Normal"/>
      </w:pPr>
    </w:p>
    <w:p>
      <w:pPr>
        <w:pStyle w:val="Normal"/>
      </w:pPr>
      <w:r>
        <w:t>Week 1 — Pick One System to Specialize In</w:t>
      </w:r>
    </w:p>
    <w:p>
      <w:pPr>
        <w:pStyle w:val="Normal"/>
      </w:pPr>
      <w:r>
        <w:t>• Choose ONE outcome: “book more appointments”, “answer FAQs”, or “standardize delivery”.</w:t>
      </w:r>
    </w:p>
    <w:p>
      <w:pPr>
        <w:pStyle w:val="Normal"/>
      </w:pPr>
      <w:r>
        <w:t>• Use Blueprint 16 or 31 to build a demo system for a hypothetical or real business.</w:t>
      </w:r>
    </w:p>
    <w:p>
      <w:pPr>
        <w:pStyle w:val="Normal"/>
      </w:pPr>
      <w:r>
        <w:t>• Document your workflow as a simple visual or checklist.</w:t>
      </w:r>
    </w:p>
    <w:p>
      <w:pPr>
        <w:pStyle w:val="Normal"/>
      </w:pPr>
    </w:p>
    <w:p>
      <w:pPr>
        <w:pStyle w:val="Normal"/>
      </w:pPr>
      <w:r>
        <w:t>Week 2 — Build Proof and a Clear Offer</w:t>
      </w:r>
    </w:p>
    <w:p>
      <w:pPr>
        <w:pStyle w:val="Normal"/>
      </w:pPr>
      <w:r>
        <w:t>• Create 1–3 demo videos or screenshots of your system in action.</w:t>
      </w:r>
    </w:p>
    <w:p>
      <w:pPr>
        <w:pStyle w:val="Normal"/>
      </w:pPr>
      <w:r>
        <w:t>• Write a one-page description: “Here’s what this system does, here’s what it replaces, here’s what it saves.”</w:t>
      </w:r>
    </w:p>
    <w:p>
      <w:pPr>
        <w:pStyle w:val="Normal"/>
      </w:pPr>
      <w:r>
        <w:t>• Use the Client Script Bank to offer 2–3 free or low-cost implementations in exchange for testimonials.</w:t>
      </w:r>
    </w:p>
    <w:p>
      <w:pPr>
        <w:pStyle w:val="Normal"/>
      </w:pPr>
    </w:p>
    <w:p>
      <w:pPr>
        <w:pStyle w:val="Normal"/>
      </w:pPr>
      <w:r>
        <w:t>Week 3 — Turn Demos Into Paid Setups</w:t>
      </w:r>
    </w:p>
    <w:p>
      <w:pPr>
        <w:pStyle w:val="Normal"/>
      </w:pPr>
      <w:r>
        <w:t>• Convert your happiest “test” users into paid clients by offering expansions (more flows, more automations, more integrations).</w:t>
      </w:r>
    </w:p>
    <w:p>
      <w:pPr>
        <w:pStyle w:val="Normal"/>
      </w:pPr>
      <w:r>
        <w:t>• Set a simple package price (Example: “One core automation system: $300–$600”).</w:t>
      </w:r>
    </w:p>
    <w:p>
      <w:pPr>
        <w:pStyle w:val="Normal"/>
      </w:pPr>
    </w:p>
    <w:p>
      <w:pPr>
        <w:pStyle w:val="Normal"/>
      </w:pPr>
      <w:r>
        <w:t>Week 4 — Productize Your System</w:t>
      </w:r>
    </w:p>
    <w:p>
      <w:pPr>
        <w:pStyle w:val="Normal"/>
      </w:pPr>
      <w:r>
        <w:t>• Turn your workflow into a repeatable offer with clear steps and deliverables.</w:t>
      </w:r>
    </w:p>
    <w:p>
      <w:pPr>
        <w:pStyle w:val="Normal"/>
      </w:pPr>
      <w:r>
        <w:t>• Use Blueprint 32 to capture your system as SOPs you can reuse for every client.</w:t>
      </w:r>
    </w:p>
    <w:p>
      <w:pPr>
        <w:pStyle w:val="Normal"/>
      </w:pPr>
      <w:r>
        <w:t>• Start using Blueprint 36 (AI Monetization Accelerator) to stack this into a bigger offer over time.</w:t>
      </w:r>
    </w:p>
    <w:p>
      <w:pPr>
        <w:pStyle w:val="Normal"/>
      </w:pPr>
    </w:p>
    <w:p>
      <w:pPr>
        <w:pStyle w:val="Normal"/>
      </w:pPr>
      <w:r>
        <w:t>Common pitfalls:</w:t>
      </w:r>
    </w:p>
    <w:p>
      <w:pPr>
        <w:pStyle w:val="Normal"/>
      </w:pPr>
      <w:r>
        <w:t>• Going way too complex, too fast.</w:t>
      </w:r>
    </w:p>
    <w:p>
      <w:pPr>
        <w:pStyle w:val="Normal"/>
      </w:pPr>
      <w:r>
        <w:t>• Building systems no one asked for.</w:t>
      </w:r>
    </w:p>
    <w:p>
      <w:pPr>
        <w:pStyle w:val="Normal"/>
      </w:pPr>
      <w:r>
        <w:t>• Never showing the value in simple language.</w:t>
      </w:r>
    </w:p>
    <w:p>
      <w:pPr>
        <w:pStyle w:val="Normal"/>
      </w:pPr>
    </w:p>
    <w:p>
      <w:pPr>
        <w:pStyle w:val="Normal"/>
      </w:pPr>
      <w:r>
        <w:t>Your rule: start simple. Automate one painful thing and make it obvious how that helps.</w:t>
      </w:r>
    </w:p>
    <w:p>
      <w:pPr>
        <w:pStyle w:val="Normal"/>
      </w:pPr>
    </w:p>
    <w:p>
      <w:pPr>
        <w:pStyle w:val="Normal"/>
      </w:pPr>
      <w:r>
        <w:t>-------------------------</w:t>
      </w:r>
    </w:p>
    <w:p>
      <w:pPr>
        <w:pStyle w:val="Normal"/>
      </w:pPr>
      <w:r>
        <w:t>ARCHETYPE 3 — THE HANDS-ON HELPER (Mostly C’s)</w:t>
      </w:r>
    </w:p>
    <w:p>
      <w:pPr>
        <w:pStyle w:val="Normal"/>
      </w:pPr>
    </w:p>
    <w:p>
      <w:pPr>
        <w:pStyle w:val="Normal"/>
      </w:pPr>
      <w:r>
        <w:t>You like working with people.</w:t>
      </w:r>
    </w:p>
    <w:p>
      <w:pPr>
        <w:pStyle w:val="Normal"/>
      </w:pPr>
      <w:r>
        <w:t>You enjoy helping someone get from stuck → clear, confused → confident.</w:t>
      </w:r>
    </w:p>
    <w:p>
      <w:pPr>
        <w:pStyle w:val="Normal"/>
      </w:pPr>
    </w:p>
    <w:p>
      <w:pPr>
        <w:pStyle w:val="Normal"/>
      </w:pPr>
      <w:r>
        <w:t>You’re happiest when:</w:t>
      </w:r>
    </w:p>
    <w:p>
      <w:pPr>
        <w:pStyle w:val="Normal"/>
      </w:pPr>
      <w:r>
        <w:t>• You can see the person you’re helping.</w:t>
      </w:r>
    </w:p>
    <w:p>
      <w:pPr>
        <w:pStyle w:val="Normal"/>
      </w:pPr>
      <w:r>
        <w:t>• You get messages like “This helped so much.”</w:t>
      </w:r>
    </w:p>
    <w:p>
      <w:pPr>
        <w:pStyle w:val="Normal"/>
      </w:pPr>
      <w:r>
        <w:t>• You know exactly whose life you made easier this week.</w:t>
      </w:r>
    </w:p>
    <w:p>
      <w:pPr>
        <w:pStyle w:val="Normal"/>
      </w:pPr>
    </w:p>
    <w:p>
      <w:pPr>
        <w:pStyle w:val="Normal"/>
      </w:pPr>
      <w:r>
        <w:t>Best-fit blueprints for your first 30 days:</w:t>
      </w:r>
    </w:p>
    <w:p>
      <w:pPr>
        <w:pStyle w:val="Normal"/>
      </w:pPr>
      <w:r>
        <w:t>• Blueprint 9 — AI-Powered Resume, Cover Letter &amp; LinkedIn Profile Writing</w:t>
      </w:r>
    </w:p>
    <w:p>
      <w:pPr>
        <w:pStyle w:val="Normal"/>
      </w:pPr>
      <w:r>
        <w:t>• Blueprint 10 — AI-Powered Presentation, Slide Deck &amp; Pitch Deck Creation</w:t>
      </w:r>
    </w:p>
    <w:p>
      <w:pPr>
        <w:pStyle w:val="Normal"/>
      </w:pPr>
      <w:r>
        <w:t>• Blueprint 4 — AI Email Marketing &amp; Newsletter Creation System</w:t>
      </w:r>
    </w:p>
    <w:p>
      <w:pPr>
        <w:pStyle w:val="Normal"/>
      </w:pPr>
      <w:r>
        <w:t>• Optional stretch: Blueprint 33 — AI Business Consulting &amp; Strategy Generation System.</w:t>
      </w:r>
    </w:p>
    <w:p>
      <w:pPr>
        <w:pStyle w:val="Normal"/>
      </w:pPr>
    </w:p>
    <w:p>
      <w:pPr>
        <w:pStyle w:val="Normal"/>
      </w:pPr>
      <w:r>
        <w:t>30-DAY PATHWAY FOR HANDS-ON HELPERS</w:t>
      </w:r>
    </w:p>
    <w:p>
      <w:pPr>
        <w:pStyle w:val="Normal"/>
      </w:pPr>
    </w:p>
    <w:p>
      <w:pPr>
        <w:pStyle w:val="Normal"/>
      </w:pPr>
      <w:r>
        <w:t>Week 1 — Pick One Clear Outcome You Deliver</w:t>
      </w:r>
    </w:p>
    <w:p>
      <w:pPr>
        <w:pStyle w:val="Normal"/>
      </w:pPr>
      <w:r>
        <w:t>• Choose a single outcome: “better resume,” “polished deck,” or “clear emails.”</w:t>
      </w:r>
    </w:p>
    <w:p>
      <w:pPr>
        <w:pStyle w:val="Normal"/>
      </w:pPr>
      <w:r>
        <w:t>• Use AI to create 2–3 sample transformations (before/after examples).</w:t>
      </w:r>
    </w:p>
    <w:p>
      <w:pPr>
        <w:pStyle w:val="Normal"/>
      </w:pPr>
    </w:p>
    <w:p>
      <w:pPr>
        <w:pStyle w:val="Normal"/>
      </w:pPr>
      <w:r>
        <w:t>Week 2 — Offer Free or Discounted First Wins</w:t>
      </w:r>
    </w:p>
    <w:p>
      <w:pPr>
        <w:pStyle w:val="Normal"/>
      </w:pPr>
      <w:r>
        <w:t>• Use the Client Script Bank to offer a free sample or “first project discount”.</w:t>
      </w:r>
    </w:p>
    <w:p>
      <w:pPr>
        <w:pStyle w:val="Normal"/>
      </w:pPr>
      <w:r>
        <w:t>• Deliver 3–5 transformations as quickly as possible.</w:t>
      </w:r>
    </w:p>
    <w:p>
      <w:pPr>
        <w:pStyle w:val="Normal"/>
      </w:pPr>
      <w:r>
        <w:t>• Collect screenshots, testimonials, and “before/after” proof.</w:t>
      </w:r>
    </w:p>
    <w:p>
      <w:pPr>
        <w:pStyle w:val="Normal"/>
      </w:pPr>
    </w:p>
    <w:p>
      <w:pPr>
        <w:pStyle w:val="Normal"/>
      </w:pPr>
      <w:r>
        <w:t>Week 3 — Package and Raise the Bar</w:t>
      </w:r>
    </w:p>
    <w:p>
      <w:pPr>
        <w:pStyle w:val="Normal"/>
      </w:pPr>
      <w:r>
        <w:t>• Turn your best work into portfolio pieces.</w:t>
      </w:r>
    </w:p>
    <w:p>
      <w:pPr>
        <w:pStyle w:val="Normal"/>
      </w:pPr>
      <w:r>
        <w:t>• Create 2–3 simple packages (Example: “Resume + LinkedIn refresh” or “Pitch Deck + Speaker Notes”).</w:t>
      </w:r>
    </w:p>
    <w:p>
      <w:pPr>
        <w:pStyle w:val="Normal"/>
      </w:pPr>
    </w:p>
    <w:p>
      <w:pPr>
        <w:pStyle w:val="Normal"/>
      </w:pPr>
      <w:r>
        <w:t>Week 4 — Move Into Recurring Work</w:t>
      </w:r>
    </w:p>
    <w:p>
      <w:pPr>
        <w:pStyle w:val="Normal"/>
      </w:pPr>
      <w:r>
        <w:t>• Offer ongoing services: monthly emails, recurring decks, job-search support, or strategic sessions.</w:t>
      </w:r>
    </w:p>
    <w:p>
      <w:pPr>
        <w:pStyle w:val="Normal"/>
      </w:pPr>
      <w:r>
        <w:t>• Use Blueprint 36 to plug these into your monetization stack.</w:t>
      </w:r>
    </w:p>
    <w:p>
      <w:pPr>
        <w:pStyle w:val="Normal"/>
      </w:pPr>
    </w:p>
    <w:p>
      <w:pPr>
        <w:pStyle w:val="Normal"/>
      </w:pPr>
      <w:r>
        <w:t>Common pitfalls:</w:t>
      </w:r>
    </w:p>
    <w:p>
      <w:pPr>
        <w:pStyle w:val="Normal"/>
      </w:pPr>
      <w:r>
        <w:t>• Doing too much “free” work without asking for a next step.</w:t>
      </w:r>
    </w:p>
    <w:p>
      <w:pPr>
        <w:pStyle w:val="Normal"/>
      </w:pPr>
      <w:r>
        <w:t>• Undervaluing your time and energy.</w:t>
      </w:r>
    </w:p>
    <w:p>
      <w:pPr>
        <w:pStyle w:val="Normal"/>
      </w:pPr>
      <w:r>
        <w:t>• Being vague about the exact outcome you deliver.</w:t>
      </w:r>
    </w:p>
    <w:p>
      <w:pPr>
        <w:pStyle w:val="Normal"/>
      </w:pPr>
    </w:p>
    <w:p>
      <w:pPr>
        <w:pStyle w:val="Normal"/>
      </w:pPr>
      <w:r>
        <w:t>Your rule: one person, one clear transformation, one clear next step.</w:t>
      </w:r>
    </w:p>
    <w:p>
      <w:pPr>
        <w:pStyle w:val="Normal"/>
      </w:pPr>
    </w:p>
    <w:p>
      <w:pPr>
        <w:pStyle w:val="Normal"/>
      </w:pPr>
      <w:r>
        <w:t>-------------------------</w:t>
      </w:r>
    </w:p>
    <w:p>
      <w:pPr>
        <w:pStyle w:val="Normal"/>
      </w:pPr>
      <w:r>
        <w:t>ARCHETYPE 4 — THE QUIET ASSET STACKER (Mostly D’s)</w:t>
      </w:r>
    </w:p>
    <w:p>
      <w:pPr>
        <w:pStyle w:val="Normal"/>
      </w:pPr>
    </w:p>
    <w:p>
      <w:pPr>
        <w:pStyle w:val="Normal"/>
      </w:pPr>
      <w:r>
        <w:t>You like the idea of building once and earning many times.</w:t>
      </w:r>
    </w:p>
    <w:p>
      <w:pPr>
        <w:pStyle w:val="Normal"/>
      </w:pPr>
    </w:p>
    <w:p>
      <w:pPr>
        <w:pStyle w:val="Normal"/>
      </w:pPr>
      <w:r>
        <w:t>You’re happiest when:</w:t>
      </w:r>
    </w:p>
    <w:p>
      <w:pPr>
        <w:pStyle w:val="Normal"/>
      </w:pPr>
      <w:r>
        <w:t>• Your income doesn’t depend on calls or meetings.</w:t>
      </w:r>
    </w:p>
    <w:p>
      <w:pPr>
        <w:pStyle w:val="Normal"/>
      </w:pPr>
      <w:r>
        <w:t>• Your work continues paying you in the background.</w:t>
      </w:r>
    </w:p>
    <w:p>
      <w:pPr>
        <w:pStyle w:val="Normal"/>
      </w:pPr>
      <w:r>
        <w:t>• You can work in focused blocks and then step away.</w:t>
      </w:r>
    </w:p>
    <w:p>
      <w:pPr>
        <w:pStyle w:val="Normal"/>
      </w:pPr>
    </w:p>
    <w:p>
      <w:pPr>
        <w:pStyle w:val="Normal"/>
      </w:pPr>
      <w:r>
        <w:t>Best-fit blueprints for your first 30 days:</w:t>
      </w:r>
    </w:p>
    <w:p>
      <w:pPr>
        <w:pStyle w:val="Normal"/>
      </w:pPr>
      <w:r>
        <w:t>• Blueprint 1 — AI-Assisted Digital Product Creation System</w:t>
      </w:r>
    </w:p>
    <w:p>
      <w:pPr>
        <w:pStyle w:val="Normal"/>
      </w:pPr>
      <w:r>
        <w:t>• Blueprint 22 — AI Ebook &amp; Publishing System</w:t>
      </w:r>
    </w:p>
    <w:p>
      <w:pPr>
        <w:pStyle w:val="Normal"/>
      </w:pPr>
      <w:r>
        <w:t>• Blueprint 29 — AI Canva Template Packs Business</w:t>
      </w:r>
    </w:p>
    <w:p>
      <w:pPr>
        <w:pStyle w:val="Normal"/>
      </w:pPr>
      <w:r>
        <w:t>• Optional stretch: Blueprint 3 — AI-Driven YouTube Automation &amp; Faceless Video Creation.</w:t>
      </w:r>
    </w:p>
    <w:p>
      <w:pPr>
        <w:pStyle w:val="Normal"/>
      </w:pPr>
    </w:p>
    <w:p>
      <w:pPr>
        <w:pStyle w:val="Normal"/>
      </w:pPr>
      <w:r>
        <w:t>30-DAY PATHWAY FOR QUIET ASSET STACKERS</w:t>
      </w:r>
    </w:p>
    <w:p>
      <w:pPr>
        <w:pStyle w:val="Normal"/>
      </w:pPr>
    </w:p>
    <w:p>
      <w:pPr>
        <w:pStyle w:val="Normal"/>
      </w:pPr>
      <w:r>
        <w:t>Week 1 — Choose One “Hero Asset”</w:t>
      </w:r>
    </w:p>
    <w:p>
      <w:pPr>
        <w:pStyle w:val="Normal"/>
      </w:pPr>
      <w:r>
        <w:t>• Decide: ebook, template pack, or flagship product.</w:t>
      </w:r>
    </w:p>
    <w:p>
      <w:pPr>
        <w:pStyle w:val="Normal"/>
      </w:pPr>
      <w:r>
        <w:t>• Use AI to outline, draft, and design the first version quickly.</w:t>
      </w:r>
    </w:p>
    <w:p>
      <w:pPr>
        <w:pStyle w:val="Normal"/>
      </w:pPr>
      <w:r>
        <w:t>• Your goal isn’t perfection — it’s to have ONE real asset live.</w:t>
      </w:r>
    </w:p>
    <w:p>
      <w:pPr>
        <w:pStyle w:val="Normal"/>
      </w:pPr>
    </w:p>
    <w:p>
      <w:pPr>
        <w:pStyle w:val="Normal"/>
      </w:pPr>
      <w:r>
        <w:t>Week 2 — Launch Quietly and Learn</w:t>
      </w:r>
    </w:p>
    <w:p>
      <w:pPr>
        <w:pStyle w:val="Normal"/>
      </w:pPr>
      <w:r>
        <w:t>• Publish your asset on Etsy, Gumroad, or your chosen platform.</w:t>
      </w:r>
    </w:p>
    <w:p>
      <w:pPr>
        <w:pStyle w:val="Normal"/>
      </w:pPr>
      <w:r>
        <w:t>• Share it with a handful of ideal buyers or peers for honest feedback.</w:t>
      </w:r>
    </w:p>
    <w:p>
      <w:pPr>
        <w:pStyle w:val="Normal"/>
      </w:pPr>
      <w:r>
        <w:t>• Use their feedback to refine the offer, description, and visuals.</w:t>
      </w:r>
    </w:p>
    <w:p>
      <w:pPr>
        <w:pStyle w:val="Normal"/>
      </w:pPr>
    </w:p>
    <w:p>
      <w:pPr>
        <w:pStyle w:val="Normal"/>
      </w:pPr>
      <w:r>
        <w:t>Week 3 — Create 2–3 Supporting Assets</w:t>
      </w:r>
    </w:p>
    <w:p>
      <w:pPr>
        <w:pStyle w:val="Normal"/>
      </w:pPr>
      <w:r>
        <w:t>• Add checklists, toolkits, or micro-products that support your main offer.</w:t>
      </w:r>
    </w:p>
    <w:p>
      <w:pPr>
        <w:pStyle w:val="Normal"/>
      </w:pPr>
      <w:r>
        <w:t>• Bundle them (starter bundle, pro bundle).</w:t>
      </w:r>
    </w:p>
    <w:p>
      <w:pPr>
        <w:pStyle w:val="Normal"/>
      </w:pPr>
    </w:p>
    <w:p>
      <w:pPr>
        <w:pStyle w:val="Normal"/>
      </w:pPr>
      <w:r>
        <w:t>Week 4 — Turn Assets Into a Mini-Ecosystem</w:t>
      </w:r>
    </w:p>
    <w:p>
      <w:pPr>
        <w:pStyle w:val="Normal"/>
      </w:pPr>
      <w:r>
        <w:t>• Use Blueprint 7 or 25 to create lead magnets that point into your asset.</w:t>
      </w:r>
    </w:p>
    <w:p>
      <w:pPr>
        <w:pStyle w:val="Normal"/>
      </w:pPr>
      <w:r>
        <w:t>• Use Blueprint 11 or 18 to create a simple content plan that regularly highlights your products.</w:t>
      </w:r>
    </w:p>
    <w:p>
      <w:pPr>
        <w:pStyle w:val="Normal"/>
      </w:pPr>
      <w:r>
        <w:t>• Repeat the cycle next month.</w:t>
      </w:r>
    </w:p>
    <w:p>
      <w:pPr>
        <w:pStyle w:val="Normal"/>
      </w:pPr>
    </w:p>
    <w:p>
      <w:pPr>
        <w:pStyle w:val="Normal"/>
      </w:pPr>
      <w:r>
        <w:t>Common pitfalls:</w:t>
      </w:r>
    </w:p>
    <w:p>
      <w:pPr>
        <w:pStyle w:val="Normal"/>
      </w:pPr>
      <w:r>
        <w:t>• Building 10 things and launching none.</w:t>
      </w:r>
    </w:p>
    <w:p>
      <w:pPr>
        <w:pStyle w:val="Normal"/>
      </w:pPr>
      <w:r>
        <w:t>• Never telling anyone your product exists.</w:t>
      </w:r>
    </w:p>
    <w:p>
      <w:pPr>
        <w:pStyle w:val="Normal"/>
      </w:pPr>
      <w:r>
        <w:t>• Constantly changing the niche before you get real data.</w:t>
      </w:r>
    </w:p>
    <w:p>
      <w:pPr>
        <w:pStyle w:val="Normal"/>
      </w:pPr>
    </w:p>
    <w:p>
      <w:pPr>
        <w:pStyle w:val="Normal"/>
      </w:pPr>
      <w:r>
        <w:t>Your rule: one asset launched beats ten ideas sitting on your hard drive.</w:t>
      </w:r>
    </w:p>
    <w:p>
      <w:pPr>
        <w:pStyle w:val="Normal"/>
      </w:pPr>
    </w:p>
    <w:p>
      <w:pPr>
        <w:pStyle w:val="Normal"/>
      </w:pPr>
      <w:r>
        <w:t>-------------------------</w:t>
      </w:r>
    </w:p>
    <w:p>
      <w:pPr>
        <w:pStyle w:val="Normal"/>
      </w:pPr>
      <w:r>
        <w:t>ARCHETYPE 5 — THE MOMENTUM SPRINTER (Mostly E’s)</w:t>
      </w:r>
    </w:p>
    <w:p>
      <w:pPr>
        <w:pStyle w:val="Normal"/>
      </w:pPr>
    </w:p>
    <w:p>
      <w:pPr>
        <w:pStyle w:val="Normal"/>
      </w:pPr>
      <w:r>
        <w:t>You like fast movement, clear targets, and visible money.</w:t>
      </w:r>
    </w:p>
    <w:p>
      <w:pPr>
        <w:pStyle w:val="Normal"/>
      </w:pPr>
      <w:r>
        <w:t>You don’t want theory — you want a game you can win in 30 days.</w:t>
      </w:r>
    </w:p>
    <w:p>
      <w:pPr>
        <w:pStyle w:val="Normal"/>
      </w:pPr>
    </w:p>
    <w:p>
      <w:pPr>
        <w:pStyle w:val="Normal"/>
      </w:pPr>
      <w:r>
        <w:t>You’re happiest when:</w:t>
      </w:r>
    </w:p>
    <w:p>
      <w:pPr>
        <w:pStyle w:val="Normal"/>
      </w:pPr>
      <w:r>
        <w:t>• You know exactly what to do this week.</w:t>
      </w:r>
    </w:p>
    <w:p>
      <w:pPr>
        <w:pStyle w:val="Normal"/>
      </w:pPr>
      <w:r>
        <w:t>• You see quick feedback from the market.</w:t>
      </w:r>
    </w:p>
    <w:p>
      <w:pPr>
        <w:pStyle w:val="Normal"/>
      </w:pPr>
      <w:r>
        <w:t>• You can ramp up effort and see results fast.</w:t>
      </w:r>
    </w:p>
    <w:p>
      <w:pPr>
        <w:pStyle w:val="Normal"/>
      </w:pPr>
    </w:p>
    <w:p>
      <w:pPr>
        <w:pStyle w:val="Normal"/>
      </w:pPr>
      <w:r>
        <w:t>Best-fit blueprints for your first 30 days:</w:t>
      </w:r>
    </w:p>
    <w:p>
      <w:pPr>
        <w:pStyle w:val="Normal"/>
      </w:pPr>
      <w:r>
        <w:t>• Blueprint 2 — AI-Enhanced Short-Form Video Editing &amp; Content Creation</w:t>
      </w:r>
    </w:p>
    <w:p>
      <w:pPr>
        <w:pStyle w:val="Normal"/>
      </w:pPr>
      <w:r>
        <w:t>• Blueprint 5 — AI-Driven Social Media Caption &amp; Content Writing Services</w:t>
      </w:r>
    </w:p>
    <w:p>
      <w:pPr>
        <w:pStyle w:val="Normal"/>
      </w:pPr>
      <w:r>
        <w:t>• Blueprint 9 — AI Resume, Cover Letter &amp; LinkedIn Profile Writing</w:t>
      </w:r>
    </w:p>
    <w:p>
      <w:pPr>
        <w:pStyle w:val="Normal"/>
      </w:pPr>
      <w:r>
        <w:t>• Blueprint 12 — AI Product Description &amp; E-Commerce Listing Creation</w:t>
      </w:r>
    </w:p>
    <w:p>
      <w:pPr>
        <w:pStyle w:val="Normal"/>
      </w:pPr>
    </w:p>
    <w:p>
      <w:pPr>
        <w:pStyle w:val="Normal"/>
      </w:pPr>
      <w:r>
        <w:t>30-DAY PATHWAY FOR MOMENTUM SPRINTERS</w:t>
      </w:r>
    </w:p>
    <w:p>
      <w:pPr>
        <w:pStyle w:val="Normal"/>
      </w:pPr>
    </w:p>
    <w:p>
      <w:pPr>
        <w:pStyle w:val="Normal"/>
      </w:pPr>
      <w:r>
        <w:t>Week 1 — Choose One Skill, One Offer, One Market</w:t>
      </w:r>
    </w:p>
    <w:p>
      <w:pPr>
        <w:pStyle w:val="Normal"/>
      </w:pPr>
      <w:r>
        <w:t>• Pick ONE blueprint and ONE clear outcome (edits, captions, resumes, or listings).</w:t>
      </w:r>
    </w:p>
    <w:p>
      <w:pPr>
        <w:pStyle w:val="Normal"/>
      </w:pPr>
      <w:r>
        <w:t>• Create 3–5 strong proof pieces with AI help.</w:t>
      </w:r>
    </w:p>
    <w:p>
      <w:pPr>
        <w:pStyle w:val="Normal"/>
      </w:pPr>
      <w:r>
        <w:t>• Use the $1,000 in 30 Days Roadmap to set your income target.</w:t>
      </w:r>
    </w:p>
    <w:p>
      <w:pPr>
        <w:pStyle w:val="Normal"/>
      </w:pPr>
    </w:p>
    <w:p>
      <w:pPr>
        <w:pStyle w:val="Normal"/>
      </w:pPr>
      <w:r>
        <w:t>Week 2 — Conversation Sprint</w:t>
      </w:r>
    </w:p>
    <w:p>
      <w:pPr>
        <w:pStyle w:val="Normal"/>
      </w:pPr>
      <w:r>
        <w:t>• Use the Client Script Bank and send 20–50 messages or emails.</w:t>
      </w:r>
    </w:p>
    <w:p>
      <w:pPr>
        <w:pStyle w:val="Normal"/>
      </w:pPr>
      <w:r>
        <w:t>• Focus on quick wins, samples, and small packages.</w:t>
      </w:r>
    </w:p>
    <w:p>
      <w:pPr>
        <w:pStyle w:val="Normal"/>
      </w:pPr>
      <w:r>
        <w:t>• Deliver fast, show up reliably, and overcommunicate.</w:t>
      </w:r>
    </w:p>
    <w:p>
      <w:pPr>
        <w:pStyle w:val="Normal"/>
      </w:pPr>
    </w:p>
    <w:p>
      <w:pPr>
        <w:pStyle w:val="Normal"/>
      </w:pPr>
      <w:r>
        <w:t>Week 3 — Package Wins Into Retainers</w:t>
      </w:r>
    </w:p>
    <w:p>
      <w:pPr>
        <w:pStyle w:val="Normal"/>
      </w:pPr>
      <w:r>
        <w:t>• Turn happiest clients into recurring deals (weekly edits, monthly content, ongoing applications).</w:t>
      </w:r>
    </w:p>
    <w:p>
      <w:pPr>
        <w:pStyle w:val="Normal"/>
      </w:pPr>
      <w:r>
        <w:t>• Raise your price slightly for new clients.</w:t>
      </w:r>
    </w:p>
    <w:p>
      <w:pPr>
        <w:pStyle w:val="Normal"/>
      </w:pPr>
    </w:p>
    <w:p>
      <w:pPr>
        <w:pStyle w:val="Normal"/>
      </w:pPr>
      <w:r>
        <w:t>Week 4 — Optimize and Decide</w:t>
      </w:r>
    </w:p>
    <w:p>
      <w:pPr>
        <w:pStyle w:val="Normal"/>
      </w:pPr>
      <w:r>
        <w:t>• Drop what isn’t converting.</w:t>
      </w:r>
    </w:p>
    <w:p>
      <w:pPr>
        <w:pStyle w:val="Normal"/>
      </w:pPr>
      <w:r>
        <w:t>• Double down on your best client type and best service.</w:t>
      </w:r>
    </w:p>
    <w:p>
      <w:pPr>
        <w:pStyle w:val="Normal"/>
      </w:pPr>
      <w:r>
        <w:t>• Use Blueprint 36 to decide: do I keep sprinting, or do I begin stacking assets?</w:t>
      </w:r>
    </w:p>
    <w:p>
      <w:pPr>
        <w:pStyle w:val="Normal"/>
      </w:pPr>
    </w:p>
    <w:p>
      <w:pPr>
        <w:pStyle w:val="Normal"/>
      </w:pPr>
      <w:r>
        <w:t>Common pitfalls:</w:t>
      </w:r>
    </w:p>
    <w:p>
      <w:pPr>
        <w:pStyle w:val="Normal"/>
      </w:pPr>
      <w:r>
        <w:t>• Switching offers every few days.</w:t>
      </w:r>
    </w:p>
    <w:p>
      <w:pPr>
        <w:pStyle w:val="Normal"/>
      </w:pPr>
      <w:r>
        <w:t>• Quitting outreach after 3–5 messages.</w:t>
      </w:r>
    </w:p>
    <w:p>
      <w:pPr>
        <w:pStyle w:val="Normal"/>
      </w:pPr>
      <w:r>
        <w:t>• Over-delivering without raising your rates.</w:t>
      </w:r>
    </w:p>
    <w:p>
      <w:pPr>
        <w:pStyle w:val="Normal"/>
      </w:pPr>
    </w:p>
    <w:p>
      <w:pPr>
        <w:pStyle w:val="Normal"/>
      </w:pPr>
      <w:r>
        <w:t>Your rule: commit to one sprint, for one month, with one main offer.</w:t>
      </w:r>
    </w:p>
    <w:p>
      <w:pPr>
        <w:pStyle w:val="Normal"/>
      </w:pPr>
    </w:p>
    <w:p>
      <w:pPr>
        <w:pStyle w:val="Normal"/>
      </w:pPr>
      <w:r>
        <w:t>--------------------------------------------------</w:t>
      </w:r>
    </w:p>
    <w:p>
      <w:pPr>
        <w:pStyle w:val="Normal"/>
      </w:pPr>
      <w:r>
        <w:t>SECTION 2 — AI INCOME LABS</w:t>
      </w:r>
    </w:p>
    <w:p>
      <w:pPr>
        <w:pStyle w:val="Normal"/>
      </w:pPr>
      <w:r>
        <w:t>(“Over-the-Shoulder” Walkthroughs You Can Copy)</w:t>
      </w:r>
    </w:p>
    <w:p>
      <w:pPr>
        <w:pStyle w:val="Normal"/>
      </w:pPr>
    </w:p>
    <w:p>
      <w:pPr>
        <w:pStyle w:val="Normal"/>
      </w:pPr>
      <w:r>
        <w:t>This section gives readers something most books never show:</w:t>
      </w:r>
    </w:p>
    <w:p>
      <w:pPr>
        <w:pStyle w:val="Normal"/>
      </w:pPr>
      <w:r>
        <w:t>full, messy, real workflows from idea → AI prompts → first money.</w:t>
      </w:r>
    </w:p>
    <w:p>
      <w:pPr>
        <w:pStyle w:val="Normal"/>
      </w:pPr>
    </w:p>
    <w:p>
      <w:pPr>
        <w:pStyle w:val="Normal"/>
      </w:pPr>
      <w:r>
        <w:t>You can present these as “AI Income Labs” and sprinkle them after the first few blueprints, or collect them in their own chapter.</w:t>
      </w:r>
    </w:p>
    <w:p>
      <w:pPr>
        <w:pStyle w:val="Normal"/>
      </w:pPr>
    </w:p>
    <w:p>
      <w:pPr>
        <w:pStyle w:val="Normal"/>
      </w:pPr>
      <w:r>
        <w:t>Each Lab follows the same structure:</w:t>
      </w:r>
    </w:p>
    <w:p>
      <w:pPr>
        <w:pStyle w:val="Normal"/>
      </w:pPr>
      <w:r>
        <w:t>1. The scenario.</w:t>
      </w:r>
    </w:p>
    <w:p>
      <w:pPr>
        <w:pStyle w:val="Normal"/>
      </w:pPr>
      <w:r>
        <w:t>2. The goal.</w:t>
      </w:r>
    </w:p>
    <w:p>
      <w:pPr>
        <w:pStyle w:val="Normal"/>
      </w:pPr>
      <w:r>
        <w:t>3. The exact prompts used.</w:t>
      </w:r>
    </w:p>
    <w:p>
      <w:pPr>
        <w:pStyle w:val="Normal"/>
      </w:pPr>
      <w:r>
        <w:t>4. The time breakdown.</w:t>
      </w:r>
    </w:p>
    <w:p>
      <w:pPr>
        <w:pStyle w:val="Normal"/>
      </w:pPr>
      <w:r>
        <w:t>5. A realistic result.</w:t>
      </w:r>
    </w:p>
    <w:p>
      <w:pPr>
        <w:pStyle w:val="Normal"/>
      </w:pPr>
      <w:r>
        <w:t>6. A debrief: what worked, what didn’t, what to change next time.</w:t>
      </w:r>
    </w:p>
    <w:p>
      <w:pPr>
        <w:pStyle w:val="Normal"/>
      </w:pPr>
    </w:p>
    <w:p>
      <w:pPr>
        <w:pStyle w:val="Normal"/>
      </w:pPr>
      <w:r>
        <w:t>Below are three fully written Labs for you to drop into the book and adapt as needed.</w:t>
      </w:r>
    </w:p>
    <w:p>
      <w:pPr>
        <w:pStyle w:val="Normal"/>
      </w:pPr>
    </w:p>
    <w:p>
      <w:pPr>
        <w:pStyle w:val="Normal"/>
      </w:pPr>
      <w:r>
        <w:t>-------------------------</w:t>
      </w:r>
    </w:p>
    <w:p>
      <w:pPr>
        <w:pStyle w:val="Normal"/>
      </w:pPr>
      <w:r>
        <w:t>AI INCOME LAB 1 — DIGITAL PRODUCT IN 90 MINUTES</w:t>
      </w:r>
    </w:p>
    <w:p>
      <w:pPr>
        <w:pStyle w:val="Normal"/>
      </w:pPr>
      <w:r>
        <w:t>(Tied to Blueprint 1)</w:t>
      </w:r>
    </w:p>
    <w:p>
      <w:pPr>
        <w:pStyle w:val="Normal"/>
      </w:pPr>
    </w:p>
    <w:p>
      <w:pPr>
        <w:pStyle w:val="Normal"/>
      </w:pPr>
      <w:r>
        <w:t>Scenario:</w:t>
      </w:r>
    </w:p>
    <w:p>
      <w:pPr>
        <w:pStyle w:val="Normal"/>
      </w:pPr>
      <w:r>
        <w:t>A beginner wants to launch their first digital product on Etsy this weekend.</w:t>
      </w:r>
    </w:p>
    <w:p>
      <w:pPr>
        <w:pStyle w:val="Normal"/>
      </w:pPr>
      <w:r>
        <w:t>They have no niche, no design skills, and no product idea.</w:t>
      </w:r>
    </w:p>
    <w:p>
      <w:pPr>
        <w:pStyle w:val="Normal"/>
      </w:pPr>
    </w:p>
    <w:p>
      <w:pPr>
        <w:pStyle w:val="Normal"/>
      </w:pPr>
      <w:r>
        <w:t>Goal:</w:t>
      </w:r>
    </w:p>
    <w:p>
      <w:pPr>
        <w:pStyle w:val="Normal"/>
      </w:pPr>
      <w:r>
        <w:t>Create and publish a simple but useful digital product in about 90 minutes total working time.</w:t>
      </w:r>
    </w:p>
    <w:p>
      <w:pPr>
        <w:pStyle w:val="Normal"/>
      </w:pPr>
    </w:p>
    <w:p>
      <w:pPr>
        <w:pStyle w:val="Normal"/>
      </w:pPr>
      <w:r>
        <w:t>Approximate Time Breakdown:</w:t>
      </w:r>
    </w:p>
    <w:p>
      <w:pPr>
        <w:pStyle w:val="Normal"/>
      </w:pPr>
      <w:r>
        <w:t>• 15 minutes — niche + product decision</w:t>
      </w:r>
    </w:p>
    <w:p>
      <w:pPr>
        <w:pStyle w:val="Normal"/>
      </w:pPr>
      <w:r>
        <w:t>• 30 minutes — outline + content with AI</w:t>
      </w:r>
    </w:p>
    <w:p>
      <w:pPr>
        <w:pStyle w:val="Normal"/>
      </w:pPr>
      <w:r>
        <w:t>• 30 minutes — layout in Canva</w:t>
      </w:r>
    </w:p>
    <w:p>
      <w:pPr>
        <w:pStyle w:val="Normal"/>
      </w:pPr>
      <w:r>
        <w:t>• 15 minutes — listing setup + description</w:t>
      </w:r>
    </w:p>
    <w:p>
      <w:pPr>
        <w:pStyle w:val="Normal"/>
      </w:pPr>
    </w:p>
    <w:p>
      <w:pPr>
        <w:pStyle w:val="Normal"/>
      </w:pPr>
      <w:r>
        <w:t>STEP 1 — PICKING A NICHE (PROMPTS)</w:t>
      </w:r>
    </w:p>
    <w:p>
      <w:pPr>
        <w:pStyle w:val="Normal"/>
      </w:pPr>
    </w:p>
    <w:p>
      <w:pPr>
        <w:pStyle w:val="Normal"/>
      </w:pPr>
      <w:r>
        <w:t>Prompt to AI:</w:t>
      </w:r>
    </w:p>
    <w:p>
      <w:pPr>
        <w:pStyle w:val="Normal"/>
      </w:pPr>
      <w:r>
        <w:t>“Act as a digital product strategist. Give me 10 beginner-friendly digital product ideas I can create this weekend for a time-poor working professional who wants to get more organized. Focus on checklists, planners, or simple toolkits.”</w:t>
      </w:r>
    </w:p>
    <w:p>
      <w:pPr>
        <w:pStyle w:val="Normal"/>
      </w:pPr>
    </w:p>
    <w:p>
      <w:pPr>
        <w:pStyle w:val="Normal"/>
      </w:pPr>
      <w:r>
        <w:t>Follow-up:</w:t>
      </w:r>
    </w:p>
    <w:p>
      <w:pPr>
        <w:pStyle w:val="Normal"/>
      </w:pPr>
      <w:r>
        <w:t>“From those ideas, which 3 do you think are fastest to build and easiest to explain to buyers? Explain why.”</w:t>
      </w:r>
    </w:p>
    <w:p>
      <w:pPr>
        <w:pStyle w:val="Normal"/>
      </w:pPr>
    </w:p>
    <w:p>
      <w:pPr>
        <w:pStyle w:val="Normal"/>
      </w:pPr>
      <w:r>
        <w:t>We choose: “The 7-Day Momentum Planner for Busy Professionals.”</w:t>
      </w:r>
    </w:p>
    <w:p>
      <w:pPr>
        <w:pStyle w:val="Normal"/>
      </w:pPr>
    </w:p>
    <w:p>
      <w:pPr>
        <w:pStyle w:val="Normal"/>
      </w:pPr>
      <w:r>
        <w:t>STEP 2 — OUTLINE THE PRODUCT</w:t>
      </w:r>
    </w:p>
    <w:p>
      <w:pPr>
        <w:pStyle w:val="Normal"/>
      </w:pPr>
    </w:p>
    <w:p>
      <w:pPr>
        <w:pStyle w:val="Normal"/>
      </w:pPr>
      <w:r>
        <w:t>Prompt:</w:t>
      </w:r>
    </w:p>
    <w:p>
      <w:pPr>
        <w:pStyle w:val="Normal"/>
      </w:pPr>
      <w:r>
        <w:t>“Create a detailed outline for a digital planner called ‘The 7-Day Momentum Planner for Busy Professionals’. Include:</w:t>
      </w:r>
    </w:p>
    <w:p>
      <w:pPr>
        <w:pStyle w:val="Normal"/>
      </w:pPr>
      <w:r>
        <w:t>• a short intro</w:t>
      </w:r>
    </w:p>
    <w:p>
      <w:pPr>
        <w:pStyle w:val="Normal"/>
      </w:pPr>
      <w:r>
        <w:t>• daily pages</w:t>
      </w:r>
    </w:p>
    <w:p>
      <w:pPr>
        <w:pStyle w:val="Normal"/>
      </w:pPr>
      <w:r>
        <w:t>• a weekly overview page</w:t>
      </w:r>
    </w:p>
    <w:p>
      <w:pPr>
        <w:pStyle w:val="Normal"/>
      </w:pPr>
      <w:r>
        <w:t>• reflection prompts</w:t>
      </w:r>
    </w:p>
    <w:p>
      <w:pPr>
        <w:pStyle w:val="Normal"/>
      </w:pPr>
      <w:r>
        <w:t>• checklists for ‘minimum viable progress’ each day.</w:t>
      </w:r>
    </w:p>
    <w:p>
      <w:pPr>
        <w:pStyle w:val="Normal"/>
      </w:pPr>
      <w:r>
        <w:t>Keep it simple and practical.”</w:t>
      </w:r>
    </w:p>
    <w:p>
      <w:pPr>
        <w:pStyle w:val="Normal"/>
      </w:pPr>
    </w:p>
    <w:p>
      <w:pPr>
        <w:pStyle w:val="Normal"/>
      </w:pPr>
      <w:r>
        <w:t>AI returns a clean structure we can copy straight into a doc.</w:t>
      </w:r>
    </w:p>
    <w:p>
      <w:pPr>
        <w:pStyle w:val="Normal"/>
      </w:pPr>
    </w:p>
    <w:p>
      <w:pPr>
        <w:pStyle w:val="Normal"/>
      </w:pPr>
      <w:r>
        <w:t>STEP 3 — GENERATE THE CONTENT</w:t>
      </w:r>
    </w:p>
    <w:p>
      <w:pPr>
        <w:pStyle w:val="Normal"/>
      </w:pPr>
    </w:p>
    <w:p>
      <w:pPr>
        <w:pStyle w:val="Normal"/>
      </w:pPr>
      <w:r>
        <w:t>Prompt:</w:t>
      </w:r>
    </w:p>
    <w:p>
      <w:pPr>
        <w:pStyle w:val="Normal"/>
      </w:pPr>
      <w:r>
        <w:t>“For each section in that outline, write the actual content in short, clear sentences. Avoid fluff. Make it feel encouraging but direct. Use second person (‘you’).”</w:t>
      </w:r>
    </w:p>
    <w:p>
      <w:pPr>
        <w:pStyle w:val="Normal"/>
      </w:pPr>
    </w:p>
    <w:p>
      <w:pPr>
        <w:pStyle w:val="Normal"/>
      </w:pPr>
      <w:r>
        <w:t>We quickly scan, tweak phrasing where needed, and paste the content into a Google Doc or directly into Canva.</w:t>
      </w:r>
    </w:p>
    <w:p>
      <w:pPr>
        <w:pStyle w:val="Normal"/>
      </w:pPr>
    </w:p>
    <w:p>
      <w:pPr>
        <w:pStyle w:val="Normal"/>
      </w:pPr>
      <w:r>
        <w:t>STEP 4 — LAYOUT IN CANVA</w:t>
      </w:r>
    </w:p>
    <w:p>
      <w:pPr>
        <w:pStyle w:val="Normal"/>
      </w:pPr>
    </w:p>
    <w:p>
      <w:pPr>
        <w:pStyle w:val="Normal"/>
      </w:pPr>
      <w:r>
        <w:t>Workflow:</w:t>
      </w:r>
    </w:p>
    <w:p>
      <w:pPr>
        <w:pStyle w:val="Normal"/>
      </w:pPr>
      <w:r>
        <w:t>• Open a simple A4 or US Letter planner template.</w:t>
      </w:r>
    </w:p>
    <w:p>
      <w:pPr>
        <w:pStyle w:val="Normal"/>
      </w:pPr>
      <w:r>
        <w:t>• Replace placeholder text with AI-generated content.</w:t>
      </w:r>
    </w:p>
    <w:p>
      <w:pPr>
        <w:pStyle w:val="Normal"/>
      </w:pPr>
      <w:r>
        <w:t>• Use 1–2 fonts, 2–3 colors max.</w:t>
      </w:r>
    </w:p>
    <w:p>
      <w:pPr>
        <w:pStyle w:val="Normal"/>
      </w:pPr>
      <w:r>
        <w:t>• Export as PDF.</w:t>
      </w:r>
    </w:p>
    <w:p>
      <w:pPr>
        <w:pStyle w:val="Normal"/>
      </w:pPr>
    </w:p>
    <w:p>
      <w:pPr>
        <w:pStyle w:val="Normal"/>
      </w:pPr>
      <w:r>
        <w:t>STEP 5 — CREATE THE LISTING</w:t>
      </w:r>
    </w:p>
    <w:p>
      <w:pPr>
        <w:pStyle w:val="Normal"/>
      </w:pPr>
    </w:p>
    <w:p>
      <w:pPr>
        <w:pStyle w:val="Normal"/>
      </w:pPr>
      <w:r>
        <w:t>Prompt:</w:t>
      </w:r>
    </w:p>
    <w:p>
      <w:pPr>
        <w:pStyle w:val="Normal"/>
      </w:pPr>
      <w:r>
        <w:t>“Write a high-conversion Etsy product title and description for this planner. Include who it’s for, what problem it solves, what’s included, and how it helps them get quick wins in 7 days. Give me 13 Etsy tags too.”</w:t>
      </w:r>
    </w:p>
    <w:p>
      <w:pPr>
        <w:pStyle w:val="Normal"/>
      </w:pPr>
    </w:p>
    <w:p>
      <w:pPr>
        <w:pStyle w:val="Normal"/>
      </w:pPr>
      <w:r>
        <w:t>We paste the copy into Etsy, upload mockups, set a starter price ($7–$12), and hit publish.</w:t>
      </w:r>
    </w:p>
    <w:p>
      <w:pPr>
        <w:pStyle w:val="Normal"/>
      </w:pPr>
    </w:p>
    <w:p>
      <w:pPr>
        <w:pStyle w:val="Normal"/>
      </w:pPr>
      <w:r>
        <w:t>REALISTIC RESULT</w:t>
      </w:r>
    </w:p>
    <w:p>
      <w:pPr>
        <w:pStyle w:val="Normal"/>
      </w:pPr>
    </w:p>
    <w:p>
      <w:pPr>
        <w:pStyle w:val="Normal"/>
      </w:pPr>
      <w:r>
        <w:t>• First sale may come from internal Etsy search or a simple post like:</w:t>
      </w:r>
    </w:p>
    <w:p>
      <w:pPr>
        <w:pStyle w:val="Normal"/>
      </w:pPr>
      <w:r>
        <w:t xml:space="preserve">  “Made a 7-day momentum planner for busy professionals who feel stuck — if you want to see it, DM me ‘planner’.”</w:t>
      </w:r>
    </w:p>
    <w:p>
      <w:pPr>
        <w:pStyle w:val="Normal"/>
      </w:pPr>
      <w:r>
        <w:t>• The real win is not profit from Product #1 — it’s proof that the reader can go from idea → product → listing without getting stuck.</w:t>
      </w:r>
    </w:p>
    <w:p>
      <w:pPr>
        <w:pStyle w:val="Normal"/>
      </w:pPr>
    </w:p>
    <w:p>
      <w:pPr>
        <w:pStyle w:val="Normal"/>
      </w:pPr>
      <w:r>
        <w:t>DEBRIEF (WHAT WORKED / WHAT TO IMPROVE)</w:t>
      </w:r>
    </w:p>
    <w:p>
      <w:pPr>
        <w:pStyle w:val="Normal"/>
      </w:pPr>
    </w:p>
    <w:p>
      <w:pPr>
        <w:pStyle w:val="Normal"/>
      </w:pPr>
      <w:r>
        <w:t>What worked:</w:t>
      </w:r>
    </w:p>
    <w:p>
      <w:pPr>
        <w:pStyle w:val="Normal"/>
      </w:pPr>
      <w:r>
        <w:t>• Letting AI propose the niche and product idea instead of overthinking.</w:t>
      </w:r>
    </w:p>
    <w:p>
      <w:pPr>
        <w:pStyle w:val="Normal"/>
      </w:pPr>
      <w:r>
        <w:t>• Using a template in Canva instead of designing from scratch.</w:t>
      </w:r>
    </w:p>
    <w:p>
      <w:pPr>
        <w:pStyle w:val="Normal"/>
      </w:pPr>
      <w:r>
        <w:t>• Focusing on ONE product and publishing quickly.</w:t>
      </w:r>
    </w:p>
    <w:p>
      <w:pPr>
        <w:pStyle w:val="Normal"/>
      </w:pPr>
    </w:p>
    <w:p>
      <w:pPr>
        <w:pStyle w:val="Normal"/>
      </w:pPr>
      <w:r>
        <w:t>What to improve:</w:t>
      </w:r>
    </w:p>
    <w:p>
      <w:pPr>
        <w:pStyle w:val="Normal"/>
      </w:pPr>
      <w:r>
        <w:t>• Run a second AI prompt just for headlines and covers to make the product stand out more.</w:t>
      </w:r>
    </w:p>
    <w:p>
      <w:pPr>
        <w:pStyle w:val="Normal"/>
      </w:pPr>
      <w:r>
        <w:t>• Ask AI to generate 2–3 bonuses (extra pages) to justify a slightly higher price.</w:t>
      </w:r>
    </w:p>
    <w:p>
      <w:pPr>
        <w:pStyle w:val="Normal"/>
      </w:pPr>
    </w:p>
    <w:p>
      <w:pPr>
        <w:pStyle w:val="Normal"/>
      </w:pPr>
      <w:r>
        <w:t>Key takeaway for the reader:</w:t>
      </w:r>
    </w:p>
    <w:p>
      <w:pPr>
        <w:pStyle w:val="Normal"/>
      </w:pPr>
      <w:r>
        <w:t>It’s more important to publish an imperfect product quickly than to chase a perfect product that never goes live.</w:t>
      </w:r>
    </w:p>
    <w:p>
      <w:pPr>
        <w:pStyle w:val="Normal"/>
      </w:pPr>
    </w:p>
    <w:p>
      <w:pPr>
        <w:pStyle w:val="Normal"/>
      </w:pPr>
      <w:r>
        <w:t>-------------------------</w:t>
      </w:r>
    </w:p>
    <w:p>
      <w:pPr>
        <w:pStyle w:val="Normal"/>
      </w:pPr>
      <w:r>
        <w:t>AI INCOME LAB 2 — SHORT-FORM EDITS FOR A REAL CLIENT IN 60 MINUTES</w:t>
      </w:r>
    </w:p>
    <w:p>
      <w:pPr>
        <w:pStyle w:val="Normal"/>
      </w:pPr>
      <w:r>
        <w:t>(Tied to Blueprint 2)</w:t>
      </w:r>
    </w:p>
    <w:p>
      <w:pPr>
        <w:pStyle w:val="Normal"/>
      </w:pPr>
    </w:p>
    <w:p>
      <w:pPr>
        <w:pStyle w:val="Normal"/>
      </w:pPr>
      <w:r>
        <w:t>Scenario:</w:t>
      </w:r>
    </w:p>
    <w:p>
      <w:pPr>
        <w:pStyle w:val="Normal"/>
      </w:pPr>
      <w:r>
        <w:t>A reader wants to test AI-powered short-form video editing as a side income stream but has never edited video.</w:t>
      </w:r>
    </w:p>
    <w:p>
      <w:pPr>
        <w:pStyle w:val="Normal"/>
      </w:pPr>
    </w:p>
    <w:p>
      <w:pPr>
        <w:pStyle w:val="Normal"/>
      </w:pPr>
      <w:r>
        <w:t>Goal:</w:t>
      </w:r>
    </w:p>
    <w:p>
      <w:pPr>
        <w:pStyle w:val="Normal"/>
      </w:pPr>
      <w:r>
        <w:t>Take one long talking-head clip and turn it into 3 short-form edits in about an hour, then send them as a sample to a potential client.</w:t>
      </w:r>
    </w:p>
    <w:p>
      <w:pPr>
        <w:pStyle w:val="Normal"/>
      </w:pPr>
    </w:p>
    <w:p>
      <w:pPr>
        <w:pStyle w:val="Normal"/>
      </w:pPr>
      <w:r>
        <w:t>Approximate Time Breakdown:</w:t>
      </w:r>
    </w:p>
    <w:p>
      <w:pPr>
        <w:pStyle w:val="Normal"/>
      </w:pPr>
      <w:r>
        <w:t>• 10 minutes — find the clip</w:t>
      </w:r>
    </w:p>
    <w:p>
      <w:pPr>
        <w:pStyle w:val="Normal"/>
      </w:pPr>
      <w:r>
        <w:t>• 10 minutes — extract hooks + timestamps</w:t>
      </w:r>
    </w:p>
    <w:p>
      <w:pPr>
        <w:pStyle w:val="Normal"/>
      </w:pPr>
      <w:r>
        <w:t>• 25 minutes — edit 3 clips with captions</w:t>
      </w:r>
    </w:p>
    <w:p>
      <w:pPr>
        <w:pStyle w:val="Normal"/>
      </w:pPr>
      <w:r>
        <w:t>• 15 minutes — export + send with a simple offer</w:t>
      </w:r>
    </w:p>
    <w:p>
      <w:pPr>
        <w:pStyle w:val="Normal"/>
      </w:pPr>
    </w:p>
    <w:p>
      <w:pPr>
        <w:pStyle w:val="Normal"/>
      </w:pPr>
      <w:r>
        <w:t>STEP 1 — GET THE CLIP</w:t>
      </w:r>
    </w:p>
    <w:p>
      <w:pPr>
        <w:pStyle w:val="Normal"/>
      </w:pPr>
    </w:p>
    <w:p>
      <w:pPr>
        <w:pStyle w:val="Normal"/>
      </w:pPr>
      <w:r>
        <w:t>If the reader doesn’t have their own, they can:</w:t>
      </w:r>
    </w:p>
    <w:p>
      <w:pPr>
        <w:pStyle w:val="Normal"/>
      </w:pPr>
      <w:r>
        <w:t>• Ask a creator friend for permission to repurpose one old video.</w:t>
      </w:r>
    </w:p>
    <w:p>
      <w:pPr>
        <w:pStyle w:val="Normal"/>
      </w:pPr>
      <w:r>
        <w:t>• Grab an old Zoom recording of themselves talking about any topic.</w:t>
      </w:r>
    </w:p>
    <w:p>
      <w:pPr>
        <w:pStyle w:val="Normal"/>
      </w:pPr>
    </w:p>
    <w:p>
      <w:pPr>
        <w:pStyle w:val="Normal"/>
      </w:pPr>
      <w:r>
        <w:t>STEP 2 — TRANSCRIBE + FIND HOOKS</w:t>
      </w:r>
    </w:p>
    <w:p>
      <w:pPr>
        <w:pStyle w:val="Normal"/>
      </w:pPr>
    </w:p>
    <w:p>
      <w:pPr>
        <w:pStyle w:val="Normal"/>
      </w:pPr>
      <w:r>
        <w:t>Prompt:</w:t>
      </w:r>
    </w:p>
    <w:p>
      <w:pPr>
        <w:pStyle w:val="Normal"/>
      </w:pPr>
      <w:r>
        <w:t>“Here is a transcript of a 10-minute video. Find 5 potential short-form hooks (1–2 sentences) that would catch attention on Instagram Reels or TikTok. For each hook, tell me the approximate start and end timestamp in the transcript.”</w:t>
      </w:r>
    </w:p>
    <w:p>
      <w:pPr>
        <w:pStyle w:val="Normal"/>
      </w:pPr>
    </w:p>
    <w:p>
      <w:pPr>
        <w:pStyle w:val="Normal"/>
      </w:pPr>
      <w:r>
        <w:t>This gives 3–5 strong starting points and approximate timestamps.</w:t>
      </w:r>
    </w:p>
    <w:p>
      <w:pPr>
        <w:pStyle w:val="Normal"/>
      </w:pPr>
    </w:p>
    <w:p>
      <w:pPr>
        <w:pStyle w:val="Normal"/>
      </w:pPr>
      <w:r>
        <w:t>STEP 3 — EDIT THE CLIPS WITH AI-ASSISTED TOOLS</w:t>
      </w:r>
    </w:p>
    <w:p>
      <w:pPr>
        <w:pStyle w:val="Normal"/>
      </w:pPr>
    </w:p>
    <w:p>
      <w:pPr>
        <w:pStyle w:val="Normal"/>
      </w:pPr>
      <w:r>
        <w:t>Workflow:</w:t>
      </w:r>
    </w:p>
    <w:p>
      <w:pPr>
        <w:pStyle w:val="Normal"/>
      </w:pPr>
      <w:r>
        <w:t>• Drop the source video into CapCut or Descript.</w:t>
      </w:r>
    </w:p>
    <w:p>
      <w:pPr>
        <w:pStyle w:val="Normal"/>
      </w:pPr>
      <w:r>
        <w:t>• Use silence/filler removal.</w:t>
      </w:r>
    </w:p>
    <w:p>
      <w:pPr>
        <w:pStyle w:val="Normal"/>
      </w:pPr>
      <w:r>
        <w:t>• Cut around the hook segments AI identified.</w:t>
      </w:r>
    </w:p>
    <w:p>
      <w:pPr>
        <w:pStyle w:val="Normal"/>
      </w:pPr>
      <w:r>
        <w:t>• Turn on auto-captions.</w:t>
      </w:r>
    </w:p>
    <w:p>
      <w:pPr>
        <w:pStyle w:val="Normal"/>
      </w:pPr>
      <w:r>
        <w:t>• Apply a simple, readable caption style (no need for fancy animations yet).</w:t>
      </w:r>
    </w:p>
    <w:p>
      <w:pPr>
        <w:pStyle w:val="Normal"/>
      </w:pPr>
    </w:p>
    <w:p>
      <w:pPr>
        <w:pStyle w:val="Normal"/>
      </w:pPr>
      <w:r>
        <w:t>STEP 4 — WRITE CAPTIONS AND TITLES</w:t>
      </w:r>
    </w:p>
    <w:p>
      <w:pPr>
        <w:pStyle w:val="Normal"/>
      </w:pPr>
    </w:p>
    <w:p>
      <w:pPr>
        <w:pStyle w:val="Normal"/>
      </w:pPr>
      <w:r>
        <w:t>Prompt:</w:t>
      </w:r>
    </w:p>
    <w:p>
      <w:pPr>
        <w:pStyle w:val="Normal"/>
      </w:pPr>
      <w:r>
        <w:t>“Write 5 short, punchy social media captions to promote each of these short videos. Make them curiosity-based, with a clear hook and a simple CTA like ‘Save this’ or ‘Send this to a friend’.”</w:t>
      </w:r>
    </w:p>
    <w:p>
      <w:pPr>
        <w:pStyle w:val="Normal"/>
      </w:pPr>
    </w:p>
    <w:p>
      <w:pPr>
        <w:pStyle w:val="Normal"/>
      </w:pPr>
      <w:r>
        <w:t>STEP 5 — EXPORT + SHARE AS A SAMPLE</w:t>
      </w:r>
    </w:p>
    <w:p>
      <w:pPr>
        <w:pStyle w:val="Normal"/>
      </w:pPr>
    </w:p>
    <w:p>
      <w:pPr>
        <w:pStyle w:val="Normal"/>
      </w:pPr>
      <w:r>
        <w:t>Export 3 clips and structure the message like this:</w:t>
      </w:r>
    </w:p>
    <w:p>
      <w:pPr>
        <w:pStyle w:val="Normal"/>
      </w:pPr>
    </w:p>
    <w:p>
      <w:pPr>
        <w:pStyle w:val="Normal"/>
      </w:pPr>
      <w:r>
        <w:t>“Hey [Name] — I’m testing a new AI-powered workflow for turning long videos into short-form clips. I grabbed one of your recent videos and edited 3 sample Reels from it. If you like them, I’d love to talk about doing a 10–20 clip pack for you.”</w:t>
      </w:r>
    </w:p>
    <w:p>
      <w:pPr>
        <w:pStyle w:val="Normal"/>
      </w:pPr>
    </w:p>
    <w:p>
      <w:pPr>
        <w:pStyle w:val="Normal"/>
      </w:pPr>
      <w:r>
        <w:t>REALISTIC RESULT</w:t>
      </w:r>
    </w:p>
    <w:p>
      <w:pPr>
        <w:pStyle w:val="Normal"/>
      </w:pPr>
    </w:p>
    <w:p>
      <w:pPr>
        <w:pStyle w:val="Normal"/>
      </w:pPr>
      <w:r>
        <w:t>• Many creators will be impressed simply because someone did the work without being asked.</w:t>
      </w:r>
    </w:p>
    <w:p>
      <w:pPr>
        <w:pStyle w:val="Normal"/>
      </w:pPr>
      <w:r>
        <w:t>• Even if they don’t buy, the reader gets proof pieces they can show others.</w:t>
      </w:r>
    </w:p>
    <w:p>
      <w:pPr>
        <w:pStyle w:val="Normal"/>
      </w:pPr>
      <w:r>
        <w:t>• A realistic first sale: $100–$300 for a 10–20 clip pack.</w:t>
      </w:r>
    </w:p>
    <w:p>
      <w:pPr>
        <w:pStyle w:val="Normal"/>
      </w:pPr>
    </w:p>
    <w:p>
      <w:pPr>
        <w:pStyle w:val="Normal"/>
      </w:pPr>
      <w:r>
        <w:t>DEBRIEF</w:t>
      </w:r>
    </w:p>
    <w:p>
      <w:pPr>
        <w:pStyle w:val="Normal"/>
      </w:pPr>
    </w:p>
    <w:p>
      <w:pPr>
        <w:pStyle w:val="Normal"/>
      </w:pPr>
      <w:r>
        <w:t>What worked:</w:t>
      </w:r>
    </w:p>
    <w:p>
      <w:pPr>
        <w:pStyle w:val="Normal"/>
      </w:pPr>
      <w:r>
        <w:t>• Leading with free value and initiative.</w:t>
      </w:r>
    </w:p>
    <w:p>
      <w:pPr>
        <w:pStyle w:val="Normal"/>
      </w:pPr>
      <w:r>
        <w:t>• Using AI for hooks, captions, and speed instead of trying to learn “proper” editing first.</w:t>
      </w:r>
    </w:p>
    <w:p>
      <w:pPr>
        <w:pStyle w:val="Normal"/>
      </w:pPr>
    </w:p>
    <w:p>
      <w:pPr>
        <w:pStyle w:val="Normal"/>
      </w:pPr>
      <w:r>
        <w:t>What to improve:</w:t>
      </w:r>
    </w:p>
    <w:p>
      <w:pPr>
        <w:pStyle w:val="Normal"/>
      </w:pPr>
      <w:r>
        <w:t>• Ask AI to suggest B-roll or on-screen text for one of the edits and compare performance.</w:t>
      </w:r>
    </w:p>
    <w:p>
      <w:pPr>
        <w:pStyle w:val="Normal"/>
      </w:pPr>
      <w:r>
        <w:t>• Test different caption styles and see what the potential client likes visually.</w:t>
      </w:r>
    </w:p>
    <w:p>
      <w:pPr>
        <w:pStyle w:val="Normal"/>
      </w:pPr>
    </w:p>
    <w:p>
      <w:pPr>
        <w:pStyle w:val="Normal"/>
      </w:pPr>
      <w:r>
        <w:t>Key takeaway:</w:t>
      </w:r>
    </w:p>
    <w:p>
      <w:pPr>
        <w:pStyle w:val="Normal"/>
      </w:pPr>
      <w:r>
        <w:t>You don’t need experience to create value. You just need one good process and the courage to send the first samples.</w:t>
      </w:r>
    </w:p>
    <w:p>
      <w:pPr>
        <w:pStyle w:val="Normal"/>
      </w:pPr>
    </w:p>
    <w:p>
      <w:pPr>
        <w:pStyle w:val="Normal"/>
      </w:pPr>
      <w:r>
        <w:t>-------------------------</w:t>
      </w:r>
    </w:p>
    <w:p>
      <w:pPr>
        <w:pStyle w:val="Normal"/>
      </w:pPr>
      <w:r>
        <w:t>AI INCOME LAB 3 — RESUME, COVER LETTER &amp; LINKEDIN MAKEOVER IN 75 MINUTES</w:t>
      </w:r>
    </w:p>
    <w:p>
      <w:pPr>
        <w:pStyle w:val="Normal"/>
      </w:pPr>
      <w:r>
        <w:t>(Tied to Blueprint 9)</w:t>
      </w:r>
    </w:p>
    <w:p>
      <w:pPr>
        <w:pStyle w:val="Normal"/>
      </w:pPr>
    </w:p>
    <w:p>
      <w:pPr>
        <w:pStyle w:val="Normal"/>
      </w:pPr>
      <w:r>
        <w:t>Scenario:</w:t>
      </w:r>
    </w:p>
    <w:p>
      <w:pPr>
        <w:pStyle w:val="Normal"/>
      </w:pPr>
      <w:r>
        <w:t>A reader wants to test Blueprint 9 by helping someone land better job opportunities.</w:t>
      </w:r>
    </w:p>
    <w:p>
      <w:pPr>
        <w:pStyle w:val="Normal"/>
      </w:pPr>
    </w:p>
    <w:p>
      <w:pPr>
        <w:pStyle w:val="Normal"/>
      </w:pPr>
      <w:r>
        <w:t>Goal:</w:t>
      </w:r>
    </w:p>
    <w:p>
      <w:pPr>
        <w:pStyle w:val="Normal"/>
      </w:pPr>
      <w:r>
        <w:t>Turn a messy, outdated resume into a clean resume, tailored cover letter, and upgraded LinkedIn About section in ~75 minutes.</w:t>
      </w:r>
    </w:p>
    <w:p>
      <w:pPr>
        <w:pStyle w:val="Normal"/>
      </w:pPr>
    </w:p>
    <w:p>
      <w:pPr>
        <w:pStyle w:val="Normal"/>
      </w:pPr>
      <w:r>
        <w:t>Approximate Time Breakdown:</w:t>
      </w:r>
    </w:p>
    <w:p>
      <w:pPr>
        <w:pStyle w:val="Normal"/>
      </w:pPr>
      <w:r>
        <w:t>• 10 minutes — collect info</w:t>
      </w:r>
    </w:p>
    <w:p>
      <w:pPr>
        <w:pStyle w:val="Normal"/>
      </w:pPr>
      <w:r>
        <w:t>• 20 minutes — resume rewrite</w:t>
      </w:r>
    </w:p>
    <w:p>
      <w:pPr>
        <w:pStyle w:val="Normal"/>
      </w:pPr>
      <w:r>
        <w:t>• 20 minutes — cover letter</w:t>
      </w:r>
    </w:p>
    <w:p>
      <w:pPr>
        <w:pStyle w:val="Normal"/>
      </w:pPr>
      <w:r>
        <w:t>• 25 minutes — LinkedIn + final polish</w:t>
      </w:r>
    </w:p>
    <w:p>
      <w:pPr>
        <w:pStyle w:val="Normal"/>
      </w:pPr>
    </w:p>
    <w:p>
      <w:pPr>
        <w:pStyle w:val="Normal"/>
      </w:pPr>
      <w:r>
        <w:t>STEP 1 — COLLECT THE RAW MATERIAL</w:t>
      </w:r>
    </w:p>
    <w:p>
      <w:pPr>
        <w:pStyle w:val="Normal"/>
      </w:pPr>
    </w:p>
    <w:p>
      <w:pPr>
        <w:pStyle w:val="Normal"/>
      </w:pPr>
      <w:r>
        <w:t>Ask the client (or friend) for:</w:t>
      </w:r>
    </w:p>
    <w:p>
      <w:pPr>
        <w:pStyle w:val="Normal"/>
      </w:pPr>
      <w:r>
        <w:t>• Their old resume (even if it’s terrible).</w:t>
      </w:r>
    </w:p>
    <w:p>
      <w:pPr>
        <w:pStyle w:val="Normal"/>
      </w:pPr>
      <w:r>
        <w:t>• Links to 1–3 jobs they’d love to apply for.</w:t>
      </w:r>
    </w:p>
    <w:p>
      <w:pPr>
        <w:pStyle w:val="Normal"/>
      </w:pPr>
      <w:r>
        <w:t>• Any major wins or achievements they remember.</w:t>
      </w:r>
    </w:p>
    <w:p>
      <w:pPr>
        <w:pStyle w:val="Normal"/>
      </w:pPr>
    </w:p>
    <w:p>
      <w:pPr>
        <w:pStyle w:val="Normal"/>
      </w:pPr>
      <w:r>
        <w:t>STEP 2 — CREATE ACHIEVEMENT BULLETS</w:t>
      </w:r>
    </w:p>
    <w:p>
      <w:pPr>
        <w:pStyle w:val="Normal"/>
      </w:pPr>
    </w:p>
    <w:p>
      <w:pPr>
        <w:pStyle w:val="Normal"/>
      </w:pPr>
      <w:r>
        <w:t>Prompt:</w:t>
      </w:r>
    </w:p>
    <w:p>
      <w:pPr>
        <w:pStyle w:val="Normal"/>
      </w:pPr>
      <w:r>
        <w:t>“Here is this person’s old resume and a job description they want. Rewrite their experience bullets to be achievement-focused, using strong action verbs and quantifying impact where possible. Align it with the language in the job description.”</w:t>
      </w:r>
    </w:p>
    <w:p>
      <w:pPr>
        <w:pStyle w:val="Normal"/>
      </w:pPr>
    </w:p>
    <w:p>
      <w:pPr>
        <w:pStyle w:val="Normal"/>
      </w:pPr>
      <w:r>
        <w:t>STEP 3 — WRITE A STRONG SUMMARY</w:t>
      </w:r>
    </w:p>
    <w:p>
      <w:pPr>
        <w:pStyle w:val="Normal"/>
      </w:pPr>
    </w:p>
    <w:p>
      <w:pPr>
        <w:pStyle w:val="Normal"/>
      </w:pPr>
      <w:r>
        <w:t>Prompt:</w:t>
      </w:r>
    </w:p>
    <w:p>
      <w:pPr>
        <w:pStyle w:val="Normal"/>
      </w:pPr>
      <w:r>
        <w:t>“Based on this resume and job description, write a 3–4 sentence professional summary that positions this person as a strong fit. Make it confident but not arrogant.”</w:t>
      </w:r>
    </w:p>
    <w:p>
      <w:pPr>
        <w:pStyle w:val="Normal"/>
      </w:pPr>
    </w:p>
    <w:p>
      <w:pPr>
        <w:pStyle w:val="Normal"/>
      </w:pPr>
      <w:r>
        <w:t>STEP 4 — REFORMAT THE RESUME</w:t>
      </w:r>
    </w:p>
    <w:p>
      <w:pPr>
        <w:pStyle w:val="Normal"/>
      </w:pPr>
    </w:p>
    <w:p>
      <w:pPr>
        <w:pStyle w:val="Normal"/>
      </w:pPr>
      <w:r>
        <w:t>• Use a simple, clean template in Google Docs or Canva.</w:t>
      </w:r>
    </w:p>
    <w:p>
      <w:pPr>
        <w:pStyle w:val="Normal"/>
      </w:pPr>
      <w:r>
        <w:t>• Make headings clear (Summary, Experience, Skills, Education).</w:t>
      </w:r>
    </w:p>
    <w:p>
      <w:pPr>
        <w:pStyle w:val="Normal"/>
      </w:pPr>
      <w:r>
        <w:t>• Paste in the AI-enhanced bullets and summary.</w:t>
      </w:r>
    </w:p>
    <w:p>
      <w:pPr>
        <w:pStyle w:val="Normal"/>
      </w:pPr>
      <w:r>
        <w:t>• Export as PDF.</w:t>
      </w:r>
    </w:p>
    <w:p>
      <w:pPr>
        <w:pStyle w:val="Normal"/>
      </w:pPr>
    </w:p>
    <w:p>
      <w:pPr>
        <w:pStyle w:val="Normal"/>
      </w:pPr>
      <w:r>
        <w:t>STEP 5 — CREATE A TAILORED COVER LETTER</w:t>
      </w:r>
    </w:p>
    <w:p>
      <w:pPr>
        <w:pStyle w:val="Normal"/>
      </w:pPr>
    </w:p>
    <w:p>
      <w:pPr>
        <w:pStyle w:val="Normal"/>
      </w:pPr>
      <w:r>
        <w:t>Prompt:</w:t>
      </w:r>
    </w:p>
    <w:p>
      <w:pPr>
        <w:pStyle w:val="Normal"/>
      </w:pPr>
      <w:r>
        <w:t>“Write a 3–5 paragraph cover letter for this job. Use a friendly-professional tone. Focus on their key strengths, why they’re excited about this company, and how their past experience matches the role.”</w:t>
      </w:r>
    </w:p>
    <w:p>
      <w:pPr>
        <w:pStyle w:val="Normal"/>
      </w:pPr>
    </w:p>
    <w:p>
      <w:pPr>
        <w:pStyle w:val="Normal"/>
      </w:pPr>
      <w:r>
        <w:t>STEP 6 — UPGRADE THE LINKEDIN ABOUT SECTION</w:t>
      </w:r>
    </w:p>
    <w:p>
      <w:pPr>
        <w:pStyle w:val="Normal"/>
      </w:pPr>
    </w:p>
    <w:p>
      <w:pPr>
        <w:pStyle w:val="Normal"/>
      </w:pPr>
      <w:r>
        <w:t>Prompt:</w:t>
      </w:r>
    </w:p>
    <w:p>
      <w:pPr>
        <w:pStyle w:val="Normal"/>
      </w:pPr>
      <w:r>
        <w:t>“Rewrite this LinkedIn ‘About’ section to be clear, personable, and outcome-focused. Speak directly to the types of roles they want next.”</w:t>
      </w:r>
    </w:p>
    <w:p>
      <w:pPr>
        <w:pStyle w:val="Normal"/>
      </w:pPr>
    </w:p>
    <w:p>
      <w:pPr>
        <w:pStyle w:val="Normal"/>
      </w:pPr>
      <w:r>
        <w:t>REALISTIC RESULT</w:t>
      </w:r>
    </w:p>
    <w:p>
      <w:pPr>
        <w:pStyle w:val="Normal"/>
      </w:pPr>
    </w:p>
    <w:p>
      <w:pPr>
        <w:pStyle w:val="Normal"/>
      </w:pPr>
      <w:r>
        <w:t>• The client feels a huge confidence boost.</w:t>
      </w:r>
    </w:p>
    <w:p>
      <w:pPr>
        <w:pStyle w:val="Normal"/>
      </w:pPr>
      <w:r>
        <w:t>• They get more interviews and callbacks simply because their materials finally match the roles they’re applying for.</w:t>
      </w:r>
    </w:p>
    <w:p>
      <w:pPr>
        <w:pStyle w:val="Normal"/>
      </w:pPr>
      <w:r>
        <w:t>• The reader can realistically charge $75–$250 for this bundle once they have a few before/after examples.</w:t>
      </w:r>
    </w:p>
    <w:p>
      <w:pPr>
        <w:pStyle w:val="Normal"/>
      </w:pPr>
    </w:p>
    <w:p>
      <w:pPr>
        <w:pStyle w:val="Normal"/>
      </w:pPr>
      <w:r>
        <w:t>DEBRIEF</w:t>
      </w:r>
    </w:p>
    <w:p>
      <w:pPr>
        <w:pStyle w:val="Normal"/>
      </w:pPr>
    </w:p>
    <w:p>
      <w:pPr>
        <w:pStyle w:val="Normal"/>
      </w:pPr>
      <w:r>
        <w:t>What worked:</w:t>
      </w:r>
    </w:p>
    <w:p>
      <w:pPr>
        <w:pStyle w:val="Normal"/>
      </w:pPr>
      <w:r>
        <w:t>• Letting the job description guide the AI’s language.</w:t>
      </w:r>
    </w:p>
    <w:p>
      <w:pPr>
        <w:pStyle w:val="Normal"/>
      </w:pPr>
      <w:r>
        <w:t>• Using AI to transform “task lists” into achievements.</w:t>
      </w:r>
    </w:p>
    <w:p>
      <w:pPr>
        <w:pStyle w:val="Normal"/>
      </w:pPr>
      <w:r>
        <w:t>• Delivering a clean, modern layout for perceived professionalism.</w:t>
      </w:r>
    </w:p>
    <w:p>
      <w:pPr>
        <w:pStyle w:val="Normal"/>
      </w:pPr>
    </w:p>
    <w:p>
      <w:pPr>
        <w:pStyle w:val="Normal"/>
      </w:pPr>
      <w:r>
        <w:t>What to improve:</w:t>
      </w:r>
    </w:p>
    <w:p>
      <w:pPr>
        <w:pStyle w:val="Normal"/>
      </w:pPr>
      <w:r>
        <w:t>• Ask AI to generate 3 “alternate versions” for the summary or headline to A/B test.</w:t>
      </w:r>
    </w:p>
    <w:p>
      <w:pPr>
        <w:pStyle w:val="Normal"/>
      </w:pPr>
      <w:r>
        <w:t>• Offer an optional quick call or Loom walkthrough to explain how to tailor for future roles.</w:t>
      </w:r>
    </w:p>
    <w:p>
      <w:pPr>
        <w:pStyle w:val="Normal"/>
      </w:pPr>
    </w:p>
    <w:p>
      <w:pPr>
        <w:pStyle w:val="Normal"/>
      </w:pPr>
      <w:r>
        <w:t>Key takeaway:</w:t>
      </w:r>
    </w:p>
    <w:p>
      <w:pPr>
        <w:pStyle w:val="Normal"/>
      </w:pPr>
      <w:r>
        <w:t>People will gladly pay for clarity and confidence — and AI lets beginners deliver both quickly.</w:t>
      </w:r>
    </w:p>
    <w:p>
      <w:pPr>
        <w:pStyle w:val="Normal"/>
      </w:pPr>
    </w:p>
    <w:p>
      <w:pPr>
        <w:pStyle w:val="Normal"/>
      </w:pPr>
      <w:r>
        <w:t>--------------------------------------------------</w:t>
      </w:r>
    </w:p>
    <w:p>
      <w:pPr>
        <w:pStyle w:val="Normal"/>
      </w:pPr>
      <w:r>
        <w:t>SECTION 3 — “IF THIS BLUEPRINT ISN’T WORKING, DO THIS…”</w:t>
      </w:r>
    </w:p>
    <w:p>
      <w:pPr>
        <w:pStyle w:val="Normal"/>
      </w:pPr>
      <w:r>
        <w:t>(Failure &amp; Troubleshooting Framework)</w:t>
      </w:r>
    </w:p>
    <w:p>
      <w:pPr>
        <w:pStyle w:val="Normal"/>
      </w:pPr>
    </w:p>
    <w:p>
      <w:pPr>
        <w:pStyle w:val="Normal"/>
      </w:pPr>
      <w:r>
        <w:t>This section gives you a reusable troubleshooting box you can drop at the end of every blueprint.</w:t>
      </w:r>
    </w:p>
    <w:p>
      <w:pPr>
        <w:pStyle w:val="Normal"/>
      </w:pPr>
    </w:p>
    <w:p>
      <w:pPr>
        <w:pStyle w:val="Normal"/>
      </w:pPr>
      <w:r>
        <w:t>Structure for each box:</w:t>
      </w:r>
    </w:p>
    <w:p>
      <w:pPr>
        <w:pStyle w:val="Normal"/>
      </w:pPr>
      <w:r>
        <w:t>1. Typical ways people mess this up.</w:t>
      </w:r>
    </w:p>
    <w:p>
      <w:pPr>
        <w:pStyle w:val="Normal"/>
      </w:pPr>
      <w:r>
        <w:t>2. Signals to adjust vs pivot.</w:t>
      </w:r>
    </w:p>
    <w:p>
      <w:pPr>
        <w:pStyle w:val="Normal"/>
      </w:pPr>
      <w:r>
        <w:t>3. Rescue prompts to fix the offer, messaging, or workflow.</w:t>
      </w:r>
    </w:p>
    <w:p>
      <w:pPr>
        <w:pStyle w:val="Normal"/>
      </w:pPr>
    </w:p>
    <w:p>
      <w:pPr>
        <w:pStyle w:val="Normal"/>
      </w:pPr>
      <w:r>
        <w:t>You can lightly customize the examples below for each blueprint.</w:t>
      </w:r>
    </w:p>
    <w:p>
      <w:pPr>
        <w:pStyle w:val="Normal"/>
      </w:pPr>
    </w:p>
    <w:p>
      <w:pPr>
        <w:pStyle w:val="Normal"/>
      </w:pPr>
      <w:r>
        <w:t>-------------------------</w:t>
      </w:r>
    </w:p>
    <w:p>
      <w:pPr>
        <w:pStyle w:val="Normal"/>
      </w:pPr>
      <w:r>
        <w:t>GENERIC TROUBLESHOOTING BOX TEMPLATE</w:t>
      </w:r>
    </w:p>
    <w:p>
      <w:pPr>
        <w:pStyle w:val="Normal"/>
      </w:pPr>
    </w:p>
    <w:p>
      <w:pPr>
        <w:pStyle w:val="Normal"/>
      </w:pPr>
      <w:r>
        <w:t>IF THIS BLUEPRINT ISN’T WORKING, DO THIS…</w:t>
      </w:r>
    </w:p>
    <w:p>
      <w:pPr>
        <w:pStyle w:val="Normal"/>
      </w:pPr>
    </w:p>
    <w:p>
      <w:pPr>
        <w:pStyle w:val="Normal"/>
      </w:pPr>
      <w:r>
        <w:t>1. Check the most common mistakes</w:t>
      </w:r>
    </w:p>
    <w:p>
      <w:pPr>
        <w:pStyle w:val="Normal"/>
      </w:pPr>
      <w:r>
        <w:t>• Is your offer too vague?</w:t>
      </w:r>
    </w:p>
    <w:p>
      <w:pPr>
        <w:pStyle w:val="Normal"/>
      </w:pPr>
      <w:r>
        <w:t>• Are you targeting “everyone” instead of a specific person or business?</w:t>
      </w:r>
    </w:p>
    <w:p>
      <w:pPr>
        <w:pStyle w:val="Normal"/>
      </w:pPr>
      <w:r>
        <w:t>• Do you have ANY proof pieces or examples yet?</w:t>
      </w:r>
    </w:p>
    <w:p>
      <w:pPr>
        <w:pStyle w:val="Normal"/>
      </w:pPr>
      <w:r>
        <w:t>• Did you quit after fewer than 20 messages, posts, or outreach attempts?</w:t>
      </w:r>
    </w:p>
    <w:p>
      <w:pPr>
        <w:pStyle w:val="Normal"/>
      </w:pPr>
      <w:r>
        <w:t>• Are you trying to juggle 3–4 blueprints at once?</w:t>
      </w:r>
    </w:p>
    <w:p>
      <w:pPr>
        <w:pStyle w:val="Normal"/>
      </w:pPr>
    </w:p>
    <w:p>
      <w:pPr>
        <w:pStyle w:val="Normal"/>
      </w:pPr>
      <w:r>
        <w:t>2. Decide: adjust or pivot?</w:t>
      </w:r>
    </w:p>
    <w:p>
      <w:pPr>
        <w:pStyle w:val="Normal"/>
      </w:pPr>
      <w:r>
        <w:t>Adjust if:</w:t>
      </w:r>
    </w:p>
    <w:p>
      <w:pPr>
        <w:pStyle w:val="Normal"/>
      </w:pPr>
      <w:r>
        <w:t>• You still like the blueprint.</w:t>
      </w:r>
    </w:p>
    <w:p>
      <w:pPr>
        <w:pStyle w:val="Normal"/>
      </w:pPr>
      <w:r>
        <w:t>• You have at least 2–3 proof pieces.</w:t>
      </w:r>
    </w:p>
    <w:p>
      <w:pPr>
        <w:pStyle w:val="Normal"/>
      </w:pPr>
      <w:r>
        <w:t>• Someone has shown interest, even if they didn’t buy.</w:t>
      </w:r>
    </w:p>
    <w:p>
      <w:pPr>
        <w:pStyle w:val="Normal"/>
      </w:pPr>
    </w:p>
    <w:p>
      <w:pPr>
        <w:pStyle w:val="Normal"/>
      </w:pPr>
      <w:r>
        <w:t>Pivot if:</w:t>
      </w:r>
    </w:p>
    <w:p>
      <w:pPr>
        <w:pStyle w:val="Normal"/>
      </w:pPr>
      <w:r>
        <w:t>• You dread doing the work every time.</w:t>
      </w:r>
    </w:p>
    <w:p>
      <w:pPr>
        <w:pStyle w:val="Normal"/>
      </w:pPr>
      <w:r>
        <w:t>• You’ve genuinely tested for 30 days with consistent effort.</w:t>
      </w:r>
    </w:p>
    <w:p>
      <w:pPr>
        <w:pStyle w:val="Normal"/>
      </w:pPr>
      <w:r>
        <w:t>• The market you chose feels like a terrible fit for you.</w:t>
      </w:r>
    </w:p>
    <w:p>
      <w:pPr>
        <w:pStyle w:val="Normal"/>
      </w:pPr>
    </w:p>
    <w:p>
      <w:pPr>
        <w:pStyle w:val="Normal"/>
      </w:pPr>
      <w:r>
        <w:t>3. Use “rescue prompts” to debug</w:t>
      </w:r>
    </w:p>
    <w:p>
      <w:pPr>
        <w:pStyle w:val="Normal"/>
      </w:pPr>
    </w:p>
    <w:p>
      <w:pPr>
        <w:pStyle w:val="Normal"/>
      </w:pPr>
      <w:r>
        <w:t>Paste this into your AI tool of choice:</w:t>
      </w:r>
    </w:p>
    <w:p>
      <w:pPr>
        <w:pStyle w:val="Normal"/>
      </w:pPr>
    </w:p>
    <w:p>
      <w:pPr>
        <w:pStyle w:val="Normal"/>
      </w:pPr>
      <w:r>
        <w:t>“Act as a marketing strategist. I tried to sell this offer: [describe your offer, price, and who it’s for]. Here’s what I did: [describe what you tried — posts, messages, etc.]. I got [no responses / polite ‘no’ / ghosting]. Analyse why this might not be landing. Give me:</w:t>
      </w:r>
    </w:p>
    <w:p>
      <w:pPr>
        <w:pStyle w:val="Normal"/>
      </w:pPr>
      <w:r>
        <w:t>1) 5 alternate offers that solve the same problem more clearly.</w:t>
      </w:r>
    </w:p>
    <w:p>
      <w:pPr>
        <w:pStyle w:val="Normal"/>
      </w:pPr>
      <w:r>
        <w:t>2) 5 niche versions of this offer for more specific people.</w:t>
      </w:r>
    </w:p>
    <w:p>
      <w:pPr>
        <w:pStyle w:val="Normal"/>
      </w:pPr>
      <w:r>
        <w:t>3) 5 new marketing angles or hooks I can test.”</w:t>
      </w:r>
    </w:p>
    <w:p>
      <w:pPr>
        <w:pStyle w:val="Normal"/>
      </w:pPr>
    </w:p>
    <w:p>
      <w:pPr>
        <w:pStyle w:val="Normal"/>
      </w:pPr>
      <w:r>
        <w:t>Then, paste in your current message and use:</w:t>
      </w:r>
    </w:p>
    <w:p>
      <w:pPr>
        <w:pStyle w:val="Normal"/>
      </w:pPr>
    </w:p>
    <w:p>
      <w:pPr>
        <w:pStyle w:val="Normal"/>
      </w:pPr>
      <w:r>
        <w:t>“Rewrite this outreach message so it’s clearer, shorter, and more obviously valuable to the reader. Give me 3 variations I can send in DMs or emails.”</w:t>
      </w:r>
    </w:p>
    <w:p>
      <w:pPr>
        <w:pStyle w:val="Normal"/>
      </w:pPr>
    </w:p>
    <w:p>
      <w:pPr>
        <w:pStyle w:val="Normal"/>
      </w:pPr>
      <w:r>
        <w:t>Encourage your reader to treat “not working yet” as a data problem, not a personal failure.</w:t>
      </w:r>
    </w:p>
    <w:p>
      <w:pPr>
        <w:pStyle w:val="Normal"/>
      </w:pPr>
    </w:p>
    <w:p>
      <w:pPr>
        <w:pStyle w:val="Normal"/>
      </w:pPr>
      <w:r>
        <w:t>-------------------------</w:t>
      </w:r>
    </w:p>
    <w:p>
      <w:pPr>
        <w:pStyle w:val="Normal"/>
      </w:pPr>
      <w:r>
        <w:t>EXAMPLE: TROUBLESHOOTING FOR BLUEPRINT 1 (DIGITAL PRODUCTS)</w:t>
      </w:r>
    </w:p>
    <w:p>
      <w:pPr>
        <w:pStyle w:val="Normal"/>
      </w:pPr>
    </w:p>
    <w:p>
      <w:pPr>
        <w:pStyle w:val="Normal"/>
      </w:pPr>
      <w:r>
        <w:t>IF THIS BLUEPRINT ISN’T WORKING, DO THIS…</w:t>
      </w:r>
    </w:p>
    <w:p>
      <w:pPr>
        <w:pStyle w:val="Normal"/>
      </w:pPr>
    </w:p>
    <w:p>
      <w:pPr>
        <w:pStyle w:val="Normal"/>
      </w:pPr>
      <w:r>
        <w:t>Typical mistakes:</w:t>
      </w:r>
    </w:p>
    <w:p>
      <w:pPr>
        <w:pStyle w:val="Normal"/>
      </w:pPr>
      <w:r>
        <w:t>• Making products that solve vague problems (“productivity for everyone”) instead of specific ones (“7-day reset for burned-out teachers”).</w:t>
      </w:r>
    </w:p>
    <w:p>
      <w:pPr>
        <w:pStyle w:val="Normal"/>
      </w:pPr>
      <w:r>
        <w:t>• Uploading a product once and never touching it again.</w:t>
      </w:r>
    </w:p>
    <w:p>
      <w:pPr>
        <w:pStyle w:val="Normal"/>
      </w:pPr>
      <w:r>
        <w:t>• Expecting sales without improving covers, titles, or keywords.</w:t>
      </w:r>
    </w:p>
    <w:p>
      <w:pPr>
        <w:pStyle w:val="Normal"/>
      </w:pPr>
    </w:p>
    <w:p>
      <w:pPr>
        <w:pStyle w:val="Normal"/>
      </w:pPr>
      <w:r>
        <w:t>Rescue prompts:</w:t>
      </w:r>
    </w:p>
    <w:p>
      <w:pPr>
        <w:pStyle w:val="Normal"/>
      </w:pPr>
    </w:p>
    <w:p>
      <w:pPr>
        <w:pStyle w:val="Normal"/>
      </w:pPr>
      <w:r>
        <w:t>“Act as an Etsy growth strategist. Here is my current product listing: [paste title + description]. Here is what it actually helps people do: [describe real outcome].</w:t>
      </w:r>
    </w:p>
    <w:p>
      <w:pPr>
        <w:pStyle w:val="Normal"/>
      </w:pPr>
      <w:r>
        <w:t>1) Rewrite the title and description to be more specific, benefit-driven, and search-friendly.</w:t>
      </w:r>
    </w:p>
    <w:p>
      <w:pPr>
        <w:pStyle w:val="Normal"/>
      </w:pPr>
      <w:r>
        <w:t>2) Suggest 15 keywords and tags I should use.</w:t>
      </w:r>
    </w:p>
    <w:p>
      <w:pPr>
        <w:pStyle w:val="Normal"/>
      </w:pPr>
      <w:r>
        <w:t>3) Suggest 5 angles for preview images or mockups that would make this stand out more.”</w:t>
      </w:r>
    </w:p>
    <w:p>
      <w:pPr>
        <w:pStyle w:val="Normal"/>
      </w:pPr>
    </w:p>
    <w:p>
      <w:pPr>
        <w:pStyle w:val="Normal"/>
      </w:pPr>
      <w:r>
        <w:t>Then:</w:t>
      </w:r>
    </w:p>
    <w:p>
      <w:pPr>
        <w:pStyle w:val="Normal"/>
      </w:pPr>
    </w:p>
    <w:p>
      <w:pPr>
        <w:pStyle w:val="Normal"/>
      </w:pPr>
      <w:r>
        <w:t>“Based on this product, give me 3 ideas for a related micro-product or bonus that I can bundle to increase perceived value.”</w:t>
      </w:r>
    </w:p>
    <w:p>
      <w:pPr>
        <w:pStyle w:val="Normal"/>
      </w:pPr>
    </w:p>
    <w:p>
      <w:pPr>
        <w:pStyle w:val="Normal"/>
      </w:pPr>
      <w:r>
        <w:t>-------------------------</w:t>
      </w:r>
    </w:p>
    <w:p>
      <w:pPr>
        <w:pStyle w:val="Normal"/>
      </w:pPr>
      <w:r>
        <w:t>EXAMPLE: TROUBLESHOOTING FOR BLUEPRINT 2 (SHORT-FORM VIDEO)</w:t>
      </w:r>
    </w:p>
    <w:p>
      <w:pPr>
        <w:pStyle w:val="Normal"/>
      </w:pPr>
    </w:p>
    <w:p>
      <w:pPr>
        <w:pStyle w:val="Normal"/>
      </w:pPr>
      <w:r>
        <w:t>IF THIS BLUEPRINT ISN’T WORKING, DO THIS…</w:t>
      </w:r>
    </w:p>
    <w:p>
      <w:pPr>
        <w:pStyle w:val="Normal"/>
      </w:pPr>
    </w:p>
    <w:p>
      <w:pPr>
        <w:pStyle w:val="Normal"/>
      </w:pPr>
      <w:r>
        <w:t>Typical mistakes:</w:t>
      </w:r>
    </w:p>
    <w:p>
      <w:pPr>
        <w:pStyle w:val="Normal"/>
      </w:pPr>
      <w:r>
        <w:t>• Editing without picking a clear hook.</w:t>
      </w:r>
    </w:p>
    <w:p>
      <w:pPr>
        <w:pStyle w:val="Normal"/>
      </w:pPr>
      <w:r>
        <w:t>• Offering “video editing” to everyone instead of “short-form editing for [niche].”</w:t>
      </w:r>
    </w:p>
    <w:p>
      <w:pPr>
        <w:pStyle w:val="Normal"/>
      </w:pPr>
      <w:r>
        <w:t>• Sending 3 DMs, getting no replies, and quitting.</w:t>
      </w:r>
    </w:p>
    <w:p>
      <w:pPr>
        <w:pStyle w:val="Normal"/>
      </w:pPr>
    </w:p>
    <w:p>
      <w:pPr>
        <w:pStyle w:val="Normal"/>
      </w:pPr>
      <w:r>
        <w:t>Rescue prompts:</w:t>
      </w:r>
    </w:p>
    <w:p>
      <w:pPr>
        <w:pStyle w:val="Normal"/>
      </w:pPr>
    </w:p>
    <w:p>
      <w:pPr>
        <w:pStyle w:val="Normal"/>
      </w:pPr>
      <w:r>
        <w:t>“Act as a content strategist. I want to offer short-form video editing to [specific niche]. Based on their business model, what are 5 clear outcomes they actually care about (leads, appointments, followers, sales, etc.)? Turn those into 3 clear offers I can make.”</w:t>
      </w:r>
    </w:p>
    <w:p>
      <w:pPr>
        <w:pStyle w:val="Normal"/>
      </w:pPr>
    </w:p>
    <w:p>
      <w:pPr>
        <w:pStyle w:val="Normal"/>
      </w:pPr>
      <w:r>
        <w:t>“Here’s my current outreach script: [paste it]. Rewrite it so it feels friendly, low-pressure, and focused on giving them a free test clip first.”</w:t>
      </w:r>
    </w:p>
    <w:p>
      <w:pPr>
        <w:pStyle w:val="Normal"/>
      </w:pPr>
    </w:p>
    <w:p>
      <w:pPr>
        <w:pStyle w:val="Normal"/>
      </w:pPr>
      <w:r>
        <w:t>-------------------------</w:t>
      </w:r>
    </w:p>
    <w:p>
      <w:pPr>
        <w:pStyle w:val="Normal"/>
      </w:pPr>
      <w:r>
        <w:t>EXAMPLE: TROUBLESHOOTING FOR BLUEPRINT 9 (RESUMES &amp; JOB MATERIALS)</w:t>
      </w:r>
    </w:p>
    <w:p>
      <w:pPr>
        <w:pStyle w:val="Normal"/>
      </w:pPr>
    </w:p>
    <w:p>
      <w:pPr>
        <w:pStyle w:val="Normal"/>
      </w:pPr>
      <w:r>
        <w:t>IF THIS BLUEPRINT ISN’T WORKING, DO THIS…</w:t>
      </w:r>
    </w:p>
    <w:p>
      <w:pPr>
        <w:pStyle w:val="Normal"/>
      </w:pPr>
    </w:p>
    <w:p>
      <w:pPr>
        <w:pStyle w:val="Normal"/>
      </w:pPr>
      <w:r>
        <w:t>Typical mistakes:</w:t>
      </w:r>
    </w:p>
    <w:p>
      <w:pPr>
        <w:pStyle w:val="Normal"/>
      </w:pPr>
      <w:r>
        <w:t>• Marketing to “everyone who needs a job” instead of 1–2 specific job types or industries.</w:t>
      </w:r>
    </w:p>
    <w:p>
      <w:pPr>
        <w:pStyle w:val="Normal"/>
      </w:pPr>
      <w:r>
        <w:t>• Writing generic resumes that don’t match actual job descriptions.</w:t>
      </w:r>
    </w:p>
    <w:p>
      <w:pPr>
        <w:pStyle w:val="Normal"/>
      </w:pPr>
      <w:r>
        <w:t>• Feeling too awkward to ask satisfied clients for referrals.</w:t>
      </w:r>
    </w:p>
    <w:p>
      <w:pPr>
        <w:pStyle w:val="Normal"/>
      </w:pPr>
    </w:p>
    <w:p>
      <w:pPr>
        <w:pStyle w:val="Normal"/>
      </w:pPr>
      <w:r>
        <w:t>Rescue prompts:</w:t>
      </w:r>
    </w:p>
    <w:p>
      <w:pPr>
        <w:pStyle w:val="Normal"/>
      </w:pPr>
    </w:p>
    <w:p>
      <w:pPr>
        <w:pStyle w:val="Normal"/>
      </w:pPr>
      <w:r>
        <w:t>“Act as a career coach. I’ve been offering resume rewrites but I’m not getting much traction. Here’s who I’ve been trying to help: [describe]. Here are the services I offer: [list]. Help me:</w:t>
      </w:r>
    </w:p>
    <w:p>
      <w:pPr>
        <w:pStyle w:val="Normal"/>
      </w:pPr>
      <w:r>
        <w:t>1) Pick 2 very specific niches to focus on.</w:t>
      </w:r>
    </w:p>
    <w:p>
      <w:pPr>
        <w:pStyle w:val="Normal"/>
      </w:pPr>
      <w:r>
        <w:t>2) Rewrite my offer so it clearly states the outcome.</w:t>
      </w:r>
    </w:p>
    <w:p>
      <w:pPr>
        <w:pStyle w:val="Normal"/>
      </w:pPr>
      <w:r>
        <w:t>3) Create 3 example headlines or promises I can put in my posts or messages.”</w:t>
      </w:r>
    </w:p>
    <w:p>
      <w:pPr>
        <w:pStyle w:val="Normal"/>
      </w:pPr>
    </w:p>
    <w:p>
      <w:pPr>
        <w:pStyle w:val="Normal"/>
      </w:pPr>
      <w:r>
        <w:t>“Rewrite this testimonial request so it’s simple and easy for a happy client to respond to: [paste your version].”</w:t>
      </w:r>
    </w:p>
    <w:p>
      <w:pPr>
        <w:pStyle w:val="Normal"/>
      </w:pPr>
    </w:p>
    <w:p>
      <w:pPr>
        <w:pStyle w:val="Normal"/>
      </w:pPr>
      <w:r>
        <w:t>You can create similar boxes for each blueprint using the template.</w:t>
      </w:r>
    </w:p>
    <w:p>
      <w:pPr>
        <w:pStyle w:val="Normal"/>
      </w:pPr>
    </w:p>
    <w:p>
      <w:pPr>
        <w:pStyle w:val="Normal"/>
      </w:pPr>
      <w:r>
        <w:t>--------------------------------------------------</w:t>
      </w:r>
    </w:p>
    <w:p>
      <w:pPr>
        <w:pStyle w:val="Normal"/>
      </w:pPr>
      <w:r>
        <w:t>SECTION 4 — AI INCOME STACKS: NICHE PLAYBOOKS</w:t>
      </w:r>
    </w:p>
    <w:p>
      <w:pPr>
        <w:pStyle w:val="Normal"/>
      </w:pPr>
      <w:r>
        <w:t>(“Plug-and-Play Mini-Business Models”)</w:t>
      </w:r>
    </w:p>
    <w:p>
      <w:pPr>
        <w:pStyle w:val="Normal"/>
      </w:pPr>
    </w:p>
    <w:p>
      <w:pPr>
        <w:pStyle w:val="Normal"/>
      </w:pPr>
      <w:r>
        <w:t>This section shows readers how to combine multiple blueprints into simple “stacks” for specific niches.</w:t>
      </w:r>
    </w:p>
    <w:p>
      <w:pPr>
        <w:pStyle w:val="Normal"/>
      </w:pPr>
    </w:p>
    <w:p>
      <w:pPr>
        <w:pStyle w:val="Normal"/>
      </w:pPr>
      <w:r>
        <w:t>You can position this as:</w:t>
      </w:r>
    </w:p>
    <w:p>
      <w:pPr>
        <w:pStyle w:val="Normal"/>
      </w:pPr>
      <w:r>
        <w:t>• A chapter near the end of the book, or</w:t>
      </w:r>
    </w:p>
    <w:p>
      <w:pPr>
        <w:pStyle w:val="Normal"/>
      </w:pPr>
      <w:r>
        <w:t>• A bonus appendix called “AI Income Stacks”.</w:t>
      </w:r>
    </w:p>
    <w:p>
      <w:pPr>
        <w:pStyle w:val="Normal"/>
      </w:pPr>
    </w:p>
    <w:p>
      <w:pPr>
        <w:pStyle w:val="Normal"/>
      </w:pPr>
      <w:r>
        <w:t>Each stack answers:</w:t>
      </w:r>
    </w:p>
    <w:p>
      <w:pPr>
        <w:pStyle w:val="Normal"/>
      </w:pPr>
      <w:r>
        <w:t>• Who this is for.</w:t>
      </w:r>
    </w:p>
    <w:p>
      <w:pPr>
        <w:pStyle w:val="Normal"/>
      </w:pPr>
      <w:r>
        <w:t>• Which blueprints it uses.</w:t>
      </w:r>
    </w:p>
    <w:p>
      <w:pPr>
        <w:pStyle w:val="Normal"/>
      </w:pPr>
      <w:r>
        <w:t>• What the 30-day implementation plan looks like.</w:t>
      </w:r>
    </w:p>
    <w:p>
      <w:pPr>
        <w:pStyle w:val="Normal"/>
      </w:pPr>
      <w:r>
        <w:t>• Example offers and prices.</w:t>
      </w:r>
    </w:p>
    <w:p>
      <w:pPr>
        <w:pStyle w:val="Normal"/>
      </w:pPr>
      <w:r>
        <w:t>• Example outreach messages.</w:t>
      </w:r>
    </w:p>
    <w:p>
      <w:pPr>
        <w:pStyle w:val="Normal"/>
      </w:pPr>
    </w:p>
    <w:p>
      <w:pPr>
        <w:pStyle w:val="Normal"/>
      </w:pPr>
      <w:r>
        <w:t>-------------------------</w:t>
      </w:r>
    </w:p>
    <w:p>
      <w:pPr>
        <w:pStyle w:val="Normal"/>
      </w:pPr>
      <w:r>
        <w:t>STACK 1 — THE LOCAL GYM / FITNESS STUDIO STACK</w:t>
      </w:r>
    </w:p>
    <w:p>
      <w:pPr>
        <w:pStyle w:val="Normal"/>
      </w:pPr>
    </w:p>
    <w:p>
      <w:pPr>
        <w:pStyle w:val="Normal"/>
      </w:pPr>
      <w:r>
        <w:t>Who this is for:</w:t>
      </w:r>
    </w:p>
    <w:p>
      <w:pPr>
        <w:pStyle w:val="Normal"/>
      </w:pPr>
      <w:r>
        <w:t>Readers who like working with local businesses and the fitness space in particular.</w:t>
      </w:r>
    </w:p>
    <w:p>
      <w:pPr>
        <w:pStyle w:val="Normal"/>
      </w:pPr>
    </w:p>
    <w:p>
      <w:pPr>
        <w:pStyle w:val="Normal"/>
      </w:pPr>
      <w:r>
        <w:t>Core blueprints:</w:t>
      </w:r>
    </w:p>
    <w:p>
      <w:pPr>
        <w:pStyle w:val="Normal"/>
      </w:pPr>
      <w:r>
        <w:t>• Blueprint 2 — Short-Form Video Editing</w:t>
      </w:r>
    </w:p>
    <w:p>
      <w:pPr>
        <w:pStyle w:val="Normal"/>
      </w:pPr>
      <w:r>
        <w:t>• Blueprint 11 — Social Media Content Calendars</w:t>
      </w:r>
    </w:p>
    <w:p>
      <w:pPr>
        <w:pStyle w:val="Normal"/>
      </w:pPr>
      <w:r>
        <w:t>• Blueprint 20 or 26 — Digital Ad Creative &amp; Copy Studio</w:t>
      </w:r>
    </w:p>
    <w:p>
      <w:pPr>
        <w:pStyle w:val="Normal"/>
      </w:pPr>
      <w:r>
        <w:t>• Optional: Blueprint 25 — Lead Magnet &amp; Funnel Asset Factory</w:t>
      </w:r>
    </w:p>
    <w:p>
      <w:pPr>
        <w:pStyle w:val="Normal"/>
      </w:pPr>
    </w:p>
    <w:p>
      <w:pPr>
        <w:pStyle w:val="Normal"/>
      </w:pPr>
      <w:r>
        <w:t>What you become:</w:t>
      </w:r>
    </w:p>
    <w:p>
      <w:pPr>
        <w:pStyle w:val="Normal"/>
      </w:pPr>
      <w:r>
        <w:t>“The plug-and-play content + ad engine for one or more local gyms.”</w:t>
      </w:r>
    </w:p>
    <w:p>
      <w:pPr>
        <w:pStyle w:val="Normal"/>
      </w:pPr>
    </w:p>
    <w:p>
      <w:pPr>
        <w:pStyle w:val="Normal"/>
      </w:pPr>
      <w:r>
        <w:t>Sample offer:</w:t>
      </w:r>
    </w:p>
    <w:p>
      <w:pPr>
        <w:pStyle w:val="Normal"/>
      </w:pPr>
      <w:r>
        <w:t>“I’ll handle your short-form videos, content planning, and ad creatives so your calendar is consistently filling with qualified leads.”</w:t>
      </w:r>
    </w:p>
    <w:p>
      <w:pPr>
        <w:pStyle w:val="Normal"/>
      </w:pPr>
    </w:p>
    <w:p>
      <w:pPr>
        <w:pStyle w:val="Normal"/>
      </w:pPr>
      <w:r>
        <w:t>Sample pricing:</w:t>
      </w:r>
    </w:p>
    <w:p>
      <w:pPr>
        <w:pStyle w:val="Normal"/>
      </w:pPr>
      <w:r>
        <w:t>• Starter: $400–$600/month — 8–12 edited clips + 1 content calendar.</w:t>
      </w:r>
    </w:p>
    <w:p>
      <w:pPr>
        <w:pStyle w:val="Normal"/>
      </w:pPr>
      <w:r>
        <w:t>• Growth: $800–$1,500/month — 16–24 clips + calendar + basic ad creatives.</w:t>
      </w:r>
    </w:p>
    <w:p>
      <w:pPr>
        <w:pStyle w:val="Normal"/>
      </w:pPr>
      <w:r>
        <w:t>• Premium: $2,000+/month — content + ad creatives + funnel assets (lead magnets, simple landing pages).</w:t>
      </w:r>
    </w:p>
    <w:p>
      <w:pPr>
        <w:pStyle w:val="Normal"/>
      </w:pPr>
    </w:p>
    <w:p>
      <w:pPr>
        <w:pStyle w:val="Normal"/>
      </w:pPr>
      <w:r>
        <w:t>30-DAY PLAN</w:t>
      </w:r>
    </w:p>
    <w:p>
      <w:pPr>
        <w:pStyle w:val="Normal"/>
      </w:pPr>
    </w:p>
    <w:p>
      <w:pPr>
        <w:pStyle w:val="Normal"/>
      </w:pPr>
      <w:r>
        <w:t>Week 1 — Build Proof for the Niche</w:t>
      </w:r>
    </w:p>
    <w:p>
      <w:pPr>
        <w:pStyle w:val="Normal"/>
      </w:pPr>
      <w:r>
        <w:t>• Use AI to generate 3–5 “fake brand” examples (mock gyms).</w:t>
      </w:r>
    </w:p>
    <w:p>
      <w:pPr>
        <w:pStyle w:val="Normal"/>
      </w:pPr>
      <w:r>
        <w:t>• Create 3 demo reels, 1 simple content calendar, and 2 ad images.</w:t>
      </w:r>
    </w:p>
    <w:p>
      <w:pPr>
        <w:pStyle w:val="Normal"/>
      </w:pPr>
      <w:r>
        <w:t>• Package them into a one-page “Gym Growth Kit” portfolio.</w:t>
      </w:r>
    </w:p>
    <w:p>
      <w:pPr>
        <w:pStyle w:val="Normal"/>
      </w:pPr>
    </w:p>
    <w:p>
      <w:pPr>
        <w:pStyle w:val="Normal"/>
      </w:pPr>
      <w:r>
        <w:t>Week 2 — Outreach Sprint</w:t>
      </w:r>
    </w:p>
    <w:p>
      <w:pPr>
        <w:pStyle w:val="Normal"/>
      </w:pPr>
      <w:r>
        <w:t>• Use the Client Script Bank to message 20–30 gyms or studios (local or online).</w:t>
      </w:r>
    </w:p>
    <w:p>
      <w:pPr>
        <w:pStyle w:val="Normal"/>
      </w:pPr>
      <w:r>
        <w:t>• Offer: “Let me do a 100% free content + ads sample for you this week.”</w:t>
      </w:r>
    </w:p>
    <w:p>
      <w:pPr>
        <w:pStyle w:val="Normal"/>
      </w:pPr>
      <w:r>
        <w:t>• Deliver 2–3 high-effort samples for the first 3 who respond.</w:t>
      </w:r>
    </w:p>
    <w:p>
      <w:pPr>
        <w:pStyle w:val="Normal"/>
      </w:pPr>
    </w:p>
    <w:p>
      <w:pPr>
        <w:pStyle w:val="Normal"/>
      </w:pPr>
      <w:r>
        <w:t>Week 3 — Convert to Paid</w:t>
      </w:r>
    </w:p>
    <w:p>
      <w:pPr>
        <w:pStyle w:val="Normal"/>
      </w:pPr>
      <w:r>
        <w:t>• Turn free samples into a simple starter package (“Let’s do this for a full month and measure results”).</w:t>
      </w:r>
    </w:p>
    <w:p>
      <w:pPr>
        <w:pStyle w:val="Normal"/>
      </w:pPr>
      <w:r>
        <w:t>• Aim for 1–2 paying clients.</w:t>
      </w:r>
    </w:p>
    <w:p>
      <w:pPr>
        <w:pStyle w:val="Normal"/>
      </w:pPr>
    </w:p>
    <w:p>
      <w:pPr>
        <w:pStyle w:val="Normal"/>
      </w:pPr>
      <w:r>
        <w:t>Week 4 — Systemize and Upsell</w:t>
      </w:r>
    </w:p>
    <w:p>
      <w:pPr>
        <w:pStyle w:val="Normal"/>
      </w:pPr>
      <w:r>
        <w:t>• Use Blueprint 28 (Social Media Manager 2.0) ideas to create operations around posting and reporting.</w:t>
      </w:r>
    </w:p>
    <w:p>
      <w:pPr>
        <w:pStyle w:val="Normal"/>
      </w:pPr>
      <w:r>
        <w:t>• Add simple funnel assets (Blueprint 25) once you understand what leads are working best.</w:t>
      </w:r>
    </w:p>
    <w:p>
      <w:pPr>
        <w:pStyle w:val="Normal"/>
      </w:pPr>
    </w:p>
    <w:p>
      <w:pPr>
        <w:pStyle w:val="Normal"/>
      </w:pPr>
      <w:r>
        <w:t>-------------------------</w:t>
      </w:r>
    </w:p>
    <w:p>
      <w:pPr>
        <w:pStyle w:val="Normal"/>
      </w:pPr>
      <w:r>
        <w:t>STACK 2 — THE SOLO COACH / CONSULTANT STACK</w:t>
      </w:r>
    </w:p>
    <w:p>
      <w:pPr>
        <w:pStyle w:val="Normal"/>
      </w:pPr>
    </w:p>
    <w:p>
      <w:pPr>
        <w:pStyle w:val="Normal"/>
      </w:pPr>
      <w:r>
        <w:t>Who this is for:</w:t>
      </w:r>
    </w:p>
    <w:p>
      <w:pPr>
        <w:pStyle w:val="Normal"/>
      </w:pPr>
      <w:r>
        <w:t>Readers who like working with personality-driven brands and experts.</w:t>
      </w:r>
    </w:p>
    <w:p>
      <w:pPr>
        <w:pStyle w:val="Normal"/>
      </w:pPr>
    </w:p>
    <w:p>
      <w:pPr>
        <w:pStyle w:val="Normal"/>
      </w:pPr>
      <w:r>
        <w:t>Core blueprints:</w:t>
      </w:r>
    </w:p>
    <w:p>
      <w:pPr>
        <w:pStyle w:val="Normal"/>
      </w:pPr>
      <w:r>
        <w:t>• Blueprint 4 — Email Marketing &amp; Newsletter Creation System</w:t>
      </w:r>
    </w:p>
    <w:p>
      <w:pPr>
        <w:pStyle w:val="Normal"/>
      </w:pPr>
      <w:r>
        <w:t>• Blueprint 5 — Social Media Caption &amp; Content Writing</w:t>
      </w:r>
    </w:p>
    <w:p>
      <w:pPr>
        <w:pStyle w:val="Normal"/>
      </w:pPr>
      <w:r>
        <w:t>• Blueprint 10 — Presentation &amp; Slide Deck Creation</w:t>
      </w:r>
    </w:p>
    <w:p>
      <w:pPr>
        <w:pStyle w:val="Normal"/>
      </w:pPr>
      <w:r>
        <w:t>• Blueprint 14 — Landing Page &amp; Sales Page Copywriting</w:t>
      </w:r>
    </w:p>
    <w:p>
      <w:pPr>
        <w:pStyle w:val="Normal"/>
      </w:pPr>
      <w:r>
        <w:t>• Optional: Blueprint 17 — Mini-Course / Workshop Creation</w:t>
      </w:r>
    </w:p>
    <w:p>
      <w:pPr>
        <w:pStyle w:val="Normal"/>
      </w:pPr>
    </w:p>
    <w:p>
      <w:pPr>
        <w:pStyle w:val="Normal"/>
      </w:pPr>
      <w:r>
        <w:t>What you become:</w:t>
      </w:r>
    </w:p>
    <w:p>
      <w:pPr>
        <w:pStyle w:val="Normal"/>
      </w:pPr>
      <w:r>
        <w:t>“The behind-the-scenes content + launch partner for a coach or consultant.”</w:t>
      </w:r>
    </w:p>
    <w:p>
      <w:pPr>
        <w:pStyle w:val="Normal"/>
      </w:pPr>
    </w:p>
    <w:p>
      <w:pPr>
        <w:pStyle w:val="Normal"/>
      </w:pPr>
      <w:r>
        <w:t>Sample offers:</w:t>
      </w:r>
    </w:p>
    <w:p>
      <w:pPr>
        <w:pStyle w:val="Normal"/>
      </w:pPr>
      <w:r>
        <w:t>• “I’ll create your weekly newsletter and social posts.”</w:t>
      </w:r>
    </w:p>
    <w:p>
      <w:pPr>
        <w:pStyle w:val="Normal"/>
      </w:pPr>
      <w:r>
        <w:t>• “I’ll build your webinar deck and landing page for your next launch.”</w:t>
      </w:r>
    </w:p>
    <w:p>
      <w:pPr>
        <w:pStyle w:val="Normal"/>
      </w:pPr>
    </w:p>
    <w:p>
      <w:pPr>
        <w:pStyle w:val="Normal"/>
      </w:pPr>
      <w:r>
        <w:t>Sample pricing:</w:t>
      </w:r>
    </w:p>
    <w:p>
      <w:pPr>
        <w:pStyle w:val="Normal"/>
      </w:pPr>
      <w:r>
        <w:t>• $250–$600/month for content-only packages.</w:t>
      </w:r>
    </w:p>
    <w:p>
      <w:pPr>
        <w:pStyle w:val="Normal"/>
      </w:pPr>
      <w:r>
        <w:t>• $1,000–$3,000+ for launch packages (slides + landing page + emails).</w:t>
      </w:r>
    </w:p>
    <w:p>
      <w:pPr>
        <w:pStyle w:val="Normal"/>
      </w:pPr>
    </w:p>
    <w:p>
      <w:pPr>
        <w:pStyle w:val="Normal"/>
      </w:pPr>
      <w:r>
        <w:t>30-DAY PLAN</w:t>
      </w:r>
    </w:p>
    <w:p>
      <w:pPr>
        <w:pStyle w:val="Normal"/>
      </w:pPr>
    </w:p>
    <w:p>
      <w:pPr>
        <w:pStyle w:val="Normal"/>
      </w:pPr>
      <w:r>
        <w:t>Week 1 — Create a “Coach Content System” Demo</w:t>
      </w:r>
    </w:p>
    <w:p>
      <w:pPr>
        <w:pStyle w:val="Normal"/>
      </w:pPr>
      <w:r>
        <w:t>• Use AI to build a fake coach persona.</w:t>
      </w:r>
    </w:p>
    <w:p>
      <w:pPr>
        <w:pStyle w:val="Normal"/>
      </w:pPr>
      <w:r>
        <w:t>• Create one newsletter, 10 captions, and 1 simple slide deck.</w:t>
      </w:r>
    </w:p>
    <w:p>
      <w:pPr>
        <w:pStyle w:val="Normal"/>
      </w:pPr>
      <w:r>
        <w:t>• Bundle as a “Sample Content System” portfolio.</w:t>
      </w:r>
    </w:p>
    <w:p>
      <w:pPr>
        <w:pStyle w:val="Normal"/>
      </w:pPr>
    </w:p>
    <w:p>
      <w:pPr>
        <w:pStyle w:val="Normal"/>
      </w:pPr>
      <w:r>
        <w:t>Week 2 — Offer Done-For-You Content to 5–10 Coaches</w:t>
      </w:r>
    </w:p>
    <w:p>
      <w:pPr>
        <w:pStyle w:val="Normal"/>
      </w:pPr>
      <w:r>
        <w:t>• Use LinkedIn, Instagram, and email.</w:t>
      </w:r>
    </w:p>
    <w:p>
      <w:pPr>
        <w:pStyle w:val="Normal"/>
      </w:pPr>
      <w:r>
        <w:t>• Offer: “I’ll write your next newsletter + 7 posts for free using my AI workflow. If you love it, we can talk about a monthly package.”</w:t>
      </w:r>
    </w:p>
    <w:p>
      <w:pPr>
        <w:pStyle w:val="Normal"/>
      </w:pPr>
    </w:p>
    <w:p>
      <w:pPr>
        <w:pStyle w:val="Normal"/>
      </w:pPr>
      <w:r>
        <w:t>Week 3 — Close 1–3 Monthly Clients</w:t>
      </w:r>
    </w:p>
    <w:p>
      <w:pPr>
        <w:pStyle w:val="Normal"/>
      </w:pPr>
      <w:r>
        <w:t>• Turn happy free trials into paid monthly retainers.</w:t>
      </w:r>
    </w:p>
    <w:p>
      <w:pPr>
        <w:pStyle w:val="Normal"/>
      </w:pPr>
      <w:r>
        <w:t>• Keep the offers simple (one newsletter + 8–12 posts per month).</w:t>
      </w:r>
    </w:p>
    <w:p>
      <w:pPr>
        <w:pStyle w:val="Normal"/>
      </w:pPr>
    </w:p>
    <w:p>
      <w:pPr>
        <w:pStyle w:val="Normal"/>
      </w:pPr>
      <w:r>
        <w:t>Week 4 — Add Launch Services</w:t>
      </w:r>
    </w:p>
    <w:p>
      <w:pPr>
        <w:pStyle w:val="Normal"/>
      </w:pPr>
      <w:r>
        <w:t>• Ask current clients if they have a course, challenge, or launch coming.</w:t>
      </w:r>
    </w:p>
    <w:p>
      <w:pPr>
        <w:pStyle w:val="Normal"/>
      </w:pPr>
      <w:r>
        <w:t>• Offer to build the deck + landing page using Blueprints 10 and 14.</w:t>
      </w:r>
    </w:p>
    <w:p>
      <w:pPr>
        <w:pStyle w:val="Normal"/>
      </w:pPr>
    </w:p>
    <w:p>
      <w:pPr>
        <w:pStyle w:val="Normal"/>
      </w:pPr>
      <w:r>
        <w:t>-------------------------</w:t>
      </w:r>
    </w:p>
    <w:p>
      <w:pPr>
        <w:pStyle w:val="Normal"/>
      </w:pPr>
      <w:r>
        <w:t>STACK 3 — THE ETSY CREATOR STACK</w:t>
      </w:r>
    </w:p>
    <w:p>
      <w:pPr>
        <w:pStyle w:val="Normal"/>
      </w:pPr>
    </w:p>
    <w:p>
      <w:pPr>
        <w:pStyle w:val="Normal"/>
      </w:pPr>
      <w:r>
        <w:t>Who this is for:</w:t>
      </w:r>
    </w:p>
    <w:p>
      <w:pPr>
        <w:pStyle w:val="Normal"/>
      </w:pPr>
      <w:r>
        <w:t>Readers who like digital products, Canva, and quiet asset-building.</w:t>
      </w:r>
    </w:p>
    <w:p>
      <w:pPr>
        <w:pStyle w:val="Normal"/>
      </w:pPr>
    </w:p>
    <w:p>
      <w:pPr>
        <w:pStyle w:val="Normal"/>
      </w:pPr>
      <w:r>
        <w:t>Core blueprints:</w:t>
      </w:r>
    </w:p>
    <w:p>
      <w:pPr>
        <w:pStyle w:val="Normal"/>
      </w:pPr>
      <w:r>
        <w:t>• Blueprint 1 — Digital Products</w:t>
      </w:r>
    </w:p>
    <w:p>
      <w:pPr>
        <w:pStyle w:val="Normal"/>
      </w:pPr>
      <w:r>
        <w:t>• Blueprint 12 — Product Descriptions &amp; Listings</w:t>
      </w:r>
    </w:p>
    <w:p>
      <w:pPr>
        <w:pStyle w:val="Normal"/>
      </w:pPr>
      <w:r>
        <w:t>• Blueprint 13 — Micro-Products</w:t>
      </w:r>
    </w:p>
    <w:p>
      <w:pPr>
        <w:pStyle w:val="Normal"/>
      </w:pPr>
      <w:r>
        <w:t>• Blueprint 22 — Ebooks</w:t>
      </w:r>
    </w:p>
    <w:p>
      <w:pPr>
        <w:pStyle w:val="Normal"/>
      </w:pPr>
      <w:r>
        <w:t>• Blueprint 29 — Canva Template Packs</w:t>
      </w:r>
    </w:p>
    <w:p>
      <w:pPr>
        <w:pStyle w:val="Normal"/>
      </w:pPr>
    </w:p>
    <w:p>
      <w:pPr>
        <w:pStyle w:val="Normal"/>
      </w:pPr>
      <w:r>
        <w:t>What you become:</w:t>
      </w:r>
    </w:p>
    <w:p>
      <w:pPr>
        <w:pStyle w:val="Normal"/>
      </w:pPr>
      <w:r>
        <w:t>“A small but mighty digital product studio focusing on one or two Etsy niches.”</w:t>
      </w:r>
    </w:p>
    <w:p>
      <w:pPr>
        <w:pStyle w:val="Normal"/>
      </w:pPr>
    </w:p>
    <w:p>
      <w:pPr>
        <w:pStyle w:val="Normal"/>
      </w:pPr>
      <w:r>
        <w:t>Sample income targets:</w:t>
      </w:r>
    </w:p>
    <w:p>
      <w:pPr>
        <w:pStyle w:val="Normal"/>
      </w:pPr>
      <w:r>
        <w:t>• First 30 days: 1–3 products live + first 5–20 sales.</w:t>
      </w:r>
    </w:p>
    <w:p>
      <w:pPr>
        <w:pStyle w:val="Normal"/>
      </w:pPr>
      <w:r>
        <w:t>• 90 days: 10–20 products + consistent monthly income.</w:t>
      </w:r>
    </w:p>
    <w:p>
      <w:pPr>
        <w:pStyle w:val="Normal"/>
      </w:pPr>
    </w:p>
    <w:p>
      <w:pPr>
        <w:pStyle w:val="Normal"/>
      </w:pPr>
      <w:r>
        <w:t>30-DAY PLAN</w:t>
      </w:r>
    </w:p>
    <w:p>
      <w:pPr>
        <w:pStyle w:val="Normal"/>
      </w:pPr>
    </w:p>
    <w:p>
      <w:pPr>
        <w:pStyle w:val="Normal"/>
      </w:pPr>
      <w:r>
        <w:t>Week 1 — Niche and Product Decisions</w:t>
      </w:r>
    </w:p>
    <w:p>
      <w:pPr>
        <w:pStyle w:val="Normal"/>
      </w:pPr>
      <w:r>
        <w:t>• Use AI to research 3 Etsy niches and pick one.</w:t>
      </w:r>
    </w:p>
    <w:p>
      <w:pPr>
        <w:pStyle w:val="Normal"/>
      </w:pPr>
      <w:r>
        <w:t>• Create 1–2 digital products (planner, toolkit, templates, or micro-guide).</w:t>
      </w:r>
    </w:p>
    <w:p>
      <w:pPr>
        <w:pStyle w:val="Normal"/>
      </w:pPr>
    </w:p>
    <w:p>
      <w:pPr>
        <w:pStyle w:val="Normal"/>
      </w:pPr>
      <w:r>
        <w:t>Week 2 — Listing Optimization</w:t>
      </w:r>
    </w:p>
    <w:p>
      <w:pPr>
        <w:pStyle w:val="Normal"/>
      </w:pPr>
      <w:r>
        <w:t>• Use Blueprint 12 to rewrite titles, descriptions, and tags with AI help.</w:t>
      </w:r>
    </w:p>
    <w:p>
      <w:pPr>
        <w:pStyle w:val="Normal"/>
      </w:pPr>
      <w:r>
        <w:t>• Create strong covers and mockups in Canva.</w:t>
      </w:r>
    </w:p>
    <w:p>
      <w:pPr>
        <w:pStyle w:val="Normal"/>
      </w:pPr>
    </w:p>
    <w:p>
      <w:pPr>
        <w:pStyle w:val="Normal"/>
      </w:pPr>
      <w:r>
        <w:t>Week 3 — Expand the Catalog</w:t>
      </w:r>
    </w:p>
    <w:p>
      <w:pPr>
        <w:pStyle w:val="Normal"/>
      </w:pPr>
      <w:r>
        <w:t>• Add 1–3 micro-products (Blueprint 13) and 1 simple ebook or extended guide (Blueprint 22).</w:t>
      </w:r>
    </w:p>
    <w:p>
      <w:pPr>
        <w:pStyle w:val="Normal"/>
      </w:pPr>
      <w:r>
        <w:t>• Bundle related items together for higher price points.</w:t>
      </w:r>
    </w:p>
    <w:p>
      <w:pPr>
        <w:pStyle w:val="Normal"/>
      </w:pPr>
    </w:p>
    <w:p>
      <w:pPr>
        <w:pStyle w:val="Normal"/>
      </w:pPr>
      <w:r>
        <w:t>Week 4 — Promote and Refine</w:t>
      </w:r>
    </w:p>
    <w:p>
      <w:pPr>
        <w:pStyle w:val="Normal"/>
      </w:pPr>
      <w:r>
        <w:t>• Share behind-the-scenes previews on social.</w:t>
      </w:r>
    </w:p>
    <w:p>
      <w:pPr>
        <w:pStyle w:val="Normal"/>
      </w:pPr>
      <w:r>
        <w:t>• Use AI to brainstorm simple promo angles and seasonal versions.</w:t>
      </w:r>
    </w:p>
    <w:p>
      <w:pPr>
        <w:pStyle w:val="Normal"/>
      </w:pPr>
      <w:r>
        <w:t>• Note what’s selling and plan 3–5 follow-up products for next month.</w:t>
      </w:r>
    </w:p>
    <w:p>
      <w:pPr>
        <w:pStyle w:val="Normal"/>
      </w:pPr>
    </w:p>
    <w:p>
      <w:pPr>
        <w:pStyle w:val="Normal"/>
      </w:pPr>
      <w:r>
        <w:t>-------------------------</w:t>
      </w:r>
    </w:p>
    <w:p>
      <w:pPr>
        <w:pStyle w:val="Normal"/>
      </w:pPr>
      <w:r>
        <w:t>STACK 4 — THE REAL ESTATE PRO STACK</w:t>
      </w:r>
    </w:p>
    <w:p>
      <w:pPr>
        <w:pStyle w:val="Normal"/>
      </w:pPr>
    </w:p>
    <w:p>
      <w:pPr>
        <w:pStyle w:val="Normal"/>
      </w:pPr>
      <w:r>
        <w:t>Who this is for:</w:t>
      </w:r>
    </w:p>
    <w:p>
      <w:pPr>
        <w:pStyle w:val="Normal"/>
      </w:pPr>
      <w:r>
        <w:t>Readers who like working with real estate agents, mortgage brokers, or local service professionals.</w:t>
      </w:r>
    </w:p>
    <w:p>
      <w:pPr>
        <w:pStyle w:val="Normal"/>
      </w:pPr>
    </w:p>
    <w:p>
      <w:pPr>
        <w:pStyle w:val="Normal"/>
      </w:pPr>
      <w:r>
        <w:t>Core blueprints:</w:t>
      </w:r>
    </w:p>
    <w:p>
      <w:pPr>
        <w:pStyle w:val="Normal"/>
      </w:pPr>
      <w:r>
        <w:t>• Blueprint 7 — Lead Magnets &amp; List-Building Assets</w:t>
      </w:r>
    </w:p>
    <w:p>
      <w:pPr>
        <w:pStyle w:val="Normal"/>
      </w:pPr>
      <w:r>
        <w:t>• Blueprint 10 — Presentation &amp; Listing Decks</w:t>
      </w:r>
    </w:p>
    <w:p>
      <w:pPr>
        <w:pStyle w:val="Normal"/>
      </w:pPr>
      <w:r>
        <w:t>• Blueprint 11 — Content Calendars</w:t>
      </w:r>
    </w:p>
    <w:p>
      <w:pPr>
        <w:pStyle w:val="Normal"/>
      </w:pPr>
      <w:r>
        <w:t>• Blueprint 12 — Listing Descriptions</w:t>
      </w:r>
    </w:p>
    <w:p>
      <w:pPr>
        <w:pStyle w:val="Normal"/>
      </w:pPr>
      <w:r>
        <w:t>• Optional: Blueprint 16 — Simple FAQ Bots</w:t>
      </w:r>
    </w:p>
    <w:p>
      <w:pPr>
        <w:pStyle w:val="Normal"/>
      </w:pPr>
    </w:p>
    <w:p>
      <w:pPr>
        <w:pStyle w:val="Normal"/>
      </w:pPr>
      <w:r>
        <w:t>What you become:</w:t>
      </w:r>
    </w:p>
    <w:p>
      <w:pPr>
        <w:pStyle w:val="Normal"/>
      </w:pPr>
      <w:r>
        <w:t>“The marketing asset studio for a small group of real estate professionals.”</w:t>
      </w:r>
    </w:p>
    <w:p>
      <w:pPr>
        <w:pStyle w:val="Normal"/>
      </w:pPr>
    </w:p>
    <w:p>
      <w:pPr>
        <w:pStyle w:val="Normal"/>
      </w:pPr>
      <w:r>
        <w:t>Sample offers:</w:t>
      </w:r>
    </w:p>
    <w:p>
      <w:pPr>
        <w:pStyle w:val="Normal"/>
      </w:pPr>
      <w:r>
        <w:t>• “I’ll create your listing descriptions, open house flyers, and monthly content calendar.”</w:t>
      </w:r>
    </w:p>
    <w:p>
      <w:pPr>
        <w:pStyle w:val="Normal"/>
      </w:pPr>
      <w:r>
        <w:t>• “I’ll build your listing presentation and a lead magnet for buyers or sellers.”</w:t>
      </w:r>
    </w:p>
    <w:p>
      <w:pPr>
        <w:pStyle w:val="Normal"/>
      </w:pPr>
    </w:p>
    <w:p>
      <w:pPr>
        <w:pStyle w:val="Normal"/>
      </w:pPr>
      <w:r>
        <w:t>Sample pricing:</w:t>
      </w:r>
    </w:p>
    <w:p>
      <w:pPr>
        <w:pStyle w:val="Normal"/>
      </w:pPr>
      <w:r>
        <w:t>• $300–$600 one-time brand pack.</w:t>
      </w:r>
    </w:p>
    <w:p>
      <w:pPr>
        <w:pStyle w:val="Normal"/>
      </w:pPr>
      <w:r>
        <w:t>• $400–$1,200/month retainer for ongoing content + assets.</w:t>
      </w:r>
    </w:p>
    <w:p>
      <w:pPr>
        <w:pStyle w:val="Normal"/>
      </w:pPr>
    </w:p>
    <w:p>
      <w:pPr>
        <w:pStyle w:val="Normal"/>
      </w:pPr>
      <w:r>
        <w:t>30-DAY PLAN</w:t>
      </w:r>
    </w:p>
    <w:p>
      <w:pPr>
        <w:pStyle w:val="Normal"/>
      </w:pPr>
    </w:p>
    <w:p>
      <w:pPr>
        <w:pStyle w:val="Normal"/>
      </w:pPr>
      <w:r>
        <w:t>Week 1 — Build a Demo Pack</w:t>
      </w:r>
    </w:p>
    <w:p>
      <w:pPr>
        <w:pStyle w:val="Normal"/>
      </w:pPr>
      <w:r>
        <w:t>• Create 2 sample listing descriptions, 1 buyer/seller guide, and 1 listing presentation.</w:t>
      </w:r>
    </w:p>
    <w:p>
      <w:pPr>
        <w:pStyle w:val="Normal"/>
      </w:pPr>
      <w:r>
        <w:t>• Put everything into a simple “Real Estate Marketing Kit” PDF.</w:t>
      </w:r>
    </w:p>
    <w:p>
      <w:pPr>
        <w:pStyle w:val="Normal"/>
      </w:pPr>
    </w:p>
    <w:p>
      <w:pPr>
        <w:pStyle w:val="Normal"/>
      </w:pPr>
      <w:r>
        <w:t>Week 2 — Outreach to Local Agents</w:t>
      </w:r>
    </w:p>
    <w:p>
      <w:pPr>
        <w:pStyle w:val="Normal"/>
      </w:pPr>
      <w:r>
        <w:t>• Use the Client Script Bank to DM or email 20–30 agents.</w:t>
      </w:r>
    </w:p>
    <w:p>
      <w:pPr>
        <w:pStyle w:val="Normal"/>
      </w:pPr>
      <w:r>
        <w:t>• Offer to rewrite 1–2 of their existing listings for free using AI.</w:t>
      </w:r>
    </w:p>
    <w:p>
      <w:pPr>
        <w:pStyle w:val="Normal"/>
      </w:pPr>
    </w:p>
    <w:p>
      <w:pPr>
        <w:pStyle w:val="Normal"/>
      </w:pPr>
      <w:r>
        <w:t>Week 3 — Close First Paying Clients</w:t>
      </w:r>
    </w:p>
    <w:p>
      <w:pPr>
        <w:pStyle w:val="Normal"/>
      </w:pPr>
      <w:r>
        <w:t>• Turn free work into paid asset bundles (guides, decks, calendars).</w:t>
      </w:r>
    </w:p>
    <w:p>
      <w:pPr>
        <w:pStyle w:val="Normal"/>
      </w:pPr>
      <w:r>
        <w:t>• Aim for 1–3 clients at modest pricing.</w:t>
      </w:r>
    </w:p>
    <w:p>
      <w:pPr>
        <w:pStyle w:val="Normal"/>
      </w:pPr>
    </w:p>
    <w:p>
      <w:pPr>
        <w:pStyle w:val="Normal"/>
      </w:pPr>
      <w:r>
        <w:t>Week 4 — Add Automation</w:t>
      </w:r>
    </w:p>
    <w:p>
      <w:pPr>
        <w:pStyle w:val="Normal"/>
      </w:pPr>
      <w:r>
        <w:t>• Use Blueprint 16 to propose a simple FAQ chatbot for their website or Facebook page.</w:t>
      </w:r>
    </w:p>
    <w:p>
      <w:pPr>
        <w:pStyle w:val="Normal"/>
      </w:pPr>
      <w:r>
        <w:t>• Use Blueprint 11 to create a quarterly or monthly content plan.</w:t>
      </w:r>
    </w:p>
    <w:p>
      <w:pPr>
        <w:pStyle w:val="Normal"/>
      </w:pPr>
    </w:p>
    <w:p>
      <w:pPr>
        <w:pStyle w:val="Normal"/>
      </w:pPr>
      <w:r>
        <w:t>-------------------------</w:t>
      </w:r>
    </w:p>
    <w:p>
      <w:pPr>
        <w:pStyle w:val="Normal"/>
      </w:pPr>
      <w:r>
        <w:t>STACK 5 — THE PODCAST CONTENT ENGINE STACK</w:t>
      </w:r>
    </w:p>
    <w:p>
      <w:pPr>
        <w:pStyle w:val="Normal"/>
      </w:pPr>
    </w:p>
    <w:p>
      <w:pPr>
        <w:pStyle w:val="Normal"/>
      </w:pPr>
      <w:r>
        <w:t>Who this is for:</w:t>
      </w:r>
    </w:p>
    <w:p>
      <w:pPr>
        <w:pStyle w:val="Normal"/>
      </w:pPr>
      <w:r>
        <w:t>Readers who like writing, organizing, and repurposing content.</w:t>
      </w:r>
    </w:p>
    <w:p>
      <w:pPr>
        <w:pStyle w:val="Normal"/>
      </w:pPr>
    </w:p>
    <w:p>
      <w:pPr>
        <w:pStyle w:val="Normal"/>
      </w:pPr>
      <w:r>
        <w:t>Core blueprints:</w:t>
      </w:r>
    </w:p>
    <w:p>
      <w:pPr>
        <w:pStyle w:val="Normal"/>
      </w:pPr>
      <w:r>
        <w:t>• Blueprint 18 — Podcast Show Notes &amp; Repurposing</w:t>
      </w:r>
    </w:p>
    <w:p>
      <w:pPr>
        <w:pStyle w:val="Normal"/>
      </w:pPr>
      <w:r>
        <w:t>• Blueprint 2 — Short-Form Video Editing</w:t>
      </w:r>
    </w:p>
    <w:p>
      <w:pPr>
        <w:pStyle w:val="Normal"/>
      </w:pPr>
      <w:r>
        <w:t>• Blueprint 5 — Captions &amp; Posts</w:t>
      </w:r>
    </w:p>
    <w:p>
      <w:pPr>
        <w:pStyle w:val="Normal"/>
      </w:pPr>
      <w:r>
        <w:t>• Optional: Blueprint 27 — Content Repurposing Engine</w:t>
      </w:r>
    </w:p>
    <w:p>
      <w:pPr>
        <w:pStyle w:val="Normal"/>
      </w:pPr>
    </w:p>
    <w:p>
      <w:pPr>
        <w:pStyle w:val="Normal"/>
      </w:pPr>
      <w:r>
        <w:t>What you become:</w:t>
      </w:r>
    </w:p>
    <w:p>
      <w:pPr>
        <w:pStyle w:val="Normal"/>
      </w:pPr>
      <w:r>
        <w:t>“The content repurposing studio for podcasters.”</w:t>
      </w:r>
    </w:p>
    <w:p>
      <w:pPr>
        <w:pStyle w:val="Normal"/>
      </w:pPr>
    </w:p>
    <w:p>
      <w:pPr>
        <w:pStyle w:val="Normal"/>
      </w:pPr>
      <w:r>
        <w:t>Sample offers:</w:t>
      </w:r>
    </w:p>
    <w:p>
      <w:pPr>
        <w:pStyle w:val="Normal"/>
      </w:pPr>
      <w:r>
        <w:t>• “I’ll turn each episode into show notes, 10 posts, and 3 short videos.”</w:t>
      </w:r>
    </w:p>
    <w:p>
      <w:pPr>
        <w:pStyle w:val="Normal"/>
      </w:pPr>
    </w:p>
    <w:p>
      <w:pPr>
        <w:pStyle w:val="Normal"/>
      </w:pPr>
      <w:r>
        <w:t>Sample pricing:</w:t>
      </w:r>
    </w:p>
    <w:p>
      <w:pPr>
        <w:pStyle w:val="Normal"/>
      </w:pPr>
      <w:r>
        <w:t>• $150–$300 per episode starter packages.</w:t>
      </w:r>
    </w:p>
    <w:p>
      <w:pPr>
        <w:pStyle w:val="Normal"/>
      </w:pPr>
      <w:r>
        <w:t>• $500–$1,500/month retainers depending on volume.</w:t>
      </w:r>
    </w:p>
    <w:p>
      <w:pPr>
        <w:pStyle w:val="Normal"/>
      </w:pPr>
    </w:p>
    <w:p>
      <w:pPr>
        <w:pStyle w:val="Normal"/>
      </w:pPr>
      <w:r>
        <w:t>30-DAY PLAN</w:t>
      </w:r>
    </w:p>
    <w:p>
      <w:pPr>
        <w:pStyle w:val="Normal"/>
      </w:pPr>
    </w:p>
    <w:p>
      <w:pPr>
        <w:pStyle w:val="Normal"/>
      </w:pPr>
      <w:r>
        <w:t>Week 1 — Build a Repurposing Demo</w:t>
      </w:r>
    </w:p>
    <w:p>
      <w:pPr>
        <w:pStyle w:val="Normal"/>
      </w:pPr>
      <w:r>
        <w:t>• Pick any public podcast episode and create:</w:t>
      </w:r>
    </w:p>
    <w:p>
      <w:pPr>
        <w:pStyle w:val="Normal"/>
      </w:pPr>
      <w:r>
        <w:t xml:space="preserve">  • Show notes</w:t>
      </w:r>
    </w:p>
    <w:p>
      <w:pPr>
        <w:pStyle w:val="Normal"/>
      </w:pPr>
      <w:r>
        <w:t xml:space="preserve">  • A blog-style summary</w:t>
      </w:r>
    </w:p>
    <w:p>
      <w:pPr>
        <w:pStyle w:val="Normal"/>
      </w:pPr>
      <w:r>
        <w:t xml:space="preserve">  • 10 social posts</w:t>
      </w:r>
    </w:p>
    <w:p>
      <w:pPr>
        <w:pStyle w:val="Normal"/>
      </w:pPr>
      <w:r>
        <w:t xml:space="preserve">  • 3 short video ideas</w:t>
      </w:r>
    </w:p>
    <w:p>
      <w:pPr>
        <w:pStyle w:val="Normal"/>
      </w:pPr>
    </w:p>
    <w:p>
      <w:pPr>
        <w:pStyle w:val="Normal"/>
      </w:pPr>
      <w:r>
        <w:t>Week 2 — DM 20–30 Podcasters</w:t>
      </w:r>
    </w:p>
    <w:p>
      <w:pPr>
        <w:pStyle w:val="Normal"/>
      </w:pPr>
      <w:r>
        <w:t>• Offer a “first episode free” repurposing pack.</w:t>
      </w:r>
    </w:p>
    <w:p>
      <w:pPr>
        <w:pStyle w:val="Normal"/>
      </w:pPr>
      <w:r>
        <w:t>• Overdeliver on quality and clarity.</w:t>
      </w:r>
    </w:p>
    <w:p>
      <w:pPr>
        <w:pStyle w:val="Normal"/>
      </w:pPr>
    </w:p>
    <w:p>
      <w:pPr>
        <w:pStyle w:val="Normal"/>
      </w:pPr>
      <w:r>
        <w:t>Week 3 — Convert to Monthly Retainers</w:t>
      </w:r>
    </w:p>
    <w:p>
      <w:pPr>
        <w:pStyle w:val="Normal"/>
      </w:pPr>
      <w:r>
        <w:t>• Propose a simple monthly deal (4 episodes/month).</w:t>
      </w:r>
    </w:p>
    <w:p>
      <w:pPr>
        <w:pStyle w:val="Normal"/>
      </w:pPr>
      <w:r>
        <w:t>• Keep communication and delivery very organized.</w:t>
      </w:r>
    </w:p>
    <w:p>
      <w:pPr>
        <w:pStyle w:val="Normal"/>
      </w:pPr>
    </w:p>
    <w:p>
      <w:pPr>
        <w:pStyle w:val="Normal"/>
      </w:pPr>
      <w:r>
        <w:t>Week 4 — Systemize and Scale</w:t>
      </w:r>
    </w:p>
    <w:p>
      <w:pPr>
        <w:pStyle w:val="Normal"/>
      </w:pPr>
      <w:r>
        <w:t>• Use Blueprint 27 to document your repurposing workflow.</w:t>
      </w:r>
    </w:p>
    <w:p>
      <w:pPr>
        <w:pStyle w:val="Normal"/>
      </w:pPr>
      <w:r>
        <w:t>• Consider hiring a helper to handle parts of the process once you’re full.</w:t>
      </w:r>
    </w:p>
    <w:p>
      <w:pPr>
        <w:pStyle w:val="Normal"/>
      </w:pPr>
    </w:p>
    <w:p>
      <w:pPr>
        <w:pStyle w:val="Normal"/>
      </w:pPr>
      <w:r>
        <w:t>--------------------------------------------------</w:t>
      </w:r>
    </w:p>
    <w:p>
      <w:pPr>
        <w:pStyle w:val="Normal"/>
      </w:pPr>
      <w:r>
        <w:t>SECTION 5 — THE AI MONEY MACHINE MAP</w:t>
      </w:r>
    </w:p>
    <w:p>
      <w:pPr>
        <w:pStyle w:val="Normal"/>
      </w:pPr>
      <w:r>
        <w:t>(Visual Framework Description)</w:t>
      </w:r>
    </w:p>
    <w:p>
      <w:pPr>
        <w:pStyle w:val="Normal"/>
      </w:pPr>
    </w:p>
    <w:p>
      <w:pPr>
        <w:pStyle w:val="Normal"/>
      </w:pPr>
      <w:r>
        <w:t>This section gives you language for a one-page visual that ties your entire book together.</w:t>
      </w:r>
    </w:p>
    <w:p>
      <w:pPr>
        <w:pStyle w:val="Normal"/>
      </w:pPr>
    </w:p>
    <w:p>
      <w:pPr>
        <w:pStyle w:val="Normal"/>
      </w:pPr>
      <w:r>
        <w:t>Even if you don’t design the graphic yet, you can describe it in the book and show a simple version, then later turn it into a polished visual.</w:t>
      </w:r>
    </w:p>
    <w:p>
      <w:pPr>
        <w:pStyle w:val="Normal"/>
      </w:pPr>
    </w:p>
    <w:p>
      <w:pPr>
        <w:pStyle w:val="Normal"/>
      </w:pPr>
      <w:r>
        <w:t>Concept:</w:t>
      </w:r>
    </w:p>
    <w:p>
      <w:pPr>
        <w:pStyle w:val="Normal"/>
      </w:pPr>
      <w:r>
        <w:t>The “AI Money Machine” is not any single blueprint — it’s how the reader moves through stages:</w:t>
      </w:r>
    </w:p>
    <w:p>
      <w:pPr>
        <w:pStyle w:val="Normal"/>
      </w:pPr>
    </w:p>
    <w:p>
      <w:pPr>
        <w:pStyle w:val="Normal"/>
      </w:pPr>
      <w:r>
        <w:t>Inputs → Machine → Outputs.</w:t>
      </w:r>
    </w:p>
    <w:p>
      <w:pPr>
        <w:pStyle w:val="Normal"/>
      </w:pPr>
    </w:p>
    <w:p>
      <w:pPr>
        <w:pStyle w:val="Normal"/>
      </w:pPr>
      <w:r>
        <w:t>Suggested layout (for a designer or for a simple sketch):</w:t>
      </w:r>
    </w:p>
    <w:p>
      <w:pPr>
        <w:pStyle w:val="Normal"/>
      </w:pPr>
      <w:r>
        <w:t>• On the left: INPUTS column.</w:t>
      </w:r>
    </w:p>
    <w:p>
      <w:pPr>
        <w:pStyle w:val="Normal"/>
      </w:pPr>
      <w:r>
        <w:t>• In the middle: THE MACHINE (5 stages in a pipeline).</w:t>
      </w:r>
    </w:p>
    <w:p>
      <w:pPr>
        <w:pStyle w:val="Normal"/>
      </w:pPr>
      <w:r>
        <w:t>• On the right: OUTPUTS column.</w:t>
      </w:r>
    </w:p>
    <w:p>
      <w:pPr>
        <w:pStyle w:val="Normal"/>
      </w:pPr>
    </w:p>
    <w:p>
      <w:pPr>
        <w:pStyle w:val="Normal"/>
      </w:pPr>
      <w:r>
        <w:t>INPUTS (LEFT COLUMN)</w:t>
      </w:r>
    </w:p>
    <w:p>
      <w:pPr>
        <w:pStyle w:val="Normal"/>
      </w:pPr>
      <w:r>
        <w:t>• Time (how many hours per week the reader has right now).</w:t>
      </w:r>
    </w:p>
    <w:p>
      <w:pPr>
        <w:pStyle w:val="Normal"/>
      </w:pPr>
      <w:r>
        <w:t>• One chosen blueprint (their starting point).</w:t>
      </w:r>
    </w:p>
    <w:p>
      <w:pPr>
        <w:pStyle w:val="Normal"/>
      </w:pPr>
      <w:r>
        <w:t>• AI tools (from the AI Power Stack section).</w:t>
      </w:r>
    </w:p>
    <w:p>
      <w:pPr>
        <w:pStyle w:val="Normal"/>
      </w:pPr>
      <w:r>
        <w:t>• Existing strengths (writing, design, talking, organizing — whatever they already have).</w:t>
      </w:r>
    </w:p>
    <w:p>
      <w:pPr>
        <w:pStyle w:val="Normal"/>
      </w:pPr>
    </w:p>
    <w:p>
      <w:pPr>
        <w:pStyle w:val="Normal"/>
      </w:pPr>
      <w:r>
        <w:t>THE MACHINE (MIDDLE PIPELINE)</w:t>
      </w:r>
    </w:p>
    <w:p>
      <w:pPr>
        <w:pStyle w:val="Normal"/>
      </w:pPr>
    </w:p>
    <w:p>
      <w:pPr>
        <w:pStyle w:val="Normal"/>
      </w:pPr>
      <w:r>
        <w:t>Stage 1 — Choose Your Blueprint</w:t>
      </w:r>
    </w:p>
    <w:p>
      <w:pPr>
        <w:pStyle w:val="Normal"/>
      </w:pPr>
      <w:r>
        <w:t>• Use the Archetype Quiz + “How to Choose Your Blueprint” chapter.</w:t>
      </w:r>
    </w:p>
    <w:p>
      <w:pPr>
        <w:pStyle w:val="Normal"/>
      </w:pPr>
      <w:r>
        <w:t>• Output: ONE clear starting point.</w:t>
      </w:r>
    </w:p>
    <w:p>
      <w:pPr>
        <w:pStyle w:val="Normal"/>
      </w:pPr>
    </w:p>
    <w:p>
      <w:pPr>
        <w:pStyle w:val="Normal"/>
      </w:pPr>
      <w:r>
        <w:t>Stage 2 — Skill Acceleration and Proof</w:t>
      </w:r>
    </w:p>
    <w:p>
      <w:pPr>
        <w:pStyle w:val="Normal"/>
      </w:pPr>
      <w:r>
        <w:t>• Use the Skill Acceleration Model: 10 reps → best 3.</w:t>
      </w:r>
    </w:p>
    <w:p>
      <w:pPr>
        <w:pStyle w:val="Normal"/>
      </w:pPr>
      <w:r>
        <w:t>• Output: 3 proof pieces and a simple workflow.</w:t>
      </w:r>
    </w:p>
    <w:p>
      <w:pPr>
        <w:pStyle w:val="Normal"/>
      </w:pPr>
    </w:p>
    <w:p>
      <w:pPr>
        <w:pStyle w:val="Normal"/>
      </w:pPr>
      <w:r>
        <w:t>Stage 3 — First $1,000 in 30 Days</w:t>
      </w:r>
    </w:p>
    <w:p>
      <w:pPr>
        <w:pStyle w:val="Normal"/>
      </w:pPr>
      <w:r>
        <w:t>• Use the $1,000 in 30 Days Roadmap.</w:t>
      </w:r>
    </w:p>
    <w:p>
      <w:pPr>
        <w:pStyle w:val="Normal"/>
      </w:pPr>
      <w:r>
        <w:t>• Output: first clients, first money, first confidence.</w:t>
      </w:r>
    </w:p>
    <w:p>
      <w:pPr>
        <w:pStyle w:val="Normal"/>
      </w:pPr>
    </w:p>
    <w:p>
      <w:pPr>
        <w:pStyle w:val="Normal"/>
      </w:pPr>
      <w:r>
        <w:t>Stage 4 — Stacking and Systems</w:t>
      </w:r>
    </w:p>
    <w:p>
      <w:pPr>
        <w:pStyle w:val="Normal"/>
      </w:pPr>
      <w:r>
        <w:t>• Use the AI Income Stacks (niche playbooks) and Income Stacking Guide.</w:t>
      </w:r>
    </w:p>
    <w:p>
      <w:pPr>
        <w:pStyle w:val="Normal"/>
      </w:pPr>
      <w:r>
        <w:t>• Use blueprints like 28, 31, 32, and 36 for systems and scaling.</w:t>
      </w:r>
    </w:p>
    <w:p>
      <w:pPr>
        <w:pStyle w:val="Normal"/>
      </w:pPr>
      <w:r>
        <w:t>• Output: multiple income streams that support each other.</w:t>
      </w:r>
    </w:p>
    <w:p>
      <w:pPr>
        <w:pStyle w:val="Normal"/>
      </w:pPr>
    </w:p>
    <w:p>
      <w:pPr>
        <w:pStyle w:val="Normal"/>
      </w:pPr>
      <w:r>
        <w:t>Stage 5 — Scale or Stabilize</w:t>
      </w:r>
    </w:p>
    <w:p>
      <w:pPr>
        <w:pStyle w:val="Normal"/>
      </w:pPr>
      <w:r>
        <w:t>• Some readers will scale: more clients, more offers, more systems.</w:t>
      </w:r>
    </w:p>
    <w:p>
      <w:pPr>
        <w:pStyle w:val="Normal"/>
      </w:pPr>
      <w:r>
        <w:t>• Others will stabilize: keep things simple, maintain a solid side income.</w:t>
      </w:r>
    </w:p>
    <w:p>
      <w:pPr>
        <w:pStyle w:val="Normal"/>
      </w:pPr>
      <w:r>
        <w:t>• Both paths are valid.</w:t>
      </w:r>
    </w:p>
    <w:p>
      <w:pPr>
        <w:pStyle w:val="Normal"/>
      </w:pPr>
    </w:p>
    <w:p>
      <w:pPr>
        <w:pStyle w:val="Normal"/>
      </w:pPr>
      <w:r>
        <w:t>OUTPUTS (RIGHT COLUMN)</w:t>
      </w:r>
    </w:p>
    <w:p>
      <w:pPr>
        <w:pStyle w:val="Normal"/>
      </w:pPr>
      <w:r>
        <w:t>• Service income (client work, retainers, done-for-you projects).</w:t>
      </w:r>
    </w:p>
    <w:p>
      <w:pPr>
        <w:pStyle w:val="Normal"/>
      </w:pPr>
      <w:r>
        <w:t>• Product income (digital products, templates, micro-products, ebooks, courses).</w:t>
      </w:r>
    </w:p>
    <w:p>
      <w:pPr>
        <w:pStyle w:val="Normal"/>
      </w:pPr>
      <w:r>
        <w:t>• Systems income (automation setups, SOPs, CustomGPTs, monetization accelerators).</w:t>
      </w:r>
    </w:p>
    <w:p>
      <w:pPr>
        <w:pStyle w:val="Normal"/>
      </w:pPr>
      <w:r>
        <w:t>• Blended income (stacks that combine all three).</w:t>
      </w:r>
    </w:p>
    <w:p>
      <w:pPr>
        <w:pStyle w:val="Normal"/>
      </w:pPr>
    </w:p>
    <w:p>
      <w:pPr>
        <w:pStyle w:val="Normal"/>
      </w:pPr>
      <w:r>
        <w:t>You can explain to the reader:</w:t>
      </w:r>
    </w:p>
    <w:p>
      <w:pPr>
        <w:pStyle w:val="Normal"/>
      </w:pPr>
      <w:r>
        <w:t>• “Every blueprint you choose plugs into this Machine.”</w:t>
      </w:r>
    </w:p>
    <w:p>
      <w:pPr>
        <w:pStyle w:val="Normal"/>
      </w:pPr>
      <w:r>
        <w:t>• “You are not starting from scratch every time — you are feeding the same engine.”</w:t>
      </w:r>
    </w:p>
    <w:p>
      <w:pPr>
        <w:pStyle w:val="Normal"/>
      </w:pPr>
      <w:r>
        <w:t>• “Your goal is to keep moving from left to right, stage by stage, instead of bouncing around randomly.”</w:t>
      </w:r>
    </w:p>
    <w:p>
      <w:pPr>
        <w:pStyle w:val="Normal"/>
      </w:pPr>
    </w:p>
    <w:p>
      <w:pPr>
        <w:pStyle w:val="Normal"/>
      </w:pPr>
      <w:r>
        <w:t>You can also add small icons or labels on each blueprint page like:</w:t>
      </w:r>
    </w:p>
    <w:p>
      <w:pPr>
        <w:pStyle w:val="Normal"/>
      </w:pPr>
      <w:r>
        <w:t>• Fast Cash</w:t>
      </w:r>
    </w:p>
    <w:p>
      <w:pPr>
        <w:pStyle w:val="Normal"/>
      </w:pPr>
      <w:r>
        <w:t>• Asset Builder</w:t>
      </w:r>
    </w:p>
    <w:p>
      <w:pPr>
        <w:pStyle w:val="Normal"/>
      </w:pPr>
      <w:r>
        <w:t>• Systems &amp; Scaling</w:t>
      </w:r>
    </w:p>
    <w:p>
      <w:pPr>
        <w:pStyle w:val="Normal"/>
      </w:pPr>
      <w:r>
        <w:t>• High Ticket</w:t>
      </w:r>
    </w:p>
    <w:p>
      <w:pPr>
        <w:pStyle w:val="Normal"/>
      </w:pPr>
    </w:p>
    <w:p>
      <w:pPr>
        <w:pStyle w:val="Normal"/>
      </w:pPr>
      <w:r>
        <w:t>…so readers can see where each blueprint sits inside the Machine.</w:t>
      </w:r>
    </w:p>
    <w:p>
      <w:pPr>
        <w:pStyle w:val="Normal"/>
      </w:pPr>
    </w:p>
    <w:p>
      <w:pPr>
        <w:pStyle w:val="Normal"/>
      </w:pPr>
      <w:r>
        <w:t>--------------------------------------------------</w:t>
      </w:r>
    </w:p>
    <w:p>
      <w:pPr>
        <w:pStyle w:val="Normal"/>
      </w:pPr>
      <w:r>
        <w:t>SECTION 6 — CLIENT SCRIPT BANK</w:t>
      </w:r>
    </w:p>
    <w:p>
      <w:pPr>
        <w:pStyle w:val="Normal"/>
      </w:pPr>
      <w:r>
        <w:t>(“What Do I Actually Say?”)</w:t>
      </w:r>
    </w:p>
    <w:p>
      <w:pPr>
        <w:pStyle w:val="Normal"/>
      </w:pPr>
    </w:p>
    <w:p>
      <w:pPr>
        <w:pStyle w:val="Normal"/>
      </w:pPr>
      <w:r>
        <w:t>This section removes the scariest part for beginners: talking to people.</w:t>
      </w:r>
    </w:p>
    <w:p>
      <w:pPr>
        <w:pStyle w:val="Normal"/>
      </w:pPr>
    </w:p>
    <w:p>
      <w:pPr>
        <w:pStyle w:val="Normal"/>
      </w:pPr>
      <w:r>
        <w:t>You can put it near the end of the book or as an appendix.</w:t>
      </w:r>
    </w:p>
    <w:p>
      <w:pPr>
        <w:pStyle w:val="Normal"/>
      </w:pPr>
    </w:p>
    <w:p>
      <w:pPr>
        <w:pStyle w:val="Normal"/>
      </w:pPr>
      <w:r>
        <w:t>HOW TO USE THE SCRIPT BANK</w:t>
      </w:r>
    </w:p>
    <w:p>
      <w:pPr>
        <w:pStyle w:val="Normal"/>
      </w:pPr>
    </w:p>
    <w:p>
      <w:pPr>
        <w:pStyle w:val="Normal"/>
      </w:pPr>
      <w:r>
        <w:t>1. Pick the script category (free sample, first offer, follow-up, etc.).</w:t>
      </w:r>
    </w:p>
    <w:p>
      <w:pPr>
        <w:pStyle w:val="Normal"/>
      </w:pPr>
      <w:r>
        <w:t>2. Copy the script into your DMs or email.</w:t>
      </w:r>
    </w:p>
    <w:p>
      <w:pPr>
        <w:pStyle w:val="Normal"/>
      </w:pPr>
      <w:r>
        <w:t>3. Customize the bracketed parts to fit your blueprint and niche.</w:t>
      </w:r>
    </w:p>
    <w:p>
      <w:pPr>
        <w:pStyle w:val="Normal"/>
      </w:pPr>
      <w:r>
        <w:t>4. Send it even if you feel nervous.</w:t>
      </w:r>
    </w:p>
    <w:p>
      <w:pPr>
        <w:pStyle w:val="Normal"/>
      </w:pPr>
    </w:p>
    <w:p>
      <w:pPr>
        <w:pStyle w:val="Normal"/>
      </w:pPr>
      <w:r>
        <w:t>You can refer to these scripts from your blueprints like:</w:t>
      </w:r>
    </w:p>
    <w:p>
      <w:pPr>
        <w:pStyle w:val="Normal"/>
      </w:pPr>
      <w:r>
        <w:t>“Use Script F1 from the Client Script Bank to offer your first free sample.”</w:t>
      </w:r>
    </w:p>
    <w:p>
      <w:pPr>
        <w:pStyle w:val="Normal"/>
      </w:pPr>
    </w:p>
    <w:p>
      <w:pPr>
        <w:pStyle w:val="Normal"/>
      </w:pPr>
      <w:r>
        <w:t>SCRIPT FORMAT &amp; IDs</w:t>
      </w:r>
    </w:p>
    <w:p>
      <w:pPr>
        <w:pStyle w:val="Normal"/>
      </w:pPr>
    </w:p>
    <w:p>
      <w:pPr>
        <w:pStyle w:val="Normal"/>
      </w:pPr>
      <w:r>
        <w:t>To keep things simple, use IDs like:</w:t>
      </w:r>
    </w:p>
    <w:p>
      <w:pPr>
        <w:pStyle w:val="Normal"/>
      </w:pPr>
      <w:r>
        <w:t>• F1, F2, F3 = Free sample scripts</w:t>
      </w:r>
    </w:p>
    <w:p>
      <w:pPr>
        <w:pStyle w:val="Normal"/>
      </w:pPr>
      <w:r>
        <w:t>• P1, P2, P3 = Paid offer scripts</w:t>
      </w:r>
    </w:p>
    <w:p>
      <w:pPr>
        <w:pStyle w:val="Normal"/>
      </w:pPr>
      <w:r>
        <w:t>• FU1, FU2 = Follow-up scripts</w:t>
      </w:r>
    </w:p>
    <w:p>
      <w:pPr>
        <w:pStyle w:val="Normal"/>
      </w:pPr>
      <w:r>
        <w:t>• R1, R2 = Referral scripts</w:t>
      </w:r>
    </w:p>
    <w:p>
      <w:pPr>
        <w:pStyle w:val="Normal"/>
      </w:pPr>
      <w:r>
        <w:t>• PR1, PR2 = Price raise scripts</w:t>
      </w:r>
    </w:p>
    <w:p>
      <w:pPr>
        <w:pStyle w:val="Normal"/>
      </w:pPr>
      <w:r>
        <w:t>• PF1, PF2 = Portfolio/testimonial scripts</w:t>
      </w:r>
    </w:p>
    <w:p>
      <w:pPr>
        <w:pStyle w:val="Normal"/>
      </w:pPr>
    </w:p>
    <w:p>
      <w:pPr>
        <w:pStyle w:val="Normal"/>
      </w:pPr>
      <w:r>
        <w:t>Readers don’t need to memorize the IDs — you’ll reference them where relevant.</w:t>
      </w:r>
    </w:p>
    <w:p>
      <w:pPr>
        <w:pStyle w:val="Normal"/>
      </w:pPr>
    </w:p>
    <w:p>
      <w:pPr>
        <w:pStyle w:val="Normal"/>
      </w:pPr>
      <w:r>
        <w:t>-------------------------</w:t>
      </w:r>
    </w:p>
    <w:p>
      <w:pPr>
        <w:pStyle w:val="Normal"/>
      </w:pPr>
      <w:r>
        <w:t>FREE SAMPLE SCRIPTS (F1–F3)</w:t>
      </w:r>
    </w:p>
    <w:p>
      <w:pPr>
        <w:pStyle w:val="Normal"/>
      </w:pPr>
    </w:p>
    <w:p>
      <w:pPr>
        <w:pStyle w:val="Normal"/>
      </w:pPr>
      <w:r>
        <w:t>F1 — Classic “Testing a New Workflow” DM</w:t>
      </w:r>
    </w:p>
    <w:p>
      <w:pPr>
        <w:pStyle w:val="Normal"/>
      </w:pPr>
    </w:p>
    <w:p>
      <w:pPr>
        <w:pStyle w:val="Normal"/>
      </w:pPr>
      <w:r>
        <w:t>“Hey [Name]! I’m testing a new AI-powered workflow for [service, e.g., short-form video edits / resume upgrades / content calendars] and I’d love to try it on [1–2 of your videos / your current resume / one month of your content].</w:t>
      </w:r>
    </w:p>
    <w:p>
      <w:pPr>
        <w:pStyle w:val="Normal"/>
      </w:pPr>
    </w:p>
    <w:p>
      <w:pPr>
        <w:pStyle w:val="Normal"/>
      </w:pPr>
      <w:r>
        <w:t>No strings attached — I’ll send you [exact deliverable] so you can see the quality. If it’s useful, we can talk about doing more. Want me to put you on the list for this week?”</w:t>
      </w:r>
    </w:p>
    <w:p>
      <w:pPr>
        <w:pStyle w:val="Normal"/>
      </w:pPr>
    </w:p>
    <w:p>
      <w:pPr>
        <w:pStyle w:val="Normal"/>
      </w:pPr>
      <w:r>
        <w:t>F2 — Warm Reach-Out to Someone You Already Know</w:t>
      </w:r>
    </w:p>
    <w:p>
      <w:pPr>
        <w:pStyle w:val="Normal"/>
      </w:pPr>
    </w:p>
    <w:p>
      <w:pPr>
        <w:pStyle w:val="Normal"/>
      </w:pPr>
      <w:r>
        <w:t>“Hey [Name]! I’ve been building a new [service] using AI — it helps [type of person] get [specific outcome] much faster.</w:t>
      </w:r>
    </w:p>
    <w:p>
      <w:pPr>
        <w:pStyle w:val="Normal"/>
      </w:pPr>
    </w:p>
    <w:p>
      <w:pPr>
        <w:pStyle w:val="Normal"/>
      </w:pPr>
      <w:r>
        <w:t>I thought of you because [specific reason]. If you’d like, I can put together a free sample [video / document / calendar / asset] so you can see what it looks like for your business.”</w:t>
      </w:r>
    </w:p>
    <w:p>
      <w:pPr>
        <w:pStyle w:val="Normal"/>
      </w:pPr>
    </w:p>
    <w:p>
      <w:pPr>
        <w:pStyle w:val="Normal"/>
      </w:pPr>
      <w:r>
        <w:t>F3 — Group Post Script (For Social Media)</w:t>
      </w:r>
    </w:p>
    <w:p>
      <w:pPr>
        <w:pStyle w:val="Normal"/>
      </w:pPr>
    </w:p>
    <w:p>
      <w:pPr>
        <w:pStyle w:val="Normal"/>
      </w:pPr>
      <w:r>
        <w:t>“I’m testing a new AI system that does [short description: ‘turns long videos into 10+ short clips’, ‘rewrites resumes for specific jobs’, etc.].</w:t>
      </w:r>
    </w:p>
    <w:p>
      <w:pPr>
        <w:pStyle w:val="Normal"/>
      </w:pPr>
    </w:p>
    <w:p>
      <w:pPr>
        <w:pStyle w:val="Normal"/>
      </w:pPr>
      <w:r>
        <w:t>If you want me to run it on one of your [videos / resumes / offers / listings], comment ‘TEST’ or DM me ‘TEST’ and I’ll do a free sample for a few people this week.”</w:t>
      </w:r>
    </w:p>
    <w:p>
      <w:pPr>
        <w:pStyle w:val="Normal"/>
      </w:pPr>
    </w:p>
    <w:p>
      <w:pPr>
        <w:pStyle w:val="Normal"/>
      </w:pPr>
      <w:r>
        <w:t>-------------------------</w:t>
      </w:r>
    </w:p>
    <w:p>
      <w:pPr>
        <w:pStyle w:val="Normal"/>
      </w:pPr>
      <w:r>
        <w:t>PAID OFFER SCRIPTS (P1–P3)</w:t>
      </w:r>
    </w:p>
    <w:p>
      <w:pPr>
        <w:pStyle w:val="Normal"/>
      </w:pPr>
    </w:p>
    <w:p>
      <w:pPr>
        <w:pStyle w:val="Normal"/>
      </w:pPr>
      <w:r>
        <w:t>P1 — Convert a Happy Free Sample</w:t>
      </w:r>
    </w:p>
    <w:p>
      <w:pPr>
        <w:pStyle w:val="Normal"/>
      </w:pPr>
    </w:p>
    <w:p>
      <w:pPr>
        <w:pStyle w:val="Normal"/>
      </w:pPr>
      <w:r>
        <w:t>“Glad you liked the sample 🙂</w:t>
      </w:r>
    </w:p>
    <w:p>
      <w:pPr>
        <w:pStyle w:val="Normal"/>
      </w:pPr>
    </w:p>
    <w:p>
      <w:pPr>
        <w:pStyle w:val="Normal"/>
      </w:pPr>
      <w:r>
        <w:t>If you’d like, I can do this on a more consistent basis for you. Here’s what that would look like:</w:t>
      </w:r>
    </w:p>
    <w:p>
      <w:pPr>
        <w:pStyle w:val="Normal"/>
      </w:pPr>
    </w:p>
    <w:p>
      <w:pPr>
        <w:pStyle w:val="Normal"/>
      </w:pPr>
      <w:r>
        <w:t>• [X deliverables per week/month]</w:t>
      </w:r>
    </w:p>
    <w:p>
      <w:pPr>
        <w:pStyle w:val="Normal"/>
      </w:pPr>
      <w:r>
        <w:t>• Turnaround time: [timeframe]</w:t>
      </w:r>
    </w:p>
    <w:p>
      <w:pPr>
        <w:pStyle w:val="Normal"/>
      </w:pPr>
      <w:r>
        <w:t>• Investment: [price]</w:t>
      </w:r>
    </w:p>
    <w:p>
      <w:pPr>
        <w:pStyle w:val="Normal"/>
      </w:pPr>
    </w:p>
    <w:p>
      <w:pPr>
        <w:pStyle w:val="Normal"/>
      </w:pPr>
      <w:r>
        <w:t>No pressure at all — if you want to try it for [1 week / 1 project] and then decide, we can keep it super simple.”</w:t>
      </w:r>
    </w:p>
    <w:p>
      <w:pPr>
        <w:pStyle w:val="Normal"/>
      </w:pPr>
    </w:p>
    <w:p>
      <w:pPr>
        <w:pStyle w:val="Normal"/>
      </w:pPr>
      <w:r>
        <w:t>P2 — Simple Package Offer</w:t>
      </w:r>
    </w:p>
    <w:p>
      <w:pPr>
        <w:pStyle w:val="Normal"/>
      </w:pPr>
    </w:p>
    <w:p>
      <w:pPr>
        <w:pStyle w:val="Normal"/>
      </w:pPr>
      <w:r>
        <w:t>“Based on what you’re doing, the best starting point I’d recommend is:</w:t>
      </w:r>
    </w:p>
    <w:p>
      <w:pPr>
        <w:pStyle w:val="Normal"/>
      </w:pPr>
    </w:p>
    <w:p>
      <w:pPr>
        <w:pStyle w:val="Normal"/>
      </w:pPr>
      <w:r>
        <w:t>• [Package name, e.g., ‘10-Clip Starter Pack’ / ‘Resume + LinkedIn Makeover’]</w:t>
      </w:r>
    </w:p>
    <w:p>
      <w:pPr>
        <w:pStyle w:val="Normal"/>
      </w:pPr>
      <w:r>
        <w:t>• Includes: [3–5 bullet points of what they get]</w:t>
      </w:r>
    </w:p>
    <w:p>
      <w:pPr>
        <w:pStyle w:val="Normal"/>
      </w:pPr>
      <w:r>
        <w:t>• Price: [$$]</w:t>
      </w:r>
    </w:p>
    <w:p>
      <w:pPr>
        <w:pStyle w:val="Normal"/>
      </w:pPr>
    </w:p>
    <w:p>
      <w:pPr>
        <w:pStyle w:val="Normal"/>
      </w:pPr>
      <w:r>
        <w:t>If that feels good, I can get started as soon as [day].”</w:t>
      </w:r>
    </w:p>
    <w:p>
      <w:pPr>
        <w:pStyle w:val="Normal"/>
      </w:pPr>
    </w:p>
    <w:p>
      <w:pPr>
        <w:pStyle w:val="Normal"/>
      </w:pPr>
      <w:r>
        <w:t>P3 — Outcome-Focused Offer</w:t>
      </w:r>
    </w:p>
    <w:p>
      <w:pPr>
        <w:pStyle w:val="Normal"/>
      </w:pPr>
    </w:p>
    <w:p>
      <w:pPr>
        <w:pStyle w:val="Normal"/>
      </w:pPr>
      <w:r>
        <w:t>“Instead of just selling [edits / documents / assets], the outcome I’d focus on for you is [more leads / more interviews / more content with less effort].</w:t>
      </w:r>
    </w:p>
    <w:p>
      <w:pPr>
        <w:pStyle w:val="Normal"/>
      </w:pPr>
    </w:p>
    <w:p>
      <w:pPr>
        <w:pStyle w:val="Normal"/>
      </w:pPr>
      <w:r>
        <w:t>Here’s a simple offer that helps with that:</w:t>
      </w:r>
    </w:p>
    <w:p>
      <w:pPr>
        <w:pStyle w:val="Normal"/>
      </w:pPr>
      <w:r>
        <w:t>[Short description of blueprint-based service].</w:t>
      </w:r>
    </w:p>
    <w:p>
      <w:pPr>
        <w:pStyle w:val="Normal"/>
      </w:pPr>
    </w:p>
    <w:p>
      <w:pPr>
        <w:pStyle w:val="Normal"/>
      </w:pPr>
      <w:r>
        <w:t>Would you like me to walk you through what that could look like over the next 30 days?”</w:t>
      </w:r>
    </w:p>
    <w:p>
      <w:pPr>
        <w:pStyle w:val="Normal"/>
      </w:pPr>
    </w:p>
    <w:p>
      <w:pPr>
        <w:pStyle w:val="Normal"/>
      </w:pPr>
      <w:r>
        <w:t>-------------------------</w:t>
      </w:r>
    </w:p>
    <w:p>
      <w:pPr>
        <w:pStyle w:val="Normal"/>
      </w:pPr>
      <w:r>
        <w:t>FOLLOW-UP SCRIPTS (FU1–FU3)</w:t>
      </w:r>
    </w:p>
    <w:p>
      <w:pPr>
        <w:pStyle w:val="Normal"/>
      </w:pPr>
    </w:p>
    <w:p>
      <w:pPr>
        <w:pStyle w:val="Normal"/>
      </w:pPr>
      <w:r>
        <w:t>FU1 — Friendly Nudge</w:t>
      </w:r>
    </w:p>
    <w:p>
      <w:pPr>
        <w:pStyle w:val="Normal"/>
      </w:pPr>
    </w:p>
    <w:p>
      <w:pPr>
        <w:pStyle w:val="Normal"/>
      </w:pPr>
      <w:r>
        <w:t>“Hey [Name] — just checking in on this.</w:t>
      </w:r>
    </w:p>
    <w:p>
      <w:pPr>
        <w:pStyle w:val="Normal"/>
      </w:pPr>
    </w:p>
    <w:p>
      <w:pPr>
        <w:pStyle w:val="Normal"/>
      </w:pPr>
      <w:r>
        <w:t>Totally okay if now’s not the right time — just wanted to make sure this didn’t get buried. If you’re still interested, I’ve got [1–2] spots open this week.”</w:t>
      </w:r>
    </w:p>
    <w:p>
      <w:pPr>
        <w:pStyle w:val="Normal"/>
      </w:pPr>
    </w:p>
    <w:p>
      <w:pPr>
        <w:pStyle w:val="Normal"/>
      </w:pPr>
      <w:r>
        <w:t>FU2 — “Open the Door Again” Follow-Up</w:t>
      </w:r>
    </w:p>
    <w:p>
      <w:pPr>
        <w:pStyle w:val="Normal"/>
      </w:pPr>
    </w:p>
    <w:p>
      <w:pPr>
        <w:pStyle w:val="Normal"/>
      </w:pPr>
      <w:r>
        <w:t>“Quick note: I’m locking in my client schedule for [next week / next month].</w:t>
      </w:r>
    </w:p>
    <w:p>
      <w:pPr>
        <w:pStyle w:val="Normal"/>
      </w:pPr>
    </w:p>
    <w:p>
      <w:pPr>
        <w:pStyle w:val="Normal"/>
      </w:pPr>
      <w:r>
        <w:t>If you’d still like help with [specific outcome], I can hold a spot for you.</w:t>
      </w:r>
    </w:p>
    <w:p>
      <w:pPr>
        <w:pStyle w:val="Normal"/>
      </w:pPr>
    </w:p>
    <w:p>
      <w:pPr>
        <w:pStyle w:val="Normal"/>
      </w:pPr>
      <w:r>
        <w:t>If not, no worries at all — I appreciate you taking a look either way.”</w:t>
      </w:r>
    </w:p>
    <w:p>
      <w:pPr>
        <w:pStyle w:val="Normal"/>
      </w:pPr>
    </w:p>
    <w:p>
      <w:pPr>
        <w:pStyle w:val="Normal"/>
      </w:pPr>
      <w:r>
        <w:t>FU3 — Pivot to Free Value</w:t>
      </w:r>
    </w:p>
    <w:p>
      <w:pPr>
        <w:pStyle w:val="Normal"/>
      </w:pPr>
    </w:p>
    <w:p>
      <w:pPr>
        <w:pStyle w:val="Normal"/>
      </w:pPr>
      <w:r>
        <w:t>“Completely understand if now’s not the right time.</w:t>
      </w:r>
    </w:p>
    <w:p>
      <w:pPr>
        <w:pStyle w:val="Normal"/>
      </w:pPr>
    </w:p>
    <w:p>
      <w:pPr>
        <w:pStyle w:val="Normal"/>
      </w:pPr>
      <w:r>
        <w:t>If it helps, I’m happy to send over a quick suggestion or two for [their situation: content ideas, resume tweaks, listing improvements] that you can use on your own, no charge.”</w:t>
      </w:r>
    </w:p>
    <w:p>
      <w:pPr>
        <w:pStyle w:val="Normal"/>
      </w:pPr>
    </w:p>
    <w:p>
      <w:pPr>
        <w:pStyle w:val="Normal"/>
      </w:pPr>
      <w:r>
        <w:t>-------------------------</w:t>
      </w:r>
    </w:p>
    <w:p>
      <w:pPr>
        <w:pStyle w:val="Normal"/>
      </w:pPr>
      <w:r>
        <w:t>REFERRAL SCRIPTS (R1–R3)</w:t>
      </w:r>
    </w:p>
    <w:p>
      <w:pPr>
        <w:pStyle w:val="Normal"/>
      </w:pPr>
    </w:p>
    <w:p>
      <w:pPr>
        <w:pStyle w:val="Normal"/>
      </w:pPr>
      <w:r>
        <w:t>R1 — After a Positive Result</w:t>
      </w:r>
    </w:p>
    <w:p>
      <w:pPr>
        <w:pStyle w:val="Normal"/>
      </w:pPr>
    </w:p>
    <w:p>
      <w:pPr>
        <w:pStyle w:val="Normal"/>
      </w:pPr>
      <w:r>
        <w:t>“Hey [Name], I’m really glad [specific result] worked well for you.</w:t>
      </w:r>
    </w:p>
    <w:p>
      <w:pPr>
        <w:pStyle w:val="Normal"/>
      </w:pPr>
    </w:p>
    <w:p>
      <w:pPr>
        <w:pStyle w:val="Normal"/>
      </w:pPr>
      <w:r>
        <w:t>If you know anyone else who could use [this service / this kind of result], I’d really appreciate an intro. Even a quick group DM or email with a line like ‘Hey, I think you two should talk’ would be amazing.”</w:t>
      </w:r>
    </w:p>
    <w:p>
      <w:pPr>
        <w:pStyle w:val="Normal"/>
      </w:pPr>
    </w:p>
    <w:p>
      <w:pPr>
        <w:pStyle w:val="Normal"/>
      </w:pPr>
      <w:r>
        <w:t>R2 — Soft Referral Ask</w:t>
      </w:r>
    </w:p>
    <w:p>
      <w:pPr>
        <w:pStyle w:val="Normal"/>
      </w:pPr>
    </w:p>
    <w:p>
      <w:pPr>
        <w:pStyle w:val="Normal"/>
      </w:pPr>
      <w:r>
        <w:t>“If anyone comes to mind who’s struggling with [problem you solve], feel free to send them my way. Even if they just want a quick opinion or free sample, I’m happy to help.”</w:t>
      </w:r>
    </w:p>
    <w:p>
      <w:pPr>
        <w:pStyle w:val="Normal"/>
      </w:pPr>
    </w:p>
    <w:p>
      <w:pPr>
        <w:pStyle w:val="Normal"/>
      </w:pPr>
      <w:r>
        <w:t>R3 — Referral + Small Incentive</w:t>
      </w:r>
    </w:p>
    <w:p>
      <w:pPr>
        <w:pStyle w:val="Normal"/>
      </w:pPr>
    </w:p>
    <w:p>
      <w:pPr>
        <w:pStyle w:val="Normal"/>
      </w:pPr>
      <w:r>
        <w:t>“For the next month, I’m giving anyone who sends a referral a [small bonus: extra edits, extra templates, a discount on next project].</w:t>
      </w:r>
    </w:p>
    <w:p>
      <w:pPr>
        <w:pStyle w:val="Normal"/>
      </w:pPr>
    </w:p>
    <w:p>
      <w:pPr>
        <w:pStyle w:val="Normal"/>
      </w:pPr>
      <w:r>
        <w:t>If you know someone who might benefit from [service], I’d love an introduction — and I’ll make sure you’re taken care of too.”</w:t>
      </w:r>
    </w:p>
    <w:p>
      <w:pPr>
        <w:pStyle w:val="Normal"/>
      </w:pPr>
    </w:p>
    <w:p>
      <w:pPr>
        <w:pStyle w:val="Normal"/>
      </w:pPr>
      <w:r>
        <w:t>-------------------------</w:t>
      </w:r>
    </w:p>
    <w:p>
      <w:pPr>
        <w:pStyle w:val="Normal"/>
      </w:pPr>
      <w:r>
        <w:t>PRICE RAISE SCRIPTS (PR1–PR2)</w:t>
      </w:r>
    </w:p>
    <w:p>
      <w:pPr>
        <w:pStyle w:val="Normal"/>
      </w:pPr>
    </w:p>
    <w:p>
      <w:pPr>
        <w:pStyle w:val="Normal"/>
      </w:pPr>
      <w:r>
        <w:t>PR1 — For Existing Clients</w:t>
      </w:r>
    </w:p>
    <w:p>
      <w:pPr>
        <w:pStyle w:val="Normal"/>
      </w:pPr>
    </w:p>
    <w:p>
      <w:pPr>
        <w:pStyle w:val="Normal"/>
      </w:pPr>
      <w:r>
        <w:t>“Hey [Name]! I wanted to give you a heads up: starting [date], my standard rate for [service] will be [new rate].</w:t>
      </w:r>
    </w:p>
    <w:p>
      <w:pPr>
        <w:pStyle w:val="Normal"/>
      </w:pPr>
    </w:p>
    <w:p>
      <w:pPr>
        <w:pStyle w:val="Normal"/>
      </w:pPr>
      <w:r>
        <w:t>Since you were one of my earlier clients, I’m happy to lock you in at [current or slightly adjusted rate] for the next [X months] if you’d like to continue.</w:t>
      </w:r>
    </w:p>
    <w:p>
      <w:pPr>
        <w:pStyle w:val="Normal"/>
      </w:pPr>
    </w:p>
    <w:p>
      <w:pPr>
        <w:pStyle w:val="Normal"/>
      </w:pPr>
      <w:r>
        <w:t>Either way, I appreciate you trusting me with your [videos / content / assets].”</w:t>
      </w:r>
    </w:p>
    <w:p>
      <w:pPr>
        <w:pStyle w:val="Normal"/>
      </w:pPr>
    </w:p>
    <w:p>
      <w:pPr>
        <w:pStyle w:val="Normal"/>
      </w:pPr>
      <w:r>
        <w:t>PR2 — For New Inquiries After You’ve Gained Proof</w:t>
      </w:r>
    </w:p>
    <w:p>
      <w:pPr>
        <w:pStyle w:val="Normal"/>
      </w:pPr>
    </w:p>
    <w:p>
      <w:pPr>
        <w:pStyle w:val="Normal"/>
      </w:pPr>
      <w:r>
        <w:t>“Right now this package is [new price].</w:t>
      </w:r>
    </w:p>
    <w:p>
      <w:pPr>
        <w:pStyle w:val="Normal"/>
      </w:pPr>
    </w:p>
    <w:p>
      <w:pPr>
        <w:pStyle w:val="Normal"/>
      </w:pPr>
      <w:r>
        <w:t>When I first started offering it, it was [old price], but since then I’ve [improved the workflow / added more deliverables / gotten stronger results].</w:t>
      </w:r>
    </w:p>
    <w:p>
      <w:pPr>
        <w:pStyle w:val="Normal"/>
      </w:pPr>
    </w:p>
    <w:p>
      <w:pPr>
        <w:pStyle w:val="Normal"/>
      </w:pPr>
      <w:r>
        <w:t>If that fits your budget, I’d be excited to help. If not, I’m happy to suggest a lighter version that still moves you forward.”</w:t>
      </w:r>
    </w:p>
    <w:p>
      <w:pPr>
        <w:pStyle w:val="Normal"/>
      </w:pPr>
    </w:p>
    <w:p>
      <w:pPr>
        <w:pStyle w:val="Normal"/>
      </w:pPr>
      <w:r>
        <w:t>-------------------------</w:t>
      </w:r>
    </w:p>
    <w:p>
      <w:pPr>
        <w:pStyle w:val="Normal"/>
      </w:pPr>
      <w:r>
        <w:t>PORTFOLIO &amp; TESTIMONIAL SCRIPTS (PF1–PF3)</w:t>
      </w:r>
    </w:p>
    <w:p>
      <w:pPr>
        <w:pStyle w:val="Normal"/>
      </w:pPr>
    </w:p>
    <w:p>
      <w:pPr>
        <w:pStyle w:val="Normal"/>
      </w:pPr>
      <w:r>
        <w:t>PF1 — Asking to Use Work in Portfolio</w:t>
      </w:r>
    </w:p>
    <w:p>
      <w:pPr>
        <w:pStyle w:val="Normal"/>
      </w:pPr>
    </w:p>
    <w:p>
      <w:pPr>
        <w:pStyle w:val="Normal"/>
      </w:pPr>
      <w:r>
        <w:t>“Hey [Name]! I’m putting together a small portfolio of projects.</w:t>
      </w:r>
    </w:p>
    <w:p>
      <w:pPr>
        <w:pStyle w:val="Normal"/>
      </w:pPr>
    </w:p>
    <w:p>
      <w:pPr>
        <w:pStyle w:val="Normal"/>
      </w:pPr>
      <w:r>
        <w:t>Would you be okay with me using [this project / a blurred version / a screenshot] as an example of my work? I’m happy to hide any sensitive details.”</w:t>
      </w:r>
    </w:p>
    <w:p>
      <w:pPr>
        <w:pStyle w:val="Normal"/>
      </w:pPr>
    </w:p>
    <w:p>
      <w:pPr>
        <w:pStyle w:val="Normal"/>
      </w:pPr>
      <w:r>
        <w:t>PF2 — Simple Testimonial Request</w:t>
      </w:r>
    </w:p>
    <w:p>
      <w:pPr>
        <w:pStyle w:val="Normal"/>
      </w:pPr>
    </w:p>
    <w:p>
      <w:pPr>
        <w:pStyle w:val="Normal"/>
      </w:pPr>
      <w:r>
        <w:t>“If you have 1–2 minutes, would you be open to sending me a quick line or two about what it was like working together and the result you got?</w:t>
      </w:r>
    </w:p>
    <w:p>
      <w:pPr>
        <w:pStyle w:val="Normal"/>
      </w:pPr>
    </w:p>
    <w:p>
      <w:pPr>
        <w:pStyle w:val="Normal"/>
      </w:pPr>
      <w:r>
        <w:t>Even something short like ‘[Name] helped me go from X to Y’ would help a lot.”</w:t>
      </w:r>
    </w:p>
    <w:p>
      <w:pPr>
        <w:pStyle w:val="Normal"/>
      </w:pPr>
    </w:p>
    <w:p>
      <w:pPr>
        <w:pStyle w:val="Normal"/>
      </w:pPr>
      <w:r>
        <w:t>PF3 — Testimonial Prompt (Make It Easy for Them)</w:t>
      </w:r>
    </w:p>
    <w:p>
      <w:pPr>
        <w:pStyle w:val="Normal"/>
      </w:pPr>
    </w:p>
    <w:p>
      <w:pPr>
        <w:pStyle w:val="Normal"/>
      </w:pPr>
      <w:r>
        <w:t>“To make it super easy, you can finish one of these sentences:</w:t>
      </w:r>
    </w:p>
    <w:p>
      <w:pPr>
        <w:pStyle w:val="Normal"/>
      </w:pPr>
    </w:p>
    <w:p>
      <w:pPr>
        <w:pStyle w:val="Normal"/>
      </w:pPr>
      <w:r>
        <w:t>• ‘Before working with [Name], I…’</w:t>
      </w:r>
    </w:p>
    <w:p>
      <w:pPr>
        <w:pStyle w:val="Normal"/>
      </w:pPr>
      <w:r>
        <w:t>• ‘After working with [Name], now I…’</w:t>
      </w:r>
    </w:p>
    <w:p>
      <w:pPr>
        <w:pStyle w:val="Normal"/>
      </w:pPr>
      <w:r>
        <w:t>• ‘My favorite part of working with [Name] was…’</w:t>
      </w:r>
    </w:p>
    <w:p>
      <w:pPr>
        <w:pStyle w:val="Normal"/>
      </w:pPr>
    </w:p>
    <w:p>
      <w:pPr>
        <w:pStyle w:val="Normal"/>
      </w:pPr>
      <w:r>
        <w:t>Whatever feels honest to you is perfect.”</w:t>
      </w:r>
    </w:p>
    <w:p>
      <w:pPr>
        <w:pStyle w:val="Normal"/>
      </w:pPr>
    </w:p>
    <w:p>
      <w:pPr>
        <w:pStyle w:val="Normal"/>
      </w:pPr>
      <w:r>
        <w:t>--------------------------------------------------</w:t>
      </w:r>
    </w:p>
    <w:p>
      <w:pPr>
        <w:pStyle w:val="Normal"/>
      </w:pPr>
      <w:r>
        <w:t>SECTION 7 — THE OPERATOR EDGE: TASTE, ETHICS &amp; TRUST IN THE AI ERA</w:t>
      </w:r>
    </w:p>
    <w:p>
      <w:pPr>
        <w:pStyle w:val="Normal"/>
      </w:pPr>
    </w:p>
    <w:p>
      <w:pPr>
        <w:pStyle w:val="Normal"/>
      </w:pPr>
      <w:r>
        <w:t>Most books talk about tools.</w:t>
      </w:r>
    </w:p>
    <w:p>
      <w:pPr>
        <w:pStyle w:val="Normal"/>
      </w:pPr>
      <w:r>
        <w:t>This section gives your reader an edge most people never think about: how to develop taste, set ethical guardrails, and build long-term trust.</w:t>
      </w:r>
    </w:p>
    <w:p>
      <w:pPr>
        <w:pStyle w:val="Normal"/>
      </w:pPr>
    </w:p>
    <w:p>
      <w:pPr>
        <w:pStyle w:val="Normal"/>
      </w:pPr>
      <w:r>
        <w:t>You can frame it as:</w:t>
      </w:r>
    </w:p>
    <w:p>
      <w:pPr>
        <w:pStyle w:val="Normal"/>
      </w:pPr>
      <w:r>
        <w:t>“This is how you become someone people want to work with again and again — not just someone who knows how to use AI.”</w:t>
      </w:r>
    </w:p>
    <w:p>
      <w:pPr>
        <w:pStyle w:val="Normal"/>
      </w:pPr>
    </w:p>
    <w:p>
      <w:pPr>
        <w:pStyle w:val="Normal"/>
      </w:pPr>
      <w:r>
        <w:t>-------------------------</w:t>
      </w:r>
    </w:p>
    <w:p>
      <w:pPr>
        <w:pStyle w:val="Normal"/>
      </w:pPr>
      <w:r>
        <w:t>PART 1 — TASTE (QUALITY JUDGMENT)</w:t>
      </w:r>
    </w:p>
    <w:p>
      <w:pPr>
        <w:pStyle w:val="Normal"/>
      </w:pPr>
    </w:p>
    <w:p>
      <w:pPr>
        <w:pStyle w:val="Normal"/>
      </w:pPr>
      <w:r>
        <w:t>AI can generate endless output.</w:t>
      </w:r>
    </w:p>
    <w:p>
      <w:pPr>
        <w:pStyle w:val="Normal"/>
      </w:pPr>
      <w:r>
        <w:t>Taste is knowing what’s actually good.</w:t>
      </w:r>
    </w:p>
    <w:p>
      <w:pPr>
        <w:pStyle w:val="Normal"/>
      </w:pPr>
    </w:p>
    <w:p>
      <w:pPr>
        <w:pStyle w:val="Normal"/>
      </w:pPr>
      <w:r>
        <w:t>How to build taste quickly:</w:t>
      </w:r>
    </w:p>
    <w:p>
      <w:pPr>
        <w:pStyle w:val="Normal"/>
      </w:pPr>
      <w:r>
        <w:t>• Compare: Ask AI for 3–5 variations and look at them side by side. Which feels clearest? Which would YOU click or say yes to?</w:t>
      </w:r>
    </w:p>
    <w:p>
      <w:pPr>
        <w:pStyle w:val="Normal"/>
      </w:pPr>
      <w:r>
        <w:t>• Reverse-engineer: Save examples of great work in your niche (ads, videos, products, emails) and ask:</w:t>
      </w:r>
    </w:p>
    <w:p>
      <w:pPr>
        <w:pStyle w:val="Normal"/>
      </w:pPr>
      <w:r>
        <w:t xml:space="preserve">  “What makes this strong? Break it down for me.”</w:t>
      </w:r>
    </w:p>
    <w:p>
      <w:pPr>
        <w:pStyle w:val="Normal"/>
      </w:pPr>
      <w:r>
        <w:t>• Ask for critique: Prompt AI with “Critique this like a tough client. What would you ask me to improve?”</w:t>
      </w:r>
    </w:p>
    <w:p>
      <w:pPr>
        <w:pStyle w:val="Normal"/>
      </w:pPr>
    </w:p>
    <w:p>
      <w:pPr>
        <w:pStyle w:val="Normal"/>
      </w:pPr>
      <w:r>
        <w:t>Simple “Taste Checklist” before you send work:</w:t>
      </w:r>
    </w:p>
    <w:p>
      <w:pPr>
        <w:pStyle w:val="Normal"/>
      </w:pPr>
      <w:r>
        <w:t>• Is this clear on the first read or watch?</w:t>
      </w:r>
    </w:p>
    <w:p>
      <w:pPr>
        <w:pStyle w:val="Normal"/>
      </w:pPr>
      <w:r>
        <w:t>• Does this feel like something I’d be proud to put my name on?</w:t>
      </w:r>
    </w:p>
    <w:p>
      <w:pPr>
        <w:pStyle w:val="Normal"/>
      </w:pPr>
      <w:r>
        <w:t>• Is there anything confusing, sloppy, or obviously generic?</w:t>
      </w:r>
    </w:p>
    <w:p>
      <w:pPr>
        <w:pStyle w:val="Normal"/>
      </w:pPr>
      <w:r>
        <w:t>• Can I remove anything and make it simpler without losing meaning?</w:t>
      </w:r>
    </w:p>
    <w:p>
      <w:pPr>
        <w:pStyle w:val="Normal"/>
      </w:pPr>
    </w:p>
    <w:p>
      <w:pPr>
        <w:pStyle w:val="Normal"/>
      </w:pPr>
      <w:r>
        <w:t>Your message to the reader:</w:t>
      </w:r>
    </w:p>
    <w:p>
      <w:pPr>
        <w:pStyle w:val="Normal"/>
      </w:pPr>
      <w:r>
        <w:t>“AI multiplies what you accept. Raise your standards, then let AI help you meet them faster.”</w:t>
      </w:r>
    </w:p>
    <w:p>
      <w:pPr>
        <w:pStyle w:val="Normal"/>
      </w:pPr>
    </w:p>
    <w:p>
      <w:pPr>
        <w:pStyle w:val="Normal"/>
      </w:pPr>
      <w:r>
        <w:t>-------------------------</w:t>
      </w:r>
    </w:p>
    <w:p>
      <w:pPr>
        <w:pStyle w:val="Normal"/>
      </w:pPr>
      <w:r>
        <w:t>PART 2 — ETHICS (WHERE YOU DRAW THE LINE)</w:t>
      </w:r>
    </w:p>
    <w:p>
      <w:pPr>
        <w:pStyle w:val="Normal"/>
      </w:pPr>
    </w:p>
    <w:p>
      <w:pPr>
        <w:pStyle w:val="Normal"/>
      </w:pPr>
      <w:r>
        <w:t>AI is powerful. That means your ethics matter more, not less.</w:t>
      </w:r>
    </w:p>
    <w:p>
      <w:pPr>
        <w:pStyle w:val="Normal"/>
      </w:pPr>
    </w:p>
    <w:p>
      <w:pPr>
        <w:pStyle w:val="Normal"/>
      </w:pPr>
      <w:r>
        <w:t>Simple ethical rules for AI-powered operators:</w:t>
      </w:r>
    </w:p>
    <w:p>
      <w:pPr>
        <w:pStyle w:val="Normal"/>
      </w:pPr>
      <w:r>
        <w:t>• Don’t pretend you did everything by hand — your value is in the result and your judgment, not in suffering.</w:t>
      </w:r>
    </w:p>
    <w:p>
      <w:pPr>
        <w:pStyle w:val="Normal"/>
      </w:pPr>
      <w:r>
        <w:t>• Don’t pass off someone else’s work or style as your own — especially if AI trained on it.</w:t>
      </w:r>
    </w:p>
    <w:p>
      <w:pPr>
        <w:pStyle w:val="Normal"/>
      </w:pPr>
      <w:r>
        <w:t>• Don’t feed sensitive client data into tools that don’t allow it.</w:t>
      </w:r>
    </w:p>
    <w:p>
      <w:pPr>
        <w:pStyle w:val="Normal"/>
      </w:pPr>
      <w:r>
        <w:t>• Don’t fabricate testimonials, results, or case studies.</w:t>
      </w:r>
    </w:p>
    <w:p>
      <w:pPr>
        <w:pStyle w:val="Normal"/>
      </w:pPr>
    </w:p>
    <w:p>
      <w:pPr>
        <w:pStyle w:val="Normal"/>
      </w:pPr>
      <w:r>
        <w:t>Instead, do this:</w:t>
      </w:r>
    </w:p>
    <w:p>
      <w:pPr>
        <w:pStyle w:val="Normal"/>
      </w:pPr>
      <w:r>
        <w:t>• Use AI as a collaborator, not a cheat code.</w:t>
      </w:r>
    </w:p>
    <w:p>
      <w:pPr>
        <w:pStyle w:val="Normal"/>
      </w:pPr>
      <w:r>
        <w:t>• Be honest when clients ask “Do you use AI?” — answer with confidence: “Yes. It lets me deliver faster and better, and I still personally check everything.”</w:t>
      </w:r>
    </w:p>
    <w:p>
      <w:pPr>
        <w:pStyle w:val="Normal"/>
      </w:pPr>
      <w:r>
        <w:t>• Clearly state any limits: “I’m not a lawyer/accountant; this isn’t legal or financial advice.”</w:t>
      </w:r>
    </w:p>
    <w:p>
      <w:pPr>
        <w:pStyle w:val="Normal"/>
      </w:pPr>
    </w:p>
    <w:p>
      <w:pPr>
        <w:pStyle w:val="Normal"/>
      </w:pPr>
      <w:r>
        <w:t>Include a short “Ethical AI Checklist”:</w:t>
      </w:r>
    </w:p>
    <w:p>
      <w:pPr>
        <w:pStyle w:val="Normal"/>
      </w:pPr>
      <w:r>
        <w:t>• Is this my client’s data, and have I used it within the boundaries they’d expect?</w:t>
      </w:r>
    </w:p>
    <w:p>
      <w:pPr>
        <w:pStyle w:val="Normal"/>
      </w:pPr>
      <w:r>
        <w:t>• Have I double-checked facts AI gave me?</w:t>
      </w:r>
    </w:p>
    <w:p>
      <w:pPr>
        <w:pStyle w:val="Normal"/>
      </w:pPr>
      <w:r>
        <w:t>• Am I willing to stand behind this work with my real name?</w:t>
      </w:r>
    </w:p>
    <w:p>
      <w:pPr>
        <w:pStyle w:val="Normal"/>
      </w:pPr>
    </w:p>
    <w:p>
      <w:pPr>
        <w:pStyle w:val="Normal"/>
      </w:pPr>
      <w:r>
        <w:t>-------------------------</w:t>
      </w:r>
    </w:p>
    <w:p>
      <w:pPr>
        <w:pStyle w:val="Normal"/>
      </w:pPr>
      <w:r>
        <w:t>PART 3 — TRUST (HOW YOU BECOME THE OBVIOUS CHOICE)</w:t>
      </w:r>
    </w:p>
    <w:p>
      <w:pPr>
        <w:pStyle w:val="Normal"/>
      </w:pPr>
    </w:p>
    <w:p>
      <w:pPr>
        <w:pStyle w:val="Normal"/>
      </w:pPr>
      <w:r>
        <w:t>Clients, customers, and collaborators don’t want the cheapest person.</w:t>
      </w:r>
    </w:p>
    <w:p>
      <w:pPr>
        <w:pStyle w:val="Normal"/>
      </w:pPr>
    </w:p>
    <w:p>
      <w:pPr>
        <w:pStyle w:val="Normal"/>
      </w:pPr>
      <w:r>
        <w:t>They want:</w:t>
      </w:r>
    </w:p>
    <w:p>
      <w:pPr>
        <w:pStyle w:val="Normal"/>
      </w:pPr>
      <w:r>
        <w:t>• someone who does what they say they’ll do</w:t>
      </w:r>
    </w:p>
    <w:p>
      <w:pPr>
        <w:pStyle w:val="Normal"/>
      </w:pPr>
      <w:r>
        <w:t>• someone who communicates clearly</w:t>
      </w:r>
    </w:p>
    <w:p>
      <w:pPr>
        <w:pStyle w:val="Normal"/>
      </w:pPr>
      <w:r>
        <w:t>• someone who fixes things when they go wrong</w:t>
      </w:r>
    </w:p>
    <w:p>
      <w:pPr>
        <w:pStyle w:val="Normal"/>
      </w:pPr>
      <w:r>
        <w:t>• someone they don’t have to chase</w:t>
      </w:r>
    </w:p>
    <w:p>
      <w:pPr>
        <w:pStyle w:val="Normal"/>
      </w:pPr>
    </w:p>
    <w:p>
      <w:pPr>
        <w:pStyle w:val="Normal"/>
      </w:pPr>
      <w:r>
        <w:t>You can teach your reader a simple “Trust Operating System”:</w:t>
      </w:r>
    </w:p>
    <w:p>
      <w:pPr>
        <w:pStyle w:val="Normal"/>
      </w:pPr>
    </w:p>
    <w:p>
      <w:pPr>
        <w:pStyle w:val="Normal"/>
      </w:pPr>
      <w:r>
        <w:t>1. Be clear up front</w:t>
      </w:r>
    </w:p>
    <w:p>
      <w:pPr>
        <w:pStyle w:val="Normal"/>
      </w:pPr>
      <w:r>
        <w:t>• What’s included / not included.</w:t>
      </w:r>
    </w:p>
    <w:p>
      <w:pPr>
        <w:pStyle w:val="Normal"/>
      </w:pPr>
      <w:r>
        <w:t>• Timeline.</w:t>
      </w:r>
    </w:p>
    <w:p>
      <w:pPr>
        <w:pStyle w:val="Normal"/>
      </w:pPr>
      <w:r>
        <w:t>• Number of revisions.</w:t>
      </w:r>
    </w:p>
    <w:p>
      <w:pPr>
        <w:pStyle w:val="Normal"/>
      </w:pPr>
    </w:p>
    <w:p>
      <w:pPr>
        <w:pStyle w:val="Normal"/>
      </w:pPr>
      <w:r>
        <w:t>2. Communicate early and often</w:t>
      </w:r>
    </w:p>
    <w:p>
      <w:pPr>
        <w:pStyle w:val="Normal"/>
      </w:pPr>
      <w:r>
        <w:t>• Don’t disappear.</w:t>
      </w:r>
    </w:p>
    <w:p>
      <w:pPr>
        <w:pStyle w:val="Normal"/>
      </w:pPr>
      <w:r>
        <w:t>• If you’re running late, say so before the deadline.</w:t>
      </w:r>
    </w:p>
    <w:p>
      <w:pPr>
        <w:pStyle w:val="Normal"/>
      </w:pPr>
      <w:r>
        <w:t>• Share early drafts instead of making people wait in silence.</w:t>
      </w:r>
    </w:p>
    <w:p>
      <w:pPr>
        <w:pStyle w:val="Normal"/>
      </w:pPr>
    </w:p>
    <w:p>
      <w:pPr>
        <w:pStyle w:val="Normal"/>
      </w:pPr>
      <w:r>
        <w:t>3. Own your mistakes</w:t>
      </w:r>
    </w:p>
    <w:p>
      <w:pPr>
        <w:pStyle w:val="Normal"/>
      </w:pPr>
      <w:r>
        <w:t>• If something goes wrong, don’t hide it.</w:t>
      </w:r>
    </w:p>
    <w:p>
      <w:pPr>
        <w:pStyle w:val="Normal"/>
      </w:pPr>
      <w:r>
        <w:t>• Offer a fix, not excuses.</w:t>
      </w:r>
    </w:p>
    <w:p>
      <w:pPr>
        <w:pStyle w:val="Normal"/>
      </w:pPr>
    </w:p>
    <w:p>
      <w:pPr>
        <w:pStyle w:val="Normal"/>
      </w:pPr>
      <w:r>
        <w:t>Sample script:</w:t>
      </w:r>
    </w:p>
    <w:p>
      <w:pPr>
        <w:pStyle w:val="Normal"/>
      </w:pPr>
      <w:r>
        <w:t>“Hey [Name], I dropped the ball on [issue]. I’ve already done [fix] to make it right, and here’s how I’ll avoid this next time.”</w:t>
      </w:r>
    </w:p>
    <w:p>
      <w:pPr>
        <w:pStyle w:val="Normal"/>
      </w:pPr>
    </w:p>
    <w:p>
      <w:pPr>
        <w:pStyle w:val="Normal"/>
      </w:pPr>
      <w:r>
        <w:t>4. Leave every client better than you found them</w:t>
      </w:r>
    </w:p>
    <w:p>
      <w:pPr>
        <w:pStyle w:val="Normal"/>
      </w:pPr>
      <w:r>
        <w:t>• Even if it was a small project.</w:t>
      </w:r>
    </w:p>
    <w:p>
      <w:pPr>
        <w:pStyle w:val="Normal"/>
      </w:pPr>
      <w:r>
        <w:t>• Even if they don’t hire you again.</w:t>
      </w:r>
    </w:p>
    <w:p>
      <w:pPr>
        <w:pStyle w:val="Normal"/>
      </w:pPr>
    </w:p>
    <w:p>
      <w:pPr>
        <w:pStyle w:val="Normal"/>
      </w:pPr>
      <w:r>
        <w:t>This chapter positions your reader as a professional, not just a tool user.</w:t>
      </w:r>
    </w:p>
    <w:p>
      <w:pPr>
        <w:pStyle w:val="Normal"/>
      </w:pPr>
    </w:p>
    <w:p>
      <w:pPr>
        <w:pStyle w:val="Normal"/>
      </w:pPr>
      <w:r>
        <w:t>--------------------------------------------------</w:t>
      </w:r>
    </w:p>
    <w:p>
      <w:pPr>
        <w:pStyle w:val="Normal"/>
      </w:pPr>
      <w:r>
        <w:t>SECTION 8 — TURNING BONUSES INTO TOOLS (PLUS FILLABLE TEMPLATES)</w:t>
      </w:r>
    </w:p>
    <w:p>
      <w:pPr>
        <w:pStyle w:val="Normal"/>
      </w:pPr>
    </w:p>
    <w:p>
      <w:pPr>
        <w:pStyle w:val="Normal"/>
      </w:pPr>
      <w:r>
        <w:t>You already have strong bonuses:</w:t>
      </w:r>
    </w:p>
    <w:p>
      <w:pPr>
        <w:pStyle w:val="Normal"/>
      </w:pPr>
      <w:r>
        <w:t>• AI Tools Masterlist</w:t>
      </w:r>
    </w:p>
    <w:p>
      <w:pPr>
        <w:pStyle w:val="Normal"/>
      </w:pPr>
      <w:r>
        <w:t>• Prompts Vault</w:t>
      </w:r>
    </w:p>
    <w:p>
      <w:pPr>
        <w:pStyle w:val="Normal"/>
      </w:pPr>
      <w:r>
        <w:t>• Income Stacking Guide</w:t>
      </w:r>
    </w:p>
    <w:p>
      <w:pPr>
        <w:pStyle w:val="Normal"/>
      </w:pPr>
      <w:r>
        <w:t>• Scaling Systems &amp; Automation Guide</w:t>
      </w:r>
    </w:p>
    <w:p>
      <w:pPr>
        <w:pStyle w:val="Normal"/>
      </w:pPr>
    </w:p>
    <w:p>
      <w:pPr>
        <w:pStyle w:val="Normal"/>
      </w:pPr>
      <w:r>
        <w:t>This section shows readers how to use them as a living operating system, not just “extra PDFs.”</w:t>
      </w:r>
    </w:p>
    <w:p>
      <w:pPr>
        <w:pStyle w:val="Normal"/>
      </w:pPr>
    </w:p>
    <w:p>
      <w:pPr>
        <w:pStyle w:val="Normal"/>
      </w:pPr>
      <w:r>
        <w:t>You can add short cross-references like:</w:t>
      </w:r>
    </w:p>
    <w:p>
      <w:pPr>
        <w:pStyle w:val="Normal"/>
      </w:pPr>
      <w:r>
        <w:t>• “Relevant Prompts: see Prompts Vault, Section PV-03.”</w:t>
      </w:r>
    </w:p>
    <w:p>
      <w:pPr>
        <w:pStyle w:val="Normal"/>
      </w:pPr>
      <w:r>
        <w:t>• “Stacking Ideas: see Income Stacking Guide, Stack S-02.”</w:t>
      </w:r>
    </w:p>
    <w:p>
      <w:pPr>
        <w:pStyle w:val="Normal"/>
      </w:pPr>
    </w:p>
    <w:p>
      <w:pPr>
        <w:pStyle w:val="Normal"/>
      </w:pPr>
      <w:r>
        <w:t>Then, include these three fillable templates at the end of the book.</w:t>
      </w:r>
    </w:p>
    <w:p>
      <w:pPr>
        <w:pStyle w:val="Normal"/>
      </w:pPr>
    </w:p>
    <w:p>
      <w:pPr>
        <w:pStyle w:val="Normal"/>
      </w:pPr>
      <w:r>
        <w:t>-------------------------</w:t>
      </w:r>
    </w:p>
    <w:p>
      <w:pPr>
        <w:pStyle w:val="Normal"/>
      </w:pPr>
      <w:r>
        <w:t>TEMPLATE 1 — MY $1,000 IN 30 DAYS PLAN</w:t>
      </w:r>
    </w:p>
    <w:p>
      <w:pPr>
        <w:pStyle w:val="Normal"/>
      </w:pPr>
    </w:p>
    <w:p>
      <w:pPr>
        <w:pStyle w:val="Normal"/>
      </w:pPr>
      <w:r>
        <w:t>Use this page to translate the $1,000 Roadmap into a concrete plan.</w:t>
      </w:r>
    </w:p>
    <w:p>
      <w:pPr>
        <w:pStyle w:val="Normal"/>
      </w:pPr>
    </w:p>
    <w:p>
      <w:pPr>
        <w:pStyle w:val="Normal"/>
      </w:pPr>
      <w:r>
        <w:t>1. My starting blueprint:</w:t>
      </w:r>
    </w:p>
    <w:p>
      <w:pPr>
        <w:pStyle w:val="Normal"/>
      </w:pPr>
      <w:r>
        <w:t>• I’m committing to Blueprint #: __________</w:t>
      </w:r>
    </w:p>
    <w:p>
      <w:pPr>
        <w:pStyle w:val="Normal"/>
      </w:pPr>
      <w:r>
        <w:t>• The specific outcome I’m selling is: _______________________________</w:t>
      </w:r>
    </w:p>
    <w:p>
      <w:pPr>
        <w:pStyle w:val="Normal"/>
      </w:pPr>
    </w:p>
    <w:p>
      <w:pPr>
        <w:pStyle w:val="Normal"/>
      </w:pPr>
      <w:r>
        <w:t>2. My 30-day income target:</w:t>
      </w:r>
    </w:p>
    <w:p>
      <w:pPr>
        <w:pStyle w:val="Normal"/>
      </w:pPr>
      <w:r>
        <w:t>• Minimum: $___________</w:t>
      </w:r>
    </w:p>
    <w:p>
      <w:pPr>
        <w:pStyle w:val="Normal"/>
      </w:pPr>
      <w:r>
        <w:t>• Stretch: $___________</w:t>
      </w:r>
    </w:p>
    <w:p>
      <w:pPr>
        <w:pStyle w:val="Normal"/>
      </w:pPr>
    </w:p>
    <w:p>
      <w:pPr>
        <w:pStyle w:val="Normal"/>
      </w:pPr>
      <w:r>
        <w:t>3. My weekly focus:</w:t>
      </w:r>
    </w:p>
    <w:p>
      <w:pPr>
        <w:pStyle w:val="Normal"/>
      </w:pPr>
    </w:p>
    <w:p>
      <w:pPr>
        <w:pStyle w:val="Normal"/>
      </w:pPr>
      <w:r>
        <w:t>Week 1 — Proof</w:t>
      </w:r>
    </w:p>
    <w:p>
      <w:pPr>
        <w:pStyle w:val="Normal"/>
      </w:pPr>
      <w:r>
        <w:t>• How many proof pieces will I create? ______</w:t>
      </w:r>
    </w:p>
    <w:p>
      <w:pPr>
        <w:pStyle w:val="Normal"/>
      </w:pPr>
      <w:r>
        <w:t>• What exactly will they be?</w:t>
      </w:r>
    </w:p>
    <w:p>
      <w:pPr>
        <w:pStyle w:val="Normal"/>
      </w:pPr>
    </w:p>
    <w:p>
      <w:pPr>
        <w:pStyle w:val="Normal"/>
      </w:pPr>
      <w:r>
        <w:t>Week 2 — Conversations</w:t>
      </w:r>
    </w:p>
    <w:p>
      <w:pPr>
        <w:pStyle w:val="Normal"/>
      </w:pPr>
      <w:r>
        <w:t>• How many messages / emails / posts will I send? ______</w:t>
      </w:r>
    </w:p>
    <w:p>
      <w:pPr>
        <w:pStyle w:val="Normal"/>
      </w:pPr>
      <w:r>
        <w:t>• Who am I talking to?</w:t>
      </w:r>
    </w:p>
    <w:p>
      <w:pPr>
        <w:pStyle w:val="Normal"/>
      </w:pPr>
    </w:p>
    <w:p>
      <w:pPr>
        <w:pStyle w:val="Normal"/>
      </w:pPr>
      <w:r>
        <w:t>Week 3 — Paid Offers</w:t>
      </w:r>
    </w:p>
    <w:p>
      <w:pPr>
        <w:pStyle w:val="Normal"/>
      </w:pPr>
      <w:r>
        <w:t>• What are my 1–3 simple packages?</w:t>
      </w:r>
    </w:p>
    <w:p>
      <w:pPr>
        <w:pStyle w:val="Normal"/>
      </w:pPr>
    </w:p>
    <w:p>
      <w:pPr>
        <w:pStyle w:val="Normal"/>
      </w:pPr>
      <w:r>
        <w:t>Week 4 — Scale or Stabilize</w:t>
      </w:r>
    </w:p>
    <w:p>
      <w:pPr>
        <w:pStyle w:val="Normal"/>
      </w:pPr>
      <w:r>
        <w:t>• If this works, how will I double down?</w:t>
      </w:r>
    </w:p>
    <w:p>
      <w:pPr>
        <w:pStyle w:val="Normal"/>
      </w:pPr>
      <w:r>
        <w:t>• If it doesn’t, how will I adjust using the Troubleshooting section?</w:t>
      </w:r>
    </w:p>
    <w:p>
      <w:pPr>
        <w:pStyle w:val="Normal"/>
      </w:pPr>
    </w:p>
    <w:p>
      <w:pPr>
        <w:pStyle w:val="Normal"/>
      </w:pPr>
      <w:r>
        <w:t>4. My daily minimums (non-negotiables):</w:t>
      </w:r>
    </w:p>
    <w:p>
      <w:pPr>
        <w:pStyle w:val="Normal"/>
      </w:pPr>
      <w:r>
        <w:t>• Every day I will: __________________________________</w:t>
      </w:r>
    </w:p>
    <w:p>
      <w:pPr>
        <w:pStyle w:val="Normal"/>
      </w:pPr>
      <w:r>
        <w:t>• I’ll track my actions in this checkbox list: [ ] [ ] [ ] [ ] [ ] [ ] [ ]</w:t>
      </w:r>
    </w:p>
    <w:p>
      <w:pPr>
        <w:pStyle w:val="Normal"/>
      </w:pPr>
    </w:p>
    <w:p>
      <w:pPr>
        <w:pStyle w:val="Normal"/>
      </w:pPr>
      <w:r>
        <w:t>-------------------------</w:t>
      </w:r>
    </w:p>
    <w:p>
      <w:pPr>
        <w:pStyle w:val="Normal"/>
      </w:pPr>
      <w:r>
        <w:t>TEMPLATE 2 — MY 30-DAY SKILL ACCELERATION SPRINT</w:t>
      </w:r>
    </w:p>
    <w:p>
      <w:pPr>
        <w:pStyle w:val="Normal"/>
      </w:pPr>
    </w:p>
    <w:p>
      <w:pPr>
        <w:pStyle w:val="Normal"/>
      </w:pPr>
      <w:r>
        <w:t>Use this with the Skill Acceleration Model.</w:t>
      </w:r>
    </w:p>
    <w:p>
      <w:pPr>
        <w:pStyle w:val="Normal"/>
      </w:pPr>
    </w:p>
    <w:p>
      <w:pPr>
        <w:pStyle w:val="Normal"/>
      </w:pPr>
      <w:r>
        <w:t>1. Target skill for the next 30 days:</w:t>
      </w:r>
    </w:p>
    <w:p>
      <w:pPr>
        <w:pStyle w:val="Normal"/>
      </w:pPr>
      <w:r>
        <w:t>“I’m building capability in: _____________________________ (e.g., short-form editing, resume writing, digital products).”</w:t>
      </w:r>
    </w:p>
    <w:p>
      <w:pPr>
        <w:pStyle w:val="Normal"/>
      </w:pPr>
    </w:p>
    <w:p>
      <w:pPr>
        <w:pStyle w:val="Normal"/>
      </w:pPr>
      <w:r>
        <w:t>2. My simple workflow (high-level steps):</w:t>
      </w:r>
    </w:p>
    <w:p>
      <w:pPr>
        <w:pStyle w:val="Normal"/>
      </w:pPr>
      <w:r>
        <w:t>1) ________________________________________</w:t>
      </w:r>
    </w:p>
    <w:p>
      <w:pPr>
        <w:pStyle w:val="Normal"/>
      </w:pPr>
      <w:r>
        <w:t>2) ________________________________________</w:t>
      </w:r>
    </w:p>
    <w:p>
      <w:pPr>
        <w:pStyle w:val="Normal"/>
      </w:pPr>
      <w:r>
        <w:t>3) ________________________________________</w:t>
      </w:r>
    </w:p>
    <w:p>
      <w:pPr>
        <w:pStyle w:val="Normal"/>
      </w:pPr>
      <w:r>
        <w:t>4) ________________________________________</w:t>
      </w:r>
    </w:p>
    <w:p>
      <w:pPr>
        <w:pStyle w:val="Normal"/>
      </w:pPr>
    </w:p>
    <w:p>
      <w:pPr>
        <w:pStyle w:val="Normal"/>
      </w:pPr>
      <w:r>
        <w:t>3. My 10-rep plan:</w:t>
      </w:r>
    </w:p>
    <w:p>
      <w:pPr>
        <w:pStyle w:val="Normal"/>
      </w:pPr>
      <w:r>
        <w:t>• I will complete 10 reps of this workflow by: ____________ (date).</w:t>
      </w:r>
    </w:p>
    <w:p>
      <w:pPr>
        <w:pStyle w:val="Normal"/>
      </w:pPr>
      <w:r>
        <w:t>• I’ll track them here:</w:t>
      </w:r>
    </w:p>
    <w:p>
      <w:pPr>
        <w:pStyle w:val="Normal"/>
      </w:pPr>
    </w:p>
    <w:p>
      <w:pPr>
        <w:pStyle w:val="Normal"/>
      </w:pPr>
      <w:r>
        <w:t>Rep 1: [date] — Notes: ________________________________</w:t>
      </w:r>
    </w:p>
    <w:p>
      <w:pPr>
        <w:pStyle w:val="Normal"/>
      </w:pPr>
      <w:r>
        <w:t>Rep 2: [date] — Notes: ________________________________</w:t>
      </w:r>
    </w:p>
    <w:p>
      <w:pPr>
        <w:pStyle w:val="Normal"/>
      </w:pPr>
      <w:r>
        <w:t>Rep 3: [date] — Notes: ________________________________</w:t>
      </w:r>
    </w:p>
    <w:p>
      <w:pPr>
        <w:pStyle w:val="Normal"/>
      </w:pPr>
      <w:r>
        <w:t>Rep 4: [date] — Notes: ________________________________</w:t>
      </w:r>
    </w:p>
    <w:p>
      <w:pPr>
        <w:pStyle w:val="Normal"/>
      </w:pPr>
      <w:r>
        <w:t>Rep 5: [date] — Notes: ________________________________</w:t>
      </w:r>
    </w:p>
    <w:p>
      <w:pPr>
        <w:pStyle w:val="Normal"/>
      </w:pPr>
      <w:r>
        <w:t>Rep 6: [date] — Notes: ________________________________</w:t>
      </w:r>
    </w:p>
    <w:p>
      <w:pPr>
        <w:pStyle w:val="Normal"/>
      </w:pPr>
      <w:r>
        <w:t>Rep 7: [date] — Notes: ________________________________</w:t>
      </w:r>
    </w:p>
    <w:p>
      <w:pPr>
        <w:pStyle w:val="Normal"/>
      </w:pPr>
      <w:r>
        <w:t>Rep 8: [date] — Notes: ________________________________</w:t>
      </w:r>
    </w:p>
    <w:p>
      <w:pPr>
        <w:pStyle w:val="Normal"/>
      </w:pPr>
      <w:r>
        <w:t>Rep 9: [date] — Notes: ________________________________</w:t>
      </w:r>
    </w:p>
    <w:p>
      <w:pPr>
        <w:pStyle w:val="Normal"/>
      </w:pPr>
      <w:r>
        <w:t>Rep 10: [date] — Notes: ________________________________</w:t>
      </w:r>
    </w:p>
    <w:p>
      <w:pPr>
        <w:pStyle w:val="Normal"/>
      </w:pPr>
    </w:p>
    <w:p>
      <w:pPr>
        <w:pStyle w:val="Normal"/>
      </w:pPr>
      <w:r>
        <w:t>4. My “best 3” proof pieces:</w:t>
      </w:r>
    </w:p>
    <w:p>
      <w:pPr>
        <w:pStyle w:val="Normal"/>
      </w:pPr>
      <w:r>
        <w:t>After all 10 reps:</w:t>
      </w:r>
    </w:p>
    <w:p>
      <w:pPr>
        <w:pStyle w:val="Normal"/>
      </w:pPr>
      <w:r>
        <w:t>• Best piece #1: __________________________ (where it lives / link)</w:t>
      </w:r>
    </w:p>
    <w:p>
      <w:pPr>
        <w:pStyle w:val="Normal"/>
      </w:pPr>
      <w:r>
        <w:t>• Best piece #2: __________________________</w:t>
      </w:r>
    </w:p>
    <w:p>
      <w:pPr>
        <w:pStyle w:val="Normal"/>
      </w:pPr>
      <w:r>
        <w:t>• Best piece #3: __________________________</w:t>
      </w:r>
    </w:p>
    <w:p>
      <w:pPr>
        <w:pStyle w:val="Normal"/>
      </w:pPr>
    </w:p>
    <w:p>
      <w:pPr>
        <w:pStyle w:val="Normal"/>
      </w:pPr>
      <w:r>
        <w:t>5. How I’ll use this proof:</w:t>
      </w:r>
    </w:p>
    <w:p>
      <w:pPr>
        <w:pStyle w:val="Normal"/>
      </w:pPr>
      <w:r>
        <w:t>• Portfolio link:</w:t>
      </w:r>
    </w:p>
    <w:p>
      <w:pPr>
        <w:pStyle w:val="Normal"/>
      </w:pPr>
      <w:r>
        <w:t>• Screenshots I’ll share:</w:t>
      </w:r>
    </w:p>
    <w:p>
      <w:pPr>
        <w:pStyle w:val="Normal"/>
      </w:pPr>
      <w:r>
        <w:t>• People I’ll send these to first:</w:t>
      </w:r>
    </w:p>
    <w:p>
      <w:pPr>
        <w:pStyle w:val="Normal"/>
      </w:pPr>
    </w:p>
    <w:p>
      <w:pPr>
        <w:pStyle w:val="Normal"/>
      </w:pPr>
      <w:r>
        <w:t>-------------------------</w:t>
      </w:r>
    </w:p>
    <w:p>
      <w:pPr>
        <w:pStyle w:val="Normal"/>
      </w:pPr>
      <w:r>
        <w:t>TEMPLATE 3 — MY AI INCOME STACK ROADMAP</w:t>
      </w:r>
    </w:p>
    <w:p>
      <w:pPr>
        <w:pStyle w:val="Normal"/>
      </w:pPr>
    </w:p>
    <w:p>
      <w:pPr>
        <w:pStyle w:val="Normal"/>
      </w:pPr>
      <w:r>
        <w:t>This template connects everything in your Machine Map and Income Stacking Guide.</w:t>
      </w:r>
    </w:p>
    <w:p>
      <w:pPr>
        <w:pStyle w:val="Normal"/>
      </w:pPr>
    </w:p>
    <w:p>
      <w:pPr>
        <w:pStyle w:val="Normal"/>
      </w:pPr>
      <w:r>
        <w:t>1. My core blueprint (Layer 1):</w:t>
      </w:r>
    </w:p>
    <w:p>
      <w:pPr>
        <w:pStyle w:val="Normal"/>
      </w:pPr>
      <w:r>
        <w:t>• Blueprint #: _________</w:t>
      </w:r>
    </w:p>
    <w:p>
      <w:pPr>
        <w:pStyle w:val="Normal"/>
      </w:pPr>
      <w:r>
        <w:t>• What it earns: ______________________________</w:t>
      </w:r>
    </w:p>
    <w:p>
      <w:pPr>
        <w:pStyle w:val="Normal"/>
      </w:pPr>
      <w:r>
        <w:t>• How many hours/week it needs: _____________</w:t>
      </w:r>
    </w:p>
    <w:p>
      <w:pPr>
        <w:pStyle w:val="Normal"/>
      </w:pPr>
    </w:p>
    <w:p>
      <w:pPr>
        <w:pStyle w:val="Normal"/>
      </w:pPr>
      <w:r>
        <w:t>2. My supporting blueprint(s) (Layer 2):</w:t>
      </w:r>
    </w:p>
    <w:p>
      <w:pPr>
        <w:pStyle w:val="Normal"/>
      </w:pPr>
      <w:r>
        <w:t>• Blueprint #: _________ — How it supports Layer 1:</w:t>
      </w:r>
    </w:p>
    <w:p>
      <w:pPr>
        <w:pStyle w:val="Normal"/>
      </w:pPr>
      <w:r>
        <w:t>• Blueprint #: _________ — How it supports Layer 1:</w:t>
      </w:r>
    </w:p>
    <w:p>
      <w:pPr>
        <w:pStyle w:val="Normal"/>
      </w:pPr>
    </w:p>
    <w:p>
      <w:pPr>
        <w:pStyle w:val="Normal"/>
      </w:pPr>
      <w:r>
        <w:t>3. My systems &amp; scaling blueprints (Layer 3):</w:t>
      </w:r>
    </w:p>
    <w:p>
      <w:pPr>
        <w:pStyle w:val="Normal"/>
      </w:pPr>
      <w:r>
        <w:t>• Blueprint #: _________ — What it automates or improves:</w:t>
      </w:r>
    </w:p>
    <w:p>
      <w:pPr>
        <w:pStyle w:val="Normal"/>
      </w:pPr>
      <w:r>
        <w:t>• Blueprint #: _________ — What it automates or improves:</w:t>
      </w:r>
    </w:p>
    <w:p>
      <w:pPr>
        <w:pStyle w:val="Normal"/>
      </w:pPr>
    </w:p>
    <w:p>
      <w:pPr>
        <w:pStyle w:val="Normal"/>
      </w:pPr>
      <w:r>
        <w:t>4. My 90-day stacking goal:</w:t>
      </w:r>
    </w:p>
    <w:p>
      <w:pPr>
        <w:pStyle w:val="Normal"/>
      </w:pPr>
      <w:r>
        <w:t>“In the next 90 days, I want my stack to look like this:”</w:t>
      </w:r>
    </w:p>
    <w:p>
      <w:pPr>
        <w:pStyle w:val="Normal"/>
      </w:pPr>
      <w:r>
        <w:t>• Core service income: $________/month</w:t>
      </w:r>
    </w:p>
    <w:p>
      <w:pPr>
        <w:pStyle w:val="Normal"/>
      </w:pPr>
      <w:r>
        <w:t>• Product income: $________/month</w:t>
      </w:r>
    </w:p>
    <w:p>
      <w:pPr>
        <w:pStyle w:val="Normal"/>
      </w:pPr>
      <w:r>
        <w:t>• Systems income: $________/month</w:t>
      </w:r>
    </w:p>
    <w:p>
      <w:pPr>
        <w:pStyle w:val="Normal"/>
      </w:pPr>
    </w:p>
    <w:p>
      <w:pPr>
        <w:pStyle w:val="Normal"/>
      </w:pPr>
      <w:r>
        <w:t>5. My next three moves:</w:t>
      </w:r>
    </w:p>
    <w:p>
      <w:pPr>
        <w:pStyle w:val="Normal"/>
      </w:pPr>
      <w:r>
        <w:t>1) ____________________________________________</w:t>
      </w:r>
    </w:p>
    <w:p>
      <w:pPr>
        <w:pStyle w:val="Normal"/>
      </w:pPr>
      <w:r>
        <w:t>2) ____________________________________________</w:t>
      </w:r>
    </w:p>
    <w:p>
      <w:pPr>
        <w:pStyle w:val="Normal"/>
      </w:pPr>
      <w:r>
        <w:t>3) ____________________________________________</w:t>
      </w:r>
    </w:p>
    <w:p>
      <w:pPr>
        <w:pStyle w:val="Normal"/>
      </w:pPr>
    </w:p>
    <w:p>
      <w:pPr>
        <w:pStyle w:val="Normal"/>
      </w:pPr>
      <w:r>
        <w:t>Remind the reader:</w:t>
      </w:r>
    </w:p>
    <w:p>
      <w:pPr>
        <w:pStyle w:val="Normal"/>
      </w:pPr>
      <w:r>
        <w:t>“You don’t need all 36 blueprints to win. You need one good starting point, a few smart stacks, and the discipline to keep moving.”</w:t>
      </w:r>
    </w:p>
    <w:p>
      <w:pPr>
        <w:pStyle w:val="Normal"/>
      </w:pPr>
    </w:p>
    <w:sectPr w:rsidR="001A5159"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4207E" w14:textId="77777777" w:rsidR="00E028B0" w:rsidRDefault="00E028B0" w:rsidP="00127E7A">
      <w:pPr>
        <w:spacing w:after="0" w:line="240" w:lineRule="auto"/>
      </w:pPr>
      <w:r>
        <w:separator/>
      </w:r>
    </w:p>
  </w:endnote>
  <w:endnote w:type="continuationSeparator" w:id="0">
    <w:p w14:paraId="0A523A13" w14:textId="77777777" w:rsidR="00E028B0" w:rsidRDefault="00E028B0" w:rsidP="00127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F2A2D" w14:textId="77777777" w:rsidR="00E028B0" w:rsidRDefault="00E028B0" w:rsidP="00127E7A">
      <w:pPr>
        <w:spacing w:after="0" w:line="240" w:lineRule="auto"/>
      </w:pPr>
      <w:r>
        <w:separator/>
      </w:r>
    </w:p>
  </w:footnote>
  <w:footnote w:type="continuationSeparator" w:id="0">
    <w:p w14:paraId="394C9CAF" w14:textId="77777777" w:rsidR="00E028B0" w:rsidRDefault="00E028B0" w:rsidP="00127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999C1" w14:textId="7CE05E86" w:rsidR="00E00345" w:rsidRDefault="00E00345">
    <w:pPr>
      <w:pStyle w:val="Header"/>
    </w:pPr>
    <w:r>
      <w:t>THE AI MONEY MACHINE BLUEPRINT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8F00C" w14:textId="2C0A3EA0" w:rsidR="00E00345" w:rsidRDefault="00E00345">
    <w:pPr>
      <w:pStyle w:val="Header"/>
    </w:pPr>
    <w:r>
      <w:t>CHASE POWERS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6218830">
    <w:abstractNumId w:val="8"/>
  </w:num>
  <w:num w:numId="2" w16cid:durableId="1685592295">
    <w:abstractNumId w:val="6"/>
  </w:num>
  <w:num w:numId="3" w16cid:durableId="562909092">
    <w:abstractNumId w:val="5"/>
  </w:num>
  <w:num w:numId="4" w16cid:durableId="643001709">
    <w:abstractNumId w:val="4"/>
  </w:num>
  <w:num w:numId="5" w16cid:durableId="893807269">
    <w:abstractNumId w:val="7"/>
  </w:num>
  <w:num w:numId="6" w16cid:durableId="2066374248">
    <w:abstractNumId w:val="3"/>
  </w:num>
  <w:num w:numId="7" w16cid:durableId="1872649186">
    <w:abstractNumId w:val="2"/>
  </w:num>
  <w:num w:numId="8" w16cid:durableId="699549288">
    <w:abstractNumId w:val="1"/>
  </w:num>
  <w:num w:numId="9" w16cid:durableId="2017730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2D07"/>
    <w:rsid w:val="000C1BB7"/>
    <w:rsid w:val="00127E7A"/>
    <w:rsid w:val="0015074B"/>
    <w:rsid w:val="00170AC3"/>
    <w:rsid w:val="001A5159"/>
    <w:rsid w:val="00251C37"/>
    <w:rsid w:val="0029639D"/>
    <w:rsid w:val="00317073"/>
    <w:rsid w:val="00326F90"/>
    <w:rsid w:val="00596D05"/>
    <w:rsid w:val="0063351A"/>
    <w:rsid w:val="00673185"/>
    <w:rsid w:val="0070062C"/>
    <w:rsid w:val="00856A26"/>
    <w:rsid w:val="00A122AA"/>
    <w:rsid w:val="00AA1D8D"/>
    <w:rsid w:val="00B47730"/>
    <w:rsid w:val="00B63042"/>
    <w:rsid w:val="00C138A8"/>
    <w:rsid w:val="00CB0664"/>
    <w:rsid w:val="00D95E84"/>
    <w:rsid w:val="00E00345"/>
    <w:rsid w:val="00E028B0"/>
    <w:rsid w:val="00E94EEA"/>
    <w:rsid w:val="00F50302"/>
    <w:rsid w:val="00F776F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062061"/>
  <w14:defaultImageDpi w14:val="300"/>
  <w15:docId w15:val="{53746180-9E47-4C18-8925-0522B7EE7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0062C"/>
    <w:pPr>
      <w:spacing w:after="100"/>
    </w:pPr>
  </w:style>
  <w:style w:type="character" w:styleId="Hyperlink">
    <w:name w:val="Hyperlink"/>
    <w:basedOn w:val="DefaultParagraphFont"/>
    <w:uiPriority w:val="99"/>
    <w:unhideWhenUsed/>
    <w:rsid w:val="0070062C"/>
    <w:rPr>
      <w:color w:val="0000FF" w:themeColor="hyperlink"/>
      <w:u w:val="single"/>
    </w:rPr>
  </w:style>
  <w:style w:type="paragraph" w:styleId="TOC2">
    <w:name w:val="toc 2"/>
    <w:basedOn w:val="Normal"/>
    <w:next w:val="Normal"/>
    <w:autoRedefine/>
    <w:uiPriority w:val="39"/>
    <w:unhideWhenUsed/>
    <w:rsid w:val="00E94EEA"/>
    <w:pPr>
      <w:spacing w:after="100"/>
      <w:ind w:left="220"/>
    </w:pPr>
  </w:style>
  <w:style w:type="paragraph" w:styleId="TOC3">
    <w:name w:val="toc 3"/>
    <w:basedOn w:val="Normal"/>
    <w:next w:val="Normal"/>
    <w:autoRedefine/>
    <w:uiPriority w:val="39"/>
    <w:unhideWhenUsed/>
    <w:rsid w:val="00E94EEA"/>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364</Pages>
  <Words>38976</Words>
  <Characters>216711</Characters>
  <Application>Microsoft Office Word</Application>
  <DocSecurity>0</DocSecurity>
  <Lines>9422</Lines>
  <Paragraphs>8522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Debbie Sauer</cp:lastModifiedBy>
  <cp:revision>11</cp:revision>
  <dcterms:created xsi:type="dcterms:W3CDTF">2025-11-24T06:45:00Z</dcterms:created>
  <dcterms:modified xsi:type="dcterms:W3CDTF">2025-11-24T07:02:00Z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43d26722-b6f3-4530-b5a3-ed1aa465382c</vt:lpwstr>
  </property>
</Properties>
</file>