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/>
        <w:t>FADING AWAY: LA FRECUENCIA PROHIBIDA</w:t>
      </w:r>
    </w:p>
    <w:p>
      <w:pPr>
        <w:pStyle w:val="BodyText"/>
      </w:pPr>
      <w:r>
        <w:rPr/>
        <w:t>José Manuel Guerrero Manzano</w:t>
      </w:r>
    </w:p>
    <w:p>
      <w:pPr>
        <w:pStyle w:val="BodyText"/>
      </w:pPr>
      <w:r>
        <w:rPr/>
        <w:t>Para ti,</w:t>
      </w:r>
    </w:p>
    <w:p>
      <w:pPr>
        <w:pStyle w:val="BodyText"/>
      </w:pPr>
      <w:r>
        <w:rPr/>
        <w:t>que eres melodía, armonía y resonancia.</w:t>
      </w:r>
    </w:p>
    <w:p>
      <w:pPr>
        <w:pStyle w:val="Heading1"/>
      </w:pPr>
      <w:r>
        <w:rPr/>
        <w:t>ÍNDICE</w:t>
      </w:r>
    </w:p>
    <w:p>
      <w:pPr/>
      <w:r>
        <w:rPr/>
        <w:t>PRELIMINARES</w:t>
      </w:r>
    </w:p>
    <w:p>
      <w:pPr>
        <w:pStyle w:val="BodyText"/>
      </w:pPr>
      <w:r>
        <w:rPr/>
        <w:t>EPÍGRAFE</w:t>
      </w:r>
    </w:p>
    <w:p>
      <w:pPr>
        <w:pStyle w:val="BodyText"/>
      </w:pPr>
      <w:r>
        <w:rPr/>
        <w:t>PRELUDIO NARRATIVO: LA PARTITURA DEL ECO</w:t>
      </w:r>
    </w:p>
    <w:p>
      <w:pPr>
        <w:pStyle w:val="BodyText"/>
      </w:pPr>
      <w:r>
        <w:rPr/>
        <w:t>EL ENIGMA ILIBERIS — ARTÍCULO DE M. M. SÁNCHEZ</w:t>
      </w:r>
    </w:p>
    <w:p>
      <w:pPr>
        <w:pStyle w:val="BodyText"/>
      </w:pPr>
      <w:r>
        <w:rPr/>
        <w:t>EL EXPEDIENTE ORDAZ: EL CASO DE JULIO ORDAZ</w:t>
      </w:r>
    </w:p>
    <w:p>
      <w:pPr>
        <w:pStyle w:val="BodyText"/>
      </w:pPr>
      <w:r>
        <w:rPr/>
        <w:t>PRÓLOGO: DE LA NOTA A LA LLAMA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PARTE I: EL UMBRAL</w:t>
      </w:r>
    </w:p>
    <w:p>
      <w:pPr>
        <w:pStyle w:val="BodyText"/>
      </w:pPr>
      <w:r>
        <w:rPr/>
        <w:t>CAPÍTULO 1. EL SONIDO DE LA SOLEDAD</w:t>
      </w:r>
    </w:p>
    <w:p>
      <w:pPr>
        <w:pStyle w:val="BodyText"/>
      </w:pPr>
      <w:r>
        <w:rPr/>
        <w:t>CAPÍTULO 2. EL DESVANECIMIENTO</w:t>
      </w:r>
    </w:p>
    <w:p>
      <w:pPr>
        <w:pStyle w:val="BodyText"/>
      </w:pPr>
      <w:r>
        <w:t>INTERLUDIO I — EL TESTIGO [después de Cap. 2]</w:t>
      </w:r>
    </w:p>
    <w:p>
      <w:pPr>
        <w:pStyle w:val="BodyText"/>
      </w:pPr>
      <w:r>
        <w:rPr/>
        <w:t>CAPÍTULO 3. EL DESPERTAR</w:t>
      </w:r>
    </w:p>
    <w:p>
      <w:pPr>
        <w:pStyle w:val="BodyText"/>
      </w:pPr>
      <w:r>
        <w:rPr/>
        <w:t>CAPÍTULO 4. FRECUENCIAS INTERMEDIAS</w:t>
      </w:r>
    </w:p>
    <w:p>
      <w:pPr>
        <w:pStyle w:val="BodyText"/>
      </w:pPr>
      <w:r>
        <w:rPr/>
        <w:t>CAPÍTULO 5. EL ECO EN TRESOR</w:t>
      </w:r>
    </w:p>
    <w:p>
      <w:pPr>
        <w:pStyle w:val="BodyText"/>
      </w:pPr>
      <w:r>
        <w:rPr/>
        <w:t>CAPÍTULO 6. EL DOCUMENTO Y LA HERENCIA DEL ECO</w:t>
      </w:r>
    </w:p>
    <w:p>
      <w:pPr>
        <w:pStyle w:val="BodyText"/>
      </w:pPr>
      <w:r>
        <w:rPr/>
        <w:t>CAPÍTULO 7. NOTAS EN NEGATIVO</w:t>
      </w:r>
    </w:p>
    <w:p>
      <w:pPr>
        <w:pStyle w:val="BodyText"/>
      </w:pPr>
      <w:r>
        <w:rPr/>
        <w:t>CAPÍTULO 8. EL CUSTODIO DEL SILENCIO</w:t>
      </w:r>
    </w:p>
    <w:p>
      <w:pPr>
        <w:pStyle w:val="BodyText"/>
      </w:pPr>
      <w:r>
        <w:rPr/>
        <w:t>CAPÍTULO 9. EL DESAFÍO DE LENA</w:t>
      </w:r>
    </w:p>
    <w:p>
      <w:pPr>
        <w:pStyle w:val="BodyText"/>
      </w:pPr>
      <w:r>
        <w:rPr/>
        <w:t>CAPÍTULO 10. EL SILENCIO DE ADRIÁN</w:t>
      </w:r>
    </w:p>
    <w:p>
      <w:pPr>
        <w:pStyle w:val="BodyText"/>
      </w:pPr>
      <w:r>
        <w:rPr/>
        <w:t>CAPÍTULO 11. LA CIUDAD INVERTIDA</w:t>
      </w:r>
    </w:p>
    <w:p>
      <w:pPr>
        <w:pStyle w:val="BodyText"/>
      </w:pPr>
      <w:r>
        <w:rPr/>
        <w:t>CAPÍTULO 12. EL ESTUDIO DE ILIBERIS</w:t>
      </w:r>
    </w:p>
    <w:p>
      <w:pPr>
        <w:pStyle w:val="BodyText"/>
      </w:pPr>
      <w:r>
        <w:rPr/>
        <w:t>CAPÍTULO 13. LA HERENCIA DEL ECO</w:t>
      </w:r>
    </w:p>
    <w:p>
      <w:pPr>
        <w:pStyle w:val="BodyText"/>
      </w:pPr>
      <w:r>
        <w:rPr/>
        <w:t>CAPÍTULO 14. EL CONTRAPUNTO DE LA LÓGICA</w:t>
      </w:r>
    </w:p>
    <w:p>
      <w:pPr>
        <w:pStyle w:val="BodyText"/>
      </w:pPr>
      <w:r>
        <w:rPr/>
        <w:t>CAPÍTULO 15. LA PRUEBA DEL CUADERNO</w:t>
      </w:r>
    </w:p>
    <w:p>
      <w:pPr>
        <w:pStyle w:val="BodyText"/>
      </w:pPr>
      <w:r>
        <w:rPr/>
        <w:t>CAPÍTULO 16. LA ALIANZA DE LA RAZÓN</w:t>
      </w:r>
    </w:p>
    <w:p>
      <w:pPr>
        <w:pStyle w:val="BodyText"/>
      </w:pPr>
      <w:r>
        <w:rPr/>
        <w:t>CAPÍTULO 17. EL UMBRAL DEL RITUAL</w:t>
      </w:r>
    </w:p>
    <w:p>
      <w:pPr>
        <w:pStyle w:val="BodyText"/>
      </w:pPr>
      <w:r>
        <w:rPr/>
        <w:t>CAPÍTULO 18. LA GEOMETRÍA DEL ECO</w:t>
      </w:r>
    </w:p>
    <w:p>
      <w:pPr>
        <w:pStyle w:val="BodyText"/>
      </w:pPr>
      <w:r>
        <w:rPr/>
        <w:t>CAPÍTULO 19. RESONANCIA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PARTE II: LA DISONANCIA</w:t>
      </w:r>
    </w:p>
    <w:p>
      <w:pPr>
        <w:pStyle w:val="BodyText"/>
      </w:pPr>
      <w:r>
        <w:rPr/>
        <w:t>CAPÍTULO 20. LA CUSTODIA SERENA</w:t>
      </w:r>
    </w:p>
    <w:p>
      <w:pPr>
        <w:pStyle w:val="BodyText"/>
      </w:pPr>
      <w:r>
        <w:rPr/>
        <w:t>CAPÍTULO 21. LA HABITACIÓN RESONANTE</w:t>
      </w:r>
    </w:p>
    <w:p>
      <w:pPr>
        <w:pStyle w:val="BodyText"/>
      </w:pPr>
      <w:r>
        <w:rPr/>
        <w:t>CAPÍTULO 22. EL PRIMER CONTACTO</w:t>
      </w:r>
    </w:p>
    <w:p>
      <w:pPr>
        <w:pStyle w:val="BodyText"/>
      </w:pPr>
      <w:r>
        <w:rPr/>
        <w:t>INTERLUDIO II — DISGREGACIÓN (STUDIO 4)</w:t>
      </w:r>
    </w:p>
    <w:p>
      <w:pPr>
        <w:pStyle w:val="BodyText"/>
      </w:pPr>
      <w:r>
        <w:rPr/>
        <w:t>INTERLUDIO III — LATENCIA (1999–2023) [después de Cap. 22]</w:t>
      </w:r>
    </w:p>
    <w:p>
      <w:pPr>
        <w:pStyle w:val="BodyText"/>
      </w:pPr>
      <w:r>
        <w:rPr/>
        <w:t>INTERLUDIO IV — LA CONVERGENCIA</w:t>
      </w:r>
    </w:p>
    <w:p>
      <w:pPr>
        <w:pStyle w:val="BodyText"/>
      </w:pPr>
      <w:r>
        <w:rPr/>
        <w:t>INTERLUDIO V — EL CD-R 117 [después de Cap. 22]</w:t>
      </w:r>
    </w:p>
    <w:p>
      <w:pPr>
        <w:pStyle w:val="BodyText"/>
      </w:pPr>
      <w:r>
        <w:rPr/>
        <w:t>CAPÍTULO 23. EL DIÁLOGO DE LA ERMITA</w:t>
      </w:r>
    </w:p>
    <w:p>
      <w:pPr>
        <w:pStyle w:val="BodyText"/>
      </w:pPr>
      <w:r>
        <w:rPr/>
        <w:t>CAPÍTULO 24. LA CONSTELACIÓN OCULTA</w:t>
      </w:r>
    </w:p>
    <w:p>
      <w:pPr>
        <w:pStyle w:val="BodyText"/>
      </w:pPr>
      <w:r>
        <w:rPr/>
        <w:t>CAPÍTULO 25. EL LENGUAJE DEL COSMOS</w:t>
      </w:r>
    </w:p>
    <w:p>
      <w:pPr>
        <w:pStyle w:val="BodyText"/>
      </w:pPr>
      <w:r>
        <w:rPr/>
        <w:t>CAPÍTULO 26. EL PATRÓN DE RESONANCIA</w:t>
      </w:r>
    </w:p>
    <w:p>
      <w:pPr>
        <w:pStyle w:val="BodyText"/>
      </w:pPr>
      <w:r>
        <w:rPr/>
        <w:t>CAPÍTULO 27. LA GUARDIANA DEL FARO</w:t>
      </w:r>
    </w:p>
    <w:p>
      <w:pPr>
        <w:pStyle w:val="BodyText"/>
      </w:pPr>
      <w:r>
        <w:rPr/>
        <w:t>CAPÍTULO 28. EL EMISARIO DEL NORTE</w:t>
      </w:r>
    </w:p>
    <w:p>
      <w:pPr>
        <w:pStyle w:val="BodyText"/>
      </w:pPr>
      <w:r>
        <w:rPr/>
        <w:t>CAPÍTULO 29. LA TRADUCCIÓN DEL SILENCIO</w:t>
      </w:r>
    </w:p>
    <w:p>
      <w:pPr>
        <w:pStyle w:val="BodyText"/>
      </w:pPr>
      <w:r>
        <w:rPr/>
        <w:t>CAPÍTULO 30. LA GUERRA SILENCIOSA</w:t>
      </w:r>
    </w:p>
    <w:p>
      <w:pPr>
        <w:pStyle w:val="BodyText"/>
      </w:pPr>
      <w:r>
        <w:rPr/>
        <w:t>CAPÍTULO 31. LA BENGALA Y LOS TIBURONES</w:t>
      </w:r>
    </w:p>
    <w:p>
      <w:pPr>
        <w:pStyle w:val="Heading1"/>
      </w:pPr>
      <w:r>
        <w:rPr/>
        <w:t>PRELIMINARES</w:t>
      </w:r>
    </w:p>
    <w:p>
      <w:pPr>
        <w:pStyle w:val="Heading1"/>
      </w:pPr>
      <w:r>
        <w:rPr/>
        <w:t>EPÍGRAFE</w:t>
      </w:r>
    </w:p>
    <w:p>
      <w:pPr/>
      <w:r>
        <w:rPr/>
        <w:t>Nada muere: todo se emite.</w:t>
      </w:r>
    </w:p>
    <w:p>
      <w:pPr>
        <w:pStyle w:val="Heading1"/>
      </w:pPr>
      <w:r>
        <w:rPr/>
        <w:t>PRELUDIO NARRATIVO: LA PARTITURA DEL ECO</w:t>
      </w:r>
    </w:p>
    <w:p>
      <w:pPr/>
      <w:r>
        <w:rPr/>
        <w:t>Nada amado se pierde: toda frecuencia vuelve a quien la escucha.</w:t>
      </w:r>
    </w:p>
    <w:p>
      <w:pPr>
        <w:pStyle w:val="BodyText"/>
      </w:pPr>
      <w:r>
        <w:rPr/>
        <w:t>— Libro de los Ecos</w:t>
      </w:r>
    </w:p>
    <w:p>
      <w:pPr>
        <w:pStyle w:val="BodyText"/>
      </w:pPr>
      <w:r>
        <w:rPr/>
        <w:t>El Eco nació con el universo. Fue el primer sonido: la vibración</w:t>
      </w:r>
      <w:r>
        <w:rPr/>
        <w:t xml:space="preserve"> </w:t>
      </w:r>
      <w:r>
        <w:rPr/>
        <w:t>primigenia que surgió cuando el vacío aprendió a temblar. No como música</w:t>
      </w:r>
      <w:r>
        <w:rPr/>
        <w:t xml:space="preserve"> </w:t>
      </w:r>
      <w:r>
        <w:rPr/>
        <w:t>todavía, sino como memoria pura, la primera onda que se recordó a sí</w:t>
      </w:r>
      <w:r>
        <w:rPr/>
        <w:t xml:space="preserve"> </w:t>
      </w:r>
      <w:r>
        <w:rPr/>
        <w:t>misma mientras cruzaba la eternidad recién nacida.</w:t>
      </w:r>
    </w:p>
    <w:p>
      <w:pPr>
        <w:pStyle w:val="BodyText"/>
      </w:pPr>
      <w:r>
        <w:rPr/>
        <w:t>Los físicos lo llaman radiación de fondo cósmico. Los místicos, el canto</w:t>
      </w:r>
      <w:r>
        <w:rPr/>
        <w:t xml:space="preserve"> </w:t>
      </w:r>
      <w:r>
        <w:rPr/>
        <w:t>de la creación. Pero quienes lo han escuchado de verdad saben que el Eco</w:t>
      </w:r>
      <w:r>
        <w:rPr/>
        <w:t xml:space="preserve"> </w:t>
      </w:r>
      <w:r>
        <w:rPr/>
        <w:t>es algo más antiguo que cualquier nombre: el latido del universo antes</w:t>
      </w:r>
      <w:r>
        <w:rPr/>
        <w:t xml:space="preserve"> </w:t>
      </w:r>
      <w:r>
        <w:rPr/>
        <w:t>de que existieran corazones para imitarlo.</w:t>
      </w:r>
    </w:p>
    <w:p>
      <w:pPr>
        <w:pStyle w:val="BodyText"/>
      </w:pPr>
      <w:r>
        <w:rPr/>
        <w:t>Ese sonido primordial nunca dejó de viajar. Sigue ahí, atenuándose pero</w:t>
      </w:r>
      <w:r>
        <w:rPr/>
        <w:t xml:space="preserve"> </w:t>
      </w:r>
      <w:r>
        <w:rPr/>
        <w:t>jamás muriendo, esperando en las frecuencias que pocos se atreven a</w:t>
      </w:r>
      <w:r>
        <w:rPr/>
        <w:t xml:space="preserve"> </w:t>
      </w:r>
      <w:r>
        <w:rPr/>
        <w:t>sintonizar.</w:t>
      </w:r>
    </w:p>
    <w:p>
      <w:pPr>
        <w:pStyle w:val="BodyText"/>
      </w:pPr>
      <w:r>
        <w:rPr/>
        <w:t>En el otoño de 1998, alguien lo encontró.</w:t>
      </w:r>
    </w:p>
    <w:p>
      <w:pPr>
        <w:pStyle w:val="BodyText"/>
      </w:pPr>
      <w:r>
        <w:rPr/>
        <w:t>Una canción apareció en las ondas de radio europeas. Duró veintitrés</w:t>
      </w:r>
      <w:r>
        <w:rPr/>
        <w:t xml:space="preserve"> </w:t>
      </w:r>
      <w:r>
        <w:rPr/>
        <w:t>días antes de desvanecerse, llevándose consigo a quienes la buscaron</w:t>
      </w:r>
      <w:r>
        <w:rPr/>
        <w:t xml:space="preserve"> </w:t>
      </w:r>
      <w:r>
        <w:rPr/>
        <w:t>demasiado. Pero la física nos enseña lo que el corazón ya intuye: nada</w:t>
      </w:r>
      <w:r>
        <w:rPr/>
        <w:t xml:space="preserve"> </w:t>
      </w:r>
      <w:r>
        <w:rPr/>
        <w:t>desaparece del todo. Toda energía persiste; toda onda viaja eternamente</w:t>
      </w:r>
      <w:r>
        <w:rPr/>
        <w:t xml:space="preserve"> </w:t>
      </w:r>
      <w:r>
        <w:rPr/>
        <w:t>por el espacio. La música no termina cuando el último acorde se</w:t>
      </w:r>
      <w:r>
        <w:rPr/>
        <w:t xml:space="preserve"> </w:t>
      </w:r>
      <w:r>
        <w:rPr/>
        <w:t>extingue: cambia de frecuencia, se refugia en la memoria, espera</w:t>
      </w:r>
      <w:r>
        <w:rPr/>
        <w:t xml:space="preserve"> </w:t>
      </w:r>
      <w:r>
        <w:rPr/>
        <w:t>resonancia.</w:t>
      </w:r>
    </w:p>
    <w:p>
      <w:pPr>
        <w:pStyle w:val="BodyText"/>
      </w:pPr>
      <w:r>
        <w:rPr/>
        <w:t>Esta es la historia de una canción que rozó el Eco primigenio y de la</w:t>
      </w:r>
      <w:r>
        <w:rPr/>
        <w:t xml:space="preserve"> </w:t>
      </w:r>
      <w:r>
        <w:rPr/>
        <w:t>mujer que se convirtió en su frecuencia. Una historia sobre cómo el amor</w:t>
      </w:r>
      <w:r>
        <w:rPr/>
        <w:t xml:space="preserve"> </w:t>
      </w:r>
      <w:r>
        <w:rPr/>
        <w:t>y la física comparten la misma verdad imposible: nada amado se pierde,</w:t>
      </w:r>
      <w:r>
        <w:rPr/>
        <w:t xml:space="preserve"> </w:t>
      </w:r>
      <w:r>
        <w:rPr/>
        <w:t>solo se transforma.</w:t>
      </w:r>
    </w:p>
    <w:p>
      <w:pPr>
        <w:pStyle w:val="BodyText"/>
      </w:pPr>
      <w:r>
        <w:rPr/>
        <w:t>Escucha con atención. Porque lo que vas a leer no es solo un relato.</w:t>
      </w:r>
    </w:p>
    <w:p>
      <w:pPr>
        <w:pStyle w:val="BodyText"/>
      </w:pPr>
      <w:r>
        <w:rPr/>
        <w:t>Es una señal que busca resonancia.</w:t>
      </w:r>
    </w:p>
    <w:p>
      <w:pPr>
        <w:pStyle w:val="BodyText"/>
      </w:pPr>
      <w:r>
        <w:rPr/>
        <w:t>Y el Eco siempre responde.</w:t>
      </w:r>
    </w:p>
    <w:p>
      <w:pPr>
        <w:pStyle w:val="BodyText"/>
      </w:pPr>
      <w:r>
        <w:rPr/>
        <w:t>***</w:t>
      </w:r>
    </w:p>
    <w:p>
      <w:pPr>
        <w:pStyle w:val="BodyText"/>
      </w:pPr>
      <w:r>
        <w:rPr/>
        <w:t>ARTÍCULO DE M. M. SÁNCHEZ</w:t>
      </w:r>
    </w:p>
    <w:p>
      <w:pPr>
        <w:pStyle w:val="BodyText"/>
      </w:pPr>
      <w:r>
        <w:rPr/>
        <w:t>17 de enero de 2023</w:t>
      </w:r>
    </w:p>
    <w:p>
      <w:pPr>
        <w:pStyle w:val="BodyText"/>
      </w:pPr>
      <w:r>
        <w:rPr/>
        <w:t>«La búsqueda del DJ que, haciendo honor a su canción, se desvaneció»Por</w:t>
      </w:r>
      <w:r>
        <w:rPr/>
        <w:t xml:space="preserve"> </w:t>
      </w:r>
      <w:r>
        <w:rPr/>
        <w:t>M. M. Sánchez</w:t>
      </w:r>
    </w:p>
    <w:p>
      <w:pPr>
        <w:pStyle w:val="BodyText"/>
      </w:pPr>
      <w:r>
        <w:rPr/>
        <w:t>Revista ¿Qué fue de…? —Sección Misterios de la música contemporánea.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Algunas canciones no se olvidan. Otras, más perturbadoras en su</w:t>
      </w:r>
      <w:r>
        <w:rPr/>
        <w:t xml:space="preserve"> </w:t>
      </w:r>
      <w:r>
        <w:rPr/>
        <w:t>naturaleza, no quieren ser recordadas. Como si poseyeran una voluntad</w:t>
      </w:r>
      <w:r>
        <w:rPr/>
        <w:t xml:space="preserve"> </w:t>
      </w:r>
      <w:r>
        <w:rPr/>
        <w:t>propia que las llevara a borrarse de la memoria colectiva, dejando tras</w:t>
      </w:r>
      <w:r>
        <w:rPr/>
        <w:t xml:space="preserve"> </w:t>
      </w:r>
      <w:r>
        <w:rPr/>
        <w:t>de sí únicamente la cicatriz de su paso por el mundo.</w:t>
      </w:r>
    </w:p>
    <w:p>
      <w:pPr>
        <w:pStyle w:val="BodyText"/>
      </w:pPr>
      <w:r>
        <w:rPr/>
        <w:t>En el otoño de 1998, una grabación atribuida al enigmático DJ ILIBERIS,</w:t>
      </w:r>
      <w:r>
        <w:rPr/>
        <w:t xml:space="preserve"> </w:t>
      </w:r>
      <w:r>
        <w:rPr/>
        <w:t>titulada Fading Away, apareció bajo el sello independiente Memory</w:t>
      </w:r>
      <w:r>
        <w:rPr/>
        <w:t xml:space="preserve"> </w:t>
      </w:r>
      <w:r>
        <w:rPr/>
        <w:t>Records GmbH, con sede en Berlín. Las circunstancias exactas de su</w:t>
      </w:r>
      <w:r>
        <w:rPr/>
        <w:t xml:space="preserve"> </w:t>
      </w:r>
      <w:r>
        <w:rPr/>
        <w:t>publicación siguen siendo confusas: algunos empleados del sello aseguran</w:t>
      </w:r>
      <w:r>
        <w:rPr/>
        <w:t xml:space="preserve"> </w:t>
      </w:r>
      <w:r>
        <w:rPr/>
        <w:t>que la pista llegó por correo sin remitente, otros que fue encontrada en</w:t>
      </w:r>
      <w:r>
        <w:rPr/>
        <w:t xml:space="preserve"> </w:t>
      </w:r>
      <w:r>
        <w:rPr/>
        <w:t>el estudio una mañana sin explicación. La canción circuló durante</w:t>
      </w:r>
      <w:r>
        <w:rPr/>
        <w:t xml:space="preserve"> </w:t>
      </w:r>
      <w:r>
        <w:rPr/>
        <w:t>veintitrés días antes de ser retirada oficialmente.</w:t>
      </w:r>
    </w:p>
    <w:p>
      <w:pPr>
        <w:pStyle w:val="BodyText"/>
      </w:pPr>
      <w:r>
        <w:rPr/>
        <w:t>Aunque, en realidad, nunca desapareció del todo. Siguió circulando como</w:t>
      </w:r>
      <w:r>
        <w:rPr/>
        <w:t xml:space="preserve"> </w:t>
      </w:r>
      <w:r>
        <w:rPr/>
        <w:t>rumor en los clubs underground de Kreuzberg, una grabación fantasma en</w:t>
      </w:r>
      <w:r>
        <w:rPr/>
        <w:t xml:space="preserve"> </w:t>
      </w:r>
      <w:r>
        <w:rPr/>
        <w:t>casetes sin etiqueta que llegaban por correo anónimo o aparecían</w:t>
      </w:r>
      <w:r>
        <w:rPr/>
        <w:t xml:space="preserve"> </w:t>
      </w:r>
      <w:r>
        <w:rPr/>
        <w:t>abandonados en las cabinas de sonido después de largas noches de música</w:t>
      </w:r>
      <w:r>
        <w:rPr/>
        <w:t xml:space="preserve"> </w:t>
      </w:r>
      <w:r>
        <w:rPr/>
        <w:t>experimental.</w:t>
      </w:r>
    </w:p>
    <w:p>
      <w:pPr>
        <w:pStyle w:val="BodyText"/>
      </w:pPr>
      <w:r>
        <w:rPr/>
        <w:t>Algunas de esas copias sobrevivieron a la retirada oficial. Circularon</w:t>
      </w:r>
      <w:r>
        <w:rPr/>
        <w:t xml:space="preserve"> </w:t>
      </w:r>
      <w:r>
        <w:rPr/>
        <w:t>entre coleccionistas y periodistas curiosos, a veces décadas después de</w:t>
      </w:r>
      <w:r>
        <w:rPr/>
        <w:t xml:space="preserve"> </w:t>
      </w:r>
      <w:r>
        <w:rPr/>
        <w:t>que el máster original se hubiera perdido. Una de ellas llegó a manos de</w:t>
      </w:r>
      <w:r>
        <w:rPr/>
        <w:t xml:space="preserve"> </w:t>
      </w:r>
      <w:r>
        <w:rPr/>
        <w:t>un periodista español en marzo de 1999, iniciando una investigación que</w:t>
      </w:r>
      <w:r>
        <w:rPr/>
        <w:t xml:space="preserve"> </w:t>
      </w:r>
      <w:r>
        <w:rPr/>
        <w:t>jamás concluiría.</w:t>
      </w:r>
    </w:p>
    <w:p>
      <w:pPr>
        <w:pStyle w:val="BodyText"/>
      </w:pPr>
      <w:r>
        <w:rPr/>
        <w:t>La canción sonó apenas unas semanas en emisoras alternativas del</w:t>
      </w:r>
      <w:r>
        <w:rPr/>
        <w:t xml:space="preserve"> </w:t>
      </w:r>
      <w:r>
        <w:rPr/>
        <w:t>circuito centroeuropeo: Radio Eins en Berlín, Couleur 3 en Lausana, y</w:t>
      </w:r>
      <w:r>
        <w:rPr/>
        <w:t xml:space="preserve"> </w:t>
      </w:r>
      <w:r>
        <w:rPr/>
        <w:t>algunas estaciones piratas cuyas frecuencias cambiaban cada noche para</w:t>
      </w:r>
      <w:r>
        <w:rPr/>
        <w:t xml:space="preserve"> </w:t>
      </w:r>
      <w:r>
        <w:rPr/>
        <w:t>evadir la regulación. Después, como si hubiera cumplido un propósito</w:t>
      </w:r>
      <w:r>
        <w:rPr/>
        <w:t xml:space="preserve"> </w:t>
      </w:r>
      <w:r>
        <w:rPr/>
        <w:t>específico, desapareció de las ondas. Pero su ausencia fue más</w:t>
      </w:r>
      <w:r>
        <w:rPr/>
        <w:t xml:space="preserve"> </w:t>
      </w:r>
      <w:r>
        <w:rPr/>
        <w:t>perturbadora que su presencia.</w:t>
      </w:r>
    </w:p>
    <w:p>
      <w:pPr>
        <w:pStyle w:val="BodyText"/>
      </w:pPr>
      <w:r>
        <w:rPr/>
        <w:t>Dejó tras de sí testimonios contradictorios: oyentes que reportaban</w:t>
      </w:r>
      <w:r>
        <w:rPr/>
        <w:t xml:space="preserve"> </w:t>
      </w:r>
      <w:r>
        <w:rPr/>
        <w:t>lapsus de memoria, intervalos de tiempo que no podían explicar. Técnicos</w:t>
      </w:r>
      <w:r>
        <w:rPr/>
        <w:t xml:space="preserve"> </w:t>
      </w:r>
      <w:r>
        <w:rPr/>
        <w:t>de sonido que se negaban a hablar de la experiencia de mezclarla, como</w:t>
      </w:r>
      <w:r>
        <w:rPr/>
        <w:t xml:space="preserve"> </w:t>
      </w:r>
      <w:r>
        <w:rPr/>
        <w:t>si hubieran sido testigos de algo prohibido. Algunos describían la</w:t>
      </w:r>
      <w:r>
        <w:rPr/>
        <w:t xml:space="preserve"> </w:t>
      </w:r>
      <w:r>
        <w:rPr/>
        <w:t>sensación de estar siendo observados mientras la canción sonaba, aunque</w:t>
      </w:r>
      <w:r>
        <w:rPr/>
        <w:t xml:space="preserve"> </w:t>
      </w:r>
      <w:r>
        <w:rPr/>
        <w:t>estuvieran solos en estudios insonorizados.</w:t>
      </w:r>
    </w:p>
    <w:p>
      <w:pPr>
        <w:pStyle w:val="BodyText"/>
      </w:pPr>
      <w:r>
        <w:rPr/>
        <w:t>Los efectos no eran inmediatos. Las primeras semanas de circulación</w:t>
      </w:r>
      <w:r>
        <w:rPr/>
        <w:t xml:space="preserve"> </w:t>
      </w:r>
      <w:r>
        <w:rPr/>
        <w:t>pasaron sin incidentes aparentes. La mayoría de los oyentes</w:t>
      </w:r>
      <w:r>
        <w:rPr/>
        <w:t xml:space="preserve"> </w:t>
      </w:r>
      <w:r>
        <w:rPr/>
        <w:t>experimentaban sensaciones fugaces que se disipaban al abandonar la</w:t>
      </w:r>
      <w:r>
        <w:rPr/>
        <w:t xml:space="preserve"> </w:t>
      </w:r>
      <w:r>
        <w:rPr/>
        <w:t>sala. Fue solo cuando ciertos individuos comenzaron a buscarla</w:t>
      </w:r>
      <w:r>
        <w:rPr/>
        <w:t xml:space="preserve"> </w:t>
      </w:r>
      <w:r>
        <w:rPr/>
        <w:t>activamente, a reproducirla en bucle en sus estudios privados, cuando</w:t>
      </w:r>
      <w:r>
        <w:rPr/>
        <w:t xml:space="preserve"> </w:t>
      </w:r>
      <w:r>
        <w:rPr/>
        <w:t>los síntomas más graves se manifestaron. Como si Fading Away requiriera</w:t>
      </w:r>
      <w:r>
        <w:rPr/>
        <w:t xml:space="preserve"> </w:t>
      </w:r>
      <w:r>
        <w:rPr/>
        <w:t>exposición sostenida para ejercer su efecto completo.</w:t>
      </w:r>
    </w:p>
    <w:p>
      <w:pPr>
        <w:pStyle w:val="BodyText"/>
      </w:pPr>
      <w:r>
        <w:rPr/>
        <w:t>El neurocientífico Heinrich Zimmermann documentó en 1999 lo que llamó</w:t>
      </w:r>
      <w:r>
        <w:rPr/>
        <w:t xml:space="preserve"> </w:t>
      </w:r>
      <w:r>
        <w:rPr/>
        <w:t>«el síndrome ILIBERIS»: alteraciones en los patrones de ondas theta</w:t>
      </w:r>
      <w:r>
        <w:rPr/>
        <w:t xml:space="preserve"> </w:t>
      </w:r>
      <w:r>
        <w:rPr/>
        <w:t>cerebrales, específicamente en las regiones asociadas con la memoria</w:t>
      </w:r>
      <w:r>
        <w:rPr/>
        <w:t xml:space="preserve"> </w:t>
      </w:r>
      <w:r>
        <w:rPr/>
        <w:t>episódica y el reconocimiento facial. Los espectrogramas mostraban</w:t>
      </w:r>
      <w:r>
        <w:rPr/>
        <w:t xml:space="preserve"> </w:t>
      </w:r>
      <w:r>
        <w:rPr/>
        <w:t>patrones que no correspondían a instrumentos conocidos, frecuencias que</w:t>
      </w:r>
      <w:r>
        <w:rPr/>
        <w:t xml:space="preserve"> </w:t>
      </w:r>
      <w:r>
        <w:rPr/>
        <w:t>parecían modularse según algún tipo de inteligencia oculta. Zimmermann</w:t>
      </w:r>
      <w:r>
        <w:rPr/>
        <w:t xml:space="preserve"> </w:t>
      </w:r>
      <w:r>
        <w:rPr/>
        <w:t>concluyó que la música actuaba como «un disolvente neurológico,</w:t>
      </w:r>
      <w:r>
        <w:rPr/>
        <w:t xml:space="preserve"> </w:t>
      </w:r>
      <w:r>
        <w:rPr/>
        <w:t>difuminando los bordes entre la experiencia directa y el recuerdo, entre</w:t>
      </w:r>
      <w:r>
        <w:rPr/>
        <w:t xml:space="preserve"> </w:t>
      </w:r>
      <w:r>
        <w:rPr/>
        <w:t>el yo y el otro».</w:t>
      </w:r>
    </w:p>
    <w:p>
      <w:pPr>
        <w:pStyle w:val="BodyText"/>
      </w:pPr>
      <w:r>
        <w:rPr/>
        <w:t>La leyenda persistente del «desvanecimiento» comenzó con los relatos</w:t>
      </w:r>
      <w:r>
        <w:rPr/>
        <w:t xml:space="preserve"> </w:t>
      </w:r>
      <w:r>
        <w:rPr/>
        <w:t>sobre una joven que aparecía siempre al borde de los escenarios donde</w:t>
      </w:r>
      <w:r>
        <w:rPr/>
        <w:t xml:space="preserve"> </w:t>
      </w:r>
      <w:r>
        <w:rPr/>
        <w:t>sonaba la canción. Una figura etérea con un paraguas rojo y la mirada</w:t>
      </w:r>
      <w:r>
        <w:rPr/>
        <w:t xml:space="preserve"> </w:t>
      </w:r>
      <w:r>
        <w:rPr/>
        <w:t>perdida en algo que solo ella podía ver. Las descripciones variaban</w:t>
      </w:r>
      <w:r>
        <w:rPr/>
        <w:t xml:space="preserve"> </w:t>
      </w:r>
      <w:r>
        <w:rPr/>
        <w:t>según el testigo, pero todos coincidían en detalles específicos: el</w:t>
      </w:r>
      <w:r>
        <w:rPr/>
        <w:t xml:space="preserve"> </w:t>
      </w:r>
      <w:r>
        <w:rPr/>
        <w:t>paraguas carmesí que sostenía incluso en interiores, la forma en que sus</w:t>
      </w:r>
      <w:r>
        <w:rPr/>
        <w:t xml:space="preserve"> </w:t>
      </w:r>
      <w:r>
        <w:rPr/>
        <w:t>labios se movían como si cantara una melodía diferente a la que sonaba</w:t>
      </w:r>
      <w:r>
        <w:rPr/>
        <w:t xml:space="preserve"> </w:t>
      </w:r>
      <w:r>
        <w:rPr/>
        <w:t>y, sobre todo, las lágrimas que corrían por sus mejillas sin que su</w:t>
      </w:r>
      <w:r>
        <w:rPr/>
        <w:t xml:space="preserve"> </w:t>
      </w:r>
      <w:r>
        <w:rPr/>
        <w:t>expresión cambiara.</w:t>
      </w:r>
    </w:p>
    <w:p>
      <w:pPr>
        <w:pStyle w:val="BodyText"/>
      </w:pPr>
      <w:r>
        <w:rPr/>
        <w:t>Un técnico de sonido del legendario Tresor, cuyo nombre prefiero omitir</w:t>
      </w:r>
      <w:r>
        <w:rPr/>
        <w:t xml:space="preserve"> </w:t>
      </w:r>
      <w:r>
        <w:rPr/>
        <w:t>por respeto a su solicitud de anonimato, me contó durante una entrevista</w:t>
      </w:r>
      <w:r>
        <w:rPr/>
        <w:t xml:space="preserve"> </w:t>
      </w:r>
      <w:r>
        <w:rPr/>
        <w:t>realizada en 2019:</w:t>
      </w:r>
    </w:p>
    <w:p>
      <w:pPr>
        <w:pStyle w:val="BodyText"/>
      </w:pPr>
      <w:r>
        <w:rPr/>
        <w:t>—La vi llorar mientras sonaba la canción. Era como si la música la</w:t>
      </w:r>
      <w:r>
        <w:rPr/>
        <w:t xml:space="preserve"> </w:t>
      </w:r>
      <w:r>
        <w:rPr/>
        <w:t>lastimara físicamente, pero no podía alejarse. Intenté acercarme,</w:t>
      </w:r>
      <w:r>
        <w:rPr/>
        <w:t xml:space="preserve"> </w:t>
      </w:r>
      <w:r>
        <w:rPr/>
        <w:t>preguntarle si estaba bien. Un segundo después, había desaparecido. En</w:t>
      </w:r>
      <w:r>
        <w:rPr/>
        <w:t xml:space="preserve"> </w:t>
      </w:r>
      <w:r>
        <w:rPr/>
        <w:t>su lugar, solo quedaba un pañuelo empapado sobre la moqueta del club, y</w:t>
      </w:r>
      <w:r>
        <w:rPr/>
        <w:t xml:space="preserve"> </w:t>
      </w:r>
      <w:r>
        <w:rPr/>
        <w:t>el olor más extraño… como a lluvia sobre piedra caliente.</w:t>
      </w:r>
    </w:p>
    <w:p>
      <w:pPr>
        <w:pStyle w:val="BodyText"/>
      </w:pPr>
      <w:r>
        <w:rPr/>
        <w:t>Los efectos reportados trascendían lo auditivo. Se habló de espejos</w:t>
      </w:r>
      <w:r>
        <w:rPr/>
        <w:t xml:space="preserve"> </w:t>
      </w:r>
      <w:r>
        <w:rPr/>
        <w:t>empañados por una niebla fría en habitaciones completamente secas. De</w:t>
      </w:r>
      <w:r>
        <w:rPr/>
        <w:t xml:space="preserve"> </w:t>
      </w:r>
      <w:r>
        <w:rPr/>
        <w:t>reflejos que no coincidían exactamente con el rostro del observador,</w:t>
      </w:r>
      <w:r>
        <w:rPr/>
        <w:t xml:space="preserve"> </w:t>
      </w:r>
      <w:r>
        <w:rPr/>
        <w:t>como si el cristal mostrara una versión ligeramente alterada de la</w:t>
      </w:r>
      <w:r>
        <w:rPr/>
        <w:t xml:space="preserve"> </w:t>
      </w:r>
      <w:r>
        <w:rPr/>
        <w:t>realidad.</w:t>
      </w:r>
    </w:p>
    <w:p>
      <w:pPr>
        <w:pStyle w:val="BodyText"/>
      </w:pPr>
      <w:r>
        <w:rPr/>
        <w:t>Con los años, varios productores intentaron reconstruir Fading Away</w:t>
      </w:r>
      <w:r>
        <w:rPr/>
        <w:t xml:space="preserve"> </w:t>
      </w:r>
      <w:r>
        <w:rPr/>
        <w:t>basándose en los fragmentos que circulaban en la red. Ninguno terminó el</w:t>
      </w:r>
      <w:r>
        <w:rPr/>
        <w:t xml:space="preserve"> </w:t>
      </w:r>
      <w:r>
        <w:rPr/>
        <w:t>proyecto. Algunos abandonaron sus carreras musicales por completo. Otros</w:t>
      </w:r>
      <w:r>
        <w:rPr/>
        <w:t xml:space="preserve"> </w:t>
      </w:r>
      <w:r>
        <w:rPr/>
        <w:t>comenzaron a experimentar episodios de amnesia selectiva: olvidaban</w:t>
      </w:r>
      <w:r>
        <w:rPr/>
        <w:t xml:space="preserve"> </w:t>
      </w:r>
      <w:r>
        <w:rPr/>
        <w:t>nombres de seres queridos, fechas importantes, incluso sus propios</w:t>
      </w:r>
      <w:r>
        <w:rPr/>
        <w:t xml:space="preserve"> </w:t>
      </w:r>
      <w:r>
        <w:rPr/>
        <w:t>rostros en fotografías antiguas.</w:t>
      </w:r>
    </w:p>
    <w:p>
      <w:pPr>
        <w:pStyle w:val="BodyText"/>
      </w:pPr>
      <w:r>
        <w:rPr/>
        <w:t>Markus Keller, productor e ingeniero de sonido que trabajó en uno de los</w:t>
      </w:r>
      <w:r>
        <w:rPr/>
        <w:t xml:space="preserve"> </w:t>
      </w:r>
      <w:r>
        <w:rPr/>
        <w:t>intentos de reconstrucción más serios, me confesó en 2020:</w:t>
      </w:r>
    </w:p>
    <w:p>
      <w:pPr>
        <w:pStyle w:val="BodyText"/>
      </w:pPr>
      <w:r>
        <w:rPr/>
        <w:t>—Era como intentar reconstruir un sueño usando solo las emociones que</w:t>
      </w:r>
      <w:r>
        <w:rPr/>
        <w:t xml:space="preserve"> </w:t>
      </w:r>
      <w:r>
        <w:rPr/>
        <w:t>recordabas al despertar. Cada vez que creíamos acercarnos a la melodía</w:t>
      </w:r>
      <w:r>
        <w:rPr/>
        <w:t xml:space="preserve"> </w:t>
      </w:r>
      <w:r>
        <w:rPr/>
        <w:t>original, algo dentro de nosotros se resistía. No era una resistencia</w:t>
      </w:r>
      <w:r>
        <w:rPr/>
        <w:t xml:space="preserve"> </w:t>
      </w:r>
      <w:r>
        <w:rPr/>
        <w:t>consciente, era más profunda. Como si nuestro propio ADN supiera que esa</w:t>
      </w:r>
      <w:r>
        <w:rPr/>
        <w:t xml:space="preserve"> </w:t>
      </w:r>
      <w:r>
        <w:rPr/>
        <w:t>canción no debía volver a existir.</w:t>
      </w:r>
    </w:p>
    <w:p>
      <w:pPr>
        <w:pStyle w:val="BodyText"/>
      </w:pPr>
      <w:r>
        <w:rPr/>
        <w:t>En 2002 se produjo el borrado sistemático de todos los archivos físicos</w:t>
      </w:r>
      <w:r>
        <w:rPr/>
        <w:t xml:space="preserve"> </w:t>
      </w:r>
      <w:r>
        <w:rPr/>
        <w:t>y digitales relacionados con Fading Away. La versión maestra desapareció</w:t>
      </w:r>
      <w:r>
        <w:rPr/>
        <w:t xml:space="preserve"> </w:t>
      </w:r>
      <w:r>
        <w:rPr/>
        <w:t>de las bóvedas de seguridad de Memory Records. El comunicado oficial</w:t>
      </w:r>
      <w:r>
        <w:rPr/>
        <w:t xml:space="preserve"> </w:t>
      </w:r>
      <w:r>
        <w:rPr/>
        <w:t>atribuía el incidente a una «inestabilidad electromagnética de origen</w:t>
      </w:r>
      <w:r>
        <w:rPr/>
        <w:t xml:space="preserve"> </w:t>
      </w:r>
      <w:r>
        <w:rPr/>
        <w:t>desconocido» que, curiosamente, solo había afectado a los materiales</w:t>
      </w:r>
      <w:r>
        <w:rPr/>
        <w:t xml:space="preserve"> </w:t>
      </w:r>
      <w:r>
        <w:rPr/>
        <w:t>vinculados con aquella producción.</w:t>
      </w:r>
    </w:p>
    <w:p>
      <w:pPr>
        <w:pStyle w:val="BodyText"/>
      </w:pPr>
      <w:r>
        <w:rPr/>
        <w:t>Para entonces, Fading Away ya había pasado de rumor a reliquia, y de</w:t>
      </w:r>
      <w:r>
        <w:rPr/>
        <w:t xml:space="preserve"> </w:t>
      </w:r>
      <w:r>
        <w:rPr/>
        <w:t>reliquia a mito.</w:t>
      </w:r>
    </w:p>
    <w:p>
      <w:pPr>
        <w:pStyle w:val="BodyText"/>
      </w:pPr>
      <w:r>
        <w:rPr/>
        <w:t>La identidad de DJ ILIBERIS sigue siendo un enigma que se acentúa con</w:t>
      </w:r>
      <w:r>
        <w:rPr/>
        <w:t xml:space="preserve"> </w:t>
      </w:r>
      <w:r>
        <w:rPr/>
        <w:t>cada investigación. Los registros oficiales de Memory Records fueron</w:t>
      </w:r>
      <w:r>
        <w:rPr/>
        <w:t xml:space="preserve"> </w:t>
      </w:r>
      <w:r>
        <w:rPr/>
        <w:t>destruidos en un incendio en 2003. Los empleados que trabajaron con él</w:t>
      </w:r>
      <w:r>
        <w:rPr/>
        <w:t xml:space="preserve"> </w:t>
      </w:r>
      <w:r>
        <w:rPr/>
        <w:t>ofrecen relatos contradictorios: algunos lo recuerdan como un artista</w:t>
      </w:r>
      <w:r>
        <w:rPr/>
        <w:t xml:space="preserve"> </w:t>
      </w:r>
      <w:r>
        <w:rPr/>
        <w:t>solitario, un hombre joven de cabello oscuro que siempre vestía de negro</w:t>
      </w:r>
      <w:r>
        <w:rPr/>
        <w:t xml:space="preserve"> </w:t>
      </w:r>
      <w:r>
        <w:rPr/>
        <w:t>y hablaba con un acento imposible de ubicar. Otros aseguran que ILIBERIS</w:t>
      </w:r>
      <w:r>
        <w:rPr/>
        <w:t xml:space="preserve"> </w:t>
      </w:r>
      <w:r>
        <w:rPr/>
        <w:t>era un seudónimo compartido, una máscara colectiva que usaba quien se</w:t>
      </w:r>
      <w:r>
        <w:rPr/>
        <w:t xml:space="preserve"> </w:t>
      </w:r>
      <w:r>
        <w:rPr/>
        <w:t>sentía lo suficientemente perdido como para necesitar desaparecer.</w:t>
      </w:r>
    </w:p>
    <w:p>
      <w:pPr>
        <w:pStyle w:val="BodyText"/>
      </w:pPr>
      <w:r>
        <w:rPr/>
        <w:t>Klaus Heberle, ingeniero de sonido que trabajó en Memory Records, me</w:t>
      </w:r>
      <w:r>
        <w:rPr/>
        <w:t xml:space="preserve"> </w:t>
      </w:r>
      <w:r>
        <w:rPr/>
        <w:t>escribió en 1999:</w:t>
      </w:r>
    </w:p>
    <w:p>
      <w:pPr>
        <w:pStyle w:val="BodyText"/>
      </w:pPr>
      <w:r>
        <w:rPr/>
        <w:t>«ILIBERIS venía de noche, después de que todos nos hubiéramos ido.</w:t>
      </w:r>
      <w:r>
        <w:rPr/>
        <w:t xml:space="preserve"> </w:t>
      </w:r>
      <w:r>
        <w:rPr/>
        <w:t>Dejaba grabaciones perfectas en el estudio. Nunca lo vimos trabajar. Las</w:t>
      </w:r>
      <w:r>
        <w:rPr/>
        <w:t xml:space="preserve"> </w:t>
      </w:r>
      <w:r>
        <w:rPr/>
        <w:t>cintas aparecían en la mesa de mezclas por la mañana, como si se</w:t>
      </w:r>
      <w:r>
        <w:rPr/>
        <w:t xml:space="preserve"> </w:t>
      </w:r>
      <w:r>
        <w:rPr/>
        <w:t>materializaran. Cuando la compañía cerró en 2003, intentamos recuperar</w:t>
      </w:r>
      <w:r>
        <w:rPr/>
        <w:t xml:space="preserve"> </w:t>
      </w:r>
      <w:r>
        <w:rPr/>
        <w:t>los masters de sus trabajos. Todos habían sido borrados por deterioro</w:t>
      </w:r>
      <w:r>
        <w:rPr/>
        <w:t xml:space="preserve"> </w:t>
      </w:r>
      <w:r>
        <w:rPr/>
        <w:t>electromagnético selectivo, como si algo los hubiera consumido desde</w:t>
      </w:r>
      <w:r>
        <w:rPr/>
        <w:t xml:space="preserve"> </w:t>
      </w:r>
      <w:r>
        <w:rPr/>
        <w:t>dentro.»</w:t>
      </w:r>
    </w:p>
    <w:p>
      <w:pPr>
        <w:pStyle w:val="BodyText"/>
      </w:pPr>
      <w:r>
        <w:rPr/>
        <w:t>Su mismo nombre artístico encierra misterio. ILIBERIS tomó su nombre del</w:t>
      </w:r>
      <w:r>
        <w:rPr/>
        <w:t xml:space="preserve"> </w:t>
      </w:r>
      <w:r>
        <w:rPr/>
        <w:t>núcleo iberorromano que hoy conocemos como Granada, una ciudad cuya</w:t>
      </w:r>
      <w:r>
        <w:rPr/>
        <w:t xml:space="preserve"> </w:t>
      </w:r>
      <w:r>
        <w:rPr/>
        <w:t>historia está entretejida con fenómenos acústicos inexplicables: su</w:t>
      </w:r>
      <w:r>
        <w:rPr/>
        <w:t xml:space="preserve"> </w:t>
      </w:r>
      <w:r>
        <w:rPr/>
        <w:t>arquitectura diseñada para amplificar la oración, sus fuentes que</w:t>
      </w:r>
      <w:r>
        <w:rPr/>
        <w:t xml:space="preserve"> </w:t>
      </w:r>
      <w:r>
        <w:rPr/>
        <w:t>susurran melodías que cambian según la hora del día, sus muros que</w:t>
      </w:r>
      <w:r>
        <w:rPr/>
        <w:t xml:space="preserve"> </w:t>
      </w:r>
      <w:r>
        <w:rPr/>
        <w:t>devuelven no solo ecos, sino suspiros que parecen venir de épocas</w:t>
      </w:r>
      <w:r>
        <w:rPr/>
        <w:t xml:space="preserve"> </w:t>
      </w:r>
      <w:r>
        <w:rPr/>
        <w:t>anteriores.</w:t>
      </w:r>
    </w:p>
    <w:p>
      <w:pPr>
        <w:pStyle w:val="BodyText"/>
      </w:pPr>
      <w:r>
        <w:rPr/>
        <w:t>A veces, entre la niebla de ciertos amaneceres berlineses, hay quienes</w:t>
      </w:r>
      <w:r>
        <w:rPr/>
        <w:t xml:space="preserve"> </w:t>
      </w:r>
      <w:r>
        <w:rPr/>
        <w:t>aseguran escucharla todavía. No en la radio, cuyas ondas están demasiado</w:t>
      </w:r>
      <w:r>
        <w:rPr/>
        <w:t xml:space="preserve"> </w:t>
      </w:r>
      <w:r>
        <w:rPr/>
        <w:t>contaminadas por el ruido comercial. No en los auriculares, cuyos</w:t>
      </w:r>
      <w:r>
        <w:rPr/>
        <w:t xml:space="preserve"> </w:t>
      </w:r>
      <w:r>
        <w:rPr/>
        <w:t>componentes electrónicos actúan como filtros. Sino desde dentro, desde</w:t>
      </w:r>
      <w:r>
        <w:rPr/>
        <w:t xml:space="preserve"> </w:t>
      </w:r>
      <w:r>
        <w:rPr/>
        <w:t>ese espacio entre el corazón y los pulmones donde anidan las melodías</w:t>
      </w:r>
      <w:r>
        <w:rPr/>
        <w:t xml:space="preserve"> </w:t>
      </w:r>
      <w:r>
        <w:rPr/>
        <w:t>que nos definen.</w:t>
      </w:r>
    </w:p>
    <w:p>
      <w:pPr>
        <w:pStyle w:val="BodyText"/>
      </w:pPr>
      <w:r>
        <w:rPr/>
        <w:t>Tres letras suelen aparecer en los relatos de estos encuentros: M — A</w:t>
      </w:r>
      <w:r>
        <w:rPr/>
        <w:t xml:space="preserve"> </w:t>
      </w:r>
      <w:r>
        <w:rPr/>
        <w:t>— R.</w:t>
      </w:r>
    </w:p>
    <w:p>
      <w:pPr>
        <w:pStyle w:val="BodyText"/>
      </w:pPr>
      <w:r>
        <w:rPr/>
        <w:t>Como una firma inacabada que busca completarse.</w:t>
      </w:r>
    </w:p>
    <w:p>
      <w:pPr>
        <w:pStyle w:val="BodyText"/>
      </w:pPr>
      <w:r>
        <w:rPr/>
        <w:t>O como el principio de una canción que nunca debería haber comenzado,</w:t>
      </w:r>
      <w:r>
        <w:rPr/>
        <w:t xml:space="preserve"> </w:t>
      </w:r>
      <w:r>
        <w:rPr/>
        <w:t>pero que, una vez iniciada, no puede ser detenida.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Archivo personal de Mar Sánchez — Berlín, 2023</w:t>
      </w:r>
    </w:p>
    <w:p>
      <w:pPr>
        <w:pStyle w:val="BodyText"/>
      </w:pPr>
      <w:r>
        <w:rPr/>
        <w:t>* * *</w:t>
      </w:r>
    </w:p>
    <w:p>
      <w:pPr>
        <w:pStyle w:val="BodyText"/>
      </w:pPr>
      <w:r>
        <w:rPr/>
        <w:t>EXPEDIENTE ORDAZ</w:t>
      </w:r>
    </w:p>
    <w:p>
      <w:pPr>
        <w:pStyle w:val="BodyText"/>
      </w:pPr>
      <w:r>
        <w:rPr/>
        <w:t>Archivo Nacional de Anomalías Acústicas</w:t>
      </w:r>
    </w:p>
    <w:p>
      <w:pPr>
        <w:pStyle w:val="BodyText"/>
      </w:pPr>
      <w:r>
        <w:rPr/>
        <w:t>Departamento de Investigación Especial (Sección 3-Δ)</w:t>
      </w:r>
    </w:p>
    <w:p>
      <w:pPr>
        <w:pStyle w:val="BodyText"/>
      </w:pPr>
      <w:r>
        <w:rPr/>
        <w:t>Referencia: Caso ORDAZ / FADING-A-117</w:t>
      </w:r>
    </w:p>
    <w:p>
      <w:pPr>
        <w:pStyle w:val="BodyText"/>
      </w:pPr>
      <w:r>
        <w:rPr/>
        <w:t>Clasificación: CONFIDENCIAL</w:t>
      </w:r>
    </w:p>
    <w:p>
      <w:pPr>
        <w:pStyle w:val="BodyText"/>
      </w:pPr>
      <w:r>
        <w:rPr/>
        <w:t>Fecha de apertura: 12 de marzo de 2001</w:t>
      </w:r>
    </w:p>
    <w:p>
      <w:pPr>
        <w:pStyle w:val="BodyText"/>
      </w:pPr>
      <w:r>
        <w:rPr/>
        <w:t>Estado del caso: INCONCLUSO</w:t>
      </w:r>
    </w:p>
    <w:p>
      <w:pPr>
        <w:pStyle w:val="BodyText"/>
      </w:pPr>
      <w:r>
        <w:rPr/>
        <w:t>I. SUJETO</w:t>
      </w:r>
    </w:p>
    <w:p>
      <w:pPr>
        <w:pStyle w:val="BodyText"/>
      </w:pPr>
      <w:r>
        <w:rPr/>
        <w:t>Nombre: Julio Ordaz Mendoza</w:t>
      </w:r>
    </w:p>
    <w:p>
      <w:pPr>
        <w:pStyle w:val="BodyText"/>
      </w:pPr>
      <w:r>
        <w:rPr/>
        <w:t>Profesión: Periodista especializado en fenómenos acústicos anómalos</w:t>
      </w:r>
    </w:p>
    <w:p>
      <w:pPr>
        <w:pStyle w:val="BodyText"/>
      </w:pPr>
      <w:r>
        <w:rPr/>
        <w:t>Último paradero conocido: Monasterio de San Juan de Duero, Soria</w:t>
      </w:r>
    </w:p>
    <w:p>
      <w:pPr>
        <w:pStyle w:val="BodyText"/>
      </w:pPr>
      <w:r>
        <w:rPr/>
        <w:t>Fecha de desaparición: 12 de marzo de 2001</w:t>
      </w:r>
    </w:p>
    <w:p>
      <w:pPr>
        <w:pStyle w:val="BodyText"/>
      </w:pPr>
      <w:r>
        <w:rPr/>
        <w:t>[Anotación manuscrita en el margen: «Recibí este expediente por correo</w:t>
      </w:r>
      <w:r>
        <w:rPr/>
        <w:t xml:space="preserve"> </w:t>
      </w:r>
      <w:r>
        <w:rPr/>
        <w:t>anónimo. Septiembre de 2023. Sin remitente. Como el casete de Julio.</w:t>
      </w:r>
      <w:r>
        <w:rPr/>
        <w:t xml:space="preserve"> </w:t>
      </w:r>
      <w:r>
        <w:rPr/>
        <w:t>Como el mío.» —M. S.]</w:t>
      </w:r>
    </w:p>
    <w:p>
      <w:pPr>
        <w:pStyle w:val="BodyText"/>
      </w:pPr>
      <w:r>
        <w:rPr/>
        <w:t>II. ANTECEDENTES</w:t>
      </w:r>
    </w:p>
    <w:p>
      <w:pPr>
        <w:pStyle w:val="BodyText"/>
      </w:pPr>
      <w:r>
        <w:rPr/>
        <w:t>En marzo de 1999, el sujeto recibió un casete sin etiqueta que contenía</w:t>
      </w:r>
      <w:r>
        <w:rPr/>
        <w:t xml:space="preserve"> </w:t>
      </w:r>
      <w:r>
        <w:rPr/>
        <w:t>la grabación Fading Away, atribuida al productor desaparecido DJ</w:t>
      </w:r>
      <w:r>
        <w:rPr/>
        <w:t xml:space="preserve"> </w:t>
      </w:r>
      <w:r>
        <w:rPr/>
        <w:t>ILIBERIS. Junto al casete, una nota manuscrita:</w:t>
      </w:r>
    </w:p>
    <w:p>
      <w:pPr>
        <w:pStyle w:val="BodyText"/>
      </w:pPr>
      <w:r>
        <w:rPr/>
        <w:t>«Para quien sepa escuchar lo que no debería sonar.»</w:t>
      </w:r>
    </w:p>
    <w:p>
      <w:pPr>
        <w:pStyle w:val="BodyText"/>
      </w:pPr>
      <w:r>
        <w:rPr/>
        <w:t>Durante los dos años siguientes, Ordaz desarrolló un patrón de conducta</w:t>
      </w:r>
      <w:r>
        <w:rPr/>
        <w:t xml:space="preserve"> </w:t>
      </w:r>
      <w:r>
        <w:rPr/>
        <w:t>obsesiva, documentado por testigos cercanos y en su diario personal:</w:t>
      </w:r>
    </w:p>
    <w:p>
      <w:pPr>
        <w:pStyle w:val="BodyText"/>
      </w:pPr>
      <w:r>
        <w:rPr/>
        <w:t>17 de marzo de 1999 (Diario personal):</w:t>
      </w:r>
    </w:p>
    <w:p>
      <w:pPr>
        <w:pStyle w:val="BodyText"/>
      </w:pPr>
      <w:r>
        <w:rPr/>
        <w:t>«La escuché tres veces seguidas. Cada vez siento lo mismo: una ansiedad</w:t>
      </w:r>
      <w:r>
        <w:rPr/>
        <w:t xml:space="preserve"> </w:t>
      </w:r>
      <w:r>
        <w:rPr/>
        <w:t>sin causa aparente, la sensación de que he olvidado algo importante. Y</w:t>
      </w:r>
      <w:r>
        <w:rPr/>
        <w:t xml:space="preserve"> </w:t>
      </w:r>
      <w:r>
        <w:rPr/>
        <w:t>después, silencio interno. Como si la canción apagara mi voz interior y</w:t>
      </w:r>
      <w:r>
        <w:rPr/>
        <w:t xml:space="preserve"> </w:t>
      </w:r>
      <w:r>
        <w:rPr/>
        <w:t>solo quedara ella.»</w:t>
      </w:r>
    </w:p>
    <w:p>
      <w:pPr>
        <w:pStyle w:val="BodyText"/>
      </w:pPr>
      <w:r>
        <w:rPr/>
        <w:t>Agosto de 1999: viaja a Berlín. Localiza el estudio abandonado en</w:t>
      </w:r>
      <w:r>
        <w:rPr/>
        <w:t xml:space="preserve"> </w:t>
      </w:r>
      <w:r>
        <w:rPr/>
        <w:t>Kreuzberg donde ILIBERIS trabajó. En las paredes del estudio se</w:t>
      </w:r>
      <w:r>
        <w:rPr/>
        <w:t xml:space="preserve"> </w:t>
      </w:r>
      <w:r>
        <w:rPr/>
        <w:t>encuentran frases garabateadas:</w:t>
      </w:r>
    </w:p>
    <w:p>
      <w:pPr>
        <w:pStyle w:val="BodyText"/>
      </w:pPr>
      <w:r>
        <w:rPr/>
        <w:t>«El sonido recuerda lo que el cuerpo olvida.»</w:t>
      </w:r>
    </w:p>
    <w:p>
      <w:pPr>
        <w:pStyle w:val="BodyText"/>
      </w:pPr>
      <w:r>
        <w:rPr/>
        <w:t>«No era mía. Ella me usó para nacer.»</w:t>
      </w:r>
    </w:p>
    <w:p>
      <w:pPr>
        <w:pStyle w:val="BodyText"/>
      </w:pPr>
      <w:r>
        <w:rPr/>
        <w:t>«El Eco busca su origen.»</w:t>
      </w:r>
    </w:p>
    <w:p>
      <w:pPr>
        <w:pStyle w:val="BodyText"/>
      </w:pPr>
      <w:r>
        <w:rPr/>
        <w:t>En la puerta de entrada, tallada con un objeto afilado, una sola</w:t>
      </w:r>
      <w:r>
        <w:rPr/>
        <w:t xml:space="preserve"> </w:t>
      </w:r>
      <w:r>
        <w:rPr/>
        <w:t>palabra: MAR.</w:t>
      </w:r>
    </w:p>
    <w:p>
      <w:pPr>
        <w:pStyle w:val="BodyText"/>
      </w:pPr>
      <w:r>
        <w:rPr/>
        <w:t>[Anotación manuscrita: «¿Por qué mi nombre? ¿Qué sabía él que yo aún</w:t>
      </w:r>
      <w:r>
        <w:rPr/>
        <w:t xml:space="preserve"> </w:t>
      </w:r>
      <w:r>
        <w:rPr/>
        <w:t>ignoro?» —M. S.]</w:t>
      </w:r>
    </w:p>
    <w:p>
      <w:pPr>
        <w:pStyle w:val="BodyText"/>
      </w:pPr>
      <w:r>
        <w:rPr/>
        <w:t>En el buzón del edificio, una carta sin abrir dirigida a «ILIBERIS /</w:t>
      </w:r>
      <w:r>
        <w:rPr/>
        <w:t xml:space="preserve"> </w:t>
      </w:r>
      <w:r>
        <w:rPr/>
        <w:t>Marín». Contenido:</w:t>
      </w:r>
    </w:p>
    <w:p>
      <w:pPr>
        <w:pStyle w:val="BodyText"/>
      </w:pPr>
      <w:r>
        <w:rPr/>
        <w:t>«El Eco busca su origen. Soria. San Juan de Duero. Luna llena de</w:t>
      </w:r>
      <w:r>
        <w:rPr/>
        <w:t xml:space="preserve"> </w:t>
      </w:r>
      <w:r>
        <w:rPr/>
        <w:t>septiembre.»</w:t>
      </w:r>
    </w:p>
    <w:p>
      <w:pPr>
        <w:pStyle w:val="BodyText"/>
      </w:pPr>
      <w:r>
        <w:rPr/>
        <w:t>15 de septiembre de 1999: Ordaz visita por primera vez las ruinas del</w:t>
      </w:r>
      <w:r>
        <w:rPr/>
        <w:t xml:space="preserve"> </w:t>
      </w:r>
      <w:r>
        <w:rPr/>
        <w:t>monasterio de San Juan de Duero bajo la luna llena. Lleva equipo de</w:t>
      </w:r>
      <w:r>
        <w:rPr/>
        <w:t xml:space="preserve"> </w:t>
      </w:r>
      <w:r>
        <w:rPr/>
        <w:t>grabación profesional.</w:t>
      </w:r>
    </w:p>
    <w:p>
      <w:pPr>
        <w:pStyle w:val="BodyText"/>
      </w:pPr>
      <w:r>
        <w:rPr/>
        <w:t>Testimonio de Laura Cifuentes (pareja intermitente del sujeto):</w:t>
      </w:r>
    </w:p>
    <w:p>
      <w:pPr>
        <w:pStyle w:val="BodyText"/>
      </w:pPr>
      <w:r>
        <w:rPr/>
        <w:t>«Dejó de responder llamadas. Sus artículos se volvieron extraños. Una</w:t>
      </w:r>
      <w:r>
        <w:rPr/>
        <w:t xml:space="preserve"> </w:t>
      </w:r>
      <w:r>
        <w:rPr/>
        <w:t>noche lo encontré sentado en la oscuridad, con auriculares puestos y los</w:t>
      </w:r>
      <w:r>
        <w:rPr/>
        <w:t xml:space="preserve"> </w:t>
      </w:r>
      <w:r>
        <w:rPr/>
        <w:t>ojos cerrados. Cuando le pregunté qué hacía, me dijo:</w:t>
      </w:r>
      <w:r>
        <w:rPr/>
        <w:t xml:space="preserve"> </w:t>
      </w:r>
      <w:r>
        <w:rPr/>
        <w:t>“</w:t>
      </w:r>
      <w:r>
        <w:rPr/>
        <w:t>Estoy recordando</w:t>
      </w:r>
      <w:r>
        <w:rPr/>
        <w:t xml:space="preserve"> </w:t>
      </w:r>
      <w:r>
        <w:rPr/>
        <w:t>algo que nunca viví.</w:t>
      </w:r>
      <w:r>
        <w:rPr/>
        <w:t>”</w:t>
      </w:r>
      <w:r>
        <w:rPr/>
        <w:t>»</w:t>
      </w:r>
    </w:p>
    <w:p>
      <w:pPr>
        <w:pStyle w:val="BodyText"/>
      </w:pPr>
      <w:r>
        <w:rPr/>
        <w:t>Marzo de 2000–2001: Ordaz realiza seis visitas adicionales al</w:t>
      </w:r>
      <w:r>
        <w:rPr/>
        <w:t xml:space="preserve"> </w:t>
      </w:r>
      <w:r>
        <w:rPr/>
        <w:t>monasterio. Abandona su trabajo periodístico. Se muda a una pensión en</w:t>
      </w:r>
      <w:r>
        <w:rPr/>
        <w:t xml:space="preserve"> </w:t>
      </w:r>
      <w:r>
        <w:rPr/>
        <w:t>Soria.</w:t>
      </w:r>
    </w:p>
    <w:p>
      <w:pPr>
        <w:pStyle w:val="BodyText"/>
      </w:pPr>
      <w:r>
        <w:rPr/>
        <w:t>Últimas entradas del diario:</w:t>
      </w:r>
    </w:p>
    <w:p>
      <w:pPr>
        <w:pStyle w:val="BodyText"/>
      </w:pPr>
      <w:r>
        <w:rPr/>
        <w:t>«8 de marzo de 2001: La escucho en las piedras. No es metáfora. Las</w:t>
      </w:r>
      <w:r>
        <w:rPr/>
        <w:t xml:space="preserve"> </w:t>
      </w:r>
      <w:r>
        <w:rPr/>
        <w:t>piedras la recuerdan. La han estado guardando durante siglos.»</w:t>
      </w:r>
    </w:p>
    <w:p>
      <w:pPr>
        <w:pStyle w:val="BodyText"/>
      </w:pPr>
      <w:r>
        <w:rPr/>
        <w:t>«10 de marzo: Mar no es un nombre. Es una frecuencia. Una nota sostenida</w:t>
      </w:r>
      <w:r>
        <w:rPr/>
        <w:t xml:space="preserve"> </w:t>
      </w:r>
      <w:r>
        <w:rPr/>
        <w:t>que atraviesa el tiempo.»</w:t>
      </w:r>
    </w:p>
    <w:p>
      <w:pPr>
        <w:pStyle w:val="BodyText"/>
      </w:pPr>
      <w:r>
        <w:rPr/>
        <w:t>«11 de marzo: Lo que perseguí me encontró primero. Ahora soy su</w:t>
      </w:r>
      <w:r>
        <w:rPr/>
        <w:t xml:space="preserve"> </w:t>
      </w:r>
      <w:r>
        <w:rPr/>
        <w:t>frecuencia.»</w:t>
      </w:r>
    </w:p>
    <w:p>
      <w:pPr>
        <w:pStyle w:val="BodyText"/>
      </w:pPr>
      <w:r>
        <w:rPr/>
        <w:t>12 de marzo de 2001: desaparición.</w:t>
      </w:r>
    </w:p>
    <w:p>
      <w:pPr>
        <w:pStyle w:val="BodyText"/>
      </w:pPr>
      <w:r>
        <w:rPr/>
        <w:t>III. HALLAZGOS</w:t>
      </w:r>
    </w:p>
    <w:p>
      <w:pPr>
        <w:pStyle w:val="BodyText"/>
      </w:pPr>
      <w:r>
        <w:rPr/>
        <w:t>El vehículo del sujeto es hallado intacto junto al monasterio. En su</w:t>
      </w:r>
      <w:r>
        <w:rPr/>
        <w:t xml:space="preserve"> </w:t>
      </w:r>
      <w:r>
        <w:rPr/>
        <w:t>interior:</w:t>
      </w:r>
    </w:p>
    <w:p>
      <w:pPr>
        <w:pStyle w:val="BodyText"/>
      </w:pPr>
      <w:r>
        <w:rPr/>
        <w:t>Grabador analógico Sony TCM-5000 con cinta parcial.</w:t>
      </w:r>
    </w:p>
    <w:p>
      <w:pPr>
        <w:pStyle w:val="BodyText"/>
      </w:pPr>
      <w:r>
        <w:rPr/>
        <w:t>Notas manuscritas sobre «frecuencias de memoria» y «arqueología sonora».</w:t>
      </w:r>
    </w:p>
    <w:p>
      <w:pPr>
        <w:pStyle w:val="BodyText"/>
      </w:pPr>
      <w:r>
        <w:rPr/>
        <w:t>Fotografías del interior del monasterio (1999–2001).</w:t>
      </w:r>
    </w:p>
    <w:p>
      <w:pPr>
        <w:pStyle w:val="BodyText"/>
      </w:pPr>
      <w:r>
        <w:rPr/>
        <w:t>Análisis espectral de la cinta:</w:t>
      </w:r>
    </w:p>
    <w:p>
      <w:pPr>
        <w:pStyle w:val="BodyText"/>
      </w:pPr>
      <w:r>
        <w:rPr/>
        <w:t>Frecuencias subaudibles (17–19 Hz) coincidentes con patrones de</w:t>
      </w:r>
      <w:r>
        <w:rPr/>
        <w:t xml:space="preserve"> </w:t>
      </w:r>
      <w:r>
        <w:rPr/>
        <w:t>resonancia craneal. Picos de modulación sin fuente electromagnética</w:t>
      </w:r>
      <w:r>
        <w:rPr/>
        <w:t xml:space="preserve"> </w:t>
      </w:r>
      <w:r>
        <w:rPr/>
        <w:t>verificable. La grabación termina con un sonido sostenido de 54 segundos</w:t>
      </w:r>
      <w:r>
        <w:rPr/>
        <w:t xml:space="preserve"> </w:t>
      </w:r>
      <w:r>
        <w:rPr/>
        <w:t>sin correspondencia acústica identificable.</w:t>
      </w:r>
    </w:p>
    <w:p>
      <w:pPr>
        <w:pStyle w:val="BodyText"/>
      </w:pPr>
      <w:r>
        <w:rPr/>
        <w:t>[Anotación manuscrita: «Escuché esa cinta. Ese sonido de 54 segundos…</w:t>
      </w:r>
      <w:r>
        <w:rPr/>
        <w:t xml:space="preserve"> </w:t>
      </w:r>
      <w:r>
        <w:rPr/>
        <w:t>es una respiración. O algo que aprendió a imitar una.» —M. S.]</w:t>
      </w:r>
    </w:p>
    <w:p>
      <w:pPr>
        <w:pStyle w:val="BodyText"/>
      </w:pPr>
      <w:r>
        <w:rPr/>
        <w:t>IV. INFORMES TÉCNICOS</w:t>
      </w:r>
    </w:p>
    <w:p>
      <w:pPr>
        <w:pStyle w:val="BodyText"/>
      </w:pPr>
      <w:r>
        <w:rPr/>
        <w:t>Departamento de Acústica Forense (Madrid):</w:t>
      </w:r>
    </w:p>
    <w:p>
      <w:pPr>
        <w:pStyle w:val="BodyText"/>
      </w:pPr>
      <w:r>
        <w:rPr/>
        <w:t>«El sonido registrado no corresponde a ruido ambiental ni a</w:t>
      </w:r>
      <w:r>
        <w:rPr/>
        <w:t xml:space="preserve"> </w:t>
      </w:r>
      <w:r>
        <w:rPr/>
        <w:t>interferencia eléctrica. Presenta una modulación interna que simula un</w:t>
      </w:r>
      <w:r>
        <w:rPr/>
        <w:t xml:space="preserve"> </w:t>
      </w:r>
      <w:r>
        <w:rPr/>
        <w:t>patrón respiratorio. El espectro parece… [palabra tachada en el</w:t>
      </w:r>
      <w:r>
        <w:rPr/>
        <w:t xml:space="preserve"> </w:t>
      </w:r>
      <w:r>
        <w:rPr/>
        <w:t>original] …anómalo.»</w:t>
      </w:r>
    </w:p>
    <w:p>
      <w:pPr>
        <w:pStyle w:val="BodyText"/>
      </w:pPr>
      <w:r>
        <w:rPr/>
        <w:t>División de Neurofisiología Aplicada (Zaragoza):</w:t>
      </w:r>
    </w:p>
    <w:p>
      <w:pPr>
        <w:pStyle w:val="BodyText"/>
      </w:pPr>
      <w:r>
        <w:rPr/>
        <w:t>«La exposición prolongada a esta frecuencia puede inducir disociación</w:t>
      </w:r>
      <w:r>
        <w:rPr/>
        <w:t xml:space="preserve"> </w:t>
      </w:r>
      <w:r>
        <w:rPr/>
        <w:t>temporal y pérdida de la noción de presente. En condiciones</w:t>
      </w:r>
      <w:r>
        <w:rPr/>
        <w:t xml:space="preserve"> </w:t>
      </w:r>
      <w:r>
        <w:rPr/>
        <w:t>experimentales, algunos sujetos refirieron escuchar su propio nombre</w:t>
      </w:r>
      <w:r>
        <w:rPr/>
        <w:t xml:space="preserve"> </w:t>
      </w:r>
      <w:r>
        <w:rPr/>
        <w:t>pronunciado desde el interior del sonido.»</w:t>
      </w:r>
    </w:p>
    <w:p>
      <w:pPr>
        <w:pStyle w:val="BodyText"/>
      </w:pPr>
      <w:r>
        <w:rPr/>
        <w:t>Unidad de Análisis Digital (Berlín):</w:t>
      </w:r>
    </w:p>
    <w:p>
      <w:pPr>
        <w:pStyle w:val="BodyText"/>
      </w:pPr>
      <w:r>
        <w:rPr/>
        <w:t>«El archivo contiene capas superpuestas de voces masculinas repitiendo</w:t>
      </w:r>
      <w:r>
        <w:rPr/>
        <w:t xml:space="preserve"> </w:t>
      </w:r>
      <w:r>
        <w:rPr/>
        <w:t>la palabra</w:t>
      </w:r>
      <w:r>
        <w:rPr/>
        <w:t xml:space="preserve"> </w:t>
      </w:r>
      <w:r>
        <w:rPr/>
        <w:t>“</w:t>
      </w:r>
      <w:r>
        <w:rPr/>
        <w:t>Mar</w:t>
      </w:r>
      <w:r>
        <w:rPr/>
        <w:t>”</w:t>
      </w:r>
      <w:r>
        <w:rPr/>
        <w:t>. Cada capa presenta una degradación distinta, como si</w:t>
      </w:r>
      <w:r>
        <w:rPr/>
        <w:t xml:space="preserve"> </w:t>
      </w:r>
      <w:r>
        <w:rPr/>
        <w:t>hubiese sido grabada con décadas o siglos de diferencia. Fenómeno sin</w:t>
      </w:r>
      <w:r>
        <w:rPr/>
        <w:t xml:space="preserve"> </w:t>
      </w:r>
      <w:r>
        <w:rPr/>
        <w:t>explicación técnica conocida.»</w:t>
      </w:r>
    </w:p>
    <w:p>
      <w:pPr>
        <w:pStyle w:val="BodyText"/>
      </w:pPr>
      <w:r>
        <w:rPr/>
        <w:t>V. CORRESPONDENCIA RECUPERADA</w:t>
      </w:r>
    </w:p>
    <w:p>
      <w:pPr>
        <w:pStyle w:val="BodyText"/>
      </w:pPr>
      <w:r>
        <w:rPr/>
        <w:t>De: Julio Ordaz</w:t>
      </w:r>
    </w:p>
    <w:p>
      <w:pPr>
        <w:pStyle w:val="BodyText"/>
      </w:pPr>
      <w:r>
        <w:rPr/>
        <w:t>A: Archivo de Sonidos Raros (Radio 3)</w:t>
      </w:r>
    </w:p>
    <w:p>
      <w:pPr>
        <w:pStyle w:val="BodyText"/>
      </w:pPr>
      <w:r>
        <w:rPr/>
        <w:t>Fecha: 4 de septiembre de 1999</w:t>
      </w:r>
    </w:p>
    <w:p>
      <w:pPr>
        <w:pStyle w:val="BodyText"/>
      </w:pPr>
      <w:r>
        <w:rPr/>
        <w:t>«No busco un efecto técnico. Busco la nota que falta en nosotros. Si la</w:t>
      </w:r>
      <w:r>
        <w:rPr/>
        <w:t xml:space="preserve"> </w:t>
      </w:r>
      <w:r>
        <w:rPr/>
        <w:t>encuentro, la reconocerán todos, incluso los que no saben oír.»</w:t>
      </w:r>
    </w:p>
    <w:p>
      <w:pPr>
        <w:pStyle w:val="BodyText"/>
      </w:pPr>
      <w:r>
        <w:rPr/>
        <w:t>De: [Remitente no identificado]</w:t>
      </w:r>
    </w:p>
    <w:p>
      <w:pPr>
        <w:pStyle w:val="BodyText"/>
      </w:pPr>
      <w:r>
        <w:rPr/>
        <w:t>A: Julio Ordaz</w:t>
      </w:r>
    </w:p>
    <w:p>
      <w:pPr>
        <w:pStyle w:val="BodyText"/>
      </w:pPr>
      <w:r>
        <w:rPr/>
        <w:t>Fecha: 11 de marzo de 2001</w:t>
      </w:r>
    </w:p>
    <w:p>
      <w:pPr>
        <w:pStyle w:val="BodyText"/>
      </w:pPr>
      <w:r>
        <w:rPr/>
        <w:t>«El Eco no elige a quien lo desea, sino a quien lo necesita.»</w:t>
      </w:r>
    </w:p>
    <w:p>
      <w:pPr>
        <w:pStyle w:val="BodyText"/>
      </w:pPr>
      <w:r>
        <w:rPr/>
        <w:t>[Anotación manuscrita: «Recibí la misma carta. Palabra por palabra.</w:t>
      </w:r>
      <w:r>
        <w:rPr/>
        <w:t xml:space="preserve"> </w:t>
      </w:r>
      <w:r>
        <w:rPr/>
        <w:t>Veintidós años después.» —M. S.]</w:t>
      </w:r>
    </w:p>
    <w:p>
      <w:pPr>
        <w:pStyle w:val="BodyText"/>
      </w:pPr>
      <w:r>
        <w:rPr/>
        <w:t>VI. EVIDENCIA POSTERIOR</w:t>
      </w:r>
    </w:p>
    <w:p>
      <w:pPr>
        <w:pStyle w:val="BodyText"/>
      </w:pPr>
      <w:r>
        <w:rPr/>
        <w:t>2004: aparece una grabadora digital en la estación de autobuses de</w:t>
      </w:r>
      <w:r>
        <w:rPr/>
        <w:t xml:space="preserve"> </w:t>
      </w:r>
      <w:r>
        <w:rPr/>
        <w:t>Zaragoza. Contiene veinte horas de audio: una voz masculina repitiendo</w:t>
      </w:r>
      <w:r>
        <w:rPr/>
        <w:t xml:space="preserve"> </w:t>
      </w:r>
      <w:r>
        <w:rPr/>
        <w:t>una palabra 12.437 veces.</w:t>
      </w:r>
    </w:p>
    <w:p>
      <w:pPr>
        <w:pStyle w:val="BodyText"/>
      </w:pPr>
      <w:r>
        <w:rPr/>
        <w:t>La palabra: Mar.</w:t>
      </w:r>
    </w:p>
    <w:p>
      <w:pPr>
        <w:pStyle w:val="BodyText"/>
      </w:pPr>
      <w:r>
        <w:rPr/>
        <w:t>El análisis de voz confirma la identidad del sujeto. Sin embargo, la</w:t>
      </w:r>
      <w:r>
        <w:rPr/>
        <w:t xml:space="preserve"> </w:t>
      </w:r>
      <w:r>
        <w:rPr/>
        <w:t>grabación presenta una anomalía: la voz no está registrada sobre</w:t>
      </w:r>
      <w:r>
        <w:rPr/>
        <w:t xml:space="preserve"> </w:t>
      </w:r>
      <w:r>
        <w:rPr/>
        <w:t>silencio, sino sobre otras voces más antiguas diciendo la misma palabra.</w:t>
      </w:r>
      <w:r>
        <w:rPr/>
        <w:t xml:space="preserve"> </w:t>
      </w:r>
      <w:r>
        <w:rPr/>
        <w:t>Capas superpuestas con degradación de distintas épocas, como si el</w:t>
      </w:r>
      <w:r>
        <w:rPr/>
        <w:t xml:space="preserve"> </w:t>
      </w:r>
      <w:r>
        <w:rPr/>
        <w:t>sonido hubiera atravesado siglos antes de fijarse en el soporte.</w:t>
      </w:r>
    </w:p>
    <w:p>
      <w:pPr>
        <w:pStyle w:val="BodyText"/>
      </w:pPr>
      <w:r>
        <w:rPr/>
        <w:t>El dispositivo emitía una señal de baja frecuencia incluso desconectado.</w:t>
      </w:r>
      <w:r>
        <w:rPr/>
        <w:t xml:space="preserve"> </w:t>
      </w:r>
      <w:r>
        <w:rPr/>
        <w:t>Al intentar digitalizar el archivo, el sonido desapareció. Solo quedó un</w:t>
      </w:r>
      <w:r>
        <w:rPr/>
        <w:t xml:space="preserve"> </w:t>
      </w:r>
      <w:r>
        <w:rPr/>
        <w:t>silencio de alta densidad, medible en espectrograma como una línea</w:t>
      </w:r>
      <w:r>
        <w:rPr/>
        <w:t xml:space="preserve"> </w:t>
      </w:r>
      <w:r>
        <w:rPr/>
        <w:t>constante en 0 Hz.</w:t>
      </w:r>
    </w:p>
    <w:p>
      <w:pPr>
        <w:pStyle w:val="BodyText"/>
      </w:pPr>
      <w:r>
        <w:rPr/>
        <w:t>[Anotación manuscrita: «Silencio no es ausencia de sonido. Es sonido</w:t>
      </w:r>
      <w:r>
        <w:rPr/>
        <w:t xml:space="preserve"> </w:t>
      </w:r>
      <w:r>
        <w:rPr/>
        <w:t>esperando. Y ahora sé qué está esperando.» —M. S.]</w:t>
      </w:r>
    </w:p>
    <w:p>
      <w:pPr>
        <w:pStyle w:val="BodyText"/>
      </w:pPr>
      <w:r>
        <w:rPr/>
        <w:t>VII. CONCLUSIONES PROVISIONALES</w:t>
      </w:r>
    </w:p>
    <w:p>
      <w:pPr>
        <w:pStyle w:val="BodyText"/>
      </w:pPr>
      <w:r>
        <w:rPr/>
        <w:t>El caso permanece abierto.</w:t>
      </w:r>
    </w:p>
    <w:p>
      <w:pPr>
        <w:pStyle w:val="BodyText"/>
      </w:pPr>
      <w:r>
        <w:rPr/>
        <w:t>Los registros acústicos se conservan en Bóveda 3-Δ bajo clasificación</w:t>
      </w:r>
      <w:r>
        <w:rPr/>
        <w:t xml:space="preserve"> </w:t>
      </w:r>
      <w:r>
        <w:rPr/>
        <w:t>FADING AWAY.</w:t>
      </w:r>
    </w:p>
    <w:p>
      <w:pPr>
        <w:pStyle w:val="BodyText"/>
      </w:pPr>
      <w:r>
        <w:rPr/>
        <w:t>El patrón de repetición del nombre «Mar» aparece vinculado también al</w:t>
      </w:r>
      <w:r>
        <w:rPr/>
        <w:t xml:space="preserve"> </w:t>
      </w:r>
      <w:r>
        <w:rPr/>
        <w:t>caso del productor DJ ILIBERIS (desaparecido en 1998).</w:t>
      </w:r>
    </w:p>
    <w:p>
      <w:pPr>
        <w:pStyle w:val="BodyText"/>
      </w:pPr>
      <w:r>
        <w:rPr/>
        <w:t>Se recomienda precaución extrema con cualquier material relacionado con</w:t>
      </w:r>
      <w:r>
        <w:rPr/>
        <w:t xml:space="preserve"> </w:t>
      </w:r>
      <w:r>
        <w:rPr/>
        <w:t>la grabación Fading Away.</w:t>
      </w:r>
    </w:p>
    <w:p>
      <w:pPr>
        <w:pStyle w:val="BodyText"/>
      </w:pPr>
      <w:r>
        <w:rPr/>
        <w:t>La exposición sostenida se considera factor de riesgo documentado.</w:t>
      </w:r>
    </w:p>
    <w:p>
      <w:pPr>
        <w:pStyle w:val="BodyText"/>
      </w:pPr>
      <w:r>
        <w:rPr/>
        <w:t>Nota manuscrita hallada en el reverso del expediente original:</w:t>
      </w:r>
    </w:p>
    <w:p>
      <w:pPr>
        <w:pStyle w:val="BodyText"/>
      </w:pPr>
      <w:r>
        <w:rPr/>
        <w:t>«El sonido recuerda lo que el cuerpo olvida.»</w:t>
      </w:r>
    </w:p>
    <w:p>
      <w:pPr>
        <w:pStyle w:val="BodyText"/>
      </w:pPr>
      <w:r>
        <w:rPr/>
        <w:t>Expediente archivado por:</w:t>
      </w:r>
    </w:p>
    <w:p>
      <w:pPr>
        <w:pStyle w:val="BodyText"/>
      </w:pPr>
      <w:r>
        <w:rPr/>
        <w:t>Inspector J. Ramírez — Sección 3-Δ, Anomalías Acústicas</w:t>
      </w:r>
    </w:p>
    <w:p>
      <w:pPr>
        <w:pStyle w:val="BodyText"/>
      </w:pPr>
      <w:r>
        <w:rPr/>
        <w:t>Reabierto por:</w:t>
      </w:r>
    </w:p>
    <w:p>
      <w:pPr>
        <w:pStyle w:val="BodyText"/>
      </w:pPr>
      <w:r>
        <w:rPr/>
        <w:t>M. M. Sánchez — Investigación privada</w:t>
      </w:r>
    </w:p>
    <w:p>
      <w:pPr>
        <w:pStyle w:val="BodyText"/>
      </w:pPr>
      <w:r>
        <w:rPr/>
        <w:t>Berlín, 1 de octubre de 2023</w:t>
      </w:r>
    </w:p>
    <w:p>
      <w:pPr>
        <w:pStyle w:val="BodyText"/>
      </w:pPr>
      <w:r>
        <w:rPr/>
        <w:t>[Última anotación manuscrita al pie: «Julio buscaba respuestas.</w:t>
      </w:r>
      <w:r>
        <w:rPr/>
        <w:t xml:space="preserve"> </w:t>
      </w:r>
      <w:r>
        <w:rPr/>
        <w:t>Encontró preguntas que lo consumieron. Ahora entiendo por qué este</w:t>
      </w:r>
      <w:r>
        <w:rPr/>
        <w:t xml:space="preserve"> </w:t>
      </w:r>
      <w:r>
        <w:rPr/>
        <w:t>expediente llegó a mí. La canción busca un nuevo cuerpo. Y yo ya puedo</w:t>
      </w:r>
      <w:r>
        <w:rPr/>
        <w:t xml:space="preserve"> </w:t>
      </w:r>
      <w:r>
        <w:rPr/>
        <w:t>escucharla en las piedras.» —M. S.]</w:t>
      </w:r>
    </w:p>
    <w:p>
      <w:pPr>
        <w:pStyle w:val="BodyText"/>
      </w:pPr>
      <w:r>
        <w:rPr/>
        <w:t>***</w:t>
      </w:r>
    </w:p>
    <w:p>
      <w:pPr>
        <w:pStyle w:val="BodyText"/>
      </w:pPr>
      <w:r>
        <w:rPr/>
        <w:t>PRÓLOGO: EL GUARDIÁN DEL ECO</w:t>
      </w:r>
    </w:p>
    <w:p>
      <w:pPr>
        <w:pStyle w:val="BodyText"/>
      </w:pPr>
      <w:r>
        <w:rPr/>
        <w:t>«Hay notas que no nacen para ser oídas, sino para sobrevivir al fuego.»</w:t>
      </w:r>
    </w:p>
    <w:p>
      <w:pPr>
        <w:pStyle w:val="BodyText"/>
      </w:pPr>
      <w:r>
        <w:rPr/>
        <w:t>—Inscripción hallada en San Juan de Duero, siglo XIII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Montségur, 15 de marzo de 1244.</w:t>
      </w:r>
    </w:p>
    <w:p>
      <w:pPr>
        <w:pStyle w:val="BodyText"/>
      </w:pPr>
      <w:r>
        <w:rPr/>
        <w:t>La noche cubría la fortaleza asediada. El viento traía el bullicio del</w:t>
      </w:r>
      <w:r>
        <w:rPr/>
        <w:t xml:space="preserve"> </w:t>
      </w:r>
      <w:r>
        <w:rPr/>
        <w:t>campamento cruzado: fuego de antorchas, metal recalentado en las</w:t>
      </w:r>
      <w:r>
        <w:rPr/>
        <w:t xml:space="preserve"> </w:t>
      </w:r>
      <w:r>
        <w:rPr/>
        <w:t>fraguas, el murmullo de oraciones que sonaban a sentencia. En el valle,</w:t>
      </w:r>
      <w:r>
        <w:rPr/>
        <w:t xml:space="preserve"> </w:t>
      </w:r>
      <w:r>
        <w:rPr/>
        <w:t>los martillos construían estacas. El alba traería las llamas.</w:t>
      </w:r>
    </w:p>
    <w:p>
      <w:pPr>
        <w:pStyle w:val="BodyText"/>
      </w:pPr>
      <w:r>
        <w:rPr/>
        <w:t>Arnaldo Sánchez de Medinaceli, novicio templario de diecisiete años,</w:t>
      </w:r>
      <w:r>
        <w:rPr/>
        <w:t xml:space="preserve"> </w:t>
      </w:r>
      <w:r>
        <w:rPr/>
        <w:t>recorría los corredores de piedra con pasos que resonaban contra el</w:t>
      </w:r>
      <w:r>
        <w:rPr/>
        <w:t xml:space="preserve"> </w:t>
      </w:r>
      <w:r>
        <w:rPr/>
        <w:t>silencio. No temía la muerte que se acercaba con las primeras luces.</w:t>
      </w:r>
      <w:r>
        <w:rPr/>
        <w:t xml:space="preserve"> </w:t>
      </w:r>
      <w:r>
        <w:rPr/>
        <w:t>Había aceptado las llamas hacía tiempo.</w:t>
      </w:r>
    </w:p>
    <w:p>
      <w:pPr>
        <w:pStyle w:val="BodyText"/>
      </w:pPr>
      <w:r>
        <w:rPr/>
        <w:t>Lo que verdaderamente lo aterrorizaba era el silencio que vendría</w:t>
      </w:r>
      <w:r>
        <w:rPr/>
        <w:t xml:space="preserve"> </w:t>
      </w:r>
      <w:r>
        <w:rPr/>
        <w:t>después.</w:t>
      </w:r>
    </w:p>
    <w:p>
      <w:pPr>
        <w:pStyle w:val="BodyText"/>
      </w:pPr>
      <w:r>
        <w:rPr/>
        <w:t>Temía que la nota que latía en él —esa vibración única que lo había</w:t>
      </w:r>
      <w:r>
        <w:rPr/>
        <w:t xml:space="preserve"> </w:t>
      </w:r>
      <w:r>
        <w:rPr/>
        <w:t>habitado desde niño— se perdiera para siempre, ahogada en las cenizas.</w:t>
      </w:r>
      <w:r>
        <w:rPr/>
        <w:t xml:space="preserve"> </w:t>
      </w:r>
      <w:r>
        <w:rPr/>
        <w:t>Un canto que había esperado siglos para encontrar una voz donde resonar.</w:t>
      </w:r>
    </w:p>
    <w:p>
      <w:pPr>
        <w:pStyle w:val="BodyText"/>
      </w:pPr>
      <w:r>
        <w:rPr/>
        <w:t>Liora, su nodriza cátara, le había enseñado a escuchar lo invisible</w:t>
      </w:r>
      <w:r>
        <w:rPr/>
        <w:t xml:space="preserve"> </w:t>
      </w:r>
      <w:r>
        <w:rPr/>
        <w:t>mucho antes de que aprendiera a leer los salmos en latín. Cuando la</w:t>
      </w:r>
      <w:r>
        <w:rPr/>
        <w:t xml:space="preserve"> </w:t>
      </w:r>
      <w:r>
        <w:rPr/>
        <w:t>orden templaria lo reclamó a los doce años, Arnaldo llevó consigo ese</w:t>
      </w:r>
      <w:r>
        <w:rPr/>
        <w:t xml:space="preserve"> </w:t>
      </w:r>
      <w:r>
        <w:rPr/>
        <w:t>conocimiento secreto, guardándolo en silencio entre rezos católicos.</w:t>
      </w:r>
      <w:r>
        <w:rPr/>
        <w:t xml:space="preserve"> </w:t>
      </w:r>
      <w:r>
        <w:rPr/>
        <w:t>Pero cuando llegó la noticia del asedio final a Montségur, supo que</w:t>
      </w:r>
      <w:r>
        <w:rPr/>
        <w:t xml:space="preserve"> </w:t>
      </w:r>
      <w:r>
        <w:rPr/>
        <w:t>debía elegir.</w:t>
      </w:r>
    </w:p>
    <w:p>
      <w:pPr>
        <w:pStyle w:val="BodyText"/>
      </w:pPr>
      <w:r>
        <w:rPr/>
        <w:t>No entre dos fes, sino entre la cruz de metal frío y la llama viva que</w:t>
      </w:r>
      <w:r>
        <w:rPr/>
        <w:t xml:space="preserve"> </w:t>
      </w:r>
      <w:r>
        <w:rPr/>
        <w:t>latía en su pecho. Regresó a la fortaleza para estar con su verdadera</w:t>
      </w:r>
      <w:r>
        <w:rPr/>
        <w:t xml:space="preserve"> </w:t>
      </w:r>
      <w:r>
        <w:rPr/>
        <w:t>familia.</w:t>
      </w:r>
    </w:p>
    <w:p>
      <w:pPr>
        <w:pStyle w:val="BodyText"/>
      </w:pPr>
      <w:r>
        <w:rPr/>
        <w:t>Las canciones de Liora, susurradas en occitano bajo la luz de las velas,</w:t>
      </w:r>
      <w:r>
        <w:rPr/>
        <w:t xml:space="preserve"> </w:t>
      </w:r>
      <w:r>
        <w:rPr/>
        <w:t>no hablaban del Dios terrible de los ejércitos que sitiaban la</w:t>
      </w:r>
      <w:r>
        <w:rPr/>
        <w:t xml:space="preserve"> </w:t>
      </w:r>
      <w:r>
        <w:rPr/>
        <w:t>fortaleza. Hablaban del alma como una chispa de luz atrapada en la</w:t>
      </w:r>
      <w:r>
        <w:rPr/>
        <w:t xml:space="preserve"> </w:t>
      </w:r>
      <w:r>
        <w:rPr/>
        <w:t>prisión del mundo material, esperando el momento de la liberación.</w:t>
      </w:r>
    </w:p>
    <w:p>
      <w:pPr>
        <w:pStyle w:val="BodyText"/>
      </w:pPr>
      <w:r>
        <w:rPr/>
        <w:t>Le había hablado de un sonido eterno guardado por custodios silenciosos</w:t>
      </w:r>
      <w:r>
        <w:rPr/>
        <w:t xml:space="preserve"> </w:t>
      </w:r>
      <w:r>
        <w:rPr/>
        <w:t>desde los tiempos de la antigua Roma. Una vibración marcada por el</w:t>
      </w:r>
      <w:r>
        <w:rPr/>
        <w:t xml:space="preserve"> </w:t>
      </w:r>
      <w:r>
        <w:rPr/>
        <w:t>primer dolor del mundo.</w:t>
      </w:r>
    </w:p>
    <w:p>
      <w:pPr>
        <w:pStyle w:val="BodyText"/>
      </w:pPr>
      <w:r>
        <w:rPr/>
        <w:t>—Esa nota vive en ti ahora —le dijo una noche, mientras el viento</w:t>
      </w:r>
      <w:r>
        <w:rPr/>
        <w:t xml:space="preserve"> </w:t>
      </w:r>
      <w:r>
        <w:rPr/>
        <w:t>invernal golpeaba las contraventanas—. Pero no naciste para guardarla.</w:t>
      </w:r>
      <w:r>
        <w:rPr/>
        <w:t xml:space="preserve"> </w:t>
      </w:r>
      <w:r>
        <w:rPr/>
        <w:t>Naciste para pasarla. Como una antorcha que enciende otra antes de</w:t>
      </w:r>
      <w:r>
        <w:rPr/>
        <w:t xml:space="preserve"> </w:t>
      </w:r>
      <w:r>
        <w:rPr/>
        <w:t>apagarse.</w:t>
      </w:r>
    </w:p>
    <w:p>
      <w:pPr>
        <w:pStyle w:val="BodyText"/>
      </w:pPr>
      <w:r>
        <w:rPr/>
        <w:t>Cuando los cátaros, sitiados y sin esperanza, lo acogieron de regreso</w:t>
      </w:r>
      <w:r>
        <w:rPr/>
        <w:t xml:space="preserve"> </w:t>
      </w:r>
      <w:r>
        <w:rPr/>
        <w:t>sin preguntas ni reproches, Arnaldo supo que había tomado la decisión</w:t>
      </w:r>
      <w:r>
        <w:rPr/>
        <w:t xml:space="preserve"> </w:t>
      </w:r>
      <w:r>
        <w:rPr/>
        <w:t>correcta. La cruz era metal frío; la fe, una llama viva.</w:t>
      </w:r>
    </w:p>
    <w:p>
      <w:pPr>
        <w:pStyle w:val="BodyText"/>
      </w:pPr>
      <w:r>
        <w:rPr/>
        <w:t>Pero esa noche, en la víspera del fin, mientras escuchaba los</w:t>
      </w:r>
      <w:r>
        <w:rPr/>
        <w:t xml:space="preserve"> </w:t>
      </w:r>
      <w:r>
        <w:rPr/>
        <w:t>preparativos del verdugo, la duda lo asaltaba. El Eco aún no había</w:t>
      </w:r>
      <w:r>
        <w:rPr/>
        <w:t xml:space="preserve"> </w:t>
      </w:r>
      <w:r>
        <w:rPr/>
        <w:t>encontrado su siguiente destino.</w:t>
      </w:r>
    </w:p>
    <w:p>
      <w:pPr>
        <w:pStyle w:val="BodyText"/>
      </w:pPr>
      <w:r>
        <w:rPr/>
        <w:t>Durante meses había observado a una joven cátara cuyo rostro estaba</w:t>
      </w:r>
      <w:r>
        <w:rPr/>
        <w:t xml:space="preserve"> </w:t>
      </w:r>
      <w:r>
        <w:rPr/>
        <w:t>manchado de polvo y fatiga, pero que conservaba en los ojos una</w:t>
      </w:r>
      <w:r>
        <w:rPr/>
        <w:t xml:space="preserve"> </w:t>
      </w:r>
      <w:r>
        <w:rPr/>
        <w:t>serenidad que ni el asedio ni la proximidad de la muerte habían logrado</w:t>
      </w:r>
      <w:r>
        <w:rPr/>
        <w:t xml:space="preserve"> </w:t>
      </w:r>
      <w:r>
        <w:rPr/>
        <w:t>apagar. Se llamaba Alix.</w:t>
      </w:r>
    </w:p>
    <w:p>
      <w:pPr>
        <w:pStyle w:val="BodyText"/>
      </w:pPr>
      <w:r>
        <w:rPr/>
        <w:t>No habían necesitado nombres ni presentaciones formales. Se reconocían</w:t>
      </w:r>
      <w:r>
        <w:rPr/>
        <w:t xml:space="preserve"> </w:t>
      </w:r>
      <w:r>
        <w:rPr/>
        <w:t>en los silencios compartidos, en las miradas que se cruzaban a través de</w:t>
      </w:r>
      <w:r>
        <w:rPr/>
        <w:t xml:space="preserve"> </w:t>
      </w:r>
      <w:r>
        <w:rPr/>
        <w:t>un patio lleno de heridos, en el trozo de pan dividido en la oscuridad</w:t>
      </w:r>
      <w:r>
        <w:rPr/>
        <w:t xml:space="preserve"> </w:t>
      </w:r>
      <w:r>
        <w:rPr/>
        <w:t>sin palabras. Habían tejido un vínculo que existía más allá del</w:t>
      </w:r>
      <w:r>
        <w:rPr/>
        <w:t xml:space="preserve"> </w:t>
      </w:r>
      <w:r>
        <w:rPr/>
        <w:t>lenguaje.</w:t>
      </w:r>
    </w:p>
    <w:p>
      <w:pPr>
        <w:pStyle w:val="BodyText"/>
      </w:pPr>
      <w:r>
        <w:rPr/>
        <w:t>Esa noche, con el tiempo quebrándose a su alrededor, se buscaron con una</w:t>
      </w:r>
      <w:r>
        <w:rPr/>
        <w:t xml:space="preserve"> </w:t>
      </w:r>
      <w:r>
        <w:rPr/>
        <w:t>urgencia callada. Él la encontró en un rincón del refectorio, envuelta</w:t>
      </w:r>
      <w:r>
        <w:rPr/>
        <w:t xml:space="preserve"> </w:t>
      </w:r>
      <w:r>
        <w:rPr/>
        <w:t>en sombras, esperándolo como si también ella hubiera sabido que ese</w:t>
      </w:r>
      <w:r>
        <w:rPr/>
        <w:t xml:space="preserve"> </w:t>
      </w:r>
      <w:r>
        <w:rPr/>
        <w:t>momento llegaría.</w:t>
      </w:r>
    </w:p>
    <w:p>
      <w:pPr>
        <w:pStyle w:val="BodyText"/>
      </w:pPr>
      <w:r>
        <w:rPr/>
        <w:t>No hablaron del fuego que los esperaba ni de la rendición que nunca</w:t>
      </w:r>
      <w:r>
        <w:rPr/>
        <w:t xml:space="preserve"> </w:t>
      </w:r>
      <w:r>
        <w:rPr/>
        <w:t>llegaría. Se amaron con la torpeza de la juventud, con la desesperada</w:t>
      </w:r>
      <w:r>
        <w:rPr/>
        <w:t xml:space="preserve"> </w:t>
      </w:r>
      <w:r>
        <w:rPr/>
        <w:t>ternura de quienes saben que están escribiendo la primera y última</w:t>
      </w:r>
      <w:r>
        <w:rPr/>
        <w:t xml:space="preserve"> </w:t>
      </w:r>
      <w:r>
        <w:rPr/>
        <w:t>página de su historia.</w:t>
      </w:r>
    </w:p>
    <w:p>
      <w:pPr>
        <w:pStyle w:val="BodyText"/>
      </w:pPr>
      <w:r>
        <w:rPr/>
        <w:t>Sus manos trazaron mapas sobre la piel del otro, mapas que el alba</w:t>
      </w:r>
      <w:r>
        <w:rPr/>
        <w:t xml:space="preserve"> </w:t>
      </w:r>
      <w:r>
        <w:rPr/>
        <w:t>borraría pero que quedarían grabados en la memoria de sus cuerpos. Sus</w:t>
      </w:r>
      <w:r>
        <w:rPr/>
        <w:t xml:space="preserve"> </w:t>
      </w:r>
      <w:r>
        <w:rPr/>
        <w:t>respiraciones se mezclaron con el viento helado que silbaba entre las</w:t>
      </w:r>
      <w:r>
        <w:rPr/>
        <w:t xml:space="preserve"> </w:t>
      </w:r>
      <w:r>
        <w:rPr/>
        <w:t>almenas, creando una sinfonía que solo ellos podían escuchar.</w:t>
      </w:r>
    </w:p>
    <w:p>
      <w:pPr>
        <w:pStyle w:val="BodyText"/>
      </w:pPr>
      <w:r>
        <w:rPr/>
        <w:t>Después, en el silencio que siguió, Arnaldo apoyó su frente contra la de</w:t>
      </w:r>
      <w:r>
        <w:rPr/>
        <w:t xml:space="preserve"> </w:t>
      </w:r>
      <w:r>
        <w:rPr/>
        <w:t>Alix. No hubo palabras de amor eterno ni promesas imposibles. Cerró los</w:t>
      </w:r>
      <w:r>
        <w:rPr/>
        <w:t xml:space="preserve"> </w:t>
      </w:r>
      <w:r>
        <w:rPr/>
        <w:t>ojos y se concentró con una intensidad que parecía consumir toda su</w:t>
      </w:r>
      <w:r>
        <w:rPr/>
        <w:t xml:space="preserve"> </w:t>
      </w:r>
      <w:r>
        <w:rPr/>
        <w:t>energía vital.</w:t>
      </w:r>
    </w:p>
    <w:p>
      <w:pPr>
        <w:pStyle w:val="BodyText"/>
      </w:pPr>
      <w:r>
        <w:rPr/>
        <w:t>La vibración comenzó en su pecho, un latido que no era de su corazón</w:t>
      </w:r>
      <w:r>
        <w:rPr/>
        <w:t xml:space="preserve"> </w:t>
      </w:r>
      <w:r>
        <w:rPr/>
        <w:t>sino de algo más antiguo. La empujó hacia ella con un esfuerzo que le</w:t>
      </w:r>
      <w:r>
        <w:rPr/>
        <w:t xml:space="preserve"> </w:t>
      </w:r>
      <w:r>
        <w:rPr/>
        <w:t>arrancó un gemido ahogado, transfiriendo no solo la nota, sino toda la</w:t>
      </w:r>
      <w:r>
        <w:rPr/>
        <w:t xml:space="preserve"> </w:t>
      </w:r>
      <w:r>
        <w:rPr/>
        <w:t>responsabilidad que conllevaba. Sintió cómo abandonaba su cuerpo, cómo</w:t>
      </w:r>
      <w:r>
        <w:rPr/>
        <w:t xml:space="preserve"> </w:t>
      </w:r>
      <w:r>
        <w:rPr/>
        <w:t>cruzaba el espacio entre ellos, cómo se anidaba en el pecho de Alix como</w:t>
      </w:r>
      <w:r>
        <w:rPr/>
        <w:t xml:space="preserve"> </w:t>
      </w:r>
      <w:r>
        <w:rPr/>
        <w:t>un segundo corazón.</w:t>
      </w:r>
    </w:p>
    <w:p>
      <w:pPr>
        <w:pStyle w:val="BodyText"/>
      </w:pPr>
      <w:r>
        <w:rPr/>
        <w:t>Le entregó el Eco.</w:t>
      </w:r>
    </w:p>
    <w:p>
      <w:pPr>
        <w:pStyle w:val="BodyText"/>
      </w:pPr>
      <w:r>
        <w:rPr/>
        <w:t>Cuando abrió los ojos, ella lo miraba con una expresión de asombro y</w:t>
      </w:r>
      <w:r>
        <w:rPr/>
        <w:t xml:space="preserve"> </w:t>
      </w:r>
      <w:r>
        <w:rPr/>
        <w:t>terror mezclados. Podía sentirlo. La nota latiendo en ella, extraña y</w:t>
      </w:r>
      <w:r>
        <w:rPr/>
        <w:t xml:space="preserve"> </w:t>
      </w:r>
      <w:r>
        <w:rPr/>
        <w:t>familiar a la vez.</w:t>
      </w:r>
    </w:p>
    <w:p>
      <w:pPr>
        <w:pStyle w:val="BodyText"/>
      </w:pPr>
      <w:r>
        <w:rPr/>
        <w:t>—Tienes que irte —susurró él, su voz ahora diferente, como si algo</w:t>
      </w:r>
      <w:r>
        <w:rPr/>
        <w:t xml:space="preserve"> </w:t>
      </w:r>
      <w:r>
        <w:rPr/>
        <w:t>esencial lo hubiera abandonado.</w:t>
      </w:r>
    </w:p>
    <w:p>
      <w:pPr>
        <w:pStyle w:val="BodyText"/>
      </w:pPr>
      <w:r>
        <w:rPr/>
        <w:t>—No puedo —respondió ella, llevándose una mano al pecho, donde la</w:t>
      </w:r>
      <w:r>
        <w:rPr/>
        <w:t xml:space="preserve"> </w:t>
      </w:r>
      <w:r>
        <w:rPr/>
        <w:t>vibración palpitaba.</w:t>
      </w:r>
    </w:p>
    <w:p>
      <w:pPr>
        <w:pStyle w:val="BodyText"/>
      </w:pPr>
      <w:r>
        <w:rPr/>
        <w:t>—Tu fe no es esta montaña, Alix. Es la nota que ahora llevas dentro.</w:t>
      </w:r>
      <w:r>
        <w:rPr/>
        <w:t xml:space="preserve"> </w:t>
      </w:r>
      <w:r>
        <w:rPr/>
        <w:t>—La miró con una intensidad desesperada—. Si mueres aquí, el Eco</w:t>
      </w:r>
      <w:r>
        <w:rPr/>
        <w:t xml:space="preserve"> </w:t>
      </w:r>
      <w:r>
        <w:rPr/>
        <w:t>muere contigo. Si vives, lo llevas más lejos, lo plantas en tierra donde</w:t>
      </w:r>
      <w:r>
        <w:rPr/>
        <w:t xml:space="preserve"> </w:t>
      </w:r>
      <w:r>
        <w:rPr/>
        <w:t>pueda crecer. El Eco necesita tu vida, no tu martirio.</w:t>
      </w:r>
    </w:p>
    <w:p>
      <w:pPr>
        <w:pStyle w:val="BodyText"/>
      </w:pPr>
      <w:r>
        <w:rPr/>
        <w:t>Ella lo miró con una intensidad que parecía atravesar su alma entera. En</w:t>
      </w:r>
      <w:r>
        <w:rPr/>
        <w:t xml:space="preserve"> </w:t>
      </w:r>
      <w:r>
        <w:rPr/>
        <w:t>esos ojos oscuros, Arnaldo vio una comprensión más profunda y dolorosa:</w:t>
      </w:r>
      <w:r>
        <w:rPr/>
        <w:t xml:space="preserve"> </w:t>
      </w:r>
      <w:r>
        <w:rPr/>
        <w:t>a veces, el mayor sacrificio no es morir por lo que se ama, sino seguir</w:t>
      </w:r>
      <w:r>
        <w:rPr/>
        <w:t xml:space="preserve"> </w:t>
      </w:r>
      <w:r>
        <w:rPr/>
        <w:t>viviendo sin ello.</w:t>
      </w:r>
    </w:p>
    <w:p>
      <w:pPr>
        <w:pStyle w:val="BodyText"/>
      </w:pPr>
      <w:r>
        <w:rPr/>
        <w:t>Asintió.</w:t>
      </w:r>
    </w:p>
    <w:p>
      <w:pPr>
        <w:pStyle w:val="BodyText"/>
      </w:pPr>
      <w:r>
        <w:rPr/>
        <w:t>Arnaldo la guió por un pasadizo secreto que se abría en las entrañas de</w:t>
      </w:r>
      <w:r>
        <w:rPr/>
        <w:t xml:space="preserve"> </w:t>
      </w:r>
      <w:r>
        <w:rPr/>
        <w:t>la montaña. El aire era húmedo y pesado; olía a tierra mojada y a un</w:t>
      </w:r>
      <w:r>
        <w:rPr/>
        <w:t xml:space="preserve"> </w:t>
      </w:r>
      <w:r>
        <w:rPr/>
        <w:t>miedo tan antiguo como la propia piedra. La mano de Arnaldo, firme</w:t>
      </w:r>
      <w:r>
        <w:rPr/>
        <w:t xml:space="preserve"> </w:t>
      </w:r>
      <w:r>
        <w:rPr/>
        <w:t>aunque temblaba, era la única guía de Alix en la oscuridad absoluta.</w:t>
      </w:r>
    </w:p>
    <w:p>
      <w:pPr>
        <w:pStyle w:val="BodyText"/>
      </w:pPr>
      <w:r>
        <w:rPr/>
        <w:t>Le dio un manto raído que había pertenecido a un peregrino, un trozo de</w:t>
      </w:r>
      <w:r>
        <w:rPr/>
        <w:t xml:space="preserve"> </w:t>
      </w:r>
      <w:r>
        <w:rPr/>
        <w:t>pan seco y la piedra grabada con espirales que Liora le había confiado</w:t>
      </w:r>
      <w:r>
        <w:rPr/>
        <w:t xml:space="preserve"> </w:t>
      </w:r>
      <w:r>
        <w:rPr/>
        <w:t>en su lecho de muerte: el símbolo del Eco, tallado por manos que habían</w:t>
      </w:r>
      <w:r>
        <w:rPr/>
        <w:t xml:space="preserve"> </w:t>
      </w:r>
      <w:r>
        <w:rPr/>
        <w:t>conocido secretos que el mundo había olvidado.</w:t>
      </w:r>
    </w:p>
    <w:p>
      <w:pPr>
        <w:pStyle w:val="BodyText"/>
      </w:pPr>
      <w:r>
        <w:rPr/>
        <w:t>—Llévalo al sur —dijo, su voz apenas un susurro entre los ecos de la</w:t>
      </w:r>
      <w:r>
        <w:rPr/>
        <w:t xml:space="preserve"> </w:t>
      </w:r>
      <w:r>
        <w:rPr/>
        <w:t>caverna—. Junto al Duero hay un monasterio de los Hospitalarios donde</w:t>
      </w:r>
      <w:r>
        <w:rPr/>
        <w:t xml:space="preserve"> </w:t>
      </w:r>
      <w:r>
        <w:rPr/>
        <w:t>los arcos susurran con el viento. Sus rivales templarios vigilan desde</w:t>
      </w:r>
      <w:r>
        <w:rPr/>
        <w:t xml:space="preserve"> </w:t>
      </w:r>
      <w:r>
        <w:rPr/>
        <w:t>la distancia, y en esa tensión nace el olvido perfecto. Nadie busca</w:t>
      </w:r>
      <w:r>
        <w:rPr/>
        <w:t xml:space="preserve"> </w:t>
      </w:r>
      <w:r>
        <w:rPr/>
        <w:t>secretos donde dos órdenes enemigas se observan. Allí, el Eco encontrará</w:t>
      </w:r>
      <w:r>
        <w:rPr/>
        <w:t xml:space="preserve"> </w:t>
      </w:r>
      <w:r>
        <w:rPr/>
        <w:t>refugio en la contradicción, protegido por la rivalidad misma.</w:t>
      </w:r>
    </w:p>
    <w:p>
      <w:pPr>
        <w:pStyle w:val="BodyText"/>
      </w:pPr>
      <w:r>
        <w:rPr/>
        <w:t>—¿Volveré a verte? —preguntó ella, aunque ya conocía la respuesta.</w:t>
      </w:r>
    </w:p>
    <w:p>
      <w:pPr>
        <w:pStyle w:val="BodyText"/>
      </w:pPr>
      <w:r>
        <w:rPr/>
        <w:t>Arnaldo no respondió con palabras. Simplemente tocó su rostro una última</w:t>
      </w:r>
      <w:r>
        <w:rPr/>
        <w:t xml:space="preserve"> </w:t>
      </w:r>
      <w:r>
        <w:rPr/>
        <w:t>vez, memorizando cada detalle con los dedos. Luego la empujó suavemente</w:t>
      </w:r>
      <w:r>
        <w:rPr/>
        <w:t xml:space="preserve"> </w:t>
      </w:r>
      <w:r>
        <w:rPr/>
        <w:t>hacia la oscuridad del túnel.</w:t>
      </w:r>
    </w:p>
    <w:p>
      <w:pPr>
        <w:pStyle w:val="BodyText"/>
      </w:pPr>
      <w:r>
        <w:rPr/>
        <w:t>—Corre —susurró—. Y no mires atrás.</w:t>
      </w:r>
    </w:p>
    <w:p>
      <w:pPr>
        <w:pStyle w:val="BodyText"/>
      </w:pPr>
      <w:r>
        <w:rPr/>
        <w:t>Alix corrió hacia el sur atravesando los Pirineos. Cruzó valles donde el</w:t>
      </w:r>
      <w:r>
        <w:rPr/>
        <w:t xml:space="preserve"> </w:t>
      </w:r>
      <w:r>
        <w:rPr/>
        <w:t>eco de sus pasos parecía multiplicarse, como si la tierra reconociera la</w:t>
      </w:r>
      <w:r>
        <w:rPr/>
        <w:t xml:space="preserve"> </w:t>
      </w:r>
      <w:r>
        <w:rPr/>
        <w:t>importancia de su carga. La nota en su pecho latía con fuerza, guiándola</w:t>
      </w:r>
      <w:r>
        <w:rPr/>
        <w:t xml:space="preserve"> </w:t>
      </w:r>
      <w:r>
        <w:rPr/>
        <w:t>como una brújula hacia su destino.</w:t>
      </w:r>
    </w:p>
    <w:p>
      <w:pPr>
        <w:pStyle w:val="BodyText"/>
      </w:pPr>
      <w:r>
        <w:rPr/>
        <w:t>Semanas después, exhausta y perseguida, llegó a las orillas del Duero.</w:t>
      </w:r>
    </w:p>
    <w:p>
      <w:pPr>
        <w:pStyle w:val="BodyText"/>
      </w:pPr>
      <w:r>
        <w:rPr/>
        <w:t>Allí, donde las órdenes rivales —Templarios y Hospitalarios— se</w:t>
      </w:r>
      <w:r>
        <w:rPr/>
        <w:t xml:space="preserve"> </w:t>
      </w:r>
      <w:r>
        <w:rPr/>
        <w:t>vigilaban mutuamente en un equilibrio tenso, encontró refugio. En el</w:t>
      </w:r>
      <w:r>
        <w:rPr/>
        <w:t xml:space="preserve"> </w:t>
      </w:r>
      <w:r>
        <w:rPr/>
        <w:t>monasterio de San Juan, entre arcos que susurraban con el viento, dejó</w:t>
      </w:r>
      <w:r>
        <w:rPr/>
        <w:t xml:space="preserve"> </w:t>
      </w:r>
      <w:r>
        <w:rPr/>
        <w:t>su testimonio oculto en piedra y pergamino, protegido por la rivalidad</w:t>
      </w:r>
      <w:r>
        <w:rPr/>
        <w:t xml:space="preserve"> </w:t>
      </w:r>
      <w:r>
        <w:rPr/>
        <w:t>misma que debía exponerlo.</w:t>
      </w:r>
    </w:p>
    <w:p>
      <w:pPr>
        <w:pStyle w:val="BodyText"/>
      </w:pPr>
      <w:r>
        <w:rPr/>
        <w:t>La piedra que llevaba consigo latía con un ritmo que ya no era</w:t>
      </w:r>
      <w:r>
        <w:rPr/>
        <w:t xml:space="preserve"> </w:t>
      </w:r>
      <w:r>
        <w:rPr/>
        <w:t>exactamente el de su corazón. Su corazón latía ahora con una nota que ya</w:t>
      </w:r>
      <w:r>
        <w:rPr/>
        <w:t xml:space="preserve"> </w:t>
      </w:r>
      <w:r>
        <w:rPr/>
        <w:t>no era solo de Arnaldo, sino suya. Una herencia que era también una</w:t>
      </w:r>
      <w:r>
        <w:rPr/>
        <w:t xml:space="preserve"> </w:t>
      </w:r>
      <w:r>
        <w:rPr/>
        <w:t>carga; una bendición que era también una condena a nunca olvidar.</w:t>
      </w:r>
    </w:p>
    <w:p>
      <w:pPr>
        <w:pStyle w:val="BodyText"/>
      </w:pPr>
      <w:r>
        <w:rPr/>
        <w:t>Arnaldo regresó a la fortaleza sintiendo su alma extrañamente ligera y</w:t>
      </w:r>
      <w:r>
        <w:rPr/>
        <w:t xml:space="preserve"> </w:t>
      </w:r>
      <w:r>
        <w:rPr/>
        <w:t>terriblemente vacía a la vez. Había entregado algo más que una</w:t>
      </w:r>
      <w:r>
        <w:rPr/>
        <w:t xml:space="preserve"> </w:t>
      </w:r>
      <w:r>
        <w:rPr/>
        <w:t>vibración: había entregado una parte de sí mismo que nunca recuperaría.</w:t>
      </w:r>
      <w:r>
        <w:rPr/>
        <w:t xml:space="preserve"> </w:t>
      </w:r>
      <w:r>
        <w:rPr/>
        <w:t>Subió lentamente por los mismos corredores que había recorrido durante</w:t>
      </w:r>
      <w:r>
        <w:rPr/>
        <w:t xml:space="preserve"> </w:t>
      </w:r>
      <w:r>
        <w:rPr/>
        <w:t>meses, pero ahora cada paso resonaba distinto, más hueco, como si sus</w:t>
      </w:r>
      <w:r>
        <w:rPr/>
        <w:t xml:space="preserve"> </w:t>
      </w:r>
      <w:r>
        <w:rPr/>
        <w:t>pies tocaran la piedra desde una distancia mayor.</w:t>
      </w:r>
    </w:p>
    <w:p>
      <w:pPr>
        <w:pStyle w:val="BodyText"/>
      </w:pPr>
      <w:r>
        <w:rPr/>
        <w:t>Al amanecer, bajó al Prat dels Cremats junto a más de doscientos</w:t>
      </w:r>
      <w:r>
        <w:rPr/>
        <w:t xml:space="preserve"> </w:t>
      </w:r>
      <w:r>
        <w:rPr/>
        <w:t>hermanos de fe. Atado a la estaca de madera, con el olor a resina</w:t>
      </w:r>
      <w:r>
        <w:rPr/>
        <w:t xml:space="preserve"> </w:t>
      </w:r>
      <w:r>
        <w:rPr/>
        <w:t>llenando sus pulmones, cerró los ojos y se preparó para el último acto</w:t>
      </w:r>
      <w:r>
        <w:rPr/>
        <w:t xml:space="preserve"> </w:t>
      </w:r>
      <w:r>
        <w:rPr/>
        <w:t>de su vida.</w:t>
      </w:r>
    </w:p>
    <w:p>
      <w:pPr>
        <w:pStyle w:val="BodyText"/>
      </w:pPr>
      <w:r>
        <w:rPr/>
        <w:t>No pidió clemencia. No renegó de su fe. En su lugar, hizo lo único que</w:t>
      </w:r>
      <w:r>
        <w:rPr/>
        <w:t xml:space="preserve"> </w:t>
      </w:r>
      <w:r>
        <w:rPr/>
        <w:t>sabía hacer.</w:t>
      </w:r>
    </w:p>
    <w:p>
      <w:pPr>
        <w:pStyle w:val="BodyText"/>
      </w:pPr>
      <w:r>
        <w:rPr/>
        <w:t>Cantó.</w:t>
      </w:r>
    </w:p>
    <w:p>
      <w:pPr>
        <w:pStyle w:val="BodyText"/>
      </w:pPr>
      <w:r>
        <w:rPr/>
        <w:t>Una nota profunda que no brotaba de su garganta, sino de su alma</w:t>
      </w:r>
      <w:r>
        <w:rPr/>
        <w:t xml:space="preserve"> </w:t>
      </w:r>
      <w:r>
        <w:rPr/>
        <w:t>liberada. No era el Eco —ese ya viajaba con Alix hacia el sur—, sino</w:t>
      </w:r>
      <w:r>
        <w:rPr/>
        <w:t xml:space="preserve"> </w:t>
      </w:r>
      <w:r>
        <w:rPr/>
        <w:t>su propia voz, pura y desnuda, despojada de todo lo que no era</w:t>
      </w:r>
      <w:r>
        <w:rPr/>
        <w:t xml:space="preserve"> </w:t>
      </w:r>
      <w:r>
        <w:rPr/>
        <w:t>esencialmente él. Una nota que era tanto una despedida como un puente</w:t>
      </w:r>
      <w:r>
        <w:rPr/>
        <w:t xml:space="preserve"> </w:t>
      </w:r>
      <w:r>
        <w:rPr/>
        <w:t>extendido hacia quien aún no podía oírlo, pero que algún día lo haría.</w:t>
      </w:r>
    </w:p>
    <w:p>
      <w:pPr>
        <w:pStyle w:val="BodyText"/>
      </w:pPr>
      <w:r>
        <w:rPr/>
        <w:t>Las llamas lo consumieron.</w:t>
      </w:r>
    </w:p>
    <w:p>
      <w:pPr>
        <w:pStyle w:val="BodyText"/>
      </w:pPr>
      <w:r>
        <w:rPr/>
        <w:t>Pero el Eco, libre, permaneció.</w:t>
      </w:r>
    </w:p>
    <w:p>
      <w:pPr>
        <w:pStyle w:val="BodyText"/>
      </w:pPr>
      <w:r>
        <w:rPr/>
        <w:t>Viajó en la sangre de Alix, por tierras devastadas, por cavernas de</w:t>
      </w:r>
      <w:r>
        <w:rPr/>
        <w:t xml:space="preserve"> </w:t>
      </w:r>
      <w:r>
        <w:rPr/>
        <w:t>piedra que guardaban secretos más antiguos que las órdenes que los</w:t>
      </w:r>
      <w:r>
        <w:rPr/>
        <w:t xml:space="preserve"> </w:t>
      </w:r>
      <w:r>
        <w:rPr/>
        <w:t>custodiaban. Se refugió en los arcos del monasterio junto al Duero,</w:t>
      </w:r>
      <w:r>
        <w:rPr/>
        <w:t xml:space="preserve"> </w:t>
      </w:r>
      <w:r>
        <w:rPr/>
        <w:t>donde el agua susurraba su nombre en lenguas olvidadas.</w:t>
      </w:r>
    </w:p>
    <w:p>
      <w:pPr>
        <w:pStyle w:val="BodyText"/>
      </w:pPr>
      <w:r>
        <w:rPr/>
        <w:t>Y esperó.</w:t>
      </w:r>
    </w:p>
    <w:p>
      <w:pPr>
        <w:pStyle w:val="BodyText"/>
      </w:pPr>
      <w:r>
        <w:rPr/>
        <w:t>Siglos después, en una ciudad partida por un muro, encontraría un nuevo</w:t>
      </w:r>
      <w:r>
        <w:rPr/>
        <w:t xml:space="preserve"> </w:t>
      </w:r>
      <w:r>
        <w:rPr/>
        <w:t>portador: alguien que creería estar componiendo música, sin saber que</w:t>
      </w:r>
      <w:r>
        <w:rPr/>
        <w:t xml:space="preserve"> </w:t>
      </w:r>
      <w:r>
        <w:rPr/>
        <w:t>solo estaba recordando una canción que había esperado ochocientos años</w:t>
      </w:r>
      <w:r>
        <w:rPr/>
        <w:t xml:space="preserve"> </w:t>
      </w:r>
      <w:r>
        <w:rPr/>
        <w:t>para volver a resonar.</w:t>
      </w:r>
    </w:p>
    <w:p>
      <w:pPr>
        <w:pStyle w:val="BodyText"/>
      </w:pPr>
      <w:r>
        <w:rPr/>
        <w:t>.</w:t>
      </w:r>
    </w:p>
    <w:p>
      <w:pPr>
        <w:pStyle w:val="BodyText"/>
      </w:pPr>
      <w:r>
        <w:rPr/>
        <w:t>***</w:t>
      </w:r>
    </w:p>
    <w:p>
      <w:pPr>
        <w:pStyle w:val="Heading1"/>
      </w:pPr>
      <w:r>
        <w:rPr/>
        <w:t>PARTE I: EL UMBRAL</w:t>
      </w:r>
    </w:p>
    <w:p>
      <w:pPr>
        <w:pStyle w:val="Heading1"/>
      </w:pPr>
      <w:r/>
    </w:p>
    <w:p>
      <w:pPr>
        <w:pStyle w:val="Heading1"/>
      </w:pPr>
      <w:r>
        <w:rPr/>
        <w:t>CAPÍTULO 1. EL SONIDO DE LA SOLEDAD</w:t>
      </w:r>
    </w:p>
    <w:p>
      <w:pPr/>
      <w:r>
        <w:rPr/>
        <w:t>En el silencio, la espiral guarda a los que vinieron antes.</w:t>
      </w:r>
    </w:p>
    <w:p>
      <w:pPr>
        <w:pStyle w:val="BodyText"/>
      </w:pPr>
      <w:r>
        <w:rPr/>
        <w:t>Escucha, y te hallarás en su canto.</w:t>
      </w:r>
    </w:p>
    <w:p>
      <w:pPr>
        <w:pStyle w:val="BodyText"/>
      </w:pPr>
      <w:r>
        <w:rPr/>
        <w:t>—Arnaldo, Custodio del Eco (circa 1244)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silencio de la meseta nunca era vacío.</w:t>
      </w:r>
    </w:p>
    <w:p>
      <w:pPr>
        <w:pStyle w:val="BodyText"/>
      </w:pPr>
      <w:r>
        <w:rPr/>
        <w:t>Mar lo supo a los doce años, en una tarde de invierno de 1984, cuando el</w:t>
      </w:r>
      <w:r>
        <w:rPr/>
        <w:t xml:space="preserve"> </w:t>
      </w:r>
      <w:r>
        <w:rPr/>
        <w:t>viento arrastraba la escarcha por los campos de Soria. Se quedaba</w:t>
      </w:r>
      <w:r>
        <w:rPr/>
        <w:t xml:space="preserve"> </w:t>
      </w:r>
      <w:r>
        <w:rPr/>
        <w:t>inmóvil junto al ventanuco de la casa familiar, escuchando. Sus padres</w:t>
      </w:r>
      <w:r>
        <w:rPr/>
        <w:t xml:space="preserve"> </w:t>
      </w:r>
      <w:r>
        <w:rPr/>
        <w:t>la creían distraída. Ella escuchaba.</w:t>
      </w:r>
    </w:p>
    <w:p>
      <w:pPr>
        <w:pStyle w:val="BodyText"/>
      </w:pPr>
      <w:r>
        <w:rPr/>
        <w:t>El aire traía campanas desde pueblos distantes, y cada tañido dejaba una</w:t>
      </w:r>
      <w:r>
        <w:rPr/>
        <w:t xml:space="preserve"> </w:t>
      </w:r>
      <w:r>
        <w:rPr/>
        <w:t>huella en la memoria, como si perteneciera a otros tiempos. En su</w:t>
      </w:r>
      <w:r>
        <w:rPr/>
        <w:t xml:space="preserve"> </w:t>
      </w:r>
      <w:r>
        <w:rPr/>
        <w:t>cuaderno dibujaba ondas que se expandían, círculos concéntricos que</w:t>
      </w:r>
      <w:r>
        <w:rPr/>
        <w:t xml:space="preserve"> </w:t>
      </w:r>
      <w:r>
        <w:rPr/>
        <w:t>nadie le había enseñado a trazar; surgían solos, como si la tierra le</w:t>
      </w:r>
      <w:r>
        <w:rPr/>
        <w:t xml:space="preserve"> </w:t>
      </w:r>
      <w:r>
        <w:rPr/>
        <w:t>hablara.</w:t>
      </w:r>
    </w:p>
    <w:p>
      <w:pPr>
        <w:pStyle w:val="BodyText"/>
      </w:pPr>
      <w:r>
        <w:rPr/>
        <w:t>Había algo más. Una presencia. En las noches de luna llena, cuando todo</w:t>
      </w:r>
      <w:r>
        <w:rPr/>
        <w:t xml:space="preserve"> </w:t>
      </w:r>
      <w:r>
        <w:rPr/>
        <w:t>callaba, Mar percibía un pulso bajo la realidad, un rumor que parecía</w:t>
      </w:r>
      <w:r>
        <w:rPr/>
        <w:t xml:space="preserve"> </w:t>
      </w:r>
      <w:r>
        <w:rPr/>
        <w:t>respirar a través del suelo. Ese pulso fue su compañía durante años en</w:t>
      </w:r>
      <w:r>
        <w:rPr/>
        <w:t xml:space="preserve"> </w:t>
      </w:r>
      <w:r>
        <w:rPr/>
        <w:t>los que prefería el silencio a las voces humanas.</w:t>
      </w:r>
    </w:p>
    <w:p>
      <w:pPr>
        <w:pStyle w:val="BodyText"/>
      </w:pPr>
      <w:r>
        <w:rPr/>
        <w:t>Su madre solía decir que en la familia había un destino extraño, que</w:t>
      </w:r>
      <w:r>
        <w:rPr/>
        <w:t xml:space="preserve"> </w:t>
      </w:r>
      <w:r>
        <w:rPr/>
        <w:t>ciertos silencios pesaban más que las palabras. Nunca lo explicó, pero a</w:t>
      </w:r>
      <w:r>
        <w:rPr/>
        <w:t xml:space="preserve"> </w:t>
      </w:r>
      <w:r>
        <w:rPr/>
        <w:t>Mar le quedó grabada la frase:</w:t>
      </w:r>
    </w:p>
    <w:p>
      <w:pPr>
        <w:pStyle w:val="BodyText"/>
      </w:pPr>
      <w:r>
        <w:rPr/>
        <w:t>«Hay cosas que vienen de muy atrás, hija, y que nos preceden».</w:t>
      </w:r>
    </w:p>
    <w:p>
      <w:pPr>
        <w:pStyle w:val="BodyText"/>
      </w:pPr>
      <w:r>
        <w:rPr/>
        <w:t>La cicatriz bajo su clavícula había estado allí desde que tenía memoria.</w:t>
      </w:r>
      <w:r>
        <w:rPr/>
        <w:t xml:space="preserve"> </w:t>
      </w:r>
      <w:r>
        <w:rPr/>
        <w:t>Literalmente.</w:t>
      </w:r>
    </w:p>
    <w:p>
      <w:pPr>
        <w:pStyle w:val="BodyText"/>
      </w:pPr>
      <w:r>
        <w:rPr/>
        <w:t>Su madre contaba que había nacido con ella: una marca plateada, apenas</w:t>
      </w:r>
      <w:r>
        <w:rPr/>
        <w:t xml:space="preserve"> </w:t>
      </w:r>
      <w:r>
        <w:rPr/>
        <w:t>visible, con forma de espiral que los médicos del hospital provincial no</w:t>
      </w:r>
      <w:r>
        <w:rPr/>
        <w:t xml:space="preserve"> </w:t>
      </w:r>
      <w:r>
        <w:rPr/>
        <w:t>supieron explicar. «Marca de nacimiento atípica», escribieron en el</w:t>
      </w:r>
      <w:r>
        <w:rPr/>
        <w:t xml:space="preserve"> </w:t>
      </w:r>
      <w:r>
        <w:rPr/>
        <w:t>informe. «Sin complicaciones aparentes. Monitorizar».</w:t>
      </w:r>
    </w:p>
    <w:p>
      <w:pPr>
        <w:pStyle w:val="BodyText"/>
      </w:pPr>
      <w:r>
        <w:rPr/>
        <w:t>Durante la infancia, la cicatriz fue solo eso: una marca extraña que</w:t>
      </w:r>
      <w:r>
        <w:rPr/>
        <w:t xml:space="preserve"> </w:t>
      </w:r>
      <w:r>
        <w:rPr/>
        <w:t>otros niños señalaban en la piscina municipal. Mar aprendió a cubrirla</w:t>
      </w:r>
      <w:r>
        <w:rPr/>
        <w:t xml:space="preserve"> </w:t>
      </w:r>
      <w:r>
        <w:rPr/>
        <w:t>con camisetas de manga larga, incluso en verano. No le dolía. No picaba.</w:t>
      </w:r>
      <w:r>
        <w:rPr/>
        <w:t xml:space="preserve"> </w:t>
      </w:r>
      <w:r>
        <w:rPr/>
        <w:t>No hacía nada. Solo estaba ahí. Dormida.</w:t>
      </w:r>
    </w:p>
    <w:p>
      <w:pPr>
        <w:pStyle w:val="BodyText"/>
      </w:pPr>
      <w:r>
        <w:rPr/>
        <w:t>Pero su madre la miraba a veces con una mezcla de fascinación y temor</w:t>
      </w:r>
      <w:r>
        <w:rPr/>
        <w:t xml:space="preserve"> </w:t>
      </w:r>
      <w:r>
        <w:rPr/>
        <w:t>que Mar no comprendía. «Hay cosas que vienen de muy atrás, hija»,</w:t>
      </w:r>
      <w:r>
        <w:rPr/>
        <w:t xml:space="preserve"> </w:t>
      </w:r>
      <w:r>
        <w:rPr/>
        <w:t>repetía. «Cosas que nos preceden». Nunca añadía más, como si las</w:t>
      </w:r>
      <w:r>
        <w:rPr/>
        <w:t xml:space="preserve"> </w:t>
      </w:r>
      <w:r>
        <w:rPr/>
        <w:t>palabras pesaran demasiado para pronunciarlas completas.</w:t>
      </w:r>
    </w:p>
    <w:p>
      <w:pPr>
        <w:pStyle w:val="BodyText"/>
      </w:pPr>
      <w:r>
        <w:rPr/>
        <w:t>A los quince años, durante una excursión del instituto al monasterio de</w:t>
      </w:r>
      <w:r>
        <w:rPr/>
        <w:t xml:space="preserve"> </w:t>
      </w:r>
      <w:r>
        <w:rPr/>
        <w:t>San Juan de Duero, volvió a sentirlo. Mientras sus compañeros corrían</w:t>
      </w:r>
      <w:r>
        <w:rPr/>
        <w:t xml:space="preserve"> </w:t>
      </w:r>
      <w:r>
        <w:rPr/>
        <w:t>entre los arcos, ella se detuvo y cerró los ojos. El viento atravesaba</w:t>
      </w:r>
      <w:r>
        <w:rPr/>
        <w:t xml:space="preserve"> </w:t>
      </w:r>
      <w:r>
        <w:rPr/>
        <w:t>las columnas como un órgano invisible: una música sin origen humano. Lo</w:t>
      </w:r>
      <w:r>
        <w:rPr/>
        <w:t xml:space="preserve"> </w:t>
      </w:r>
      <w:r>
        <w:rPr/>
        <w:t>supo en su piel y en sus huesos.</w:t>
      </w:r>
    </w:p>
    <w:p>
      <w:pPr>
        <w:pStyle w:val="BodyText"/>
      </w:pPr>
      <w:r>
        <w:rPr/>
        <w:t>Durante aquellos años se perdía por los barrancos de la sierra con una</w:t>
      </w:r>
      <w:r>
        <w:rPr/>
        <w:t xml:space="preserve"> </w:t>
      </w:r>
      <w:r>
        <w:rPr/>
        <w:t>grabadora de casete heredada de su tío, capturando sonidos que luego</w:t>
      </w:r>
      <w:r>
        <w:rPr/>
        <w:t xml:space="preserve"> </w:t>
      </w:r>
      <w:r>
        <w:rPr/>
        <w:t>repasaba en su cuarto como reliquias. No se lo contaba a nadie. Guardaba</w:t>
      </w:r>
      <w:r>
        <w:rPr/>
        <w:t xml:space="preserve"> </w:t>
      </w:r>
      <w:r>
        <w:rPr/>
        <w:t>sus cuadernos bajo el colchón, como si fueran diarios de una religión</w:t>
      </w:r>
      <w:r>
        <w:rPr/>
        <w:t xml:space="preserve"> </w:t>
      </w:r>
      <w:r>
        <w:rPr/>
        <w:t>privada.</w:t>
      </w:r>
    </w:p>
    <w:p>
      <w:pPr>
        <w:pStyle w:val="BodyText"/>
      </w:pPr>
      <w:r>
        <w:rPr/>
        <w:t>Una fría noche de diciembre de 1989 caminó sola hasta una iglesia</w:t>
      </w:r>
      <w:r>
        <w:rPr/>
        <w:t xml:space="preserve"> </w:t>
      </w:r>
      <w:r>
        <w:rPr/>
        <w:t>abandonada en Ágreda. Se sentó sobre una piedra cubierta de musgo. Al</w:t>
      </w:r>
      <w:r>
        <w:rPr/>
        <w:t xml:space="preserve"> </w:t>
      </w:r>
      <w:r>
        <w:rPr/>
        <w:t>principio solo escuchaba el viento; luego todo encajó: el viento se</w:t>
      </w:r>
      <w:r>
        <w:rPr/>
        <w:t xml:space="preserve"> </w:t>
      </w:r>
      <w:r>
        <w:rPr/>
        <w:t>convirtió en un bordón grave, las ramas en un contrapunto rítmico, el</w:t>
      </w:r>
      <w:r>
        <w:rPr/>
        <w:t xml:space="preserve"> </w:t>
      </w:r>
      <w:r>
        <w:rPr/>
        <w:t>crujido de la piedra en timbre metálico. Todo vibraba en armonía.</w:t>
      </w:r>
    </w:p>
    <w:p>
      <w:pPr>
        <w:pStyle w:val="BodyText"/>
      </w:pPr>
      <w:r>
        <w:rPr/>
        <w:t>Mar lloró, conmovida. Había encontrado sentido a su existencia, aunque</w:t>
      </w:r>
      <w:r>
        <w:rPr/>
        <w:t xml:space="preserve"> </w:t>
      </w:r>
      <w:r>
        <w:rPr/>
        <w:t>nadie más pudiera comprenderlo.</w:t>
      </w:r>
    </w:p>
    <w:p>
      <w:pPr>
        <w:pStyle w:val="BodyText"/>
      </w:pPr>
      <w:r>
        <w:rPr/>
        <w:t>Creció en un entorno áspero, donde los inviernos parecían eternos y las</w:t>
      </w:r>
      <w:r>
        <w:rPr/>
        <w:t xml:space="preserve"> </w:t>
      </w:r>
      <w:r>
        <w:rPr/>
        <w:t>palabras escaseaban. Aquella ausencia no la incomodaba: le permitía</w:t>
      </w:r>
      <w:r>
        <w:rPr/>
        <w:t xml:space="preserve"> </w:t>
      </w:r>
      <w:r>
        <w:rPr/>
        <w:t>escuchar mejor. En el instituto la consideraban rara; prefería</w:t>
      </w:r>
      <w:r>
        <w:rPr/>
        <w:t xml:space="preserve"> </w:t>
      </w:r>
      <w:r>
        <w:rPr/>
        <w:t>garabatear en sus cuadernos a hablar de moda. Un profesor de literatura</w:t>
      </w:r>
      <w:r>
        <w:rPr/>
        <w:t xml:space="preserve"> </w:t>
      </w:r>
      <w:r>
        <w:rPr/>
        <w:t>le escribió al margen de un texto: «Tienes la capacidad de escuchar lo</w:t>
      </w:r>
      <w:r>
        <w:rPr/>
        <w:t xml:space="preserve"> </w:t>
      </w:r>
      <w:r>
        <w:rPr/>
        <w:t>que no se dice. Cultívalo». Nunca olvidaría esa frase.</w:t>
      </w:r>
    </w:p>
    <w:p>
      <w:pPr>
        <w:pStyle w:val="BodyText"/>
      </w:pPr>
      <w:r>
        <w:rPr/>
        <w:t>El descubrimiento de la música electrónica llegó a través de cintas mal</w:t>
      </w:r>
      <w:r>
        <w:rPr/>
        <w:t xml:space="preserve"> </w:t>
      </w:r>
      <w:r>
        <w:rPr/>
        <w:t>grabadas de bares en Pamplona. La primera vez que escuchó techno quedó</w:t>
      </w:r>
      <w:r>
        <w:rPr/>
        <w:t xml:space="preserve"> </w:t>
      </w:r>
      <w:r>
        <w:rPr/>
        <w:t>desconcertada: un latido repetitivo, maquinal. Pero cuanto más lo oía,</w:t>
      </w:r>
      <w:r>
        <w:rPr/>
        <w:t xml:space="preserve"> </w:t>
      </w:r>
      <w:r>
        <w:rPr/>
        <w:t>más reconocía en él la vibración que perseguía desde niña.</w:t>
      </w:r>
    </w:p>
    <w:p>
      <w:pPr>
        <w:pStyle w:val="BodyText"/>
      </w:pPr>
      <w:r>
        <w:rPr/>
        <w:t>Pasó meses recopilando cintas y consiguió unos platos de segunda mano.</w:t>
      </w:r>
      <w:r>
        <w:rPr/>
        <w:t xml:space="preserve"> </w:t>
      </w:r>
      <w:r>
        <w:rPr/>
        <w:t>Al superponer ciertos sonidos, emergía el mismo zumbido de su infancia,</w:t>
      </w:r>
      <w:r>
        <w:rPr/>
        <w:t xml:space="preserve"> </w:t>
      </w:r>
      <w:r>
        <w:rPr/>
        <w:t>amplificado. No estaba loca: había un orden.</w:t>
      </w:r>
    </w:p>
    <w:p>
      <w:pPr>
        <w:pStyle w:val="BodyText"/>
      </w:pPr>
      <w:r>
        <w:rPr/>
        <w:t>A los diecinueve años tomó una decisión. El Eco que perseguía no se</w:t>
      </w:r>
      <w:r>
        <w:rPr/>
        <w:t xml:space="preserve"> </w:t>
      </w:r>
      <w:r>
        <w:rPr/>
        <w:t>manifestaría del todo en los campos de la meseta. Markus, un DJ español</w:t>
      </w:r>
      <w:r>
        <w:rPr/>
        <w:t xml:space="preserve"> </w:t>
      </w:r>
      <w:r>
        <w:rPr/>
        <w:t>que había emigrado a Berlín dos años antes, le escribía cartas sobre una</w:t>
      </w:r>
      <w:r>
        <w:rPr/>
        <w:t xml:space="preserve"> </w:t>
      </w:r>
      <w:r>
        <w:rPr/>
        <w:t>ciudad reconstruyéndose desde las ruinas. «Aquí el techno no es</w:t>
      </w:r>
      <w:r>
        <w:rPr/>
        <w:t xml:space="preserve"> </w:t>
      </w:r>
      <w:r>
        <w:rPr/>
        <w:t>entretenimiento», decía una de sus cartas. «Es arquitectura sonora».</w:t>
      </w:r>
    </w:p>
    <w:p>
      <w:pPr>
        <w:pStyle w:val="BodyText"/>
      </w:pPr>
      <w:r>
        <w:rPr/>
        <w:t>Preparó una mochila, guardó algunos vinilos y partió.</w:t>
      </w:r>
    </w:p>
    <w:p>
      <w:pPr>
        <w:pStyle w:val="BodyText"/>
      </w:pPr>
      <w:r>
        <w:rPr/>
        <w:t>En la estación, su madre se despidió diciéndole:</w:t>
      </w:r>
    </w:p>
    <w:p>
      <w:pPr>
        <w:pStyle w:val="BodyText"/>
      </w:pPr>
      <w:r>
        <w:rPr/>
        <w:t>—Escucha, hija. Escucha siempre. Eso es lo único que nos sostiene.</w:t>
      </w:r>
    </w:p>
    <w:p>
      <w:pPr>
        <w:pStyle w:val="BodyText"/>
      </w:pPr>
      <w:r>
        <w:rPr/>
        <w:t>El viaje fue largo, con transbordos interminables. Cada estación tenía</w:t>
      </w:r>
      <w:r>
        <w:rPr/>
        <w:t xml:space="preserve"> </w:t>
      </w:r>
      <w:r>
        <w:rPr/>
        <w:t>su propia resonancia: el chirrido de los frenos, el murmullo de los</w:t>
      </w:r>
      <w:r>
        <w:rPr/>
        <w:t xml:space="preserve"> </w:t>
      </w:r>
      <w:r>
        <w:rPr/>
        <w:t>viajeros, el zumbido de los altavoces. Durante las noches en los trenes</w:t>
      </w:r>
      <w:r>
        <w:rPr/>
        <w:t xml:space="preserve"> </w:t>
      </w:r>
      <w:r>
        <w:rPr/>
        <w:t>apenas dormía. El sonido de las ruedas era su compás; el crujido de los</w:t>
      </w:r>
      <w:r>
        <w:rPr/>
        <w:t xml:space="preserve"> </w:t>
      </w:r>
      <w:r>
        <w:rPr/>
        <w:t>asientos, su contratiempo.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Berlín la recibió con frío y un idioma áspero. Era 1991, y la ciudad aún</w:t>
      </w:r>
      <w:r>
        <w:rPr/>
        <w:t xml:space="preserve"> </w:t>
      </w:r>
      <w:r>
        <w:rPr/>
        <w:t>mostraba las cicatrices del Muro: espacios vacíos, muros desconchados,</w:t>
      </w:r>
      <w:r>
        <w:rPr/>
        <w:t xml:space="preserve"> </w:t>
      </w:r>
      <w:r>
        <w:rPr/>
        <w:t>una herida que tardaría años en cerrar. Mar no se sintió extraña;</w:t>
      </w:r>
      <w:r>
        <w:rPr/>
        <w:t xml:space="preserve"> </w:t>
      </w:r>
      <w:r>
        <w:rPr/>
        <w:t>aquella inestabilidad le resultaba familiar.</w:t>
      </w:r>
    </w:p>
    <w:p>
      <w:pPr>
        <w:pStyle w:val="BodyText"/>
      </w:pPr>
      <w:r>
        <w:rPr/>
        <w:t>Vivió en una pensión cerca de Ostbahnhof. El murmullo de los trenes de</w:t>
      </w:r>
      <w:r>
        <w:rPr/>
        <w:t xml:space="preserve"> </w:t>
      </w:r>
      <w:r>
        <w:rPr/>
        <w:t>mercancías la acompañaba como un mantra. Markus le habló de un lugar</w:t>
      </w:r>
      <w:r>
        <w:rPr/>
        <w:t xml:space="preserve"> </w:t>
      </w:r>
      <w:r>
        <w:rPr/>
        <w:t>llamado Tresor, inaugurado aquel mismo año en un antiguo banco: sótanos</w:t>
      </w:r>
      <w:r>
        <w:rPr/>
        <w:t xml:space="preserve"> </w:t>
      </w:r>
      <w:r>
        <w:rPr/>
        <w:t>húmedos, paredes desnudas, luces estroboscópicas.</w:t>
      </w:r>
    </w:p>
    <w:p>
      <w:pPr>
        <w:pStyle w:val="BodyText"/>
      </w:pPr>
      <w:r>
        <w:rPr/>
        <w:t>Antes de entrar por primera vez dudó. ¿Y si todo era exageración?</w:t>
      </w:r>
    </w:p>
    <w:p>
      <w:pPr>
        <w:pStyle w:val="BodyText"/>
      </w:pPr>
      <w:r>
        <w:rPr/>
        <w:t>Bajó las escaleras. El golpe de los bajos contra su cuerpo le dio la</w:t>
      </w:r>
      <w:r>
        <w:rPr/>
        <w:t xml:space="preserve"> </w:t>
      </w:r>
      <w:r>
        <w:rPr/>
        <w:t>respuesta: había llegado al centro de la vibración.</w:t>
      </w:r>
    </w:p>
    <w:p>
      <w:pPr>
        <w:pStyle w:val="BodyText"/>
      </w:pPr>
      <w:r>
        <w:rPr/>
        <w:t>En Tresor no había público ni espectáculo: había comunión. Cuerpos</w:t>
      </w:r>
      <w:r>
        <w:rPr/>
        <w:t xml:space="preserve"> </w:t>
      </w:r>
      <w:r>
        <w:rPr/>
        <w:t>anónimos bailaban en la penumbra, convertidos en antenas. El DJ no era</w:t>
      </w:r>
      <w:r>
        <w:rPr/>
        <w:t xml:space="preserve"> </w:t>
      </w:r>
      <w:r>
        <w:rPr/>
        <w:t>un animador, era un médium. Mar se quedó en un rincón, los ojos</w:t>
      </w:r>
      <w:r>
        <w:rPr/>
        <w:t xml:space="preserve"> </w:t>
      </w:r>
      <w:r>
        <w:rPr/>
        <w:t>cerrados, dejando que las ondas la atravesaran. Por un momento todo</w:t>
      </w:r>
      <w:r>
        <w:rPr/>
        <w:t xml:space="preserve"> </w:t>
      </w:r>
      <w:r>
        <w:rPr/>
        <w:t>vibró en una misma nota.</w:t>
      </w:r>
    </w:p>
    <w:p>
      <w:pPr>
        <w:pStyle w:val="BodyText"/>
      </w:pPr>
      <w:r>
        <w:rPr/>
        <w:t>Sintió que no estaba sola. Algo respondía a su escucha: no era la</w:t>
      </w:r>
      <w:r>
        <w:rPr/>
        <w:t xml:space="preserve"> </w:t>
      </w:r>
      <w:r>
        <w:rPr/>
        <w:t>multitud bailando, sino un eco que venía de mucho más atrás.</w:t>
      </w:r>
    </w:p>
    <w:p>
      <w:pPr>
        <w:pStyle w:val="BodyText"/>
      </w:pPr>
      <w:r>
        <w:rPr/>
        <w:t>Salió del club de madrugada con el frío mordiendo su piel y el zumbido</w:t>
      </w:r>
      <w:r>
        <w:rPr/>
        <w:t xml:space="preserve"> </w:t>
      </w:r>
      <w:r>
        <w:rPr/>
        <w:t>en los huesos. Caminó sin rumbo por las calles húmedas, convencida de</w:t>
      </w:r>
      <w:r>
        <w:rPr/>
        <w:t xml:space="preserve"> </w:t>
      </w:r>
      <w:r>
        <w:rPr/>
        <w:t>que algo había comenzado. El sonido de la soledad no era una condena.</w:t>
      </w:r>
      <w:r>
        <w:rPr/>
        <w:t xml:space="preserve"> </w:t>
      </w:r>
      <w:r>
        <w:rPr/>
        <w:t>Era una llamada.</w:t>
      </w:r>
    </w:p>
    <w:p>
      <w:pPr>
        <w:pStyle w:val="BodyText"/>
      </w:pPr>
      <w:r>
        <w:rPr/>
        <w:t>La cicatriz permaneció inerte durante toda su vida.</w:t>
      </w:r>
    </w:p>
    <w:p>
      <w:pPr>
        <w:pStyle w:val="BodyText"/>
      </w:pPr>
      <w:r>
        <w:rPr/>
        <w:t>Hasta Berlín.</w:t>
      </w:r>
    </w:p>
    <w:p>
      <w:pPr>
        <w:pStyle w:val="BodyText"/>
      </w:pPr>
      <w:r>
        <w:rPr/>
        <w:t>Hasta Fading Away.</w:t>
      </w:r>
    </w:p>
    <w:p>
      <w:pPr>
        <w:pStyle w:val="BodyText"/>
      </w:pPr>
      <w:r>
        <w:rPr/>
        <w:t>Un calor súbito bajo la clavícula, tan intenso que Mar se llevó la mano</w:t>
      </w:r>
      <w:r>
        <w:rPr/>
        <w:t xml:space="preserve"> </w:t>
      </w:r>
      <w:r>
        <w:rPr/>
        <w:t>al pecho creyendo que sangraba. Pero no había sangre. Solo vibración.</w:t>
      </w:r>
      <w:r>
        <w:rPr/>
        <w:t xml:space="preserve"> </w:t>
      </w:r>
      <w:r>
        <w:rPr/>
        <w:t>Como si algo que había estado dormido acabara de abrir los ojos.</w:t>
      </w:r>
    </w:p>
    <w:p>
      <w:pPr>
        <w:pStyle w:val="BodyText"/>
      </w:pPr>
      <w:r>
        <w:rPr/>
        <w:t>La cicatriz pulsaba ahora al ritmo del Eco: no con dolor, sino con</w:t>
      </w:r>
      <w:r>
        <w:rPr/>
        <w:t xml:space="preserve"> </w:t>
      </w:r>
      <w:r>
        <w:rPr/>
        <w:t>reconocimiento. Actuaba como válvula de seguridad que la protegía de</w:t>
      </w:r>
      <w:r>
        <w:rPr/>
        <w:t xml:space="preserve"> </w:t>
      </w:r>
      <w:r>
        <w:rPr/>
        <w:t>perderse en la frecuencia.</w:t>
      </w:r>
    </w:p>
    <w:p>
      <w:pPr>
        <w:pStyle w:val="BodyText"/>
      </w:pPr>
      <w:r>
        <w:rPr/>
        <w:t>Mar se quedó inmóvil, con la mano sobre la cicatriz, sabiendo que su</w:t>
      </w:r>
      <w:r>
        <w:rPr/>
        <w:t xml:space="preserve"> </w:t>
      </w:r>
      <w:r>
        <w:rPr/>
        <w:t>vida acababa de dividirse en dos: antes y después de Fading Away.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Pasaron los años.</w:t>
      </w:r>
    </w:p>
    <w:p>
      <w:pPr>
        <w:pStyle w:val="BodyText"/>
      </w:pPr>
      <w:r>
        <w:rPr/>
        <w:t>En el otoño de 1997, la lluvia envolvía Berlín en un velo gris. Mar</w:t>
      </w:r>
      <w:r>
        <w:rPr/>
        <w:t xml:space="preserve"> </w:t>
      </w:r>
      <w:r>
        <w:rPr/>
        <w:t>pasaba casi todas las noches en el estudio con Adrián —ILIBERIS—.</w:t>
      </w:r>
      <w:r>
        <w:rPr/>
        <w:t xml:space="preserve"> </w:t>
      </w:r>
      <w:r>
        <w:rPr/>
        <w:t>Decían que estaban componiendo, pero en realidad buscaban algo más: el</w:t>
      </w:r>
      <w:r>
        <w:rPr/>
        <w:t xml:space="preserve"> </w:t>
      </w:r>
      <w:r>
        <w:rPr/>
        <w:t>punto exacto donde el sonido y el alma se tocan.</w:t>
      </w:r>
    </w:p>
    <w:p>
      <w:pPr>
        <w:pStyle w:val="BodyText"/>
      </w:pPr>
      <w:r>
        <w:rPr/>
        <w:t>Aquella noche, después de horas sin hablar, ella se levantó del sofá y</w:t>
      </w:r>
      <w:r>
        <w:rPr/>
        <w:t xml:space="preserve"> </w:t>
      </w:r>
      <w:r>
        <w:rPr/>
        <w:t>fue al baño. El vapor del agua aún flotaba en el aire cuando volvió.</w:t>
      </w:r>
      <w:r>
        <w:rPr/>
        <w:t xml:space="preserve"> </w:t>
      </w:r>
      <w:r>
        <w:rPr/>
        <w:t>Adrián seguía junto a la ventana, observando cómo las gotas descendían</w:t>
      </w:r>
      <w:r>
        <w:rPr/>
        <w:t xml:space="preserve"> </w:t>
      </w:r>
      <w:r>
        <w:rPr/>
        <w:t>en líneas oblicuas sobre el cristal.</w:t>
      </w:r>
    </w:p>
    <w:p>
      <w:pPr>
        <w:pStyle w:val="BodyText"/>
      </w:pPr>
      <w:r>
        <w:rPr/>
        <w:t>—Intento encontrar su nota fundamental —dijo sin girarse.</w:t>
      </w:r>
    </w:p>
    <w:p>
      <w:pPr>
        <w:pStyle w:val="BodyText"/>
      </w:pPr>
      <w:r>
        <w:rPr/>
        <w:t>Ella lo abrazó por la espalda.</w:t>
      </w:r>
    </w:p>
    <w:p>
      <w:pPr>
        <w:pStyle w:val="BodyText"/>
      </w:pPr>
      <w:r>
        <w:rPr/>
        <w:t>El calor de su cuerpo aún guardaba el vapor; olía a agua y a</w:t>
      </w:r>
      <w:r>
        <w:rPr/>
        <w:t xml:space="preserve"> </w:t>
      </w:r>
      <w:r>
        <w:rPr/>
        <w:t>electricidad. Durante un momento respiraron al unísono. La habitación se</w:t>
      </w:r>
      <w:r>
        <w:rPr/>
        <w:t xml:space="preserve"> </w:t>
      </w:r>
      <w:r>
        <w:rPr/>
        <w:t>volvió un instrumento afinándose: las paredes, la lluvia, sus cuerpos.</w:t>
      </w:r>
    </w:p>
    <w:p>
      <w:pPr>
        <w:pStyle w:val="BodyText"/>
      </w:pPr>
      <w:r>
        <w:rPr/>
        <w:t>—Olvida las frecuencias por un momento —susurró—. Y escúchame a</w:t>
      </w:r>
      <w:r>
        <w:rPr/>
        <w:t xml:space="preserve"> </w:t>
      </w:r>
      <w:r>
        <w:rPr/>
        <w:t>mí.</w:t>
      </w:r>
    </w:p>
    <w:p>
      <w:pPr>
        <w:pStyle w:val="BodyText"/>
      </w:pPr>
      <w:r>
        <w:rPr/>
        <w:t>Él la miró por primera vez en horas. El reflejo del neón exterior</w:t>
      </w:r>
      <w:r>
        <w:rPr/>
        <w:t xml:space="preserve"> </w:t>
      </w:r>
      <w:r>
        <w:rPr/>
        <w:t>temblaba en sus pupilas. Ninguno de los dos se movió; bastó la cercanía.</w:t>
      </w:r>
      <w:r>
        <w:rPr/>
        <w:t xml:space="preserve"> </w:t>
      </w:r>
      <w:r>
        <w:rPr/>
        <w:t>La tensión era música suspendida, un acorde que temía resolverse.</w:t>
      </w:r>
    </w:p>
    <w:p>
      <w:pPr>
        <w:pStyle w:val="BodyText"/>
      </w:pPr>
      <w:r>
        <w:rPr/>
        <w:t>Mar pensó que aquel instante —la quietud que sucede al último</w:t>
      </w:r>
      <w:r>
        <w:rPr/>
        <w:t xml:space="preserve"> </w:t>
      </w:r>
      <w:r>
        <w:rPr/>
        <w:t>compás— era lo más parecido al amor que conocía. La lluvia golpeaba el</w:t>
      </w:r>
      <w:r>
        <w:rPr/>
        <w:t xml:space="preserve"> </w:t>
      </w:r>
      <w:r>
        <w:rPr/>
        <w:t>cristal con la cadencia de un vinilo que no quería terminar, y cada gota</w:t>
      </w:r>
      <w:r>
        <w:rPr/>
        <w:t xml:space="preserve"> </w:t>
      </w:r>
      <w:r>
        <w:rPr/>
        <w:t>caía al ritmo de sus corazones.</w:t>
      </w:r>
    </w:p>
    <w:p>
      <w:pPr>
        <w:pStyle w:val="BodyText"/>
      </w:pPr>
      <w:r>
        <w:rPr/>
        <w:t>Cuando al fin se separaron, el aire aún vibraba. Comprendió que lo que</w:t>
      </w:r>
      <w:r>
        <w:rPr/>
        <w:t xml:space="preserve"> </w:t>
      </w:r>
      <w:r>
        <w:rPr/>
        <w:t>los unía no era el deseo, sino la escucha compartida: ambos podían oír</w:t>
      </w:r>
      <w:r>
        <w:rPr/>
        <w:t xml:space="preserve"> </w:t>
      </w:r>
      <w:r>
        <w:rPr/>
        <w:t>lo que el resto del mundo ignoraba.</w:t>
      </w:r>
    </w:p>
    <w:p>
      <w:pPr>
        <w:pStyle w:val="BodyText"/>
      </w:pPr>
      <w:r>
        <w:rPr/>
        <w:t>Años después, cada vez que el recuerdo regresaba, Mar no evocaba la</w:t>
      </w:r>
      <w:r>
        <w:rPr/>
        <w:t xml:space="preserve"> </w:t>
      </w:r>
      <w:r>
        <w:rPr/>
        <w:t>caricia, sino la vibración que había nacido entre ellos, tan pura que</w:t>
      </w:r>
      <w:r>
        <w:rPr/>
        <w:t xml:space="preserve"> </w:t>
      </w:r>
      <w:r>
        <w:rPr/>
        <w:t>rozaba la quietud.</w:t>
      </w:r>
    </w:p>
    <w:p>
      <w:pPr>
        <w:pStyle w:val="BodyText"/>
      </w:pPr>
      <w:r>
        <w:rPr/>
        <w:t>Un año más tarde, en 1998, Adrián se perdió en su propia búsqueda. En el</w:t>
      </w:r>
      <w:r>
        <w:rPr/>
        <w:t xml:space="preserve"> </w:t>
      </w:r>
      <w:r>
        <w:rPr/>
        <w:t>estudio, Mar encontró una nota escrita a mano:</w:t>
      </w:r>
    </w:p>
    <w:p>
      <w:pPr>
        <w:pStyle w:val="BodyText"/>
      </w:pPr>
      <w:r>
        <w:rPr/>
        <w:t>«La vibración me llama. Puedo sentirla en los huesos. La he encontrado,</w:t>
      </w:r>
      <w:r>
        <w:rPr/>
        <w:t xml:space="preserve"> </w:t>
      </w:r>
      <w:r>
        <w:rPr/>
        <w:t>Mar. Es hermosa. Y tiene hambre».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Han pasado más de tres décadas desde aquel invierno en que llegó a</w:t>
      </w:r>
      <w:r>
        <w:rPr/>
        <w:t xml:space="preserve"> </w:t>
      </w:r>
      <w:r>
        <w:rPr/>
        <w:t>Berlín. Mar tiene cincuenta años. La ciudad ha cambiado, pero sigue</w:t>
      </w:r>
      <w:r>
        <w:rPr/>
        <w:t xml:space="preserve"> </w:t>
      </w:r>
      <w:r>
        <w:rPr/>
        <w:t>bailando sobre sus cicatrices.</w:t>
      </w:r>
    </w:p>
    <w:p>
      <w:pPr>
        <w:pStyle w:val="BodyText"/>
      </w:pPr>
      <w:r>
        <w:rPr/>
        <w:t>El club ya no es un edificio: es una caja de resonancia en las entrañas</w:t>
      </w:r>
      <w:r>
        <w:rPr/>
        <w:t xml:space="preserve"> </w:t>
      </w:r>
      <w:r>
        <w:rPr/>
        <w:t>de Mitte. Tresor mudó su cuerpo a una planta de energía en 2007, pero su</w:t>
      </w:r>
      <w:r>
        <w:rPr/>
        <w:t xml:space="preserve"> </w:t>
      </w:r>
      <w:r>
        <w:rPr/>
        <w:t>alma permanece intacta: un útero de hormigón donde el tiempo se mide en</w:t>
      </w:r>
      <w:r>
        <w:rPr/>
        <w:t xml:space="preserve"> </w:t>
      </w:r>
      <w:r>
        <w:rPr/>
        <w:t>beats por minuto.</w:t>
      </w:r>
    </w:p>
    <w:p>
      <w:pPr>
        <w:pStyle w:val="BodyText"/>
      </w:pPr>
      <w:r>
        <w:rPr/>
        <w:t>Para los cuerpos jóvenes en la pista, la música es un martillo que</w:t>
      </w:r>
      <w:r>
        <w:rPr/>
        <w:t xml:space="preserve"> </w:t>
      </w:r>
      <w:r>
        <w:rPr/>
        <w:t>pulveriza la semana. Para Mar, es un lenguaje aprendido a fuerza de</w:t>
      </w:r>
      <w:r>
        <w:rPr/>
        <w:t xml:space="preserve"> </w:t>
      </w:r>
      <w:r>
        <w:rPr/>
        <w:t>décadas.</w:t>
      </w:r>
    </w:p>
    <w:p>
      <w:pPr>
        <w:pStyle w:val="BodyText"/>
      </w:pPr>
      <w:r>
        <w:rPr/>
        <w:t>No está en la pista. Se acoda en la cabina del DJ, invisible, observando</w:t>
      </w:r>
      <w:r>
        <w:rPr/>
        <w:t xml:space="preserve"> </w:t>
      </w:r>
      <w:r>
        <w:rPr/>
        <w:t>a Sven tejer la noche. El aire vibra. Cierra los ojos. El bajo golpea</w:t>
      </w:r>
      <w:r>
        <w:rPr/>
        <w:t xml:space="preserve"> </w:t>
      </w:r>
      <w:r>
        <w:rPr/>
        <w:t>como un corazón inmenso y entonces, sin aviso, el recuerdo vuelve: la</w:t>
      </w:r>
      <w:r>
        <w:rPr/>
        <w:t xml:space="preserve"> </w:t>
      </w:r>
      <w:r>
        <w:rPr/>
        <w:t>nota, la mirada de Adrián, la reverberación.</w:t>
      </w:r>
    </w:p>
    <w:p>
      <w:pPr>
        <w:pStyle w:val="BodyText"/>
      </w:pPr>
      <w:r>
        <w:rPr/>
        <w:t>La cicatriz bajo su clavícula emite un leve zumbido.</w:t>
      </w:r>
    </w:p>
    <w:p>
      <w:pPr>
        <w:pStyle w:val="BodyText"/>
      </w:pPr>
      <w:r>
        <w:rPr/>
        <w:t>—¿Estás bien? —grita Sven.</w:t>
      </w:r>
    </w:p>
    <w:p>
      <w:pPr>
        <w:pStyle w:val="BodyText"/>
      </w:pPr>
      <w:r>
        <w:rPr/>
        <w:t>—Solo necesito aire.</w:t>
      </w:r>
    </w:p>
    <w:p>
      <w:pPr>
        <w:pStyle w:val="BodyText"/>
      </w:pPr>
      <w:r>
        <w:rPr/>
        <w:t>Sven salió tras ella al callejón, con un cigarrillo sin encender en los</w:t>
      </w:r>
      <w:r>
        <w:rPr/>
        <w:t xml:space="preserve"> </w:t>
      </w:r>
      <w:r>
        <w:rPr/>
        <w:t>labios. No dijo nada al principio. Solo se apoyó contra la pared de</w:t>
      </w:r>
      <w:r>
        <w:rPr/>
        <w:t xml:space="preserve"> </w:t>
      </w:r>
      <w:r>
        <w:rPr/>
        <w:t>hormigón, mirando las vías elevadas del U-Bahn.</w:t>
      </w:r>
    </w:p>
    <w:p>
      <w:pPr>
        <w:pStyle w:val="BodyText"/>
      </w:pPr>
      <w:r>
        <w:rPr/>
        <w:t>—Encontré algo —dijo finalmente—. Entre las cajas viejas del</w:t>
      </w:r>
      <w:r>
        <w:rPr/>
        <w:t xml:space="preserve"> </w:t>
      </w:r>
      <w:r>
        <w:rPr/>
        <w:t>sótano. De cuando el Tresor estaba en Leipziger Straße.</w:t>
      </w:r>
    </w:p>
    <w:p>
      <w:pPr>
        <w:pStyle w:val="BodyText"/>
      </w:pPr>
      <w:r>
        <w:rPr/>
        <w:t>Sacó del bolsillo interior de su chaqueta un CD-R en una funda de</w:t>
      </w:r>
      <w:r>
        <w:rPr/>
        <w:t xml:space="preserve"> </w:t>
      </w:r>
      <w:r>
        <w:rPr/>
        <w:t>plástico transparente. Sin etiqueta. Solo una fecha escrita a mano con</w:t>
      </w:r>
      <w:r>
        <w:rPr/>
        <w:t xml:space="preserve"> </w:t>
      </w:r>
      <w:r>
        <w:rPr/>
        <w:t>rotulador negro: 15.10.1998.</w:t>
      </w:r>
    </w:p>
    <w:p>
      <w:pPr>
        <w:pStyle w:val="BodyText"/>
      </w:pPr>
      <w:r>
        <w:rPr/>
        <w:t>—Es de él. De ILIBERIS. —Sven le tendió el disco—. La única copia</w:t>
      </w:r>
      <w:r>
        <w:rPr/>
        <w:t xml:space="preserve"> </w:t>
      </w:r>
      <w:r>
        <w:rPr/>
        <w:t>que quedó después de… ya sabes. Memory Records destruyó todo lo demás.</w:t>
      </w:r>
      <w:r>
        <w:rPr/>
        <w:t xml:space="preserve"> </w:t>
      </w:r>
      <w:r>
        <w:rPr/>
        <w:t>Pero nosotros siempre guardamos copias. Los DJs somos archivistas</w:t>
      </w:r>
      <w:r>
        <w:rPr/>
        <w:t xml:space="preserve"> </w:t>
      </w:r>
      <w:r>
        <w:rPr/>
        <w:t>compulsivos.</w:t>
      </w:r>
    </w:p>
    <w:p>
      <w:pPr>
        <w:pStyle w:val="BodyText"/>
      </w:pPr>
      <w:r>
        <w:rPr/>
        <w:t>Mar lo tomó con manos temblorosas. El plástico estaba frío.</w:t>
      </w:r>
    </w:p>
    <w:p>
      <w:pPr>
        <w:pStyle w:val="BodyText"/>
      </w:pPr>
      <w:r>
        <w:rPr/>
        <w:t>—¿Por qué ahora? —preguntó—. ¿Por qué después de veinticinco años?</w:t>
      </w:r>
    </w:p>
    <w:p>
      <w:pPr>
        <w:pStyle w:val="BodyText"/>
      </w:pPr>
      <w:r>
        <w:rPr/>
        <w:t>Sven encendió el cigarrillo. El olor a tabaco se mezcló con el aire</w:t>
      </w:r>
      <w:r>
        <w:rPr/>
        <w:t xml:space="preserve"> </w:t>
      </w:r>
      <w:r>
        <w:rPr/>
        <w:t>helado.</w:t>
      </w:r>
    </w:p>
    <w:p>
      <w:pPr>
        <w:pStyle w:val="BodyText"/>
      </w:pPr>
      <w:r>
        <w:rPr/>
        <w:t>—Porque hace tres días soñé con él. Con Adrián. Me dijo:</w:t>
      </w:r>
      <w:r>
        <w:rPr/>
        <w:t xml:space="preserve"> </w:t>
      </w:r>
      <w:r>
        <w:rPr/>
        <w:t>“</w:t>
      </w:r>
      <w:r>
        <w:rPr/>
        <w:t>Dáselo a</w:t>
      </w:r>
      <w:r>
        <w:rPr/>
        <w:t xml:space="preserve"> </w:t>
      </w:r>
      <w:r>
        <w:rPr/>
        <w:t>Mar. Ya es hora</w:t>
      </w:r>
      <w:r>
        <w:rPr/>
        <w:t>”</w:t>
      </w:r>
      <w:r>
        <w:rPr/>
        <w:t>. —Exhaló humo—. Yo no creo en sueños. Pero ese…</w:t>
      </w:r>
      <w:r>
        <w:rPr/>
        <w:t xml:space="preserve"> </w:t>
      </w:r>
      <w:r>
        <w:rPr/>
        <w:t>ese era diferente.</w:t>
      </w:r>
    </w:p>
    <w:p>
      <w:pPr>
        <w:pStyle w:val="BodyText"/>
      </w:pPr>
      <w:r>
        <w:rPr/>
        <w:t>La miró directamente a los ojos.</w:t>
      </w:r>
    </w:p>
    <w:p>
      <w:pPr>
        <w:pStyle w:val="BodyText"/>
      </w:pPr>
      <w:r>
        <w:rPr/>
        <w:t>—Ten cuidado, Mar. Esa canción… hay una razón por la que</w:t>
      </w:r>
      <w:r>
        <w:rPr/>
        <w:t xml:space="preserve"> </w:t>
      </w:r>
      <w:r>
        <w:rPr/>
        <w:t>desapareció. Y hay una razón por la que él desapareció después de</w:t>
      </w:r>
      <w:r>
        <w:rPr/>
        <w:t xml:space="preserve"> </w:t>
      </w:r>
      <w:r>
        <w:rPr/>
        <w:t>componerla.</w:t>
      </w:r>
    </w:p>
    <w:p>
      <w:pPr>
        <w:pStyle w:val="BodyText"/>
      </w:pPr>
      <w:r>
        <w:rPr/>
        <w:t>El frío la envolvió. Bajo el viaducto del U-Bahn, el paso de un tren se</w:t>
      </w:r>
      <w:r>
        <w:rPr/>
        <w:t xml:space="preserve"> </w:t>
      </w:r>
      <w:r>
        <w:rPr/>
        <w:t>convirtió en una cascada de resonancias: los pesados trenes de la Guerra</w:t>
      </w:r>
      <w:r>
        <w:rPr/>
        <w:t xml:space="preserve"> </w:t>
      </w:r>
      <w:r>
        <w:rPr/>
        <w:t>Fría, los livianos de la reunificación. La ciudad era un archivo sonoro,</w:t>
      </w:r>
      <w:r>
        <w:rPr/>
        <w:t xml:space="preserve"> </w:t>
      </w:r>
      <w:r>
        <w:rPr/>
        <w:t>y ella su bibliotecaria más fiel.</w:t>
      </w:r>
    </w:p>
    <w:p>
      <w:pPr>
        <w:pStyle w:val="BodyText"/>
      </w:pPr>
      <w:r>
        <w:rPr/>
        <w:t>Al llegar a su ático puso un disco. No era techno, sino uno de los</w:t>
      </w:r>
      <w:r>
        <w:rPr/>
        <w:t xml:space="preserve"> </w:t>
      </w:r>
      <w:r>
        <w:rPr/>
        <w:t>primeros vinilos de Adrián que él mismo le había grabado. La música</w:t>
      </w:r>
      <w:r>
        <w:rPr/>
        <w:t xml:space="preserve"> </w:t>
      </w:r>
      <w:r>
        <w:rPr/>
        <w:t>llenó la habitación. En esas notas oyó al verdadero ILIBERIS, el que una</w:t>
      </w:r>
      <w:r>
        <w:rPr/>
        <w:t xml:space="preserve"> </w:t>
      </w:r>
      <w:r>
        <w:rPr/>
        <w:t>vez le dijo: «Tú no oyes la música, Mar. Tú eres la nota que le falta».</w:t>
      </w:r>
    </w:p>
    <w:p>
      <w:pPr>
        <w:pStyle w:val="BodyText"/>
      </w:pPr>
      <w:r>
        <w:rPr/>
        <w:t>Cerró los ojos.</w:t>
      </w:r>
    </w:p>
    <w:p>
      <w:pPr>
        <w:pStyle w:val="BodyText"/>
      </w:pPr>
      <w:r>
        <w:rPr/>
        <w:t>La quietud posterior se expandió.</w:t>
      </w:r>
    </w:p>
    <w:p>
      <w:pPr>
        <w:pStyle w:val="BodyText"/>
      </w:pPr>
      <w:r>
        <w:rPr/>
        <w:t>Ese era el verdadero sonido de su soledad: una vibración mínima que se</w:t>
      </w:r>
      <w:r>
        <w:rPr/>
        <w:t xml:space="preserve"> </w:t>
      </w:r>
      <w:r>
        <w:rPr/>
        <w:t>propagaba por las paredes del ático. Pero ahora, después de veinticinco</w:t>
      </w:r>
      <w:r>
        <w:rPr/>
        <w:t xml:space="preserve"> </w:t>
      </w:r>
      <w:r>
        <w:rPr/>
        <w:t>años de búsqueda, sabía que no estaba sola.</w:t>
      </w:r>
    </w:p>
    <w:p>
      <w:pPr>
        <w:pStyle w:val="BodyText"/>
      </w:pPr>
      <w:r>
        <w:rPr/>
        <w:t>Adrián seguía resonando, en algún tono. Esperando.</w:t>
      </w:r>
    </w:p>
    <w:p>
      <w:pPr>
        <w:pStyle w:val="BodyText"/>
      </w:pPr>
      <w:r>
        <w:rPr/>
        <w:t>El CD-R descansaba sobre la mesa, junto a la cafetera. Su última</w:t>
      </w:r>
      <w:r>
        <w:rPr/>
        <w:t xml:space="preserve"> </w:t>
      </w:r>
      <w:r>
        <w:rPr/>
        <w:t>canción: Fading Away. Mañana la escucharía. Mañana sabría.</w:t>
      </w:r>
    </w:p>
    <w:p>
      <w:pPr>
        <w:pStyle w:val="BodyText"/>
      </w:pPr>
      <w:r>
        <w:rPr/>
        <w:t>Esta noche, solo dormiría con el eco de su recuerdo.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MAÑANA DE MAR</w:t>
      </w:r>
    </w:p>
    <w:p>
      <w:pPr>
        <w:pStyle w:val="BodyText"/>
      </w:pPr>
      <w:r>
        <w:rPr/>
        <w:t>El despertador sonó a las 10:47. No a las diez y media ni a las once. A</w:t>
      </w:r>
      <w:r>
        <w:rPr/>
        <w:t xml:space="preserve"> </w:t>
      </w:r>
      <w:r>
        <w:rPr/>
        <w:t>las 10:47. Mar había calculado, con la precisión de alguien que trabaja</w:t>
      </w:r>
      <w:r>
        <w:rPr/>
        <w:t xml:space="preserve"> </w:t>
      </w:r>
      <w:r>
        <w:rPr/>
        <w:t>con ondas sonoras, el tiempo justo para llegar cinco minutos tarde a</w:t>
      </w:r>
      <w:r>
        <w:rPr/>
        <w:t xml:space="preserve"> </w:t>
      </w:r>
      <w:r>
        <w:rPr/>
        <w:t>cualquier cita matutina. Era su única constante: la impuntualidad</w:t>
      </w:r>
      <w:r>
        <w:rPr/>
        <w:t xml:space="preserve"> </w:t>
      </w:r>
      <w:r>
        <w:rPr/>
        <w:t>crónica.</w:t>
      </w:r>
    </w:p>
    <w:p>
      <w:pPr>
        <w:pStyle w:val="BodyText"/>
      </w:pPr>
      <w:r>
        <w:rPr/>
        <w:t>Se incorporó entre sábanas enredadas. El ático era pequeño, apenas</w:t>
      </w:r>
      <w:r>
        <w:rPr/>
        <w:t xml:space="preserve"> </w:t>
      </w:r>
      <w:r>
        <w:rPr/>
        <w:t>treinta metros cuadrados en el último piso de un edificio de Kreuzberg</w:t>
      </w:r>
      <w:r>
        <w:rPr/>
        <w:t xml:space="preserve"> </w:t>
      </w:r>
      <w:r>
        <w:rPr/>
        <w:t>que había sobrevivido a la guerra. La luz entraba oblicua por la</w:t>
      </w:r>
      <w:r>
        <w:rPr/>
        <w:t xml:space="preserve"> </w:t>
      </w:r>
      <w:r>
        <w:rPr/>
        <w:t>claraboya, dibujando geometrías irregulares sobre el suelo de madera.</w:t>
      </w:r>
    </w:p>
    <w:p>
      <w:pPr>
        <w:pStyle w:val="BodyText"/>
      </w:pPr>
      <w:r>
        <w:rPr/>
        <w:t>El apartamento era un caos estratificado. Vinilos sin catalogar formaban</w:t>
      </w:r>
      <w:r>
        <w:rPr/>
        <w:t xml:space="preserve"> </w:t>
      </w:r>
      <w:r>
        <w:rPr/>
        <w:t>torres precarias junto a la pared. Tazas de café de tres días diferentes</w:t>
      </w:r>
      <w:r>
        <w:rPr/>
        <w:t xml:space="preserve"> </w:t>
      </w:r>
      <w:r>
        <w:rPr/>
        <w:t>colonizaban la mesa baja. Un plato con restos de Käsespätzle descansaba</w:t>
      </w:r>
      <w:r>
        <w:rPr/>
        <w:t xml:space="preserve"> </w:t>
      </w:r>
      <w:r>
        <w:rPr/>
        <w:t>sobre una edición de Klang und Stille, el manual alemán de acústica</w:t>
      </w:r>
      <w:r>
        <w:rPr/>
        <w:t xml:space="preserve"> </w:t>
      </w:r>
      <w:r>
        <w:rPr/>
        <w:t>forense que había sido su biblia durante años.</w:t>
      </w:r>
    </w:p>
    <w:p>
      <w:pPr>
        <w:pStyle w:val="BodyText"/>
      </w:pPr>
      <w:r>
        <w:rPr/>
        <w:t>Pero en la cocina, frente a la cafetera Bialetti de aluminio, Mar era</w:t>
      </w:r>
      <w:r>
        <w:rPr/>
        <w:t xml:space="preserve"> </w:t>
      </w:r>
      <w:r>
        <w:rPr/>
        <w:t>otra persona.</w:t>
      </w:r>
    </w:p>
    <w:p>
      <w:pPr>
        <w:pStyle w:val="BodyText"/>
      </w:pPr>
      <w:r>
        <w:rPr/>
        <w:t>Sacó del armario el paquete de café que Markus le traía desde una</w:t>
      </w:r>
      <w:r>
        <w:rPr/>
        <w:t xml:space="preserve"> </w:t>
      </w:r>
      <w:r>
        <w:rPr/>
        <w:t>tostadora en Neukölln. Eritrea Sidamo, tueste medio, molienda específica</w:t>
      </w:r>
      <w:r>
        <w:rPr/>
        <w:t xml:space="preserve"> </w:t>
      </w:r>
      <w:r>
        <w:rPr/>
        <w:t>para moka. Llenó la base con agua hasta el punto exacto —marcado con</w:t>
      </w:r>
      <w:r>
        <w:rPr/>
        <w:t xml:space="preserve"> </w:t>
      </w:r>
      <w:r>
        <w:rPr/>
        <w:t>un pequeño rasguño que ella misma había hecho con un clavo—. La</w:t>
      </w:r>
      <w:r>
        <w:rPr/>
        <w:t xml:space="preserve"> </w:t>
      </w:r>
      <w:r>
        <w:rPr/>
        <w:t>cantidad de café: tres cucharadas colmadas, niveladas con el dedo.</w:t>
      </w:r>
    </w:p>
    <w:p>
      <w:pPr>
        <w:pStyle w:val="BodyText"/>
      </w:pPr>
      <w:r>
        <w:rPr/>
        <w:t>Mientras la cafetera silbaba en el fuego, se apoyó en el marco de la</w:t>
      </w:r>
      <w:r>
        <w:rPr/>
        <w:t xml:space="preserve"> </w:t>
      </w:r>
      <w:r>
        <w:rPr/>
        <w:t>ventana. Afuera, el patio interior era un pozo de resonancias: el llanto</w:t>
      </w:r>
      <w:r>
        <w:rPr/>
        <w:t xml:space="preserve"> </w:t>
      </w:r>
      <w:r>
        <w:rPr/>
        <w:t>de un bebé en el segundo piso, el traqueteo de la lavadora de la señora</w:t>
      </w:r>
      <w:r>
        <w:rPr/>
        <w:t xml:space="preserve"> </w:t>
      </w:r>
      <w:r>
        <w:rPr/>
        <w:t>Müller en el primero, el murmullo constante del tráfico en la Skalitzer</w:t>
      </w:r>
      <w:r>
        <w:rPr/>
        <w:t xml:space="preserve"> </w:t>
      </w:r>
      <w:r>
        <w:rPr/>
        <w:t>Straße.</w:t>
      </w:r>
    </w:p>
    <w:p>
      <w:pPr>
        <w:pStyle w:val="BodyText"/>
      </w:pPr>
      <w:r>
        <w:rPr/>
        <w:t>Todo vibraba en su frecuencia característica. Mar cerró los ojos y</w:t>
      </w:r>
      <w:r>
        <w:rPr/>
        <w:t xml:space="preserve"> </w:t>
      </w:r>
      <w:r>
        <w:rPr/>
        <w:t>escuchó aquellas capas como una mezcla en proceso.</w:t>
      </w:r>
    </w:p>
    <w:p>
      <w:pPr>
        <w:pStyle w:val="BodyText"/>
      </w:pPr>
      <w:r>
        <w:rPr/>
        <w:t>El silbido de la cafetera la devolvió al presente. Vertió el café en una</w:t>
      </w:r>
      <w:r>
        <w:rPr/>
        <w:t xml:space="preserve"> </w:t>
      </w:r>
      <w:r>
        <w:rPr/>
        <w:t>taza desportillada —la única limpia—. Le añadió tres terrones de</w:t>
      </w:r>
      <w:r>
        <w:rPr/>
        <w:t xml:space="preserve"> </w:t>
      </w:r>
      <w:r>
        <w:rPr/>
        <w:t>azúcar. Otro ritual.</w:t>
      </w:r>
    </w:p>
    <w:p>
      <w:pPr>
        <w:pStyle w:val="BodyText"/>
      </w:pPr>
      <w:r>
        <w:rPr/>
        <w:t>Bebió el primer sorbo y sintió cómo su cerebro se sincronizaba con el</w:t>
      </w:r>
      <w:r>
        <w:rPr/>
        <w:t xml:space="preserve"> </w:t>
      </w:r>
      <w:r>
        <w:rPr/>
        <w:t>mundo.</w:t>
      </w:r>
    </w:p>
    <w:p>
      <w:pPr>
        <w:pStyle w:val="BodyText"/>
      </w:pPr>
      <w:r>
        <w:rPr/>
        <w:t>Un golpe en la puerta la sobresaltó.</w:t>
      </w:r>
    </w:p>
    <w:p>
      <w:pPr>
        <w:pStyle w:val="BodyText"/>
      </w:pPr>
      <w:r>
        <w:rPr/>
        <w:t>—¡Frau Sánchez! ¡Frau Sánchez!</w:t>
      </w:r>
    </w:p>
    <w:p>
      <w:pPr>
        <w:pStyle w:val="BodyText"/>
      </w:pPr>
      <w:r>
        <w:rPr/>
        <w:t>Era Herr Dietrich, el vecino del cuarto piso. Setenta y tantos años,</w:t>
      </w:r>
      <w:r>
        <w:rPr/>
        <w:t xml:space="preserve"> </w:t>
      </w:r>
      <w:r>
        <w:rPr/>
        <w:t>jubilado de correos, barbilla permanentemente irritada por una</w:t>
      </w:r>
      <w:r>
        <w:rPr/>
        <w:t xml:space="preserve"> </w:t>
      </w:r>
      <w:r>
        <w:rPr/>
        <w:t>afeitadora eléctrica barata.</w:t>
      </w:r>
    </w:p>
    <w:p>
      <w:pPr>
        <w:pStyle w:val="BodyText"/>
      </w:pPr>
      <w:r>
        <w:rPr/>
        <w:t>Mar abrió la puerta en pijama. Él la miró con la mezcla habitual de</w:t>
      </w:r>
      <w:r>
        <w:rPr/>
        <w:t xml:space="preserve"> </w:t>
      </w:r>
      <w:r>
        <w:rPr/>
        <w:t>reproche y resignación.</w:t>
      </w:r>
    </w:p>
    <w:p>
      <w:pPr>
        <w:pStyle w:val="BodyText"/>
      </w:pPr>
      <w:r>
        <w:rPr/>
        <w:t>—Otra vez su música anoche —dijo en alemán—. A las tres de la</w:t>
      </w:r>
      <w:r>
        <w:rPr/>
        <w:t xml:space="preserve"> </w:t>
      </w:r>
      <w:r>
        <w:rPr/>
        <w:t>madrugada. Wagner.</w:t>
      </w:r>
    </w:p>
    <w:p>
      <w:pPr>
        <w:pStyle w:val="BodyText"/>
      </w:pPr>
      <w:r>
        <w:rPr/>
        <w:t>—No era Wagner —corrigió Mar—. Era Laurie Anderson. Y no estaba</w:t>
      </w:r>
      <w:r>
        <w:rPr/>
        <w:t xml:space="preserve"> </w:t>
      </w:r>
      <w:r>
        <w:rPr/>
        <w:t>tan alto.</w:t>
      </w:r>
    </w:p>
    <w:p>
      <w:pPr>
        <w:pStyle w:val="BodyText"/>
      </w:pPr>
      <w:r>
        <w:rPr/>
        <w:t>—Para mí todo es Wagner —gruñó Herr Dietrich—. Ruido moderno.</w:t>
      </w:r>
    </w:p>
    <w:p>
      <w:pPr>
        <w:pStyle w:val="BodyText"/>
      </w:pPr>
      <w:r>
        <w:rPr/>
        <w:t>Mar suspiró. Su alemán seguía siendo imperfecto después de treinta años.</w:t>
      </w:r>
      <w:r>
        <w:rPr/>
        <w:t xml:space="preserve"> </w:t>
      </w:r>
      <w:r>
        <w:rPr/>
        <w:t>El acento español se le colaba en las consonantes, las preposiciones se</w:t>
      </w:r>
      <w:r>
        <w:rPr/>
        <w:t xml:space="preserve"> </w:t>
      </w:r>
      <w:r>
        <w:rPr/>
        <w:t>le resbalaban. Hablaba como alguien que había aprendido el idioma</w:t>
      </w:r>
      <w:r>
        <w:rPr/>
        <w:t xml:space="preserve"> </w:t>
      </w:r>
      <w:r>
        <w:rPr/>
        <w:t>escuchando techno: todo funcionaba rítmicamente, pero la gramática era</w:t>
      </w:r>
      <w:r>
        <w:rPr/>
        <w:t xml:space="preserve"> </w:t>
      </w:r>
      <w:r>
        <w:rPr/>
        <w:t>un desastre.</w:t>
      </w:r>
    </w:p>
    <w:p>
      <w:pPr>
        <w:pStyle w:val="BodyText"/>
      </w:pPr>
      <w:r>
        <w:rPr/>
        <w:t>—Lo siento. Olvidé los auriculares.</w:t>
      </w:r>
    </w:p>
    <w:p>
      <w:pPr>
        <w:pStyle w:val="BodyText"/>
      </w:pPr>
      <w:r>
        <w:rPr/>
        <w:t>—Siempre olvida los auriculares.</w:t>
      </w:r>
    </w:p>
    <w:p>
      <w:pPr>
        <w:pStyle w:val="BodyText"/>
      </w:pPr>
      <w:r>
        <w:rPr/>
        <w:t>—La próxima vez los uso. Se lo prometo.</w:t>
      </w:r>
    </w:p>
    <w:p>
      <w:pPr>
        <w:pStyle w:val="BodyText"/>
      </w:pPr>
      <w:r>
        <w:rPr/>
        <w:t>Herr Dietrich la miró con esa mezcla de fastidio y ternura que los</w:t>
      </w:r>
      <w:r>
        <w:rPr/>
        <w:t xml:space="preserve"> </w:t>
      </w:r>
      <w:r>
        <w:rPr/>
        <w:t>berlineses reservan para los vecinos extranjeros que llevan demasiado</w:t>
      </w:r>
      <w:r>
        <w:rPr/>
        <w:t xml:space="preserve"> </w:t>
      </w:r>
      <w:r>
        <w:rPr/>
        <w:t>tiempo para ser turistas pero nunca terminarán de ser alemanes.</w:t>
      </w:r>
    </w:p>
    <w:p>
      <w:pPr>
        <w:pStyle w:val="BodyText"/>
      </w:pPr>
      <w:r>
        <w:rPr/>
        <w:t>—Tiene un paquete —dijo, extendiéndole una caja pequeña—. Me lo</w:t>
      </w:r>
      <w:r>
        <w:rPr/>
        <w:t xml:space="preserve"> </w:t>
      </w:r>
      <w:r>
        <w:rPr/>
        <w:t>dieron porque usted nunca está cuando llega el cartero.</w:t>
      </w:r>
    </w:p>
    <w:p>
      <w:pPr>
        <w:pStyle w:val="BodyText"/>
      </w:pPr>
      <w:r>
        <w:rPr/>
        <w:t>Mar lo tomó. Amazon. Seguramente el libro que había pedido: la última</w:t>
      </w:r>
      <w:r>
        <w:rPr/>
        <w:t xml:space="preserve"> </w:t>
      </w:r>
      <w:r>
        <w:rPr/>
        <w:t>entrega de una serie policiaca barata ambientada en Barcelona. Su placer</w:t>
      </w:r>
      <w:r>
        <w:rPr/>
        <w:t xml:space="preserve"> </w:t>
      </w:r>
      <w:r>
        <w:rPr/>
        <w:t>secreto. Mientras trabajaba con algoritmos de reconocimiento de</w:t>
      </w:r>
      <w:r>
        <w:rPr/>
        <w:t xml:space="preserve"> </w:t>
      </w:r>
      <w:r>
        <w:rPr/>
        <w:t>frecuencias y descifraba patrones sónicos del cosmos, devoraba novelas</w:t>
      </w:r>
      <w:r>
        <w:rPr/>
        <w:t xml:space="preserve"> </w:t>
      </w:r>
      <w:r>
        <w:rPr/>
        <w:t>de misterio de quiosco con tramas predecibles y diálogos imposibles.</w:t>
      </w:r>
    </w:p>
    <w:p>
      <w:pPr>
        <w:pStyle w:val="BodyText"/>
      </w:pPr>
      <w:r>
        <w:rPr/>
        <w:t>Nadie lo sabía. Ni Lena, ni Markus. Era su pequeña contradicción.</w:t>
      </w:r>
    </w:p>
    <w:p>
      <w:pPr>
        <w:pStyle w:val="BodyText"/>
      </w:pPr>
      <w:r>
        <w:rPr/>
        <w:t>—Gracias, Herr Dietrich.</w:t>
      </w:r>
    </w:p>
    <w:p>
      <w:pPr>
        <w:pStyle w:val="BodyText"/>
      </w:pPr>
      <w:r>
        <w:rPr/>
        <w:t>Él asintió y se fue murmurando en alemán algo sobre los españoles y su</w:t>
      </w:r>
      <w:r>
        <w:rPr/>
        <w:t xml:space="preserve"> </w:t>
      </w:r>
      <w:r>
        <w:rPr/>
        <w:t>concepto del tiempo.</w:t>
      </w:r>
    </w:p>
    <w:p>
      <w:pPr>
        <w:pStyle w:val="BodyText"/>
      </w:pPr>
      <w:r>
        <w:rPr/>
        <w:t>Mar cerró la puerta. Miró el reloj: 11:14. Su cita con Lena en el</w:t>
      </w:r>
      <w:r>
        <w:rPr/>
        <w:t xml:space="preserve"> </w:t>
      </w:r>
      <w:r>
        <w:rPr/>
        <w:t>estudio era a las once.</w:t>
      </w:r>
    </w:p>
    <w:p>
      <w:pPr>
        <w:pStyle w:val="BodyText"/>
      </w:pPr>
      <w:r>
        <w:rPr/>
        <w:t>Catorce minutos tarde. Perfecto. Dentro de su margen aceptable.</w:t>
      </w:r>
    </w:p>
    <w:p>
      <w:pPr>
        <w:pStyle w:val="BodyText"/>
      </w:pPr>
      <w:r>
        <w:rPr/>
        <w:t>Pero entonces vio el otro sobre.</w:t>
      </w:r>
    </w:p>
    <w:p>
      <w:pPr>
        <w:pStyle w:val="BodyText"/>
      </w:pPr>
      <w:r>
        <w:rPr/>
        <w:t>Estaba en el suelo, junto a la puerta, como si lo hubieran deslizado por</w:t>
      </w:r>
      <w:r>
        <w:rPr/>
        <w:t xml:space="preserve"> </w:t>
      </w:r>
      <w:r>
        <w:rPr/>
        <w:t>debajo durante la noche. Manila, tamaño legal, sin remitente. Su</w:t>
      </w:r>
      <w:r>
        <w:rPr/>
        <w:t xml:space="preserve"> </w:t>
      </w:r>
      <w:r>
        <w:rPr/>
        <w:t>dirección escrita a máquina en una Olivetti antigua por el espaciado</w:t>
      </w:r>
      <w:r>
        <w:rPr/>
        <w:t xml:space="preserve"> </w:t>
      </w:r>
      <w:r>
        <w:rPr/>
        <w:t>irregular:</w:t>
      </w:r>
    </w:p>
    <w:p>
      <w:pPr>
        <w:pStyle w:val="BodyText"/>
      </w:pPr>
      <w:r>
        <w:rPr/>
        <w:t>Frau M. Sánchez, Skalitzer Str. 47, 10997 Berlin.</w:t>
      </w:r>
    </w:p>
    <w:p>
      <w:pPr>
        <w:pStyle w:val="BodyText"/>
      </w:pPr>
      <w:r>
        <w:rPr/>
        <w:t>Mar lo recogió. Pesaba más de lo esperado.</w:t>
      </w:r>
    </w:p>
    <w:p>
      <w:pPr>
        <w:pStyle w:val="BodyText"/>
      </w:pPr>
      <w:r>
        <w:rPr/>
        <w:t>Lo abrió con cuidado. Dentro, un expediente fotocopiado. Veintisiete</w:t>
      </w:r>
      <w:r>
        <w:rPr/>
        <w:t xml:space="preserve"> </w:t>
      </w:r>
      <w:r>
        <w:rPr/>
        <w:t>páginas. Sellos oficiales. Fecha: 12 de marzo de 2001. En la primera</w:t>
      </w:r>
      <w:r>
        <w:rPr/>
        <w:t xml:space="preserve"> </w:t>
      </w:r>
      <w:r>
        <w:rPr/>
        <w:t>página, un nombre en negrita: JULIO ORDAZ MENDOZA. Desaparecido.</w:t>
      </w:r>
    </w:p>
    <w:p>
      <w:pPr>
        <w:pStyle w:val="BodyText"/>
      </w:pPr>
      <w:r>
        <w:rPr/>
        <w:t>Sus manos comenzaron a temblar.</w:t>
      </w:r>
    </w:p>
    <w:p>
      <w:pPr>
        <w:pStyle w:val="BodyText"/>
      </w:pPr>
      <w:r>
        <w:rPr/>
        <w:t>La primera línea del informe decía: «El sujeto llevaba dos años</w:t>
      </w:r>
      <w:r>
        <w:rPr/>
        <w:t xml:space="preserve"> </w:t>
      </w:r>
      <w:r>
        <w:rPr/>
        <w:t>investigando una composición musical de origen incierto, identificada</w:t>
      </w:r>
      <w:r>
        <w:rPr/>
        <w:t xml:space="preserve"> </w:t>
      </w:r>
      <w:r>
        <w:rPr/>
        <w:t>como Fading Away, atribuida al productor desaparecido DJ ILIBERIS».</w:t>
      </w:r>
    </w:p>
    <w:p>
      <w:pPr>
        <w:pStyle w:val="BodyText"/>
      </w:pPr>
      <w:r>
        <w:rPr/>
        <w:t>La taza de café se le resbaló de los dedos. Se estrelló contra el suelo.</w:t>
      </w:r>
    </w:p>
    <w:p>
      <w:pPr>
        <w:pStyle w:val="BodyText"/>
      </w:pPr>
      <w:r>
        <w:rPr/>
        <w:t>Mar no la recogió. No podía apartar los ojos del expediente.</w:t>
      </w:r>
    </w:p>
    <w:p>
      <w:pPr>
        <w:pStyle w:val="BodyText"/>
      </w:pPr>
      <w:r>
        <w:rPr/>
        <w:t>Alguien sabía lo que buscaba.</w:t>
      </w:r>
    </w:p>
    <w:p>
      <w:pPr>
        <w:pStyle w:val="BodyText"/>
      </w:pPr>
      <w:r>
        <w:rPr/>
        <w:t>Y ese alguien quería que supiera que no era la primera.</w:t>
      </w:r>
    </w:p>
    <w:p>
      <w:pPr>
        <w:pStyle w:val="BodyText"/>
      </w:pPr>
      <w:r>
        <w:rPr/>
        <w:t>Pasó la página. Fotografías granuladas del monasterio de San Juan de</w:t>
      </w:r>
      <w:r>
        <w:rPr/>
        <w:t xml:space="preserve"> </w:t>
      </w:r>
      <w:r>
        <w:rPr/>
        <w:t>Duero. Notas manuscritas con una caligrafía angulosa: «El Eco busca su</w:t>
      </w:r>
      <w:r>
        <w:rPr/>
        <w:t xml:space="preserve"> </w:t>
      </w:r>
      <w:r>
        <w:rPr/>
        <w:t>origen. Soria. Luna llena de septiembre».</w:t>
      </w:r>
    </w:p>
    <w:p>
      <w:pPr>
        <w:pStyle w:val="BodyText"/>
      </w:pPr>
      <w:r>
        <w:rPr/>
        <w:t>La cicatriz bajo su clavícula comenzó a arder.</w:t>
      </w:r>
    </w:p>
    <w:p>
      <w:pPr>
        <w:pStyle w:val="BodyText"/>
      </w:pPr>
      <w:r>
        <w:rPr/>
        <w:t>Mar miró el sobre vacío buscando alguna pista. Nada. Solo el matasellos:</w:t>
      </w:r>
      <w:r>
        <w:rPr/>
        <w:t xml:space="preserve"> </w:t>
      </w:r>
      <w:r>
        <w:rPr/>
        <w:t>Berlín, 14 de noviembre de 2023. El día anterior.</w:t>
      </w:r>
    </w:p>
    <w:p>
      <w:pPr>
        <w:pStyle w:val="BodyText"/>
      </w:pPr>
      <w:r>
        <w:rPr/>
        <w:t>Quien fuera que lo había enviado estaba cerca. Y la estaba observando.</w:t>
      </w:r>
    </w:p>
    <w:p>
      <w:pPr>
        <w:pStyle w:val="BodyText"/>
      </w:pPr>
      <w:r>
        <w:rPr/>
        <w:t>Guardó el expediente en su mochila. El CD-R de Sven ya estaba allí,</w:t>
      </w:r>
      <w:r>
        <w:rPr/>
        <w:t xml:space="preserve"> </w:t>
      </w:r>
      <w:r>
        <w:rPr/>
        <w:t>envuelto en su funda de plástico transparente. Dos fantasmas del pasado,</w:t>
      </w:r>
      <w:r>
        <w:rPr/>
        <w:t xml:space="preserve"> </w:t>
      </w:r>
      <w:r>
        <w:rPr/>
        <w:t>esperando ser escuchados.</w:t>
      </w:r>
    </w:p>
    <w:p>
      <w:pPr>
        <w:pStyle w:val="BodyText"/>
      </w:pPr>
      <w:r>
        <w:rPr/>
        <w:t>Se vistió rápido —vaqueros negros, suéter gris, botas Dr. Martens</w:t>
      </w:r>
      <w:r>
        <w:rPr/>
        <w:t xml:space="preserve"> </w:t>
      </w:r>
      <w:r>
        <w:rPr/>
        <w:t>desgastadas—. Guardó el libro de Amazon en la mochila. Salió del</w:t>
      </w:r>
      <w:r>
        <w:rPr/>
        <w:t xml:space="preserve"> </w:t>
      </w:r>
      <w:r>
        <w:rPr/>
        <w:t>apartamento sin recoger las tazas, sin ordenar los vinilos, sin hacer la</w:t>
      </w:r>
      <w:r>
        <w:rPr/>
        <w:t xml:space="preserve"> </w:t>
      </w:r>
      <w:r>
        <w:rPr/>
        <w:t>cama.</w:t>
      </w:r>
    </w:p>
    <w:p>
      <w:pPr>
        <w:pStyle w:val="BodyText"/>
      </w:pPr>
      <w:r>
        <w:rPr/>
        <w:t>En la escalera, bajando los cinco pisos sin ascensor, pensó en Julio</w:t>
      </w:r>
      <w:r>
        <w:rPr/>
        <w:t xml:space="preserve"> </w:t>
      </w:r>
      <w:r>
        <w:rPr/>
        <w:t>Ordaz. Un periodista que había buscado las mismas respuestas veinticinco</w:t>
      </w:r>
      <w:r>
        <w:rPr/>
        <w:t xml:space="preserve"> </w:t>
      </w:r>
      <w:r>
        <w:rPr/>
        <w:t>años atrás. Un hombre que había desaparecido siguiendo el mismo rastro</w:t>
      </w:r>
      <w:r>
        <w:rPr/>
        <w:t xml:space="preserve"> </w:t>
      </w:r>
      <w:r>
        <w:rPr/>
        <w:t>que ella ahora perseguía.</w:t>
      </w:r>
    </w:p>
    <w:p>
      <w:pPr>
        <w:pStyle w:val="BodyText"/>
      </w:pPr>
      <w:r>
        <w:rPr/>
        <w:t>Pero entonces recordó las palabras de Adrián, años atrás: «La gente</w:t>
      </w:r>
      <w:r>
        <w:rPr/>
        <w:t xml:space="preserve"> </w:t>
      </w:r>
      <w:r>
        <w:rPr/>
        <w:t>ordenada no escucha el caos. Y el caos es donde vive la música».</w:t>
      </w:r>
    </w:p>
    <w:p>
      <w:pPr>
        <w:pStyle w:val="BodyText"/>
      </w:pPr>
      <w:r>
        <w:rPr/>
        <w:t>Salió a la calle. El viento helado de noviembre le golpeó el rostro.</w:t>
      </w:r>
    </w:p>
    <w:p>
      <w:pPr>
        <w:pStyle w:val="BodyText"/>
      </w:pPr>
      <w:r>
        <w:rPr/>
        <w:t>Berlín rugía con su sinfonía matutina. Y Mar, catorce minutos tarde como</w:t>
      </w:r>
      <w:r>
        <w:rPr/>
        <w:t xml:space="preserve"> </w:t>
      </w:r>
      <w:r>
        <w:rPr/>
        <w:t>siempre, caminó hacia el estudio con dos misterios en su mochila y el</w:t>
      </w:r>
      <w:r>
        <w:rPr/>
        <w:t xml:space="preserve"> </w:t>
      </w:r>
      <w:r>
        <w:rPr/>
        <w:t>eco de una advertencia vibrando en su pecho.</w:t>
      </w:r>
    </w:p>
    <w:p>
      <w:pPr>
        <w:pStyle w:val="BodyText"/>
      </w:pPr>
      <w:r>
        <w:rPr/>
        <w:t>Esto no era una invitación. Era una advertencia.</w:t>
      </w:r>
    </w:p>
    <w:p>
      <w:pPr>
        <w:pStyle w:val="BodyText"/>
      </w:pPr>
      <w:r>
        <w:rPr/>
        <w:t>O peor: era un anzuelo.</w:t>
      </w:r>
    </w:p>
    <w:p>
      <w:pPr>
        <w:pStyle w:val="BodyText"/>
      </w:pPr>
      <w:r>
        <w:rPr/>
        <w:t>Y ella acababa de morderlo.</w:t>
      </w:r>
    </w:p>
    <w:p>
      <w:pPr>
        <w:pStyle w:val="Heading1"/>
      </w:pPr>
      <w:r>
        <w:rPr/>
        <w:t>CAPÍTULO 2. EL DESVANECIMIENTO</w:t>
      </w:r>
    </w:p>
    <w:p>
      <w:pPr/>
      <w:r>
        <w:rPr/>
        <w:t>El eco no se pierde. Solo espera un cuerpo donde volver a vibrar.</w:t>
      </w:r>
    </w:p>
    <w:p>
      <w:pPr>
        <w:pStyle w:val="BodyText"/>
      </w:pPr>
      <w:r>
        <w:rPr/>
        <w:t>Berlín, 15 de octubre de 1998. 4:23 a. m.</w:t>
      </w:r>
    </w:p>
    <w:p>
      <w:pPr>
        <w:pStyle w:val="BodyText"/>
      </w:pPr>
      <w:r>
        <w:rPr/>
        <w:t>Adrián llevaba tres días encerrado en el estudio. La camisa negra se le</w:t>
      </w:r>
      <w:r>
        <w:rPr/>
        <w:t xml:space="preserve"> </w:t>
      </w:r>
      <w:r>
        <w:rPr/>
        <w:t>adhería a la piel. Frente a él, el monitor apagado le devolvía un</w:t>
      </w:r>
      <w:r>
        <w:rPr/>
        <w:t xml:space="preserve"> </w:t>
      </w:r>
      <w:r>
        <w:rPr/>
        <w:t>reflejo empañado. No había vapor en la sala: la condensación era</w:t>
      </w:r>
      <w:r>
        <w:rPr/>
        <w:t xml:space="preserve"> </w:t>
      </w:r>
      <w:r>
        <w:rPr/>
        <w:t>distinta, fría al tacto cuando intentó limpiarla con la mano. Parecía</w:t>
      </w:r>
      <w:r>
        <w:rPr/>
        <w:t xml:space="preserve"> </w:t>
      </w:r>
      <w:r>
        <w:rPr/>
        <w:t>una niebla interior, más cercana a la memoria que al aire.</w:t>
      </w:r>
    </w:p>
    <w:p>
      <w:pPr>
        <w:pStyle w:val="BodyText"/>
      </w:pPr>
      <w:r>
        <w:rPr/>
        <w:t>DJ ILIBERIS.</w:t>
      </w:r>
    </w:p>
    <w:p>
      <w:pPr>
        <w:pStyle w:val="BodyText"/>
      </w:pPr>
      <w:r>
        <w:rPr/>
        <w:t>El nombre flotó en su mente como una voz que llegaba desde un lugar</w:t>
      </w:r>
      <w:r>
        <w:rPr/>
        <w:t xml:space="preserve"> </w:t>
      </w:r>
      <w:r>
        <w:rPr/>
        <w:t>donde el tiempo se plegaba sobre sí mismo. ¿Lo había escuchado antes? ¿O</w:t>
      </w:r>
      <w:r>
        <w:rPr/>
        <w:t xml:space="preserve"> </w:t>
      </w:r>
      <w:r>
        <w:rPr/>
        <w:t>lo había sido él mismo, en algún instante que ya no recordaba?</w:t>
      </w:r>
    </w:p>
    <w:p>
      <w:pPr>
        <w:pStyle w:val="BodyText"/>
      </w:pPr>
      <w:r>
        <w:rPr/>
        <w:t>I look in the mirror, but it’s not me, I’m standing here, but there’s</w:t>
      </w:r>
      <w:r>
        <w:rPr/>
        <w:t xml:space="preserve"> </w:t>
      </w:r>
      <w:r>
        <w:rPr/>
        <w:t>less of me to see.</w:t>
      </w:r>
    </w:p>
    <w:p>
      <w:pPr>
        <w:pStyle w:val="BodyText"/>
      </w:pPr>
      <w:r>
        <w:rPr/>
        <w:t>La letra surgió sin melodía, un pensamiento cantado que no reconocía y,</w:t>
      </w:r>
      <w:r>
        <w:rPr/>
        <w:t xml:space="preserve"> </w:t>
      </w:r>
      <w:r>
        <w:rPr/>
        <w:t>sin embargo, le pertenecía.</w:t>
      </w:r>
    </w:p>
    <w:p>
      <w:pPr>
        <w:pStyle w:val="BodyText"/>
      </w:pPr>
      <w:r>
        <w:rPr/>
        <w:t>El vaho en el monitor no se disipaba: volvía una y otra vez a cubrir el</w:t>
      </w:r>
      <w:r>
        <w:rPr/>
        <w:t xml:space="preserve"> </w:t>
      </w:r>
      <w:r>
        <w:rPr/>
        <w:t>cristal, como si el propio vidrio respirara. Se frotó los ojos, volvió a</w:t>
      </w:r>
      <w:r>
        <w:rPr/>
        <w:t xml:space="preserve"> </w:t>
      </w:r>
      <w:r>
        <w:rPr/>
        <w:t>mirar.</w:t>
      </w:r>
    </w:p>
    <w:p>
      <w:pPr>
        <w:pStyle w:val="BodyText"/>
      </w:pPr>
      <w:r>
        <w:rPr/>
        <w:t>No era él.</w:t>
      </w:r>
    </w:p>
    <w:p>
      <w:pPr>
        <w:pStyle w:val="BodyText"/>
      </w:pPr>
      <w:r>
        <w:rPr/>
        <w:t>Su reflejo temblaba, borroso; las facciones se disolvían poco a poco,</w:t>
      </w:r>
      <w:r>
        <w:rPr/>
        <w:t xml:space="preserve"> </w:t>
      </w:r>
      <w:r>
        <w:rPr/>
        <w:t>incompletas, como si una mano invisible las estuviera borrando mientras</w:t>
      </w:r>
      <w:r>
        <w:rPr/>
        <w:t xml:space="preserve"> </w:t>
      </w:r>
      <w:r>
        <w:rPr/>
        <w:t>él observaba, impotente.</w:t>
      </w:r>
    </w:p>
    <w:p>
      <w:pPr>
        <w:pStyle w:val="BodyText"/>
      </w:pPr>
      <w:r>
        <w:rPr/>
        <w:t>The light inside is fading slow, The echo of my footsteps starts to go.</w:t>
      </w:r>
    </w:p>
    <w:p>
      <w:pPr>
        <w:pStyle w:val="BodyText"/>
      </w:pPr>
      <w:r>
        <w:rPr/>
        <w:t>La mandíbula se fundía con el fondo oscuro, los labios perdían</w:t>
      </w:r>
      <w:r>
        <w:rPr/>
        <w:t xml:space="preserve"> </w:t>
      </w:r>
      <w:r>
        <w:rPr/>
        <w:t>definición y los ojos se convertían en manchas flotantes.</w:t>
      </w:r>
    </w:p>
    <w:p>
      <w:pPr>
        <w:pStyle w:val="BodyText"/>
      </w:pPr>
      <w:r>
        <w:rPr/>
        <w:t>—¿Qué me está pasando?</w:t>
      </w:r>
    </w:p>
    <w:p>
      <w:pPr>
        <w:pStyle w:val="BodyText"/>
      </w:pPr>
      <w:r>
        <w:rPr/>
        <w:t>Su voz sonó ahogada, absorbida por las paredes, como si el espacio</w:t>
      </w:r>
      <w:r>
        <w:rPr/>
        <w:t xml:space="preserve"> </w:t>
      </w:r>
      <w:r>
        <w:rPr/>
        <w:t>tuviera hambre de sonido. Dio un paso atrás. El eco de sus pies tardó</w:t>
      </w:r>
      <w:r>
        <w:rPr/>
        <w:t xml:space="preserve"> </w:t>
      </w:r>
      <w:r>
        <w:rPr/>
        <w:t>demasiado en regresar; cada latido del corazón pesaba más que el</w:t>
      </w:r>
      <w:r>
        <w:rPr/>
        <w:t xml:space="preserve"> </w:t>
      </w:r>
      <w:r>
        <w:rPr/>
        <w:t>anterior y el vacío en el pecho crecía, tangible como una grieta.</w:t>
      </w:r>
    </w:p>
    <w:p>
      <w:pPr>
        <w:pStyle w:val="BodyText"/>
      </w:pPr>
      <w:r>
        <w:rPr/>
        <w:t>Fading away, like thunder with no sound, Lost in a world that spun me</w:t>
      </w:r>
      <w:r>
        <w:rPr/>
        <w:t xml:space="preserve"> </w:t>
      </w:r>
      <w:r>
        <w:rPr/>
        <w:t>around.</w:t>
      </w:r>
    </w:p>
    <w:p>
      <w:pPr>
        <w:pStyle w:val="BodyText"/>
      </w:pPr>
      <w:r>
        <w:rPr/>
        <w:t>Un recuerdo lo atravesó: caminar bajo la lluvia sin mojarse, un paraguas</w:t>
      </w:r>
      <w:r>
        <w:rPr/>
        <w:t xml:space="preserve"> </w:t>
      </w:r>
      <w:r>
        <w:rPr/>
        <w:t>rojo sostenido por manos que no alcanzaba a ver, la risa de Mar mezclada</w:t>
      </w:r>
      <w:r>
        <w:rPr/>
        <w:t xml:space="preserve"> </w:t>
      </w:r>
      <w:r>
        <w:rPr/>
        <w:t>con el golpeteo de las gotas. ¿La había amado? ¿Había sido capaz de amar</w:t>
      </w:r>
      <w:r>
        <w:rPr/>
        <w:t xml:space="preserve"> </w:t>
      </w:r>
      <w:r>
        <w:rPr/>
        <w:t>cuando todavía era sólido?</w:t>
      </w:r>
    </w:p>
    <w:p>
      <w:pPr>
        <w:pStyle w:val="BodyText"/>
      </w:pPr>
      <w:r>
        <w:rPr/>
        <w:t>Drifting away, like rain that won’t fall, Chasing the wind, but there’s</w:t>
      </w:r>
      <w:r>
        <w:rPr/>
        <w:t xml:space="preserve"> </w:t>
      </w:r>
      <w:r>
        <w:rPr/>
        <w:t>no wind at all.</w:t>
      </w:r>
    </w:p>
    <w:p>
      <w:pPr>
        <w:pStyle w:val="BodyText"/>
      </w:pPr>
      <w:r>
        <w:rPr/>
        <w:t>Miró sus manos. Las yemas se volvían translúcidas; podía distinguir, a</w:t>
      </w:r>
      <w:r>
        <w:rPr/>
        <w:t xml:space="preserve"> </w:t>
      </w:r>
      <w:r>
        <w:rPr/>
        <w:t>través de ellas, las vetas del suelo y las grietas de la madera. Cerró</w:t>
      </w:r>
      <w:r>
        <w:rPr/>
        <w:t xml:space="preserve"> </w:t>
      </w:r>
      <w:r>
        <w:rPr/>
        <w:t>los ojos, contó hasta diez, los abrió con la esperanza de volver a</w:t>
      </w:r>
      <w:r>
        <w:rPr/>
        <w:t xml:space="preserve"> </w:t>
      </w:r>
      <w:r>
        <w:rPr/>
        <w:t>encontrarse entero.</w:t>
      </w:r>
    </w:p>
    <w:p>
      <w:pPr>
        <w:pStyle w:val="BodyText"/>
      </w:pPr>
      <w:r>
        <w:rPr/>
        <w:t>La transparencia había avanzado hasta las falanges.</w:t>
      </w:r>
    </w:p>
    <w:p>
      <w:pPr>
        <w:pStyle w:val="BodyText"/>
      </w:pPr>
      <w:r>
        <w:rPr/>
        <w:t>—No puede ser…</w:t>
      </w:r>
    </w:p>
    <w:p>
      <w:pPr>
        <w:pStyle w:val="BodyText"/>
      </w:pPr>
      <w:r>
        <w:rPr/>
        <w:t>Tocó la pared, buscando un anclaje físico que confirmara su existencia.</w:t>
      </w:r>
      <w:r>
        <w:rPr/>
        <w:t xml:space="preserve"> </w:t>
      </w:r>
      <w:r>
        <w:rPr/>
        <w:t>La mano la atravesó sin resistencia. El mundo parecía haberse vuelto</w:t>
      </w:r>
      <w:r>
        <w:rPr/>
        <w:t xml:space="preserve"> </w:t>
      </w:r>
      <w:r>
        <w:rPr/>
        <w:t>permeable, o quizá era él quien perdía densidad.</w:t>
      </w:r>
    </w:p>
    <w:p>
      <w:pPr>
        <w:pStyle w:val="BodyText"/>
      </w:pPr>
      <w:r>
        <w:rPr/>
        <w:t>Walking in shadows, searching for my voice, Each step I take feels less</w:t>
      </w:r>
      <w:r>
        <w:rPr/>
        <w:t xml:space="preserve"> </w:t>
      </w:r>
      <w:r>
        <w:rPr/>
        <w:t>like a choice.</w:t>
      </w:r>
    </w:p>
    <w:p>
      <w:pPr>
        <w:pStyle w:val="BodyText"/>
      </w:pPr>
      <w:r>
        <w:rPr/>
        <w:t>El pánico lo invadió. Corrió sin rumbo, deseando sentir el golpe de los</w:t>
      </w:r>
      <w:r>
        <w:rPr/>
        <w:t xml:space="preserve"> </w:t>
      </w:r>
      <w:r>
        <w:rPr/>
        <w:t>pies contra el suelo para asegurarse de seguir en algún plano de la</w:t>
      </w:r>
      <w:r>
        <w:rPr/>
        <w:t xml:space="preserve"> </w:t>
      </w:r>
      <w:r>
        <w:rPr/>
        <w:t>realidad. Pero cada paso era más ligero, más incierto. El corredor del</w:t>
      </w:r>
      <w:r>
        <w:rPr/>
        <w:t xml:space="preserve"> </w:t>
      </w:r>
      <w:r>
        <w:rPr/>
        <w:t>estudio, que conocía de memoria, se alargaba como si el tiempo mismo se</w:t>
      </w:r>
      <w:r>
        <w:rPr/>
        <w:t xml:space="preserve"> </w:t>
      </w:r>
      <w:r>
        <w:rPr/>
        <w:t>dilatara en un eco interminable.</w:t>
      </w:r>
    </w:p>
    <w:p>
      <w:pPr>
        <w:pStyle w:val="BodyText"/>
      </w:pPr>
      <w:r>
        <w:rPr/>
        <w:t>Gritó.</w:t>
      </w:r>
    </w:p>
    <w:p>
      <w:pPr>
        <w:pStyle w:val="BodyText"/>
      </w:pPr>
      <w:r>
        <w:rPr/>
        <w:t>—¡Ayuda!</w:t>
      </w:r>
    </w:p>
    <w:p>
      <w:pPr>
        <w:pStyle w:val="BodyText"/>
      </w:pPr>
      <w:r>
        <w:rPr/>
        <w:t>La palabra se disolvió antes de llegar al aire.</w:t>
      </w:r>
    </w:p>
    <w:p>
      <w:pPr>
        <w:pStyle w:val="BodyText"/>
      </w:pPr>
      <w:r>
        <w:rPr/>
        <w:t>Cayó de rodillas —o donde creía que estaba el suelo— y se abrazó las</w:t>
      </w:r>
      <w:r>
        <w:rPr/>
        <w:t xml:space="preserve"> </w:t>
      </w:r>
      <w:r>
        <w:rPr/>
        <w:t>piernas. Todo su cuerpo vibraba con un tono desconocido, un temblor que</w:t>
      </w:r>
      <w:r>
        <w:rPr/>
        <w:t xml:space="preserve"> </w:t>
      </w:r>
      <w:r>
        <w:rPr/>
        <w:t>no era físico, sino del alma. Un frío que no pertenecía al invierno:</w:t>
      </w:r>
      <w:r>
        <w:rPr/>
        <w:t xml:space="preserve"> </w:t>
      </w:r>
      <w:r>
        <w:rPr/>
        <w:t>venía de dentro, del centro mismo de su identidad. Las lágrimas no</w:t>
      </w:r>
      <w:r>
        <w:rPr/>
        <w:t xml:space="preserve"> </w:t>
      </w:r>
      <w:r>
        <w:rPr/>
        <w:t>cayeron; flotaron alrededor de su rostro como pequeñas esferas de</w:t>
      </w:r>
      <w:r>
        <w:rPr/>
        <w:t xml:space="preserve"> </w:t>
      </w:r>
      <w:r>
        <w:rPr/>
        <w:t>cristal, suspendidas en el aire.</w:t>
      </w:r>
    </w:p>
    <w:p>
      <w:pPr>
        <w:pStyle w:val="BodyText"/>
      </w:pPr>
      <w:r>
        <w:rPr/>
        <w:t>Oh, I want to return, but I’ve lost my way…</w:t>
      </w:r>
    </w:p>
    <w:p>
      <w:pPr>
        <w:pStyle w:val="BodyText"/>
      </w:pPr>
      <w:r>
        <w:rPr/>
        <w:t>—¿Quién soy…?</w:t>
      </w:r>
    </w:p>
    <w:p>
      <w:pPr>
        <w:pStyle w:val="BodyText"/>
      </w:pPr>
      <w:r>
        <w:rPr/>
        <w:t>Su voz le llegó desde lejos, como pronunciada en otra habitación, en</w:t>
      </w:r>
      <w:r>
        <w:rPr/>
        <w:t xml:space="preserve"> </w:t>
      </w:r>
      <w:r>
        <w:rPr/>
        <w:t>otra vida.</w:t>
      </w:r>
    </w:p>
    <w:p>
      <w:pPr>
        <w:pStyle w:val="BodyText"/>
      </w:pPr>
      <w:r>
        <w:rPr/>
        <w:t>Everything’s slipping, all fades to gray, Left with the shadows of</w:t>
      </w:r>
      <w:r>
        <w:rPr/>
        <w:t xml:space="preserve"> </w:t>
      </w:r>
      <w:r>
        <w:rPr/>
        <w:t>yesterday.</w:t>
      </w:r>
    </w:p>
    <w:p>
      <w:pPr>
        <w:pStyle w:val="BodyText"/>
      </w:pPr>
      <w:r>
        <w:rPr/>
        <w:t>Levantó la cabeza. El pasillo ya no tenía puertas, solo paredes de</w:t>
      </w:r>
      <w:r>
        <w:rPr/>
        <w:t xml:space="preserve"> </w:t>
      </w:r>
      <w:r>
        <w:rPr/>
        <w:t>oscuridad que se movían como cortinas agitadas por un viento</w:t>
      </w:r>
      <w:r>
        <w:rPr/>
        <w:t xml:space="preserve"> </w:t>
      </w:r>
      <w:r>
        <w:rPr/>
        <w:t>inexistente.</w:t>
      </w:r>
    </w:p>
    <w:p>
      <w:pPr>
        <w:pStyle w:val="BodyText"/>
      </w:pPr>
      <w:r>
        <w:rPr/>
        <w:t>Chasing the wind, but there’s no wind at all…</w:t>
      </w:r>
    </w:p>
    <w:p>
      <w:pPr>
        <w:pStyle w:val="BodyText"/>
      </w:pPr>
      <w:r>
        <w:rPr/>
        <w:t>Todo se volvió gris. Los colores se desangraron, los contornos se</w:t>
      </w:r>
      <w:r>
        <w:rPr/>
        <w:t xml:space="preserve"> </w:t>
      </w:r>
      <w:r>
        <w:rPr/>
        <w:t>difuminaron. Intentó gritar, pero su garganta había desaparecido junto</w:t>
      </w:r>
      <w:r>
        <w:rPr/>
        <w:t xml:space="preserve"> </w:t>
      </w:r>
      <w:r>
        <w:rPr/>
        <w:t>con la voz.</w:t>
      </w:r>
    </w:p>
    <w:p>
      <w:pPr>
        <w:pStyle w:val="BodyText"/>
      </w:pPr>
      <w:r>
        <w:rPr/>
        <w:t>Frente a él, en el monitor, su reflejo final: una silueta apenas</w:t>
      </w:r>
      <w:r>
        <w:rPr/>
        <w:t xml:space="preserve"> </w:t>
      </w:r>
      <w:r>
        <w:rPr/>
        <w:t>perceptible. Trató de recordar su rostro y descubrió que en su memoria</w:t>
      </w:r>
      <w:r>
        <w:rPr/>
        <w:t xml:space="preserve"> </w:t>
      </w:r>
      <w:r>
        <w:rPr/>
        <w:t>ya no quedaba ninguna imagen. Se disolvió por partes —primero la</w:t>
      </w:r>
      <w:r>
        <w:rPr/>
        <w:t xml:space="preserve"> </w:t>
      </w:r>
      <w:r>
        <w:rPr/>
        <w:t>cabeza, luego el torso, por fin los pies—, como un archivo digital que</w:t>
      </w:r>
      <w:r>
        <w:rPr/>
        <w:t xml:space="preserve"> </w:t>
      </w:r>
      <w:r>
        <w:rPr/>
        <w:t>se borra línea a línea.</w:t>
      </w:r>
    </w:p>
    <w:p>
      <w:pPr>
        <w:pStyle w:val="BodyText"/>
      </w:pPr>
      <w:r>
        <w:rPr/>
        <w:t>Una voz que reconocía —que había amado— quebró el vacío desde algún</w:t>
      </w:r>
      <w:r>
        <w:rPr/>
        <w:t xml:space="preserve"> </w:t>
      </w:r>
      <w:r>
        <w:rPr/>
        <w:t>lugar entre la vigilia y el sueño.</w:t>
      </w:r>
    </w:p>
    <w:p>
      <w:pPr>
        <w:pStyle w:val="BodyText"/>
      </w:pPr>
      <w:r>
        <w:rPr/>
        <w:t>—Adrián… ¿te estás yendo…?</w:t>
      </w:r>
    </w:p>
    <w:p>
      <w:pPr>
        <w:pStyle w:val="BodyText"/>
      </w:pPr>
      <w:r>
        <w:rPr/>
        <w:t>Mar. Su nombre era un tono que aún podía percibir, aunque ya no tuviera</w:t>
      </w:r>
      <w:r>
        <w:rPr/>
        <w:t xml:space="preserve"> </w:t>
      </w:r>
      <w:r>
        <w:rPr/>
        <w:t>oídos para escucharla.</w:t>
      </w:r>
    </w:p>
    <w:p>
      <w:pPr>
        <w:pStyle w:val="BodyText"/>
      </w:pPr>
      <w:r>
        <w:rPr/>
        <w:t>Intentó responder, pero ya no quedaban palabras, solo una vibración que</w:t>
      </w:r>
      <w:r>
        <w:rPr/>
        <w:t xml:space="preserve"> </w:t>
      </w:r>
      <w:r>
        <w:rPr/>
        <w:t>se expandió por el espacio como una última nota.</w:t>
      </w:r>
    </w:p>
    <w:p>
      <w:pPr>
        <w:pStyle w:val="BodyText"/>
      </w:pPr>
      <w:r>
        <w:rPr/>
        <w:t>Desde la niebla, alguien susurró su nombre verdadero. No el alias: el</w:t>
      </w:r>
      <w:r>
        <w:rPr/>
        <w:t xml:space="preserve"> </w:t>
      </w:r>
      <w:r>
        <w:rPr/>
        <w:t>que había casi olvidado al convertirse en ILIBERIS. Pero ya era tarde.</w:t>
      </w:r>
    </w:p>
    <w:p>
      <w:pPr>
        <w:pStyle w:val="BodyText"/>
      </w:pPr>
      <w:r>
        <w:rPr/>
        <w:t>Fading away, like thunder with no sound…</w:t>
      </w:r>
    </w:p>
    <w:p>
      <w:pPr>
        <w:pStyle w:val="BodyText"/>
      </w:pPr>
      <w:r>
        <w:rPr/>
        <w:t>El estudio quedó inmóvil, lleno de un vacío espeso que parecía mirar.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Nota encontrada sobre la mesa del estudio. 15 de octubre de 1998.</w:t>
      </w:r>
    </w:p>
    <w:p>
      <w:pPr>
        <w:pStyle w:val="BodyText"/>
      </w:pPr>
      <w:r>
        <w:rPr/>
        <w:t>«La onda me llama. Puedo sentirla en los huesos. No es música: es</w:t>
      </w:r>
      <w:r>
        <w:rPr/>
        <w:t xml:space="preserve"> </w:t>
      </w:r>
      <w:r>
        <w:rPr/>
        <w:t>memoria. Y la memoria tiene hambre. Mar lo entenderá. Ella siempre ha</w:t>
      </w:r>
      <w:r>
        <w:rPr/>
        <w:t xml:space="preserve"> </w:t>
      </w:r>
      <w:r>
        <w:rPr/>
        <w:t>entendido.</w:t>
      </w:r>
    </w:p>
    <w:p>
      <w:pPr>
        <w:pStyle w:val="BodyText"/>
      </w:pPr>
      <w:r>
        <w:rPr/>
        <w:t>Si alguna vez dudas de quién eres, recuerda que tu nombre encierra la</w:t>
      </w:r>
      <w:r>
        <w:rPr/>
        <w:t xml:space="preserve"> </w:t>
      </w:r>
      <w:r>
        <w:rPr/>
        <w:t>clave. Son los tres parámetros del Eco: los que permiten que algo</w:t>
      </w:r>
      <w:r>
        <w:rPr/>
        <w:t xml:space="preserve"> </w:t>
      </w:r>
      <w:r>
        <w:rPr/>
        <w:t>perdido vuelva a vibrar.</w:t>
      </w:r>
    </w:p>
    <w:p>
      <w:pPr>
        <w:pStyle w:val="BodyText"/>
      </w:pPr>
      <w:r>
        <w:rPr/>
        <w:t>Si desaparezco, no es porque haya muerto. Es porque me he convertido en</w:t>
      </w:r>
      <w:r>
        <w:rPr/>
        <w:t xml:space="preserve"> </w:t>
      </w:r>
      <w:r>
        <w:rPr/>
        <w:t>la nota que faltaba.</w:t>
      </w:r>
    </w:p>
    <w:p>
      <w:pPr>
        <w:pStyle w:val="BodyText"/>
      </w:pPr>
      <w:r>
        <w:rPr/>
        <w:t>Escucha. Escucha siempre.»</w:t>
      </w:r>
    </w:p>
    <w:p>
      <w:pPr>
        <w:pStyle w:val="BodyText"/>
      </w:pPr>
      <w:r>
        <w:rPr/>
        <w:t>— A. M.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Se dice que, en el viejo cementerio cristiano de Weißensee —el lugar</w:t>
      </w:r>
      <w:r>
        <w:rPr/>
        <w:t xml:space="preserve"> </w:t>
      </w:r>
      <w:r>
        <w:rPr/>
        <w:t>donde Adrián caminaba cuando necesitaba escapar del ruido de Berlín—,</w:t>
      </w:r>
      <w:r>
        <w:rPr/>
        <w:t xml:space="preserve"> </w:t>
      </w:r>
      <w:r>
        <w:rPr/>
        <w:t>hay una parcela sin registro. Bajo la sombra de los cipreses</w:t>
      </w:r>
      <w:r>
        <w:rPr/>
        <w:t xml:space="preserve"> </w:t>
      </w:r>
      <w:r>
        <w:rPr/>
        <w:t>centenarios, árboles que susurran incluso cuando no hay viento, el aire</w:t>
      </w:r>
      <w:r>
        <w:rPr/>
        <w:t xml:space="preserve"> </w:t>
      </w:r>
      <w:r>
        <w:rPr/>
        <w:t>parece guardar un vacío distinto. No hay lápida ni flores, solo una</w:t>
      </w:r>
      <w:r>
        <w:rPr/>
        <w:t xml:space="preserve"> </w:t>
      </w:r>
      <w:r>
        <w:rPr/>
        <w:t>quietud que pesa como una respiración contenida.</w:t>
      </w:r>
    </w:p>
    <w:p>
      <w:pPr>
        <w:pStyle w:val="BodyText"/>
      </w:pPr>
      <w:r>
        <w:rPr/>
        <w:t>Pero no es un vacío vacío.</w:t>
      </w:r>
    </w:p>
    <w:p>
      <w:pPr>
        <w:pStyle w:val="BodyText"/>
      </w:pPr>
      <w:r>
        <w:rPr/>
        <w:t>En las noches de luna nueva, una melodía se eleva de esa tierra, tan</w:t>
      </w:r>
      <w:r>
        <w:rPr/>
        <w:t xml:space="preserve"> </w:t>
      </w:r>
      <w:r>
        <w:rPr/>
        <w:t>sutil que no se oye con los oídos, sino con el frío que eriza la piel.</w:t>
      </w:r>
      <w:r>
        <w:rPr/>
        <w:t xml:space="preserve"> </w:t>
      </w:r>
      <w:r>
        <w:rPr/>
        <w:t>No es una canción: es un eco liberado de su fuente, un susurro que</w:t>
      </w:r>
      <w:r>
        <w:rPr/>
        <w:t xml:space="preserve"> </w:t>
      </w:r>
      <w:r>
        <w:rPr/>
        <w:t>repite un nombre.</w:t>
      </w:r>
    </w:p>
    <w:p>
      <w:pPr>
        <w:pStyle w:val="BodyText"/>
      </w:pPr>
      <w:r>
        <w:rPr/>
        <w:t>Fading Away.</w:t>
      </w:r>
    </w:p>
    <w:p>
      <w:pPr>
        <w:pStyle w:val="BodyText"/>
      </w:pPr>
      <w:r>
        <w:rPr/>
        <w:t>De DJ ILIBERIS nada más se supo. Su existencia se borró de los</w:t>
      </w:r>
      <w:r>
        <w:rPr/>
        <w:t xml:space="preserve"> </w:t>
      </w:r>
      <w:r>
        <w:rPr/>
        <w:t>registros, pero su ausencia dejó una huella: un tono fantasma que</w:t>
      </w:r>
      <w:r>
        <w:rPr/>
        <w:t xml:space="preserve"> </w:t>
      </w:r>
      <w:r>
        <w:rPr/>
        <w:t>algunos aún detectan.</w:t>
      </w:r>
    </w:p>
    <w:p>
      <w:pPr>
        <w:pStyle w:val="BodyText"/>
      </w:pPr>
      <w:r>
        <w:rPr/>
        <w:t>En los clubes donde una vez hizo temblar las paredes, los DJ más</w:t>
      </w:r>
      <w:r>
        <w:rPr/>
        <w:t xml:space="preserve"> </w:t>
      </w:r>
      <w:r>
        <w:rPr/>
        <w:t>sensibles a veces detienen la música a media mezcla, perturbados por la</w:t>
      </w:r>
      <w:r>
        <w:rPr/>
        <w:t xml:space="preserve"> </w:t>
      </w:r>
      <w:r>
        <w:rPr/>
        <w:t>certeza de que alguien invisible añade capas de sonido junto a ellos.</w:t>
      </w:r>
    </w:p>
    <w:p>
      <w:pPr>
        <w:pStyle w:val="BodyText"/>
      </w:pPr>
      <w:r>
        <w:rPr/>
        <w:t>Y en las madrugadas más calladas, quienes saben escuchar distinguen</w:t>
      </w:r>
      <w:r>
        <w:rPr/>
        <w:t xml:space="preserve"> </w:t>
      </w:r>
      <w:r>
        <w:rPr/>
        <w:t>fragmentos de una canción que nunca llegó a completarse.</w:t>
      </w:r>
    </w:p>
    <w:p>
      <w:pPr>
        <w:pStyle w:val="BodyText"/>
      </w:pPr>
      <w:r>
        <w:rPr/>
        <w:t>Fading away, like thunder with no sound…</w:t>
      </w:r>
    </w:p>
    <w:p>
      <w:pPr>
        <w:pStyle w:val="BodyText"/>
      </w:pPr>
      <w:r>
        <w:rPr/>
        <w:t>La música encontró así una forma de existir sin músico, de resonar sin</w:t>
      </w:r>
      <w:r>
        <w:rPr/>
        <w:t xml:space="preserve"> </w:t>
      </w:r>
      <w:r>
        <w:rPr/>
        <w:t>instrumentos, de tocar almas sin altavoces.</w:t>
      </w:r>
    </w:p>
    <w:p>
      <w:pPr>
        <w:pStyle w:val="BodyText"/>
      </w:pPr>
      <w:r>
        <w:rPr/>
        <w:t>Y en algún punto entre el recuerdo y el olvido, DJ ILIBERIS alcanzó la</w:t>
      </w:r>
      <w:r>
        <w:rPr/>
        <w:t xml:space="preserve"> </w:t>
      </w:r>
      <w:r>
        <w:rPr/>
        <w:t>única inmortalidad que le importaba: convertirse en la canción misma, en</w:t>
      </w:r>
      <w:r>
        <w:rPr/>
        <w:t xml:space="preserve"> </w:t>
      </w:r>
      <w:r>
        <w:rPr/>
        <w:t>la vibración eterna que nunca tendría que volver a desvanecerse.</w:t>
      </w:r>
    </w:p>
    <w:p>
      <w:pPr>
        <w:pStyle w:val="BodyText"/>
      </w:pPr>
      <w:r>
        <w:rPr/>
        <w:t>***</w:t>
      </w:r>
    </w:p>
    <w:p>
      <w:pPr>
        <w:pStyle w:val="Heading1"/>
      </w:pPr>
      <w:r>
        <w:rPr/>
        <w:t>INTERLUDIO I — EL TESTIGO</w:t>
      </w:r>
    </w:p>
    <w:p>
      <w:pPr/>
      <w:r>
        <w:rPr/>
        <w:t>Testificar no es ver. Es vibrar en la ausencia del otro. — Libro de</w:t>
      </w:r>
      <w:r>
        <w:rPr/>
        <w:t xml:space="preserve"> </w:t>
      </w:r>
      <w:r>
        <w:rPr/>
        <w:t>los Ecos, fragmento 74-B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Berlín, 15 de octubre de 1998 — 4:23 a. m.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Apartamento de Adrián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Adrián llevaba tres días encerrado en su apartamento. El mundo se había</w:t>
      </w:r>
      <w:r>
        <w:rPr/>
        <w:t xml:space="preserve"> </w:t>
      </w:r>
      <w:r>
        <w:rPr/>
        <w:t>reducido a la mesa, el monitor y el zumbido agudo que empezaba a invadir</w:t>
      </w:r>
      <w:r>
        <w:rPr/>
        <w:t xml:space="preserve"> </w:t>
      </w:r>
      <w:r>
        <w:rPr/>
        <w:t>los silencios.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Cada vez que parpadeaba, tenía la sensación de que una parte de sí mismo</w:t>
      </w:r>
      <w:r>
        <w:rPr/>
        <w:t xml:space="preserve"> </w:t>
      </w:r>
      <w:r>
        <w:rPr/>
        <w:t>se quedaba pegada al cristal negro de la pantalla.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nota FA# no sonaba en ningún altavoz. Estaba en él. Pegada a la base</w:t>
      </w:r>
      <w:r>
        <w:rPr/>
        <w:t xml:space="preserve"> </w:t>
      </w:r>
      <w:r>
        <w:rPr/>
        <w:t>del cráneo, a la sangre, a la forma en que su corazón marcaba los</w:t>
      </w:r>
      <w:r>
        <w:rPr/>
        <w:t xml:space="preserve"> </w:t>
      </w:r>
      <w:r>
        <w:rPr/>
        <w:t>segundos.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 inclinó hacia delante. Su reflejo se deformó en el cristal oscuro: la</w:t>
      </w:r>
      <w:r>
        <w:rPr/>
        <w:t xml:space="preserve"> </w:t>
      </w:r>
      <w:r>
        <w:rPr/>
        <w:t>mandíbula parecía desplazada unos milímetros, los ojos fuera de sitio,</w:t>
      </w:r>
      <w:r>
        <w:rPr/>
        <w:t xml:space="preserve"> </w:t>
      </w:r>
      <w:r>
        <w:rPr/>
        <w:t>como si la imagen estuviera mal alineada en una impresora vieja.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—¿Qué me está pasando? —susurró.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Entonces oyó un sonido que no pertenecía al apartamento: un</w:t>
      </w:r>
      <w:r>
        <w:rPr/>
        <w:t xml:space="preserve"> </w:t>
      </w:r>
      <w:r>
        <w:rPr/>
        <w:t>desplazamiento de aire, leve, preciso, demasiado intencional para ser</w:t>
      </w:r>
      <w:r>
        <w:rPr/>
        <w:t xml:space="preserve"> </w:t>
      </w:r>
      <w:r>
        <w:rPr/>
        <w:t>casual.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cerradura no hizo clic. Simplemente dejó de oponer resistencia.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puerta se abrió unos centímetros.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Una sombra alta recortó el marco. Un abrigo oscuro, el rostro</w:t>
      </w:r>
      <w:r>
        <w:rPr/>
        <w:t xml:space="preserve"> </w:t>
      </w:r>
      <w:r>
        <w:rPr/>
        <w:t>parcialmente borrado por la penumbra del pasillo.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Adrián dio un paso atrás, instintivo.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—¿Quién…?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Finch entró sin prisa. No encendió la luz. Miró alrededor con la calma</w:t>
      </w:r>
      <w:r>
        <w:rPr/>
        <w:t xml:space="preserve"> </w:t>
      </w:r>
      <w:r>
        <w:rPr/>
        <w:t>de quien revisa un laboratorio que ya conoce.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Observó primero los equipos: la mesa, los cables, el pequeño rack, los</w:t>
      </w:r>
      <w:r>
        <w:rPr/>
        <w:t xml:space="preserve"> </w:t>
      </w:r>
      <w:r>
        <w:rPr/>
        <w:t>monitores en stand-by. Solo después fijó los ojos en Adrián.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FA# vibró un poco más fuerte, como si reconociera al recién llegado.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Adrián apoyó la mano en el borde de la mesa. Sus dedos atravesaron el</w:t>
      </w:r>
      <w:r>
        <w:rPr/>
        <w:t xml:space="preserve"> </w:t>
      </w:r>
      <w:r>
        <w:rPr/>
        <w:t>reflejo de la pantalla con una fracción de segundo de retraso, como si</w:t>
      </w:r>
      <w:r>
        <w:rPr/>
        <w:t xml:space="preserve"> </w:t>
      </w:r>
      <w:r>
        <w:rPr/>
        <w:t>la imagen respondiera a otra física.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voz de Finch fue casi un susurro. No sonó ni compasiva ni cruel. Sonó</w:t>
      </w:r>
      <w:r>
        <w:rPr/>
        <w:t xml:space="preserve"> </w:t>
      </w:r>
      <w:r>
        <w:rPr/>
        <w:t>como una nota al margen en un informe técnico.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—Te estás yendo.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era una advertencia. Era una constatación.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Adrián abrió la boca, pero las palabras se deshicieron antes de salir.</w:t>
      </w:r>
      <w:r>
        <w:rPr/>
        <w:t xml:space="preserve"> </w:t>
      </w:r>
      <w:r>
        <w:rPr/>
        <w:t>El aire en torno a su cuerpo se espesó. No había viento, pero su</w:t>
      </w:r>
      <w:r>
        <w:rPr/>
        <w:t xml:space="preserve"> </w:t>
      </w:r>
      <w:r>
        <w:rPr/>
        <w:t>camiseta se pegó a la piel como si estuviera bajo el agua.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FA# se dobló sobre sí mismo. Dos capas: una audible, otra enterrada</w:t>
      </w:r>
      <w:r>
        <w:rPr/>
        <w:t xml:space="preserve"> </w:t>
      </w:r>
      <w:r>
        <w:rPr/>
        <w:t>en un nivel donde el oído no llegaba pero la materia sí.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—¿Qué… qué me está pasando? —logró articular.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Finch no se movió.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—La frecuencia —respondió con frialdad clínica—. Te está llevando.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—Ayúdame…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—No puedo —dijo Finch—. Y no debo.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contorno de Adrián empezó a perder nitidez. Primero en los bordes</w:t>
      </w:r>
      <w:r>
        <w:rPr/>
        <w:t xml:space="preserve"> </w:t>
      </w:r>
      <w:r>
        <w:rPr/>
        <w:t>—los dedos, el cabello, los hombros—, luego en el centro, como si el</w:t>
      </w:r>
      <w:r>
        <w:rPr/>
        <w:t xml:space="preserve"> </w:t>
      </w:r>
      <w:r>
        <w:rPr/>
        <w:t>espacio mismo lo estuviera absorbiendo muy despacio, pero de forma</w:t>
      </w:r>
      <w:r>
        <w:rPr/>
        <w:t xml:space="preserve"> </w:t>
      </w:r>
      <w:r>
        <w:rPr/>
        <w:t>irreversible.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Hubo un instante en el que fue solo silueta, puro borde luminoso sobre</w:t>
      </w:r>
      <w:r>
        <w:rPr/>
        <w:t xml:space="preserve"> </w:t>
      </w:r>
      <w:r>
        <w:rPr/>
        <w:t>la oscuridad del apartamento. Luego ni siquiera eso.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FA# se cortó en seco.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silencio que siguió no fue natural. Era un vacío activo, como si el</w:t>
      </w:r>
      <w:r>
        <w:rPr/>
        <w:t xml:space="preserve"> </w:t>
      </w:r>
      <w:r>
        <w:rPr/>
        <w:t>espacio se negara a admitir lo que acababa de pasar.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Finch permaneció de pie unos segundos más, como si esperara algún tipo</w:t>
      </w:r>
      <w:r>
        <w:rPr/>
        <w:t xml:space="preserve"> </w:t>
      </w:r>
      <w:r>
        <w:rPr/>
        <w:t>de residuo visible. No lo hubo.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Solo entonces se permitió respirar hondo.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Encendió el monitor con un toque rápido de dedo. La pantalla mostró,</w:t>
      </w:r>
      <w:r>
        <w:rPr/>
        <w:t xml:space="preserve"> </w:t>
      </w:r>
      <w:r>
        <w:rPr/>
        <w:t>durante un instante, el último espectro registrado: una forma imposible,</w:t>
      </w:r>
      <w:r>
        <w:rPr/>
        <w:t xml:space="preserve"> </w:t>
      </w:r>
      <w:r>
        <w:rPr/>
        <w:t>casi orgánica, que se apagó al segundo cuando él mismo la cerró.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Sobre la mesa, junto al teclado, había un CD-R sin caja. Tenía una</w:t>
      </w:r>
      <w:r>
        <w:rPr/>
        <w:t xml:space="preserve"> </w:t>
      </w:r>
      <w:r>
        <w:rPr/>
        <w:t>etiqueta adhesiva blanca, escrita a mano: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Fading Away — master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Finch lo tomó con dos dedos, como si fuera frágil o valioso. Lo examinó</w:t>
      </w:r>
      <w:r>
        <w:rPr/>
        <w:t xml:space="preserve"> </w:t>
      </w:r>
      <w:r>
        <w:rPr/>
        <w:t>contra la luz tenue del pasillo.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Aquello era lo único que quedaba de la sesión. La única huella física de</w:t>
      </w:r>
      <w:r>
        <w:rPr/>
        <w:t xml:space="preserve"> </w:t>
      </w:r>
      <w:r>
        <w:rPr/>
        <w:t>una frecuencia que acababa de tragarse a un ser humano.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Lo deslizó en el interior del bolsillo interior del abrigo, con la</w:t>
      </w:r>
      <w:r>
        <w:rPr/>
        <w:t xml:space="preserve"> </w:t>
      </w:r>
      <w:r>
        <w:rPr/>
        <w:t>naturalidad de quien archiva un documento.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Miró una última vez el apartamento vacío: la silla retirada, la taza de</w:t>
      </w:r>
      <w:r>
        <w:rPr/>
        <w:t xml:space="preserve"> </w:t>
      </w:r>
      <w:r>
        <w:rPr/>
        <w:t>café frío, el cable desenchufado arrastrado por algo que ya no estaba.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Después salió sin cerrar del todo. Sabía que otros vendrían: vecinos,</w:t>
      </w:r>
      <w:r>
        <w:rPr/>
        <w:t xml:space="preserve"> </w:t>
      </w:r>
      <w:r>
        <w:rPr/>
        <w:t>policía, curiosos. A nadie le faltarían teorías.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Lo único que importaba, la única versión que contaba para él, ya viajaba</w:t>
      </w:r>
      <w:r>
        <w:rPr/>
        <w:t xml:space="preserve"> </w:t>
      </w:r>
      <w:r>
        <w:rPr/>
        <w:t>en el bolsillo de su abrigo.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 las 4:29 de la madrugada del 15 de octubre de 1998, la ciudad siguió</w:t>
      </w:r>
      <w:r>
        <w:rPr/>
        <w:t xml:space="preserve"> </w:t>
      </w:r>
      <w:r>
        <w:rPr/>
        <w:t>durmiendo.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 hombre había desaparecido. Y la canción que lo había devorado acababa</w:t>
      </w:r>
      <w:r>
        <w:rPr/>
        <w:t xml:space="preserve"> </w:t>
      </w:r>
      <w:r>
        <w:rPr/>
        <w:t>de conseguir su primera copia oficial.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***</w:t>
      </w:r>
    </w:p>
    <w:p>
      <w:pPr>
        <w:pStyle w:val="Heading1"/>
      </w:pPr>
      <w:r>
        <w:rPr/>
        <w:t>CAPÍTULO 3. EL DESPERTAR</w:t>
      </w:r>
    </w:p>
    <w:p>
      <w:pPr/>
      <w:r>
        <w:rPr/>
        <w:t xml:space="preserve"> </w:t>
      </w:r>
    </w:p>
    <w:p>
      <w:pPr>
        <w:pStyle w:val="BodyText"/>
      </w:pPr>
      <w:r>
        <w:rPr/>
        <w:t>Berlín, octubre de 2023 Después de la convergencia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Esa noche, Berlín respiró de forma distinta.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vibración que había atravesado Europa no desapareció tras su primer</w:t>
      </w:r>
      <w:r>
        <w:rPr/>
        <w:t xml:space="preserve"> </w:t>
      </w:r>
      <w:r>
        <w:rPr/>
        <w:t>impacto.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 quedó latiendo en los cuerpos que sabían reconocerla.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Dos de ellos —separados por kilómetros, por años, por miedo—</w:t>
      </w:r>
      <w:r>
        <w:rPr/>
        <w:t xml:space="preserve"> </w:t>
      </w:r>
      <w:r>
        <w:rPr/>
        <w:t>sintieron la llamada casi al mismo tiempo.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respondieron.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LENA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Wedding, 21:00 h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Lena llevaba años viviendo como si el sonido fuera un animal salvaje: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uno que respetas, al que jamás das la espalda,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uno que muerde si haces el gesto equivocado.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mayoría de la gente huye del silencio.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Ella lo eligió.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Su apartamento en Wedding era pequeño y oscuro, una especie de refugio</w:t>
      </w:r>
      <w:r>
        <w:rPr/>
        <w:t xml:space="preserve"> </w:t>
      </w:r>
      <w:r>
        <w:rPr/>
        <w:t>de emergencia donde incluso los relojes estaban prohibidos.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Dormía sin ventiladores, sin calefacción ruidosa,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sin altavoces, sin alarma.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Había aprendido a reconocer la amenaza del sonido en su respiración, en</w:t>
      </w:r>
      <w:r>
        <w:rPr/>
        <w:t xml:space="preserve"> </w:t>
      </w:r>
      <w:r>
        <w:rPr/>
        <w:t>el crujido de los huesos al girarse, en el latido de su muñeca contra la</w:t>
      </w:r>
      <w:r>
        <w:rPr/>
        <w:t xml:space="preserve"> </w:t>
      </w:r>
      <w:r>
        <w:rPr/>
        <w:t>almohada.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Desde 1998, vivía así.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 pausa.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Esa noche, a las 21:00 h,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silencio cambió de densidad.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fue un ruido.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Fue el aire.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 leve temblor bajo sus pies —tan pequeño, tan sutil, que cualquier</w:t>
      </w:r>
      <w:r>
        <w:rPr/>
        <w:t xml:space="preserve"> </w:t>
      </w:r>
      <w:r>
        <w:rPr/>
        <w:t>otra persona lo habría atribuido a una vibración del edificio, a un</w:t>
      </w:r>
      <w:r>
        <w:rPr/>
        <w:t xml:space="preserve"> </w:t>
      </w:r>
      <w:r>
        <w:rPr/>
        <w:t>vecino moviendo muebles, a un tren lejano.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Lena no.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 quedó helada.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vibración subió por su tibia,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atravesó la rodilla,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 clavó en el esternón.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podía ser.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reconoció al instante, aunque llevaba 25 años sin pronunciar ese</w:t>
      </w:r>
      <w:r>
        <w:rPr/>
        <w:t xml:space="preserve"> </w:t>
      </w:r>
      <w:r>
        <w:rPr/>
        <w:t>nombre.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FA#.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no era la nota de 1998.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era el filo traumático que la había destrozado.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era el borde metálico que se había llevado a Adrián,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ni la onda fantasma que había hecho enmudecer a Markus,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ni la cicatriz que Mar había cargado sin saberlo.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Era más suave.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Más profunda.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Como si volviera afinada.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Lena se levantó del suelo donde había estado clasificando viejos</w:t>
      </w:r>
      <w:r>
        <w:rPr/>
        <w:t xml:space="preserve"> </w:t>
      </w:r>
      <w:r>
        <w:rPr/>
        <w:t>cuadernos.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Las piernas le temblaban; el cuerpo recordaba lo que la mente había</w:t>
      </w:r>
      <w:r>
        <w:rPr/>
        <w:t xml:space="preserve"> </w:t>
      </w:r>
      <w:r>
        <w:rPr/>
        <w:t>prohibido entender.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Intentó respirar despacio.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funcionó.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—No… por favor, no otra vez —murmuró.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sabía que no era un ataque de pánico.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pánico es un ruido interno.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Esto era externo: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una llamada,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 eco,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una mano invisible tocando la superficie de un lago.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Entró al baño y abrió el grifo para ahogar cualquier señal acústica.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agua cayó con fuerza y el sonido llenó la habitación,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la vibración seguía allí,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como si viniera de los huesos, no del aire.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 miró al espejo.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vio miedo.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Vio reconocimiento.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Había pasado veinticinco años negándose a admitir que había compartido</w:t>
      </w:r>
      <w:r>
        <w:rPr/>
        <w:t xml:space="preserve"> </w:t>
      </w:r>
      <w:r>
        <w:rPr/>
        <w:t>algo con Adrián y con Mar que no pertenecía al campo musical ni al</w:t>
      </w:r>
      <w:r>
        <w:rPr/>
        <w:t xml:space="preserve"> </w:t>
      </w:r>
      <w:r>
        <w:rPr/>
        <w:t>emocional.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Era otra cosa.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Una forma de percepción que se despierta en muy pocas personas,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que en ella siempre había sido más fuerte de lo que admitía.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desvanecimiento de 1998 la había dejado fracturada.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Desde entonces vivía en una especie de umbral.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FA# volvió a pulsar.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 latido profundo, casi elegante,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como si la realidad hubiera respirado dentro de ella.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Lena cerró el grifo.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habitación quedó en silencio.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 silencio vivo.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—Mar… —dijo sin darse cuenta de que la pronunciaba en voz alta.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había hablado con ella en más de una década.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sabía dónde vivía, si seguía componiendo, si había superado algo.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en ese instante, Lena lo supo con una claridad que la atravesó como</w:t>
      </w:r>
      <w:r>
        <w:rPr/>
        <w:t xml:space="preserve"> </w:t>
      </w:r>
      <w:r>
        <w:rPr/>
        <w:t>un relámpago: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 también había escuchado la vibración.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no estaba segura de que pudiera resistirla sola.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decisión llegó como una caída.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Lena tomó su abrigo gris, aquel que llevaba años sin usar.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Metió en el bolsillo un cuaderno —uno antiguo, lleno de diagramas y</w:t>
      </w:r>
      <w:r>
        <w:rPr/>
        <w:t xml:space="preserve"> </w:t>
      </w:r>
      <w:r>
        <w:rPr/>
        <w:t>notas que había prometido quemar— y salió del apartamento sin apagar</w:t>
      </w:r>
      <w:r>
        <w:rPr/>
        <w:t xml:space="preserve"> </w:t>
      </w:r>
      <w:r>
        <w:rPr/>
        <w:t>la luz.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sabía hacia dónde ir.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sabía hacia quién.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MARKUS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Moabit, 02:30 h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Markus no dormía desde hacía tres días.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era insomnio: era la sensación precisa, física, de que el mundo</w:t>
      </w:r>
      <w:r>
        <w:rPr/>
        <w:t xml:space="preserve"> </w:t>
      </w:r>
      <w:r>
        <w:rPr/>
        <w:t>estaba conteniendo la respiración y él, por algún motivo, había quedado</w:t>
      </w:r>
      <w:r>
        <w:rPr/>
        <w:t xml:space="preserve"> </w:t>
      </w:r>
      <w:r>
        <w:rPr/>
        <w:t>atrapado en medio.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multímetro seguía apagado.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Lo había guardado en un cajón, como si esconder un aparato pudiera</w:t>
      </w:r>
      <w:r>
        <w:rPr/>
        <w:t xml:space="preserve"> </w:t>
      </w:r>
      <w:r>
        <w:rPr/>
        <w:t>silenciar la vibración que seguía palpitando detrás de sus costillas.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primera noche tras la convergencia, Markus encendió todas las luces</w:t>
      </w:r>
      <w:r>
        <w:rPr/>
        <w:t xml:space="preserve"> </w:t>
      </w:r>
      <w:r>
        <w:rPr/>
        <w:t>del taller de Moabit.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claridad fría lo rodeó sin consolarlo.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Una mesa llena de cables abiertos, condensadores viejos, transistores</w:t>
      </w:r>
      <w:r>
        <w:rPr/>
        <w:t xml:space="preserve"> </w:t>
      </w:r>
      <w:r>
        <w:rPr/>
        <w:t>quemados.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caos habitual.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Su refugio desde 1998.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algo había cambiado.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Los objetos que siempre había considerado inofensivos —soldadores,</w:t>
      </w:r>
      <w:r>
        <w:rPr/>
        <w:t xml:space="preserve"> </w:t>
      </w:r>
      <w:r>
        <w:rPr/>
        <w:t>placas base, pequeños altavoces sin caja— parecían resonar a un nivel</w:t>
      </w:r>
      <w:r>
        <w:rPr/>
        <w:t xml:space="preserve"> </w:t>
      </w:r>
      <w:r>
        <w:rPr/>
        <w:t>que no podía medir.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Como si guardaran memoria.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Como si hubieran estado esperando.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Él sabía lo que significaba.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quería admitirlo, pero lo sabía: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FA# había despertado.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eso significaba que él ya no podía esconderse.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Esa madrugada, Markus se sentó en el suelo del taller, la espalda contra</w:t>
      </w:r>
      <w:r>
        <w:rPr/>
        <w:t xml:space="preserve"> </w:t>
      </w:r>
      <w:r>
        <w:rPr/>
        <w:t>la pared, los brazos rodeando las rodillas.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Hacía años que no lloraba.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lloró entonces tampoco.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se quebró un poco.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Por dentro, en el lugar donde guardaba los restos de Studio 4.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—No otra vez… —susurró.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Pensó en Adrián.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como mito.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como mártir.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como la sombra que había marcado su vida desde los 24 años.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Pensó en su amigo.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que hablaba con las manos, con el gesto, con los silencios.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que siempre sabía qué cable faltaba, qué frecuencia sobraba, qué</w:t>
      </w:r>
      <w:r>
        <w:rPr/>
        <w:t xml:space="preserve"> </w:t>
      </w:r>
      <w:r>
        <w:rPr/>
        <w:t>palabra no debía decirse.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Recordó la mañana del 15 de octubre de 1998,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cómo había encontrado el apartamento vacío,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cómo había sentido algo que todavía no sabía nombrar,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cómo había comprendido —demasiado tarde— que los tres días de</w:t>
      </w:r>
      <w:r>
        <w:rPr/>
        <w:t xml:space="preserve"> </w:t>
      </w:r>
      <w:r>
        <w:rPr/>
        <w:t>encierro de Adrián no eran aislamiento creativo,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sino una despedida sin lengua humana.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Markus se inclinó hacia adelante.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vibración volvió.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 pulso seco, como una señal Morse en la oscuridad de su estómago.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Él jadeó, sorprendido por la precisión: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Era una llamada.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no venía del pasado.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Venía del presente.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había hablado con ella en años,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su nombre emergió en su interior como una verdad que no necesitaba</w:t>
      </w:r>
      <w:r>
        <w:rPr/>
        <w:t xml:space="preserve"> </w:t>
      </w:r>
      <w:r>
        <w:rPr/>
        <w:t>voz.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—Mar… tú también lo sientes.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Encendió la computadora.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pantalla tardó unos segundos eternos en responder.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Markus abrió una carpeta que no debería haber existido: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 archivo antiguo, perdido entre backups de hace décadas,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marcado con un nombre que le heló la sangre: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FA#_negativo_adrián. Wav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reproducción no funcionó.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importaba.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archivo no era para escucharlo: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era un recordatorio,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una advertencia,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 eco de lo que había sido borrado.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Markus tomó una decisión que habría pospuesto otros 25 años si la</w:t>
      </w:r>
      <w:r>
        <w:rPr/>
        <w:t xml:space="preserve"> </w:t>
      </w:r>
      <w:r>
        <w:rPr/>
        <w:t>vibración se lo hubiera permitido: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Tenía que encontrar a Mar.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Antes de que la frecuencia la encontrara a ella.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Miró por la ventana.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amanecer apenas insinuaba el borde del cielo.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—No te voy a perder —dijo, y esta vez no estaba hablando de Adrián.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Cerró el taller.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Metió solo lo necesario en la mochila: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sus herramientas,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sus anotaciones técnicas,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una pequeña libreta con dibujos de ondas que había guardado desde</w:t>
      </w:r>
      <w:r>
        <w:rPr/>
        <w:t xml:space="preserve"> </w:t>
      </w:r>
      <w:r>
        <w:rPr/>
        <w:t>1998.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Salió al frío de la calle.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metro de Berlín empezaba a despertar.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Él también.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Porque hay frecuencias que pueden dominarte toda la vida,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hasta que un día, sin aviso,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dejan de ser un castigo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se convierten en un deber.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Markus bajó las escaleras del U-Bahn,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por primera vez en 25 años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temió al FA#.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Lo siguió.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sabía aún hacia dónde.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sabía hacia quién.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CONVERGENCIA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Cuando la puerta de Lena se cerró en Wedding,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Markus ya estaba en el andén de Turmstraße.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Ninguno sabía del otro.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ambos llevaban la misma dirección grabada en el cuerpo: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hacia el sur,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hacia el eco,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hacia Mar.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Después de 25 años de silencio,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Studio 4 empezaba a reagruparse.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por decisión.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Por necesidad.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***</w:t>
      </w:r>
    </w:p>
    <w:p>
      <w:pPr>
        <w:pStyle w:val="BodyText"/>
      </w:pPr>
      <w:r>
        <w:rPr/>
        <w:t xml:space="preserve"> </w:t>
      </w:r>
    </w:p>
    <w:p>
      <w:pPr>
        <w:pStyle w:val="Heading1"/>
      </w:pPr>
      <w:r>
        <w:rPr/>
        <w:t>CAPÍTULO 4. FRECUENCIAS INTERMEDIAS</w:t>
      </w:r>
    </w:p>
    <w:p>
      <w:pPr/>
      <w:r>
        <w:rPr/>
        <w:t>«Hay canciones que no se escuchan. Se padecen.» —Cuaderno sin firmar</w:t>
      </w:r>
    </w:p>
    <w:p>
      <w:pPr>
        <w:pStyle w:val="BodyText"/>
      </w:pPr>
      <w:r>
        <w:rPr/>
        <w:t>Berlín, primavera de 2023</w:t>
      </w:r>
    </w:p>
    <w:p>
      <w:pPr>
        <w:pStyle w:val="BodyText"/>
      </w:pPr>
      <w:r>
        <w:rPr/>
        <w:t>Los días posteriores al hallazgo del CD-R fueron extraños. Mar vivía</w:t>
      </w:r>
      <w:r>
        <w:rPr/>
        <w:t xml:space="preserve"> </w:t>
      </w:r>
      <w:r>
        <w:rPr/>
        <w:t>dentro de sus auriculares. Fading Away sonaba en bucle. Ya no era una</w:t>
      </w:r>
      <w:r>
        <w:rPr/>
        <w:t xml:space="preserve"> </w:t>
      </w:r>
      <w:r>
        <w:rPr/>
        <w:t>elección: era una necesidad.</w:t>
      </w:r>
    </w:p>
    <w:p>
      <w:pPr>
        <w:pStyle w:val="BodyText"/>
      </w:pPr>
      <w:r>
        <w:rPr/>
        <w:t>Al principio solo era una canción que la aislaba del mundo. Pero una</w:t>
      </w:r>
      <w:r>
        <w:rPr/>
        <w:t xml:space="preserve"> </w:t>
      </w:r>
      <w:r>
        <w:rPr/>
        <w:t>noche, en la soledad del ático, con la lluvia trazando ríos sobre el</w:t>
      </w:r>
      <w:r>
        <w:rPr/>
        <w:t xml:space="preserve"> </w:t>
      </w:r>
      <w:r>
        <w:rPr/>
        <w:t>cristal, percibió algo más. Un susurro bajo el delay. Una resonancia</w:t>
      </w:r>
      <w:r>
        <w:rPr/>
        <w:t xml:space="preserve"> </w:t>
      </w:r>
      <w:r>
        <w:rPr/>
        <w:t>enterrada en capas de reverberación.</w:t>
      </w:r>
    </w:p>
    <w:p>
      <w:pPr>
        <w:pStyle w:val="BodyText"/>
      </w:pPr>
      <w:r>
        <w:rPr/>
        <w:t>Se incorporó en la cama y encendió el portátil. Importó el archivo WAV</w:t>
      </w:r>
      <w:r>
        <w:rPr/>
        <w:t xml:space="preserve"> </w:t>
      </w:r>
      <w:r>
        <w:rPr/>
        <w:t>directamente desde el CD-R —intacto, sin compresión— y lo abrió en</w:t>
      </w:r>
      <w:r>
        <w:rPr/>
        <w:t xml:space="preserve"> </w:t>
      </w:r>
      <w:r>
        <w:rPr/>
        <w:t>su software de análisis espectral. La forma de onda apareció en</w:t>
      </w:r>
      <w:r>
        <w:rPr/>
        <w:t xml:space="preserve"> </w:t>
      </w:r>
      <w:r>
        <w:rPr/>
        <w:t>pantalla: una cordillera azul de picos y valles que ocultaba su propia</w:t>
      </w:r>
      <w:r>
        <w:rPr/>
        <w:t xml:space="preserve"> </w:t>
      </w:r>
      <w:r>
        <w:rPr/>
        <w:t>geografía.</w:t>
      </w:r>
    </w:p>
    <w:p>
      <w:pPr>
        <w:pStyle w:val="BodyText"/>
      </w:pPr>
      <w:r>
        <w:rPr/>
        <w:t>Aisló el rango medio. Después los graves. Aplicó un filtro pasa-banda</w:t>
      </w:r>
      <w:r>
        <w:rPr/>
        <w:t xml:space="preserve"> </w:t>
      </w:r>
      <w:r>
        <w:rPr/>
        <w:t>entre 40 y 60 Hz, la zona donde el cuerpo humano resonaba pero la mente</w:t>
      </w:r>
      <w:r>
        <w:rPr/>
        <w:t xml:space="preserve"> </w:t>
      </w:r>
      <w:r>
        <w:rPr/>
        <w:t>apenas percibía.</w:t>
      </w:r>
    </w:p>
    <w:p>
      <w:pPr>
        <w:pStyle w:val="BodyText"/>
      </w:pPr>
      <w:r>
        <w:rPr/>
        <w:t>Y entonces emergió.</w:t>
      </w:r>
    </w:p>
    <w:p>
      <w:pPr>
        <w:pStyle w:val="BodyText"/>
      </w:pPr>
      <w:r>
        <w:rPr/>
        <w:t>No era la voz de Adrián cantando una melodía. Era algo más extraño:</w:t>
      </w:r>
      <w:r>
        <w:rPr/>
        <w:t xml:space="preserve"> </w:t>
      </w:r>
      <w:r>
        <w:rPr/>
        <w:t>sílabas fantasmales incrustadas en el infrasonido, como si alguien</w:t>
      </w:r>
      <w:r>
        <w:rPr/>
        <w:t xml:space="preserve"> </w:t>
      </w:r>
      <w:r>
        <w:rPr/>
        <w:t>hubiera grabado un mensaje en frecuencias diseñadas para eludir la</w:t>
      </w:r>
      <w:r>
        <w:rPr/>
        <w:t xml:space="preserve"> </w:t>
      </w:r>
      <w:r>
        <w:rPr/>
        <w:t>escucha consciente.</w:t>
      </w:r>
    </w:p>
    <w:p>
      <w:pPr>
        <w:pStyle w:val="BodyText"/>
      </w:pPr>
      <w:r>
        <w:rPr/>
        <w:t>Rebobinó. Amplificó. Subió el volumen hasta que el siseo hormigueó en</w:t>
      </w:r>
      <w:r>
        <w:rPr/>
        <w:t xml:space="preserve"> </w:t>
      </w:r>
      <w:r>
        <w:rPr/>
        <w:t>sus tímpanos.</w:t>
      </w:r>
    </w:p>
    <w:p>
      <w:pPr>
        <w:pStyle w:val="BodyText"/>
      </w:pPr>
      <w:r>
        <w:rPr/>
        <w:t>Y allí estaba. Fragmentaria, rota por la estática, pero inconfundible:</w:t>
      </w:r>
    </w:p>
    <w:p>
      <w:pPr>
        <w:pStyle w:val="BodyText"/>
      </w:pPr>
      <w:r>
        <w:rPr/>
        <w:t>When the light begins to fade, I still can feel your trace…</w:t>
      </w:r>
    </w:p>
    <w:p>
      <w:pPr>
        <w:pStyle w:val="BodyText"/>
      </w:pPr>
      <w:r>
        <w:rPr/>
        <w:t>Mar se quitó los auriculares. Las manos le temblaban.</w:t>
      </w:r>
    </w:p>
    <w:p>
      <w:pPr>
        <w:pStyle w:val="BodyText"/>
      </w:pPr>
      <w:r>
        <w:rPr/>
        <w:t>No era una canción de despedida. Era una transmisión.</w:t>
      </w:r>
    </w:p>
    <w:p>
      <w:pPr>
        <w:pStyle w:val="BodyText"/>
      </w:pPr>
      <w:r>
        <w:rPr/>
        <w:t>A partir de esa noche dejó de ir a los clubes. El estruendo del techno</w:t>
      </w:r>
      <w:r>
        <w:rPr/>
        <w:t xml:space="preserve"> </w:t>
      </w:r>
      <w:r>
        <w:rPr/>
        <w:t>le sonaba burdo, superficial. Como si hubiera desarrollado un nuevo modo</w:t>
      </w:r>
      <w:r>
        <w:rPr/>
        <w:t xml:space="preserve"> </w:t>
      </w:r>
      <w:r>
        <w:rPr/>
        <w:t>de escuchar que arrancaba capas invisibles del tejido del sonido.</w:t>
      </w:r>
    </w:p>
    <w:p>
      <w:pPr>
        <w:pStyle w:val="BodyText"/>
      </w:pPr>
      <w:r>
        <w:rPr/>
        <w:t>Comenzó a caminar sin destino, buscando frecuencias intermedias. Berlín</w:t>
      </w:r>
      <w:r>
        <w:rPr/>
        <w:t xml:space="preserve"> </w:t>
      </w:r>
      <w:r>
        <w:rPr/>
        <w:t>se convirtió en su laboratorio.</w:t>
      </w:r>
    </w:p>
    <w:p>
      <w:pPr>
        <w:pStyle w:val="BodyText"/>
      </w:pPr>
      <w:r>
        <w:rPr/>
        <w:t>Una tarde de sol oblicuo se detuvo en la estación de Warschauer Straße.</w:t>
      </w:r>
      <w:r>
        <w:rPr/>
        <w:t xml:space="preserve"> </w:t>
      </w:r>
      <w:r>
        <w:rPr/>
        <w:t>El chirrido de un S-Bahn al frenar no era solo un chirrido. Dentro de él</w:t>
      </w:r>
      <w:r>
        <w:rPr/>
        <w:t xml:space="preserve"> </w:t>
      </w:r>
      <w:r>
        <w:rPr/>
        <w:t>había una nota sostenida —un Do sostenido, calculó— que vibraba</w:t>
      </w:r>
      <w:r>
        <w:rPr/>
        <w:t xml:space="preserve"> </w:t>
      </w:r>
      <w:r>
        <w:rPr/>
        <w:t>mucho después de que el tren se alejara. Veintitrés segundos. Los contó</w:t>
      </w:r>
      <w:r>
        <w:rPr/>
        <w:t xml:space="preserve"> </w:t>
      </w:r>
      <w:r>
        <w:rPr/>
        <w:t>mentalmente mientras la resonancia se disolvía en el cemento y el acero.</w:t>
      </w:r>
    </w:p>
    <w:p>
      <w:pPr>
        <w:pStyle w:val="BodyText"/>
      </w:pPr>
      <w:r>
        <w:rPr/>
        <w:t>Sacó una libreta y anotó: «Warschauer, 15:47. Resonancia sostenida en</w:t>
      </w:r>
      <w:r>
        <w:rPr/>
        <w:t xml:space="preserve"> </w:t>
      </w:r>
      <w:r>
        <w:rPr/>
        <w:t>DO#. Duración: 23 s. Decay exponencial. Posible armónico de la</w:t>
      </w:r>
      <w:r>
        <w:rPr/>
        <w:t xml:space="preserve"> </w:t>
      </w:r>
      <w:r>
        <w:rPr/>
        <w:t>estructura metálica».</w:t>
      </w:r>
    </w:p>
    <w:p>
      <w:pPr>
        <w:pStyle w:val="BodyText"/>
      </w:pPr>
      <w:r>
        <w:rPr/>
        <w:t>No sabía por qué documentaba eso. Solo sentía que formaba parte de un</w:t>
      </w:r>
      <w:r>
        <w:rPr/>
        <w:t xml:space="preserve"> </w:t>
      </w:r>
      <w:r>
        <w:rPr/>
        <w:t>patrón mayor.</w:t>
      </w:r>
    </w:p>
    <w:p>
      <w:pPr>
        <w:pStyle w:val="BodyText"/>
      </w:pPr>
      <w:r>
        <w:rPr/>
        <w:t>En el andén, rodeada de viajeros que miraban sus móviles con la</w:t>
      </w:r>
      <w:r>
        <w:rPr/>
        <w:t xml:space="preserve"> </w:t>
      </w:r>
      <w:r>
        <w:rPr/>
        <w:t>desconexión ritual de quien espera, Mar cerró los ojos y escuchó. El</w:t>
      </w:r>
      <w:r>
        <w:rPr/>
        <w:t xml:space="preserve"> </w:t>
      </w:r>
      <w:r>
        <w:rPr/>
        <w:t>murmullo de conversaciones lejanas, el zumbido eléctrico de los cables</w:t>
      </w:r>
      <w:r>
        <w:rPr/>
        <w:t xml:space="preserve"> </w:t>
      </w:r>
      <w:r>
        <w:rPr/>
        <w:t>aéreos, el viento colándose entre las columnas: todo se organizaba en</w:t>
      </w:r>
      <w:r>
        <w:rPr/>
        <w:t xml:space="preserve"> </w:t>
      </w:r>
      <w:r>
        <w:rPr/>
        <w:t>armonías que reconocía sin entender.</w:t>
      </w:r>
    </w:p>
    <w:p>
      <w:pPr>
        <w:pStyle w:val="BodyText"/>
      </w:pPr>
      <w:r>
        <w:rPr/>
        <w:t>El mundo tenía una partitura oculta. Y ella estaba aprendiendo a leerla.</w:t>
      </w:r>
    </w:p>
    <w:p>
      <w:pPr>
        <w:pStyle w:val="BodyText"/>
      </w:pPr>
      <w:r>
        <w:rPr/>
        <w:t>Cansada, se refugió en el Çay Bahçesi, la pequeña cafetería turca de</w:t>
      </w:r>
      <w:r>
        <w:rPr/>
        <w:t xml:space="preserve"> </w:t>
      </w:r>
      <w:r>
        <w:rPr/>
        <w:t>Kottbusser Tor. Mehmet, el dueño, la saludó con su habitual mezcla de</w:t>
      </w:r>
      <w:r>
        <w:rPr/>
        <w:t xml:space="preserve"> </w:t>
      </w:r>
      <w:r>
        <w:rPr/>
        <w:t>fastidio y ternura.</w:t>
      </w:r>
    </w:p>
    <w:p>
      <w:pPr>
        <w:pStyle w:val="BodyText"/>
      </w:pPr>
      <w:r>
        <w:rPr/>
        <w:t>—Ah, Ses Kadını —la mujer del sonido—. Otra vez con esa cara de</w:t>
      </w:r>
      <w:r>
        <w:rPr/>
        <w:t xml:space="preserve"> </w:t>
      </w:r>
      <w:r>
        <w:rPr/>
        <w:t>quien escucha fantasmas.</w:t>
      </w:r>
    </w:p>
    <w:p>
      <w:pPr>
        <w:pStyle w:val="BodyText"/>
      </w:pPr>
      <w:r>
        <w:rPr/>
        <w:t>—No son fantasmas —respondió ella, dejándose caer en la silla junto</w:t>
      </w:r>
      <w:r>
        <w:rPr/>
        <w:t xml:space="preserve"> </w:t>
      </w:r>
      <w:r>
        <w:rPr/>
        <w:t>a la ventana—. Son patrones.</w:t>
      </w:r>
    </w:p>
    <w:p>
      <w:pPr>
        <w:pStyle w:val="BodyText"/>
      </w:pPr>
      <w:r>
        <w:rPr/>
        <w:t>Mehmet sirvió un té tan dulce que rozaba lo medicinal y se apoyó en la</w:t>
      </w:r>
      <w:r>
        <w:rPr/>
        <w:t xml:space="preserve"> </w:t>
      </w:r>
      <w:r>
        <w:rPr/>
        <w:t>barra, observándola con esa mirada de quien ha visto demasiado mundo</w:t>
      </w:r>
      <w:r>
        <w:rPr/>
        <w:t xml:space="preserve"> </w:t>
      </w:r>
      <w:r>
        <w:rPr/>
        <w:t>como para sorprenderse.</w:t>
      </w:r>
    </w:p>
    <w:p>
      <w:pPr>
        <w:pStyle w:val="BodyText"/>
      </w:pPr>
      <w:r>
        <w:rPr/>
        <w:t>—En mi pueblo, en Anatolia, decían que escuchar demasiado te hace</w:t>
      </w:r>
      <w:r>
        <w:rPr/>
        <w:t xml:space="preserve"> </w:t>
      </w:r>
      <w:r>
        <w:rPr/>
        <w:t>olvidar cómo hablar. ¿Cuándo fue la última vez que hablaste con alguien</w:t>
      </w:r>
      <w:r>
        <w:rPr/>
        <w:t xml:space="preserve"> </w:t>
      </w:r>
      <w:r>
        <w:rPr/>
        <w:t>que no fuera un fantasma?</w:t>
      </w:r>
    </w:p>
    <w:p>
      <w:pPr>
        <w:pStyle w:val="BodyText"/>
      </w:pPr>
      <w:r>
        <w:rPr/>
        <w:t>Mar sonrió sin ganas. La pregunta se quedó flotando entre ellos, un</w:t>
      </w:r>
      <w:r>
        <w:rPr/>
        <w:t xml:space="preserve"> </w:t>
      </w:r>
      <w:r>
        <w:rPr/>
        <w:t>puente inesperado entre su búsqueda y las historias que el Eco podría</w:t>
      </w:r>
      <w:r>
        <w:rPr/>
        <w:t xml:space="preserve"> </w:t>
      </w:r>
      <w:r>
        <w:rPr/>
        <w:t>susurrar.</w:t>
      </w:r>
    </w:p>
    <w:p>
      <w:pPr>
        <w:pStyle w:val="BodyText"/>
      </w:pPr>
      <w:r>
        <w:rPr/>
        <w:t>—Hoy —mintió.</w:t>
      </w:r>
    </w:p>
    <w:p>
      <w:pPr>
        <w:pStyle w:val="BodyText"/>
      </w:pPr>
      <w:r>
        <w:rPr/>
        <w:t>Mehmet asintió como si no le creyera, pero no insistió. Regresó a</w:t>
      </w:r>
      <w:r>
        <w:rPr/>
        <w:t xml:space="preserve"> </w:t>
      </w:r>
      <w:r>
        <w:rPr/>
        <w:t>limpiar vasos con la parsimonia de quien sabe que ciertas respuestas</w:t>
      </w:r>
      <w:r>
        <w:rPr/>
        <w:t xml:space="preserve"> </w:t>
      </w:r>
      <w:r>
        <w:rPr/>
        <w:t>solo se encuentran en silencio.</w:t>
      </w:r>
    </w:p>
    <w:p>
      <w:pPr>
        <w:pStyle w:val="BodyText"/>
      </w:pPr>
      <w:r>
        <w:rPr/>
        <w:t>Desde la mesa, Mar observó el tráfico que cruzaba la Kottbusser Straße:</w:t>
      </w:r>
      <w:r>
        <w:rPr/>
        <w:t xml:space="preserve"> </w:t>
      </w:r>
      <w:r>
        <w:rPr/>
        <w:t>los coches, las bicicletas, las voces que se solapaban en frecuencias</w:t>
      </w:r>
      <w:r>
        <w:rPr/>
        <w:t xml:space="preserve"> </w:t>
      </w:r>
      <w:r>
        <w:rPr/>
        <w:t>dispares. Todo formaba parte de una misma composición.</w:t>
      </w:r>
    </w:p>
    <w:p>
      <w:pPr>
        <w:pStyle w:val="BodyText"/>
      </w:pPr>
      <w:r>
        <w:rPr/>
        <w:t>El té le calentó las manos. Por un instante —solo un instante— se</w:t>
      </w:r>
      <w:r>
        <w:rPr/>
        <w:t xml:space="preserve"> </w:t>
      </w:r>
      <w:r>
        <w:rPr/>
        <w:t>sintió en paz dentro de su rareza.</w:t>
      </w:r>
    </w:p>
    <w:p>
      <w:pPr>
        <w:pStyle w:val="BodyText"/>
      </w:pPr>
      <w:r>
        <w:rPr/>
        <w:t>Aquella noche, de vuelta en el ático, conectó su equipo profesional y</w:t>
      </w:r>
      <w:r>
        <w:rPr/>
        <w:t xml:space="preserve"> </w:t>
      </w:r>
      <w:r>
        <w:rPr/>
        <w:t>empezó a diseccionar Fading Away con la meticulosidad de quien desarma</w:t>
      </w:r>
      <w:r>
        <w:rPr/>
        <w:t xml:space="preserve"> </w:t>
      </w:r>
      <w:r>
        <w:rPr/>
        <w:t>un artefacto explosivo.</w:t>
      </w:r>
    </w:p>
    <w:p>
      <w:pPr>
        <w:pStyle w:val="BodyText"/>
      </w:pPr>
      <w:r>
        <w:rPr/>
        <w:t>Aisló cada canal. El bajo pulsaba a 122 BPM, un corazón enfermo que</w:t>
      </w:r>
      <w:r>
        <w:rPr/>
        <w:t xml:space="preserve"> </w:t>
      </w:r>
      <w:r>
        <w:rPr/>
        <w:t>arrastraba el tempo. Los pads flotaban en segundo plano, tejiendo niebla</w:t>
      </w:r>
      <w:r>
        <w:rPr/>
        <w:t xml:space="preserve"> </w:t>
      </w:r>
      <w:r>
        <w:rPr/>
        <w:t>entre los silencios. Los hi-hats cortaban el aire con precisión</w:t>
      </w:r>
      <w:r>
        <w:rPr/>
        <w:t xml:space="preserve"> </w:t>
      </w:r>
      <w:r>
        <w:rPr/>
        <w:t>quirúrgica.</w:t>
      </w:r>
    </w:p>
    <w:p>
      <w:pPr>
        <w:pStyle w:val="BodyText"/>
      </w:pPr>
      <w:r>
        <w:rPr/>
        <w:t>Pero había algo más.</w:t>
      </w:r>
    </w:p>
    <w:p>
      <w:pPr>
        <w:pStyle w:val="BodyText"/>
      </w:pPr>
      <w:r>
        <w:rPr/>
        <w:t>Un tono subyacente que no correspondía con ningún instrumento. Demasiado</w:t>
      </w:r>
      <w:r>
        <w:rPr/>
        <w:t xml:space="preserve"> </w:t>
      </w:r>
      <w:r>
        <w:rPr/>
        <w:t>constante para ser aleatorio, demasiado orgánico para ser sintético. Una</w:t>
      </w:r>
      <w:r>
        <w:rPr/>
        <w:t xml:space="preserve"> </w:t>
      </w:r>
      <w:r>
        <w:rPr/>
        <w:t>señal subarmónica a 18 Hz —justo bajo el umbral de percepción</w:t>
      </w:r>
      <w:r>
        <w:rPr/>
        <w:t xml:space="preserve"> </w:t>
      </w:r>
      <w:r>
        <w:rPr/>
        <w:t>consciente— que resonaba con la frecuencia cardíaca promedio humana.</w:t>
      </w:r>
    </w:p>
    <w:p>
      <w:pPr>
        <w:pStyle w:val="BodyText"/>
      </w:pPr>
      <w:r>
        <w:rPr/>
        <w:t>Mar pausó la reproducción. El cursor parpadeaba en la pantalla,</w:t>
      </w:r>
      <w:r>
        <w:rPr/>
        <w:t xml:space="preserve"> </w:t>
      </w:r>
      <w:r>
        <w:rPr/>
        <w:t>impasible.</w:t>
      </w:r>
    </w:p>
    <w:p>
      <w:pPr>
        <w:pStyle w:val="BodyText"/>
      </w:pPr>
      <w:r>
        <w:rPr/>
        <w:t>No lo podía oír directamente, pero su cuerpo reaccionaba. Le temblaban</w:t>
      </w:r>
      <w:r>
        <w:rPr/>
        <w:t xml:space="preserve"> </w:t>
      </w:r>
      <w:r>
        <w:rPr/>
        <w:t>las falanges cuando esa onda entraba en juego. Un cosquilleo en el</w:t>
      </w:r>
      <w:r>
        <w:rPr/>
        <w:t xml:space="preserve"> </w:t>
      </w:r>
      <w:r>
        <w:rPr/>
        <w:t>esternón. Una presión leve en las sienes.</w:t>
      </w:r>
    </w:p>
    <w:p>
      <w:pPr>
        <w:pStyle w:val="BodyText"/>
      </w:pPr>
      <w:r>
        <w:rPr/>
        <w:t>Aplicó un espectrograma de alta resolución. La forma de onda no se</w:t>
      </w:r>
      <w:r>
        <w:rPr/>
        <w:t xml:space="preserve"> </w:t>
      </w:r>
      <w:r>
        <w:rPr/>
        <w:t>correspondía con ningún patrón conocido de su biblioteca de sintes. No</w:t>
      </w:r>
      <w:r>
        <w:rPr/>
        <w:t xml:space="preserve"> </w:t>
      </w:r>
      <w:r>
        <w:rPr/>
        <w:t>era ruido rosa, ni distorsión armónica, ni modulación FM.</w:t>
      </w:r>
    </w:p>
    <w:p>
      <w:pPr>
        <w:pStyle w:val="BodyText"/>
      </w:pPr>
      <w:r>
        <w:rPr/>
        <w:t>Era una firma acústica única. Casi viva.</w:t>
      </w:r>
    </w:p>
    <w:p>
      <w:pPr>
        <w:pStyle w:val="BodyText"/>
      </w:pPr>
      <w:r>
        <w:rPr/>
        <w:t>Había leído sobre mensajes ocultos en infrasonido. La CIA experimentó</w:t>
      </w:r>
      <w:r>
        <w:rPr/>
        <w:t xml:space="preserve"> </w:t>
      </w:r>
      <w:r>
        <w:rPr/>
        <w:t>con ello en los sesenta: frecuencias subsónicas para inducir ansiedad o</w:t>
      </w:r>
      <w:r>
        <w:rPr/>
        <w:t xml:space="preserve"> </w:t>
      </w:r>
      <w:r>
        <w:rPr/>
        <w:t>euforia sin que el sujeto fuera consciente de la fuente. Pero esto era</w:t>
      </w:r>
      <w:r>
        <w:rPr/>
        <w:t xml:space="preserve"> </w:t>
      </w:r>
      <w:r>
        <w:rPr/>
        <w:t>distinto.</w:t>
      </w:r>
    </w:p>
    <w:p>
      <w:pPr>
        <w:pStyle w:val="BodyText"/>
      </w:pPr>
      <w:r>
        <w:rPr/>
        <w:t>No era propaganda subliminal.</w:t>
      </w:r>
    </w:p>
    <w:p>
      <w:pPr>
        <w:pStyle w:val="BodyText"/>
      </w:pPr>
      <w:r>
        <w:rPr/>
        <w:t>Era una firma biométrica.</w:t>
      </w:r>
    </w:p>
    <w:p>
      <w:pPr>
        <w:pStyle w:val="BodyText"/>
      </w:pPr>
      <w:r>
        <w:rPr/>
        <w:t>Como si Adrián hubiera grabado su voz en frecuencias que solo ciertos</w:t>
      </w:r>
      <w:r>
        <w:rPr/>
        <w:t xml:space="preserve"> </w:t>
      </w:r>
      <w:r>
        <w:rPr/>
        <w:t>sistemas nerviosos podían decodificar.</w:t>
      </w:r>
    </w:p>
    <w:p>
      <w:pPr>
        <w:pStyle w:val="BodyText"/>
      </w:pPr>
      <w:r>
        <w:rPr/>
        <w:t>Durante las noches siguientes empezó a soñar con estudios que nunca</w:t>
      </w:r>
      <w:r>
        <w:rPr/>
        <w:t xml:space="preserve"> </w:t>
      </w:r>
      <w:r>
        <w:rPr/>
        <w:t>había visitado: un espacio de techo bajo, paredes forradas de espuma</w:t>
      </w:r>
      <w:r>
        <w:rPr/>
        <w:t xml:space="preserve"> </w:t>
      </w:r>
      <w:r>
        <w:rPr/>
        <w:t>piramidal negra, una mesa Neve con controles que no correspondían a</w:t>
      </w:r>
      <w:r>
        <w:rPr/>
        <w:t xml:space="preserve"> </w:t>
      </w:r>
      <w:r>
        <w:rPr/>
        <w:t>ningún modelo real. Y siempre, en el monitor fantasma, una forma de onda</w:t>
      </w:r>
      <w:r>
        <w:rPr/>
        <w:t xml:space="preserve"> </w:t>
      </w:r>
      <w:r>
        <w:rPr/>
        <w:t>que respiraba.</w:t>
      </w:r>
    </w:p>
    <w:p>
      <w:pPr>
        <w:pStyle w:val="BodyText"/>
      </w:pPr>
      <w:r>
        <w:rPr/>
        <w:t>Soñaba también con melodías que podía silbar al despertar pero no</w:t>
      </w:r>
      <w:r>
        <w:rPr/>
        <w:t xml:space="preserve"> </w:t>
      </w:r>
      <w:r>
        <w:rPr/>
        <w:t>reproducir en ningún instrumento. Un algoritmo invisible parecía</w:t>
      </w:r>
      <w:r>
        <w:rPr/>
        <w:t xml:space="preserve"> </w:t>
      </w:r>
      <w:r>
        <w:rPr/>
        <w:t>observarla desde las sombras del espectro, acechando en los márgenes de</w:t>
      </w:r>
      <w:r>
        <w:rPr/>
        <w:t xml:space="preserve"> </w:t>
      </w:r>
      <w:r>
        <w:rPr/>
        <w:t>su percepción.</w:t>
      </w:r>
    </w:p>
    <w:p>
      <w:pPr>
        <w:pStyle w:val="BodyText"/>
      </w:pPr>
      <w:r>
        <w:rPr/>
        <w:t>Y siempre, en el centro de esos sueños, fragmentos de la letra que se</w:t>
      </w:r>
      <w:r>
        <w:rPr/>
        <w:t xml:space="preserve"> </w:t>
      </w:r>
      <w:r>
        <w:rPr/>
        <w:t>desvanecían al intentar recordarlos:</w:t>
      </w:r>
    </w:p>
    <w:p>
      <w:pPr>
        <w:pStyle w:val="BodyText"/>
      </w:pPr>
      <w:r>
        <w:rPr/>
        <w:t>…between the beats, your light defines the rhythm of the unknown…</w:t>
      </w:r>
    </w:p>
    <w:p>
      <w:pPr>
        <w:pStyle w:val="BodyText"/>
      </w:pPr>
      <w:r>
        <w:rPr/>
        <w:t>Una madrugada, exhausta después de seis horas seguidas frente a los</w:t>
      </w:r>
      <w:r>
        <w:rPr/>
        <w:t xml:space="preserve"> </w:t>
      </w:r>
      <w:r>
        <w:rPr/>
        <w:t>monitores, decidió aplicar un último filtro. Aisló completamente las</w:t>
      </w:r>
      <w:r>
        <w:rPr/>
        <w:t xml:space="preserve"> </w:t>
      </w:r>
      <w:r>
        <w:rPr/>
        <w:t>frecuencias entre 35 y 65 Hz, eliminó todo lo demás —la melodía, el</w:t>
      </w:r>
      <w:r>
        <w:rPr/>
        <w:t xml:space="preserve"> </w:t>
      </w:r>
      <w:r>
        <w:rPr/>
        <w:t>ritmo, los efectos— y amplificó solo esa banda espectral.</w:t>
      </w:r>
    </w:p>
    <w:p>
      <w:pPr>
        <w:pStyle w:val="BodyText"/>
      </w:pPr>
      <w:r>
        <w:rPr/>
        <w:t>Pulsó play.</w:t>
      </w:r>
    </w:p>
    <w:p>
      <w:pPr>
        <w:pStyle w:val="BodyText"/>
      </w:pPr>
      <w:r>
        <w:rPr/>
        <w:t>Lo que escuchó no era música.</w:t>
      </w:r>
    </w:p>
    <w:p>
      <w:pPr>
        <w:pStyle w:val="BodyText"/>
      </w:pPr>
      <w:r>
        <w:rPr/>
        <w:t>Era una voz.</w:t>
      </w:r>
    </w:p>
    <w:p>
      <w:pPr>
        <w:pStyle w:val="BodyText"/>
      </w:pPr>
      <w:r>
        <w:rPr/>
        <w:t>La voz de Adrián, susurrando desde el otro lado de un velo acústico:</w:t>
      </w:r>
    </w:p>
    <w:p>
      <w:pPr>
        <w:pStyle w:val="BodyText"/>
      </w:pPr>
      <w:r>
        <w:rPr/>
        <w:t>Voices from the afterglow, calling through the waves below. I can hear</w:t>
      </w:r>
      <w:r>
        <w:rPr/>
        <w:t xml:space="preserve"> </w:t>
      </w:r>
      <w:r>
        <w:rPr/>
        <w:t>you in the undertow, where the lost hearts go…</w:t>
      </w:r>
    </w:p>
    <w:p>
      <w:pPr>
        <w:pStyle w:val="BodyText"/>
      </w:pPr>
      <w:r>
        <w:rPr/>
        <w:t>Mar sintió que algo se desplazaba en su pecho. No era miedo. Era</w:t>
      </w:r>
      <w:r>
        <w:rPr/>
        <w:t xml:space="preserve"> </w:t>
      </w:r>
      <w:r>
        <w:rPr/>
        <w:t>reconocimiento.</w:t>
      </w:r>
    </w:p>
    <w:p>
      <w:pPr>
        <w:pStyle w:val="BodyText"/>
      </w:pPr>
      <w:r>
        <w:rPr/>
        <w:t>Continuó escuchando, inmóvil, mientras la letra emergía palabra a</w:t>
      </w:r>
      <w:r>
        <w:rPr/>
        <w:t xml:space="preserve"> </w:t>
      </w:r>
      <w:r>
        <w:rPr/>
        <w:t>palabra del ruido:</w:t>
      </w:r>
    </w:p>
    <w:p>
      <w:pPr>
        <w:pStyle w:val="BodyText"/>
      </w:pPr>
      <w:r>
        <w:rPr/>
        <w:t>Time dissolves, and space aligns, the soul recalls its home. Between the</w:t>
      </w:r>
      <w:r>
        <w:rPr/>
        <w:t xml:space="preserve"> </w:t>
      </w:r>
      <w:r>
        <w:rPr/>
        <w:t>beats, your light defines the rhythm of the unknown.</w:t>
      </w:r>
    </w:p>
    <w:p>
      <w:pPr>
        <w:pStyle w:val="BodyText"/>
      </w:pPr>
      <w:r>
        <w:rPr/>
        <w:t>Aquella letra lo cambiaba todo. No hablaba de morir. Hablaba de resonar.</w:t>
      </w:r>
      <w:r>
        <w:rPr/>
        <w:t xml:space="preserve"> </w:t>
      </w:r>
      <w:r>
        <w:rPr/>
        <w:t>De convertirse en onda, en vibración pura que atravesaba el tiempo y el</w:t>
      </w:r>
      <w:r>
        <w:rPr/>
        <w:t xml:space="preserve"> </w:t>
      </w:r>
      <w:r>
        <w:rPr/>
        <w:t>espacio.</w:t>
      </w:r>
    </w:p>
    <w:p>
      <w:pPr>
        <w:pStyle w:val="BodyText"/>
      </w:pPr>
      <w:r>
        <w:rPr/>
        <w:t>Adrián no se había ido. Se había dispersado.</w:t>
      </w:r>
    </w:p>
    <w:p>
      <w:pPr>
        <w:pStyle w:val="BodyText"/>
      </w:pPr>
      <w:r>
        <w:rPr/>
        <w:t>Y la canción era el mapa para encontrarlo.</w:t>
      </w:r>
    </w:p>
    <w:p>
      <w:pPr>
        <w:pStyle w:val="BodyText"/>
      </w:pPr>
      <w:r>
        <w:rPr/>
        <w:t>Mar apagó los monitores cuando la primera luz del alba tiñó de gris el</w:t>
      </w:r>
      <w:r>
        <w:rPr/>
        <w:t xml:space="preserve"> </w:t>
      </w:r>
      <w:r>
        <w:rPr/>
        <w:t>Spree. Se quedó en silencio, escuchando el rumor de la ciudad que</w:t>
      </w:r>
      <w:r>
        <w:rPr/>
        <w:t xml:space="preserve"> </w:t>
      </w:r>
      <w:r>
        <w:rPr/>
        <w:t>despertaba.</w:t>
      </w:r>
    </w:p>
    <w:p>
      <w:pPr>
        <w:pStyle w:val="BodyText"/>
      </w:pPr>
      <w:r>
        <w:rPr/>
        <w:t>Y comprendió.</w:t>
      </w:r>
    </w:p>
    <w:p>
      <w:pPr>
        <w:pStyle w:val="BodyText"/>
      </w:pPr>
      <w:r>
        <w:rPr/>
        <w:t>La canción no había sido creada solo para ser escuchada. Había sido</w:t>
      </w:r>
      <w:r>
        <w:rPr/>
        <w:t xml:space="preserve"> </w:t>
      </w:r>
      <w:r>
        <w:rPr/>
        <w:t>diseñada para activarse. Como si esperara la onda precisa de un oído</w:t>
      </w:r>
      <w:r>
        <w:rPr/>
        <w:t xml:space="preserve"> </w:t>
      </w:r>
      <w:r>
        <w:rPr/>
        <w:t>capaz de reconocerla.</w:t>
      </w:r>
    </w:p>
    <w:p>
      <w:pPr>
        <w:pStyle w:val="BodyText"/>
      </w:pPr>
      <w:r>
        <w:rPr/>
        <w:t>Y ese oído era el suyo.</w:t>
      </w:r>
    </w:p>
    <w:p>
      <w:pPr>
        <w:pStyle w:val="BodyText"/>
      </w:pPr>
      <w:r>
        <w:rPr/>
        <w:t>La revelación le subió por la columna como un glissando de graves:</w:t>
      </w:r>
      <w:r>
        <w:rPr/>
        <w:t xml:space="preserve"> </w:t>
      </w:r>
      <w:r>
        <w:rPr/>
        <w:t>terror y exaltación fundiéndose en una sola frecuencia.</w:t>
      </w:r>
    </w:p>
    <w:p>
      <w:pPr>
        <w:pStyle w:val="BodyText"/>
      </w:pPr>
      <w:r>
        <w:rPr/>
        <w:t>El miedo a desatar algo desconocido.</w:t>
      </w:r>
    </w:p>
    <w:p>
      <w:pPr>
        <w:pStyle w:val="BodyText"/>
      </w:pPr>
      <w:r>
        <w:rPr/>
        <w:t>La certeza de haber encontrado una puerta.</w:t>
      </w:r>
    </w:p>
    <w:p>
      <w:pPr>
        <w:pStyle w:val="BodyText"/>
      </w:pPr>
      <w:r>
        <w:rPr/>
        <w:t>Se acercó a la ventana. Berlín seguía rugiendo allá abajo, pero ahora</w:t>
      </w:r>
      <w:r>
        <w:rPr/>
        <w:t xml:space="preserve"> </w:t>
      </w:r>
      <w:r>
        <w:rPr/>
        <w:t>podía distinguir su pulso oculto: un latido grave bajo el ruido de los</w:t>
      </w:r>
      <w:r>
        <w:rPr/>
        <w:t xml:space="preserve"> </w:t>
      </w:r>
      <w:r>
        <w:rPr/>
        <w:t>trenes, una nota que unía los pasos de los desconocidos en una sola</w:t>
      </w:r>
      <w:r>
        <w:rPr/>
        <w:t xml:space="preserve"> </w:t>
      </w:r>
      <w:r>
        <w:rPr/>
        <w:t>corriente.</w:t>
      </w:r>
    </w:p>
    <w:p>
      <w:pPr>
        <w:pStyle w:val="BodyText"/>
      </w:pPr>
      <w:r>
        <w:rPr/>
        <w:t>Adrián estaba allí. No como un recuerdo, sino como una frecuencia</w:t>
      </w:r>
      <w:r>
        <w:rPr/>
        <w:t xml:space="preserve"> </w:t>
      </w:r>
      <w:r>
        <w:rPr/>
        <w:t>latente que la ciudad repetía sin saberlo.</w:t>
      </w:r>
    </w:p>
    <w:p>
      <w:pPr>
        <w:pStyle w:val="BodyText"/>
      </w:pPr>
      <w:r>
        <w:rPr/>
        <w:t>Mar cerró los ojos y respiró.</w:t>
      </w:r>
    </w:p>
    <w:p>
      <w:pPr>
        <w:pStyle w:val="BodyText"/>
      </w:pPr>
      <w:r>
        <w:rPr/>
        <w:t>Comprendió que la búsqueda acababa de empezar.</w:t>
      </w:r>
    </w:p>
    <w:p>
      <w:pPr>
        <w:pStyle w:val="BodyText"/>
      </w:pPr>
      <w:r>
        <w:rPr/>
        <w:t>Por primera vez desde que escuchó la grabación, el silencio no le</w:t>
      </w:r>
      <w:r>
        <w:rPr/>
        <w:t xml:space="preserve"> </w:t>
      </w:r>
      <w:r>
        <w:rPr/>
        <w:t>pareció vacío.</w:t>
      </w:r>
    </w:p>
    <w:p>
      <w:pPr>
        <w:pStyle w:val="BodyText"/>
      </w:pPr>
      <w:r>
        <w:rPr/>
        <w:t>Le pareció una forma distinta de escucha.</w:t>
      </w:r>
    </w:p>
    <w:p>
      <w:pPr>
        <w:pStyle w:val="BodyText"/>
      </w:pPr>
      <w:r>
        <w:rPr/>
        <w:t>***</w:t>
      </w:r>
    </w:p>
    <w:p>
      <w:pPr>
        <w:pStyle w:val="Heading1"/>
      </w:pPr>
      <w:r>
        <w:rPr/>
        <w:t>CAPÍTULO 5. EL ECO EN TRESOR</w:t>
      </w:r>
    </w:p>
    <w:p>
      <w:pPr/>
      <w:r>
        <w:rPr/>
        <w:t>Un recuerdo no es lo que pasó. Es la cicatriz que deja. —Cuaderno sin</w:t>
      </w:r>
      <w:r>
        <w:rPr/>
        <w:t xml:space="preserve"> </w:t>
      </w:r>
      <w:r>
        <w:rPr/>
        <w:t>firmar</w:t>
      </w:r>
    </w:p>
    <w:p>
      <w:pPr>
        <w:pStyle w:val="BodyText"/>
      </w:pPr>
      <w:r>
        <w:rPr/>
        <w:t>Berlín, octubre de 1996 [27 años antes]</w:t>
      </w:r>
    </w:p>
    <w:p>
      <w:pPr>
        <w:pStyle w:val="BodyText"/>
      </w:pPr>
      <w:r>
        <w:rPr/>
        <w:t>Todo había comenzado semanas atrás, cuando la quietud se rompió por</w:t>
      </w:r>
      <w:r>
        <w:rPr/>
        <w:t xml:space="preserve"> </w:t>
      </w:r>
      <w:r>
        <w:rPr/>
        <w:t>primera vez.</w:t>
      </w:r>
    </w:p>
    <w:p>
      <w:pPr>
        <w:pStyle w:val="BodyText"/>
      </w:pPr>
      <w:r>
        <w:rPr/>
        <w:t>Berlín palpitaba esa noche con el pulso subterráneo del techno. Mar se</w:t>
      </w:r>
      <w:r>
        <w:rPr/>
        <w:t xml:space="preserve"> </w:t>
      </w:r>
      <w:r>
        <w:rPr/>
        <w:t>dejaba llevar por la marea humana en la pista de Tresor, ese santuario</w:t>
      </w:r>
      <w:r>
        <w:rPr/>
        <w:t xml:space="preserve"> </w:t>
      </w:r>
      <w:r>
        <w:rPr/>
        <w:t>de hormigón enterrado en Mitte como un secreto sellado bajo tierra. Para</w:t>
      </w:r>
      <w:r>
        <w:rPr/>
        <w:t xml:space="preserve"> </w:t>
      </w:r>
      <w:r>
        <w:rPr/>
        <w:t>los cientos de almas que vibraban a su alrededor, aquello era una</w:t>
      </w:r>
      <w:r>
        <w:rPr/>
        <w:t xml:space="preserve"> </w:t>
      </w:r>
      <w:r>
        <w:rPr/>
        <w:t>fiesta. Para Mar, una frecuencia que buscaba cuerpo.</w:t>
      </w:r>
    </w:p>
    <w:p>
      <w:pPr>
        <w:pStyle w:val="BodyText"/>
      </w:pPr>
      <w:r>
        <w:rPr/>
        <w:t>Cerró los ojos. El bombo sincronizaba corazones a 128 BPM. El bajo</w:t>
      </w:r>
      <w:r>
        <w:rPr/>
        <w:t xml:space="preserve"> </w:t>
      </w:r>
      <w:r>
        <w:rPr/>
        <w:t>—analógico, probablemente un TB-303 con la resonancia al máximo—</w:t>
      </w:r>
      <w:r>
        <w:rPr/>
        <w:t xml:space="preserve"> </w:t>
      </w:r>
      <w:r>
        <w:rPr/>
        <w:t>reptaba por debajo del kick. Los hi-hats cortaban el aire espeso como</w:t>
      </w:r>
      <w:r>
        <w:rPr/>
        <w:t xml:space="preserve"> </w:t>
      </w:r>
      <w:r>
        <w:rPr/>
        <w:t>cuchillas de luz.</w:t>
      </w:r>
    </w:p>
    <w:p>
      <w:pPr>
        <w:pStyle w:val="BodyText"/>
      </w:pPr>
      <w:r>
        <w:rPr/>
        <w:t>A su alrededor, cuerpos anónimos se movían como un solo organismo,</w:t>
      </w:r>
      <w:r>
        <w:rPr/>
        <w:t xml:space="preserve"> </w:t>
      </w:r>
      <w:r>
        <w:rPr/>
        <w:t>guiados por la misma vibración.</w:t>
      </w:r>
    </w:p>
    <w:p>
      <w:pPr>
        <w:pStyle w:val="BodyText"/>
      </w:pPr>
      <w:r>
        <w:rPr/>
        <w:t>Pero esa noche algo fue diferente. Una frecuencia fuera del rango</w:t>
      </w:r>
      <w:r>
        <w:rPr/>
        <w:t xml:space="preserve"> </w:t>
      </w:r>
      <w:r>
        <w:rPr/>
        <w:t>audible —demasiado baja, demasiado específica— la recorrió como una</w:t>
      </w:r>
      <w:r>
        <w:rPr/>
        <w:t xml:space="preserve"> </w:t>
      </w:r>
      <w:r>
        <w:rPr/>
        <w:t>descarga. No era un sonido que pudiera oírse. Era una vibración que el</w:t>
      </w:r>
      <w:r>
        <w:rPr/>
        <w:t xml:space="preserve"> </w:t>
      </w:r>
      <w:r>
        <w:rPr/>
        <w:t>cuerpo registraba sin permiso.</w:t>
      </w:r>
    </w:p>
    <w:p>
      <w:pPr>
        <w:pStyle w:val="BodyText"/>
      </w:pPr>
      <w:r>
        <w:rPr/>
        <w:t>Abrió los ojos.</w:t>
      </w:r>
    </w:p>
    <w:p>
      <w:pPr>
        <w:pStyle w:val="BodyText"/>
      </w:pPr>
      <w:r>
        <w:rPr/>
        <w:t>Al otro lado de la pista, a través del humo y los destellos</w:t>
      </w:r>
      <w:r>
        <w:rPr/>
        <w:t xml:space="preserve"> </w:t>
      </w:r>
      <w:r>
        <w:rPr/>
        <w:t>estroboscópicos, su mirada se cruzó con la de un hombre en la cabina del</w:t>
      </w:r>
      <w:r>
        <w:rPr/>
        <w:t xml:space="preserve"> </w:t>
      </w:r>
      <w:r>
        <w:rPr/>
        <w:t>DJ.</w:t>
      </w:r>
    </w:p>
    <w:p>
      <w:pPr>
        <w:pStyle w:val="BodyText"/>
      </w:pPr>
      <w:r>
        <w:rPr/>
        <w:t>El mundo no se detuvo. La música siguió. Los cuerpos siguieron</w:t>
      </w:r>
      <w:r>
        <w:rPr/>
        <w:t xml:space="preserve"> </w:t>
      </w:r>
      <w:r>
        <w:rPr/>
        <w:t>moviéndose.</w:t>
      </w:r>
    </w:p>
    <w:p>
      <w:pPr>
        <w:pStyle w:val="BodyText"/>
      </w:pPr>
      <w:r>
        <w:rPr/>
        <w:t>Pero algo cambió en la frecuencia.</w:t>
      </w:r>
    </w:p>
    <w:p>
      <w:pPr>
        <w:pStyle w:val="BodyText"/>
      </w:pPr>
      <w:r>
        <w:rPr/>
        <w:t>Era como si, de repente, pudiera escuchar no solo lo que él estaba</w:t>
      </w:r>
      <w:r>
        <w:rPr/>
        <w:t xml:space="preserve"> </w:t>
      </w:r>
      <w:r>
        <w:rPr/>
        <w:t>mezclando, sino por qué. La intención detrás de cada transición. La</w:t>
      </w:r>
      <w:r>
        <w:rPr/>
        <w:t xml:space="preserve"> </w:t>
      </w:r>
      <w:r>
        <w:rPr/>
        <w:t>narrativa emocional que tejía entre los tracks. La forma en que dejaba</w:t>
      </w:r>
      <w:r>
        <w:rPr/>
        <w:t xml:space="preserve"> </w:t>
      </w:r>
      <w:r>
        <w:rPr/>
        <w:t>respirar el filtro antes del drop, cómo construía tensión no con</w:t>
      </w:r>
      <w:r>
        <w:rPr/>
        <w:t xml:space="preserve"> </w:t>
      </w:r>
      <w:r>
        <w:rPr/>
        <w:t>volumen, sino con silencios estratégicos.</w:t>
      </w:r>
    </w:p>
    <w:p>
      <w:pPr>
        <w:pStyle w:val="BodyText"/>
      </w:pPr>
      <w:r>
        <w:rPr/>
        <w:t>Él tampoco apartó la mirada.</w:t>
      </w:r>
    </w:p>
    <w:p>
      <w:pPr>
        <w:pStyle w:val="BodyText"/>
      </w:pPr>
      <w:r>
        <w:rPr/>
        <w:t>Y en ese instante, Mar supo que él también la escuchaba. No sus</w:t>
      </w:r>
      <w:r>
        <w:rPr/>
        <w:t xml:space="preserve"> </w:t>
      </w:r>
      <w:r>
        <w:rPr/>
        <w:t>pensamientos. Su vibración.</w:t>
      </w:r>
    </w:p>
    <w:p>
      <w:pPr>
        <w:pStyle w:val="BodyText"/>
      </w:pPr>
      <w:r>
        <w:rPr/>
        <w:t>Cincuenta metros y una frecuencia invisible entre ambos.</w:t>
      </w:r>
    </w:p>
    <w:p>
      <w:pPr>
        <w:pStyle w:val="BodyText"/>
      </w:pPr>
      <w:r>
        <w:rPr/>
        <w:t>Luego el momento se rompió. Alguien se interpuso. Una luz la cegó.</w:t>
      </w:r>
      <w:r>
        <w:rPr/>
        <w:t xml:space="preserve"> </w:t>
      </w:r>
      <w:r>
        <w:rPr/>
        <w:t>Cuando pudo volver a enfocar, él había girado hacia los platos, perdido</w:t>
      </w:r>
      <w:r>
        <w:rPr/>
        <w:t xml:space="preserve"> </w:t>
      </w:r>
      <w:r>
        <w:rPr/>
        <w:t>de nuevo en la mezcla.</w:t>
      </w:r>
    </w:p>
    <w:p>
      <w:pPr>
        <w:pStyle w:val="BodyText"/>
      </w:pPr>
      <w:r>
        <w:rPr/>
        <w:t>El set continuó durante dos horas más. Mar no podía verlo desde su</w:t>
      </w:r>
      <w:r>
        <w:rPr/>
        <w:t xml:space="preserve"> </w:t>
      </w:r>
      <w:r>
        <w:rPr/>
        <w:t>posición en la pista, pero reconocía su firma en cada cambio</w:t>
      </w:r>
      <w:r>
        <w:rPr/>
        <w:t xml:space="preserve"> </w:t>
      </w:r>
      <w:r>
        <w:rPr/>
        <w:t>vibracional. Había algo en su forma de construir el tempo que no era</w:t>
      </w:r>
      <w:r>
        <w:rPr/>
        <w:t xml:space="preserve"> </w:t>
      </w:r>
      <w:r>
        <w:rPr/>
        <w:t>solo técnica. Era arquitectura emocional.</w:t>
      </w:r>
    </w:p>
    <w:p>
      <w:pPr>
        <w:pStyle w:val="BodyText"/>
      </w:pPr>
      <w:r>
        <w:rPr/>
        <w:t>Cuando una transición particularmente compleja fundió tres tracks en uno</w:t>
      </w:r>
      <w:r>
        <w:rPr/>
        <w:t xml:space="preserve"> </w:t>
      </w:r>
      <w:r>
        <w:rPr/>
        <w:t>—un loop de percusión tribal, un pad de cuerdas sintéticas y un vocal</w:t>
      </w:r>
      <w:r>
        <w:rPr/>
        <w:t xml:space="preserve"> </w:t>
      </w:r>
      <w:r>
        <w:rPr/>
        <w:t>filtrado hasta convertirse en puro timbre—, Mar cerró los ojos y se</w:t>
      </w:r>
      <w:r>
        <w:rPr/>
        <w:t xml:space="preserve"> </w:t>
      </w:r>
      <w:r>
        <w:rPr/>
        <w:t>movió en contratiempo. Un compás retrasado. Deliberado.</w:t>
      </w:r>
    </w:p>
    <w:p>
      <w:pPr>
        <w:pStyle w:val="BodyText"/>
      </w:pPr>
      <w:r>
        <w:rPr/>
        <w:t>Una voz a su lado la sobresaltó.</w:t>
      </w:r>
    </w:p>
    <w:p>
      <w:pPr>
        <w:pStyle w:val="BodyText"/>
      </w:pPr>
      <w:r>
        <w:rPr/>
        <w:t>—Solo tú te diste cuenta.</w:t>
      </w:r>
    </w:p>
    <w:p>
      <w:pPr>
        <w:pStyle w:val="BodyText"/>
      </w:pPr>
      <w:r>
        <w:rPr/>
        <w:t>Abrió los ojos. Era él. El DJ había descendido de la cabina.</w:t>
      </w:r>
    </w:p>
    <w:p>
      <w:pPr>
        <w:pStyle w:val="BodyText"/>
      </w:pPr>
      <w:r>
        <w:rPr/>
        <w:t>De cerca era más joven de lo que había imaginado —treinta, quizá</w:t>
      </w:r>
      <w:r>
        <w:rPr/>
        <w:t xml:space="preserve"> </w:t>
      </w:r>
      <w:r>
        <w:rPr/>
        <w:t>treinta y dos—, con el agotamiento particular de quien duerme poco y</w:t>
      </w:r>
      <w:r>
        <w:rPr/>
        <w:t xml:space="preserve"> </w:t>
      </w:r>
      <w:r>
        <w:rPr/>
        <w:t>escucha demasiado. Sus rasgos sugerían una intensidad interior que</w:t>
      </w:r>
      <w:r>
        <w:rPr/>
        <w:t xml:space="preserve"> </w:t>
      </w:r>
      <w:r>
        <w:rPr/>
        <w:t>raramente encontraba descanso. Tenía manos de técnico: precisas, con</w:t>
      </w:r>
      <w:r>
        <w:rPr/>
        <w:t xml:space="preserve"> </w:t>
      </w:r>
      <w:r>
        <w:rPr/>
        <w:t>pequeñas cicatrices en los nudillos de soldar cables y ajustar</w:t>
      </w:r>
      <w:r>
        <w:rPr/>
        <w:t xml:space="preserve"> </w:t>
      </w:r>
      <w:r>
        <w:rPr/>
        <w:t>potenciómetros.</w:t>
      </w:r>
    </w:p>
    <w:p>
      <w:pPr>
        <w:pStyle w:val="BodyText"/>
      </w:pPr>
      <w:r>
        <w:rPr/>
        <w:t>No era guapo en el sentido convencional. Pero había algo en su rostro</w:t>
      </w:r>
      <w:r>
        <w:rPr/>
        <w:t xml:space="preserve"> </w:t>
      </w:r>
      <w:r>
        <w:rPr/>
        <w:t>que hacía difícil apartar la mirada.</w:t>
      </w:r>
    </w:p>
    <w:p>
      <w:pPr>
        <w:pStyle w:val="BodyText"/>
      </w:pPr>
      <w:r>
        <w:rPr/>
        <w:t>—La transición —continuó él—. Nadie más cambió su ritmo. Solo tú.</w:t>
      </w:r>
    </w:p>
    <w:p>
      <w:pPr>
        <w:pStyle w:val="BodyText"/>
      </w:pPr>
      <w:r>
        <w:rPr/>
        <w:t>Mar notó que se detenía a veces, imperceptiblemente, como si necesitara</w:t>
      </w:r>
      <w:r>
        <w:rPr/>
        <w:t xml:space="preserve"> </w:t>
      </w:r>
      <w:r>
        <w:rPr/>
        <w:t>recalibrarse. Una pausa mínima entre un pensamiento y el siguiente. El</w:t>
      </w:r>
      <w:r>
        <w:rPr/>
        <w:t xml:space="preserve"> </w:t>
      </w:r>
      <w:r>
        <w:rPr/>
        <w:t>gesto de alguien que sintoniza constantemente con una frecuencia que</w:t>
      </w:r>
      <w:r>
        <w:rPr/>
        <w:t xml:space="preserve"> </w:t>
      </w:r>
      <w:r>
        <w:rPr/>
        <w:t>otros no perciben.</w:t>
      </w:r>
    </w:p>
    <w:p>
      <w:pPr>
        <w:pStyle w:val="BodyText"/>
      </w:pPr>
      <w:r>
        <w:rPr/>
        <w:t>Ella lo reconocía. El mundo de las frecuencias a veces desincronizaba el</w:t>
      </w:r>
      <w:r>
        <w:rPr/>
        <w:t xml:space="preserve"> </w:t>
      </w:r>
      <w:r>
        <w:rPr/>
        <w:t>mundo de los cuerpos.</w:t>
      </w:r>
    </w:p>
    <w:p>
      <w:pPr>
        <w:pStyle w:val="BodyText"/>
      </w:pPr>
      <w:r>
        <w:rPr/>
        <w:t>Alguien le ofreció una cerveza. Él negó con la cabeza. Solo pidió agua.</w:t>
      </w:r>
    </w:p>
    <w:p>
      <w:pPr>
        <w:pStyle w:val="BodyText"/>
      </w:pPr>
      <w:r>
        <w:rPr/>
        <w:t>También él necesitaba mantener el equilibrio.</w:t>
      </w:r>
    </w:p>
    <w:p>
      <w:pPr>
        <w:pStyle w:val="BodyText"/>
      </w:pPr>
      <w:r>
        <w:rPr/>
        <w:t>No estaba sola.</w:t>
      </w:r>
    </w:p>
    <w:p>
      <w:pPr>
        <w:pStyle w:val="BodyText"/>
      </w:pPr>
      <w:r>
        <w:rPr/>
        <w:t>—¿Quieres salir de aquí? —preguntó de repente—. Hay demasiado</w:t>
      </w:r>
      <w:r>
        <w:rPr/>
        <w:t xml:space="preserve"> </w:t>
      </w:r>
      <w:r>
        <w:rPr/>
        <w:t>ruido para hablar.</w:t>
      </w:r>
    </w:p>
    <w:p>
      <w:pPr>
        <w:pStyle w:val="BodyText"/>
      </w:pPr>
      <w:r>
        <w:rPr/>
        <w:t>Mar lo siguió sin dudarlo.</w:t>
      </w:r>
    </w:p>
    <w:p>
      <w:pPr>
        <w:pStyle w:val="BodyText"/>
      </w:pPr>
      <w:r>
        <w:rPr/>
        <w:t>Las calles húmedas de Berlín, en las primeras horas del amanecer, aún</w:t>
      </w:r>
      <w:r>
        <w:rPr/>
        <w:t xml:space="preserve"> </w:t>
      </w:r>
      <w:r>
        <w:rPr/>
        <w:t>guardaban el olor a lluvia reciente. Un U-Bahn pasó rugiendo sobre el</w:t>
      </w:r>
      <w:r>
        <w:rPr/>
        <w:t xml:space="preserve"> </w:t>
      </w:r>
      <w:r>
        <w:rPr/>
        <w:t>viaducto. Los primeros trabajadores emergían de las estaciones. Una</w:t>
      </w:r>
      <w:r>
        <w:rPr/>
        <w:t xml:space="preserve"> </w:t>
      </w:r>
      <w:r>
        <w:rPr/>
        <w:t>panadería abría sus puertas, liberando el aroma del pan recién horneado.</w:t>
      </w:r>
    </w:p>
    <w:p>
      <w:pPr>
        <w:pStyle w:val="BodyText"/>
      </w:pPr>
      <w:r>
        <w:rPr/>
        <w:t>Lo encontró sentado en la terraza de un café abierto las veinticuatro</w:t>
      </w:r>
      <w:r>
        <w:rPr/>
        <w:t xml:space="preserve"> </w:t>
      </w:r>
      <w:r>
        <w:rPr/>
        <w:t>horas en Friedrichstraße. Miraba el vapor que se alzaba de su taza como</w:t>
      </w:r>
      <w:r>
        <w:rPr/>
        <w:t xml:space="preserve"> </w:t>
      </w:r>
      <w:r>
        <w:rPr/>
        <w:t>si en él se dibujaran formas de onda invisibles.</w:t>
      </w:r>
    </w:p>
    <w:p>
      <w:pPr>
        <w:pStyle w:val="BodyText"/>
      </w:pPr>
      <w:r>
        <w:rPr/>
        <w:t>—Lo que pinchaste ahí dentro —comenzó Mar, acercándose a su mesa—.</w:t>
      </w:r>
      <w:r>
        <w:rPr/>
        <w:t xml:space="preserve"> </w:t>
      </w:r>
      <w:r>
        <w:rPr/>
        <w:t>La última media hora. Había un tono por debajo del bajo. Un Fa sostenido</w:t>
      </w:r>
      <w:r>
        <w:rPr/>
        <w:t xml:space="preserve"> </w:t>
      </w:r>
      <w:r>
        <w:rPr/>
        <w:t>que no estaba en ningún track.</w:t>
      </w:r>
    </w:p>
    <w:p>
      <w:pPr>
        <w:pStyle w:val="BodyText"/>
      </w:pPr>
      <w:r>
        <w:rPr/>
        <w:t>Él levantó la vista. Sus ojos no mostraron sorpresa. Solo un</w:t>
      </w:r>
      <w:r>
        <w:rPr/>
        <w:t xml:space="preserve"> </w:t>
      </w:r>
      <w:r>
        <w:rPr/>
        <w:t>reconocimiento profundo y cansado.</w:t>
      </w:r>
    </w:p>
    <w:p>
      <w:pPr>
        <w:pStyle w:val="BodyText"/>
      </w:pPr>
      <w:r>
        <w:rPr/>
        <w:t>—La mayoría solo oye el bombo —dijo, con una voz más grave de lo que</w:t>
      </w:r>
      <w:r>
        <w:rPr/>
        <w:t xml:space="preserve"> </w:t>
      </w:r>
      <w:r>
        <w:rPr/>
        <w:t>ella había imaginado—. Tú oyes la arquitectura.</w:t>
      </w:r>
    </w:p>
    <w:p>
      <w:pPr>
        <w:pStyle w:val="BodyText"/>
      </w:pPr>
      <w:r>
        <w:rPr/>
        <w:t>Mar se sentó sin esperar invitación.</w:t>
      </w:r>
    </w:p>
    <w:p>
      <w:pPr>
        <w:pStyle w:val="BodyText"/>
      </w:pPr>
      <w:r>
        <w:rPr/>
        <w:t>—No es solo arquitectura. Es memoria. Como si el propio hormigón de</w:t>
      </w:r>
      <w:r>
        <w:rPr/>
        <w:t xml:space="preserve"> </w:t>
      </w:r>
      <w:r>
        <w:rPr/>
        <w:t>Tresor grabara cada frecuencia que ha vibrado dentro de él.</w:t>
      </w:r>
    </w:p>
    <w:p>
      <w:pPr>
        <w:pStyle w:val="BodyText"/>
      </w:pPr>
      <w:r>
        <w:rPr/>
        <w:t>Por primera vez, él sonrió. No era alegría. Era alivio.</w:t>
      </w:r>
    </w:p>
    <w:p>
      <w:pPr>
        <w:pStyle w:val="BodyText"/>
      </w:pPr>
      <w:r>
        <w:rPr/>
        <w:t>—¿Alguna vez has grabado el silencio?</w:t>
      </w:r>
    </w:p>
    <w:p>
      <w:pPr>
        <w:pStyle w:val="BodyText"/>
      </w:pPr>
      <w:r>
        <w:rPr/>
        <w:t>—¿Cómo grabas algo que no existe?</w:t>
      </w:r>
    </w:p>
    <w:p>
      <w:pPr>
        <w:pStyle w:val="BodyText"/>
      </w:pPr>
      <w:r>
        <w:rPr/>
        <w:t>—Precisamente. —Se inclinó hacia delante—. Graba una habitación</w:t>
      </w:r>
      <w:r>
        <w:rPr/>
        <w:t xml:space="preserve"> </w:t>
      </w:r>
      <w:r>
        <w:rPr/>
        <w:t>vacía durante una hora. Luego escucha. No está vacía. Está llena de su</w:t>
      </w:r>
      <w:r>
        <w:rPr/>
        <w:t xml:space="preserve"> </w:t>
      </w:r>
      <w:r>
        <w:rPr/>
        <w:t>propia canción: el zumbido del transformador, el siseo del aire, la</w:t>
      </w:r>
      <w:r>
        <w:rPr/>
        <w:t xml:space="preserve"> </w:t>
      </w:r>
      <w:r>
        <w:rPr/>
        <w:t>resonancia natural del espacio.</w:t>
      </w:r>
    </w:p>
    <w:p>
      <w:pPr>
        <w:pStyle w:val="BodyText"/>
      </w:pPr>
      <w:r>
        <w:rPr/>
        <w:t>Mar sintió un escalofrío.</w:t>
      </w:r>
    </w:p>
    <w:p>
      <w:pPr>
        <w:pStyle w:val="BodyText"/>
      </w:pPr>
      <w:r>
        <w:rPr/>
        <w:t>—Una vez grabé una iglesia abandonada en Soria. A las tres de la</w:t>
      </w:r>
      <w:r>
        <w:rPr/>
        <w:t xml:space="preserve"> </w:t>
      </w:r>
      <w:r>
        <w:rPr/>
        <w:t>madrugada. Sin nadie dentro. —Hizo una pausa—. Cuando reproduje la</w:t>
      </w:r>
      <w:r>
        <w:rPr/>
        <w:t xml:space="preserve"> </w:t>
      </w:r>
      <w:r>
        <w:rPr/>
        <w:t>cinta, podía jurar que escuchaba pasos.</w:t>
      </w:r>
    </w:p>
    <w:p>
      <w:pPr>
        <w:pStyle w:val="BodyText"/>
      </w:pPr>
      <w:r>
        <w:rPr/>
        <w:t>Él asintió como si aquello fuera lo más natural del mundo.</w:t>
      </w:r>
    </w:p>
    <w:p>
      <w:pPr>
        <w:pStyle w:val="BodyText"/>
      </w:pPr>
      <w:r>
        <w:rPr/>
        <w:t>—Las piedras recuerdan.</w:t>
      </w:r>
    </w:p>
    <w:p>
      <w:pPr>
        <w:pStyle w:val="BodyText"/>
      </w:pPr>
      <w:r>
        <w:rPr/>
        <w:t>Esas dos palabras quedaron suspendidas entre ellos como una frecuencia</w:t>
      </w:r>
      <w:r>
        <w:rPr/>
        <w:t xml:space="preserve"> </w:t>
      </w:r>
      <w:r>
        <w:rPr/>
        <w:t>que no necesitaba subir de volumen para ser perfectamente audible.</w:t>
      </w:r>
    </w:p>
    <w:p>
      <w:pPr>
        <w:pStyle w:val="BodyText"/>
      </w:pPr>
      <w:r>
        <w:rPr/>
        <w:t>Un tranvía pasó tintineando por la Friedrichstraße. El sonido se mezcló</w:t>
      </w:r>
      <w:r>
        <w:rPr/>
        <w:t xml:space="preserve"> </w:t>
      </w:r>
      <w:r>
        <w:rPr/>
        <w:t>con el murmullo de la ciudad que despertaba. Mar se dio cuenta de que</w:t>
      </w:r>
      <w:r>
        <w:rPr/>
        <w:t xml:space="preserve"> </w:t>
      </w:r>
      <w:r>
        <w:rPr/>
        <w:t>llevaban hablando casi tres horas. El cielo había pasado del negro al</w:t>
      </w:r>
      <w:r>
        <w:rPr/>
        <w:t xml:space="preserve"> </w:t>
      </w:r>
      <w:r>
        <w:rPr/>
        <w:t>gris perla.</w:t>
      </w:r>
    </w:p>
    <w:p>
      <w:pPr>
        <w:pStyle w:val="BodyText"/>
      </w:pPr>
      <w:r>
        <w:rPr/>
        <w:t>—Adrián —dijo él de repente, extendiendo la mano.</w:t>
      </w:r>
    </w:p>
    <w:p>
      <w:pPr>
        <w:pStyle w:val="BodyText"/>
      </w:pPr>
      <w:r>
        <w:rPr/>
        <w:t>—Mar —respondió ella, estrechándola.</w:t>
      </w:r>
    </w:p>
    <w:p>
      <w:pPr>
        <w:pStyle w:val="BodyText"/>
      </w:pPr>
      <w:r>
        <w:rPr/>
        <w:t>El contacto fue breve, pero sintió el cierre de un circuito que llevaba</w:t>
      </w:r>
      <w:r>
        <w:rPr/>
        <w:t xml:space="preserve"> </w:t>
      </w:r>
      <w:r>
        <w:rPr/>
        <w:t>años abierto.</w:t>
      </w:r>
    </w:p>
    <w:p>
      <w:pPr>
        <w:pStyle w:val="BodyText"/>
      </w:pPr>
      <w:r>
        <w:rPr/>
        <w:t>—¿Sabes lo que significa tu nombre? —preguntó Adrián—. Mar. Agua.</w:t>
      </w:r>
      <w:r>
        <w:rPr/>
        <w:t xml:space="preserve"> </w:t>
      </w:r>
      <w:r>
        <w:rPr/>
        <w:t>Ondas que viajan.</w:t>
      </w:r>
    </w:p>
    <w:p>
      <w:pPr>
        <w:pStyle w:val="BodyText"/>
      </w:pPr>
      <w:r>
        <w:rPr/>
        <w:t>—Y el tuyo procede de Hadrianus. Del Adriático. —Mar sonrió—. En</w:t>
      </w:r>
      <w:r>
        <w:rPr/>
        <w:t xml:space="preserve"> </w:t>
      </w:r>
      <w:r>
        <w:rPr/>
        <w:t>el fondo, ambos venimos del mismo mar.</w:t>
      </w:r>
    </w:p>
    <w:p>
      <w:pPr>
        <w:pStyle w:val="BodyText"/>
      </w:pPr>
      <w:r>
        <w:rPr/>
        <w:t>—O quizá —dijo él, sosteniéndole la mirada— siempre hemos estado</w:t>
      </w:r>
      <w:r>
        <w:rPr/>
        <w:t xml:space="preserve"> </w:t>
      </w:r>
      <w:r>
        <w:rPr/>
        <w:t>en la misma frecuencia. Solo que hasta ahora no teníamos el equipo para</w:t>
      </w:r>
      <w:r>
        <w:rPr/>
        <w:t xml:space="preserve"> </w:t>
      </w:r>
      <w:r>
        <w:rPr/>
        <w:t>detectarla.</w:t>
      </w:r>
    </w:p>
    <w:p>
      <w:pPr>
        <w:pStyle w:val="BodyText"/>
      </w:pPr>
      <w:r>
        <w:rPr/>
        <w:t>Mar sintió algo desplazarse en su pecho. No era miedo. Era el</w:t>
      </w:r>
      <w:r>
        <w:rPr/>
        <w:t xml:space="preserve"> </w:t>
      </w:r>
      <w:r>
        <w:rPr/>
        <w:t>reconocimiento de algo que acababa de comenzar y que aún no tenía</w:t>
      </w:r>
      <w:r>
        <w:rPr/>
        <w:t xml:space="preserve"> </w:t>
      </w:r>
      <w:r>
        <w:rPr/>
        <w:t>nombre.</w:t>
      </w:r>
    </w:p>
    <w:p>
      <w:pPr>
        <w:pStyle w:val="BodyText"/>
      </w:pPr>
      <w:r>
        <w:rPr/>
        <w:t>—¿Tienes planes para hoy?</w:t>
      </w:r>
    </w:p>
    <w:p>
      <w:pPr>
        <w:pStyle w:val="BodyText"/>
      </w:pPr>
      <w:r>
        <w:rPr/>
        <w:t>—Ninguno.</w:t>
      </w:r>
    </w:p>
    <w:p>
      <w:pPr>
        <w:pStyle w:val="BodyText"/>
      </w:pPr>
      <w:r>
        <w:rPr/>
        <w:t>—Bien. —Adrián se levantó—. Quiero enseñarte algo. Mi estudio. Hay</w:t>
      </w:r>
      <w:r>
        <w:rPr/>
        <w:t xml:space="preserve"> </w:t>
      </w:r>
      <w:r>
        <w:rPr/>
        <w:t>un sintetizador Moog que llevo cinco años afinando. Creo que va a querer</w:t>
      </w:r>
      <w:r>
        <w:rPr/>
        <w:t xml:space="preserve"> </w:t>
      </w:r>
      <w:r>
        <w:rPr/>
        <w:t>conocerte.</w:t>
      </w:r>
    </w:p>
    <w:p>
      <w:pPr>
        <w:pStyle w:val="BodyText"/>
      </w:pPr>
      <w:r>
        <w:rPr/>
        <w:t>Mar se levantó también.</w:t>
      </w:r>
    </w:p>
    <w:p>
      <w:pPr>
        <w:pStyle w:val="BodyText"/>
      </w:pPr>
      <w:r>
        <w:rPr/>
        <w:t>El sol empezaba a romper entre los edificios, tiñendo las fachadas de un</w:t>
      </w:r>
      <w:r>
        <w:rPr/>
        <w:t xml:space="preserve"> </w:t>
      </w:r>
      <w:r>
        <w:rPr/>
        <w:t>naranja suave que contrastaba con el gris del hormigón. Berlín</w:t>
      </w:r>
      <w:r>
        <w:rPr/>
        <w:t xml:space="preserve"> </w:t>
      </w:r>
      <w:r>
        <w:rPr/>
        <w:t>despertaba con su sinfonía habitual de tranvías, motores y voces, pero</w:t>
      </w:r>
      <w:r>
        <w:rPr/>
        <w:t xml:space="preserve"> </w:t>
      </w:r>
      <w:r>
        <w:rPr/>
        <w:t>ahora Mar podía escuchar algo más debajo: una nota sostenida que unía</w:t>
      </w:r>
      <w:r>
        <w:rPr/>
        <w:t xml:space="preserve"> </w:t>
      </w:r>
      <w:r>
        <w:rPr/>
        <w:t>todos esos sonidos en una sola composición.</w:t>
      </w:r>
    </w:p>
    <w:p>
      <w:pPr>
        <w:pStyle w:val="BodyText"/>
      </w:pPr>
      <w:r>
        <w:rPr/>
        <w:t>Ese fue el comienzo: el acorde inicial de algo que duraría dos años,</w:t>
      </w:r>
      <w:r>
        <w:rPr/>
        <w:t xml:space="preserve"> </w:t>
      </w:r>
      <w:r>
        <w:rPr/>
        <w:t>hasta que el otoño de 1998 llegara para silenciarlo todo.</w:t>
      </w:r>
    </w:p>
    <w:p>
      <w:pPr>
        <w:pStyle w:val="BodyText"/>
      </w:pPr>
      <w:r>
        <w:rPr/>
        <w:t>Pero incluso en el silencio que los esperaba, el eco persistiría.</w:t>
      </w:r>
    </w:p>
    <w:p>
      <w:pPr>
        <w:pStyle w:val="BodyText"/>
      </w:pPr>
      <w:r>
        <w:rPr/>
        <w:t>***</w:t>
      </w:r>
    </w:p>
    <w:p>
      <w:pPr>
        <w:pStyle w:val="Heading1"/>
      </w:pPr>
      <w:r>
        <w:rPr/>
        <w:t>CAPÍTULO 6. EL DOCUMENTO Y LA HERENCIA DEL ECO</w:t>
      </w:r>
    </w:p>
    <w:p>
      <w:pPr/>
      <w:r>
        <w:rPr/>
        <w:t>El Eco no se pierde. Solo espera un cuerpo en el que volver a vibrar.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Soria, 5 de octubre de 2023</w:t>
      </w:r>
    </w:p>
    <w:p>
      <w:pPr>
        <w:pStyle w:val="BodyText"/>
      </w:pPr>
      <w:r>
        <w:rPr/>
        <w:t>El viaje en tren desde Berlín fue una lenta desafinación: del pulso</w:t>
      </w:r>
      <w:r>
        <w:rPr/>
        <w:t xml:space="preserve"> </w:t>
      </w:r>
      <w:r>
        <w:rPr/>
        <w:t>agudo y metálico de Alemania a la frecuencia grave y terrenal de la</w:t>
      </w:r>
      <w:r>
        <w:rPr/>
        <w:t xml:space="preserve"> </w:t>
      </w:r>
      <w:r>
        <w:rPr/>
        <w:t>meseta. Mar dejaba atrás el hormigón que repele ecos para entrar en un</w:t>
      </w:r>
      <w:r>
        <w:rPr/>
        <w:t xml:space="preserve"> </w:t>
      </w:r>
      <w:r>
        <w:rPr/>
        <w:t>paisaje donde el ocre parece absorber susurros olvidados.</w:t>
      </w:r>
    </w:p>
    <w:p>
      <w:pPr>
        <w:pStyle w:val="BodyText"/>
      </w:pPr>
      <w:r>
        <w:rPr/>
        <w:t>Con cada kilómetro el aire cambiaba de densidad y algo en su interior se</w:t>
      </w:r>
      <w:r>
        <w:rPr/>
        <w:t xml:space="preserve"> </w:t>
      </w:r>
      <w:r>
        <w:rPr/>
        <w:t>afinaba, como un instrumento preparándose para una melodía aún</w:t>
      </w:r>
      <w:r>
        <w:rPr/>
        <w:t xml:space="preserve"> </w:t>
      </w:r>
      <w:r>
        <w:rPr/>
        <w:t>desconocida.</w:t>
      </w:r>
    </w:p>
    <w:p>
      <w:pPr>
        <w:pStyle w:val="BodyText"/>
      </w:pPr>
      <w:r>
        <w:rPr/>
        <w:t>La carta había llegado tres semanas atrás. Sin remitente, sin firma.</w:t>
      </w:r>
      <w:r>
        <w:rPr/>
        <w:t xml:space="preserve"> </w:t>
      </w:r>
      <w:r>
        <w:rPr/>
        <w:t>Solo un sobre manila deslizado bajo la puerta de su apartamento con un</w:t>
      </w:r>
      <w:r>
        <w:rPr/>
        <w:t xml:space="preserve"> </w:t>
      </w:r>
      <w:r>
        <w:rPr/>
        <w:t>expediente sobre la desaparición de Julio Ordaz en San Juan de Duero,</w:t>
      </w:r>
      <w:r>
        <w:rPr/>
        <w:t xml:space="preserve"> </w:t>
      </w:r>
      <w:r>
        <w:rPr/>
        <w:t>octubre de 2001. Veintisiete páginas que confirmaban lo que llevaba años</w:t>
      </w:r>
      <w:r>
        <w:rPr/>
        <w:t xml:space="preserve"> </w:t>
      </w:r>
      <w:r>
        <w:rPr/>
        <w:t>sospechando: no era la primera. Adrián no había sido el primero.</w:t>
      </w:r>
    </w:p>
    <w:p>
      <w:pPr>
        <w:pStyle w:val="BodyText"/>
      </w:pPr>
      <w:r>
        <w:rPr/>
        <w:t>Pasó dos semanas investigando frenéticamente. Contactó con los testigos</w:t>
      </w:r>
      <w:r>
        <w:rPr/>
        <w:t xml:space="preserve"> </w:t>
      </w:r>
      <w:r>
        <w:rPr/>
        <w:t>mencionados en el expediente, verificó documentos, escribió el artículo</w:t>
      </w:r>
      <w:r>
        <w:rPr/>
        <w:t xml:space="preserve"> </w:t>
      </w:r>
      <w:r>
        <w:rPr/>
        <w:t>mientras la cicatriz bajo su clavícula pulsaba cada vez con más</w:t>
      </w:r>
      <w:r>
        <w:rPr/>
        <w:t xml:space="preserve"> </w:t>
      </w:r>
      <w:r>
        <w:rPr/>
        <w:t>insistencia cada vez que tecleaba ese nombre: San Juan de Duero.</w:t>
      </w:r>
    </w:p>
    <w:p>
      <w:pPr>
        <w:pStyle w:val="BodyText"/>
      </w:pPr>
      <w:r>
        <w:rPr/>
        <w:t>El patrón era claro: todos los desvanecidos habían convergido en el</w:t>
      </w:r>
      <w:r>
        <w:rPr/>
        <w:t xml:space="preserve"> </w:t>
      </w:r>
      <w:r>
        <w:rPr/>
        <w:t>mismo punto. Las ruinas de un monasterio hospitalario del siglo XII a</w:t>
      </w:r>
      <w:r>
        <w:rPr/>
        <w:t xml:space="preserve"> </w:t>
      </w:r>
      <w:r>
        <w:rPr/>
        <w:t>orillas del Duero. La nota final del expediente —escrita con</w:t>
      </w:r>
      <w:r>
        <w:rPr/>
        <w:t xml:space="preserve"> </w:t>
      </w:r>
      <w:r>
        <w:rPr/>
        <w:t>caligrafía del siglo XIII pero con tinta del XX— decía: «La melodía</w:t>
      </w:r>
      <w:r>
        <w:rPr/>
        <w:t xml:space="preserve"> </w:t>
      </w:r>
      <w:r>
        <w:rPr/>
        <w:t>busca un huésped. La memoria siempre encuentra el camino de regreso».</w:t>
      </w:r>
    </w:p>
    <w:p>
      <w:pPr>
        <w:pStyle w:val="BodyText"/>
      </w:pPr>
      <w:r>
        <w:rPr/>
        <w:t>No era impulso. Era inevitabilidad.</w:t>
      </w:r>
    </w:p>
    <w:p>
      <w:pPr>
        <w:pStyle w:val="BodyText"/>
      </w:pPr>
      <w:r>
        <w:rPr/>
        <w:t>Compró el billete hace dos días. Un viaje relámpago: llegar, investigar,</w:t>
      </w:r>
      <w:r>
        <w:rPr/>
        <w:t xml:space="preserve"> </w:t>
      </w:r>
      <w:r>
        <w:rPr/>
        <w:t>volver. Antes de que quien fuera que le había enviado el expediente —o</w:t>
      </w:r>
      <w:r>
        <w:rPr/>
        <w:t xml:space="preserve"> </w:t>
      </w:r>
      <w:r>
        <w:rPr/>
        <w:t>quien fuera que estaba observando— supiera que había aceptado la</w:t>
      </w:r>
      <w:r>
        <w:rPr/>
        <w:t xml:space="preserve"> </w:t>
      </w:r>
      <w:r>
        <w:rPr/>
        <w:t>invitación.</w:t>
      </w:r>
    </w:p>
    <w:p>
      <w:pPr>
        <w:pStyle w:val="BodyText"/>
      </w:pPr>
      <w:r>
        <w:rPr/>
        <w:t>Porque eso era, lo supo en cuanto abrió el sobre: una invitación.</w:t>
      </w:r>
    </w:p>
    <w:p>
      <w:pPr>
        <w:pStyle w:val="BodyText"/>
      </w:pPr>
      <w:r>
        <w:rPr/>
        <w:t>O una trampa</w:t>
      </w:r>
    </w:p>
    <w:p>
      <w:pPr>
        <w:pStyle w:val="BodyText"/>
      </w:pPr>
      <w:r>
        <w:rPr/>
        <w:t>La estación de Soria era pequeña, casi provinciana. Un contraste brutal</w:t>
      </w:r>
      <w:r>
        <w:rPr/>
        <w:t xml:space="preserve"> </w:t>
      </w:r>
      <w:r>
        <w:rPr/>
        <w:t>con la vastedad de Berlín Hauptbahnhof. Mar bajó del tren con la mochila</w:t>
      </w:r>
      <w:r>
        <w:rPr/>
        <w:t xml:space="preserve"> </w:t>
      </w:r>
      <w:r>
        <w:rPr/>
        <w:t>al hombro y sintió el silencio adherirse a su piel, denso y frío, como</w:t>
      </w:r>
      <w:r>
        <w:rPr/>
        <w:t xml:space="preserve"> </w:t>
      </w:r>
      <w:r>
        <w:rPr/>
        <w:t>la niebla que precede al amanecer. A diferencia del rebote metálico de</w:t>
      </w:r>
      <w:r>
        <w:rPr/>
        <w:t xml:space="preserve"> </w:t>
      </w:r>
      <w:r>
        <w:rPr/>
        <w:t>Berlín, aquí las piedras eran porosas: habían absorbido plegarias y</w:t>
      </w:r>
      <w:r>
        <w:rPr/>
        <w:t xml:space="preserve"> </w:t>
      </w:r>
      <w:r>
        <w:rPr/>
        <w:t>lamentos hasta volverse casi humanas.</w:t>
      </w:r>
    </w:p>
    <w:p>
      <w:pPr>
        <w:pStyle w:val="BodyText"/>
      </w:pPr>
      <w:r>
        <w:rPr/>
        <w:t>No había llamado a su madre antes de comprar el billete. A sus ochenta y</w:t>
      </w:r>
      <w:r>
        <w:rPr/>
        <w:t xml:space="preserve"> </w:t>
      </w:r>
      <w:r>
        <w:rPr/>
        <w:t>tres años, su madre seguía viviendo en la casa familiar de Soria,</w:t>
      </w:r>
      <w:r>
        <w:rPr/>
        <w:t xml:space="preserve"> </w:t>
      </w:r>
      <w:r>
        <w:rPr/>
        <w:t>cuidando el jardín que su padre había plantado antes de morir. Mar la</w:t>
      </w:r>
      <w:r>
        <w:rPr/>
        <w:t xml:space="preserve"> </w:t>
      </w:r>
      <w:r>
        <w:rPr/>
        <w:t>llamaba cada domingo, conversaciones breves donde hablaban del tiempo,</w:t>
      </w:r>
      <w:r>
        <w:rPr/>
        <w:t xml:space="preserve"> </w:t>
      </w:r>
      <w:r>
        <w:rPr/>
        <w:t>de los rosales, de nada importante.</w:t>
      </w:r>
    </w:p>
    <w:p>
      <w:pPr>
        <w:pStyle w:val="BodyText"/>
      </w:pPr>
      <w:r>
        <w:rPr/>
        <w:t>Pero no de esto. Nunca de esto.</w:t>
      </w:r>
    </w:p>
    <w:p>
      <w:pPr>
        <w:pStyle w:val="BodyText"/>
      </w:pPr>
      <w:r>
        <w:rPr/>
        <w:t>Desde que la cicatriz se activó en Tresor, desde que Mar comenzó a</w:t>
      </w:r>
      <w:r>
        <w:rPr/>
        <w:t xml:space="preserve"> </w:t>
      </w:r>
      <w:r>
        <w:rPr/>
        <w:t>perseguir el rastro de Fading Away, había tomado una decisión: mantener</w:t>
      </w:r>
      <w:r>
        <w:rPr/>
        <w:t xml:space="preserve"> </w:t>
      </w:r>
      <w:r>
        <w:rPr/>
        <w:t>a su madre al margen. No por vergüenza. Por protección.</w:t>
      </w:r>
    </w:p>
    <w:p>
      <w:pPr>
        <w:pStyle w:val="BodyText"/>
      </w:pPr>
      <w:r>
        <w:rPr/>
        <w:t>Lo que había descubierto investigando el expediente anónimo —los</w:t>
      </w:r>
      <w:r>
        <w:rPr/>
        <w:t xml:space="preserve"> </w:t>
      </w:r>
      <w:r>
        <w:rPr/>
        <w:t>desvanecimientos, las desapariciones, el patrón que conectaba a Ordaz</w:t>
      </w:r>
      <w:r>
        <w:rPr/>
        <w:t xml:space="preserve"> </w:t>
      </w:r>
      <w:r>
        <w:rPr/>
        <w:t>con Adrián— era demasiado peligroso para involucrar a una mujer de</w:t>
      </w:r>
      <w:r>
        <w:rPr/>
        <w:t xml:space="preserve"> </w:t>
      </w:r>
      <w:r>
        <w:rPr/>
        <w:t>ochenta y tres años. Su madre merecía envejecer en paz, sin saber que su</w:t>
      </w:r>
      <w:r>
        <w:rPr/>
        <w:t xml:space="preserve"> </w:t>
      </w:r>
      <w:r>
        <w:rPr/>
        <w:t>hija perseguía frecuencias que habían hecho desaparecer a personas.</w:t>
      </w:r>
    </w:p>
    <w:p>
      <w:pPr>
        <w:pStyle w:val="BodyText"/>
      </w:pPr>
      <w:r>
        <w:rPr/>
        <w:t>Este viaje era relámpago. Entrar, investigar San Juan de Duero, volver a</w:t>
      </w:r>
      <w:r>
        <w:rPr/>
        <w:t xml:space="preserve"> </w:t>
      </w:r>
      <w:r>
        <w:rPr/>
        <w:t>Berlín. Su madre ni siquiera sabría que había estado en Soria.</w:t>
      </w:r>
    </w:p>
    <w:p>
      <w:pPr>
        <w:pStyle w:val="BodyText"/>
      </w:pPr>
      <w:r>
        <w:rPr/>
        <w:t>O eso pensaba.</w:t>
      </w:r>
    </w:p>
    <w:p>
      <w:pPr>
        <w:pStyle w:val="BodyText"/>
      </w:pPr>
      <w:r>
        <w:rPr/>
        <w:t>El taxi la llevó por calles estrechas. El conductor, un hombre mayor que</w:t>
      </w:r>
      <w:r>
        <w:rPr/>
        <w:t xml:space="preserve"> </w:t>
      </w:r>
      <w:r>
        <w:rPr/>
        <w:t>olía a tabaco, no intentó conversar. Solo señaló brevemente hacia el río</w:t>
      </w:r>
      <w:r>
        <w:rPr/>
        <w:t xml:space="preserve"> </w:t>
      </w:r>
      <w:r>
        <w:rPr/>
        <w:t>cuando pasaron por un puente medieval. La dejó frente a un edificio del</w:t>
      </w:r>
      <w:r>
        <w:rPr/>
        <w:t xml:space="preserve"> </w:t>
      </w:r>
      <w:r>
        <w:rPr/>
        <w:t>XVIII convertido en hotel modesto.</w:t>
      </w:r>
    </w:p>
    <w:p>
      <w:pPr>
        <w:pStyle w:val="BodyText"/>
      </w:pPr>
      <w:r>
        <w:rPr/>
        <w:t>La recepcionista, una mujer de unos sesenta años de voz serena y mirada</w:t>
      </w:r>
      <w:r>
        <w:rPr/>
        <w:t xml:space="preserve"> </w:t>
      </w:r>
      <w:r>
        <w:rPr/>
        <w:t>curiosa, la observó con atención antes de extenderle la llave.</w:t>
      </w:r>
    </w:p>
    <w:p>
      <w:pPr>
        <w:pStyle w:val="BodyText"/>
      </w:pPr>
      <w:r>
        <w:rPr/>
        <w:t>—¿Primera vez en Soria?</w:t>
      </w:r>
    </w:p>
    <w:p>
      <w:pPr>
        <w:pStyle w:val="BodyText"/>
      </w:pPr>
      <w:r>
        <w:rPr/>
        <w:t>—Vine de niña, hace tanto tiempo que apenas lo recuerdo —mintió</w:t>
      </w:r>
      <w:r>
        <w:rPr/>
        <w:t xml:space="preserve"> </w:t>
      </w:r>
      <w:r>
        <w:rPr/>
        <w:t>Mar—. Pero es como si fuera la primera vez.</w:t>
      </w:r>
    </w:p>
    <w:p>
      <w:pPr>
        <w:pStyle w:val="BodyText"/>
      </w:pPr>
      <w:r>
        <w:rPr/>
        <w:t>—Octubre es buen mes. Menos turistas. —La mujer señaló hacia la</w:t>
      </w:r>
      <w:r>
        <w:rPr/>
        <w:t xml:space="preserve"> </w:t>
      </w:r>
      <w:r>
        <w:rPr/>
        <w:t>ventana—. Si quiere tranquilidad, vaya a San Juan de Duero. Los arcos</w:t>
      </w:r>
      <w:r>
        <w:rPr/>
        <w:t xml:space="preserve"> </w:t>
      </w:r>
      <w:r>
        <w:rPr/>
        <w:t>son… especiales.</w:t>
      </w:r>
    </w:p>
    <w:p>
      <w:pPr>
        <w:pStyle w:val="BodyText"/>
      </w:pPr>
      <w:r>
        <w:rPr/>
        <w:t>Mar sintió un escalofrío.</w:t>
      </w:r>
    </w:p>
    <w:p>
      <w:pPr>
        <w:pStyle w:val="BodyText"/>
      </w:pPr>
      <w:r>
        <w:rPr/>
        <w:t>—¿Especiales cómo?</w:t>
      </w:r>
    </w:p>
    <w:p>
      <w:pPr>
        <w:pStyle w:val="BodyText"/>
      </w:pPr>
      <w:r>
        <w:rPr/>
        <w:t>La recepcionista se encogió de hombros.</w:t>
      </w:r>
    </w:p>
    <w:p>
      <w:pPr>
        <w:pStyle w:val="BodyText"/>
      </w:pPr>
      <w:r>
        <w:rPr/>
        <w:t>—La gente dice que se oyen cosas. Tonterías de pueblo, claro.</w:t>
      </w:r>
    </w:p>
    <w:p>
      <w:pPr>
        <w:pStyle w:val="BodyText"/>
      </w:pPr>
      <w:r>
        <w:rPr/>
        <w:t>Pero su tono no sonaba convencido.</w:t>
      </w:r>
    </w:p>
    <w:p>
      <w:pPr>
        <w:pStyle w:val="BodyText"/>
      </w:pPr>
      <w:r>
        <w:rPr/>
        <w:t>Esa noche Mar durmió a sobresaltos, despertándose de forma intermitente</w:t>
      </w:r>
      <w:r>
        <w:rPr/>
        <w:t xml:space="preserve"> </w:t>
      </w:r>
      <w:r>
        <w:rPr/>
        <w:t>con la sensación de que alguien susurraba su nombre desde un lugar que</w:t>
      </w:r>
      <w:r>
        <w:rPr/>
        <w:t xml:space="preserve"> </w:t>
      </w:r>
      <w:r>
        <w:rPr/>
        <w:t>no sabía nombrar. No eran pesadillas. Era algo más sutil: como si la</w:t>
      </w:r>
      <w:r>
        <w:rPr/>
        <w:t xml:space="preserve"> </w:t>
      </w:r>
      <w:r>
        <w:rPr/>
        <w:t>ciudad misma intentara comunicarse en un idioma que su conciencia no</w:t>
      </w:r>
      <w:r>
        <w:rPr/>
        <w:t xml:space="preserve"> </w:t>
      </w:r>
      <w:r>
        <w:rPr/>
        <w:t>conseguía traducir, pero que su cuerpo reconocía.</w:t>
      </w:r>
    </w:p>
    <w:p>
      <w:pPr>
        <w:pStyle w:val="BodyText"/>
      </w:pPr>
      <w:r>
        <w:rPr/>
        <w:t>A la mañana siguiente, al cruzar la Plaza Mayor, la luz dibujó sombras</w:t>
      </w:r>
      <w:r>
        <w:rPr/>
        <w:t xml:space="preserve"> </w:t>
      </w:r>
      <w:r>
        <w:rPr/>
        <w:t>musicales entre los arcos. El mercado de los jueves ocupaba el centro:</w:t>
      </w:r>
      <w:r>
        <w:rPr/>
        <w:t xml:space="preserve"> </w:t>
      </w:r>
      <w:r>
        <w:rPr/>
        <w:t>puestos de verduras, quesos, pan recién horneado. El olor a romero se</w:t>
      </w:r>
      <w:r>
        <w:rPr/>
        <w:t xml:space="preserve"> </w:t>
      </w:r>
      <w:r>
        <w:rPr/>
        <w:t>mezclaba con el café de los bares circundantes.</w:t>
      </w:r>
    </w:p>
    <w:p>
      <w:pPr>
        <w:pStyle w:val="BodyText"/>
      </w:pPr>
      <w:r>
        <w:rPr/>
        <w:t>En el reflejo del cristal de una farmacia percibió una silueta inmóvil:</w:t>
      </w:r>
      <w:r>
        <w:rPr/>
        <w:t xml:space="preserve"> </w:t>
      </w:r>
      <w:r>
        <w:rPr/>
        <w:t>un hombre de abrigo oscuro que permanecía quieto mientras el resto de</w:t>
      </w:r>
      <w:r>
        <w:rPr/>
        <w:t xml:space="preserve"> </w:t>
      </w:r>
      <w:r>
        <w:rPr/>
        <w:t>los peatones seguían sus rutinas. Su quietud era antinatural, como una</w:t>
      </w:r>
      <w:r>
        <w:rPr/>
        <w:t xml:space="preserve"> </w:t>
      </w:r>
      <w:r>
        <w:rPr/>
        <w:t>nota sostenida que no termina de resolverse.</w:t>
      </w:r>
    </w:p>
    <w:p>
      <w:pPr>
        <w:pStyle w:val="BodyText"/>
      </w:pPr>
      <w:r>
        <w:rPr/>
        <w:t>Al girarse bruscamente, solo vio turistas japoneses con cámaras y</w:t>
      </w:r>
      <w:r>
        <w:rPr/>
        <w:t xml:space="preserve"> </w:t>
      </w:r>
      <w:r>
        <w:rPr/>
        <w:t>vecinos cargando bolsas de la compra.</w:t>
      </w:r>
    </w:p>
    <w:p>
      <w:pPr>
        <w:pStyle w:val="BodyText"/>
      </w:pPr>
      <w:r>
        <w:rPr/>
        <w:t>Descartó el espejismo, pero su inquietud persistió.</w:t>
      </w:r>
    </w:p>
    <w:p>
      <w:pPr>
        <w:pStyle w:val="BodyText"/>
      </w:pPr>
      <w:r>
        <w:rPr/>
        <w:t>Esa noche soñó con arcos entrelazados y un murmullo subterráneo que</w:t>
      </w:r>
      <w:r>
        <w:rPr/>
        <w:t xml:space="preserve"> </w:t>
      </w:r>
      <w:r>
        <w:rPr/>
        <w:t>tiraba de ella hacia el río. Despertó antes del amanecer con un</w:t>
      </w:r>
      <w:r>
        <w:rPr/>
        <w:t xml:space="preserve"> </w:t>
      </w:r>
      <w:r>
        <w:rPr/>
        <w:t>itinerario nítido en la cabeza: San Juan de Duero. Cada calle, cada</w:t>
      </w:r>
      <w:r>
        <w:rPr/>
        <w:t xml:space="preserve"> </w:t>
      </w:r>
      <w:r>
        <w:rPr/>
        <w:t>giro, despertaban en ella una memoria dormida. No era un lugar nuevo:</w:t>
      </w:r>
      <w:r>
        <w:rPr/>
        <w:t xml:space="preserve"> </w:t>
      </w:r>
      <w:r>
        <w:rPr/>
        <w:t>era un regreso.</w:t>
      </w:r>
    </w:p>
    <w:p>
      <w:pPr>
        <w:pStyle w:val="BodyText"/>
      </w:pPr>
      <w:r>
        <w:rPr/>
        <w:t>Salió del hotel sin desayunar. Las calles todavía estaban oscuras,</w:t>
      </w:r>
      <w:r>
        <w:rPr/>
        <w:t xml:space="preserve"> </w:t>
      </w:r>
      <w:r>
        <w:rPr/>
        <w:t>húmedas de rocío. Un gato negro la observó desde un portal. Sus ojos</w:t>
      </w:r>
      <w:r>
        <w:rPr/>
        <w:t xml:space="preserve"> </w:t>
      </w:r>
      <w:r>
        <w:rPr/>
        <w:t>reflejaban la luz de una farola como dos monedas doradas.</w:t>
      </w:r>
    </w:p>
    <w:p>
      <w:pPr>
        <w:pStyle w:val="BodyText"/>
      </w:pPr>
      <w:r>
        <w:rPr/>
        <w:t>El camino al monasterio serpenteaba junto al Duero. El río cantaba su</w:t>
      </w:r>
      <w:r>
        <w:rPr/>
        <w:t xml:space="preserve"> </w:t>
      </w:r>
      <w:r>
        <w:rPr/>
        <w:t>canción constante. Mar siguió el sendero de tierra, sintiendo cómo el</w:t>
      </w:r>
      <w:r>
        <w:rPr/>
        <w:t xml:space="preserve"> </w:t>
      </w:r>
      <w:r>
        <w:rPr/>
        <w:t>zumbido en su interior se intensificaba a cada paso.</w:t>
      </w:r>
    </w:p>
    <w:p>
      <w:pPr>
        <w:pStyle w:val="BodyText"/>
      </w:pPr>
      <w:r>
        <w:rPr/>
        <w:t>El monasterio emergía del otoño como una herida reciente. Sus arcos,</w:t>
      </w:r>
      <w:r>
        <w:rPr/>
        <w:t xml:space="preserve"> </w:t>
      </w:r>
      <w:r>
        <w:rPr/>
        <w:t>dedos entrelazados en plegaria imposible, componían una geometría que</w:t>
      </w:r>
      <w:r>
        <w:rPr/>
        <w:t xml:space="preserve"> </w:t>
      </w:r>
      <w:r>
        <w:rPr/>
        <w:t>desafiaba la lógica. Era una partitura de piedra: cada columna una nota,</w:t>
      </w:r>
      <w:r>
        <w:rPr/>
        <w:t xml:space="preserve"> </w:t>
      </w:r>
      <w:r>
        <w:rPr/>
        <w:t>cada espacio entre ellas un silencio lleno de significado.</w:t>
      </w:r>
    </w:p>
    <w:p>
      <w:pPr>
        <w:pStyle w:val="BodyText"/>
      </w:pPr>
      <w:r>
        <w:rPr/>
        <w:t>El aire cambiaba al aproximarse. El Duero marcaba un ritmo constante; el</w:t>
      </w:r>
      <w:r>
        <w:rPr/>
        <w:t xml:space="preserve"> </w:t>
      </w:r>
      <w:r>
        <w:rPr/>
        <w:t>viento añadía melodías; y había otra frecuencia más sutil naciendo de la</w:t>
      </w:r>
      <w:r>
        <w:rPr/>
        <w:t xml:space="preserve"> </w:t>
      </w:r>
      <w:r>
        <w:rPr/>
        <w:t>interacción entre arquitectura y elementos. Como si el propio monasterio</w:t>
      </w:r>
      <w:r>
        <w:rPr/>
        <w:t xml:space="preserve"> </w:t>
      </w:r>
      <w:r>
        <w:rPr/>
        <w:t>fuera un instrumento gigantesco ejecutado por fuerzas invisibles.</w:t>
      </w:r>
    </w:p>
    <w:p>
      <w:pPr>
        <w:pStyle w:val="BodyText"/>
      </w:pPr>
      <w:r>
        <w:rPr/>
        <w:t>Mar se descalzó sin pensarlo. Sintió la hierba húmeda rozar sus piernas</w:t>
      </w:r>
      <w:r>
        <w:rPr/>
        <w:t xml:space="preserve"> </w:t>
      </w:r>
      <w:r>
        <w:rPr/>
        <w:t>al caminar entre los arcos del decrépito monasterio, una sombra</w:t>
      </w:r>
      <w:r>
        <w:rPr/>
        <w:t xml:space="preserve"> </w:t>
      </w:r>
      <w:r>
        <w:rPr/>
        <w:t>fantasmagórica de lo que fue. Ese contacto simple, frío y vivo, la</w:t>
      </w:r>
      <w:r>
        <w:rPr/>
        <w:t xml:space="preserve"> </w:t>
      </w:r>
      <w:r>
        <w:rPr/>
        <w:t>conectó con algo que había estado buscando sin saber qué. Por primera</w:t>
      </w:r>
      <w:r>
        <w:rPr/>
        <w:t xml:space="preserve"> </w:t>
      </w:r>
      <w:r>
        <w:rPr/>
        <w:t>vez desde el desvanecimiento de Adrián, no se sintió sola en su dolor.</w:t>
      </w:r>
    </w:p>
    <w:p>
      <w:pPr>
        <w:pStyle w:val="BodyText"/>
      </w:pPr>
      <w:r>
        <w:rPr/>
        <w:t>Mientras bordeaba el claustro le vino a la mente una aparente</w:t>
      </w:r>
      <w:r>
        <w:rPr/>
        <w:t xml:space="preserve"> </w:t>
      </w:r>
      <w:r>
        <w:rPr/>
        <w:t>contradicción en los papeles de Berlín: la huida de Alix «al sur» tras</w:t>
      </w:r>
      <w:r>
        <w:rPr/>
        <w:t xml:space="preserve"> </w:t>
      </w:r>
      <w:r>
        <w:rPr/>
        <w:t>el trágico episodio de Montségur. En ese instante lo comprendió todo.</w:t>
      </w:r>
    </w:p>
    <w:p>
      <w:pPr>
        <w:pStyle w:val="BodyText"/>
      </w:pPr>
      <w:r>
        <w:rPr/>
        <w:t>No era un error. Era una revelación.</w:t>
      </w:r>
    </w:p>
    <w:p>
      <w:pPr>
        <w:pStyle w:val="BodyText"/>
      </w:pPr>
      <w:r>
        <w:rPr/>
        <w:t>Huir al norte hubiera sido lo lógico en otro tiempo, cuando aún quedaban</w:t>
      </w:r>
      <w:r>
        <w:rPr/>
        <w:t xml:space="preserve"> </w:t>
      </w:r>
      <w:r>
        <w:rPr/>
        <w:t>fieles en los valles del Languedoc. Pero después de Montségur el norte</w:t>
      </w:r>
      <w:r>
        <w:rPr/>
        <w:t xml:space="preserve"> </w:t>
      </w:r>
      <w:r>
        <w:rPr/>
        <w:t>era humo y sospecha: tierra quemada, vigilada.</w:t>
      </w:r>
    </w:p>
    <w:p>
      <w:pPr>
        <w:pStyle w:val="BodyText"/>
      </w:pPr>
      <w:r>
        <w:rPr/>
        <w:t>Allende los Pirineos, en cambio, la persecución se diluía en el paisaje:</w:t>
      </w:r>
      <w:r>
        <w:rPr/>
        <w:t xml:space="preserve"> </w:t>
      </w:r>
      <w:r>
        <w:rPr/>
        <w:t>un territorio duro, pero más propenso al silencio que a la delación.</w:t>
      </w:r>
    </w:p>
    <w:p>
      <w:pPr>
        <w:pStyle w:val="BodyText"/>
      </w:pPr>
      <w:r>
        <w:rPr/>
        <w:t>Algo en el zumbido del claustro le sugería que esa dirección</w:t>
      </w:r>
      <w:r>
        <w:rPr/>
        <w:t xml:space="preserve"> </w:t>
      </w:r>
      <w:r>
        <w:rPr/>
        <w:t>—improbable, oculta— encerraba un significado que todavía se le</w:t>
      </w:r>
      <w:r>
        <w:rPr/>
        <w:t xml:space="preserve"> </w:t>
      </w:r>
      <w:r>
        <w:rPr/>
        <w:t>escapaba.</w:t>
      </w:r>
    </w:p>
    <w:p>
      <w:pPr>
        <w:pStyle w:val="BodyText"/>
      </w:pPr>
      <w:r>
        <w:rPr/>
        <w:t>Entonces la sintió: una anomalía en el zumbido del lugar. Mientras</w:t>
      </w:r>
      <w:r>
        <w:rPr/>
        <w:t xml:space="preserve"> </w:t>
      </w:r>
      <w:r>
        <w:rPr/>
        <w:t>continuaba su exploración, el sonido que la había acompañado desde</w:t>
      </w:r>
      <w:r>
        <w:rPr/>
        <w:t xml:space="preserve"> </w:t>
      </w:r>
      <w:r>
        <w:rPr/>
        <w:t>Berlín se cortó en seco. Un vacío absoluto que la desorientó.</w:t>
      </w:r>
    </w:p>
    <w:p>
      <w:pPr>
        <w:pStyle w:val="BodyText"/>
      </w:pPr>
      <w:r>
        <w:rPr/>
        <w:t>Al aproximarse a un muro cubierto de musgo, la cicatriz bajo su</w:t>
      </w:r>
      <w:r>
        <w:rPr/>
        <w:t xml:space="preserve"> </w:t>
      </w:r>
      <w:r>
        <w:rPr/>
        <w:t>clavícula ardió como un detector en el punto exacto.</w:t>
      </w:r>
    </w:p>
    <w:p>
      <w:pPr>
        <w:pStyle w:val="BodyText"/>
      </w:pPr>
      <w:r>
        <w:rPr/>
        <w:t>La sensación la guió hacia un rincón oculto entre piedras rotas,</w:t>
      </w:r>
      <w:r>
        <w:rPr/>
        <w:t xml:space="preserve"> </w:t>
      </w:r>
      <w:r>
        <w:rPr/>
        <w:t>invisible desde el resto del claustro. Allí, semienterrada bajo siglos</w:t>
      </w:r>
      <w:r>
        <w:rPr/>
        <w:t xml:space="preserve"> </w:t>
      </w:r>
      <w:r>
        <w:rPr/>
        <w:t>de hojas descompuestas, encontró una caja de madera oscura pulida por el</w:t>
      </w:r>
      <w:r>
        <w:rPr/>
        <w:t xml:space="preserve"> </w:t>
      </w:r>
      <w:r>
        <w:rPr/>
        <w:t>tiempo: un estuche de laúd.</w:t>
      </w:r>
    </w:p>
    <w:p>
      <w:pPr>
        <w:pStyle w:val="BodyText"/>
      </w:pPr>
      <w:r>
        <w:rPr/>
        <w:t>Estaba sellado con cera ámbar y una espiral tallada en la tapa. Al rozar</w:t>
      </w:r>
      <w:r>
        <w:rPr/>
        <w:t xml:space="preserve"> </w:t>
      </w:r>
      <w:r>
        <w:rPr/>
        <w:t>la espiral con la yema del dedo, un escalofrío le recorrió la columna</w:t>
      </w:r>
      <w:r>
        <w:rPr/>
        <w:t xml:space="preserve"> </w:t>
      </w:r>
      <w:r>
        <w:rPr/>
        <w:t>vertebral. No era frío físico: era reconocimiento celular.</w:t>
      </w:r>
    </w:p>
    <w:p>
      <w:pPr>
        <w:pStyle w:val="BodyText"/>
      </w:pPr>
      <w:r>
        <w:rPr/>
        <w:t>Rompió la cera. El crujido liberó un olor concentrado —incienso</w:t>
      </w:r>
      <w:r>
        <w:rPr/>
        <w:t xml:space="preserve"> </w:t>
      </w:r>
      <w:r>
        <w:rPr/>
        <w:t>mezclado con olvido— y un murmullo que parecía subir de la tierra</w:t>
      </w:r>
      <w:r>
        <w:rPr/>
        <w:t xml:space="preserve"> </w:t>
      </w:r>
      <w:r>
        <w:rPr/>
        <w:t>misma, como un suspiro contenido durante siglos.</w:t>
      </w:r>
    </w:p>
    <w:p>
      <w:pPr>
        <w:pStyle w:val="BodyText"/>
      </w:pPr>
      <w:r>
        <w:rPr/>
        <w:t>Al abrir la tapa, el corazón le dio un vuelco. El terciopelo del</w:t>
      </w:r>
      <w:r>
        <w:rPr/>
        <w:t xml:space="preserve"> </w:t>
      </w:r>
      <w:r>
        <w:rPr/>
        <w:t>interior conservaba la forma del instrumento ya deshecho. El laúd se</w:t>
      </w:r>
      <w:r>
        <w:rPr/>
        <w:t xml:space="preserve"> </w:t>
      </w:r>
      <w:r>
        <w:rPr/>
        <w:t>había convertido en polvo y memoria. Pero al fondo, protegido por la</w:t>
      </w:r>
      <w:r>
        <w:rPr/>
        <w:t xml:space="preserve"> </w:t>
      </w:r>
      <w:r>
        <w:rPr/>
        <w:t>descomposición que lo custodiaba, se encontraba el verdadero tesoro: un</w:t>
      </w:r>
      <w:r>
        <w:rPr/>
        <w:t xml:space="preserve"> </w:t>
      </w:r>
      <w:r>
        <w:rPr/>
        <w:t>pergamino.</w:t>
      </w:r>
    </w:p>
    <w:p>
      <w:pPr>
        <w:pStyle w:val="BodyText"/>
      </w:pPr>
      <w:r>
        <w:rPr/>
        <w:t>Era piel medieval, suave como un susurro bajo los dedos, pero pesada</w:t>
      </w:r>
      <w:r>
        <w:rPr/>
        <w:t xml:space="preserve"> </w:t>
      </w:r>
      <w:r>
        <w:rPr/>
        <w:t>como un secreto. La tinta era de un color plateado que absorbía y</w:t>
      </w:r>
      <w:r>
        <w:rPr/>
        <w:t xml:space="preserve"> </w:t>
      </w:r>
      <w:r>
        <w:rPr/>
        <w:t>devolvía la luz, creando la ilusión de que las formas se movían</w:t>
      </w:r>
      <w:r>
        <w:rPr/>
        <w:t xml:space="preserve"> </w:t>
      </w:r>
      <w:r>
        <w:rPr/>
        <w:t>ligeramente cuando las observaba.</w:t>
      </w:r>
    </w:p>
    <w:p>
      <w:pPr>
        <w:pStyle w:val="BodyText"/>
      </w:pPr>
      <w:r>
        <w:rPr/>
        <w:t>No había palabras. No había pentagramas musicales. Solo símbolos</w:t>
      </w:r>
      <w:r>
        <w:rPr/>
        <w:t xml:space="preserve"> </w:t>
      </w:r>
      <w:r>
        <w:rPr/>
        <w:t>organizados en tres secciones horizontales.</w:t>
      </w:r>
    </w:p>
    <w:p>
      <w:pPr>
        <w:pStyle w:val="BodyText"/>
      </w:pPr>
      <w:r>
        <w:rPr/>
        <w:t>La primera sección: espirales que giraban hacia dentro, cada una</w:t>
      </w:r>
      <w:r>
        <w:rPr/>
        <w:t xml:space="preserve"> </w:t>
      </w:r>
      <w:r>
        <w:rPr/>
        <w:t>ligeramente diferente a la anterior. Al mirarlas, Mar sentía una</w:t>
      </w:r>
      <w:r>
        <w:rPr/>
        <w:t xml:space="preserve"> </w:t>
      </w:r>
      <w:r>
        <w:rPr/>
        <w:t>nostalgia profunda por algo que nunca había vivido. Como la memoria de</w:t>
      </w:r>
      <w:r>
        <w:rPr/>
        <w:t xml:space="preserve"> </w:t>
      </w:r>
      <w:r>
        <w:rPr/>
        <w:t>un hogar al que nunca había pertenecido.</w:t>
      </w:r>
    </w:p>
    <w:p>
      <w:pPr>
        <w:pStyle w:val="BodyText"/>
      </w:pPr>
      <w:r>
        <w:rPr/>
        <w:t>La segunda sección: ondas superpuestas que se cruzaban creando patrones</w:t>
      </w:r>
      <w:r>
        <w:rPr/>
        <w:t xml:space="preserve"> </w:t>
      </w:r>
      <w:r>
        <w:rPr/>
        <w:t>de interferencia. Estas evocaban una emoción más compleja: la presencia</w:t>
      </w:r>
      <w:r>
        <w:rPr/>
        <w:t xml:space="preserve"> </w:t>
      </w:r>
      <w:r>
        <w:rPr/>
        <w:t>tangible de algo perdido. No la ausencia, sino la presencia de la</w:t>
      </w:r>
      <w:r>
        <w:rPr/>
        <w:t xml:space="preserve"> </w:t>
      </w:r>
      <w:r>
        <w:rPr/>
        <w:t>ausencia. Como el eco de una voz que sigue resonando mucho después de</w:t>
      </w:r>
      <w:r>
        <w:rPr/>
        <w:t xml:space="preserve"> </w:t>
      </w:r>
      <w:r>
        <w:rPr/>
        <w:t>que el cuerpo que la producía haya desaparecido.</w:t>
      </w:r>
    </w:p>
    <w:p>
      <w:pPr>
        <w:pStyle w:val="BodyText"/>
      </w:pPr>
      <w:r>
        <w:rPr/>
        <w:t>La tercera sección: círculos concéntricos que emanaban de un punto</w:t>
      </w:r>
      <w:r>
        <w:rPr/>
        <w:t xml:space="preserve"> </w:t>
      </w:r>
      <w:r>
        <w:rPr/>
        <w:t>central. Y al tocar ese punto —apenas rozarlo— Mar sintió la certeza</w:t>
      </w:r>
      <w:r>
        <w:rPr/>
        <w:t xml:space="preserve"> </w:t>
      </w:r>
      <w:r>
        <w:rPr/>
        <w:t>absoluta de una conexión que trasciende la muerte física. Un vínculo que</w:t>
      </w:r>
      <w:r>
        <w:rPr/>
        <w:t xml:space="preserve"> </w:t>
      </w:r>
      <w:r>
        <w:rPr/>
        <w:t>el tiempo no puede romper.</w:t>
      </w:r>
    </w:p>
    <w:p>
      <w:pPr>
        <w:pStyle w:val="BodyText"/>
      </w:pPr>
      <w:r>
        <w:rPr/>
        <w:t>No eran notas musicales. Eran emociones puras codificadas en forma</w:t>
      </w:r>
      <w:r>
        <w:rPr/>
        <w:t xml:space="preserve"> </w:t>
      </w:r>
      <w:r>
        <w:rPr/>
        <w:t>visual. Un lenguaje que hablaba directamente al cuerpo, sin pasar por el</w:t>
      </w:r>
      <w:r>
        <w:rPr/>
        <w:t xml:space="preserve"> </w:t>
      </w:r>
      <w:r>
        <w:rPr/>
        <w:t>filtro de la mente racional.</w:t>
      </w:r>
    </w:p>
    <w:p>
      <w:pPr>
        <w:pStyle w:val="BodyText"/>
      </w:pPr>
      <w:r>
        <w:rPr/>
        <w:t>Al pasar los dedos sobre las líneas, su corazón latió al compás de algo</w:t>
      </w:r>
      <w:r>
        <w:rPr/>
        <w:t xml:space="preserve"> </w:t>
      </w:r>
      <w:r>
        <w:rPr/>
        <w:t>que definitivamente no era suyo: un pulso antiguo que puenteaba tiempos.</w:t>
      </w:r>
    </w:p>
    <w:p>
      <w:pPr>
        <w:pStyle w:val="BodyText"/>
      </w:pPr>
      <w:r>
        <w:rPr/>
        <w:t>La visión la envolvió sin aviso.</w:t>
      </w:r>
    </w:p>
    <w:p>
      <w:pPr>
        <w:pStyle w:val="BodyText"/>
      </w:pPr>
      <w:r>
        <w:rPr/>
        <w:t>Ya no estaba en Soria. Estaba en Montségur, un 16 de marzo de 1244.</w:t>
      </w:r>
    </w:p>
    <w:p>
      <w:pPr>
        <w:pStyle w:val="BodyText"/>
      </w:pPr>
      <w:r>
        <w:rPr/>
        <w:t>El aire ardía con humo acre. Desde el valle subía el olor a resina de</w:t>
      </w:r>
      <w:r>
        <w:rPr/>
        <w:t xml:space="preserve"> </w:t>
      </w:r>
      <w:r>
        <w:rPr/>
        <w:t>las piras donde quemaban a los Perfectos. Doscientos cátaros habían</w:t>
      </w:r>
      <w:r>
        <w:rPr/>
        <w:t xml:space="preserve"> </w:t>
      </w:r>
      <w:r>
        <w:rPr/>
        <w:t>elegido las llamas antes que renunciar a su fe. Arnaldo entre ellos.</w:t>
      </w:r>
    </w:p>
    <w:p>
      <w:pPr>
        <w:pStyle w:val="BodyText"/>
      </w:pPr>
      <w:r>
        <w:rPr/>
        <w:t>Una joven corría descalza por un pasadizo de roca húmeda. Mar no solo la</w:t>
      </w:r>
      <w:r>
        <w:rPr/>
        <w:t xml:space="preserve"> </w:t>
      </w:r>
      <w:r>
        <w:rPr/>
        <w:t>veía: era ella. Sentía el frío cortante del terreno bajo sus pies</w:t>
      </w:r>
      <w:r>
        <w:rPr/>
        <w:t xml:space="preserve"> </w:t>
      </w:r>
      <w:r>
        <w:rPr/>
        <w:t>desnudos, el peso de la piedra espiral que portaba, tan pesada que le</w:t>
      </w:r>
      <w:r>
        <w:rPr/>
        <w:t xml:space="preserve"> </w:t>
      </w:r>
      <w:r>
        <w:rPr/>
        <w:t>dejaba marcas en la piel—, el ardor en los pulmones por el aire helado</w:t>
      </w:r>
      <w:r>
        <w:rPr/>
        <w:t xml:space="preserve"> </w:t>
      </w:r>
      <w:r>
        <w:rPr/>
        <w:t>de las cavernas.</w:t>
      </w:r>
    </w:p>
    <w:p>
      <w:pPr>
        <w:pStyle w:val="BodyText"/>
      </w:pPr>
      <w:r>
        <w:rPr/>
        <w:t>Alix. Su nombre era Alix.</w:t>
      </w:r>
    </w:p>
    <w:p>
      <w:pPr>
        <w:pStyle w:val="BodyText"/>
      </w:pPr>
      <w:r>
        <w:rPr/>
        <w:t>Detrás, muy lejos pero acercándose, voces de hombres gritando en</w:t>
      </w:r>
      <w:r>
        <w:rPr/>
        <w:t xml:space="preserve"> </w:t>
      </w:r>
      <w:r>
        <w:rPr/>
        <w:t>occitano. Los soldados del obispo. Si la encontraban, la torturarían</w:t>
      </w:r>
      <w:r>
        <w:rPr/>
        <w:t xml:space="preserve"> </w:t>
      </w:r>
      <w:r>
        <w:rPr/>
        <w:t>hasta que revelara dónde había escondido la reliquia. Y luego la</w:t>
      </w:r>
      <w:r>
        <w:rPr/>
        <w:t xml:space="preserve"> </w:t>
      </w:r>
      <w:r>
        <w:rPr/>
        <w:t>quemarían como a los demás.</w:t>
      </w:r>
    </w:p>
    <w:p>
      <w:pPr>
        <w:pStyle w:val="BodyText"/>
      </w:pPr>
      <w:r>
        <w:rPr/>
        <w:t>Pero Alix no corría por miedo.</w:t>
      </w:r>
    </w:p>
    <w:p>
      <w:pPr>
        <w:pStyle w:val="BodyText"/>
      </w:pPr>
      <w:r>
        <w:rPr/>
        <w:t>Corría porque Arnaldo se lo había pedido con su última mirada antes de</w:t>
      </w:r>
      <w:r>
        <w:rPr/>
        <w:t xml:space="preserve"> </w:t>
      </w:r>
      <w:r>
        <w:rPr/>
        <w:t>que las llamas lo envolvieran. «Llévalo al sur», había susurrado</w:t>
      </w:r>
      <w:r>
        <w:rPr/>
        <w:t xml:space="preserve"> </w:t>
      </w:r>
      <w:r>
        <w:rPr/>
        <w:t>mientras lo ataban a la estaca. «El Eco debe sobrevivir. Encuentra a los</w:t>
      </w:r>
      <w:r>
        <w:rPr/>
        <w:t xml:space="preserve"> </w:t>
      </w:r>
      <w:r>
        <w:rPr/>
        <w:t>caballeros de la cruz roja. Ellos entenderán».</w:t>
      </w:r>
    </w:p>
    <w:p>
      <w:pPr>
        <w:pStyle w:val="BodyText"/>
      </w:pPr>
      <w:r>
        <w:rPr/>
        <w:t>El túnel se estrechaba. La oscuridad era absoluta. Solo el tacto de la</w:t>
      </w:r>
      <w:r>
        <w:rPr/>
        <w:t xml:space="preserve"> </w:t>
      </w:r>
      <w:r>
        <w:rPr/>
        <w:t>roca húmeda guiaba sus manos. Un paso en falso y caería al vacío que</w:t>
      </w:r>
      <w:r>
        <w:rPr/>
        <w:t xml:space="preserve"> </w:t>
      </w:r>
      <w:r>
        <w:rPr/>
        <w:t>rugía metros más abajo: un río subterráneo no trazado en los mapas.</w:t>
      </w:r>
    </w:p>
    <w:p>
      <w:pPr>
        <w:pStyle w:val="BodyText"/>
      </w:pPr>
      <w:r>
        <w:rPr/>
        <w:t>El aire cortaba la piel. Marzo en los Pirineos. Sus pies sangraban,</w:t>
      </w:r>
      <w:r>
        <w:rPr/>
        <w:t xml:space="preserve"> </w:t>
      </w:r>
      <w:r>
        <w:rPr/>
        <w:t>dejando un rastro que esperaba que la oscuridad ocultara. Llevaba tres</w:t>
      </w:r>
      <w:r>
        <w:rPr/>
        <w:t xml:space="preserve"> </w:t>
      </w:r>
      <w:r>
        <w:rPr/>
        <w:t>días huyendo. Tres días sin dormir más de una hora seguida. Tres días</w:t>
      </w:r>
      <w:r>
        <w:rPr/>
        <w:t xml:space="preserve"> </w:t>
      </w:r>
      <w:r>
        <w:rPr/>
        <w:t>alimentándose de nieve y raíces.</w:t>
      </w:r>
    </w:p>
    <w:p>
      <w:pPr>
        <w:pStyle w:val="BodyText"/>
      </w:pPr>
      <w:r>
        <w:rPr/>
        <w:t>Atrás había dejado todo: su familia quemada en las piras, su fe</w:t>
      </w:r>
      <w:r>
        <w:rPr/>
        <w:t xml:space="preserve"> </w:t>
      </w:r>
      <w:r>
        <w:rPr/>
        <w:t>declarada herejía, su lengua prohibida. Adelante solo había</w:t>
      </w:r>
      <w:r>
        <w:rPr/>
        <w:t xml:space="preserve"> </w:t>
      </w:r>
      <w:r>
        <w:rPr/>
        <w:t>incertidumbre. Pero en su pecho, contra su corazón, llevaba la prueba de</w:t>
      </w:r>
      <w:r>
        <w:rPr/>
        <w:t xml:space="preserve"> </w:t>
      </w:r>
      <w:r>
        <w:rPr/>
        <w:t>que el amor verdadero trasciende a la carne.</w:t>
      </w:r>
    </w:p>
    <w:p>
      <w:pPr>
        <w:pStyle w:val="BodyText"/>
      </w:pPr>
      <w:r>
        <w:rPr/>
        <w:t>Arnaldo lo había entendido. Mientras las llamas subían, mientras su piel</w:t>
      </w:r>
      <w:r>
        <w:rPr/>
        <w:t xml:space="preserve"> </w:t>
      </w:r>
      <w:r>
        <w:rPr/>
        <w:t>se ennegrecía y su voz se quebraba, había cantado. Y en esa canción</w:t>
      </w:r>
      <w:r>
        <w:rPr/>
        <w:t xml:space="preserve"> </w:t>
      </w:r>
      <w:r>
        <w:rPr/>
        <w:t>—una melodía sin palabras que era puro sentimiento— había codificado</w:t>
      </w:r>
      <w:r>
        <w:rPr/>
        <w:t xml:space="preserve"> </w:t>
      </w:r>
      <w:r>
        <w:rPr/>
        <w:t>todo lo que habían compartido. Una frecuencia de amor que el fuego no</w:t>
      </w:r>
      <w:r>
        <w:rPr/>
        <w:t xml:space="preserve"> </w:t>
      </w:r>
      <w:r>
        <w:rPr/>
        <w:t>podía consumir.</w:t>
      </w:r>
    </w:p>
    <w:p>
      <w:pPr>
        <w:pStyle w:val="BodyText"/>
      </w:pPr>
      <w:r>
        <w:rPr/>
        <w:t>El Eco.</w:t>
      </w:r>
    </w:p>
    <w:p>
      <w:pPr>
        <w:pStyle w:val="BodyText"/>
      </w:pPr>
      <w:r>
        <w:rPr/>
        <w:t>Alix se detuvo de pronto, con la respiración entrecortada. No miró hacia</w:t>
      </w:r>
      <w:r>
        <w:rPr/>
        <w:t xml:space="preserve"> </w:t>
      </w:r>
      <w:r>
        <w:rPr/>
        <w:t>atrás, donde las voces seguían acercándose, sino hacia adelante: hacia</w:t>
      </w:r>
      <w:r>
        <w:rPr/>
        <w:t xml:space="preserve"> </w:t>
      </w:r>
      <w:r>
        <w:rPr/>
        <w:t>un futuro que no veía, pero que sentía tan real como la piedra que</w:t>
      </w:r>
      <w:r>
        <w:rPr/>
        <w:t xml:space="preserve"> </w:t>
      </w:r>
      <w:r>
        <w:rPr/>
        <w:t>guardaba contra su pecho.</w:t>
      </w:r>
    </w:p>
    <w:p>
      <w:pPr>
        <w:pStyle w:val="BodyText"/>
      </w:pPr>
      <w:r>
        <w:rPr/>
        <w:t>Sus ojos, oscuros como un cielo sin luna pero brillantes con una fe que</w:t>
      </w:r>
      <w:r>
        <w:rPr/>
        <w:t xml:space="preserve"> </w:t>
      </w:r>
      <w:r>
        <w:rPr/>
        <w:t>trascendía la muerte, se encontraron directamente con los de Mar a</w:t>
      </w:r>
      <w:r>
        <w:rPr/>
        <w:t xml:space="preserve"> </w:t>
      </w:r>
      <w:r>
        <w:rPr/>
        <w:t>través de setecientos setenta y nueve años.</w:t>
      </w:r>
    </w:p>
    <w:p>
      <w:pPr>
        <w:pStyle w:val="BodyText"/>
      </w:pPr>
      <w:r>
        <w:rPr/>
        <w:t>«Hija de mi voz», susurró.</w:t>
      </w:r>
    </w:p>
    <w:p>
      <w:pPr>
        <w:pStyle w:val="BodyText"/>
      </w:pPr>
      <w:r>
        <w:rPr/>
        <w:t>Mar sintió una descarga eléctrica atravesar todo su cuerpo. Como si un</w:t>
      </w:r>
      <w:r>
        <w:rPr/>
        <w:t xml:space="preserve"> </w:t>
      </w:r>
      <w:r>
        <w:rPr/>
        <w:t>circuito que había estado esperando siglos acabara de cerrarse.</w:t>
      </w:r>
    </w:p>
    <w:p>
      <w:pPr>
        <w:pStyle w:val="BodyText"/>
      </w:pPr>
      <w:r>
        <w:rPr/>
        <w:t>Continúa, quiso gritarle Mar. Continúa corriendo. Llegaste hasta aquí.</w:t>
      </w:r>
      <w:r>
        <w:rPr/>
        <w:t xml:space="preserve"> </w:t>
      </w:r>
      <w:r>
        <w:rPr/>
        <w:t>El Eco llegó hasta mí.</w:t>
      </w:r>
    </w:p>
    <w:p>
      <w:pPr>
        <w:pStyle w:val="BodyText"/>
      </w:pPr>
      <w:r>
        <w:rPr/>
        <w:t>Pero Alix ya se había dado la vuelta. Desapareció corriendo en la</w:t>
      </w:r>
      <w:r>
        <w:rPr/>
        <w:t xml:space="preserve"> </w:t>
      </w:r>
      <w:r>
        <w:rPr/>
        <w:t>oscuridad del túnel, y Mar supo —con una certeza que dolía— que</w:t>
      </w:r>
      <w:r>
        <w:rPr/>
        <w:t xml:space="preserve"> </w:t>
      </w:r>
      <w:r>
        <w:rPr/>
        <w:t>llegaría. Cruzaría los Pirineos aún en invierno. Y viviría solo un poco</w:t>
      </w:r>
      <w:r>
        <w:rPr/>
        <w:t xml:space="preserve"> </w:t>
      </w:r>
      <w:r>
        <w:rPr/>
        <w:t>más, lo justo para cumplir la promesa. Exhausta, pero en paz. Traería al</w:t>
      </w:r>
      <w:r>
        <w:rPr/>
        <w:t xml:space="preserve"> </w:t>
      </w:r>
      <w:r>
        <w:rPr/>
        <w:t>mundo al hijo de Arnaldo bajo el cielo de Soria, y con él, la semilla</w:t>
      </w:r>
      <w:r>
        <w:rPr/>
        <w:t xml:space="preserve"> </w:t>
      </w:r>
      <w:r>
        <w:rPr/>
        <w:t>del Eco que habría de resonar siglos después.</w:t>
      </w:r>
    </w:p>
    <w:p>
      <w:pPr>
        <w:pStyle w:val="BodyText"/>
      </w:pPr>
      <w:r>
        <w:rPr/>
        <w:t>La visión se disipó dejando a Mar temblando en las ruinas de San Juan de</w:t>
      </w:r>
      <w:r>
        <w:rPr/>
        <w:t xml:space="preserve"> </w:t>
      </w:r>
      <w:r>
        <w:rPr/>
        <w:t>Duero, con lágrimas en los ojos que no recordaba haber comenzado a</w:t>
      </w:r>
      <w:r>
        <w:rPr/>
        <w:t xml:space="preserve"> </w:t>
      </w:r>
      <w:r>
        <w:rPr/>
        <w:t>derramar.</w:t>
      </w:r>
    </w:p>
    <w:p>
      <w:pPr>
        <w:pStyle w:val="BodyText"/>
      </w:pPr>
      <w:r>
        <w:rPr/>
        <w:t>Al final del pergamino, garabateada por una mano que había temblado, una</w:t>
      </w:r>
      <w:r>
        <w:rPr/>
        <w:t xml:space="preserve"> </w:t>
      </w:r>
      <w:r>
        <w:rPr/>
        <w:t>frase destacaba en tinta más oscura: «Si el vínculo se rompe, la música</w:t>
      </w:r>
      <w:r>
        <w:rPr/>
        <w:t xml:space="preserve"> </w:t>
      </w:r>
      <w:r>
        <w:rPr/>
        <w:t>lo reescribirá».</w:t>
      </w:r>
    </w:p>
    <w:p>
      <w:pPr>
        <w:pStyle w:val="BodyText"/>
      </w:pPr>
      <w:r>
        <w:rPr/>
        <w:t>No había firma. Solo una palabra, escrita con tinta tan oscura que</w:t>
      </w:r>
      <w:r>
        <w:rPr/>
        <w:t xml:space="preserve"> </w:t>
      </w:r>
      <w:r>
        <w:rPr/>
        <w:t>parecía absorber la luz: Montségur.</w:t>
      </w:r>
    </w:p>
    <w:p>
      <w:pPr>
        <w:pStyle w:val="BodyText"/>
      </w:pPr>
      <w:r>
        <w:rPr/>
        <w:t>Entendió entonces que el pergamino no era un resto del pasado, sino una</w:t>
      </w:r>
      <w:r>
        <w:rPr/>
        <w:t xml:space="preserve"> </w:t>
      </w:r>
      <w:r>
        <w:rPr/>
        <w:t>promesa activa. No había viajado para descubrir un secreto ajeno, sino</w:t>
      </w:r>
      <w:r>
        <w:rPr/>
        <w:t xml:space="preserve"> </w:t>
      </w:r>
      <w:r>
        <w:rPr/>
        <w:t>para desenterrar la memoria que se había arrancado para sobrevivir.</w:t>
      </w:r>
    </w:p>
    <w:p>
      <w:pPr>
        <w:pStyle w:val="BodyText"/>
      </w:pPr>
      <w:r>
        <w:rPr/>
        <w:t>La búsqueda no apuntaba hacia fuera, sino hacia dentro: una guerra</w:t>
      </w:r>
      <w:r>
        <w:rPr/>
        <w:t xml:space="preserve"> </w:t>
      </w:r>
      <w:r>
        <w:rPr/>
        <w:t>contra el fantasma de sí misma, contra la parte que murió con Adrián y</w:t>
      </w:r>
      <w:r>
        <w:rPr/>
        <w:t xml:space="preserve"> </w:t>
      </w:r>
      <w:r>
        <w:rPr/>
        <w:t>se negaba a permanecer enterrada.</w:t>
      </w:r>
    </w:p>
    <w:p>
      <w:pPr>
        <w:pStyle w:val="BodyText"/>
      </w:pPr>
      <w:r>
        <w:rPr/>
        <w:t>Guardó el pergamino con cuidado en su mochila. Al levantarse sintió una</w:t>
      </w:r>
      <w:r>
        <w:rPr/>
        <w:t xml:space="preserve"> </w:t>
      </w:r>
      <w:r>
        <w:rPr/>
        <w:t>presencia.</w:t>
      </w:r>
    </w:p>
    <w:p>
      <w:pPr>
        <w:pStyle w:val="BodyText"/>
      </w:pPr>
      <w:r>
        <w:rPr/>
        <w:t>El hombre del abrigo oscuro estaba de pie entre los arcos, observándola.</w:t>
      </w:r>
      <w:r>
        <w:rPr/>
        <w:t xml:space="preserve"> </w:t>
      </w:r>
      <w:r>
        <w:rPr/>
        <w:t>Esta vez no desapareció cuando lo miró directamente.</w:t>
      </w:r>
    </w:p>
    <w:p>
      <w:pPr>
        <w:pStyle w:val="BodyText"/>
      </w:pPr>
      <w:r>
        <w:rPr/>
        <w:t>—El Eco tiene muchos custodios —dijo. Su voz grave resonaba entre</w:t>
      </w:r>
      <w:r>
        <w:rPr/>
        <w:t xml:space="preserve"> </w:t>
      </w:r>
      <w:r>
        <w:rPr/>
        <w:t>las piedras—. Algunos protegen. Otros… vigilan.</w:t>
      </w:r>
    </w:p>
    <w:p>
      <w:pPr>
        <w:pStyle w:val="BodyText"/>
      </w:pPr>
      <w:r>
        <w:rPr/>
        <w:t>Mar no respondió. No apartó la mirada.</w:t>
      </w:r>
    </w:p>
    <w:p>
      <w:pPr>
        <w:pStyle w:val="BodyText"/>
      </w:pPr>
      <w:r>
        <w:rPr/>
        <w:t>—¿Qué eres tú? —preguntó por fin.</w:t>
      </w:r>
    </w:p>
    <w:p>
      <w:pPr>
        <w:pStyle w:val="BodyText"/>
      </w:pPr>
      <w:r>
        <w:rPr/>
        <w:t>Una sonrisa apenas perceptible.</w:t>
      </w:r>
    </w:p>
    <w:p>
      <w:pPr>
        <w:pStyle w:val="BodyText"/>
      </w:pPr>
      <w:r>
        <w:rPr/>
        <w:t>—Alguien que lleva mucho tiempo esperando a que alguien como tú</w:t>
      </w:r>
      <w:r>
        <w:rPr/>
        <w:t xml:space="preserve"> </w:t>
      </w:r>
      <w:r>
        <w:rPr/>
        <w:t>encontrara lo que acabas de encontrar.</w:t>
      </w:r>
    </w:p>
    <w:p>
      <w:pPr>
        <w:pStyle w:val="BodyText"/>
      </w:pPr>
      <w:r>
        <w:rPr/>
        <w:t>—¿Por qué no lo buscaste tú mismo?</w:t>
      </w:r>
    </w:p>
    <w:p>
      <w:pPr>
        <w:pStyle w:val="BodyText"/>
      </w:pPr>
      <w:r>
        <w:rPr/>
        <w:t>—Porque el Eco solo se revela a quien está sintonizado en la</w:t>
      </w:r>
      <w:r>
        <w:rPr/>
        <w:t xml:space="preserve"> </w:t>
      </w:r>
      <w:r>
        <w:rPr/>
        <w:t>frecuencia correcta. —Hizo una pausa—. Y porque algunos de nosotros</w:t>
      </w:r>
      <w:r>
        <w:rPr/>
        <w:t xml:space="preserve"> </w:t>
      </w:r>
      <w:r>
        <w:rPr/>
        <w:t>creemos que ciertas canciones no deben volver a cantarse.</w:t>
      </w:r>
    </w:p>
    <w:p>
      <w:pPr>
        <w:pStyle w:val="BodyText"/>
      </w:pPr>
      <w:r>
        <w:rPr/>
        <w:t>Dio un paso hacia ella. Mar sintió el impulso de retroceder, pero se</w:t>
      </w:r>
      <w:r>
        <w:rPr/>
        <w:t xml:space="preserve"> </w:t>
      </w:r>
      <w:r>
        <w:rPr/>
        <w:t>mantuvo firme.</w:t>
      </w:r>
    </w:p>
    <w:p>
      <w:pPr>
        <w:pStyle w:val="BodyText"/>
      </w:pPr>
      <w:r>
        <w:rPr/>
        <w:t>—Adrián encontró una frecuencia que no debía —continuó el hombre—.</w:t>
      </w:r>
      <w:r>
        <w:rPr/>
        <w:t xml:space="preserve"> </w:t>
      </w:r>
      <w:r>
        <w:rPr/>
        <w:t>Y tú estás siguiendo sus pasos. ¿Estás segura de querer saber cómo</w:t>
      </w:r>
      <w:r>
        <w:rPr/>
        <w:t xml:space="preserve"> </w:t>
      </w:r>
      <w:r>
        <w:rPr/>
        <w:t>termina esa canción?</w:t>
      </w:r>
    </w:p>
    <w:p>
      <w:pPr>
        <w:pStyle w:val="BodyText"/>
      </w:pPr>
      <w:r>
        <w:rPr/>
        <w:t>—¿Lo mataste?</w:t>
      </w:r>
    </w:p>
    <w:p>
      <w:pPr>
        <w:pStyle w:val="BodyText"/>
      </w:pPr>
      <w:r>
        <w:rPr/>
        <w:t>El hombre la miró largo rato.</w:t>
      </w:r>
    </w:p>
    <w:p>
      <w:pPr>
        <w:pStyle w:val="BodyText"/>
      </w:pPr>
      <w:r>
        <w:rPr/>
        <w:t>—Adrián no está muerto. Está… en otra parte. —Señaló el pergamino</w:t>
      </w:r>
      <w:r>
        <w:rPr/>
        <w:t xml:space="preserve"> </w:t>
      </w:r>
      <w:r>
        <w:rPr/>
        <w:t>en su mochila—. Y si sigues ese camino, tú también lo estarás.</w:t>
      </w:r>
    </w:p>
    <w:p>
      <w:pPr>
        <w:pStyle w:val="BodyText"/>
      </w:pPr>
      <w:r>
        <w:rPr/>
        <w:t>No esperó respuesta. Se alejó sin prisas entre los arcos, su figura</w:t>
      </w:r>
      <w:r>
        <w:rPr/>
        <w:t xml:space="preserve"> </w:t>
      </w:r>
      <w:r>
        <w:rPr/>
        <w:t>disolviéndose en las sombras del amanecer.</w:t>
      </w:r>
    </w:p>
    <w:p>
      <w:pPr>
        <w:pStyle w:val="BodyText"/>
      </w:pPr>
      <w:r>
        <w:rPr/>
        <w:t>Mar esperó hasta estar completamente sola. Entonces, con el pergamino</w:t>
      </w:r>
      <w:r>
        <w:rPr/>
        <w:t xml:space="preserve"> </w:t>
      </w:r>
      <w:r>
        <w:rPr/>
        <w:t>contra su pecho y la cicatriz ardiendo bajo su clavícula, supo que todo</w:t>
      </w:r>
      <w:r>
        <w:rPr/>
        <w:t xml:space="preserve"> </w:t>
      </w:r>
      <w:r>
        <w:rPr/>
        <w:t>había cambiado.</w:t>
      </w:r>
    </w:p>
    <w:p>
      <w:pPr>
        <w:pStyle w:val="BodyText"/>
      </w:pPr>
      <w:r>
        <w:rPr/>
        <w:t>El sol nacía sobre San Juan de Duero. La luz se filtraba entre los</w:t>
      </w:r>
      <w:r>
        <w:rPr/>
        <w:t xml:space="preserve"> </w:t>
      </w:r>
      <w:r>
        <w:rPr/>
        <w:t>arcos. Ser heredera del Eco no era recibir un don, sino aceptar un</w:t>
      </w:r>
      <w:r>
        <w:rPr/>
        <w:t xml:space="preserve"> </w:t>
      </w:r>
      <w:r>
        <w:rPr/>
        <w:t>testamento que exige sacrificio: renunciar a la canción personal para</w:t>
      </w:r>
      <w:r>
        <w:rPr/>
        <w:t xml:space="preserve"> </w:t>
      </w:r>
      <w:r>
        <w:rPr/>
        <w:t>servir a la sinfonía.</w:t>
      </w:r>
    </w:p>
    <w:p>
      <w:pPr>
        <w:pStyle w:val="BodyText"/>
      </w:pPr>
      <w:r>
        <w:rPr/>
        <w:t>La herencia del Eco no es un tesoro: es una responsabilidad.</w:t>
      </w:r>
    </w:p>
    <w:p>
      <w:pPr>
        <w:pStyle w:val="BodyText"/>
      </w:pPr>
      <w:r>
        <w:rPr/>
        <w:t>La luz se filtraba entre los arcos, proyectando sombras que parecían</w:t>
      </w:r>
      <w:r>
        <w:rPr/>
        <w:t xml:space="preserve"> </w:t>
      </w:r>
      <w:r>
        <w:rPr/>
        <w:t>danzar al ritmo del viento. Mar respiró hondo, sintiendo el peso del</w:t>
      </w:r>
      <w:r>
        <w:rPr/>
        <w:t xml:space="preserve"> </w:t>
      </w:r>
      <w:r>
        <w:rPr/>
        <w:t>pergamino contra su pecho. Ser heredera del Eco El sol nacía sobre San</w:t>
      </w:r>
      <w:r>
        <w:rPr/>
        <w:t xml:space="preserve"> </w:t>
      </w:r>
      <w:r>
        <w:rPr/>
        <w:t>Juan de Duero. La luz se filtraba entre los arcos, proyectando sombras</w:t>
      </w:r>
      <w:r>
        <w:rPr/>
        <w:t xml:space="preserve"> </w:t>
      </w:r>
      <w:r>
        <w:rPr/>
        <w:t>que parecían danzar al ritmo del viento. Mar respiró hondo, sintiendo el</w:t>
      </w:r>
      <w:r>
        <w:rPr/>
        <w:t xml:space="preserve"> </w:t>
      </w:r>
      <w:r>
        <w:rPr/>
        <w:t>peso del pergamino contra su pecho. Ser heredera del Eco no consistía en</w:t>
      </w:r>
      <w:r>
        <w:rPr/>
        <w:t xml:space="preserve"> </w:t>
      </w:r>
      <w:r>
        <w:rPr/>
        <w:t>recibir un don, sino aceptar un testamento que exige sacrificio:</w:t>
      </w:r>
      <w:r>
        <w:rPr/>
        <w:t xml:space="preserve"> </w:t>
      </w:r>
      <w:r>
        <w:rPr/>
        <w:t>renunciar a la canción personal para servir a la sinfonía.</w:t>
      </w:r>
    </w:p>
    <w:p>
      <w:pPr>
        <w:pStyle w:val="BodyText"/>
      </w:pPr>
      <w:r>
        <w:rPr/>
        <w:t>La herencia del Eco no es un tesoro: es una responsabilidad.</w:t>
      </w:r>
    </w:p>
    <w:p>
      <w:pPr>
        <w:pStyle w:val="BodyText"/>
      </w:pPr>
      <w:r>
        <w:rPr/>
        <w:t>Y empezaba ahora, con la certeza de que su búsqueda de Adrián había</w:t>
      </w:r>
      <w:r>
        <w:rPr/>
        <w:t xml:space="preserve"> </w:t>
      </w:r>
      <w:r>
        <w:rPr/>
        <w:t>sido, desde el principio, una búsqueda de sí misma.</w:t>
      </w:r>
    </w:p>
    <w:p>
      <w:pPr>
        <w:pStyle w:val="BodyText"/>
      </w:pPr>
      <w:r>
        <w:rPr/>
        <w:t>El Eco ya no era solo una búsqueda.</w:t>
      </w:r>
    </w:p>
    <w:p>
      <w:pPr>
        <w:pStyle w:val="BodyText"/>
      </w:pPr>
      <w:r>
        <w:rPr/>
        <w:t>Era una guerra</w:t>
      </w:r>
    </w:p>
    <w:p>
      <w:pPr>
        <w:pStyle w:val="Heading1"/>
      </w:pPr>
      <w:r>
        <w:rPr/>
        <w:t>CAPÍTULO 7. NOTAS EN NEGATIVO</w:t>
      </w:r>
    </w:p>
    <w:p>
      <w:pPr/>
      <w:r>
        <w:rPr/>
        <w:t>No toda la música se compone con sonidos. Algunas nacen del hueco entre</w:t>
      </w:r>
      <w:r>
        <w:rPr/>
        <w:t xml:space="preserve"> </w:t>
      </w:r>
      <w:r>
        <w:rPr/>
        <w:t>ellos.</w:t>
      </w:r>
    </w:p>
    <w:p>
      <w:pPr>
        <w:pStyle w:val="BodyText"/>
      </w:pPr>
      <w:r>
        <w:rPr/>
        <w:t>—Lena</w:t>
      </w:r>
    </w:p>
    <w:p>
      <w:pPr>
        <w:pStyle w:val="BodyText"/>
      </w:pPr>
      <w:r>
        <w:rPr/>
        <w:t>Berlín, noviembre de 2023</w:t>
      </w:r>
    </w:p>
    <w:p>
      <w:pPr>
        <w:pStyle w:val="BodyText"/>
      </w:pPr>
      <w:r>
        <w:rPr/>
        <w:t>De vuelta en Berlín, Mar se sentía como un instrumento afinado en un</w:t>
      </w:r>
      <w:r>
        <w:rPr/>
        <w:t xml:space="preserve"> </w:t>
      </w:r>
      <w:r>
        <w:rPr/>
        <w:t>tono completamente nuevo. El pergamino de San Juan de Duero descansaba</w:t>
      </w:r>
      <w:r>
        <w:rPr/>
        <w:t xml:space="preserve"> </w:t>
      </w:r>
      <w:r>
        <w:rPr/>
        <w:t>sobre S u mesa, con sus símbolos plateados brillando bajo la luz</w:t>
      </w:r>
      <w:r>
        <w:rPr/>
        <w:t xml:space="preserve"> </w:t>
      </w:r>
      <w:r>
        <w:rPr/>
        <w:t>artificial como un código que se resistía a ser descifrado.</w:t>
      </w:r>
    </w:p>
    <w:p>
      <w:pPr>
        <w:pStyle w:val="BodyText"/>
      </w:pPr>
      <w:r>
        <w:rPr/>
        <w:t>Había pasado tres días intentando comprenderlo sin éxito. Comparó los</w:t>
      </w:r>
      <w:r>
        <w:rPr/>
        <w:t xml:space="preserve"> </w:t>
      </w:r>
      <w:r>
        <w:rPr/>
        <w:t>símbolos con sistemas de notación medieval, alfabetos arcanos, diagramas</w:t>
      </w:r>
      <w:r>
        <w:rPr/>
        <w:t xml:space="preserve"> </w:t>
      </w:r>
      <w:r>
        <w:rPr/>
        <w:t>alquímicos. Nada funcionaba. Los símbolos parecían existir en un sistema</w:t>
      </w:r>
      <w:r>
        <w:rPr/>
        <w:t xml:space="preserve"> </w:t>
      </w:r>
      <w:r>
        <w:rPr/>
        <w:t>que trascendía cualquier lógica convencional.</w:t>
      </w:r>
    </w:p>
    <w:p>
      <w:pPr>
        <w:pStyle w:val="BodyText"/>
      </w:pPr>
      <w:r>
        <w:rPr/>
        <w:t>Fue entonces cuando se acordó de Lena.</w:t>
      </w:r>
    </w:p>
    <w:p>
      <w:pPr>
        <w:pStyle w:val="BodyText"/>
      </w:pPr>
      <w:r>
        <w:rPr/>
        <w:t>Esa misma noche, en un pequeño apartamento de Wedding, Lena Hoffmann se</w:t>
      </w:r>
      <w:r>
        <w:rPr/>
        <w:t xml:space="preserve"> </w:t>
      </w:r>
      <w:r>
        <w:rPr/>
        <w:t>quedó helada en mitad de su silencio cuidadosamente construido.</w:t>
      </w:r>
    </w:p>
    <w:p>
      <w:pPr>
        <w:pStyle w:val="BodyText"/>
      </w:pPr>
      <w:r>
        <w:rPr/>
        <w:t>La vibración subió por su tibia, atravesó la rodilla, se clavó en el</w:t>
      </w:r>
      <w:r>
        <w:rPr/>
        <w:t xml:space="preserve"> </w:t>
      </w:r>
      <w:r>
        <w:rPr/>
        <w:t>esternón.</w:t>
      </w:r>
    </w:p>
    <w:p>
      <w:pPr>
        <w:pStyle w:val="BodyText"/>
      </w:pPr>
      <w:r>
        <w:rPr/>
        <w:t>No podía ser.</w:t>
      </w:r>
    </w:p>
    <w:p>
      <w:pPr>
        <w:pStyle w:val="BodyText"/>
      </w:pPr>
      <w:r>
        <w:rPr/>
        <w:t>La reconoció al instante, aunque llevaba 25 años sin pronunciar ese</w:t>
      </w:r>
      <w:r>
        <w:rPr/>
        <w:t xml:space="preserve"> </w:t>
      </w:r>
      <w:r>
        <w:rPr/>
        <w:t>nombre: *FA#*.</w:t>
      </w:r>
    </w:p>
    <w:p>
      <w:pPr>
        <w:pStyle w:val="BodyText"/>
      </w:pPr>
      <w:r>
        <w:rPr/>
        <w:t>Pero no era la nota de 1998. No era el filo traumático que la había</w:t>
      </w:r>
      <w:r>
        <w:rPr/>
        <w:t xml:space="preserve"> </w:t>
      </w:r>
      <w:r>
        <w:rPr/>
        <w:t>destrozado. Era más suave, más profunda, como si volviera afinada.</w:t>
      </w:r>
    </w:p>
    <w:p>
      <w:pPr>
        <w:pStyle w:val="BodyText"/>
      </w:pPr>
      <w:r>
        <w:rPr/>
        <w:t>Lena se miró al espejo del baño. No vio miedo. Vio reconocimiento.</w:t>
      </w:r>
    </w:p>
    <w:p>
      <w:pPr>
        <w:pStyle w:val="BodyText"/>
      </w:pPr>
      <w:r>
        <w:rPr/>
        <w:t>Había pasado veinticinco años negándose a admitir que había compartido</w:t>
      </w:r>
      <w:r>
        <w:rPr/>
        <w:t xml:space="preserve"> </w:t>
      </w:r>
      <w:r>
        <w:rPr/>
        <w:t>algo con Adrián y con Mar que no pertenecía al campo musical ni al</w:t>
      </w:r>
      <w:r>
        <w:rPr/>
        <w:t xml:space="preserve"> </w:t>
      </w:r>
      <w:r>
        <w:rPr/>
        <w:t>emocional. Era otra cosa. Una forma de percepción que se despierta en</w:t>
      </w:r>
      <w:r>
        <w:rPr/>
        <w:t xml:space="preserve"> </w:t>
      </w:r>
      <w:r>
        <w:rPr/>
        <w:t>muy pocas personas, y que en ella siempre había sido más fuerte de lo</w:t>
      </w:r>
      <w:r>
        <w:rPr/>
        <w:t xml:space="preserve"> </w:t>
      </w:r>
      <w:r>
        <w:rPr/>
        <w:t>que admitía.</w:t>
      </w:r>
    </w:p>
    <w:p>
      <w:pPr>
        <w:pStyle w:val="BodyText"/>
      </w:pPr>
      <w:r>
        <w:rPr/>
        <w:t>El FA# volvió a pulsar.</w:t>
      </w:r>
    </w:p>
    <w:p>
      <w:pPr>
        <w:pStyle w:val="BodyText"/>
      </w:pPr>
      <w:r>
        <w:rPr/>
        <w:t>—Mar... —dijo sin darse cuenta de que la pronunciaba en voz alta.</w:t>
      </w:r>
    </w:p>
    <w:p>
      <w:pPr>
        <w:pStyle w:val="BodyText"/>
      </w:pPr>
      <w:r>
        <w:rPr/>
        <w:t>No había hablado con ella en más de una década. No sabía dónde vivía, si</w:t>
      </w:r>
      <w:r>
        <w:rPr/>
        <w:t xml:space="preserve"> </w:t>
      </w:r>
      <w:r>
        <w:rPr/>
        <w:t>seguía componiendo, si había superado algo. Pero en ese instante, Lena</w:t>
      </w:r>
      <w:r>
        <w:rPr/>
        <w:t xml:space="preserve"> </w:t>
      </w:r>
      <w:r>
        <w:rPr/>
        <w:t>lo supo con una claridad que la atravesó como un relámpago:</w:t>
      </w:r>
    </w:p>
    <w:p>
      <w:pPr>
        <w:pStyle w:val="BodyText"/>
      </w:pPr>
      <w:r>
        <w:rPr/>
        <w:t>*Mar también había escuchado la vibración.*</w:t>
      </w:r>
    </w:p>
    <w:p>
      <w:pPr>
        <w:pStyle w:val="BodyText"/>
      </w:pPr>
      <w:r>
        <w:rPr/>
        <w:t>Tomó su abrigo gris, aquel que llevaba años sin usar. Metió en el</w:t>
      </w:r>
      <w:r>
        <w:rPr/>
        <w:t xml:space="preserve"> </w:t>
      </w:r>
      <w:r>
        <w:rPr/>
        <w:t>bolsillo un cuaderno —uno antiguo, lleno de diagramas y notas que</w:t>
      </w:r>
      <w:r>
        <w:rPr/>
        <w:t xml:space="preserve"> </w:t>
      </w:r>
      <w:r>
        <w:rPr/>
        <w:t>había prometido quemar— y salió del apartamento sin apagar la luz.</w:t>
      </w:r>
    </w:p>
    <w:p>
      <w:pPr>
        <w:pStyle w:val="BodyText"/>
      </w:pPr>
      <w:r>
        <w:rPr/>
        <w:t>No sabía hacia dónde ir. Pero sabía hacia quién.</w:t>
      </w:r>
    </w:p>
    <w:p>
      <w:pPr>
        <w:pStyle w:val="BodyText"/>
      </w:pPr>
      <w:r>
        <w:rPr/>
        <w:t>La había conocido dos años atrás en una fiesta underground en</w:t>
      </w:r>
      <w:r>
        <w:rPr/>
        <w:t xml:space="preserve"> </w:t>
      </w:r>
      <w:r>
        <w:rPr/>
        <w:t>Friedrichshain. Mar había ido buscando nuevas texturas sonoras, pero lo</w:t>
      </w:r>
      <w:r>
        <w:rPr/>
        <w:t xml:space="preserve"> </w:t>
      </w:r>
      <w:r>
        <w:rPr/>
        <w:t>que encontró fue algo más interesante: una mujer que parecía escuchar el</w:t>
      </w:r>
      <w:r>
        <w:rPr/>
        <w:t xml:space="preserve"> </w:t>
      </w:r>
      <w:r>
        <w:rPr/>
        <w:t>mundo en capas que otros no podían percibir.</w:t>
      </w:r>
    </w:p>
    <w:p>
      <w:pPr>
        <w:pStyle w:val="BodyText"/>
      </w:pPr>
      <w:r>
        <w:rPr/>
        <w:t>Lena no era DJ ni productora. Era algo más difícil de clasificar: una</w:t>
      </w:r>
      <w:r>
        <w:rPr/>
        <w:t xml:space="preserve"> </w:t>
      </w:r>
      <w:r>
        <w:rPr/>
        <w:t>arqueóloga vibracionals perdidas, una especialista en extraer</w:t>
      </w:r>
      <w:r>
        <w:rPr/>
        <w:t xml:space="preserve"> </w:t>
      </w:r>
      <w:r>
        <w:rPr/>
        <w:t>información de lugares donde otros solo encontraban ruido. Trabajaba</w:t>
      </w:r>
      <w:r>
        <w:rPr/>
        <w:t xml:space="preserve"> </w:t>
      </w:r>
      <w:r>
        <w:rPr/>
        <w:t>como freelance para estudios que necesitaban recuperar material de</w:t>
      </w:r>
      <w:r>
        <w:rPr/>
        <w:t xml:space="preserve"> </w:t>
      </w:r>
      <w:r>
        <w:rPr/>
        <w:t>cintas dañadas, para investigadores que analizaban grabaciones</w:t>
      </w:r>
      <w:r>
        <w:rPr/>
        <w:t xml:space="preserve"> </w:t>
      </w:r>
      <w:r>
        <w:rPr/>
        <w:t>históricas corruptas.</w:t>
      </w:r>
    </w:p>
    <w:p>
      <w:pPr>
        <w:pStyle w:val="BodyText"/>
      </w:pPr>
      <w:r>
        <w:rPr/>
        <w:t>Pero su verdadera pasión era lo que llamaba «arqueología sónica»: la</w:t>
      </w:r>
      <w:r>
        <w:rPr/>
        <w:t xml:space="preserve"> </w:t>
      </w:r>
      <w:r>
        <w:rPr/>
        <w:t>búsqueda vibracionals deliberadamente ocultadas.</w:t>
      </w:r>
    </w:p>
    <w:p>
      <w:pPr>
        <w:pStyle w:val="BodyText"/>
      </w:pPr>
      <w:r>
        <w:rPr/>
        <w:t>*«La información más valiosa»*, le había dicho una vez, *«siempre</w:t>
      </w:r>
      <w:r>
        <w:rPr/>
        <w:t xml:space="preserve"> </w:t>
      </w:r>
      <w:r>
        <w:rPr/>
        <w:t>está en lo que falta, no en lo que está presente. Como las estrellas:</w:t>
      </w:r>
      <w:r>
        <w:rPr/>
        <w:t xml:space="preserve"> </w:t>
      </w:r>
      <w:r>
        <w:rPr/>
        <w:t>las ves mejor cuando miras al lado».*</w:t>
      </w:r>
    </w:p>
    <w:p>
      <w:pPr>
        <w:pStyle w:val="BodyText"/>
      </w:pPr>
      <w:r>
        <w:rPr/>
        <w:t>Mar había perdido el contacto con Lena durante el último año. Pero</w:t>
      </w:r>
      <w:r>
        <w:rPr/>
        <w:t xml:space="preserve"> </w:t>
      </w:r>
      <w:r>
        <w:rPr/>
        <w:t>ahora, con el pergamino desafiando todos sus intentos de comprensión,</w:t>
      </w:r>
      <w:r>
        <w:rPr/>
        <w:t xml:space="preserve"> </w:t>
      </w:r>
      <w:r>
        <w:rPr/>
        <w:t>sabía que necesitaba los ojos laterales de Lena.</w:t>
      </w:r>
    </w:p>
    <w:p>
      <w:pPr>
        <w:pStyle w:val="BodyText"/>
      </w:pPr>
      <w:r>
        <w:rPr/>
        <w:t>Le escribió un correo cuidadosamente redactado, adjuntando fotografías</w:t>
      </w:r>
      <w:r>
        <w:rPr/>
        <w:t xml:space="preserve"> </w:t>
      </w:r>
      <w:r>
        <w:rPr/>
        <w:t>de alta resolución del pergamino y explicando brevemente su origen sin</w:t>
      </w:r>
      <w:r>
        <w:rPr/>
        <w:t xml:space="preserve"> </w:t>
      </w:r>
      <w:r>
        <w:rPr/>
        <w:t>mencionar las visiones místicas.</w:t>
      </w:r>
    </w:p>
    <w:p>
      <w:pPr>
        <w:pStyle w:val="BodyText"/>
      </w:pPr>
      <w:r>
        <w:rPr/>
        <w:t>La respuesta llegó seis horas después. No era un mensaje convencional.</w:t>
      </w:r>
      <w:r>
        <w:rPr/>
        <w:t xml:space="preserve"> </w:t>
      </w:r>
      <w:r>
        <w:rPr/>
        <w:t>Era una dirección en Kreuzberg y una hora: **23:00**.</w:t>
      </w:r>
    </w:p>
    <w:p>
      <w:pPr>
        <w:pStyle w:val="BodyText"/>
      </w:pPr>
      <w:r>
        <w:rPr/>
        <w:t>El edificio estaba en una calle lateral cerca de Kottbusser Tor. Mar</w:t>
      </w:r>
      <w:r>
        <w:rPr/>
        <w:t xml:space="preserve"> </w:t>
      </w:r>
      <w:r>
        <w:rPr/>
        <w:t>subió cuatro pisos por una escalera que olía a humedad y comida india.</w:t>
      </w:r>
      <w:r>
        <w:rPr/>
        <w:t xml:space="preserve"> </w:t>
      </w:r>
      <w:r>
        <w:rPr/>
        <w:t>La puerta del apartamento de Lena estaba entreabierta. Desde dentro</w:t>
      </w:r>
      <w:r>
        <w:rPr/>
        <w:t xml:space="preserve"> </w:t>
      </w:r>
      <w:r>
        <w:rPr/>
        <w:t>llegaba un zumbido constante: el ruido blanco de múltiples equipos</w:t>
      </w:r>
      <w:r>
        <w:rPr/>
        <w:t xml:space="preserve"> </w:t>
      </w:r>
      <w:r>
        <w:rPr/>
        <w:t>funcionando a la vez.</w:t>
      </w:r>
    </w:p>
    <w:p>
      <w:pPr>
        <w:pStyle w:val="BodyText"/>
      </w:pPr>
      <w:r>
        <w:rPr/>
        <w:t>—Entra —gritó una voz desde el interior—. Está abierto.</w:t>
      </w:r>
    </w:p>
    <w:p>
      <w:pPr>
        <w:pStyle w:val="BodyText"/>
      </w:pPr>
      <w:r>
        <w:rPr/>
        <w:t>Mar empujó la puerta.</w:t>
      </w:r>
    </w:p>
    <w:p>
      <w:pPr>
        <w:pStyle w:val="BodyText"/>
      </w:pPr>
      <w:r>
        <w:rPr/>
        <w:t>El apartamento de Lena era más un laboratorio que un hogar. Las paredes</w:t>
      </w:r>
      <w:r>
        <w:rPr/>
        <w:t xml:space="preserve"> </w:t>
      </w:r>
      <w:r>
        <w:rPr/>
        <w:t>estaban forradas con paneles de espuma acústica. Tres monitores ocupaban</w:t>
      </w:r>
      <w:r>
        <w:rPr/>
        <w:t xml:space="preserve"> </w:t>
      </w:r>
      <w:r>
        <w:rPr/>
        <w:t>un escritorio largo. Cables serpenteaban por el suelo como raíces</w:t>
      </w:r>
      <w:r>
        <w:rPr/>
        <w:t xml:space="preserve"> </w:t>
      </w:r>
      <w:r>
        <w:rPr/>
        <w:t>expuestas. En un rincón, un sintetizador modular parpadeaba con luces</w:t>
      </w:r>
      <w:r>
        <w:rPr/>
        <w:t xml:space="preserve"> </w:t>
      </w:r>
      <w:r>
        <w:rPr/>
        <w:t>LED.</w:t>
      </w:r>
    </w:p>
    <w:p>
      <w:pPr>
        <w:pStyle w:val="BodyText"/>
      </w:pPr>
      <w:r>
        <w:rPr/>
        <w:t>Lena estaba sentada frente a los monitores, de espaldas a la puerta.</w:t>
      </w:r>
      <w:r>
        <w:rPr/>
        <w:t xml:space="preserve"> </w:t>
      </w:r>
      <w:r>
        <w:rPr/>
        <w:t>Llevaba el pelo —teñido de azul oscuro desde la última vez que Mar la</w:t>
      </w:r>
      <w:r>
        <w:rPr/>
        <w:t xml:space="preserve"> </w:t>
      </w:r>
      <w:r>
        <w:rPr/>
        <w:t>había visto— recogido en un moño descuidado. No se giró cuando Mar</w:t>
      </w:r>
      <w:r>
        <w:rPr/>
        <w:t xml:space="preserve"> </w:t>
      </w:r>
      <w:r>
        <w:rPr/>
        <w:t>entró.</w:t>
      </w:r>
    </w:p>
    <w:p>
      <w:pPr>
        <w:pStyle w:val="BodyText"/>
      </w:pPr>
      <w:r>
        <w:rPr/>
        <w:t>—Cierra la puerta —dijo—. Y cálzate esto.</w:t>
      </w:r>
    </w:p>
    <w:p>
      <w:pPr>
        <w:pStyle w:val="BodyText"/>
      </w:pPr>
      <w:r>
        <w:rPr/>
        <w:t>Le lanzó unos auriculares sin mirar.</w:t>
      </w:r>
    </w:p>
    <w:p>
      <w:pPr>
        <w:pStyle w:val="BodyText"/>
      </w:pPr>
      <w:r>
        <w:rPr/>
        <w:t>Mar cerró y se acercó lentamente. En la pantalla central había una</w:t>
      </w:r>
      <w:r>
        <w:rPr/>
        <w:t xml:space="preserve"> </w:t>
      </w:r>
      <w:r>
        <w:rPr/>
        <w:t>imagen del pergamino. En las otras dos, formas de onda que parecían</w:t>
      </w:r>
      <w:r>
        <w:rPr/>
        <w:t xml:space="preserve"> </w:t>
      </w:r>
      <w:r>
        <w:rPr/>
        <w:t>respirar.</w:t>
      </w:r>
    </w:p>
    <w:p>
      <w:pPr>
        <w:pStyle w:val="BodyText"/>
      </w:pPr>
      <w:r>
        <w:rPr/>
        <w:t>—¿Has estado trabajando en esto desde que te escribí?</w:t>
      </w:r>
    </w:p>
    <w:p>
      <w:pPr>
        <w:pStyle w:val="BodyText"/>
      </w:pPr>
      <w:r>
        <w:rPr/>
        <w:t>—Seis horas sin parar —dijo Lena, girándose—. Tus símbolos son</w:t>
      </w:r>
      <w:r>
        <w:rPr/>
        <w:t xml:space="preserve"> </w:t>
      </w:r>
      <w:r>
        <w:rPr/>
        <w:t>jodidamente extraños, Mar. ¿De dónde los sacaste?</w:t>
      </w:r>
    </w:p>
    <w:p>
      <w:pPr>
        <w:pStyle w:val="BodyText"/>
      </w:pPr>
      <w:r>
        <w:rPr/>
        <w:t>—Es una historia larga.</w:t>
      </w:r>
    </w:p>
    <w:p>
      <w:pPr>
        <w:pStyle w:val="BodyText"/>
      </w:pPr>
      <w:r>
        <w:rPr/>
        <w:t>—Tengo café. —Señaló una cafetera sucia en un rincón—. Sírvete y</w:t>
      </w:r>
      <w:r>
        <w:rPr/>
        <w:t xml:space="preserve"> </w:t>
      </w:r>
      <w:r>
        <w:rPr/>
        <w:t>siéntate. Esto va a tardar.</w:t>
      </w:r>
    </w:p>
    <w:p>
      <w:pPr>
        <w:pStyle w:val="BodyText"/>
      </w:pPr>
      <w:r>
        <w:rPr/>
        <w:t>Mar se sirvió un café que sabía a quemado y se sentó en una silla</w:t>
      </w:r>
      <w:r>
        <w:rPr/>
        <w:t xml:space="preserve"> </w:t>
      </w:r>
      <w:r>
        <w:rPr/>
        <w:t>giratoria junto a Lena.</w:t>
      </w:r>
    </w:p>
    <w:p>
      <w:pPr>
        <w:pStyle w:val="BodyText"/>
      </w:pPr>
      <w:r>
        <w:rPr/>
        <w:t>—¿Qué has encontrado?</w:t>
      </w:r>
    </w:p>
    <w:p>
      <w:pPr>
        <w:pStyle w:val="BodyText"/>
      </w:pPr>
      <w:r>
        <w:rPr/>
        <w:t>Lena se inclinó hacia delante, señalando el pergamino en pantalla.</w:t>
      </w:r>
    </w:p>
    <w:p>
      <w:pPr>
        <w:pStyle w:val="BodyText"/>
      </w:pPr>
      <w:r>
        <w:rPr/>
        <w:t>—Primero pensé que era notación musical medieval. Pero ningún sistema</w:t>
      </w:r>
      <w:r>
        <w:rPr/>
        <w:t xml:space="preserve"> </w:t>
      </w:r>
      <w:r>
        <w:rPr/>
        <w:t>conocido coincide. Luego pensé que tal vez era un código. Tampoco.</w:t>
      </w:r>
      <w:r>
        <w:rPr/>
        <w:t xml:space="preserve"> </w:t>
      </w:r>
      <w:r>
        <w:rPr/>
        <w:t>—Hizo una pausa—. Entonces recordé algo que leí sobre técnicas de</w:t>
      </w:r>
      <w:r>
        <w:rPr/>
        <w:t xml:space="preserve"> </w:t>
      </w:r>
      <w:r>
        <w:rPr/>
        <w:t>grabación en negativo.</w:t>
      </w:r>
    </w:p>
    <w:p>
      <w:pPr>
        <w:pStyle w:val="BodyText"/>
      </w:pPr>
      <w:r>
        <w:rPr/>
        <w:t>—¿En negativo?</w:t>
      </w:r>
    </w:p>
    <w:p>
      <w:pPr>
        <w:pStyle w:val="BodyText"/>
      </w:pPr>
      <w:r>
        <w:rPr/>
        <w:t>—Sí. En los años 60, algunos experimentadores de música concreta</w:t>
      </w:r>
      <w:r>
        <w:rPr/>
        <w:t xml:space="preserve"> </w:t>
      </w:r>
      <w:r>
        <w:rPr/>
        <w:t>desarrollaron técnicas para grabar lo que *no* estaba sonando. Como</w:t>
      </w:r>
      <w:r>
        <w:rPr/>
        <w:t xml:space="preserve"> </w:t>
      </w:r>
      <w:r>
        <w:rPr/>
        <w:t>hacer un molde de la ausencia. —Lena amplió uno de los símbolos—.</w:t>
      </w:r>
      <w:r>
        <w:rPr/>
        <w:t xml:space="preserve"> </w:t>
      </w:r>
      <w:r>
        <w:rPr/>
        <w:t>Tus símbolos funcionan igual. No indican qué notas tocar. Indican qué</w:t>
      </w:r>
      <w:r>
        <w:rPr/>
        <w:t xml:space="preserve"> </w:t>
      </w:r>
      <w:r>
        <w:rPr/>
        <w:t>frecuencias *sustraer*.</w:t>
      </w:r>
    </w:p>
    <w:p>
      <w:pPr>
        <w:pStyle w:val="BodyText"/>
      </w:pPr>
      <w:r>
        <w:rPr/>
        <w:t>Mar sintió un escalofrío.</w:t>
      </w:r>
    </w:p>
    <w:p>
      <w:pPr>
        <w:pStyle w:val="BodyText"/>
      </w:pPr>
      <w:r>
        <w:rPr/>
        <w:t>—¿Sustraer de dónde</w:t>
      </w:r>
    </w:p>
    <w:p>
      <w:pPr>
        <w:pStyle w:val="BodyText"/>
      </w:pPr>
      <w:r>
        <w:rPr/>
        <w:t>—De cualquier fuente sonora. —Lena abrió un archivo de audio—.</w:t>
      </w:r>
      <w:r>
        <w:rPr/>
        <w:t xml:space="preserve"> </w:t>
      </w:r>
      <w:r>
        <w:rPr/>
        <w:t>Traje «Fading Away». La canción de tu amigo desaparecido.</w:t>
      </w:r>
    </w:p>
    <w:p>
      <w:pPr>
        <w:pStyle w:val="BodyText"/>
      </w:pPr>
      <w:r>
        <w:rPr/>
        <w:t>Mar se tensó.</w:t>
      </w:r>
    </w:p>
    <w:p>
      <w:pPr>
        <w:pStyle w:val="BodyText"/>
      </w:pPr>
      <w:r>
        <w:rPr/>
        <w:t>—¿Cómo sabes…?</w:t>
      </w:r>
    </w:p>
    <w:p>
      <w:pPr>
        <w:pStyle w:val="BodyText"/>
      </w:pPr>
      <w:r>
        <w:rPr/>
        <w:t>—Lo googleé. DJ ILIBERIS. Desaparecido en 1998. —Lena la miró</w:t>
      </w:r>
      <w:r>
        <w:rPr/>
        <w:t xml:space="preserve"> </w:t>
      </w:r>
      <w:r>
        <w:rPr/>
        <w:t>directamente por primera vez—. No me mientas, Mar. Esto es demasiado</w:t>
      </w:r>
      <w:r>
        <w:rPr/>
        <w:t xml:space="preserve"> </w:t>
      </w:r>
      <w:r>
        <w:rPr/>
        <w:t>raro para andar con rodeos.</w:t>
      </w:r>
    </w:p>
    <w:p>
      <w:pPr>
        <w:pStyle w:val="BodyText"/>
      </w:pPr>
      <w:r>
        <w:rPr/>
        <w:t>Mar asintió lentamente.</w:t>
      </w:r>
    </w:p>
    <w:p>
      <w:pPr>
        <w:pStyle w:val="BodyText"/>
      </w:pPr>
      <w:r>
        <w:rPr/>
        <w:t>—Está bien. Sí. Es su canción.</w:t>
      </w:r>
    </w:p>
    <w:p>
      <w:pPr>
        <w:pStyle w:val="BodyText"/>
      </w:pPr>
      <w:r>
        <w:rPr/>
        <w:t>—Bien. —Lena volvió a los monitores—. Porque lo que voy a</w:t>
      </w:r>
      <w:r>
        <w:rPr/>
        <w:t xml:space="preserve"> </w:t>
      </w:r>
      <w:r>
        <w:rPr/>
        <w:t>enseñarte va a sonar imposible.</w:t>
      </w:r>
    </w:p>
    <w:p>
      <w:pPr>
        <w:pStyle w:val="BodyText"/>
      </w:pPr>
      <w:r>
        <w:rPr/>
        <w:t>Lena pulsó una tecla. El primer archivo empezó a reproducirse. Era</w:t>
      </w:r>
      <w:r>
        <w:rPr/>
        <w:t xml:space="preserve"> </w:t>
      </w:r>
      <w:r>
        <w:rPr/>
        <w:t>«Fading Away» tal como Mar la conocía. La voz rota de Adrián, el bajo</w:t>
      </w:r>
      <w:r>
        <w:rPr/>
        <w:t xml:space="preserve"> </w:t>
      </w:r>
      <w:r>
        <w:rPr/>
        <w:t>profundo, los pads atmosféricos.</w:t>
      </w:r>
    </w:p>
    <w:p>
      <w:pPr>
        <w:pStyle w:val="BodyText"/>
      </w:pPr>
      <w:r>
        <w:rPr/>
        <w:t>—Este es el original —dijo Lena—. Ahora mira esto.</w:t>
      </w:r>
    </w:p>
    <w:p>
      <w:pPr>
        <w:pStyle w:val="BodyText"/>
      </w:pPr>
      <w:r>
        <w:rPr/>
        <w:t>Pulsó otra tecla. La música cambió sutilmente. Como si alguien hubiera</w:t>
      </w:r>
      <w:r>
        <w:rPr/>
        <w:t xml:space="preserve"> </w:t>
      </w:r>
      <w:r>
        <w:rPr/>
        <w:t>quitado una capa invisible.</w:t>
      </w:r>
    </w:p>
    <w:p>
      <w:pPr>
        <w:pStyle w:val="BodyText"/>
      </w:pPr>
      <w:r>
        <w:rPr/>
        <w:t>—He sustraído las frecuencias que indica el primer símbolo del</w:t>
      </w:r>
      <w:r>
        <w:rPr/>
        <w:t xml:space="preserve"> </w:t>
      </w:r>
      <w:r>
        <w:rPr/>
        <w:t>pergamino. ¿Oyes la diferencia?</w:t>
      </w:r>
    </w:p>
    <w:p>
      <w:pPr>
        <w:pStyle w:val="BodyText"/>
      </w:pPr>
      <w:r>
        <w:rPr/>
        <w:t>Mar cerró los ojos. Sí. Había algo distinto. Un espacio que no había</w:t>
      </w:r>
      <w:r>
        <w:rPr/>
        <w:t xml:space="preserve"> </w:t>
      </w:r>
      <w:r>
        <w:rPr/>
        <w:t>estado allí antes. Un vacío que tenía forma.</w:t>
      </w:r>
    </w:p>
    <w:p>
      <w:pPr>
        <w:pStyle w:val="BodyText"/>
      </w:pPr>
      <w:r>
        <w:rPr/>
        <w:t>—Ahora el segundo símbolo.</w:t>
      </w:r>
    </w:p>
    <w:p>
      <w:pPr>
        <w:pStyle w:val="BodyText"/>
      </w:pPr>
      <w:r>
        <w:rPr/>
        <w:t>Otro cambio. Más pronunciado. La canción empezaba a sonar etérea,</w:t>
      </w:r>
      <w:r>
        <w:rPr/>
        <w:t xml:space="preserve"> </w:t>
      </w:r>
      <w:r>
        <w:rPr/>
        <w:t>transparente.</w:t>
      </w:r>
    </w:p>
    <w:p>
      <w:pPr>
        <w:pStyle w:val="BodyText"/>
      </w:pPr>
      <w:r>
        <w:rPr/>
        <w:t>—Tercero.</w:t>
      </w:r>
    </w:p>
    <w:p>
      <w:pPr>
        <w:pStyle w:val="BodyText"/>
      </w:pPr>
      <w:r>
        <w:rPr/>
        <w:t>La voz de Adrián casi había desaparecido. Pero en su lugar emergía algo</w:t>
      </w:r>
      <w:r>
        <w:rPr/>
        <w:t xml:space="preserve"> </w:t>
      </w:r>
      <w:r>
        <w:rPr/>
        <w:t>más. Una melodía que no estaba en la mezcla original pero que siempre</w:t>
      </w:r>
      <w:r>
        <w:rPr/>
        <w:t xml:space="preserve"> </w:t>
      </w:r>
      <w:r>
        <w:rPr/>
        <w:t>había estado allí, oculta.</w:t>
      </w:r>
    </w:p>
    <w:p>
      <w:pPr>
        <w:pStyle w:val="BodyText"/>
      </w:pPr>
      <w:r>
        <w:rPr/>
        <w:t>—Cuarto.</w:t>
      </w:r>
    </w:p>
    <w:p>
      <w:pPr>
        <w:pStyle w:val="BodyText"/>
      </w:pPr>
      <w:r>
        <w:rPr/>
        <w:t>Mar abrió los ojos bruscamente</w:t>
      </w:r>
    </w:p>
    <w:p>
      <w:pPr>
        <w:pStyle w:val="BodyText"/>
      </w:pPr>
      <w:r>
        <w:rPr/>
        <w:t>—Lena, ¿qué es eso?</w:t>
      </w:r>
    </w:p>
    <w:p>
      <w:pPr>
        <w:pStyle w:val="BodyText"/>
      </w:pPr>
      <w:r>
        <w:rPr/>
        <w:t>—No lo sé. Pero espera.</w:t>
      </w:r>
    </w:p>
    <w:p>
      <w:pPr>
        <w:pStyle w:val="BodyText"/>
      </w:pPr>
      <w:r>
        <w:rPr/>
        <w:t>Lena pulsó una última tecla.</w:t>
      </w:r>
    </w:p>
    <w:p>
      <w:pPr>
        <w:pStyle w:val="BodyText"/>
      </w:pPr>
      <w:r>
        <w:rPr/>
        <w:t>El quinto archivo.</w:t>
      </w:r>
    </w:p>
    <w:p>
      <w:pPr>
        <w:pStyle w:val="BodyText"/>
      </w:pPr>
      <w:r>
        <w:rPr/>
        <w:t>Ya no era «Fading Away» en ningún sentido r Su cicatriz bajo la</w:t>
      </w:r>
      <w:r>
        <w:rPr/>
        <w:t xml:space="preserve"> </w:t>
      </w:r>
      <w:r>
        <w:rPr/>
        <w:t>clavícula ardió. Los auriculares vibraban contra sus oídos.</w:t>
      </w:r>
    </w:p>
    <w:p>
      <w:pPr>
        <w:pStyle w:val="BodyText"/>
      </w:pPr>
      <w:r>
        <w:rPr/>
        <w:t>Y dentro de esa frecuencia, clara como el cristal, estaba la voz de</w:t>
      </w:r>
      <w:r>
        <w:rPr/>
        <w:t xml:space="preserve"> </w:t>
      </w:r>
      <w:r>
        <w:rPr/>
        <w:t>Adrián</w:t>
      </w:r>
    </w:p>
    <w:p>
      <w:pPr>
        <w:pStyle w:val="BodyText"/>
      </w:pPr>
      <w:r>
        <w:rPr/>
        <w:t>No cantando palabras. Solo existiendo. Una presencia sonora que había</w:t>
      </w:r>
      <w:r>
        <w:rPr/>
        <w:t xml:space="preserve"> </w:t>
      </w:r>
      <w:r>
        <w:rPr/>
        <w:t>sobrevivido a la disolución de su cuerpo.</w:t>
      </w:r>
    </w:p>
    <w:p>
      <w:pPr>
        <w:pStyle w:val="BodyText"/>
      </w:pPr>
      <w:r>
        <w:rPr/>
        <w:t>Mar se quitó los auriculares con manos temblorosas.</w:t>
      </w:r>
    </w:p>
    <w:p>
      <w:pPr>
        <w:pStyle w:val="BodyText"/>
      </w:pPr>
      <w:r>
        <w:rPr/>
        <w:t>—Dios mío.</w:t>
      </w:r>
    </w:p>
    <w:p>
      <w:pPr>
        <w:pStyle w:val="BodyText"/>
      </w:pPr>
      <w:r>
        <w:rPr/>
        <w:t>Lena la observaba con expresión seria.</w:t>
      </w:r>
    </w:p>
    <w:p>
      <w:pPr>
        <w:pStyle w:val="BodyText"/>
      </w:pPr>
      <w:r>
        <w:rPr/>
        <w:t>—¿Quieres que te diga lo más raro? —Se giró hacia los monitores—.</w:t>
      </w:r>
      <w:r>
        <w:rPr/>
        <w:t xml:space="preserve"> </w:t>
      </w:r>
      <w:r>
        <w:rPr/>
        <w:t>Mientras trabajaba en esto, detecté actividad en ciertas frecuencias.</w:t>
      </w:r>
      <w:r>
        <w:rPr/>
        <w:t xml:space="preserve"> </w:t>
      </w:r>
      <w:r>
        <w:rPr/>
        <w:t>Patrones que no deberían estar allí.</w:t>
      </w:r>
    </w:p>
    <w:p>
      <w:pPr>
        <w:pStyle w:val="BodyText"/>
      </w:pPr>
      <w:r>
        <w:rPr/>
        <w:t>—¿Qué tipo de patrones?</w:t>
      </w:r>
    </w:p>
    <w:p>
      <w:pPr>
        <w:pStyle w:val="BodyText"/>
      </w:pPr>
      <w:r>
        <w:rPr/>
        <w:t>—Alguien está monitoreando. —Lena abrió una ventana nueva—. Mira</w:t>
      </w:r>
      <w:r>
        <w:rPr/>
        <w:t xml:space="preserve"> </w:t>
      </w:r>
      <w:r>
        <w:rPr/>
        <w:t>esto.</w:t>
      </w:r>
    </w:p>
    <w:p>
      <w:pPr>
        <w:pStyle w:val="BodyText"/>
      </w:pPr>
      <w:r>
        <w:rPr/>
        <w:t>La pantalla mostraba un espectrograma en tiempo real. En su mayoría era</w:t>
      </w:r>
      <w:r>
        <w:rPr/>
        <w:t xml:space="preserve"> </w:t>
      </w:r>
      <w:r>
        <w:rPr/>
        <w:t>ruido blanco. Pero había líneas. Verticales. Regulares. Como si alguien</w:t>
      </w:r>
      <w:r>
        <w:rPr/>
        <w:t xml:space="preserve"> </w:t>
      </w:r>
      <w:r>
        <w:rPr/>
        <w:t>estuviera escaneando el espectro de radio.</w:t>
      </w:r>
    </w:p>
    <w:p>
      <w:pPr>
        <w:pStyle w:val="BodyText"/>
      </w:pPr>
      <w:r>
        <w:rPr/>
        <w:t>—¿Qué es eso?</w:t>
      </w:r>
    </w:p>
    <w:p>
      <w:pPr>
        <w:pStyle w:val="BodyText"/>
      </w:pPr>
      <w:r>
        <w:rPr/>
        <w:t>—Lo llamo Chrysalis. —Lena se frotó los ojos, cansada—. Llevo</w:t>
      </w:r>
      <w:r>
        <w:rPr/>
        <w:t xml:space="preserve"> </w:t>
      </w:r>
      <w:r>
        <w:rPr/>
        <w:t>meses rastreándolo. Es una red de vigilancia que opera en resonancias</w:t>
      </w:r>
      <w:r>
        <w:rPr/>
        <w:t xml:space="preserve"> </w:t>
      </w:r>
      <w:r>
        <w:rPr/>
        <w:t>que la mayoría de la gente no monitorea. Frecuencias intermedias, entre</w:t>
      </w:r>
      <w:r>
        <w:rPr/>
        <w:t xml:space="preserve"> </w:t>
      </w:r>
      <w:r>
        <w:rPr/>
        <w:t>las bandas oficiales. Pensé que era paranoia mía, pero desde que empecé</w:t>
      </w:r>
      <w:r>
        <w:rPr/>
        <w:t xml:space="preserve"> </w:t>
      </w:r>
      <w:r>
        <w:rPr/>
        <w:t>a trabajar con tu pergamino… la actividad se ha triplicado.</w:t>
      </w:r>
    </w:p>
    <w:p>
      <w:pPr>
        <w:pStyle w:val="BodyText"/>
      </w:pPr>
      <w:r>
        <w:rPr/>
        <w:t>Mar sintió que el estómago se le contraía.</w:t>
      </w:r>
    </w:p>
    <w:p>
      <w:pPr>
        <w:pStyle w:val="BodyText"/>
      </w:pPr>
      <w:r>
        <w:rPr/>
        <w:t>—¿Crees que nos están escuchando?</w:t>
      </w:r>
    </w:p>
    <w:p>
      <w:pPr>
        <w:pStyle w:val="BodyText"/>
      </w:pPr>
      <w:r>
        <w:rPr/>
        <w:t>—No escuchando. Cazando. —Lena cerró la ventana bruscamente—. Hay</w:t>
      </w:r>
      <w:r>
        <w:rPr/>
        <w:t xml:space="preserve"> </w:t>
      </w:r>
      <w:r>
        <w:rPr/>
        <w:t>gente que no quiere que ciertos silencios sean perturbados.</w:t>
      </w:r>
    </w:p>
    <w:p>
      <w:pPr>
        <w:pStyle w:val="BodyText"/>
      </w:pPr>
      <w:r>
        <w:rPr/>
        <w:t>Se levantó y fue a la ventana. Corrió la cortina y miró hacia la calle.</w:t>
      </w:r>
    </w:p>
    <w:p>
      <w:pPr>
        <w:pStyle w:val="BodyText"/>
      </w:pPr>
      <w:r>
        <w:rPr/>
        <w:t>—¿Ves ese coche? —Señaló un sedán oscuro estacionado al otro</w:t>
      </w:r>
      <w:r>
        <w:rPr/>
        <w:t xml:space="preserve"> </w:t>
      </w:r>
      <w:r>
        <w:rPr/>
        <w:t>lado—. Lleva ahí tres horas.</w:t>
      </w:r>
    </w:p>
    <w:p>
      <w:pPr>
        <w:pStyle w:val="BodyText"/>
      </w:pPr>
      <w:r>
        <w:rPr/>
        <w:t>Mar se acercó. El coche tenía las luces apagadas, pero pudo distinguir</w:t>
      </w:r>
      <w:r>
        <w:rPr/>
        <w:t xml:space="preserve"> </w:t>
      </w:r>
      <w:r>
        <w:rPr/>
        <w:t>una silueta en el asiento del conductor.</w:t>
      </w:r>
    </w:p>
    <w:p>
      <w:pPr>
        <w:pStyle w:val="BodyText"/>
      </w:pPr>
      <w:r>
        <w:rPr/>
        <w:t>—Podría ser cualquiera.</w:t>
      </w:r>
    </w:p>
    <w:p>
      <w:pPr>
        <w:pStyle w:val="BodyText"/>
      </w:pPr>
      <w:r>
        <w:rPr/>
        <w:t>—Podría. —Lena dejó caer la cortina—. Pero apareció dos horas</w:t>
      </w:r>
      <w:r>
        <w:rPr/>
        <w:t xml:space="preserve"> </w:t>
      </w:r>
      <w:r>
        <w:rPr/>
        <w:t>después de que empezara a trabajar con tus archivos.</w:t>
      </w:r>
    </w:p>
    <w:p>
      <w:pPr>
        <w:pStyle w:val="BodyText"/>
      </w:pPr>
      <w:r>
        <w:rPr/>
        <w:t>Se giró hacia Mar.</w:t>
      </w:r>
    </w:p>
    <w:p>
      <w:pPr>
        <w:pStyle w:val="BodyText"/>
      </w:pPr>
      <w:r>
        <w:rPr/>
        <w:t>—Escucha. Voy a darte copias de todo. Pero después de esta noche, no</w:t>
      </w:r>
      <w:r>
        <w:rPr/>
        <w:t xml:space="preserve"> </w:t>
      </w:r>
      <w:r>
        <w:rPr/>
        <w:t>me contactes durante un tiempo. Necesito borrar mi rastro. —Hizo una</w:t>
      </w:r>
      <w:r>
        <w:rPr/>
        <w:t xml:space="preserve"> </w:t>
      </w:r>
      <w:r>
        <w:rPr/>
        <w:t>pausa—. Y tú necesitas tener cuidado. Cuando empiezas a escuchar en</w:t>
      </w:r>
      <w:r>
        <w:rPr/>
        <w:t xml:space="preserve"> </w:t>
      </w:r>
      <w:r>
        <w:rPr/>
        <w:t>los hu</w:t>
      </w:r>
    </w:p>
    <w:p>
      <w:pPr>
        <w:pStyle w:val="BodyText"/>
      </w:pPr>
      <w:r>
        <w:rPr/>
        <w:t>Lena fue al escritorio y conectó una memoria USB. Empezó a copiar</w:t>
      </w:r>
      <w:r>
        <w:rPr/>
        <w:t xml:space="preserve"> </w:t>
      </w:r>
      <w:r>
        <w:rPr/>
        <w:t>archivos.</w:t>
      </w:r>
    </w:p>
    <w:p>
      <w:pPr>
        <w:pStyle w:val="BodyText"/>
      </w:pPr>
      <w:r>
        <w:rPr/>
        <w:t>—Una cosa más —dijo sin mirar a Mar—. Tu amigo. Adrián. No está</w:t>
      </w:r>
      <w:r>
        <w:rPr/>
        <w:t xml:space="preserve"> </w:t>
      </w:r>
      <w:r>
        <w:rPr/>
        <w:t>muerto.</w:t>
      </w:r>
    </w:p>
    <w:p>
      <w:pPr>
        <w:pStyle w:val="BodyText"/>
      </w:pPr>
      <w:r>
        <w:rPr/>
        <w:t>—¿Qué?</w:t>
      </w:r>
    </w:p>
    <w:p>
      <w:pPr>
        <w:pStyle w:val="BodyText"/>
      </w:pPr>
      <w:r>
        <w:rPr/>
        <w:t>—La frecuencia que extraje del quinto archivo. No es un recuerdo. Es</w:t>
      </w:r>
      <w:r>
        <w:rPr/>
        <w:t xml:space="preserve"> </w:t>
      </w:r>
      <w:r>
        <w:rPr/>
        <w:t>activa. Está transmitiendo. —Lena desconectó la memoria y se la</w:t>
      </w:r>
      <w:r>
        <w:rPr/>
        <w:t xml:space="preserve"> </w:t>
      </w:r>
      <w:r>
        <w:rPr/>
        <w:t>entregó—. No sé dónde está. Pero está en alguna parte. En algún tono.</w:t>
      </w:r>
    </w:p>
    <w:p>
      <w:pPr>
        <w:pStyle w:val="BodyText"/>
      </w:pPr>
      <w:r>
        <w:rPr/>
        <w:t>Mar tomó la memoria con manos que no dejaban de temblar.</w:t>
      </w:r>
    </w:p>
    <w:p>
      <w:pPr>
        <w:pStyle w:val="BodyText"/>
      </w:pPr>
      <w:r>
        <w:rPr/>
        <w:t>—¿Cómo lo encuentro?</w:t>
      </w:r>
    </w:p>
    <w:p>
      <w:pPr>
        <w:pStyle w:val="BodyText"/>
      </w:pPr>
      <w:r>
        <w:rPr/>
        <w:t>Lena sonrió con tristeza.</w:t>
      </w:r>
    </w:p>
    <w:p>
      <w:pPr>
        <w:pStyle w:val="BodyText"/>
      </w:pPr>
      <w:r>
        <w:rPr/>
        <w:t>—Esa es la pregunta correcta. Pero no tengo la respuesta. —Señaló</w:t>
      </w:r>
      <w:r>
        <w:rPr/>
        <w:t xml:space="preserve"> </w:t>
      </w:r>
      <w:r>
        <w:rPr/>
        <w:t>hacia la puerta—. Ahora vete. Por la escalera de incendios. No por la</w:t>
      </w:r>
      <w:r>
        <w:rPr/>
        <w:t xml:space="preserve"> </w:t>
      </w:r>
      <w:r>
        <w:rPr/>
        <w:t>puerta principal.</w:t>
      </w:r>
    </w:p>
    <w:p>
      <w:pPr>
        <w:pStyle w:val="BodyText"/>
      </w:pPr>
      <w:r>
        <w:rPr/>
        <w:t>—Lena…</w:t>
      </w:r>
    </w:p>
    <w:p>
      <w:pPr>
        <w:pStyle w:val="BodyText"/>
      </w:pPr>
      <w:r>
        <w:rPr/>
        <w:t>—Vete, Mar. Y ten cuidado. La música en negativo tiene un precio.</w:t>
      </w:r>
      <w:r>
        <w:rPr/>
        <w:t xml:space="preserve"> </w:t>
      </w:r>
      <w:r>
        <w:rPr/>
        <w:t>Revela lo que estaba oculto, pero también te hace visible a cosas que</w:t>
      </w:r>
      <w:r>
        <w:rPr/>
        <w:t xml:space="preserve"> </w:t>
      </w:r>
      <w:r>
        <w:rPr/>
        <w:t>preferirías no ver.</w:t>
      </w:r>
    </w:p>
    <w:p>
      <w:pPr>
        <w:pStyle w:val="BodyText"/>
      </w:pPr>
      <w:r>
        <w:rPr/>
        <w:t>—--</w:t>
      </w:r>
    </w:p>
    <w:p>
      <w:pPr>
        <w:pStyle w:val="BodyText"/>
      </w:pPr>
      <w:r>
        <w:rPr/>
        <w:t>Mar bajó por la escalera de incendios, el metal frío bajo sus manos. La</w:t>
      </w:r>
      <w:r>
        <w:rPr/>
        <w:t xml:space="preserve"> </w:t>
      </w:r>
      <w:r>
        <w:rPr/>
        <w:t>memoria USB ardía en su bolsillo como una promesa y una amenaza.</w:t>
      </w:r>
    </w:p>
    <w:p>
      <w:pPr>
        <w:pStyle w:val="BodyText"/>
      </w:pPr>
      <w:r>
        <w:rPr/>
        <w:t>Al llegar a la calle, miró hacia arriba. Lena estaba en la ventana,</w:t>
      </w:r>
      <w:r>
        <w:rPr/>
        <w:t xml:space="preserve"> </w:t>
      </w:r>
      <w:r>
        <w:rPr/>
        <w:t>observándola. Levantó una mano. Una despedida o una advertencia.</w:t>
      </w:r>
    </w:p>
    <w:p>
      <w:pPr>
        <w:pStyle w:val="BodyText"/>
      </w:pPr>
      <w:r>
        <w:rPr/>
        <w:t>Mar echó a andar rápido hacia la estación de U-Bahn más cercana. No miró</w:t>
      </w:r>
      <w:r>
        <w:rPr/>
        <w:t xml:space="preserve"> </w:t>
      </w:r>
      <w:r>
        <w:rPr/>
        <w:t>atrás. Pero podía sentir el peso de una mirada. El sedán oscuro arrancó</w:t>
      </w:r>
      <w:r>
        <w:rPr/>
        <w:t xml:space="preserve"> </w:t>
      </w:r>
      <w:r>
        <w:rPr/>
        <w:t>cuando ella dobló la esquina.</w:t>
      </w:r>
    </w:p>
    <w:p>
      <w:pPr>
        <w:pStyle w:val="BodyText"/>
      </w:pPr>
      <w:r>
        <w:rPr/>
        <w:t>La música había comenzado a tocar en resonancias que otros podían</w:t>
      </w:r>
      <w:r>
        <w:rPr/>
        <w:t xml:space="preserve"> </w:t>
      </w:r>
      <w:r>
        <w:rPr/>
        <w:t>escuchar.</w:t>
      </w:r>
    </w:p>
    <w:p>
      <w:pPr>
        <w:pStyle w:val="BodyText"/>
      </w:pPr>
      <w:r>
        <w:rPr/>
        <w:t>Y eso significaba que el juego había cambiado definitivamente.</w:t>
      </w:r>
    </w:p>
    <w:p>
      <w:pPr>
        <w:pStyle w:val="BodyText"/>
      </w:pPr>
      <w:r>
        <w:rPr/>
        <w:t>La reverberación había encontrado su voz. Pero también había alertado a</w:t>
      </w:r>
      <w:r>
        <w:rPr/>
        <w:t xml:space="preserve"> </w:t>
      </w:r>
      <w:r>
        <w:rPr/>
        <w:t>quienes preferían que ciertos sonidos permanecieran para siempre en</w:t>
      </w:r>
      <w:r>
        <w:rPr/>
        <w:t xml:space="preserve"> </w:t>
      </w:r>
      <w:r>
        <w:rPr/>
        <w:t>calma.</w:t>
      </w:r>
    </w:p>
    <w:p>
      <w:pPr>
        <w:pStyle w:val="Heading1"/>
      </w:pPr>
      <w:r>
        <w:rPr/>
        <w:t>CAPÍTULO 8. EL CUSTODIO DEL SILENCIO</w:t>
      </w:r>
    </w:p>
    <w:p>
      <w:pPr/>
      <w:r>
        <w:rPr/>
        <w:t>*«Algunos silencios no son paz. Son una guerra de desgaste.»*</w:t>
      </w:r>
    </w:p>
    <w:p>
      <w:pPr>
        <w:pStyle w:val="BodyText"/>
      </w:pPr>
      <w:r>
        <w:rPr/>
        <w:t>—Markus</w:t>
      </w:r>
    </w:p>
    <w:p>
      <w:pPr>
        <w:pStyle w:val="BodyText"/>
      </w:pPr>
      <w:r>
        <w:rPr/>
        <w:t>Markus no dormía desde hacía tres días.</w:t>
      </w:r>
    </w:p>
    <w:p>
      <w:pPr>
        <w:pStyle w:val="BodyText"/>
      </w:pPr>
      <w:r>
        <w:rPr/>
        <w:t>No era insomnio: era la sensación precisa, física, de que el mundo</w:t>
      </w:r>
      <w:r>
        <w:rPr/>
        <w:t xml:space="preserve"> </w:t>
      </w:r>
      <w:r>
        <w:rPr/>
        <w:t>estaba conteniendo la respiración y él, por algún motivo, había quedado</w:t>
      </w:r>
      <w:r>
        <w:rPr/>
        <w:t xml:space="preserve"> </w:t>
      </w:r>
      <w:r>
        <w:rPr/>
        <w:t>atrapado en medio.</w:t>
      </w:r>
    </w:p>
    <w:p>
      <w:pPr>
        <w:pStyle w:val="BodyText"/>
      </w:pPr>
      <w:r>
        <w:rPr/>
        <w:t>Esa madrugada del tercer día, cuando la vibración del FA# atravesó</w:t>
      </w:r>
      <w:r>
        <w:rPr/>
        <w:t xml:space="preserve"> </w:t>
      </w:r>
      <w:r>
        <w:rPr/>
        <w:t>Europa como una onda invisible, Markus estaba sentado en el suelo de su</w:t>
      </w:r>
      <w:r>
        <w:rPr/>
        <w:t xml:space="preserve"> </w:t>
      </w:r>
      <w:r>
        <w:rPr/>
        <w:t>taller en Moabit, rodeado de cables abiertos y condensadores viejos. El</w:t>
      </w:r>
      <w:r>
        <w:rPr/>
        <w:t xml:space="preserve"> </w:t>
      </w:r>
      <w:r>
        <w:rPr/>
        <w:t>multímetro que llevaba días apagado comenzó a emitir un pulso leve, casi</w:t>
      </w:r>
      <w:r>
        <w:rPr/>
        <w:t xml:space="preserve"> </w:t>
      </w:r>
      <w:r>
        <w:rPr/>
        <w:t>imperceptible.</w:t>
      </w:r>
    </w:p>
    <w:p>
      <w:pPr>
        <w:pStyle w:val="BodyText"/>
      </w:pPr>
      <w:r>
        <w:rPr/>
        <w:t>No era técnico. Era otra cosa.</w:t>
      </w:r>
    </w:p>
    <w:p>
      <w:pPr>
        <w:pStyle w:val="BodyText"/>
      </w:pPr>
      <w:r>
        <w:rPr/>
        <w:t>La vibración subió desde el suelo, atravesó sus rodillas, se clavó en el</w:t>
      </w:r>
      <w:r>
        <w:rPr/>
        <w:t xml:space="preserve"> </w:t>
      </w:r>
      <w:r>
        <w:rPr/>
        <w:t>esternón con la misma precisión de 1998.</w:t>
      </w:r>
    </w:p>
    <w:p>
      <w:pPr>
        <w:pStyle w:val="BodyText"/>
      </w:pPr>
      <w:r>
        <w:rPr/>
        <w:t>Reconoció la nota al instante: *FA#*.</w:t>
      </w:r>
    </w:p>
    <w:p>
      <w:pPr>
        <w:pStyle w:val="BodyText"/>
      </w:pPr>
      <w:r>
        <w:rPr/>
        <w:t>Pero no era el filo traumático que había destrozado a Adrián. Era más</w:t>
      </w:r>
      <w:r>
        <w:rPr/>
        <w:t xml:space="preserve"> </w:t>
      </w:r>
      <w:r>
        <w:rPr/>
        <w:t>limpia, más completa. Como si hubiera estado esperando 25 años para</w:t>
      </w:r>
      <w:r>
        <w:rPr/>
        <w:t xml:space="preserve"> </w:t>
      </w:r>
      <w:r>
        <w:rPr/>
        <w:t>regresar afinada.</w:t>
      </w:r>
    </w:p>
    <w:p>
      <w:pPr>
        <w:pStyle w:val="BodyText"/>
      </w:pPr>
      <w:r>
        <w:rPr/>
        <w:t>Markus pensó en Adrián. No como mito ni como sombra. Pensó en su amigo.</w:t>
      </w:r>
      <w:r>
        <w:rPr/>
        <w:t xml:space="preserve"> </w:t>
      </w:r>
      <w:r>
        <w:rPr/>
        <w:t>El que hablaba con las manos, con el gesto, con los silencios. Recordó</w:t>
      </w:r>
      <w:r>
        <w:rPr/>
        <w:t xml:space="preserve"> </w:t>
      </w:r>
      <w:r>
        <w:rPr/>
        <w:t>la mañana del 15 de octubre de 1998, cómo había encontrado el</w:t>
      </w:r>
      <w:r>
        <w:rPr/>
        <w:t xml:space="preserve"> </w:t>
      </w:r>
      <w:r>
        <w:rPr/>
        <w:t>apartamento vacío, cómo había comprendido —demasiado tarde— que los</w:t>
      </w:r>
      <w:r>
        <w:rPr/>
        <w:t xml:space="preserve"> </w:t>
      </w:r>
      <w:r>
        <w:rPr/>
        <w:t>tres días de encierro de Adrián no eran aislamiento creativo, sino una</w:t>
      </w:r>
      <w:r>
        <w:rPr/>
        <w:t xml:space="preserve"> </w:t>
      </w:r>
      <w:r>
        <w:rPr/>
        <w:t>despedida sin lengua humana.</w:t>
      </w:r>
    </w:p>
    <w:p>
      <w:pPr>
        <w:pStyle w:val="BodyText"/>
      </w:pPr>
      <w:r>
        <w:rPr/>
        <w:t>El FA# pulsó de nuevo.</w:t>
      </w:r>
    </w:p>
    <w:p>
      <w:pPr>
        <w:pStyle w:val="BodyText"/>
      </w:pPr>
      <w:r>
        <w:rPr/>
        <w:t>Era una llamada. Y no venía del pasado. Venía del presente.</w:t>
      </w:r>
    </w:p>
    <w:p>
      <w:pPr>
        <w:pStyle w:val="BodyText"/>
      </w:pPr>
      <w:r>
        <w:rPr/>
        <w:t>*Mar.*</w:t>
      </w:r>
    </w:p>
    <w:p>
      <w:pPr>
        <w:pStyle w:val="BodyText"/>
      </w:pPr>
      <w:r>
        <w:rPr/>
        <w:t>No había hablado con ella en años, pero su nombre emergió en su interior</w:t>
      </w:r>
      <w:r>
        <w:rPr/>
        <w:t xml:space="preserve"> </w:t>
      </w:r>
      <w:r>
        <w:rPr/>
        <w:t>como una verdad que no necesitaba voz.</w:t>
      </w:r>
    </w:p>
    <w:p>
      <w:pPr>
        <w:pStyle w:val="BodyText"/>
      </w:pPr>
      <w:r>
        <w:rPr/>
        <w:t>Encendió la computadora con manos temblorosas. Abrió una carpeta que no</w:t>
      </w:r>
      <w:r>
        <w:rPr/>
        <w:t xml:space="preserve"> </w:t>
      </w:r>
      <w:r>
        <w:rPr/>
        <w:t>debería haber existido: un archivo antiguo, perdido entre backups de</w:t>
      </w:r>
      <w:r>
        <w:rPr/>
        <w:t xml:space="preserve"> </w:t>
      </w:r>
      <w:r>
        <w:rPr/>
        <w:t>hace décadas, marcado con un nombre que le heló la sangre:</w:t>
      </w:r>
      <w:r>
        <w:rPr/>
        <w:t xml:space="preserve"> </w:t>
      </w:r>
      <w:r>
        <w:rPr/>
        <w:t>*FA#_negativo_adrián.wav*</w:t>
      </w:r>
    </w:p>
    <w:p>
      <w:pPr>
        <w:pStyle w:val="BodyText"/>
      </w:pPr>
      <w:r>
        <w:rPr/>
        <w:t>Markus tomó una decisión que habría pospuesto otros 25 años si la</w:t>
      </w:r>
      <w:r>
        <w:rPr/>
        <w:t xml:space="preserve"> </w:t>
      </w:r>
      <w:r>
        <w:rPr/>
        <w:t>vibración se lo hubiera permitido:</w:t>
      </w:r>
    </w:p>
    <w:p>
      <w:pPr>
        <w:pStyle w:val="BodyText"/>
      </w:pPr>
      <w:r>
        <w:rPr/>
        <w:t>*Tenía que encontrar a Mar.*</w:t>
      </w:r>
    </w:p>
    <w:p>
      <w:pPr>
        <w:pStyle w:val="BodyText"/>
      </w:pPr>
      <w:r>
        <w:rPr/>
        <w:t>*Antes de que la frecuencia la encontrara a ella.*</w:t>
      </w:r>
    </w:p>
    <w:p>
      <w:pPr>
        <w:pStyle w:val="BodyText"/>
      </w:pPr>
      <w:r>
        <w:rPr/>
        <w:t>Cerró el taller. Metió solo lo necesario en la mochila: sus</w:t>
      </w:r>
      <w:r>
        <w:rPr/>
        <w:t xml:space="preserve"> </w:t>
      </w:r>
      <w:r>
        <w:rPr/>
        <w:t>herramientas, sus anotaciones técnicas, y una pequeña libreta con</w:t>
      </w:r>
      <w:r>
        <w:rPr/>
        <w:t xml:space="preserve"> </w:t>
      </w:r>
      <w:r>
        <w:rPr/>
        <w:t>dibujos de ondas que había guardado desde 1998.</w:t>
      </w:r>
    </w:p>
    <w:p>
      <w:pPr>
        <w:pStyle w:val="BodyText"/>
      </w:pPr>
      <w:r>
        <w:rPr/>
        <w:t>Salió al frío de la calle berlinesa mientras el amanecer apenas</w:t>
      </w:r>
      <w:r>
        <w:rPr/>
        <w:t xml:space="preserve"> </w:t>
      </w:r>
      <w:r>
        <w:rPr/>
        <w:t>insinuaba el borde del cielo.</w:t>
      </w:r>
    </w:p>
    <w:p>
      <w:pPr>
        <w:pStyle w:val="BodyText"/>
      </w:pPr>
      <w:r>
        <w:rPr/>
        <w:t>**Berlín, noviembre de 2023**</w:t>
      </w:r>
    </w:p>
    <w:p>
      <w:pPr>
        <w:pStyle w:val="BodyText"/>
      </w:pPr>
      <w:r>
        <w:rPr/>
        <w:t>Mar tomó el U-Bahn hasta Kreuzberg. La dirección que Markus le había</w:t>
      </w:r>
      <w:r>
        <w:rPr/>
        <w:t xml:space="preserve"> </w:t>
      </w:r>
      <w:r>
        <w:rPr/>
        <w:t>enviado la llevó a un edificio industrial de los años 50, convertido</w:t>
      </w:r>
      <w:r>
        <w:rPr/>
        <w:t xml:space="preserve"> </w:t>
      </w:r>
      <w:r>
        <w:rPr/>
        <w:t>ahora en estudios de artistas y pequeños negocios. La fachada de</w:t>
      </w:r>
      <w:r>
        <w:rPr/>
        <w:t xml:space="preserve"> </w:t>
      </w:r>
      <w:r>
        <w:rPr/>
        <w:t>ladrillo estaba cubierta de grafitis en capas, cada uno contando la</w:t>
      </w:r>
      <w:r>
        <w:rPr/>
        <w:t xml:space="preserve"> </w:t>
      </w:r>
      <w:r>
        <w:rPr/>
        <w:t>historia de una década diferente.</w:t>
      </w:r>
    </w:p>
    <w:p>
      <w:pPr>
        <w:pStyle w:val="BodyText"/>
      </w:pPr>
      <w:r>
        <w:rPr/>
        <w:t>Subió tres pisos por una escalera que olía a pintura fresca y café. La</w:t>
      </w:r>
      <w:r>
        <w:rPr/>
        <w:t xml:space="preserve"> </w:t>
      </w:r>
      <w:r>
        <w:rPr/>
        <w:t>puerta del estudio tenía una placa simple: **MS AUDIO**. Debajo,</w:t>
      </w:r>
      <w:r>
        <w:rPr/>
        <w:t xml:space="preserve"> </w:t>
      </w:r>
      <w:r>
        <w:rPr/>
        <w:t>escrito a mano con rotulador permanente que se había desvanecido con los</w:t>
      </w:r>
      <w:r>
        <w:rPr/>
        <w:t xml:space="preserve"> </w:t>
      </w:r>
      <w:r>
        <w:rPr/>
        <w:t>años: *«Knock twice»*.</w:t>
      </w:r>
    </w:p>
    <w:p>
      <w:pPr>
        <w:pStyle w:val="BodyText"/>
      </w:pPr>
      <w:r>
        <w:rPr/>
        <w:t>Mar tocó dos veces.</w:t>
      </w:r>
    </w:p>
    <w:p>
      <w:pPr>
        <w:pStyle w:val="BodyText"/>
      </w:pPr>
      <w:r>
        <w:rPr/>
        <w:t>Markus abrió antes de que el segundo golpe terminara de resonar. Era más</w:t>
      </w:r>
      <w:r>
        <w:rPr/>
        <w:t xml:space="preserve"> </w:t>
      </w:r>
      <w:r>
        <w:rPr/>
        <w:t>delgado de lo que recordaba, con barba gris que no tenía la última vez.</w:t>
      </w:r>
      <w:r>
        <w:rPr/>
        <w:t xml:space="preserve"> </w:t>
      </w:r>
      <w:r>
        <w:rPr/>
        <w:t>Sus ojos mostraban el tipo de cansancio que no se cura con sueño.</w:t>
      </w:r>
    </w:p>
    <w:p>
      <w:pPr>
        <w:pStyle w:val="BodyText"/>
      </w:pPr>
      <w:r>
        <w:rPr/>
        <w:t>—Entra.</w:t>
      </w:r>
    </w:p>
    <w:p>
      <w:pPr>
        <w:pStyle w:val="BodyText"/>
      </w:pPr>
      <w:r>
        <w:rPr/>
        <w:t>El estudio era un búnker contra el tiempo, un santuario de máquinas</w:t>
      </w:r>
      <w:r>
        <w:rPr/>
        <w:t xml:space="preserve"> </w:t>
      </w:r>
      <w:r>
        <w:rPr/>
        <w:t>analógicas enclavado en el corazón de un Berlín que había decidido que</w:t>
      </w:r>
      <w:r>
        <w:rPr/>
        <w:t xml:space="preserve"> </w:t>
      </w:r>
      <w:r>
        <w:rPr/>
        <w:t>el futuro sería digital. El aire olía a resina cálida de cinta</w:t>
      </w:r>
      <w:r>
        <w:rPr/>
        <w:t xml:space="preserve"> </w:t>
      </w:r>
      <w:r>
        <w:rPr/>
        <w:t>magnética, a ozono de transformadores vintage y a esa profunda soledad</w:t>
      </w:r>
      <w:r>
        <w:rPr/>
        <w:t xml:space="preserve"> </w:t>
      </w:r>
      <w:r>
        <w:rPr/>
        <w:t>característica de quien ha escuchado demasiadas verdades sin poder</w:t>
      </w:r>
      <w:r>
        <w:rPr/>
        <w:t xml:space="preserve"> </w:t>
      </w:r>
      <w:r>
        <w:rPr/>
        <w:t>compartirlas.</w:t>
      </w:r>
    </w:p>
    <w:p>
      <w:pPr>
        <w:pStyle w:val="BodyText"/>
      </w:pPr>
      <w:r>
        <w:rPr/>
        <w:t>Una consola Soundcraft Series 6000 ocupaba el centro de la sala, sus</w:t>
      </w:r>
      <w:r>
        <w:rPr/>
        <w:t xml:space="preserve"> </w:t>
      </w:r>
      <w:r>
        <w:rPr/>
        <w:t>faders y potenciómetros reluciendo bajo la luz tenue de una lámpara de</w:t>
      </w:r>
      <w:r>
        <w:rPr/>
        <w:t xml:space="preserve"> </w:t>
      </w:r>
      <w:r>
        <w:rPr/>
        <w:t>escritorio. A la izquierda, un Studer A80 de dos pulgadas descansaba</w:t>
      </w:r>
      <w:r>
        <w:rPr/>
        <w:t xml:space="preserve"> </w:t>
      </w:r>
      <w:r>
        <w:rPr/>
        <w:t>como un monolito sagrado. A la derecha, un rack de preamplificadores</w:t>
      </w:r>
      <w:r>
        <w:rPr/>
        <w:t xml:space="preserve"> </w:t>
      </w:r>
      <w:r>
        <w:rPr/>
        <w:t>Neve 1073 que probablemente valían más que el ático de Mar.</w:t>
      </w:r>
    </w:p>
    <w:p>
      <w:pPr>
        <w:pStyle w:val="BodyText"/>
      </w:pPr>
      <w:r>
        <w:rPr/>
        <w:t>Pero lo que más llamaba la atención eran las cintas. Cientos, quizá</w:t>
      </w:r>
      <w:r>
        <w:rPr/>
        <w:t xml:space="preserve"> </w:t>
      </w:r>
      <w:r>
        <w:rPr/>
        <w:t>miles, organizadas en estanterías que cubrían dos paredes enteras. Cada</w:t>
      </w:r>
      <w:r>
        <w:rPr/>
        <w:t xml:space="preserve"> </w:t>
      </w:r>
      <w:r>
        <w:rPr/>
        <w:t>una etiquetada con fecha, artista, sesión. Un archivo completo de la</w:t>
      </w:r>
      <w:r>
        <w:rPr/>
        <w:t xml:space="preserve"> </w:t>
      </w:r>
      <w:r>
        <w:rPr/>
        <w:t>edad dorada del techno berlinés, preservado en cinta magnética.</w:t>
      </w:r>
    </w:p>
    <w:p>
      <w:pPr>
        <w:pStyle w:val="BodyText"/>
      </w:pPr>
      <w:r>
        <w:rPr/>
        <w:t>El espacio reflejaba su filosofía: paredes forradas con material</w:t>
      </w:r>
      <w:r>
        <w:rPr/>
        <w:t xml:space="preserve"> </w:t>
      </w:r>
      <w:r>
        <w:rPr/>
        <w:t>acústico que absorbía no solo el sonido sino también el tiempo. Markus</w:t>
      </w:r>
      <w:r>
        <w:rPr/>
        <w:t xml:space="preserve"> </w:t>
      </w:r>
      <w:r>
        <w:rPr/>
        <w:t>se movía con la precisión de un monje que ha convertido cada gesto en</w:t>
      </w:r>
      <w:r>
        <w:rPr/>
        <w:t xml:space="preserve"> </w:t>
      </w:r>
      <w:r>
        <w:rPr/>
        <w:t>ritual. Su quietud no era serenidad, sino la de un hombre que ha</w:t>
      </w:r>
      <w:r>
        <w:rPr/>
        <w:t xml:space="preserve"> </w:t>
      </w:r>
      <w:r>
        <w:rPr/>
        <w:t>sobrevivido a un abismo y ahora carga con su peso.</w:t>
      </w:r>
    </w:p>
    <w:p>
      <w:pPr>
        <w:pStyle w:val="BodyText"/>
      </w:pPr>
      <w:r>
        <w:rPr/>
        <w:t>Le sirvió a Mar un café negro en una taza de porcelana que había visto</w:t>
      </w:r>
      <w:r>
        <w:rPr/>
        <w:t xml:space="preserve"> </w:t>
      </w:r>
      <w:r>
        <w:rPr/>
        <w:t>mejores décadas, sin decir palabra. Ella extendió el pergamino sobre la</w:t>
      </w:r>
      <w:r>
        <w:rPr/>
        <w:t xml:space="preserve"> </w:t>
      </w:r>
      <w:r>
        <w:rPr/>
        <w:t>mesa de mezclas con cuidado, como si fuera algo que pudiera romperse con</w:t>
      </w:r>
      <w:r>
        <w:rPr/>
        <w:t xml:space="preserve"> </w:t>
      </w:r>
      <w:r>
        <w:rPr/>
        <w:t>un movimiento brusco.</w:t>
      </w:r>
    </w:p>
    <w:p>
      <w:pPr>
        <w:pStyle w:val="BodyText"/>
      </w:pPr>
      <w:r>
        <w:rPr/>
        <w:t>Markus estudió los símbolos durante varios minutos, sus ojos moviéndose</w:t>
      </w:r>
      <w:r>
        <w:rPr/>
        <w:t xml:space="preserve"> </w:t>
      </w:r>
      <w:r>
        <w:rPr/>
        <w:t>con precisión. De vez en cuando hacía pequeños ajustes en la posición</w:t>
      </w:r>
      <w:r>
        <w:rPr/>
        <w:t xml:space="preserve"> </w:t>
      </w:r>
      <w:r>
        <w:rPr/>
        <w:t>del pergamino, rotándolo, como si estuviera afinando un instrumento</w:t>
      </w:r>
      <w:r>
        <w:rPr/>
        <w:t xml:space="preserve"> </w:t>
      </w:r>
      <w:r>
        <w:rPr/>
        <w:t>visual.</w:t>
      </w:r>
    </w:p>
    <w:p>
      <w:pPr>
        <w:pStyle w:val="BodyText"/>
      </w:pPr>
      <w:r>
        <w:rPr/>
        <w:t>—Vibras en un tono diferente desde la última vez que te vi —dijo al</w:t>
      </w:r>
      <w:r>
        <w:rPr/>
        <w:t xml:space="preserve"> </w:t>
      </w:r>
      <w:r>
        <w:rPr/>
        <w:t>fin, su voz un latido grave que parecía emerger desde algún lugar</w:t>
      </w:r>
      <w:r>
        <w:rPr/>
        <w:t xml:space="preserve"> </w:t>
      </w:r>
      <w:r>
        <w:rPr/>
        <w:t>profundo—. Antes eras una pregunta constante. Ahora eres una</w:t>
      </w:r>
      <w:r>
        <w:rPr/>
        <w:t xml:space="preserve"> </w:t>
      </w:r>
      <w:r>
        <w:rPr/>
        <w:t>declaración. Has encontrado algo… o algo te ha encontrado a ti.</w:t>
      </w:r>
    </w:p>
    <w:p>
      <w:pPr>
        <w:pStyle w:val="BodyText"/>
      </w:pPr>
      <w:r>
        <w:rPr/>
        <w:t>Mar asintió, sintiendo el peso de la verdad en esas palabras.</w:t>
      </w:r>
    </w:p>
    <w:p>
      <w:pPr>
        <w:pStyle w:val="BodyText"/>
      </w:pPr>
      <w:r>
        <w:rPr/>
        <w:t>—Él ya estuvo aquí antes, Markus. En esta misma búsqueda, siguiendo el</w:t>
      </w:r>
      <w:r>
        <w:rPr/>
        <w:t xml:space="preserve"> </w:t>
      </w:r>
      <w:r>
        <w:rPr/>
        <w:t>mismo Eco. ¿Qué es esto de verdad? ¿Qué estamos persiguiendo?</w:t>
      </w:r>
    </w:p>
    <w:p>
      <w:pPr>
        <w:pStyle w:val="BodyText"/>
      </w:pPr>
      <w:r>
        <w:rPr/>
        <w:t>Markus guardó calma largo rato. Cuando habló, fue como si cada palabra</w:t>
      </w:r>
      <w:r>
        <w:rPr/>
        <w:t xml:space="preserve"> </w:t>
      </w:r>
      <w:r>
        <w:rPr/>
        <w:t>costara un esfuerzo físico.</w:t>
      </w:r>
    </w:p>
    <w:p>
      <w:pPr>
        <w:pStyle w:val="BodyText"/>
      </w:pPr>
      <w:r>
        <w:rPr/>
        <w:t>—un tono que no debería existir. Un amor que se negó a morir cuando el</w:t>
      </w:r>
      <w:r>
        <w:rPr/>
        <w:t xml:space="preserve"> </w:t>
      </w:r>
      <w:r>
        <w:rPr/>
        <w:t>cuerpo murió. —Hizo una pausa—. Adrián creía que podía codificarlo.</w:t>
      </w:r>
      <w:r>
        <w:rPr/>
        <w:t xml:space="preserve"> </w:t>
      </w:r>
      <w:r>
        <w:rPr/>
        <w:t>Convertirlo en música. Preservarlo para siempre en forma de onda.</w:t>
      </w:r>
    </w:p>
    <w:p>
      <w:pPr>
        <w:pStyle w:val="BodyText"/>
      </w:pPr>
      <w:r>
        <w:rPr/>
        <w:t>—¿Lo logró?</w:t>
      </w:r>
    </w:p>
    <w:p>
      <w:pPr>
        <w:pStyle w:val="BodyText"/>
      </w:pPr>
      <w:r>
        <w:rPr/>
        <w:t>—Sí. Pero el precio…</w:t>
      </w:r>
    </w:p>
    <w:p>
      <w:pPr>
        <w:pStyle w:val="BodyText"/>
      </w:pPr>
      <w:r>
        <w:rPr/>
        <w:t>No terminó la frase. No hacía falta.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palabra actuó como una llave. Un chasquido inaudible, pero tangible.</w:t>
      </w:r>
      <w:r>
        <w:rPr/>
        <w:t xml:space="preserve"> </w:t>
      </w:r>
      <w:r>
        <w:rPr/>
        <w:t>La habitación del estudio se desvaneció poco a poco, las paredes</w:t>
      </w:r>
      <w:r>
        <w:rPr/>
        <w:t xml:space="preserve"> </w:t>
      </w:r>
      <w:r>
        <w:rPr/>
        <w:t>volviéndose translúcidas.</w:t>
      </w:r>
    </w:p>
    <w:p>
      <w:pPr>
        <w:pStyle w:val="BodyText"/>
      </w:pPr>
      <w:r>
        <w:rPr/>
        <w:t>**Kreuzberg, octubre de 1997. Un año antes del final.**</w:t>
      </w:r>
    </w:p>
    <w:p>
      <w:pPr>
        <w:pStyle w:val="BodyText"/>
      </w:pPr>
      <w:r>
        <w:rPr/>
        <w:t>Venían de Tresor. Adrián había pinchado un set de cuatro horas que había</w:t>
      </w:r>
      <w:r>
        <w:rPr/>
        <w:t xml:space="preserve"> </w:t>
      </w:r>
      <w:r>
        <w:rPr/>
        <w:t>dejado a Mar sin aliento. No por la música—que era brillante como</w:t>
      </w:r>
      <w:r>
        <w:rPr/>
        <w:t xml:space="preserve"> </w:t>
      </w:r>
      <w:r>
        <w:rPr/>
        <w:t>siempre—sino por la manera en que él la había buscado con la mirada</w:t>
      </w:r>
      <w:r>
        <w:rPr/>
        <w:t xml:space="preserve"> </w:t>
      </w:r>
      <w:r>
        <w:rPr/>
        <w:t>cada diez minutos. Como si necesitara confirmar que ella todavía estaba</w:t>
      </w:r>
      <w:r>
        <w:rPr/>
        <w:t xml:space="preserve"> </w:t>
      </w:r>
      <w:r>
        <w:rPr/>
        <w:t>allí, que no era un sueño del que estaba a punto de despertar.</w:t>
      </w:r>
    </w:p>
    <w:p>
      <w:pPr>
        <w:pStyle w:val="BodyText"/>
      </w:pPr>
      <w:r>
        <w:rPr/>
        <w:t>Salieron a las cinco de la madrugada. La lluvia había empezado media</w:t>
      </w:r>
      <w:r>
        <w:rPr/>
        <w:t xml:space="preserve"> </w:t>
      </w:r>
      <w:r>
        <w:rPr/>
        <w:t>hora antes. Adrián sacó un paraguas rojo de su mochila.</w:t>
      </w:r>
    </w:p>
    <w:p>
      <w:pPr>
        <w:pStyle w:val="BodyText"/>
      </w:pPr>
      <w:r>
        <w:rPr/>
        <w:t>—Siempre llevo uno. Esta ciudad te enseña.</w:t>
      </w:r>
    </w:p>
    <w:p>
      <w:pPr>
        <w:pStyle w:val="BodyText"/>
      </w:pPr>
      <w:r>
        <w:rPr/>
        <w:t>Lo sostuvo sobre ambos y empezaron a caminar por Köpenicker Straße sin</w:t>
      </w:r>
      <w:r>
        <w:rPr/>
        <w:t xml:space="preserve"> </w:t>
      </w:r>
      <w:r>
        <w:rPr/>
        <w:t>hablar mucho. Solo el sonido de sus pasos sincronizados, el susurro de</w:t>
      </w:r>
      <w:r>
        <w:rPr/>
        <w:t xml:space="preserve"> </w:t>
      </w:r>
      <w:r>
        <w:rPr/>
        <w:t>la lluvia sobre la lona del paraguas, el ocasional paso de un taxi con</w:t>
      </w:r>
      <w:r>
        <w:rPr/>
        <w:t xml:space="preserve"> </w:t>
      </w:r>
      <w:r>
        <w:rPr/>
        <w:t>las luces reflejándose en los charcos como neones líquidos.</w:t>
      </w:r>
    </w:p>
    <w:p>
      <w:pPr>
        <w:pStyle w:val="BodyText"/>
      </w:pPr>
      <w:r>
        <w:rPr/>
        <w:t>Mar se dio cuenta de que nunca había caminado así con nadie. Sin</w:t>
      </w:r>
      <w:r>
        <w:rPr/>
        <w:t xml:space="preserve"> </w:t>
      </w:r>
      <w:r>
        <w:rPr/>
        <w:t>necesidad de llenar el quietud con palabras innecesarias. Como si el</w:t>
      </w:r>
      <w:r>
        <w:rPr/>
        <w:t xml:space="preserve"> </w:t>
      </w:r>
      <w:r>
        <w:rPr/>
        <w:t>simple hecho de estar juntos, compartiendo ese espacio bajo el paraguas</w:t>
      </w:r>
      <w:r>
        <w:rPr/>
        <w:t xml:space="preserve"> </w:t>
      </w:r>
      <w:r>
        <w:rPr/>
        <w:t>rojo, fuera suficiente música.</w:t>
      </w:r>
    </w:p>
    <w:p>
      <w:pPr>
        <w:pStyle w:val="BodyText"/>
      </w:pPr>
      <w:r>
        <w:rPr/>
        <w:t>El olor a lluvia se mezclaba con el de asfalto mojado y algo más: el</w:t>
      </w:r>
      <w:r>
        <w:rPr/>
        <w:t xml:space="preserve"> </w:t>
      </w:r>
      <w:r>
        <w:rPr/>
        <w:t>ozono eléctrico que precede a las tormentas. Las farolas creaban halos</w:t>
      </w:r>
      <w:r>
        <w:rPr/>
        <w:t xml:space="preserve"> </w:t>
      </w:r>
      <w:r>
        <w:rPr/>
        <w:t>dorados en la niebla. Berlín dormía, pero ellos estaban despiertos,</w:t>
      </w:r>
      <w:r>
        <w:rPr/>
        <w:t xml:space="preserve"> </w:t>
      </w:r>
      <w:r>
        <w:rPr/>
        <w:t>vibrando en un tono que el resto de la ciudad no podía percibir.</w:t>
      </w:r>
    </w:p>
    <w:p>
      <w:pPr>
        <w:pStyle w:val="BodyText"/>
      </w:pPr>
      <w:r>
        <w:rPr/>
        <w:t>Fue entonces cuando Adrián se detuvo de repente en mitad de la acera</w:t>
      </w:r>
      <w:r>
        <w:rPr/>
        <w:t xml:space="preserve"> </w:t>
      </w:r>
      <w:r>
        <w:rPr/>
        <w:t>húmeda.</w:t>
      </w:r>
    </w:p>
    <w:p>
      <w:pPr>
        <w:pStyle w:val="BodyText"/>
      </w:pPr>
      <w:r>
        <w:rPr/>
        <w:t>—¿La oyes?</w:t>
      </w:r>
    </w:p>
    <w:p>
      <w:pPr>
        <w:pStyle w:val="BodyText"/>
      </w:pPr>
      <w:r>
        <w:rPr/>
        <w:t>—¿El qué? ¿La lluvia?</w:t>
      </w:r>
    </w:p>
    <w:p>
      <w:pPr>
        <w:pStyle w:val="BodyText"/>
      </w:pPr>
      <w:r>
        <w:rPr/>
        <w:t>—No solo la lluvia. La canción completa. El ritmo lo marcan las gotas</w:t>
      </w:r>
      <w:r>
        <w:rPr/>
        <w:t xml:space="preserve"> </w:t>
      </w:r>
      <w:r>
        <w:rPr/>
        <w:t>sobre el paraguas, un cuatro por cuatro irregular que cambia con el</w:t>
      </w:r>
      <w:r>
        <w:rPr/>
        <w:t xml:space="preserve"> </w:t>
      </w:r>
      <w:r>
        <w:rPr/>
        <w:t>viento. El bajo es el zumbido de los transformadores de ese bar turco.</w:t>
      </w:r>
      <w:r>
        <w:rPr/>
        <w:t xml:space="preserve"> </w:t>
      </w:r>
      <w:r>
        <w:rPr/>
        <w:t>Las voces son los armónicos que crean los coches al pasar sobre los</w:t>
      </w:r>
      <w:r>
        <w:rPr/>
        <w:t xml:space="preserve"> </w:t>
      </w:r>
      <w:r>
        <w:rPr/>
        <w:t>charcos, cada uno añadiendo una capa melódica diferente. Es una sinfonía</w:t>
      </w:r>
      <w:r>
        <w:rPr/>
        <w:t xml:space="preserve"> </w:t>
      </w:r>
      <w:r>
        <w:rPr/>
        <w:t>urbana. Berlín siempre está componiendo. Solo hay que saber escucharla.</w:t>
      </w:r>
    </w:p>
    <w:p>
      <w:pPr>
        <w:pStyle w:val="BodyText"/>
      </w:pPr>
      <w:r>
        <w:rPr/>
        <w:t>Mar cerró los ojos y se concentró, dejando que su percepción se</w:t>
      </w:r>
      <w:r>
        <w:rPr/>
        <w:t xml:space="preserve"> </w:t>
      </w:r>
      <w:r>
        <w:rPr/>
        <w:t>expandiera. Poco a poco comenzó a distinguir los elementos que Adrián</w:t>
      </w:r>
      <w:r>
        <w:rPr/>
        <w:t xml:space="preserve"> </w:t>
      </w:r>
      <w:r>
        <w:rPr/>
        <w:t>había descrito. Había de verdad una estructura musical en el aparente</w:t>
      </w:r>
      <w:r>
        <w:rPr/>
        <w:t xml:space="preserve"> </w:t>
      </w:r>
      <w:r>
        <w:rPr/>
        <w:t>caos de la ciudad nocturna. Era como si toda la arquitectura sonora de</w:t>
      </w:r>
      <w:r>
        <w:rPr/>
        <w:t xml:space="preserve"> </w:t>
      </w:r>
      <w:r>
        <w:rPr/>
        <w:t>Berlín fuera un instrumento gigantesco tocado por fuerzas invisibles.</w:t>
      </w:r>
    </w:p>
    <w:p>
      <w:pPr>
        <w:pStyle w:val="BodyText"/>
      </w:pPr>
      <w:r>
        <w:rPr/>
        <w:t>—Eres un romántico incurable, Adrián.</w:t>
      </w:r>
    </w:p>
    <w:p>
      <w:pPr>
        <w:pStyle w:val="BodyText"/>
      </w:pPr>
      <w:r>
        <w:rPr/>
        <w:t>Era la primera vez que usaba su nombre real en voz alta, después de</w:t>
      </w:r>
      <w:r>
        <w:rPr/>
        <w:t xml:space="preserve"> </w:t>
      </w:r>
      <w:r>
        <w:rPr/>
        <w:t>meses de conocerlo solo como ILIBERIS, como una entidad musical más que</w:t>
      </w:r>
      <w:r>
        <w:rPr/>
        <w:t xml:space="preserve"> </w:t>
      </w:r>
      <w:r>
        <w:rPr/>
        <w:t>como una persona de carne y hueso. Él se detuvo y la miró con una</w:t>
      </w:r>
      <w:r>
        <w:rPr/>
        <w:t xml:space="preserve"> </w:t>
      </w:r>
      <w:r>
        <w:rPr/>
        <w:t>intensidad que le cortó la respiración.</w:t>
      </w:r>
    </w:p>
    <w:p>
      <w:pPr>
        <w:pStyle w:val="BodyText"/>
      </w:pPr>
      <w:r>
        <w:rPr/>
        <w:t>—Solo contigo —respondió.</w:t>
      </w:r>
    </w:p>
    <w:p>
      <w:pPr>
        <w:pStyle w:val="BodyText"/>
      </w:pPr>
      <w:r>
        <w:rPr/>
        <w:t>Y en esas tres palabras simples, Mar sintió el peso de una verdad que</w:t>
      </w:r>
      <w:r>
        <w:rPr/>
        <w:t xml:space="preserve"> </w:t>
      </w:r>
      <w:r>
        <w:rPr/>
        <w:t>trascendía cualquier canción.</w:t>
      </w:r>
    </w:p>
    <w:p>
      <w:pPr>
        <w:pStyle w:val="BodyText"/>
      </w:pPr>
      <w:r>
        <w:rPr/>
        <w:t>Bajo el paraguas rojo, en esa burbuja privada que los aislaba del mundo,</w:t>
      </w:r>
      <w:r>
        <w:rPr/>
        <w:t xml:space="preserve"> </w:t>
      </w:r>
      <w:r>
        <w:rPr/>
        <w:t>se besaron por primera vez. No fue dramático ni cinematográfico. Fue el</w:t>
      </w:r>
      <w:r>
        <w:rPr/>
        <w:t xml:space="preserve"> </w:t>
      </w:r>
      <w:r>
        <w:rPr/>
        <w:t>cierre de un circuito que había estado abierto durante años, esperando</w:t>
      </w:r>
      <w:r>
        <w:rPr/>
        <w:t xml:space="preserve"> </w:t>
      </w:r>
      <w:r>
        <w:rPr/>
        <w:t>ese momento exacto para completarse. Algo en su interior se afinaba,</w:t>
      </w:r>
      <w:r>
        <w:rPr/>
        <w:t xml:space="preserve"> </w:t>
      </w:r>
      <w:r>
        <w:rPr/>
        <w:t>como si Adrián hubiera encontrado la onda precisa que necesitaba para</w:t>
      </w:r>
      <w:r>
        <w:rPr/>
        <w:t xml:space="preserve"> </w:t>
      </w:r>
      <w:r>
        <w:rPr/>
        <w:t>resonar en armonía perfecta.</w:t>
      </w:r>
    </w:p>
    <w:p>
      <w:pPr>
        <w:pStyle w:val="BodyText"/>
      </w:pPr>
      <w:r>
        <w:rPr/>
        <w:t>El recuerdo se expandió abarcando las semanas que siguieron: noches en</w:t>
      </w:r>
      <w:r>
        <w:rPr/>
        <w:t xml:space="preserve"> </w:t>
      </w:r>
      <w:r>
        <w:rPr/>
        <w:t>el estudio donde la música se convertía en una forma de comunicación más</w:t>
      </w:r>
      <w:r>
        <w:rPr/>
        <w:t xml:space="preserve"> </w:t>
      </w:r>
      <w:r>
        <w:rPr/>
        <w:t>íntima que las palabras; madrugadas en clubs donde bailaban no para la</w:t>
      </w:r>
      <w:r>
        <w:rPr/>
        <w:t xml:space="preserve"> </w:t>
      </w:r>
      <w:r>
        <w:rPr/>
        <w:t>multitud sino para ellos mismos; conversaciones sobre la posibilidad de</w:t>
      </w:r>
      <w:r>
        <w:rPr/>
        <w:t xml:space="preserve"> </w:t>
      </w:r>
      <w:r>
        <w:rPr/>
        <w:t>que el amor tuviera su propia longitud de onda.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—¿Estás bien?</w:t>
      </w:r>
    </w:p>
    <w:p>
      <w:pPr>
        <w:pStyle w:val="BodyText"/>
      </w:pPr>
      <w:r>
        <w:rPr/>
        <w:t>La voz de Markus la trajo de vuelta al presente como una aguja que salta</w:t>
      </w:r>
      <w:r>
        <w:rPr/>
        <w:t xml:space="preserve"> </w:t>
      </w:r>
      <w:r>
        <w:rPr/>
        <w:t>de surco en un disco rayado. El recuerdo se replegó sobre sí mismo,</w:t>
      </w:r>
      <w:r>
        <w:rPr/>
        <w:t xml:space="preserve"> </w:t>
      </w:r>
      <w:r>
        <w:rPr/>
        <w:t>dejando una estela de dolor que la golpeó con la fuerza de una onda de</w:t>
      </w:r>
      <w:r>
        <w:rPr/>
        <w:t xml:space="preserve"> </w:t>
      </w:r>
      <w:r>
        <w:rPr/>
        <w:t>choque.</w:t>
      </w:r>
    </w:p>
    <w:p>
      <w:pPr>
        <w:pStyle w:val="BodyText"/>
      </w:pPr>
      <w:r>
        <w:rPr/>
        <w:t>Mar parpadeó varias veces, anclándose al olor familiar a café y a equipo</w:t>
      </w:r>
      <w:r>
        <w:rPr/>
        <w:t xml:space="preserve"> </w:t>
      </w:r>
      <w:r>
        <w:rPr/>
        <w:t>electrónico. Asintió, aunque probablemente era la mayor mentira que</w:t>
      </w:r>
      <w:r>
        <w:rPr/>
        <w:t xml:space="preserve"> </w:t>
      </w:r>
      <w:r>
        <w:rPr/>
        <w:t>había dicho en su vida.</w:t>
      </w:r>
    </w:p>
    <w:p>
      <w:pPr>
        <w:pStyle w:val="BodyText"/>
      </w:pPr>
      <w:r>
        <w:rPr/>
        <w:t>—¿Aún la tienes? —preguntó con un hilo de voz—. ¿La última</w:t>
      </w:r>
      <w:r>
        <w:rPr/>
        <w:t xml:space="preserve"> </w:t>
      </w:r>
      <w:r>
        <w:rPr/>
        <w:t>grabación? ¿Lo que quedó de él?</w:t>
      </w:r>
    </w:p>
    <w:p>
      <w:pPr>
        <w:pStyle w:val="BodyText"/>
      </w:pPr>
      <w:r>
        <w:rPr/>
        <w:t>Markus no respondió con palabras. La pregunta era demasiado importante</w:t>
      </w:r>
      <w:r>
        <w:rPr/>
        <w:t xml:space="preserve"> </w:t>
      </w:r>
      <w:r>
        <w:rPr/>
        <w:t>para una respuesta casual. Se giró hacia su consola Soundcraft y navegó</w:t>
      </w:r>
      <w:r>
        <w:rPr/>
        <w:t xml:space="preserve"> </w:t>
      </w:r>
      <w:r>
        <w:rPr/>
        <w:t>entre carpetas digitales con la precisión de alguien que conoce cada</w:t>
      </w:r>
      <w:r>
        <w:rPr/>
        <w:t xml:space="preserve"> </w:t>
      </w:r>
      <w:r>
        <w:rPr/>
        <w:t>archivo de memoria.</w:t>
      </w:r>
    </w:p>
    <w:p>
      <w:pPr>
        <w:pStyle w:val="BodyText"/>
      </w:pPr>
      <w:r>
        <w:rPr/>
        <w:t>En la pantalla apareció el nombre: **ILIBERIS_FINAL_LOOP_01. Wav**</w:t>
      </w:r>
    </w:p>
    <w:p>
      <w:pPr>
        <w:pStyle w:val="BodyText"/>
      </w:pPr>
      <w:r>
        <w:rPr/>
        <w:t>—Esto es lo que quedó —dijo, su dedo suspendido sobre el botón de</w:t>
      </w:r>
      <w:r>
        <w:rPr/>
        <w:t xml:space="preserve"> </w:t>
      </w:r>
      <w:r>
        <w:rPr/>
        <w:t>reproducción—. No es música, Mar. Es un documento. El audio de un alma</w:t>
      </w:r>
      <w:r>
        <w:rPr/>
        <w:t xml:space="preserve"> </w:t>
      </w:r>
      <w:r>
        <w:rPr/>
        <w:t>desintegrándose en tiempo real.</w:t>
      </w:r>
    </w:p>
    <w:p>
      <w:pPr>
        <w:pStyle w:val="BodyText"/>
      </w:pPr>
      <w:r>
        <w:rPr/>
        <w:t>Markus acercó una silla.</w:t>
      </w:r>
    </w:p>
    <w:p>
      <w:pPr>
        <w:pStyle w:val="BodyText"/>
      </w:pPr>
      <w:r>
        <w:rPr/>
        <w:t>—Siéntate. No querrás estar de pie para esto.</w:t>
      </w:r>
    </w:p>
    <w:p>
      <w:pPr>
        <w:pStyle w:val="BodyText"/>
      </w:pPr>
      <w:r>
        <w:rPr/>
        <w:t>Mar se sentó. Él le pasó unos auriculares Sennheiser HD 650, pesados y</w:t>
      </w:r>
      <w:r>
        <w:rPr/>
        <w:t xml:space="preserve"> </w:t>
      </w:r>
      <w:r>
        <w:rPr/>
        <w:t>profesionales.</w:t>
      </w:r>
    </w:p>
    <w:p>
      <w:pPr>
        <w:pStyle w:val="BodyText"/>
      </w:pPr>
      <w:r>
        <w:rPr/>
        <w:t>—¿Lista?</w:t>
      </w:r>
    </w:p>
    <w:p>
      <w:pPr>
        <w:pStyle w:val="BodyText"/>
      </w:pPr>
      <w:r>
        <w:rPr/>
        <w:t>Ella asintió, aunque no lo estaba. Nadie podría estarlo.</w:t>
      </w:r>
    </w:p>
    <w:p>
      <w:pPr>
        <w:pStyle w:val="BodyText"/>
      </w:pPr>
      <w:r>
        <w:rPr/>
        <w:t>Markus pulsó play.</w:t>
      </w:r>
    </w:p>
    <w:p>
      <w:pPr>
        <w:pStyle w:val="BodyText"/>
      </w:pPr>
      <w:r>
        <w:rPr/>
        <w:t>Al principio no hubo nada. Solo quietud. Un vacío tan profundo que</w:t>
      </w:r>
      <w:r>
        <w:rPr/>
        <w:t xml:space="preserve"> </w:t>
      </w:r>
      <w:r>
        <w:rPr/>
        <w:t>parecía tener peso. Luego, muy gradualmente, empezó a emerger algo. No</w:t>
      </w:r>
      <w:r>
        <w:rPr/>
        <w:t xml:space="preserve"> </w:t>
      </w:r>
      <w:r>
        <w:rPr/>
        <w:t>era música en el sentido convencional. Era textura. Como si el aire</w:t>
      </w:r>
      <w:r>
        <w:rPr/>
        <w:t xml:space="preserve"> </w:t>
      </w:r>
      <w:r>
        <w:rPr/>
        <w:t>mismo hubiera sido grabado en el momento justo en que dejaba de ser aire</w:t>
      </w:r>
      <w:r>
        <w:rPr/>
        <w:t xml:space="preserve"> </w:t>
      </w:r>
      <w:r>
        <w:rPr/>
        <w:t>y se convertía en otra cosa.</w:t>
      </w:r>
    </w:p>
    <w:p>
      <w:pPr>
        <w:pStyle w:val="BodyText"/>
      </w:pPr>
      <w:r>
        <w:rPr/>
        <w:t>Mar cerró los ojos. El sonido se volvió más denso, casi sólido.</w:t>
      </w:r>
      <w:r>
        <w:rPr/>
        <w:t xml:space="preserve"> </w:t>
      </w:r>
      <w:r>
        <w:rPr/>
        <w:t>Reconoció fragmentos: el pad atmosférico de «Fading Away», pero</w:t>
      </w:r>
      <w:r>
        <w:rPr/>
        <w:t xml:space="preserve"> </w:t>
      </w:r>
      <w:r>
        <w:rPr/>
        <w:t>invertido, como si lo hubieran dado vuelta del revés. Un hi-hat que</w:t>
      </w:r>
      <w:r>
        <w:rPr/>
        <w:t xml:space="preserve"> </w:t>
      </w:r>
      <w:r>
        <w:rPr/>
        <w:t>sonaba como vidrio rompiéndose en cámara lenta. Un bajo que pulsaba no</w:t>
      </w:r>
      <w:r>
        <w:rPr/>
        <w:t xml:space="preserve"> </w:t>
      </w:r>
      <w:r>
        <w:rPr/>
        <w:t>hacia afuera sino hacia adentro, como un agujero negro sónico.</w:t>
      </w:r>
    </w:p>
    <w:p>
      <w:pPr>
        <w:pStyle w:val="BodyText"/>
      </w:pPr>
      <w:r>
        <w:rPr/>
        <w:t>El aire se volvió denso en sus pulmones. Sabor a ceniza en la boca y una</w:t>
      </w:r>
      <w:r>
        <w:rPr/>
        <w:t xml:space="preserve"> </w:t>
      </w:r>
      <w:r>
        <w:rPr/>
        <w:t>temperatura que fluctuaba salvajemente: hielo ardiente, fuego helado.</w:t>
      </w:r>
      <w:r>
        <w:rPr/>
        <w:t xml:space="preserve"> </w:t>
      </w:r>
      <w:r>
        <w:rPr/>
        <w:t>Contradicciones hechas sensación.</w:t>
      </w:r>
    </w:p>
    <w:p>
      <w:pPr>
        <w:pStyle w:val="BodyText"/>
      </w:pPr>
      <w:r>
        <w:rPr/>
        <w:t>No era música. Era el sonido de algo siendo devorado desde dentro, de</w:t>
      </w:r>
      <w:r>
        <w:rPr/>
        <w:t xml:space="preserve"> </w:t>
      </w:r>
      <w:r>
        <w:rPr/>
        <w:t>armonías vueltas contra sí mismas hasta convertirse en su propio</w:t>
      </w:r>
      <w:r>
        <w:rPr/>
        <w:t xml:space="preserve"> </w:t>
      </w:r>
      <w:r>
        <w:rPr/>
        <w:t>opuesto. Reconoció fragmentos distorsionados de melodías que había</w:t>
      </w:r>
      <w:r>
        <w:rPr/>
        <w:t xml:space="preserve"> </w:t>
      </w:r>
      <w:r>
        <w:rPr/>
        <w:t>amado, ahora heridas, infectadas.</w:t>
      </w:r>
    </w:p>
    <w:p>
      <w:pPr>
        <w:pStyle w:val="BodyText"/>
      </w:pPr>
      <w:r>
        <w:rPr/>
        <w:t>Y luego su voz.</w:t>
      </w:r>
    </w:p>
    <w:p>
      <w:pPr>
        <w:pStyle w:val="BodyText"/>
      </w:pPr>
      <w:r>
        <w:rPr/>
        <w:t>No era la voz que recordaba. Estaba distorsionada, digitalizada,</w:t>
      </w:r>
      <w:r>
        <w:rPr/>
        <w:t xml:space="preserve"> </w:t>
      </w:r>
      <w:r>
        <w:rPr/>
        <w:t>quebrada en pedazos que trataban desesperadamente de mantenerse unidos.</w:t>
      </w:r>
    </w:p>
    <w:p>
      <w:pPr>
        <w:pStyle w:val="BodyText"/>
      </w:pPr>
      <w:r>
        <w:rPr/>
        <w:t>*«No me borres…»*</w:t>
      </w:r>
    </w:p>
    <w:p>
      <w:pPr>
        <w:pStyle w:val="BodyText"/>
      </w:pPr>
      <w:r>
        <w:rPr/>
        <w:t>Mar abrió los ojos. Markus la observaba con expresión seria, midiendo su</w:t>
      </w:r>
      <w:r>
        <w:rPr/>
        <w:t xml:space="preserve"> </w:t>
      </w:r>
      <w:r>
        <w:rPr/>
        <w:t>reacción.</w:t>
      </w:r>
    </w:p>
    <w:p>
      <w:pPr>
        <w:pStyle w:val="BodyText"/>
      </w:pPr>
      <w:r>
        <w:rPr/>
        <w:t>*«La canción no está terminada…»*</w:t>
      </w:r>
    </w:p>
    <w:p>
      <w:pPr>
        <w:pStyle w:val="BodyText"/>
      </w:pPr>
      <w:r>
        <w:rPr/>
        <w:t>Las lágrimas comenzaron sin que pudiera controlarlas. No eran de</w:t>
      </w:r>
      <w:r>
        <w:rPr/>
        <w:t xml:space="preserve"> </w:t>
      </w:r>
      <w:r>
        <w:rPr/>
        <w:t>tristeza. Eran de reconocimiento. Después de veinticinco años, había</w:t>
      </w:r>
      <w:r>
        <w:rPr/>
        <w:t xml:space="preserve"> </w:t>
      </w:r>
      <w:r>
        <w:rPr/>
        <w:t>vuelto a escuchar su voz. Distorsionada, quebrada, pero inequívocamente</w:t>
      </w:r>
      <w:r>
        <w:rPr/>
        <w:t xml:space="preserve"> </w:t>
      </w:r>
      <w:r>
        <w:rPr/>
        <w:t>suya.</w:t>
      </w:r>
    </w:p>
    <w:p>
      <w:pPr>
        <w:pStyle w:val="BodyText"/>
      </w:pPr>
      <w:r>
        <w:rPr/>
        <w:t>Markus detuvo la reproducción.</w:t>
      </w:r>
    </w:p>
    <w:p>
      <w:pPr>
        <w:pStyle w:val="BodyText"/>
      </w:pPr>
      <w:r>
        <w:rPr/>
        <w:t>El silencio que siguió fue más estruendoso que cualquier música.</w:t>
      </w:r>
    </w:p>
    <w:p>
      <w:pPr>
        <w:pStyle w:val="BodyText"/>
      </w:pPr>
      <w:r>
        <w:rPr/>
        <w:t>—Lo escuché desintegrarse en tiempo real —dijo Markus, su voz apenas</w:t>
      </w:r>
      <w:r>
        <w:rPr/>
        <w:t xml:space="preserve"> </w:t>
      </w:r>
      <w:r>
        <w:rPr/>
        <w:t>un susurro—. Primero desaparecieron las referencias externas: su</w:t>
      </w:r>
      <w:r>
        <w:rPr/>
        <w:t xml:space="preserve"> </w:t>
      </w:r>
      <w:r>
        <w:rPr/>
        <w:t>nombre, su historia, los recuerdos que lo conectaban con el mundo</w:t>
      </w:r>
      <w:r>
        <w:rPr/>
        <w:t xml:space="preserve"> </w:t>
      </w:r>
      <w:r>
        <w:rPr/>
        <w:t>físico. Luego empezaron a borrarse sus propias memorias, como si algo</w:t>
      </w:r>
      <w:r>
        <w:rPr/>
        <w:t xml:space="preserve"> </w:t>
      </w:r>
      <w:r>
        <w:rPr/>
        <w:t>estuviera accediendo a su mente y eliminando archivos uno por uno. Al</w:t>
      </w:r>
      <w:r>
        <w:rPr/>
        <w:t xml:space="preserve"> </w:t>
      </w:r>
      <w:r>
        <w:rPr/>
        <w:t>final comenzó a disolverse su propia voz. Lo vi convertirse en</w:t>
      </w:r>
      <w:r>
        <w:rPr/>
        <w:t xml:space="preserve"> </w:t>
      </w:r>
      <w:r>
        <w:rPr/>
        <w:t>resonancia pura.</w:t>
      </w:r>
    </w:p>
    <w:p>
      <w:pPr>
        <w:pStyle w:val="BodyText"/>
      </w:pPr>
      <w:r>
        <w:rPr/>
        <w:t>Mar se quitó los auriculares con manos temblorosas.</w:t>
      </w:r>
    </w:p>
    <w:p>
      <w:pPr>
        <w:pStyle w:val="BodyText"/>
      </w:pPr>
      <w:r>
        <w:rPr/>
        <w:t>—¿Quién más estaba en la sala esa noche? —preguntó—. Además de</w:t>
      </w:r>
      <w:r>
        <w:rPr/>
        <w:t xml:space="preserve"> </w:t>
      </w:r>
      <w:r>
        <w:rPr/>
        <w:t>ustedes dos.</w:t>
      </w:r>
    </w:p>
    <w:p>
      <w:pPr>
        <w:pStyle w:val="BodyText"/>
      </w:pPr>
      <w:r>
        <w:rPr/>
        <w:t>—Solo nosotros dos. Y lo que estaba componiendo. —Markus hizo una</w:t>
      </w:r>
      <w:r>
        <w:rPr/>
        <w:t xml:space="preserve"> </w:t>
      </w:r>
      <w:r>
        <w:rPr/>
        <w:t>pausa larga, como si decidiera cuánto revelar—. Pero había algo más.</w:t>
      </w:r>
      <w:r>
        <w:rPr/>
        <w:t xml:space="preserve"> </w:t>
      </w:r>
      <w:r>
        <w:rPr/>
        <w:t>Algo que los micrófonos no lograron grabar pero que estaba</w:t>
      </w:r>
      <w:r>
        <w:rPr/>
        <w:t xml:space="preserve"> </w:t>
      </w:r>
      <w:r>
        <w:rPr/>
        <w:t>definitivamente presente. Una presencia. La temperatura del estudio bajó</w:t>
      </w:r>
      <w:r>
        <w:rPr/>
        <w:t xml:space="preserve"> </w:t>
      </w:r>
      <w:r>
        <w:rPr/>
        <w:t>diez grados en cuestión de minutos. Vi el vaho de mi propia respiración</w:t>
      </w:r>
      <w:r>
        <w:rPr/>
        <w:t xml:space="preserve"> </w:t>
      </w:r>
      <w:r>
        <w:rPr/>
        <w:t>condensándose en el aire. No era una persona en el sentido convencional.</w:t>
      </w:r>
      <w:r>
        <w:rPr/>
        <w:t xml:space="preserve"> </w:t>
      </w:r>
      <w:r>
        <w:rPr/>
        <w:t>Era una distorsión en la realidad misma.</w:t>
      </w:r>
    </w:p>
    <w:p>
      <w:pPr>
        <w:pStyle w:val="BodyText"/>
      </w:pPr>
      <w:r>
        <w:rPr/>
        <w:t>Mar entendió con una claridad terrible. La sombra de Arnaldo había</w:t>
      </w:r>
      <w:r>
        <w:rPr/>
        <w:t xml:space="preserve"> </w:t>
      </w:r>
      <w:r>
        <w:rPr/>
        <w:t>estado presente para presenciar la segunda tragedia. El ciclo se cerraba</w:t>
      </w:r>
      <w:r>
        <w:rPr/>
        <w:t xml:space="preserve"> </w:t>
      </w:r>
      <w:r>
        <w:rPr/>
        <w:t>de una manera que trascendía cualquier explicación racional.</w:t>
      </w:r>
    </w:p>
    <w:p>
      <w:pPr>
        <w:pStyle w:val="BodyText"/>
      </w:pPr>
      <w:r>
        <w:rPr/>
        <w:t>Markus se agachó y abrió un cajón metálico en su escritorio. Sacó un</w:t>
      </w:r>
      <w:r>
        <w:rPr/>
        <w:t xml:space="preserve"> </w:t>
      </w:r>
      <w:r>
        <w:rPr/>
        <w:t>objeto que Mar reconoció como una reliquia de una época tecnológica</w:t>
      </w:r>
      <w:r>
        <w:rPr/>
        <w:t xml:space="preserve"> </w:t>
      </w:r>
      <w:r>
        <w:rPr/>
        <w:t>anterior: un disquete de 3,5 pulgadas. Se lo tendió con una reverencia</w:t>
      </w:r>
      <w:r>
        <w:rPr/>
        <w:t xml:space="preserve"> </w:t>
      </w:r>
      <w:r>
        <w:rPr/>
        <w:t>que sugería que el objeto contenía algo sagrado y peligroso a la vez.</w:t>
      </w:r>
    </w:p>
    <w:p>
      <w:pPr>
        <w:pStyle w:val="BodyText"/>
      </w:pPr>
      <w:r>
        <w:rPr/>
        <w:t>El disquete tenía la nota **Fa♯** escrita con tinta permanente en</w:t>
      </w:r>
      <w:r>
        <w:rPr/>
        <w:t xml:space="preserve"> </w:t>
      </w:r>
      <w:r>
        <w:rPr/>
        <w:t>una caligrafía que Mar reconoció inmediatamente como la de Adrián.</w:t>
      </w:r>
    </w:p>
    <w:p>
      <w:pPr>
        <w:pStyle w:val="BodyText"/>
      </w:pPr>
      <w:r>
        <w:rPr/>
        <w:t>—Esto es un fragmento que logré aislar esa noche —explicó Markus—.</w:t>
      </w:r>
      <w:r>
        <w:rPr/>
        <w:t xml:space="preserve"> </w:t>
      </w:r>
      <w:r>
        <w:rPr/>
        <w:t>Un bucle de su último segundo de existencia consciente, capturado antes</w:t>
      </w:r>
      <w:r>
        <w:rPr/>
        <w:t xml:space="preserve"> </w:t>
      </w:r>
      <w:r>
        <w:rPr/>
        <w:t>de que la disolución fuera completa. Es un archivo que, según todas las</w:t>
      </w:r>
      <w:r>
        <w:rPr/>
        <w:t xml:space="preserve"> </w:t>
      </w:r>
      <w:r>
        <w:rPr/>
        <w:t>leyes de la física y la informática, no debería poder existir. Contiene</w:t>
      </w:r>
      <w:r>
        <w:rPr/>
        <w:t xml:space="preserve"> </w:t>
      </w:r>
      <w:r>
        <w:rPr/>
        <w:t>información de alguien que técnicamente ya no existe en forma física.</w:t>
      </w:r>
    </w:p>
    <w:p>
      <w:pPr>
        <w:pStyle w:val="BodyText"/>
      </w:pPr>
      <w:r>
        <w:rPr/>
        <w:t>Mar tomó el disquete con cuidado. No estaba caliente, pero sintió Algo</w:t>
      </w:r>
      <w:r>
        <w:rPr/>
        <w:t xml:space="preserve"> </w:t>
      </w:r>
      <w:r>
        <w:rPr/>
        <w:t>más. No calor. Peso emocional. Como si el plástico contuviera algo vivo</w:t>
      </w:r>
      <w:r>
        <w:rPr/>
        <w:t xml:space="preserve"> </w:t>
      </w:r>
      <w:r>
        <w:rPr/>
        <w:t>que se resistía a ser contenido, una energía que pulsaba con voluntad</w:t>
      </w:r>
      <w:r>
        <w:rPr/>
        <w:t xml:space="preserve"> </w:t>
      </w:r>
      <w:r>
        <w:rPr/>
        <w:t>propia.</w:t>
      </w:r>
    </w:p>
    <w:p>
      <w:pPr>
        <w:pStyle w:val="BodyText"/>
      </w:pPr>
      <w:r>
        <w:rPr/>
        <w:t>Recordó la nota que Adrián le había dejado antes de su desaparición:</w:t>
      </w:r>
      <w:r>
        <w:rPr/>
        <w:t xml:space="preserve"> </w:t>
      </w:r>
      <w:r>
        <w:rPr/>
        <w:t>*«Termina lo que empezamos. Pero hazlo a tu manera».*</w:t>
      </w:r>
    </w:p>
    <w:p>
      <w:pPr>
        <w:pStyle w:val="BodyText"/>
      </w:pPr>
      <w:r>
        <w:rPr/>
        <w:t>Ahora entendía la terrible dimensión de esa petición. El Eco no solo se</w:t>
      </w:r>
      <w:r>
        <w:rPr/>
        <w:t xml:space="preserve"> </w:t>
      </w:r>
      <w:r>
        <w:rPr/>
        <w:t>había llevado al hombre que amaba. Le había dejado una misión que</w:t>
      </w:r>
      <w:r>
        <w:rPr/>
        <w:t xml:space="preserve"> </w:t>
      </w:r>
      <w:r>
        <w:rPr/>
        <w:t>requería sacrificar su propia paz mental para completar que él no había</w:t>
      </w:r>
      <w:r>
        <w:rPr/>
        <w:t xml:space="preserve"> </w:t>
      </w:r>
      <w:r>
        <w:rPr/>
        <w:t>podido terminar.</w:t>
      </w:r>
    </w:p>
    <w:p>
      <w:pPr>
        <w:pStyle w:val="BodyText"/>
      </w:pPr>
      <w:r>
        <w:rPr/>
        <w:t>—¿Cómo lo reproduzco? —preguntó Mar, sosteniéndolo como si fuera</w:t>
      </w:r>
      <w:r>
        <w:rPr/>
        <w:t xml:space="preserve"> </w:t>
      </w:r>
      <w:r>
        <w:rPr/>
        <w:t>radioactivo—. Nadie tiene lectores de disquete ya.</w:t>
      </w:r>
    </w:p>
    <w:p>
      <w:pPr>
        <w:pStyle w:val="BodyText"/>
      </w:pPr>
      <w:r>
        <w:rPr/>
        <w:t>—Yo tengo uno. —Markus señaló una torre beige en un rincón del</w:t>
      </w:r>
      <w:r>
        <w:rPr/>
        <w:t xml:space="preserve"> </w:t>
      </w:r>
      <w:r>
        <w:rPr/>
        <w:t>estudio—. Power Mac G4. Del 99. Todavía funciona. Pero no te</w:t>
      </w:r>
      <w:r>
        <w:rPr/>
        <w:t xml:space="preserve"> </w:t>
      </w:r>
      <w:r>
        <w:rPr/>
        <w:t>recomiendo reproducirlo aquí.</w:t>
      </w:r>
    </w:p>
    <w:p>
      <w:pPr>
        <w:pStyle w:val="BodyText"/>
      </w:pPr>
      <w:r>
        <w:rPr/>
        <w:t>—¿Por qué no?</w:t>
      </w:r>
    </w:p>
    <w:p>
      <w:pPr>
        <w:pStyle w:val="BodyText"/>
      </w:pPr>
      <w:r>
        <w:rPr/>
        <w:t>—Porque este estudio ha absorbido demasiadas frecuencias extrañas</w:t>
      </w:r>
      <w:r>
        <w:rPr/>
        <w:t xml:space="preserve"> </w:t>
      </w:r>
      <w:r>
        <w:rPr/>
        <w:t>durante veinticinco años. Si reproduces eso aquí, no sé qué podría</w:t>
      </w:r>
      <w:r>
        <w:rPr/>
        <w:t xml:space="preserve"> </w:t>
      </w:r>
      <w:r>
        <w:rPr/>
        <w:t>despertar. —Hizo una pausa—. Hay un lugar. En Wedding. Un estudio</w:t>
      </w:r>
      <w:r>
        <w:rPr/>
        <w:t xml:space="preserve"> </w:t>
      </w:r>
      <w:r>
        <w:rPr/>
        <w:t>abandonado donde solíamos grabar en los 90. Nadie lo usa ya. Las paredes</w:t>
      </w:r>
      <w:r>
        <w:rPr/>
        <w:t xml:space="preserve"> </w:t>
      </w:r>
      <w:r>
        <w:rPr/>
        <w:t>están limpias. Sin memoria acumulada. Ese es el lugar correcto para</w:t>
      </w:r>
      <w:r>
        <w:rPr/>
        <w:t xml:space="preserve"> </w:t>
      </w:r>
      <w:r>
        <w:rPr/>
        <w:t>reproducirlo.</w:t>
      </w:r>
    </w:p>
    <w:p>
      <w:pPr>
        <w:pStyle w:val="BodyText"/>
      </w:pPr>
      <w:r>
        <w:rPr/>
        <w:t>—¿Me darías la dirección?</w:t>
      </w:r>
    </w:p>
    <w:p>
      <w:pPr>
        <w:pStyle w:val="BodyText"/>
      </w:pPr>
      <w:r>
        <w:rPr/>
        <w:t>Markus escribió algo en un papel y se lo entregó. Mar reconoció el</w:t>
      </w:r>
      <w:r>
        <w:rPr/>
        <w:t xml:space="preserve"> </w:t>
      </w:r>
      <w:r>
        <w:rPr/>
        <w:t>nombre de la calle: cerca de Leopoldplatz, una zona industrial que había</w:t>
      </w:r>
      <w:r>
        <w:rPr/>
        <w:t xml:space="preserve"> </w:t>
      </w:r>
      <w:r>
        <w:rPr/>
        <w:t>sido gentrificada parcialmente pero que todavía conservaba edificios</w:t>
      </w:r>
      <w:r>
        <w:rPr/>
        <w:t xml:space="preserve"> </w:t>
      </w:r>
      <w:r>
        <w:rPr/>
        <w:t>vacíos.</w:t>
      </w:r>
    </w:p>
    <w:p>
      <w:pPr>
        <w:pStyle w:val="BodyText"/>
      </w:pPr>
      <w:r>
        <w:rPr/>
        <w:t>—Una cosa más —dijo Markus mientras ella guardaba el papel—. No lo</w:t>
      </w:r>
      <w:r>
        <w:rPr/>
        <w:t xml:space="preserve"> </w:t>
      </w:r>
      <w:r>
        <w:rPr/>
        <w:t>reproduzcas sin auriculares. Y por lo que más quieras, no lo hagas sola.</w:t>
      </w:r>
      <w:r>
        <w:rPr/>
        <w:t xml:space="preserve"> </w:t>
      </w:r>
      <w:r>
        <w:rPr/>
        <w:t>Hay frecuencias en esa grabación que pueden abrir puertas que es mejor</w:t>
      </w:r>
      <w:r>
        <w:rPr/>
        <w:t xml:space="preserve"> </w:t>
      </w:r>
      <w:r>
        <w:rPr/>
        <w:t>mantener cerradas. Puertas entre aquí y lugares donde las cosas que</w:t>
      </w:r>
      <w:r>
        <w:rPr/>
        <w:t xml:space="preserve"> </w:t>
      </w:r>
      <w:r>
        <w:rPr/>
        <w:t>fueron humanas ya no lo son del todo.</w:t>
      </w:r>
    </w:p>
    <w:p>
      <w:pPr>
        <w:pStyle w:val="BodyText"/>
      </w:pPr>
      <w:r>
        <w:rPr/>
        <w:t>Mar guardó el disquete en su bolsillo con cuidado.</w:t>
      </w:r>
    </w:p>
    <w:p>
      <w:pPr>
        <w:pStyle w:val="BodyText"/>
      </w:pPr>
      <w:r>
        <w:rPr/>
        <w:t>—Markus… ¿crees que todavía está ahí? ¿En algun tono?</w:t>
      </w:r>
    </w:p>
    <w:p>
      <w:pPr>
        <w:pStyle w:val="BodyText"/>
      </w:pPr>
      <w:r>
        <w:rPr/>
        <w:t>El quietud que siguió fue respuesta suficiente.</w:t>
      </w:r>
    </w:p>
    <w:p>
      <w:pPr>
        <w:pStyle w:val="BodyText"/>
      </w:pPr>
      <w:r>
        <w:rPr/>
        <w:t>—No lo sé —dijo por fin—. Pero si lo está, ya no es el Adrián que</w:t>
      </w:r>
      <w:r>
        <w:rPr/>
        <w:t xml:space="preserve"> </w:t>
      </w:r>
      <w:r>
        <w:rPr/>
        <w:t>conociste. Es que aprendió a existir sin cuerpo, algo que se convirtió</w:t>
      </w:r>
      <w:r>
        <w:rPr/>
        <w:t xml:space="preserve"> </w:t>
      </w:r>
      <w:r>
        <w:rPr/>
        <w:t>en onda pura. —La miró fijamente—. Ten cuidado, Mar. Cuando empiezas</w:t>
      </w:r>
      <w:r>
        <w:rPr/>
        <w:t xml:space="preserve"> </w:t>
      </w:r>
      <w:r>
        <w:rPr/>
        <w:t>a buscar en resonancias donde habitan los muertos, a veces te encuentran</w:t>
      </w:r>
      <w:r>
        <w:rPr/>
        <w:t xml:space="preserve"> </w:t>
      </w:r>
      <w:r>
        <w:rPr/>
        <w:t>primero. Y lo que encuentran no siempre es lo que estabas buscando.</w:t>
      </w:r>
    </w:p>
    <w:p>
      <w:pPr>
        <w:pStyle w:val="BodyText"/>
      </w:pPr>
      <w:r>
        <w:rPr/>
        <w:t>Mar asintió y se levantó, sintiendo el peso del disquete en su bolsillo</w:t>
      </w:r>
      <w:r>
        <w:rPr/>
        <w:t xml:space="preserve"> </w:t>
      </w:r>
      <w:r>
        <w:rPr/>
        <w:t>como una promesa y una amenaza.</w:t>
      </w:r>
    </w:p>
    <w:p>
      <w:pPr>
        <w:pStyle w:val="BodyText"/>
      </w:pPr>
      <w:r>
        <w:rPr/>
        <w:t>—Gracias, Markus.</w:t>
      </w:r>
    </w:p>
    <w:p>
      <w:pPr>
        <w:pStyle w:val="BodyText"/>
      </w:pPr>
      <w:r>
        <w:rPr/>
        <w:t>—No me las des. Puede que acabe de entregarte la llave de tu propia</w:t>
      </w:r>
      <w:r>
        <w:rPr/>
        <w:t xml:space="preserve"> </w:t>
      </w:r>
      <w:r>
        <w:rPr/>
        <w:t>destrucción.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 salió del estudio con el disquete en el bolsillo y la dirección de</w:t>
      </w:r>
      <w:r>
        <w:rPr/>
        <w:t xml:space="preserve"> </w:t>
      </w:r>
      <w:r>
        <w:rPr/>
        <w:t>Markus en la mano.</w:t>
      </w:r>
    </w:p>
    <w:p>
      <w:pPr>
        <w:pStyle w:val="BodyText"/>
      </w:pPr>
      <w:r>
        <w:rPr/>
        <w:t>Afuera había oscurecido. Las farolas de Kreuzberg creaban charcos de luz</w:t>
      </w:r>
      <w:r>
        <w:rPr/>
        <w:t xml:space="preserve"> </w:t>
      </w:r>
      <w:r>
        <w:rPr/>
        <w:t>amarilla en la acera mojada por una llovizna reciente. Empezó a caminar</w:t>
      </w:r>
      <w:r>
        <w:rPr/>
        <w:t xml:space="preserve"> </w:t>
      </w:r>
      <w:r>
        <w:rPr/>
        <w:t>sin rumbo definido, procesando todo lo que había escuchado, permitiendo</w:t>
      </w:r>
      <w:r>
        <w:rPr/>
        <w:t xml:space="preserve"> </w:t>
      </w:r>
      <w:r>
        <w:rPr/>
        <w:t>que el peso de la revelación se asentara poco a poco.</w:t>
      </w:r>
    </w:p>
    <w:p>
      <w:pPr>
        <w:pStyle w:val="BodyText"/>
      </w:pPr>
      <w:r>
        <w:rPr/>
        <w:t>La voz de Adrián. Después de veinticinco años.</w:t>
      </w:r>
    </w:p>
    <w:p>
      <w:pPr>
        <w:pStyle w:val="BodyText"/>
      </w:pPr>
      <w:r>
        <w:rPr/>
        <w:t>*«La canción no está terminada».*</w:t>
      </w:r>
    </w:p>
    <w:p>
      <w:pPr>
        <w:pStyle w:val="BodyText"/>
      </w:pPr>
      <w:r>
        <w:rPr/>
        <w:t>¿Qué canción? ¿«Fading Away»? ¿O algo más grande, algo que había</w:t>
      </w:r>
      <w:r>
        <w:rPr/>
        <w:t xml:space="preserve"> </w:t>
      </w:r>
      <w:r>
        <w:rPr/>
        <w:t>comenzado con Arnaldo en Montségur en 1244 y que ahora ella debía</w:t>
      </w:r>
      <w:r>
        <w:rPr/>
        <w:t xml:space="preserve"> </w:t>
      </w:r>
      <w:r>
        <w:rPr/>
        <w:t>completar?</w:t>
      </w:r>
    </w:p>
    <w:p>
      <w:pPr>
        <w:pStyle w:val="BodyText"/>
      </w:pPr>
      <w:r>
        <w:rPr/>
        <w:t>Miró el papel que Markus le había dado. Una dirección en Wedding. Un</w:t>
      </w:r>
      <w:r>
        <w:rPr/>
        <w:t xml:space="preserve"> </w:t>
      </w:r>
      <w:r>
        <w:rPr/>
        <w:t>estudio abandonado donde las paredes no tenían memoria.</w:t>
      </w:r>
    </w:p>
    <w:p>
      <w:pPr>
        <w:pStyle w:val="BodyText"/>
      </w:pPr>
      <w:r>
        <w:rPr/>
        <w:t>Sabía lo que tenía que hacer.</w:t>
      </w:r>
    </w:p>
    <w:p>
      <w:pPr>
        <w:pStyle w:val="BodyText"/>
      </w:pPr>
      <w:r>
        <w:rPr/>
        <w:t>Mientras se preparaba para continuar su búsqueda, Mar entendió que ya no</w:t>
      </w:r>
      <w:r>
        <w:rPr/>
        <w:t xml:space="preserve"> </w:t>
      </w:r>
      <w:r>
        <w:rPr/>
        <w:t>buscaba solo respuestas sobre la desaparición de Adrián. Estaba</w:t>
      </w:r>
      <w:r>
        <w:rPr/>
        <w:t xml:space="preserve"> </w:t>
      </w:r>
      <w:r>
        <w:rPr/>
        <w:t>completando la fase final de una misión iniciada ochocientos años atrás:</w:t>
      </w:r>
      <w:r>
        <w:rPr/>
        <w:t xml:space="preserve"> </w:t>
      </w:r>
      <w:r>
        <w:rPr/>
        <w:t>de Arnaldo a Alix, de Alix a través de generaciones de custodios</w:t>
      </w:r>
      <w:r>
        <w:rPr/>
        <w:t xml:space="preserve"> </w:t>
      </w:r>
      <w:r>
        <w:rPr/>
        <w:t>silenciosos, hasta llegar por fin a ella.</w:t>
      </w:r>
    </w:p>
    <w:p>
      <w:pPr>
        <w:pStyle w:val="BodyText"/>
      </w:pPr>
      <w:r>
        <w:rPr/>
        <w:t>El Eco había encontrado a su heredera.</w:t>
      </w:r>
    </w:p>
    <w:p>
      <w:pPr>
        <w:pStyle w:val="BodyText"/>
      </w:pPr>
      <w:r>
        <w:rPr/>
        <w:t>Y esa herencia venía con responsabilidades que trascendían cualquier</w:t>
      </w:r>
      <w:r>
        <w:rPr/>
        <w:t xml:space="preserve"> </w:t>
      </w:r>
      <w:r>
        <w:rPr/>
        <w:t>dolor personal.</w:t>
      </w:r>
    </w:p>
    <w:p>
      <w:pPr>
        <w:pStyle w:val="BodyText"/>
      </w:pPr>
      <w:r>
        <w:rPr/>
        <w:t>Era hora de terminar lo que habían empezado.</w:t>
      </w:r>
    </w:p>
    <w:p>
      <w:pPr>
        <w:pStyle w:val="Heading1"/>
      </w:pPr>
      <w:r>
        <w:rPr/>
        <w:t>CAPÍTULO 9. EL DESAFÍO DE LENA</w:t>
      </w:r>
    </w:p>
    <w:p>
      <w:pPr>
        <w:pStyle w:val="Heading1"/>
      </w:pPr>
      <w:r/>
    </w:p>
    <w:p>
      <w:pPr/>
      <w:r>
        <w:rPr/>
        <w:t>*«La poesía es un error de sistema. La física es la única verdad que no</w:t>
      </w:r>
      <w:r>
        <w:rPr/>
        <w:t xml:space="preserve"> </w:t>
      </w:r>
      <w:r>
        <w:rPr/>
        <w:t>miente.»*</w:t>
      </w:r>
    </w:p>
    <w:p>
      <w:pPr>
        <w:pStyle w:val="BodyText"/>
      </w:pPr>
      <w:r>
        <w:rPr/>
        <w:t>—Cuaderno de Lena</w:t>
      </w:r>
    </w:p>
    <w:p>
      <w:pPr>
        <w:pStyle w:val="BodyText"/>
      </w:pPr>
      <w:r>
        <w:rPr/>
        <w:t>**Berlín, noviembre de 2023**</w:t>
      </w:r>
    </w:p>
    <w:p>
      <w:pPr>
        <w:pStyle w:val="BodyText"/>
      </w:pPr>
      <w:r>
        <w:rPr/>
        <w:t>El bar de Kreuzberg era una cápsula del tiempo atascada en los años</w:t>
      </w:r>
      <w:r>
        <w:rPr/>
        <w:t xml:space="preserve"> </w:t>
      </w:r>
      <w:r>
        <w:rPr/>
        <w:t>noventa. Refugio oscuro que olía a cerveza rancia y a fantasmas de humo</w:t>
      </w:r>
      <w:r>
        <w:rPr/>
        <w:t xml:space="preserve"> </w:t>
      </w:r>
      <w:r>
        <w:rPr/>
        <w:t>de cigarrillos prohibidos hacía años. En su lugar goteaba música</w:t>
      </w:r>
      <w:r>
        <w:rPr/>
        <w:t xml:space="preserve"> </w:t>
      </w:r>
      <w:r>
        <w:rPr/>
        <w:t>ambiental minimalista, como la banda sonora de un futuro que se había</w:t>
      </w:r>
      <w:r>
        <w:rPr/>
        <w:t xml:space="preserve"> </w:t>
      </w:r>
      <w:r>
        <w:rPr/>
        <w:t>rendido antes de llegar.</w:t>
      </w:r>
    </w:p>
    <w:p>
      <w:pPr>
        <w:pStyle w:val="BodyText"/>
      </w:pPr>
      <w:r>
        <w:rPr/>
        <w:t>Mar había encontrado el lugar siguiendo coordenadas que Lena le había</w:t>
      </w:r>
      <w:r>
        <w:rPr/>
        <w:t xml:space="preserve"> </w:t>
      </w:r>
      <w:r>
        <w:rPr/>
        <w:t>enviado: solo números y una dirección. Sin contexto. Típico de Lena.</w:t>
      </w:r>
    </w:p>
    <w:p>
      <w:pPr>
        <w:pStyle w:val="BodyText"/>
      </w:pPr>
      <w:r>
        <w:rPr/>
        <w:t>El interior parecía diseñado para desalentar la socialización. Mesas</w:t>
      </w:r>
      <w:r>
        <w:rPr/>
        <w:t xml:space="preserve"> </w:t>
      </w:r>
      <w:r>
        <w:rPr/>
        <w:t>pegajosas dispuestas demasiado lejos unas de otras, iluminación</w:t>
      </w:r>
      <w:r>
        <w:rPr/>
        <w:t xml:space="preserve"> </w:t>
      </w:r>
      <w:r>
        <w:rPr/>
        <w:t>insuficiente que creaba bolsas de sombra. Era el tipo de lugar donde se</w:t>
      </w:r>
      <w:r>
        <w:rPr/>
        <w:t xml:space="preserve"> </w:t>
      </w:r>
      <w:r>
        <w:rPr/>
        <w:t>intercambiaba información que no debía ser escuchada.</w:t>
      </w:r>
    </w:p>
    <w:p>
      <w:pPr>
        <w:pStyle w:val="BodyText"/>
      </w:pPr>
      <w:r>
        <w:rPr/>
        <w:t>Lena estaba sentada en un rincón con un vaso de whisky intacto entre sus</w:t>
      </w:r>
      <w:r>
        <w:rPr/>
        <w:t xml:space="preserve"> </w:t>
      </w:r>
      <w:r>
        <w:rPr/>
        <w:t>manos. La luz de un neón exterior se reflejaba en el líquido ámbar.</w:t>
      </w:r>
    </w:p>
    <w:p>
      <w:pPr>
        <w:pStyle w:val="BodyText"/>
      </w:pPr>
      <w:r>
        <w:rPr/>
        <w:t>Mar la había conocido lo suficiente para reconocer los signos: Lena</w:t>
      </w:r>
      <w:r>
        <w:rPr/>
        <w:t xml:space="preserve"> </w:t>
      </w:r>
      <w:r>
        <w:rPr/>
        <w:t>estaba en modo defensivo.</w:t>
      </w:r>
    </w:p>
    <w:p>
      <w:pPr>
        <w:pStyle w:val="BodyText"/>
      </w:pPr>
      <w:r>
        <w:rPr/>
        <w:t>Cuando Mar se sentó, la mesa cojeó. Lena no levantó la vista.</w:t>
      </w:r>
    </w:p>
    <w:p>
      <w:pPr>
        <w:pStyle w:val="BodyText"/>
      </w:pPr>
      <w:r>
        <w:rPr/>
        <w:t>—Pensé que después de lo del otro día no querías saber más de mí</w:t>
      </w:r>
      <w:r>
        <w:rPr/>
        <w:t xml:space="preserve"> </w:t>
      </w:r>
      <w:r>
        <w:rPr/>
        <w:t>—dijo Mar.</w:t>
      </w:r>
    </w:p>
    <w:p>
      <w:pPr>
        <w:pStyle w:val="BodyText"/>
      </w:pPr>
      <w:r>
        <w:rPr/>
        <w:t>—No quiero. —Lena tomó un sorbo de whisky—. Pero aquí estoy.</w:t>
      </w:r>
    </w:p>
    <w:p>
      <w:pPr>
        <w:pStyle w:val="BodyText"/>
      </w:pPr>
      <w:r>
        <w:rPr/>
        <w:t>—Necesito pedirte algo más grande que descifrar un pergamino.</w:t>
      </w:r>
    </w:p>
    <w:p>
      <w:pPr>
        <w:pStyle w:val="BodyText"/>
      </w:pPr>
      <w:r>
        <w:rPr/>
        <w:t>Lena levantó la vista por fin.</w:t>
      </w:r>
    </w:p>
    <w:p>
      <w:pPr>
        <w:pStyle w:val="BodyText"/>
      </w:pPr>
      <w:r>
        <w:rPr/>
        <w:t>—¿Más grande cómo?</w:t>
      </w:r>
    </w:p>
    <w:p>
      <w:pPr>
        <w:pStyle w:val="BodyText"/>
      </w:pPr>
      <w:r>
        <w:rPr/>
        <w:t>Mar colocó tres objetos sobre la mesa. El disquete con **Fa♯**</w:t>
      </w:r>
      <w:r>
        <w:rPr/>
        <w:t xml:space="preserve"> </w:t>
      </w:r>
      <w:r>
        <w:rPr/>
        <w:t>escrito en tinta. El estuche de madera de San Juan de Duero. Y un</w:t>
      </w:r>
      <w:r>
        <w:rPr/>
        <w:t xml:space="preserve"> </w:t>
      </w:r>
      <w:r>
        <w:rPr/>
        <w:t>cuaderno gastado que Markus le había dado junto con el disquete.</w:t>
      </w:r>
    </w:p>
    <w:p>
      <w:pPr>
        <w:pStyle w:val="BodyText"/>
      </w:pPr>
      <w:r>
        <w:rPr/>
        <w:t>—Markus dice que esto —señaló el cuaderno— contiene los últimos</w:t>
      </w:r>
      <w:r>
        <w:rPr/>
        <w:t xml:space="preserve"> </w:t>
      </w:r>
      <w:r>
        <w:rPr/>
        <w:t>diagramas de Adrián. Ecuaciones que violan las leyes de la acústica.</w:t>
      </w:r>
      <w:r>
        <w:rPr/>
        <w:t xml:space="preserve"> </w:t>
      </w:r>
      <w:r>
        <w:rPr/>
        <w:t>Notas sobre cómo convertir el alma en resonancia.</w:t>
      </w:r>
    </w:p>
    <w:p>
      <w:pPr>
        <w:pStyle w:val="BodyText"/>
      </w:pPr>
      <w:r>
        <w:rPr/>
        <w:t>Lena miró el cuaderno como si fuera radioactivo.</w:t>
      </w:r>
    </w:p>
    <w:p>
      <w:pPr>
        <w:pStyle w:val="BodyText"/>
      </w:pPr>
      <w:r>
        <w:rPr/>
        <w:t>—Lo vi una vez. En el estudio. La noche que… —Se detuvo—. Pensé</w:t>
      </w:r>
      <w:r>
        <w:rPr/>
        <w:t xml:space="preserve"> </w:t>
      </w:r>
      <w:r>
        <w:rPr/>
        <w:t>que Markus lo había destruido.</w:t>
      </w:r>
    </w:p>
    <w:p>
      <w:pPr>
        <w:pStyle w:val="BodyText"/>
      </w:pPr>
      <w:r>
        <w:rPr/>
        <w:t>—Lo guardó. Igual que el disquete.</w:t>
      </w:r>
    </w:p>
    <w:p>
      <w:pPr>
        <w:pStyle w:val="BodyText"/>
      </w:pPr>
      <w:r>
        <w:rPr/>
        <w:t>—Markus siempre fue un sentimental.</w:t>
      </w:r>
    </w:p>
    <w:p>
      <w:pPr>
        <w:pStyle w:val="BodyText"/>
      </w:pPr>
      <w:r>
        <w:rPr/>
        <w:t>Mar respiró hondo.</w:t>
      </w:r>
    </w:p>
    <w:p>
      <w:pPr>
        <w:pStyle w:val="BodyText"/>
      </w:pPr>
      <w:r>
        <w:rPr/>
        <w:t>—Necesito que vengas conmigo al estudio abandonado en Wedding. El que</w:t>
      </w:r>
      <w:r>
        <w:rPr/>
        <w:t xml:space="preserve"> </w:t>
      </w:r>
      <w:r>
        <w:rPr/>
        <w:t>me dijo Markus. Necesito reproducir el disquete con el equipo correcto.</w:t>
      </w:r>
      <w:r>
        <w:rPr/>
        <w:t xml:space="preserve"> </w:t>
      </w:r>
      <w:r>
        <w:rPr/>
        <w:t>Y necesito que estés ahí para… —hizo una pausa— …para anclarme.</w:t>
      </w:r>
      <w:r>
        <w:rPr/>
        <w:t xml:space="preserve"> </w:t>
      </w:r>
      <w:r>
        <w:rPr/>
        <w:t>Para que no me pierda como él.</w:t>
      </w:r>
    </w:p>
    <w:p>
      <w:pPr>
        <w:pStyle w:val="BodyText"/>
      </w:pPr>
      <w:r>
        <w:rPr/>
        <w:t>Ahí estaba. La petición real.</w:t>
      </w:r>
    </w:p>
    <w:p>
      <w:pPr>
        <w:pStyle w:val="BodyText"/>
      </w:pPr>
      <w:r>
        <w:rPr/>
        <w:t>Lena dejó el vaso bruscamente.</w:t>
      </w:r>
    </w:p>
    <w:p>
      <w:pPr>
        <w:pStyle w:val="BodyText"/>
      </w:pPr>
      <w:r>
        <w:rPr/>
        <w:t>—No.</w:t>
      </w:r>
    </w:p>
    <w:p>
      <w:pPr>
        <w:pStyle w:val="BodyText"/>
      </w:pPr>
      <w:r>
        <w:rPr/>
        <w:t>—Lena…</w:t>
      </w:r>
    </w:p>
    <w:p>
      <w:pPr>
        <w:pStyle w:val="BodyText"/>
      </w:pPr>
      <w:r>
        <w:rPr/>
        <w:t>—No, Mar. Ayudarte por email es una cosa. Mandar archivos de audio,</w:t>
      </w:r>
      <w:r>
        <w:rPr/>
        <w:t xml:space="preserve"> </w:t>
      </w:r>
      <w:r>
        <w:rPr/>
        <w:t>descifrar símbolos desde la seguridad de mi apartamento. Eso puedo</w:t>
      </w:r>
      <w:r>
        <w:rPr/>
        <w:t xml:space="preserve"> </w:t>
      </w:r>
      <w:r>
        <w:rPr/>
        <w:t>hacerlo. Pero lo que me estás pidiendo… —Se inclinó hacia</w:t>
      </w:r>
      <w:r>
        <w:rPr/>
        <w:t xml:space="preserve"> </w:t>
      </w:r>
      <w:r>
        <w:rPr/>
        <w:t>delante—. Me estás pidiendo que vaya a un lugar donde vamos a intentar</w:t>
      </w:r>
      <w:r>
        <w:rPr/>
        <w:t xml:space="preserve"> </w:t>
      </w:r>
      <w:r>
        <w:rPr/>
        <w:t>contactar con que devoró a Adrián hace veinticinco años. Me estás</w:t>
      </w:r>
      <w:r>
        <w:rPr/>
        <w:t xml:space="preserve"> </w:t>
      </w:r>
      <w:r>
        <w:rPr/>
        <w:t>pidiendo que me ponga en la línea de fuego.</w:t>
      </w:r>
    </w:p>
    <w:p>
      <w:pPr>
        <w:pStyle w:val="BodyText"/>
      </w:pPr>
      <w:r>
        <w:rPr/>
        <w:t>—Sí.</w:t>
      </w:r>
    </w:p>
    <w:p>
      <w:pPr>
        <w:pStyle w:val="BodyText"/>
      </w:pPr>
      <w:r>
        <w:rPr/>
        <w:t>—¿Y por qué carajos haría eso?</w:t>
      </w:r>
    </w:p>
    <w:p>
      <w:pPr>
        <w:pStyle w:val="BodyText"/>
      </w:pPr>
      <w:r>
        <w:rPr/>
        <w:t>Mar la miró directamente.</w:t>
      </w:r>
    </w:p>
    <w:p>
      <w:pPr>
        <w:pStyle w:val="BodyText"/>
      </w:pPr>
      <w:r>
        <w:rPr/>
        <w:t>—Porque tú también tienes preguntas. Porque una parte de ti nunca</w:t>
      </w:r>
      <w:r>
        <w:rPr/>
        <w:t xml:space="preserve"> </w:t>
      </w:r>
      <w:r>
        <w:rPr/>
        <w:t>entendió qué pasó esa noche. Porque necesitas cerrar ese circuito tanto</w:t>
      </w:r>
      <w:r>
        <w:rPr/>
        <w:t xml:space="preserve"> </w:t>
      </w:r>
      <w:r>
        <w:rPr/>
        <w:t>como yo.</w:t>
      </w:r>
    </w:p>
    <w:p>
      <w:pPr>
        <w:pStyle w:val="BodyText"/>
      </w:pPr>
      <w:r>
        <w:rPr/>
        <w:t>El silencio se extendió entre ellas como una cuerda tensa.</w:t>
      </w:r>
    </w:p>
    <w:p>
      <w:pPr>
        <w:pStyle w:val="BodyText"/>
      </w:pPr>
      <w:r>
        <w:rPr/>
        <w:t>—Eso es manipulación barata —dijo Lena por fin.</w:t>
      </w:r>
    </w:p>
    <w:p>
      <w:pPr>
        <w:pStyle w:val="BodyText"/>
      </w:pPr>
      <w:r>
        <w:rPr/>
        <w:t>—Lo sé. Pero también es verdad.</w:t>
      </w:r>
    </w:p>
    <w:p>
      <w:pPr>
        <w:pStyle w:val="BodyText"/>
      </w:pPr>
      <w:r>
        <w:rPr/>
        <w:t>Lena rio sin humor.</w:t>
      </w:r>
    </w:p>
    <w:p>
      <w:pPr>
        <w:pStyle w:val="BodyText"/>
      </w:pPr>
      <w:r>
        <w:rPr/>
        <w:t>—Sabes qué es lo peor? Que tienes razón. —Tomó otro sorbo—. Llevo</w:t>
      </w:r>
      <w:r>
        <w:rPr/>
        <w:t xml:space="preserve"> </w:t>
      </w:r>
      <w:r>
        <w:rPr/>
        <w:t>veinticinco años evitando pensar en esa noche. En lo que vi. En lo que</w:t>
      </w:r>
      <w:r>
        <w:rPr/>
        <w:t xml:space="preserve"> </w:t>
      </w:r>
      <w:r>
        <w:rPr/>
        <w:t>escuché. En cómo la temperatura del estudio bajó diez grados en dos</w:t>
      </w:r>
      <w:r>
        <w:rPr/>
        <w:t xml:space="preserve"> </w:t>
      </w:r>
      <w:r>
        <w:rPr/>
        <w:t>minutos.</w:t>
      </w:r>
    </w:p>
    <w:p>
      <w:pPr>
        <w:pStyle w:val="BodyText"/>
      </w:pPr>
      <w:r>
        <w:rPr/>
        <w:t>—Markus dijo lo mismo.</w:t>
      </w:r>
    </w:p>
    <w:p>
      <w:pPr>
        <w:pStyle w:val="BodyText"/>
      </w:pPr>
      <w:r>
        <w:rPr/>
        <w:t>—Markus es más valiente que yo. Él se quedó hasta el final. Yo… salí</w:t>
      </w:r>
      <w:r>
        <w:rPr/>
        <w:t xml:space="preserve"> </w:t>
      </w:r>
      <w:r>
        <w:rPr/>
        <w:t>corriendo cuando vi que Adrián empezaba a… —Se detuvo, cerrando los</w:t>
      </w:r>
      <w:r>
        <w:rPr/>
        <w:t xml:space="preserve"> </w:t>
      </w:r>
      <w:r>
        <w:rPr/>
        <w:t>ojos—. Cuando vi que dejaba de ser sólido.</w:t>
      </w:r>
    </w:p>
    <w:p>
      <w:pPr>
        <w:pStyle w:val="BodyText"/>
      </w:pPr>
      <w:r>
        <w:rPr/>
        <w:t>Mar sintió un escalofrío.</w:t>
      </w:r>
    </w:p>
    <w:p>
      <w:pPr>
        <w:pStyle w:val="BodyText"/>
      </w:pPr>
      <w:r>
        <w:rPr/>
        <w:t>—¿Qué?</w:t>
      </w:r>
    </w:p>
    <w:p>
      <w:pPr>
        <w:pStyle w:val="BodyText"/>
      </w:pPr>
      <w:r>
        <w:rPr/>
        <w:t>—Al final. Antes de desaparecer. Su cuerpo empezó a… no sé cómo</w:t>
      </w:r>
      <w:r>
        <w:rPr/>
        <w:t xml:space="preserve"> </w:t>
      </w:r>
      <w:r>
        <w:rPr/>
        <w:t>describirlo. Como si estuviera hecho de interferencia. Como un canal de</w:t>
      </w:r>
      <w:r>
        <w:rPr/>
        <w:t xml:space="preserve"> </w:t>
      </w:r>
      <w:r>
        <w:rPr/>
        <w:t>TV sin señal. —Abrió los ojos—. Por eso me fui. Porque supe que si</w:t>
      </w:r>
      <w:r>
        <w:rPr/>
        <w:t xml:space="preserve"> </w:t>
      </w:r>
      <w:r>
        <w:rPr/>
        <w:t>me quedaba más tiempo, yo también empezaría a disolverme.</w:t>
      </w:r>
    </w:p>
    <w:p>
      <w:pPr>
        <w:pStyle w:val="BodyText"/>
      </w:pPr>
      <w:r>
        <w:rPr/>
        <w:t>Era la primera vez que Lena admitía esto. Mar pudo ver el peso de la</w:t>
      </w:r>
      <w:r>
        <w:rPr/>
        <w:t xml:space="preserve"> </w:t>
      </w:r>
      <w:r>
        <w:rPr/>
        <w:t>culpa en su rostro.</w:t>
      </w:r>
    </w:p>
    <w:p>
      <w:pPr>
        <w:pStyle w:val="BodyText"/>
      </w:pPr>
      <w:r>
        <w:rPr/>
        <w:t>—No fue tu culpa.</w:t>
      </w:r>
    </w:p>
    <w:p>
      <w:pPr>
        <w:pStyle w:val="BodyText"/>
      </w:pPr>
      <w:r>
        <w:rPr/>
        <w:t>—Lo sé. Pero no lo siento.</w:t>
      </w:r>
    </w:p>
    <w:p>
      <w:pPr>
        <w:pStyle w:val="BodyText"/>
      </w:pPr>
      <w:r>
        <w:rPr/>
        <w:t>Lena alargó la mano y tocó el cuaderno con la punta del dedo.</w:t>
      </w:r>
    </w:p>
    <w:p>
      <w:pPr>
        <w:pStyle w:val="BodyText"/>
      </w:pPr>
      <w:r>
        <w:rPr/>
        <w:t>—Si hago esto… si voy contigo a ese estudio… necesito saber que no</w:t>
      </w:r>
      <w:r>
        <w:rPr/>
        <w:t xml:space="preserve"> </w:t>
      </w:r>
      <w:r>
        <w:rPr/>
        <w:t>vas a hacer ninguna estupidez heroica. Nada de</w:t>
      </w:r>
      <w:r>
        <w:rPr/>
        <w:t xml:space="preserve"> </w:t>
      </w:r>
      <w:r>
        <w:rPr/>
        <w:t>“</w:t>
      </w:r>
      <w:r>
        <w:rPr/>
        <w:t>dejarse llevar por la</w:t>
      </w:r>
      <w:r>
        <w:rPr/>
        <w:t xml:space="preserve"> </w:t>
      </w:r>
      <w:r>
        <w:rPr/>
        <w:t>vibración</w:t>
      </w:r>
      <w:r>
        <w:rPr/>
        <w:t>”</w:t>
      </w:r>
      <w:r>
        <w:rPr/>
        <w:t xml:space="preserve"> </w:t>
      </w:r>
      <w:r>
        <w:rPr/>
        <w:t>ni intentar seguirlo a donde sea que esté.</w:t>
      </w:r>
    </w:p>
    <w:p>
      <w:pPr>
        <w:pStyle w:val="BodyText"/>
      </w:pPr>
      <w:r>
        <w:rPr/>
        <w:t>—Te lo prometo.</w:t>
      </w:r>
    </w:p>
    <w:p>
      <w:pPr>
        <w:pStyle w:val="BodyText"/>
      </w:pPr>
      <w:r>
        <w:rPr/>
        <w:t>—No me basta con promesas. —Lena empujó el cuaderno hacia Mar—.</w:t>
      </w:r>
      <w:r>
        <w:rPr/>
        <w:t xml:space="preserve"> </w:t>
      </w:r>
      <w:r>
        <w:rPr/>
        <w:t>Quiero que estudies esto. Cada diagrama. Cada ecuación. Quiero que</w:t>
      </w:r>
      <w:r>
        <w:rPr/>
        <w:t xml:space="preserve"> </w:t>
      </w:r>
      <w:r>
        <w:rPr/>
        <w:t>entiendas qué intentaba hacer Adrián. Y si después de estudiarlo todavía</w:t>
      </w:r>
      <w:r>
        <w:rPr/>
        <w:t xml:space="preserve"> </w:t>
      </w:r>
      <w:r>
        <w:rPr/>
        <w:t>quieres reproducir ese disquete, entonces iré contigo.</w:t>
      </w:r>
    </w:p>
    <w:p>
      <w:pPr>
        <w:pStyle w:val="BodyText"/>
      </w:pPr>
      <w:r>
        <w:rPr/>
        <w:t>—¿Cuánto tiempo tengo?</w:t>
      </w:r>
    </w:p>
    <w:p>
      <w:pPr>
        <w:pStyle w:val="BodyText"/>
      </w:pPr>
      <w:r>
        <w:rPr/>
        <w:t>—Tres días. —Lena se levantó—. Si en tres días me demuestras que</w:t>
      </w:r>
      <w:r>
        <w:rPr/>
        <w:t xml:space="preserve"> </w:t>
      </w:r>
      <w:r>
        <w:rPr/>
        <w:t>entiendes la física detrás de su locura, entonces hablaré con mis</w:t>
      </w:r>
      <w:r>
        <w:rPr/>
        <w:t xml:space="preserve"> </w:t>
      </w:r>
      <w:r>
        <w:rPr/>
        <w:t>sintetizadores.</w:t>
      </w:r>
    </w:p>
    <w:p>
      <w:pPr>
        <w:pStyle w:val="BodyText"/>
      </w:pPr>
      <w:r>
        <w:rPr/>
        <w:t>—¿Y cómo demuestro eso?</w:t>
      </w:r>
    </w:p>
    <w:p>
      <w:pPr>
        <w:pStyle w:val="BodyText"/>
      </w:pPr>
      <w:r>
        <w:rPr/>
        <w:t>Lena sonrió por primera vez, pero no fue una sonrisa cálida.</w:t>
      </w:r>
    </w:p>
    <w:p>
      <w:pPr>
        <w:pStyle w:val="BodyText"/>
      </w:pPr>
      <w:r>
        <w:rPr/>
        <w:t>—Hay una ecuación en la página 47. Es imposible. Viola las leyes</w:t>
      </w:r>
      <w:r>
        <w:rPr/>
        <w:t xml:space="preserve"> </w:t>
      </w:r>
      <w:r>
        <w:rPr/>
        <w:t>básicas de propagación de ondas. Si puedes explicarme cómo funciona,</w:t>
      </w:r>
      <w:r>
        <w:rPr/>
        <w:t xml:space="preserve"> </w:t>
      </w:r>
      <w:r>
        <w:rPr/>
        <w:t>entonces sabrás lo suficiente para no matarte en el intento.</w:t>
      </w:r>
    </w:p>
    <w:p>
      <w:pPr>
        <w:pStyle w:val="BodyText"/>
      </w:pPr>
      <w:r>
        <w:rPr/>
        <w:t>Mar tomó el cuaderno.</w:t>
      </w:r>
    </w:p>
    <w:p>
      <w:pPr>
        <w:pStyle w:val="BodyText"/>
      </w:pPr>
      <w:r>
        <w:rPr/>
        <w:t>—Tres días.</w:t>
      </w:r>
    </w:p>
    <w:p>
      <w:pPr>
        <w:pStyle w:val="BodyText"/>
      </w:pPr>
      <w:r>
        <w:rPr/>
        <w:t>—Tres días. —Lena se puso el abrigo—. Y Mar… ten cuidado. Ese</w:t>
      </w:r>
      <w:r>
        <w:rPr/>
        <w:t xml:space="preserve"> </w:t>
      </w:r>
      <w:r>
        <w:rPr/>
        <w:t>cuaderno contiene ideas que no deberían existir. Algunas veces, entender</w:t>
      </w:r>
      <w:r>
        <w:rPr/>
        <w:t xml:space="preserve"> </w:t>
      </w:r>
      <w:r>
        <w:rPr/>
        <w:t>algo es suficiente para que te consuma.</w:t>
      </w:r>
    </w:p>
    <w:p>
      <w:pPr>
        <w:pStyle w:val="BodyText"/>
      </w:pPr>
      <w:r>
        <w:rPr/>
        <w:t>Salió del bar sin mirar atrás.</w:t>
      </w:r>
    </w:p>
    <w:p>
      <w:pPr>
        <w:pStyle w:val="BodyText"/>
      </w:pPr>
      <w:r>
        <w:rPr/>
        <w:t>Mar se quedó sola con los tres objetos formando un triángulo frente a</w:t>
      </w:r>
      <w:r>
        <w:rPr/>
        <w:t xml:space="preserve"> </w:t>
      </w:r>
      <w:r>
        <w:rPr/>
        <w:t>ella: la jaula digital, la llave analógica, y el mapa de la locura</w:t>
      </w:r>
      <w:r>
        <w:rPr/>
        <w:t xml:space="preserve"> </w:t>
      </w:r>
      <w:r>
        <w:rPr/>
        <w:t>transcrita en grafito.</w:t>
      </w:r>
    </w:p>
    <w:p>
      <w:pPr>
        <w:pStyle w:val="BodyText"/>
      </w:pPr>
      <w:r>
        <w:rPr/>
        <w:t>Abrió el cuaderno.</w:t>
      </w:r>
    </w:p>
    <w:p>
      <w:pPr>
        <w:pStyle w:val="BodyText"/>
      </w:pPr>
      <w:r>
        <w:rPr/>
        <w:t>Las primeras páginas contenían diagramas normales: formas de onda,</w:t>
      </w:r>
      <w:r>
        <w:rPr/>
        <w:t xml:space="preserve"> </w:t>
      </w:r>
      <w:r>
        <w:rPr/>
        <w:t>espectrogramas, notas sobre síntesis FM. Pero a medida que avanzaba, los</w:t>
      </w:r>
      <w:r>
        <w:rPr/>
        <w:t xml:space="preserve"> </w:t>
      </w:r>
      <w:r>
        <w:rPr/>
        <w:t>diagramas se volvían más extraños. Ecuaciones que mezclaban notación</w:t>
      </w:r>
      <w:r>
        <w:rPr/>
        <w:t xml:space="preserve"> </w:t>
      </w:r>
      <w:r>
        <w:rPr/>
        <w:t>musical con física cuántica. Esquemas que parecían mapas de lugares que</w:t>
      </w:r>
      <w:r>
        <w:rPr/>
        <w:t xml:space="preserve"> </w:t>
      </w:r>
      <w:r>
        <w:rPr/>
        <w:t>no deberían existir en tres dimensiones.</w:t>
      </w:r>
    </w:p>
    <w:p>
      <w:pPr>
        <w:pStyle w:val="BodyText"/>
      </w:pPr>
      <w:r>
        <w:rPr/>
        <w:t>En la página 23 encontró algo que la detuvo en seco.</w:t>
      </w:r>
    </w:p>
    <w:p>
      <w:pPr>
        <w:pStyle w:val="BodyText"/>
      </w:pPr>
      <w:r>
        <w:rPr/>
        <w:t>Un diagrama de una onda estacionaria. Pero no una onda normal. Era una</w:t>
      </w:r>
      <w:r>
        <w:rPr/>
        <w:t xml:space="preserve"> </w:t>
      </w:r>
      <w:r>
        <w:rPr/>
        <w:t>onda que se curvaba sobre sí misma formando un bucle cerrado. Como un</w:t>
      </w:r>
      <w:r>
        <w:rPr/>
        <w:t xml:space="preserve"> </w:t>
      </w:r>
      <w:r>
        <w:rPr/>
        <w:t>ouroboros sónico. Y debajo, en la letra de Adrián:</w:t>
      </w:r>
    </w:p>
    <w:p>
      <w:pPr>
        <w:pStyle w:val="BodyText"/>
      </w:pPr>
      <w:r>
        <w:rPr/>
        <w:t>*«Si un tono puede existir sin principio ni fin, ¿puede una</w:t>
      </w:r>
      <w:r>
        <w:rPr/>
        <w:t xml:space="preserve"> </w:t>
      </w:r>
      <w:r>
        <w:rPr/>
        <w:t>consciencia?»*</w:t>
      </w:r>
    </w:p>
    <w:p>
      <w:pPr>
        <w:pStyle w:val="BodyText"/>
      </w:pPr>
      <w:r>
        <w:rPr/>
        <w:t>Mar sintió que se le erizaba la piel.</w:t>
      </w:r>
    </w:p>
    <w:p>
      <w:pPr>
        <w:pStyle w:val="BodyText"/>
      </w:pPr>
      <w:r>
        <w:rPr/>
        <w:t>Siguió leyendo.</w:t>
      </w:r>
    </w:p>
    <w:p>
      <w:pPr>
        <w:pStyle w:val="BodyText"/>
      </w:pPr>
      <w:r>
        <w:rPr/>
        <w:t>Página 34: Diagramas de interferencia constructiva llevados a extremos</w:t>
      </w:r>
      <w:r>
        <w:rPr/>
        <w:t xml:space="preserve"> </w:t>
      </w:r>
      <w:r>
        <w:rPr/>
        <w:t>imposibles. Dos ondas que no se sumaban, sino que se multiplicaban.</w:t>
      </w:r>
      <w:r>
        <w:rPr/>
        <w:t xml:space="preserve"> </w:t>
      </w:r>
      <w:r>
        <w:rPr/>
        <w:t>Creando armónicos que no deberían existir según las leyes conocidas.</w:t>
      </w:r>
    </w:p>
    <w:p>
      <w:pPr>
        <w:pStyle w:val="BodyText"/>
      </w:pPr>
      <w:r>
        <w:rPr/>
        <w:t>Página 41: Notas sobre</w:t>
      </w:r>
      <w:r>
        <w:rPr/>
        <w:t xml:space="preserve"> </w:t>
      </w:r>
      <w:r>
        <w:rPr/>
        <w:t>“</w:t>
      </w:r>
      <w:r>
        <w:rPr/>
        <w:t>espacios de resonancia negativa</w:t>
      </w:r>
      <w:r>
        <w:rPr/>
        <w:t>”</w:t>
      </w:r>
      <w:r>
        <w:rPr/>
        <w:t>. Lugares donde</w:t>
      </w:r>
      <w:r>
        <w:rPr/>
        <w:t xml:space="preserve"> </w:t>
      </w:r>
      <w:r>
        <w:rPr/>
        <w:t>el sonido no se propaga hacia afuera, sino hacia adentro. Hacia algún</w:t>
      </w:r>
      <w:r>
        <w:rPr/>
        <w:t xml:space="preserve"> </w:t>
      </w:r>
      <w:r>
        <w:rPr/>
        <w:t>lugar que Adrián llamaba</w:t>
      </w:r>
      <w:r>
        <w:rPr/>
        <w:t xml:space="preserve"> </w:t>
      </w:r>
      <w:r>
        <w:rPr/>
        <w:t>“</w:t>
      </w:r>
      <w:r>
        <w:rPr/>
        <w:t>el substrate</w:t>
      </w:r>
      <w:r>
        <w:rPr/>
        <w:t>”</w:t>
      </w:r>
      <w:r>
        <w:rPr/>
        <w:t>.</w:t>
      </w:r>
    </w:p>
    <w:p>
      <w:pPr>
        <w:pStyle w:val="BodyText"/>
      </w:pPr>
      <w:r>
        <w:rPr/>
        <w:t>*«El substrate es donde viven las frecuencias muertas. O tal vez es</w:t>
      </w:r>
      <w:r>
        <w:rPr/>
        <w:t xml:space="preserve"> </w:t>
      </w:r>
      <w:r>
        <w:rPr/>
        <w:t>donde van a nacer»*, había escrito.</w:t>
      </w:r>
    </w:p>
    <w:p>
      <w:pPr>
        <w:pStyle w:val="BodyText"/>
      </w:pPr>
      <w:r>
        <w:rPr/>
        <w:t>Mar llegó a la página 47.</w:t>
      </w:r>
    </w:p>
    <w:p>
      <w:pPr>
        <w:pStyle w:val="BodyText"/>
      </w:pPr>
      <w:r>
        <w:rPr/>
        <w:t>La ecuación que Lena había mencionado ocupaba toda la página. Era</w:t>
      </w:r>
      <w:r>
        <w:rPr/>
        <w:t xml:space="preserve"> </w:t>
      </w:r>
      <w:r>
        <w:rPr/>
        <w:t>incomprensible a primera vista. Pero cuando Mar la estudió más de cerca,</w:t>
      </w:r>
      <w:r>
        <w:rPr/>
        <w:t xml:space="preserve"> </w:t>
      </w:r>
      <w:r>
        <w:rPr/>
        <w:t>empezó a ver el patrón.</w:t>
      </w:r>
    </w:p>
    <w:p>
      <w:pPr>
        <w:pStyle w:val="BodyText"/>
      </w:pPr>
      <w:r>
        <w:rPr/>
        <w:t>No era una ecuación de propagación normal. Era una ecuación de</w:t>
      </w:r>
      <w:r>
        <w:rPr/>
        <w:t xml:space="preserve"> </w:t>
      </w:r>
      <w:r>
        <w:rPr/>
        <w:t>transformación. Describía cómo una onda podía colapsar sobre sí misma,</w:t>
      </w:r>
      <w:r>
        <w:rPr/>
        <w:t xml:space="preserve"> </w:t>
      </w:r>
      <w:r>
        <w:rPr/>
        <w:t>comprimirse hasta un punto singular, y luego… re-emerger en una forma</w:t>
      </w:r>
      <w:r>
        <w:rPr/>
        <w:t xml:space="preserve"> </w:t>
      </w:r>
      <w:r>
        <w:rPr/>
        <w:t>diferente.</w:t>
      </w:r>
    </w:p>
    <w:p>
      <w:pPr>
        <w:pStyle w:val="BodyText"/>
      </w:pPr>
      <w:r>
        <w:rPr/>
        <w:t>Debajo, Adrián había escrito:</w:t>
      </w:r>
    </w:p>
    <w:p>
      <w:pPr>
        <w:pStyle w:val="BodyText"/>
      </w:pPr>
      <w:r>
        <w:rPr/>
        <w:t>*«Esto es cómo lo haré. Comprimir mi consciencia en una sola vibración.</w:t>
      </w:r>
      <w:r>
        <w:rPr/>
        <w:t xml:space="preserve"> </w:t>
      </w:r>
      <w:r>
        <w:rPr/>
        <w:t>Fa♯. Y luego transmitirla a través del substrate. No es muerte. Es</w:t>
      </w:r>
      <w:r>
        <w:rPr/>
        <w:t xml:space="preserve"> </w:t>
      </w:r>
      <w:r>
        <w:rPr/>
        <w:t>transmigración».*</w:t>
      </w:r>
    </w:p>
    <w:p>
      <w:pPr>
        <w:pStyle w:val="BodyText"/>
      </w:pPr>
      <w:r>
        <w:rPr/>
        <w:t>Y justo debajo, con letra más pequeña, casi como una posdata escrita con</w:t>
      </w:r>
      <w:r>
        <w:rPr/>
        <w:t xml:space="preserve"> </w:t>
      </w:r>
      <w:r>
        <w:rPr/>
        <w:t>la urgencia de quien sabe que el tiempo se acaba:</w:t>
      </w:r>
    </w:p>
    <w:p>
      <w:pPr>
        <w:pStyle w:val="BodyText"/>
      </w:pPr>
      <w:r>
        <w:rPr/>
        <w:t>*«El bucle no es prisión: es preservación. Una vez dentro, el tiempo se</w:t>
      </w:r>
      <w:r>
        <w:rPr/>
        <w:t xml:space="preserve"> </w:t>
      </w:r>
      <w:r>
        <w:rPr/>
        <w:t>detiene. La consciencia queda suspendida entre el último segundo de</w:t>
      </w:r>
      <w:r>
        <w:rPr/>
        <w:t xml:space="preserve"> </w:t>
      </w:r>
      <w:r>
        <w:rPr/>
        <w:t>existencia física y el primero de existencia puramente vibracional. Un</w:t>
      </w:r>
      <w:r>
        <w:rPr/>
        <w:t xml:space="preserve"> </w:t>
      </w:r>
      <w:r>
        <w:rPr/>
        <w:t>eterno presente. Markus tiene razón: es como grabar tu voz en un disco</w:t>
      </w:r>
      <w:r>
        <w:rPr/>
        <w:t xml:space="preserve"> </w:t>
      </w:r>
      <w:r>
        <w:rPr/>
        <w:t>que nunca deja de girar. El momento se repite, pero tú permaneces</w:t>
      </w:r>
      <w:r>
        <w:rPr/>
        <w:t xml:space="preserve"> </w:t>
      </w:r>
      <w:r>
        <w:rPr/>
        <w:t>consciente dentro de cada repetición. No es vida como la conocemos. Pero</w:t>
      </w:r>
      <w:r>
        <w:rPr/>
        <w:t xml:space="preserve"> </w:t>
      </w:r>
      <w:r>
        <w:rPr/>
        <w:t>tampoco es muerte».*</w:t>
      </w:r>
    </w:p>
    <w:p>
      <w:pPr>
        <w:pStyle w:val="BodyText"/>
      </w:pPr>
      <w:r>
        <w:rPr/>
        <w:t>Mar cerró el cuaderno, el corazón latiéndole con fuerza.</w:t>
      </w:r>
    </w:p>
    <w:p>
      <w:pPr>
        <w:pStyle w:val="BodyText"/>
      </w:pPr>
      <w:r>
        <w:rPr/>
        <w:t>Ahora entendía.</w:t>
      </w:r>
    </w:p>
    <w:p>
      <w:pPr>
        <w:pStyle w:val="BodyText"/>
      </w:pPr>
      <w:r>
        <w:rPr/>
        <w:t>Adrián no había desaparecido. Había intentado convertirse en música</w:t>
      </w:r>
      <w:r>
        <w:rPr/>
        <w:t xml:space="preserve"> </w:t>
      </w:r>
      <w:r>
        <w:rPr/>
        <w:t>pura. Comprimir todo lo que era—sus recuerdos, su personalidad, su</w:t>
      </w:r>
      <w:r>
        <w:rPr/>
        <w:t xml:space="preserve"> </w:t>
      </w:r>
      <w:r>
        <w:rPr/>
        <w:t>amor por Mar—en una sola vibración. Y usar esa frecuencia como</w:t>
      </w:r>
      <w:r>
        <w:rPr/>
        <w:t xml:space="preserve"> </w:t>
      </w:r>
      <w:r>
        <w:rPr/>
        <w:t>vehículo para existir en otro lugar.</w:t>
      </w:r>
    </w:p>
    <w:p>
      <w:pPr>
        <w:pStyle w:val="BodyText"/>
      </w:pPr>
      <w:r>
        <w:rPr/>
        <w:t>El problema era que no había calculado el costo. O tal vez sí, y había</w:t>
      </w:r>
      <w:r>
        <w:rPr/>
        <w:t xml:space="preserve"> </w:t>
      </w:r>
      <w:r>
        <w:rPr/>
        <w:t>decidido que valía la pena.</w:t>
      </w:r>
    </w:p>
    <w:p>
      <w:pPr>
        <w:pStyle w:val="BodyText"/>
      </w:pPr>
      <w:r>
        <w:rPr/>
        <w:t>Mar miró el disquete. **Fa♯**.</w:t>
      </w:r>
    </w:p>
    <w:p>
      <w:pPr>
        <w:pStyle w:val="BodyText"/>
      </w:pPr>
      <w:r>
        <w:rPr/>
        <w:t>Esa era la vibración. El último segundo de su consciencia comprimida. Su</w:t>
      </w:r>
      <w:r>
        <w:rPr/>
        <w:t xml:space="preserve"> </w:t>
      </w:r>
      <w:r>
        <w:rPr/>
        <w:t>firma sonora reducida a su esencia más pura.</w:t>
      </w:r>
    </w:p>
    <w:p>
      <w:pPr>
        <w:pStyle w:val="BodyText"/>
      </w:pPr>
      <w:r>
        <w:rPr/>
        <w:t>Y el pergamino de San Juan de Duero… eso era el mapa. La ruta que Alix</w:t>
      </w:r>
      <w:r>
        <w:rPr/>
        <w:t xml:space="preserve"> </w:t>
      </w:r>
      <w:r>
        <w:rPr/>
        <w:t>había preservado. Las instrucciones para navegar el substrate. Para</w:t>
      </w:r>
      <w:r>
        <w:rPr/>
        <w:t xml:space="preserve"> </w:t>
      </w:r>
      <w:r>
        <w:rPr/>
        <w:t>encontrar frecuencias perdidas.</w:t>
      </w:r>
    </w:p>
    <w:p>
      <w:pPr>
        <w:pStyle w:val="BodyText"/>
      </w:pPr>
      <w:r>
        <w:rPr/>
        <w:t>Por primera vez desde que había comenzado su búsqueda, Mar entendía el</w:t>
      </w:r>
      <w:r>
        <w:rPr/>
        <w:t xml:space="preserve"> </w:t>
      </w:r>
      <w:r>
        <w:rPr/>
        <w:t>plan completo.</w:t>
      </w:r>
    </w:p>
    <w:p>
      <w:pPr>
        <w:pStyle w:val="BodyText"/>
      </w:pPr>
      <w:r>
        <w:rPr/>
        <w:t>No iba a rescatar a Adrián. Iba a encontrar dónde había ido. Y tal</w:t>
      </w:r>
      <w:r>
        <w:rPr/>
        <w:t xml:space="preserve"> </w:t>
      </w:r>
      <w:r>
        <w:rPr/>
        <w:t>vez—solo tal vez—traer de vuelta un fragmento de él.</w:t>
      </w:r>
    </w:p>
    <w:p>
      <w:pPr>
        <w:pStyle w:val="BodyText"/>
      </w:pPr>
      <w:r>
        <w:rPr/>
        <w:t>Guardó los tres objetos cuidadosamente y salió del bar hacia la noche</w:t>
      </w:r>
      <w:r>
        <w:rPr/>
        <w:t xml:space="preserve"> </w:t>
      </w:r>
      <w:r>
        <w:rPr/>
        <w:t>berlinesa.</w:t>
      </w:r>
    </w:p>
    <w:p>
      <w:pPr>
        <w:pStyle w:val="BodyText"/>
      </w:pPr>
      <w:r>
        <w:rPr/>
        <w:t>Tenía tres días para resolver una ecuación imposible.</w:t>
      </w:r>
    </w:p>
    <w:p>
      <w:pPr>
        <w:pStyle w:val="BodyText"/>
      </w:pPr>
      <w:r>
        <w:rPr/>
        <w:t>Y luego, con Lena como ancla, intentaría algo que nunca se había hecho</w:t>
      </w:r>
      <w:r>
        <w:rPr/>
        <w:t xml:space="preserve"> </w:t>
      </w:r>
      <w:r>
        <w:rPr/>
        <w:t>antes: navegar el substrate y encontrar una consciencia convertida en</w:t>
      </w:r>
      <w:r>
        <w:rPr/>
        <w:t xml:space="preserve"> </w:t>
      </w:r>
      <w:r>
        <w:rPr/>
        <w:t>resonancia pura.</w:t>
      </w:r>
    </w:p>
    <w:p>
      <w:pPr>
        <w:pStyle w:val="BodyText"/>
      </w:pPr>
      <w:r>
        <w:rPr/>
        <w:t>El Eco había encontrado sus instrumentos.</w:t>
      </w:r>
    </w:p>
    <w:p>
      <w:pPr>
        <w:pStyle w:val="BodyText"/>
      </w:pPr>
      <w:r>
        <w:rPr/>
        <w:t>Ahora solo faltaba afinarlos en la onda correcta.</w:t>
      </w:r>
    </w:p>
    <w:p>
      <w:pPr>
        <w:pStyle w:val="BodyText"/>
      </w:pPr>
      <w:r>
        <w:rPr/>
        <w:t>—--</w:t>
      </w:r>
    </w:p>
    <w:p>
      <w:pPr>
        <w:pStyle w:val="BodyText"/>
      </w:pPr>
      <w:r>
        <w:rPr/>
        <w:t>En la última página del cuaderno, visible desde el borde cuando estaba</w:t>
      </w:r>
      <w:r>
        <w:rPr/>
        <w:t xml:space="preserve"> </w:t>
      </w:r>
      <w:r>
        <w:rPr/>
        <w:t>cerrado, había una línea escrita con mano temblorosa:</w:t>
      </w:r>
    </w:p>
    <w:p>
      <w:pPr>
        <w:pStyle w:val="BodyText"/>
      </w:pPr>
      <w:r>
        <w:rPr/>
        <w:t>*«Si estás leyendo esto, significa que funcionó. O que fracasé. En</w:t>
      </w:r>
      <w:r>
        <w:rPr/>
        <w:t xml:space="preserve"> </w:t>
      </w:r>
      <w:r>
        <w:rPr/>
        <w:t>cualquier caso: no intentes seguirme. El substrate solo acepta un tono a</w:t>
      </w:r>
      <w:r>
        <w:rPr/>
        <w:t xml:space="preserve"> </w:t>
      </w:r>
      <w:r>
        <w:rPr/>
        <w:t>la vez. Termina la canción por mí, Mar. Pero hazlo a tu manera».*</w:t>
      </w:r>
    </w:p>
    <w:p>
      <w:pPr>
        <w:pStyle w:val="Heading1"/>
      </w:pPr>
      <w:r>
        <w:rPr/>
        <w:t>CAPÍTULO 10. EL SILENCIO DE ADRIÁN</w:t>
      </w:r>
    </w:p>
    <w:p>
      <w:pPr/>
      <w:r>
        <w:rPr/>
        <w:t>*«La reverberación no deja reliquias, sino herramientas. Unas sirven</w:t>
      </w:r>
      <w:r>
        <w:rPr/>
        <w:t xml:space="preserve"> </w:t>
      </w:r>
      <w:r>
        <w:rPr/>
        <w:t>para encerrar, otras para liberar. La sabiduría consiste en saber cuál</w:t>
      </w:r>
      <w:r>
        <w:rPr/>
        <w:t xml:space="preserve"> </w:t>
      </w:r>
      <w:r>
        <w:rPr/>
        <w:t>usar.»*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**Berlín, noviembre de 2023**</w:t>
      </w:r>
    </w:p>
    <w:p>
      <w:pPr>
        <w:pStyle w:val="BodyText"/>
      </w:pPr>
      <w:r>
        <w:rPr/>
        <w:t>El viaje de vuelta desde Soria había sido un descenso gradual desde la</w:t>
      </w:r>
      <w:r>
        <w:rPr/>
        <w:t xml:space="preserve"> </w:t>
      </w:r>
      <w:r>
        <w:rPr/>
        <w:t>claridad mística de las revelaciones hacia la realidad práctica de lo</w:t>
      </w:r>
      <w:r>
        <w:rPr/>
        <w:t xml:space="preserve"> </w:t>
      </w:r>
      <w:r>
        <w:rPr/>
        <w:t>que tenía que hacer. Durante las ocho horas de tren, Mar había procesado</w:t>
      </w:r>
      <w:r>
        <w:rPr/>
        <w:t xml:space="preserve"> </w:t>
      </w:r>
      <w:r>
        <w:rPr/>
        <w:t>todo: el pergamino de San Juan de Duero, la visión de Alix, el encuentro</w:t>
      </w:r>
      <w:r>
        <w:rPr/>
        <w:t xml:space="preserve"> </w:t>
      </w:r>
      <w:r>
        <w:rPr/>
        <w:t>imposible con la sombra de Arnaldo.</w:t>
      </w:r>
    </w:p>
    <w:p>
      <w:pPr>
        <w:pStyle w:val="BodyText"/>
      </w:pPr>
      <w:r>
        <w:rPr/>
        <w:t>Y ahora tenía tres días para cumplir el desafío de Lena: descifrar la</w:t>
      </w:r>
      <w:r>
        <w:rPr/>
        <w:t xml:space="preserve"> </w:t>
      </w:r>
      <w:r>
        <w:rPr/>
        <w:t>ecuación de la página 47.</w:t>
      </w:r>
    </w:p>
    <w:p>
      <w:pPr>
        <w:pStyle w:val="BodyText"/>
      </w:pPr>
      <w:r>
        <w:rPr/>
        <w:t>De vuelta en la impersonal habitación de su hotel berlinés, Mar se</w:t>
      </w:r>
      <w:r>
        <w:rPr/>
        <w:t xml:space="preserve"> </w:t>
      </w:r>
      <w:r>
        <w:rPr/>
        <w:t>encontraba frente a la pregunta que había estado evitando: ¿cómo</w:t>
      </w:r>
      <w:r>
        <w:rPr/>
        <w:t xml:space="preserve"> </w:t>
      </w:r>
      <w:r>
        <w:rPr/>
        <w:t>convertir las revelaciones místicas en ciencia utilizable?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**Día 1: La ecuación imposible**</w:t>
      </w:r>
    </w:p>
    <w:p>
      <w:pPr>
        <w:pStyle w:val="BodyText"/>
      </w:pPr>
      <w:r>
        <w:rPr/>
        <w:t>Mar pasó las primeras dieciocho horas sumergidas en el cuaderno de</w:t>
      </w:r>
      <w:r>
        <w:rPr/>
        <w:t xml:space="preserve"> </w:t>
      </w:r>
      <w:r>
        <w:rPr/>
        <w:t>Adrián. El café se enfriaba en tazas olvidadas. Las hojas llenas de</w:t>
      </w:r>
      <w:r>
        <w:rPr/>
        <w:t xml:space="preserve"> </w:t>
      </w:r>
      <w:r>
        <w:rPr/>
        <w:t>cálculos se acumulaban en el suelo. La ecuación de la página 47 la</w:t>
      </w:r>
      <w:r>
        <w:rPr/>
        <w:t xml:space="preserve"> </w:t>
      </w:r>
      <w:r>
        <w:rPr/>
        <w:t>miraba como un acertijo que se burlaba de todo lo que había aprendido</w:t>
      </w:r>
      <w:r>
        <w:rPr/>
        <w:t xml:space="preserve"> </w:t>
      </w:r>
      <w:r>
        <w:rPr/>
        <w:t>sobre física acústica.</w:t>
      </w:r>
    </w:p>
    <w:p>
      <w:pPr>
        <w:pStyle w:val="BodyText"/>
      </w:pPr>
      <w:r>
        <w:rPr/>
        <w:t>Violaba el principio de superposición. Las ondas se cancelaban</w:t>
      </w:r>
      <w:r>
        <w:rPr/>
        <w:t xml:space="preserve"> </w:t>
      </w:r>
      <w:r>
        <w:rPr/>
        <w:t>mutuamente pero producían más sonido. Los armónicos existían en espacios</w:t>
      </w:r>
      <w:r>
        <w:rPr/>
        <w:t xml:space="preserve"> </w:t>
      </w:r>
      <w:r>
        <w:rPr/>
        <w:t>negativos del espectro. Era imposible según las leyes conocidas.</w:t>
      </w:r>
    </w:p>
    <w:p>
      <w:pPr>
        <w:pStyle w:val="BodyText"/>
      </w:pPr>
      <w:r>
        <w:rPr/>
        <w:t>Pero Adrián no había estado trabajando con leyes conocidas.</w:t>
      </w:r>
    </w:p>
    <w:p>
      <w:pPr>
        <w:pStyle w:val="BodyText"/>
      </w:pPr>
      <w:r>
        <w:rPr/>
        <w:t>A las tres de la madrugada del segundo día, Mar se dio cuenta de algo.</w:t>
      </w:r>
      <w:r>
        <w:rPr/>
        <w:t xml:space="preserve"> </w:t>
      </w:r>
      <w:r>
        <w:rPr/>
        <w:t>No era una ecuación de *propagación*. Era una ecuación de</w:t>
      </w:r>
      <w:r>
        <w:rPr/>
        <w:t xml:space="preserve"> </w:t>
      </w:r>
      <w:r>
        <w:rPr/>
        <w:t>*transformación topológica*. Describía cómo una onda podía colapsar</w:t>
      </w:r>
      <w:r>
        <w:rPr/>
        <w:t xml:space="preserve"> </w:t>
      </w:r>
      <w:r>
        <w:rPr/>
        <w:t>sobre sí misma en un punto singular—lo que Adrián llamaba</w:t>
      </w:r>
      <w:r>
        <w:rPr/>
        <w:t xml:space="preserve"> </w:t>
      </w:r>
      <w:r>
        <w:rPr/>
        <w:t>“</w:t>
      </w:r>
      <w:r>
        <w:rPr/>
        <w:t>el</w:t>
      </w:r>
      <w:r>
        <w:rPr/>
        <w:t xml:space="preserve"> </w:t>
      </w:r>
      <w:r>
        <w:rPr/>
        <w:t>nodo</w:t>
      </w:r>
      <w:r>
        <w:rPr/>
        <w:t>”</w:t>
      </w:r>
      <w:r>
        <w:rPr/>
        <w:t>—y luego re-emerger en una forma diferente en otro lugar del</w:t>
      </w:r>
      <w:r>
        <w:rPr/>
        <w:t xml:space="preserve"> </w:t>
      </w:r>
      <w:r>
        <w:rPr/>
        <w:t>espacio de fase.</w:t>
      </w:r>
    </w:p>
    <w:p>
      <w:pPr>
        <w:pStyle w:val="BodyText"/>
      </w:pPr>
      <w:r>
        <w:rPr/>
        <w:t>No era física. Era geometría de dimensiones superiores aplicada al</w:t>
      </w:r>
      <w:r>
        <w:rPr/>
        <w:t xml:space="preserve"> </w:t>
      </w:r>
      <w:r>
        <w:rPr/>
        <w:t>sonido.</w:t>
      </w:r>
    </w:p>
    <w:p>
      <w:pPr>
        <w:pStyle w:val="BodyText"/>
      </w:pPr>
      <w:r>
        <w:rPr/>
        <w:t>Y escondidas en los coeficientes de la ecuación había coordenadas. No</w:t>
      </w:r>
      <w:r>
        <w:rPr/>
        <w:t xml:space="preserve"> </w:t>
      </w:r>
      <w:r>
        <w:rPr/>
        <w:t>GPS convencionales. Coordenadas en un sistema de referencia que usaba</w:t>
      </w:r>
      <w:r>
        <w:rPr/>
        <w:t xml:space="preserve"> </w:t>
      </w:r>
      <w:r>
        <w:rPr/>
        <w:t>frecuencias como ejes.</w:t>
      </w:r>
    </w:p>
    <w:p>
      <w:pPr>
        <w:pStyle w:val="BodyText"/>
      </w:pPr>
      <w:r>
        <w:rPr/>
        <w:t>Mar trabajó febrilmente, convirtiendo los números usando las tablas que</w:t>
      </w:r>
      <w:r>
        <w:rPr/>
        <w:t xml:space="preserve"> </w:t>
      </w:r>
      <w:r>
        <w:rPr/>
        <w:t>Adrián había incluido en el apéndice del cuaderno. Sus manos temblaban</w:t>
      </w:r>
      <w:r>
        <w:rPr/>
        <w:t xml:space="preserve"> </w:t>
      </w:r>
      <w:r>
        <w:rPr/>
        <w:t>mientras escribía los resultados finales:</w:t>
      </w:r>
    </w:p>
    <w:p>
      <w:pPr>
        <w:pStyle w:val="BodyText"/>
      </w:pPr>
      <w:r>
        <w:rPr/>
        <w:t>**50.0875° N, 14.4213° E**</w:t>
      </w:r>
    </w:p>
    <w:p>
      <w:pPr>
        <w:pStyle w:val="BodyText"/>
      </w:pPr>
      <w:r>
        <w:rPr/>
        <w:t>Praga. Puente de Carlos.</w:t>
      </w:r>
    </w:p>
    <w:p>
      <w:pPr>
        <w:pStyle w:val="BodyText"/>
      </w:pPr>
      <w:r>
        <w:rPr/>
        <w:t>Verificó los cálculos tres veces. Cada vez llegaba al mismo resultado.</w:t>
      </w:r>
    </w:p>
    <w:p>
      <w:pPr>
        <w:pStyle w:val="BodyText"/>
      </w:pPr>
      <w:r>
        <w:rPr/>
        <w:t>Lo había resuelto.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**Día 2: El mensaje**</w:t>
      </w:r>
    </w:p>
    <w:p>
      <w:pPr>
        <w:pStyle w:val="BodyText"/>
      </w:pPr>
      <w:r>
        <w:rPr/>
        <w:t>Mar envió a Lena sus cálculos completos a las seis de la mañana: la</w:t>
      </w:r>
      <w:r>
        <w:rPr/>
        <w:t xml:space="preserve"> </w:t>
      </w:r>
      <w:r>
        <w:rPr/>
        <w:t>ecuación resuelta, las coordenadas extraídas, la explicación de la</w:t>
      </w:r>
      <w:r>
        <w:rPr/>
        <w:t xml:space="preserve"> </w:t>
      </w:r>
      <w:r>
        <w:rPr/>
        <w:t>transformación topológica. Adjuntó fotos de sus hojas de trabajo, cada</w:t>
      </w:r>
      <w:r>
        <w:rPr/>
        <w:t xml:space="preserve"> </w:t>
      </w:r>
      <w:r>
        <w:rPr/>
        <w:t>paso documentado.</w:t>
      </w:r>
    </w:p>
    <w:p>
      <w:pPr>
        <w:pStyle w:val="BodyText"/>
      </w:pPr>
      <w:r>
        <w:rPr/>
        <w:t>Luego se desplomó en la cama, agotada hasta los huesos.</w:t>
      </w:r>
    </w:p>
    <w:p>
      <w:pPr>
        <w:pStyle w:val="BodyText"/>
      </w:pPr>
      <w:r>
        <w:rPr/>
        <w:t>La respuesta de Lena llegó dos horas después, despertándola con el ping</w:t>
      </w:r>
      <w:r>
        <w:rPr/>
        <w:t xml:space="preserve"> </w:t>
      </w:r>
      <w:r>
        <w:rPr/>
        <w:t>del email:</w:t>
      </w:r>
    </w:p>
    <w:p>
      <w:pPr>
        <w:pStyle w:val="BodyText"/>
      </w:pPr>
      <w:r>
        <w:rPr/>
        <w:t>*Verificado. La ecuación funciona. Las coordenadas apuntan a Praga.</w:t>
      </w:r>
      <w:r>
        <w:rPr/>
        <w:t xml:space="preserve"> </w:t>
      </w:r>
      <w:r>
        <w:rPr/>
        <w:t>50.0875° N, 14.4213° E. Puente de Carlos.*</w:t>
      </w:r>
    </w:p>
    <w:p>
      <w:pPr>
        <w:pStyle w:val="BodyText"/>
      </w:pPr>
      <w:r>
        <w:rPr/>
        <w:t>*Impresionante trabajo, Mar. Adrián estaría orgulloso.*</w:t>
      </w:r>
    </w:p>
    <w:p>
      <w:pPr>
        <w:pStyle w:val="BodyText"/>
      </w:pPr>
      <w:r>
        <w:rPr/>
        <w:t>*Salimos mañana. Tren de las 9:00. No llegues tarde.*</w:t>
      </w:r>
    </w:p>
    <w:p>
      <w:pPr>
        <w:pStyle w:val="BodyText"/>
      </w:pPr>
      <w:r>
        <w:rPr/>
        <w:t>Mar leyó el mensaje tres veces. El cansancio era una niebla espesa, pero</w:t>
      </w:r>
      <w:r>
        <w:rPr/>
        <w:t xml:space="preserve"> </w:t>
      </w:r>
      <w:r>
        <w:rPr/>
        <w:t>por primera vez en días sintió algo parecido a la esperanza.</w:t>
      </w:r>
    </w:p>
    <w:p>
      <w:pPr>
        <w:pStyle w:val="BodyText"/>
      </w:pPr>
      <w:r>
        <w:rPr/>
        <w:t>Había pasado la prueba.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**Día 3: El sueño**</w:t>
      </w:r>
    </w:p>
    <w:p>
      <w:pPr>
        <w:pStyle w:val="BodyText"/>
      </w:pPr>
      <w:r>
        <w:rPr/>
        <w:t>Esa noche, con el disquete de Markus sobre la mesa y el cuaderno abierto</w:t>
      </w:r>
      <w:r>
        <w:rPr/>
        <w:t xml:space="preserve"> </w:t>
      </w:r>
      <w:r>
        <w:rPr/>
        <w:t>junto a la cama, el agotamiento finalmente la venció. No fue un descenso</w:t>
      </w:r>
      <w:r>
        <w:rPr/>
        <w:t xml:space="preserve"> </w:t>
      </w:r>
      <w:r>
        <w:rPr/>
        <w:t>gradual hacia el sueño. Fue como caer por un pozo.</w:t>
      </w:r>
    </w:p>
    <w:p>
      <w:pPr>
        <w:pStyle w:val="BodyText"/>
      </w:pPr>
      <w:r>
        <w:rPr/>
        <w:t>Y, por supuesto, volvió al Estudio 4.</w:t>
      </w:r>
    </w:p>
    <w:p>
      <w:pPr>
        <w:pStyle w:val="BodyText"/>
      </w:pPr>
      <w:r>
        <w:rPr/>
        <w:t>Pero esta vez era diferente. No era el lugar caótico de la última</w:t>
      </w:r>
      <w:r>
        <w:rPr/>
        <w:t xml:space="preserve"> </w:t>
      </w:r>
      <w:r>
        <w:rPr/>
        <w:t>sesión. Tampoco el recuerdo nostálgico de Soria. Este Estudio 4 existía</w:t>
      </w:r>
      <w:r>
        <w:rPr/>
        <w:t xml:space="preserve"> </w:t>
      </w:r>
      <w:r>
        <w:rPr/>
        <w:t>en un estado de gracia intermedia, un espacio entre frecuencias donde</w:t>
      </w:r>
      <w:r>
        <w:rPr/>
        <w:t xml:space="preserve"> </w:t>
      </w:r>
      <w:r>
        <w:rPr/>
        <w:t>las leyes normales de la realidad se habían suspendido.</w:t>
      </w:r>
    </w:p>
    <w:p>
      <w:pPr>
        <w:pStyle w:val="BodyText"/>
      </w:pPr>
      <w:r>
        <w:rPr/>
        <w:t>El espacio estaba limpio, casi abstracto en su perfección. Los</w:t>
      </w:r>
      <w:r>
        <w:rPr/>
        <w:t xml:space="preserve"> </w:t>
      </w:r>
      <w:r>
        <w:rPr/>
        <w:t>sintetizadores y cables ocupaban sus posiciones familiares pero</w:t>
      </w:r>
      <w:r>
        <w:rPr/>
        <w:t xml:space="preserve"> </w:t>
      </w:r>
      <w:r>
        <w:rPr/>
        <w:t>guardaban un vacío reverencial. Las luces eran suaves y difusas, sin</w:t>
      </w:r>
      <w:r>
        <w:rPr/>
        <w:t xml:space="preserve"> </w:t>
      </w:r>
      <w:r>
        <w:rPr/>
        <w:t>fuente aparente.</w:t>
      </w:r>
    </w:p>
    <w:p>
      <w:pPr>
        <w:pStyle w:val="BodyText"/>
      </w:pPr>
      <w:r>
        <w:rPr/>
        <w:t>Era una sala de espera en el corazón del Eco.</w:t>
      </w:r>
    </w:p>
    <w:p>
      <w:pPr>
        <w:pStyle w:val="BodyText"/>
      </w:pPr>
      <w:r>
        <w:rPr/>
        <w:t>Adrián estaba de pie junto a la consola Soundcraft, pero su forma era</w:t>
      </w:r>
      <w:r>
        <w:rPr/>
        <w:t xml:space="preserve"> </w:t>
      </w:r>
      <w:r>
        <w:rPr/>
        <w:t>más estable que en la visión anterior. Menos fragmentada. Como si la</w:t>
      </w:r>
      <w:r>
        <w:rPr/>
        <w:t xml:space="preserve"> </w:t>
      </w:r>
      <w:r>
        <w:rPr/>
        <w:t>creciente comprensión de Mar le hubiera dado mejor anclaje.</w:t>
      </w:r>
    </w:p>
    <w:p>
      <w:pPr>
        <w:pStyle w:val="BodyText"/>
      </w:pPr>
      <w:r>
        <w:rPr/>
        <w:t>La sonrisa que le dedicó era tan real que Mar sintió dolor físico en el</w:t>
      </w:r>
      <w:r>
        <w:rPr/>
        <w:t xml:space="preserve"> </w:t>
      </w:r>
      <w:r>
        <w:rPr/>
        <w:t>pecho.</w:t>
      </w:r>
    </w:p>
    <w:p>
      <w:pPr>
        <w:pStyle w:val="BodyText"/>
      </w:pPr>
      <w:r>
        <w:rPr/>
        <w:t>—Llegaste tarde —dijo, su voz clara y libre de estática.</w:t>
      </w:r>
    </w:p>
    <w:p>
      <w:pPr>
        <w:pStyle w:val="BodyText"/>
      </w:pPr>
      <w:r>
        <w:rPr/>
        <w:t>—O justo cuando tocaba —respondió Mar.</w:t>
      </w:r>
    </w:p>
    <w:p>
      <w:pPr>
        <w:pStyle w:val="BodyText"/>
      </w:pPr>
      <w:r>
        <w:rPr/>
        <w:t>Él asintió.</w:t>
      </w:r>
    </w:p>
    <w:p>
      <w:pPr>
        <w:pStyle w:val="BodyText"/>
      </w:pPr>
      <w:r>
        <w:rPr/>
        <w:t>—Siempre fuiste mejor que yo para escuchar el tempo correcto de las</w:t>
      </w:r>
      <w:r>
        <w:rPr/>
        <w:t xml:space="preserve"> </w:t>
      </w:r>
      <w:r>
        <w:rPr/>
        <w:t>cosas importantes.</w:t>
      </w:r>
    </w:p>
    <w:p>
      <w:pPr>
        <w:pStyle w:val="BodyText"/>
      </w:pPr>
      <w:r>
        <w:rPr/>
        <w:t>Se movió hacia la mesa de mezclas con gracia fluida.</w:t>
      </w:r>
    </w:p>
    <w:p>
      <w:pPr>
        <w:pStyle w:val="BodyText"/>
      </w:pPr>
      <w:r>
        <w:rPr/>
        <w:t>—Markus te dio la jaula —dijo, señalando un disquete que flotaba</w:t>
      </w:r>
      <w:r>
        <w:rPr/>
        <w:t xml:space="preserve"> </w:t>
      </w:r>
      <w:r>
        <w:rPr/>
        <w:t>sobre la consola—. Es mi grito, Mar. Un solo instante de mi</w:t>
      </w:r>
      <w:r>
        <w:rPr/>
        <w:t xml:space="preserve"> </w:t>
      </w:r>
      <w:r>
        <w:rPr/>
        <w:t>desaparición repetido en bucle eterno. No puedes combatir ese tipo de</w:t>
      </w:r>
      <w:r>
        <w:rPr/>
        <w:t xml:space="preserve"> </w:t>
      </w:r>
      <w:r>
        <w:rPr/>
        <w:t>dolor con otro grito. Tienes que responderle con un vacío. Pero no</w:t>
      </w:r>
      <w:r>
        <w:rPr/>
        <w:t xml:space="preserve"> </w:t>
      </w:r>
      <w:r>
        <w:rPr/>
        <w:t>cualquier quietud.</w:t>
      </w:r>
    </w:p>
    <w:p>
      <w:pPr>
        <w:pStyle w:val="BodyText"/>
      </w:pPr>
      <w:r>
        <w:rPr/>
        <w:t>Se acercó a ella.</w:t>
      </w:r>
    </w:p>
    <w:p>
      <w:pPr>
        <w:pStyle w:val="BodyText"/>
      </w:pPr>
      <w:r>
        <w:rPr/>
        <w:t>—Tiene que ser un vacío con tu forma. Con tu memoria específica. Con</w:t>
      </w:r>
      <w:r>
        <w:rPr/>
        <w:t xml:space="preserve"> </w:t>
      </w:r>
      <w:r>
        <w:rPr/>
        <w:t>tu nota única.</w:t>
      </w:r>
    </w:p>
    <w:p>
      <w:pPr>
        <w:pStyle w:val="BodyText"/>
      </w:pPr>
      <w:r>
        <w:rPr/>
        <w:t>Sus ojos espectrales se fijaron en los de ella.</w:t>
      </w:r>
    </w:p>
    <w:p>
      <w:pPr>
        <w:pStyle w:val="BodyText"/>
      </w:pPr>
      <w:r>
        <w:rPr/>
        <w:t>—Siento al templario dentro de ti. Arnaldo es una nota grave que</w:t>
      </w:r>
      <w:r>
        <w:rPr/>
        <w:t xml:space="preserve"> </w:t>
      </w:r>
      <w:r>
        <w:rPr/>
        <w:t>resuena en tu médula. Un tono de paciencia infinita mezclada con fuego.</w:t>
      </w:r>
      <w:r>
        <w:rPr/>
        <w:t xml:space="preserve"> </w:t>
      </w:r>
      <w:r>
        <w:rPr/>
        <w:t>Yo soy una nota de estática y arrepentimiento. Tú… tú eres la que</w:t>
      </w:r>
      <w:r>
        <w:rPr/>
        <w:t xml:space="preserve"> </w:t>
      </w:r>
      <w:r>
        <w:rPr/>
        <w:t>puede armonizarnos. La tercera voz que cierra el acorde.</w:t>
      </w:r>
    </w:p>
    <w:p>
      <w:pPr>
        <w:pStyle w:val="BodyText"/>
      </w:pPr>
      <w:r>
        <w:rPr/>
        <w:t>Su mano se movió con un gesto que parecía dirigir una orquesta</w:t>
      </w:r>
      <w:r>
        <w:rPr/>
        <w:t xml:space="preserve"> </w:t>
      </w:r>
      <w:r>
        <w:rPr/>
        <w:t>invisible. Del aire mismo, una luz débil comenzó a tomar forma de una</w:t>
      </w:r>
      <w:r>
        <w:rPr/>
        <w:t xml:space="preserve"> </w:t>
      </w:r>
      <w:r>
        <w:rPr/>
        <w:t>pequeña caja de madera oscura. La materialización fue gradual. La</w:t>
      </w:r>
      <w:r>
        <w:rPr/>
        <w:t xml:space="preserve"> </w:t>
      </w:r>
      <w:r>
        <w:rPr/>
        <w:t>espiral de la tapa fue lo último en aparecer, grabándose con precisión</w:t>
      </w:r>
      <w:r>
        <w:rPr/>
        <w:t xml:space="preserve"> </w:t>
      </w:r>
      <w:r>
        <w:rPr/>
        <w:t>celestial.</w:t>
      </w:r>
    </w:p>
    <w:p>
      <w:pPr>
        <w:pStyle w:val="BodyText"/>
      </w:pPr>
      <w:r>
        <w:rPr/>
        <w:t>—Ambos fracasamos en nuestros intentos iniciales —explicó Adrián—</w:t>
      </w:r>
      <w:r>
        <w:rPr/>
        <w:t xml:space="preserve"> </w:t>
      </w:r>
      <w:r>
        <w:rPr/>
        <w:t>porque tratamos al Eco como algo que se puede poseer o controlar.</w:t>
      </w:r>
      <w:r>
        <w:rPr/>
        <w:t xml:space="preserve"> </w:t>
      </w:r>
      <w:r>
        <w:rPr/>
        <w:t>Arnaldo quiso preservarlo. Yo quise democratizarlo. Pero el Eco no</w:t>
      </w:r>
      <w:r>
        <w:rPr/>
        <w:t xml:space="preserve"> </w:t>
      </w:r>
      <w:r>
        <w:rPr/>
        <w:t>quiere ser contenido. Quiere ser completado.</w:t>
      </w:r>
    </w:p>
    <w:p>
      <w:pPr>
        <w:pStyle w:val="BodyText"/>
      </w:pPr>
      <w:r>
        <w:rPr/>
        <w:t>Hizo una pausa.</w:t>
      </w:r>
    </w:p>
    <w:p>
      <w:pPr>
        <w:pStyle w:val="BodyText"/>
      </w:pPr>
      <w:r>
        <w:rPr/>
        <w:t>—Esa noche… en mi último momento de lucidez, logré aislar la única</w:t>
      </w:r>
      <w:r>
        <w:rPr/>
        <w:t xml:space="preserve"> </w:t>
      </w:r>
      <w:r>
        <w:rPr/>
        <w:t>parte de la melodía que no estaba maldita. La única vibración que no</w:t>
      </w:r>
      <w:r>
        <w:rPr/>
        <w:t xml:space="preserve"> </w:t>
      </w:r>
      <w:r>
        <w:rPr/>
        <w:t>había sido corrompida por mi necesidad de posesión. La parte que era</w:t>
      </w:r>
      <w:r>
        <w:rPr/>
        <w:t xml:space="preserve"> </w:t>
      </w:r>
      <w:r>
        <w:rPr/>
        <w:t>genuinamente nuestra, Mar. La vibración exacta de una tarde de lluvia</w:t>
      </w:r>
      <w:r>
        <w:rPr/>
        <w:t xml:space="preserve"> </w:t>
      </w:r>
      <w:r>
        <w:rPr/>
        <w:t>bajo un paraguas rojo.</w:t>
      </w:r>
    </w:p>
    <w:p>
      <w:pPr>
        <w:pStyle w:val="BodyText"/>
      </w:pPr>
      <w:r>
        <w:rPr/>
        <w:t>La caja terminó de materializarse, flotando entre sus manos espectrales.</w:t>
      </w:r>
    </w:p>
    <w:p>
      <w:pPr>
        <w:pStyle w:val="BodyText"/>
      </w:pPr>
      <w:r>
        <w:rPr/>
        <w:t>—No está vacía. Está llena del único recuerdo que puede calmar mi</w:t>
      </w:r>
      <w:r>
        <w:rPr/>
        <w:t xml:space="preserve"> </w:t>
      </w:r>
      <w:r>
        <w:rPr/>
        <w:t>grito. El recuerdo de cuando el amor era más fuerte que la necesidad de</w:t>
      </w:r>
      <w:r>
        <w:rPr/>
        <w:t xml:space="preserve"> </w:t>
      </w:r>
      <w:r>
        <w:rPr/>
        <w:t>preservarlo.</w:t>
      </w:r>
    </w:p>
    <w:p>
      <w:pPr>
        <w:pStyle w:val="BodyText"/>
      </w:pPr>
      <w:r>
        <w:rPr/>
        <w:t>Le tendió la caja.</w:t>
      </w:r>
    </w:p>
    <w:p>
      <w:pPr>
        <w:pStyle w:val="BodyText"/>
      </w:pPr>
      <w:r>
        <w:rPr/>
        <w:t>—Esto es tuyo por derecho. Es la llave que has estado buscando sin</w:t>
      </w:r>
      <w:r>
        <w:rPr/>
        <w:t xml:space="preserve"> </w:t>
      </w:r>
      <w:r>
        <w:rPr/>
        <w:t>saber que ya la tenías dentro. Eres la afinadora del universo, Mar. La</w:t>
      </w:r>
      <w:r>
        <w:rPr/>
        <w:t xml:space="preserve"> </w:t>
      </w:r>
      <w:r>
        <w:rPr/>
        <w:t>que puede tomar dos notas rotas y crear una armonía que sana.</w:t>
      </w:r>
    </w:p>
    <w:p>
      <w:pPr>
        <w:pStyle w:val="BodyText"/>
      </w:pPr>
      <w:r>
        <w:rPr/>
        <w:t>Mar extendió la mano a través del espacio onírico. Al tocar la caja,</w:t>
      </w:r>
      <w:r>
        <w:rPr/>
        <w:t xml:space="preserve"> </w:t>
      </w:r>
      <w:r>
        <w:rPr/>
        <w:t>sintió una paz profunda que la invadió como agua tibia llenando una</w:t>
      </w:r>
      <w:r>
        <w:rPr/>
        <w:t xml:space="preserve"> </w:t>
      </w:r>
      <w:r>
        <w:rPr/>
        <w:t>vasija vacía. Era un vacío perfecto que no anulaba el sonido, sino que</w:t>
      </w:r>
      <w:r>
        <w:rPr/>
        <w:t xml:space="preserve"> </w:t>
      </w:r>
      <w:r>
        <w:rPr/>
        <w:t>lo organizaba.</w:t>
      </w:r>
    </w:p>
    <w:p>
      <w:pPr>
        <w:pStyle w:val="BodyText"/>
      </w:pPr>
      <w:r>
        <w:rPr/>
        <w:t>En ese momento de contacto, un peso real materializándose en su palma</w:t>
      </w:r>
      <w:r>
        <w:rPr/>
        <w:t xml:space="preserve"> </w:t>
      </w:r>
      <w:r>
        <w:rPr/>
        <w:t>física.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 abrió los ojos de golpe.</w:t>
      </w:r>
    </w:p>
    <w:p>
      <w:pPr>
        <w:pStyle w:val="BodyText"/>
      </w:pPr>
      <w:r>
        <w:rPr/>
        <w:t>La luz gris del amanecer berlinés se filtraba por la ventana. Miró su</w:t>
      </w:r>
      <w:r>
        <w:rPr/>
        <w:t xml:space="preserve"> </w:t>
      </w:r>
      <w:r>
        <w:rPr/>
        <w:t>mano derecha, esperando encontrarla vacía.</w:t>
      </w:r>
    </w:p>
    <w:p>
      <w:pPr>
        <w:pStyle w:val="BodyText"/>
      </w:pPr>
      <w:r>
        <w:rPr/>
        <w:t>Pero el peso era innegable.</w:t>
      </w:r>
    </w:p>
    <w:p>
      <w:pPr>
        <w:pStyle w:val="BodyText"/>
      </w:pPr>
      <w:r>
        <w:rPr/>
        <w:t>En su palma descansaba una pequeña caja de madera oscura con una espiral</w:t>
      </w:r>
      <w:r>
        <w:rPr/>
        <w:t xml:space="preserve"> </w:t>
      </w:r>
      <w:r>
        <w:rPr/>
        <w:t>tallada en la tapa. La madera era cálida al tacto. Olía a cedro y a algo</w:t>
      </w:r>
      <w:r>
        <w:rPr/>
        <w:t xml:space="preserve"> </w:t>
      </w:r>
      <w:r>
        <w:rPr/>
        <w:t>más: olía a lluvia sobre asfalto, a la promesa de refugio.</w:t>
      </w:r>
    </w:p>
    <w:p>
      <w:pPr>
        <w:pStyle w:val="BodyText"/>
      </w:pPr>
      <w:r>
        <w:rPr/>
        <w:t>No era un sueño.</w:t>
      </w:r>
    </w:p>
    <w:p>
      <w:pPr>
        <w:pStyle w:val="BodyText"/>
      </w:pPr>
      <w:r>
        <w:rPr/>
        <w:t>Mar abrió los ojos de golpe.</w:t>
      </w:r>
    </w:p>
    <w:p>
      <w:pPr>
        <w:pStyle w:val="BodyText"/>
      </w:pPr>
      <w:r>
        <w:rPr/>
        <w:t>La luz gris del amanecer berlinés se filtraba por la ventana. Miró su</w:t>
      </w:r>
      <w:r>
        <w:rPr/>
        <w:t xml:space="preserve"> </w:t>
      </w:r>
      <w:r>
        <w:rPr/>
        <w:t>mano derecha, esperando encontrarla vacía.</w:t>
      </w:r>
    </w:p>
    <w:p>
      <w:pPr>
        <w:pStyle w:val="BodyText"/>
      </w:pPr>
      <w:r>
        <w:rPr/>
        <w:t>Pero el peso era innegable.</w:t>
      </w:r>
    </w:p>
    <w:p>
      <w:pPr>
        <w:pStyle w:val="BodyText"/>
      </w:pPr>
      <w:r>
        <w:rPr/>
        <w:t>En su palma descansaba una pequeña caja de madera oscura con una espiral</w:t>
      </w:r>
      <w:r>
        <w:rPr/>
        <w:t xml:space="preserve"> </w:t>
      </w:r>
      <w:r>
        <w:rPr/>
        <w:t>tallada en la tapa. La madera era cálida al tacto. Olía a cedro y a algo</w:t>
      </w:r>
      <w:r>
        <w:rPr/>
        <w:t xml:space="preserve"> </w:t>
      </w:r>
      <w:r>
        <w:rPr/>
        <w:t>más: olía a lluvia sobre asfalto, a la promesa de refugio.</w:t>
      </w:r>
    </w:p>
    <w:p>
      <w:pPr>
        <w:pStyle w:val="BodyText"/>
      </w:pPr>
      <w:r>
        <w:rPr/>
        <w:t>No era un sueño.</w:t>
      </w:r>
    </w:p>
    <w:p>
      <w:pPr>
        <w:pStyle w:val="BodyText"/>
      </w:pPr>
      <w:r>
        <w:rPr/>
        <w:t>Con manos temblorosas, abrió la caja.</w:t>
      </w:r>
    </w:p>
    <w:p>
      <w:pPr>
        <w:pStyle w:val="BodyText"/>
      </w:pPr>
      <w:r>
        <w:rPr/>
        <w:t>Dentro no había ningún objeto físico. Había algo más valioso: un vacío</w:t>
      </w:r>
      <w:r>
        <w:rPr/>
        <w:t xml:space="preserve"> </w:t>
      </w:r>
      <w:r>
        <w:rPr/>
        <w:t>que cantaba. No era ausencia de sonido, sino una presencia activa que</w:t>
      </w:r>
      <w:r>
        <w:rPr/>
        <w:t xml:space="preserve"> </w:t>
      </w:r>
      <w:r>
        <w:rPr/>
        <w:t>tomaba todo el ruido de la habitación y lo devolvía transformado en paz.</w:t>
      </w:r>
    </w:p>
    <w:p>
      <w:pPr>
        <w:pStyle w:val="BodyText"/>
      </w:pPr>
      <w:r>
        <w:rPr/>
        <w:t>La comprensión llegó como revelación instantánea.</w:t>
      </w:r>
    </w:p>
    <w:p>
      <w:pPr>
        <w:pStyle w:val="BodyText"/>
      </w:pPr>
      <w:r>
        <w:rPr/>
        <w:t>El disquete de Markus era el problema: el grito digital, la jaula. La</w:t>
      </w:r>
      <w:r>
        <w:rPr/>
        <w:t xml:space="preserve"> </w:t>
      </w:r>
      <w:r>
        <w:rPr/>
        <w:t>caja era la solución: la quietud analógica, la llave. No para destruir,</w:t>
      </w:r>
      <w:r>
        <w:rPr/>
        <w:t xml:space="preserve"> </w:t>
      </w:r>
      <w:r>
        <w:rPr/>
        <w:t>sino para ofrecer una alternativa.</w:t>
      </w:r>
    </w:p>
    <w:p>
      <w:pPr>
        <w:pStyle w:val="BodyText"/>
      </w:pPr>
      <w:r>
        <w:rPr/>
        <w:t>Equilibrio perfecto: problema digital versus solución orgánica.</w:t>
      </w:r>
      <w:r>
        <w:rPr/>
        <w:t xml:space="preserve"> </w:t>
      </w:r>
      <w:r>
        <w:rPr/>
        <w:t>Tecnología versus humanidad. Posesión versus liberación.</w:t>
      </w:r>
    </w:p>
    <w:p>
      <w:pPr>
        <w:pStyle w:val="BodyText"/>
      </w:pPr>
      <w:r>
        <w:rPr/>
        <w:t>Mar guardó cuidadosamente la caja en el bolsillo interior de su abrigo,</w:t>
      </w:r>
      <w:r>
        <w:rPr/>
        <w:t xml:space="preserve"> </w:t>
      </w:r>
      <w:r>
        <w:rPr/>
        <w:t>junto al disquete.</w:t>
      </w:r>
    </w:p>
    <w:p>
      <w:pPr>
        <w:pStyle w:val="BodyText"/>
      </w:pPr>
      <w:r>
        <w:rPr/>
        <w:t>Se levantó y caminó hacia la ventana. Berlín despertaba con su habitual</w:t>
      </w:r>
      <w:r>
        <w:rPr/>
        <w:t xml:space="preserve"> </w:t>
      </w:r>
      <w:r>
        <w:rPr/>
        <w:t>indiferencia, pero algo en el aire había cambiado de tono. Una intuición</w:t>
      </w:r>
      <w:r>
        <w:rPr/>
        <w:t xml:space="preserve"> </w:t>
      </w:r>
      <w:r>
        <w:rPr/>
        <w:t>sin palabras tiraba de ella hacia el este, como si una frecuencia lejana</w:t>
      </w:r>
      <w:r>
        <w:rPr/>
        <w:t xml:space="preserve"> </w:t>
      </w:r>
      <w:r>
        <w:rPr/>
        <w:t>la estuviera llamando desde algún lugar más allá de las fronteras.</w:t>
      </w:r>
    </w:p>
    <w:p>
      <w:pPr>
        <w:pStyle w:val="BodyText"/>
      </w:pPr>
      <w:r>
        <w:rPr/>
        <w:t>Volvió a la mesa donde el cuaderno de Adrián seguía abierto en la página</w:t>
      </w:r>
      <w:r>
        <w:rPr/>
        <w:t xml:space="preserve"> </w:t>
      </w:r>
      <w:r>
        <w:rPr/>
        <w:t>47. La ecuación imposible la miraba como un acertijo que pedía ser</w:t>
      </w:r>
      <w:r>
        <w:rPr/>
        <w:t xml:space="preserve"> </w:t>
      </w:r>
      <w:r>
        <w:rPr/>
        <w:t>descifrado. Las coordenadas ocultas entre sus términos debían conducir a</w:t>
      </w:r>
      <w:r>
        <w:rPr/>
        <w:t xml:space="preserve"> </w:t>
      </w:r>
      <w:r>
        <w:rPr/>
        <w:t>algún lugar específico. Ahora tenía las herramientas para encontrarlo.</w:t>
      </w:r>
    </w:p>
    <w:p>
      <w:pPr>
        <w:pStyle w:val="BodyText"/>
      </w:pPr>
      <w:r>
        <w:rPr/>
        <w:t>Miró el reloj. 7:30 a. m. Tenía tiempo.</w:t>
      </w:r>
    </w:p>
    <w:p>
      <w:pPr>
        <w:pStyle w:val="BodyText"/>
      </w:pPr>
      <w:r>
        <w:rPr/>
        <w:t>Abrió su portátil y comenzó a trabajar.</w:t>
      </w:r>
    </w:p>
    <w:p>
      <w:pPr>
        <w:pStyle w:val="BodyText"/>
      </w:pPr>
      <w:r>
        <w:rPr/>
        <w:t>***</w:t>
      </w:r>
    </w:p>
    <w:p>
      <w:pPr>
        <w:pStyle w:val="BodyText"/>
      </w:pPr>
      <w:r>
        <w:rPr/>
        <w:t>[Aquí comienza el Capítulo 10 sin cambios - las 72 horas de estudio</w:t>
      </w:r>
      <w:r>
        <w:rPr/>
        <w:t xml:space="preserve"> </w:t>
      </w:r>
      <w:r>
        <w:rPr/>
        <w:t>confirmarán científicamente la intuición mística]</w:t>
      </w:r>
    </w:p>
    <w:p>
      <w:pPr>
        <w:pStyle w:val="Heading1"/>
      </w:pPr>
      <w:r>
        <w:rPr/>
        <w:t>CAPÍTULO 11. LA CIUDAD INVERTIDA</w:t>
      </w:r>
    </w:p>
    <w:p>
      <w:pPr/>
      <w:r>
        <w:rPr/>
        <w:t>*«Algunas ciudades no están hechas de piedra, sino de memoria</w:t>
      </w:r>
      <w:r>
        <w:rPr/>
        <w:t xml:space="preserve"> </w:t>
      </w:r>
      <w:r>
        <w:rPr/>
        <w:t>solidificada. No se camina por sus calles. Se leen.»*</w:t>
      </w:r>
    </w:p>
    <w:p>
      <w:pPr>
        <w:pStyle w:val="BodyText"/>
      </w:pPr>
      <w:r>
        <w:rPr/>
        <w:t>—Cuaderno de ILIBERIS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**Berlín, tres días después**</w:t>
      </w:r>
    </w:p>
    <w:p>
      <w:pPr>
        <w:pStyle w:val="BodyText"/>
      </w:pPr>
      <w:r>
        <w:rPr/>
        <w:t>Mar había pasado setenta y dos horas estudiando la ecuación de la página</w:t>
      </w:r>
      <w:r>
        <w:rPr/>
        <w:t xml:space="preserve"> </w:t>
      </w:r>
      <w:r>
        <w:rPr/>
        <w:t>47. Tres días sin dormir más de cuatro horas seguidas, con su ático</w:t>
      </w:r>
      <w:r>
        <w:rPr/>
        <w:t xml:space="preserve"> </w:t>
      </w:r>
      <w:r>
        <w:rPr/>
        <w:t>convertido en un laboratorio improvisado: el cuaderno de Adrián abierto</w:t>
      </w:r>
      <w:r>
        <w:rPr/>
        <w:t xml:space="preserve"> </w:t>
      </w:r>
      <w:r>
        <w:rPr/>
        <w:t>sobre la mesa, hojas con cálculos esparcidas por el suelo y tazas de</w:t>
      </w:r>
      <w:r>
        <w:rPr/>
        <w:t xml:space="preserve"> </w:t>
      </w:r>
      <w:r>
        <w:rPr/>
        <w:t>café frío acumuladas como testigos de su obsesión.</w:t>
      </w:r>
    </w:p>
    <w:p>
      <w:pPr>
        <w:pStyle w:val="BodyText"/>
      </w:pPr>
      <w:r>
        <w:rPr/>
        <w:t>La ecuación era imposible según las leyes conocidas de propagación de</w:t>
      </w:r>
      <w:r>
        <w:rPr/>
        <w:t xml:space="preserve"> </w:t>
      </w:r>
      <w:r>
        <w:rPr/>
        <w:t>ondas. Pero Adrián no había estado trabajando con leyes convencionales.</w:t>
      </w:r>
    </w:p>
    <w:p>
      <w:pPr>
        <w:pStyle w:val="BodyText"/>
      </w:pPr>
      <w:r>
        <w:rPr/>
        <w:t>El hallazgo decisivo llegó la segunda noche. Mar comprendió que no era</w:t>
      </w:r>
      <w:r>
        <w:rPr/>
        <w:t xml:space="preserve"> </w:t>
      </w:r>
      <w:r>
        <w:rPr/>
        <w:t>una ecuación de propagación, sino de transformación topológica:</w:t>
      </w:r>
      <w:r>
        <w:rPr/>
        <w:t xml:space="preserve"> </w:t>
      </w:r>
      <w:r>
        <w:rPr/>
        <w:t>describía cómo una onda podía colapsar sobre sí misma en un punto</w:t>
      </w:r>
      <w:r>
        <w:rPr/>
        <w:t xml:space="preserve"> </w:t>
      </w:r>
      <w:r>
        <w:rPr/>
        <w:t>singular—que Adrián llamaba el nodo—y luego re-emerger en otro punto</w:t>
      </w:r>
      <w:r>
        <w:rPr/>
        <w:t xml:space="preserve"> </w:t>
      </w:r>
      <w:r>
        <w:rPr/>
        <w:t>del espacio de fase. No era física: era geometría de dimensiones</w:t>
      </w:r>
      <w:r>
        <w:rPr/>
        <w:t xml:space="preserve"> </w:t>
      </w:r>
      <w:r>
        <w:rPr/>
        <w:t>superiores aplicada al sonido.</w:t>
      </w:r>
    </w:p>
    <w:p>
      <w:pPr>
        <w:pStyle w:val="BodyText"/>
      </w:pPr>
      <w:r>
        <w:rPr/>
        <w:t>Ocultas entre los coeficientes había coordenadas. No GPS, sino un</w:t>
      </w:r>
      <w:r>
        <w:rPr/>
        <w:t xml:space="preserve"> </w:t>
      </w:r>
      <w:r>
        <w:rPr/>
        <w:t>sistema de referencia que usaba frecuencias como ejes. Mar las convirtió</w:t>
      </w:r>
      <w:r>
        <w:rPr/>
        <w:t xml:space="preserve"> </w:t>
      </w:r>
      <w:r>
        <w:rPr/>
        <w:t>a latitud y longitud mediante las tablas del apéndice del cuaderno.</w:t>
      </w:r>
    </w:p>
    <w:p>
      <w:pPr>
        <w:pStyle w:val="BodyText"/>
      </w:pPr>
      <w:r>
        <w:rPr/>
        <w:t>El resultado: **Praga. 50.0875° N, 14.4213° E. Puente de Carlos.**</w:t>
      </w:r>
    </w:p>
    <w:p>
      <w:pPr>
        <w:pStyle w:val="BodyText"/>
      </w:pPr>
      <w:r>
        <w:rPr/>
        <w:t>A las 3 a. M. Del tercer día envió sus cálculos a Lena. Dos horas</w:t>
      </w:r>
      <w:r>
        <w:rPr/>
        <w:t xml:space="preserve"> </w:t>
      </w:r>
      <w:r>
        <w:rPr/>
        <w:t>después recibió respuesta:</w:t>
      </w:r>
    </w:p>
    <w:p>
      <w:pPr>
        <w:pStyle w:val="BodyText"/>
      </w:pPr>
      <w:r>
        <w:rPr/>
        <w:t>*Verificado. La ecuación funciona. Salimos mañana. Tren de las 9:00. No</w:t>
      </w:r>
      <w:r>
        <w:rPr/>
        <w:t xml:space="preserve"> </w:t>
      </w:r>
      <w:r>
        <w:rPr/>
        <w:t>llegues tarde.*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**Praga, noviembre de 2023**</w:t>
      </w:r>
    </w:p>
    <w:p>
      <w:pPr>
        <w:pStyle w:val="BodyText"/>
      </w:pPr>
      <w:r>
        <w:rPr/>
        <w:t>El viaje en tren fue tenso. Lena llevaba una mochila con equipo:</w:t>
      </w:r>
      <w:r>
        <w:rPr/>
        <w:t xml:space="preserve"> </w:t>
      </w:r>
      <w:r>
        <w:rPr/>
        <w:t>grabador Zoom F8n, micrófonos de condensador, auriculares de estudio,</w:t>
      </w:r>
      <w:r>
        <w:rPr/>
        <w:t xml:space="preserve"> </w:t>
      </w:r>
      <w:r>
        <w:rPr/>
        <w:t>cables. Había transformado su ansiedad en protocolo técnico.</w:t>
      </w:r>
    </w:p>
    <w:p>
      <w:pPr>
        <w:pStyle w:val="BodyText"/>
      </w:pPr>
      <w:r>
        <w:rPr/>
        <w:t>—Si vamos a hacer esto —dijo mientras subían al tren—, lo haremos</w:t>
      </w:r>
      <w:r>
        <w:rPr/>
        <w:t xml:space="preserve"> </w:t>
      </w:r>
      <w:r>
        <w:rPr/>
        <w:t>bien. Registro completo. Nada de misticismo improvisado.</w:t>
      </w:r>
    </w:p>
    <w:p>
      <w:pPr>
        <w:pStyle w:val="BodyText"/>
      </w:pPr>
      <w:r>
        <w:rPr/>
        <w:t>Mar no discutió. Sabía que esa era su manera de mantener el miedo a</w:t>
      </w:r>
      <w:r>
        <w:rPr/>
        <w:t xml:space="preserve"> </w:t>
      </w:r>
      <w:r>
        <w:rPr/>
        <w:t>raya.</w:t>
      </w:r>
    </w:p>
    <w:p>
      <w:pPr>
        <w:pStyle w:val="BodyText"/>
      </w:pPr>
      <w:r>
        <w:rPr/>
        <w:t>Caminaron por Malá Strana, donde las casas barrocas parecían conspirar</w:t>
      </w:r>
      <w:r>
        <w:rPr/>
        <w:t xml:space="preserve"> </w:t>
      </w:r>
      <w:r>
        <w:rPr/>
        <w:t>entre sí. El Vltava murmuraba a su lado.</w:t>
      </w:r>
    </w:p>
    <w:p>
      <w:pPr>
        <w:pStyle w:val="BodyText"/>
      </w:pPr>
      <w:r>
        <w:rPr/>
        <w:t>De pronto Lena se detuvo.</w:t>
      </w:r>
    </w:p>
    <w:p>
      <w:pPr>
        <w:pStyle w:val="BodyText"/>
      </w:pPr>
      <w:r>
        <w:rPr/>
        <w:t>—Nos siguen.</w:t>
      </w:r>
    </w:p>
    <w:p>
      <w:pPr>
        <w:pStyle w:val="BodyText"/>
      </w:pPr>
      <w:r>
        <w:rPr/>
        <w:t>—Lo sé.</w:t>
      </w:r>
    </w:p>
    <w:p>
      <w:pPr>
        <w:pStyle w:val="BodyText"/>
      </w:pPr>
      <w:r>
        <w:rPr/>
        <w:t>—¿Desde cuándo?</w:t>
      </w:r>
    </w:p>
    <w:p>
      <w:pPr>
        <w:pStyle w:val="BodyText"/>
      </w:pPr>
      <w:r>
        <w:rPr/>
        <w:t>—Desde Soria.</w:t>
      </w:r>
    </w:p>
    <w:p>
      <w:pPr>
        <w:pStyle w:val="BodyText"/>
      </w:pPr>
      <w:r>
        <w:rPr/>
        <w:t>—¿Y no dijiste nada?</w:t>
      </w:r>
    </w:p>
    <w:p>
      <w:pPr>
        <w:pStyle w:val="BodyText"/>
      </w:pPr>
      <w:r>
        <w:rPr/>
        <w:t>—No sabía si era real o paranoia.</w:t>
      </w:r>
    </w:p>
    <w:p>
      <w:pPr>
        <w:pStyle w:val="BodyText"/>
      </w:pPr>
      <w:r>
        <w:rPr/>
        <w:t>—Es real. —Lena señaló una figura con abrigo oscuro unos cincuenta</w:t>
      </w:r>
      <w:r>
        <w:rPr/>
        <w:t xml:space="preserve"> </w:t>
      </w:r>
      <w:r>
        <w:rPr/>
        <w:t>metros atrás—. Y hay otro al otro lado de la calle.</w:t>
      </w:r>
    </w:p>
    <w:p>
      <w:pPr>
        <w:pStyle w:val="BodyText"/>
      </w:pPr>
      <w:r>
        <w:rPr/>
        <w:t>Mar sintió un escalofrío. Lena tenía razón. Había dos.</w:t>
      </w:r>
    </w:p>
    <w:p>
      <w:pPr>
        <w:pStyle w:val="BodyText"/>
      </w:pPr>
      <w:r>
        <w:rPr/>
        <w:t>—¿Qué hacemos?</w:t>
      </w:r>
    </w:p>
    <w:p>
      <w:pPr>
        <w:pStyle w:val="BodyText"/>
      </w:pPr>
      <w:r>
        <w:rPr/>
        <w:t>—Seguir. Pero más rápido. Y cuando lleguemos, buscamos salida.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Llegaron al Puente de Carlos cuando el sol descendía. La luz dorada</w:t>
      </w:r>
      <w:r>
        <w:rPr/>
        <w:t xml:space="preserve"> </w:t>
      </w:r>
      <w:r>
        <w:rPr/>
        <w:t>convertía las estatuas en siluetas vivas.</w:t>
      </w:r>
    </w:p>
    <w:p>
      <w:pPr>
        <w:pStyle w:val="BodyText"/>
      </w:pPr>
      <w:r>
        <w:rPr/>
        <w:t>Mar se detuvo bajo San Juan Nepomuceno.</w:t>
      </w:r>
    </w:p>
    <w:p>
      <w:pPr>
        <w:pStyle w:val="BodyText"/>
      </w:pPr>
      <w:r>
        <w:rPr/>
        <w:t>—Aquí.</w:t>
      </w:r>
    </w:p>
    <w:p>
      <w:pPr>
        <w:pStyle w:val="BodyText"/>
      </w:pPr>
      <w:r>
        <w:rPr/>
        <w:t>—¿Aquí qué?</w:t>
      </w:r>
    </w:p>
    <w:p>
      <w:pPr>
        <w:pStyle w:val="BodyText"/>
      </w:pPr>
      <w:r>
        <w:rPr/>
        <w:t>Tocó la placa de bronce. Sintió el pulso familiar.</w:t>
      </w:r>
    </w:p>
    <w:p>
      <w:pPr>
        <w:pStyle w:val="BodyText"/>
      </w:pPr>
      <w:r>
        <w:rPr/>
        <w:t>—Las coordenadas apuntan aquí. O mejor dicho… —miró al agua—</w:t>
      </w:r>
      <w:r>
        <w:rPr/>
        <w:t xml:space="preserve"> </w:t>
      </w:r>
      <w:r>
        <w:rPr/>
        <w:t>allá.</w:t>
      </w:r>
    </w:p>
    <w:p>
      <w:pPr>
        <w:pStyle w:val="BodyText"/>
      </w:pPr>
      <w:r>
        <w:rPr/>
        <w:t>Lena se inclinó sobre el parapeto.</w:t>
      </w:r>
    </w:p>
    <w:p>
      <w:pPr>
        <w:pStyle w:val="BodyText"/>
      </w:pPr>
      <w:r>
        <w:rPr/>
        <w:t>—¿El remolino? Gira en contra de la corriente.</w:t>
      </w:r>
    </w:p>
    <w:p>
      <w:pPr>
        <w:pStyle w:val="BodyText"/>
      </w:pPr>
      <w:r>
        <w:rPr/>
        <w:t>—Sí.</w:t>
      </w:r>
    </w:p>
    <w:p>
      <w:pPr>
        <w:pStyle w:val="BodyText"/>
      </w:pPr>
      <w:r>
        <w:rPr/>
        <w:t>A treinta metros, los dos vigilantes se habían detenido. Uno hablaba por</w:t>
      </w:r>
      <w:r>
        <w:rPr/>
        <w:t xml:space="preserve"> </w:t>
      </w:r>
      <w:r>
        <w:rPr/>
        <w:t>teléfono mientras el otro descendía por la escalera lateral.</w:t>
      </w:r>
    </w:p>
    <w:p>
      <w:pPr>
        <w:pStyle w:val="BodyText"/>
      </w:pPr>
      <w:r>
        <w:rPr/>
        <w:t>—Mierda. Vienen más. —Lena tiró de Mar—. Muévete.</w:t>
      </w:r>
    </w:p>
    <w:p>
      <w:pPr>
        <w:pStyle w:val="BodyText"/>
      </w:pPr>
      <w:r>
        <w:rPr/>
        <w:t>Bajaron hasta la orilla. El murmullo del río se volvió físico, como si</w:t>
      </w:r>
      <w:r>
        <w:rPr/>
        <w:t xml:space="preserve"> </w:t>
      </w:r>
      <w:r>
        <w:rPr/>
        <w:t>vibrara dentro de sus huesos. Entre la maleza, Mar encontró una puerta</w:t>
      </w:r>
      <w:r>
        <w:rPr/>
        <w:t xml:space="preserve"> </w:t>
      </w:r>
      <w:r>
        <w:rPr/>
        <w:t>de hierro oxidado marcada con la espiral.</w:t>
      </w:r>
    </w:p>
    <w:p>
      <w:pPr>
        <w:pStyle w:val="BodyText"/>
      </w:pPr>
      <w:r>
        <w:rPr/>
        <w:t>—El cuaderno menciona esto —dijo—. La cámara de anulación de</w:t>
      </w:r>
      <w:r>
        <w:rPr/>
        <w:t xml:space="preserve"> </w:t>
      </w:r>
      <w:r>
        <w:rPr/>
        <w:t>Praga. Un lugar donde las ondas vienen a morir.</w:t>
      </w:r>
    </w:p>
    <w:p>
      <w:pPr>
        <w:pStyle w:val="BodyText"/>
      </w:pPr>
      <w:r>
        <w:rPr/>
        <w:t>La puerta se abrió con un gemido metálico.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espacio más allá desafiaba la lógica arquitectónica: una bóveda bajo</w:t>
      </w:r>
      <w:r>
        <w:rPr/>
        <w:t xml:space="preserve"> </w:t>
      </w:r>
      <w:r>
        <w:rPr/>
        <w:t>el río, mayor de lo que los planos del puente permitirían. El aire era</w:t>
      </w:r>
      <w:r>
        <w:rPr/>
        <w:t xml:space="preserve"> </w:t>
      </w:r>
      <w:r>
        <w:rPr/>
        <w:t>frío y pesado. Las bóvedas no coincidían con ningún mapa de planta</w:t>
      </w:r>
      <w:r>
        <w:rPr/>
        <w:t xml:space="preserve"> </w:t>
      </w:r>
      <w:r>
        <w:rPr/>
        <w:t>existente.</w:t>
      </w:r>
    </w:p>
    <w:p>
      <w:pPr>
        <w:pStyle w:val="BodyText"/>
      </w:pPr>
      <w:r>
        <w:rPr/>
        <w:t>Lena encendió una linterna. Las paredes estaban cubiertas de</w:t>
      </w:r>
      <w:r>
        <w:rPr/>
        <w:t xml:space="preserve"> </w:t>
      </w:r>
      <w:r>
        <w:rPr/>
        <w:t>inscripciones—diagramas que mezclaban notación musical y símbolos</w:t>
      </w:r>
      <w:r>
        <w:rPr/>
        <w:t xml:space="preserve"> </w:t>
      </w:r>
      <w:r>
        <w:rPr/>
        <w:t>astrológicos.</w:t>
      </w:r>
    </w:p>
    <w:p>
      <w:pPr>
        <w:pStyle w:val="BodyText"/>
      </w:pPr>
      <w:r>
        <w:rPr/>
        <w:t>—Esto es anterior al Barroco… tal vez Renacimiento. Mira esto. 1611.</w:t>
      </w:r>
    </w:p>
    <w:p>
      <w:pPr>
        <w:pStyle w:val="BodyText"/>
      </w:pPr>
      <w:r>
        <w:rPr/>
        <w:t>En el centro había un altar de piedra. Y sobre él, un violín.</w:t>
      </w:r>
    </w:p>
    <w:p>
      <w:pPr>
        <w:pStyle w:val="BodyText"/>
      </w:pPr>
      <w:r>
        <w:rPr/>
        <w:t>Mar se acercó. El instrumento no tenía polvo, como si hubiera sido</w:t>
      </w:r>
      <w:r>
        <w:rPr/>
        <w:t xml:space="preserve"> </w:t>
      </w:r>
      <w:r>
        <w:rPr/>
        <w:t>cuidado.</w:t>
      </w:r>
    </w:p>
    <w:p>
      <w:pPr>
        <w:pStyle w:val="BodyText"/>
      </w:pPr>
      <w:r>
        <w:rPr/>
        <w:t>—No lo toques —advirtió Lena—. Primero lo analizo.</w:t>
      </w:r>
    </w:p>
    <w:p>
      <w:pPr>
        <w:pStyle w:val="BodyText"/>
      </w:pPr>
      <w:r>
        <w:rPr/>
        <w:t>Instaló micrófonos y grabador.</w:t>
      </w:r>
    </w:p>
    <w:p>
      <w:pPr>
        <w:pStyle w:val="BodyText"/>
      </w:pPr>
      <w:r>
        <w:rPr/>
        <w:t>—Registraré el campo acústico. Si hay anomalías, los datos lo</w:t>
      </w:r>
      <w:r>
        <w:rPr/>
        <w:t xml:space="preserve"> </w:t>
      </w:r>
      <w:r>
        <w:rPr/>
        <w:t>mostrarán.</w:t>
      </w:r>
    </w:p>
    <w:p>
      <w:pPr>
        <w:pStyle w:val="BodyText"/>
      </w:pPr>
      <w:r>
        <w:rPr/>
        <w:t>Mar leyó una inscripción junto al altar:</w:t>
      </w:r>
    </w:p>
    <w:p>
      <w:pPr>
        <w:pStyle w:val="BodyText"/>
      </w:pPr>
      <w:r>
        <w:rPr/>
        <w:t>*«Anna Maria de Sankt Moritz. Virtuosa. 1585-1612. Aquí reposa su</w:t>
      </w:r>
      <w:r>
        <w:rPr/>
        <w:t xml:space="preserve"> </w:t>
      </w:r>
      <w:r>
        <w:rPr/>
        <w:t>último instrumento, prohibido por decreto imperial en los últimos meses</w:t>
      </w:r>
      <w:r>
        <w:rPr/>
        <w:t xml:space="preserve"> </w:t>
      </w:r>
      <w:r>
        <w:rPr/>
        <w:t>de Rodolfo II, después de que su música abriera puertas que no debían</w:t>
      </w:r>
      <w:r>
        <w:rPr/>
        <w:t xml:space="preserve"> </w:t>
      </w:r>
      <w:r>
        <w:rPr/>
        <w:t>abrirse».*</w:t>
      </w:r>
    </w:p>
    <w:p>
      <w:pPr>
        <w:pStyle w:val="BodyText"/>
      </w:pPr>
      <w:r>
        <w:rPr/>
        <w:t>Un ruido metálico subió desde la escalera.</w:t>
      </w:r>
    </w:p>
    <w:p>
      <w:pPr>
        <w:pStyle w:val="BodyText"/>
      </w:pPr>
      <w:r>
        <w:rPr/>
        <w:t>—Nos encontraron —dijo Lena.</w:t>
      </w:r>
    </w:p>
    <w:p>
      <w:pPr>
        <w:pStyle w:val="BodyText"/>
      </w:pPr>
      <w:r>
        <w:rPr/>
        <w:t>Una figura descendía: un hombre de unos cincuenta años, rostro afilado,</w:t>
      </w:r>
      <w:r>
        <w:rPr/>
        <w:t xml:space="preserve"> </w:t>
      </w:r>
      <w:r>
        <w:rPr/>
        <w:t>ojos grises.</w:t>
      </w:r>
    </w:p>
    <w:p>
      <w:pPr>
        <w:pStyle w:val="BodyText"/>
      </w:pPr>
      <w:r>
        <w:rPr/>
        <w:t>—Markus Steiner nos advirtió que vendrían —dijo en inglés con acento</w:t>
      </w:r>
      <w:r>
        <w:rPr/>
        <w:t xml:space="preserve"> </w:t>
      </w:r>
      <w:r>
        <w:rPr/>
        <w:t>impreciso—. Llevamos veinticinco años esperando a quien descifre las</w:t>
      </w:r>
      <w:r>
        <w:rPr/>
        <w:t xml:space="preserve"> </w:t>
      </w:r>
      <w:r>
        <w:rPr/>
        <w:t>ecuaciones de ILIBERIS.</w:t>
      </w:r>
    </w:p>
    <w:p>
      <w:pPr>
        <w:pStyle w:val="BodyText"/>
      </w:pPr>
      <w:r>
        <w:rPr/>
        <w:t>—¿Quién eres? —preguntó Mar.</w:t>
      </w:r>
    </w:p>
    <w:p>
      <w:pPr>
        <w:pStyle w:val="BodyText"/>
      </w:pPr>
      <w:r>
        <w:rPr/>
        <w:t>—Mi nombre no importa. Represento a una organización que Lena conoce</w:t>
      </w:r>
      <w:r>
        <w:rPr/>
        <w:t xml:space="preserve"> </w:t>
      </w:r>
      <w:r>
        <w:rPr/>
        <w:t>como Chrysalis. Hemos estado monitoreando la reverberación desde que fue</w:t>
      </w:r>
      <w:r>
        <w:rPr/>
        <w:t xml:space="preserve"> </w:t>
      </w:r>
      <w:r>
        <w:rPr/>
        <w:t>documentado en Montségur. —Señaló el violín—. Ese instrumento es una</w:t>
      </w:r>
      <w:r>
        <w:rPr/>
        <w:t xml:space="preserve"> </w:t>
      </w:r>
      <w:r>
        <w:rPr/>
        <w:t>brecha. Anna Maria abrió una grieta que tardó un siglo en cerrarse. Y</w:t>
      </w:r>
      <w:r>
        <w:rPr/>
        <w:t xml:space="preserve"> </w:t>
      </w:r>
      <w:r>
        <w:rPr/>
        <w:t>ustedes están a punto de repetir su error.</w:t>
      </w:r>
    </w:p>
    <w:p>
      <w:pPr>
        <w:pStyle w:val="BodyText"/>
      </w:pPr>
      <w:r>
        <w:rPr/>
        <w:t>Lena se interpuso.</w:t>
      </w:r>
    </w:p>
    <w:p>
      <w:pPr>
        <w:pStyle w:val="BodyText"/>
      </w:pPr>
      <w:r>
        <w:rPr/>
        <w:t>—Solo investigamos.</w:t>
      </w:r>
    </w:p>
    <w:p>
      <w:pPr>
        <w:pStyle w:val="BodyText"/>
      </w:pPr>
      <w:r>
        <w:rPr/>
        <w:t>—La investigación es cómo empieza. —Sacó un dispositivo</w:t>
      </w:r>
      <w:r>
        <w:rPr/>
        <w:t xml:space="preserve"> </w:t>
      </w:r>
      <w:r>
        <w:rPr/>
        <w:t>electrónico—. Un generador vibracional inversa. Puede cancelar</w:t>
      </w:r>
      <w:r>
        <w:rPr/>
        <w:t xml:space="preserve"> </w:t>
      </w:r>
      <w:r>
        <w:rPr/>
        <w:t>cualquier onda del violín. Nos preparamos para esto durante décadas.</w:t>
      </w:r>
    </w:p>
    <w:p>
      <w:pPr>
        <w:pStyle w:val="BodyText"/>
      </w:pPr>
      <w:r>
        <w:rPr/>
        <w:t>—Entonces déjanos observar también —dijo Mar—. Si es tan</w:t>
      </w:r>
      <w:r>
        <w:rPr/>
        <w:t xml:space="preserve"> </w:t>
      </w:r>
      <w:r>
        <w:rPr/>
        <w:t>peligroso, querrás ver qué ocurre cuando alguien que entiende las</w:t>
      </w:r>
      <w:r>
        <w:rPr/>
        <w:t xml:space="preserve"> </w:t>
      </w:r>
      <w:r>
        <w:rPr/>
        <w:t>ecuaciones lo activa.</w:t>
      </w:r>
    </w:p>
    <w:p>
      <w:pPr>
        <w:pStyle w:val="BodyText"/>
      </w:pPr>
      <w:r>
        <w:rPr/>
        <w:t>El hombre la estudió.</w:t>
      </w:r>
    </w:p>
    <w:p>
      <w:pPr>
        <w:pStyle w:val="BodyText"/>
      </w:pPr>
      <w:r>
        <w:rPr/>
        <w:t>—Markus dijo que no buscabas resucitar a ILIBERIS, sino comprenderlo.</w:t>
      </w:r>
    </w:p>
    <w:p>
      <w:pPr>
        <w:pStyle w:val="BodyText"/>
      </w:pPr>
      <w:r>
        <w:rPr/>
        <w:t>—Es cierto.</w:t>
      </w:r>
    </w:p>
    <w:p>
      <w:pPr>
        <w:pStyle w:val="BodyText"/>
      </w:pPr>
      <w:r>
        <w:rPr/>
        <w:t>—Entonces piensa antes de tocar: ¿aceptarás la respuesta, incluso si</w:t>
      </w:r>
      <w:r>
        <w:rPr/>
        <w:t xml:space="preserve"> </w:t>
      </w:r>
      <w:r>
        <w:rPr/>
        <w:t>es que Adrián no puede volver?</w:t>
      </w:r>
    </w:p>
    <w:p>
      <w:pPr>
        <w:pStyle w:val="BodyText"/>
      </w:pPr>
      <w:r>
        <w:rPr/>
        <w:t>—Sí.</w:t>
      </w:r>
    </w:p>
    <w:p>
      <w:pPr>
        <w:pStyle w:val="BodyText"/>
      </w:pPr>
      <w:r>
        <w:rPr/>
        <w:t>Guardó el dispositivo.</w:t>
      </w:r>
    </w:p>
    <w:p>
      <w:pPr>
        <w:pStyle w:val="BodyText"/>
      </w:pPr>
      <w:r>
        <w:rPr/>
        <w:t>—Adelante. Mi equipo vigilará las lecturas. Si se abre una grieta,</w:t>
      </w:r>
      <w:r>
        <w:rPr/>
        <w:t xml:space="preserve"> </w:t>
      </w:r>
      <w:r>
        <w:rPr/>
        <w:t>intervenimos.</w:t>
      </w:r>
    </w:p>
    <w:p>
      <w:pPr>
        <w:pStyle w:val="BodyText"/>
      </w:pPr>
      <w:r>
        <w:rPr/>
        <w:t>Mar tomó el violín. Frío. Silencioso. Levantó el arco.</w:t>
      </w:r>
    </w:p>
    <w:p>
      <w:pPr>
        <w:pStyle w:val="BodyText"/>
      </w:pPr>
      <w:r>
        <w:rPr/>
        <w:t>—No toques las cuerdas —dijo el hombre—. Deja que resuene contigo.</w:t>
      </w:r>
    </w:p>
    <w:p>
      <w:pPr>
        <w:pStyle w:val="BodyText"/>
      </w:pPr>
      <w:r>
        <w:rPr/>
        <w:t>Cerró los ojos.</w:t>
      </w:r>
    </w:p>
    <w:p>
      <w:pPr>
        <w:pStyle w:val="BodyText"/>
      </w:pPr>
      <w:r>
        <w:rPr/>
        <w:t>Muy gradualmente empezó a sentir algo. No sonido audible. Vibración.</w:t>
      </w:r>
      <w:r>
        <w:rPr/>
        <w:t xml:space="preserve"> </w:t>
      </w:r>
      <w:r>
        <w:rPr/>
        <w:t>Como si el violín estuviera escuchándola, evaluándola.</w:t>
      </w:r>
    </w:p>
    <w:p>
      <w:pPr>
        <w:pStyle w:val="BodyText"/>
      </w:pPr>
      <w:r>
        <w:rPr/>
        <w:t>Entonces la sala entera empezó a resonar. Una nota: **Fa♯**.</w:t>
      </w:r>
    </w:p>
    <w:p>
      <w:pPr>
        <w:pStyle w:val="BodyText"/>
      </w:pPr>
      <w:r>
        <w:rPr/>
        <w:t>Lena miró el medidor bruscamente.</w:t>
      </w:r>
    </w:p>
    <w:p>
      <w:pPr>
        <w:pStyle w:val="BodyText"/>
      </w:pPr>
      <w:r>
        <w:rPr/>
        <w:t>—Imposible. 87 dB sin fuente aparente. La cámara está acoplándose en</w:t>
      </w:r>
      <w:r>
        <w:rPr/>
        <w:t xml:space="preserve"> </w:t>
      </w:r>
      <w:r>
        <w:rPr/>
        <w:t>modo Fa♯. El violín actúa como catalizador.</w:t>
      </w:r>
    </w:p>
    <w:p>
      <w:pPr>
        <w:pStyle w:val="BodyText"/>
      </w:pPr>
      <w:r>
        <w:rPr/>
        <w:t>La nota creció. Y llegaron las imágenes:</w:t>
      </w:r>
    </w:p>
    <w:p>
      <w:pPr>
        <w:pStyle w:val="BodyText"/>
      </w:pPr>
      <w:r>
        <w:rPr/>
        <w:t>Anna Maria tocando en esa misma cámara. Kaspar desvaneciéndose. El</w:t>
      </w:r>
      <w:r>
        <w:rPr/>
        <w:t xml:space="preserve"> </w:t>
      </w:r>
      <w:r>
        <w:rPr/>
        <w:t>violín rompiéndose. Anna consumida por su propia frecuencia.</w:t>
      </w:r>
    </w:p>
    <w:p>
      <w:pPr>
        <w:pStyle w:val="BodyText"/>
      </w:pPr>
      <w:r>
        <w:rPr/>
        <w:t>Luego una voz. No la de Anna. La de Adrián.</w:t>
      </w:r>
    </w:p>
    <w:p>
      <w:pPr>
        <w:pStyle w:val="BodyText"/>
      </w:pPr>
      <w:r>
        <w:rPr/>
        <w:t>*«Mar… si escuchas esto, hallaste el violín. No intentes traerme de</w:t>
      </w:r>
      <w:r>
        <w:rPr/>
        <w:t xml:space="preserve"> </w:t>
      </w:r>
      <w:r>
        <w:rPr/>
        <w:t>vuelta. No es posible. Pero puedes terminar lo que empecé. El sustrato</w:t>
      </w:r>
      <w:r>
        <w:rPr/>
        <w:t xml:space="preserve"> </w:t>
      </w:r>
      <w:r>
        <w:rPr/>
        <w:t>no es muerte: es transformación. El rastro sonoro no es una canción: es</w:t>
      </w:r>
      <w:r>
        <w:rPr/>
        <w:t xml:space="preserve"> </w:t>
      </w:r>
      <w:r>
        <w:rPr/>
        <w:t>un coro. Y tú puedes ser la directora».*</w:t>
      </w:r>
    </w:p>
    <w:p>
      <w:pPr>
        <w:pStyle w:val="BodyText"/>
      </w:pPr>
      <w:r>
        <w:rPr/>
        <w:t>La nota cesó.</w:t>
      </w:r>
    </w:p>
    <w:p>
      <w:pPr>
        <w:pStyle w:val="BodyText"/>
      </w:pPr>
      <w:r>
        <w:rPr/>
        <w:t>Mar abrió los ojos. Lágrimas corrían por sus mejillas.</w:t>
      </w:r>
    </w:p>
    <w:p>
      <w:pPr>
        <w:pStyle w:val="BodyText"/>
      </w:pPr>
      <w:r>
        <w:rPr/>
        <w:t>—¿Qué oíste? —preguntó el hombre.</w:t>
      </w:r>
    </w:p>
    <w:p>
      <w:pPr>
        <w:pStyle w:val="BodyText"/>
      </w:pPr>
      <w:r>
        <w:rPr/>
        <w:t>—Su voz. Después de veinticinco años. Y me dijo que no intente traerlo</w:t>
      </w:r>
      <w:r>
        <w:rPr/>
        <w:t xml:space="preserve"> </w:t>
      </w:r>
      <w:r>
        <w:rPr/>
        <w:t>de vuelta.</w:t>
      </w:r>
    </w:p>
    <w:p>
      <w:pPr>
        <w:pStyle w:val="BodyText"/>
      </w:pPr>
      <w:r>
        <w:rPr/>
        <w:t>El hombre estudió su rostro.</w:t>
      </w:r>
    </w:p>
    <w:p>
      <w:pPr>
        <w:pStyle w:val="BodyText"/>
      </w:pPr>
      <w:r>
        <w:rPr/>
        <w:t>—Entonces funcionó. Dejó un mensaje específico para ti. Eso confirma</w:t>
      </w:r>
      <w:r>
        <w:rPr/>
        <w:t xml:space="preserve"> </w:t>
      </w:r>
      <w:r>
        <w:rPr/>
        <w:t>lo que sospechábamos: el sustrato no borra la consciencia. La</w:t>
      </w:r>
      <w:r>
        <w:rPr/>
        <w:t xml:space="preserve"> </w:t>
      </w:r>
      <w:r>
        <w:rPr/>
        <w:t>transforma.</w:t>
      </w:r>
    </w:p>
    <w:p>
      <w:pPr>
        <w:pStyle w:val="BodyText"/>
      </w:pPr>
      <w:r>
        <w:rPr/>
        <w:t>Mar colocó el violín de vuelta en el altar con cuidado.</w:t>
      </w:r>
    </w:p>
    <w:p>
      <w:pPr>
        <w:pStyle w:val="BodyText"/>
      </w:pPr>
      <w:r>
        <w:rPr/>
        <w:t>Lena se acercó y le puso una mano en el hombro.</w:t>
      </w:r>
    </w:p>
    <w:p>
      <w:pPr>
        <w:pStyle w:val="BodyText"/>
      </w:pPr>
      <w:r>
        <w:rPr/>
        <w:t>—¿Estás bien?</w:t>
      </w:r>
    </w:p>
    <w:p>
      <w:pPr>
        <w:pStyle w:val="BodyText"/>
      </w:pPr>
      <w:r>
        <w:rPr/>
        <w:t>—Sí. Por primera vez en mucho tiempo.</w:t>
      </w:r>
    </w:p>
    <w:p>
      <w:pPr>
        <w:pStyle w:val="BodyText"/>
      </w:pPr>
      <w:r>
        <w:rPr/>
        <w:t>El hombre guardó su dispositivo.</w:t>
      </w:r>
    </w:p>
    <w:p>
      <w:pPr>
        <w:pStyle w:val="BodyText"/>
      </w:pPr>
      <w:r>
        <w:rPr/>
        <w:t>—Markus tenía razón. Eres diferente. —Se volvió hacia la salida—.</w:t>
      </w:r>
      <w:r>
        <w:rPr/>
        <w:t xml:space="preserve"> </w:t>
      </w:r>
      <w:r>
        <w:rPr/>
        <w:t>Pueden quedarse con el violín. Pero sepan esto: de ahora en adelante</w:t>
      </w:r>
      <w:r>
        <w:rPr/>
        <w:t xml:space="preserve"> </w:t>
      </w:r>
      <w:r>
        <w:rPr/>
        <w:t>estarán en nuestro radar. Si detectamos que intentan abrir una grieta,</w:t>
      </w:r>
      <w:r>
        <w:rPr/>
        <w:t xml:space="preserve"> </w:t>
      </w:r>
      <w:r>
        <w:rPr/>
        <w:t>intervendremos. Con o sin su consentimiento.</w:t>
      </w:r>
    </w:p>
    <w:p>
      <w:pPr>
        <w:pStyle w:val="BodyText"/>
      </w:pPr>
      <w:r>
        <w:rPr/>
        <w:t>Hizo una pausa en la escalera.</w:t>
      </w:r>
    </w:p>
    <w:p>
      <w:pPr>
        <w:pStyle w:val="BodyText"/>
      </w:pPr>
      <w:r>
        <w:rPr/>
        <w:t>—Y hay otros buscando las piezas. Gente que no comparte nuestras</w:t>
      </w:r>
      <w:r>
        <w:rPr/>
        <w:t xml:space="preserve"> </w:t>
      </w:r>
      <w:r>
        <w:rPr/>
        <w:t>restricciones. Tengan mucho cuidado.</w:t>
      </w:r>
    </w:p>
    <w:p>
      <w:pPr>
        <w:pStyle w:val="BodyText"/>
      </w:pPr>
      <w:r>
        <w:rPr/>
        <w:t>Sus pasos se perdieron escalera arriba.</w:t>
      </w:r>
    </w:p>
    <w:p>
      <w:pPr>
        <w:pStyle w:val="BodyText"/>
      </w:pPr>
      <w:r>
        <w:rPr/>
        <w:t>Lena miró a Mar.</w:t>
      </w:r>
    </w:p>
    <w:p>
      <w:pPr>
        <w:pStyle w:val="BodyText"/>
      </w:pPr>
      <w:r>
        <w:rPr/>
        <w:t>—¿Y ahora?</w:t>
      </w:r>
    </w:p>
    <w:p>
      <w:pPr>
        <w:pStyle w:val="BodyText"/>
      </w:pPr>
      <w:r>
        <w:rPr/>
        <w:t>—Volvemos a Berlín. Reproduciremos el disquete. Pero no para traerlo</w:t>
      </w:r>
      <w:r>
        <w:rPr/>
        <w:t xml:space="preserve"> </w:t>
      </w:r>
      <w:r>
        <w:rPr/>
        <w:t>de vuelta. Para terminar lo que empezó.</w:t>
      </w:r>
    </w:p>
    <w:p>
      <w:pPr>
        <w:pStyle w:val="BodyText"/>
      </w:pPr>
      <w:r>
        <w:rPr/>
        <w:t>Guardaron el violín en la mochila de Lena y salieron de la cámara. Praga</w:t>
      </w:r>
      <w:r>
        <w:rPr/>
        <w:t xml:space="preserve"> </w:t>
      </w:r>
      <w:r>
        <w:rPr/>
        <w:t>brillaba reflejada en el Vltava, una ciudad invertida suspendida en agua</w:t>
      </w:r>
      <w:r>
        <w:rPr/>
        <w:t xml:space="preserve"> </w:t>
      </w:r>
      <w:r>
        <w:rPr/>
        <w:t>y luz.</w:t>
      </w:r>
    </w:p>
    <w:p>
      <w:pPr>
        <w:pStyle w:val="BodyText"/>
      </w:pPr>
      <w:r>
        <w:rPr/>
        <w:t>La verdad está en el reflejo, nunca en la superficie.</w:t>
      </w:r>
    </w:p>
    <w:p>
      <w:pPr>
        <w:pStyle w:val="BodyText"/>
      </w:pPr>
      <w:r>
        <w:rPr/>
        <w:t>-</w:t>
      </w:r>
    </w:p>
    <w:p>
      <w:pPr>
        <w:pStyle w:val="Heading1"/>
      </w:pPr>
      <w:r>
        <w:rPr/>
        <w:t>CAPÍTULO 12. EL ESTUDIO DE ILIBERIS</w:t>
      </w:r>
    </w:p>
    <w:p>
      <w:pPr>
        <w:pStyle w:val="Heading1"/>
      </w:pPr>
      <w:r/>
    </w:p>
    <w:p>
      <w:pPr/>
      <w:r>
        <w:rPr/>
        <w:t>«Hay canciones que te salvan y otras que te exigen que te pierdas para</w:t>
      </w:r>
      <w:r>
        <w:rPr/>
        <w:t xml:space="preserve"> </w:t>
      </w:r>
      <w:r>
        <w:rPr/>
        <w:t>encontrarlas.»</w:t>
      </w:r>
    </w:p>
    <w:p>
      <w:pPr>
        <w:pStyle w:val="BodyText"/>
      </w:pPr>
      <w:r>
        <w:rPr/>
        <w:t>—ILIBERIS</w:t>
      </w:r>
    </w:p>
    <w:p>
      <w:pPr>
        <w:pStyle w:val="BodyText"/>
      </w:pPr>
      <w:r>
        <w:rPr/>
        <w:t>Berlín, Wedding, noviembre de 2023</w:t>
      </w:r>
    </w:p>
    <w:p>
      <w:pPr>
        <w:pStyle w:val="BodyText"/>
      </w:pPr>
      <w:r>
        <w:rPr/>
        <w:t>El edificio industrial junto a Leopoldplatz parecía contener el aliento.</w:t>
      </w:r>
      <w:r>
        <w:rPr/>
        <w:t xml:space="preserve"> </w:t>
      </w:r>
      <w:r>
        <w:rPr/>
        <w:t>Era de ladrillo gastado, ventanas altas empapeladas desde dentro,</w:t>
      </w:r>
      <w:r>
        <w:rPr/>
        <w:t xml:space="preserve"> </w:t>
      </w:r>
      <w:r>
        <w:rPr/>
        <w:t>puertas metálicas repintadas demasiadas veces con capas superpuestas que</w:t>
      </w:r>
      <w:r>
        <w:rPr/>
        <w:t xml:space="preserve"> </w:t>
      </w:r>
      <w:r>
        <w:rPr/>
        <w:t>nadie se había molestado en lijar. Mar y Lena cruzaron el portal con la</w:t>
      </w:r>
      <w:r>
        <w:rPr/>
        <w:t xml:space="preserve"> </w:t>
      </w:r>
      <w:r>
        <w:rPr/>
        <w:t>sensación de estar entrando en un pulmón que no terminaba de decidirse</w:t>
      </w:r>
      <w:r>
        <w:rPr/>
        <w:t xml:space="preserve"> </w:t>
      </w:r>
      <w:r>
        <w:rPr/>
        <w:t>entre inhalar o exhalar.</w:t>
      </w:r>
    </w:p>
    <w:p>
      <w:pPr>
        <w:pStyle w:val="BodyText"/>
      </w:pPr>
      <w:r>
        <w:rPr/>
        <w:t>El olor era neutro de manera deliberada: detergente barato, polvo</w:t>
      </w:r>
      <w:r>
        <w:rPr/>
        <w:t xml:space="preserve"> </w:t>
      </w:r>
      <w:r>
        <w:rPr/>
        <w:t>antiguo, un leve rastro de aceite de máquina vieja en las escaleras de</w:t>
      </w:r>
      <w:r>
        <w:rPr/>
        <w:t xml:space="preserve"> </w:t>
      </w:r>
      <w:r>
        <w:rPr/>
        <w:t>hormigón. Nada personal. Nada memorable. Como si el lugar se hubiera</w:t>
      </w:r>
      <w:r>
        <w:rPr/>
        <w:t xml:space="preserve"> </w:t>
      </w:r>
      <w:r>
        <w:rPr/>
        <w:t>especializado en no dejar huella en la memoria de nadie.</w:t>
      </w:r>
    </w:p>
    <w:p>
      <w:pPr>
        <w:pStyle w:val="BodyText"/>
      </w:pPr>
      <w:r>
        <w:rPr/>
        <w:t>—Markus y su sentido teatral —murmuró Lena, ajustándose la</w:t>
      </w:r>
      <w:r>
        <w:rPr/>
        <w:t xml:space="preserve"> </w:t>
      </w:r>
      <w:r>
        <w:rPr/>
        <w:t>mochila—. «Un sitio sin memoria», dijo. Le faltó añadir: «y sin</w:t>
      </w:r>
      <w:r>
        <w:rPr/>
        <w:t xml:space="preserve"> </w:t>
      </w:r>
      <w:r>
        <w:rPr/>
        <w:t>calefacción funcional desde 2008».</w:t>
      </w:r>
    </w:p>
    <w:p>
      <w:pPr>
        <w:pStyle w:val="BodyText"/>
      </w:pPr>
      <w:r>
        <w:rPr/>
        <w:t>Subieron al tercer piso por una escalera cuyas barandillas habían sido</w:t>
      </w:r>
      <w:r>
        <w:rPr/>
        <w:t xml:space="preserve"> </w:t>
      </w:r>
      <w:r>
        <w:rPr/>
        <w:t>pintadas de verde militar en algún momento de los años setenta y nunca</w:t>
      </w:r>
      <w:r>
        <w:rPr/>
        <w:t xml:space="preserve"> </w:t>
      </w:r>
      <w:r>
        <w:rPr/>
        <w:t>vueltas a tocar. El eco de sus pasos se perdía en el pasillo largo,</w:t>
      </w:r>
      <w:r>
        <w:rPr/>
        <w:t xml:space="preserve"> </w:t>
      </w:r>
      <w:r>
        <w:rPr/>
        <w:t>iluminado por tubos fluorescentes que parpadeaban con un zumbido débil</w:t>
      </w:r>
      <w:r>
        <w:rPr/>
        <w:t xml:space="preserve"> </w:t>
      </w:r>
      <w:r>
        <w:rPr/>
        <w:t>pero persistente. Las puertas numeradas parecían idénticas, todas de</w:t>
      </w:r>
      <w:r>
        <w:rPr/>
        <w:t xml:space="preserve"> </w:t>
      </w:r>
      <w:r>
        <w:rPr/>
        <w:t>metal pintado de gris institucional, sin rótulos ni señales. Solo la del</w:t>
      </w:r>
      <w:r>
        <w:rPr/>
        <w:t xml:space="preserve"> </w:t>
      </w:r>
      <w:r>
        <w:rPr/>
        <w:t>fondo, Estudio 4, tenía un detalle distinto: una pequeña pegatina</w:t>
      </w:r>
      <w:r>
        <w:rPr/>
        <w:t xml:space="preserve"> </w:t>
      </w:r>
      <w:r>
        <w:rPr/>
        <w:t>descolorida con el logo casi borrado de Memory Records, la discográfica</w:t>
      </w:r>
      <w:r>
        <w:rPr/>
        <w:t xml:space="preserve"> </w:t>
      </w:r>
      <w:r>
        <w:rPr/>
        <w:t>que había muerto antes de nacer.</w:t>
      </w:r>
    </w:p>
    <w:p>
      <w:pPr>
        <w:pStyle w:val="BodyText"/>
      </w:pPr>
      <w:r>
        <w:rPr/>
        <w:t>Mar pasó la yema de los dedos sobre la pegatina. Notó el relieve casi</w:t>
      </w:r>
      <w:r>
        <w:rPr/>
        <w:t xml:space="preserve"> </w:t>
      </w:r>
      <w:r>
        <w:rPr/>
        <w:t>imperceptible de las letras, como leer Braille emocional.</w:t>
      </w:r>
    </w:p>
    <w:p>
      <w:pPr>
        <w:pStyle w:val="BodyText"/>
      </w:pPr>
      <w:r>
        <w:rPr/>
        <w:t>—Él estuvo aquí —susurró.</w:t>
      </w:r>
    </w:p>
    <w:p>
      <w:pPr>
        <w:pStyle w:val="BodyText"/>
      </w:pPr>
      <w:r>
        <w:rPr/>
        <w:t>—Y Markus también —respondió Lena—. Si dijo que este estudio es</w:t>
      </w:r>
      <w:r>
        <w:rPr/>
        <w:t xml:space="preserve"> </w:t>
      </w:r>
      <w:r>
        <w:rPr/>
        <w:t>seguro, es el más seguro de todo Berlín. O el más invisible, que viene a</w:t>
      </w:r>
      <w:r>
        <w:rPr/>
        <w:t xml:space="preserve"> </w:t>
      </w:r>
      <w:r>
        <w:rPr/>
        <w:t>ser lo mismo.</w:t>
      </w:r>
    </w:p>
    <w:p>
      <w:pPr>
        <w:pStyle w:val="BodyText"/>
      </w:pPr>
      <w:r>
        <w:rPr/>
        <w:t>Mar no estaba tan segura de que «seguro» fuera una palabra aplicable a</w:t>
      </w:r>
      <w:r>
        <w:rPr/>
        <w:t xml:space="preserve"> </w:t>
      </w:r>
      <w:r>
        <w:rPr/>
        <w:t>nada que tuviera relación con Adrián y frecuencias prohibidas.</w:t>
      </w:r>
    </w:p>
    <w:p>
      <w:pPr>
        <w:pStyle w:val="BodyText"/>
      </w:pPr>
      <w:r>
        <w:rPr/>
        <w:t>Lena sacó la llave que Markus le había dado: un trozo de metal sin</w:t>
      </w:r>
      <w:r>
        <w:rPr/>
        <w:t xml:space="preserve"> </w:t>
      </w:r>
      <w:r>
        <w:rPr/>
        <w:t>ningún identificador. La cerradura giró con una resistencia mínima, como</w:t>
      </w:r>
      <w:r>
        <w:rPr/>
        <w:t xml:space="preserve"> </w:t>
      </w:r>
      <w:r>
        <w:rPr/>
        <w:t>si la puerta llevara años esperando ese giro concreto, ese ángulo</w:t>
      </w:r>
      <w:r>
        <w:rPr/>
        <w:t xml:space="preserve"> </w:t>
      </w:r>
      <w:r>
        <w:rPr/>
        <w:t>exacto.</w:t>
      </w:r>
    </w:p>
    <w:p>
      <w:pPr>
        <w:pStyle w:val="BodyText"/>
      </w:pPr>
      <w:r>
        <w:rPr/>
        <w:t>Dentro, el estudio olía a polvo limpio y plástico añejo. Una sensación</w:t>
      </w:r>
      <w:r>
        <w:rPr/>
        <w:t xml:space="preserve"> </w:t>
      </w:r>
      <w:r>
        <w:rPr/>
        <w:t>antiséptica de lugar sin historia reciente. Las paredes estaban</w:t>
      </w:r>
      <w:r>
        <w:rPr/>
        <w:t xml:space="preserve"> </w:t>
      </w:r>
      <w:r>
        <w:rPr/>
        <w:t>desnudas, pintadas de blanco roto. No había pósters, ni fotos, ni restos</w:t>
      </w:r>
      <w:r>
        <w:rPr/>
        <w:t xml:space="preserve"> </w:t>
      </w:r>
      <w:r>
        <w:rPr/>
        <w:t>de cinta adhesiva en los marcos. Nada que indicara quién había trabajado</w:t>
      </w:r>
      <w:r>
        <w:rPr/>
        <w:t xml:space="preserve"> </w:t>
      </w:r>
      <w:r>
        <w:rPr/>
        <w:t>allí o qué música había nacido entre esas cuatro paredes. Solo el</w:t>
      </w:r>
      <w:r>
        <w:rPr/>
        <w:t xml:space="preserve"> </w:t>
      </w:r>
      <w:r>
        <w:rPr/>
        <w:t>rectángulo más oscuro donde había estado colgada alguna cosa —un</w:t>
      </w:r>
      <w:r>
        <w:rPr/>
        <w:t xml:space="preserve"> </w:t>
      </w:r>
      <w:r>
        <w:rPr/>
        <w:t>calendario, quizá, o una foto— y fue arrancada sin cuidado.</w:t>
      </w:r>
    </w:p>
    <w:p>
      <w:pPr>
        <w:pStyle w:val="BodyText"/>
      </w:pPr>
      <w:r>
        <w:rPr/>
        <w:t>En el centro de la sala, bajo una lona gris industrial, se adivinaba la</w:t>
      </w:r>
      <w:r>
        <w:rPr/>
        <w:t xml:space="preserve"> </w:t>
      </w:r>
      <w:r>
        <w:rPr/>
        <w:t>silueta rectangular de una mesa de control.</w:t>
      </w:r>
    </w:p>
    <w:p>
      <w:pPr>
        <w:pStyle w:val="BodyText"/>
      </w:pPr>
      <w:r>
        <w:rPr/>
        <w:t>Lena tiró de la lona con un movimiento decidido. El polvo flotó en haces</w:t>
      </w:r>
      <w:r>
        <w:rPr/>
        <w:t xml:space="preserve"> </w:t>
      </w:r>
      <w:r>
        <w:rPr/>
        <w:t>de luz oblicua que entraban por la ventana sucia.</w:t>
      </w:r>
    </w:p>
    <w:p>
      <w:pPr>
        <w:pStyle w:val="BodyText"/>
      </w:pPr>
      <w:r>
        <w:rPr/>
        <w:t>—Hostia —dijo, casi en un susurro de respeto involuntario.</w:t>
      </w:r>
    </w:p>
    <w:p>
      <w:pPr>
        <w:pStyle w:val="BodyText"/>
      </w:pPr>
      <w:r>
        <w:rPr/>
        <w:t>El altar tecnológico se reveló en capas: un Power Mac G4 color grafito</w:t>
      </w:r>
      <w:r>
        <w:rPr/>
        <w:t xml:space="preserve"> </w:t>
      </w:r>
      <w:r>
        <w:rPr/>
        <w:t>con su monitor CRT de borde abultado; una pareja de monitores Genelec</w:t>
      </w:r>
      <w:r>
        <w:rPr/>
        <w:t xml:space="preserve"> </w:t>
      </w:r>
      <w:r>
        <w:rPr/>
        <w:t>1030A con las rejillas ligeramente amarillentas; un DAT Sony PCM-R500;</w:t>
      </w:r>
      <w:r>
        <w:rPr/>
        <w:t xml:space="preserve"> </w:t>
      </w:r>
      <w:r>
        <w:rPr/>
        <w:t>una modesta mesa analógica Mackie con potenciómetros que habían perdido</w:t>
      </w:r>
      <w:r>
        <w:rPr/>
        <w:t xml:space="preserve"> </w:t>
      </w:r>
      <w:r>
        <w:rPr/>
        <w:t>su brillo original; un Zoom F8n preparado junto a un rack de conversores</w:t>
      </w:r>
      <w:r>
        <w:rPr/>
        <w:t xml:space="preserve"> </w:t>
      </w:r>
      <w:r>
        <w:rPr/>
        <w:t>Apogee. Todo perfectamente cableado con Mogami y Canare, etiquetado con</w:t>
      </w:r>
      <w:r>
        <w:rPr/>
        <w:t xml:space="preserve"> </w:t>
      </w:r>
      <w:r>
        <w:rPr/>
        <w:t>cinta de</w:t>
      </w:r>
    </w:p>
    <w:p>
      <w:pPr>
        <w:pStyle w:val="BodyText"/>
      </w:pPr>
      <w:r>
        <w:rPr/>
        <w:t>papel y rotulador permanente, esperando.</w:t>
      </w:r>
    </w:p>
    <w:p>
      <w:pPr>
        <w:pStyle w:val="BodyText"/>
      </w:pPr>
      <w:r>
        <w:rPr/>
        <w:t>No era un museo de tecnología obsoleta. Era un sistema preparado, en</w:t>
      </w:r>
      <w:r>
        <w:rPr/>
        <w:t xml:space="preserve"> </w:t>
      </w:r>
      <w:r>
        <w:rPr/>
        <w:t>pausa, como un corazón en animación suspendida esperando el</w:t>
      </w:r>
      <w:r>
        <w:rPr/>
        <w:t xml:space="preserve"> </w:t>
      </w:r>
      <w:r>
        <w:rPr/>
        <w:t>desfibrilador correcto.</w:t>
      </w:r>
    </w:p>
    <w:p>
      <w:pPr>
        <w:pStyle w:val="BodyText"/>
      </w:pPr>
      <w:r>
        <w:rPr/>
        <w:t>Mar sintió el zumbido leve del transformador Furman al acercarse.</w:t>
      </w:r>
      <w:r>
        <w:rPr/>
        <w:t xml:space="preserve"> </w:t>
      </w:r>
      <w:r>
        <w:rPr/>
        <w:t>Aquellas máquinas llevaban años apagadas, pero el simple acto de</w:t>
      </w:r>
      <w:r>
        <w:rPr/>
        <w:t xml:space="preserve"> </w:t>
      </w:r>
      <w:r>
        <w:rPr/>
        <w:t>mirarlas parecía cargarlas de potencial.</w:t>
      </w:r>
    </w:p>
    <w:p>
      <w:pPr>
        <w:pStyle w:val="BodyText"/>
      </w:pPr>
      <w:r>
        <w:rPr/>
        <w:t>En un lateral, sobre el monitor CRT, había una nota escrita a mano con</w:t>
      </w:r>
      <w:r>
        <w:rPr/>
        <w:t xml:space="preserve"> </w:t>
      </w:r>
      <w:r>
        <w:rPr/>
        <w:t>la caligrafía angular de Markus. Reconoció al instante esa precisión que</w:t>
      </w:r>
      <w:r>
        <w:rPr/>
        <w:t xml:space="preserve"> </w:t>
      </w:r>
      <w:r>
        <w:rPr/>
        <w:t>rozaba la manía obsesiva:</w:t>
      </w:r>
    </w:p>
    <w:p>
      <w:pPr>
        <w:pStyle w:val="BodyText"/>
      </w:pPr>
      <w:r>
        <w:rPr/>
        <w:t>*Mar y Lena:*</w:t>
      </w:r>
    </w:p>
    <w:p>
      <w:pPr>
        <w:pStyle w:val="BodyText"/>
      </w:pPr>
      <w:r>
        <w:rPr/>
        <w:t>*Este estudio no guarda recuerdos. Por eso es seguro.*</w:t>
      </w:r>
    </w:p>
    <w:p>
      <w:pPr>
        <w:pStyle w:val="BodyText"/>
      </w:pPr>
      <w:r>
        <w:rPr/>
        <w:t>*El disquete se reproduce aquí. NO con auriculares normales.*</w:t>
      </w:r>
    </w:p>
    <w:p>
      <w:pPr>
        <w:pStyle w:val="BodyText"/>
      </w:pPr>
      <w:r>
        <w:rPr/>
        <w:t>*Mar: usa el violín como receptor. Es un transductor del sustrato.*</w:t>
      </w:r>
    </w:p>
    <w:p>
      <w:pPr>
        <w:pStyle w:val="BodyText"/>
      </w:pPr>
      <w:r>
        <w:rPr/>
        <w:t>*Lena: ancla.*</w:t>
      </w:r>
    </w:p>
    <w:p>
      <w:pPr>
        <w:pStyle w:val="BodyText"/>
      </w:pPr>
      <w:r>
        <w:rPr/>
        <w:t>*Si superáis 95 dB, si la temperatura cae 5 °C, si aparece</w:t>
      </w:r>
      <w:r>
        <w:rPr/>
        <w:t xml:space="preserve"> </w:t>
      </w:r>
      <w:r>
        <w:rPr/>
        <w:t>interferencia visual: detened inmediatamente.*</w:t>
      </w:r>
    </w:p>
    <w:p>
      <w:pPr>
        <w:pStyle w:val="BodyText"/>
      </w:pPr>
      <w:r>
        <w:rPr/>
        <w:t>*Si Chrysalis llega, dejadlos observar. Tienen miedo, pero no son el</w:t>
      </w:r>
      <w:r>
        <w:rPr/>
        <w:t xml:space="preserve"> </w:t>
      </w:r>
      <w:r>
        <w:rPr/>
        <w:t>enemigo.*</w:t>
      </w:r>
    </w:p>
    <w:p>
      <w:pPr>
        <w:pStyle w:val="BodyText"/>
      </w:pPr>
      <w:r>
        <w:rPr/>
        <w:t>*—M.*</w:t>
      </w:r>
    </w:p>
    <w:p>
      <w:pPr>
        <w:pStyle w:val="BodyText"/>
      </w:pPr>
      <w:r>
        <w:rPr/>
        <w:t>Mar leyó la nota dos veces, procesando cada línea. La palabra «ancla»</w:t>
      </w:r>
      <w:r>
        <w:rPr/>
        <w:t xml:space="preserve"> </w:t>
      </w:r>
      <w:r>
        <w:rPr/>
        <w:t>junto al nombre de Lena le provocó un pequeño alivio físico, como si</w:t>
      </w:r>
      <w:r>
        <w:rPr/>
        <w:t xml:space="preserve"> </w:t>
      </w:r>
      <w:r>
        <w:rPr/>
        <w:t>alguien hubiera colocado un contrapeso en su pecho.</w:t>
      </w:r>
    </w:p>
    <w:p>
      <w:pPr>
        <w:pStyle w:val="BodyText"/>
      </w:pPr>
      <w:r>
        <w:rPr/>
        <w:t>—¿Sabías lo de Chrysalis? —preguntó.</w:t>
      </w:r>
    </w:p>
    <w:p>
      <w:pPr>
        <w:pStyle w:val="BodyText"/>
      </w:pPr>
      <w:r>
        <w:rPr/>
        <w:t>—Sabía que existía un proyecto de vigilancia enfocado en frecuencias</w:t>
      </w:r>
      <w:r>
        <w:rPr/>
        <w:t xml:space="preserve"> </w:t>
      </w:r>
      <w:r>
        <w:rPr/>
        <w:t>intermedias —respondió Lena, encogiéndose de hombros—. No sabía que</w:t>
      </w:r>
      <w:r>
        <w:rPr/>
        <w:t xml:space="preserve"> </w:t>
      </w:r>
      <w:r>
        <w:rPr/>
        <w:t>Markus los consideraba «no enemigos». Eso sí que es información nueva e</w:t>
      </w:r>
      <w:r>
        <w:rPr/>
        <w:t xml:space="preserve"> </w:t>
      </w:r>
      <w:r>
        <w:rPr/>
        <w:t>inquietante.</w:t>
      </w:r>
    </w:p>
    <w:p>
      <w:pPr>
        <w:pStyle w:val="BodyText"/>
      </w:pPr>
      <w:r>
        <w:rPr/>
        <w:t>Mar dejó la nota sobre el teclado QWERTY amarillento de la mesa y sacó</w:t>
      </w:r>
      <w:r>
        <w:rPr/>
        <w:t xml:space="preserve"> </w:t>
      </w:r>
      <w:r>
        <w:rPr/>
        <w:t>el disquete de su mochila. El rectángulo negro de 3.5 pulgadas parecía</w:t>
      </w:r>
      <w:r>
        <w:rPr/>
        <w:t xml:space="preserve"> </w:t>
      </w:r>
      <w:r>
        <w:rPr/>
        <w:t>ridículamente insignificante. En la etiqueta blanca, escrita en tinta</w:t>
      </w:r>
      <w:r>
        <w:rPr/>
        <w:t xml:space="preserve"> </w:t>
      </w:r>
      <w:r>
        <w:rPr/>
        <w:t>permanente azul, la misma marca que la había perseguido desde Soria:</w:t>
      </w:r>
    </w:p>
    <w:p>
      <w:pPr>
        <w:pStyle w:val="BodyText"/>
      </w:pPr>
      <w:r>
        <w:rPr/>
        <w:t>*FA♯ — último segundo.*</w:t>
      </w:r>
    </w:p>
    <w:p>
      <w:pPr>
        <w:pStyle w:val="BodyText"/>
      </w:pPr>
      <w:r>
        <w:rPr/>
        <w:t>La cicatriz bajo su clavícula respondió con un leve cosquilleo, un</w:t>
      </w:r>
      <w:r>
        <w:rPr/>
        <w:t xml:space="preserve"> </w:t>
      </w:r>
      <w:r>
        <w:rPr/>
        <w:t>zumbido casi eléctrico que reconocía la proximidad de algo importante.</w:t>
      </w:r>
    </w:p>
    <w:p>
      <w:pPr>
        <w:pStyle w:val="BodyText"/>
      </w:pPr>
      <w:r>
        <w:rPr/>
        <w:t>—No te pongas sentimental —murmuró Lena—. Es solo un soporte</w:t>
      </w:r>
      <w:r>
        <w:rPr/>
        <w:t xml:space="preserve"> </w:t>
      </w:r>
      <w:r>
        <w:rPr/>
        <w:t>magnético de 1,44 megabytes de capacidad obsoleta.</w:t>
      </w:r>
    </w:p>
    <w:p>
      <w:pPr>
        <w:pStyle w:val="BodyText"/>
      </w:pPr>
      <w:r>
        <w:rPr/>
        <w:t>—Claro —respondió Mar—. Como si supieras exactamente cuántas cosas</w:t>
      </w:r>
      <w:r>
        <w:rPr/>
        <w:t xml:space="preserve"> </w:t>
      </w:r>
      <w:r>
        <w:rPr/>
        <w:t>imposibles caben en 1,44 megas cuando están comprimidas por alguien que</w:t>
      </w:r>
      <w:r>
        <w:rPr/>
        <w:t xml:space="preserve"> </w:t>
      </w:r>
      <w:r>
        <w:rPr/>
        <w:t>sabía lo que hacía.</w:t>
      </w:r>
    </w:p>
    <w:p>
      <w:pPr>
        <w:pStyle w:val="BodyText"/>
      </w:pPr>
      <w:r>
        <w:rPr/>
        <w:t>Al fondo del estudio, Viktor comprobaba por tercera vez el equipo</w:t>
      </w:r>
      <w:r>
        <w:rPr/>
        <w:t xml:space="preserve"> </w:t>
      </w:r>
      <w:r>
        <w:rPr/>
        <w:t>adicional que había traído el Proyecto Silencio: un pequeño maletín</w:t>
      </w:r>
      <w:r>
        <w:rPr/>
        <w:t xml:space="preserve"> </w:t>
      </w:r>
      <w:r>
        <w:rPr/>
        <w:t>metálico apoyado contra la pared, el cancelador de campo de</w:t>
      </w:r>
      <w:r>
        <w:rPr/>
        <w:t xml:space="preserve"> </w:t>
      </w:r>
      <w:r>
        <w:rPr/>
        <w:t>interferencia. Cables blindados, un generador de ruido rosa controlado,</w:t>
      </w:r>
      <w:r>
        <w:rPr/>
        <w:t xml:space="preserve"> </w:t>
      </w:r>
      <w:r>
        <w:rPr/>
        <w:t>un módulo preparado para emitir un patrón inverso en caso de emergencia</w:t>
      </w:r>
      <w:r>
        <w:rPr/>
        <w:t xml:space="preserve"> </w:t>
      </w:r>
      <w:r>
        <w:rPr/>
        <w:t>crítica.</w:t>
      </w:r>
    </w:p>
    <w:p>
      <w:pPr>
        <w:pStyle w:val="BodyText"/>
      </w:pPr>
      <w:r>
        <w:rPr/>
        <w:t>—¿Parámetros confirmados? —preguntó sin levantar la vista del</w:t>
      </w:r>
      <w:r>
        <w:rPr/>
        <w:t xml:space="preserve"> </w:t>
      </w:r>
      <w:r>
        <w:rPr/>
        <w:t>display.</w:t>
      </w:r>
    </w:p>
    <w:p>
      <w:pPr>
        <w:pStyle w:val="BodyText"/>
      </w:pPr>
      <w:r>
        <w:rPr/>
        <w:t>—Umbral de corte a noventa y seis decibelios —enumeró Lena—. Caída</w:t>
      </w:r>
      <w:r>
        <w:rPr/>
        <w:t xml:space="preserve"> </w:t>
      </w:r>
      <w:r>
        <w:rPr/>
        <w:t>de temperatura a partir de cinco grados Celsius. Interferencias visuales</w:t>
      </w:r>
      <w:r>
        <w:rPr/>
        <w:t xml:space="preserve"> </w:t>
      </w:r>
      <w:r>
        <w:rPr/>
        <w:t>sostenidas más de cinco segundos continuos. Si cualquiera de esos</w:t>
      </w:r>
      <w:r>
        <w:rPr/>
        <w:t xml:space="preserve"> </w:t>
      </w:r>
      <w:r>
        <w:rPr/>
        <w:t>parámetros se cumple, cortas sin preguntar. Sin heroísmo.</w:t>
      </w:r>
    </w:p>
    <w:p>
      <w:pPr>
        <w:pStyle w:val="BodyText"/>
      </w:pPr>
      <w:r>
        <w:rPr/>
        <w:t>Viktor asintió con la seriedad de quien ha manejado cosas peligrosas</w:t>
      </w:r>
      <w:r>
        <w:rPr/>
        <w:t xml:space="preserve"> </w:t>
      </w:r>
      <w:r>
        <w:rPr/>
        <w:t>antes y sabe que los protocolos existen por razones escritas con sangre.</w:t>
      </w:r>
    </w:p>
    <w:p>
      <w:pPr>
        <w:pStyle w:val="BodyText"/>
      </w:pPr>
      <w:r>
        <w:rPr/>
        <w:t>—¿Lista? —preguntó Lena girándose hacia Mar.</w:t>
      </w:r>
    </w:p>
    <w:p>
      <w:pPr>
        <w:pStyle w:val="BodyText"/>
      </w:pPr>
      <w:r>
        <w:rPr/>
        <w:t>Mar no respondió de inmediato. Miró alrededor: las paredes desnudas, el</w:t>
      </w:r>
      <w:r>
        <w:rPr/>
        <w:t xml:space="preserve"> </w:t>
      </w:r>
      <w:r>
        <w:rPr/>
        <w:t>suelo de madera apagada, la ventana alta sobre un patio donde no se</w:t>
      </w:r>
      <w:r>
        <w:rPr/>
        <w:t xml:space="preserve"> </w:t>
      </w:r>
      <w:r>
        <w:rPr/>
        <w:t>escuchaban pájaros ni perros ni voces humanas. Aquello no era su estudio</w:t>
      </w:r>
      <w:r>
        <w:rPr/>
        <w:t xml:space="preserve"> </w:t>
      </w:r>
      <w:r>
        <w:rPr/>
        <w:t>ni el de Adrián. No cargaba la memoria de sesiones pasadas ni de noches</w:t>
      </w:r>
      <w:r>
        <w:rPr/>
        <w:t xml:space="preserve"> </w:t>
      </w:r>
      <w:r>
        <w:rPr/>
        <w:t>perdidas componiendo. Tal vez, pensó, ese vacío era precisamente lo que</w:t>
      </w:r>
      <w:r>
        <w:rPr/>
        <w:t xml:space="preserve"> </w:t>
      </w:r>
      <w:r>
        <w:rPr/>
        <w:t>necesitaban. Un lienzo en blanco. Un espacio sin fantasmas previos.</w:t>
      </w:r>
    </w:p>
    <w:p>
      <w:pPr>
        <w:pStyle w:val="BodyText"/>
      </w:pPr>
      <w:r>
        <w:rPr/>
        <w:t>Acarició el estuche del violín. La madera le devolvió un frío extraño,</w:t>
      </w:r>
      <w:r>
        <w:rPr/>
        <w:t xml:space="preserve"> </w:t>
      </w:r>
      <w:r>
        <w:rPr/>
        <w:t>más profundo que la simple temperatura del aire.</w:t>
      </w:r>
    </w:p>
    <w:p>
      <w:pPr>
        <w:pStyle w:val="BodyText"/>
      </w:pPr>
      <w:r>
        <w:rPr/>
        <w:t>—Lista —dijo por fin, con más convicción de la que sentía.</w:t>
      </w:r>
    </w:p>
    <w:p>
      <w:pPr>
        <w:pStyle w:val="BodyText"/>
      </w:pPr>
      <w:r>
        <w:rPr/>
        <w:t>Lena encendió el Power Mac G4. El chasquido del interruptor fue seguido</w:t>
      </w:r>
      <w:r>
        <w:rPr/>
        <w:t xml:space="preserve"> </w:t>
      </w:r>
      <w:r>
        <w:rPr/>
        <w:t>por el arranque grave del ventilador, un sonido analógico y</w:t>
      </w:r>
      <w:r>
        <w:rPr/>
        <w:t xml:space="preserve"> </w:t>
      </w:r>
      <w:r>
        <w:rPr/>
        <w:t>reconfortante. Un icono de Apple antiguo, de otro siglo más optimista,</w:t>
      </w:r>
      <w:r>
        <w:rPr/>
        <w:t xml:space="preserve"> </w:t>
      </w:r>
      <w:r>
        <w:rPr/>
        <w:t>apareció en el monitor. El sistema operativo Mac OS 9 levantó el</w:t>
      </w:r>
      <w:r>
        <w:rPr/>
        <w:t xml:space="preserve"> </w:t>
      </w:r>
      <w:r>
        <w:rPr/>
        <w:t>escritorio con una lentitud casi ceremoniosa, como si se estuviera</w:t>
      </w:r>
      <w:r>
        <w:rPr/>
        <w:t xml:space="preserve"> </w:t>
      </w:r>
      <w:r>
        <w:rPr/>
        <w:t>estirando después de un largo sueño.</w:t>
      </w:r>
    </w:p>
    <w:p>
      <w:pPr>
        <w:pStyle w:val="BodyText"/>
      </w:pPr>
      <w:r>
        <w:rPr/>
        <w:t>—Veinte años —murmuró Lena con algo parecido al afecto—. Y</w:t>
      </w:r>
      <w:r>
        <w:rPr/>
        <w:t xml:space="preserve"> </w:t>
      </w:r>
      <w:r>
        <w:rPr/>
        <w:t>funciona mejor que mi MacBook Pro nuevo. Porque este fue construido para</w:t>
      </w:r>
      <w:r>
        <w:rPr/>
        <w:t xml:space="preserve"> </w:t>
      </w:r>
      <w:r>
        <w:rPr/>
        <w:t>durar, no para ser reemplazado cada dieciocho meses.</w:t>
      </w:r>
    </w:p>
    <w:p>
      <w:pPr>
        <w:pStyle w:val="BodyText"/>
      </w:pPr>
      <w:r>
        <w:rPr/>
        <w:t>—Porque este era una herramienta —respondió Mar—, no un</w:t>
      </w:r>
      <w:r>
        <w:rPr/>
        <w:t xml:space="preserve"> </w:t>
      </w:r>
      <w:r>
        <w:rPr/>
        <w:t>dispositivo de consumo.</w:t>
      </w:r>
    </w:p>
    <w:p>
      <w:pPr>
        <w:pStyle w:val="BodyText"/>
      </w:pPr>
      <w:r>
        <w:rPr/>
        <w:t>Lena insertó el disquete en la unidad externa. El sonido mecánico de la</w:t>
      </w:r>
      <w:r>
        <w:rPr/>
        <w:t xml:space="preserve"> </w:t>
      </w:r>
      <w:r>
        <w:rPr/>
        <w:t>unidad A: leyendo sectores magnéticos se sintió completamente fuera de</w:t>
      </w:r>
      <w:r>
        <w:rPr/>
        <w:t xml:space="preserve"> </w:t>
      </w:r>
      <w:r>
        <w:rPr/>
        <w:t>lugar en 2023, como un insecto de era geológica equivocada.</w:t>
      </w:r>
    </w:p>
    <w:p>
      <w:pPr>
        <w:pStyle w:val="BodyText"/>
      </w:pPr>
      <w:r>
        <w:rPr/>
        <w:t>En pantalla apareció una carpeta con un nombre que ambas reconocieron:</w:t>
      </w:r>
      <w:r>
        <w:rPr/>
        <w:t xml:space="preserve"> </w:t>
      </w:r>
      <w:r>
        <w:rPr/>
        <w:t>ILIBERIS. Dentro, un único archivo de audio:</w:t>
      </w:r>
    </w:p>
    <w:p>
      <w:pPr>
        <w:pStyle w:val="BodyText"/>
      </w:pPr>
      <w:r>
        <w:rPr/>
        <w:t>*FA#_ULTIMO_SEGUNDO. Aif — 19,4 MB.*</w:t>
      </w:r>
    </w:p>
    <w:p>
      <w:pPr>
        <w:pStyle w:val="BodyText"/>
      </w:pPr>
      <w:r>
        <w:rPr/>
        <w:t>—Diecinueve megas para un segundo de audio —comentó Lena—. Markus</w:t>
      </w:r>
      <w:r>
        <w:rPr/>
        <w:t xml:space="preserve"> </w:t>
      </w:r>
      <w:r>
        <w:rPr/>
        <w:t>ha hecho alguna barbaridad técnica aquí. Compresión sin pérdida llevada</w:t>
      </w:r>
      <w:r>
        <w:rPr/>
        <w:t xml:space="preserve"> </w:t>
      </w:r>
      <w:r>
        <w:rPr/>
        <w:t>al límite.</w:t>
      </w:r>
    </w:p>
    <w:p>
      <w:pPr>
        <w:pStyle w:val="BodyText"/>
      </w:pPr>
      <w:r>
        <w:rPr/>
        <w:t>—No esperábamos menos —dijo Mar.</w:t>
      </w:r>
    </w:p>
    <w:p>
      <w:pPr>
        <w:pStyle w:val="BodyText"/>
      </w:pPr>
      <w:r>
        <w:rPr/>
        <w:t>Lena conectó la salida del Mac al Zoom F8n, armó las ocho pistas</w:t>
      </w:r>
      <w:r>
        <w:rPr/>
        <w:t xml:space="preserve"> </w:t>
      </w:r>
      <w:r>
        <w:rPr/>
        <w:t>disponibles, verificó niveles de entrada con el tono de prueba. Todo el</w:t>
      </w:r>
      <w:r>
        <w:rPr/>
        <w:t xml:space="preserve"> </w:t>
      </w:r>
      <w:r>
        <w:rPr/>
        <w:t>sistema quedó en grabación continua multipista. La redundancia era la</w:t>
      </w:r>
      <w:r>
        <w:rPr/>
        <w:t xml:space="preserve"> </w:t>
      </w:r>
      <w:r>
        <w:rPr/>
        <w:t>única religión aceptada aquella noche.</w:t>
      </w:r>
    </w:p>
    <w:p>
      <w:pPr>
        <w:pStyle w:val="BodyText"/>
      </w:pPr>
      <w:r>
        <w:rPr/>
        <w:t>Mar, de pie junto al micrófono Neumann KM 184 montado en el centro de la</w:t>
      </w:r>
      <w:r>
        <w:rPr/>
        <w:t xml:space="preserve"> </w:t>
      </w:r>
      <w:r>
        <w:rPr/>
        <w:t>sala, abrió el estuche del violín. El instrumento esperaba en silencio,</w:t>
      </w:r>
      <w:r>
        <w:rPr/>
        <w:t xml:space="preserve"> </w:t>
      </w:r>
      <w:r>
        <w:rPr/>
        <w:t>con la madera ligeramente mate por décadas de uso y aceite de manos.</w:t>
      </w:r>
      <w:r>
        <w:rPr/>
        <w:t xml:space="preserve"> </w:t>
      </w:r>
      <w:r>
        <w:rPr/>
        <w:t>Apoyó la barbilla en la mentonera, ajustó el arco con resina fresca. La</w:t>
      </w:r>
      <w:r>
        <w:rPr/>
        <w:t xml:space="preserve"> </w:t>
      </w:r>
      <w:r>
        <w:rPr/>
        <w:t>cicatriz bajo la clavícula vibró con un pulso que no tenía nada que ver</w:t>
      </w:r>
      <w:r>
        <w:rPr/>
        <w:t xml:space="preserve"> </w:t>
      </w:r>
      <w:r>
        <w:rPr/>
        <w:t>con su corazón biológico.</w:t>
      </w:r>
    </w:p>
    <w:p>
      <w:pPr>
        <w:pStyle w:val="BodyText"/>
      </w:pPr>
      <w:r>
        <w:rPr/>
        <w:t>Lena se giró hacia ella desde la mesa de control.</w:t>
      </w:r>
    </w:p>
    <w:p>
      <w:pPr>
        <w:pStyle w:val="BodyText"/>
      </w:pPr>
      <w:r>
        <w:rPr/>
        <w:t>—Mar —dijo, y en su voz no había ironía ni chiste ni distancia</w:t>
      </w:r>
      <w:r>
        <w:rPr/>
        <w:t xml:space="preserve"> </w:t>
      </w:r>
      <w:r>
        <w:rPr/>
        <w:t>protectora—. Si en algún momento quieres parar, si sientes que te</w:t>
      </w:r>
      <w:r>
        <w:rPr/>
        <w:t xml:space="preserve"> </w:t>
      </w:r>
      <w:r>
        <w:rPr/>
        <w:t>estás yendo demasiado lejos, paro. Sin preguntas. Sin juicios.</w:t>
      </w:r>
    </w:p>
    <w:p>
      <w:pPr>
        <w:pStyle w:val="BodyText"/>
      </w:pPr>
      <w:r>
        <w:rPr/>
        <w:t>—No quiero parar —respondió Mar—. Si algo va realmente mal, tú</w:t>
      </w:r>
      <w:r>
        <w:rPr/>
        <w:t xml:space="preserve"> </w:t>
      </w:r>
      <w:r>
        <w:rPr/>
        <w:t>paras. Esa es tu única responsabilidad aquí.</w:t>
      </w:r>
    </w:p>
    <w:p>
      <w:pPr>
        <w:pStyle w:val="BodyText"/>
      </w:pPr>
      <w:r>
        <w:rPr/>
        <w:t>Se miraron un segundo más de lo estrictamente necesario. Había muchas</w:t>
      </w:r>
      <w:r>
        <w:rPr/>
        <w:t xml:space="preserve"> </w:t>
      </w:r>
      <w:r>
        <w:rPr/>
        <w:t>cosas que ninguna de las dos estaba diciendo en voz alta: miedo al</w:t>
      </w:r>
      <w:r>
        <w:rPr/>
        <w:t xml:space="preserve"> </w:t>
      </w:r>
      <w:r>
        <w:rPr/>
        <w:t>fracaso, miedo al éxito, una forma extraña de culpa compartida por estar</w:t>
      </w:r>
      <w:r>
        <w:rPr/>
        <w:t xml:space="preserve"> </w:t>
      </w:r>
      <w:r>
        <w:rPr/>
        <w:t>haciendo esto, una sensación de inevitabilidad.</w:t>
      </w:r>
    </w:p>
    <w:p>
      <w:pPr>
        <w:pStyle w:val="BodyText"/>
      </w:pPr>
      <w:r>
        <w:rPr/>
        <w:t>Viktor los observaba desde la esquina, los brazos cruzados sobre el</w:t>
      </w:r>
      <w:r>
        <w:rPr/>
        <w:t xml:space="preserve"> </w:t>
      </w:r>
      <w:r>
        <w:rPr/>
        <w:t>pecho. Casi parecía rezar a un dios en el que había dejado de creer años</w:t>
      </w:r>
      <w:r>
        <w:rPr/>
        <w:t xml:space="preserve"> </w:t>
      </w:r>
      <w:r>
        <w:rPr/>
        <w:t>atrás.</w:t>
      </w:r>
    </w:p>
    <w:p>
      <w:pPr>
        <w:pStyle w:val="BodyText"/>
      </w:pPr>
      <w:r>
        <w:rPr/>
        <w:t>—Grabando en todas las pistas —anunció Lena—. Tres, dos, uno…</w:t>
      </w:r>
    </w:p>
    <w:p>
      <w:pPr>
        <w:pStyle w:val="BodyText"/>
      </w:pPr>
      <w:r>
        <w:rPr/>
        <w:t>Pulsó Play en el archivo.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primer segundo fue silencio. Pero no el silencio vacío de la ausencia</w:t>
      </w:r>
      <w:r>
        <w:rPr/>
        <w:t xml:space="preserve"> </w:t>
      </w:r>
      <w:r>
        <w:rPr/>
        <w:t>de sonido, sino uno denso, lleno de expectación contenida, como una</w:t>
      </w:r>
      <w:r>
        <w:rPr/>
        <w:t xml:space="preserve"> </w:t>
      </w:r>
      <w:r>
        <w:rPr/>
        <w:t>habitación que contuviera el aire de otra época suspendido en el tiempo.</w:t>
      </w:r>
      <w:r>
        <w:rPr/>
        <w:t xml:space="preserve"> </w:t>
      </w:r>
      <w:r>
        <w:rPr/>
        <w:t>El espectrograma en la pantalla del portátil de Lena se llenó de líneas</w:t>
      </w:r>
      <w:r>
        <w:rPr/>
        <w:t xml:space="preserve"> </w:t>
      </w:r>
      <w:r>
        <w:rPr/>
        <w:t>finas que no se parecían a nada que hubiera visto antes: curvas que se</w:t>
      </w:r>
      <w:r>
        <w:rPr/>
        <w:t xml:space="preserve"> </w:t>
      </w:r>
      <w:r>
        <w:rPr/>
        <w:t>retorcían sobre sí mismas como cintas de Möbius imposibles, espirales</w:t>
      </w:r>
      <w:r>
        <w:rPr/>
        <w:t xml:space="preserve"> </w:t>
      </w:r>
      <w:r>
        <w:rPr/>
        <w:t>que subían y bajaban simultáneamente violando la lógica del eje</w:t>
      </w:r>
      <w:r>
        <w:rPr/>
        <w:t xml:space="preserve"> </w:t>
      </w:r>
      <w:r>
        <w:rPr/>
        <w:t>temporal, estructuras que recordaban a una escritura cuneiforme</w:t>
      </w:r>
      <w:r>
        <w:rPr/>
        <w:t xml:space="preserve"> </w:t>
      </w:r>
      <w:r>
        <w:rPr/>
        <w:t>desconocida.</w:t>
      </w:r>
    </w:p>
    <w:p>
      <w:pPr>
        <w:pStyle w:val="BodyText"/>
      </w:pPr>
      <w:r>
        <w:rPr/>
        <w:t>—Setenta y dos decibelios… setenta y cinco… setenta y ocho…</w:t>
      </w:r>
      <w:r>
        <w:rPr/>
        <w:t xml:space="preserve"> </w:t>
      </w:r>
      <w:r>
        <w:rPr/>
        <w:t>—susurró Lena mirando el medidor.</w:t>
      </w:r>
    </w:p>
    <w:p>
      <w:pPr>
        <w:pStyle w:val="BodyText"/>
      </w:pPr>
      <w:r>
        <w:rPr/>
        <w:t>Mar alzó el arco. Trazó un Fa sostenido limpio en la cuerda La. La nota</w:t>
      </w:r>
      <w:r>
        <w:rPr/>
        <w:t xml:space="preserve"> </w:t>
      </w:r>
      <w:r>
        <w:rPr/>
        <w:t>salió simple al principio, honesta, una cuerda vibrando en el aire</w:t>
      </w:r>
      <w:r>
        <w:rPr/>
        <w:t xml:space="preserve"> </w:t>
      </w:r>
      <w:r>
        <w:rPr/>
        <w:t>estático del estudio.</w:t>
      </w:r>
    </w:p>
    <w:p>
      <w:pPr>
        <w:pStyle w:val="BodyText"/>
      </w:pPr>
      <w:r>
        <w:rPr/>
        <w:t>La temperatura de la sala descendió dos grados en tres segundos. El</w:t>
      </w:r>
      <w:r>
        <w:rPr/>
        <w:t xml:space="preserve"> </w:t>
      </w:r>
      <w:r>
        <w:rPr/>
        <w:t>aliento de Mar se volvió visible en el aire.</w:t>
      </w:r>
    </w:p>
    <w:p>
      <w:pPr>
        <w:pStyle w:val="BodyText"/>
      </w:pPr>
      <w:r>
        <w:rPr/>
        <w:t>—Ochenta y uno —marcó Lena—. Todo dentro de rango seguro.</w:t>
      </w:r>
    </w:p>
    <w:p>
      <w:pPr>
        <w:pStyle w:val="BodyText"/>
      </w:pPr>
      <w:r>
        <w:rPr/>
        <w:t>La onda del archivo reproducido y la nota del violín empezaron a</w:t>
      </w:r>
      <w:r>
        <w:rPr/>
        <w:t xml:space="preserve"> </w:t>
      </w:r>
      <w:r>
        <w:rPr/>
        <w:t>interferir de maneras que no deberían ser posibles según la física</w:t>
      </w:r>
      <w:r>
        <w:rPr/>
        <w:t xml:space="preserve"> </w:t>
      </w:r>
      <w:r>
        <w:rPr/>
        <w:t>acústica estándar. El Fa♯ grabado hace veinticinco años y el Fa♯ vivo</w:t>
      </w:r>
      <w:r>
        <w:rPr/>
        <w:t xml:space="preserve"> </w:t>
      </w:r>
      <w:r>
        <w:rPr/>
        <w:t>tocado ahora se encontraron en algún lugar imposible del espacio. El</w:t>
      </w:r>
      <w:r>
        <w:rPr/>
        <w:t xml:space="preserve"> </w:t>
      </w:r>
      <w:r>
        <w:rPr/>
        <w:t>sonido no se volvió más fuerte; se volvió más preciso. Más enfocado. El</w:t>
      </w:r>
      <w:r>
        <w:rPr/>
        <w:t xml:space="preserve"> </w:t>
      </w:r>
      <w:r>
        <w:rPr/>
        <w:t>espacio de la habitación pareció encogerse un milímetro, como si las</w:t>
      </w:r>
      <w:r>
        <w:rPr/>
        <w:t xml:space="preserve"> </w:t>
      </w:r>
      <w:r>
        <w:rPr/>
        <w:t>dimensiones físicas se hubieran comprimido ligeramente.</w:t>
      </w:r>
    </w:p>
    <w:p>
      <w:pPr>
        <w:pStyle w:val="BodyText"/>
      </w:pPr>
      <w:r>
        <w:rPr/>
        <w:t>Mar cerró los ojos. Hubo un instante en que ya no supo si el violín</w:t>
      </w:r>
      <w:r>
        <w:rPr/>
        <w:t xml:space="preserve"> </w:t>
      </w:r>
      <w:r>
        <w:rPr/>
        <w:t>seguía en sus manos o si ella misma se había convertido en la cuerda que</w:t>
      </w:r>
      <w:r>
        <w:rPr/>
        <w:t xml:space="preserve"> </w:t>
      </w:r>
      <w:r>
        <w:rPr/>
        <w:t>vibraba.</w:t>
      </w:r>
    </w:p>
    <w:p>
      <w:pPr>
        <w:pStyle w:val="BodyText"/>
      </w:pPr>
      <w:r>
        <w:rPr/>
        <w:t>Una imagen se filtró en su mente sin permiso: Adrián, de espaldas,</w:t>
      </w:r>
      <w:r>
        <w:rPr/>
        <w:t xml:space="preserve"> </w:t>
      </w:r>
      <w:r>
        <w:rPr/>
        <w:t>mirando por una ventana empañada en Kreuzberg en algún invierno perdido.</w:t>
      </w:r>
      <w:r>
        <w:rPr/>
        <w:t xml:space="preserve"> </w:t>
      </w:r>
      <w:r>
        <w:rPr/>
        <w:t>El reflejo en el cristal no era exactamente el suyo. El aire a su</w:t>
      </w:r>
      <w:r>
        <w:rPr/>
        <w:t xml:space="preserve"> </w:t>
      </w:r>
      <w:r>
        <w:rPr/>
        <w:t>alrededor vibraba como si estuviera a punto de deshacerse en partículas.</w:t>
      </w:r>
    </w:p>
    <w:p>
      <w:pPr>
        <w:pStyle w:val="BodyText"/>
      </w:pPr>
      <w:r>
        <w:rPr/>
        <w:t>La nota se sostuvo. El Fa♯ grabado desplegó sus capas ocultas como un</w:t>
      </w:r>
      <w:r>
        <w:rPr/>
        <w:t xml:space="preserve"> </w:t>
      </w:r>
      <w:r>
        <w:rPr/>
        <w:t>origami imposible. En el espectrograma surgieron formas geométricas que</w:t>
      </w:r>
      <w:r>
        <w:rPr/>
        <w:t xml:space="preserve"> </w:t>
      </w:r>
      <w:r>
        <w:rPr/>
        <w:t>se doblaban hacia atrás en el tiempo, como si la onda recordara todos</w:t>
      </w:r>
      <w:r>
        <w:rPr/>
        <w:t xml:space="preserve"> </w:t>
      </w:r>
      <w:r>
        <w:rPr/>
        <w:t>los lugares en los que había sido escuchada, todos los cuerpos que la</w:t>
      </w:r>
      <w:r>
        <w:rPr/>
        <w:t xml:space="preserve"> </w:t>
      </w:r>
      <w:r>
        <w:rPr/>
        <w:t>habían amplificado.</w:t>
      </w:r>
    </w:p>
    <w:p>
      <w:pPr>
        <w:pStyle w:val="BodyText"/>
      </w:pPr>
      <w:r>
        <w:rPr/>
        <w:t>—Ochenta y siete decibelios —informó Lena con la voz tensa—.</w:t>
      </w:r>
      <w:r>
        <w:rPr/>
        <w:t xml:space="preserve"> </w:t>
      </w:r>
      <w:r>
        <w:rPr/>
        <w:t>Temperatura, menos tres grados. Todo bien todavía. Mar… ¿cómo estás?</w:t>
      </w:r>
    </w:p>
    <w:p>
      <w:pPr>
        <w:pStyle w:val="BodyText"/>
      </w:pPr>
      <w:r>
        <w:rPr/>
        <w:t>Mar no respondió. El arco seguía dibujando ese Fa♯ interminable, pero</w:t>
      </w:r>
      <w:r>
        <w:rPr/>
        <w:t xml:space="preserve"> </w:t>
      </w:r>
      <w:r>
        <w:rPr/>
        <w:t>ella estaba en otro lugar. No fuera del cuerpo completamente, aún, pero</w:t>
      </w:r>
      <w:r>
        <w:rPr/>
        <w:t xml:space="preserve"> </w:t>
      </w:r>
      <w:r>
        <w:rPr/>
        <w:t>tampoco del todo dentro.</w:t>
      </w:r>
    </w:p>
    <w:p>
      <w:pPr>
        <w:pStyle w:val="BodyText"/>
      </w:pPr>
      <w:r>
        <w:rPr/>
        <w:t>Sintió, más que escuchó, voces superpuestas en capas temporales, como si</w:t>
      </w:r>
      <w:r>
        <w:rPr/>
        <w:t xml:space="preserve"> </w:t>
      </w:r>
      <w:r>
        <w:rPr/>
        <w:t>distintos siglos hablaran a la vez en frecuencias que se cruzaban. Una</w:t>
      </w:r>
      <w:r>
        <w:rPr/>
        <w:t xml:space="preserve"> </w:t>
      </w:r>
      <w:r>
        <w:rPr/>
        <w:t>letra en inglés emergió del ruido de fondo, fracturada, conocida y</w:t>
      </w:r>
      <w:r>
        <w:rPr/>
        <w:t xml:space="preserve"> </w:t>
      </w:r>
      <w:r>
        <w:rPr/>
        <w:t>extraña al mismo tiempo:</w:t>
      </w:r>
    </w:p>
    <w:p>
      <w:pPr>
        <w:pStyle w:val="BodyText"/>
      </w:pPr>
      <w:r>
        <w:rPr/>
        <w:t>*…begins to fade… I still can feel your trace…*</w:t>
      </w:r>
    </w:p>
    <w:p>
      <w:pPr>
        <w:pStyle w:val="BodyText"/>
      </w:pPr>
      <w:r>
        <w:rPr/>
        <w:t>No era una cita exacta de la canción. Era la memoria distorsionada de</w:t>
      </w:r>
      <w:r>
        <w:rPr/>
        <w:t xml:space="preserve"> </w:t>
      </w:r>
      <w:r>
        <w:rPr/>
        <w:t>una cita. El eco de algo que había cantado un hombre que ahora era más</w:t>
      </w:r>
      <w:r>
        <w:rPr/>
        <w:t xml:space="preserve"> </w:t>
      </w:r>
      <w:r>
        <w:rPr/>
        <w:t>onda que carne, más patrón que persona.</w:t>
      </w:r>
    </w:p>
    <w:p>
      <w:pPr>
        <w:pStyle w:val="BodyText"/>
      </w:pPr>
      <w:r>
        <w:rPr/>
        <w:t>En el borde del campo visual, los fluorescentes del techo parpadearon.</w:t>
      </w:r>
      <w:r>
        <w:rPr/>
        <w:t xml:space="preserve"> </w:t>
      </w:r>
      <w:r>
        <w:rPr/>
        <w:t>Las sombras en la esquina del estudio parecieron desplazarse medio</w:t>
      </w:r>
      <w:r>
        <w:rPr/>
        <w:t xml:space="preserve"> </w:t>
      </w:r>
      <w:r>
        <w:rPr/>
        <w:t>centímetro contra la lógica euclidiana del espacio.</w:t>
      </w:r>
    </w:p>
    <w:p>
      <w:pPr>
        <w:pStyle w:val="BodyText"/>
      </w:pPr>
      <w:r>
        <w:rPr/>
        <w:t>—Noventa y uno —dijo Lena, con la voz más tensa—. Viktor,</w:t>
      </w:r>
      <w:r>
        <w:rPr/>
        <w:t xml:space="preserve"> </w:t>
      </w:r>
      <w:r>
        <w:rPr/>
        <w:t>prepárate.</w:t>
      </w:r>
    </w:p>
    <w:p>
      <w:pPr>
        <w:pStyle w:val="BodyText"/>
      </w:pPr>
      <w:r>
        <w:rPr/>
        <w:t>Viktor posó la mano sobre el cancelador de campo. Esperó. No era su</w:t>
      </w:r>
      <w:r>
        <w:rPr/>
        <w:t xml:space="preserve"> </w:t>
      </w:r>
      <w:r>
        <w:rPr/>
        <w:t>decisión activarlo o no. La de parar o seguir era de ellas.</w:t>
      </w:r>
    </w:p>
    <w:p>
      <w:pPr>
        <w:pStyle w:val="BodyText"/>
      </w:pPr>
      <w:r>
        <w:rPr/>
        <w:t>Mar sintió cómo la cicatriz bajo la clavícula ardía con una intensidad</w:t>
      </w:r>
      <w:r>
        <w:rPr/>
        <w:t xml:space="preserve"> </w:t>
      </w:r>
      <w:r>
        <w:rPr/>
        <w:t>nueva. No dolía exactamente, pero el calor era tan intenso que casi</w:t>
      </w:r>
      <w:r>
        <w:rPr/>
        <w:t xml:space="preserve"> </w:t>
      </w:r>
      <w:r>
        <w:rPr/>
        <w:t>rozaba el umbral del dolor. El Fa♯ del violín y el Fa♯ del archivo se</w:t>
      </w:r>
      <w:r>
        <w:rPr/>
        <w:t xml:space="preserve"> </w:t>
      </w:r>
      <w:r>
        <w:rPr/>
        <w:t>alinearon de forma perfecta durante un latido imposible de medir. El</w:t>
      </w:r>
      <w:r>
        <w:rPr/>
        <w:t xml:space="preserve"> </w:t>
      </w:r>
      <w:r>
        <w:rPr/>
        <w:t>suelo dejó de sentirse completamente sólido bajo sus pies. Hubo un</w:t>
      </w:r>
      <w:r>
        <w:rPr/>
        <w:t xml:space="preserve"> </w:t>
      </w:r>
      <w:r>
        <w:rPr/>
        <w:t>instante en el que el peso de su cuerpo desapareció.</w:t>
      </w:r>
    </w:p>
    <w:p>
      <w:pPr>
        <w:pStyle w:val="BodyText"/>
      </w:pPr>
      <w:r>
        <w:rPr/>
        <w:t>No dio un paso consciente. Fue como si el estudio hubiera dejado de ser</w:t>
      </w:r>
      <w:r>
        <w:rPr/>
        <w:t xml:space="preserve"> </w:t>
      </w:r>
      <w:r>
        <w:rPr/>
        <w:t>un lugar físico y se hubiera convertido en una interfaz, un umbral entre</w:t>
      </w:r>
      <w:r>
        <w:rPr/>
        <w:t xml:space="preserve"> </w:t>
      </w:r>
      <w:r>
        <w:rPr/>
        <w:t>estados.</w:t>
      </w:r>
    </w:p>
    <w:p>
      <w:pPr>
        <w:pStyle w:val="BodyText"/>
      </w:pPr>
      <w:r>
        <w:rPr/>
        <w:t>Vio, o creyó ver, una sucesión de escenas imposibles superpuestas: una</w:t>
      </w:r>
      <w:r>
        <w:rPr/>
        <w:t xml:space="preserve"> </w:t>
      </w:r>
      <w:r>
        <w:rPr/>
        <w:t>fortaleza cátara en llamas bajo un cielo de ceniza, un novicio templario</w:t>
      </w:r>
      <w:r>
        <w:rPr/>
        <w:t xml:space="preserve"> </w:t>
      </w:r>
      <w:r>
        <w:rPr/>
        <w:t>atravesando un pasadizo subterráneo con antorcha en mano; un periodista</w:t>
      </w:r>
      <w:r>
        <w:rPr/>
        <w:t xml:space="preserve"> </w:t>
      </w:r>
      <w:r>
        <w:rPr/>
        <w:t>solitario caminando entre arcos románicos bajo una luna despiadada en</w:t>
      </w:r>
      <w:r>
        <w:rPr/>
        <w:t xml:space="preserve"> </w:t>
      </w:r>
      <w:r>
        <w:rPr/>
        <w:t>Soria; un cementerio berlinés en invierno donde el viento no conseguía</w:t>
      </w:r>
      <w:r>
        <w:rPr/>
        <w:t xml:space="preserve"> </w:t>
      </w:r>
      <w:r>
        <w:rPr/>
        <w:t>mover ni una sola hoja. Todo atado por el mismo tono fundamental, una</w:t>
      </w:r>
      <w:r>
        <w:rPr/>
        <w:t xml:space="preserve"> </w:t>
      </w:r>
      <w:r>
        <w:rPr/>
        <w:t>línea continua de Fa♯ que cruzaba siglos como un hilo de Ariadna.</w:t>
      </w:r>
    </w:p>
    <w:p>
      <w:pPr>
        <w:pStyle w:val="BodyText"/>
      </w:pPr>
      <w:r>
        <w:rPr/>
        <w:t>—Noventa y cuatro —susurró Lena—. Mar, si no respondes en tres</w:t>
      </w:r>
      <w:r>
        <w:rPr/>
        <w:t xml:space="preserve"> </w:t>
      </w:r>
      <w:r>
        <w:rPr/>
        <w:t>segundos, corto. Uno…</w:t>
      </w:r>
    </w:p>
    <w:p>
      <w:pPr>
        <w:pStyle w:val="BodyText"/>
      </w:pPr>
      <w:r>
        <w:rPr/>
        <w:t>La nota del violín se volvió tan fina que dejó de oírse con los oídos.</w:t>
      </w:r>
      <w:r>
        <w:rPr/>
        <w:t xml:space="preserve"> </w:t>
      </w:r>
      <w:r>
        <w:rPr/>
        <w:t>Solo quedaba la sensación de tensión en el brazo, en los dedos, en el</w:t>
      </w:r>
      <w:r>
        <w:rPr/>
        <w:t xml:space="preserve"> </w:t>
      </w:r>
      <w:r>
        <w:rPr/>
        <w:t>pecho.</w:t>
      </w:r>
    </w:p>
    <w:p>
      <w:pPr>
        <w:pStyle w:val="BodyText"/>
      </w:pPr>
      <w:r>
        <w:rPr/>
        <w:t>Mar dio lo que su mente interpretó como un paso.</w:t>
      </w:r>
    </w:p>
    <w:p>
      <w:pPr>
        <w:pStyle w:val="BodyText"/>
      </w:pPr>
      <w:r>
        <w:rPr/>
        <w:t>Y desapareció.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No hubo destello ni estallido ni relámpago. Simplemente, durante un</w:t>
      </w:r>
      <w:r>
        <w:rPr/>
        <w:t xml:space="preserve"> </w:t>
      </w:r>
      <w:r>
        <w:rPr/>
        <w:t>segundo exacto medido por el contador del Zoom, ya no estuvo allí. El</w:t>
      </w:r>
      <w:r>
        <w:rPr/>
        <w:t xml:space="preserve"> </w:t>
      </w:r>
      <w:r>
        <w:rPr/>
        <w:t>arco se quedó suspendido en el aire un instante antes de obedecer a la</w:t>
      </w:r>
      <w:r>
        <w:rPr/>
        <w:t xml:space="preserve"> </w:t>
      </w:r>
      <w:r>
        <w:rPr/>
        <w:t>gravedad y caer al suelo con un golpe seco de madera contra cemento. El</w:t>
      </w:r>
      <w:r>
        <w:rPr/>
        <w:t xml:space="preserve"> </w:t>
      </w:r>
      <w:r>
        <w:rPr/>
        <w:t>violín permaneció flotando en su posición original por una fracción de</w:t>
      </w:r>
      <w:r>
        <w:rPr/>
        <w:t xml:space="preserve"> </w:t>
      </w:r>
      <w:r>
        <w:rPr/>
        <w:t>segundo, como si la física necesitara un momento para recordar las</w:t>
      </w:r>
      <w:r>
        <w:rPr/>
        <w:t xml:space="preserve"> </w:t>
      </w:r>
      <w:r>
        <w:rPr/>
        <w:t>reglas, hasta que finalmente cayó también, girando lentamente sobre su</w:t>
      </w:r>
      <w:r>
        <w:rPr/>
        <w:t xml:space="preserve"> </w:t>
      </w:r>
      <w:r>
        <w:rPr/>
        <w:t>eje.</w:t>
      </w:r>
    </w:p>
    <w:p>
      <w:pPr>
        <w:pStyle w:val="BodyText"/>
      </w:pPr>
      <w:r>
        <w:rPr/>
        <w:t>El Fa♯ grabado cesó abruptamente.</w:t>
      </w:r>
    </w:p>
    <w:p>
      <w:pPr>
        <w:pStyle w:val="BodyText"/>
      </w:pPr>
      <w:r>
        <w:rPr/>
        <w:t>En los monitores Genelec, solo quedó un ruido blanco muy bajo, casi</w:t>
      </w:r>
      <w:r>
        <w:rPr/>
        <w:t xml:space="preserve"> </w:t>
      </w:r>
      <w:r>
        <w:rPr/>
        <w:t>imperceptible, el rumor de los conversores electrónicos recordando que</w:t>
      </w:r>
      <w:r>
        <w:rPr/>
        <w:t xml:space="preserve"> </w:t>
      </w:r>
      <w:r>
        <w:rPr/>
        <w:t>seguían encendidos.</w:t>
      </w:r>
    </w:p>
    <w:p>
      <w:pPr>
        <w:pStyle w:val="BodyText"/>
      </w:pPr>
      <w:r>
        <w:rPr/>
        <w:t>—Noventa y cinco —dijo Lena con la voz quebrada—. Temperatura,</w:t>
      </w:r>
      <w:r>
        <w:rPr/>
        <w:t xml:space="preserve"> </w:t>
      </w:r>
      <w:r>
        <w:rPr/>
        <w:t>menos cinco grados exactos.</w:t>
      </w:r>
    </w:p>
    <w:p>
      <w:pPr>
        <w:pStyle w:val="BodyText"/>
      </w:pPr>
      <w:r>
        <w:rPr/>
        <w:t>Viktor levantó el cancelador de campo, pero no llegó a activarlo. No</w:t>
      </w:r>
      <w:r>
        <w:rPr/>
        <w:t xml:space="preserve"> </w:t>
      </w:r>
      <w:r>
        <w:rPr/>
        <w:t>había nada que cortar. El proceso había terminado por sí solo.</w:t>
      </w:r>
    </w:p>
    <w:p>
      <w:pPr>
        <w:pStyle w:val="BodyText"/>
      </w:pPr>
      <w:r>
        <w:rPr/>
        <w:t>—Dios mío —murmuró—. Lo ha hecho. Ha cruzado.</w:t>
      </w:r>
    </w:p>
    <w:p>
      <w:pPr>
        <w:pStyle w:val="BodyText"/>
      </w:pPr>
      <w:r>
        <w:rPr/>
        <w:t>Lena cayó de rodillas junto al violín. Tocó el suelo de cemento con las</w:t>
      </w:r>
      <w:r>
        <w:rPr/>
        <w:t xml:space="preserve"> </w:t>
      </w:r>
      <w:r>
        <w:rPr/>
        <w:t>manos abiertas. Frío, liso, inerte. El lugar exacto donde Mar había</w:t>
      </w:r>
      <w:r>
        <w:rPr/>
        <w:t xml:space="preserve"> </w:t>
      </w:r>
      <w:r>
        <w:rPr/>
        <w:t>estado un instante antes no se distinguía del resto del suelo, salvo por</w:t>
      </w:r>
      <w:r>
        <w:rPr/>
        <w:t xml:space="preserve"> </w:t>
      </w:r>
      <w:r>
        <w:rPr/>
        <w:t>una sensación leve y perturbadora de electricidad estática en la palma</w:t>
      </w:r>
      <w:r>
        <w:rPr/>
        <w:t xml:space="preserve"> </w:t>
      </w:r>
      <w:r>
        <w:rPr/>
        <w:t>cuando dejaba la mano quieta.</w:t>
      </w:r>
    </w:p>
    <w:p>
      <w:pPr>
        <w:pStyle w:val="BodyText"/>
      </w:pPr>
      <w:r>
        <w:rPr/>
        <w:t>—Mar… —susurró hacia el aire vacío.</w:t>
      </w:r>
    </w:p>
    <w:p>
      <w:pPr>
        <w:pStyle w:val="BodyText"/>
      </w:pPr>
      <w:r>
        <w:rPr/>
        <w:t>El espectrograma seguía corriendo en la pantalla, registrando un</w:t>
      </w:r>
      <w:r>
        <w:rPr/>
        <w:t xml:space="preserve"> </w:t>
      </w:r>
      <w:r>
        <w:rPr/>
        <w:t>silencio densísimo, casi opaco, un silencio que parecía tener textura.</w:t>
      </w:r>
      <w:r>
        <w:rPr/>
        <w:t xml:space="preserve"> </w:t>
      </w:r>
      <w:r>
        <w:rPr/>
        <w:t>Los números del Zoom F8n avanzaban implacables: 00:00:58, 00:00:59,</w:t>
      </w:r>
      <w:r>
        <w:rPr/>
        <w:t xml:space="preserve"> </w:t>
      </w:r>
      <w:r>
        <w:rPr/>
        <w:t>00:01:00…</w:t>
      </w:r>
    </w:p>
    <w:p>
      <w:pPr>
        <w:pStyle w:val="BodyText"/>
      </w:pPr>
      <w:r>
        <w:rPr/>
        <w:t>Entonces el aire del estudio vibró con una presión súbita.</w:t>
      </w:r>
    </w:p>
    <w:p>
      <w:pPr>
        <w:pStyle w:val="BodyText"/>
      </w:pPr>
      <w:r>
        <w:rPr/>
        <w:t>No fue un sonido audible. Fue una compresión del espacio, como si todas</w:t>
      </w:r>
      <w:r>
        <w:rPr/>
        <w:t xml:space="preserve"> </w:t>
      </w:r>
      <w:r>
        <w:rPr/>
        <w:t>las moléculas de la habitación hubieran recordado de pronto que debían</w:t>
      </w:r>
      <w:r>
        <w:rPr/>
        <w:t xml:space="preserve"> </w:t>
      </w:r>
      <w:r>
        <w:rPr/>
        <w:t>ocupar menos volumen. El violín en el suelo se levantó un centímetro sin</w:t>
      </w:r>
      <w:r>
        <w:rPr/>
        <w:t xml:space="preserve"> </w:t>
      </w:r>
      <w:r>
        <w:rPr/>
        <w:t>causa aparente y volvió a caer. Un olor tenue a ozono, como después de</w:t>
      </w:r>
      <w:r>
        <w:rPr/>
        <w:t xml:space="preserve"> </w:t>
      </w:r>
      <w:r>
        <w:rPr/>
        <w:t>una tormenta eléctrica, impregnó la sala.</w:t>
      </w:r>
    </w:p>
    <w:p>
      <w:pPr>
        <w:pStyle w:val="BodyText"/>
      </w:pPr>
      <w:r>
        <w:rPr/>
        <w:t>Mar reapareció exactamente en el mismo punto donde había desaparecido.</w:t>
      </w:r>
      <w:r>
        <w:rPr/>
        <w:t xml:space="preserve"> </w:t>
      </w:r>
      <w:r>
        <w:rPr/>
        <w:t>De pie, con el brazo aún extendido en posición de tocar. Los ojos muy</w:t>
      </w:r>
      <w:r>
        <w:rPr/>
        <w:t xml:space="preserve"> </w:t>
      </w:r>
      <w:r>
        <w:rPr/>
        <w:t>abiertos, las pupilas dilatadas hasta casi borrar el iris. La barbilla</w:t>
      </w:r>
      <w:r>
        <w:rPr/>
        <w:t xml:space="preserve"> </w:t>
      </w:r>
      <w:r>
        <w:rPr/>
        <w:t>apoyada contra un violín invisible que ya no sujetaba. Tardó un segundo</w:t>
      </w:r>
      <w:r>
        <w:rPr/>
        <w:t xml:space="preserve"> </w:t>
      </w:r>
      <w:r>
        <w:rPr/>
        <w:t>en comprender que estaba de regreso en el estudio. Otro segundo en que</w:t>
      </w:r>
      <w:r>
        <w:rPr/>
        <w:t xml:space="preserve"> </w:t>
      </w:r>
      <w:r>
        <w:rPr/>
        <w:t>las rodillas se le doblaran sin avisar.</w:t>
      </w:r>
    </w:p>
    <w:p>
      <w:pPr>
        <w:pStyle w:val="BodyText"/>
      </w:pPr>
      <w:r>
        <w:rPr/>
        <w:t>Lena la sostuvo antes de que cayera completamente al suelo. Notó su piel</w:t>
      </w:r>
      <w:r>
        <w:rPr/>
        <w:t xml:space="preserve"> </w:t>
      </w:r>
      <w:r>
        <w:rPr/>
        <w:t>helada, empapada de sudor frío, temblando con pequeños espasmos</w:t>
      </w:r>
      <w:r>
        <w:rPr/>
        <w:t xml:space="preserve"> </w:t>
      </w:r>
      <w:r>
        <w:rPr/>
        <w:t>involuntarios.</w:t>
      </w:r>
    </w:p>
    <w:p>
      <w:pPr>
        <w:pStyle w:val="BodyText"/>
      </w:pPr>
      <w:r>
        <w:rPr/>
        <w:t>—¿Estás aquí? —preguntó con voz temblorosa—. ¿Estás conmigo?</w:t>
      </w:r>
      <w:r>
        <w:rPr/>
        <w:t xml:space="preserve"> </w:t>
      </w:r>
      <w:r>
        <w:rPr/>
        <w:t>¿Puedes oírme?</w:t>
      </w:r>
    </w:p>
    <w:p>
      <w:pPr>
        <w:pStyle w:val="BodyText"/>
      </w:pPr>
      <w:r>
        <w:rPr/>
        <w:t>Mar tardó en encontrar su propia voz, como si tuviera que recordar cómo</w:t>
      </w:r>
      <w:r>
        <w:rPr/>
        <w:t xml:space="preserve"> </w:t>
      </w:r>
      <w:r>
        <w:rPr/>
        <w:t>funcionaba el lenguaje.</w:t>
      </w:r>
    </w:p>
    <w:p>
      <w:pPr>
        <w:pStyle w:val="BodyText"/>
      </w:pPr>
      <w:r>
        <w:rPr/>
        <w:t>—Había… más espacio —murmuró con dificultad—. Y menos tiempo. O</w:t>
      </w:r>
      <w:r>
        <w:rPr/>
        <w:t xml:space="preserve"> </w:t>
      </w:r>
      <w:r>
        <w:rPr/>
        <w:t>al revés. No lo sé. Las palabras no funcionan para esto.</w:t>
      </w:r>
    </w:p>
    <w:p>
      <w:pPr>
        <w:pStyle w:val="BodyText"/>
      </w:pPr>
      <w:r>
        <w:rPr/>
        <w:t>Viktor se acercó despacio, como si temiera romper algo frágil con</w:t>
      </w:r>
      <w:r>
        <w:rPr/>
        <w:t xml:space="preserve"> </w:t>
      </w:r>
      <w:r>
        <w:rPr/>
        <w:t>movimientos bruscos.</w:t>
      </w:r>
    </w:p>
    <w:p>
      <w:pPr>
        <w:pStyle w:val="BodyText"/>
      </w:pPr>
      <w:r>
        <w:rPr/>
        <w:t>—¿Recuerdas algo específico? —preguntó—. ¿Alguna información que</w:t>
      </w:r>
      <w:r>
        <w:rPr/>
        <w:t xml:space="preserve"> </w:t>
      </w:r>
      <w:r>
        <w:rPr/>
        <w:t>puedas verbalizar?</w:t>
      </w:r>
    </w:p>
    <w:p>
      <w:pPr>
        <w:pStyle w:val="BodyText"/>
      </w:pPr>
      <w:r>
        <w:rPr/>
        <w:t>Mar cerró los ojos con fuerza. Las imágenes se negaban a ordenarse en</w:t>
      </w:r>
      <w:r>
        <w:rPr/>
        <w:t xml:space="preserve"> </w:t>
      </w:r>
      <w:r>
        <w:rPr/>
        <w:t>secuencia lineal. Solo quedaba un residuo emocional: una sensación muy</w:t>
      </w:r>
      <w:r>
        <w:rPr/>
        <w:t xml:space="preserve"> </w:t>
      </w:r>
      <w:r>
        <w:rPr/>
        <w:t>nítida de haber estado en un lugar que no tenía coordenadas espaciales,</w:t>
      </w:r>
      <w:r>
        <w:rPr/>
        <w:t xml:space="preserve"> </w:t>
      </w:r>
      <w:r>
        <w:rPr/>
        <w:t>pero sí intención. Una frecuencia consciente que la había examinado como</w:t>
      </w:r>
      <w:r>
        <w:rPr/>
        <w:t xml:space="preserve"> </w:t>
      </w:r>
      <w:r>
        <w:rPr/>
        <w:t>quien observa un instrumento musical nuevo para decidir si vale la pena</w:t>
      </w:r>
      <w:r>
        <w:rPr/>
        <w:t xml:space="preserve"> </w:t>
      </w:r>
      <w:r>
        <w:rPr/>
        <w:t>tocarlo.</w:t>
      </w:r>
    </w:p>
    <w:p>
      <w:pPr>
        <w:pStyle w:val="BodyText"/>
      </w:pPr>
      <w:r>
        <w:rPr/>
        <w:t>—Recuerdo… que no estaba sola allí —dijo al fin, abriendo los</w:t>
      </w:r>
      <w:r>
        <w:rPr/>
        <w:t xml:space="preserve"> </w:t>
      </w:r>
      <w:r>
        <w:rPr/>
        <w:t>ojos—. Y que él estaba presente. No como recuerdo ni como fantasma.</w:t>
      </w:r>
      <w:r>
        <w:rPr/>
        <w:t xml:space="preserve"> </w:t>
      </w:r>
      <w:r>
        <w:rPr/>
        <w:t>Como presencia activa. Como… impronta.</w:t>
      </w:r>
    </w:p>
    <w:p>
      <w:pPr>
        <w:pStyle w:val="BodyText"/>
      </w:pPr>
      <w:r>
        <w:rPr/>
        <w:t>Nadie tuvo que preguntar a quién se refería.</w:t>
      </w:r>
    </w:p>
    <w:p>
      <w:pPr>
        <w:pStyle w:val="BodyText"/>
      </w:pPr>
      <w:r>
        <w:rPr/>
        <w:t>Lena miró la pantalla del Mac. El archivo FA#_ULTIMO_SEGUNDO. Aif</w:t>
      </w:r>
      <w:r>
        <w:rPr/>
        <w:t xml:space="preserve"> </w:t>
      </w:r>
      <w:r>
        <w:rPr/>
        <w:t>seguía allí, intacto, inocente. Pero ahora venía acompañado de archivos</w:t>
      </w:r>
      <w:r>
        <w:rPr/>
        <w:t xml:space="preserve"> </w:t>
      </w:r>
      <w:r>
        <w:rPr/>
        <w:t>nuevos generados automáticamente por el Zoom: ocho pistas de audio,</w:t>
      </w:r>
      <w:r>
        <w:rPr/>
        <w:t xml:space="preserve"> </w:t>
      </w:r>
      <w:r>
        <w:rPr/>
        <w:t>cincuenta y siete segundos cada una, documentando algo que aún no sabían</w:t>
      </w:r>
      <w:r>
        <w:rPr/>
        <w:t xml:space="preserve"> </w:t>
      </w:r>
      <w:r>
        <w:rPr/>
        <w:t>cómo nombrar con palabras que existieran en ningún diccionario.</w:t>
      </w:r>
    </w:p>
    <w:p>
      <w:pPr>
        <w:pStyle w:val="BodyText"/>
      </w:pPr>
      <w:r>
        <w:rPr/>
        <w:t>—Hemos registrado el tránsito —murmuró—. Hemos documentado lo</w:t>
      </w:r>
      <w:r>
        <w:rPr/>
        <w:t xml:space="preserve"> </w:t>
      </w:r>
      <w:r>
        <w:rPr/>
        <w:t>imposible con sensores y relojes.</w:t>
      </w:r>
    </w:p>
    <w:p>
      <w:pPr>
        <w:pStyle w:val="BodyText"/>
      </w:pPr>
      <w:r>
        <w:rPr/>
        <w:t>En el patio al otro lado de la ventana alta, un pájaro cantó por primera</w:t>
      </w:r>
      <w:r>
        <w:rPr/>
        <w:t xml:space="preserve"> </w:t>
      </w:r>
      <w:r>
        <w:rPr/>
        <w:t>vez en años. Un trino breve, torpe, oxidado, como de garganta que ha</w:t>
      </w:r>
      <w:r>
        <w:rPr/>
        <w:t xml:space="preserve"> </w:t>
      </w:r>
      <w:r>
        <w:rPr/>
        <w:t>olvidado la melodía. Luego, otro pájaro respondió desde algún rincón</w:t>
      </w:r>
      <w:r>
        <w:rPr/>
        <w:t xml:space="preserve"> </w:t>
      </w:r>
      <w:r>
        <w:rPr/>
        <w:t>invisible del edificio.</w:t>
      </w:r>
    </w:p>
    <w:p>
      <w:pPr>
        <w:pStyle w:val="BodyText"/>
      </w:pPr>
      <w:r>
        <w:rPr/>
        <w:t>Lena alzó la vista sorprendida.</w:t>
      </w:r>
    </w:p>
    <w:p>
      <w:pPr>
        <w:pStyle w:val="BodyText"/>
      </w:pPr>
      <w:r>
        <w:rPr/>
        <w:t>—¿Lo has oído? —preguntó.</w:t>
      </w:r>
    </w:p>
    <w:p>
      <w:pPr>
        <w:pStyle w:val="BodyText"/>
      </w:pPr>
      <w:r>
        <w:rPr/>
        <w:t>—Sí —dijo Mar, respirando todavía con dificultad—. Berlín acaba de</w:t>
      </w:r>
      <w:r>
        <w:rPr/>
        <w:t xml:space="preserve"> </w:t>
      </w:r>
      <w:r>
        <w:rPr/>
        <w:t>afinarse medio tono. O nosotras hemos desafinado. No estoy segura de</w:t>
      </w:r>
      <w:r>
        <w:rPr/>
        <w:t xml:space="preserve"> </w:t>
      </w:r>
      <w:r>
        <w:rPr/>
        <w:t>cuál de las dos cosas.</w:t>
      </w:r>
    </w:p>
    <w:p>
      <w:pPr>
        <w:pStyle w:val="BodyText"/>
      </w:pPr>
      <w:r>
        <w:rPr/>
        <w:t>El estudio volvió a parecer lo que era: una habitación blanca y vacía,</w:t>
      </w:r>
      <w:r>
        <w:rPr/>
        <w:t xml:space="preserve"> </w:t>
      </w:r>
      <w:r>
        <w:rPr/>
        <w:t>un ordenador viejo, un violín tirado en el suelo. Pero algo, en algún</w:t>
      </w:r>
      <w:r>
        <w:rPr/>
        <w:t xml:space="preserve"> </w:t>
      </w:r>
      <w:r>
        <w:rPr/>
        <w:t>punto invisible, había cambiado definitivamente de tono.</w:t>
      </w:r>
    </w:p>
    <w:p>
      <w:pPr>
        <w:pStyle w:val="BodyText"/>
      </w:pPr>
      <w:r>
        <w:rPr/>
        <w:t>Viktor guardó el cancelador en su maletín con movimientos lentos, casi</w:t>
      </w:r>
      <w:r>
        <w:rPr/>
        <w:t xml:space="preserve"> </w:t>
      </w:r>
      <w:r>
        <w:rPr/>
        <w:t>reverenciales, como quien guarda un arma que no ha tenido que usar.</w:t>
      </w:r>
    </w:p>
    <w:p>
      <w:pPr>
        <w:pStyle w:val="BodyText"/>
      </w:pPr>
      <w:r>
        <w:rPr/>
        <w:t>—El Proyecto Silencio quería pruebas empíricas —dijo—. Creo que</w:t>
      </w:r>
      <w:r>
        <w:rPr/>
        <w:t xml:space="preserve"> </w:t>
      </w:r>
      <w:r>
        <w:rPr/>
        <w:t>esto les va a bastar. O les va a aterrar. Quizá ambas cosas.</w:t>
      </w:r>
    </w:p>
    <w:p>
      <w:pPr>
        <w:pStyle w:val="BodyText"/>
      </w:pPr>
      <w:r>
        <w:rPr/>
        <w:t>Mar recuperó el violín del suelo con manos que todavía temblaban</w:t>
      </w:r>
      <w:r>
        <w:rPr/>
        <w:t xml:space="preserve"> </w:t>
      </w:r>
      <w:r>
        <w:rPr/>
        <w:t>ligeramente. La madera seguía fría, pero ahora esa frialdad le resultaba</w:t>
      </w:r>
      <w:r>
        <w:rPr/>
        <w:t xml:space="preserve"> </w:t>
      </w:r>
      <w:r>
        <w:rPr/>
        <w:t>extrañamente familiar. Como una mano que vuelve a tocar otra que ya</w:t>
      </w:r>
      <w:r>
        <w:rPr/>
        <w:t xml:space="preserve"> </w:t>
      </w:r>
      <w:r>
        <w:rPr/>
        <w:t>había sostenido en sueños de otra vida.</w:t>
      </w:r>
    </w:p>
    <w:p>
      <w:pPr>
        <w:pStyle w:val="BodyText"/>
      </w:pPr>
      <w:r>
        <w:rPr/>
        <w:t>Guardó el instrumento en su estuche con cuidado.</w:t>
      </w:r>
    </w:p>
    <w:p>
      <w:pPr>
        <w:pStyle w:val="BodyText"/>
      </w:pPr>
      <w:r>
        <w:rPr/>
        <w:t>La noche no había terminado, pensó. Solo había emitido su primera nota</w:t>
      </w:r>
      <w:r>
        <w:rPr/>
        <w:t xml:space="preserve"> </w:t>
      </w:r>
      <w:r>
        <w:rPr/>
        <w:t>de una sinfonía cuya partitura aún estaba escribiéndose.</w:t>
      </w:r>
    </w:p>
    <w:p>
      <w:pPr>
        <w:pStyle w:val="BodyText"/>
      </w:pPr>
      <w:r>
        <w:rPr/>
        <w:t>Y ella acababa de convertirse en uno de los instrumentos.</w:t>
      </w:r>
    </w:p>
    <w:p>
      <w:pPr>
        <w:pStyle w:val="Heading1"/>
      </w:pPr>
      <w:r>
        <w:rPr/>
        <w:t>CAPÍTULO 13. LA HERENCIA DEL ECO</w:t>
      </w:r>
    </w:p>
    <w:p>
      <w:pPr>
        <w:pStyle w:val="Heading1"/>
      </w:pPr>
      <w:r/>
    </w:p>
    <w:p>
      <w:pPr/>
      <w:r>
        <w:rPr/>
        <w:t>«El sustrato no es un lugar. Es el espacio entre todos los lugares. No</w:t>
      </w:r>
      <w:r>
        <w:rPr/>
        <w:t xml:space="preserve"> </w:t>
      </w:r>
      <w:r>
        <w:rPr/>
        <w:t>está entre las notas: es la pausa que las contiene. Y en esa pausa viven</w:t>
      </w:r>
      <w:r>
        <w:rPr/>
        <w:t xml:space="preserve"> </w:t>
      </w:r>
      <w:r>
        <w:rPr/>
        <w:t>quienes se negaron a terminar su canción.»</w:t>
      </w:r>
    </w:p>
    <w:p>
      <w:pPr>
        <w:pStyle w:val="BodyText"/>
      </w:pPr>
      <w:r>
        <w:rPr/>
        <w:t>—Cuaderno de ILIBERIS</w:t>
      </w:r>
    </w:p>
    <w:p>
      <w:pPr>
        <w:pStyle w:val="BodyText"/>
      </w:pPr>
      <w:r>
        <w:rPr/>
        <w:t>El espacio no tenía paredes.</w:t>
      </w:r>
    </w:p>
    <w:p>
      <w:pPr>
        <w:pStyle w:val="BodyText"/>
      </w:pPr>
      <w:r>
        <w:rPr/>
        <w:t>O las tenía, pero se movían. Como si el concepto mismo de «pared»</w:t>
      </w:r>
      <w:r>
        <w:rPr/>
        <w:t xml:space="preserve"> </w:t>
      </w:r>
      <w:r>
        <w:rPr/>
        <w:t>estuviera en pruebas. Una penumbra plateada la rodeaba, sin foco ni</w:t>
      </w:r>
      <w:r>
        <w:rPr/>
        <w:t xml:space="preserve"> </w:t>
      </w:r>
      <w:r>
        <w:rPr/>
        <w:t>sombras. No hacía frío ni calor. No había arriba ni abajo. Pero algo</w:t>
      </w:r>
      <w:r>
        <w:rPr/>
        <w:t xml:space="preserve"> </w:t>
      </w:r>
      <w:r>
        <w:rPr/>
        <w:t>vibraba.</w:t>
      </w:r>
    </w:p>
    <w:p>
      <w:pPr>
        <w:pStyle w:val="BodyText"/>
      </w:pPr>
      <w:r>
        <w:rPr/>
        <w:t>Mar abrió los ojos —o lo que quedaba de los ojos en este lugar que no</w:t>
      </w:r>
      <w:r>
        <w:rPr/>
        <w:t xml:space="preserve"> </w:t>
      </w:r>
      <w:r>
        <w:rPr/>
        <w:t>era exactamente un lugar— y supo que ya no estaba en Wedding.</w:t>
      </w:r>
    </w:p>
    <w:p>
      <w:pPr>
        <w:pStyle w:val="BodyText"/>
      </w:pPr>
      <w:r>
        <w:rPr/>
        <w:t>Frente a ella flotaban fragmentos de sonido que podía ver. Ondas</w:t>
      </w:r>
      <w:r>
        <w:rPr/>
        <w:t xml:space="preserve"> </w:t>
      </w:r>
      <w:r>
        <w:rPr/>
        <w:t>luminosas que se curvaban, se superponían, se anulaban. Colores que no</w:t>
      </w:r>
      <w:r>
        <w:rPr/>
        <w:t xml:space="preserve"> </w:t>
      </w:r>
      <w:r>
        <w:rPr/>
        <w:t>tenían nombre. Formas que cambiaban según dónde miraba.</w:t>
      </w:r>
    </w:p>
    <w:p>
      <w:pPr>
        <w:pStyle w:val="BodyText"/>
      </w:pPr>
      <w:r>
        <w:rPr/>
        <w:t>«No es un lugar», pensó. «Es una mezcla.»</w:t>
      </w:r>
    </w:p>
    <w:p>
      <w:pPr>
        <w:pStyle w:val="BodyText"/>
      </w:pPr>
      <w:r>
        <w:rPr/>
        <w:t>La voz llegó sin boca. Familiar, tibia, cargada de una tristeza antigua.</w:t>
      </w:r>
    </w:p>
    <w:p>
      <w:pPr>
        <w:pStyle w:val="BodyText"/>
      </w:pPr>
      <w:r>
        <w:rPr/>
        <w:t>—Has tardado.</w:t>
      </w:r>
    </w:p>
    <w:p>
      <w:pPr>
        <w:pStyle w:val="BodyText"/>
      </w:pPr>
      <w:r>
        <w:rPr/>
        <w:t>Adrián.</w:t>
      </w:r>
    </w:p>
    <w:p>
      <w:pPr>
        <w:pStyle w:val="BodyText"/>
      </w:pPr>
      <w:r>
        <w:rPr/>
        <w:t>No la imagen del hombre que recordaba, sino la impronta de su presencia.</w:t>
      </w:r>
      <w:r>
        <w:rPr/>
        <w:t xml:space="preserve"> </w:t>
      </w:r>
      <w:r>
        <w:rPr/>
        <w:t>Un contorno hecho de ruido blanco y destellos de color, como si alguien</w:t>
      </w:r>
      <w:r>
        <w:rPr/>
        <w:t xml:space="preserve"> </w:t>
      </w:r>
      <w:r>
        <w:rPr/>
        <w:t>hubiera intentado dibujar su silueta con interferencias de televisión</w:t>
      </w:r>
      <w:r>
        <w:rPr/>
        <w:t xml:space="preserve"> </w:t>
      </w:r>
      <w:r>
        <w:rPr/>
        <w:t>analógica.</w:t>
      </w:r>
    </w:p>
    <w:p>
      <w:pPr>
        <w:pStyle w:val="BodyText"/>
      </w:pPr>
      <w:r>
        <w:rPr/>
        <w:t>—¿Dónde estoy? —preguntó Mar.</w:t>
      </w:r>
    </w:p>
    <w:p>
      <w:pPr>
        <w:pStyle w:val="BodyText"/>
      </w:pPr>
      <w:r>
        <w:rPr/>
        <w:t>—En el sustrato —respondió la voz—. El lugar donde vienen a morir</w:t>
      </w:r>
      <w:r>
        <w:rPr/>
        <w:t xml:space="preserve"> </w:t>
      </w:r>
      <w:r>
        <w:rPr/>
        <w:t>las canciones… si alguien las deja morir.</w:t>
      </w:r>
    </w:p>
    <w:p>
      <w:pPr>
        <w:pStyle w:val="BodyText"/>
      </w:pPr>
      <w:r>
        <w:rPr/>
        <w:t>La palabra «morir» resonó con un ligero desfase, como si el espacio la</w:t>
      </w:r>
      <w:r>
        <w:rPr/>
        <w:t xml:space="preserve"> </w:t>
      </w:r>
      <w:r>
        <w:rPr/>
        <w:t>hubiera cuestionado.</w:t>
      </w:r>
    </w:p>
    <w:p>
      <w:pPr>
        <w:pStyle w:val="BodyText"/>
      </w:pPr>
      <w:r>
        <w:rPr/>
        <w:t>—Esto… ¿es la muerte? —Mar sintió vergüenza de la pregunta, pero</w:t>
      </w:r>
      <w:r>
        <w:rPr/>
        <w:t xml:space="preserve"> </w:t>
      </w:r>
      <w:r>
        <w:rPr/>
        <w:t>la formuló igual.</w:t>
      </w:r>
    </w:p>
    <w:p>
      <w:pPr>
        <w:pStyle w:val="BodyText"/>
      </w:pPr>
      <w:r>
        <w:rPr/>
        <w:t>Adrián rió, un sonido quebrado, lleno de ecos.</w:t>
      </w:r>
    </w:p>
    <w:p>
      <w:pPr>
        <w:pStyle w:val="BodyText"/>
      </w:pPr>
      <w:r>
        <w:rPr/>
        <w:t>—No. La muerte es menos pretenciosa.</w:t>
      </w:r>
    </w:p>
    <w:p>
      <w:pPr>
        <w:pStyle w:val="BodyText"/>
      </w:pPr>
      <w:r>
        <w:rPr/>
        <w:t>Mar miró a su alrededor. Los fragmentos de melodías se encendían y</w:t>
      </w:r>
      <w:r>
        <w:rPr/>
        <w:t xml:space="preserve"> </w:t>
      </w:r>
      <w:r>
        <w:rPr/>
        <w:t>apagaban: un acorde de órgano que parecía medieval, un golpe de bombo de</w:t>
      </w:r>
      <w:r>
        <w:rPr/>
        <w:t xml:space="preserve"> </w:t>
      </w:r>
      <w:r>
        <w:rPr/>
        <w:t>club, un llanto de bebé, un timbre de teléfono antiguo.</w:t>
      </w:r>
    </w:p>
    <w:p>
      <w:pPr>
        <w:pStyle w:val="BodyText"/>
      </w:pPr>
      <w:r>
        <w:rPr/>
        <w:t>—Entonces ¿qué es esto? —insistió.</w:t>
      </w:r>
    </w:p>
    <w:p>
      <w:pPr>
        <w:pStyle w:val="BodyText"/>
      </w:pPr>
      <w:r>
        <w:rPr/>
        <w:t>—Aquí solo llegan las cosas que se niegan a desaparecer —explicó</w:t>
      </w:r>
      <w:r>
        <w:rPr/>
        <w:t xml:space="preserve"> </w:t>
      </w:r>
      <w:r>
        <w:rPr/>
        <w:t>Adrián—. Ondas, recuerdos, promesas que alguien pronunció demasiado</w:t>
      </w:r>
      <w:r>
        <w:rPr/>
        <w:t xml:space="preserve"> </w:t>
      </w:r>
      <w:r>
        <w:rPr/>
        <w:t>fuerte. Y algunas canciones tercas.</w:t>
      </w:r>
    </w:p>
    <w:p>
      <w:pPr>
        <w:pStyle w:val="BodyText"/>
      </w:pPr>
      <w:r>
        <w:rPr/>
        <w:t>Mar se miró las manos. Eran manos, pero no del todo. Translúcidas. Sin</w:t>
      </w:r>
      <w:r>
        <w:rPr/>
        <w:t xml:space="preserve"> </w:t>
      </w:r>
      <w:r>
        <w:rPr/>
        <w:t>huesos, pero con memoria de huesos.</w:t>
      </w:r>
    </w:p>
    <w:p>
      <w:pPr>
        <w:pStyle w:val="BodyText"/>
      </w:pPr>
      <w:r>
        <w:rPr/>
        <w:t>—¿Estoy muerta?</w:t>
      </w:r>
    </w:p>
    <w:p>
      <w:pPr>
        <w:pStyle w:val="BodyText"/>
      </w:pPr>
      <w:r>
        <w:rPr/>
        <w:t>—Estás en tránsito. —La voz de Adrián se suavizó—. Tu cuerpo sigue</w:t>
      </w:r>
      <w:r>
        <w:rPr/>
        <w:t xml:space="preserve"> </w:t>
      </w:r>
      <w:r>
        <w:rPr/>
        <w:t>en Wedding. Tu oído, no. Has cruzado la frecuencia umbral.</w:t>
      </w:r>
    </w:p>
    <w:p>
      <w:pPr>
        <w:pStyle w:val="BodyText"/>
      </w:pPr>
      <w:r>
        <w:rPr/>
        <w:t>Un silencio. Mar dejó que la información se asentara.</w:t>
      </w:r>
    </w:p>
    <w:p>
      <w:pPr>
        <w:pStyle w:val="BodyText"/>
      </w:pPr>
      <w:r>
        <w:rPr/>
        <w:t>—Es lo que siempre quisiste, ¿no? —continuó él—. Escuchar lo que</w:t>
      </w:r>
      <w:r>
        <w:rPr/>
        <w:t xml:space="preserve"> </w:t>
      </w:r>
      <w:r>
        <w:rPr/>
        <w:t>hay debajo de todo.</w:t>
      </w:r>
    </w:p>
    <w:p>
      <w:pPr>
        <w:pStyle w:val="BodyText"/>
      </w:pPr>
      <w:r>
        <w:rPr/>
        <w:t>Mar pensó en las noches de Soria, en la iglesia abandonada, en la nota</w:t>
      </w:r>
      <w:r>
        <w:rPr/>
        <w:t xml:space="preserve"> </w:t>
      </w:r>
      <w:r>
        <w:rPr/>
        <w:t>sostenida que se escondía en el viento. En Tresor. En el primer día en</w:t>
      </w:r>
      <w:r>
        <w:rPr/>
        <w:t xml:space="preserve"> </w:t>
      </w:r>
      <w:r>
        <w:rPr/>
        <w:t>Berlín. Todo parecía haber sido entrenamiento para esto.</w:t>
      </w:r>
    </w:p>
    <w:p>
      <w:pPr>
        <w:pStyle w:val="BodyText"/>
      </w:pPr>
      <w:r>
        <w:rPr/>
        <w:t>—Si esto es el sustrato, ¿qué eres tú? —preguntó.</w:t>
      </w:r>
    </w:p>
    <w:p>
      <w:pPr>
        <w:pStyle w:val="BodyText"/>
      </w:pPr>
      <w:r>
        <w:rPr/>
        <w:t>La presencia pareció contraerse, como si eligiera una forma más nítida.</w:t>
      </w:r>
      <w:r>
        <w:rPr/>
        <w:t xml:space="preserve"> </w:t>
      </w:r>
      <w:r>
        <w:rPr/>
        <w:t>Por un instante, vio su rostro casi completo: la curva de la mandíbula,</w:t>
      </w:r>
      <w:r>
        <w:rPr/>
        <w:t xml:space="preserve"> </w:t>
      </w:r>
      <w:r>
        <w:rPr/>
        <w:t>la sombra de la barba, los ojos hundidos.</w:t>
      </w:r>
    </w:p>
    <w:p>
      <w:pPr>
        <w:pStyle w:val="BodyText"/>
      </w:pPr>
      <w:r>
        <w:rPr/>
        <w:t>—Soy lo que quedó cuando dejé de tener cuerpo —respondió—. Lo que</w:t>
      </w:r>
      <w:r>
        <w:rPr/>
        <w:t xml:space="preserve"> </w:t>
      </w:r>
      <w:r>
        <w:rPr/>
        <w:t>no quiso apagarse. Llamémoslo… impronta. Eco. Maldición. Elige.</w:t>
      </w:r>
    </w:p>
    <w:p>
      <w:pPr>
        <w:pStyle w:val="BodyText"/>
      </w:pPr>
      <w:r>
        <w:rPr/>
        <w:t>—Elegiste quedarte aquí —dijo Mar, más como acusación que como</w:t>
      </w:r>
      <w:r>
        <w:rPr/>
        <w:t xml:space="preserve"> </w:t>
      </w:r>
      <w:r>
        <w:rPr/>
        <w:t>pregunta.</w:t>
      </w:r>
    </w:p>
    <w:p>
      <w:pPr>
        <w:pStyle w:val="BodyText"/>
      </w:pPr>
      <w:r>
        <w:rPr/>
        <w:t>—No exactamente. —La voz se volvió más baja—. Cuando terminamos</w:t>
      </w:r>
      <w:r>
        <w:rPr/>
        <w:t xml:space="preserve"> </w:t>
      </w:r>
      <w:r>
        <w:rPr/>
        <w:t>Fading Away, creí que era solo una canción. Pero la última capa… la</w:t>
      </w:r>
      <w:r>
        <w:rPr/>
        <w:t xml:space="preserve"> </w:t>
      </w:r>
      <w:r>
        <w:rPr/>
        <w:t>que tú sentiste en la cicatriz… abrió algo que ya estaba ahí. No lo</w:t>
      </w:r>
      <w:r>
        <w:rPr/>
        <w:t xml:space="preserve"> </w:t>
      </w:r>
      <w:r>
        <w:rPr/>
        <w:t>creé. Lo desencadené. Y la canción me eligió como vehículo.</w:t>
      </w:r>
    </w:p>
    <w:p>
      <w:pPr>
        <w:pStyle w:val="BodyText"/>
      </w:pPr>
      <w:r>
        <w:rPr/>
        <w:t>Mar recordó la nota sobre la mesa del estudio, la letra de Adrián:</w:t>
      </w:r>
    </w:p>
    <w:p>
      <w:pPr>
        <w:pStyle w:val="BodyText"/>
      </w:pPr>
      <w:r>
        <w:rPr/>
        <w:t>No es música: es memoria. Y la memoria tiene hambre.</w:t>
      </w:r>
    </w:p>
    <w:p>
      <w:pPr>
        <w:pStyle w:val="BodyText"/>
      </w:pPr>
      <w:r>
        <w:rPr/>
        <w:t>—¿Por qué yo, entonces? —preguntó—. ¿Por qué me arrastra a mí</w:t>
      </w:r>
      <w:r>
        <w:rPr/>
        <w:t xml:space="preserve"> </w:t>
      </w:r>
      <w:r>
        <w:rPr/>
        <w:t>también?</w:t>
      </w:r>
    </w:p>
    <w:p>
      <w:pPr>
        <w:pStyle w:val="BodyText"/>
      </w:pPr>
      <w:r>
        <w:rPr/>
        <w:t>—Porque tú ya estabas afinada. —Adrián hizo una pausa—. Lo</w:t>
      </w:r>
      <w:r>
        <w:rPr/>
        <w:t xml:space="preserve"> </w:t>
      </w:r>
      <w:r>
        <w:rPr/>
        <w:t>estuviste desde niña. Desde Soria.</w:t>
      </w:r>
    </w:p>
    <w:p>
      <w:pPr>
        <w:pStyle w:val="BodyText"/>
      </w:pPr>
      <w:r>
        <w:rPr/>
        <w:t>Mar sintió un escalofrío que no venía del frío.</w:t>
      </w:r>
    </w:p>
    <w:p>
      <w:pPr>
        <w:pStyle w:val="BodyText"/>
      </w:pPr>
      <w:r>
        <w:rPr/>
        <w:t>—El Eco no elige al azar —continuó él—. Salta de cuerpo en cuerpo</w:t>
      </w:r>
      <w:r>
        <w:rPr/>
        <w:t xml:space="preserve"> </w:t>
      </w:r>
      <w:r>
        <w:rPr/>
        <w:t>siguiendo una continuidad que la gente llama linaje, azar, genética o</w:t>
      </w:r>
      <w:r>
        <w:rPr/>
        <w:t xml:space="preserve"> </w:t>
      </w:r>
      <w:r>
        <w:rPr/>
        <w:t>destino. Pero en realidad solo busca la misma frecuencia.</w:t>
      </w:r>
    </w:p>
    <w:p>
      <w:pPr>
        <w:pStyle w:val="BodyText"/>
      </w:pPr>
      <w:r>
        <w:rPr/>
        <w:t>En la penumbra, algo cambió. El espacio alrededor de Mar se plegó como</w:t>
      </w:r>
      <w:r>
        <w:rPr/>
        <w:t xml:space="preserve"> </w:t>
      </w:r>
      <w:r>
        <w:rPr/>
        <w:t>un papel. Vio, superpuesto al no-lugar del sustrato, la silueta de una</w:t>
      </w:r>
      <w:r>
        <w:rPr/>
        <w:t xml:space="preserve"> </w:t>
      </w:r>
      <w:r>
        <w:rPr/>
        <w:t>fortaleza en una montaña. Fuego. Una joven corriendo con una piedra en</w:t>
      </w:r>
      <w:r>
        <w:rPr/>
        <w:t xml:space="preserve"> </w:t>
      </w:r>
      <w:r>
        <w:rPr/>
        <w:t>las manos.</w:t>
      </w:r>
    </w:p>
    <w:p>
      <w:pPr>
        <w:pStyle w:val="BodyText"/>
      </w:pPr>
      <w:r>
        <w:rPr/>
        <w:t>—Montségur… —susurró.</w:t>
      </w:r>
    </w:p>
    <w:p>
      <w:pPr>
        <w:pStyle w:val="BodyText"/>
      </w:pPr>
      <w:r>
        <w:rPr/>
        <w:t>—Arnaldo —dijo Adrián—. Alix. El Eco pasó a través de ellos. Luego</w:t>
      </w:r>
      <w:r>
        <w:rPr/>
        <w:t xml:space="preserve"> </w:t>
      </w:r>
      <w:r>
        <w:rPr/>
        <w:t>cruzó montes, ríos, siglos. Terminó susurrando entre los arcos de un</w:t>
      </w:r>
      <w:r>
        <w:rPr/>
        <w:t xml:space="preserve"> </w:t>
      </w:r>
      <w:r>
        <w:rPr/>
        <w:t>monasterio junto al Duero. De ahí saltó a una niña con una cicatriz en</w:t>
      </w:r>
      <w:r>
        <w:rPr/>
        <w:t xml:space="preserve"> </w:t>
      </w:r>
      <w:r>
        <w:rPr/>
        <w:t>forma de espiral. El resto ya lo conoces.</w:t>
      </w:r>
    </w:p>
    <w:p>
      <w:pPr>
        <w:pStyle w:val="BodyText"/>
      </w:pPr>
      <w:r>
        <w:rPr/>
        <w:t>Imagen sobre imagen: Alix cruzando los Pirineos, dejando su marca en</w:t>
      </w:r>
      <w:r>
        <w:rPr/>
        <w:t xml:space="preserve"> </w:t>
      </w:r>
      <w:r>
        <w:rPr/>
        <w:t>piedra y pergamino; Naim creciendo en Loarre; generaciones sucesivas que</w:t>
      </w:r>
      <w:r>
        <w:rPr/>
        <w:t xml:space="preserve"> </w:t>
      </w:r>
      <w:r>
        <w:rPr/>
        <w:t>escuchaban cosas que los demás no oían y las llamaban «nervios»,</w:t>
      </w:r>
      <w:r>
        <w:rPr/>
        <w:t xml:space="preserve"> </w:t>
      </w:r>
      <w:r>
        <w:rPr/>
        <w:t>«sensibilidad», «misticismo», «locura».</w:t>
      </w:r>
    </w:p>
    <w:p>
      <w:pPr>
        <w:pStyle w:val="BodyText"/>
      </w:pPr>
      <w:r>
        <w:rPr/>
        <w:t>Hasta llegar a Soria, 1984.</w:t>
      </w:r>
    </w:p>
    <w:p>
      <w:pPr>
        <w:pStyle w:val="BodyText"/>
      </w:pPr>
      <w:r>
        <w:rPr/>
        <w:t>Hasta Mar.</w:t>
      </w:r>
    </w:p>
    <w:p>
      <w:pPr>
        <w:pStyle w:val="BodyText"/>
      </w:pPr>
      <w:r>
        <w:rPr/>
        <w:t>—No eres la primera —dijo Adrián—. Pero puede que seas la última</w:t>
      </w:r>
      <w:r>
        <w:rPr/>
        <w:t xml:space="preserve"> </w:t>
      </w:r>
      <w:r>
        <w:rPr/>
        <w:t>en tener elección.</w:t>
      </w:r>
    </w:p>
    <w:p>
      <w:pPr>
        <w:pStyle w:val="BodyText"/>
      </w:pPr>
      <w:r>
        <w:rPr/>
        <w:t>Mar sintió la cicatriz latir incluso allí, en el sustrato.</w:t>
      </w:r>
    </w:p>
    <w:p>
      <w:pPr>
        <w:pStyle w:val="BodyText"/>
      </w:pPr>
      <w:r>
        <w:rPr/>
        <w:t>—¿Elección de qué?</w:t>
      </w:r>
    </w:p>
    <w:p>
      <w:pPr>
        <w:pStyle w:val="BodyText"/>
      </w:pPr>
      <w:r>
        <w:rPr/>
        <w:t>—De qué va a ser el Eco a partir de ahora. —El espacio vibró con una</w:t>
      </w:r>
      <w:r>
        <w:rPr/>
        <w:t xml:space="preserve"> </w:t>
      </w:r>
      <w:r>
        <w:rPr/>
        <w:t>nota más grave—. Puede seguir siendo una herida perpetua, un registro</w:t>
      </w:r>
      <w:r>
        <w:rPr/>
        <w:t xml:space="preserve"> </w:t>
      </w:r>
      <w:r>
        <w:rPr/>
        <w:t>de todos los dolores no resueltos. O puede convertirse en otra cosa. Tú</w:t>
      </w:r>
      <w:r>
        <w:rPr/>
        <w:t xml:space="preserve"> </w:t>
      </w:r>
      <w:r>
        <w:rPr/>
        <w:t>eres el punto de bifurcación.</w:t>
      </w:r>
    </w:p>
    <w:p>
      <w:pPr>
        <w:pStyle w:val="BodyText"/>
      </w:pPr>
      <w:r>
        <w:rPr/>
        <w:t>—No sé qué significa eso.</w:t>
      </w:r>
    </w:p>
    <w:p>
      <w:pPr>
        <w:pStyle w:val="BodyText"/>
      </w:pPr>
      <w:r>
        <w:rPr/>
        <w:t>—Significa que por primera vez alguien que lo porta entiende la física</w:t>
      </w:r>
      <w:r>
        <w:rPr/>
        <w:t xml:space="preserve"> </w:t>
      </w:r>
      <w:r>
        <w:rPr/>
        <w:t>detrás del mito —dijo Adrián—. Tienes lenguaje para describir lo que</w:t>
      </w:r>
      <w:r>
        <w:rPr/>
        <w:t xml:space="preserve"> </w:t>
      </w:r>
      <w:r>
        <w:rPr/>
        <w:t>sientes. Tienes máquinas. Tienes a Lena. Y tienes a Markus. No son</w:t>
      </w:r>
      <w:r>
        <w:rPr/>
        <w:t xml:space="preserve"> </w:t>
      </w:r>
      <w:r>
        <w:rPr/>
        <w:t>custodios ciegos. Pueden decidir cómo resonará el Eco en el mundo.</w:t>
      </w:r>
    </w:p>
    <w:p>
      <w:pPr>
        <w:pStyle w:val="BodyText"/>
      </w:pPr>
      <w:r>
        <w:rPr/>
        <w:t>La idea la golpeó con la violencia de lo inevitable.</w:t>
      </w:r>
    </w:p>
    <w:p>
      <w:pPr>
        <w:pStyle w:val="BodyText"/>
      </w:pPr>
      <w:r>
        <w:rPr/>
        <w:t>—¿Por qué no lo hiciste tú? —preguntó—. Tenías el talento, el</w:t>
      </w:r>
      <w:r>
        <w:rPr/>
        <w:t xml:space="preserve"> </w:t>
      </w:r>
      <w:r>
        <w:rPr/>
        <w:t>equipo, la obsesión.</w:t>
      </w:r>
    </w:p>
    <w:p>
      <w:pPr>
        <w:pStyle w:val="BodyText"/>
      </w:pPr>
      <w:r>
        <w:rPr/>
        <w:t>Hubo un silencio espeso. Luego, una respuesta que no era una coartada.</w:t>
      </w:r>
    </w:p>
    <w:p>
      <w:pPr>
        <w:pStyle w:val="BodyText"/>
      </w:pPr>
      <w:r>
        <w:rPr/>
        <w:t>—Porque tuve miedo —dijo—. Cuando vi lo que podía hacerse con esa</w:t>
      </w:r>
      <w:r>
        <w:rPr/>
        <w:t xml:space="preserve"> </w:t>
      </w:r>
      <w:r>
        <w:rPr/>
        <w:t>frecuencia, pensé en sellarla. En esconderla en un último segundo. En</w:t>
      </w:r>
      <w:r>
        <w:rPr/>
        <w:t xml:space="preserve"> </w:t>
      </w:r>
      <w:r>
        <w:rPr/>
        <w:t>una pista que nadie abriría. Creí que borrarme del mapa sería</w:t>
      </w:r>
      <w:r>
        <w:rPr/>
        <w:t xml:space="preserve"> </w:t>
      </w:r>
      <w:r>
        <w:rPr/>
        <w:t>suficiente.</w:t>
      </w:r>
    </w:p>
    <w:p>
      <w:pPr>
        <w:pStyle w:val="BodyText"/>
      </w:pPr>
      <w:r>
        <w:rPr/>
        <w:t>—Y no lo fue.</w:t>
      </w:r>
    </w:p>
    <w:p>
      <w:pPr>
        <w:pStyle w:val="BodyText"/>
      </w:pPr>
      <w:r>
        <w:rPr/>
        <w:t>—No —admitió Adrián—. El Eco no se deja archivar. Solo se deja</w:t>
      </w:r>
      <w:r>
        <w:rPr/>
        <w:t xml:space="preserve"> </w:t>
      </w:r>
      <w:r>
        <w:rPr/>
        <w:t>desviar. Lo que hice fue ganar tiempo. Veinticinco años. Los que</w:t>
      </w:r>
      <w:r>
        <w:rPr/>
        <w:t xml:space="preserve"> </w:t>
      </w:r>
      <w:r>
        <w:rPr/>
        <w:t>necesitabas para estar lista.</w:t>
      </w:r>
    </w:p>
    <w:p>
      <w:pPr>
        <w:pStyle w:val="BodyText"/>
      </w:pPr>
      <w:r>
        <w:rPr/>
        <w:t>Mar cerró los ojos. No cambió nada; el sustrato no respondía a gestos</w:t>
      </w:r>
      <w:r>
        <w:rPr/>
        <w:t xml:space="preserve"> </w:t>
      </w:r>
      <w:r>
        <w:rPr/>
        <w:t>físicos. Pero le sirvió para ordenar ideas.</w:t>
      </w:r>
    </w:p>
    <w:p>
      <w:pPr>
        <w:pStyle w:val="BodyText"/>
      </w:pPr>
      <w:r>
        <w:rPr/>
        <w:t>—¿Y Chrysalis? —preguntó—. Lena cree que alguien monitorea estas</w:t>
      </w:r>
      <w:r>
        <w:rPr/>
        <w:t xml:space="preserve"> </w:t>
      </w:r>
      <w:r>
        <w:rPr/>
        <w:t>frecuencias desde fuera.</w:t>
      </w:r>
    </w:p>
    <w:p>
      <w:pPr>
        <w:pStyle w:val="BodyText"/>
      </w:pPr>
      <w:r>
        <w:rPr/>
        <w:t>Adrián se tensó. La penumbra alrededor vibró con ligera discordancia.</w:t>
      </w:r>
    </w:p>
    <w:p>
      <w:pPr>
        <w:pStyle w:val="BodyText"/>
      </w:pPr>
      <w:r>
        <w:rPr/>
        <w:t>—Chrysalis es lo que pasa cuando detectan el Eco pero no entienden su</w:t>
      </w:r>
      <w:r>
        <w:rPr/>
        <w:t xml:space="preserve"> </w:t>
      </w:r>
      <w:r>
        <w:rPr/>
        <w:t>lenguaje —explicó—. Intentan medir con instrumentos lo que debería</w:t>
      </w:r>
      <w:r>
        <w:rPr/>
        <w:t xml:space="preserve"> </w:t>
      </w:r>
      <w:r>
        <w:rPr/>
        <w:t>medirse con oído. Algunos creen que pueden usarlo como arma, otros como</w:t>
      </w:r>
      <w:r>
        <w:rPr/>
        <w:t xml:space="preserve"> </w:t>
      </w:r>
      <w:r>
        <w:rPr/>
        <w:t>vacuna. Ninguno comprende que el Eco no acepta ser instrumento de nadie.</w:t>
      </w:r>
    </w:p>
    <w:p>
      <w:pPr>
        <w:pStyle w:val="BodyText"/>
      </w:pPr>
      <w:r>
        <w:rPr/>
        <w:t>Mar sintió una punzada de miedo más nítido.</w:t>
      </w:r>
    </w:p>
    <w:p>
      <w:pPr>
        <w:pStyle w:val="BodyText"/>
      </w:pPr>
      <w:r>
        <w:rPr/>
        <w:t>—¿Nos están escuchando ahora?</w:t>
      </w:r>
    </w:p>
    <w:p>
      <w:pPr>
        <w:pStyle w:val="BodyText"/>
      </w:pPr>
      <w:r>
        <w:rPr/>
        <w:t>—No aquí —respondió Adrián—. El sustrato no se monitorea, se</w:t>
      </w:r>
      <w:r>
        <w:rPr/>
        <w:t xml:space="preserve"> </w:t>
      </w:r>
      <w:r>
        <w:rPr/>
        <w:t>habita. Pero cada vez que vuelves, cada vez que abres la puerta con una</w:t>
      </w:r>
      <w:r>
        <w:rPr/>
        <w:t xml:space="preserve"> </w:t>
      </w:r>
      <w:r>
        <w:rPr/>
        <w:t>canción, Chrysalis toma nota de los efectos. Y se acerca.</w:t>
      </w:r>
    </w:p>
    <w:p>
      <w:pPr>
        <w:pStyle w:val="BodyText"/>
      </w:pPr>
      <w:r>
        <w:rPr/>
        <w:t>Los fragmentos de sonidos a su alrededor empezaron a acelerarse, como si</w:t>
      </w:r>
      <w:r>
        <w:rPr/>
        <w:t xml:space="preserve"> </w:t>
      </w:r>
      <w:r>
        <w:rPr/>
        <w:t>alguien hubiera aumentado el tempo de aquella mezcla cósmica.</w:t>
      </w:r>
    </w:p>
    <w:p>
      <w:pPr>
        <w:pStyle w:val="BodyText"/>
      </w:pPr>
      <w:r>
        <w:rPr/>
        <w:t>—El tiempo se acaba —dijo Adrián—. Lena te está llamando. Su miedo</w:t>
      </w:r>
      <w:r>
        <w:rPr/>
        <w:t xml:space="preserve"> </w:t>
      </w:r>
      <w:r>
        <w:rPr/>
        <w:t>pesa más que tu curiosidad, y eso tira de ti hacia arriba.</w:t>
      </w:r>
    </w:p>
    <w:p>
      <w:pPr>
        <w:pStyle w:val="BodyText"/>
      </w:pPr>
      <w:r>
        <w:rPr/>
        <w:t>Mar quiso aferrarse a algo, pero no había nada que agarrar.</w:t>
      </w:r>
    </w:p>
    <w:p>
      <w:pPr>
        <w:pStyle w:val="BodyText"/>
      </w:pPr>
      <w:r>
        <w:rPr/>
        <w:t>—Necesito saber cómo encontrarte —dijo—. Si desapareces, si esto</w:t>
      </w:r>
      <w:r>
        <w:rPr/>
        <w:t xml:space="preserve"> </w:t>
      </w:r>
      <w:r>
        <w:rPr/>
        <w:t>se cierra… ¿cómo vuelvo a escucharte?</w:t>
      </w:r>
    </w:p>
    <w:p>
      <w:pPr>
        <w:pStyle w:val="BodyText"/>
      </w:pPr>
      <w:r>
        <w:rPr/>
        <w:t>Por primera vez, la voz sonó menos segura.</w:t>
      </w:r>
    </w:p>
    <w:p>
      <w:pPr>
        <w:pStyle w:val="BodyText"/>
      </w:pPr>
      <w:r>
        <w:rPr/>
        <w:t>—No me busques a mí —dijo—. Escucha la nota. El FA sostenido. Está</w:t>
      </w:r>
      <w:r>
        <w:rPr/>
        <w:t xml:space="preserve"> </w:t>
      </w:r>
      <w:r>
        <w:rPr/>
        <w:t>en todas partes: en tus pasos en San Juan de Duero, en el zumbido de los</w:t>
      </w:r>
      <w:r>
        <w:rPr/>
        <w:t xml:space="preserve"> </w:t>
      </w:r>
      <w:r>
        <w:rPr/>
        <w:t>cables del U-Bahn, en tu cicatriz cuando late. Yo soy solo un invitado</w:t>
      </w:r>
      <w:r>
        <w:rPr/>
        <w:t xml:space="preserve"> </w:t>
      </w:r>
      <w:r>
        <w:rPr/>
        <w:t>en esa frecuencia. El Eco es lo que importa.</w:t>
      </w:r>
    </w:p>
    <w:p>
      <w:pPr>
        <w:pStyle w:val="BodyText"/>
      </w:pPr>
      <w:r>
        <w:rPr/>
        <w:t>El espacio se desmoronó. No como algo que se derrumba, sino como una</w:t>
      </w:r>
      <w:r>
        <w:rPr/>
        <w:t xml:space="preserve"> </w:t>
      </w:r>
      <w:r>
        <w:rPr/>
        <w:t>mezcla que se va deshaciendo en pistas.</w:t>
      </w:r>
    </w:p>
    <w:p>
      <w:pPr>
        <w:pStyle w:val="BodyText"/>
      </w:pPr>
      <w:r>
        <w:rPr/>
        <w:t>—Mar…</w:t>
      </w:r>
    </w:p>
    <w:p>
      <w:pPr>
        <w:pStyle w:val="BodyText"/>
      </w:pPr>
      <w:r>
        <w:rPr/>
        <w:t>Su nombre fue lo último que oyó.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Lo primero que sintió fue frío. Frío de cemento contra su espalda.</w:t>
      </w:r>
      <w:r>
        <w:rPr/>
        <w:t xml:space="preserve"> </w:t>
      </w:r>
      <w:r>
        <w:rPr/>
        <w:t>Luego, olor: cables calientes, polvo acumulado, el ozono residual de</w:t>
      </w:r>
      <w:r>
        <w:rPr/>
        <w:t xml:space="preserve"> </w:t>
      </w:r>
      <w:r>
        <w:rPr/>
        <w:t>electricidad vieja.</w:t>
      </w:r>
    </w:p>
    <w:p>
      <w:pPr>
        <w:pStyle w:val="BodyText"/>
      </w:pPr>
      <w:r>
        <w:rPr/>
        <w:t>Después, sonido: el zumbido del Mac, ahora ensordecedor después del</w:t>
      </w:r>
      <w:r>
        <w:rPr/>
        <w:t xml:space="preserve"> </w:t>
      </w:r>
      <w:r>
        <w:rPr/>
        <w:t>silencio del sustrato. El murmullo lejano del tráfico en Wedding. Y la</w:t>
      </w:r>
      <w:r>
        <w:rPr/>
        <w:t xml:space="preserve"> </w:t>
      </w:r>
      <w:r>
        <w:rPr/>
        <w:t>voz de Lena, ronca de pánico apenas contenido.</w:t>
      </w:r>
    </w:p>
    <w:p>
      <w:pPr>
        <w:pStyle w:val="BodyText"/>
      </w:pPr>
      <w:r>
        <w:rPr/>
        <w:t>Mar abrió los ojos.</w:t>
      </w:r>
    </w:p>
    <w:p>
      <w:pPr>
        <w:pStyle w:val="BodyText"/>
      </w:pPr>
      <w:r>
        <w:rPr/>
        <w:t>Estaba tirada en el suelo. Lena estaba inclinada sobre ella, pálida como</w:t>
      </w:r>
      <w:r>
        <w:rPr/>
        <w:t xml:space="preserve"> </w:t>
      </w:r>
      <w:r>
        <w:rPr/>
        <w:t>papel, con el termómetro digital en la mano temblando apenas.</w:t>
      </w:r>
    </w:p>
    <w:p>
      <w:pPr>
        <w:pStyle w:val="BodyText"/>
      </w:pPr>
      <w:r>
        <w:rPr/>
        <w:t>—Has dejado de respirar durante cuatro segundos —dijo Lena con voz</w:t>
      </w:r>
      <w:r>
        <w:rPr/>
        <w:t xml:space="preserve"> </w:t>
      </w:r>
      <w:r>
        <w:rPr/>
        <w:t>que intentaba ser firme y fallaba—. Cuatro. He estado a punto de</w:t>
      </w:r>
      <w:r>
        <w:rPr/>
        <w:t xml:space="preserve"> </w:t>
      </w:r>
      <w:r>
        <w:rPr/>
        <w:t>reventar el archivo.</w:t>
      </w:r>
    </w:p>
    <w:p>
      <w:pPr>
        <w:pStyle w:val="BodyText"/>
      </w:pPr>
      <w:r>
        <w:rPr/>
        <w:t>El Zoom seguía grabando, la luz roja parpadeando. Los monitores estaban</w:t>
      </w:r>
      <w:r>
        <w:rPr/>
        <w:t xml:space="preserve"> </w:t>
      </w:r>
      <w:r>
        <w:rPr/>
        <w:t>en silencio. FA#_ULTIMO_SEGUNDO había terminado hacía rato.</w:t>
      </w:r>
    </w:p>
    <w:p>
      <w:pPr>
        <w:pStyle w:val="BodyText"/>
      </w:pPr>
      <w:r>
        <w:rPr/>
        <w:t>Mar intentó incorporarse. La habitación dio una vuelta a su alrededor.</w:t>
      </w:r>
    </w:p>
    <w:p>
      <w:pPr>
        <w:pStyle w:val="BodyText"/>
      </w:pPr>
      <w:r>
        <w:rPr/>
        <w:t>—He estado… fuera —susurró.</w:t>
      </w:r>
    </w:p>
    <w:p>
      <w:pPr>
        <w:pStyle w:val="BodyText"/>
      </w:pPr>
      <w:r>
        <w:rPr/>
        <w:t>—No —respondió Lena, contundente—. Has estado aquí. Con el pulso</w:t>
      </w:r>
      <w:r>
        <w:rPr/>
        <w:t xml:space="preserve"> </w:t>
      </w:r>
      <w:r>
        <w:rPr/>
        <w:t>en cuarenta y dos. La temperatura de la sala ha bajado dos grados en</w:t>
      </w:r>
      <w:r>
        <w:rPr/>
        <w:t xml:space="preserve"> </w:t>
      </w:r>
      <w:r>
        <w:rPr/>
        <w:t>diez segundos. Y el espectrograma…</w:t>
      </w:r>
    </w:p>
    <w:p>
      <w:pPr>
        <w:pStyle w:val="BodyText"/>
      </w:pPr>
      <w:r>
        <w:rPr/>
        <w:t>Se interrumpió. Señaló la pantalla.</w:t>
      </w:r>
    </w:p>
    <w:p>
      <w:pPr>
        <w:pStyle w:val="BodyText"/>
      </w:pPr>
      <w:r>
        <w:rPr/>
        <w:t>En el monitor, la representación gráfica del «último segundo» no parecía</w:t>
      </w:r>
      <w:r>
        <w:rPr/>
        <w:t xml:space="preserve"> </w:t>
      </w:r>
      <w:r>
        <w:rPr/>
        <w:t>un sonido. Parecía una escritura. Un patrón de líneas y vacíos, un</w:t>
      </w:r>
      <w:r>
        <w:rPr/>
        <w:t xml:space="preserve"> </w:t>
      </w:r>
      <w:r>
        <w:rPr/>
        <w:t>alfabeto que no pertenecía a ningún lenguaje humano.</w:t>
      </w:r>
    </w:p>
    <w:p>
      <w:pPr>
        <w:pStyle w:val="BodyText"/>
      </w:pPr>
      <w:r>
        <w:rPr/>
        <w:t>En la esquina inferior, un pequeño log de sistema mostraba una cadena</w:t>
      </w:r>
      <w:r>
        <w:rPr/>
        <w:t xml:space="preserve"> </w:t>
      </w:r>
      <w:r>
        <w:rPr/>
        <w:t>inquietante:</w:t>
      </w:r>
    </w:p>
    <w:p>
      <w:pPr>
        <w:pStyle w:val="BodyText"/>
      </w:pPr>
      <w:r>
        <w:rPr/>
        <w:t>CHRYSALIS-SCAN: SIGNAL LOCKED — PRIORIDAD A</w:t>
      </w:r>
    </w:p>
    <w:p>
      <w:pPr>
        <w:pStyle w:val="BodyText"/>
      </w:pPr>
      <w:r>
        <w:rPr/>
        <w:t>Lena había palidecido al verlo. Se sentó bruscamente, como si las</w:t>
      </w:r>
      <w:r>
        <w:rPr/>
        <w:t xml:space="preserve"> </w:t>
      </w:r>
      <w:r>
        <w:rPr/>
        <w:t>piernas no quisieran sostenerla más.</w:t>
      </w:r>
    </w:p>
    <w:p>
      <w:pPr>
        <w:pStyle w:val="BodyText"/>
      </w:pPr>
      <w:r>
        <w:rPr/>
        <w:t>—No estabas sola —dijo, mirando fijamente la pantalla—. Mientras</w:t>
      </w:r>
      <w:r>
        <w:rPr/>
        <w:t xml:space="preserve"> </w:t>
      </w:r>
      <w:r>
        <w:rPr/>
        <w:t>tú viajabas a donde quiera que hayas ido, alguien… o algo… ha estado</w:t>
      </w:r>
      <w:r>
        <w:rPr/>
        <w:t xml:space="preserve"> </w:t>
      </w:r>
      <w:r>
        <w:rPr/>
        <w:t>mirando por la rendija.</w:t>
      </w:r>
    </w:p>
    <w:p>
      <w:pPr>
        <w:pStyle w:val="BodyText"/>
      </w:pPr>
      <w:r>
        <w:rPr/>
        <w:t>Mar llevó la mano a su cicatriz. Latía con un pulso grave, no</w:t>
      </w:r>
      <w:r>
        <w:rPr/>
        <w:t xml:space="preserve"> </w:t>
      </w:r>
      <w:r>
        <w:rPr/>
        <w:t>exactamente suyo.</w:t>
      </w:r>
    </w:p>
    <w:p>
      <w:pPr>
        <w:pStyle w:val="BodyText"/>
      </w:pPr>
      <w:r>
        <w:rPr/>
        <w:t>—Ya no se trata solo de encontrar a Adrián —dijo, con la voz más</w:t>
      </w:r>
      <w:r>
        <w:rPr/>
        <w:t xml:space="preserve"> </w:t>
      </w:r>
      <w:r>
        <w:rPr/>
        <w:t>firme de lo que se sentía—. Se trata de decidir qué va a ser el Eco de</w:t>
      </w:r>
      <w:r>
        <w:rPr/>
        <w:t xml:space="preserve"> </w:t>
      </w:r>
      <w:r>
        <w:rPr/>
        <w:t>ahora en adelante.</w:t>
      </w:r>
    </w:p>
    <w:p>
      <w:pPr>
        <w:pStyle w:val="BodyText"/>
      </w:pPr>
      <w:r>
        <w:rPr/>
        <w:t>Lena la miró durante unos segundos. Luego asintió, resignada y lúcida.</w:t>
      </w:r>
    </w:p>
    <w:p>
      <w:pPr>
        <w:pStyle w:val="BodyText"/>
      </w:pPr>
      <w:r>
        <w:rPr/>
        <w:t>—Entonces vamos a necesitar algo más que fe y cicatrices —dijo—.</w:t>
      </w:r>
      <w:r>
        <w:rPr/>
        <w:t xml:space="preserve"> </w:t>
      </w:r>
      <w:r>
        <w:rPr/>
        <w:t>Vamos a necesitar matemática, hardware… y aliados que no se asusten</w:t>
      </w:r>
      <w:r>
        <w:rPr/>
        <w:t xml:space="preserve"> </w:t>
      </w:r>
      <w:r>
        <w:rPr/>
        <w:t>fácilmente.</w:t>
      </w:r>
    </w:p>
    <w:p>
      <w:pPr>
        <w:pStyle w:val="BodyText"/>
      </w:pPr>
      <w:r>
        <w:rPr/>
        <w:t>El Eco había dejado de ser un rumor histórico. Se había convertido en</w:t>
      </w:r>
      <w:r>
        <w:rPr/>
        <w:t xml:space="preserve"> </w:t>
      </w:r>
      <w:r>
        <w:rPr/>
        <w:t>una herencia activa.</w:t>
      </w:r>
    </w:p>
    <w:p>
      <w:pPr>
        <w:pStyle w:val="BodyText"/>
      </w:pPr>
      <w:r>
        <w:rPr/>
        <w:t>Y heredar, en su caso, significaba elegir qué universo iba a vibrar con</w:t>
      </w:r>
      <w:r>
        <w:rPr/>
        <w:t xml:space="preserve"> </w:t>
      </w:r>
      <w:r>
        <w:rPr/>
        <w:t>esa nota.</w:t>
      </w:r>
    </w:p>
    <w:p>
      <w:pPr>
        <w:pStyle w:val="Heading1"/>
      </w:pPr>
      <w:r>
        <w:rPr/>
        <w:t>CAPÍTULO 14. EL CONTRAPUNTO DE LA LÓGICA</w:t>
      </w:r>
    </w:p>
    <w:p>
      <w:pPr/>
      <w:r>
        <w:rPr/>
        <w:t>«Él era la melodía. Yo era la matemática que la hacía posible.</w:t>
      </w:r>
    </w:p>
    <w:p>
      <w:pPr>
        <w:pStyle w:val="BodyText"/>
      </w:pPr>
      <w:r>
        <w:rPr/>
        <w:t>Cuando la melodía se rompió, solo quedaron las ecuaciones.»</w:t>
      </w:r>
    </w:p>
    <w:p>
      <w:pPr>
        <w:pStyle w:val="BodyText"/>
      </w:pPr>
      <w:r>
        <w:rPr/>
        <w:t>—Cuaderno de Lena</w:t>
      </w:r>
    </w:p>
    <w:p>
      <w:pPr>
        <w:pStyle w:val="BodyText"/>
      </w:pPr>
      <w:r>
        <w:rPr/>
        <w:t>El Biergarten zum Verlorenen Tag se alzaba entre edificios modernos de</w:t>
      </w:r>
      <w:r>
        <w:rPr/>
        <w:t xml:space="preserve"> </w:t>
      </w:r>
      <w:r>
        <w:rPr/>
        <w:t>Kottbusser Tor como una muela rota que se negaba a caer. El letrero de</w:t>
      </w:r>
      <w:r>
        <w:rPr/>
        <w:t xml:space="preserve"> </w:t>
      </w:r>
      <w:r>
        <w:rPr/>
        <w:t>neón llevaba una década parpadeando la misma letra: la «V» de Verlorenen</w:t>
      </w:r>
      <w:r>
        <w:rPr/>
        <w:t xml:space="preserve"> </w:t>
      </w:r>
      <w:r>
        <w:rPr/>
        <w:t>se encendía y apagaba cada tres segundos, convirtiendo el nombre en «Día</w:t>
      </w:r>
      <w:r>
        <w:rPr/>
        <w:t xml:space="preserve"> </w:t>
      </w:r>
      <w:r>
        <w:rPr/>
        <w:t>erdido». Nadie lo había arreglado. Quizá porque le daba cierta</w:t>
      </w:r>
      <w:r>
        <w:rPr/>
        <w:t xml:space="preserve"> </w:t>
      </w:r>
      <w:r>
        <w:rPr/>
        <w:t>coherencia al lugar.</w:t>
      </w:r>
    </w:p>
    <w:p>
      <w:pPr>
        <w:pStyle w:val="BodyText"/>
      </w:pPr>
      <w:r>
        <w:rPr/>
        <w:t>Dentro, el humo ya no era de tabaco, pero las paredes conservaban la</w:t>
      </w:r>
      <w:r>
        <w:rPr/>
        <w:t xml:space="preserve"> </w:t>
      </w:r>
      <w:r>
        <w:rPr/>
        <w:t>pátina amarillenta de mil noches anteriores a la prohibición. Fotos</w:t>
      </w:r>
      <w:r>
        <w:rPr/>
        <w:t xml:space="preserve"> </w:t>
      </w:r>
      <w:r>
        <w:rPr/>
        <w:t>enmarcadas de bandas que nadie recordaba colgaban torcidas: The Cosmic</w:t>
      </w:r>
      <w:r>
        <w:rPr/>
        <w:t xml:space="preserve"> </w:t>
      </w:r>
      <w:r>
        <w:rPr/>
        <w:t>Jokers, Tangerine Dream en los setenta, un cartel descolorido de</w:t>
      </w:r>
      <w:r>
        <w:rPr/>
        <w:t xml:space="preserve"> </w:t>
      </w:r>
      <w:r>
        <w:rPr/>
        <w:t>Kraftwerk firmado a mano. La barra de madera estaba llena de cicatrices:</w:t>
      </w:r>
      <w:r>
        <w:rPr/>
        <w:t xml:space="preserve"> </w:t>
      </w:r>
      <w:r>
        <w:rPr/>
        <w:t>quemaduras de cigarrillo, iniciales grabadas con llaves, manchas de</w:t>
      </w:r>
      <w:r>
        <w:rPr/>
        <w:t xml:space="preserve"> </w:t>
      </w:r>
      <w:r>
        <w:rPr/>
        <w:t>cerveza convertidas en geografía. En una esquina, un tocadiscos Dual</w:t>
      </w:r>
      <w:r>
        <w:rPr/>
        <w:t xml:space="preserve"> </w:t>
      </w:r>
      <w:r>
        <w:rPr/>
        <w:t>1229 oxidado descansaba sobre una repisa, mudo desde hacía años pero</w:t>
      </w:r>
      <w:r>
        <w:rPr/>
        <w:t xml:space="preserve"> </w:t>
      </w:r>
      <w:r>
        <w:rPr/>
        <w:t>venerado como reliquia.</w:t>
      </w:r>
    </w:p>
    <w:p>
      <w:pPr>
        <w:pStyle w:val="BodyText"/>
      </w:pPr>
      <w:r>
        <w:rPr/>
        <w:t>Lena había elegido ese lugar por tres razones: primera, Markus era</w:t>
      </w:r>
      <w:r>
        <w:rPr/>
        <w:t xml:space="preserve"> </w:t>
      </w:r>
      <w:r>
        <w:rPr/>
        <w:t>conocido y nadie preguntaba; segunda, no tenían cámaras de seguridad</w:t>
      </w:r>
      <w:r>
        <w:rPr/>
        <w:t xml:space="preserve"> </w:t>
      </w:r>
      <w:r>
        <w:rPr/>
        <w:t>funcionales; tercera, el dueño era sordo del oído izquierdo y prefería</w:t>
      </w:r>
      <w:r>
        <w:rPr/>
        <w:t xml:space="preserve"> </w:t>
      </w:r>
      <w:r>
        <w:rPr/>
        <w:t>no oír con el derecho.</w:t>
      </w:r>
    </w:p>
    <w:p>
      <w:pPr>
        <w:pStyle w:val="BodyText"/>
      </w:pPr>
      <w:r>
        <w:rPr/>
        <w:t>Markus ya estaba en la mesa del fondo, con una cerveza sin alcohol</w:t>
      </w:r>
      <w:r>
        <w:rPr/>
        <w:t xml:space="preserve"> </w:t>
      </w:r>
      <w:r>
        <w:rPr/>
        <w:t>delante. Llevaba una sudadera gris con capucha, el uniforme del que</w:t>
      </w:r>
      <w:r>
        <w:rPr/>
        <w:t xml:space="preserve"> </w:t>
      </w:r>
      <w:r>
        <w:rPr/>
        <w:t>prefiere no ser reconocido. Su cara de DJ veterano desentonaba con el</w:t>
      </w:r>
      <w:r>
        <w:rPr/>
        <w:t xml:space="preserve"> </w:t>
      </w:r>
      <w:r>
        <w:rPr/>
        <w:t>vaso prudente, pero su hígado le había dado un ultimátum tres años</w:t>
      </w:r>
      <w:r>
        <w:rPr/>
        <w:t xml:space="preserve"> </w:t>
      </w:r>
      <w:r>
        <w:rPr/>
        <w:t>atrás. Tenía la costumbre de frotarse la nuca cuando algo le preocupaba.</w:t>
      </w:r>
      <w:r>
        <w:rPr/>
        <w:t xml:space="preserve"> </w:t>
      </w:r>
      <w:r>
        <w:rPr/>
        <w:t>Lo estaba haciendo ahora, con movimientos circulares, compulsivos.</w:t>
      </w:r>
    </w:p>
    <w:p>
      <w:pPr>
        <w:pStyle w:val="BodyText"/>
      </w:pPr>
      <w:r>
        <w:rPr/>
        <w:t>—Llegáis tarde —dijo al verlas acercarse.</w:t>
      </w:r>
    </w:p>
    <w:p>
      <w:pPr>
        <w:pStyle w:val="BodyText"/>
      </w:pPr>
      <w:r>
        <w:rPr/>
        <w:t>—Llegamos vivas —respondió Lena—. Que es mejor.</w:t>
      </w:r>
    </w:p>
    <w:p>
      <w:pPr>
        <w:pStyle w:val="BodyText"/>
      </w:pPr>
      <w:r>
        <w:rPr/>
        <w:t>Mar se dejó caer en la silla, apartando un posavasos mojado con el logo</w:t>
      </w:r>
      <w:r>
        <w:rPr/>
        <w:t xml:space="preserve"> </w:t>
      </w:r>
      <w:r>
        <w:rPr/>
        <w:t>descolorido de Becks. Aún llevaba encima el peso de FA#_ULTIMO_SEGUNDO.</w:t>
      </w:r>
      <w:r>
        <w:rPr/>
        <w:t xml:space="preserve"> </w:t>
      </w:r>
      <w:r>
        <w:rPr/>
        <w:t>La cicatriz bajo su clavícula seguía vibrando, como si hubiera adoptado</w:t>
      </w:r>
      <w:r>
        <w:rPr/>
        <w:t xml:space="preserve"> </w:t>
      </w:r>
      <w:r>
        <w:rPr/>
        <w:t>su propio tempo independiente. Cada vez que respiraba hondo, notaba el</w:t>
      </w:r>
      <w:r>
        <w:rPr/>
        <w:t xml:space="preserve"> </w:t>
      </w:r>
      <w:r>
        <w:rPr/>
        <w:t>zumbido sincronizarse con el aire.</w:t>
      </w:r>
    </w:p>
    <w:p>
      <w:pPr>
        <w:pStyle w:val="BodyText"/>
      </w:pPr>
      <w:r>
        <w:rPr/>
        <w:t>—¿Te lo ha contado todo? —preguntó Markus, mirándola por encima del</w:t>
      </w:r>
      <w:r>
        <w:rPr/>
        <w:t xml:space="preserve"> </w:t>
      </w:r>
      <w:r>
        <w:rPr/>
        <w:t>vaso.</w:t>
      </w:r>
    </w:p>
    <w:p>
      <w:pPr>
        <w:pStyle w:val="BodyText"/>
      </w:pPr>
      <w:r>
        <w:rPr/>
        <w:t>—Le he contado lo suficiente para que no salga corriendo —respondió</w:t>
      </w:r>
      <w:r>
        <w:rPr/>
        <w:t xml:space="preserve"> </w:t>
      </w:r>
      <w:r>
        <w:rPr/>
        <w:t>Lena—. Lo demás lo decide ella.</w:t>
      </w:r>
    </w:p>
    <w:p>
      <w:pPr>
        <w:pStyle w:val="BodyText"/>
      </w:pPr>
      <w:r>
        <w:rPr/>
        <w:t>Markus estudió a Mar con una mezcla de curiosidad y algo parecido a la</w:t>
      </w:r>
      <w:r>
        <w:rPr/>
        <w:t xml:space="preserve"> </w:t>
      </w:r>
      <w:r>
        <w:rPr/>
        <w:t>compasión. No era la primera vez que veía a alguien con esa mirada: la</w:t>
      </w:r>
      <w:r>
        <w:rPr/>
        <w:t xml:space="preserve"> </w:t>
      </w:r>
      <w:r>
        <w:rPr/>
        <w:t>de quien acaba de cruzar un umbral y ya no puede volver.</w:t>
      </w:r>
    </w:p>
    <w:p>
      <w:pPr>
        <w:pStyle w:val="BodyText"/>
      </w:pPr>
      <w:r>
        <w:rPr/>
        <w:t>Mar apoyó las manos sobre la mesa pegajosa.</w:t>
      </w:r>
    </w:p>
    <w:p>
      <w:pPr>
        <w:pStyle w:val="BodyText"/>
      </w:pPr>
      <w:r>
        <w:rPr/>
        <w:t>—He estado ahí dentro, Markus —dijo—. En el sustrato. No era un</w:t>
      </w:r>
      <w:r>
        <w:rPr/>
        <w:t xml:space="preserve"> </w:t>
      </w:r>
      <w:r>
        <w:rPr/>
        <w:t>sueño. Adrián estaba… o algo de él estaba… al otro lado del FA</w:t>
      </w:r>
      <w:r>
        <w:rPr/>
        <w:t xml:space="preserve"> </w:t>
      </w:r>
      <w:r>
        <w:rPr/>
        <w:t>sostenido.</w:t>
      </w:r>
    </w:p>
    <w:p>
      <w:pPr>
        <w:pStyle w:val="BodyText"/>
      </w:pPr>
      <w:r>
        <w:rPr/>
        <w:t>Markus dejó escapar un resoplido que era mitad risa, mitad incredulidad,</w:t>
      </w:r>
      <w:r>
        <w:rPr/>
        <w:t xml:space="preserve"> </w:t>
      </w:r>
      <w:r>
        <w:rPr/>
        <w:t>mitad algo que no tenía nombre.</w:t>
      </w:r>
    </w:p>
    <w:p>
      <w:pPr>
        <w:pStyle w:val="BodyText"/>
      </w:pPr>
      <w:r>
        <w:rPr/>
        <w:t>—Sabía que ese cabrón no se iba a conformar con desaparecer</w:t>
      </w:r>
      <w:r>
        <w:rPr/>
        <w:t xml:space="preserve"> </w:t>
      </w:r>
      <w:r>
        <w:rPr/>
        <w:t>—murmuró—. Tenía que convertir su propia muerte en un remix. Siempre</w:t>
      </w:r>
      <w:r>
        <w:rPr/>
        <w:t xml:space="preserve"> </w:t>
      </w:r>
      <w:r>
        <w:rPr/>
        <w:t>fue así. Hasta el final quiso tener la última palabra.</w:t>
      </w:r>
    </w:p>
    <w:p>
      <w:pPr>
        <w:pStyle w:val="BodyText"/>
      </w:pPr>
      <w:r>
        <w:rPr/>
        <w:t>Se frotó la cara con ambas manos, como si intentara borrar una imagen</w:t>
      </w:r>
      <w:r>
        <w:rPr/>
        <w:t xml:space="preserve"> </w:t>
      </w:r>
      <w:r>
        <w:rPr/>
        <w:t>que llevaba años persiguiéndolo.</w:t>
      </w:r>
    </w:p>
    <w:p>
      <w:pPr>
        <w:pStyle w:val="BodyText"/>
      </w:pPr>
      <w:r>
        <w:rPr/>
        <w:t>—Lo intenté sacar de Kreuzberg aquella semana —añadió con voz más</w:t>
      </w:r>
      <w:r>
        <w:rPr/>
        <w:t xml:space="preserve"> </w:t>
      </w:r>
      <w:r>
        <w:rPr/>
        <w:t>baja—. Le dije que parara, que se tomara un descanso, que aquel</w:t>
      </w:r>
      <w:r>
        <w:rPr/>
        <w:t xml:space="preserve"> </w:t>
      </w:r>
      <w:r>
        <w:rPr/>
        <w:t>proyecto lo estaba matando. Me miró como si le hablara en otro idioma.</w:t>
      </w:r>
      <w:r>
        <w:rPr/>
        <w:t xml:space="preserve"> </w:t>
      </w:r>
      <w:r>
        <w:rPr/>
        <w:t>«Ya no puedo parar», me dijo. «Esto ya no es mío». Y tenía razón. Algo</w:t>
      </w:r>
      <w:r>
        <w:rPr/>
        <w:t xml:space="preserve"> </w:t>
      </w:r>
      <w:r>
        <w:rPr/>
        <w:t>lo había enganchado y no lo iba a soltar.</w:t>
      </w:r>
    </w:p>
    <w:p>
      <w:pPr>
        <w:pStyle w:val="BodyText"/>
      </w:pPr>
      <w:r>
        <w:rPr/>
        <w:t>Lena abrió un cuaderno de tapas negras con una banda elástica alrededor.</w:t>
      </w:r>
      <w:r>
        <w:rPr/>
        <w:t xml:space="preserve"> </w:t>
      </w:r>
      <w:r>
        <w:rPr/>
        <w:t>No era un gesto dramático; era su forma de declarar que, a partir de ese</w:t>
      </w:r>
      <w:r>
        <w:rPr/>
        <w:t xml:space="preserve"> </w:t>
      </w:r>
      <w:r>
        <w:rPr/>
        <w:t>momento, cada palabra contaba.</w:t>
      </w:r>
    </w:p>
    <w:p>
      <w:pPr>
        <w:pStyle w:val="BodyText"/>
      </w:pPr>
      <w:r>
        <w:rPr/>
        <w:t>—Antes de que nos perdamos en metáforas —dijo—, quiero que</w:t>
      </w:r>
      <w:r>
        <w:rPr/>
        <w:t xml:space="preserve"> </w:t>
      </w:r>
      <w:r>
        <w:rPr/>
        <w:t>tengamos claro qué tenemos y qué nos falta.</w:t>
      </w:r>
    </w:p>
    <w:p>
      <w:pPr>
        <w:pStyle w:val="BodyText"/>
      </w:pPr>
      <w:r>
        <w:rPr/>
        <w:t>Señaló con el bolígrafo, trazando líneas invisibles en el aire como si</w:t>
      </w:r>
      <w:r>
        <w:rPr/>
        <w:t xml:space="preserve"> </w:t>
      </w:r>
      <w:r>
        <w:rPr/>
        <w:t>dibujara un esquema en una pizarra que solo ella veía.</w:t>
      </w:r>
    </w:p>
    <w:p>
      <w:pPr>
        <w:pStyle w:val="BodyText"/>
      </w:pPr>
      <w:r>
        <w:rPr/>
        <w:t>—Tenemos: una canción que funciona como túnel interdimensional. Un</w:t>
      </w:r>
      <w:r>
        <w:rPr/>
        <w:t xml:space="preserve"> </w:t>
      </w:r>
      <w:r>
        <w:rPr/>
        <w:t>patrón en FA sostenido que el cuerpo de Mar reconoce, amplifica y</w:t>
      </w:r>
      <w:r>
        <w:rPr/>
        <w:t xml:space="preserve"> </w:t>
      </w:r>
      <w:r>
        <w:rPr/>
        <w:t>utiliza como pasarela. Un rastro de Chrysalis en el espectrograma,</w:t>
      </w:r>
      <w:r>
        <w:rPr/>
        <w:t xml:space="preserve"> </w:t>
      </w:r>
      <w:r>
        <w:rPr/>
        <w:t>escaneando mientras ella viajaba. Sabemos que no estamos solos. Sabemos</w:t>
      </w:r>
      <w:r>
        <w:rPr/>
        <w:t xml:space="preserve"> </w:t>
      </w:r>
      <w:r>
        <w:rPr/>
        <w:t>que alguien con recursos está prestando atención.</w:t>
      </w:r>
    </w:p>
    <w:p>
      <w:pPr>
        <w:pStyle w:val="BodyText"/>
      </w:pPr>
      <w:r>
        <w:rPr/>
        <w:t>Golpeó suavemente la página con la punta del bolígrafo.</w:t>
      </w:r>
    </w:p>
    <w:p>
      <w:pPr>
        <w:pStyle w:val="BodyText"/>
      </w:pPr>
      <w:r>
        <w:rPr/>
        <w:t>—Nos falta: un modelo replicable que no nos mate en el intento.</w:t>
      </w:r>
      <w:r>
        <w:rPr/>
        <w:t xml:space="preserve"> </w:t>
      </w:r>
      <w:r>
        <w:rPr/>
        <w:t>Necesitamos protocolos, umbrales de seguridad, rutas de salida. Mar no</w:t>
      </w:r>
      <w:r>
        <w:rPr/>
        <w:t xml:space="preserve"> </w:t>
      </w:r>
      <w:r>
        <w:rPr/>
        <w:t>puede seguir siendo la única conejilla de indias.</w:t>
      </w:r>
    </w:p>
    <w:p>
      <w:pPr>
        <w:pStyle w:val="BodyText"/>
      </w:pPr>
      <w:r>
        <w:rPr/>
        <w:t>Markus dejó el vaso a un lado con cuidado, como si el gesto pudiera</w:t>
      </w:r>
      <w:r>
        <w:rPr/>
        <w:t xml:space="preserve"> </w:t>
      </w:r>
      <w:r>
        <w:rPr/>
        <w:t>romper algo más que cristal.</w:t>
      </w:r>
    </w:p>
    <w:p>
      <w:pPr>
        <w:pStyle w:val="BodyText"/>
      </w:pPr>
      <w:r>
        <w:rPr/>
        <w:t>—Lo que yo tengo —dijo— son accesos. Conexiones laterales. Gente</w:t>
      </w:r>
      <w:r>
        <w:rPr/>
        <w:t xml:space="preserve"> </w:t>
      </w:r>
      <w:r>
        <w:rPr/>
        <w:t>que trabaja para gente que trabaja para Chrysalis sin saber que trabaja</w:t>
      </w:r>
      <w:r>
        <w:rPr/>
        <w:t xml:space="preserve"> </w:t>
      </w:r>
      <w:r>
        <w:rPr/>
        <w:t>para Chrysalis. Servidores viejos en sótanos olvidados, puertos mal</w:t>
      </w:r>
      <w:r>
        <w:rPr/>
        <w:t xml:space="preserve"> </w:t>
      </w:r>
      <w:r>
        <w:rPr/>
        <w:t>cerrados en sistemas legacy, logs que nadie mira porque todo el mundo</w:t>
      </w:r>
      <w:r>
        <w:rPr/>
        <w:t xml:space="preserve"> </w:t>
      </w:r>
      <w:r>
        <w:rPr/>
        <w:t>cree que alguien más los está mirando.</w:t>
      </w:r>
    </w:p>
    <w:p>
      <w:pPr>
        <w:pStyle w:val="BodyText"/>
      </w:pPr>
      <w:r>
        <w:rPr/>
        <w:t>—Datos —resumió Lena—. Muchísimos datos sucios. Y acceso a</w:t>
      </w:r>
      <w:r>
        <w:rPr/>
        <w:t xml:space="preserve"> </w:t>
      </w:r>
      <w:r>
        <w:rPr/>
        <w:t>sistemas que no pertenecen precisamente a buena gente. —Lo miró</w:t>
      </w:r>
      <w:r>
        <w:rPr/>
        <w:t xml:space="preserve"> </w:t>
      </w:r>
      <w:r>
        <w:rPr/>
        <w:t>directamente—. Ahí entras tú.</w:t>
      </w:r>
    </w:p>
    <w:p>
      <w:pPr>
        <w:pStyle w:val="BodyText"/>
      </w:pPr>
      <w:r>
        <w:rPr/>
        <w:t>Markus se encogió de hombros con una resignación que parecía practicada.</w:t>
      </w:r>
    </w:p>
    <w:p>
      <w:pPr>
        <w:pStyle w:val="BodyText"/>
      </w:pPr>
      <w:r>
        <w:rPr/>
        <w:t>—Sabía que mi pasado de DJ con pocos escrúpulos y contactos dudosos os</w:t>
      </w:r>
      <w:r>
        <w:rPr/>
        <w:t xml:space="preserve"> </w:t>
      </w:r>
      <w:r>
        <w:rPr/>
        <w:t>acabaría pareciendo útil —dijo—. ¿Qué quieres exactamente?</w:t>
      </w:r>
    </w:p>
    <w:p>
      <w:pPr>
        <w:pStyle w:val="BodyText"/>
      </w:pPr>
      <w:r>
        <w:rPr/>
        <w:t>—Quiero saber qué sabe Chrysalis sobre el Eco —respondió Lena—.</w:t>
      </w:r>
      <w:r>
        <w:rPr/>
        <w:t xml:space="preserve"> </w:t>
      </w:r>
      <w:r>
        <w:rPr/>
        <w:t>Dónde están. Qué están buscando. Cómo de cerca nos vigilan. Si nos están</w:t>
      </w:r>
      <w:r>
        <w:rPr/>
        <w:t xml:space="preserve"> </w:t>
      </w:r>
      <w:r>
        <w:rPr/>
        <w:t>escuchando, también podemos escucharles a ellos. Cualquier red que</w:t>
      </w:r>
      <w:r>
        <w:rPr/>
        <w:t xml:space="preserve"> </w:t>
      </w:r>
      <w:r>
        <w:rPr/>
        <w:t>escanea deja huellas digitales: nodos, rutas, latencias, patrones de</w:t>
      </w:r>
      <w:r>
        <w:rPr/>
        <w:t xml:space="preserve"> </w:t>
      </w:r>
      <w:r>
        <w:rPr/>
        <w:t>tráfico. Solo necesitamos paciencia, creatividad… y no morir por el</w:t>
      </w:r>
      <w:r>
        <w:rPr/>
        <w:t xml:space="preserve"> </w:t>
      </w:r>
      <w:r>
        <w:rPr/>
        <w:t>camino.</w:t>
      </w:r>
    </w:p>
    <w:p>
      <w:pPr>
        <w:pStyle w:val="BodyText"/>
      </w:pPr>
      <w:r>
        <w:rPr/>
        <w:t>Mar se inclinó hacia delante, las manos entrelazadas sobre la mesa.</w:t>
      </w:r>
    </w:p>
    <w:p>
      <w:pPr>
        <w:pStyle w:val="BodyText"/>
      </w:pPr>
      <w:r>
        <w:rPr/>
        <w:t>—¿Y mientras tanto qué hago yo? —preguntó—. ¿Seguir dejándome</w:t>
      </w:r>
      <w:r>
        <w:rPr/>
        <w:t xml:space="preserve"> </w:t>
      </w:r>
      <w:r>
        <w:rPr/>
        <w:t>arrastrar cada vez que suena el FA sostenido? ¿Esperar a ver si la</w:t>
      </w:r>
      <w:r>
        <w:rPr/>
        <w:t xml:space="preserve"> </w:t>
      </w:r>
      <w:r>
        <w:rPr/>
        <w:t>próxima vez consigo volver?</w:t>
      </w:r>
    </w:p>
    <w:p>
      <w:pPr>
        <w:pStyle w:val="BodyText"/>
      </w:pPr>
      <w:r>
        <w:rPr/>
        <w:t>Lena la miró con una mezcla de cariño, preocupación y algo que se</w:t>
      </w:r>
      <w:r>
        <w:rPr/>
        <w:t xml:space="preserve"> </w:t>
      </w:r>
      <w:r>
        <w:rPr/>
        <w:t>parecía peligrosamente al orgullo.</w:t>
      </w:r>
    </w:p>
    <w:p>
      <w:pPr>
        <w:pStyle w:val="BodyText"/>
      </w:pPr>
      <w:r>
        <w:rPr/>
        <w:t>—Tú eres la única que puede entrar y salir del sustrato con algo</w:t>
      </w:r>
      <w:r>
        <w:rPr/>
        <w:t xml:space="preserve"> </w:t>
      </w:r>
      <w:r>
        <w:rPr/>
        <w:t>parecido a control —dijo—. Necesito que aprendas a hacerlo de manera</w:t>
      </w:r>
      <w:r>
        <w:rPr/>
        <w:t xml:space="preserve"> </w:t>
      </w:r>
      <w:r>
        <w:rPr/>
        <w:t>consciente. Sin desmayarte, sin perder pulso ni temperatura corporal,</w:t>
      </w:r>
      <w:r>
        <w:rPr/>
        <w:t xml:space="preserve"> </w:t>
      </w:r>
      <w:r>
        <w:rPr/>
        <w:t>sin que Viktor tenga que decidir si usar el cancelador o dejarte allí.</w:t>
      </w:r>
      <w:r>
        <w:rPr/>
        <w:t xml:space="preserve"> </w:t>
      </w:r>
      <w:r>
        <w:rPr/>
        <w:t>Que te lleves preguntas específicas. Que traigas respuestas</w:t>
      </w:r>
      <w:r>
        <w:rPr/>
        <w:t xml:space="preserve"> </w:t>
      </w:r>
      <w:r>
        <w:rPr/>
        <w:t>verificables. Piensa en ti como una corresponsal de guerra en un país</w:t>
      </w:r>
      <w:r>
        <w:rPr/>
        <w:t xml:space="preserve"> </w:t>
      </w:r>
      <w:r>
        <w:rPr/>
        <w:t>que oficialmente no existe en ningún mapa.</w:t>
      </w:r>
    </w:p>
    <w:p>
      <w:pPr>
        <w:pStyle w:val="BodyText"/>
      </w:pPr>
      <w:r>
        <w:rPr/>
        <w:t>Markus chasqueó la lengua y sacudió la cabeza.</w:t>
      </w:r>
    </w:p>
    <w:p>
      <w:pPr>
        <w:pStyle w:val="BodyText"/>
      </w:pPr>
      <w:r>
        <w:rPr/>
        <w:t>—Genial —dijo—. Mística, espionaje corporativo y física cuántica</w:t>
      </w:r>
      <w:r>
        <w:rPr/>
        <w:t xml:space="preserve"> </w:t>
      </w:r>
      <w:r>
        <w:rPr/>
        <w:t>aplicada. Justo lo que le faltaba a Berlín para completar su colección</w:t>
      </w:r>
      <w:r>
        <w:rPr/>
        <w:t xml:space="preserve"> </w:t>
      </w:r>
      <w:r>
        <w:rPr/>
        <w:t>de locuras.</w:t>
      </w:r>
    </w:p>
    <w:p>
      <w:pPr>
        <w:pStyle w:val="BodyText"/>
      </w:pPr>
      <w:r>
        <w:rPr/>
        <w:t>—No es mística —lo corrigió Lena con un filo en la voz—. Es lógica</w:t>
      </w:r>
      <w:r>
        <w:rPr/>
        <w:t xml:space="preserve"> </w:t>
      </w:r>
      <w:r>
        <w:rPr/>
        <w:t>aplicada a fenómenos que aún no tienen nomenclatura científica. El</w:t>
      </w:r>
      <w:r>
        <w:rPr/>
        <w:t xml:space="preserve"> </w:t>
      </w:r>
      <w:r>
        <w:rPr/>
        <w:t>problema es que la lógica sola no basta para esto. Necesitamos también</w:t>
      </w:r>
      <w:r>
        <w:rPr/>
        <w:t xml:space="preserve"> </w:t>
      </w:r>
      <w:r>
        <w:rPr/>
        <w:t>intuición, improvisación, la capacidad de saltar sin red. Necesitamos tu</w:t>
      </w:r>
      <w:r>
        <w:rPr/>
        <w:t xml:space="preserve"> </w:t>
      </w:r>
      <w:r>
        <w:rPr/>
        <w:t>locura, Mar. Y tu terquedad.</w:t>
      </w:r>
    </w:p>
    <w:p>
      <w:pPr>
        <w:pStyle w:val="BodyText"/>
      </w:pPr>
      <w:r>
        <w:rPr/>
        <w:t>Mar respiró hondo. La cicatriz respondió con un zumbido leve, pulsando</w:t>
      </w:r>
      <w:r>
        <w:rPr/>
        <w:t xml:space="preserve"> </w:t>
      </w:r>
      <w:r>
        <w:rPr/>
        <w:t>como si llevara el tempo de una canción que nadie más podía escuchar.</w:t>
      </w:r>
    </w:p>
    <w:p>
      <w:pPr>
        <w:pStyle w:val="BodyText"/>
      </w:pPr>
      <w:r>
        <w:rPr/>
        <w:t>—Entonces hagámoslo —dijo—. Pero con una condición innegociable.</w:t>
      </w:r>
    </w:p>
    <w:p>
      <w:pPr>
        <w:pStyle w:val="BodyText"/>
      </w:pPr>
      <w:r>
        <w:rPr/>
        <w:t>—Dila —pidió Lena.</w:t>
      </w:r>
    </w:p>
    <w:p>
      <w:pPr>
        <w:pStyle w:val="BodyText"/>
      </w:pPr>
      <w:r>
        <w:rPr/>
        <w:t>Mar alzó la vista hacia las fotos de las bandas muertas en las paredes,</w:t>
      </w:r>
      <w:r>
        <w:rPr/>
        <w:t xml:space="preserve"> </w:t>
      </w:r>
      <w:r>
        <w:rPr/>
        <w:t>los rostros borrosos de músicos que habían ardido demasiado rápido.</w:t>
      </w:r>
    </w:p>
    <w:p>
      <w:pPr>
        <w:pStyle w:val="BodyText"/>
      </w:pPr>
      <w:r>
        <w:rPr/>
        <w:t>—Nada de mártires —dijo—. Se acabaron los sacrificios. Ni</w:t>
      </w:r>
      <w:r>
        <w:rPr/>
        <w:t xml:space="preserve"> </w:t>
      </w:r>
      <w:r>
        <w:rPr/>
        <w:t>templarios quemados en Montségur, ni cátaros lanzándose desde</w:t>
      </w:r>
      <w:r>
        <w:rPr/>
        <w:t xml:space="preserve"> </w:t>
      </w:r>
      <w:r>
        <w:rPr/>
        <w:t>acantilados, ni DJs desaparecidos en estudios de Kreuzberg. Si el Eco</w:t>
      </w:r>
      <w:r>
        <w:rPr/>
        <w:t xml:space="preserve"> </w:t>
      </w:r>
      <w:r>
        <w:rPr/>
        <w:t>quiere seguir existiendo a través de nosotros, que aprenda a hacerlo sin</w:t>
      </w:r>
      <w:r>
        <w:rPr/>
        <w:t xml:space="preserve"> </w:t>
      </w:r>
      <w:r>
        <w:rPr/>
        <w:t>devorar a los suyos. Sin consumirnos hasta que no quede nada.</w:t>
      </w:r>
    </w:p>
    <w:p>
      <w:pPr>
        <w:pStyle w:val="BodyText"/>
      </w:pPr>
      <w:r>
        <w:rPr/>
        <w:t>El silencio que siguió duró tres latidos. En los altavoces, un tema de</w:t>
      </w:r>
      <w:r>
        <w:rPr/>
        <w:t xml:space="preserve"> </w:t>
      </w:r>
      <w:r>
        <w:rPr/>
        <w:t>Portishead se deshacía en reverberaciones lentas.</w:t>
      </w:r>
    </w:p>
    <w:p>
      <w:pPr>
        <w:pStyle w:val="BodyText"/>
      </w:pPr>
      <w:r>
        <w:rPr/>
        <w:t>Lena se quedó inmóvil, midiendo el peso exacto de esas palabras. Luego</w:t>
      </w:r>
      <w:r>
        <w:rPr/>
        <w:t xml:space="preserve"> </w:t>
      </w:r>
      <w:r>
        <w:rPr/>
        <w:t>asintió, lenta y sinceramente, como quien firma un contrato que sabe que</w:t>
      </w:r>
      <w:r>
        <w:rPr/>
        <w:t xml:space="preserve"> </w:t>
      </w:r>
      <w:r>
        <w:rPr/>
        <w:t>va a cambiar todo.</w:t>
      </w:r>
    </w:p>
    <w:p>
      <w:pPr>
        <w:pStyle w:val="BodyText"/>
      </w:pPr>
      <w:r>
        <w:rPr/>
        <w:t>—Eso, querida —dijo—, es exactamente lo que significa contrapunto.</w:t>
      </w:r>
      <w:r>
        <w:rPr/>
        <w:t xml:space="preserve"> </w:t>
      </w:r>
      <w:r>
        <w:rPr/>
        <w:t>Una voz que responde sin anular. Una línea que sostiene sin ahogar.</w:t>
      </w:r>
    </w:p>
    <w:p>
      <w:pPr>
        <w:pStyle w:val="BodyText"/>
      </w:pPr>
      <w:r>
        <w:rPr/>
        <w:t>Markus miró a una y otra, como si de repente se encontrara en medio de</w:t>
      </w:r>
      <w:r>
        <w:rPr/>
        <w:t xml:space="preserve"> </w:t>
      </w:r>
      <w:r>
        <w:rPr/>
        <w:t>una conversación que llevaba ocho siglos en marcha y en la que acababan</w:t>
      </w:r>
      <w:r>
        <w:rPr/>
        <w:t xml:space="preserve"> </w:t>
      </w:r>
      <w:r>
        <w:rPr/>
        <w:t>de darle un papel protagónico sin preguntarle.</w:t>
      </w:r>
    </w:p>
    <w:p>
      <w:pPr>
        <w:pStyle w:val="BodyText"/>
      </w:pPr>
      <w:r>
        <w:rPr/>
        <w:t>—De acuerdo —dijo por fin, con una sonrisa torcida—. Yo abro</w:t>
      </w:r>
      <w:r>
        <w:rPr/>
        <w:t xml:space="preserve"> </w:t>
      </w:r>
      <w:r>
        <w:rPr/>
        <w:t>puertas. Vosotras decidís qué entra y qué sale. Pero si esto sale mal,</w:t>
      </w:r>
      <w:r>
        <w:rPr/>
        <w:t xml:space="preserve"> </w:t>
      </w:r>
      <w:r>
        <w:rPr/>
        <w:t>quiero que conste en acta que intenté ser la voz de la sensatez.</w:t>
      </w:r>
    </w:p>
    <w:p>
      <w:pPr>
        <w:pStyle w:val="BodyText"/>
      </w:pPr>
      <w:r>
        <w:rPr/>
        <w:t>Lena anotó algo en el cuaderno: tres columnas, tres nombres con líneas</w:t>
      </w:r>
      <w:r>
        <w:rPr/>
        <w:t xml:space="preserve"> </w:t>
      </w:r>
      <w:r>
        <w:rPr/>
        <w:t>que los conectaban. Faro. Receptor. Lógica. En el margen, escribió una</w:t>
      </w:r>
      <w:r>
        <w:rPr/>
        <w:t xml:space="preserve"> </w:t>
      </w:r>
      <w:r>
        <w:rPr/>
        <w:t>fecha y la subrayó dos veces.</w:t>
      </w:r>
    </w:p>
    <w:p>
      <w:pPr>
        <w:pStyle w:val="BodyText"/>
      </w:pPr>
      <w:r>
        <w:rPr/>
        <w:t>—Chrysalis cree que el Eco es un recurso explotable —dijo—. Una</w:t>
      </w:r>
      <w:r>
        <w:rPr/>
        <w:t xml:space="preserve"> </w:t>
      </w:r>
      <w:r>
        <w:rPr/>
        <w:t>anomalía que se captura, se embotella, se patenta y se vende al mejor</w:t>
      </w:r>
      <w:r>
        <w:rPr/>
        <w:t xml:space="preserve"> </w:t>
      </w:r>
      <w:r>
        <w:rPr/>
        <w:t>postor. Finch lo ve como un algoritmo aprovechable para sus proyectos de</w:t>
      </w:r>
      <w:r>
        <w:rPr/>
        <w:t xml:space="preserve"> </w:t>
      </w:r>
      <w:r>
        <w:rPr/>
        <w:t>control social. El problema es que tiene parte de razón: si no</w:t>
      </w:r>
      <w:r>
        <w:rPr/>
        <w:t xml:space="preserve"> </w:t>
      </w:r>
      <w:r>
        <w:rPr/>
        <w:t>establecemos límites conscientes, el Eco va a seguir el camino de menor</w:t>
      </w:r>
      <w:r>
        <w:rPr/>
        <w:t xml:space="preserve"> </w:t>
      </w:r>
      <w:r>
        <w:rPr/>
        <w:t>resistencia, el que le ofrezca más amplificación. Y ese camino suele</w:t>
      </w:r>
      <w:r>
        <w:rPr/>
        <w:t xml:space="preserve"> </w:t>
      </w:r>
      <w:r>
        <w:rPr/>
        <w:t>pasar por el trauma, el caos y el colapso.</w:t>
      </w:r>
    </w:p>
    <w:p>
      <w:pPr>
        <w:pStyle w:val="BodyText"/>
      </w:pPr>
      <w:r>
        <w:rPr/>
        <w:t>Mar apartó la vista hacia la barra. El dueño limpiaba vasos con</w:t>
      </w:r>
      <w:r>
        <w:rPr/>
        <w:t xml:space="preserve"> </w:t>
      </w:r>
      <w:r>
        <w:rPr/>
        <w:t>movimientos mecánicos, perdido en algún pensamiento que nunca</w:t>
      </w:r>
      <w:r>
        <w:rPr/>
        <w:t xml:space="preserve"> </w:t>
      </w:r>
      <w:r>
        <w:rPr/>
        <w:t>compartiría. Un viejo tema de Massive Attack se deshacía en los</w:t>
      </w:r>
      <w:r>
        <w:rPr/>
        <w:t xml:space="preserve"> </w:t>
      </w:r>
      <w:r>
        <w:rPr/>
        <w:t>altavoces con ese cansancio hermoso del trip-hop de los noventa.</w:t>
      </w:r>
    </w:p>
    <w:p>
      <w:pPr>
        <w:pStyle w:val="BodyText"/>
      </w:pPr>
      <w:r>
        <w:rPr/>
        <w:t>Pensó en Montségur, en el Prat dels Cremats donde habían quemado a</w:t>
      </w:r>
      <w:r>
        <w:rPr/>
        <w:t xml:space="preserve"> </w:t>
      </w:r>
      <w:r>
        <w:rPr/>
        <w:t>doscientos cátaros un amanecer de marzo. Pensó en Alix corriendo montaña</w:t>
      </w:r>
      <w:r>
        <w:rPr/>
        <w:t xml:space="preserve"> </w:t>
      </w:r>
      <w:r>
        <w:rPr/>
        <w:t>abajo con una nota ardiendo en el pecho, sabiendo que no llegaría a</w:t>
      </w:r>
      <w:r>
        <w:rPr/>
        <w:t xml:space="preserve"> </w:t>
      </w:r>
      <w:r>
        <w:rPr/>
        <w:t>ningún lugar seguro. Pensó en Adrián deshaciéndose lentamente en el</w:t>
      </w:r>
      <w:r>
        <w:rPr/>
        <w:t xml:space="preserve"> </w:t>
      </w:r>
      <w:r>
        <w:rPr/>
        <w:t>estudio de Kreuzberg, consumido por algo que él mismo había invocado.</w:t>
      </w:r>
      <w:r>
        <w:rPr/>
        <w:t xml:space="preserve"> </w:t>
      </w:r>
      <w:r>
        <w:rPr/>
        <w:t>Pensó en Julio Ordaz, perdido en Soria detrás de un caso que nadie quiso</w:t>
      </w:r>
      <w:r>
        <w:rPr/>
        <w:t xml:space="preserve"> </w:t>
      </w:r>
      <w:r>
        <w:rPr/>
        <w:t>cerrar, caminando solo entre arcos románicos con una grabadora como</w:t>
      </w:r>
      <w:r>
        <w:rPr/>
        <w:t xml:space="preserve"> </w:t>
      </w:r>
      <w:r>
        <w:rPr/>
        <w:t>única compañía.</w:t>
      </w:r>
    </w:p>
    <w:p>
      <w:pPr>
        <w:pStyle w:val="BodyText"/>
      </w:pPr>
      <w:r>
        <w:rPr/>
        <w:t>—No quiero que se repita —dijo en voz baja pero firme—. Ninguna de</w:t>
      </w:r>
      <w:r>
        <w:rPr/>
        <w:t xml:space="preserve"> </w:t>
      </w:r>
      <w:r>
        <w:rPr/>
        <w:t>esas historias. Ni la de Alix, ni la de Adrián, ni la de Ordaz, ni la de</w:t>
      </w:r>
      <w:r>
        <w:rPr/>
        <w:t xml:space="preserve"> </w:t>
      </w:r>
      <w:r>
        <w:rPr/>
        <w:t>ninguno de los que vinieron antes. El Eco no puede seguir cobrándose</w:t>
      </w:r>
      <w:r>
        <w:rPr/>
        <w:t xml:space="preserve"> </w:t>
      </w:r>
      <w:r>
        <w:rPr/>
        <w:t>vidas como peaje.</w:t>
      </w:r>
    </w:p>
    <w:p>
      <w:pPr>
        <w:pStyle w:val="BodyText"/>
      </w:pPr>
      <w:r>
        <w:rPr/>
        <w:t>Lena levantó la vista, sorprendida por la alineación súbita de todos</w:t>
      </w:r>
      <w:r>
        <w:rPr/>
        <w:t xml:space="preserve"> </w:t>
      </w:r>
      <w:r>
        <w:rPr/>
        <w:t>aquellos nombres separados por siglos en una misma frase.</w:t>
      </w:r>
    </w:p>
    <w:p>
      <w:pPr>
        <w:pStyle w:val="BodyText"/>
      </w:pPr>
      <w:r>
        <w:rPr/>
        <w:t>—Eso es precisamente lo que cambia el juego —dijo—. Hasta ahora,</w:t>
      </w:r>
      <w:r>
        <w:rPr/>
        <w:t xml:space="preserve"> </w:t>
      </w:r>
      <w:r>
        <w:rPr/>
        <w:t>el Eco se ha movido por inercia histórica: trauma perpetuado, sacrificio</w:t>
      </w:r>
      <w:r>
        <w:rPr/>
        <w:t xml:space="preserve"> </w:t>
      </w:r>
      <w:r>
        <w:rPr/>
        <w:t>romantizado, colapso inevitable. Si lo que queremos es otro tipo de</w:t>
      </w:r>
      <w:r>
        <w:rPr/>
        <w:t xml:space="preserve"> </w:t>
      </w:r>
      <w:r>
        <w:rPr/>
        <w:t>herencia, una transmisión que no sea destructiva, necesitamos escribir</w:t>
      </w:r>
      <w:r>
        <w:rPr/>
        <w:t xml:space="preserve"> </w:t>
      </w:r>
      <w:r>
        <w:rPr/>
        <w:t>un patrón completamente nuevo. Reprogramar la frecuencia.</w:t>
      </w:r>
    </w:p>
    <w:p>
      <w:pPr>
        <w:pStyle w:val="BodyText"/>
      </w:pPr>
      <w:r>
        <w:rPr/>
        <w:t>—¿Y cómo se escribe algo así? —preguntó Markus—. ¿Con qué lenguaje</w:t>
      </w:r>
      <w:r>
        <w:rPr/>
        <w:t xml:space="preserve"> </w:t>
      </w:r>
      <w:r>
        <w:rPr/>
        <w:t>se programa un milagro?</w:t>
      </w:r>
    </w:p>
    <w:p>
      <w:pPr>
        <w:pStyle w:val="BodyText"/>
      </w:pPr>
      <w:r>
        <w:rPr/>
        <w:t>Lena sonrió, cansada pero sin rendirse.</w:t>
      </w:r>
    </w:p>
    <w:p>
      <w:pPr>
        <w:pStyle w:val="BodyText"/>
      </w:pPr>
      <w:r>
        <w:rPr/>
        <w:t>—Con lo de siempre —respondió—: con ecuaciones rigurosas y con</w:t>
      </w:r>
      <w:r>
        <w:rPr/>
        <w:t xml:space="preserve"> </w:t>
      </w:r>
      <w:r>
        <w:rPr/>
        <w:t>gente dispuesta a desafiar sus propias narrativas. La melodía sola no</w:t>
      </w:r>
      <w:r>
        <w:rPr/>
        <w:t xml:space="preserve"> </w:t>
      </w:r>
      <w:r>
        <w:rPr/>
        <w:t>basta: se vuelve lamento. La matemática sola tampoco: se convierte en</w:t>
      </w:r>
      <w:r>
        <w:rPr/>
        <w:t xml:space="preserve"> </w:t>
      </w:r>
      <w:r>
        <w:rPr/>
        <w:t>vacío. El contrapunto es lo que evita que todo se derrumbe. Es el</w:t>
      </w:r>
      <w:r>
        <w:rPr/>
        <w:t xml:space="preserve"> </w:t>
      </w:r>
      <w:r>
        <w:rPr/>
        <w:t>equilibrio entre estructura y caos, entre lo que se puede medir y lo que</w:t>
      </w:r>
      <w:r>
        <w:rPr/>
        <w:t xml:space="preserve"> </w:t>
      </w:r>
      <w:r>
        <w:rPr/>
        <w:t>solo se puede sentir.</w:t>
      </w:r>
    </w:p>
    <w:p>
      <w:pPr>
        <w:pStyle w:val="BodyText"/>
      </w:pPr>
      <w:r>
        <w:rPr/>
        <w:t>Mar pasó los dedos por el borde del vaso vacío, escuchando el timbre</w:t>
      </w:r>
      <w:r>
        <w:rPr/>
        <w:t xml:space="preserve"> </w:t>
      </w:r>
      <w:r>
        <w:rPr/>
        <w:t>casi imperceptible del cristal al vibrar.</w:t>
      </w:r>
    </w:p>
    <w:p>
      <w:pPr>
        <w:pStyle w:val="BodyText"/>
      </w:pPr>
      <w:r>
        <w:rPr/>
        <w:t>—Entonces empezamos aquí —dijo—. En este bar que se cae a pedazos,</w:t>
      </w:r>
      <w:r>
        <w:rPr/>
        <w:t xml:space="preserve"> </w:t>
      </w:r>
      <w:r>
        <w:rPr/>
        <w:t>con su neón roto y sus fotos de muertos. Con una canción que abre</w:t>
      </w:r>
      <w:r>
        <w:rPr/>
        <w:t xml:space="preserve"> </w:t>
      </w:r>
      <w:r>
        <w:rPr/>
        <w:t>puertas, una cicatriz que responde como antena, y una empresa que nos</w:t>
      </w:r>
      <w:r>
        <w:rPr/>
        <w:t xml:space="preserve"> </w:t>
      </w:r>
      <w:r>
        <w:rPr/>
        <w:t>sobreestima lo suficiente como para vigilarnos pero nos subestima lo</w:t>
      </w:r>
      <w:r>
        <w:rPr/>
        <w:t xml:space="preserve"> </w:t>
      </w:r>
      <w:r>
        <w:rPr/>
        <w:t>suficiente como para creer que somos predecibles.</w:t>
      </w:r>
    </w:p>
    <w:p>
      <w:pPr>
        <w:pStyle w:val="BodyText"/>
      </w:pPr>
      <w:r>
        <w:rPr/>
        <w:t>Lena cerró el cuaderno con un golpe seco.</w:t>
      </w:r>
    </w:p>
    <w:p>
      <w:pPr>
        <w:pStyle w:val="BodyText"/>
      </w:pPr>
      <w:r>
        <w:rPr/>
        <w:t>—Empezamos aquí —confirmó—. Pero no terminamos aquí. Esto es solo</w:t>
      </w:r>
      <w:r>
        <w:rPr/>
        <w:t xml:space="preserve"> </w:t>
      </w:r>
      <w:r>
        <w:rPr/>
        <w:t>el primer movimiento.</w:t>
      </w:r>
    </w:p>
    <w:p>
      <w:pPr>
        <w:pStyle w:val="BodyText"/>
      </w:pPr>
      <w:r>
        <w:rPr/>
        <w:t>Markus alzó su cerveza sin alcohol en un brindis silencioso. Mar y Lena</w:t>
      </w:r>
      <w:r>
        <w:rPr/>
        <w:t xml:space="preserve"> </w:t>
      </w:r>
      <w:r>
        <w:rPr/>
        <w:t>levantaron sus vasos. No chocaron. El gesto fue suficiente.</w:t>
      </w:r>
    </w:p>
    <w:p>
      <w:pPr>
        <w:pStyle w:val="BodyText"/>
      </w:pPr>
      <w:r>
        <w:rPr/>
        <w:t>El bar siguió con su murmullo de vasos y conversaciones en alemán e</w:t>
      </w:r>
      <w:r>
        <w:rPr/>
        <w:t xml:space="preserve"> </w:t>
      </w:r>
      <w:r>
        <w:rPr/>
        <w:t>inglés roto. En una mesa cercana, dos estudiantes discutían sobre</w:t>
      </w:r>
      <w:r>
        <w:rPr/>
        <w:t xml:space="preserve"> </w:t>
      </w:r>
      <w:r>
        <w:rPr/>
        <w:t>Foucault sin llegar a ninguna conclusión. El dueño cambió el disco:</w:t>
      </w:r>
      <w:r>
        <w:rPr/>
        <w:t xml:space="preserve"> </w:t>
      </w:r>
      <w:r>
        <w:rPr/>
        <w:t>ahora sonaba algo de Burial, beats quebrados que parecían respirar.</w:t>
      </w:r>
    </w:p>
    <w:p>
      <w:pPr>
        <w:pStyle w:val="BodyText"/>
      </w:pPr>
      <w:r>
        <w:rPr/>
        <w:t>Desde fuera, cualquiera habría visto simplemente a tres personas</w:t>
      </w:r>
      <w:r>
        <w:rPr/>
        <w:t xml:space="preserve"> </w:t>
      </w:r>
      <w:r>
        <w:rPr/>
        <w:t>hablando en una esquina anodina de Kreuzberg: una mujer de aspecto</w:t>
      </w:r>
      <w:r>
        <w:rPr/>
        <w:t xml:space="preserve"> </w:t>
      </w:r>
      <w:r>
        <w:rPr/>
        <w:t>cansado con cuaderno de notas, otra con cicatriz invisible bajo la</w:t>
      </w:r>
      <w:r>
        <w:rPr/>
        <w:t xml:space="preserve"> </w:t>
      </w:r>
      <w:r>
        <w:rPr/>
        <w:t>clavícula, y un DJ que había sobrevivido a demasiadas noches y conocía</w:t>
      </w:r>
      <w:r>
        <w:rPr/>
        <w:t xml:space="preserve"> </w:t>
      </w:r>
      <w:r>
        <w:rPr/>
        <w:t>demasiados secretos.</w:t>
      </w:r>
    </w:p>
    <w:p>
      <w:pPr>
        <w:pStyle w:val="BodyText"/>
      </w:pPr>
      <w:r>
        <w:rPr/>
        <w:t>Nadie sospechaba que, en esa mesa junto al tocadiscos mudo, el Eco</w:t>
      </w:r>
      <w:r>
        <w:rPr/>
        <w:t xml:space="preserve"> </w:t>
      </w:r>
      <w:r>
        <w:rPr/>
        <w:t>acababa de encontrarse con algo que no conocía desde el siglo XIII en</w:t>
      </w:r>
      <w:r>
        <w:rPr/>
        <w:t xml:space="preserve"> </w:t>
      </w:r>
      <w:r>
        <w:rPr/>
        <w:t>una fortaleza cátara rodeada de hogueras:</w:t>
      </w:r>
    </w:p>
    <w:p>
      <w:pPr>
        <w:pStyle w:val="BodyText"/>
      </w:pPr>
      <w:r>
        <w:rPr/>
        <w:t>Resistencia organizada.</w:t>
      </w:r>
    </w:p>
    <w:p>
      <w:pPr>
        <w:pStyle w:val="BodyText"/>
      </w:pPr>
      <w:r>
        <w:rPr/>
        <w:t>Tres voces dispuestas a responder sin repetir.</w:t>
      </w:r>
    </w:p>
    <w:p>
      <w:pPr>
        <w:pStyle w:val="BodyText"/>
      </w:pPr>
      <w:r>
        <w:rPr/>
        <w:t>Un contrapunto que se negaba a desafinar.</w:t>
      </w:r>
    </w:p>
    <w:p>
      <w:pPr>
        <w:pStyle w:val="Heading1"/>
      </w:pPr>
      <w:r>
        <w:rPr/>
        <w:t>CAPÍTULO 15. LA PRUEBA DEL CUADERNO</w:t>
      </w:r>
    </w:p>
    <w:p>
      <w:pPr/>
      <w:r>
        <w:rPr/>
        <w:t>«Si el Eco te elige, no lo grabes. Cántalo.»</w:t>
      </w:r>
    </w:p>
    <w:p>
      <w:pPr>
        <w:pStyle w:val="BodyText"/>
      </w:pPr>
      <w:r>
        <w:rPr/>
        <w:t>—Anotación final en el cuaderno de ILIBERIS</w:t>
      </w:r>
    </w:p>
    <w:p>
      <w:pPr>
        <w:pStyle w:val="BodyText"/>
      </w:pPr>
      <w:r>
        <w:rPr/>
        <w:t>Mar cerró el cuaderno de golpe.</w:t>
      </w:r>
    </w:p>
    <w:p>
      <w:pPr>
        <w:pStyle w:val="BodyText"/>
      </w:pPr>
      <w:r>
        <w:rPr/>
        <w:t>La frase que acababa de leer vibraba en su mente como una nota</w:t>
      </w:r>
      <w:r>
        <w:rPr/>
        <w:t xml:space="preserve"> </w:t>
      </w:r>
      <w:r>
        <w:rPr/>
        <w:t>sostenida, imposible de silenciar:</w:t>
      </w:r>
    </w:p>
    <w:p>
      <w:pPr>
        <w:pStyle w:val="BodyText"/>
      </w:pPr>
      <w:r>
        <w:rPr/>
        <w:t>*No repetir el experimento si no estás dispuesto a perderlo.*</w:t>
      </w:r>
    </w:p>
    <w:p>
      <w:pPr>
        <w:pStyle w:val="BodyText"/>
      </w:pPr>
      <w:r>
        <w:rPr/>
        <w:t>—Bravo —murmuró hacia el techo—. Muy tranquilizador, Adrián.</w:t>
      </w:r>
      <w:r>
        <w:rPr/>
        <w:t xml:space="preserve"> </w:t>
      </w:r>
      <w:r>
        <w:rPr/>
        <w:t>Siempre con el pie en el acelerador hasta el final.</w:t>
      </w:r>
    </w:p>
    <w:p>
      <w:pPr>
        <w:pStyle w:val="BodyText"/>
      </w:pPr>
      <w:r>
        <w:rPr/>
        <w:t>Estaba en la habitación de invitados del estudio de Lena: una celda de</w:t>
      </w:r>
      <w:r>
        <w:rPr/>
        <w:t xml:space="preserve"> </w:t>
      </w:r>
      <w:r>
        <w:rPr/>
        <w:t>ocho metros cuadrados sobre una nave industrial reconvertida de</w:t>
      </w:r>
      <w:r>
        <w:rPr/>
        <w:t xml:space="preserve"> </w:t>
      </w:r>
      <w:r>
        <w:rPr/>
        <w:t>Neukölln. La cama tenía una colcha descolorida que olía a detergente</w:t>
      </w:r>
      <w:r>
        <w:rPr/>
        <w:t xml:space="preserve"> </w:t>
      </w:r>
      <w:r>
        <w:rPr/>
        <w:t>industrial y demasiados invitados previos. Una estantería coja sostenía</w:t>
      </w:r>
      <w:r>
        <w:rPr/>
        <w:t xml:space="preserve"> </w:t>
      </w:r>
      <w:r>
        <w:rPr/>
        <w:t>manuales de acústica forense, pilas de discos duros externos etiquetados</w:t>
      </w:r>
      <w:r>
        <w:rPr/>
        <w:t xml:space="preserve"> </w:t>
      </w:r>
      <w:r>
        <w:rPr/>
        <w:t>a mano (*TEMP_2019*, *BACKUP_TRESOR*, *NO BORRAR ESTO*), y un</w:t>
      </w:r>
      <w:r>
        <w:rPr/>
        <w:t xml:space="preserve"> </w:t>
      </w:r>
      <w:r>
        <w:rPr/>
        <w:t>cactus moribundo que había olvidado cómo ser planta.</w:t>
      </w:r>
    </w:p>
    <w:p>
      <w:pPr>
        <w:pStyle w:val="BodyText"/>
      </w:pPr>
      <w:r>
        <w:rPr/>
        <w:t>La ventana daba a un patio interior donde tres contenedores de basura</w:t>
      </w:r>
      <w:r>
        <w:rPr/>
        <w:t xml:space="preserve"> </w:t>
      </w:r>
      <w:r>
        <w:rPr/>
        <w:t>llevaban años oxidándose a distinto ritmo. Alguien había colgado ropa en</w:t>
      </w:r>
      <w:r>
        <w:rPr/>
        <w:t xml:space="preserve"> </w:t>
      </w:r>
      <w:r>
        <w:rPr/>
        <w:t>un tendedero que cruzaba el vacío: camisetas grises que se mecían sin</w:t>
      </w:r>
      <w:r>
        <w:rPr/>
        <w:t xml:space="preserve"> </w:t>
      </w:r>
      <w:r>
        <w:rPr/>
        <w:t>viento, como banderas de rendición permanente.</w:t>
      </w:r>
    </w:p>
    <w:p>
      <w:pPr>
        <w:pStyle w:val="BodyText"/>
      </w:pPr>
      <w:r>
        <w:rPr/>
        <w:t>Sobre la colcha, el cuaderno descansaba como una bomba desactivada solo</w:t>
      </w:r>
      <w:r>
        <w:rPr/>
        <w:t xml:space="preserve"> </w:t>
      </w:r>
      <w:r>
        <w:rPr/>
        <w:t>a medias, con el temporizador todavía parpadeando.</w:t>
      </w:r>
    </w:p>
    <w:p>
      <w:pPr>
        <w:pStyle w:val="BodyText"/>
      </w:pPr>
      <w:r>
        <w:rPr/>
        <w:t>Llevaba tres horas leyendo trozos sueltos sin seguir un orden</w:t>
      </w:r>
      <w:r>
        <w:rPr/>
        <w:t xml:space="preserve"> </w:t>
      </w:r>
      <w:r>
        <w:rPr/>
        <w:t>cronológico: fórmulas escritas en márgenes estrechos, dibujos de ondas</w:t>
      </w:r>
      <w:r>
        <w:rPr/>
        <w:t xml:space="preserve"> </w:t>
      </w:r>
      <w:r>
        <w:rPr/>
        <w:t>que se retorcían sobre sí mismas, anotaciones cada vez más apretadas en</w:t>
      </w:r>
      <w:r>
        <w:rPr/>
        <w:t xml:space="preserve"> </w:t>
      </w:r>
      <w:r>
        <w:rPr/>
        <w:t>una letra que se iba descomponiendo página a página.</w:t>
      </w:r>
    </w:p>
    <w:p>
      <w:pPr>
        <w:pStyle w:val="BodyText"/>
      </w:pPr>
      <w:r>
        <w:rPr/>
        <w:t>Un fragmento decía:</w:t>
      </w:r>
    </w:p>
    <w:p>
      <w:pPr>
        <w:pStyle w:val="BodyText"/>
      </w:pPr>
      <w:r>
        <w:rPr/>
        <w:t>*Sustrato ≠ más allá.*</w:t>
      </w:r>
    </w:p>
    <w:p>
      <w:pPr>
        <w:pStyle w:val="BodyText"/>
      </w:pPr>
      <w:r>
        <w:rPr/>
        <w:t>*Sustrato = entre.*</w:t>
      </w:r>
    </w:p>
    <w:p>
      <w:pPr>
        <w:pStyle w:val="BodyText"/>
      </w:pPr>
      <w:r>
        <w:rPr/>
        <w:t>*No es cielo, no es infierno. Es buffer.*</w:t>
      </w:r>
    </w:p>
    <w:p>
      <w:pPr>
        <w:pStyle w:val="BodyText"/>
      </w:pPr>
      <w:r>
        <w:rPr/>
        <w:t>Había esquemas imposibles que superponían mapas de Berlín con diagramas</w:t>
      </w:r>
      <w:r>
        <w:rPr/>
        <w:t xml:space="preserve"> </w:t>
      </w:r>
      <w:r>
        <w:rPr/>
        <w:t>espectrales, como si la ciudad hubiera sido convertida en un</w:t>
      </w:r>
      <w:r>
        <w:rPr/>
        <w:t xml:space="preserve"> </w:t>
      </w:r>
      <w:r>
        <w:rPr/>
        <w:t>osciloscopio gigante con coordenadas temporales. Flechas trazadas con</w:t>
      </w:r>
      <w:r>
        <w:rPr/>
        <w:t xml:space="preserve"> </w:t>
      </w:r>
      <w:r>
        <w:rPr/>
        <w:t>bolígrafo rojo unían Montségur con el cementerio de Weißensee. San Juan</w:t>
      </w:r>
      <w:r>
        <w:rPr/>
        <w:t xml:space="preserve"> </w:t>
      </w:r>
      <w:r>
        <w:rPr/>
        <w:t>de Duero con un sótano en Kreuzberg. Una iglesia perdida en Ágreda con</w:t>
      </w:r>
      <w:r>
        <w:rPr/>
        <w:t xml:space="preserve"> </w:t>
      </w:r>
      <w:r>
        <w:rPr/>
        <w:t>un club enterrado bajo Mitte que ya no existía.</w:t>
      </w:r>
    </w:p>
    <w:p>
      <w:pPr>
        <w:pStyle w:val="BodyText"/>
      </w:pPr>
      <w:r>
        <w:rPr/>
        <w:t>En el margen inferior de una página llena de ecuaciones imposibles, una</w:t>
      </w:r>
      <w:r>
        <w:rPr/>
        <w:t xml:space="preserve"> </w:t>
      </w:r>
      <w:r>
        <w:rPr/>
        <w:t>frase subrayada tres veces con tinta temblona:</w:t>
      </w:r>
    </w:p>
    <w:p>
      <w:pPr>
        <w:pStyle w:val="BodyText"/>
      </w:pPr>
      <w:r>
        <w:rPr/>
        <w:t>*El Eco no viaja: se recuerda.*</w:t>
      </w:r>
    </w:p>
    <w:p>
      <w:pPr>
        <w:pStyle w:val="BodyText"/>
      </w:pPr>
      <w:r>
        <w:rPr/>
        <w:t>Mar apoyó la nuca contra la pared fría y cerró los ojos. La habitación,</w:t>
      </w:r>
      <w:r>
        <w:rPr/>
        <w:t xml:space="preserve"> </w:t>
      </w:r>
      <w:r>
        <w:rPr/>
        <w:t>pequeña, amplificaba el encierro como una caja de resonancia emocional.</w:t>
      </w:r>
      <w:r>
        <w:rPr/>
        <w:t xml:space="preserve"> </w:t>
      </w:r>
      <w:r>
        <w:rPr/>
        <w:t>Necesitaba aire. Abrió la ventana. La noche de Neukölln entró con su</w:t>
      </w:r>
      <w:r>
        <w:rPr/>
        <w:t xml:space="preserve"> </w:t>
      </w:r>
      <w:r>
        <w:rPr/>
        <w:t>mezcla característica: olor a curry recalentado desde algún kebab</w:t>
      </w:r>
      <w:r>
        <w:rPr/>
        <w:t xml:space="preserve"> </w:t>
      </w:r>
      <w:r>
        <w:rPr/>
        <w:t>cercano, gasolina quemada en Sonnenallee, humedad vieja asentada en</w:t>
      </w:r>
      <w:r>
        <w:rPr/>
        <w:t xml:space="preserve"> </w:t>
      </w:r>
      <w:r>
        <w:rPr/>
        <w:t>ladrillos que recordaban otro siglo.</w:t>
      </w:r>
    </w:p>
    <w:p>
      <w:pPr>
        <w:pStyle w:val="BodyText"/>
      </w:pPr>
      <w:r>
        <w:rPr/>
        <w:t>Pensó en la advertencia de Adrián flotando en el sustrato, su voz hecha</w:t>
      </w:r>
      <w:r>
        <w:rPr/>
        <w:t xml:space="preserve"> </w:t>
      </w:r>
      <w:r>
        <w:rPr/>
        <w:t>de interferencias. En la determinación fría de Lena, científica hasta en</w:t>
      </w:r>
      <w:r>
        <w:rPr/>
        <w:t xml:space="preserve"> </w:t>
      </w:r>
      <w:r>
        <w:rPr/>
        <w:t>el miedo. En el cinismo vigilante de Markus, que había intentado salvar</w:t>
      </w:r>
      <w:r>
        <w:rPr/>
        <w:t xml:space="preserve"> </w:t>
      </w:r>
      <w:r>
        <w:rPr/>
        <w:t>a Adrián y había fracasado.</w:t>
      </w:r>
    </w:p>
    <w:p>
      <w:pPr>
        <w:pStyle w:val="BodyText"/>
      </w:pPr>
      <w:r>
        <w:rPr/>
        <w:t>Y ella estaba justo en medio de todo eso. Como siempre. El punto donde</w:t>
      </w:r>
      <w:r>
        <w:rPr/>
        <w:t xml:space="preserve"> </w:t>
      </w:r>
      <w:r>
        <w:rPr/>
        <w:t>las líneas se cruzaban sin pedir permiso.</w:t>
      </w:r>
    </w:p>
    <w:p>
      <w:pPr>
        <w:pStyle w:val="BodyText"/>
      </w:pPr>
      <w:r>
        <w:rPr/>
        <w:t>La puerta se entreabrió sin hacer ruido, con el cuidado de quien sabe</w:t>
      </w:r>
      <w:r>
        <w:rPr/>
        <w:t xml:space="preserve"> </w:t>
      </w:r>
      <w:r>
        <w:rPr/>
        <w:t>que interrumpe.</w:t>
      </w:r>
    </w:p>
    <w:p>
      <w:pPr>
        <w:pStyle w:val="BodyText"/>
      </w:pPr>
      <w:r>
        <w:rPr/>
        <w:t>—¿Puedo? —preguntó Lena, asomando apenas la cabeza.</w:t>
      </w:r>
    </w:p>
    <w:p>
      <w:pPr>
        <w:pStyle w:val="BodyText"/>
      </w:pPr>
      <w:r>
        <w:rPr/>
        <w:t>—Si traes café, siempre puedes —respondió Mar—. Si traes otra mala</w:t>
      </w:r>
      <w:r>
        <w:rPr/>
        <w:t xml:space="preserve"> </w:t>
      </w:r>
      <w:r>
        <w:rPr/>
        <w:t>noticia, también, pero dame el café primero.</w:t>
      </w:r>
    </w:p>
    <w:p>
      <w:pPr>
        <w:pStyle w:val="BodyText"/>
      </w:pPr>
      <w:r>
        <w:rPr/>
        <w:t>Lena entró con dos tazas de porcelana desparejada: una con el logo</w:t>
      </w:r>
      <w:r>
        <w:rPr/>
        <w:t xml:space="preserve"> </w:t>
      </w:r>
      <w:r>
        <w:rPr/>
        <w:t>descolorido de la Volksbühne, otra con un gato gordo que decía *Mondays</w:t>
      </w:r>
      <w:r>
        <w:rPr/>
        <w:t xml:space="preserve"> </w:t>
      </w:r>
      <w:r>
        <w:rPr/>
        <w:t>are terrible*. Olían a filtro barato y supervivencia.</w:t>
      </w:r>
    </w:p>
    <w:p>
      <w:pPr>
        <w:pStyle w:val="BodyText"/>
      </w:pPr>
      <w:r>
        <w:rPr/>
        <w:t>—¿Qué dice el oráculo? —preguntó, señalando el cuaderno con un gesto</w:t>
      </w:r>
      <w:r>
        <w:rPr/>
        <w:t xml:space="preserve"> </w:t>
      </w:r>
      <w:r>
        <w:rPr/>
        <w:t>de barbilla.</w:t>
      </w:r>
    </w:p>
    <w:p>
      <w:pPr>
        <w:pStyle w:val="BodyText"/>
      </w:pPr>
      <w:r>
        <w:rPr/>
        <w:t>—Que somos idiotas por seguir adelante —respondió Mar—. Y que, si</w:t>
      </w:r>
      <w:r>
        <w:rPr/>
        <w:t xml:space="preserve"> </w:t>
      </w:r>
      <w:r>
        <w:rPr/>
        <w:t>no lo hacemos, alguien peor lo hará en nuestro lugar. Así que</w:t>
      </w:r>
      <w:r>
        <w:rPr/>
        <w:t xml:space="preserve"> </w:t>
      </w:r>
      <w:r>
        <w:rPr/>
        <w:t>básicamente estamos condenadas a ser heroínas o a ser cómplices. No hay</w:t>
      </w:r>
      <w:r>
        <w:rPr/>
        <w:t xml:space="preserve"> </w:t>
      </w:r>
      <w:r>
        <w:rPr/>
        <w:t>opción tres.</w:t>
      </w:r>
    </w:p>
    <w:p>
      <w:pPr>
        <w:pStyle w:val="BodyText"/>
      </w:pPr>
      <w:r>
        <w:rPr/>
        <w:t>Lena dejó la taza del gato gordo sobre la mesa plegable junto a la cama,</w:t>
      </w:r>
      <w:r>
        <w:rPr/>
        <w:t xml:space="preserve"> </w:t>
      </w:r>
      <w:r>
        <w:rPr/>
        <w:t>con cuidado de no derramar ni una gota.</w:t>
      </w:r>
    </w:p>
    <w:p>
      <w:pPr>
        <w:pStyle w:val="BodyText"/>
      </w:pPr>
      <w:r>
        <w:rPr/>
        <w:t>—Entonces vamos a ser idiotas organizadas —dijo con una media</w:t>
      </w:r>
      <w:r>
        <w:rPr/>
        <w:t xml:space="preserve"> </w:t>
      </w:r>
      <w:r>
        <w:rPr/>
        <w:t>sonrisa—. Y ya que estamos, idiotas prudentes con protocolos de</w:t>
      </w:r>
      <w:r>
        <w:rPr/>
        <w:t xml:space="preserve"> </w:t>
      </w:r>
      <w:r>
        <w:rPr/>
        <w:t>seguridad.</w:t>
      </w:r>
    </w:p>
    <w:p>
      <w:pPr>
        <w:pStyle w:val="BodyText"/>
      </w:pPr>
      <w:r>
        <w:rPr/>
        <w:t>Se sentó al borde del colchón, con el cuerpo ligeramente inclinado hacia</w:t>
      </w:r>
      <w:r>
        <w:rPr/>
        <w:t xml:space="preserve"> </w:t>
      </w:r>
      <w:r>
        <w:rPr/>
        <w:t>delante, como si estuviera a punto de empezar una clase magistral que</w:t>
      </w:r>
      <w:r>
        <w:rPr/>
        <w:t xml:space="preserve"> </w:t>
      </w:r>
      <w:r>
        <w:rPr/>
        <w:t>nadie había pedido pero todo el mundo necesitaba.</w:t>
      </w:r>
    </w:p>
    <w:p>
      <w:pPr>
        <w:pStyle w:val="BodyText"/>
      </w:pPr>
      <w:r>
        <w:rPr/>
        <w:t>—Quiero probar algo —anunció—. Nada de sustratos profundos, ni</w:t>
      </w:r>
      <w:r>
        <w:rPr/>
        <w:t xml:space="preserve"> </w:t>
      </w:r>
      <w:r>
        <w:rPr/>
        <w:t>viajes completos al otro lado, ni heroínas en coma existencial. Solo una</w:t>
      </w:r>
      <w:r>
        <w:rPr/>
        <w:t xml:space="preserve"> </w:t>
      </w:r>
      <w:r>
        <w:rPr/>
        <w:t>prueba pequeña, aquí mismo, en esta habitación diminuta. Una demo</w:t>
      </w:r>
      <w:r>
        <w:rPr/>
        <w:t xml:space="preserve"> </w:t>
      </w:r>
      <w:r>
        <w:rPr/>
        <w:t>controlada.</w:t>
      </w:r>
    </w:p>
    <w:p>
      <w:pPr>
        <w:pStyle w:val="BodyText"/>
      </w:pPr>
      <w:r>
        <w:rPr/>
        <w:t>Mar la miró con la desconfianza perfeccionada de quien ya ha caído</w:t>
      </w:r>
      <w:r>
        <w:rPr/>
        <w:t xml:space="preserve"> </w:t>
      </w:r>
      <w:r>
        <w:rPr/>
        <w:t>demasiadas veces en la trampa del «solo una prueba pequeña».</w:t>
      </w:r>
    </w:p>
    <w:p>
      <w:pPr>
        <w:pStyle w:val="BodyText"/>
      </w:pPr>
      <w:r>
        <w:rPr/>
        <w:t>—Define pequeña —pidió—. Con métricas. En centímetros cúbicos de</w:t>
      </w:r>
      <w:r>
        <w:rPr/>
        <w:t xml:space="preserve"> </w:t>
      </w:r>
      <w:r>
        <w:rPr/>
        <w:t>riesgo vital.</w:t>
      </w:r>
    </w:p>
    <w:p>
      <w:pPr>
        <w:pStyle w:val="BodyText"/>
      </w:pPr>
      <w:r>
        <w:rPr/>
        <w:t>Lena sacó del bolsillo de su sudadera un sensor de frecuencia cardíaca:</w:t>
      </w:r>
      <w:r>
        <w:rPr/>
        <w:t xml:space="preserve"> </w:t>
      </w:r>
      <w:r>
        <w:rPr/>
        <w:t>una pulsera negra de deporte con la pantalla rayada y una mancha de café</w:t>
      </w:r>
      <w:r>
        <w:rPr/>
        <w:t xml:space="preserve"> </w:t>
      </w:r>
      <w:r>
        <w:rPr/>
        <w:t>seco en la correa.</w:t>
      </w:r>
    </w:p>
    <w:p>
      <w:pPr>
        <w:pStyle w:val="BodyText"/>
      </w:pPr>
      <w:r>
        <w:rPr/>
        <w:t>—Te pongo esto —explicó, alzándola como evidencia—. Leemos tu</w:t>
      </w:r>
      <w:r>
        <w:rPr/>
        <w:t xml:space="preserve"> </w:t>
      </w:r>
      <w:r>
        <w:rPr/>
        <w:t>pulso en tiempo real, tu variabilidad cardíaca, tu conductancia de la</w:t>
      </w:r>
      <w:r>
        <w:rPr/>
        <w:t xml:space="preserve"> </w:t>
      </w:r>
      <w:r>
        <w:rPr/>
        <w:t>piel. Todo lo que tu cuerpo quiera contarnos sin palabras. Luego pongo</w:t>
      </w:r>
      <w:r>
        <w:rPr/>
        <w:t xml:space="preserve"> </w:t>
      </w:r>
      <w:r>
        <w:rPr/>
        <w:t>un fragmento muy específico de *Fading Away*: volumen bajo, sin</w:t>
      </w:r>
      <w:r>
        <w:rPr/>
        <w:t xml:space="preserve"> </w:t>
      </w:r>
      <w:r>
        <w:rPr/>
        <w:t>reverbs, sin la mezcla completa. Solo el núcleo desnudo del FA</w:t>
      </w:r>
      <w:r>
        <w:rPr/>
        <w:t xml:space="preserve"> </w:t>
      </w:r>
      <w:r>
        <w:rPr/>
        <w:t>sostenido. El esqueleto de la frecuencia. Si tu cicatriz decide montar</w:t>
      </w:r>
      <w:r>
        <w:rPr/>
        <w:t xml:space="preserve"> </w:t>
      </w:r>
      <w:r>
        <w:rPr/>
        <w:t>un concierto sinfónico o empiezas a levitar, paramos. Simple.</w:t>
      </w:r>
    </w:p>
    <w:p>
      <w:pPr>
        <w:pStyle w:val="BodyText"/>
      </w:pPr>
      <w:r>
        <w:rPr/>
        <w:t>—Suena… casi razonable —concedió Mar con cautela—. ¿Y el</w:t>
      </w:r>
      <w:r>
        <w:rPr/>
        <w:t xml:space="preserve"> </w:t>
      </w:r>
      <w:r>
        <w:rPr/>
        <w:t>cuaderno? Porque sé que vas a meter el cuaderno en esto de alguna forma</w:t>
      </w:r>
      <w:r>
        <w:rPr/>
        <w:t xml:space="preserve"> </w:t>
      </w:r>
      <w:r>
        <w:rPr/>
        <w:t>retorcida.</w:t>
      </w:r>
    </w:p>
    <w:p>
      <w:pPr>
        <w:pStyle w:val="BodyText"/>
      </w:pPr>
      <w:r>
        <w:rPr/>
        <w:t>Lena alargó la mano hacia él, pero se detuvo a medio camino, como si</w:t>
      </w:r>
      <w:r>
        <w:rPr/>
        <w:t xml:space="preserve"> </w:t>
      </w:r>
      <w:r>
        <w:rPr/>
        <w:t>tocar sus páginas requiriera permiso explícito.</w:t>
      </w:r>
    </w:p>
    <w:p>
      <w:pPr>
        <w:pStyle w:val="BodyText"/>
      </w:pPr>
      <w:r>
        <w:rPr/>
        <w:t>—Ahí entra la parte bonita —dijo—. Adrián dejó patrones escritos</w:t>
      </w:r>
      <w:r>
        <w:rPr/>
        <w:t xml:space="preserve"> </w:t>
      </w:r>
      <w:r>
        <w:rPr/>
        <w:t>que funcionan como triggers de activación. No son partituras clásicas al</w:t>
      </w:r>
      <w:r>
        <w:rPr/>
        <w:t xml:space="preserve"> </w:t>
      </w:r>
      <w:r>
        <w:rPr/>
        <w:t>uso. Son secuencias de intervalos, silencios calculados, ritmos</w:t>
      </w:r>
      <w:r>
        <w:rPr/>
        <w:t xml:space="preserve"> </w:t>
      </w:r>
      <w:r>
        <w:rPr/>
        <w:t>fractales que el sustrato reconoce como firma. Quiero ver si tu cuerpo</w:t>
      </w:r>
      <w:r>
        <w:rPr/>
        <w:t xml:space="preserve"> </w:t>
      </w:r>
      <w:r>
        <w:rPr/>
        <w:t>reacciona igual leyendo texto que escuchando audio. Si la lectura</w:t>
      </w:r>
      <w:r>
        <w:rPr/>
        <w:t xml:space="preserve"> </w:t>
      </w:r>
      <w:r>
        <w:rPr/>
        <w:t>funciona como estímulo de entrada.</w:t>
      </w:r>
    </w:p>
    <w:p>
      <w:pPr>
        <w:pStyle w:val="BodyText"/>
      </w:pPr>
      <w:r>
        <w:rPr/>
        <w:t>—¿Lectura como estímulo acústico? —Mar arqueó una ceja—. Te estás</w:t>
      </w:r>
      <w:r>
        <w:rPr/>
        <w:t xml:space="preserve"> </w:t>
      </w:r>
      <w:r>
        <w:rPr/>
        <w:t>volviendo mística, Lena. Y eso que juraste que nunca cruzarías esa</w:t>
      </w:r>
      <w:r>
        <w:rPr/>
        <w:t xml:space="preserve"> </w:t>
      </w:r>
      <w:r>
        <w:rPr/>
        <w:t>línea.</w:t>
      </w:r>
    </w:p>
    <w:p>
      <w:pPr>
        <w:pStyle w:val="BodyText"/>
      </w:pPr>
      <w:r>
        <w:rPr/>
        <w:t>—No me estoy volviendo mística —replicó con un filo de diversión—.</w:t>
      </w:r>
      <w:r>
        <w:rPr/>
        <w:t xml:space="preserve"> </w:t>
      </w:r>
      <w:r>
        <w:rPr/>
        <w:t>Me estoy volviendo eficiente. Leer es otra forma de exponer el sistema</w:t>
      </w:r>
      <w:r>
        <w:rPr/>
        <w:t xml:space="preserve"> </w:t>
      </w:r>
      <w:r>
        <w:rPr/>
        <w:t>nervioso a un patrón estructurado. Tus ojos son antenas biológicas. Tu</w:t>
      </w:r>
      <w:r>
        <w:rPr/>
        <w:t xml:space="preserve"> </w:t>
      </w:r>
      <w:r>
        <w:rPr/>
        <w:t>corteza visual traduce símbolos en ritmo interno. No hay nada místico en</w:t>
      </w:r>
      <w:r>
        <w:rPr/>
        <w:t xml:space="preserve"> </w:t>
      </w:r>
      <w:r>
        <w:rPr/>
        <w:t>eso: es neurociencia aplicada.</w:t>
      </w:r>
    </w:p>
    <w:p>
      <w:pPr>
        <w:pStyle w:val="BodyText"/>
      </w:pPr>
      <w:r>
        <w:rPr/>
        <w:t>Mar se quedó un segundo en silencio, valorando riesgos con la precisión</w:t>
      </w:r>
      <w:r>
        <w:rPr/>
        <w:t xml:space="preserve"> </w:t>
      </w:r>
      <w:r>
        <w:rPr/>
        <w:t>de quien ya ha perdido demasiado.</w:t>
      </w:r>
    </w:p>
    <w:p>
      <w:pPr>
        <w:pStyle w:val="BodyText"/>
      </w:pPr>
      <w:r>
        <w:rPr/>
        <w:t>Adrián había escrito a mano, en la última página del cuaderno, con tinta</w:t>
      </w:r>
      <w:r>
        <w:rPr/>
        <w:t xml:space="preserve"> </w:t>
      </w:r>
      <w:r>
        <w:rPr/>
        <w:t>azul que se había corrido ligeramente:</w:t>
      </w:r>
    </w:p>
    <w:p>
      <w:pPr>
        <w:pStyle w:val="BodyText"/>
      </w:pPr>
      <w:r>
        <w:rPr/>
        <w:t>*Si el Eco te elige, no lo grabes. Cántalo.*</w:t>
      </w:r>
    </w:p>
    <w:p>
      <w:pPr>
        <w:pStyle w:val="BodyText"/>
      </w:pPr>
      <w:r>
        <w:rPr/>
        <w:t>Y un poco más abajo, en tinta más temblorosa, con una letra que parecía</w:t>
      </w:r>
      <w:r>
        <w:rPr/>
        <w:t xml:space="preserve"> </w:t>
      </w:r>
      <w:r>
        <w:rPr/>
        <w:t>escrita mientras algo lo perseguía:</w:t>
      </w:r>
    </w:p>
    <w:p>
      <w:pPr>
        <w:pStyle w:val="BodyText"/>
      </w:pPr>
      <w:r>
        <w:rPr/>
        <w:t>*No repetir el experimento si no estás dispuesto a perderlo todo.*</w:t>
      </w:r>
    </w:p>
    <w:p>
      <w:pPr>
        <w:pStyle w:val="BodyText"/>
      </w:pPr>
      <w:r>
        <w:rPr/>
        <w:t>—¿Y tú? —preguntó Mar, mirándola directamente—. ¿Tú estás</w:t>
      </w:r>
      <w:r>
        <w:rPr/>
        <w:t xml:space="preserve"> </w:t>
      </w:r>
      <w:r>
        <w:rPr/>
        <w:t>dispuesta a perderme?</w:t>
      </w:r>
    </w:p>
    <w:p>
      <w:pPr>
        <w:pStyle w:val="BodyText"/>
      </w:pPr>
      <w:r>
        <w:rPr/>
        <w:t>Lena no esquivó la mirada. Sostuvo el peso completo de esa pregunta</w:t>
      </w:r>
      <w:r>
        <w:rPr/>
        <w:t xml:space="preserve"> </w:t>
      </w:r>
      <w:r>
        <w:rPr/>
        <w:t>durante tres latidos.</w:t>
      </w:r>
    </w:p>
    <w:p>
      <w:pPr>
        <w:pStyle w:val="BodyText"/>
      </w:pPr>
      <w:r>
        <w:rPr/>
        <w:t>—No —respondió sin adornos—. Precisamente por eso quiero hacerlo</w:t>
      </w:r>
      <w:r>
        <w:rPr/>
        <w:t xml:space="preserve"> </w:t>
      </w:r>
      <w:r>
        <w:rPr/>
        <w:t>aquí, conmigo sentada a tu lado con sensores funcionando y protocolos</w:t>
      </w:r>
      <w:r>
        <w:rPr/>
        <w:t xml:space="preserve"> </w:t>
      </w:r>
      <w:r>
        <w:rPr/>
        <w:t>preparados, y no cuando te dé por improvisar sola en tu ático a las tres</w:t>
      </w:r>
      <w:r>
        <w:rPr/>
        <w:t xml:space="preserve"> </w:t>
      </w:r>
      <w:r>
        <w:rPr/>
        <w:t>de la madrugada con auriculares y demasiada valentía estúpida. Si algo</w:t>
      </w:r>
      <w:r>
        <w:rPr/>
        <w:t xml:space="preserve"> </w:t>
      </w:r>
      <w:r>
        <w:rPr/>
        <w:t>sale mal, tenemos margen de reacción. Y tenemos datos. Los datos nos dan</w:t>
      </w:r>
      <w:r>
        <w:rPr/>
        <w:t xml:space="preserve"> </w:t>
      </w:r>
      <w:r>
        <w:rPr/>
        <w:t>poder.</w:t>
      </w:r>
    </w:p>
    <w:p>
      <w:pPr>
        <w:pStyle w:val="BodyText"/>
      </w:pPr>
      <w:r>
        <w:rPr/>
        <w:t>Mar bebió un sorbo largo de café. Sabía a ceniza con reminiscencias de</w:t>
      </w:r>
      <w:r>
        <w:rPr/>
        <w:t xml:space="preserve"> </w:t>
      </w:r>
      <w:r>
        <w:rPr/>
        <w:t>madrugada interminable.</w:t>
      </w:r>
    </w:p>
    <w:p>
      <w:pPr>
        <w:pStyle w:val="BodyText"/>
      </w:pPr>
      <w:r>
        <w:rPr/>
        <w:t>—Vale —dijo al fin—. Demo controlada. Pero si notas que me estoy</w:t>
      </w:r>
      <w:r>
        <w:rPr/>
        <w:t xml:space="preserve"> </w:t>
      </w:r>
      <w:r>
        <w:rPr/>
        <w:t>yendo de verdad, cortas. Sin titubear, sin heroísmo científico. Cortas y</w:t>
      </w:r>
      <w:r>
        <w:rPr/>
        <w:t xml:space="preserve"> </w:t>
      </w:r>
      <w:r>
        <w:rPr/>
        <w:t>punto.</w:t>
      </w:r>
    </w:p>
    <w:p>
      <w:pPr>
        <w:pStyle w:val="BodyText"/>
      </w:pPr>
      <w:r>
        <w:rPr/>
        <w:t>—Trato hecho —confirmó Lena.</w:t>
      </w:r>
    </w:p>
    <w:p>
      <w:pPr>
        <w:pStyle w:val="BodyText"/>
      </w:pPr>
      <w:r>
        <w:rPr/>
        <w:t>Le ajustó la pulsera en la muñeca izquierda con movimientos precisos. El</w:t>
      </w:r>
      <w:r>
        <w:rPr/>
        <w:t xml:space="preserve"> </w:t>
      </w:r>
      <w:r>
        <w:rPr/>
        <w:t>plástico estaba frío contra la piel. La pantalla cobró vida mostrando</w:t>
      </w:r>
      <w:r>
        <w:rPr/>
        <w:t xml:space="preserve"> </w:t>
      </w:r>
      <w:r>
        <w:rPr/>
        <w:t>números verdes: 76 latidos por minuto. Respiración algo acelerada pero</w:t>
      </w:r>
      <w:r>
        <w:rPr/>
        <w:t xml:space="preserve"> </w:t>
      </w:r>
      <w:r>
        <w:rPr/>
        <w:t>dentro de parámetros normales.</w:t>
      </w:r>
    </w:p>
    <w:p>
      <w:pPr>
        <w:pStyle w:val="BodyText"/>
      </w:pPr>
      <w:r>
        <w:rPr/>
        <w:t>—Ya estás nerviosa sin haber hecho nada todavía —observó Lena—.</w:t>
      </w:r>
      <w:r>
        <w:rPr/>
        <w:t xml:space="preserve"> </w:t>
      </w:r>
      <w:r>
        <w:rPr/>
        <w:t>Eso nos ahorra tener que establecer un baseline.</w:t>
      </w:r>
    </w:p>
    <w:p>
      <w:pPr>
        <w:pStyle w:val="BodyText"/>
      </w:pPr>
      <w:r>
        <w:rPr/>
        <w:t>Encendió su portátil ThinkPad cubierto de pegatinas de conferencias</w:t>
      </w:r>
      <w:r>
        <w:rPr/>
        <w:t xml:space="preserve"> </w:t>
      </w:r>
      <w:r>
        <w:rPr/>
        <w:t>pasadas, conectó un pequeño interface Focusrite y unos monitores de</w:t>
      </w:r>
      <w:r>
        <w:rPr/>
        <w:t xml:space="preserve"> </w:t>
      </w:r>
      <w:r>
        <w:rPr/>
        <w:t>campo cercano Yamaha HS5. *Fading Away* apareció en la pantalla del</w:t>
      </w:r>
      <w:r>
        <w:rPr/>
        <w:t xml:space="preserve"> </w:t>
      </w:r>
      <w:r>
        <w:rPr/>
        <w:t>DAW como una forma de onda ya meticulosamente seccionada en regiones</w:t>
      </w:r>
      <w:r>
        <w:rPr/>
        <w:t xml:space="preserve"> </w:t>
      </w:r>
      <w:r>
        <w:rPr/>
        <w:t>codificadas por colores: intro, build-up, drop, puente, breakdown, coda</w:t>
      </w:r>
      <w:r>
        <w:rPr/>
        <w:t xml:space="preserve"> </w:t>
      </w:r>
      <w:r>
        <w:rPr/>
        <w:t>final. Lena seleccionó con el cursor un segmento minúsculo en el centro</w:t>
      </w:r>
      <w:r>
        <w:rPr/>
        <w:t xml:space="preserve"> </w:t>
      </w:r>
      <w:r>
        <w:rPr/>
        <w:t>de la canción: menos de cinco segundos de audio puro.</w:t>
      </w:r>
    </w:p>
    <w:p>
      <w:pPr>
        <w:pStyle w:val="BodyText"/>
      </w:pPr>
      <w:r>
        <w:rPr/>
        <w:t>—Esto es el núcleo de la firma de Adrián —explicó mientras ajustaba</w:t>
      </w:r>
      <w:r>
        <w:rPr/>
        <w:t xml:space="preserve"> </w:t>
      </w:r>
      <w:r>
        <w:rPr/>
        <w:t>parámetros—. El punto donde el FA sostenido está más desnudo, sin</w:t>
      </w:r>
      <w:r>
        <w:rPr/>
        <w:t xml:space="preserve"> </w:t>
      </w:r>
      <w:r>
        <w:rPr/>
        <w:t>máscaras ni efectos. Lo he aislado quirúrgicamente del resto de la</w:t>
      </w:r>
      <w:r>
        <w:rPr/>
        <w:t xml:space="preserve"> </w:t>
      </w:r>
      <w:r>
        <w:rPr/>
        <w:t>mezcla. Nada de voz procesada, nada de pads atmosféricos, nada de</w:t>
      </w:r>
      <w:r>
        <w:rPr/>
        <w:t xml:space="preserve"> </w:t>
      </w:r>
      <w:r>
        <w:rPr/>
        <w:t>percusión. Solo el esqueleto resonante.</w:t>
      </w:r>
    </w:p>
    <w:p>
      <w:pPr>
        <w:pStyle w:val="BodyText"/>
      </w:pPr>
      <w:r>
        <w:rPr/>
        <w:t>Mar tragó saliva con dificultad.</w:t>
      </w:r>
    </w:p>
    <w:p>
      <w:pPr>
        <w:pStyle w:val="BodyText"/>
      </w:pPr>
      <w:r>
        <w:rPr/>
        <w:t>—Genial —dijo con humor negro—. Vamos a ponerle nombre oficial:</w:t>
      </w:r>
      <w:r>
        <w:rPr/>
        <w:t xml:space="preserve"> </w:t>
      </w:r>
      <w:r>
        <w:rPr/>
        <w:t>«Esqueleto del exnovio muerto».</w:t>
      </w:r>
    </w:p>
    <w:p>
      <w:pPr>
        <w:pStyle w:val="BodyText"/>
      </w:pPr>
      <w:r>
        <w:rPr/>
        <w:t>Lena reprimió una sonrisa que amenazaba con convertirse en risa</w:t>
      </w:r>
      <w:r>
        <w:rPr/>
        <w:t xml:space="preserve"> </w:t>
      </w:r>
      <w:r>
        <w:rPr/>
        <w:t>inapropiada.</w:t>
      </w:r>
    </w:p>
    <w:p>
      <w:pPr>
        <w:pStyle w:val="BodyText"/>
      </w:pPr>
      <w:r>
        <w:rPr/>
        <w:t>—Primero, lectura en voz alta —indicó—. Quiero que leas este</w:t>
      </w:r>
      <w:r>
        <w:rPr/>
        <w:t xml:space="preserve"> </w:t>
      </w:r>
      <w:r>
        <w:rPr/>
        <w:t>fragmento de aquí. —Abrió el cuaderno por una página repleta de</w:t>
      </w:r>
      <w:r>
        <w:rPr/>
        <w:t xml:space="preserve"> </w:t>
      </w:r>
      <w:r>
        <w:rPr/>
        <w:t>símbolos y anotaciones marginales—. Despacio, con intención. Como si</w:t>
      </w:r>
      <w:r>
        <w:rPr/>
        <w:t xml:space="preserve"> </w:t>
      </w:r>
      <w:r>
        <w:rPr/>
        <w:t>estuvieras dictándotelo a ti misma letra por letra.</w:t>
      </w:r>
    </w:p>
    <w:p>
      <w:pPr>
        <w:pStyle w:val="BodyText"/>
      </w:pPr>
      <w:r>
        <w:rPr/>
        <w:t>Mar cogió el cuaderno con ambas manos, notando el peso desigual de las</w:t>
      </w:r>
      <w:r>
        <w:rPr/>
        <w:t xml:space="preserve"> </w:t>
      </w:r>
      <w:r>
        <w:rPr/>
        <w:t>páginas, algunas más gruesas por la humedad antigua. La letra de Adrián</w:t>
      </w:r>
      <w:r>
        <w:rPr/>
        <w:t xml:space="preserve"> </w:t>
      </w:r>
      <w:r>
        <w:rPr/>
        <w:t>se enroscaba en espirales obsesivas que se volvían más densas hacia el</w:t>
      </w:r>
      <w:r>
        <w:rPr/>
        <w:t xml:space="preserve"> </w:t>
      </w:r>
      <w:r>
        <w:rPr/>
        <w:t>final de cada entrada. Entre fórmulas matemáticas incomprensibles había</w:t>
      </w:r>
      <w:r>
        <w:rPr/>
        <w:t xml:space="preserve"> </w:t>
      </w:r>
      <w:r>
        <w:rPr/>
        <w:t>una pequeña sección subrayada con marcador amarillo ya descolorido:</w:t>
      </w:r>
    </w:p>
    <w:p>
      <w:pPr>
        <w:pStyle w:val="BodyText"/>
      </w:pPr>
      <w:r>
        <w:rPr/>
        <w:t>*Tres parámetros fundamentales del Eco:*</w:t>
      </w:r>
    </w:p>
    <w:p>
      <w:pPr>
        <w:pStyle w:val="BodyText"/>
      </w:pPr>
      <w:r>
        <w:rPr/>
        <w:t>*1. Intensidad: cuánto duele cuando entra.*</w:t>
      </w:r>
    </w:p>
    <w:p>
      <w:pPr>
        <w:pStyle w:val="BodyText"/>
      </w:pPr>
      <w:r>
        <w:rPr/>
        <w:t>*2. Persistencia: cuánto tiempo dura la resonancia.*</w:t>
      </w:r>
    </w:p>
    <w:p>
      <w:pPr>
        <w:pStyle w:val="BodyText"/>
      </w:pPr>
      <w:r>
        <w:rPr/>
        <w:t>*3. Anclaje: en qué cuerpo decide quedarse a vivir.*</w:t>
      </w:r>
    </w:p>
    <w:p>
      <w:pPr>
        <w:pStyle w:val="BodyText"/>
      </w:pPr>
      <w:r>
        <w:rPr/>
        <w:t>Empezó a leer en voz alta, despacio, saboreando cada palabra como si</w:t>
      </w:r>
      <w:r>
        <w:rPr/>
        <w:t xml:space="preserve"> </w:t>
      </w:r>
      <w:r>
        <w:rPr/>
        <w:t>fueran notas de una partitura peligrosa. A medida que pronunciaba cada</w:t>
      </w:r>
      <w:r>
        <w:rPr/>
        <w:t xml:space="preserve"> </w:t>
      </w:r>
      <w:r>
        <w:rPr/>
        <w:t>sílaba, la cicatriz bajo su clavícula emitía un cosquilleo casi</w:t>
      </w:r>
      <w:r>
        <w:rPr/>
        <w:t xml:space="preserve"> </w:t>
      </w:r>
      <w:r>
        <w:rPr/>
        <w:t>imperceptible al principio, como un insecto microscópico despertando</w:t>
      </w:r>
      <w:r>
        <w:rPr/>
        <w:t xml:space="preserve"> </w:t>
      </w:r>
      <w:r>
        <w:rPr/>
        <w:t>después de años de hibernación.</w:t>
      </w:r>
    </w:p>
    <w:p>
      <w:pPr>
        <w:pStyle w:val="BodyText"/>
      </w:pPr>
      <w:r>
        <w:rPr/>
        <w:t>Lena observaba simultáneamente tres pantallas: el portátil con el DAW,</w:t>
      </w:r>
      <w:r>
        <w:rPr/>
        <w:t xml:space="preserve"> </w:t>
      </w:r>
      <w:r>
        <w:rPr/>
        <w:t>el móvil con la app del sensor cardíaco, y a Mar con la intensidad de</w:t>
      </w:r>
      <w:r>
        <w:rPr/>
        <w:t xml:space="preserve"> </w:t>
      </w:r>
      <w:r>
        <w:rPr/>
        <w:t>quien está documentando un fenómeno que aún no tiene nombre en los</w:t>
      </w:r>
      <w:r>
        <w:rPr/>
        <w:t xml:space="preserve"> </w:t>
      </w:r>
      <w:r>
        <w:rPr/>
        <w:t>libros.</w:t>
      </w:r>
    </w:p>
    <w:p>
      <w:pPr>
        <w:pStyle w:val="BodyText"/>
      </w:pPr>
      <w:r>
        <w:rPr/>
        <w:t>La gráfica del pulso de Mar subió gradualmente: 82, luego 88, después</w:t>
      </w:r>
      <w:r>
        <w:rPr/>
        <w:t xml:space="preserve"> </w:t>
      </w:r>
      <w:r>
        <w:rPr/>
        <w:t>94. La variabilidad cardíaca se estrechó, señal de estrés simpático</w:t>
      </w:r>
      <w:r>
        <w:rPr/>
        <w:t xml:space="preserve"> </w:t>
      </w:r>
      <w:r>
        <w:rPr/>
        <w:t>creciente.</w:t>
      </w:r>
    </w:p>
    <w:p>
      <w:pPr>
        <w:pStyle w:val="BodyText"/>
      </w:pPr>
      <w:r>
        <w:rPr/>
        <w:t>—Sigue —dijo Lena en voz baja pero firme—. Vas bien. Estás dentro</w:t>
      </w:r>
      <w:r>
        <w:rPr/>
        <w:t xml:space="preserve"> </w:t>
      </w:r>
      <w:r>
        <w:rPr/>
        <w:t>de los parámetros seguros.</w:t>
      </w:r>
    </w:p>
    <w:p>
      <w:pPr>
        <w:pStyle w:val="BodyText"/>
      </w:pPr>
      <w:r>
        <w:rPr/>
        <w:t>Mar leyó la siguiente anotación, esta con letra más pequeña y</w:t>
      </w:r>
      <w:r>
        <w:rPr/>
        <w:t xml:space="preserve"> </w:t>
      </w:r>
      <w:r>
        <w:rPr/>
        <w:t>temblorosa:</w:t>
      </w:r>
    </w:p>
    <w:p>
      <w:pPr>
        <w:pStyle w:val="BodyText"/>
      </w:pPr>
      <w:r>
        <w:rPr/>
        <w:t>*El Eco no viaja por el espacio: se recuerda a sí mismo.*</w:t>
      </w:r>
    </w:p>
    <w:p>
      <w:pPr>
        <w:pStyle w:val="BodyText"/>
      </w:pPr>
      <w:r>
        <w:rPr/>
        <w:t>*La canción no va de un lugar a otro como un paquete postal.*</w:t>
      </w:r>
    </w:p>
    <w:p>
      <w:pPr>
        <w:pStyle w:val="BodyText"/>
      </w:pPr>
      <w:r>
        <w:rPr/>
        <w:t>*Aflora espontáneamente donde encuentra un oído compatible.*</w:t>
      </w:r>
    </w:p>
    <w:p>
      <w:pPr>
        <w:pStyle w:val="BodyText"/>
      </w:pPr>
      <w:r>
        <w:rPr/>
        <w:t>*Nosotros somos la infraestructura. Las antenas humanas.*</w:t>
      </w:r>
    </w:p>
    <w:p>
      <w:pPr>
        <w:pStyle w:val="BodyText"/>
      </w:pPr>
      <w:r>
        <w:rPr/>
        <w:t>La cicatriz latió una vez, con claridad inequívoca. Un pequeño golpe</w:t>
      </w:r>
      <w:r>
        <w:rPr/>
        <w:t xml:space="preserve"> </w:t>
      </w:r>
      <w:r>
        <w:rPr/>
        <w:t>desde dentro, como si algo hubiera tocado una puerta cerrada desde hace</w:t>
      </w:r>
      <w:r>
        <w:rPr/>
        <w:t xml:space="preserve"> </w:t>
      </w:r>
      <w:r>
        <w:rPr/>
        <w:t>años.</w:t>
      </w:r>
    </w:p>
    <w:p>
      <w:pPr>
        <w:pStyle w:val="BodyText"/>
      </w:pPr>
      <w:r>
        <w:rPr/>
        <w:t>—Lo ha notado —susurró Mar, con la voz ligeramente alterada—. La</w:t>
      </w:r>
      <w:r>
        <w:rPr/>
        <w:t xml:space="preserve"> </w:t>
      </w:r>
      <w:r>
        <w:rPr/>
        <w:t>cicatriz acaba de responder.</w:t>
      </w:r>
    </w:p>
    <w:p>
      <w:pPr>
        <w:pStyle w:val="BodyText"/>
      </w:pPr>
      <w:r>
        <w:rPr/>
        <w:t>—Tu pulso también lo confirma —dijo Lena, mirando los números—.</w:t>
      </w:r>
      <w:r>
        <w:rPr/>
        <w:t xml:space="preserve"> </w:t>
      </w:r>
      <w:r>
        <w:rPr/>
        <w:t>Noventa y seis latidos. Pero nada dramático todavía. Seguimos en zona</w:t>
      </w:r>
      <w:r>
        <w:rPr/>
        <w:t xml:space="preserve"> </w:t>
      </w:r>
      <w:r>
        <w:rPr/>
        <w:t>verde. Ahora, última línea del fragmento.</w:t>
      </w:r>
    </w:p>
    <w:p>
      <w:pPr>
        <w:pStyle w:val="BodyText"/>
      </w:pPr>
      <w:r>
        <w:rPr/>
        <w:t>Mar bajó la vista hacia las palabras finales del pasaje, escritas con</w:t>
      </w:r>
      <w:r>
        <w:rPr/>
        <w:t xml:space="preserve"> </w:t>
      </w:r>
      <w:r>
        <w:rPr/>
        <w:t>una determinación que atravesaba el papel:</w:t>
      </w:r>
    </w:p>
    <w:p>
      <w:pPr>
        <w:pStyle w:val="BodyText"/>
      </w:pPr>
      <w:r>
        <w:rPr/>
        <w:t>*Si el Eco te elige, no lo grabes. Cántalo.*</w:t>
      </w:r>
    </w:p>
    <w:p>
      <w:pPr>
        <w:pStyle w:val="BodyText"/>
      </w:pPr>
      <w:r>
        <w:rPr/>
        <w:t>La frase cayó en la habitación con el peso de una campana lenta</w:t>
      </w:r>
      <w:r>
        <w:rPr/>
        <w:t xml:space="preserve"> </w:t>
      </w:r>
      <w:r>
        <w:rPr/>
        <w:t>resonando en catedral vacía. La pulsera marcó 102 latidos por minuto. La</w:t>
      </w:r>
      <w:r>
        <w:rPr/>
        <w:t xml:space="preserve"> </w:t>
      </w:r>
      <w:r>
        <w:rPr/>
        <w:t>piel de Mar se erizó de arriba abajo, no de frío sino de reconocimiento</w:t>
      </w:r>
      <w:r>
        <w:rPr/>
        <w:t xml:space="preserve"> </w:t>
      </w:r>
      <w:r>
        <w:rPr/>
        <w:t>ancestral, como si cada célula supiera algo que su mente consciente aún</w:t>
      </w:r>
      <w:r>
        <w:rPr/>
        <w:t xml:space="preserve"> </w:t>
      </w:r>
      <w:r>
        <w:rPr/>
        <w:t>no había procesado.</w:t>
      </w:r>
    </w:p>
    <w:p>
      <w:pPr>
        <w:pStyle w:val="BodyText"/>
      </w:pPr>
      <w:r>
        <w:rPr/>
        <w:t>Un segundo de silencio denso, cargado.</w:t>
      </w:r>
    </w:p>
    <w:p>
      <w:pPr>
        <w:pStyle w:val="BodyText"/>
      </w:pPr>
      <w:r>
        <w:rPr/>
        <w:t>—Vale —dijo Lena tras verificar los datos—. Conclusión preliminar:</w:t>
      </w:r>
      <w:r>
        <w:rPr/>
        <w:t xml:space="preserve"> </w:t>
      </w:r>
      <w:r>
        <w:rPr/>
        <w:t>lectura produce efecto claro y medible, pero controlable. Tu cuerpo</w:t>
      </w:r>
      <w:r>
        <w:rPr/>
        <w:t xml:space="preserve"> </w:t>
      </w:r>
      <w:r>
        <w:rPr/>
        <w:t>responde al patrón textual. Ahora vamos con el audio directo. Ahí es</w:t>
      </w:r>
      <w:r>
        <w:rPr/>
        <w:t xml:space="preserve"> </w:t>
      </w:r>
      <w:r>
        <w:rPr/>
        <w:t>donde se pone interesante.</w:t>
      </w:r>
    </w:p>
    <w:p>
      <w:pPr>
        <w:pStyle w:val="BodyText"/>
      </w:pPr>
      <w:r>
        <w:rPr/>
        <w:t>—Sabía que lo dirías —resopló Mar—. Adelante. Que sea rápido.</w:t>
      </w:r>
    </w:p>
    <w:p>
      <w:pPr>
        <w:pStyle w:val="BodyText"/>
      </w:pPr>
      <w:r>
        <w:rPr/>
        <w:t>Lena colocó unos auriculares de estudio Beyerdynamic DT 770 sobre las</w:t>
      </w:r>
      <w:r>
        <w:rPr/>
        <w:t xml:space="preserve"> </w:t>
      </w:r>
      <w:r>
        <w:rPr/>
        <w:t>orejas de Mar, sin llegar a encajarlos del todo. Volumen calibrado bajo.</w:t>
      </w:r>
      <w:r>
        <w:rPr/>
        <w:t xml:space="preserve"> </w:t>
      </w:r>
      <w:r>
        <w:rPr/>
        <w:t>Nada de golpes bruscos ni sorpresas desagradables.</w:t>
      </w:r>
    </w:p>
    <w:p>
      <w:pPr>
        <w:pStyle w:val="BodyText"/>
      </w:pPr>
      <w:r>
        <w:rPr/>
        <w:t>—En cuanto notes tirón hacia abajo, cualquier sensación de caída o</w:t>
      </w:r>
      <w:r>
        <w:rPr/>
        <w:t xml:space="preserve"> </w:t>
      </w:r>
      <w:r>
        <w:rPr/>
        <w:t>disociación —indicó con seriedad—, levanta la mano. No espero</w:t>
      </w:r>
      <w:r>
        <w:rPr/>
        <w:t xml:space="preserve"> </w:t>
      </w:r>
      <w:r>
        <w:rPr/>
        <w:t>heroísmo ni resistencia. Espero feedback honesto e inmediato. ¿Claro?</w:t>
      </w:r>
    </w:p>
    <w:p>
      <w:pPr>
        <w:pStyle w:val="BodyText"/>
      </w:pPr>
      <w:r>
        <w:rPr/>
        <w:t>Mar asintió, la mandíbula tensa.</w:t>
      </w:r>
    </w:p>
    <w:p>
      <w:pPr>
        <w:pStyle w:val="BodyText"/>
      </w:pPr>
      <w:r>
        <w:rPr/>
        <w:t>—Tres, dos, uno —contó Lena.</w:t>
      </w:r>
    </w:p>
    <w:p>
      <w:pPr>
        <w:pStyle w:val="BodyText"/>
      </w:pPr>
      <w:r>
        <w:rPr/>
        <w:t>Pulsó play en el fragmento aislado.</w:t>
      </w:r>
    </w:p>
    <w:p>
      <w:pPr>
        <w:pStyle w:val="BodyText"/>
      </w:pPr>
      <w:r>
        <w:rPr/>
        <w:t>Lo que Mar escuchó no era música en el sentido convencional. Era un</w:t>
      </w:r>
      <w:r>
        <w:rPr/>
        <w:t xml:space="preserve"> </w:t>
      </w:r>
      <w:r>
        <w:rPr/>
        <w:t>filamento sonoro. Un FA sostenido casi puro, apenas enfangado por restos</w:t>
      </w:r>
      <w:r>
        <w:rPr/>
        <w:t xml:space="preserve"> </w:t>
      </w:r>
      <w:r>
        <w:rPr/>
        <w:t>microscópicos de textura residual. Nada de bombo marcando pulso, nada de</w:t>
      </w:r>
      <w:r>
        <w:rPr/>
        <w:t xml:space="preserve"> </w:t>
      </w:r>
      <w:r>
        <w:rPr/>
        <w:t>hi-hats cortando tiempo. Una respiración convertida en tono continuo,</w:t>
      </w:r>
      <w:r>
        <w:rPr/>
        <w:t xml:space="preserve"> </w:t>
      </w:r>
      <w:r>
        <w:rPr/>
        <w:t>como si alguien hubiera destilado la esencia de una voz hasta dejarla</w:t>
      </w:r>
      <w:r>
        <w:rPr/>
        <w:t xml:space="preserve"> </w:t>
      </w:r>
      <w:r>
        <w:rPr/>
        <w:t>reducida a pura frecuencia.</w:t>
      </w:r>
    </w:p>
    <w:p>
      <w:pPr>
        <w:pStyle w:val="BodyText"/>
      </w:pPr>
      <w:r>
        <w:rPr/>
        <w:t>La cicatriz respondió instantáneamente, como si hubiera estado esperando</w:t>
      </w:r>
      <w:r>
        <w:rPr/>
        <w:t xml:space="preserve"> </w:t>
      </w:r>
      <w:r>
        <w:rPr/>
        <w:t>ese estímulo exacto durante veinticinco años. Un latigazo de calor</w:t>
      </w:r>
      <w:r>
        <w:rPr/>
        <w:t xml:space="preserve"> </w:t>
      </w:r>
      <w:r>
        <w:rPr/>
        <w:t>atravesó su pecho, seguido de inmediato por una sensación de vacío</w:t>
      </w:r>
      <w:r>
        <w:rPr/>
        <w:t xml:space="preserve"> </w:t>
      </w:r>
      <w:r>
        <w:rPr/>
        <w:t>súbito en el estómago, idéntica a la que se siente al iniciar la caída</w:t>
      </w:r>
      <w:r>
        <w:rPr/>
        <w:t xml:space="preserve"> </w:t>
      </w:r>
      <w:r>
        <w:rPr/>
        <w:t>libre en una montaña rusa que no tiene fondo visible.</w:t>
      </w:r>
    </w:p>
    <w:p>
      <w:pPr>
        <w:pStyle w:val="BodyText"/>
      </w:pPr>
      <w:r>
        <w:rPr/>
        <w:t>Levantó la mano.</w:t>
      </w:r>
    </w:p>
    <w:p>
      <w:pPr>
        <w:pStyle w:val="BodyText"/>
      </w:pPr>
      <w:r>
        <w:rPr/>
        <w:t>Lena cortó de inmediato sin dudar. La onda en pantalla se desplomó en</w:t>
      </w:r>
      <w:r>
        <w:rPr/>
        <w:t xml:space="preserve"> </w:t>
      </w:r>
      <w:r>
        <w:rPr/>
        <w:t>silencio abrupto. El aire de la habitación volvió, pero llevaba impresa</w:t>
      </w:r>
      <w:r>
        <w:rPr/>
        <w:t xml:space="preserve"> </w:t>
      </w:r>
      <w:r>
        <w:rPr/>
        <w:t>la marca de lo que acababa de pasar.</w:t>
      </w:r>
    </w:p>
    <w:p>
      <w:pPr>
        <w:pStyle w:val="BodyText"/>
      </w:pPr>
      <w:r>
        <w:rPr/>
        <w:t>—Pulso a ciento dieciocho —informó Lena mirando las gráficas—.</w:t>
      </w:r>
      <w:r>
        <w:rPr/>
        <w:t xml:space="preserve"> </w:t>
      </w:r>
      <w:r>
        <w:rPr/>
        <w:t>Pupilas dilatadas, cambio brusco en conductancia de la piel, sudoración</w:t>
      </w:r>
      <w:r>
        <w:rPr/>
        <w:t xml:space="preserve"> </w:t>
      </w:r>
      <w:r>
        <w:rPr/>
        <w:t>en palmas. ¿Te has ido? ¿Has cruzado?</w:t>
      </w:r>
    </w:p>
    <w:p>
      <w:pPr>
        <w:pStyle w:val="BodyText"/>
      </w:pPr>
      <w:r>
        <w:rPr/>
        <w:t>—No del todo —contestó Mar con la voz ligeramente temblorosa—. Es</w:t>
      </w:r>
      <w:r>
        <w:rPr/>
        <w:t xml:space="preserve"> </w:t>
      </w:r>
      <w:r>
        <w:rPr/>
        <w:t>como asomarse al borde de una escalera en espiral que baja hacia ninguna</w:t>
      </w:r>
      <w:r>
        <w:rPr/>
        <w:t xml:space="preserve"> </w:t>
      </w:r>
      <w:r>
        <w:rPr/>
        <w:t>parte. Si hubieras dejado que siguiera sonando tres segundos más, me</w:t>
      </w:r>
      <w:r>
        <w:rPr/>
        <w:t xml:space="preserve"> </w:t>
      </w:r>
      <w:r>
        <w:rPr/>
        <w:t>caía. Y no sé si volvía.</w:t>
      </w:r>
    </w:p>
    <w:p>
      <w:pPr>
        <w:pStyle w:val="BodyText"/>
      </w:pPr>
      <w:r>
        <w:rPr/>
        <w:t>Se quitó los auriculares con manos que temblaban apenas. La habitación</w:t>
      </w:r>
      <w:r>
        <w:rPr/>
        <w:t xml:space="preserve"> </w:t>
      </w:r>
      <w:r>
        <w:rPr/>
        <w:t>parecía de repente demasiado pequeña para la cantidad de aire que</w:t>
      </w:r>
      <w:r>
        <w:rPr/>
        <w:t xml:space="preserve"> </w:t>
      </w:r>
      <w:r>
        <w:rPr/>
        <w:t>contenía, o quizá demasiado grande para el cuerpo que la ocupaba.</w:t>
      </w:r>
    </w:p>
    <w:p>
      <w:pPr>
        <w:pStyle w:val="BodyText"/>
      </w:pPr>
      <w:r>
        <w:rPr/>
        <w:t>—Conclusión preliminar sólida —resumió Lena mientras guardaba</w:t>
      </w:r>
      <w:r>
        <w:rPr/>
        <w:t xml:space="preserve"> </w:t>
      </w:r>
      <w:r>
        <w:rPr/>
        <w:t>datos—: la combinación de lectura del patrón textual más exposición al</w:t>
      </w:r>
      <w:r>
        <w:rPr/>
        <w:t xml:space="preserve"> </w:t>
      </w:r>
      <w:r>
        <w:rPr/>
        <w:t>núcleo del FA sostenido activa tu… puerta de acceso al sustrato. Pero</w:t>
      </w:r>
      <w:r>
        <w:rPr/>
        <w:t xml:space="preserve"> </w:t>
      </w:r>
      <w:r>
        <w:rPr/>
        <w:t>podemos interrumpir el proceso antes de que atravieses completamente.</w:t>
      </w:r>
      <w:r>
        <w:rPr/>
        <w:t xml:space="preserve"> </w:t>
      </w:r>
      <w:r>
        <w:rPr/>
        <w:t>Eso significa que podemos diseñar un protocolo de entrada y salida</w:t>
      </w:r>
      <w:r>
        <w:rPr/>
        <w:t xml:space="preserve"> </w:t>
      </w:r>
      <w:r>
        <w:rPr/>
        <w:t>gradual, con umbrales de seguridad. Podemos mapear la topología del</w:t>
      </w:r>
      <w:r>
        <w:rPr/>
        <w:t xml:space="preserve"> </w:t>
      </w:r>
      <w:r>
        <w:rPr/>
        <w:t>tránsito.</w:t>
      </w:r>
    </w:p>
    <w:p>
      <w:pPr>
        <w:pStyle w:val="BodyText"/>
      </w:pPr>
      <w:r>
        <w:rPr/>
        <w:t>Mar se recostó contra la pared, agotada por un experimento que había</w:t>
      </w:r>
      <w:r>
        <w:rPr/>
        <w:t xml:space="preserve"> </w:t>
      </w:r>
      <w:r>
        <w:rPr/>
        <w:t>durado menos de quince segundos en total.</w:t>
      </w:r>
    </w:p>
    <w:p>
      <w:pPr>
        <w:pStyle w:val="BodyText"/>
      </w:pPr>
      <w:r>
        <w:rPr/>
        <w:t>—¿Te das cuenta de lo que acabamos de hacer? —preguntó con una</w:t>
      </w:r>
      <w:r>
        <w:rPr/>
        <w:t xml:space="preserve"> </w:t>
      </w:r>
      <w:r>
        <w:rPr/>
        <w:t>mezcla de asombro y horror—. Hemos convertido el diario íntimo de un</w:t>
      </w:r>
      <w:r>
        <w:rPr/>
        <w:t xml:space="preserve"> </w:t>
      </w:r>
      <w:r>
        <w:rPr/>
        <w:t>muerto en un manual técnico de activación. En un protocolo replicable.</w:t>
      </w:r>
    </w:p>
    <w:p>
      <w:pPr>
        <w:pStyle w:val="BodyText"/>
      </w:pPr>
      <w:r>
        <w:rPr/>
        <w:t>Lena cerró el cuaderno con cuidado, casi con respeto religioso, y lo</w:t>
      </w:r>
      <w:r>
        <w:rPr/>
        <w:t xml:space="preserve"> </w:t>
      </w:r>
      <w:r>
        <w:rPr/>
        <w:t>colocó sobre la mesa alejado de las tazas de café.</w:t>
      </w:r>
    </w:p>
    <w:p>
      <w:pPr>
        <w:pStyle w:val="BodyText"/>
      </w:pPr>
      <w:r>
        <w:rPr/>
        <w:t>—Por eso tenemos que controlar quién tiene acceso a esto —respondió</w:t>
      </w:r>
      <w:r>
        <w:rPr/>
        <w:t xml:space="preserve"> </w:t>
      </w:r>
      <w:r>
        <w:rPr/>
        <w:t>con una seriedad que no admitía bromas—. Este cuaderno no puede</w:t>
      </w:r>
      <w:r>
        <w:rPr/>
        <w:t xml:space="preserve"> </w:t>
      </w:r>
      <w:r>
        <w:rPr/>
        <w:t>circular completo. No entero. Como mucho, fragmentos cuidadosamente</w:t>
      </w:r>
      <w:r>
        <w:rPr/>
        <w:t xml:space="preserve"> </w:t>
      </w:r>
      <w:r>
        <w:rPr/>
        <w:t>seleccionados y contextualizados. Si alguien como Finch o como Chrysalis</w:t>
      </w:r>
      <w:r>
        <w:rPr/>
        <w:t xml:space="preserve"> </w:t>
      </w:r>
      <w:r>
        <w:rPr/>
        <w:t>se hace con esto, pueden diseñar un protocolo de inducción a medida para</w:t>
      </w:r>
      <w:r>
        <w:rPr/>
        <w:t xml:space="preserve"> </w:t>
      </w:r>
      <w:r>
        <w:rPr/>
        <w:t>cualquier candidato compatible que encuentren. Pueden crear portales a</w:t>
      </w:r>
      <w:r>
        <w:rPr/>
        <w:t xml:space="preserve"> </w:t>
      </w:r>
      <w:r>
        <w:rPr/>
        <w:t>voluntad. Pueden militarizar el sustrato.</w:t>
      </w:r>
    </w:p>
    <w:p>
      <w:pPr>
        <w:pStyle w:val="BodyText"/>
      </w:pPr>
      <w:r>
        <w:rPr/>
        <w:t>Mar pasó el pulgar por el lomo desgastado del cuaderno, con un gesto que</w:t>
      </w:r>
      <w:r>
        <w:rPr/>
        <w:t xml:space="preserve"> </w:t>
      </w:r>
      <w:r>
        <w:rPr/>
        <w:t>rozaba la ternura contradictoria.</w:t>
      </w:r>
    </w:p>
    <w:p>
      <w:pPr>
        <w:pStyle w:val="BodyText"/>
      </w:pPr>
      <w:r>
        <w:rPr/>
        <w:t>—Lo siento, Adrián —susurró hacia las páginas cerradas—. Querías</w:t>
      </w:r>
      <w:r>
        <w:rPr/>
        <w:t xml:space="preserve"> </w:t>
      </w:r>
      <w:r>
        <w:rPr/>
        <w:t>que alguien entendiera lo que descubriste. Lo estamos haciendo. Pero</w:t>
      </w:r>
      <w:r>
        <w:rPr/>
        <w:t xml:space="preserve"> </w:t>
      </w:r>
      <w:r>
        <w:rPr/>
        <w:t>también tenemos que desobedecerte en algunas cosas. Tenemos que ser más</w:t>
      </w:r>
      <w:r>
        <w:rPr/>
        <w:t xml:space="preserve"> </w:t>
      </w:r>
      <w:r>
        <w:rPr/>
        <w:t>cuidadosas de lo que tú fuiste.</w:t>
      </w:r>
    </w:p>
    <w:p>
      <w:pPr>
        <w:pStyle w:val="BodyText"/>
      </w:pPr>
      <w:r>
        <w:rPr/>
        <w:t>Lena se levantó y comenzó a desenchufar cables con movimientos</w:t>
      </w:r>
      <w:r>
        <w:rPr/>
        <w:t xml:space="preserve"> </w:t>
      </w:r>
      <w:r>
        <w:rPr/>
        <w:t>automáticos de músculo memoria, enrollándolos con la precisión de quien</w:t>
      </w:r>
      <w:r>
        <w:rPr/>
        <w:t xml:space="preserve"> </w:t>
      </w:r>
      <w:r>
        <w:rPr/>
        <w:t>ha montado y desmontado sistemas mil veces.</w:t>
      </w:r>
    </w:p>
    <w:p>
      <w:pPr>
        <w:pStyle w:val="BodyText"/>
      </w:pPr>
      <w:r>
        <w:rPr/>
        <w:t>—Mañana viene alguien que quiero que conozcas —anunció—. Alguien</w:t>
      </w:r>
      <w:r>
        <w:rPr/>
        <w:t xml:space="preserve"> </w:t>
      </w:r>
      <w:r>
        <w:rPr/>
        <w:t>de quien te hablé con Markus. No trabaja directamente para Chrysalis,</w:t>
      </w:r>
      <w:r>
        <w:rPr/>
        <w:t xml:space="preserve"> </w:t>
      </w:r>
      <w:r>
        <w:rPr/>
        <w:t>pero orbita lo suficientemente cerca como para conocer sus protocolos. Y</w:t>
      </w:r>
      <w:r>
        <w:rPr/>
        <w:t xml:space="preserve"> </w:t>
      </w:r>
      <w:r>
        <w:rPr/>
        <w:t>odia a las corporaciones de vigilancia casi tanto como yo. Quizá más.</w:t>
      </w:r>
    </w:p>
    <w:p>
      <w:pPr>
        <w:pStyle w:val="BodyText"/>
      </w:pPr>
      <w:r>
        <w:rPr/>
        <w:t>—¿Puedo saber su nombre? —preguntó Mar.</w:t>
      </w:r>
    </w:p>
    <w:p>
      <w:pPr>
        <w:pStyle w:val="BodyText"/>
      </w:pPr>
      <w:r>
        <w:rPr/>
        <w:t>Lena dudó un segundo, sopesando información.</w:t>
      </w:r>
    </w:p>
    <w:p>
      <w:pPr>
        <w:pStyle w:val="BodyText"/>
      </w:pPr>
      <w:r>
        <w:rPr/>
        <w:t>—Todavía no —dijo finalmente—. Pero te adelanto esto: le va a</w:t>
      </w:r>
      <w:r>
        <w:rPr/>
        <w:t xml:space="preserve"> </w:t>
      </w:r>
      <w:r>
        <w:rPr/>
        <w:t>encantar que el universo tenga un bug acústico explotable. Va a querer</w:t>
      </w:r>
      <w:r>
        <w:rPr/>
        <w:t xml:space="preserve"> </w:t>
      </w:r>
      <w:r>
        <w:rPr/>
        <w:t>escribir un paper sobre esto. Y después va a querer hackearlo.</w:t>
      </w:r>
    </w:p>
    <w:p>
      <w:pPr>
        <w:pStyle w:val="BodyText"/>
      </w:pPr>
      <w:r>
        <w:rPr/>
        <w:t>Apagó la luz de la habitación, dejando solo la iluminación de la calle</w:t>
      </w:r>
      <w:r>
        <w:rPr/>
        <w:t xml:space="preserve"> </w:t>
      </w:r>
      <w:r>
        <w:rPr/>
        <w:t>filtrándose por la ventana en tonos anaranjados y violetas de vapor de</w:t>
      </w:r>
      <w:r>
        <w:rPr/>
        <w:t xml:space="preserve"> </w:t>
      </w:r>
      <w:r>
        <w:rPr/>
        <w:t>sodio mezclado con LED.</w:t>
      </w:r>
    </w:p>
    <w:p>
      <w:pPr>
        <w:pStyle w:val="BodyText"/>
      </w:pPr>
      <w:r>
        <w:rPr/>
        <w:t>En la oscuridad, la cicatriz de Mar tardó largo rato en dormirse. Entre</w:t>
      </w:r>
      <w:r>
        <w:rPr/>
        <w:t xml:space="preserve"> </w:t>
      </w:r>
      <w:r>
        <w:rPr/>
        <w:t>la vigilia y el sueño, una frase del cuaderno se quedó suspendida en su</w:t>
      </w:r>
      <w:r>
        <w:rPr/>
        <w:t xml:space="preserve"> </w:t>
      </w:r>
      <w:r>
        <w:rPr/>
        <w:t>mente como un estribillo obstinado que se niega a desaparecer:</w:t>
      </w:r>
    </w:p>
    <w:p>
      <w:pPr>
        <w:pStyle w:val="BodyText"/>
      </w:pPr>
      <w:r>
        <w:rPr/>
        <w:t>*Si el Eco te elige, no lo grabes. Cántalo.*</w:t>
      </w:r>
    </w:p>
    <w:p>
      <w:pPr>
        <w:pStyle w:val="BodyText"/>
      </w:pPr>
      <w:r>
        <w:rPr/>
        <w:t>Y, por primera vez desde que todo esto empezó, la idea de cantar no le</w:t>
      </w:r>
      <w:r>
        <w:rPr/>
        <w:t xml:space="preserve"> </w:t>
      </w:r>
      <w:r>
        <w:rPr/>
        <w:t>pareció una metáfora poética, sino un posible acto de resistencia con</w:t>
      </w:r>
      <w:r>
        <w:rPr/>
        <w:t xml:space="preserve"> </w:t>
      </w:r>
      <w:r>
        <w:rPr/>
        <w:t>consecuencias reales.</w:t>
      </w:r>
    </w:p>
    <w:p>
      <w:pPr>
        <w:pStyle w:val="BodyText"/>
      </w:pPr>
      <w:r>
        <w:rPr/>
        <w:t>Un contrapunto que podía cambiar la frecuencia de transmisión.</w:t>
      </w:r>
    </w:p>
    <w:p>
      <w:pPr>
        <w:pStyle w:val="BodyText"/>
      </w:pPr>
      <w:r>
        <w:rPr/>
        <w:t>Una forma de responder sin repetir.</w:t>
      </w:r>
    </w:p>
    <w:p>
      <w:pPr>
        <w:pStyle w:val="Heading1"/>
      </w:pPr>
      <w:r>
        <w:rPr/>
        <w:t>CAPÍTULO 16. LA ALIANZA DE LA RAZÓN</w:t>
      </w:r>
    </w:p>
    <w:p>
      <w:pPr/>
      <w:r>
        <w:rPr/>
        <w:t>«La música es física aplicada. El alma es un tono. Todo lo demás es</w:t>
      </w:r>
      <w:r>
        <w:rPr/>
        <w:t xml:space="preserve"> </w:t>
      </w:r>
      <w:r>
        <w:rPr/>
        <w:t>romanticismo.»</w:t>
      </w:r>
    </w:p>
    <w:p>
      <w:pPr>
        <w:pStyle w:val="BodyText"/>
      </w:pPr>
      <w:r>
        <w:rPr/>
        <w:t>—Lena Hoffmann</w:t>
      </w:r>
    </w:p>
    <w:p>
      <w:pPr>
        <w:pStyle w:val="BodyText"/>
      </w:pPr>
      <w:r>
        <w:rPr/>
        <w:t>Berlín, Kreuzberg, noviembre de 2023</w:t>
      </w:r>
    </w:p>
    <w:p>
      <w:pPr>
        <w:pStyle w:val="BodyText"/>
      </w:pPr>
      <w:r>
        <w:rPr/>
        <w:t>El laboratorio de Lena se escondía tres pisos bajo tierra, en un sótano</w:t>
      </w:r>
      <w:r>
        <w:rPr/>
        <w:t xml:space="preserve"> </w:t>
      </w:r>
      <w:r>
        <w:rPr/>
        <w:t>reconvertido de una antigua fábrica textil de Kreuzberg que había</w:t>
      </w:r>
      <w:r>
        <w:rPr/>
        <w:t xml:space="preserve"> </w:t>
      </w:r>
      <w:r>
        <w:rPr/>
        <w:t>sobrevivido milagrosamente a los bombardeos de 1945 y menos</w:t>
      </w:r>
      <w:r>
        <w:rPr/>
        <w:t xml:space="preserve"> </w:t>
      </w:r>
      <w:r>
        <w:rPr/>
        <w:t>milagrosamente a la especulación inmobiliaria de los 2010. La entrada</w:t>
      </w:r>
      <w:r>
        <w:rPr/>
        <w:t xml:space="preserve"> </w:t>
      </w:r>
      <w:r>
        <w:rPr/>
        <w:t>era un montacargas industrial que descendía con un quejido metálico de</w:t>
      </w:r>
      <w:r>
        <w:rPr/>
        <w:t xml:space="preserve"> </w:t>
      </w:r>
      <w:r>
        <w:rPr/>
        <w:t>cadenas oxidadas. Al abrirse, el aire tenía esa cualidad particular de</w:t>
      </w:r>
      <w:r>
        <w:rPr/>
        <w:t xml:space="preserve"> </w:t>
      </w:r>
      <w:r>
        <w:rPr/>
        <w:t>los espacios sin ventanas: denso, reciclado, con un ligero sabor</w:t>
      </w:r>
      <w:r>
        <w:rPr/>
        <w:t xml:space="preserve"> </w:t>
      </w:r>
      <w:r>
        <w:rPr/>
        <w:t>metálico en la lengua.</w:t>
      </w:r>
    </w:p>
    <w:p>
      <w:pPr>
        <w:pStyle w:val="BodyText"/>
      </w:pPr>
      <w:r>
        <w:rPr/>
        <w:t>El olor era una mezcla específica: estaño caliente de soldaduras</w:t>
      </w:r>
      <w:r>
        <w:rPr/>
        <w:t xml:space="preserve"> </w:t>
      </w:r>
      <w:r>
        <w:rPr/>
        <w:t>recientes, café de filtro recalentado tres veces en un termo de</w:t>
      </w:r>
      <w:r>
        <w:rPr/>
        <w:t xml:space="preserve"> </w:t>
      </w:r>
      <w:r>
        <w:rPr/>
        <w:t>gasolinera, y el zumbido térmico de ventiladores de ordenador trabajando</w:t>
      </w:r>
      <w:r>
        <w:rPr/>
        <w:t xml:space="preserve"> </w:t>
      </w:r>
      <w:r>
        <w:rPr/>
        <w:t>al límite de sus revoluciones. En algún rincón invisible, un servidor</w:t>
      </w:r>
      <w:r>
        <w:rPr/>
        <w:t xml:space="preserve"> </w:t>
      </w:r>
      <w:r>
        <w:rPr/>
        <w:t>rack emitía un ronroneo grave y constante, como el motor de un barco</w:t>
      </w:r>
      <w:r>
        <w:rPr/>
        <w:t xml:space="preserve"> </w:t>
      </w:r>
      <w:r>
        <w:rPr/>
        <w:t>fantasma navegando redes invisibles.</w:t>
      </w:r>
    </w:p>
    <w:p>
      <w:pPr>
        <w:pStyle w:val="BodyText"/>
      </w:pPr>
      <w:r>
        <w:rPr/>
        <w:t>En las paredes de hormigón desnudo, varias pantallas montadas con</w:t>
      </w:r>
      <w:r>
        <w:rPr/>
        <w:t xml:space="preserve"> </w:t>
      </w:r>
      <w:r>
        <w:rPr/>
        <w:t>soportes industriales mostraban gráficas en tiempo real que palpitaban</w:t>
      </w:r>
      <w:r>
        <w:rPr/>
        <w:t xml:space="preserve"> </w:t>
      </w:r>
      <w:r>
        <w:rPr/>
        <w:t>en colores fríos: espectrogramas que respiraban en verdes y azules,</w:t>
      </w:r>
      <w:r>
        <w:rPr/>
        <w:t xml:space="preserve"> </w:t>
      </w:r>
      <w:r>
        <w:rPr/>
        <w:t>matrices de números que se actualizaban sin descanso en fuentes</w:t>
      </w:r>
      <w:r>
        <w:rPr/>
        <w:t xml:space="preserve"> </w:t>
      </w:r>
      <w:r>
        <w:rPr/>
        <w:t>monoespaciadas, cascadas de logs de red que caían como lluvia binaria. Y</w:t>
      </w:r>
      <w:r>
        <w:rPr/>
        <w:t xml:space="preserve"> </w:t>
      </w:r>
      <w:r>
        <w:rPr/>
        <w:t>en una esquina, destacando del resto, un mapa vectorial de Berlín</w:t>
      </w:r>
      <w:r>
        <w:rPr/>
        <w:t xml:space="preserve"> </w:t>
      </w:r>
      <w:r>
        <w:rPr/>
        <w:t>punteado con tres focos de actividad que parpadeaban en rojo: Mitte,</w:t>
      </w:r>
      <w:r>
        <w:rPr/>
        <w:t xml:space="preserve"> </w:t>
      </w:r>
      <w:r>
        <w:rPr/>
        <w:t>Kreuzberg, Neukölln. Tres puntos que formaban casi un triángulo</w:t>
      </w:r>
      <w:r>
        <w:rPr/>
        <w:t xml:space="preserve"> </w:t>
      </w:r>
      <w:r>
        <w:rPr/>
        <w:t>equilátero perfecto sobre la geometría de la ciudad.</w:t>
      </w:r>
    </w:p>
    <w:p>
      <w:pPr>
        <w:pStyle w:val="BodyText"/>
      </w:pPr>
      <w:r>
        <w:rPr/>
        <w:t>En el centro exacto de la sala, como si fuera el altar de una religión</w:t>
      </w:r>
      <w:r>
        <w:rPr/>
        <w:t xml:space="preserve"> </w:t>
      </w:r>
      <w:r>
        <w:rPr/>
        <w:t>todavía sin nombre oficial, una mesa metálica de autopsia reconvertida.</w:t>
      </w:r>
      <w:r>
        <w:rPr/>
        <w:t xml:space="preserve"> </w:t>
      </w:r>
      <w:r>
        <w:rPr/>
        <w:t>Sobre ella, alineados con una precisión casi ritual que a Lena le</w:t>
      </w:r>
      <w:r>
        <w:rPr/>
        <w:t xml:space="preserve"> </w:t>
      </w:r>
      <w:r>
        <w:rPr/>
        <w:t>costaba admitir pero no podía evitar: el cuaderno de Adrián con su tapa</w:t>
      </w:r>
      <w:r>
        <w:rPr/>
        <w:t xml:space="preserve"> </w:t>
      </w:r>
      <w:r>
        <w:rPr/>
        <w:t>desgastada, la pulsera de pulso encontrada en las ruinas de San Juan de</w:t>
      </w:r>
      <w:r>
        <w:rPr/>
        <w:t xml:space="preserve"> </w:t>
      </w:r>
      <w:r>
        <w:rPr/>
        <w:t>Duero, un portátil ThinkPad X1 con pegatinas de conferencias de hacking</w:t>
      </w:r>
      <w:r>
        <w:rPr/>
        <w:t xml:space="preserve"> </w:t>
      </w:r>
      <w:r>
        <w:rPr/>
        <w:t>y varias ventanas abiertas mostrando código Python, análisis espectral</w:t>
      </w:r>
      <w:r>
        <w:rPr/>
        <w:t xml:space="preserve"> </w:t>
      </w:r>
      <w:r>
        <w:rPr/>
        <w:t>en Audacity y logs de red capturados en tiempo real.</w:t>
      </w:r>
    </w:p>
    <w:p>
      <w:pPr>
        <w:pStyle w:val="BodyText"/>
      </w:pPr>
      <w:r>
        <w:rPr/>
        <w:t>Junto a estos objetos rituales, un hombre que Mar no conocía pero que</w:t>
      </w:r>
      <w:r>
        <w:rPr/>
        <w:t xml:space="preserve"> </w:t>
      </w:r>
      <w:r>
        <w:rPr/>
        <w:t>Lena había mencionado con una mezcla de respeto y exasperación.</w:t>
      </w:r>
    </w:p>
    <w:p>
      <w:pPr>
        <w:pStyle w:val="BodyText"/>
      </w:pPr>
      <w:r>
        <w:rPr/>
        <w:t>Treinta y tantos años, complexión delgada de quien olvida comer cuando</w:t>
      </w:r>
      <w:r>
        <w:rPr/>
        <w:t xml:space="preserve"> </w:t>
      </w:r>
      <w:r>
        <w:rPr/>
        <w:t>está concentrado, pelo castaño con algunas canas prematuras recogido en</w:t>
      </w:r>
      <w:r>
        <w:rPr/>
        <w:t xml:space="preserve"> </w:t>
      </w:r>
      <w:r>
        <w:rPr/>
        <w:t>una coleta descuidada que necesitaba urgentemente un corte. Gafas de</w:t>
      </w:r>
      <w:r>
        <w:rPr/>
        <w:t xml:space="preserve"> </w:t>
      </w:r>
      <w:r>
        <w:rPr/>
        <w:t>pasta negra con una patilla reparada con cinta aislante transparente.</w:t>
      </w:r>
      <w:r>
        <w:rPr/>
        <w:t xml:space="preserve"> </w:t>
      </w:r>
      <w:r>
        <w:rPr/>
        <w:t>Camiseta negra con un eslogan que Mar reconoció de inmediato: THERE IS</w:t>
      </w:r>
      <w:r>
        <w:rPr/>
        <w:t xml:space="preserve"> </w:t>
      </w:r>
      <w:r>
        <w:rPr/>
        <w:t>NO CLOUD, JUST OTHER PEOPLE'S COMPUTERS. Tenía ojeras profundas de</w:t>
      </w:r>
      <w:r>
        <w:rPr/>
        <w:t xml:space="preserve"> </w:t>
      </w:r>
      <w:r>
        <w:rPr/>
        <w:t>insomnio crónico voluntario y manos nerviosas que no dejaban de jugar</w:t>
      </w:r>
      <w:r>
        <w:rPr/>
        <w:t xml:space="preserve"> </w:t>
      </w:r>
      <w:r>
        <w:rPr/>
        <w:t>con una goma elástica roja, estirándola y soltándola en un ritmo</w:t>
      </w:r>
      <w:r>
        <w:rPr/>
        <w:t xml:space="preserve"> </w:t>
      </w:r>
      <w:r>
        <w:rPr/>
        <w:t>inconsciente.</w:t>
      </w:r>
    </w:p>
    <w:p>
      <w:pPr>
        <w:pStyle w:val="BodyText"/>
      </w:pPr>
      <w:r>
        <w:rPr/>
        <w:t>—Mar —dijo Lena con una formalidad inusual en ella—, te presento a</w:t>
      </w:r>
      <w:r>
        <w:rPr/>
        <w:t xml:space="preserve"> </w:t>
      </w:r>
      <w:r>
        <w:rPr/>
        <w:t>Jonas Keller. Físico de formación académica en la Humboldt, traidor</w:t>
      </w:r>
      <w:r>
        <w:rPr/>
        <w:t xml:space="preserve"> </w:t>
      </w:r>
      <w:r>
        <w:rPr/>
        <w:t>vocacional al sueño tecnoutópico de Silicon Valley, y ahora freelance</w:t>
      </w:r>
      <w:r>
        <w:rPr/>
        <w:t xml:space="preserve"> </w:t>
      </w:r>
      <w:r>
        <w:rPr/>
        <w:t>especializado en auditoría de seguridad. Se gana la vida diciéndoles a</w:t>
      </w:r>
      <w:r>
        <w:rPr/>
        <w:t xml:space="preserve"> </w:t>
      </w:r>
      <w:r>
        <w:rPr/>
        <w:t>las grandes corporaciones que sus sistemas no son tan seguros como les</w:t>
      </w:r>
      <w:r>
        <w:rPr/>
        <w:t xml:space="preserve"> </w:t>
      </w:r>
      <w:r>
        <w:rPr/>
        <w:t>gustaría creer.</w:t>
      </w:r>
    </w:p>
    <w:p>
      <w:pPr>
        <w:pStyle w:val="BodyText"/>
      </w:pPr>
      <w:r>
        <w:rPr/>
        <w:t>Hizo una pausa mínima, eligiendo las palabras.</w:t>
      </w:r>
    </w:p>
    <w:p>
      <w:pPr>
        <w:pStyle w:val="BodyText"/>
      </w:pPr>
      <w:r>
        <w:rPr/>
        <w:t>—Y de paso, en recordarle al Estado alemán que ciertos juguetes de</w:t>
      </w:r>
      <w:r>
        <w:rPr/>
        <w:t xml:space="preserve"> </w:t>
      </w:r>
      <w:r>
        <w:rPr/>
        <w:t>vigilancia son peligrosos incluso cuando se usan «por el bien común».</w:t>
      </w:r>
      <w:r>
        <w:rPr/>
        <w:t xml:space="preserve"> </w:t>
      </w:r>
      <w:r>
        <w:rPr/>
        <w:t>Héroe muy accidental del capitalismo tardío.</w:t>
      </w:r>
    </w:p>
    <w:p>
      <w:pPr>
        <w:pStyle w:val="BodyText"/>
      </w:pPr>
      <w:r>
        <w:rPr/>
        <w:t>Jonas levantó la mano en un saludo tímido, con media sonrisa.</w:t>
      </w:r>
    </w:p>
    <w:p>
      <w:pPr>
        <w:pStyle w:val="BodyText"/>
      </w:pPr>
      <w:r>
        <w:rPr/>
        <w:t>—Y tú eres la que vibra —dijo—. La anomalía humana. Encantado de</w:t>
      </w:r>
      <w:r>
        <w:rPr/>
        <w:t xml:space="preserve"> </w:t>
      </w:r>
      <w:r>
        <w:rPr/>
        <w:t>conocerte al fin.</w:t>
      </w:r>
    </w:p>
    <w:p>
      <w:pPr>
        <w:pStyle w:val="BodyText"/>
      </w:pPr>
      <w:r>
        <w:rPr/>
        <w:t>—Encantada —respondió Mar con cautela—. Supongo. Aunque no estoy</w:t>
      </w:r>
      <w:r>
        <w:rPr/>
        <w:t xml:space="preserve"> </w:t>
      </w:r>
      <w:r>
        <w:rPr/>
        <w:t>segura de que «anomalía» sea el cumplido que crees que es.</w:t>
      </w:r>
    </w:p>
    <w:p>
      <w:pPr>
        <w:pStyle w:val="BodyText"/>
      </w:pPr>
      <w:r>
        <w:rPr/>
        <w:t>Lena se colocó entre ambos, con los brazos cruzados, como si estuviera</w:t>
      </w:r>
      <w:r>
        <w:rPr/>
        <w:t xml:space="preserve"> </w:t>
      </w:r>
      <w:r>
        <w:rPr/>
        <w:t>afinando cuidadosamente una triada musical antes de que sonara la</w:t>
      </w:r>
      <w:r>
        <w:rPr/>
        <w:t xml:space="preserve"> </w:t>
      </w:r>
      <w:r>
        <w:rPr/>
        <w:t>primera nota del acorde.</w:t>
      </w:r>
    </w:p>
    <w:p>
      <w:pPr>
        <w:pStyle w:val="BodyText"/>
      </w:pPr>
      <w:r>
        <w:rPr/>
        <w:t>—Te resumo la situación —dijo Lena dirigiéndose a Jonas—. Tenemos</w:t>
      </w:r>
      <w:r>
        <w:rPr/>
        <w:t xml:space="preserve"> </w:t>
      </w:r>
      <w:r>
        <w:rPr/>
        <w:t>una señal anómala que aparece asociada específicamente a *Fading Away*</w:t>
      </w:r>
      <w:r>
        <w:rPr/>
        <w:t xml:space="preserve"> </w:t>
      </w:r>
      <w:r>
        <w:rPr/>
        <w:t>y al pergamino medieval del Duero. Cada vez que Mar se acerca demasiado</w:t>
      </w:r>
      <w:r>
        <w:rPr/>
        <w:t xml:space="preserve"> </w:t>
      </w:r>
      <w:r>
        <w:rPr/>
        <w:t>a esa frecuencia concreta, dos cosas pasan: su cuerpo responde de</w:t>
      </w:r>
      <w:r>
        <w:rPr/>
        <w:t xml:space="preserve"> </w:t>
      </w:r>
      <w:r>
        <w:rPr/>
        <w:t>maneras que violan varios principios de la fisiología que creíamos</w:t>
      </w:r>
      <w:r>
        <w:rPr/>
        <w:t xml:space="preserve"> </w:t>
      </w:r>
      <w:r>
        <w:rPr/>
        <w:t>sólidos, y alguien más reacciona desde fuera.</w:t>
      </w:r>
    </w:p>
    <w:p>
      <w:pPr>
        <w:pStyle w:val="BodyText"/>
      </w:pPr>
      <w:r>
        <w:rPr/>
        <w:t>Señaló con un gesto amplio el bosque de pantallas parpadeantes.</w:t>
      </w:r>
    </w:p>
    <w:p>
      <w:pPr>
        <w:pStyle w:val="BodyText"/>
      </w:pPr>
      <w:r>
        <w:rPr/>
        <w:t>—Y ese alguien, aunque todavía no tenemos todos los datos que nos</w:t>
      </w:r>
      <w:r>
        <w:rPr/>
        <w:t xml:space="preserve"> </w:t>
      </w:r>
      <w:r>
        <w:rPr/>
        <w:t>gustaría, lo hemos estado llamando Chrysalis. Lleva semanas intentando</w:t>
      </w:r>
      <w:r>
        <w:rPr/>
        <w:t xml:space="preserve"> </w:t>
      </w:r>
      <w:r>
        <w:rPr/>
        <w:t>escanear la señal… y escanearla a ella. A Mar. Como si fuera un nodo</w:t>
      </w:r>
      <w:r>
        <w:rPr/>
        <w:t xml:space="preserve"> </w:t>
      </w:r>
      <w:r>
        <w:rPr/>
        <w:t>más de su red de vigilancia.</w:t>
      </w:r>
    </w:p>
    <w:p>
      <w:pPr>
        <w:pStyle w:val="BodyText"/>
      </w:pPr>
      <w:r>
        <w:rPr/>
        <w:t>Jonas asintió lentamente, como si le estuvieran explicando la trama</w:t>
      </w:r>
      <w:r>
        <w:rPr/>
        <w:t xml:space="preserve"> </w:t>
      </w:r>
      <w:r>
        <w:rPr/>
        <w:t>compleja de una serie de ciencia ficción que llevaba meses queriendo ver</w:t>
      </w:r>
      <w:r>
        <w:rPr/>
        <w:t xml:space="preserve"> </w:t>
      </w:r>
      <w:r>
        <w:rPr/>
        <w:t>pero no había tenido tiempo.</w:t>
      </w:r>
    </w:p>
    <w:p>
      <w:pPr>
        <w:pStyle w:val="BodyText"/>
      </w:pPr>
      <w:r>
        <w:rPr/>
        <w:t>—He revisado con detalle los logs que me mandaste —dijo, apoyándose</w:t>
      </w:r>
      <w:r>
        <w:rPr/>
        <w:t xml:space="preserve"> </w:t>
      </w:r>
      <w:r>
        <w:rPr/>
        <w:t>en el borde de la mesa—. Y he cruzado los timestamps con bases de</w:t>
      </w:r>
      <w:r>
        <w:rPr/>
        <w:t xml:space="preserve"> </w:t>
      </w:r>
      <w:r>
        <w:rPr/>
        <w:t>datos de tráfico de red que… bueno, digamos que no debería poder</w:t>
      </w:r>
      <w:r>
        <w:rPr/>
        <w:t xml:space="preserve"> </w:t>
      </w:r>
      <w:r>
        <w:rPr/>
        <w:t>acceder pero puedo. Lo que más me inquieta no es que estén escaneando.</w:t>
      </w:r>
      <w:r>
        <w:rPr/>
        <w:t xml:space="preserve"> </w:t>
      </w:r>
      <w:r>
        <w:rPr/>
        <w:t>Es esto.</w:t>
      </w:r>
    </w:p>
    <w:p>
      <w:pPr>
        <w:pStyle w:val="BodyText"/>
      </w:pPr>
      <w:r>
        <w:rPr/>
        <w:t>Pulsó unas teclas en el ThinkPad. En una de las pantallas murales</w:t>
      </w:r>
      <w:r>
        <w:rPr/>
        <w:t xml:space="preserve"> </w:t>
      </w:r>
      <w:r>
        <w:rPr/>
        <w:t>apareció una cadena de texto sencilla, casi banal en su brevedad, pero</w:t>
      </w:r>
      <w:r>
        <w:rPr/>
        <w:t xml:space="preserve"> </w:t>
      </w:r>
      <w:r>
        <w:rPr/>
        <w:t>devastadora en sus implicaciones:</w:t>
      </w:r>
    </w:p>
    <w:p>
      <w:pPr>
        <w:pStyle w:val="BodyText"/>
      </w:pPr>
      <w:r>
        <w:rPr/>
        <w:t>```</w:t>
      </w:r>
    </w:p>
    <w:p>
      <w:pPr>
        <w:pStyle w:val="BodyText"/>
      </w:pPr>
      <w:r>
        <w:rPr/>
        <w:t>CHRYSALIS-SCAN: SIGNAL LOCKED — PRIORIZAR ANOMALÍA HUMANA</w:t>
      </w:r>
    </w:p>
    <w:p>
      <w:pPr>
        <w:pStyle w:val="BodyText"/>
      </w:pPr>
      <w:r>
        <w:rPr/>
        <w:t>SOURCE: MULTIPLE NODES</w:t>
      </w:r>
    </w:p>
    <w:p>
      <w:pPr>
        <w:pStyle w:val="BodyText"/>
      </w:pPr>
      <w:r>
        <w:rPr/>
        <w:t>STATUS: TRACKING ACTIVE</w:t>
      </w:r>
    </w:p>
    <w:p>
      <w:pPr>
        <w:pStyle w:val="BodyText"/>
      </w:pPr>
      <w:r>
        <w:rPr/>
        <w:t>CLASSIFICATION: UNRESOLVED</w:t>
      </w:r>
    </w:p>
    <w:p>
      <w:pPr>
        <w:pStyle w:val="BodyText"/>
      </w:pPr>
      <w:r>
        <w:rPr/>
        <w:t>```</w:t>
      </w:r>
    </w:p>
    <w:p>
      <w:pPr>
        <w:pStyle w:val="BodyText"/>
      </w:pPr>
      <w:r>
        <w:rPr/>
        <w:t>—No están interesados solo en la señal acústica como fenómeno aislado</w:t>
      </w:r>
      <w:r>
        <w:rPr/>
        <w:t xml:space="preserve"> </w:t>
      </w:r>
      <w:r>
        <w:rPr/>
        <w:t>—continuó Jonas—. Están interesados en quién la modula. En cómo tu</w:t>
      </w:r>
      <w:r>
        <w:rPr/>
        <w:t xml:space="preserve"> </w:t>
      </w:r>
      <w:r>
        <w:rPr/>
        <w:t>sistema nervioso específico procesa esa frecuencia. En tu respuesta</w:t>
      </w:r>
      <w:r>
        <w:rPr/>
        <w:t xml:space="preserve"> </w:t>
      </w:r>
      <w:r>
        <w:rPr/>
        <w:t>biológica única.</w:t>
      </w:r>
    </w:p>
    <w:p>
      <w:pPr>
        <w:pStyle w:val="BodyText"/>
      </w:pPr>
      <w:r>
        <w:rPr/>
        <w:t>Miró a Mar con una curiosidad que no era morbosa ni invasiva, sino</w:t>
      </w:r>
      <w:r>
        <w:rPr/>
        <w:t xml:space="preserve"> </w:t>
      </w:r>
      <w:r>
        <w:rPr/>
        <w:t>profesional y casi admirativa.</w:t>
      </w:r>
    </w:p>
    <w:p>
      <w:pPr>
        <w:pStyle w:val="BodyText"/>
      </w:pPr>
      <w:r>
        <w:rPr/>
        <w:t>—En otras palabras: eres un bug en su sistema de clasificación. Una</w:t>
      </w:r>
      <w:r>
        <w:rPr/>
        <w:t xml:space="preserve"> </w:t>
      </w:r>
      <w:r>
        <w:rPr/>
        <w:t>excepción no manejada en su código. Y eso —hizo una pausa—, desde mi</w:t>
      </w:r>
      <w:r>
        <w:rPr/>
        <w:t xml:space="preserve"> </w:t>
      </w:r>
      <w:r>
        <w:rPr/>
        <w:t>punto de vista como alguien que se dedica a romper sistemas, es lo más</w:t>
      </w:r>
      <w:r>
        <w:rPr/>
        <w:t xml:space="preserve"> </w:t>
      </w:r>
      <w:r>
        <w:rPr/>
        <w:t>cercano a un cumplido que puedo hacerte.</w:t>
      </w:r>
    </w:p>
    <w:p>
      <w:pPr>
        <w:pStyle w:val="BodyText"/>
      </w:pPr>
      <w:r>
        <w:rPr/>
        <w:t>Mar sintió el peso de esa mirada analítica, pero no se apartó ni bajó</w:t>
      </w:r>
      <w:r>
        <w:rPr/>
        <w:t xml:space="preserve"> </w:t>
      </w:r>
      <w:r>
        <w:rPr/>
        <w:t>los ojos.</w:t>
      </w:r>
    </w:p>
    <w:p>
      <w:pPr>
        <w:pStyle w:val="BodyText"/>
      </w:pPr>
      <w:r>
        <w:rPr/>
        <w:t>—Así que soy un fallo del sistema —dijo—. Un error 404 andante.</w:t>
      </w:r>
      <w:r>
        <w:rPr/>
        <w:t xml:space="preserve"> </w:t>
      </w:r>
      <w:r>
        <w:rPr/>
        <w:t>Qué halagador.</w:t>
      </w:r>
    </w:p>
    <w:p>
      <w:pPr>
        <w:pStyle w:val="BodyText"/>
      </w:pPr>
      <w:r>
        <w:rPr/>
        <w:t>—Eres un fallo *hermoso* del sistema —corrigió Jonas con una</w:t>
      </w:r>
      <w:r>
        <w:rPr/>
        <w:t xml:space="preserve"> </w:t>
      </w:r>
      <w:r>
        <w:rPr/>
        <w:t>sonrisa genuina—. El tipo de fallo que hace que los ingenieros se</w:t>
      </w:r>
      <w:r>
        <w:rPr/>
        <w:t xml:space="preserve"> </w:t>
      </w:r>
      <w:r>
        <w:rPr/>
        <w:t>queden despiertos toda la noche intentando entenderlo. Y eso, créeme, es</w:t>
      </w:r>
      <w:r>
        <w:rPr/>
        <w:t xml:space="preserve"> </w:t>
      </w:r>
      <w:r>
        <w:rPr/>
        <w:t>poder.</w:t>
      </w:r>
    </w:p>
    <w:p>
      <w:pPr>
        <w:pStyle w:val="BodyText"/>
      </w:pPr>
      <w:r>
        <w:rPr/>
        <w:t>Lena se apoyó en la mesa metálica, entre el cuaderno de Adrián y la</w:t>
      </w:r>
      <w:r>
        <w:rPr/>
        <w:t xml:space="preserve"> </w:t>
      </w:r>
      <w:r>
        <w:rPr/>
        <w:t>pulsera medieval, con ambas manos planas sobre la superficie fría.</w:t>
      </w:r>
    </w:p>
    <w:p>
      <w:pPr>
        <w:pStyle w:val="BodyText"/>
      </w:pPr>
      <w:r>
        <w:rPr/>
        <w:t>—Os he traído a los dos aquí para algo muy sencillo en teoría y muy</w:t>
      </w:r>
      <w:r>
        <w:rPr/>
        <w:t xml:space="preserve"> </w:t>
      </w:r>
      <w:r>
        <w:rPr/>
        <w:t>difícil en práctica —dijo con la seriedad de quien anuncia un proyecto</w:t>
      </w:r>
      <w:r>
        <w:rPr/>
        <w:t xml:space="preserve"> </w:t>
      </w:r>
      <w:r>
        <w:rPr/>
        <w:t>de largo plazo—. Necesito que pongamos orden. Que definamos con</w:t>
      </w:r>
      <w:r>
        <w:rPr/>
        <w:t xml:space="preserve"> </w:t>
      </w:r>
      <w:r>
        <w:rPr/>
        <w:t>precisión qué podemos medir —señaló los equipos técnicos—, qué</w:t>
      </w:r>
      <w:r>
        <w:rPr/>
        <w:t xml:space="preserve"> </w:t>
      </w:r>
      <w:r>
        <w:rPr/>
        <w:t>podemos proteger —miró a Mar directamente—, y qué podemos infiltrar,</w:t>
      </w:r>
      <w:r>
        <w:rPr/>
        <w:t xml:space="preserve"> </w:t>
      </w:r>
      <w:r>
        <w:rPr/>
        <w:t>confundir o desestabilizar —su mirada se dirigió a Jonas.</w:t>
      </w:r>
    </w:p>
    <w:p>
      <w:pPr>
        <w:pStyle w:val="BodyText"/>
      </w:pPr>
      <w:r>
        <w:rPr/>
        <w:t>Jonas se ajustó las gafas con un dedo, empujándolas hacia arriba por el</w:t>
      </w:r>
      <w:r>
        <w:rPr/>
        <w:t xml:space="preserve"> </w:t>
      </w:r>
      <w:r>
        <w:rPr/>
        <w:t>puente de la nariz.</w:t>
      </w:r>
    </w:p>
    <w:p>
      <w:pPr>
        <w:pStyle w:val="BodyText"/>
      </w:pPr>
      <w:r>
        <w:rPr/>
        <w:t>—Chrysalis no es una empresa con un edificio de cristal y un logo</w:t>
      </w:r>
      <w:r>
        <w:rPr/>
        <w:t xml:space="preserve"> </w:t>
      </w:r>
      <w:r>
        <w:rPr/>
        <w:t>corporativo elegante —explicó con la paciencia de quien ha dado esta</w:t>
      </w:r>
      <w:r>
        <w:rPr/>
        <w:t xml:space="preserve"> </w:t>
      </w:r>
      <w:r>
        <w:rPr/>
        <w:t>charla antes—. Es una red distribuida. Un consorcio informal de</w:t>
      </w:r>
      <w:r>
        <w:rPr/>
        <w:t xml:space="preserve"> </w:t>
      </w:r>
      <w:r>
        <w:rPr/>
        <w:t>laboratorios públicos y privados, agencias de inteligencia con</w:t>
      </w:r>
      <w:r>
        <w:rPr/>
        <w:t xml:space="preserve"> </w:t>
      </w:r>
      <w:r>
        <w:rPr/>
        <w:t>presupuestos ocultos, y departamentos universitarios que a veces ni</w:t>
      </w:r>
      <w:r>
        <w:rPr/>
        <w:t xml:space="preserve"> </w:t>
      </w:r>
      <w:r>
        <w:rPr/>
        <w:t>siquiera saben que están contribuyendo al proyecto. Nadie la controla</w:t>
      </w:r>
      <w:r>
        <w:rPr/>
        <w:t xml:space="preserve"> </w:t>
      </w:r>
      <w:r>
        <w:rPr/>
        <w:t>por completo. No hay un CEO. No hay una junta directiva que puedas</w:t>
      </w:r>
      <w:r>
        <w:rPr/>
        <w:t xml:space="preserve"> </w:t>
      </w:r>
      <w:r>
        <w:rPr/>
        <w:t>identificar.</w:t>
      </w:r>
    </w:p>
    <w:p>
      <w:pPr>
        <w:pStyle w:val="BodyText"/>
      </w:pPr>
      <w:r>
        <w:rPr/>
        <w:t>Se encogió de hombros con resignación.</w:t>
      </w:r>
    </w:p>
    <w:p>
      <w:pPr>
        <w:pStyle w:val="BodyText"/>
      </w:pPr>
      <w:r>
        <w:rPr/>
        <w:t>—Eso la hace simultáneamente más peligrosa y más torpe. Cuando</w:t>
      </w:r>
      <w:r>
        <w:rPr/>
        <w:t xml:space="preserve"> </w:t>
      </w:r>
      <w:r>
        <w:rPr/>
        <w:t>demasiadas manos tocan el mismo dial de radio, siempre hay ruido.</w:t>
      </w:r>
      <w:r>
        <w:rPr/>
        <w:t xml:space="preserve"> </w:t>
      </w:r>
      <w:r>
        <w:rPr/>
        <w:t>Siempre hay fricción. Siempre hay competencia interna y objetivos</w:t>
      </w:r>
      <w:r>
        <w:rPr/>
        <w:t xml:space="preserve"> </w:t>
      </w:r>
      <w:r>
        <w:rPr/>
        <w:t>contradictorios.</w:t>
      </w:r>
    </w:p>
    <w:p>
      <w:pPr>
        <w:pStyle w:val="BodyText"/>
      </w:pPr>
      <w:r>
        <w:rPr/>
        <w:t>Mar frunció el ceño, procesando.</w:t>
      </w:r>
    </w:p>
    <w:p>
      <w:pPr>
        <w:pStyle w:val="BodyText"/>
      </w:pPr>
      <w:r>
        <w:rPr/>
        <w:t>—¿Y qué quiere exactamente de mí? ¿Qué esperan conseguir?</w:t>
      </w:r>
    </w:p>
    <w:p>
      <w:pPr>
        <w:pStyle w:val="BodyText"/>
      </w:pPr>
      <w:r>
        <w:rPr/>
        <w:t>—Lo mismo que todas las redes de vigilancia masiva desde el principio</w:t>
      </w:r>
      <w:r>
        <w:rPr/>
        <w:t xml:space="preserve"> </w:t>
      </w:r>
      <w:r>
        <w:rPr/>
        <w:t>de los tiempos —respondió Jonas—: predecir comportamiento futuro,</w:t>
      </w:r>
      <w:r>
        <w:rPr/>
        <w:t xml:space="preserve"> </w:t>
      </w:r>
      <w:r>
        <w:rPr/>
        <w:t>clasificar amenazas potenciales, decidir qué es ruido estadístico</w:t>
      </w:r>
      <w:r>
        <w:rPr/>
        <w:t xml:space="preserve"> </w:t>
      </w:r>
      <w:r>
        <w:rPr/>
        <w:t>irrelevante y qué es señal significativa que requiere atención. El</w:t>
      </w:r>
      <w:r>
        <w:rPr/>
        <w:t xml:space="preserve"> </w:t>
      </w:r>
      <w:r>
        <w:rPr/>
        <w:t>problema para ellos es que tú no encajas en ninguna categoría conocida.</w:t>
      </w:r>
      <w:r>
        <w:rPr/>
        <w:t xml:space="preserve"> </w:t>
      </w:r>
      <w:r>
        <w:rPr/>
        <w:t>Y eso los vuelve locos.</w:t>
      </w:r>
    </w:p>
    <w:p>
      <w:pPr>
        <w:pStyle w:val="BodyText"/>
      </w:pPr>
      <w:r>
        <w:rPr/>
        <w:t>Hizo una pausa, eligiendo palabras.</w:t>
      </w:r>
    </w:p>
    <w:p>
      <w:pPr>
        <w:pStyle w:val="BodyText"/>
      </w:pPr>
      <w:r>
        <w:rPr/>
        <w:t>—Tienen discusiones internas, seguro. Debates que duran semanas. Para</w:t>
      </w:r>
      <w:r>
        <w:rPr/>
        <w:t xml:space="preserve"> </w:t>
      </w:r>
      <w:r>
        <w:rPr/>
        <w:t>algunos investigadores dentro de Chrysalis serás una anomalía fascinante</w:t>
      </w:r>
      <w:r>
        <w:rPr/>
        <w:t xml:space="preserve"> </w:t>
      </w:r>
      <w:r>
        <w:rPr/>
        <w:t>que quieren estudiar sin destruir, documentar con cuidado. Para otros</w:t>
      </w:r>
      <w:r>
        <w:rPr/>
        <w:t xml:space="preserve"> </w:t>
      </w:r>
      <w:r>
        <w:rPr/>
        <w:t>departamentos más paranoicos, eres algo que hay que neutralizar</w:t>
      </w:r>
      <w:r>
        <w:rPr/>
        <w:t xml:space="preserve"> </w:t>
      </w:r>
      <w:r>
        <w:rPr/>
        <w:t>preventivamente antes de que cause problemas imprevistos. Depende de</w:t>
      </w:r>
      <w:r>
        <w:rPr/>
        <w:t xml:space="preserve"> </w:t>
      </w:r>
      <w:r>
        <w:rPr/>
        <w:t>quién gane el debate político en sus reuniones internas.</w:t>
      </w:r>
    </w:p>
    <w:p>
      <w:pPr>
        <w:pStyle w:val="BodyText"/>
      </w:pPr>
      <w:r>
        <w:rPr/>
        <w:t>Lena intervino antes de que Mar pudiera formular la pregunta obvia.</w:t>
      </w:r>
    </w:p>
    <w:p>
      <w:pPr>
        <w:pStyle w:val="BodyText"/>
      </w:pPr>
      <w:r>
        <w:rPr/>
        <w:t>—Nuestro objetivo no puede ser «derrotar» o «destruir» a Chrysalis</w:t>
      </w:r>
      <w:r>
        <w:rPr/>
        <w:t xml:space="preserve"> </w:t>
      </w:r>
      <w:r>
        <w:rPr/>
        <w:t>—dijo con firmeza—. Eso sería tan inútil como intentar apagar</w:t>
      </w:r>
      <w:r>
        <w:rPr/>
        <w:t xml:space="preserve"> </w:t>
      </w:r>
      <w:r>
        <w:rPr/>
        <w:t>Internet con un cubo de agua. Son demasiado grandes, demasiado</w:t>
      </w:r>
      <w:r>
        <w:rPr/>
        <w:t xml:space="preserve"> </w:t>
      </w:r>
      <w:r>
        <w:rPr/>
        <w:t>distribuidos, tienen demasiados recursos.</w:t>
      </w:r>
    </w:p>
    <w:p>
      <w:pPr>
        <w:pStyle w:val="BodyText"/>
      </w:pPr>
      <w:r>
        <w:rPr/>
        <w:t>Alzó una mano, enumerando con los dedos.</w:t>
      </w:r>
    </w:p>
    <w:p>
      <w:pPr>
        <w:pStyle w:val="BodyText"/>
      </w:pPr>
      <w:r>
        <w:rPr/>
        <w:t>—Lo que sí podemos hacer es desviar su atención, saturar sus sistemas</w:t>
      </w:r>
      <w:r>
        <w:rPr/>
        <w:t xml:space="preserve"> </w:t>
      </w:r>
      <w:r>
        <w:rPr/>
        <w:t>con ruido irrelevante, confundir sus algoritmos de clasificación,</w:t>
      </w:r>
      <w:r>
        <w:rPr/>
        <w:t xml:space="preserve"> </w:t>
      </w:r>
      <w:r>
        <w:rPr/>
        <w:t>forzarles a sacar conclusiones equivocadas. Introducir suficiente</w:t>
      </w:r>
      <w:r>
        <w:rPr/>
        <w:t xml:space="preserve"> </w:t>
      </w:r>
      <w:r>
        <w:rPr/>
        <w:t>entropía en sus datos para que sus modelos predictivos se vuelvan</w:t>
      </w:r>
      <w:r>
        <w:rPr/>
        <w:t xml:space="preserve"> </w:t>
      </w:r>
      <w:r>
        <w:rPr/>
        <w:t>inútiles.</w:t>
      </w:r>
    </w:p>
    <w:p>
      <w:pPr>
        <w:pStyle w:val="BodyText"/>
      </w:pPr>
      <w:r>
        <w:rPr/>
        <w:t>Jonas sonrió por primera vez con algo parecido al entusiasmo genuino.</w:t>
      </w:r>
    </w:p>
    <w:p>
      <w:pPr>
        <w:pStyle w:val="BodyText"/>
      </w:pPr>
      <w:r>
        <w:rPr/>
        <w:t>—Eso se me da muy bien —dijo—. Es básicamente mi trabajo diario.</w:t>
      </w:r>
      <w:r>
        <w:rPr/>
        <w:t xml:space="preserve"> </w:t>
      </w:r>
      <w:r>
        <w:rPr/>
        <w:t>Puedo estudiar en detalle sus rutas de acceso a la red, mapear sus</w:t>
      </w:r>
      <w:r>
        <w:rPr/>
        <w:t xml:space="preserve"> </w:t>
      </w:r>
      <w:r>
        <w:rPr/>
        <w:t>patrones de escaneo por hora y localización geográfica, las zonas de la</w:t>
      </w:r>
      <w:r>
        <w:rPr/>
        <w:t xml:space="preserve"> </w:t>
      </w:r>
      <w:r>
        <w:rPr/>
        <w:t>ciudad que priorizan en distintos momentos. Si les damos respuestas</w:t>
      </w:r>
      <w:r>
        <w:rPr/>
        <w:t xml:space="preserve"> </w:t>
      </w:r>
      <w:r>
        <w:rPr/>
        <w:t>contradictorias sistemáticamente, si hacemos que Mar parezca estar en</w:t>
      </w:r>
      <w:r>
        <w:rPr/>
        <w:t xml:space="preserve"> </w:t>
      </w:r>
      <w:r>
        <w:rPr/>
        <w:t>tres lugares a la vez, sus modelos de predicción colapsarán en el ruido.</w:t>
      </w:r>
    </w:p>
    <w:p>
      <w:pPr>
        <w:pStyle w:val="BodyText"/>
      </w:pPr>
      <w:r>
        <w:rPr/>
        <w:t>Miró a Mar con algo parecido a la complicidad.</w:t>
      </w:r>
    </w:p>
    <w:p>
      <w:pPr>
        <w:pStyle w:val="BodyText"/>
      </w:pPr>
      <w:r>
        <w:rPr/>
        <w:t>—Mientras más impredecible seas para ellos, mientras más difícil sea</w:t>
      </w:r>
      <w:r>
        <w:rPr/>
        <w:t xml:space="preserve"> </w:t>
      </w:r>
      <w:r>
        <w:rPr/>
        <w:t>encasillarte, más margen operacional tendremos. Tu inconsistencia es</w:t>
      </w:r>
      <w:r>
        <w:rPr/>
        <w:t xml:space="preserve"> </w:t>
      </w:r>
      <w:r>
        <w:rPr/>
        <w:t>nuestra ventaja estratégica.</w:t>
      </w:r>
    </w:p>
    <w:p>
      <w:pPr>
        <w:pStyle w:val="BodyText"/>
      </w:pPr>
      <w:r>
        <w:rPr/>
        <w:t>—Es decir —tradujo Mar en voz alta—, que mientras yo aprendo a</w:t>
      </w:r>
      <w:r>
        <w:rPr/>
        <w:t xml:space="preserve"> </w:t>
      </w:r>
      <w:r>
        <w:rPr/>
        <w:t>entrar y salir del Eco sin que me devore viva en el proceso, tú te</w:t>
      </w:r>
      <w:r>
        <w:rPr/>
        <w:t xml:space="preserve"> </w:t>
      </w:r>
      <w:r>
        <w:rPr/>
        <w:t>dedicas a convertir el mapa del perseguidor en un laberinto imposible de</w:t>
      </w:r>
      <w:r>
        <w:rPr/>
        <w:t xml:space="preserve"> </w:t>
      </w:r>
      <w:r>
        <w:rPr/>
        <w:t>navegar.</w:t>
      </w:r>
    </w:p>
    <w:p>
      <w:pPr>
        <w:pStyle w:val="BodyText"/>
      </w:pPr>
      <w:r>
        <w:rPr/>
        <w:t>—Más o menos —confirmó Jonas con una sonrisa torcida—. División</w:t>
      </w:r>
      <w:r>
        <w:rPr/>
        <w:t xml:space="preserve"> </w:t>
      </w:r>
      <w:r>
        <w:rPr/>
        <w:t>del trabajo muy clara: vosotras os encargáis de la parte metafísica</w:t>
      </w:r>
      <w:r>
        <w:rPr/>
        <w:t xml:space="preserve"> </w:t>
      </w:r>
      <w:r>
        <w:rPr/>
        <w:t>imposible. Yo me quedo con la parte técnica de logs de red y ofuscación</w:t>
      </w:r>
      <w:r>
        <w:rPr/>
        <w:t xml:space="preserve"> </w:t>
      </w:r>
      <w:r>
        <w:rPr/>
        <w:t>de datos. Cada uno en su elemento.</w:t>
      </w:r>
    </w:p>
    <w:p>
      <w:pPr>
        <w:pStyle w:val="BodyText"/>
      </w:pPr>
      <w:r>
        <w:rPr/>
        <w:t>Lena se enderezó, apartándose de la mesa. Pero antes de continuar vaciló</w:t>
      </w:r>
      <w:r>
        <w:rPr/>
        <w:t xml:space="preserve"> </w:t>
      </w:r>
      <w:r>
        <w:rPr/>
        <w:t>visiblemente, algo inusual en ella. Mar la vio dudar por primera vez</w:t>
      </w:r>
      <w:r>
        <w:rPr/>
        <w:t xml:space="preserve"> </w:t>
      </w:r>
      <w:r>
        <w:rPr/>
        <w:t>desde que se conocían meses atrás.</w:t>
      </w:r>
    </w:p>
    <w:p>
      <w:pPr>
        <w:pStyle w:val="BodyText"/>
      </w:pPr>
      <w:r>
        <w:rPr/>
        <w:t>—¿Qué pasa? —preguntó Mar—. ¿Qué es lo que no estás diciendo?</w:t>
      </w:r>
    </w:p>
    <w:p>
      <w:pPr>
        <w:pStyle w:val="BodyText"/>
      </w:pPr>
      <w:r>
        <w:rPr/>
        <w:t>Lena miró a Jonas primero, luego de vuelta a Mar, como si estuviera</w:t>
      </w:r>
      <w:r>
        <w:rPr/>
        <w:t xml:space="preserve"> </w:t>
      </w:r>
      <w:r>
        <w:rPr/>
        <w:t>sopesando exactamente cuánta honestidad podía permitirse sin romper algo</w:t>
      </w:r>
      <w:r>
        <w:rPr/>
        <w:t xml:space="preserve"> </w:t>
      </w:r>
      <w:r>
        <w:rPr/>
        <w:t>frágil.</w:t>
      </w:r>
    </w:p>
    <w:p>
      <w:pPr>
        <w:pStyle w:val="BodyText"/>
      </w:pPr>
      <w:r>
        <w:rPr/>
        <w:t>—¿Y si fracasamos? —preguntó con una voz más baja, más</w:t>
      </w:r>
      <w:r>
        <w:rPr/>
        <w:t xml:space="preserve"> </w:t>
      </w:r>
      <w:r>
        <w:rPr/>
        <w:t>vulnerable—. ¿Y si esto es demasiado grande para nosotros? ¿Y si</w:t>
      </w:r>
      <w:r>
        <w:rPr/>
        <w:t xml:space="preserve"> </w:t>
      </w:r>
      <w:r>
        <w:rPr/>
        <w:t>termina tragándonos a todos? A ti, a mí, a Jonas… a cualquiera que se</w:t>
      </w:r>
      <w:r>
        <w:rPr/>
        <w:t xml:space="preserve"> </w:t>
      </w:r>
      <w:r>
        <w:rPr/>
        <w:t>acerque demasiado a esta frecuencia maldita.</w:t>
      </w:r>
    </w:p>
    <w:p>
      <w:pPr>
        <w:pStyle w:val="BodyText"/>
      </w:pPr>
      <w:r>
        <w:rPr/>
        <w:t>El laboratorio guardó un silencio denso durante varios segundos. Solo el</w:t>
      </w:r>
      <w:r>
        <w:rPr/>
        <w:t xml:space="preserve"> </w:t>
      </w:r>
      <w:r>
        <w:rPr/>
        <w:t>zumbido grave de los ventiladores de refrigeración y el leve pitido</w:t>
      </w:r>
      <w:r>
        <w:rPr/>
        <w:t xml:space="preserve"> </w:t>
      </w:r>
      <w:r>
        <w:rPr/>
        <w:t>rítmico de un osciloscopio digital llenaban el espacio subterráneo.</w:t>
      </w:r>
    </w:p>
    <w:p>
      <w:pPr>
        <w:pStyle w:val="BodyText"/>
      </w:pPr>
      <w:r>
        <w:rPr/>
        <w:t>Jonas fue quien rompió el silencio, sorprendentemente.</w:t>
      </w:r>
    </w:p>
    <w:p>
      <w:pPr>
        <w:pStyle w:val="BodyText"/>
      </w:pPr>
      <w:r>
        <w:rPr/>
        <w:t>—Entonces al menos lo habremos intentado con método —dijo con una</w:t>
      </w:r>
      <w:r>
        <w:rPr/>
        <w:t xml:space="preserve"> </w:t>
      </w:r>
      <w:r>
        <w:rPr/>
        <w:t>calma extraña—. Y habremos dejado suficiente documentación, suficiente</w:t>
      </w:r>
      <w:r>
        <w:rPr/>
        <w:t xml:space="preserve"> </w:t>
      </w:r>
      <w:r>
        <w:rPr/>
        <w:t>rastro forense, para que quien venga después sepa exactamente que</w:t>
      </w:r>
      <w:r>
        <w:rPr/>
        <w:t xml:space="preserve"> </w:t>
      </w:r>
      <w:r>
        <w:rPr/>
        <w:t>estuvimos aquí y qué intentamos hacer.</w:t>
      </w:r>
    </w:p>
    <w:p>
      <w:pPr>
        <w:pStyle w:val="BodyText"/>
      </w:pPr>
      <w:r>
        <w:rPr/>
        <w:t>Sonrió con cierta timidez.</w:t>
      </w:r>
    </w:p>
    <w:p>
      <w:pPr>
        <w:pStyle w:val="BodyText"/>
      </w:pPr>
      <w:r>
        <w:rPr/>
        <w:t>—El fracaso también se loguea, Lena. Se documenta. Y a veces es más</w:t>
      </w:r>
      <w:r>
        <w:rPr/>
        <w:t xml:space="preserve"> </w:t>
      </w:r>
      <w:r>
        <w:rPr/>
        <w:t>útil que el éxito. Los mejores papers que he leído en mi vida son</w:t>
      </w:r>
      <w:r>
        <w:rPr/>
        <w:t xml:space="preserve"> </w:t>
      </w:r>
      <w:r>
        <w:rPr/>
        <w:t>reportes de experimentos que fallaron espectacularmente pero dejaron</w:t>
      </w:r>
      <w:r>
        <w:rPr/>
        <w:t xml:space="preserve"> </w:t>
      </w:r>
      <w:r>
        <w:rPr/>
        <w:t>datos útiles.</w:t>
      </w:r>
    </w:p>
    <w:p>
      <w:pPr>
        <w:pStyle w:val="BodyText"/>
      </w:pPr>
      <w:r>
        <w:rPr/>
        <w:t>Mar asintió lentamente, sintiendo que algo en su pecho se relajaba.</w:t>
      </w:r>
    </w:p>
    <w:p>
      <w:pPr>
        <w:pStyle w:val="BodyText"/>
      </w:pPr>
      <w:r>
        <w:rPr/>
        <w:t>—Además —añadió pensativa—, fracasar es solo otra forma de</w:t>
      </w:r>
      <w:r>
        <w:rPr/>
        <w:t xml:space="preserve"> </w:t>
      </w:r>
      <w:r>
        <w:rPr/>
        <w:t>resonar. De dejar huella. El Eco también está hecho de intentos</w:t>
      </w:r>
      <w:r>
        <w:rPr/>
        <w:t xml:space="preserve"> </w:t>
      </w:r>
      <w:r>
        <w:rPr/>
        <w:t>fallidos, de frecuencias que no encontraron receptor. De custodios que</w:t>
      </w:r>
      <w:r>
        <w:rPr/>
        <w:t xml:space="preserve"> </w:t>
      </w:r>
      <w:r>
        <w:rPr/>
        <w:t>no llegaron a tiempo a su destino, de canciones que murieron sin</w:t>
      </w:r>
      <w:r>
        <w:rPr/>
        <w:t xml:space="preserve"> </w:t>
      </w:r>
      <w:r>
        <w:rPr/>
        <w:t>encontrar su oyente adecuado.</w:t>
      </w:r>
    </w:p>
    <w:p>
      <w:pPr>
        <w:pStyle w:val="BodyText"/>
      </w:pPr>
      <w:r>
        <w:rPr/>
        <w:t>Lena respiró hondo, visiblemente. Algo en su postura militar se relajó</w:t>
      </w:r>
      <w:r>
        <w:rPr/>
        <w:t xml:space="preserve"> </w:t>
      </w:r>
      <w:r>
        <w:rPr/>
        <w:t>ligeramente, como si acabara de afinarse a la frecuencia correcta</w:t>
      </w:r>
      <w:r>
        <w:rPr/>
        <w:t xml:space="preserve"> </w:t>
      </w:r>
      <w:r>
        <w:rPr/>
        <w:t>después de estar medio tono desafinada.</w:t>
      </w:r>
    </w:p>
    <w:p>
      <w:pPr>
        <w:pStyle w:val="BodyText"/>
      </w:pPr>
      <w:r>
        <w:rPr/>
        <w:t>—De acuerdo —dijo con renovada determinación—. Entonces sigamos</w:t>
      </w:r>
      <w:r>
        <w:rPr/>
        <w:t xml:space="preserve"> </w:t>
      </w:r>
      <w:r>
        <w:rPr/>
        <w:t>adelante. Sin romanticism. Solo datos y método.</w:t>
      </w:r>
    </w:p>
    <w:p>
      <w:pPr>
        <w:pStyle w:val="BodyText"/>
      </w:pPr>
      <w:r>
        <w:rPr/>
        <w:t>Volvió al ThinkPad y abrió una nueva sesión de proyecto en su software</w:t>
      </w:r>
      <w:r>
        <w:rPr/>
        <w:t xml:space="preserve"> </w:t>
      </w:r>
      <w:r>
        <w:rPr/>
        <w:t>de análisis, creando directorios con nombres funcionales: /datos_brutos,</w:t>
      </w:r>
      <w:r>
        <w:rPr/>
        <w:t xml:space="preserve"> </w:t>
      </w:r>
      <w:r>
        <w:rPr/>
        <w:t>/analisis_temporal, /mapas_red.</w:t>
      </w:r>
    </w:p>
    <w:p>
      <w:pPr>
        <w:pStyle w:val="BodyText"/>
      </w:pPr>
      <w:r>
        <w:rPr/>
        <w:t>—Empecemos con algo simple y verificable —dijo mientras tecleaba—.</w:t>
      </w:r>
      <w:r>
        <w:rPr/>
        <w:t xml:space="preserve"> </w:t>
      </w:r>
      <w:r>
        <w:rPr/>
        <w:t>Un mapa de eventos. Vamos a registrar sistemáticamente cuándo y dónde</w:t>
      </w:r>
      <w:r>
        <w:rPr/>
        <w:t xml:space="preserve"> </w:t>
      </w:r>
      <w:r>
        <w:rPr/>
        <w:t>exactamente se disparan los escaneos de Chrysalis. Quiero saber si</w:t>
      </w:r>
      <w:r>
        <w:rPr/>
        <w:t xml:space="preserve"> </w:t>
      </w:r>
      <w:r>
        <w:rPr/>
        <w:t>reaccionan únicamente a la reproducción de *Fading Away*, si responden</w:t>
      </w:r>
      <w:r>
        <w:rPr/>
        <w:t xml:space="preserve"> </w:t>
      </w:r>
      <w:r>
        <w:rPr/>
        <w:t>también al pergamino físicamente presente, o si es tu presencia, Mar, el</w:t>
      </w:r>
      <w:r>
        <w:rPr/>
        <w:t xml:space="preserve"> </w:t>
      </w:r>
      <w:r>
        <w:rPr/>
        <w:t>verdadero trigger. Y si operan desde nodos específicos de la ciudad o si</w:t>
      </w:r>
      <w:r>
        <w:rPr/>
        <w:t xml:space="preserve"> </w:t>
      </w:r>
      <w:r>
        <w:rPr/>
        <w:t>usan Berlín entero como una caja de resonancia gigante.</w:t>
      </w:r>
    </w:p>
    <w:p>
      <w:pPr>
        <w:pStyle w:val="BodyText"/>
      </w:pPr>
      <w:r>
        <w:rPr/>
        <w:t>—Y después —añadió Jonas acercándose al teclado—, cruzaremos esos</w:t>
      </w:r>
      <w:r>
        <w:rPr/>
        <w:t xml:space="preserve"> </w:t>
      </w:r>
      <w:r>
        <w:rPr/>
        <w:t>datos temporales con patrones de tráfico de red, cambios súbitos en la</w:t>
      </w:r>
      <w:r>
        <w:rPr/>
        <w:t xml:space="preserve"> </w:t>
      </w:r>
      <w:r>
        <w:rPr/>
        <w:t>latencia de ciertos servidores, variaciones anómalas en el ruido de</w:t>
      </w:r>
      <w:r>
        <w:rPr/>
        <w:t xml:space="preserve"> </w:t>
      </w:r>
      <w:r>
        <w:rPr/>
        <w:t>fondo electromagnético. Quiero quitarme la duda de una vez por todas:</w:t>
      </w:r>
      <w:r>
        <w:rPr/>
        <w:t xml:space="preserve"> </w:t>
      </w:r>
      <w:r>
        <w:rPr/>
        <w:t>¿solo vigilan pasivamente la señal acústica cuando aparece? ¿O nos</w:t>
      </w:r>
      <w:r>
        <w:rPr/>
        <w:t xml:space="preserve"> </w:t>
      </w:r>
      <w:r>
        <w:rPr/>
        <w:t>vigilan activamente a nosotros cada vez que la buscamos?</w:t>
      </w:r>
    </w:p>
    <w:p>
      <w:pPr>
        <w:pStyle w:val="BodyText"/>
      </w:pPr>
      <w:r>
        <w:rPr/>
        <w:t>Mar pensó en Soria bajo la lluvia, en los arcos románicos de San Juan de</w:t>
      </w:r>
      <w:r>
        <w:rPr/>
        <w:t xml:space="preserve"> </w:t>
      </w:r>
      <w:r>
        <w:rPr/>
        <w:t>Duero, en la voz de Adrián disuelta en infrasonidos imperceptibles, en</w:t>
      </w:r>
      <w:r>
        <w:rPr/>
        <w:t xml:space="preserve"> </w:t>
      </w:r>
      <w:r>
        <w:rPr/>
        <w:t>las notas que había descubierto escondidas entre sueños que no recordaba</w:t>
      </w:r>
      <w:r>
        <w:rPr/>
        <w:t xml:space="preserve"> </w:t>
      </w:r>
      <w:r>
        <w:rPr/>
        <w:t>haber tenido. El Eco no solo se escuchaba en tiempo real: se recordaba a</w:t>
      </w:r>
      <w:r>
        <w:rPr/>
        <w:t xml:space="preserve"> </w:t>
      </w:r>
      <w:r>
        <w:rPr/>
        <w:t>sí mismo en todas las direcciones temporales. Tal vez la ciudad ya</w:t>
      </w:r>
      <w:r>
        <w:rPr/>
        <w:t xml:space="preserve"> </w:t>
      </w:r>
      <w:r>
        <w:rPr/>
        <w:t>estuviera cantando por él sin que nadie lo notara conscientemente.</w:t>
      </w:r>
    </w:p>
    <w:p>
      <w:pPr>
        <w:pStyle w:val="BodyText"/>
      </w:pPr>
      <w:r>
        <w:rPr/>
        <w:t>—Hay algo más que deberíais saber —dijo Mar con cautela—. Antes</w:t>
      </w:r>
      <w:r>
        <w:rPr/>
        <w:t xml:space="preserve"> </w:t>
      </w:r>
      <w:r>
        <w:rPr/>
        <w:t>de… caerme completamente dentro del sustrato.</w:t>
      </w:r>
    </w:p>
    <w:p>
      <w:pPr>
        <w:pStyle w:val="BodyText"/>
      </w:pPr>
      <w:r>
        <w:rPr/>
        <w:t>Buscó la palabra adecuada, fracasó, siguió adelante.</w:t>
      </w:r>
    </w:p>
    <w:p>
      <w:pPr>
        <w:pStyle w:val="BodyText"/>
      </w:pPr>
      <w:r>
        <w:rPr/>
        <w:t>—Hay momentos en los que siento que no solo me conecto a la frecuencia</w:t>
      </w:r>
      <w:r>
        <w:rPr/>
        <w:t xml:space="preserve"> </w:t>
      </w:r>
      <w:r>
        <w:rPr/>
        <w:t>como fenómeno aislado, sino a una especie de memoria compartida,</w:t>
      </w:r>
      <w:r>
        <w:rPr/>
        <w:t xml:space="preserve"> </w:t>
      </w:r>
      <w:r>
        <w:rPr/>
        <w:t>colectiva. Como si estuviera tocando un archivo distribuido que lleva</w:t>
      </w:r>
      <w:r>
        <w:rPr/>
        <w:t xml:space="preserve"> </w:t>
      </w:r>
      <w:r>
        <w:rPr/>
        <w:t>siglos compilándose. No sé si eso se puede medir con vuestros equipos,</w:t>
      </w:r>
      <w:r>
        <w:rPr/>
        <w:t xml:space="preserve"> </w:t>
      </w:r>
      <w:r>
        <w:rPr/>
        <w:t>pero no quiero que lo perdamos completamente de vista en medio de todos</w:t>
      </w:r>
      <w:r>
        <w:rPr/>
        <w:t xml:space="preserve"> </w:t>
      </w:r>
      <w:r>
        <w:rPr/>
        <w:t>los logs.</w:t>
      </w:r>
    </w:p>
    <w:p>
      <w:pPr>
        <w:pStyle w:val="BodyText"/>
      </w:pPr>
      <w:r>
        <w:rPr/>
        <w:t>Lena cerró momentáneamente la tapa del ThinkPad con un clic suave, como</w:t>
      </w:r>
      <w:r>
        <w:rPr/>
        <w:t xml:space="preserve"> </w:t>
      </w:r>
      <w:r>
        <w:rPr/>
        <w:t>quien marca una pausa deliberada en una partitura demasiado densa.</w:t>
      </w:r>
    </w:p>
    <w:p>
      <w:pPr>
        <w:pStyle w:val="BodyText"/>
      </w:pPr>
      <w:r>
        <w:rPr/>
        <w:t>—Eso es el marco conceptual —dijo pensativa—. Lo que estamos</w:t>
      </w:r>
      <w:r>
        <w:rPr/>
        <w:t xml:space="preserve"> </w:t>
      </w:r>
      <w:r>
        <w:rPr/>
        <w:t>haciendo aquí, con sensores y algoritmos, es dibujar los bordes</w:t>
      </w:r>
      <w:r>
        <w:rPr/>
        <w:t xml:space="preserve"> </w:t>
      </w:r>
      <w:r>
        <w:rPr/>
        <w:t>exteriores del fenómeno. Mapear su perímetro. Lo tuyo, lo de Montségur,</w:t>
      </w:r>
      <w:r>
        <w:rPr/>
        <w:t xml:space="preserve"> </w:t>
      </w:r>
      <w:r>
        <w:rPr/>
        <w:t>lo de Arnaldo hace ocho siglos, lo del Duero medieval… todo eso es el</w:t>
      </w:r>
      <w:r>
        <w:rPr/>
        <w:t xml:space="preserve"> </w:t>
      </w:r>
      <w:r>
        <w:rPr/>
        <w:t>interior del cuadro. El contenido.</w:t>
      </w:r>
    </w:p>
    <w:p>
      <w:pPr>
        <w:pStyle w:val="BodyText"/>
      </w:pPr>
      <w:r>
        <w:rPr/>
        <w:t>Se encogió de hombros con honestidad poco habitual.</w:t>
      </w:r>
    </w:p>
    <w:p>
      <w:pPr>
        <w:pStyle w:val="BodyText"/>
      </w:pPr>
      <w:r>
        <w:rPr/>
        <w:t>—Yo necesito empezar por lo que puedo tocar y medir. Si empiezo</w:t>
      </w:r>
      <w:r>
        <w:rPr/>
        <w:t xml:space="preserve"> </w:t>
      </w:r>
      <w:r>
        <w:rPr/>
        <w:t>directamente por Montségur y frecuencias que atraviesan siglos, me da un</w:t>
      </w:r>
      <w:r>
        <w:rPr/>
        <w:t xml:space="preserve"> </w:t>
      </w:r>
      <w:r>
        <w:rPr/>
        <w:t>infarto metodológico.</w:t>
      </w:r>
    </w:p>
    <w:p>
      <w:pPr>
        <w:pStyle w:val="BodyText"/>
      </w:pPr>
      <w:r>
        <w:rPr/>
        <w:t>Jonas tomó el cuaderno de Adrián con ambas manos y un cuidado casi</w:t>
      </w:r>
      <w:r>
        <w:rPr/>
        <w:t xml:space="preserve"> </w:t>
      </w:r>
      <w:r>
        <w:rPr/>
        <w:t>reverencial, como si temiera activar algo peligroso solo con el contacto</w:t>
      </w:r>
      <w:r>
        <w:rPr/>
        <w:t xml:space="preserve"> </w:t>
      </w:r>
      <w:r>
        <w:rPr/>
        <w:t>de sus dedos.</w:t>
      </w:r>
    </w:p>
    <w:p>
      <w:pPr>
        <w:pStyle w:val="BodyText"/>
      </w:pPr>
      <w:r>
        <w:rPr/>
        <w:t>—Es curioso cuando lo piensas —dijo girando el cuaderno entre sus</w:t>
      </w:r>
      <w:r>
        <w:rPr/>
        <w:t xml:space="preserve"> </w:t>
      </w:r>
      <w:r>
        <w:rPr/>
        <w:t>manos—. Llevamos décadas construyendo máquinas cada vez más</w:t>
      </w:r>
      <w:r>
        <w:rPr/>
        <w:t xml:space="preserve"> </w:t>
      </w:r>
      <w:r>
        <w:rPr/>
        <w:t>sofisticadas para escuchar el universo: radiotelescopios gigantes,</w:t>
      </w:r>
      <w:r>
        <w:rPr/>
        <w:t xml:space="preserve"> </w:t>
      </w:r>
      <w:r>
        <w:rPr/>
        <w:t>interferómetros láser, aceleradores de partículas del tamaño de</w:t>
      </w:r>
      <w:r>
        <w:rPr/>
        <w:t xml:space="preserve"> </w:t>
      </w:r>
      <w:r>
        <w:rPr/>
        <w:t>ciudades. Gastamos miles de millones en ello.</w:t>
      </w:r>
    </w:p>
    <w:p>
      <w:pPr>
        <w:pStyle w:val="BodyText"/>
      </w:pPr>
      <w:r>
        <w:rPr/>
        <w:t>Acarició la tapa desgastada del cuaderno con el pulgar.</w:t>
      </w:r>
    </w:p>
    <w:p>
      <w:pPr>
        <w:pStyle w:val="BodyText"/>
      </w:pPr>
      <w:r>
        <w:rPr/>
        <w:t>—Y al final, lo que más miedo da es esto. Papel barato. Tinta azul</w:t>
      </w:r>
      <w:r>
        <w:rPr/>
        <w:t xml:space="preserve"> </w:t>
      </w:r>
      <w:r>
        <w:rPr/>
        <w:t>Bic. Alguien intentando desesperadamente entenderse a sí mismo</w:t>
      </w:r>
      <w:r>
        <w:rPr/>
        <w:t xml:space="preserve"> </w:t>
      </w:r>
      <w:r>
        <w:rPr/>
        <w:t>escribiendo a mano en la soledad de un estudio.</w:t>
      </w:r>
    </w:p>
    <w:p>
      <w:pPr>
        <w:pStyle w:val="BodyText"/>
      </w:pPr>
      <w:r>
        <w:rPr/>
        <w:t>Mar se acercó despacio a la mesa metálica. Rozó con las yemas de los</w:t>
      </w:r>
      <w:r>
        <w:rPr/>
        <w:t xml:space="preserve"> </w:t>
      </w:r>
      <w:r>
        <w:rPr/>
        <w:t>dedos el borde áspero del cuaderno, la superficie lisa de la pulsera</w:t>
      </w:r>
      <w:r>
        <w:rPr/>
        <w:t xml:space="preserve"> </w:t>
      </w:r>
      <w:r>
        <w:rPr/>
        <w:t>medieval, el aluminio mate del portátil.</w:t>
      </w:r>
    </w:p>
    <w:p>
      <w:pPr>
        <w:pStyle w:val="BodyText"/>
      </w:pPr>
      <w:r>
        <w:rPr/>
        <w:t>—Porque el Eco, al final de todo, es exactamente eso —dijo en voz</w:t>
      </w:r>
      <w:r>
        <w:rPr/>
        <w:t xml:space="preserve"> </w:t>
      </w:r>
      <w:r>
        <w:rPr/>
        <w:t>baja—. Gente intentando no desaparecer completamente. Dejando huellas.</w:t>
      </w:r>
      <w:r>
        <w:rPr/>
        <w:t xml:space="preserve"> </w:t>
      </w:r>
      <w:r>
        <w:rPr/>
        <w:t>Frecuencias que se niegan a apagarse.</w:t>
      </w:r>
    </w:p>
    <w:p>
      <w:pPr>
        <w:pStyle w:val="BodyText"/>
      </w:pPr>
      <w:r>
        <w:rPr/>
        <w:t>Lena volvió a abrir el ThinkPad con un movimiento decidido.</w:t>
      </w:r>
    </w:p>
    <w:p>
      <w:pPr>
        <w:pStyle w:val="BodyText"/>
      </w:pPr>
      <w:r>
        <w:rPr/>
        <w:t>—Pues no desaparezcamos entonces —dijo con firmeza renovada—. No</w:t>
      </w:r>
      <w:r>
        <w:rPr/>
        <w:t xml:space="preserve"> </w:t>
      </w:r>
      <w:r>
        <w:rPr/>
        <w:t>tú. No Adrián. No los custodios que vinieron antes durante siglos. Y</w:t>
      </w:r>
      <w:r>
        <w:rPr/>
        <w:t xml:space="preserve"> </w:t>
      </w:r>
      <w:r>
        <w:rPr/>
        <w:t>sobre todo, no la capacidad de decir que no. De elegir conscientemente.</w:t>
      </w:r>
    </w:p>
    <w:p>
      <w:pPr>
        <w:pStyle w:val="BodyText"/>
      </w:pPr>
      <w:r>
        <w:rPr/>
        <w:t>El laboratorio subterráneo zumbaba con vida eléctrica múltiple. Sobre</w:t>
      </w:r>
      <w:r>
        <w:rPr/>
        <w:t xml:space="preserve"> </w:t>
      </w:r>
      <w:r>
        <w:rPr/>
        <w:t>sus cabezas, tres pisos más arriba, Berlín rugía con el tráfico perpetuo</w:t>
      </w:r>
      <w:r>
        <w:rPr/>
        <w:t xml:space="preserve"> </w:t>
      </w:r>
      <w:r>
        <w:rPr/>
        <w:t>de siempre, indiferente; bajo sus pies, redes de fibra óptica invisible</w:t>
      </w:r>
      <w:r>
        <w:rPr/>
        <w:t xml:space="preserve"> </w:t>
      </w:r>
      <w:r>
        <w:rPr/>
        <w:t>cruzaban datos a la velocidad de la luz en todas direcciones.</w:t>
      </w:r>
    </w:p>
    <w:p>
      <w:pPr>
        <w:pStyle w:val="BodyText"/>
      </w:pPr>
      <w:r>
        <w:rPr/>
        <w:t>Por primera vez desde que todo esto había empezado en Soria, Mar sintió</w:t>
      </w:r>
      <w:r>
        <w:rPr/>
        <w:t xml:space="preserve"> </w:t>
      </w:r>
      <w:r>
        <w:rPr/>
        <w:t>que no estaba completamente sola ante el Eco.</w:t>
      </w:r>
    </w:p>
    <w:p>
      <w:pPr>
        <w:pStyle w:val="BodyText"/>
      </w:pPr>
      <w:r>
        <w:rPr/>
        <w:t>Tenía, al fin, una alianza con estructura: la intuición de quien puede</w:t>
      </w:r>
      <w:r>
        <w:rPr/>
        <w:t xml:space="preserve"> </w:t>
      </w:r>
      <w:r>
        <w:rPr/>
        <w:t>escuchar lo inaudible, la lógica rigurosa de quien sabe medir lo</w:t>
      </w:r>
      <w:r>
        <w:rPr/>
        <w:t xml:space="preserve"> </w:t>
      </w:r>
      <w:r>
        <w:rPr/>
        <w:t>aparentemente imposible, y el escepticismo productivo de quien sabe</w:t>
      </w:r>
      <w:r>
        <w:rPr/>
        <w:t xml:space="preserve"> </w:t>
      </w:r>
      <w:r>
        <w:rPr/>
        <w:t>hackear sistemas que se creen invulnerables.</w:t>
      </w:r>
    </w:p>
    <w:p>
      <w:pPr>
        <w:pStyle w:val="BodyText"/>
      </w:pPr>
      <w:r>
        <w:rPr/>
        <w:t>El Eco, que durante siglos se había limitado a elegir pasivamente</w:t>
      </w:r>
      <w:r>
        <w:rPr/>
        <w:t xml:space="preserve"> </w:t>
      </w:r>
      <w:r>
        <w:rPr/>
        <w:t>cuerpos receptivos, acababa de encontrarse con algo históricamente</w:t>
      </w:r>
      <w:r>
        <w:rPr/>
        <w:t xml:space="preserve"> </w:t>
      </w:r>
      <w:r>
        <w:rPr/>
        <w:t>nuevo:</w:t>
      </w:r>
    </w:p>
    <w:p>
      <w:pPr>
        <w:pStyle w:val="BodyText"/>
      </w:pPr>
      <w:r>
        <w:rPr/>
        <w:t>Un grupo pequeño pero decidido, dispuesto a elegirlo de vuelta a él…</w:t>
      </w:r>
      <w:r>
        <w:rPr/>
        <w:t xml:space="preserve"> </w:t>
      </w:r>
      <w:r>
        <w:rPr/>
        <w:t>pero estrictamente en sus propios términos.</w:t>
      </w:r>
    </w:p>
    <w:p>
      <w:pPr>
        <w:pStyle w:val="BodyText"/>
      </w:pPr>
      <w:r>
        <w:rPr/>
        <w:t>Una frecuencia que finalmente aprendía a responder sin limitarse a</w:t>
      </w:r>
      <w:r>
        <w:rPr/>
        <w:t xml:space="preserve"> </w:t>
      </w:r>
      <w:r>
        <w:rPr/>
        <w:t>repetir.</w:t>
      </w:r>
    </w:p>
    <w:p>
      <w:pPr>
        <w:pStyle w:val="BodyText"/>
      </w:pPr>
      <w:r>
        <w:rPr/>
        <w:t>Un contrapunto que se negaba a desafinar.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CAPÍTULO 17. EL UMBRAL DEL RITUAL</w:t>
      </w:r>
    </w:p>
    <w:p>
      <w:pPr/>
      <w:r>
        <w:rPr/>
        <w:t>«El ritual no es un acto de magia.</w:t>
      </w:r>
    </w:p>
    <w:p>
      <w:pPr>
        <w:pStyle w:val="BodyText"/>
      </w:pPr>
      <w:r>
        <w:rPr/>
        <w:t>Es un acto de escucha absoluta:</w:t>
      </w:r>
    </w:p>
    <w:p>
      <w:pPr>
        <w:pStyle w:val="BodyText"/>
      </w:pPr>
      <w:r>
        <w:rPr/>
        <w:t>el momento en que el instrumento confía en el músico</w:t>
      </w:r>
    </w:p>
    <w:p>
      <w:pPr>
        <w:pStyle w:val="BodyText"/>
      </w:pPr>
      <w:r>
        <w:rPr/>
        <w:t>y el músico confía en el Eco.»</w:t>
      </w:r>
    </w:p>
    <w:p>
      <w:pPr>
        <w:pStyle w:val="BodyText"/>
      </w:pPr>
      <w:r>
        <w:rPr/>
        <w:t>— Libro de los Ecos</w:t>
      </w:r>
    </w:p>
    <w:p>
      <w:pPr>
        <w:pStyle w:val="BodyText"/>
      </w:pPr>
      <w:r>
        <w:rPr/>
        <w:t>Tres días. Sin comida. Solo agua.</w:t>
      </w:r>
    </w:p>
    <w:p>
      <w:pPr>
        <w:pStyle w:val="BodyText"/>
      </w:pPr>
      <w:r>
        <w:rPr/>
        <w:t>Había dispuesto los objetos en círculo sobre la cama: la piedra de</w:t>
      </w:r>
      <w:r>
        <w:rPr/>
        <w:t xml:space="preserve"> </w:t>
      </w:r>
      <w:r>
        <w:rPr/>
        <w:t>Montségur, el pergamino de San Juan de Duero, la copia del expediente</w:t>
      </w:r>
      <w:r>
        <w:rPr/>
        <w:t xml:space="preserve"> </w:t>
      </w:r>
      <w:r>
        <w:rPr/>
        <w:t>Ordaz, el cuaderno de notas de Lena, una vieja grabadora apoyada junto</w:t>
      </w:r>
      <w:r>
        <w:rPr/>
        <w:t xml:space="preserve"> </w:t>
      </w:r>
      <w:r>
        <w:rPr/>
        <w:t>al portátil. En el centro, una vela blanca que había dejado arder</w:t>
      </w:r>
      <w:r>
        <w:rPr/>
        <w:t xml:space="preserve"> </w:t>
      </w:r>
      <w:r>
        <w:rPr/>
        <w:t>durante horas hasta convertirse en un lago de cera derretida. Había</w:t>
      </w:r>
      <w:r>
        <w:rPr/>
        <w:t xml:space="preserve"> </w:t>
      </w:r>
      <w:r>
        <w:rPr/>
        <w:t>leído en voz alta los nombres de cada custodio, uno por uno, como quien</w:t>
      </w:r>
      <w:r>
        <w:rPr/>
        <w:t xml:space="preserve"> </w:t>
      </w:r>
      <w:r>
        <w:rPr/>
        <w:t>pasa lista a los muertos. Había dejado la ventana abierta incluso con el</w:t>
      </w:r>
      <w:r>
        <w:rPr/>
        <w:t xml:space="preserve"> </w:t>
      </w:r>
      <w:r>
        <w:rPr/>
        <w:t>frío de noviembre, porque el aire debía circular.</w:t>
      </w:r>
    </w:p>
    <w:p>
      <w:pPr>
        <w:pStyle w:val="BodyText"/>
      </w:pPr>
      <w:r>
        <w:rPr/>
        <w:t>Instrumentos de un concierto que llevaba ocho siglos afinándose.</w:t>
      </w:r>
    </w:p>
    <w:p>
      <w:pPr>
        <w:pStyle w:val="BodyText"/>
      </w:pPr>
      <w:r>
        <w:rPr/>
        <w:t>El cuarto día, el hambre dejó de ser ruido y se convirtió en claridad.</w:t>
      </w:r>
    </w:p>
    <w:p>
      <w:pPr>
        <w:pStyle w:val="BodyText"/>
      </w:pPr>
      <w:r>
        <w:rPr/>
        <w:t>La habitación 108 respiraba con ella.</w:t>
      </w:r>
    </w:p>
    <w:p>
      <w:pPr>
        <w:pStyle w:val="BodyText"/>
      </w:pPr>
      <w:r>
        <w:rPr/>
        <w:t>No necesitaba ir a ningún cementerio. Los custodios no habitaban tumbas.</w:t>
      </w:r>
      <w:r>
        <w:rPr/>
        <w:t xml:space="preserve"> </w:t>
      </w:r>
      <w:r>
        <w:rPr/>
        <w:t>Habitaban frecuencias.</w:t>
      </w:r>
    </w:p>
    <w:p>
      <w:pPr>
        <w:pStyle w:val="BodyText"/>
      </w:pPr>
      <w:r>
        <w:rPr/>
        <w:t>Mar cerró los ojos.</w:t>
      </w:r>
    </w:p>
    <w:p>
      <w:pPr>
        <w:pStyle w:val="BodyText"/>
      </w:pPr>
      <w:r>
        <w:rPr/>
        <w:t>—Arnaldo.</w:t>
      </w:r>
    </w:p>
    <w:p>
      <w:pPr>
        <w:pStyle w:val="BodyText"/>
      </w:pPr>
      <w:r>
        <w:rPr/>
        <w:t>El aire cambió. No se volvió más frío, sino más denso. Como si la</w:t>
      </w:r>
      <w:r>
        <w:rPr/>
        <w:t xml:space="preserve"> </w:t>
      </w:r>
      <w:r>
        <w:rPr/>
        <w:t>habitación hubiera decidido respirar al mismo tiempo que ella.</w:t>
      </w:r>
    </w:p>
    <w:p>
      <w:pPr>
        <w:pStyle w:val="BodyText"/>
      </w:pPr>
      <w:r>
        <w:rPr/>
        <w:t>Abrió los ojos.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Las presencias acudieron como mareas de memoria.</w:t>
      </w:r>
    </w:p>
    <w:p>
      <w:pPr>
        <w:pStyle w:val="BodyText"/>
      </w:pPr>
      <w:r>
        <w:rPr/>
        <w:t>Arnaldo de Montségur se alzó primero, envuelto en un resplandor rojizo</w:t>
      </w:r>
      <w:r>
        <w:rPr/>
        <w:t xml:space="preserve"> </w:t>
      </w:r>
      <w:r>
        <w:rPr/>
        <w:t>que olía a humo antiguo. No era un cuerpo, sino la huella de un cuerpo</w:t>
      </w:r>
      <w:r>
        <w:rPr/>
        <w:t xml:space="preserve"> </w:t>
      </w:r>
      <w:r>
        <w:rPr/>
        <w:t>consumido por el fuego: una silueta hecha de brasas que no terminaban de</w:t>
      </w:r>
      <w:r>
        <w:rPr/>
        <w:t xml:space="preserve"> </w:t>
      </w:r>
      <w:r>
        <w:rPr/>
        <w:t>apagarse. En su pecho, la espiral del Eco ardía como un sello vivo.</w:t>
      </w:r>
    </w:p>
    <w:p>
      <w:pPr>
        <w:pStyle w:val="BodyText"/>
      </w:pPr>
      <w:r>
        <w:rPr/>
        <w:t>Mar sintió el calor. No metafórico: real. La temperatura de la</w:t>
      </w:r>
      <w:r>
        <w:rPr/>
        <w:t xml:space="preserve"> </w:t>
      </w:r>
      <w:r>
        <w:rPr/>
        <w:t>habitación subió unos grados. Sus manos temblaron. Se obligó a respirar.</w:t>
      </w:r>
    </w:p>
    <w:p>
      <w:pPr>
        <w:pStyle w:val="BodyText"/>
      </w:pPr>
      <w:r>
        <w:rPr/>
        <w:t>A su lado apareció Gerberto de Aurillac, el Papa Mago, rodeado de</w:t>
      </w:r>
      <w:r>
        <w:rPr/>
        <w:t xml:space="preserve"> </w:t>
      </w:r>
      <w:r>
        <w:rPr/>
        <w:t>números que flotaban alrededor de su figura como constelaciones de</w:t>
      </w:r>
      <w:r>
        <w:rPr/>
        <w:t xml:space="preserve"> </w:t>
      </w:r>
      <w:r>
        <w:rPr/>
        <w:t>tinta. Sobre su frente brillaba un fa sostenido, una nota escrita con</w:t>
      </w:r>
      <w:r>
        <w:rPr/>
        <w:t xml:space="preserve"> </w:t>
      </w:r>
      <w:r>
        <w:rPr/>
        <w:t>luz en lugar de tinta. Hablaba en fórmulas, pero lo que proyectaba era</w:t>
      </w:r>
      <w:r>
        <w:rPr/>
        <w:t xml:space="preserve"> </w:t>
      </w:r>
      <w:r>
        <w:rPr/>
        <w:t>música.</w:t>
      </w:r>
    </w:p>
    <w:p>
      <w:pPr>
        <w:pStyle w:val="BodyText"/>
      </w:pPr>
      <w:r>
        <w:rPr/>
        <w:t>Los números giraban demasiado rápido. Mar apartó la mirada, mareada. Su</w:t>
      </w:r>
      <w:r>
        <w:rPr/>
        <w:t xml:space="preserve"> </w:t>
      </w:r>
      <w:r>
        <w:rPr/>
        <w:t>cicatriz pulsaba al ritmo de las ecuaciones.</w:t>
      </w:r>
    </w:p>
    <w:p>
      <w:pPr>
        <w:pStyle w:val="BodyText"/>
      </w:pPr>
      <w:r>
        <w:rPr/>
        <w:t>Anna Maria de Sankt Moritz surgió después, vestida de blanco, con un</w:t>
      </w:r>
      <w:r>
        <w:rPr/>
        <w:t xml:space="preserve"> </w:t>
      </w:r>
      <w:r>
        <w:rPr/>
        <w:t>violín que no tocaba. Lo sostenía como quien carga con una reliquia y</w:t>
      </w:r>
      <w:r>
        <w:rPr/>
        <w:t xml:space="preserve"> </w:t>
      </w:r>
      <w:r>
        <w:rPr/>
        <w:t>una culpa al mismo tiempo. Sus manos temblaban, pero su mirada era</w:t>
      </w:r>
      <w:r>
        <w:rPr/>
        <w:t xml:space="preserve"> </w:t>
      </w:r>
      <w:r>
        <w:rPr/>
        <w:t>serena: la de alguien que había aprendido demasiado tarde que hay</w:t>
      </w:r>
      <w:r>
        <w:rPr/>
        <w:t xml:space="preserve"> </w:t>
      </w:r>
      <w:r>
        <w:rPr/>
        <w:t>melodías que no deben transcribirse nunca.</w:t>
      </w:r>
    </w:p>
    <w:p>
      <w:pPr>
        <w:pStyle w:val="BodyText"/>
      </w:pPr>
      <w:r>
        <w:rPr/>
        <w:t>Mar se llevó la mano al pecho. Sabía que su tentación había sido la</w:t>
      </w:r>
      <w:r>
        <w:rPr/>
        <w:t xml:space="preserve"> </w:t>
      </w:r>
      <w:r>
        <w:rPr/>
        <w:t>misma: intentar transcribir lo inefable. Documentar lo que solo debía</w:t>
      </w:r>
      <w:r>
        <w:rPr/>
        <w:t xml:space="preserve"> </w:t>
      </w:r>
      <w:r>
        <w:rPr/>
        <w:t>habitarse.</w:t>
      </w:r>
    </w:p>
    <w:p>
      <w:pPr>
        <w:pStyle w:val="BodyText"/>
      </w:pPr>
      <w:r>
        <w:rPr/>
        <w:t>Y, por fin, más cercano que todos ellos, Adrián.</w:t>
      </w:r>
    </w:p>
    <w:p>
      <w:pPr>
        <w:pStyle w:val="BodyText"/>
      </w:pPr>
      <w:r>
        <w:rPr/>
        <w:t>Su forma estaba tejida de estática digital y luz de neón. No era ya el</w:t>
      </w:r>
      <w:r>
        <w:rPr/>
        <w:t xml:space="preserve"> </w:t>
      </w:r>
      <w:r>
        <w:rPr/>
        <w:t>cuerpo que ella había abrazado, sino el eco destilado de todos sus</w:t>
      </w:r>
      <w:r>
        <w:rPr/>
        <w:t xml:space="preserve"> </w:t>
      </w:r>
      <w:r>
        <w:rPr/>
        <w:t>timbres: la risa en el estudio, la respiración antes de un drop, el</w:t>
      </w:r>
      <w:r>
        <w:rPr/>
        <w:t xml:space="preserve"> </w:t>
      </w:r>
      <w:r>
        <w:rPr/>
        <w:t>susurro en la nuca cuando creían que el mundo dormía. Sus ojos la</w:t>
      </w:r>
      <w:r>
        <w:rPr/>
        <w:t xml:space="preserve"> </w:t>
      </w:r>
      <w:r>
        <w:rPr/>
        <w:t>miraban con una tristeza que contenía todas las notas que nunca llegaron</w:t>
      </w:r>
      <w:r>
        <w:rPr/>
        <w:t xml:space="preserve"> </w:t>
      </w:r>
      <w:r>
        <w:rPr/>
        <w:t>a tocar juntos.</w:t>
      </w:r>
    </w:p>
    <w:p>
      <w:pPr>
        <w:pStyle w:val="BodyText"/>
      </w:pPr>
      <w:r>
        <w:rPr/>
        <w:t>Mar tuvo que morderse el labio para no llorar. No aquí. No ahora.</w:t>
      </w:r>
      <w:r>
        <w:rPr/>
        <w:t xml:space="preserve"> </w:t>
      </w:r>
      <w:r>
        <w:rPr/>
        <w:t>Después habría tiempo para el duelo. Ahora solo había espacio para la</w:t>
      </w:r>
      <w:r>
        <w:rPr/>
        <w:t xml:space="preserve"> </w:t>
      </w:r>
      <w:r>
        <w:rPr/>
        <w:t>escucha.</w:t>
      </w:r>
    </w:p>
    <w:p>
      <w:pPr>
        <w:pStyle w:val="BodyText"/>
      </w:pPr>
      <w:r>
        <w:rPr/>
        <w:t>El linaje completo había respondido.</w:t>
      </w:r>
    </w:p>
    <w:p>
      <w:pPr>
        <w:pStyle w:val="BodyText"/>
      </w:pPr>
      <w:r>
        <w:rPr/>
        <w:t>Pero Mar no se detuvo en ellos.</w:t>
      </w:r>
    </w:p>
    <w:p>
      <w:pPr>
        <w:pStyle w:val="BodyText"/>
      </w:pPr>
      <w:r>
        <w:rPr/>
        <w:t>Con el conocimiento pulsando en su cicatriz como un metrónomo interno,</w:t>
      </w:r>
      <w:r>
        <w:rPr/>
        <w:t xml:space="preserve"> </w:t>
      </w:r>
      <w:r>
        <w:rPr/>
        <w:t>dio un paso mental hacia atrás. La habitación se desdibujó. El hotel, la</w:t>
      </w:r>
      <w:r>
        <w:rPr/>
        <w:t xml:space="preserve"> </w:t>
      </w:r>
      <w:r>
        <w:rPr/>
        <w:t>ciudad, incluso la historia se retiraron como un telón, revelando un</w:t>
      </w:r>
      <w:r>
        <w:rPr/>
        <w:t xml:space="preserve"> </w:t>
      </w:r>
      <w:r>
        <w:rPr/>
        <w:t>escenario infinitamente más antiguo.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primer recuerdo del Eco era un silencio lleno de posibilidades.</w:t>
      </w:r>
    </w:p>
    <w:p>
      <w:pPr>
        <w:pStyle w:val="BodyText"/>
      </w:pPr>
      <w:r>
        <w:rPr/>
        <w:t>Mar lo sintió como un espacio sin tiempo, donde nada había vibrado aún,</w:t>
      </w:r>
      <w:r>
        <w:rPr/>
        <w:t xml:space="preserve"> </w:t>
      </w:r>
      <w:r>
        <w:rPr/>
        <w:t>pero todo podía hacerlo. Luego, un temblor casi imperceptible: la</w:t>
      </w:r>
      <w:r>
        <w:rPr/>
        <w:t xml:space="preserve"> </w:t>
      </w:r>
      <w:r>
        <w:rPr/>
        <w:t>primera asimetría en un universo que hasta entonces había sido</w:t>
      </w:r>
      <w:r>
        <w:rPr/>
        <w:t xml:space="preserve"> </w:t>
      </w:r>
      <w:r>
        <w:rPr/>
        <w:t>perfectamente neutro. La huella de un desequilibrio que daría origen a</w:t>
      </w:r>
      <w:r>
        <w:rPr/>
        <w:t xml:space="preserve"> </w:t>
      </w:r>
      <w:r>
        <w:rPr/>
        <w:t>la luz, a las estrellas, a la materia… y a la memoria.</w:t>
      </w:r>
    </w:p>
    <w:p>
      <w:pPr>
        <w:pStyle w:val="BodyText"/>
      </w:pPr>
      <w:r>
        <w:rPr/>
        <w:t>Vio la nota primordial desplegarse como una onda que atravesaba los</w:t>
      </w:r>
      <w:r>
        <w:rPr/>
        <w:t xml:space="preserve"> </w:t>
      </w:r>
      <w:r>
        <w:rPr/>
        <w:t>milenios. No como un sonido aislado, sino como una serie de heridas que</w:t>
      </w:r>
      <w:r>
        <w:rPr/>
        <w:t xml:space="preserve"> </w:t>
      </w:r>
      <w:r>
        <w:rPr/>
        <w:t>iban tallando su forma.</w:t>
      </w:r>
    </w:p>
    <w:p>
      <w:pPr>
        <w:pStyle w:val="BodyText"/>
      </w:pPr>
      <w:r>
        <w:rPr/>
        <w:t>Roma, año 999.</w:t>
      </w:r>
    </w:p>
    <w:p>
      <w:pPr>
        <w:pStyle w:val="BodyText"/>
      </w:pPr>
      <w:r>
        <w:rPr/>
        <w:t>Gerberto, todavía hombre antes de ser Silvestre II, inclinándose sobre</w:t>
      </w:r>
      <w:r>
        <w:rPr/>
        <w:t xml:space="preserve"> </w:t>
      </w:r>
      <w:r>
        <w:rPr/>
        <w:t>un mecanismo de bronce que traducía movimientos estelares en</w:t>
      </w:r>
      <w:r>
        <w:rPr/>
        <w:t xml:space="preserve"> </w:t>
      </w:r>
      <w:r>
        <w:rPr/>
        <w:t>vibraciones. El Eco rozó sus cálculos, pero él decidió no interferir. La</w:t>
      </w:r>
      <w:r>
        <w:rPr/>
        <w:t xml:space="preserve"> </w:t>
      </w:r>
      <w:r>
        <w:rPr/>
        <w:t>elección de no actuar también quedó registrada en la memoria de la</w:t>
      </w:r>
      <w:r>
        <w:rPr/>
        <w:t xml:space="preserve"> </w:t>
      </w:r>
      <w:r>
        <w:rPr/>
        <w:t>frecuencia.</w:t>
      </w:r>
    </w:p>
    <w:p>
      <w:pPr>
        <w:pStyle w:val="BodyText"/>
      </w:pPr>
      <w:r>
        <w:rPr/>
        <w:t>Las rodillas de Mar temblaron. Se apoyó contra la pared invisible del</w:t>
      </w:r>
      <w:r>
        <w:rPr/>
        <w:t xml:space="preserve"> </w:t>
      </w:r>
      <w:r>
        <w:rPr/>
        <w:t>recuerdo.</w:t>
      </w:r>
    </w:p>
    <w:p>
      <w:pPr>
        <w:pStyle w:val="BodyText"/>
      </w:pPr>
      <w:r>
        <w:rPr/>
        <w:t>Montségur, 1244.</w:t>
      </w:r>
    </w:p>
    <w:p>
      <w:pPr>
        <w:pStyle w:val="BodyText"/>
      </w:pPr>
      <w:r>
        <w:rPr/>
        <w:t>Arnaldo entregando el Eco a Alix bajo la sombra de una montaña</w:t>
      </w:r>
      <w:r>
        <w:rPr/>
        <w:t xml:space="preserve"> </w:t>
      </w:r>
      <w:r>
        <w:rPr/>
        <w:t>convertida en hoguera. El grito de más de doscientos cátaros ascendiendo</w:t>
      </w:r>
      <w:r>
        <w:rPr/>
        <w:t xml:space="preserve"> </w:t>
      </w:r>
      <w:r>
        <w:rPr/>
        <w:t>al cielo en forma de un acorde disonante que el mundo nunca olvidaría</w:t>
      </w:r>
      <w:r>
        <w:rPr/>
        <w:t xml:space="preserve"> </w:t>
      </w:r>
      <w:r>
        <w:rPr/>
        <w:t>del todo. Una parte del Eco se impregnó para siempre de ese dolor.</w:t>
      </w:r>
    </w:p>
    <w:p>
      <w:pPr>
        <w:pStyle w:val="BodyText"/>
      </w:pPr>
      <w:r>
        <w:rPr/>
        <w:t>Mar jadeó. El grito de doscientos cátaros aún resonaba en sus oídos.</w:t>
      </w:r>
      <w:r>
        <w:rPr/>
        <w:t xml:space="preserve"> </w:t>
      </w:r>
      <w:r>
        <w:rPr/>
        <w:t>Sintió humo en la garganta, ceniza en los pulmones. No era recuerdo: era</w:t>
      </w:r>
      <w:r>
        <w:rPr/>
        <w:t xml:space="preserve"> </w:t>
      </w:r>
      <w:r>
        <w:rPr/>
        <w:t>experiencia trasplantada.</w:t>
      </w:r>
    </w:p>
    <w:p>
      <w:pPr>
        <w:pStyle w:val="BodyText"/>
      </w:pPr>
      <w:r>
        <w:rPr/>
        <w:t>Siglos después, un monasterio junto al Duero.</w:t>
      </w:r>
    </w:p>
    <w:p>
      <w:pPr>
        <w:pStyle w:val="BodyText"/>
      </w:pPr>
      <w:r>
        <w:rPr/>
        <w:t>La piedra tallada con espirales, el pergamino escondido entre arcos que</w:t>
      </w:r>
      <w:r>
        <w:rPr/>
        <w:t xml:space="preserve"> </w:t>
      </w:r>
      <w:r>
        <w:rPr/>
        <w:t>susurraban con el viento. El Eco encontró refugio en el espacio entre</w:t>
      </w:r>
      <w:r>
        <w:rPr/>
        <w:t xml:space="preserve"> </w:t>
      </w:r>
      <w:r>
        <w:rPr/>
        <w:t>órdenes rivales, protegido por la rivalidad de quienes jamás sospecharon</w:t>
      </w:r>
      <w:r>
        <w:rPr/>
        <w:t xml:space="preserve"> </w:t>
      </w:r>
      <w:r>
        <w:rPr/>
        <w:t>que defendían lo mismo.</w:t>
      </w:r>
    </w:p>
    <w:p>
      <w:pPr>
        <w:pStyle w:val="BodyText"/>
      </w:pPr>
      <w:r>
        <w:rPr/>
        <w:t>La cicatriz bajo su clavícula ardió. Mar se llevó la mano al pecho,</w:t>
      </w:r>
      <w:r>
        <w:rPr/>
        <w:t xml:space="preserve"> </w:t>
      </w:r>
      <w:r>
        <w:rPr/>
        <w:t>presionando, como si pudiera contener el calor que crecía desde dentro.</w:t>
      </w:r>
    </w:p>
    <w:p>
      <w:pPr>
        <w:pStyle w:val="BodyText"/>
      </w:pPr>
      <w:r>
        <w:rPr/>
        <w:t>Más allá, en los Alpes.</w:t>
      </w:r>
    </w:p>
    <w:p>
      <w:pPr>
        <w:pStyle w:val="BodyText"/>
      </w:pPr>
      <w:r>
        <w:rPr/>
        <w:t>Anna Maria intentando transcribir la Frecuencia en una partitura</w:t>
      </w:r>
      <w:r>
        <w:rPr/>
        <w:t xml:space="preserve"> </w:t>
      </w:r>
      <w:r>
        <w:rPr/>
        <w:t>imposible. Su violín convertido en bisturí. El error irreparable. La</w:t>
      </w:r>
      <w:r>
        <w:rPr/>
        <w:t xml:space="preserve"> </w:t>
      </w:r>
      <w:r>
        <w:rPr/>
        <w:t>forma de Kaspar deshaciéndose en un polvo de luz silenciosa. El Eco</w:t>
      </w:r>
      <w:r>
        <w:rPr/>
        <w:t xml:space="preserve"> </w:t>
      </w:r>
      <w:r>
        <w:rPr/>
        <w:t>fragmentándose en mil microtonos, herido por haber sido forzado a</w:t>
      </w:r>
      <w:r>
        <w:rPr/>
        <w:t xml:space="preserve"> </w:t>
      </w:r>
      <w:r>
        <w:rPr/>
        <w:t>mirarse en un espejo demasiado preciso.</w:t>
      </w:r>
    </w:p>
    <w:p>
      <w:pPr>
        <w:pStyle w:val="BodyText"/>
      </w:pPr>
      <w:r>
        <w:rPr/>
        <w:t>Un dolor agudo atravesó su cráneo. Mar cerró los ojos con fuerza. La</w:t>
      </w:r>
      <w:r>
        <w:rPr/>
        <w:t xml:space="preserve"> </w:t>
      </w:r>
      <w:r>
        <w:rPr/>
        <w:t>reverberación de aquel intento fallido vibraba como una cuerda rota: un</w:t>
      </w:r>
      <w:r>
        <w:rPr/>
        <w:t xml:space="preserve"> </w:t>
      </w:r>
      <w:r>
        <w:rPr/>
        <w:t>sonido que nunca terminaba de desvanecerse.</w:t>
      </w:r>
    </w:p>
    <w:p>
      <w:pPr>
        <w:pStyle w:val="BodyText"/>
      </w:pPr>
      <w:r>
        <w:rPr/>
        <w:t>El dolor se apaciguó. Mar respiró profundamente, como si el Atlántico</w:t>
      </w:r>
      <w:r>
        <w:rPr/>
        <w:t xml:space="preserve"> </w:t>
      </w:r>
      <w:r>
        <w:rPr/>
        <w:t>mismo soplara a través de su pecho.</w:t>
      </w:r>
    </w:p>
    <w:p>
      <w:pPr>
        <w:pStyle w:val="BodyText"/>
      </w:pPr>
      <w:r>
        <w:rPr/>
        <w:t>Y, finalmente, Berlín.</w:t>
      </w:r>
    </w:p>
    <w:p>
      <w:pPr>
        <w:pStyle w:val="BodyText"/>
      </w:pPr>
      <w:r>
        <w:rPr/>
        <w:t>Adrián en su estudio, con ojeras de madrugada eterna, dejando que el Eco</w:t>
      </w:r>
      <w:r>
        <w:rPr/>
        <w:t xml:space="preserve"> </w:t>
      </w:r>
      <w:r>
        <w:rPr/>
        <w:t>atravesara sus máquinas. Creía estar componiendo un tema, pero estaba</w:t>
      </w:r>
      <w:r>
        <w:rPr/>
        <w:t xml:space="preserve"> </w:t>
      </w:r>
      <w:r>
        <w:rPr/>
        <w:t>canalizando un archivo de ochocientos años de heridas y promesas. Fading</w:t>
      </w:r>
      <w:r>
        <w:rPr/>
        <w:t xml:space="preserve"> </w:t>
      </w:r>
      <w:r>
        <w:rPr/>
        <w:t>Away no nació como canción: fue la forma que el Eco encontró para hablar</w:t>
      </w:r>
      <w:r>
        <w:rPr/>
        <w:t xml:space="preserve"> </w:t>
      </w:r>
      <w:r>
        <w:rPr/>
        <w:t>el idioma del siglo XX.</w:t>
      </w:r>
    </w:p>
    <w:p>
      <w:pPr>
        <w:pStyle w:val="BodyText"/>
      </w:pPr>
      <w:r>
        <w:rPr/>
        <w:t>Mar sintió el pulso en las sienes, en la garganta, en las yemas de los</w:t>
      </w:r>
      <w:r>
        <w:rPr/>
        <w:t xml:space="preserve"> </w:t>
      </w:r>
      <w:r>
        <w:rPr/>
        <w:t>dedos. Todo su cuerpo era un diapasón vibrando con la nota de Adrián.</w:t>
      </w:r>
    </w:p>
    <w:p>
      <w:pPr>
        <w:pStyle w:val="BodyText"/>
      </w:pPr>
      <w:r>
        <w:rPr/>
        <w:t>Vio todo eso a la vez: capas de tiempo superpuestas como pistas en un</w:t>
      </w:r>
      <w:r>
        <w:rPr/>
        <w:t xml:space="preserve"> </w:t>
      </w:r>
      <w:r>
        <w:rPr/>
        <w:t>mismo proyecto de sonido. Distintas épocas compartiendo el mismo</w:t>
      </w:r>
      <w:r>
        <w:rPr/>
        <w:t xml:space="preserve"> </w:t>
      </w:r>
      <w:r>
        <w:rPr/>
        <w:t>timeline, alineadas sobre la nota que ella llevaba bajo la clavícula</w:t>
      </w:r>
      <w:r>
        <w:rPr/>
        <w:t xml:space="preserve"> </w:t>
      </w:r>
      <w:r>
        <w:rPr/>
        <w:t>desde que nació.</w:t>
      </w:r>
    </w:p>
    <w:p>
      <w:pPr>
        <w:pStyle w:val="BodyText"/>
      </w:pPr>
      <w:r>
        <w:rPr/>
        <w:t>Comprendió, con una lucidez que dolía físicamente, que el Eco no era una</w:t>
      </w:r>
      <w:r>
        <w:rPr/>
        <w:t xml:space="preserve"> </w:t>
      </w:r>
      <w:r>
        <w:rPr/>
        <w:t>simple frecuencia perdida. Era una memoria acumulativa de todos aquellos</w:t>
      </w:r>
      <w:r>
        <w:rPr/>
        <w:t xml:space="preserve"> </w:t>
      </w:r>
      <w:r>
        <w:rPr/>
        <w:t>que lo habían hospedado y, de un modo u otro, pagado su precio.</w:t>
      </w:r>
    </w:p>
    <w:p>
      <w:pPr>
        <w:pStyle w:val="BodyText"/>
      </w:pPr>
      <w:r>
        <w:rPr/>
        <w:t>El Eco era una cicatriz viva.</w:t>
      </w:r>
    </w:p>
    <w:p>
      <w:pPr>
        <w:pStyle w:val="BodyText"/>
      </w:pPr>
      <w:r>
        <w:rPr/>
        <w:t>Y ella estaba a punto de decidir qué forma tomaría la siguiente herida.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visión se replegó sobre sí misma como una onda que vuelve a su</w:t>
      </w:r>
      <w:r>
        <w:rPr/>
        <w:t xml:space="preserve"> </w:t>
      </w:r>
      <w:r>
        <w:rPr/>
        <w:t>fuente—</w:t>
      </w:r>
    </w:p>
    <w:p>
      <w:pPr>
        <w:pStyle w:val="BodyText"/>
      </w:pPr>
      <w:r>
        <w:rPr/>
        <w:t>—y se llevó todo consigo.</w:t>
      </w:r>
    </w:p>
    <w:p>
      <w:pPr>
        <w:pStyle w:val="BodyText"/>
      </w:pPr>
      <w:r>
        <w:rPr/>
        <w:t>Mar cayó de rodillas.</w:t>
      </w:r>
    </w:p>
    <w:p>
      <w:pPr>
        <w:pStyle w:val="BodyText"/>
      </w:pPr>
      <w:r>
        <w:rPr/>
        <w:t>El suelo de la habitación 108 era frío, sólido, insultantemente real.</w:t>
      </w:r>
      <w:r>
        <w:rPr/>
        <w:t xml:space="preserve"> </w:t>
      </w:r>
      <w:r>
        <w:rPr/>
        <w:t>Sus manos temblaban tanto que tuvo que apoyarlas en el suelo para no</w:t>
      </w:r>
      <w:r>
        <w:rPr/>
        <w:t xml:space="preserve"> </w:t>
      </w:r>
      <w:r>
        <w:rPr/>
        <w:t>colapsar del todo. La garganta le ardía como si hubiera gritado durante</w:t>
      </w:r>
      <w:r>
        <w:rPr/>
        <w:t xml:space="preserve"> </w:t>
      </w:r>
      <w:r>
        <w:rPr/>
        <w:t>horas. Lágrimas heladas —¿cuándo había empezado a llorar?—</w:t>
      </w:r>
      <w:r>
        <w:rPr/>
        <w:t xml:space="preserve"> </w:t>
      </w:r>
      <w:r>
        <w:rPr/>
        <w:t>resbalaban por sus mejillas sin que pudiera controlarlas.</w:t>
      </w:r>
    </w:p>
    <w:p>
      <w:pPr>
        <w:pStyle w:val="BodyText"/>
      </w:pPr>
      <w:r>
        <w:rPr/>
        <w:t>Respiró.</w:t>
      </w:r>
    </w:p>
    <w:p>
      <w:pPr>
        <w:pStyle w:val="BodyText"/>
      </w:pPr>
      <w:r>
        <w:rPr/>
        <w:t>Una vez.</w:t>
      </w:r>
    </w:p>
    <w:p>
      <w:pPr>
        <w:pStyle w:val="BodyText"/>
      </w:pPr>
      <w:r>
        <w:rPr/>
        <w:t>Dos.</w:t>
      </w:r>
    </w:p>
    <w:p>
      <w:pPr>
        <w:pStyle w:val="BodyText"/>
      </w:pPr>
      <w:r>
        <w:rPr/>
        <w:t>El mundo dejó de girar.</w:t>
      </w:r>
    </w:p>
    <w:p>
      <w:pPr>
        <w:pStyle w:val="BodyText"/>
      </w:pPr>
      <w:r>
        <w:rPr/>
        <w:t>Ahora comprendía.</w:t>
      </w:r>
    </w:p>
    <w:p>
      <w:pPr>
        <w:pStyle w:val="BodyText"/>
      </w:pPr>
      <w:r>
        <w:rPr/>
        <w:t>No era solo la herida de Montségur, ni la desaparición de Ordaz, ni el</w:t>
      </w:r>
      <w:r>
        <w:rPr/>
        <w:t xml:space="preserve"> </w:t>
      </w:r>
      <w:r>
        <w:rPr/>
        <w:t>desvanecimiento de Adrián en Weißensee. Era una misma línea de fracturas</w:t>
      </w:r>
      <w:r>
        <w:rPr/>
        <w:t xml:space="preserve"> </w:t>
      </w:r>
      <w:r>
        <w:rPr/>
        <w:t>que se extendía desde el origen del universo hasta la pantalla de su</w:t>
      </w:r>
      <w:r>
        <w:rPr/>
        <w:t xml:space="preserve"> </w:t>
      </w:r>
      <w:r>
        <w:rPr/>
        <w:t>portátil, desde la primera vibración hasta los monitores de un club de</w:t>
      </w:r>
      <w:r>
        <w:rPr/>
        <w:t xml:space="preserve"> </w:t>
      </w:r>
      <w:r>
        <w:rPr/>
        <w:t>Berlín.</w:t>
      </w:r>
    </w:p>
    <w:p>
      <w:pPr>
        <w:pStyle w:val="BodyText"/>
      </w:pPr>
      <w:r>
        <w:rPr/>
        <w:t>Un linaje de custodios, de sacrificios mal entendidos, de genios</w:t>
      </w:r>
      <w:r>
        <w:rPr/>
        <w:t xml:space="preserve"> </w:t>
      </w:r>
      <w:r>
        <w:rPr/>
        <w:t>seducidos y consumidos por la misma canción inmortal.</w:t>
      </w:r>
    </w:p>
    <w:p>
      <w:pPr>
        <w:pStyle w:val="BodyText"/>
      </w:pPr>
      <w:r>
        <w:rPr/>
        <w:t>Levantó la vista hacia las presencias.</w:t>
      </w:r>
    </w:p>
    <w:p>
      <w:pPr>
        <w:pStyle w:val="BodyText"/>
      </w:pPr>
      <w:r>
        <w:rPr/>
        <w:t>En sus ojos ya no vio solo testigos. Vio esperanza.</w:t>
      </w:r>
    </w:p>
    <w:p>
      <w:pPr>
        <w:pStyle w:val="BodyText"/>
      </w:pPr>
      <w:r>
        <w:rPr/>
        <w:t>El zumbido comenzó en algún punto bajo sus pies, profundo como un</w:t>
      </w:r>
      <w:r>
        <w:rPr/>
        <w:t xml:space="preserve"> </w:t>
      </w:r>
      <w:r>
        <w:rPr/>
        <w:t>terremoto contenido. Subió por las paredes, se filtró por el techo,</w:t>
      </w:r>
      <w:r>
        <w:rPr/>
        <w:t xml:space="preserve"> </w:t>
      </w:r>
      <w:r>
        <w:rPr/>
        <w:t>atravesó su columna. No era un aviso ni una amenaza. Era una aprobación.</w:t>
      </w:r>
    </w:p>
    <w:p>
      <w:pPr>
        <w:pStyle w:val="BodyText"/>
      </w:pPr>
      <w:r>
        <w:rPr/>
        <w:t>Lo entendió sin palabras: el Eco, por primera vez, no solo le pedía que</w:t>
      </w:r>
      <w:r>
        <w:rPr/>
        <w:t xml:space="preserve"> </w:t>
      </w:r>
      <w:r>
        <w:rPr/>
        <w:t>lo escuchara. Le ofrecía ser escuchado de otro modo.</w:t>
      </w:r>
    </w:p>
    <w:p>
      <w:pPr>
        <w:pStyle w:val="BodyText"/>
      </w:pPr>
      <w:r>
        <w:rPr/>
        <w:t>El miedo puro que la había acompañado desde el primer compás de Fading</w:t>
      </w:r>
      <w:r>
        <w:rPr/>
        <w:t xml:space="preserve"> </w:t>
      </w:r>
      <w:r>
        <w:rPr/>
        <w:t>Away se transformó poco a poco en otra cosa: responsabilidad.</w:t>
      </w:r>
    </w:p>
    <w:p>
      <w:pPr>
        <w:pStyle w:val="BodyText"/>
      </w:pPr>
      <w:r>
        <w:rPr/>
        <w:t>Y, en el centro microscópico de esa responsabilidad, una chispa de</w:t>
      </w:r>
      <w:r>
        <w:rPr/>
        <w:t xml:space="preserve"> </w:t>
      </w:r>
      <w:r>
        <w:rPr/>
        <w:t>alegría.</w:t>
      </w:r>
    </w:p>
    <w:p>
      <w:pPr>
        <w:pStyle w:val="BodyText"/>
      </w:pPr>
      <w:r>
        <w:rPr/>
        <w:t>Pero antes de la alegría, hubo miedo.</w:t>
      </w:r>
    </w:p>
    <w:p>
      <w:pPr>
        <w:pStyle w:val="BodyText"/>
      </w:pPr>
      <w:r>
        <w:rPr/>
        <w:t>Miedo a fallar como Arnaldo.</w:t>
      </w:r>
    </w:p>
    <w:p>
      <w:pPr>
        <w:pStyle w:val="BodyText"/>
      </w:pPr>
      <w:r>
        <w:rPr/>
        <w:t>Miedo a equivocarse como Anna Maria.</w:t>
      </w:r>
    </w:p>
    <w:p>
      <w:pPr>
        <w:pStyle w:val="BodyText"/>
      </w:pPr>
      <w:r>
        <w:rPr/>
        <w:t>Miedo a desvanecerse como Adrián.</w:t>
      </w:r>
    </w:p>
    <w:p>
      <w:pPr>
        <w:pStyle w:val="BodyText"/>
      </w:pPr>
      <w:r>
        <w:rPr/>
        <w:t>Mar cerró los ojos. Respiró.</w:t>
      </w:r>
    </w:p>
    <w:p>
      <w:pPr>
        <w:pStyle w:val="BodyText"/>
      </w:pPr>
      <w:r>
        <w:rPr/>
        <w:t>Y decidió que el miedo no era una razón para detenerse.</w:t>
      </w:r>
    </w:p>
    <w:p>
      <w:pPr>
        <w:pStyle w:val="BodyText"/>
      </w:pPr>
      <w:r>
        <w:rPr/>
        <w:t>Era solo otra frecuencia que aprender a modular.</w:t>
      </w:r>
    </w:p>
    <w:p>
      <w:pPr>
        <w:pStyle w:val="BodyText"/>
      </w:pPr>
      <w:r>
        <w:rPr/>
        <w:t>Cuando el zumbido cesó, abrió los ojos.</w:t>
      </w:r>
    </w:p>
    <w:p>
      <w:pPr>
        <w:pStyle w:val="BodyText"/>
      </w:pPr>
      <w:r>
        <w:rPr/>
        <w:t>La nota de papel que había colocado sobre la cama —una simple hoja</w:t>
      </w:r>
      <w:r>
        <w:rPr/>
        <w:t xml:space="preserve"> </w:t>
      </w:r>
      <w:r>
        <w:rPr/>
        <w:t>arrancada de su cuaderno, donde había escrito a mano: «Si acepto,</w:t>
      </w:r>
      <w:r>
        <w:rPr/>
        <w:t xml:space="preserve"> </w:t>
      </w:r>
      <w:r>
        <w:rPr/>
        <w:t>muéstrame el siguiente paso»— había desaparecido.</w:t>
      </w:r>
    </w:p>
    <w:p>
      <w:pPr>
        <w:pStyle w:val="BodyText"/>
      </w:pPr>
      <w:r>
        <w:rPr/>
        <w:t>En su lugar había una pequeña lámina de pergamino antiguo.</w:t>
      </w:r>
    </w:p>
    <w:p>
      <w:pPr>
        <w:pStyle w:val="BodyText"/>
      </w:pPr>
      <w:r>
        <w:rPr/>
        <w:t>Sobre ella, trazada en tinta oscura y aún brillante, una clave de sol</w:t>
      </w:r>
      <w:r>
        <w:rPr/>
        <w:t xml:space="preserve"> </w:t>
      </w:r>
      <w:r>
        <w:rPr/>
        <w:t>invertida, recorrida por una espiral. Pulsaba con una luz tenue, como si</w:t>
      </w:r>
      <w:r>
        <w:rPr/>
        <w:t xml:space="preserve"> </w:t>
      </w:r>
      <w:r>
        <w:rPr/>
        <w:t>respirara.</w:t>
      </w:r>
    </w:p>
    <w:p>
      <w:pPr>
        <w:pStyle w:val="BodyText"/>
      </w:pPr>
      <w:r>
        <w:rPr/>
        <w:t>Mar la tomó entre las manos.</w:t>
      </w:r>
    </w:p>
    <w:p>
      <w:pPr>
        <w:pStyle w:val="BodyText"/>
      </w:pPr>
      <w:r>
        <w:rPr/>
        <w:t>Estaba caliente. No como algo que ha sido tocado, sino como algo que</w:t>
      </w:r>
      <w:r>
        <w:rPr/>
        <w:t xml:space="preserve"> </w:t>
      </w:r>
      <w:r>
        <w:rPr/>
        <w:t>está vivo.</w:t>
      </w:r>
    </w:p>
    <w:p>
      <w:pPr>
        <w:pStyle w:val="BodyText"/>
      </w:pPr>
      <w:r>
        <w:rPr/>
        <w:t>No era solo un símbolo. Era la bendición tangible de todo el linaje de</w:t>
      </w:r>
      <w:r>
        <w:rPr/>
        <w:t xml:space="preserve"> </w:t>
      </w:r>
      <w:r>
        <w:rPr/>
        <w:t>custodios, una autorización firmada en vibración: ocho siglos de</w:t>
      </w:r>
      <w:r>
        <w:rPr/>
        <w:t xml:space="preserve"> </w:t>
      </w:r>
      <w:r>
        <w:rPr/>
        <w:t>búsqueda condensados en un solo trazo.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 se incorporó despacio. El cuerpo le pesaba como si hubiera corrido</w:t>
      </w:r>
      <w:r>
        <w:rPr/>
        <w:t xml:space="preserve"> </w:t>
      </w:r>
      <w:r>
        <w:rPr/>
        <w:t>durante horas, pero la mente estaba extrañamente nítida.</w:t>
      </w:r>
    </w:p>
    <w:p>
      <w:pPr>
        <w:pStyle w:val="BodyText"/>
      </w:pPr>
      <w:r>
        <w:rPr/>
        <w:t>Guardó el pergamino junto a la piedra de Montségur y el documento de San</w:t>
      </w:r>
      <w:r>
        <w:rPr/>
        <w:t xml:space="preserve"> </w:t>
      </w:r>
      <w:r>
        <w:rPr/>
        <w:t>Juan de Duero. No eran reliquias de museo. Eran piezas de una misma</w:t>
      </w:r>
      <w:r>
        <w:rPr/>
        <w:t xml:space="preserve"> </w:t>
      </w:r>
      <w:r>
        <w:rPr/>
        <w:t>partitura incompleta.</w:t>
      </w:r>
    </w:p>
    <w:p>
      <w:pPr>
        <w:pStyle w:val="BodyText"/>
      </w:pPr>
      <w:r>
        <w:rPr/>
        <w:t>Ella ya no era la investigadora que seguía una pista ajena. Era la</w:t>
      </w:r>
      <w:r>
        <w:rPr/>
        <w:t xml:space="preserve"> </w:t>
      </w:r>
      <w:r>
        <w:rPr/>
        <w:t>compositora destinada a escribir el acorde que faltaba.</w:t>
      </w:r>
    </w:p>
    <w:p>
      <w:pPr>
        <w:pStyle w:val="BodyText"/>
      </w:pPr>
      <w:r>
        <w:rPr/>
        <w:t>Al final del pergamino que Lena le había dado meses atrás —el que</w:t>
      </w:r>
      <w:r>
        <w:rPr/>
        <w:t xml:space="preserve"> </w:t>
      </w:r>
      <w:r>
        <w:rPr/>
        <w:t>describía con precisión casi quirúrgica la estructura del Eco—, una</w:t>
      </w:r>
      <w:r>
        <w:rPr/>
        <w:t xml:space="preserve"> </w:t>
      </w:r>
      <w:r>
        <w:rPr/>
        <w:t>frase destacaba aislada de todo contexto:</w:t>
      </w:r>
    </w:p>
    <w:p>
      <w:pPr>
        <w:pStyle w:val="BodyText"/>
      </w:pPr>
      <w:r>
        <w:rPr/>
        <w:t>«Si el vínculo se rompe, la música lo reescribirá».</w:t>
      </w:r>
    </w:p>
    <w:p>
      <w:pPr>
        <w:pStyle w:val="BodyText"/>
      </w:pPr>
      <w:r>
        <w:rPr/>
        <w:t>Mar volvió a leerla, esta vez con una certeza nueva.</w:t>
      </w:r>
    </w:p>
    <w:p>
      <w:pPr>
        <w:pStyle w:val="BodyText"/>
      </w:pPr>
      <w:r>
        <w:rPr/>
        <w:t>No había firma. Solo una palabra en tinta oscura:</w:t>
      </w:r>
    </w:p>
    <w:p>
      <w:pPr>
        <w:pStyle w:val="BodyText"/>
      </w:pPr>
      <w:r>
        <w:rPr/>
        <w:t>Montségur.</w:t>
      </w:r>
    </w:p>
    <w:p>
      <w:pPr>
        <w:pStyle w:val="BodyText"/>
      </w:pPr>
      <w:r>
        <w:rPr/>
        <w:t>Sintió la cicatriz bajo su clavícula latir al ritmo de esa palabra.</w:t>
      </w:r>
    </w:p>
    <w:p>
      <w:pPr>
        <w:pStyle w:val="BodyText"/>
      </w:pPr>
      <w:r>
        <w:rPr/>
        <w:t>El Eco ya no era solo una búsqueda académica ni una obsesión personal.</w:t>
      </w:r>
    </w:p>
    <w:p>
      <w:pPr>
        <w:pStyle w:val="BodyText"/>
      </w:pPr>
      <w:r>
        <w:rPr/>
        <w:t>Era una guerra. Una guerra de frecuencias, de memorias, de modos de</w:t>
      </w:r>
      <w:r>
        <w:rPr/>
        <w:t xml:space="preserve"> </w:t>
      </w:r>
      <w:r>
        <w:rPr/>
        <w:t>entender qué merecía ser recordado y qué debía desvanecerse.</w:t>
      </w:r>
    </w:p>
    <w:p>
      <w:pPr>
        <w:pStyle w:val="BodyText"/>
      </w:pPr>
      <w:r>
        <w:rPr/>
        <w:t>Y ella acababa de cruzar el umbral del ritual que la convertía, a ojos</w:t>
      </w:r>
      <w:r>
        <w:rPr/>
        <w:t xml:space="preserve"> </w:t>
      </w:r>
      <w:r>
        <w:rPr/>
        <w:t>de todos los custodios —vivos y muertos—, en su general más</w:t>
      </w:r>
      <w:r>
        <w:rPr/>
        <w:t xml:space="preserve"> </w:t>
      </w:r>
      <w:r>
        <w:rPr/>
        <w:t>improbable.</w:t>
      </w:r>
    </w:p>
    <w:p>
      <w:pPr>
        <w:pStyle w:val="Heading1"/>
      </w:pPr>
      <w:r>
        <w:rPr/>
        <w:t>CAPÍTULO 18 LA GEOMETRÍA DEL ECO</w:t>
      </w:r>
    </w:p>
    <w:p>
      <w:pPr/>
      <w:r>
        <w:rPr/>
        <w:t>«La matemática es la música de la razón. La música es la matemática del</w:t>
      </w:r>
      <w:r>
        <w:rPr/>
        <w:t xml:space="preserve"> </w:t>
      </w:r>
      <w:r>
        <w:rPr/>
        <w:t>alma.» — Cuaderno de ILIBERIS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Setenta y dos horas.</w:t>
      </w:r>
    </w:p>
    <w:p>
      <w:pPr>
        <w:pStyle w:val="BodyText"/>
      </w:pPr>
      <w:r>
        <w:rPr/>
        <w:t>El laboratorio se había convertido en una extensión del insomnio de los</w:t>
      </w:r>
      <w:r>
        <w:rPr/>
        <w:t xml:space="preserve"> </w:t>
      </w:r>
      <w:r>
        <w:rPr/>
        <w:t>tres. Olía a café recalentado, sudor frío y al ozono de los equipos</w:t>
      </w:r>
      <w:r>
        <w:rPr/>
        <w:t xml:space="preserve"> </w:t>
      </w:r>
      <w:r>
        <w:rPr/>
        <w:t>trabajando sin pausa. El zumbido de los ventiladores se había vuelto</w:t>
      </w:r>
      <w:r>
        <w:rPr/>
        <w:t xml:space="preserve"> </w:t>
      </w:r>
      <w:r>
        <w:rPr/>
        <w:t>parte del latido de sus cabezas. Lena, Viktor y Mar se movían entre</w:t>
      </w:r>
      <w:r>
        <w:rPr/>
        <w:t xml:space="preserve"> </w:t>
      </w:r>
      <w:r>
        <w:rPr/>
        <w:t>pantallas y cables con la precisión de cirujanos exhaustos. Cada gesto</w:t>
      </w:r>
      <w:r>
        <w:rPr/>
        <w:t xml:space="preserve"> </w:t>
      </w:r>
      <w:r>
        <w:rPr/>
        <w:t>tenía la gravedad de un criptógrafo descifrando el último mensaje antes</w:t>
      </w:r>
      <w:r>
        <w:rPr/>
        <w:t xml:space="preserve"> </w:t>
      </w:r>
      <w:r>
        <w:rPr/>
        <w:t>del apocalipsis.</w:t>
      </w:r>
    </w:p>
    <w:p>
      <w:pPr>
        <w:pStyle w:val="BodyText"/>
      </w:pPr>
      <w:r>
        <w:rPr/>
        <w:t>Las paredes estaban cubiertas de impresiones: espectrogramas de Fading</w:t>
      </w:r>
      <w:r>
        <w:rPr/>
        <w:t xml:space="preserve"> </w:t>
      </w:r>
      <w:r>
        <w:rPr/>
        <w:t>Away, diagramas de interferencia, gráficos de resonancia de San Juan de</w:t>
      </w:r>
      <w:r>
        <w:rPr/>
        <w:t xml:space="preserve"> </w:t>
      </w:r>
      <w:r>
        <w:rPr/>
        <w:t>Duero, croquis del monasterio, esquemas de la Jaula Sónica de Chrysalis.</w:t>
      </w:r>
      <w:r>
        <w:rPr/>
        <w:t xml:space="preserve"> </w:t>
      </w:r>
      <w:r>
        <w:rPr/>
        <w:t>Entre todos formaban un laberinto de conexiones que crecía como un</w:t>
      </w:r>
      <w:r>
        <w:rPr/>
        <w:t xml:space="preserve"> </w:t>
      </w:r>
      <w:r>
        <w:rPr/>
        <w:t>organismo vivo.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simulación 3D del púlsar giraba en pantalla.</w:t>
      </w:r>
    </w:p>
    <w:p>
      <w:pPr>
        <w:pStyle w:val="BodyText"/>
      </w:pPr>
      <w:r>
        <w:rPr/>
        <w:t>PSR B1257+12. Estrella de neutrones, resto de una supernova. Un cadáver</w:t>
      </w:r>
      <w:r>
        <w:rPr/>
        <w:t xml:space="preserve"> </w:t>
      </w:r>
      <w:r>
        <w:rPr/>
        <w:t>cósmico del tamaño de una ciudad, concentrando la masa de dos soles.</w:t>
      </w:r>
      <w:r>
        <w:rPr/>
        <w:t xml:space="preserve"> </w:t>
      </w:r>
      <w:r>
        <w:rPr/>
        <w:t>Período de rotación: 1,3373 segundos.</w:t>
      </w:r>
    </w:p>
    <w:p>
      <w:pPr>
        <w:pStyle w:val="BodyText"/>
      </w:pPr>
      <w:r>
        <w:rPr/>
        <w:t>Un metrónomo enterrado en el tejido del universo.</w:t>
      </w:r>
    </w:p>
    <w:p>
      <w:pPr>
        <w:pStyle w:val="BodyText"/>
      </w:pPr>
      <w:r>
        <w:rPr/>
        <w:t>Lena había pasado seis horas verificando los cálculos. Tres veces.</w:t>
      </w:r>
      <w:r>
        <w:rPr/>
        <w:t xml:space="preserve"> </w:t>
      </w:r>
      <w:r>
        <w:rPr/>
        <w:t>Siempre el mismo resultado.</w:t>
      </w:r>
    </w:p>
    <w:p>
      <w:pPr>
        <w:pStyle w:val="BodyText"/>
      </w:pPr>
      <w:r>
        <w:rPr/>
        <w:t>Con manos que temblaban ligeramente, superpuso el espectrograma de</w:t>
      </w:r>
      <w:r>
        <w:rPr/>
        <w:t xml:space="preserve"> </w:t>
      </w:r>
      <w:r>
        <w:rPr/>
        <w:t>Fading Away sobre la señal de radio del púlsar.</w:t>
      </w:r>
    </w:p>
    <w:p>
      <w:pPr>
        <w:pStyle w:val="BodyText"/>
      </w:pPr>
      <w:r>
        <w:rPr/>
        <w:t>Las dos ondas encajaron a la perfección.</w:t>
      </w:r>
    </w:p>
    <w:p>
      <w:pPr>
        <w:pStyle w:val="BodyText"/>
      </w:pPr>
      <w:r>
        <w:rPr/>
        <w:t>La cicatriz bajo la clavícula de Mar ardió con una quemazón lúcida, como</w:t>
      </w:r>
      <w:r>
        <w:rPr/>
        <w:t xml:space="preserve"> </w:t>
      </w:r>
      <w:r>
        <w:rPr/>
        <w:t>si el púlsar hubiera estado llamándola desde antes de que naciera y solo</w:t>
      </w:r>
      <w:r>
        <w:rPr/>
        <w:t xml:space="preserve"> </w:t>
      </w:r>
      <w:r>
        <w:rPr/>
        <w:t>ahora su cuerpo entendiera el idioma de esa llamada. Sus rodillas</w:t>
      </w:r>
      <w:r>
        <w:rPr/>
        <w:t xml:space="preserve"> </w:t>
      </w:r>
      <w:r>
        <w:rPr/>
        <w:t>cedieron. Tuvo que apoyarse en la mesa, con las palmas abiertas sobre el</w:t>
      </w:r>
      <w:r>
        <w:rPr/>
        <w:t xml:space="preserve"> </w:t>
      </w:r>
      <w:r>
        <w:rPr/>
        <w:t>metal frío.</w:t>
      </w:r>
    </w:p>
    <w:p>
      <w:pPr>
        <w:pStyle w:val="BodyText"/>
      </w:pPr>
      <w:r>
        <w:rPr/>
        <w:t>Viktor, que había observado en silencio, dejó caer su taza de café. El</w:t>
      </w:r>
      <w:r>
        <w:rPr/>
        <w:t xml:space="preserve"> </w:t>
      </w:r>
      <w:r>
        <w:rPr/>
        <w:t>golpe seco contra el suelo ni siquiera interrumpió el silencio</w:t>
      </w:r>
      <w:r>
        <w:rPr/>
        <w:t xml:space="preserve"> </w:t>
      </w:r>
      <w:r>
        <w:rPr/>
        <w:t>estupefacto que llenó el laboratorio.</w:t>
      </w:r>
    </w:p>
    <w:p>
      <w:pPr>
        <w:pStyle w:val="BodyText"/>
      </w:pPr>
      <w:r>
        <w:rPr/>
        <w:t>—Dios todopoderoso —susurró Lena.</w:t>
      </w:r>
    </w:p>
    <w:p>
      <w:pPr>
        <w:pStyle w:val="BodyText"/>
      </w:pPr>
      <w:r>
        <w:rPr/>
        <w:t>Mar observó las dos curvas idénticas pulsando en sincronía en la</w:t>
      </w:r>
      <w:r>
        <w:rPr/>
        <w:t xml:space="preserve"> </w:t>
      </w:r>
      <w:r>
        <w:rPr/>
        <w:t>pantalla: la señal del púlsar, registrada por radiotelescopios a años</w:t>
      </w:r>
      <w:r>
        <w:rPr/>
        <w:t xml:space="preserve"> </w:t>
      </w:r>
      <w:r>
        <w:rPr/>
        <w:t>luz de distancia, y la huella espectral de una canción compuesta en 1998</w:t>
      </w:r>
      <w:r>
        <w:rPr/>
        <w:t xml:space="preserve"> </w:t>
      </w:r>
      <w:r>
        <w:rPr/>
        <w:t>por un DJ encerrado en un estudio de Berlín.</w:t>
      </w:r>
    </w:p>
    <w:p>
      <w:pPr>
        <w:pStyle w:val="BodyText"/>
      </w:pPr>
      <w:r>
        <w:rPr/>
        <w:t>La verdad se desplegó con claridad brutal:</w:t>
      </w:r>
    </w:p>
    <w:p>
      <w:pPr>
        <w:pStyle w:val="BodyText"/>
      </w:pPr>
      <w:r>
        <w:rPr/>
        <w:t>Adrián no había compuesto música. Había sintonizado un latido muerto.</w:t>
      </w:r>
    </w:p>
    <w:p>
      <w:pPr>
        <w:pStyle w:val="BodyText"/>
      </w:pPr>
      <w:r>
        <w:rPr/>
        <w:t>Su sintetizador no había sido un instrumento. Había sido una antena</w:t>
      </w:r>
      <w:r>
        <w:rPr/>
        <w:t xml:space="preserve"> </w:t>
      </w:r>
      <w:r>
        <w:rPr/>
        <w:t>afinada a una herida cósmica: el eco de una estrella que había explotado</w:t>
      </w:r>
      <w:r>
        <w:rPr/>
        <w:t xml:space="preserve"> </w:t>
      </w:r>
      <w:r>
        <w:rPr/>
        <w:t>hacía millones de años y cuya señal apenas estaba llegando ahora a la</w:t>
      </w:r>
      <w:r>
        <w:rPr/>
        <w:t xml:space="preserve"> </w:t>
      </w:r>
      <w:r>
        <w:rPr/>
        <w:t>Tierra.</w:t>
      </w:r>
    </w:p>
    <w:p>
      <w:pPr>
        <w:pStyle w:val="BodyText"/>
      </w:pPr>
      <w:r>
        <w:rPr/>
        <w:t>Nadie habló durante treinta segundos.</w:t>
      </w:r>
    </w:p>
    <w:p>
      <w:pPr>
        <w:pStyle w:val="BodyText"/>
      </w:pPr>
      <w:r>
        <w:rPr/>
        <w:t>El laboratorio, que había zumbado con actividad frenética durante tres</w:t>
      </w:r>
      <w:r>
        <w:rPr/>
        <w:t xml:space="preserve"> </w:t>
      </w:r>
      <w:r>
        <w:rPr/>
        <w:t>días, quedó suspendido en un vacío que no era ausencia de sonido, sino</w:t>
      </w:r>
      <w:r>
        <w:rPr/>
        <w:t xml:space="preserve"> </w:t>
      </w:r>
      <w:r>
        <w:rPr/>
        <w:t>presencia de algo demasiado grande para caber en palabras.</w:t>
      </w:r>
    </w:p>
    <w:p>
      <w:pPr>
        <w:pStyle w:val="BodyText"/>
      </w:pPr>
      <w:r>
        <w:rPr/>
        <w:t>Viktor fue el primero en moverse. Se agachó, recogió los restos de la</w:t>
      </w:r>
      <w:r>
        <w:rPr/>
        <w:t xml:space="preserve"> </w:t>
      </w:r>
      <w:r>
        <w:rPr/>
        <w:t>taza con manos que aún temblaban.</w:t>
      </w:r>
    </w:p>
    <w:p>
      <w:pPr>
        <w:pStyle w:val="BodyText"/>
      </w:pPr>
      <w:r>
        <w:rPr/>
        <w:t>—Esto lo cambia todo —dijo finalmente.</w:t>
      </w:r>
    </w:p>
    <w:p>
      <w:pPr>
        <w:pStyle w:val="BodyText"/>
      </w:pPr>
      <w:r>
        <w:rPr/>
        <w:t>Y nadie lo contradijo.</w:t>
      </w:r>
    </w:p>
    <w:p>
      <w:pPr>
        <w:pStyle w:val="BodyText"/>
      </w:pPr>
      <w:r>
        <w:rPr/>
        <w:t>—Si Chrysalis descubre que tenemos esta información… —empezó</w:t>
      </w:r>
      <w:r>
        <w:rPr/>
        <w:t xml:space="preserve"> </w:t>
      </w:r>
      <w:r>
        <w:rPr/>
        <w:t>Viktor.</w:t>
      </w:r>
    </w:p>
    <w:p>
      <w:pPr>
        <w:pStyle w:val="BodyText"/>
      </w:pPr>
      <w:r>
        <w:rPr/>
        <w:t>—Ya lo sabe —lo cortó Lena, señalando el detector vibracional</w:t>
      </w:r>
      <w:r>
        <w:rPr/>
        <w:t xml:space="preserve"> </w:t>
      </w:r>
      <w:r>
        <w:rPr/>
        <w:t>conectado al sistema de red—. Han aumentado la actividad en las bandas</w:t>
      </w:r>
      <w:r>
        <w:rPr/>
        <w:t xml:space="preserve"> </w:t>
      </w:r>
      <w:r>
        <w:rPr/>
        <w:t>intermedias desde que empezamos el análisis. Nos han estado</w:t>
      </w:r>
      <w:r>
        <w:rPr/>
        <w:t xml:space="preserve"> </w:t>
      </w:r>
      <w:r>
        <w:rPr/>
        <w:t>monitoreando.</w:t>
      </w:r>
    </w:p>
    <w:p>
      <w:pPr>
        <w:pStyle w:val="BodyText"/>
      </w:pPr>
      <w:r>
        <w:rPr/>
        <w:t>Un escalofrío recorrió a Mar.</w:t>
      </w:r>
    </w:p>
    <w:p>
      <w:pPr>
        <w:pStyle w:val="BodyText"/>
      </w:pPr>
      <w:r>
        <w:rPr/>
        <w:t>La guerra acababa de empezar.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terror y la maravilla luchaban por el control del rostro de Viktor.</w:t>
      </w:r>
      <w:r>
        <w:rPr/>
        <w:t xml:space="preserve"> </w:t>
      </w:r>
      <w:r>
        <w:rPr/>
        <w:t>La mente científica intentaba encajar las piezas con la violencia de</w:t>
      </w:r>
      <w:r>
        <w:rPr/>
        <w:t xml:space="preserve"> </w:t>
      </w:r>
      <w:r>
        <w:rPr/>
        <w:t>placas tectónicas colisionando.</w:t>
      </w:r>
    </w:p>
    <w:p>
      <w:pPr>
        <w:pStyle w:val="BodyText"/>
      </w:pPr>
      <w:r>
        <w:rPr/>
        <w:t>—La Jaula Sónica… —murmuró Lena, fijándose en los espectros—.</w:t>
      </w:r>
      <w:r>
        <w:rPr/>
        <w:t xml:space="preserve"> </w:t>
      </w:r>
      <w:r>
        <w:rPr/>
        <w:t>Los silencios quirúrgicos en la grabación, esos huecos matemáticamente</w:t>
      </w:r>
      <w:r>
        <w:rPr/>
        <w:t xml:space="preserve"> </w:t>
      </w:r>
      <w:r>
        <w:rPr/>
        <w:t>perfectos…</w:t>
      </w:r>
    </w:p>
    <w:p>
      <w:pPr>
        <w:pStyle w:val="BodyText"/>
      </w:pPr>
      <w:r>
        <w:rPr/>
        <w:t>Se volvió hacia ellos, con los ojos encendidos.</w:t>
      </w:r>
    </w:p>
    <w:p>
      <w:pPr>
        <w:pStyle w:val="BodyText"/>
      </w:pPr>
      <w:r>
        <w:rPr/>
        <w:t>—¿Sabéis qué ocurre cuando dos ondas sonoras idénticas, pero</w:t>
      </w:r>
      <w:r>
        <w:rPr/>
        <w:t xml:space="preserve"> </w:t>
      </w:r>
      <w:r>
        <w:rPr/>
        <w:t>desfasadas ciento ochenta grados, se encuentran?</w:t>
      </w:r>
    </w:p>
    <w:p>
      <w:pPr>
        <w:pStyle w:val="BodyText"/>
      </w:pPr>
      <w:r>
        <w:rPr/>
        <w:t>—Interferencia destructiva —respondió Mar—. Se cancelan</w:t>
      </w:r>
      <w:r>
        <w:rPr/>
        <w:t xml:space="preserve"> </w:t>
      </w:r>
      <w:r>
        <w:rPr/>
        <w:t>mutuamente. Crean un vacío acústico absoluto.</w:t>
      </w:r>
    </w:p>
    <w:p>
      <w:pPr>
        <w:pStyle w:val="BodyText"/>
      </w:pPr>
      <w:r>
        <w:rPr/>
        <w:t>—Exactamente. —Lena empezó a pasearse por la sala, gesticulando—.</w:t>
      </w:r>
      <w:r>
        <w:rPr/>
        <w:t xml:space="preserve"> </w:t>
      </w:r>
      <w:r>
        <w:rPr/>
        <w:t>La Jaula Sónica es eso: una matriz de frecuencias diseñada para generar</w:t>
      </w:r>
      <w:r>
        <w:rPr/>
        <w:t xml:space="preserve"> </w:t>
      </w:r>
      <w:r>
        <w:rPr/>
        <w:t>huecos de cancelación perfecta. No es solo un sistema de contención. Es</w:t>
      </w:r>
      <w:r>
        <w:rPr/>
        <w:t xml:space="preserve"> </w:t>
      </w:r>
      <w:r>
        <w:rPr/>
        <w:t>un arma que proyecta vacío absoluto.</w:t>
      </w:r>
    </w:p>
    <w:p>
      <w:pPr>
        <w:pStyle w:val="BodyText"/>
      </w:pPr>
      <w:r>
        <w:rPr/>
        <w:t>Se detuvo frente a la pantalla del púlsar.</w:t>
      </w:r>
    </w:p>
    <w:p>
      <w:pPr>
        <w:pStyle w:val="BodyText"/>
      </w:pPr>
      <w:r>
        <w:rPr/>
        <w:t>—Imagina tomar el latido de una estrella muerta, replicarlo en una</w:t>
      </w:r>
      <w:r>
        <w:rPr/>
        <w:t xml:space="preserve"> </w:t>
      </w:r>
      <w:r>
        <w:rPr/>
        <w:t>estructura de sonido humano y luego desfasarlo contra cualquier señal</w:t>
      </w:r>
      <w:r>
        <w:rPr/>
        <w:t xml:space="preserve"> </w:t>
      </w:r>
      <w:r>
        <w:rPr/>
        <w:t>que quieras borrar. Una nota tan precisa que puede cancelar la</w:t>
      </w:r>
      <w:r>
        <w:rPr/>
        <w:t xml:space="preserve"> </w:t>
      </w:r>
      <w:r>
        <w:rPr/>
        <w:t>existencia acústica de lo que toca.</w:t>
      </w:r>
    </w:p>
    <w:p>
      <w:pPr>
        <w:pStyle w:val="BodyText"/>
      </w:pPr>
      <w:r>
        <w:rPr/>
        <w:t>Mar lo vio entonces con una claridad que dolía físicamente.</w:t>
      </w:r>
    </w:p>
    <w:p>
      <w:pPr>
        <w:pStyle w:val="BodyText"/>
      </w:pPr>
      <w:r>
        <w:rPr/>
        <w:t>—La Jaula Sónica no es una cárcel —dijo—. Es un borrador de</w:t>
      </w:r>
      <w:r>
        <w:rPr/>
        <w:t xml:space="preserve"> </w:t>
      </w:r>
      <w:r>
        <w:rPr/>
        <w:t>realidad.</w:t>
      </w:r>
    </w:p>
    <w:p>
      <w:pPr>
        <w:pStyle w:val="BodyText"/>
      </w:pPr>
      <w:r>
        <w:rPr/>
        <w:t>Viktor asintió lentamente.</w:t>
      </w:r>
    </w:p>
    <w:p>
      <w:pPr>
        <w:pStyle w:val="BodyText"/>
      </w:pPr>
      <w:r>
        <w:rPr/>
        <w:t>—Y Fading Away fue el prototipo.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Lena amplió el zoom sobre una sección concreta del espectrograma. Un</w:t>
      </w:r>
      <w:r>
        <w:rPr/>
        <w:t xml:space="preserve"> </w:t>
      </w:r>
      <w:r>
        <w:rPr/>
        <w:t>tren de impulsos regulares, escondido bajo la textura de pads y reverbs,</w:t>
      </w:r>
      <w:r>
        <w:rPr/>
        <w:t xml:space="preserve"> </w:t>
      </w:r>
      <w:r>
        <w:rPr/>
        <w:t>apareció como una secuencia de latidos luminosos.</w:t>
      </w:r>
    </w:p>
    <w:p>
      <w:pPr>
        <w:pStyle w:val="BodyText"/>
      </w:pPr>
      <w:r>
        <w:rPr/>
        <w:t>—Mira esto —dijo—. Esta cadencia no pertenece a ningún</w:t>
      </w:r>
      <w:r>
        <w:rPr/>
        <w:t xml:space="preserve"> </w:t>
      </w:r>
      <w:r>
        <w:rPr/>
        <w:t>instrumento. Es la huella del púlsar, incrustada en la base de la</w:t>
      </w:r>
      <w:r>
        <w:rPr/>
        <w:t xml:space="preserve"> </w:t>
      </w:r>
      <w:r>
        <w:rPr/>
        <w:t>canción. Adrián la moduló, la envolvió en armonías humanas, pero el</w:t>
      </w:r>
      <w:r>
        <w:rPr/>
        <w:t xml:space="preserve"> </w:t>
      </w:r>
      <w:r>
        <w:rPr/>
        <w:t>esqueleto sigue siendo estelar.</w:t>
      </w:r>
    </w:p>
    <w:p>
      <w:pPr>
        <w:pStyle w:val="BodyText"/>
      </w:pPr>
      <w:r>
        <w:rPr/>
        <w:t>—Entonces Chrysalis… —Viktor se frotó la frente—. ¿Qué buscaba</w:t>
      </w:r>
      <w:r>
        <w:rPr/>
        <w:t xml:space="preserve"> </w:t>
      </w:r>
      <w:r>
        <w:rPr/>
        <w:t>exactamente? ¿La canción o el púlsar?</w:t>
      </w:r>
    </w:p>
    <w:p>
      <w:pPr>
        <w:pStyle w:val="BodyText"/>
      </w:pPr>
      <w:r>
        <w:rPr/>
        <w:t>—Ambos —respondió Mar—. El púlsar es el Faro. Fading Away es el</w:t>
      </w:r>
      <w:r>
        <w:rPr/>
        <w:t xml:space="preserve"> </w:t>
      </w:r>
      <w:r>
        <w:rPr/>
        <w:t>idioma en el que el Faro nos habla. Y la Jaula Sónica es el intento de</w:t>
      </w:r>
      <w:r>
        <w:rPr/>
        <w:t xml:space="preserve"> </w:t>
      </w:r>
      <w:r>
        <w:rPr/>
        <w:t>Chrysalis de apropiarse de ese idioma para reescribir la memoria del</w:t>
      </w:r>
      <w:r>
        <w:rPr/>
        <w:t xml:space="preserve"> </w:t>
      </w:r>
      <w:r>
        <w:rPr/>
        <w:t>mundo.</w:t>
      </w:r>
    </w:p>
    <w:p>
      <w:pPr>
        <w:pStyle w:val="BodyText"/>
      </w:pPr>
      <w:r>
        <w:rPr/>
        <w:t>Viktor se dejó caer en una silla.</w:t>
      </w:r>
    </w:p>
    <w:p>
      <w:pPr>
        <w:pStyle w:val="BodyText"/>
      </w:pPr>
      <w:r>
        <w:rPr/>
        <w:t>—Si pueden cancelar señales a esa escala… pueden borrar cualquier</w:t>
      </w:r>
      <w:r>
        <w:rPr/>
        <w:t xml:space="preserve"> </w:t>
      </w:r>
      <w:r>
        <w:rPr/>
        <w:t>rastro acústico. Versiones de la historia. Pruebas. Testimonios.</w:t>
      </w:r>
      <w:r>
        <w:rPr/>
        <w:t xml:space="preserve"> </w:t>
      </w:r>
      <w:r>
        <w:rPr/>
        <w:t>Canciones.</w:t>
      </w:r>
    </w:p>
    <w:p>
      <w:pPr>
        <w:pStyle w:val="BodyText"/>
      </w:pPr>
      <w:r>
        <w:rPr/>
        <w:t>Lena añadió, en voz más baja:</w:t>
      </w:r>
    </w:p>
    <w:p>
      <w:pPr>
        <w:pStyle w:val="BodyText"/>
      </w:pPr>
      <w:r>
        <w:rPr/>
        <w:t>—Personas.</w:t>
      </w:r>
    </w:p>
    <w:p>
      <w:pPr>
        <w:pStyle w:val="BodyText"/>
      </w:pPr>
      <w:r>
        <w:rPr/>
        <w:t>El peso de esas palabras se asentó sobre ellos como losa de plomo.</w:t>
      </w:r>
    </w:p>
    <w:p>
      <w:pPr>
        <w:pStyle w:val="BodyText"/>
      </w:pPr>
      <w:r>
        <w:rPr/>
        <w:t>Mar parecía ajena a la conversación. Tenía la mirada fija en la</w:t>
      </w:r>
      <w:r>
        <w:rPr/>
        <w:t xml:space="preserve"> </w:t>
      </w:r>
      <w:r>
        <w:rPr/>
        <w:t>pantalla, pero ya no veía gráficos. Veía un patrón que venía desde</w:t>
      </w:r>
      <w:r>
        <w:rPr/>
        <w:t xml:space="preserve"> </w:t>
      </w:r>
      <w:r>
        <w:rPr/>
        <w:t>Montségur, cruzaba San Juan de Duero, tocaba a Anna Maria en los Alpes,</w:t>
      </w:r>
      <w:r>
        <w:rPr/>
        <w:t xml:space="preserve"> </w:t>
      </w:r>
      <w:r>
        <w:rPr/>
        <w:t>rozaba a Vasco en Lisboa y terminaba en un DJ de treinta años que creyó</w:t>
      </w:r>
      <w:r>
        <w:rPr/>
        <w:t xml:space="preserve"> </w:t>
      </w:r>
      <w:r>
        <w:rPr/>
        <w:t>estar componiendo un tema para la pista y acabó convertido en</w:t>
      </w:r>
      <w:r>
        <w:rPr/>
        <w:t xml:space="preserve"> </w:t>
      </w:r>
      <w:r>
        <w:rPr/>
        <w:t>frecuencia.</w:t>
      </w:r>
    </w:p>
    <w:p>
      <w:pPr>
        <w:pStyle w:val="BodyText"/>
      </w:pPr>
      <w:r>
        <w:rPr/>
        <w:t>Todas las cicatrices del Eco alineadas sobre un mismo metrónomo.</w:t>
      </w:r>
    </w:p>
    <w:p>
      <w:pPr>
        <w:pStyle w:val="BodyText"/>
      </w:pPr>
      <w:r>
        <w:rPr/>
        <w:t>—Y ahora —concluyó Lena—, Finch y toda la maquinaria de Chrysalis</w:t>
      </w:r>
      <w:r>
        <w:rPr/>
        <w:t xml:space="preserve"> </w:t>
      </w:r>
      <w:r>
        <w:rPr/>
        <w:t>quieren apoderarse de la batuta para dirigir esta orquesta cósmica.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calma que siguió fue engañosa. Por fuera, el laboratorio parecía</w:t>
      </w:r>
      <w:r>
        <w:rPr/>
        <w:t xml:space="preserve"> </w:t>
      </w:r>
      <w:r>
        <w:rPr/>
        <w:t>agotado: cables enredados, tazas vacías, papeles acumulados. Por dentro,</w:t>
      </w:r>
      <w:r>
        <w:rPr/>
        <w:t xml:space="preserve"> </w:t>
      </w:r>
      <w:r>
        <w:rPr/>
        <w:t>algo se había alineado.</w:t>
      </w:r>
    </w:p>
    <w:p>
      <w:pPr>
        <w:pStyle w:val="BodyText"/>
      </w:pPr>
      <w:r>
        <w:rPr/>
        <w:t>Mar se apartó de la pantalla y caminó hasta la ventana del laboratorio,</w:t>
      </w:r>
      <w:r>
        <w:rPr/>
        <w:t xml:space="preserve"> </w:t>
      </w:r>
      <w:r>
        <w:rPr/>
        <w:t>desde donde se veía una porción anodina de Berlín: edificios grises,</w:t>
      </w:r>
      <w:r>
        <w:rPr/>
        <w:t xml:space="preserve"> </w:t>
      </w:r>
      <w:r>
        <w:rPr/>
        <w:t>tráfico moderado, un trozo de cielo sin historia aparente.</w:t>
      </w:r>
    </w:p>
    <w:p>
      <w:pPr>
        <w:pStyle w:val="BodyText"/>
      </w:pPr>
      <w:r>
        <w:rPr/>
        <w:t>Un mundo completamente ajeno a que su realidad podía ser reescrita como</w:t>
      </w:r>
      <w:r>
        <w:rPr/>
        <w:t xml:space="preserve"> </w:t>
      </w:r>
      <w:r>
        <w:rPr/>
        <w:t>una partitura.</w:t>
      </w:r>
    </w:p>
    <w:p>
      <w:pPr>
        <w:pStyle w:val="BodyText"/>
      </w:pPr>
      <w:r>
        <w:rPr/>
        <w:t>—¿Qué hacemos ahora? —preguntó Viktor, con la voz inusualmente</w:t>
      </w:r>
      <w:r>
        <w:rPr/>
        <w:t xml:space="preserve"> </w:t>
      </w:r>
      <w:r>
        <w:rPr/>
        <w:t>grave.</w:t>
      </w:r>
    </w:p>
    <w:p>
      <w:pPr>
        <w:pStyle w:val="BodyText"/>
      </w:pPr>
      <w:r>
        <w:rPr/>
        <w:t>Lena guardó los datos en tres dispositivos distintos, cada uno con un</w:t>
      </w:r>
      <w:r>
        <w:rPr/>
        <w:t xml:space="preserve"> </w:t>
      </w:r>
      <w:r>
        <w:rPr/>
        <w:t>sistema de encriptación diferente. Luego hizo una copia física: imprimió</w:t>
      </w:r>
      <w:r>
        <w:rPr/>
        <w:t xml:space="preserve"> </w:t>
      </w:r>
      <w:r>
        <w:rPr/>
        <w:t>las gráficas clave y las guardó en una carpeta de cartón sin marcas.</w:t>
      </w:r>
    </w:p>
    <w:p>
      <w:pPr>
        <w:pStyle w:val="BodyText"/>
      </w:pPr>
      <w:r>
        <w:rPr/>
        <w:t>—Ahora nos preparamos —dijo—. Si Chrysalis sabe lo que hemos</w:t>
      </w:r>
      <w:r>
        <w:rPr/>
        <w:t xml:space="preserve"> </w:t>
      </w:r>
      <w:r>
        <w:rPr/>
        <w:t>descubierto, vendrá. Y cuando venga, tendremos que estar listos.</w:t>
      </w:r>
    </w:p>
    <w:p>
      <w:pPr>
        <w:pStyle w:val="BodyText"/>
      </w:pPr>
      <w:r>
        <w:rPr/>
        <w:t>Mar se volvió desde la ventana.</w:t>
      </w:r>
    </w:p>
    <w:p>
      <w:pPr>
        <w:pStyle w:val="BodyText"/>
      </w:pPr>
      <w:r>
        <w:rPr/>
        <w:t>—No vendrá todavía. Finch es paciente. Es un algoritmo, y los</w:t>
      </w:r>
      <w:r>
        <w:rPr/>
        <w:t xml:space="preserve"> </w:t>
      </w:r>
      <w:r>
        <w:rPr/>
        <w:t>algoritmos no tienen prisa. Esperará el momento óptimo.</w:t>
      </w:r>
    </w:p>
    <w:p>
      <w:pPr>
        <w:pStyle w:val="BodyText"/>
      </w:pPr>
      <w:r>
        <w:rPr/>
        <w:t>—¿Y cuál es ese momento? —preguntó Viktor.</w:t>
      </w:r>
    </w:p>
    <w:p>
      <w:pPr>
        <w:pStyle w:val="BodyText"/>
      </w:pPr>
      <w:r>
        <w:rPr/>
        <w:t>Mar cerró los ojos un instante.</w:t>
      </w:r>
    </w:p>
    <w:p>
      <w:pPr>
        <w:pStyle w:val="BodyText"/>
      </w:pPr>
      <w:r>
        <w:rPr/>
        <w:t>Adrián había muerto creyendo que componía música. No sabía que era una</w:t>
      </w:r>
      <w:r>
        <w:rPr/>
        <w:t xml:space="preserve"> </w:t>
      </w:r>
      <w:r>
        <w:rPr/>
        <w:t>antena. Y ahora ella estaba en el mismo laboratorio, frente a la misma</w:t>
      </w:r>
      <w:r>
        <w:rPr/>
        <w:t xml:space="preserve"> </w:t>
      </w:r>
      <w:r>
        <w:rPr/>
        <w:t>verdad, preparándose para hacer lo mismo que él, pero con plena</w:t>
      </w:r>
      <w:r>
        <w:rPr/>
        <w:t xml:space="preserve"> </w:t>
      </w:r>
      <w:r>
        <w:rPr/>
        <w:t>consciencia.</w:t>
      </w:r>
    </w:p>
    <w:p>
      <w:pPr>
        <w:pStyle w:val="BodyText"/>
      </w:pPr>
      <w:r>
        <w:rPr/>
        <w:t>¿Eso la hacía más valiente o más imprudente?</w:t>
      </w:r>
    </w:p>
    <w:p>
      <w:pPr>
        <w:pStyle w:val="BodyText"/>
      </w:pPr>
      <w:r>
        <w:rPr/>
        <w:t>Abrió los ojos.</w:t>
      </w:r>
    </w:p>
    <w:p>
      <w:pPr>
        <w:pStyle w:val="BodyText"/>
      </w:pPr>
      <w:r>
        <w:rPr/>
        <w:t>—Cuando tenga todas las piezas del rompecabezas —dijo—. Cuando</w:t>
      </w:r>
      <w:r>
        <w:rPr/>
        <w:t xml:space="preserve"> </w:t>
      </w:r>
      <w:r>
        <w:rPr/>
        <w:t>sepa dónde está el Faro y quién es exactamente el Receptor. Cuando pueda</w:t>
      </w:r>
      <w:r>
        <w:rPr/>
        <w:t xml:space="preserve"> </w:t>
      </w:r>
      <w:r>
        <w:rPr/>
        <w:t>tomar a ambos en un solo movimiento.</w:t>
      </w:r>
    </w:p>
    <w:p>
      <w:pPr>
        <w:pStyle w:val="BodyText"/>
      </w:pPr>
      <w:r>
        <w:rPr/>
        <w:t>Lena cruzó los brazos.</w:t>
      </w:r>
    </w:p>
    <w:p>
      <w:pPr>
        <w:pStyle w:val="BodyText"/>
      </w:pPr>
      <w:r>
        <w:rPr/>
        <w:t>—Entonces aún tenemos tiempo.</w:t>
      </w:r>
    </w:p>
    <w:p>
      <w:pPr>
        <w:pStyle w:val="BodyText"/>
      </w:pPr>
      <w:r>
        <w:rPr/>
        <w:t>—Tenemos una ventana —corrigió Mar—. Y en esa ventana tenemos que</w:t>
      </w:r>
      <w:r>
        <w:rPr/>
        <w:t xml:space="preserve"> </w:t>
      </w:r>
      <w:r>
        <w:rPr/>
        <w:t>hacer lo imposible.</w:t>
      </w:r>
    </w:p>
    <w:p>
      <w:pPr>
        <w:pStyle w:val="BodyText"/>
      </w:pPr>
      <w:r>
        <w:rPr/>
        <w:t>Se acercó a la pizarra y comenzó a escribir con tiza. No ecuaciones. No</w:t>
      </w:r>
      <w:r>
        <w:rPr/>
        <w:t xml:space="preserve"> </w:t>
      </w:r>
      <w:r>
        <w:rPr/>
        <w:t>frecuencias. Nombres.</w:t>
      </w:r>
    </w:p>
    <w:p>
      <w:pPr>
        <w:pStyle w:val="BodyText"/>
      </w:pPr>
      <w:r>
        <w:rPr/>
        <w:t>Vasco. Markus. Las coordenadas del eremitorio. Los puntos de vigilancia</w:t>
      </w:r>
      <w:r>
        <w:rPr/>
        <w:t xml:space="preserve"> </w:t>
      </w:r>
      <w:r>
        <w:rPr/>
        <w:t>conocidos de Chrysalis. Posibles rutas de escape. Nodos humanos que</w:t>
      </w:r>
      <w:r>
        <w:rPr/>
        <w:t xml:space="preserve"> </w:t>
      </w:r>
      <w:r>
        <w:rPr/>
        <w:t>podían sostener la vibración sin quebrarse del todo.</w:t>
      </w:r>
    </w:p>
    <w:p>
      <w:pPr>
        <w:pStyle w:val="BodyText"/>
      </w:pPr>
      <w:r>
        <w:rPr/>
        <w:t>—Construimos una red —dijo mientras escribía—. No podemos luchar</w:t>
      </w:r>
      <w:r>
        <w:rPr/>
        <w:t xml:space="preserve"> </w:t>
      </w:r>
      <w:r>
        <w:rPr/>
        <w:t>contra un sistema distribuido como Chrysalis con su misma lógica. Pero</w:t>
      </w:r>
      <w:r>
        <w:rPr/>
        <w:t xml:space="preserve"> </w:t>
      </w:r>
      <w:r>
        <w:rPr/>
        <w:t>podemos usar algo que ningún algoritmo puede predecir.</w:t>
      </w:r>
    </w:p>
    <w:p>
      <w:pPr>
        <w:pStyle w:val="BodyText"/>
      </w:pPr>
      <w:r>
        <w:rPr/>
        <w:t>—¿Qué? —preguntó Viktor.</w:t>
      </w:r>
    </w:p>
    <w:p>
      <w:pPr>
        <w:pStyle w:val="BodyText"/>
      </w:pPr>
      <w:r>
        <w:rPr/>
        <w:t>Mar dejó la tiza, se apartó un paso y contempló el patrón improvisado de</w:t>
      </w:r>
      <w:r>
        <w:rPr/>
        <w:t xml:space="preserve"> </w:t>
      </w:r>
      <w:r>
        <w:rPr/>
        <w:t>nombres, flechas y conexiones. Parecía orgánico, casi vivo, como una</w:t>
      </w:r>
      <w:r>
        <w:rPr/>
        <w:t xml:space="preserve"> </w:t>
      </w:r>
      <w:r>
        <w:rPr/>
        <w:t>constelación recién descubierta.</w:t>
      </w:r>
    </w:p>
    <w:p>
      <w:pPr>
        <w:pStyle w:val="BodyText"/>
      </w:pPr>
      <w:r>
        <w:rPr/>
        <w:t>—Caos humano —respondió—. La única cosa que ninguna máquina puede</w:t>
      </w:r>
      <w:r>
        <w:rPr/>
        <w:t xml:space="preserve"> </w:t>
      </w:r>
      <w:r>
        <w:rPr/>
        <w:t>calcular con precisión absoluta.</w:t>
      </w:r>
    </w:p>
    <w:p>
      <w:pPr>
        <w:pStyle w:val="BodyText"/>
      </w:pPr>
      <w:r>
        <w:rPr/>
        <w:t>Hizo una pausa, buscando las palabras justas.</w:t>
      </w:r>
    </w:p>
    <w:p>
      <w:pPr>
        <w:pStyle w:val="BodyText"/>
      </w:pPr>
      <w:r>
        <w:rPr/>
        <w:t>—Chrysalis puede predecir patrones masivos. Puede anticipar acciones</w:t>
      </w:r>
      <w:r>
        <w:rPr/>
        <w:t xml:space="preserve"> </w:t>
      </w:r>
      <w:r>
        <w:rPr/>
        <w:t>lógicas. Pero no puede prever que Markus conozca a alguien que conoce a</w:t>
      </w:r>
      <w:r>
        <w:rPr/>
        <w:t xml:space="preserve"> </w:t>
      </w:r>
      <w:r>
        <w:rPr/>
        <w:t>alguien en Lisboa. No puede anticipar que Vasco decida protegernos por</w:t>
      </w:r>
      <w:r>
        <w:rPr/>
        <w:t xml:space="preserve"> </w:t>
      </w:r>
      <w:r>
        <w:rPr/>
        <w:t>una razón que ni él mismo entiende del todo. No puede calcular la</w:t>
      </w:r>
      <w:r>
        <w:rPr/>
        <w:t xml:space="preserve"> </w:t>
      </w:r>
      <w:r>
        <w:rPr/>
        <w:t>terquedad de una investigadora que se niega a olvidar.</w:t>
      </w:r>
    </w:p>
    <w:p>
      <w:pPr>
        <w:pStyle w:val="BodyText"/>
      </w:pPr>
      <w:r>
        <w:rPr/>
        <w:t>Señaló la red de nombres en la pizarra.</w:t>
      </w:r>
    </w:p>
    <w:p>
      <w:pPr>
        <w:pStyle w:val="BodyText"/>
      </w:pPr>
      <w:r>
        <w:rPr/>
        <w:t>—Cada conexión aquí es una anomalía. Una frecuencia que no sigue las</w:t>
      </w:r>
      <w:r>
        <w:rPr/>
        <w:t xml:space="preserve"> </w:t>
      </w:r>
      <w:r>
        <w:rPr/>
        <w:t>reglas. Y cuando todas vibren juntas…</w:t>
      </w:r>
    </w:p>
    <w:p>
      <w:pPr>
        <w:pStyle w:val="BodyText"/>
      </w:pPr>
      <w:r>
        <w:rPr/>
        <w:t>—Crearemos ruido —completó Lena, con una sonrisa que por primera vez</w:t>
      </w:r>
      <w:r>
        <w:rPr/>
        <w:t xml:space="preserve"> </w:t>
      </w:r>
      <w:r>
        <w:rPr/>
        <w:t>no era amarga—. Tanto ruido que sus modelos se volverán inútiles.</w:t>
      </w:r>
    </w:p>
    <w:p>
      <w:pPr>
        <w:pStyle w:val="BodyText"/>
      </w:pPr>
      <w:r>
        <w:rPr/>
        <w:t>Viktor miró la pizarra durante unos segundos. Luego asintió lentamente.</w:t>
      </w:r>
    </w:p>
    <w:p>
      <w:pPr>
        <w:pStyle w:val="BodyText"/>
      </w:pPr>
      <w:r>
        <w:rPr/>
        <w:t>—Entonces —dijo—, empecemos a ser impredecibles.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algún lugar de Berlín, en una sala de servidores que zumbaba con el</w:t>
      </w:r>
      <w:r>
        <w:rPr/>
        <w:t xml:space="preserve"> </w:t>
      </w:r>
      <w:r>
        <w:rPr/>
        <w:t>murmullo constante de mil procesadores, una alerta parpadeó en una</w:t>
      </w:r>
      <w:r>
        <w:rPr/>
        <w:t xml:space="preserve"> </w:t>
      </w:r>
      <w:r>
        <w:rPr/>
        <w:t>pantalla.</w:t>
      </w:r>
    </w:p>
    <w:p>
      <w:pPr>
        <w:pStyle w:val="BodyText"/>
      </w:pPr>
      <w:r>
        <w:rPr/>
        <w:t>OBJETIVO FARO: NUEVA ACTIVIDAD DETECTADA PROBABILIDAD DE CONTRAMEDIDAS:</w:t>
      </w:r>
      <w:r>
        <w:rPr/>
        <w:t xml:space="preserve"> </w:t>
      </w:r>
      <w:r>
        <w:rPr/>
        <w:t>87 % RECOMENDACIÓN: ACELERAR CRONOGRAMA</w:t>
      </w:r>
    </w:p>
    <w:p>
      <w:pPr>
        <w:pStyle w:val="BodyText"/>
      </w:pPr>
      <w:r>
        <w:rPr/>
        <w:t>Finch observó la alerta con expresión inmutable. El resplandor azulado</w:t>
      </w:r>
      <w:r>
        <w:rPr/>
        <w:t xml:space="preserve"> </w:t>
      </w:r>
      <w:r>
        <w:rPr/>
        <w:t>de las pantallas le cincelaba el rostro en ángulos duros.</w:t>
      </w:r>
    </w:p>
    <w:p>
      <w:pPr>
        <w:pStyle w:val="BodyText"/>
      </w:pPr>
      <w:r>
        <w:rPr/>
        <w:t>Sus dedos se movieron sobre el teclado con la precisión de un cirujano</w:t>
      </w:r>
      <w:r>
        <w:rPr/>
        <w:t xml:space="preserve"> </w:t>
      </w:r>
      <w:r>
        <w:rPr/>
        <w:t>que lleva años ensayando la misma incisión. Activó un protocolo que</w:t>
      </w:r>
      <w:r>
        <w:rPr/>
        <w:t xml:space="preserve"> </w:t>
      </w:r>
      <w:r>
        <w:rPr/>
        <w:t>había estado guardando para este momento exacto.</w:t>
      </w:r>
    </w:p>
    <w:p>
      <w:pPr>
        <w:pStyle w:val="BodyText"/>
      </w:pPr>
      <w:r>
        <w:rPr/>
        <w:t>La caza había entrado en su fase final.</w:t>
      </w:r>
    </w:p>
    <w:p>
      <w:pPr>
        <w:pStyle w:val="BodyText"/>
      </w:pPr>
      <w:r>
        <w:rPr/>
        <w:t>Y esta vez, no habría errores.</w:t>
      </w:r>
    </w:p>
    <w:p>
      <w:pPr>
        <w:pStyle w:val="Heading1"/>
      </w:pPr>
      <w:r>
        <w:rPr/>
        <w:t>CAPÍTULO 19. RESONANCIA</w:t>
      </w:r>
    </w:p>
    <w:p>
      <w:pPr/>
      <w:r>
        <w:rPr/>
        <w:t>Solo se puede sanar un tono cantando su cicatriz. — Arnaldo de</w:t>
      </w:r>
      <w:r>
        <w:rPr/>
        <w:t xml:space="preserve"> </w:t>
      </w:r>
      <w:r>
        <w:rPr/>
        <w:t>Montségur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tiempo se detuvo en la Habitación 108, plegándose sobre sí mismo como</w:t>
      </w:r>
      <w:r>
        <w:rPr/>
        <w:t xml:space="preserve"> </w:t>
      </w:r>
      <w:r>
        <w:rPr/>
        <w:t>una onda que vuelve a su origen.</w:t>
      </w:r>
    </w:p>
    <w:p>
      <w:pPr>
        <w:pStyle w:val="BodyText"/>
      </w:pPr>
      <w:r>
        <w:rPr/>
        <w:t>Mar seguía de rodillas en el centro de la estancia. El aire olía a cera</w:t>
      </w:r>
      <w:r>
        <w:rPr/>
        <w:t xml:space="preserve"> </w:t>
      </w:r>
      <w:r>
        <w:rPr/>
        <w:t>derretida y polvo antiguo. La piedra de Montségur, el pergamino de San</w:t>
      </w:r>
      <w:r>
        <w:rPr/>
        <w:t xml:space="preserve"> </w:t>
      </w:r>
      <w:r>
        <w:rPr/>
        <w:t>Juan de Duero y el cuaderno de Lena formaban un triángulo irregular a su</w:t>
      </w:r>
      <w:r>
        <w:rPr/>
        <w:t xml:space="preserve"> </w:t>
      </w:r>
      <w:r>
        <w:rPr/>
        <w:t>alrededor. La cicatriz bajo su clavícula ardía con un calor que no</w:t>
      </w:r>
      <w:r>
        <w:rPr/>
        <w:t xml:space="preserve"> </w:t>
      </w:r>
      <w:r>
        <w:rPr/>
        <w:t>pertenecía a ningún cuerpo humano.</w:t>
      </w:r>
    </w:p>
    <w:p>
      <w:pPr>
        <w:pStyle w:val="BodyText"/>
      </w:pPr>
      <w:r>
        <w:rPr/>
        <w:t>Inspiró.</w:t>
      </w:r>
    </w:p>
    <w:p>
      <w:pPr>
        <w:pStyle w:val="BodyText"/>
      </w:pPr>
      <w:r>
        <w:rPr/>
        <w:t>Cantó.</w:t>
      </w:r>
    </w:p>
    <w:p>
      <w:pPr>
        <w:pStyle w:val="BodyText"/>
      </w:pPr>
      <w:r>
        <w:rPr/>
        <w:t>De su garganta no brotó una melodía reconocible. Lo que emergió fue el</w:t>
      </w:r>
      <w:r>
        <w:rPr/>
        <w:t xml:space="preserve"> </w:t>
      </w:r>
      <w:r>
        <w:rPr/>
        <w:t>negativo exacto de Fading Away: una línea de voz desnuda que trazaba, al</w:t>
      </w:r>
      <w:r>
        <w:rPr/>
        <w:t xml:space="preserve"> </w:t>
      </w:r>
      <w:r>
        <w:rPr/>
        <w:t>revés, la herida sonora de la canción. No imitaba el Eco; cantaba su</w:t>
      </w:r>
      <w:r>
        <w:rPr/>
        <w:t xml:space="preserve"> </w:t>
      </w:r>
      <w:r>
        <w:rPr/>
        <w:t>cicatriz.</w:t>
      </w:r>
    </w:p>
    <w:p>
      <w:pPr>
        <w:pStyle w:val="BodyText"/>
      </w:pPr>
      <w:r>
        <w:rPr/>
        <w:t>La nota no era bella. Era precisa.</w:t>
      </w:r>
    </w:p>
    <w:p>
      <w:pPr>
        <w:pStyle w:val="BodyText"/>
      </w:pPr>
      <w:r>
        <w:rPr/>
        <w:t>Una frecuencia sostenida que subía y bajaba en microtonos imposibles,</w:t>
      </w:r>
      <w:r>
        <w:rPr/>
        <w:t xml:space="preserve"> </w:t>
      </w:r>
      <w:r>
        <w:rPr/>
        <w:t>rozando intervalos que ningún sistema de afinación recogía. Un bisturí</w:t>
      </w:r>
      <w:r>
        <w:rPr/>
        <w:t xml:space="preserve"> </w:t>
      </w:r>
      <w:r>
        <w:rPr/>
        <w:t>sónico que cortaba el tejido del aire como ecuación perfecta.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resonancia reaccionó.</w:t>
      </w:r>
    </w:p>
    <w:p>
      <w:pPr>
        <w:pStyle w:val="BodyText"/>
      </w:pPr>
      <w:r>
        <w:rPr/>
        <w:t>La tormenta la golpeó como huracán psíquico.</w:t>
      </w:r>
    </w:p>
    <w:p>
      <w:pPr>
        <w:pStyle w:val="BodyText"/>
      </w:pPr>
      <w:r>
        <w:rPr/>
        <w:t>La Habitación 108 desapareció. El suelo se abrió bajo sus rodillas. Un</w:t>
      </w:r>
      <w:r>
        <w:rPr/>
        <w:t xml:space="preserve"> </w:t>
      </w:r>
      <w:r>
        <w:rPr/>
        <w:t>hilo de sangre brotó de su nariz. Su aliento se cristalizaba en el aire.</w:t>
      </w:r>
    </w:p>
    <w:p>
      <w:pPr>
        <w:pStyle w:val="BodyText"/>
      </w:pPr>
      <w:r>
        <w:rPr/>
        <w:t>Vio a un monje medieval encerrado en una cripta, sus cantos retumbando</w:t>
      </w:r>
      <w:r>
        <w:rPr/>
        <w:t xml:space="preserve"> </w:t>
      </w:r>
      <w:r>
        <w:rPr/>
        <w:t>contra las paredes húmedas hasta convertirse en lamentos desfigurados.</w:t>
      </w:r>
      <w:r>
        <w:rPr/>
        <w:t xml:space="preserve"> </w:t>
      </w:r>
      <w:r>
        <w:rPr/>
        <w:t>Cada vez que elevaba la voz, un fragmento de su memoria se desprendía</w:t>
      </w:r>
      <w:r>
        <w:rPr/>
        <w:t xml:space="preserve"> </w:t>
      </w:r>
      <w:r>
        <w:rPr/>
        <w:t>como yeso viejo. Creyó que estaba purificando el Eco. Solo estaba</w:t>
      </w:r>
      <w:r>
        <w:rPr/>
        <w:t xml:space="preserve"> </w:t>
      </w:r>
      <w:r>
        <w:rPr/>
        <w:t>adelgazando su propia alma.</w:t>
      </w:r>
    </w:p>
    <w:p>
      <w:pPr>
        <w:pStyle w:val="BodyText"/>
      </w:pPr>
      <w:r>
        <w:rPr/>
        <w:t>El peso de aquella culpa se asentó en el pecho de Mar como plomo.</w:t>
      </w:r>
    </w:p>
    <w:p>
      <w:pPr>
        <w:pStyle w:val="BodyText"/>
      </w:pPr>
      <w:r>
        <w:rPr/>
        <w:t>Vio a un radioastrónomo del siglo XX, solo en una sala de antenas,</w:t>
      </w:r>
      <w:r>
        <w:rPr/>
        <w:t xml:space="preserve"> </w:t>
      </w:r>
      <w:r>
        <w:rPr/>
        <w:t>convencido de que las señales pulsadas eran mensajes de ángeles. Pasó</w:t>
      </w:r>
      <w:r>
        <w:rPr/>
        <w:t xml:space="preserve"> </w:t>
      </w:r>
      <w:r>
        <w:rPr/>
        <w:t>años transcribiéndolas como salmos. Cuando por fin entendió que no era</w:t>
      </w:r>
      <w:r>
        <w:rPr/>
        <w:t xml:space="preserve"> </w:t>
      </w:r>
      <w:r>
        <w:rPr/>
        <w:t>Dios quien hablaba, sino una estrella muerta, derrumbó sus cuadernos y</w:t>
      </w:r>
      <w:r>
        <w:rPr/>
        <w:t xml:space="preserve"> </w:t>
      </w:r>
      <w:r>
        <w:rPr/>
        <w:t>se dejó devorar por el ruido blanco.</w:t>
      </w:r>
    </w:p>
    <w:p>
      <w:pPr>
        <w:pStyle w:val="BodyText"/>
      </w:pPr>
      <w:r>
        <w:rPr/>
        <w:t>Un dolor agudo le atravesó las sienes.</w:t>
      </w:r>
    </w:p>
    <w:p>
      <w:pPr>
        <w:pStyle w:val="BodyText"/>
      </w:pPr>
      <w:r>
        <w:rPr/>
        <w:t>Vio a Anna Maria en Sankt Moritz, el arco temblando en su mano. Al</w:t>
      </w:r>
      <w:r>
        <w:rPr/>
        <w:t xml:space="preserve"> </w:t>
      </w:r>
      <w:r>
        <w:rPr/>
        <w:t>atacar la nota exacta del Eco, la habitación se llenó de un grito</w:t>
      </w:r>
      <w:r>
        <w:rPr/>
        <w:t xml:space="preserve"> </w:t>
      </w:r>
      <w:r>
        <w:rPr/>
        <w:t>polifónico que rompió los cristales. Kaspar se deshizo en polvo luminoso</w:t>
      </w:r>
      <w:r>
        <w:rPr/>
        <w:t xml:space="preserve"> </w:t>
      </w:r>
      <w:r>
        <w:rPr/>
        <w:t>sin tiempo para despedirse. La Frecuencia se fragmentó, herida por su</w:t>
      </w:r>
      <w:r>
        <w:rPr/>
        <w:t xml:space="preserve"> </w:t>
      </w:r>
      <w:r>
        <w:rPr/>
        <w:t>propio reflejo.</w:t>
      </w:r>
    </w:p>
    <w:p>
      <w:pPr>
        <w:pStyle w:val="BodyText"/>
      </w:pPr>
      <w:r>
        <w:rPr/>
        <w:t>Las rodillas de Mar cedieron un poco más.</w:t>
      </w:r>
    </w:p>
    <w:p>
      <w:pPr>
        <w:pStyle w:val="BodyText"/>
      </w:pPr>
      <w:r>
        <w:rPr/>
        <w:t>Vio a Julio Ordaz caminando bajo los arcos de San Juan de Duero con la</w:t>
      </w:r>
      <w:r>
        <w:rPr/>
        <w:t xml:space="preserve"> </w:t>
      </w:r>
      <w:r>
        <w:rPr/>
        <w:t>grabadora en la mano, murmurando «Mar» entre dientes como si esa palabra</w:t>
      </w:r>
      <w:r>
        <w:rPr/>
        <w:t xml:space="preserve"> </w:t>
      </w:r>
      <w:r>
        <w:rPr/>
        <w:t>fuera una cuerda a punto de romperse. La cinta seguía girando incluso</w:t>
      </w:r>
      <w:r>
        <w:rPr/>
        <w:t xml:space="preserve"> </w:t>
      </w:r>
      <w:r>
        <w:rPr/>
        <w:t>cuando su cuerpo ya no estaba allí.</w:t>
      </w:r>
    </w:p>
    <w:p>
      <w:pPr>
        <w:pStyle w:val="BodyText"/>
      </w:pPr>
      <w:r>
        <w:rPr/>
        <w:t>La garganta de Mar se cerró. Su propio nombre convertido en eco sin</w:t>
      </w:r>
      <w:r>
        <w:rPr/>
        <w:t xml:space="preserve"> </w:t>
      </w:r>
      <w:r>
        <w:rPr/>
        <w:t>cuerpo.</w:t>
      </w:r>
    </w:p>
    <w:p>
      <w:pPr>
        <w:pStyle w:val="BodyText"/>
      </w:pPr>
      <w:r>
        <w:rPr/>
        <w:t>Detrás de cada figura, sombras sin rostro se amontonaban como coro de</w:t>
      </w:r>
      <w:r>
        <w:rPr/>
        <w:t xml:space="preserve"> </w:t>
      </w:r>
      <w:r>
        <w:rPr/>
        <w:t>fondo. Cada una tenía su propio lamento:</w:t>
      </w:r>
    </w:p>
    <w:p>
      <w:pPr>
        <w:pStyle w:val="BodyText"/>
      </w:pPr>
      <w:r>
        <w:rPr/>
        <w:t>«Yo también tuve un nombre.» «Yo también creí entender.» «El Eco me</w:t>
      </w:r>
      <w:r>
        <w:rPr/>
        <w:t xml:space="preserve"> </w:t>
      </w:r>
      <w:r>
        <w:rPr/>
        <w:t>prometió significado.» «Solo encontré silencio.»</w:t>
      </w:r>
    </w:p>
    <w:p>
      <w:pPr>
        <w:pStyle w:val="BodyText"/>
      </w:pPr>
      <w:r>
        <w:rPr/>
        <w:t>Las voces se superponían hasta formar un acorde disonante que no pedía</w:t>
      </w:r>
      <w:r>
        <w:rPr/>
        <w:t xml:space="preserve"> </w:t>
      </w:r>
      <w:r>
        <w:rPr/>
        <w:t>compasión, solo reconocimiento.</w:t>
      </w:r>
    </w:p>
    <w:p>
      <w:pPr>
        <w:pStyle w:val="BodyText"/>
      </w:pPr>
      <w:r>
        <w:rPr/>
        <w:t>La imagen de Adrián se materializó entonces, más nítida que todas las</w:t>
      </w:r>
      <w:r>
        <w:rPr/>
        <w:t xml:space="preserve"> </w:t>
      </w:r>
      <w:r>
        <w:rPr/>
        <w:t>demás.</w:t>
      </w:r>
    </w:p>
    <w:p>
      <w:pPr>
        <w:pStyle w:val="BodyText"/>
      </w:pPr>
      <w:r>
        <w:rPr/>
        <w:t>Su rostro estaba deformado por un sufrimiento que trascendía lo físico:</w:t>
      </w:r>
      <w:r>
        <w:rPr/>
        <w:t xml:space="preserve"> </w:t>
      </w:r>
      <w:r>
        <w:rPr/>
        <w:t>rasgos conocidos tensados hasta la caricatura, ojos desbordados de</w:t>
      </w:r>
      <w:r>
        <w:rPr/>
        <w:t xml:space="preserve"> </w:t>
      </w:r>
      <w:r>
        <w:rPr/>
        <w:t>estática. La luz de neón lo recortaba contra un fondo de puro ruido</w:t>
      </w:r>
      <w:r>
        <w:rPr/>
        <w:t xml:space="preserve"> </w:t>
      </w:r>
      <w:r>
        <w:rPr/>
        <w:t>congelado.</w:t>
      </w:r>
    </w:p>
    <w:p>
      <w:pPr>
        <w:pStyle w:val="BodyText"/>
      </w:pPr>
      <w:r>
        <w:rPr/>
        <w:t>—Me abandonaste… —dijo—. Me dejaste solo en el ruido eterno.</w:t>
      </w:r>
    </w:p>
    <w:p>
      <w:pPr>
        <w:pStyle w:val="BodyText"/>
      </w:pPr>
      <w:r>
        <w:rPr/>
        <w:t>Su voz empezó a quebrarse. La nota que Mar sostenía se rompió como</w:t>
      </w:r>
      <w:r>
        <w:rPr/>
        <w:t xml:space="preserve"> </w:t>
      </w:r>
      <w:r>
        <w:rPr/>
        <w:t>cuerda sometida a demasiada tensión. Alrededor de ellos, el estudio de</w:t>
      </w:r>
      <w:r>
        <w:rPr/>
        <w:t xml:space="preserve"> </w:t>
      </w:r>
      <w:r>
        <w:rPr/>
        <w:t>Weißensee se recompuso solo para colapsar de nuevo: monitores</w:t>
      </w:r>
      <w:r>
        <w:rPr/>
        <w:t xml:space="preserve"> </w:t>
      </w:r>
      <w:r>
        <w:rPr/>
        <w:t>fundiéndose, cables derritiéndose, paredes disolviéndose en niebla.</w:t>
      </w:r>
    </w:p>
    <w:p>
      <w:pPr>
        <w:pStyle w:val="BodyText"/>
      </w:pPr>
      <w:r>
        <w:rPr/>
        <w:t>El suelo bajo Adrián era una malla de líneas blancas sobre fondo negro,</w:t>
      </w:r>
      <w:r>
        <w:rPr/>
        <w:t xml:space="preserve"> </w:t>
      </w:r>
      <w:r>
        <w:rPr/>
        <w:t>como una cuadrícula de software en debug. Cada vez que intentaba</w:t>
      </w:r>
      <w:r>
        <w:rPr/>
        <w:t xml:space="preserve"> </w:t>
      </w:r>
      <w:r>
        <w:rPr/>
        <w:t>avanzar, su pie traspasaba la superficie sin encontrar apoyo.</w:t>
      </w:r>
    </w:p>
    <w:p>
      <w:pPr>
        <w:pStyle w:val="BodyText"/>
      </w:pPr>
      <w:r>
        <w:rPr/>
        <w:t>Mar levantó las manos. Podía ver el suelo a través de sus dedos. La</w:t>
      </w:r>
      <w:r>
        <w:rPr/>
        <w:t xml:space="preserve"> </w:t>
      </w:r>
      <w:r>
        <w:rPr/>
        <w:t>piel, las venas, los huesos… todo se estaba borrando como tinta bajo</w:t>
      </w:r>
      <w:r>
        <w:rPr/>
        <w:t xml:space="preserve"> </w:t>
      </w:r>
      <w:r>
        <w:rPr/>
        <w:t>la lluvia.</w:t>
      </w:r>
    </w:p>
    <w:p>
      <w:pPr>
        <w:pStyle w:val="BodyText"/>
      </w:pPr>
      <w:r>
        <w:rPr/>
        <w:t>Intentó cerrar el puño.</w:t>
      </w:r>
    </w:p>
    <w:p>
      <w:pPr>
        <w:pStyle w:val="BodyText"/>
      </w:pPr>
      <w:r>
        <w:rPr/>
        <w:t>Los dedos no respondieron.</w:t>
      </w:r>
    </w:p>
    <w:p>
      <w:pPr>
        <w:pStyle w:val="BodyText"/>
      </w:pPr>
      <w:r>
        <w:rPr/>
        <w:t>—¿Quién soy…? —susurró.</w:t>
      </w:r>
    </w:p>
    <w:p>
      <w:pPr>
        <w:pStyle w:val="BodyText"/>
      </w:pPr>
      <w:r>
        <w:rPr/>
        <w:t>Su propia voz le llegó desde lejos, como si viniera de otra habitación,</w:t>
      </w:r>
      <w:r>
        <w:rPr/>
        <w:t xml:space="preserve"> </w:t>
      </w:r>
      <w:r>
        <w:rPr/>
        <w:t>de otra vida.</w:t>
      </w:r>
    </w:p>
    <w:p>
      <w:pPr>
        <w:pStyle w:val="BodyText"/>
      </w:pPr>
      <w:r>
        <w:rPr/>
        <w:t>La tormenta arreció. Voces superpuestas —de custodios antiguos,</w:t>
      </w:r>
      <w:r>
        <w:rPr/>
        <w:t xml:space="preserve"> </w:t>
      </w:r>
      <w:r>
        <w:rPr/>
        <w:t>científicos agotados, amantes rotos— la empujaban hacia la disolución.</w:t>
      </w:r>
    </w:p>
    <w:p>
      <w:pPr>
        <w:pStyle w:val="BodyText"/>
      </w:pPr>
      <w:r>
        <w:rPr/>
        <w:t>«Déjate ir», susurraban. «Conviértete en ruido. Es más fácil que</w:t>
      </w:r>
      <w:r>
        <w:rPr/>
        <w:t xml:space="preserve"> </w:t>
      </w:r>
      <w:r>
        <w:rPr/>
        <w:t>sostener la nota.»</w:t>
      </w:r>
    </w:p>
    <w:p>
      <w:pPr>
        <w:pStyle w:val="BodyText"/>
      </w:pPr>
      <w:r>
        <w:rPr/>
        <w:t>Por un instante, Mar estuvo tentada.</w:t>
      </w:r>
    </w:p>
    <w:p>
      <w:pPr>
        <w:pStyle w:val="BodyText"/>
      </w:pPr>
      <w:r>
        <w:rPr/>
        <w:t>¿Por qué resistir?</w:t>
      </w:r>
    </w:p>
    <w:p>
      <w:pPr>
        <w:pStyle w:val="BodyText"/>
      </w:pPr>
      <w:r>
        <w:rPr/>
        <w:t>Su cuerpo ya casi no existía. Sus dedos eran transparentes. Su nombre se</w:t>
      </w:r>
      <w:r>
        <w:rPr/>
        <w:t xml:space="preserve"> </w:t>
      </w:r>
      <w:r>
        <w:rPr/>
        <w:t>estaba borrando.</w:t>
      </w:r>
    </w:p>
    <w:p>
      <w:pPr>
        <w:pStyle w:val="BodyText"/>
      </w:pPr>
      <w:r>
        <w:rPr/>
        <w:t>Y entonces, desde algún lugar profundo que aún no se había rendido, algo</w:t>
      </w:r>
      <w:r>
        <w:rPr/>
        <w:t xml:space="preserve"> </w:t>
      </w:r>
      <w:r>
        <w:rPr/>
        <w:t>respondió:</w:t>
      </w:r>
    </w:p>
    <w:p>
      <w:pPr>
        <w:pStyle w:val="BodyText"/>
      </w:pPr>
      <w:r>
        <w:rPr/>
        <w:t>«Porque si me rindo ahora, Adrián nunca será libre. Porque Lena me está</w:t>
      </w:r>
      <w:r>
        <w:rPr/>
        <w:t xml:space="preserve"> </w:t>
      </w:r>
      <w:r>
        <w:rPr/>
        <w:t>esperando. Porque alguien tiene que elegir cantar en lugar de</w:t>
      </w:r>
      <w:r>
        <w:rPr/>
        <w:t xml:space="preserve"> </w:t>
      </w:r>
      <w:r>
        <w:rPr/>
        <w:t>desaparecer.»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Algo, muy hondo, se negó.</w:t>
      </w:r>
    </w:p>
    <w:p>
      <w:pPr>
        <w:pStyle w:val="BodyText"/>
      </w:pPr>
      <w:r>
        <w:rPr/>
        <w:t>No fue una idea articulada. Fue un reflejo. Un recuerdo corporal.</w:t>
      </w:r>
    </w:p>
    <w:p>
      <w:pPr>
        <w:pStyle w:val="BodyText"/>
      </w:pPr>
      <w:r>
        <w:rPr/>
        <w:t>La mano de su madre sobre la cicatriz cuando era niña. La mirada de</w:t>
      </w:r>
      <w:r>
        <w:rPr/>
        <w:t xml:space="preserve"> </w:t>
      </w:r>
      <w:r>
        <w:rPr/>
        <w:t>Liora en la memoria de Arnaldo. La serenidad de Vasco frente al mar. La</w:t>
      </w:r>
      <w:r>
        <w:rPr/>
        <w:t xml:space="preserve"> </w:t>
      </w:r>
      <w:r>
        <w:rPr/>
        <w:t>risa de Lena rompiendo la gravedad del laboratorio. Las noches en Tresor</w:t>
      </w:r>
      <w:r>
        <w:rPr/>
        <w:t xml:space="preserve"> </w:t>
      </w:r>
      <w:r>
        <w:rPr/>
        <w:t>en las que todo el mundo parecía desvanecerse, excepto la vibración</w:t>
      </w:r>
      <w:r>
        <w:rPr/>
        <w:t xml:space="preserve"> </w:t>
      </w:r>
      <w:r>
        <w:rPr/>
        <w:t>compartida.</w:t>
      </w:r>
    </w:p>
    <w:p>
      <w:pPr>
        <w:pStyle w:val="BodyText"/>
      </w:pPr>
      <w:r>
        <w:rPr/>
        <w:t>La frase que Arnaldo le había dejado grabada en la conciencia cruzó la</w:t>
      </w:r>
      <w:r>
        <w:rPr/>
        <w:t xml:space="preserve"> </w:t>
      </w:r>
      <w:r>
        <w:rPr/>
        <w:t>tormenta como una línea de luz:</w:t>
      </w:r>
    </w:p>
    <w:p>
      <w:pPr>
        <w:pStyle w:val="BodyText"/>
      </w:pPr>
      <w:r>
        <w:rPr/>
        <w:t>«El Eco no elige a los valientes. Elige a los que aprenden a tener miedo</w:t>
      </w:r>
      <w:r>
        <w:rPr/>
        <w:t xml:space="preserve"> </w:t>
      </w:r>
      <w:r>
        <w:rPr/>
        <w:t>sin huir.»</w:t>
      </w:r>
    </w:p>
    <w:p>
      <w:pPr>
        <w:pStyle w:val="BodyText"/>
      </w:pPr>
      <w:r>
        <w:rPr/>
        <w:t>Mar tomó aire dentro del no-espacio y volvió a cantar.</w:t>
      </w:r>
    </w:p>
    <w:p>
      <w:pPr>
        <w:pStyle w:val="BodyText"/>
      </w:pPr>
      <w:r>
        <w:rPr/>
        <w:t>Pero esta vez no imitó al Eco. No cantó contra la herida. Cantó con</w:t>
      </w:r>
      <w:r>
        <w:rPr/>
        <w:t xml:space="preserve"> </w:t>
      </w:r>
      <w:r>
        <w:rPr/>
        <w:t>ella.</w:t>
      </w:r>
    </w:p>
    <w:p>
      <w:pPr>
        <w:pStyle w:val="BodyText"/>
      </w:pPr>
      <w:r>
        <w:rPr/>
        <w:t>Su voz se convirtió en contrapunto.</w:t>
      </w:r>
    </w:p>
    <w:p>
      <w:pPr>
        <w:pStyle w:val="BodyText"/>
      </w:pPr>
      <w:r>
        <w:rPr/>
        <w:t>La nota dejó de ser bisturí y se transformó en hilo que atravesaba todas</w:t>
      </w:r>
      <w:r>
        <w:rPr/>
        <w:t xml:space="preserve"> </w:t>
      </w:r>
      <w:r>
        <w:rPr/>
        <w:t>las cicatrices que había visto: la cripta, la antena, el estudio, el</w:t>
      </w:r>
      <w:r>
        <w:rPr/>
        <w:t xml:space="preserve"> </w:t>
      </w:r>
      <w:r>
        <w:rPr/>
        <w:t>monasterio, la montaña en llamas. No las borraba. Las afinaba. Las</w:t>
      </w:r>
      <w:r>
        <w:rPr/>
        <w:t xml:space="preserve"> </w:t>
      </w:r>
      <w:r>
        <w:rPr/>
        <w:t>encajaba en un acorde más amplio.</w:t>
      </w:r>
    </w:p>
    <w:p>
      <w:pPr>
        <w:pStyle w:val="BodyText"/>
      </w:pPr>
      <w:r>
        <w:rPr/>
        <w:t>El monje medieval dejó de golpearse contra las paredes. Sus manos, que</w:t>
      </w:r>
      <w:r>
        <w:rPr/>
        <w:t xml:space="preserve"> </w:t>
      </w:r>
      <w:r>
        <w:rPr/>
        <w:t>habían sangrado durante siglos, se abrieron. Los cantos se estabilizaron</w:t>
      </w:r>
      <w:r>
        <w:rPr/>
        <w:t xml:space="preserve"> </w:t>
      </w:r>
      <w:r>
        <w:rPr/>
        <w:t>en un tono que ya no desgarraba, sino que acompañaba.</w:t>
      </w:r>
    </w:p>
    <w:p>
      <w:pPr>
        <w:pStyle w:val="BodyText"/>
      </w:pPr>
      <w:r>
        <w:rPr/>
        <w:t>El radioastrónomo soltó los cuadernos. El ruido de la antena, en lugar</w:t>
      </w:r>
      <w:r>
        <w:rPr/>
        <w:t xml:space="preserve"> </w:t>
      </w:r>
      <w:r>
        <w:rPr/>
        <w:t>de devorarlo, empezó a moverse en patrones reconocibles. No era una voz</w:t>
      </w:r>
      <w:r>
        <w:rPr/>
        <w:t xml:space="preserve"> </w:t>
      </w:r>
      <w:r>
        <w:rPr/>
        <w:t>divina ni un accidente estelar. Era un latido. Levantó la cabeza. Por</w:t>
      </w:r>
      <w:r>
        <w:rPr/>
        <w:t xml:space="preserve"> </w:t>
      </w:r>
      <w:r>
        <w:rPr/>
        <w:t>primera vez en décadas, sonrió.</w:t>
      </w:r>
    </w:p>
    <w:p>
      <w:pPr>
        <w:pStyle w:val="BodyText"/>
      </w:pPr>
      <w:r>
        <w:rPr/>
        <w:t>Anna Maria bajó el violín. Las manos le dejaron de temblar. Tocó</w:t>
      </w:r>
      <w:r>
        <w:rPr/>
        <w:t xml:space="preserve"> </w:t>
      </w:r>
      <w:r>
        <w:rPr/>
        <w:t>alrededor de la nota exacta: una melodía sencilla, casi infantil, que</w:t>
      </w:r>
      <w:r>
        <w:rPr/>
        <w:t xml:space="preserve"> </w:t>
      </w:r>
      <w:r>
        <w:rPr/>
        <w:t>invitaba al Eco a dejar de pelear consigo mismo. El polvo que una vez</w:t>
      </w:r>
      <w:r>
        <w:rPr/>
        <w:t xml:space="preserve"> </w:t>
      </w:r>
      <w:r>
        <w:rPr/>
        <w:t>fue Kaspar se arremolinó en una espiral lenta, como si reconociera por</w:t>
      </w:r>
      <w:r>
        <w:rPr/>
        <w:t xml:space="preserve"> </w:t>
      </w:r>
      <w:r>
        <w:rPr/>
        <w:t>fin una casa a la que volver.</w:t>
      </w:r>
    </w:p>
    <w:p>
      <w:pPr>
        <w:pStyle w:val="BodyText"/>
      </w:pPr>
      <w:r>
        <w:rPr/>
        <w:t>Julio Ordaz, en los arcos de San Juan, se detuvo. Dejó de repetir «Mar»</w:t>
      </w:r>
      <w:r>
        <w:rPr/>
        <w:t xml:space="preserve"> </w:t>
      </w:r>
      <w:r>
        <w:rPr/>
        <w:t>como conjuro desgastado. Levantó la mirada. Por primera vez desde su</w:t>
      </w:r>
      <w:r>
        <w:rPr/>
        <w:t xml:space="preserve"> </w:t>
      </w:r>
      <w:r>
        <w:rPr/>
        <w:t>desaparición, no parecía perseguir nada. Solo escuchar.</w:t>
      </w:r>
    </w:p>
    <w:p>
      <w:pPr>
        <w:pStyle w:val="BodyText"/>
      </w:pPr>
      <w:r>
        <w:rPr/>
        <w:t>Las sombras del coro se fueron afinando hasta convertirse en filamentos</w:t>
      </w:r>
      <w:r>
        <w:rPr/>
        <w:t xml:space="preserve"> </w:t>
      </w:r>
      <w:r>
        <w:rPr/>
        <w:t>de luz que ascendían sin resistencia.</w:t>
      </w:r>
    </w:p>
    <w:p>
      <w:pPr>
        <w:pStyle w:val="BodyText"/>
      </w:pPr>
      <w:r>
        <w:rPr/>
        <w:t>La tormenta cedió.</w:t>
      </w:r>
    </w:p>
    <w:p>
      <w:pPr>
        <w:pStyle w:val="BodyText"/>
      </w:pPr>
      <w:r>
        <w:rPr/>
        <w:t>Quedaron Mar y Adrián, suspendidos en un espacio que no pertenecía a</w:t>
      </w:r>
      <w:r>
        <w:rPr/>
        <w:t xml:space="preserve"> </w:t>
      </w:r>
      <w:r>
        <w:rPr/>
        <w:t>ningún lugar del mundo.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Él seguía temblando, hecho de estática. Pero sus rasgos se habían</w:t>
      </w:r>
      <w:r>
        <w:rPr/>
        <w:t xml:space="preserve"> </w:t>
      </w:r>
      <w:r>
        <w:rPr/>
        <w:t>suavizado. Ya no era solo dolor, sino algo más quebradizo y humano.</w:t>
      </w:r>
    </w:p>
    <w:p>
      <w:pPr>
        <w:pStyle w:val="BodyText"/>
      </w:pPr>
      <w:r>
        <w:rPr/>
        <w:t>—Me abandonaste —repitió, aunque ahora sonaba más a pregunta que a</w:t>
      </w:r>
      <w:r>
        <w:rPr/>
        <w:t xml:space="preserve"> </w:t>
      </w:r>
      <w:r>
        <w:rPr/>
        <w:t>acusación.</w:t>
      </w:r>
    </w:p>
    <w:p>
      <w:pPr>
        <w:pStyle w:val="BodyText"/>
      </w:pPr>
      <w:r>
        <w:rPr/>
        <w:t>Mar se acercó. No caminó; pensarlo bastó para acortar la distancia.</w:t>
      </w:r>
    </w:p>
    <w:p>
      <w:pPr>
        <w:pStyle w:val="BodyText"/>
      </w:pPr>
      <w:r>
        <w:rPr/>
        <w:t>—No te abandoné —dijo—. No supe seguirte.</w:t>
      </w:r>
    </w:p>
    <w:p>
      <w:pPr>
        <w:pStyle w:val="BodyText"/>
      </w:pPr>
      <w:r>
        <w:rPr/>
        <w:t>La confesión reescribió la escena.</w:t>
      </w:r>
    </w:p>
    <w:p>
      <w:pPr>
        <w:pStyle w:val="BodyText"/>
      </w:pPr>
      <w:r>
        <w:rPr/>
        <w:t>Vio, como si sucediera al mismo tiempo, el momento de 1998 en el que él</w:t>
      </w:r>
      <w:r>
        <w:rPr/>
        <w:t xml:space="preserve"> </w:t>
      </w:r>
      <w:r>
        <w:rPr/>
        <w:t>cruzaba el umbral de la Jaula Sónica y el instante en el que ella, en</w:t>
      </w:r>
      <w:r>
        <w:rPr/>
        <w:t xml:space="preserve"> </w:t>
      </w:r>
      <w:r>
        <w:rPr/>
        <w:t>2023, recibía su eco por primera vez. Las dos escenas se superpusieron,</w:t>
      </w:r>
      <w:r>
        <w:rPr/>
        <w:t xml:space="preserve"> </w:t>
      </w:r>
      <w:r>
        <w:rPr/>
        <w:t>separadas por veinticinco años y un parpadeo.</w:t>
      </w:r>
    </w:p>
    <w:p>
      <w:pPr>
        <w:pStyle w:val="BodyText"/>
      </w:pPr>
      <w:r>
        <w:rPr/>
        <w:t>—Te busqué —continuó—. Te sigo buscando. Pero no puedo devolverte</w:t>
      </w:r>
      <w:r>
        <w:rPr/>
        <w:t xml:space="preserve"> </w:t>
      </w:r>
      <w:r>
        <w:rPr/>
        <w:t>al cuerpo que perdiste. Solo puedo ayudarte a dejar de ser una prisión.</w:t>
      </w:r>
    </w:p>
    <w:p>
      <w:pPr>
        <w:pStyle w:val="BodyText"/>
      </w:pPr>
      <w:r>
        <w:rPr/>
        <w:t>Alargó la mano. Sus dedos atravesaron el pecho de Adrián, pero esta vez</w:t>
      </w:r>
      <w:r>
        <w:rPr/>
        <w:t xml:space="preserve"> </w:t>
      </w:r>
      <w:r>
        <w:rPr/>
        <w:t>no lo deshicieron. Al contrario: su forma se recompuso un poco, como si</w:t>
      </w:r>
      <w:r>
        <w:rPr/>
        <w:t xml:space="preserve"> </w:t>
      </w:r>
      <w:r>
        <w:rPr/>
        <w:t>la estática hubiera encontrado una señal que merecía fijarse.</w:t>
      </w:r>
    </w:p>
    <w:p>
      <w:pPr>
        <w:pStyle w:val="BodyText"/>
      </w:pPr>
      <w:r>
        <w:rPr/>
        <w:t>—No eres solo ruido —dijo Mar—. No eres solo la canción. Eres</w:t>
      </w:r>
      <w:r>
        <w:rPr/>
        <w:t xml:space="preserve"> </w:t>
      </w:r>
      <w:r>
        <w:rPr/>
        <w:t>todas las personas que escucharon algo verdadero cuando te oyeron</w:t>
      </w:r>
      <w:r>
        <w:rPr/>
        <w:t xml:space="preserve"> </w:t>
      </w:r>
      <w:r>
        <w:rPr/>
        <w:t>pinchar. Eres el chico que me enseñó que el hormigón también tiene</w:t>
      </w:r>
      <w:r>
        <w:rPr/>
        <w:t xml:space="preserve"> </w:t>
      </w:r>
      <w:r>
        <w:rPr/>
        <w:t>memoria. Eres el hombre que escribió esa nota en la mesa del estudio</w:t>
      </w:r>
      <w:r>
        <w:rPr/>
        <w:t xml:space="preserve"> </w:t>
      </w:r>
      <w:r>
        <w:rPr/>
        <w:t>para que yo la encontrara.</w:t>
      </w:r>
    </w:p>
    <w:p>
      <w:pPr>
        <w:pStyle w:val="BodyText"/>
      </w:pPr>
      <w:r>
        <w:rPr/>
        <w:t>La estática disminuyó.</w:t>
      </w:r>
    </w:p>
    <w:p>
      <w:pPr>
        <w:pStyle w:val="BodyText"/>
      </w:pPr>
      <w:r>
        <w:rPr/>
        <w:t>Los bordes de Adrián se definieron. Su rostro, por un instante, volvió a</w:t>
      </w:r>
      <w:r>
        <w:rPr/>
        <w:t xml:space="preserve"> </w:t>
      </w:r>
      <w:r>
        <w:rPr/>
        <w:t>ser el que ella recordaba: cansado, irónico, con una ternura que nunca</w:t>
      </w:r>
      <w:r>
        <w:rPr/>
        <w:t xml:space="preserve"> </w:t>
      </w:r>
      <w:r>
        <w:rPr/>
        <w:t>se había permitido del todo.</w:t>
      </w:r>
    </w:p>
    <w:p>
      <w:pPr>
        <w:pStyle w:val="BodyText"/>
      </w:pPr>
      <w:r>
        <w:rPr/>
        <w:t>—Tengo miedo —susurró él.</w:t>
      </w:r>
    </w:p>
    <w:p>
      <w:pPr>
        <w:pStyle w:val="BodyText"/>
      </w:pPr>
      <w:r>
        <w:rPr/>
        <w:t>—Yo también —respondió ella—. Pero no estás solo en el ruido. Ni</w:t>
      </w:r>
      <w:r>
        <w:rPr/>
        <w:t xml:space="preserve"> </w:t>
      </w:r>
      <w:r>
        <w:rPr/>
        <w:t>yo en la resonancia.</w:t>
      </w:r>
    </w:p>
    <w:p>
      <w:pPr>
        <w:pStyle w:val="BodyText"/>
      </w:pPr>
      <w:r>
        <w:rPr/>
        <w:t>Lo abrazó.</w:t>
      </w:r>
    </w:p>
    <w:p>
      <w:pPr>
        <w:pStyle w:val="BodyText"/>
      </w:pPr>
      <w:r>
        <w:rPr/>
        <w:t>No había cuerpos. No había brazos. Solo dos frecuencias entrelazándose</w:t>
      </w:r>
      <w:r>
        <w:rPr/>
        <w:t xml:space="preserve"> </w:t>
      </w:r>
      <w:r>
        <w:rPr/>
        <w:t>en una misma onda.</w:t>
      </w:r>
    </w:p>
    <w:p>
      <w:pPr>
        <w:pStyle w:val="BodyText"/>
      </w:pPr>
      <w:r>
        <w:rPr/>
        <w:t>Por primera vez desde su desvanecimiento, Adrián dejó de luchar contra</w:t>
      </w:r>
      <w:r>
        <w:rPr/>
        <w:t xml:space="preserve"> </w:t>
      </w:r>
      <w:r>
        <w:rPr/>
        <w:t>el tono que lo contenía. Se permitió ser nota y no jaula. El Eco, en</w:t>
      </w:r>
      <w:r>
        <w:rPr/>
        <w:t xml:space="preserve"> </w:t>
      </w:r>
      <w:r>
        <w:rPr/>
        <w:t>lugar de devorarlo, lo sostuvo.</w:t>
      </w:r>
    </w:p>
    <w:p>
      <w:pPr>
        <w:pStyle w:val="BodyText"/>
      </w:pPr>
      <w:r>
        <w:rPr/>
        <w:t>Una luz cálida los envolvió.</w:t>
      </w:r>
    </w:p>
    <w:p>
      <w:pPr>
        <w:pStyle w:val="BodyText"/>
      </w:pPr>
      <w:r>
        <w:rPr/>
        <w:t>Cuando se separaron, su forma ya no era un amasijo de estática, sino una</w:t>
      </w:r>
      <w:r>
        <w:rPr/>
        <w:t xml:space="preserve"> </w:t>
      </w:r>
      <w:r>
        <w:rPr/>
        <w:t>silueta hecha de luz tranquila. No había dolor en sus rasgos. Solo</w:t>
      </w:r>
      <w:r>
        <w:rPr/>
        <w:t xml:space="preserve"> </w:t>
      </w:r>
      <w:r>
        <w:rPr/>
        <w:t>cansancio y una gratitud tímida.</w:t>
      </w:r>
    </w:p>
    <w:p>
      <w:pPr>
        <w:pStyle w:val="BodyText"/>
      </w:pPr>
      <w:r>
        <w:rPr/>
        <w:t>—Gracias —dijo—. Por escucharme hasta el final.</w:t>
      </w:r>
    </w:p>
    <w:p>
      <w:pPr>
        <w:pStyle w:val="BodyText"/>
      </w:pPr>
      <w:r>
        <w:rPr/>
        <w:t>Mar sonrió con los ojos llenos de lágrimas.</w:t>
      </w:r>
    </w:p>
    <w:p>
      <w:pPr>
        <w:pStyle w:val="BodyText"/>
      </w:pPr>
      <w:r>
        <w:rPr/>
        <w:t>—Vuelve cuando quieras —susurró—. Pero no porque estés atrapado.</w:t>
      </w:r>
      <w:r>
        <w:rPr/>
        <w:t xml:space="preserve"> </w:t>
      </w:r>
      <w:r>
        <w:rPr/>
        <w:t>Solo si eliges resonar.</w:t>
      </w:r>
    </w:p>
    <w:p>
      <w:pPr>
        <w:pStyle w:val="BodyText"/>
      </w:pPr>
      <w:r>
        <w:rPr/>
        <w:t>Adrián asintió.</w:t>
      </w:r>
    </w:p>
    <w:p>
      <w:pPr>
        <w:pStyle w:val="BodyText"/>
      </w:pPr>
      <w:r>
        <w:rPr/>
        <w:t>Su figura comenzó a disolverse en puntos de luz que recordaban a</w:t>
      </w:r>
      <w:r>
        <w:rPr/>
        <w:t xml:space="preserve"> </w:t>
      </w:r>
      <w:r>
        <w:rPr/>
        <w:t>luciérnagas suspendidas. Se elevaron lentamente, fundiéndose con una</w:t>
      </w:r>
      <w:r>
        <w:rPr/>
        <w:t xml:space="preserve"> </w:t>
      </w:r>
      <w:r>
        <w:rPr/>
        <w:t>claridad que no era cielo ni pantalla, sino un espacio nuevo al que el</w:t>
      </w:r>
      <w:r>
        <w:rPr/>
        <w:t xml:space="preserve"> </w:t>
      </w:r>
      <w:r>
        <w:rPr/>
        <w:t>lenguaje no llegaba.</w:t>
      </w:r>
    </w:p>
    <w:p>
      <w:pPr>
        <w:pStyle w:val="BodyText"/>
      </w:pPr>
      <w:r>
        <w:rPr/>
        <w:t>Por primera vez desde su muerte, estaba libre.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Cuando la melodía termina, no llega el silencio. Empieza la verdadera</w:t>
      </w:r>
      <w:r>
        <w:rPr/>
        <w:t xml:space="preserve"> </w:t>
      </w:r>
      <w:r>
        <w:rPr/>
        <w:t>escucha.</w:t>
      </w:r>
    </w:p>
    <w:p>
      <w:pPr>
        <w:pStyle w:val="BodyText"/>
      </w:pPr>
      <w:r>
        <w:rPr/>
        <w:t>Mar abrió los ojos en la Habitación 108.</w:t>
      </w:r>
    </w:p>
    <w:p>
      <w:pPr>
        <w:pStyle w:val="BodyText"/>
      </w:pPr>
      <w:r>
        <w:rPr/>
        <w:t>Durante unos segundos no supo dónde estaba.</w:t>
      </w:r>
    </w:p>
    <w:p>
      <w:pPr>
        <w:pStyle w:val="BodyText"/>
      </w:pPr>
      <w:r>
        <w:rPr/>
        <w:t>El suelo bajo sus rodillas era sólido, pero su cuerpo se sentía extraño,</w:t>
      </w:r>
      <w:r>
        <w:rPr/>
        <w:t xml:space="preserve"> </w:t>
      </w:r>
      <w:r>
        <w:rPr/>
        <w:t>como si hubiera olvidado cómo habitarlo. Respiró. El aire entró en sus</w:t>
      </w:r>
      <w:r>
        <w:rPr/>
        <w:t xml:space="preserve"> </w:t>
      </w:r>
      <w:r>
        <w:rPr/>
        <w:t>pulmones con una textura diferente: no solo oxígeno, sino vibración.</w:t>
      </w:r>
    </w:p>
    <w:p>
      <w:pPr>
        <w:pStyle w:val="BodyText"/>
      </w:pPr>
      <w:r>
        <w:rPr/>
        <w:t>Se miró las manos. Eran manos otra vez. Opacas. Con venas visibles bajo</w:t>
      </w:r>
      <w:r>
        <w:rPr/>
        <w:t xml:space="preserve"> </w:t>
      </w:r>
      <w:r>
        <w:rPr/>
        <w:t>la piel. Pero algo había cambiado en la forma de verlas.</w:t>
      </w:r>
    </w:p>
    <w:p>
      <w:pPr>
        <w:pStyle w:val="BodyText"/>
      </w:pPr>
      <w:r>
        <w:rPr/>
        <w:t>Poco a poco, la Habitación 108 se recompuso a su alrededor.</w:t>
      </w:r>
    </w:p>
    <w:p>
      <w:pPr>
        <w:pStyle w:val="BodyText"/>
      </w:pPr>
      <w:r>
        <w:rPr/>
        <w:t>El Estudio 4 —o lo que había sido Estudio 4— se había replegado como</w:t>
      </w:r>
      <w:r>
        <w:rPr/>
        <w:t xml:space="preserve"> </w:t>
      </w:r>
      <w:r>
        <w:rPr/>
        <w:t>una flor nocturna.</w:t>
      </w:r>
    </w:p>
    <w:p>
      <w:pPr>
        <w:pStyle w:val="BodyText"/>
      </w:pPr>
      <w:r>
        <w:rPr/>
        <w:t>La primera luz del amanecer soriano se filtraba por la ventana, pintando</w:t>
      </w:r>
      <w:r>
        <w:rPr/>
        <w:t xml:space="preserve"> </w:t>
      </w:r>
      <w:r>
        <w:rPr/>
        <w:t>la pared de tonos ámbar. El Duero corría al fondo con su rumor de</w:t>
      </w:r>
      <w:r>
        <w:rPr/>
        <w:t xml:space="preserve"> </w:t>
      </w:r>
      <w:r>
        <w:rPr/>
        <w:t>siempre.</w:t>
      </w:r>
    </w:p>
    <w:p>
      <w:pPr>
        <w:pStyle w:val="BodyText"/>
      </w:pPr>
      <w:r>
        <w:rPr/>
        <w:t>Pero nada era ya exactamente igual, porque ella había cambiado de</w:t>
      </w:r>
      <w:r>
        <w:rPr/>
        <w:t xml:space="preserve"> </w:t>
      </w:r>
      <w:r>
        <w:rPr/>
        <w:t>naturaleza.</w:t>
      </w:r>
    </w:p>
    <w:p>
      <w:pPr>
        <w:pStyle w:val="BodyText"/>
      </w:pPr>
      <w:r>
        <w:rPr/>
        <w:t>Veía la luz no como iluminación, sino como adagio interpretado por</w:t>
      </w:r>
      <w:r>
        <w:rPr/>
        <w:t xml:space="preserve"> </w:t>
      </w:r>
      <w:r>
        <w:rPr/>
        <w:t>fotones. El polvo en suspensión no flotaba al azar; seguía una</w:t>
      </w:r>
      <w:r>
        <w:rPr/>
        <w:t xml:space="preserve"> </w:t>
      </w:r>
      <w:r>
        <w:rPr/>
        <w:t>coreografía armónica invisible. Cada sonido —un coche a lo lejos, una</w:t>
      </w:r>
      <w:r>
        <w:rPr/>
        <w:t xml:space="preserve"> </w:t>
      </w:r>
      <w:r>
        <w:rPr/>
        <w:t>puerta que se cerraba, una tubería que vibraba— encajaba en un patrón</w:t>
      </w:r>
      <w:r>
        <w:rPr/>
        <w:t xml:space="preserve"> </w:t>
      </w:r>
      <w:r>
        <w:rPr/>
        <w:t>que su mente podía leer.</w:t>
      </w:r>
    </w:p>
    <w:p>
      <w:pPr>
        <w:pStyle w:val="BodyText"/>
      </w:pPr>
      <w:r>
        <w:rPr/>
        <w:t>Ya no oía la reverberación como presencia externa.</w:t>
      </w:r>
    </w:p>
    <w:p>
      <w:pPr>
        <w:pStyle w:val="BodyText"/>
      </w:pPr>
      <w:r>
        <w:rPr/>
        <w:t>Ella era la reverberación.</w:t>
      </w:r>
    </w:p>
    <w:p>
      <w:pPr>
        <w:pStyle w:val="BodyText"/>
      </w:pPr>
      <w:r>
        <w:rPr/>
        <w:t>La vibración ancestral que había atravesado Roma, Montségur, Sankt</w:t>
      </w:r>
      <w:r>
        <w:rPr/>
        <w:t xml:space="preserve"> </w:t>
      </w:r>
      <w:r>
        <w:rPr/>
        <w:t>Moritz, Lisboa y Berlín era ahora el pulso de su sangre, el ritmo de</w:t>
      </w:r>
      <w:r>
        <w:rPr/>
        <w:t xml:space="preserve"> </w:t>
      </w:r>
      <w:r>
        <w:rPr/>
        <w:t>cada latido.</w:t>
      </w:r>
    </w:p>
    <w:p>
      <w:pPr>
        <w:pStyle w:val="BodyText"/>
      </w:pPr>
      <w:r>
        <w:rPr/>
        <w:t>Se incorporó con esfuerzo. Cada músculo parecía recién afinado. El</w:t>
      </w:r>
      <w:r>
        <w:rPr/>
        <w:t xml:space="preserve"> </w:t>
      </w:r>
      <w:r>
        <w:rPr/>
        <w:t>cuerpo entero era una cámara de resonancia y el mundo, una partitura.</w:t>
      </w:r>
    </w:p>
    <w:p>
      <w:pPr>
        <w:pStyle w:val="BodyText"/>
      </w:pPr>
      <w:r>
        <w:rPr/>
        <w:t>Los artefactos del ritual yacían silenciosos sobre la cama: el cuaderno,</w:t>
      </w:r>
      <w:r>
        <w:rPr/>
        <w:t xml:space="preserve"> </w:t>
      </w:r>
      <w:r>
        <w:rPr/>
        <w:t>la piedra, el expediente. La pequeña llave de madera había desaparecido,</w:t>
      </w:r>
      <w:r>
        <w:rPr/>
        <w:t xml:space="preserve"> </w:t>
      </w:r>
      <w:r>
        <w:rPr/>
        <w:t>como si nunca hubiera existido. Su propósito se había cumplido.</w:t>
      </w:r>
    </w:p>
    <w:p>
      <w:pPr>
        <w:pStyle w:val="BodyText"/>
      </w:pPr>
      <w:r>
        <w:rPr/>
        <w:t>—Adrián… —susurró.</w:t>
      </w:r>
    </w:p>
    <w:p>
      <w:pPr>
        <w:pStyle w:val="BodyText"/>
      </w:pPr>
      <w:r>
        <w:rPr/>
        <w:t>No obtuvo respuesta verbal. Pero una caricia leve rozó su cicatriz, como</w:t>
      </w:r>
      <w:r>
        <w:rPr/>
        <w:t xml:space="preserve"> </w:t>
      </w:r>
      <w:r>
        <w:rPr/>
        <w:t>un glissando casi inaudible. No era posesión. No era dependencia. Era un</w:t>
      </w:r>
      <w:r>
        <w:rPr/>
        <w:t xml:space="preserve"> </w:t>
      </w:r>
      <w:r>
        <w:rPr/>
        <w:t>«aquí estoy» sin exigencias.</w:t>
      </w:r>
    </w:p>
    <w:p>
      <w:pPr>
        <w:pStyle w:val="BodyText"/>
      </w:pPr>
      <w:r>
        <w:rPr/>
        <w:t>Las lágrimas rodaron como perlas de liberación.</w:t>
      </w:r>
    </w:p>
    <w:p>
      <w:pPr>
        <w:pStyle w:val="BodyText"/>
      </w:pPr>
      <w:r>
        <w:rPr/>
        <w:t>Por primera vez, Mar podía llorar al hombre real en lugar de al</w:t>
      </w:r>
      <w:r>
        <w:rPr/>
        <w:t xml:space="preserve"> </w:t>
      </w:r>
      <w:r>
        <w:rPr/>
        <w:t>fantasma.</w:t>
      </w:r>
    </w:p>
    <w:p>
      <w:pPr>
        <w:pStyle w:val="BodyText"/>
      </w:pPr>
      <w:r>
        <w:rPr/>
        <w:t>Adrián estaba libre.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Se acercó a la ventana.</w:t>
      </w:r>
    </w:p>
    <w:p>
      <w:pPr>
        <w:pStyle w:val="BodyText"/>
      </w:pPr>
      <w:r>
        <w:rPr/>
        <w:t>Abajo, el Duero fluía con la misma paciencia de siempre. Pero ahora</w:t>
      </w:r>
      <w:r>
        <w:rPr/>
        <w:t xml:space="preserve"> </w:t>
      </w:r>
      <w:r>
        <w:rPr/>
        <w:t>podía oír en su corriente una melodía que había estado interpretando</w:t>
      </w:r>
      <w:r>
        <w:rPr/>
        <w:t xml:space="preserve"> </w:t>
      </w:r>
      <w:r>
        <w:rPr/>
        <w:t>durante milenios sin audiencia: un motivo antiguo que hablaba de hielo</w:t>
      </w:r>
      <w:r>
        <w:rPr/>
        <w:t xml:space="preserve"> </w:t>
      </w:r>
      <w:r>
        <w:rPr/>
        <w:t>derritiéndose, de piedras erosionadas, de ciudades construidas y</w:t>
      </w:r>
      <w:r>
        <w:rPr/>
        <w:t xml:space="preserve"> </w:t>
      </w:r>
      <w:r>
        <w:rPr/>
        <w:t>arrasadas a su orilla.</w:t>
      </w:r>
    </w:p>
    <w:p>
      <w:pPr>
        <w:pStyle w:val="BodyText"/>
      </w:pPr>
      <w:r>
        <w:rPr/>
        <w:t>Había sobrevivido.</w:t>
      </w:r>
    </w:p>
    <w:p>
      <w:pPr>
        <w:pStyle w:val="BodyText"/>
      </w:pPr>
      <w:r>
        <w:rPr/>
        <w:t>Se había transmutado en resonancia pura.</w:t>
      </w:r>
    </w:p>
    <w:p>
      <w:pPr>
        <w:pStyle w:val="BodyText"/>
      </w:pPr>
      <w:r>
        <w:rPr/>
        <w:t>El Eco ya no era una fuerza que venía de fuera para invadirla. Era el</w:t>
      </w:r>
      <w:r>
        <w:rPr/>
        <w:t xml:space="preserve"> </w:t>
      </w:r>
      <w:r>
        <w:rPr/>
        <w:t>idioma en el que, a partir de ahora, aprendería a pensar.</w:t>
      </w:r>
    </w:p>
    <w:p>
      <w:pPr>
        <w:pStyle w:val="BodyText"/>
      </w:pPr>
      <w:r>
        <w:rPr/>
        <w:t>El reto ya no era escuchar. Era decidir qué hacer con esas nuevas notas</w:t>
      </w:r>
      <w:r>
        <w:rPr/>
        <w:t xml:space="preserve"> </w:t>
      </w:r>
      <w:r>
        <w:rPr/>
        <w:t>que el cosmos le había enseñado a oír.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paz del momento se rompió como cristal.</w:t>
      </w:r>
    </w:p>
    <w:p>
      <w:pPr>
        <w:pStyle w:val="BodyText"/>
      </w:pPr>
      <w:r>
        <w:rPr/>
        <w:t>Un zumbido. Bajo, mecánico, creciente.</w:t>
      </w:r>
    </w:p>
    <w:p>
      <w:pPr>
        <w:pStyle w:val="BodyText"/>
      </w:pPr>
      <w:r>
        <w:rPr/>
        <w:t>Mar se apartó de la ventana. Lo reconoció al instante. No era el</w:t>
      </w:r>
      <w:r>
        <w:rPr/>
        <w:t xml:space="preserve"> </w:t>
      </w:r>
      <w:r>
        <w:rPr/>
        <w:t>murmullo orgánico de la ciudad. Era la precisión coordinada de una</w:t>
      </w:r>
      <w:r>
        <w:rPr/>
        <w:t xml:space="preserve"> </w:t>
      </w:r>
      <w:r>
        <w:rPr/>
        <w:t>operación.</w:t>
      </w:r>
    </w:p>
    <w:p>
      <w:pPr>
        <w:pStyle w:val="BodyText"/>
      </w:pPr>
      <w:r>
        <w:rPr/>
        <w:t>Se asomó con cuidado.</w:t>
      </w:r>
    </w:p>
    <w:p>
      <w:pPr>
        <w:pStyle w:val="BodyText"/>
      </w:pPr>
      <w:r>
        <w:rPr/>
        <w:t>Tres todoterrenos negros subían la cuesta hacia el hotel con la</w:t>
      </w:r>
      <w:r>
        <w:rPr/>
        <w:t xml:space="preserve"> </w:t>
      </w:r>
      <w:r>
        <w:rPr/>
        <w:t>eficiencia de quien ha ensayado el movimiento muchas veces. Se</w:t>
      </w:r>
      <w:r>
        <w:rPr/>
        <w:t xml:space="preserve"> </w:t>
      </w:r>
      <w:r>
        <w:rPr/>
        <w:t>detuvieron frente a la entrada al mismo tiempo.</w:t>
      </w:r>
    </w:p>
    <w:p>
      <w:pPr>
        <w:pStyle w:val="BodyText"/>
      </w:pPr>
      <w:r>
        <w:rPr/>
        <w:t>Las puertas se abrieron al unísono.</w:t>
      </w:r>
    </w:p>
    <w:p>
      <w:pPr>
        <w:pStyle w:val="BodyText"/>
      </w:pPr>
      <w:r>
        <w:rPr/>
        <w:t>Hombres y mujeres con auriculares discretos y chaquetas sin insignias</w:t>
      </w:r>
      <w:r>
        <w:rPr/>
        <w:t xml:space="preserve"> </w:t>
      </w:r>
      <w:r>
        <w:rPr/>
        <w:t>descendieron con pasos medidos. Algunos miraron hacia los tejados. Otros</w:t>
      </w:r>
      <w:r>
        <w:rPr/>
        <w:t xml:space="preserve"> </w:t>
      </w:r>
      <w:r>
        <w:rPr/>
        <w:t>hacia las ventanas superiores.</w:t>
      </w:r>
    </w:p>
    <w:p>
      <w:pPr>
        <w:pStyle w:val="BodyText"/>
      </w:pPr>
      <w:r>
        <w:rPr/>
        <w:t>Mar supo quiénes eran.</w:t>
      </w:r>
    </w:p>
    <w:p>
      <w:pPr>
        <w:pStyle w:val="BodyText"/>
      </w:pPr>
      <w:r>
        <w:rPr/>
        <w:t>Chrysalis.</w:t>
      </w:r>
    </w:p>
    <w:p>
      <w:pPr>
        <w:pStyle w:val="BodyText"/>
      </w:pPr>
      <w:r>
        <w:rPr/>
        <w:t>Finch había movido su pieza.</w:t>
      </w:r>
    </w:p>
    <w:p>
      <w:pPr>
        <w:pStyle w:val="BodyText"/>
      </w:pPr>
      <w:r>
        <w:rPr/>
        <w:t>El corazón se le aceleró, pero su mente se mantuvo extrañamente clara.</w:t>
      </w:r>
      <w:r>
        <w:rPr/>
        <w:t xml:space="preserve"> </w:t>
      </w:r>
      <w:r>
        <w:rPr/>
        <w:t>Durante un segundo, el zumbido de los motores y el eco de sus propios</w:t>
      </w:r>
      <w:r>
        <w:rPr/>
        <w:t xml:space="preserve"> </w:t>
      </w:r>
      <w:r>
        <w:rPr/>
        <w:t>latidos se sincronizaron en un mismo compás.</w:t>
      </w:r>
    </w:p>
    <w:p>
      <w:pPr>
        <w:pStyle w:val="BodyText"/>
      </w:pPr>
      <w:r>
        <w:rPr/>
        <w:t>Había ganado una batalla.</w:t>
      </w:r>
    </w:p>
    <w:p>
      <w:pPr>
        <w:pStyle w:val="BodyText"/>
      </w:pPr>
      <w:r>
        <w:rPr/>
        <w:t>La guerra acababa de cambiar de tono.</w:t>
      </w:r>
    </w:p>
    <w:p>
      <w:pPr>
        <w:pStyle w:val="Heading1"/>
      </w:pPr>
      <w:r>
        <w:rPr/>
        <w:t>PARTE II: LA DISONANCIA</w:t>
      </w:r>
    </w:p>
    <w:p>
      <w:pPr>
        <w:pStyle w:val="Heading1"/>
      </w:pPr>
      <w:r>
        <w:rPr/>
        <w:t>CAPÍTULO 20. LA CUSTODIA SERENA</w:t>
      </w:r>
    </w:p>
    <w:p>
      <w:pPr/>
      <w:r>
        <w:rPr/>
        <w:t>Mi deber ya no es guardar la resonancia.</w:t>
      </w:r>
    </w:p>
    <w:p>
      <w:pPr>
        <w:pStyle w:val="BodyText"/>
      </w:pPr>
      <w:r>
        <w:rPr/>
        <w:t>Es ser el faro que guía a quienes la escuchan por primera vez,</w:t>
      </w:r>
    </w:p>
    <w:p>
      <w:pPr>
        <w:pStyle w:val="BodyText"/>
      </w:pPr>
      <w:r>
        <w:rPr/>
        <w:t>para que no naufraguen en sus profundidades.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Tres meses después de Soria, la casa junto al océano había dejado de ser</w:t>
      </w:r>
      <w:r>
        <w:rPr/>
        <w:t xml:space="preserve"> </w:t>
      </w:r>
      <w:r>
        <w:rPr/>
        <w:t>refugio para convertirse en observatorio. La búsqueda de Vasco no llegó</w:t>
      </w:r>
      <w:r>
        <w:rPr/>
        <w:t xml:space="preserve"> </w:t>
      </w:r>
      <w:r>
        <w:rPr/>
        <w:t>hasta Mar como una alarma perforando la quietud, sino como un timbre</w:t>
      </w:r>
      <w:r>
        <w:rPr/>
        <w:t xml:space="preserve"> </w:t>
      </w:r>
      <w:r>
        <w:rPr/>
        <w:t>nuevo dentro de una sinfonía que ya conocía. Un hilo más en la trama del</w:t>
      </w:r>
      <w:r>
        <w:rPr/>
        <w:t xml:space="preserve"> </w:t>
      </w:r>
      <w:r>
        <w:rPr/>
        <w:t>Eco.</w:t>
      </w:r>
    </w:p>
    <w:p>
      <w:pPr>
        <w:pStyle w:val="BodyText"/>
      </w:pPr>
      <w:r>
        <w:rPr/>
        <w:t>Al principio fue solo eso: una vibración distinta en el fondo del ruido</w:t>
      </w:r>
      <w:r>
        <w:rPr/>
        <w:t xml:space="preserve"> </w:t>
      </w:r>
      <w:r>
        <w:rPr/>
        <w:t>del mundo.</w:t>
      </w:r>
    </w:p>
    <w:p>
      <w:pPr>
        <w:pStyle w:val="BodyText"/>
      </w:pPr>
      <w:r>
        <w:rPr/>
        <w:t>En las noches en que se sentaba en el porche de la casa, con una manta</w:t>
      </w:r>
      <w:r>
        <w:rPr/>
        <w:t xml:space="preserve"> </w:t>
      </w:r>
      <w:r>
        <w:rPr/>
        <w:t>sobre las piernas y el cuaderno apoyado en las rodillas, podía escuchar</w:t>
      </w:r>
      <w:r>
        <w:rPr/>
        <w:t xml:space="preserve"> </w:t>
      </w:r>
      <w:r>
        <w:rPr/>
        <w:t>más allá del inmediato.</w:t>
      </w:r>
    </w:p>
    <w:p>
      <w:pPr>
        <w:pStyle w:val="BodyText"/>
      </w:pPr>
      <w:r>
        <w:rPr/>
        <w:t>Primero, lo cercano: el mar golpeando la roca cincuenta metros más</w:t>
      </w:r>
      <w:r>
        <w:rPr/>
        <w:t xml:space="preserve"> </w:t>
      </w:r>
      <w:r>
        <w:rPr/>
        <w:t>abajo, un motor de barco lejano, el crujido del sauce en el jardín.</w:t>
      </w:r>
    </w:p>
    <w:p>
      <w:pPr>
        <w:pStyle w:val="BodyText"/>
      </w:pPr>
      <w:r>
        <w:rPr/>
        <w:t>Luego, lo distante.</w:t>
      </w:r>
    </w:p>
    <w:p>
      <w:pPr>
        <w:pStyle w:val="BodyText"/>
      </w:pPr>
      <w:r>
        <w:rPr/>
        <w:t>Si cerraba los ojos y dejaba que la vibración se expandiera, el planeta</w:t>
      </w:r>
      <w:r>
        <w:rPr/>
        <w:t xml:space="preserve"> </w:t>
      </w:r>
      <w:r>
        <w:rPr/>
        <w:t>entero se convertía en sala de resonancia: el rumor grave de los</w:t>
      </w:r>
      <w:r>
        <w:rPr/>
        <w:t xml:space="preserve"> </w:t>
      </w:r>
      <w:r>
        <w:rPr/>
        <w:t>océanos, la modulación errática de las ciudades, el chisporroteo fino de</w:t>
      </w:r>
      <w:r>
        <w:rPr/>
        <w:t xml:space="preserve"> </w:t>
      </w:r>
      <w:r>
        <w:rPr/>
        <w:t>los satélites cortando la ionosfera.</w:t>
      </w:r>
    </w:p>
    <w:p>
      <w:pPr>
        <w:pStyle w:val="BodyText"/>
      </w:pPr>
      <w:r>
        <w:rPr/>
        <w:t>Y, de pronto, una nueva frecuencia.</w:t>
      </w:r>
    </w:p>
    <w:p>
      <w:pPr>
        <w:pStyle w:val="BodyText"/>
      </w:pPr>
      <w:r>
        <w:rPr/>
        <w:t>No era la de Chrysalis —afilada, geométrica, calculada como un</w:t>
      </w:r>
      <w:r>
        <w:rPr/>
        <w:t xml:space="preserve"> </w:t>
      </w:r>
      <w:r>
        <w:rPr/>
        <w:t>radar—. Tampoco la de los custodios antiguos —dolida,</w:t>
      </w:r>
      <w:r>
        <w:rPr/>
        <w:t xml:space="preserve"> </w:t>
      </w:r>
      <w:r>
        <w:rPr/>
        <w:t>hipervigilante, siempre al borde de romperse—.</w:t>
      </w:r>
    </w:p>
    <w:p>
      <w:pPr>
        <w:pStyle w:val="BodyText"/>
      </w:pPr>
      <w:r>
        <w:rPr/>
        <w:t>Era otra cosa.</w:t>
      </w:r>
    </w:p>
    <w:p>
      <w:pPr>
        <w:pStyle w:val="BodyText"/>
      </w:pPr>
      <w:r>
        <w:rPr/>
        <w:t>Una curiosidad temblorosa, pero limpia. La respiración contenida de</w:t>
      </w:r>
      <w:r>
        <w:rPr/>
        <w:t xml:space="preserve"> </w:t>
      </w:r>
      <w:r>
        <w:rPr/>
        <w:t>alguien que, sin saberlo, estaba a punto de entrar en la sala donde se</w:t>
      </w:r>
      <w:r>
        <w:rPr/>
        <w:t xml:space="preserve"> </w:t>
      </w:r>
      <w:r>
        <w:rPr/>
        <w:t>guarda la primera nota del mundo.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casa había sido una elección deliberada.</w:t>
      </w:r>
    </w:p>
    <w:p>
      <w:pPr>
        <w:pStyle w:val="BodyText"/>
      </w:pPr>
      <w:r>
        <w:rPr/>
        <w:t>Después de Soria, después de la Habitación 108, después de ver los</w:t>
      </w:r>
      <w:r>
        <w:rPr/>
        <w:t xml:space="preserve"> </w:t>
      </w:r>
      <w:r>
        <w:rPr/>
        <w:t>todoterrenos negros subir la cuesta al amanecer con Chrysalis dentro,</w:t>
      </w:r>
      <w:r>
        <w:rPr/>
        <w:t xml:space="preserve"> </w:t>
      </w:r>
      <w:r>
        <w:rPr/>
        <w:t>Mar pasó dos semanas sin dormir más de tres horas seguidas.</w:t>
      </w:r>
    </w:p>
    <w:p>
      <w:pPr>
        <w:pStyle w:val="BodyText"/>
      </w:pPr>
      <w:r>
        <w:rPr/>
        <w:t>Cada sonido era amenaza: un coche frenando, pasos en el pasillo del</w:t>
      </w:r>
      <w:r>
        <w:rPr/>
        <w:t xml:space="preserve"> </w:t>
      </w:r>
      <w:r>
        <w:rPr/>
        <w:t>hotel, el timbre de un teléfono en la habitación de al lado. Despertaba</w:t>
      </w:r>
      <w:r>
        <w:rPr/>
        <w:t xml:space="preserve"> </w:t>
      </w:r>
      <w:r>
        <w:rPr/>
        <w:t>con el corazón acelerado, la cicatriz bajo su clavícula pulsando como si</w:t>
      </w:r>
      <w:r>
        <w:rPr/>
        <w:t xml:space="preserve"> </w:t>
      </w:r>
      <w:r>
        <w:rPr/>
        <w:t>algo estuviera intentando salir de ella.</w:t>
      </w:r>
    </w:p>
    <w:p>
      <w:pPr>
        <w:pStyle w:val="BodyText"/>
      </w:pPr>
      <w:r>
        <w:rPr/>
        <w:t>El miedo se había convertido en la única membrana entre ella y el mundo.</w:t>
      </w:r>
    </w:p>
    <w:p>
      <w:pPr>
        <w:pStyle w:val="BodyText"/>
      </w:pPr>
      <w:r>
        <w:rPr/>
        <w:t>Necesitaba un lugar donde respirar no fuera un acto de supervivencia.</w:t>
      </w:r>
      <w:r>
        <w:rPr/>
        <w:t xml:space="preserve"> </w:t>
      </w:r>
      <w:r>
        <w:rPr/>
        <w:t>Revisaba cada dos días los protocolos de seguridad que Lena le había</w:t>
      </w:r>
      <w:r>
        <w:rPr/>
        <w:t xml:space="preserve"> </w:t>
      </w:r>
      <w:r>
        <w:rPr/>
        <w:t>enseñado: el escáner de frecuencias que detectaba vigilancia, la</w:t>
      </w:r>
      <w:r>
        <w:rPr/>
        <w:t xml:space="preserve"> </w:t>
      </w:r>
      <w:r>
        <w:rPr/>
        <w:t>rotación de tarjetas SIM, el cifrado en las pocas comunicaciones que se</w:t>
      </w:r>
      <w:r>
        <w:rPr/>
        <w:t xml:space="preserve"> </w:t>
      </w:r>
      <w:r>
        <w:rPr/>
        <w:t>permitía. Chrysalis seguía ahí fuera, paciente, esperando el próximo</w:t>
      </w:r>
      <w:r>
        <w:rPr/>
        <w:t xml:space="preserve"> </w:t>
      </w:r>
      <w:r>
        <w:rPr/>
        <w:t>error. Pero no buscó un búnker ni un sótano sin ventanas. Buscó</w:t>
      </w:r>
      <w:r>
        <w:rPr/>
        <w:t xml:space="preserve"> </w:t>
      </w:r>
      <w:r>
        <w:rPr/>
        <w:t>horizonte.</w:t>
      </w:r>
    </w:p>
    <w:p>
      <w:pPr>
        <w:pStyle w:val="BodyText"/>
      </w:pPr>
      <w:r>
        <w:rPr/>
        <w:t>No buscó un búnker ni un sótano sin ventanas. Buscó horizonte.</w:t>
      </w:r>
    </w:p>
    <w:p>
      <w:pPr>
        <w:pStyle w:val="BodyText"/>
      </w:pPr>
      <w:r>
        <w:rPr/>
        <w:t>La encontró en una casa de piedra encalada, encajada en una ladera que</w:t>
      </w:r>
      <w:r>
        <w:rPr/>
        <w:t xml:space="preserve"> </w:t>
      </w:r>
      <w:r>
        <w:rPr/>
        <w:t>caía hacia el océano como un escalón antiguo. Tierra de acantilados, de</w:t>
      </w:r>
      <w:r>
        <w:rPr/>
        <w:t xml:space="preserve"> </w:t>
      </w:r>
      <w:r>
        <w:rPr/>
        <w:t>faros encendidos desde antes de que existieran mapas precisos. El viento</w:t>
      </w:r>
      <w:r>
        <w:rPr/>
        <w:t xml:space="preserve"> </w:t>
      </w:r>
      <w:r>
        <w:rPr/>
        <w:t>traía sal, algas, restos de conversaciones en idiomas que la costa había</w:t>
      </w:r>
      <w:r>
        <w:rPr/>
        <w:t xml:space="preserve"> </w:t>
      </w:r>
      <w:r>
        <w:rPr/>
        <w:t>ido acumulando durante siglos.</w:t>
      </w:r>
    </w:p>
    <w:p>
      <w:pPr>
        <w:pStyle w:val="BodyText"/>
      </w:pPr>
      <w:r>
        <w:rPr/>
        <w:t>«Si el Eco quiere respirar —pensó al firmar el contrato de</w:t>
      </w:r>
      <w:r>
        <w:rPr/>
        <w:t xml:space="preserve"> </w:t>
      </w:r>
      <w:r>
        <w:rPr/>
        <w:t>alquiler—, que respire mirando al borde del continente.»</w:t>
      </w:r>
    </w:p>
    <w:p>
      <w:pPr>
        <w:pStyle w:val="BodyText"/>
      </w:pPr>
      <w:r>
        <w:rPr/>
        <w:t>El jardín se convirtió en su nueva obsesión.</w:t>
      </w:r>
    </w:p>
    <w:p>
      <w:pPr>
        <w:pStyle w:val="BodyText"/>
      </w:pPr>
      <w:r>
        <w:rPr/>
        <w:t>No por afición burguesa, sino por necesidad de equilibrio. Plantó</w:t>
      </w:r>
      <w:r>
        <w:rPr/>
        <w:t xml:space="preserve"> </w:t>
      </w:r>
      <w:r>
        <w:rPr/>
        <w:t>rosales trepadores en la pared sur, una hilera de lavanda que atraía a</w:t>
      </w:r>
      <w:r>
        <w:rPr/>
        <w:t xml:space="preserve"> </w:t>
      </w:r>
      <w:r>
        <w:rPr/>
        <w:t>las abejas, tomillo y salvia junto a la puerta de la cocina. Cada</w:t>
      </w:r>
      <w:r>
        <w:rPr/>
        <w:t xml:space="preserve"> </w:t>
      </w:r>
      <w:r>
        <w:rPr/>
        <w:t>especie tenía un timbre: la rugosidad dulce de las hojas de salvia, el</w:t>
      </w:r>
      <w:r>
        <w:rPr/>
        <w:t xml:space="preserve"> </w:t>
      </w:r>
      <w:r>
        <w:rPr/>
        <w:t>zumbido constante de los insectos en la lavanda, el crujido seco de las</w:t>
      </w:r>
      <w:r>
        <w:rPr/>
        <w:t xml:space="preserve"> </w:t>
      </w:r>
      <w:r>
        <w:rPr/>
        <w:t>ramas del rosal cuando el viento las forzaba.</w:t>
      </w:r>
    </w:p>
    <w:p>
      <w:pPr>
        <w:pStyle w:val="BodyText"/>
      </w:pPr>
      <w:r>
        <w:rPr/>
        <w:t>Por las mañanas, regaba en silencio, escuchando cómo el agua caía sobre</w:t>
      </w:r>
      <w:r>
        <w:rPr/>
        <w:t xml:space="preserve"> </w:t>
      </w:r>
      <w:r>
        <w:rPr/>
        <w:t>la tierra reseca con la misma cadencia que un hi-hat suavizado. Por las</w:t>
      </w:r>
      <w:r>
        <w:rPr/>
        <w:t xml:space="preserve"> </w:t>
      </w:r>
      <w:r>
        <w:rPr/>
        <w:t>tardes, dejaba que el sol se filtrara entre las hojas, proyectando</w:t>
      </w:r>
      <w:r>
        <w:rPr/>
        <w:t xml:space="preserve"> </w:t>
      </w:r>
      <w:r>
        <w:rPr/>
        <w:t>sombras que parecían pentagramas sobre la pared.</w:t>
      </w:r>
    </w:p>
    <w:p>
      <w:pPr>
        <w:pStyle w:val="BodyText"/>
      </w:pPr>
      <w:r>
        <w:rPr/>
        <w:t>Era su manera de recordar que la vida no era solo Jaulas Sónicas y</w:t>
      </w:r>
      <w:r>
        <w:rPr/>
        <w:t xml:space="preserve"> </w:t>
      </w:r>
      <w:r>
        <w:rPr/>
        <w:t>espectros atrapados: también era la humilde armonía de un tallo que se</w:t>
      </w:r>
      <w:r>
        <w:rPr/>
        <w:t xml:space="preserve"> </w:t>
      </w:r>
      <w:r>
        <w:rPr/>
        <w:t>abre paso entre las piedras.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día que sintió por primera vez la resonancia de Vasco estaba podando</w:t>
      </w:r>
      <w:r>
        <w:rPr/>
        <w:t xml:space="preserve"> </w:t>
      </w:r>
      <w:r>
        <w:rPr/>
        <w:t>las rosas.</w:t>
      </w:r>
    </w:p>
    <w:p>
      <w:pPr>
        <w:pStyle w:val="BodyText"/>
      </w:pPr>
      <w:r>
        <w:rPr/>
        <w:t>El mar rugía más abajo con su gravedad habitual, y una radio lejana</w:t>
      </w:r>
      <w:r>
        <w:rPr/>
        <w:t xml:space="preserve"> </w:t>
      </w:r>
      <w:r>
        <w:rPr/>
        <w:t>dejaba escapar un fado mal sintonizado desde alguna cocina vecina. El</w:t>
      </w:r>
      <w:r>
        <w:rPr/>
        <w:t xml:space="preserve"> </w:t>
      </w:r>
      <w:r>
        <w:rPr/>
        <w:t>cielo estaba claro, pero el aire vibró con un cambio de presión sutil,</w:t>
      </w:r>
      <w:r>
        <w:rPr/>
        <w:t xml:space="preserve"> </w:t>
      </w:r>
      <w:r>
        <w:rPr/>
        <w:t>como cuando en un club alguien, en la cabina, carga un tema nuevo que</w:t>
      </w:r>
      <w:r>
        <w:rPr/>
        <w:t xml:space="preserve"> </w:t>
      </w:r>
      <w:r>
        <w:rPr/>
        <w:t>todavía no suena pero ya está preparado en el segundo plato.</w:t>
      </w:r>
    </w:p>
    <w:p>
      <w:pPr>
        <w:pStyle w:val="BodyText"/>
      </w:pPr>
      <w:r>
        <w:rPr/>
        <w:t>Mar se detuvo a mitad de un corte.</w:t>
      </w:r>
    </w:p>
    <w:p>
      <w:pPr>
        <w:pStyle w:val="BodyText"/>
      </w:pPr>
      <w:r>
        <w:rPr/>
        <w:t>Ahí estaba: una línea fina, casi tímida, buscando sitio entre el ruido</w:t>
      </w:r>
      <w:r>
        <w:rPr/>
        <w:t xml:space="preserve"> </w:t>
      </w:r>
      <w:r>
        <w:rPr/>
        <w:t>global. No llamaba a gritos. Preguntaba.</w:t>
      </w:r>
    </w:p>
    <w:p>
      <w:pPr>
        <w:pStyle w:val="BodyText"/>
      </w:pPr>
      <w:r>
        <w:rPr/>
        <w:t>Vio, sin verlo, un apartamento en Lisboa lleno de papeles, diagramas,</w:t>
      </w:r>
      <w:r>
        <w:rPr/>
        <w:t xml:space="preserve"> </w:t>
      </w:r>
      <w:r>
        <w:rPr/>
        <w:t>mapas batidos por el viento del Tajo. Un reproductor de cintas</w:t>
      </w:r>
      <w:r>
        <w:rPr/>
        <w:t xml:space="preserve"> </w:t>
      </w:r>
      <w:r>
        <w:rPr/>
        <w:t>envejecido. Un hombre de cuarenta y pocos años, ojos marcados y manos de</w:t>
      </w:r>
      <w:r>
        <w:rPr/>
        <w:t xml:space="preserve"> </w:t>
      </w:r>
      <w:r>
        <w:rPr/>
        <w:t>quien ha pasado demasiadas noches sosteniendo auriculares, inclinado</w:t>
      </w:r>
      <w:r>
        <w:rPr/>
        <w:t xml:space="preserve"> </w:t>
      </w:r>
      <w:r>
        <w:rPr/>
        <w:t>sobre una forma de onda en la pantalla.</w:t>
      </w:r>
    </w:p>
    <w:p>
      <w:pPr>
        <w:pStyle w:val="BodyText"/>
      </w:pPr>
      <w:r>
        <w:rPr/>
        <w:t>Escuchó su duda, su desvelo metódico, su miedo a estar cruzando una</w:t>
      </w:r>
      <w:r>
        <w:rPr/>
        <w:t xml:space="preserve"> </w:t>
      </w:r>
      <w:r>
        <w:rPr/>
        <w:t>frontera invisible.</w:t>
      </w:r>
    </w:p>
    <w:p>
      <w:pPr>
        <w:pStyle w:val="BodyText"/>
      </w:pPr>
      <w:r>
        <w:rPr/>
        <w:t>El Eco le llevaba su búsqueda como le había llevado, años atrás, los</w:t>
      </w:r>
      <w:r>
        <w:rPr/>
        <w:t xml:space="preserve"> </w:t>
      </w:r>
      <w:r>
        <w:rPr/>
        <w:t>pasos desorientados de Lena por Kreuzberg o los últimos paseos de Julio</w:t>
      </w:r>
      <w:r>
        <w:rPr/>
        <w:t xml:space="preserve"> </w:t>
      </w:r>
      <w:r>
        <w:rPr/>
        <w:t>Ordaz entre los arcos del monasterio. Pero en Vasco había algo distinto:</w:t>
      </w:r>
      <w:r>
        <w:rPr/>
        <w:t xml:space="preserve"> </w:t>
      </w:r>
      <w:r>
        <w:rPr/>
        <w:t>una voluntad de comprender sin poseer. Esa diferencia, casi</w:t>
      </w:r>
      <w:r>
        <w:rPr/>
        <w:t xml:space="preserve"> </w:t>
      </w:r>
      <w:r>
        <w:rPr/>
        <w:t>imperceptible, lo cambiaba todo.</w:t>
      </w:r>
    </w:p>
    <w:p>
      <w:pPr>
        <w:pStyle w:val="BodyText"/>
      </w:pPr>
      <w:r>
        <w:rPr/>
        <w:t>Un escalofrío le recorrió la espalda. No era frío. Era memoria heredada.</w:t>
      </w:r>
    </w:p>
    <w:p>
      <w:pPr>
        <w:pStyle w:val="BodyText"/>
      </w:pPr>
      <w:r>
        <w:rPr/>
        <w:t>La voz del miedo ancestral habló en ella con acento de siglos:</w:t>
      </w:r>
    </w:p>
    <w:p>
      <w:pPr>
        <w:pStyle w:val="BodyText"/>
      </w:pPr>
      <w:r>
        <w:rPr/>
        <w:t>Escóndete.</w:t>
      </w:r>
    </w:p>
    <w:p>
      <w:pPr>
        <w:pStyle w:val="BodyText"/>
      </w:pPr>
      <w:r>
        <w:rPr/>
        <w:t>Haz lo que hicieron Arnaldo, Liora, Anna Maria, Ordaz.</w:t>
      </w:r>
    </w:p>
    <w:p>
      <w:pPr>
        <w:pStyle w:val="BodyText"/>
      </w:pPr>
      <w:r>
        <w:rPr/>
        <w:t>Reduce tu huella. Apaga tu vibración.</w:t>
      </w:r>
    </w:p>
    <w:p>
      <w:pPr>
        <w:pStyle w:val="BodyText"/>
      </w:pPr>
      <w:r>
        <w:rPr/>
        <w:t>Deja que el siguiente buscador se las arregle solo.</w:t>
      </w:r>
    </w:p>
    <w:p>
      <w:pPr>
        <w:pStyle w:val="BodyText"/>
      </w:pPr>
      <w:r>
        <w:rPr/>
        <w:t>Era la inercia de un linaje que había sobrevivido en sombras,</w:t>
      </w:r>
      <w:r>
        <w:rPr/>
        <w:t xml:space="preserve"> </w:t>
      </w:r>
      <w:r>
        <w:rPr/>
        <w:t>convirtiéndose en mito, en nota marginal en los archivos, en pie de</w:t>
      </w:r>
      <w:r>
        <w:rPr/>
        <w:t xml:space="preserve"> </w:t>
      </w:r>
      <w:r>
        <w:rPr/>
        <w:t>página que casi nadie leía.</w:t>
      </w:r>
    </w:p>
    <w:p>
      <w:pPr>
        <w:pStyle w:val="BodyText"/>
      </w:pPr>
      <w:r>
        <w:rPr/>
        <w:t>Su primer impulso fue exactamente ese: replegarse.</w:t>
      </w:r>
    </w:p>
    <w:p>
      <w:pPr>
        <w:pStyle w:val="BodyText"/>
      </w:pPr>
      <w:r>
        <w:rPr/>
        <w:t>Podría desconectar todos los dispositivos, apagar la red, dejar que su</w:t>
      </w:r>
      <w:r>
        <w:rPr/>
        <w:t xml:space="preserve"> </w:t>
      </w:r>
      <w:r>
        <w:rPr/>
        <w:t>vida se difuminara en la estadística anónima de la costa. Podría</w:t>
      </w:r>
      <w:r>
        <w:rPr/>
        <w:t xml:space="preserve"> </w:t>
      </w:r>
      <w:r>
        <w:rPr/>
        <w:t>convertirse en una más entre las miles de personas que caminan por el</w:t>
      </w:r>
      <w:r>
        <w:rPr/>
        <w:t xml:space="preserve"> </w:t>
      </w:r>
      <w:r>
        <w:rPr/>
        <w:t>mundo sin que el mundo repare en ellas.</w:t>
      </w:r>
    </w:p>
    <w:p>
      <w:pPr>
        <w:pStyle w:val="BodyText"/>
      </w:pPr>
      <w:r>
        <w:rPr/>
        <w:t>Dejar que Vasco siguiera la ruta de siempre: deslumbramiento, obsesión,</w:t>
      </w:r>
      <w:r>
        <w:rPr/>
        <w:t xml:space="preserve"> </w:t>
      </w:r>
      <w:r>
        <w:rPr/>
        <w:t>colapso. Otro nombre más en el archivo FADING AWAY.</w:t>
      </w:r>
    </w:p>
    <w:p>
      <w:pPr>
        <w:pStyle w:val="BodyText"/>
      </w:pPr>
      <w:r>
        <w:rPr/>
        <w:t>Sería más fácil. Más seguro.</w:t>
      </w:r>
    </w:p>
    <w:p>
      <w:pPr>
        <w:pStyle w:val="BodyText"/>
      </w:pPr>
      <w:r>
        <w:rPr/>
        <w:t>Pero también sería traicionar todo lo que Adrián había perdido para que</w:t>
      </w:r>
      <w:r>
        <w:rPr/>
        <w:t xml:space="preserve"> </w:t>
      </w:r>
      <w:r>
        <w:rPr/>
        <w:t>ella llegara hasta aquí. Todos los custodios que habían muerto solos,</w:t>
      </w:r>
      <w:r>
        <w:rPr/>
        <w:t xml:space="preserve"> </w:t>
      </w:r>
      <w:r>
        <w:rPr/>
        <w:t>creyendo que el silencio era la única forma de proteger el Eco.</w:t>
      </w:r>
    </w:p>
    <w:p>
      <w:pPr>
        <w:pStyle w:val="BodyText"/>
      </w:pPr>
      <w:r>
        <w:rPr/>
        <w:t>¿De qué servía haber sobrevivido si solo perpetuaba el ciclo?</w:t>
      </w:r>
    </w:p>
    <w:p>
      <w:pPr>
        <w:pStyle w:val="BodyText"/>
      </w:pPr>
      <w:r>
        <w:rPr/>
        <w:t>La tijera de podar tembló sobre el tallo.</w:t>
      </w:r>
    </w:p>
    <w:p>
      <w:pPr>
        <w:pStyle w:val="BodyText"/>
      </w:pPr>
      <w:r>
        <w:rPr/>
        <w:t>Mar respiró. Una, dos, tres veces. No como técnica de relajación, sino</w:t>
      </w:r>
      <w:r>
        <w:rPr/>
        <w:t xml:space="preserve"> </w:t>
      </w:r>
      <w:r>
        <w:rPr/>
        <w:t>como acto de rebelión.</w:t>
      </w:r>
    </w:p>
    <w:p>
      <w:pPr>
        <w:pStyle w:val="BodyText"/>
      </w:pPr>
      <w:r>
        <w:rPr/>
        <w:t>En lugar de replegarse, se expandió.</w:t>
      </w:r>
    </w:p>
    <w:p>
      <w:pPr>
        <w:pStyle w:val="BodyText"/>
      </w:pPr>
      <w:r>
        <w:rPr/>
        <w:t>Dejó que la vibración que llevaba meses aprendiendo a habitar —la</w:t>
      </w:r>
      <w:r>
        <w:rPr/>
        <w:t xml:space="preserve"> </w:t>
      </w:r>
      <w:r>
        <w:rPr/>
        <w:t>mezcla improbable de Montségur, San Juan de Duero, Berlín y la</w:t>
      </w:r>
      <w:r>
        <w:rPr/>
        <w:t xml:space="preserve"> </w:t>
      </w:r>
      <w:r>
        <w:rPr/>
        <w:t>Habitación 108— se desplegara con suavidad desde su pecho hacia el</w:t>
      </w:r>
      <w:r>
        <w:rPr/>
        <w:t xml:space="preserve"> </w:t>
      </w:r>
      <w:r>
        <w:rPr/>
        <w:t>entorno: primero el jardín, luego la casa, luego el acantilado. No subió</w:t>
      </w:r>
      <w:r>
        <w:rPr/>
        <w:t xml:space="preserve"> </w:t>
      </w:r>
      <w:r>
        <w:rPr/>
        <w:t>el volumen. Solo abrió la puerta.</w:t>
      </w:r>
    </w:p>
    <w:p>
      <w:pPr>
        <w:pStyle w:val="BodyText"/>
      </w:pPr>
      <w:r>
        <w:rPr/>
        <w:t>El instinto de huida se disolvió como una reverberación demasiado larga</w:t>
      </w:r>
      <w:r>
        <w:rPr/>
        <w:t xml:space="preserve"> </w:t>
      </w:r>
      <w:r>
        <w:rPr/>
        <w:t>que por fin encuentra su punto de fader.</w:t>
      </w:r>
    </w:p>
    <w:p>
      <w:pPr>
        <w:pStyle w:val="BodyText"/>
      </w:pPr>
      <w:r>
        <w:rPr/>
        <w:t>Comprendió entonces que su rol había mutado de forma irreversible.</w:t>
      </w:r>
    </w:p>
    <w:p>
      <w:pPr>
        <w:pStyle w:val="BodyText"/>
      </w:pPr>
      <w:r>
        <w:rPr/>
        <w:t>Ya no era la guardiana clandestina de un secreto peligroso. Era la</w:t>
      </w:r>
      <w:r>
        <w:rPr/>
        <w:t xml:space="preserve"> </w:t>
      </w:r>
      <w:r>
        <w:rPr/>
        <w:t>primera maestra de una verdad que por fin podía empezar a liberarse.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Entró en la casa, se lavó las manos y se sirvió café en una taza</w:t>
      </w:r>
      <w:r>
        <w:rPr/>
        <w:t xml:space="preserve"> </w:t>
      </w:r>
      <w:r>
        <w:rPr/>
        <w:t>desconchada. El ritual la ancló a lo cotidiano: molinillo, agua, vapor,</w:t>
      </w:r>
      <w:r>
        <w:rPr/>
        <w:t xml:space="preserve"> </w:t>
      </w:r>
      <w:r>
        <w:rPr/>
        <w:t>el goteo hipnótico en la moka. Sobre la mesa del salón estaba abierto el</w:t>
      </w:r>
      <w:r>
        <w:rPr/>
        <w:t xml:space="preserve"> </w:t>
      </w:r>
      <w:r>
        <w:rPr/>
        <w:t>cuaderno donde, días atrás, había empezado una nueva sección del Libro</w:t>
      </w:r>
      <w:r>
        <w:rPr/>
        <w:t xml:space="preserve"> </w:t>
      </w:r>
      <w:r>
        <w:rPr/>
        <w:t>de los Ecos:</w:t>
      </w:r>
    </w:p>
    <w:p>
      <w:pPr>
        <w:pStyle w:val="BodyText"/>
      </w:pPr>
      <w:r>
        <w:rPr/>
        <w:t>Sobre la custodia serena.</w:t>
      </w:r>
    </w:p>
    <w:p>
      <w:pPr>
        <w:pStyle w:val="BodyText"/>
      </w:pPr>
      <w:r>
        <w:rPr/>
        <w:t>Debajo, solo una frase:</w:t>
      </w:r>
    </w:p>
    <w:p>
      <w:pPr>
        <w:pStyle w:val="BodyText"/>
      </w:pPr>
      <w:r>
        <w:rPr/>
        <w:t>No se trata de encerrar el Eco, sino de enseñarle a quienes lo escuchan</w:t>
      </w:r>
      <w:r>
        <w:rPr/>
        <w:t xml:space="preserve"> </w:t>
      </w:r>
      <w:r>
        <w:rPr/>
        <w:t>a no confundirse con él.</w:t>
      </w:r>
    </w:p>
    <w:p>
      <w:pPr>
        <w:pStyle w:val="BodyText"/>
      </w:pPr>
      <w:r>
        <w:rPr/>
        <w:t>Mar se sentó, sintiendo cómo la presencia de Vasco iba ganando</w:t>
      </w:r>
      <w:r>
        <w:rPr/>
        <w:t xml:space="preserve"> </w:t>
      </w:r>
      <w:r>
        <w:rPr/>
        <w:t>definición, como si alguien estuviera moviendo lentamente el knob de</w:t>
      </w:r>
      <w:r>
        <w:rPr/>
        <w:t xml:space="preserve"> </w:t>
      </w:r>
      <w:r>
        <w:rPr/>
        <w:t>«focus» de un microscopio.</w:t>
      </w:r>
    </w:p>
    <w:p>
      <w:pPr>
        <w:pStyle w:val="BodyText"/>
      </w:pPr>
      <w:r>
        <w:rPr/>
        <w:t>Lo percibió en el aeropuerto, dudando frente a la puerta de embarque. Lo</w:t>
      </w:r>
      <w:r>
        <w:rPr/>
        <w:t xml:space="preserve"> </w:t>
      </w:r>
      <w:r>
        <w:rPr/>
        <w:t>percibió en el tren nocturno, contando traviesas mentalmente para no</w:t>
      </w:r>
      <w:r>
        <w:rPr/>
        <w:t xml:space="preserve"> </w:t>
      </w:r>
      <w:r>
        <w:rPr/>
        <w:t>quedarse dormido sobre la cinta. Lo percibió en la meseta, cuando el</w:t>
      </w:r>
      <w:r>
        <w:rPr/>
        <w:t xml:space="preserve"> </w:t>
      </w:r>
      <w:r>
        <w:rPr/>
        <w:t>paisaje se abrió en ocres y grises y el mundo pareció, por un instante,</w:t>
      </w:r>
      <w:r>
        <w:rPr/>
        <w:t xml:space="preserve"> </w:t>
      </w:r>
      <w:r>
        <w:rPr/>
        <w:t>quedarse sin bordes.</w:t>
      </w:r>
    </w:p>
    <w:p>
      <w:pPr>
        <w:pStyle w:val="BodyText"/>
      </w:pPr>
      <w:r>
        <w:rPr/>
        <w:t>El joven historiador que la buscaba desde Lisboa no era un salvador ni</w:t>
      </w:r>
      <w:r>
        <w:rPr/>
        <w:t xml:space="preserve"> </w:t>
      </w:r>
      <w:r>
        <w:rPr/>
        <w:t>un nuevo mártir en potencia. Era un alumno.</w:t>
      </w:r>
    </w:p>
    <w:p>
      <w:pPr>
        <w:pStyle w:val="BodyText"/>
      </w:pPr>
      <w:r>
        <w:rPr/>
        <w:t>La pregunta que importaba no era si debía ocultarle la verdad, sino</w:t>
      </w:r>
      <w:r>
        <w:rPr/>
        <w:t xml:space="preserve"> </w:t>
      </w:r>
      <w:r>
        <w:rPr/>
        <w:t>cuánto podía soportar de ella sin romperse.</w:t>
      </w:r>
    </w:p>
    <w:p>
      <w:pPr>
        <w:pStyle w:val="BodyText"/>
      </w:pPr>
      <w:r>
        <w:rPr/>
        <w:t>¿Podía ser un faro en lugar de una sombra?</w:t>
      </w:r>
    </w:p>
    <w:p>
      <w:pPr>
        <w:pStyle w:val="BodyText"/>
      </w:pPr>
      <w:r>
        <w:rPr/>
        <w:t>La decisión le trajo una calma que no había experimentado desde antes</w:t>
      </w:r>
      <w:r>
        <w:rPr/>
        <w:t xml:space="preserve"> </w:t>
      </w:r>
      <w:r>
        <w:rPr/>
        <w:t>del desvanecimiento de Adrián. Era una calma diferente a la de la</w:t>
      </w:r>
      <w:r>
        <w:rPr/>
        <w:t xml:space="preserve"> </w:t>
      </w:r>
      <w:r>
        <w:rPr/>
        <w:t>ignorancia. Una calma consciente, casi adulta. Por primera vez, la</w:t>
      </w:r>
      <w:r>
        <w:rPr/>
        <w:t xml:space="preserve"> </w:t>
      </w:r>
      <w:r>
        <w:rPr/>
        <w:t>vibración ancestral no le pedía sacrificio inmediato, sino paciencia.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Se levantó y fue al pequeño cuarto que usaba como estudio.</w:t>
      </w:r>
    </w:p>
    <w:p>
      <w:pPr>
        <w:pStyle w:val="BodyText"/>
      </w:pPr>
      <w:r>
        <w:rPr/>
        <w:t>No había una Jaula Sónica, ni equipamiento excesivo. Solo una mesa, dos</w:t>
      </w:r>
      <w:r>
        <w:rPr/>
        <w:t xml:space="preserve"> </w:t>
      </w:r>
      <w:r>
        <w:rPr/>
        <w:t>monitores, un par de auriculares, una interfaz de audio.</w:t>
      </w:r>
    </w:p>
    <w:p>
      <w:pPr>
        <w:pStyle w:val="BodyText"/>
      </w:pPr>
      <w:r>
        <w:rPr/>
        <w:t>Y la piedra con espiral de Montségur.</w:t>
      </w:r>
    </w:p>
    <w:p>
      <w:pPr>
        <w:pStyle w:val="BodyText"/>
      </w:pPr>
      <w:r>
        <w:rPr/>
        <w:t>Descansaba sobre una tela oscura junto al teclado. Parecía un simple</w:t>
      </w:r>
      <w:r>
        <w:rPr/>
        <w:t xml:space="preserve"> </w:t>
      </w:r>
      <w:r>
        <w:rPr/>
        <w:t>pisapapeles, pero Mar sabía que no lo era. La tocó con dos dedos. La</w:t>
      </w:r>
      <w:r>
        <w:rPr/>
        <w:t xml:space="preserve"> </w:t>
      </w:r>
      <w:r>
        <w:rPr/>
        <w:t>superficie seguía fría después de meses, como si guardara memoria de las</w:t>
      </w:r>
      <w:r>
        <w:rPr/>
        <w:t xml:space="preserve"> </w:t>
      </w:r>
      <w:r>
        <w:rPr/>
        <w:t>noches heladas en la montaña cátara.</w:t>
      </w:r>
    </w:p>
    <w:p>
      <w:pPr>
        <w:pStyle w:val="BodyText"/>
      </w:pPr>
      <w:r>
        <w:rPr/>
        <w:t>Liora la había sostenido así. Arnaldo también.</w:t>
      </w:r>
    </w:p>
    <w:p>
      <w:pPr>
        <w:pStyle w:val="BodyText"/>
      </w:pPr>
      <w:r>
        <w:rPr/>
        <w:t>Ahora era su turno de transmitirla.</w:t>
      </w:r>
    </w:p>
    <w:p>
      <w:pPr>
        <w:pStyle w:val="BodyText"/>
      </w:pPr>
      <w:r>
        <w:rPr/>
        <w:t>Se colocó los auriculares. No encendió nada. Escuchó.</w:t>
      </w:r>
    </w:p>
    <w:p>
      <w:pPr>
        <w:pStyle w:val="BodyText"/>
      </w:pPr>
      <w:r>
        <w:rPr/>
        <w:t>Sintió la firma energética de Vasco, ya no como una cuerda aislada, sino</w:t>
      </w:r>
      <w:r>
        <w:rPr/>
        <w:t xml:space="preserve"> </w:t>
      </w:r>
      <w:r>
        <w:rPr/>
        <w:t>como parte de un acorde mayor. El timbre concreto de sus pensamientos</w:t>
      </w:r>
      <w:r>
        <w:rPr/>
        <w:t xml:space="preserve"> </w:t>
      </w:r>
      <w:r>
        <w:rPr/>
        <w:t>—razón afilada, melancolía contenida, un cansancio antiguo que no</w:t>
      </w:r>
      <w:r>
        <w:rPr/>
        <w:t xml:space="preserve"> </w:t>
      </w:r>
      <w:r>
        <w:rPr/>
        <w:t>pertenecía a su edad— vibraba sobre el zumbido de la cinta que llevaba</w:t>
      </w:r>
      <w:r>
        <w:rPr/>
        <w:t xml:space="preserve"> </w:t>
      </w:r>
      <w:r>
        <w:rPr/>
        <w:t>en la mochila.</w:t>
      </w:r>
    </w:p>
    <w:p>
      <w:pPr>
        <w:pStyle w:val="BodyText"/>
      </w:pPr>
      <w:r>
        <w:rPr/>
        <w:t>Percibió también las otras corrientes del mundo.</w:t>
      </w:r>
    </w:p>
    <w:p>
      <w:pPr>
        <w:pStyle w:val="BodyText"/>
      </w:pPr>
      <w:r>
        <w:rPr/>
        <w:t>Chrysalis: geometría afilada, algoritmos rastreando, una red de antenas</w:t>
      </w:r>
      <w:r>
        <w:rPr/>
        <w:t xml:space="preserve"> </w:t>
      </w:r>
      <w:r>
        <w:rPr/>
        <w:t>pulsando en sincronía como latido mecánico. Más cerca de lo que le</w:t>
      </w:r>
      <w:r>
        <w:rPr/>
        <w:t xml:space="preserve"> </w:t>
      </w:r>
      <w:r>
        <w:rPr/>
        <w:t>gustaría admitir.</w:t>
      </w:r>
    </w:p>
    <w:p>
      <w:pPr>
        <w:pStyle w:val="BodyText"/>
      </w:pPr>
      <w:r>
        <w:rPr/>
        <w:t>Custodios dispersos: algunos despertando en ciudades que no conocía,</w:t>
      </w:r>
      <w:r>
        <w:rPr/>
        <w:t xml:space="preserve"> </w:t>
      </w:r>
      <w:r>
        <w:rPr/>
        <w:t>sintiendo una inquietud que no sabían nombrar todavía.</w:t>
      </w:r>
    </w:p>
    <w:p>
      <w:pPr>
        <w:pStyle w:val="BodyText"/>
      </w:pPr>
      <w:r>
        <w:rPr/>
        <w:t>Y más abajo, como marea de fondo, la consciencia colectiva adaptándose</w:t>
      </w:r>
      <w:r>
        <w:rPr/>
        <w:t xml:space="preserve"> </w:t>
      </w:r>
      <w:r>
        <w:rPr/>
        <w:t>despacio a una época donde el ruido ya no podía taparlo todo.</w:t>
      </w:r>
    </w:p>
    <w:p>
      <w:pPr>
        <w:pStyle w:val="BodyText"/>
      </w:pPr>
      <w:r>
        <w:rPr/>
        <w:t>Se dio cuenta entonces de que una nueva responsabilidad se abría paso.</w:t>
      </w:r>
    </w:p>
    <w:p>
      <w:pPr>
        <w:pStyle w:val="BodyText"/>
      </w:pPr>
      <w:r>
        <w:rPr/>
        <w:t>No bastaba con haber liberado a Adrián. No bastaba con haber sobrevivido</w:t>
      </w:r>
      <w:r>
        <w:rPr/>
        <w:t xml:space="preserve"> </w:t>
      </w:r>
      <w:r>
        <w:rPr/>
        <w:t>ella.</w:t>
      </w:r>
    </w:p>
    <w:p>
      <w:pPr>
        <w:pStyle w:val="BodyText"/>
      </w:pPr>
      <w:r>
        <w:rPr/>
        <w:t>Tenía que aprender a modular la intensidad del Eco para otros.</w:t>
      </w:r>
    </w:p>
    <w:p>
      <w:pPr>
        <w:pStyle w:val="BodyText"/>
      </w:pPr>
      <w:r>
        <w:rPr/>
        <w:t>Como quien está en cabina y decide, en fracciones de segundo, cuánto</w:t>
      </w:r>
      <w:r>
        <w:rPr/>
        <w:t xml:space="preserve"> </w:t>
      </w:r>
      <w:r>
        <w:rPr/>
        <w:t>subgrave puede soportar una pista antes de que el sonido deje de ser</w:t>
      </w:r>
      <w:r>
        <w:rPr/>
        <w:t xml:space="preserve"> </w:t>
      </w:r>
      <w:r>
        <w:rPr/>
        <w:t>éxtasis y se convierta en agresión, Mar entendió que su tarea sería</w:t>
      </w:r>
      <w:r>
        <w:rPr/>
        <w:t xml:space="preserve"> </w:t>
      </w:r>
      <w:r>
        <w:rPr/>
        <w:t>subir y bajar faders invisibles.</w:t>
      </w:r>
    </w:p>
    <w:p>
      <w:pPr>
        <w:pStyle w:val="BodyText"/>
      </w:pPr>
      <w:r>
        <w:rPr/>
        <w:t>Alimentar. Proteger. Sin controlar. Sin poseer.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Tomó el cuaderno. Escribió, con letra lenta pero firme:</w:t>
      </w:r>
    </w:p>
    <w:p>
      <w:pPr>
        <w:pStyle w:val="BodyText"/>
      </w:pPr>
      <w:r>
        <w:rPr/>
        <w:t>A partir de hoy, mi deber no es guardar la resonancia, sino acompañar a</w:t>
      </w:r>
      <w:r>
        <w:rPr/>
        <w:t xml:space="preserve"> </w:t>
      </w:r>
      <w:r>
        <w:rPr/>
        <w:t>quienes llegan hasta ella.</w:t>
      </w:r>
    </w:p>
    <w:p>
      <w:pPr>
        <w:pStyle w:val="BodyText"/>
      </w:pPr>
      <w:r>
        <w:rPr/>
        <w:t>No más custodios aislados.</w:t>
      </w:r>
    </w:p>
    <w:p>
      <w:pPr>
        <w:pStyle w:val="BodyText"/>
      </w:pPr>
      <w:r>
        <w:rPr/>
        <w:t>No más mártires del silencio.</w:t>
      </w:r>
    </w:p>
    <w:p>
      <w:pPr>
        <w:pStyle w:val="BodyText"/>
      </w:pPr>
      <w:r>
        <w:rPr/>
        <w:t>Le tembló un poco la mano al escribir la última línea, pero no la tachó.</w:t>
      </w:r>
    </w:p>
    <w:p>
      <w:pPr>
        <w:pStyle w:val="BodyText"/>
      </w:pPr>
      <w:r>
        <w:rPr/>
        <w:t>Cerró los ojos. Vio a Vasco cruzando el andén de una estación que</w:t>
      </w:r>
      <w:r>
        <w:rPr/>
        <w:t xml:space="preserve"> </w:t>
      </w:r>
      <w:r>
        <w:rPr/>
        <w:t>conocía demasiado bien: Soria. El viento cortante, el edificio pequeño,</w:t>
      </w:r>
      <w:r>
        <w:rPr/>
        <w:t xml:space="preserve"> </w:t>
      </w:r>
      <w:r>
        <w:rPr/>
        <w:t>el eco hueco de los pasos sobre el suelo. En su mochila, la cinta; en su</w:t>
      </w:r>
      <w:r>
        <w:rPr/>
        <w:t xml:space="preserve"> </w:t>
      </w:r>
      <w:r>
        <w:rPr/>
        <w:t>pecho, una pregunta que todavía no sabía formular con palabras.</w:t>
      </w:r>
    </w:p>
    <w:p>
      <w:pPr>
        <w:pStyle w:val="BodyText"/>
      </w:pPr>
      <w:r>
        <w:rPr/>
        <w:t>Podría ir a su encuentro de inmediato, aparecerse como una aparición en</w:t>
      </w:r>
      <w:r>
        <w:rPr/>
        <w:t xml:space="preserve"> </w:t>
      </w:r>
      <w:r>
        <w:rPr/>
        <w:t>el claustro de San Juan de Duero, repetir el gesto casi litúrgico de los</w:t>
      </w:r>
      <w:r>
        <w:rPr/>
        <w:t xml:space="preserve"> </w:t>
      </w:r>
      <w:r>
        <w:rPr/>
        <w:t>custodios antiguos.</w:t>
      </w:r>
    </w:p>
    <w:p>
      <w:pPr>
        <w:pStyle w:val="BodyText"/>
      </w:pPr>
      <w:r>
        <w:rPr/>
        <w:t>Vasco se deslumbraría. La seguiría. Obedecería.</w:t>
      </w:r>
    </w:p>
    <w:p>
      <w:pPr>
        <w:pStyle w:val="BodyText"/>
      </w:pPr>
      <w:r>
        <w:rPr/>
        <w:t>Y en cinco años, estaría roto como todos los demás.</w:t>
      </w:r>
    </w:p>
    <w:p>
      <w:pPr>
        <w:pStyle w:val="BodyText"/>
      </w:pPr>
      <w:r>
        <w:rPr/>
        <w:t>No.</w:t>
      </w:r>
    </w:p>
    <w:p>
      <w:pPr>
        <w:pStyle w:val="BodyText"/>
      </w:pPr>
      <w:r>
        <w:rPr/>
        <w:t>Esta vez tenía que ser diferente. Vasco necesitaba elegir el Eco por sí</w:t>
      </w:r>
      <w:r>
        <w:rPr/>
        <w:t xml:space="preserve"> </w:t>
      </w:r>
      <w:r>
        <w:rPr/>
        <w:t>mismo, no porque una figura mística se lo impusiera. Necesitaba dudar,</w:t>
      </w:r>
      <w:r>
        <w:rPr/>
        <w:t xml:space="preserve"> </w:t>
      </w:r>
      <w:r>
        <w:rPr/>
        <w:t>buscar, encontrar por su cuenta.</w:t>
      </w:r>
    </w:p>
    <w:p>
      <w:pPr>
        <w:pStyle w:val="BodyText"/>
      </w:pPr>
      <w:r>
        <w:rPr/>
        <w:t>Solo así llegaría entero.</w:t>
      </w:r>
    </w:p>
    <w:p>
      <w:pPr>
        <w:pStyle w:val="BodyText"/>
      </w:pPr>
      <w:r>
        <w:rPr/>
        <w:t>Mar no iría a buscarlo. Lo dejaría buscar.</w:t>
      </w:r>
    </w:p>
    <w:p>
      <w:pPr>
        <w:pStyle w:val="BodyText"/>
      </w:pPr>
      <w:r>
        <w:rPr/>
        <w:t>Desde la distancia —desde su casa en el borde del continente y desde</w:t>
      </w:r>
      <w:r>
        <w:rPr/>
        <w:t xml:space="preserve"> </w:t>
      </w:r>
      <w:r>
        <w:rPr/>
        <w:t>el centro mismo de la red vibratoria que había aprendido a habitar—</w:t>
      </w:r>
      <w:r>
        <w:rPr/>
        <w:t xml:space="preserve"> </w:t>
      </w:r>
      <w:r>
        <w:rPr/>
        <w:t>sembraría apenas lo necesario: un sueño, una intuición, una frase en un</w:t>
      </w:r>
      <w:r>
        <w:rPr/>
        <w:t xml:space="preserve"> </w:t>
      </w:r>
      <w:r>
        <w:rPr/>
        <w:t>archivo olvidado que él encontraría tarde una noche, el impulso</w:t>
      </w:r>
      <w:r>
        <w:rPr/>
        <w:t xml:space="preserve"> </w:t>
      </w:r>
      <w:r>
        <w:rPr/>
        <w:t>inexplicable de desviarse de una calle para tomar otra.</w:t>
      </w:r>
    </w:p>
    <w:p>
      <w:pPr>
        <w:pStyle w:val="BodyText"/>
      </w:pPr>
      <w:r>
        <w:rPr/>
        <w:t>No sería protagonista oculta de nada. Sería esa figura borrosa al fondo</w:t>
      </w:r>
      <w:r>
        <w:rPr/>
        <w:t xml:space="preserve"> </w:t>
      </w:r>
      <w:r>
        <w:rPr/>
        <w:t>de una fotografía que, años después, alguien descubre que estuvo ahí</w:t>
      </w:r>
      <w:r>
        <w:rPr/>
        <w:t xml:space="preserve"> </w:t>
      </w:r>
      <w:r>
        <w:rPr/>
        <w:t>desde el principio, sosteniendo la escena sin reclamar foco.</w:t>
      </w:r>
    </w:p>
    <w:p>
      <w:pPr>
        <w:pStyle w:val="BodyText"/>
      </w:pPr>
      <w:r>
        <w:rPr/>
        <w:t>La custodia serena. El faro que ilumina sin cegar, que guía sin</w:t>
      </w:r>
      <w:r>
        <w:rPr/>
        <w:t xml:space="preserve"> </w:t>
      </w:r>
      <w:r>
        <w:rPr/>
        <w:t>arrastrar.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 salió de nuevo al jardín.</w:t>
      </w:r>
    </w:p>
    <w:p>
      <w:pPr>
        <w:pStyle w:val="BodyText"/>
      </w:pPr>
      <w:r>
        <w:rPr/>
        <w:t>El sol comenzaba a inclinarse hacia el oeste, tiñendo el océano de un</w:t>
      </w:r>
      <w:r>
        <w:rPr/>
        <w:t xml:space="preserve"> </w:t>
      </w:r>
      <w:r>
        <w:rPr/>
        <w:t>gris metálico atravesado por hilos de plata. Las rosas que no había</w:t>
      </w:r>
      <w:r>
        <w:rPr/>
        <w:t xml:space="preserve"> </w:t>
      </w:r>
      <w:r>
        <w:rPr/>
        <w:t>terminado de podar se mecían con un vaivén casi respiratorio. En algún</w:t>
      </w:r>
      <w:r>
        <w:rPr/>
        <w:t xml:space="preserve"> </w:t>
      </w:r>
      <w:r>
        <w:rPr/>
        <w:t>lugar, más allá de los acantilados, una bóveda submarina devolvía el</w:t>
      </w:r>
      <w:r>
        <w:rPr/>
        <w:t xml:space="preserve"> </w:t>
      </w:r>
      <w:r>
        <w:rPr/>
        <w:t>golpe de las olas con una nota grave que resonaba en sus costillas.</w:t>
      </w:r>
    </w:p>
    <w:p>
      <w:pPr>
        <w:pStyle w:val="BodyText"/>
      </w:pPr>
      <w:r>
        <w:rPr/>
        <w:t>Miró al cielo. Una gaviota cortó el aire con un grito que le sonó a</w:t>
      </w:r>
      <w:r>
        <w:rPr/>
        <w:t xml:space="preserve"> </w:t>
      </w:r>
      <w:r>
        <w:rPr/>
        <w:t>armónico agudo sobre el bordón del mar.</w:t>
      </w:r>
    </w:p>
    <w:p>
      <w:pPr>
        <w:pStyle w:val="BodyText"/>
      </w:pPr>
      <w:r>
        <w:rPr/>
        <w:t>Sonrió.</w:t>
      </w:r>
    </w:p>
    <w:p>
      <w:pPr>
        <w:pStyle w:val="BodyText"/>
      </w:pPr>
      <w:r>
        <w:rPr/>
        <w:t>—Ven —susurró, no a la gaviota, ni al océano, ni siquiera a</w:t>
      </w:r>
      <w:r>
        <w:rPr/>
        <w:t xml:space="preserve"> </w:t>
      </w:r>
      <w:r>
        <w:rPr/>
        <w:t>Vasco—. Ven cuando estés listo.</w:t>
      </w:r>
    </w:p>
    <w:p>
      <w:pPr>
        <w:pStyle w:val="BodyText"/>
      </w:pPr>
      <w:r>
        <w:rPr/>
        <w:t>La resonancia respondió con un leve aumento de intensidad, como si</w:t>
      </w:r>
      <w:r>
        <w:rPr/>
        <w:t xml:space="preserve"> </w:t>
      </w:r>
      <w:r>
        <w:rPr/>
        <w:t>alguien, en algún lugar entre Lisboa y Soria, hubiera sentido un alivio</w:t>
      </w:r>
      <w:r>
        <w:rPr/>
        <w:t xml:space="preserve"> </w:t>
      </w:r>
      <w:r>
        <w:rPr/>
        <w:t>diminuto sin saber por qué.</w:t>
      </w:r>
    </w:p>
    <w:p>
      <w:pPr>
        <w:pStyle w:val="BodyText"/>
      </w:pPr>
      <w:r>
        <w:rPr/>
        <w:t>Mar se quedó allí, de pie entre las rosas y el viento, mientras en algún</w:t>
      </w:r>
      <w:r>
        <w:rPr/>
        <w:t xml:space="preserve"> </w:t>
      </w:r>
      <w:r>
        <w:rPr/>
        <w:t>lugar entre Lisboa y Soria, un hombre desconocido apretaba play en una</w:t>
      </w:r>
      <w:r>
        <w:rPr/>
        <w:t xml:space="preserve"> </w:t>
      </w:r>
      <w:r>
        <w:rPr/>
        <w:t>grabadora vieja sin saber que alguien, por primera vez en ochocientos</w:t>
      </w:r>
      <w:r>
        <w:rPr/>
        <w:t xml:space="preserve"> </w:t>
      </w:r>
      <w:r>
        <w:rPr/>
        <w:t>años, había decidido escucharlo de vuelta.</w:t>
      </w:r>
    </w:p>
    <w:p>
      <w:pPr>
        <w:pStyle w:val="Heading1"/>
      </w:pPr>
      <w:r>
        <w:rPr/>
        <w:t>CAPÍTULO 21. LA HABITACIÓN RESONANTE</w:t>
      </w:r>
    </w:p>
    <w:p>
      <w:pPr/>
      <w:r>
        <w:rPr/>
        <w:t>Hay lugares que guardan la reverberación de lo que en ellos se ha amado.</w:t>
      </w:r>
    </w:p>
    <w:p>
      <w:pPr>
        <w:pStyle w:val="BodyText"/>
      </w:pPr>
      <w:r>
        <w:rPr/>
        <w:t>Son bibliotecas del alma.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La llegada de Vasco a Soria fue un choque entre dos mundos: el académico</w:t>
      </w:r>
      <w:r>
        <w:rPr/>
        <w:t xml:space="preserve"> </w:t>
      </w:r>
      <w:r>
        <w:rPr/>
        <w:t>riguroso que había sido hasta hacía pocas semanas y el buscador obsesivo</w:t>
      </w:r>
      <w:r>
        <w:rPr/>
        <w:t xml:space="preserve"> </w:t>
      </w:r>
      <w:r>
        <w:rPr/>
        <w:t>en que se había convertido. El tren regional que lo trajo desde Madrid</w:t>
      </w:r>
      <w:r>
        <w:rPr/>
        <w:t xml:space="preserve"> </w:t>
      </w:r>
      <w:r>
        <w:rPr/>
        <w:t>atravesaba un paisaje que parecía moldeado por el silencio: extensiones</w:t>
      </w:r>
      <w:r>
        <w:rPr/>
        <w:t xml:space="preserve"> </w:t>
      </w:r>
      <w:r>
        <w:rPr/>
        <w:t>infinitas de tierra ocre bajo un cielo que se abría como una campana</w:t>
      </w:r>
      <w:r>
        <w:rPr/>
        <w:t xml:space="preserve"> </w:t>
      </w:r>
      <w:r>
        <w:rPr/>
        <w:t>invertida. Era como viajar hacia atrás en el tiempo, dejando atrás el</w:t>
      </w:r>
      <w:r>
        <w:rPr/>
        <w:t xml:space="preserve"> </w:t>
      </w:r>
      <w:r>
        <w:rPr/>
        <w:t>ruido blanco de la modernidad para adentrarse en un territorio donde</w:t>
      </w:r>
      <w:r>
        <w:rPr/>
        <w:t xml:space="preserve"> </w:t>
      </w:r>
      <w:r>
        <w:rPr/>
        <w:t>cada sonido tenía peso y propósito.</w:t>
      </w:r>
    </w:p>
    <w:p>
      <w:pPr>
        <w:pStyle w:val="BodyText"/>
      </w:pPr>
      <w:r>
        <w:rPr/>
        <w:t>Su búsqueda inicial fue metódica, casi desesperante en su precisión</w:t>
      </w:r>
      <w:r>
        <w:rPr/>
        <w:t xml:space="preserve"> </w:t>
      </w:r>
      <w:r>
        <w:rPr/>
        <w:t>científica. Pasó el primer día recorriendo archivos municipales</w:t>
      </w:r>
      <w:r>
        <w:rPr/>
        <w:t xml:space="preserve"> </w:t>
      </w:r>
      <w:r>
        <w:rPr/>
        <w:t>polvorientos, bibliotecas donde las empleadas lo observaban con una</w:t>
      </w:r>
      <w:r>
        <w:rPr/>
        <w:t xml:space="preserve"> </w:t>
      </w:r>
      <w:r>
        <w:rPr/>
        <w:t>mezcla de curiosidad y cierto afecto, y hemerotecas donde el olor del</w:t>
      </w:r>
      <w:r>
        <w:rPr/>
        <w:t xml:space="preserve"> </w:t>
      </w:r>
      <w:r>
        <w:rPr/>
        <w:t>papel viejo parecía custodiar décadas de paciencia. Lo intentó todo:</w:t>
      </w:r>
      <w:r>
        <w:rPr/>
        <w:t xml:space="preserve"> </w:t>
      </w:r>
      <w:r>
        <w:rPr/>
        <w:t>músicos extranjeros en los 90, vínculos improbables entre Soria y</w:t>
      </w:r>
      <w:r>
        <w:rPr/>
        <w:t xml:space="preserve"> </w:t>
      </w:r>
      <w:r>
        <w:rPr/>
        <w:t>Berlín, rumores, recortes.</w:t>
      </w:r>
    </w:p>
    <w:p>
      <w:pPr>
        <w:pStyle w:val="BodyText"/>
      </w:pPr>
      <w:r>
        <w:rPr/>
        <w:t>No encontró nada.</w:t>
      </w:r>
    </w:p>
    <w:p>
      <w:pPr>
        <w:pStyle w:val="BodyText"/>
      </w:pPr>
      <w:r>
        <w:rPr/>
        <w:t>Los registros eran sordos al tono que él perseguía.</w:t>
      </w:r>
    </w:p>
    <w:p>
      <w:pPr>
        <w:pStyle w:val="BodyText"/>
      </w:pPr>
      <w:r>
        <w:rPr/>
        <w:t>Era como buscar un susurro en una biblioteca de libros mudos.</w:t>
      </w:r>
    </w:p>
    <w:p>
      <w:pPr>
        <w:pStyle w:val="BodyText"/>
      </w:pPr>
      <w:r>
        <w:rPr/>
        <w:t>Frustrado, pero no vencido, dejó paso al peregrino que había despertado</w:t>
      </w:r>
      <w:r>
        <w:rPr/>
        <w:t xml:space="preserve"> </w:t>
      </w:r>
      <w:r>
        <w:rPr/>
        <w:t>en él. Si la historia oficial no sabía responder, quizá lo hicieran los</w:t>
      </w:r>
      <w:r>
        <w:rPr/>
        <w:t xml:space="preserve"> </w:t>
      </w:r>
      <w:r>
        <w:rPr/>
        <w:t>lugares que no figuraban en ningún índice. Así comenzó a visitar</w:t>
      </w:r>
      <w:r>
        <w:rPr/>
        <w:t xml:space="preserve"> </w:t>
      </w:r>
      <w:r>
        <w:rPr/>
        <w:t>pequeños hostales del casco antiguo, establecimientos familiares donde</w:t>
      </w:r>
      <w:r>
        <w:rPr/>
        <w:t xml:space="preserve"> </w:t>
      </w:r>
      <w:r>
        <w:rPr/>
        <w:t>los recepcionistas conocían no solo a sus huéspedes actuales, sino a</w:t>
      </w:r>
      <w:r>
        <w:rPr/>
        <w:t xml:space="preserve"> </w:t>
      </w:r>
      <w:r>
        <w:rPr/>
        <w:t>todos los que habían pasado por aquellas habitaciones desde tiempos que</w:t>
      </w:r>
      <w:r>
        <w:rPr/>
        <w:t xml:space="preserve"> </w:t>
      </w:r>
      <w:r>
        <w:rPr/>
        <w:t>ya nadie recordaba.</w:t>
      </w:r>
    </w:p>
    <w:p>
      <w:pPr>
        <w:pStyle w:val="BodyText"/>
      </w:pPr>
      <w:r>
        <w:rPr/>
        <w:t>En el primer hostal, la recepcionista negó con la cabeza. En el segundo,</w:t>
      </w:r>
      <w:r>
        <w:rPr/>
        <w:t xml:space="preserve"> </w:t>
      </w:r>
      <w:r>
        <w:rPr/>
        <w:t>un hombre mayor con bigote gris sugirió que probara suerte en el Hotel</w:t>
      </w:r>
      <w:r>
        <w:rPr/>
        <w:t xml:space="preserve"> </w:t>
      </w:r>
      <w:r>
        <w:rPr/>
        <w:t>Leonor, «donde van los artistas raros». Fue en el tercero donde algo</w:t>
      </w:r>
      <w:r>
        <w:rPr/>
        <w:t xml:space="preserve"> </w:t>
      </w:r>
      <w:r>
        <w:rPr/>
        <w:t>cambió.</w:t>
      </w:r>
    </w:p>
    <w:p>
      <w:pPr>
        <w:pStyle w:val="BodyText"/>
      </w:pPr>
      <w:r>
        <w:rPr/>
        <w:t>El Hostal Duero era un edificio de piedra centenaria que se alzaba como</w:t>
      </w:r>
      <w:r>
        <w:rPr/>
        <w:t xml:space="preserve"> </w:t>
      </w:r>
      <w:r>
        <w:rPr/>
        <w:t>un guardián silencioso en una calle estrecha. El recepcionista, un</w:t>
      </w:r>
      <w:r>
        <w:rPr/>
        <w:t xml:space="preserve"> </w:t>
      </w:r>
      <w:r>
        <w:rPr/>
        <w:t>hombre de pocas palabras y mirada casi mineral, arqueó una ceja cuando</w:t>
      </w:r>
      <w:r>
        <w:rPr/>
        <w:t xml:space="preserve"> </w:t>
      </w:r>
      <w:r>
        <w:rPr/>
        <w:t>Vasco mencionó que buscaba datos sobre músicos que hubieran pasado por</w:t>
      </w:r>
      <w:r>
        <w:rPr/>
        <w:t xml:space="preserve"> </w:t>
      </w:r>
      <w:r>
        <w:rPr/>
        <w:t>Soria en los 90.</w:t>
      </w:r>
    </w:p>
    <w:p>
      <w:pPr>
        <w:pStyle w:val="BodyText"/>
      </w:pPr>
      <w:r>
        <w:rPr/>
        <w:t>—Músicos… —repitió, degustando la palabra como si pesara más que</w:t>
      </w:r>
      <w:r>
        <w:rPr/>
        <w:t xml:space="preserve"> </w:t>
      </w:r>
      <w:r>
        <w:rPr/>
        <w:t>otras—. Por aquí pasan muchos. La mayoría buscan silencio.</w:t>
      </w:r>
    </w:p>
    <w:p>
      <w:pPr>
        <w:pStyle w:val="BodyText"/>
      </w:pPr>
      <w:r>
        <w:rPr/>
        <w:t>La palabra cayó entre ambos como un objeto denso, con una vibración que</w:t>
      </w:r>
      <w:r>
        <w:rPr/>
        <w:t xml:space="preserve"> </w:t>
      </w:r>
      <w:r>
        <w:rPr/>
        <w:t>Vasco sintió físicamente. Era una contraseña pronunciada sin saberlo.</w:t>
      </w:r>
    </w:p>
    <w:p>
      <w:pPr>
        <w:pStyle w:val="BodyText"/>
      </w:pPr>
      <w:r>
        <w:rPr/>
        <w:t>—¿Y una mujer? —preguntó él, sin saber de dónde venía la</w:t>
      </w:r>
      <w:r>
        <w:rPr/>
        <w:t xml:space="preserve"> </w:t>
      </w:r>
      <w:r>
        <w:rPr/>
        <w:t>intuición—. Una artista. Hace tiempo.</w:t>
      </w:r>
    </w:p>
    <w:p>
      <w:pPr>
        <w:pStyle w:val="BodyText"/>
      </w:pPr>
      <w:r>
        <w:rPr/>
        <w:t>El recepcionista se encogió de hombros con indiferencia aprendida, pero</w:t>
      </w:r>
      <w:r>
        <w:rPr/>
        <w:t xml:space="preserve"> </w:t>
      </w:r>
      <w:r>
        <w:rPr/>
        <w:t>sus ojos —solo por una fracción de segundo— se desviaron hacia el</w:t>
      </w:r>
      <w:r>
        <w:rPr/>
        <w:t xml:space="preserve"> </w:t>
      </w:r>
      <w:r>
        <w:rPr/>
        <w:t>tablero de llaves.</w:t>
      </w:r>
    </w:p>
    <w:p>
      <w:pPr>
        <w:pStyle w:val="BodyText"/>
      </w:pPr>
      <w:r>
        <w:rPr/>
        <w:t>Hacia el gancho vacío de la 108.</w:t>
      </w:r>
    </w:p>
    <w:p>
      <w:pPr>
        <w:pStyle w:val="BodyText"/>
      </w:pPr>
      <w:r>
        <w:rPr/>
        <w:t>Fue un gesto casi imperceptible, pero Vasco lo captó como quien reconoce</w:t>
      </w:r>
      <w:r>
        <w:rPr/>
        <w:t xml:space="preserve"> </w:t>
      </w:r>
      <w:r>
        <w:rPr/>
        <w:t>un acorde familiar en mitad del ruido.</w:t>
      </w:r>
    </w:p>
    <w:p>
      <w:pPr>
        <w:pStyle w:val="BodyText"/>
      </w:pPr>
      <w:r>
        <w:rPr/>
        <w:t>—La 108 siempre ha sido especial —dijo el hombre, tras una pausa—.</w:t>
      </w:r>
      <w:r>
        <w:rPr/>
        <w:t xml:space="preserve"> </w:t>
      </w:r>
      <w:r>
        <w:rPr/>
        <w:t>Atrae a gente… particular.</w:t>
      </w:r>
    </w:p>
    <w:p>
      <w:pPr>
        <w:pStyle w:val="BodyText"/>
      </w:pPr>
      <w:r>
        <w:rPr/>
        <w:t>Vasco sintió una atracción inmediata, casi física. Pidió una habitación</w:t>
      </w:r>
      <w:r>
        <w:rPr/>
        <w:t xml:space="preserve"> </w:t>
      </w:r>
      <w:r>
        <w:rPr/>
        <w:t>para esa noche, esperando que el número deseado estuviera libre. El</w:t>
      </w:r>
      <w:r>
        <w:rPr/>
        <w:t xml:space="preserve"> </w:t>
      </w:r>
      <w:r>
        <w:rPr/>
        <w:t>recepcionista le sonrió con una mueca extraña, y le tendió la llave de</w:t>
      </w:r>
      <w:r>
        <w:rPr/>
        <w:t xml:space="preserve"> </w:t>
      </w:r>
      <w:r>
        <w:rPr/>
        <w:t>la 109.</w:t>
      </w:r>
    </w:p>
    <w:p>
      <w:pPr>
        <w:pStyle w:val="BodyText"/>
      </w:pPr>
      <w:r>
        <w:rPr/>
        <w:t>—La 108 está… en reposo —dijo, como si la habitación fuera un ser</w:t>
      </w:r>
      <w:r>
        <w:rPr/>
        <w:t xml:space="preserve"> </w:t>
      </w:r>
      <w:r>
        <w:rPr/>
        <w:t>vivo que necesitara dormir.</w:t>
      </w:r>
    </w:p>
    <w:p>
      <w:pPr>
        <w:pStyle w:val="BodyText"/>
      </w:pPr>
      <w:r>
        <w:rPr/>
        <w:t>Esa noche, Vasco no pudo dormir. No era insomnio corriente; era algo más</w:t>
      </w:r>
      <w:r>
        <w:rPr/>
        <w:t xml:space="preserve"> </w:t>
      </w:r>
      <w:r>
        <w:rPr/>
        <w:t>profundo. Su cuerpo se había convertido en una antena involuntaria,</w:t>
      </w:r>
      <w:r>
        <w:rPr/>
        <w:t xml:space="preserve"> </w:t>
      </w:r>
      <w:r>
        <w:rPr/>
        <w:t>sintonizada con un tono que no lograba identificar. A través de la pared</w:t>
      </w:r>
      <w:r>
        <w:rPr/>
        <w:t xml:space="preserve"> </w:t>
      </w:r>
      <w:r>
        <w:rPr/>
        <w:t>que compartía con la 108 sentía una vibración baja, constante, que no</w:t>
      </w:r>
      <w:r>
        <w:rPr/>
        <w:t xml:space="preserve"> </w:t>
      </w:r>
      <w:r>
        <w:rPr/>
        <w:t>era eléctrica ni mecánica. Era orgánica, como el respirar pausado de una</w:t>
      </w:r>
      <w:r>
        <w:rPr/>
        <w:t xml:space="preserve"> </w:t>
      </w:r>
      <w:r>
        <w:rPr/>
        <w:t>criatura enorme, acostada al otro lado del tiempo.</w:t>
      </w:r>
    </w:p>
    <w:p>
      <w:pPr>
        <w:pStyle w:val="BodyText"/>
      </w:pPr>
      <w:r>
        <w:rPr/>
        <w:t>A las tres de la madrugada, cuando el hostal quedó sumido en un silencio</w:t>
      </w:r>
      <w:r>
        <w:rPr/>
        <w:t xml:space="preserve"> </w:t>
      </w:r>
      <w:r>
        <w:rPr/>
        <w:t>tan absoluto que podía oír el latido de su propio corazón como un tambor</w:t>
      </w:r>
      <w:r>
        <w:rPr/>
        <w:t xml:space="preserve"> </w:t>
      </w:r>
      <w:r>
        <w:rPr/>
        <w:t>distante, se rindió a la llamada que lo acosaba desde que había llegado.</w:t>
      </w:r>
    </w:p>
    <w:p>
      <w:pPr>
        <w:pStyle w:val="BodyText"/>
      </w:pPr>
      <w:r>
        <w:rPr/>
        <w:t>Salió de puntillas y caminó hasta la puerta de la 108.</w:t>
      </w:r>
    </w:p>
    <w:p>
      <w:pPr>
        <w:pStyle w:val="BodyText"/>
      </w:pPr>
      <w:r>
        <w:rPr/>
        <w:t>La madera, pulida por décadas de manos, estaba tibia.</w:t>
      </w:r>
    </w:p>
    <w:p>
      <w:pPr>
        <w:pStyle w:val="BodyText"/>
      </w:pPr>
      <w:r>
        <w:rPr/>
        <w:t>Sorprendentemente tibia.</w:t>
      </w:r>
    </w:p>
    <w:p>
      <w:pPr>
        <w:pStyle w:val="BodyText"/>
      </w:pPr>
      <w:r>
        <w:rPr/>
        <w:t>La puerta no estaba cerrada con llave. Cedió con suavidad, abriéndose a</w:t>
      </w:r>
      <w:r>
        <w:rPr/>
        <w:t xml:space="preserve"> </w:t>
      </w:r>
      <w:r>
        <w:rPr/>
        <w:t>una oscuridad que parecía tener volumen, como si el aire dentro de la</w:t>
      </w:r>
      <w:r>
        <w:rPr/>
        <w:t xml:space="preserve"> </w:t>
      </w:r>
      <w:r>
        <w:rPr/>
        <w:t>habitación hubiera sido moldeado por una melodía que aún flotaba en él.</w:t>
      </w:r>
    </w:p>
    <w:p>
      <w:pPr>
        <w:pStyle w:val="BodyText"/>
      </w:pPr>
      <w:r>
        <w:rPr/>
        <w:t>El interior era distinto.</w:t>
      </w:r>
    </w:p>
    <w:p>
      <w:pPr>
        <w:pStyle w:val="BodyText"/>
      </w:pPr>
      <w:r>
        <w:rPr/>
        <w:t>No más frío ni más cálido, pero sí más denso.</w:t>
      </w:r>
    </w:p>
    <w:p>
      <w:pPr>
        <w:pStyle w:val="BodyText"/>
      </w:pPr>
      <w:r>
        <w:rPr/>
        <w:t>Vasco sintió los vellos erizarse: era como entrar en el interior de un</w:t>
      </w:r>
      <w:r>
        <w:rPr/>
        <w:t xml:space="preserve"> </w:t>
      </w:r>
      <w:r>
        <w:rPr/>
        <w:t>instrumento colosal donde cada respiración generaba una nota que no se</w:t>
      </w:r>
      <w:r>
        <w:rPr/>
        <w:t xml:space="preserve"> </w:t>
      </w:r>
      <w:r>
        <w:rPr/>
        <w:t>escuchaba, pero se percibía.</w:t>
      </w:r>
    </w:p>
    <w:p>
      <w:pPr>
        <w:pStyle w:val="BodyText"/>
      </w:pPr>
      <w:r>
        <w:rPr/>
        <w:t>Se acercó a la ventana. Desde allí veía el Duero fluyendo como una cinta</w:t>
      </w:r>
      <w:r>
        <w:rPr/>
        <w:t xml:space="preserve"> </w:t>
      </w:r>
      <w:r>
        <w:rPr/>
        <w:t>de plata nocturna. Un vértigo sin causa lógica lo recorrió: nostalgia</w:t>
      </w:r>
      <w:r>
        <w:rPr/>
        <w:t xml:space="preserve"> </w:t>
      </w:r>
      <w:r>
        <w:rPr/>
        <w:t>por una memoria que no era suya.</w:t>
      </w:r>
    </w:p>
    <w:p>
      <w:pPr>
        <w:pStyle w:val="BodyText"/>
      </w:pPr>
      <w:r>
        <w:rPr/>
        <w:t>Entonces lo sintió.</w:t>
      </w:r>
    </w:p>
    <w:p>
      <w:pPr>
        <w:pStyle w:val="BodyText"/>
      </w:pPr>
      <w:r>
        <w:rPr/>
        <w:t>Un impulso suave, como una mano invisible guiándolo hacia una pequeña</w:t>
      </w:r>
      <w:r>
        <w:rPr/>
        <w:t xml:space="preserve"> </w:t>
      </w:r>
      <w:r>
        <w:rPr/>
        <w:t>mesa junto a la ventana.</w:t>
      </w:r>
    </w:p>
    <w:p>
      <w:pPr>
        <w:pStyle w:val="BodyText"/>
      </w:pPr>
      <w:r>
        <w:rPr/>
        <w:t>Abrió el único cajón.</w:t>
      </w:r>
    </w:p>
    <w:p>
      <w:pPr>
        <w:pStyle w:val="BodyText"/>
      </w:pPr>
      <w:r>
        <w:rPr/>
        <w:t>Dentro había solo una hoja doblada con un cuidado obsesivo.</w:t>
      </w:r>
    </w:p>
    <w:p>
      <w:pPr>
        <w:pStyle w:val="BodyText"/>
      </w:pPr>
      <w:r>
        <w:rPr/>
        <w:t>El papel no era antiguo.</w:t>
      </w:r>
    </w:p>
    <w:p>
      <w:pPr>
        <w:pStyle w:val="BodyText"/>
      </w:pPr>
      <w:r>
        <w:rPr/>
        <w:t>Al desplegarlo, la espiral dibujada en tinta oscura captó la poca luz de</w:t>
      </w:r>
      <w:r>
        <w:rPr/>
        <w:t xml:space="preserve"> </w:t>
      </w:r>
      <w:r>
        <w:rPr/>
        <w:t>la habitación: una curva perfecta, semejante al giro de una galaxia o al</w:t>
      </w:r>
      <w:r>
        <w:rPr/>
        <w:t xml:space="preserve"> </w:t>
      </w:r>
      <w:r>
        <w:rPr/>
        <w:t>interior de un nautilus.</w:t>
      </w:r>
    </w:p>
    <w:p>
      <w:pPr>
        <w:pStyle w:val="BodyText"/>
      </w:pPr>
      <w:r>
        <w:rPr/>
        <w:t>En el centro, escrita con caligrafía precisa y sorprendentemente</w:t>
      </w:r>
      <w:r>
        <w:rPr/>
        <w:t xml:space="preserve"> </w:t>
      </w:r>
      <w:r>
        <w:rPr/>
        <w:t>elegante, había una sola frase:</w:t>
      </w:r>
    </w:p>
    <w:p>
      <w:pPr>
        <w:pStyle w:val="BodyText"/>
      </w:pPr>
      <w:r>
        <w:rPr/>
        <w:t>«No es el sonido lo que importa, sino el espacio entre las notas.»</w:t>
      </w:r>
    </w:p>
    <w:p>
      <w:pPr>
        <w:pStyle w:val="BodyText"/>
      </w:pPr>
      <w:r>
        <w:rPr/>
        <w:t>La sostuvo entre sus manos temblorosas, y algo —no un pensamiento,</w:t>
      </w:r>
      <w:r>
        <w:rPr/>
        <w:t xml:space="preserve"> </w:t>
      </w:r>
      <w:r>
        <w:rPr/>
        <w:t>sino una vibración profunda— se acomodó dentro de él.</w:t>
      </w:r>
    </w:p>
    <w:p>
      <w:pPr>
        <w:pStyle w:val="BodyText"/>
      </w:pPr>
      <w:r>
        <w:rPr/>
        <w:t>No era un mensaje fortuito.</w:t>
      </w:r>
    </w:p>
    <w:p>
      <w:pPr>
        <w:pStyle w:val="BodyText"/>
      </w:pPr>
      <w:r>
        <w:rPr/>
        <w:t>No era un resto olvidado.</w:t>
      </w:r>
    </w:p>
    <w:p>
      <w:pPr>
        <w:pStyle w:val="BodyText"/>
      </w:pPr>
      <w:r>
        <w:rPr/>
        <w:t>Era una nota colocada con intención. Una llamada.</w:t>
      </w:r>
    </w:p>
    <w:p>
      <w:pPr>
        <w:pStyle w:val="BodyText"/>
      </w:pPr>
      <w:r>
        <w:rPr/>
        <w:t>Y, de algún modo inexplicable, dirigida a él.</w:t>
      </w:r>
    </w:p>
    <w:p>
      <w:pPr>
        <w:pStyle w:val="BodyText"/>
      </w:pPr>
      <w:r>
        <w:rPr/>
        <w:t>La frase no se limitaba a describir música.</w:t>
      </w:r>
    </w:p>
    <w:p>
      <w:pPr>
        <w:pStyle w:val="BodyText"/>
      </w:pPr>
      <w:r>
        <w:rPr/>
        <w:t>Era una llave.</w:t>
      </w:r>
    </w:p>
    <w:p>
      <w:pPr>
        <w:pStyle w:val="BodyText"/>
      </w:pPr>
      <w:r>
        <w:rPr/>
        <w:t>Un eje.</w:t>
      </w:r>
    </w:p>
    <w:p>
      <w:pPr>
        <w:pStyle w:val="BodyText"/>
      </w:pPr>
      <w:r>
        <w:rPr/>
        <w:t>Un recordatorio de que la ausencia puede ser más poderosa que la</w:t>
      </w:r>
      <w:r>
        <w:rPr/>
        <w:t xml:space="preserve"> </w:t>
      </w:r>
      <w:r>
        <w:rPr/>
        <w:t>presencia.</w:t>
      </w:r>
    </w:p>
    <w:p>
      <w:pPr>
        <w:pStyle w:val="BodyText"/>
      </w:pPr>
      <w:r>
        <w:rPr/>
        <w:t>Vasco no comprendió todo, pero sí comprendió esto:</w:t>
      </w:r>
    </w:p>
    <w:p>
      <w:pPr>
        <w:pStyle w:val="BodyText"/>
      </w:pPr>
      <w:r>
        <w:rPr/>
        <w:t>no estaba siguiendo un sonido, sino un silencio.</w:t>
      </w:r>
    </w:p>
    <w:p>
      <w:pPr>
        <w:pStyle w:val="BodyText"/>
      </w:pPr>
      <w:r>
        <w:rPr/>
        <w:t>Un silencio específico, afinado, que alguien más conocía… y esperaba</w:t>
      </w:r>
      <w:r>
        <w:rPr/>
        <w:t xml:space="preserve"> </w:t>
      </w:r>
      <w:r>
        <w:rPr/>
        <w:t>que él encontrara.</w:t>
      </w:r>
    </w:p>
    <w:p>
      <w:pPr>
        <w:pStyle w:val="BodyText"/>
      </w:pPr>
      <w:r>
        <w:rPr/>
        <w:t>Dobló el papel con el mismo cuidado con que lo habían dejado allí y se</w:t>
      </w:r>
      <w:r>
        <w:rPr/>
        <w:t xml:space="preserve"> </w:t>
      </w:r>
      <w:r>
        <w:rPr/>
        <w:t>lo guardó sobre el corazón.</w:t>
      </w:r>
    </w:p>
    <w:p>
      <w:pPr>
        <w:pStyle w:val="BodyText"/>
      </w:pPr>
      <w:r>
        <w:rPr/>
        <w:t>Cuando salió de la habitación 108, ya no era el mismo.</w:t>
      </w:r>
    </w:p>
    <w:p>
      <w:pPr>
        <w:pStyle w:val="BodyText"/>
      </w:pPr>
      <w:r>
        <w:rPr/>
        <w:t>Había cruzado un umbral invisible.</w:t>
      </w:r>
    </w:p>
    <w:p>
      <w:pPr>
        <w:pStyle w:val="BodyText"/>
      </w:pPr>
      <w:r>
        <w:rPr/>
        <w:t>Y ahora formaba parte de una melodía que no se componía con notas, sino</w:t>
      </w:r>
      <w:r>
        <w:rPr/>
        <w:t xml:space="preserve"> </w:t>
      </w:r>
      <w:r>
        <w:rPr/>
        <w:t>con aquello que queda entre ellas.</w:t>
      </w:r>
    </w:p>
    <w:p>
      <w:pPr>
        <w:pStyle w:val="Heading1"/>
      </w:pPr>
      <w:r>
        <w:rPr/>
        <w:t>CAPÍTULO 22. EL PRIMER CONTACTO</w:t>
      </w:r>
    </w:p>
    <w:p>
      <w:pPr/>
      <w:r>
        <w:rPr/>
        <w:t>Un custodio es un puente. Y cuando un lado del abismo está en llamas, el</w:t>
      </w:r>
      <w:r>
        <w:rPr/>
        <w:t xml:space="preserve"> </w:t>
      </w:r>
      <w:r>
        <w:rPr/>
        <w:t>puente debe recordar que sus cimientos están en ambas orillas.</w:t>
      </w:r>
    </w:p>
    <w:p>
      <w:pPr>
        <w:pStyle w:val="BodyText"/>
      </w:pPr>
      <w:r>
        <w:rPr>
          <w:i/>
        </w:rPr>
        <w:t>— Libro de los Ecos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Vasco había regresado a Islandia con más preguntas que respuestas. La</w:t>
      </w:r>
      <w:r>
        <w:rPr/>
        <w:t xml:space="preserve"> </w:t>
      </w:r>
      <w:r>
        <w:rPr/>
        <w:t>nota encontrada en la habitación 108 —esa espiral perfecta y su</w:t>
      </w:r>
      <w:r>
        <w:rPr/>
        <w:t xml:space="preserve"> </w:t>
      </w:r>
      <w:r>
        <w:rPr/>
        <w:t>mensaje sobre el espacio entre las notas— lo acompañaba doblada sobre</w:t>
      </w:r>
      <w:r>
        <w:rPr/>
        <w:t xml:space="preserve"> </w:t>
      </w:r>
      <w:r>
        <w:rPr/>
        <w:t>su pecho, pero su significado seguía siendo un enigma que pedía</w:t>
      </w:r>
      <w:r>
        <w:rPr/>
        <w:t xml:space="preserve"> </w:t>
      </w:r>
      <w:r>
        <w:rPr/>
        <w:t>desciframiento. El laboratorio lo recibió con su frialdad familiar: el</w:t>
      </w:r>
      <w:r>
        <w:rPr/>
        <w:t xml:space="preserve"> </w:t>
      </w:r>
      <w:r>
        <w:rPr/>
        <w:t>zumbido de los servidores, el vaivén distante del océano contra el</w:t>
      </w:r>
      <w:r>
        <w:rPr/>
        <w:t xml:space="preserve"> </w:t>
      </w:r>
      <w:r>
        <w:rPr/>
        <w:t>muelle. Prefería la noche, esas horas en que el edificio se vaciaba y</w:t>
      </w:r>
      <w:r>
        <w:rPr/>
        <w:t xml:space="preserve"> </w:t>
      </w:r>
      <w:r>
        <w:rPr/>
        <w:t>solo quedaba él y las voces que el mar guardaba para los pacientes.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aire nocturno de Lisboa olía a flores de jacarandá y a sal del Tajo,</w:t>
      </w:r>
      <w:r>
        <w:rPr/>
        <w:t xml:space="preserve"> </w:t>
      </w:r>
      <w:r>
        <w:rPr/>
        <w:t>una melodía olfativa que Mar acogió con una serenidad recién estrenada.</w:t>
      </w:r>
      <w:r>
        <w:rPr/>
        <w:t xml:space="preserve"> </w:t>
      </w:r>
      <w:r>
        <w:rPr/>
        <w:t>La vibración en su cicatriz ya no era una alarma mordiente, sino una</w:t>
      </w:r>
      <w:r>
        <w:rPr/>
        <w:t xml:space="preserve"> </w:t>
      </w:r>
      <w:r>
        <w:rPr/>
        <w:t>brújula sutil: un hilo de seda sónica que se extendía hacia el norte,</w:t>
      </w:r>
      <w:r>
        <w:rPr/>
        <w:t xml:space="preserve"> </w:t>
      </w:r>
      <w:r>
        <w:rPr/>
        <w:t>como una línea de pesca tendida entre dos almas que aún no sabían que</w:t>
      </w:r>
      <w:r>
        <w:rPr/>
        <w:t xml:space="preserve"> </w:t>
      </w:r>
      <w:r>
        <w:rPr/>
        <w:t>estaban conectadas. El manuscrito pétreo hallado en Soria había dejado</w:t>
      </w:r>
      <w:r>
        <w:rPr/>
        <w:t xml:space="preserve"> </w:t>
      </w:r>
      <w:r>
        <w:rPr/>
        <w:t>un rastro en sus inscripciones, y ese rastro tenía un nombre: Vasco</w:t>
      </w:r>
      <w:r>
        <w:rPr/>
        <w:t xml:space="preserve"> </w:t>
      </w:r>
      <w:r>
        <w:rPr/>
        <w:t>Neves.</w:t>
      </w:r>
    </w:p>
    <w:p>
      <w:pPr>
        <w:pStyle w:val="BodyText"/>
      </w:pPr>
      <w:r>
        <w:rPr/>
        <w:t>Había volado desde los Pirineos esa misma tarde, guiada por una certeza</w:t>
      </w:r>
      <w:r>
        <w:rPr/>
        <w:t xml:space="preserve"> </w:t>
      </w:r>
      <w:r>
        <w:rPr/>
        <w:t>que no necesitaba mapas. Lisboa la recibió como una ciudad que recordara</w:t>
      </w:r>
      <w:r>
        <w:rPr/>
        <w:t xml:space="preserve"> </w:t>
      </w:r>
      <w:r>
        <w:rPr/>
        <w:t>una cita pendiente. Se instaló en la habitación austera de un hotel</w:t>
      </w:r>
      <w:r>
        <w:rPr/>
        <w:t xml:space="preserve"> </w:t>
      </w:r>
      <w:r>
        <w:rPr/>
        <w:t>sobre el estuario: hormigón, cristal, líneas limpias. La neutralidad</w:t>
      </w:r>
      <w:r>
        <w:rPr/>
        <w:t xml:space="preserve"> </w:t>
      </w:r>
      <w:r>
        <w:rPr/>
        <w:t>absoluta que necesitaba para trabajar sin interferencias del pasado.</w:t>
      </w:r>
    </w:p>
    <w:p>
      <w:pPr>
        <w:pStyle w:val="BodyText"/>
      </w:pPr>
      <w:r>
        <w:rPr/>
        <w:t>Encendió el portátil sobre la cama impecablemente hecha. La pantalla era</w:t>
      </w:r>
      <w:r>
        <w:rPr/>
        <w:t xml:space="preserve"> </w:t>
      </w:r>
      <w:r>
        <w:rPr/>
        <w:t>un portal para un ritual que meses antes habría parecido imposible. No</w:t>
      </w:r>
      <w:r>
        <w:rPr/>
        <w:t xml:space="preserve"> </w:t>
      </w:r>
      <w:r>
        <w:rPr/>
        <w:t>iba a invadir la privacidad de Vasco. Solo quería enviar una invitación</w:t>
      </w:r>
      <w:r>
        <w:rPr/>
        <w:t xml:space="preserve"> </w:t>
      </w:r>
      <w:r>
        <w:rPr/>
        <w:t>tan precisa, tan sutil, que pareciera surgir de su propia intuición</w:t>
      </w:r>
      <w:r>
        <w:rPr/>
        <w:t xml:space="preserve"> </w:t>
      </w:r>
      <w:r>
        <w:rPr/>
        <w:t>científica.</w:t>
      </w:r>
    </w:p>
    <w:p>
      <w:pPr>
        <w:pStyle w:val="BodyText"/>
      </w:pPr>
      <w:r>
        <w:rPr/>
        <w:t>Abrió el canal encriptado que Lena había preparado para emergencias.</w:t>
      </w:r>
      <w:r>
        <w:rPr/>
        <w:t xml:space="preserve"> </w:t>
      </w:r>
      <w:r>
        <w:rPr/>
        <w:t>Adjuntó un único archivo: la grabación pura de la nota de FA# que había</w:t>
      </w:r>
      <w:r>
        <w:rPr/>
        <w:t xml:space="preserve"> </w:t>
      </w:r>
      <w:r>
        <w:rPr/>
        <w:t>cantado en la ermita de Soria, ahora convertida en llamada.</w:t>
      </w:r>
    </w:p>
    <w:p>
      <w:pPr>
        <w:pStyle w:val="BodyText"/>
      </w:pPr>
      <w:r>
        <w:rPr/>
        <w:t>Una pregunta musical dirigida a alguien que sabría escucharla.</w:t>
      </w:r>
    </w:p>
    <w:p>
      <w:pPr>
        <w:pStyle w:val="BodyText"/>
      </w:pPr>
      <w:r>
        <w:rPr/>
        <w:t>El destinatario: el correo institucional de Vasco en la Universidad de</w:t>
      </w:r>
      <w:r>
        <w:rPr/>
        <w:t xml:space="preserve"> </w:t>
      </w:r>
      <w:r>
        <w:rPr/>
        <w:t>Reikiavik. Tras estudiar su perfil, la elección era obvia. Un</w:t>
      </w:r>
      <w:r>
        <w:rPr/>
        <w:t xml:space="preserve"> </w:t>
      </w:r>
      <w:r>
        <w:rPr/>
        <w:t>especialista en comunicación interespecies, habituado a rastrear</w:t>
      </w:r>
      <w:r>
        <w:rPr/>
        <w:t xml:space="preserve"> </w:t>
      </w:r>
      <w:r>
        <w:rPr/>
        <w:t>patrones invisibles en cancioneros oceánicos, sería más receptivo a una</w:t>
      </w:r>
      <w:r>
        <w:rPr/>
        <w:t xml:space="preserve"> </w:t>
      </w:r>
      <w:r>
        <w:rPr/>
        <w:t>anomalía acústica que cualquier físico o musicólogo.</w:t>
      </w:r>
    </w:p>
    <w:p>
      <w:pPr>
        <w:pStyle w:val="BodyText"/>
      </w:pPr>
      <w:r>
        <w:rPr/>
        <w:t>Pulsó Enviar.</w:t>
      </w:r>
    </w:p>
    <w:p>
      <w:pPr>
        <w:pStyle w:val="BodyText"/>
      </w:pPr>
      <w:r>
        <w:rPr/>
        <w:t>La invitación cruzó el océano digital como una botella lanzada al mar,</w:t>
      </w:r>
      <w:r>
        <w:rPr/>
        <w:t xml:space="preserve"> </w:t>
      </w:r>
      <w:r>
        <w:rPr/>
        <w:t>pero con un destinatario exacto. La espera fue un silencio tenso: la</w:t>
      </w:r>
      <w:r>
        <w:rPr/>
        <w:t xml:space="preserve"> </w:t>
      </w:r>
      <w:r>
        <w:rPr/>
        <w:t>quietud entre el relámpago y el trueno.</w:t>
      </w:r>
    </w:p>
    <w:p>
      <w:pPr>
        <w:pStyle w:val="BodyText"/>
      </w:pPr>
      <w:r>
        <w:rPr/>
        <w:t>Mar se frotó los ojos. La luz de la pantalla había dejado manchas</w:t>
      </w:r>
      <w:r>
        <w:rPr/>
        <w:t xml:space="preserve"> </w:t>
      </w:r>
      <w:r>
        <w:rPr/>
        <w:t>fantasma en su visión.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A dos mil quinientos kilómetros, en un laboratorio con olor a sal marina</w:t>
      </w:r>
      <w:r>
        <w:rPr/>
        <w:t xml:space="preserve"> </w:t>
      </w:r>
      <w:r>
        <w:rPr/>
        <w:t>y cables de cobre, Vasco trabajaba solo. La alerta de correo fue</w:t>
      </w:r>
      <w:r>
        <w:rPr/>
        <w:t xml:space="preserve"> </w:t>
      </w:r>
      <w:r>
        <w:rPr/>
        <w:t>rutinaria. Recibía docenas. Pero este era distinto:</w:t>
      </w:r>
    </w:p>
    <w:p>
      <w:pPr>
        <w:pStyle w:val="BodyText"/>
      </w:pPr>
      <w:r>
        <w:rPr/>
        <w:t>Sin asunto, sin remitente identificable, un único archivo WAV.</w:t>
      </w:r>
    </w:p>
    <w:p>
      <w:pPr>
        <w:pStyle w:val="BodyText"/>
      </w:pPr>
      <w:r>
        <w:rPr/>
        <w:t>Cualquier protocolo de seguridad habría dictado borrarlo.</w:t>
      </w:r>
    </w:p>
    <w:p>
      <w:pPr>
        <w:pStyle w:val="BodyText"/>
      </w:pPr>
      <w:r>
        <w:rPr/>
        <w:t>Pero algo más hondo que la precaución —un instinto afinado por años</w:t>
      </w:r>
      <w:r>
        <w:rPr/>
        <w:t xml:space="preserve"> </w:t>
      </w:r>
      <w:r>
        <w:rPr/>
        <w:t>escuchando voces que el mar guarda para los pacientes— le hizo</w:t>
      </w:r>
      <w:r>
        <w:rPr/>
        <w:t xml:space="preserve"> </w:t>
      </w:r>
      <w:r>
        <w:rPr/>
        <w:t>abrirlo.</w:t>
      </w:r>
    </w:p>
    <w:p>
      <w:pPr>
        <w:pStyle w:val="BodyText"/>
      </w:pPr>
      <w:r>
        <w:rPr/>
        <w:t>Reprodujo la nota de FA# en su software de análisis.</w:t>
      </w:r>
    </w:p>
    <w:p>
      <w:pPr>
        <w:pStyle w:val="BodyText"/>
      </w:pPr>
      <w:r>
        <w:rPr/>
        <w:t>El sonido llenó sus auriculares como una luz que no sabía de fronteras.</w:t>
      </w:r>
    </w:p>
    <w:p>
      <w:pPr>
        <w:pStyle w:val="BodyText"/>
      </w:pPr>
      <w:r>
        <w:rPr/>
        <w:t>Las pantallas se iluminaron con datos imposibles.</w:t>
      </w:r>
    </w:p>
    <w:p>
      <w:pPr>
        <w:pStyle w:val="BodyText"/>
      </w:pPr>
      <w:r>
        <w:rPr/>
        <w:t>No era un tono: era una arquitectura.</w:t>
      </w:r>
    </w:p>
    <w:p>
      <w:pPr>
        <w:pStyle w:val="BodyText"/>
      </w:pPr>
      <w:r>
        <w:rPr/>
        <w:t>Armónicos que no existían en ninguna escala conocida.</w:t>
      </w:r>
    </w:p>
    <w:p>
      <w:pPr>
        <w:pStyle w:val="BodyText"/>
      </w:pPr>
      <w:r>
        <w:rPr/>
        <w:t>Patrones fantasma que aparecían y se desvanecían como voces en idiomas</w:t>
      </w:r>
      <w:r>
        <w:rPr/>
        <w:t xml:space="preserve"> </w:t>
      </w:r>
      <w:r>
        <w:rPr/>
        <w:t>superpuestos.</w:t>
      </w:r>
    </w:p>
    <w:p>
      <w:pPr>
        <w:pStyle w:val="BodyText"/>
      </w:pPr>
      <w:r>
        <w:rPr/>
        <w:t>La misma anomalía que llevaba meses detectando en las ballenas del</w:t>
      </w:r>
      <w:r>
        <w:rPr/>
        <w:t xml:space="preserve"> </w:t>
      </w:r>
      <w:r>
        <w:rPr/>
        <w:t>Atlántico Norte, pero ahora concentrada, depurada, consciente.</w:t>
      </w:r>
    </w:p>
    <w:p>
      <w:pPr>
        <w:pStyle w:val="BodyText"/>
      </w:pPr>
      <w:r>
        <w:rPr/>
        <w:t>Una respuesta directa a una pregunta que él jamás había formulado en voz</w:t>
      </w:r>
      <w:r>
        <w:rPr/>
        <w:t xml:space="preserve"> </w:t>
      </w:r>
      <w:r>
        <w:rPr/>
        <w:t>alta.</w:t>
      </w:r>
    </w:p>
    <w:p>
      <w:pPr>
        <w:pStyle w:val="BodyText"/>
      </w:pPr>
      <w:r>
        <w:rPr/>
        <w:t>Vasco se quitó los auriculares. La piel de sus brazos estaba erizada.</w:t>
      </w:r>
    </w:p>
    <w:p>
      <w:pPr>
        <w:pStyle w:val="BodyText"/>
      </w:pPr>
      <w:r>
        <w:rPr/>
        <w:t>Sin pensarlo dos veces, abrió una videollamada al número incluido en el</w:t>
      </w:r>
      <w:r>
        <w:rPr/>
        <w:t xml:space="preserve"> </w:t>
      </w:r>
      <w:r>
        <w:rPr/>
        <w:t>mensaje anónimo. Un gesto que iba contra toda su formación, pero que se</w:t>
      </w:r>
      <w:r>
        <w:rPr/>
        <w:t xml:space="preserve"> </w:t>
      </w:r>
      <w:r>
        <w:rPr/>
        <w:t>volvió inevitable.</w:t>
      </w:r>
    </w:p>
    <w:p>
      <w:pPr>
        <w:pStyle w:val="BodyText"/>
      </w:pPr>
      <w:r>
        <w:rPr/>
        <w:t>La llamada conectó casi al instante.</w:t>
      </w:r>
    </w:p>
    <w:p>
      <w:pPr>
        <w:pStyle w:val="BodyText"/>
      </w:pPr>
      <w:r>
        <w:rPr/>
        <w:t>La mujer que apareció en pantalla parecía no pertenecer del todo al</w:t>
      </w:r>
      <w:r>
        <w:rPr/>
        <w:t xml:space="preserve"> </w:t>
      </w:r>
      <w:r>
        <w:rPr/>
        <w:t>tiempo de la habitación donde se encontraba. Ojos oscuros, profundos,</w:t>
      </w:r>
      <w:r>
        <w:rPr/>
        <w:t xml:space="preserve"> </w:t>
      </w:r>
      <w:r>
        <w:rPr/>
        <w:t>con la calma de quien ha visto un abismo y lo ha atravesado.</w:t>
      </w:r>
    </w:p>
    <w:p>
      <w:pPr>
        <w:pStyle w:val="BodyText"/>
      </w:pPr>
      <w:r>
        <w:rPr>
          <w:i/>
        </w:rPr>
        <w:t>—He recibido su nota —dijo Vasco, sin preámbulos—. Resuena con</w:t>
      </w:r>
      <w:r>
        <w:rPr>
          <w:i/>
        </w:rPr>
        <w:t xml:space="preserve"> </w:t>
      </w:r>
      <w:r>
        <w:rPr>
          <w:i/>
        </w:rPr>
        <w:t>una distorsión que llevo meses rastreando en los cantos de los cetáceos.</w:t>
      </w:r>
      <w:r>
        <w:rPr>
          <w:i/>
        </w:rPr>
        <w:t xml:space="preserve"> </w:t>
      </w:r>
      <w:r>
        <w:rPr>
          <w:i/>
        </w:rPr>
        <w:t>Es como si el océano tuviera una cicatriz.</w:t>
      </w:r>
    </w:p>
    <w:p>
      <w:pPr>
        <w:pStyle w:val="BodyText"/>
      </w:pPr>
      <w:r>
        <w:rPr/>
        <w:t>Mar asintió con la serenidad de quien esperaba exactamente esas</w:t>
      </w:r>
      <w:r>
        <w:rPr/>
        <w:t xml:space="preserve"> </w:t>
      </w:r>
      <w:r>
        <w:rPr/>
        <w:t>palabras.</w:t>
      </w:r>
    </w:p>
    <w:p>
      <w:pPr>
        <w:pStyle w:val="BodyText"/>
      </w:pPr>
      <w:r>
        <w:rPr>
          <w:i/>
        </w:rPr>
        <w:t>—Mi nombre es Mar —respondió—. Y creo que es hora de que hablemos</w:t>
      </w:r>
      <w:r>
        <w:rPr>
          <w:i/>
        </w:rPr>
        <w:t xml:space="preserve"> </w:t>
      </w:r>
      <w:r>
        <w:rPr>
          <w:i/>
        </w:rPr>
        <w:t>sobre lo que realmente está escuchando en esas aguas.</w:t>
      </w:r>
    </w:p>
    <w:p>
      <w:pPr>
        <w:pStyle w:val="BodyText"/>
      </w:pPr>
      <w:r>
        <w:rPr/>
        <w:t>No hubo protocolos. No hubo presentaciones formales.</w:t>
      </w:r>
    </w:p>
    <w:p>
      <w:pPr>
        <w:pStyle w:val="BodyText"/>
      </w:pPr>
      <w:r>
        <w:rPr/>
        <w:t>Solo el reconocimiento inmediato de una herida compartida.</w:t>
      </w:r>
    </w:p>
    <w:p>
      <w:pPr>
        <w:pStyle w:val="BodyText"/>
      </w:pPr>
      <w:r>
        <w:rPr/>
        <w:t>Mar compartió su pantalla. Vasco contuvo el aliento.</w:t>
      </w:r>
    </w:p>
    <w:p>
      <w:pPr>
        <w:pStyle w:val="BodyText"/>
      </w:pPr>
      <w:r>
        <w:rPr/>
        <w:t>Los fragmentos escaneados del manuscrito de piedra parecían alternar</w:t>
      </w:r>
      <w:r>
        <w:rPr/>
        <w:t xml:space="preserve"> </w:t>
      </w:r>
      <w:r>
        <w:rPr/>
        <w:t>entre partitura, mapa estelar y códice ritual. Reconoció patrones que él</w:t>
      </w:r>
      <w:r>
        <w:rPr/>
        <w:t xml:space="preserve"> </w:t>
      </w:r>
      <w:r>
        <w:rPr/>
        <w:t>mismo había registrado en sus hidrófonos submarinos.</w:t>
      </w:r>
    </w:p>
    <w:p>
      <w:pPr>
        <w:pStyle w:val="BodyText"/>
      </w:pPr>
      <w:r>
        <w:rPr>
          <w:i/>
        </w:rPr>
        <w:t>—Es geometría sagrada… —murmuró—. Coincide con las alineaciones</w:t>
      </w:r>
      <w:r>
        <w:rPr>
          <w:i/>
        </w:rPr>
        <w:t xml:space="preserve"> </w:t>
      </w:r>
      <w:r>
        <w:rPr>
          <w:i/>
        </w:rPr>
        <w:t>que he propuesto. La fuente no es solo geológica. Es… más antigua.</w:t>
      </w:r>
    </w:p>
    <w:p>
      <w:pPr>
        <w:pStyle w:val="BodyText"/>
      </w:pPr>
      <w:r>
        <w:rPr/>
        <w:t>Mar no respondió. Solo inspiró, cerró los ojos y entonó la nota de FA#.</w:t>
      </w:r>
    </w:p>
    <w:p>
      <w:pPr>
        <w:pStyle w:val="BodyText"/>
      </w:pPr>
      <w:r>
        <w:rPr/>
        <w:t>La vibración fue captada por su micrófono, comprimida, transmitida por</w:t>
      </w:r>
      <w:r>
        <w:rPr/>
        <w:t xml:space="preserve"> </w:t>
      </w:r>
      <w:r>
        <w:rPr/>
        <w:t>el cable submarino que une Europa con Islandia y liberada en el</w:t>
      </w:r>
      <w:r>
        <w:rPr/>
        <w:t xml:space="preserve"> </w:t>
      </w:r>
      <w:r>
        <w:rPr/>
        <w:t>laboratorio de Vasco. Él, obedeciendo un impulso inexplicable, canalizó</w:t>
      </w:r>
      <w:r>
        <w:rPr/>
        <w:t xml:space="preserve"> </w:t>
      </w:r>
      <w:r>
        <w:rPr/>
        <w:t>el audio hacia los altavoces de presión que usaba para replicar cantos</w:t>
      </w:r>
      <w:r>
        <w:rPr/>
        <w:t xml:space="preserve"> </w:t>
      </w:r>
      <w:r>
        <w:rPr/>
        <w:t>oceánicos.</w:t>
      </w:r>
    </w:p>
    <w:p>
      <w:pPr>
        <w:pStyle w:val="BodyText"/>
      </w:pPr>
      <w:r>
        <w:rPr/>
        <w:t>El mundo respondió.</w:t>
      </w:r>
    </w:p>
    <w:p>
      <w:pPr>
        <w:pStyle w:val="BodyText"/>
      </w:pPr>
      <w:r>
        <w:rPr/>
        <w:t>Las ballenas —o sus ecos, o aquello que se oculta bajo sus voces—</w:t>
      </w:r>
      <w:r>
        <w:rPr/>
        <w:t xml:space="preserve"> </w:t>
      </w:r>
      <w:r>
        <w:rPr/>
        <w:t>contestaron.</w:t>
      </w:r>
    </w:p>
    <w:p>
      <w:pPr>
        <w:pStyle w:val="BodyText"/>
      </w:pPr>
      <w:r>
        <w:rPr/>
        <w:t>La voz de Mar, portadora del fuego sanado de Montségur, se entrelazó con</w:t>
      </w:r>
      <w:r>
        <w:rPr/>
        <w:t xml:space="preserve"> </w:t>
      </w:r>
      <w:r>
        <w:rPr/>
        <w:t>los lamentos profundos del océano.</w:t>
      </w:r>
    </w:p>
    <w:p>
      <w:pPr>
        <w:pStyle w:val="BodyText"/>
      </w:pPr>
      <w:r>
        <w:rPr/>
        <w:t>Por un instante que pareció eterno, Lisboa e Islandia fueron la misma</w:t>
      </w:r>
      <w:r>
        <w:rPr/>
        <w:t xml:space="preserve"> </w:t>
      </w:r>
      <w:r>
        <w:rPr/>
        <w:t>estancia.</w:t>
      </w:r>
    </w:p>
    <w:p>
      <w:pPr>
        <w:pStyle w:val="BodyText"/>
      </w:pPr>
      <w:r>
        <w:rPr/>
        <w:t>Una catedral de sonido.</w:t>
      </w:r>
    </w:p>
    <w:p>
      <w:pPr>
        <w:pStyle w:val="BodyText"/>
      </w:pPr>
      <w:r>
        <w:rPr/>
        <w:t>Un puente que unía continentes, siglos y especies.</w:t>
      </w:r>
    </w:p>
    <w:p>
      <w:pPr>
        <w:pStyle w:val="BodyText"/>
      </w:pPr>
      <w:r>
        <w:rPr/>
        <w:t>Los equipos temblaron. Las agujas se dispararon.</w:t>
      </w:r>
    </w:p>
    <w:p>
      <w:pPr>
        <w:pStyle w:val="BodyText"/>
      </w:pPr>
      <w:r>
        <w:rPr/>
        <w:t>Pero Mar moduló; no desde la fuerza, sino desde la empatía.</w:t>
      </w:r>
    </w:p>
    <w:p>
      <w:pPr>
        <w:pStyle w:val="BodyText"/>
      </w:pPr>
      <w:r>
        <w:rPr/>
        <w:t>El equilibrio surgió como un latido compartido.</w:t>
      </w:r>
    </w:p>
    <w:p>
      <w:pPr>
        <w:pStyle w:val="BodyText"/>
      </w:pPr>
      <w:r>
        <w:rPr/>
        <w:t>Cuando la improvisación terminó, ninguno habló durante varios segundos.</w:t>
      </w:r>
    </w:p>
    <w:p>
      <w:pPr>
        <w:pStyle w:val="BodyText"/>
      </w:pPr>
      <w:r>
        <w:rPr>
          <w:i/>
        </w:rPr>
        <w:t>—¿Qué acaba de pasar? —susurró Vasco.</w:t>
      </w:r>
    </w:p>
    <w:p>
      <w:pPr>
        <w:pStyle w:val="BodyText"/>
      </w:pPr>
      <w:r>
        <w:rPr/>
        <w:t>Mar miró su propia imagen en la pantalla, como si acabara de</w:t>
      </w:r>
      <w:r>
        <w:rPr/>
        <w:t xml:space="preserve"> </w:t>
      </w:r>
      <w:r>
        <w:rPr/>
        <w:t>reconocerse.</w:t>
      </w:r>
    </w:p>
    <w:p>
      <w:pPr>
        <w:pStyle w:val="BodyText"/>
      </w:pPr>
      <w:r>
        <w:rPr>
          <w:i/>
        </w:rPr>
        <w:t>—El primer contacto —dijo—. Entre lo que fue y lo que puede ser.</w:t>
      </w:r>
      <w:r>
        <w:rPr>
          <w:i/>
        </w:rPr>
        <w:t xml:space="preserve"> </w:t>
      </w:r>
      <w:r>
        <w:rPr>
          <w:i/>
        </w:rPr>
        <w:t>Entre alguien que escucha el pasado… y alguien que puede ayudar a</w:t>
      </w:r>
      <w:r>
        <w:rPr>
          <w:i/>
        </w:rPr>
        <w:t xml:space="preserve"> </w:t>
      </w:r>
      <w:r>
        <w:rPr>
          <w:i/>
        </w:rPr>
        <w:t>escribir el futuro.</w:t>
      </w:r>
    </w:p>
    <w:p>
      <w:pPr>
        <w:pStyle w:val="BodyText"/>
      </w:pPr>
      <w:r>
        <w:rPr/>
        <w:t>Hablaron hasta el amanecer. Cuando la conexión se cortó, ya no eran</w:t>
      </w:r>
      <w:r>
        <w:rPr/>
        <w:t xml:space="preserve"> </w:t>
      </w:r>
      <w:r>
        <w:rPr/>
        <w:t>desconocidos.</w:t>
      </w:r>
    </w:p>
    <w:p>
      <w:pPr>
        <w:pStyle w:val="BodyText"/>
      </w:pPr>
      <w:r>
        <w:rPr/>
        <w:t>Un puente había sido tendido sobre el océano: no de tecnología ni de</w:t>
      </w:r>
      <w:r>
        <w:rPr/>
        <w:t xml:space="preserve"> </w:t>
      </w:r>
      <w:r>
        <w:rPr/>
        <w:t>conocimiento, sino de vibración.</w:t>
      </w:r>
    </w:p>
    <w:p>
      <w:pPr>
        <w:pStyle w:val="BodyText"/>
      </w:pPr>
      <w:r>
        <w:rPr/>
        <w:t>Vasco miró por la ventana del laboratorio. El sol de medianoche islandés</w:t>
      </w:r>
      <w:r>
        <w:rPr/>
        <w:t xml:space="preserve"> </w:t>
      </w:r>
      <w:r>
        <w:rPr/>
        <w:t>bañaba el horizonte en tonos imposibles. Pensó en la nota encontrada en</w:t>
      </w:r>
      <w:r>
        <w:rPr/>
        <w:t xml:space="preserve"> </w:t>
      </w:r>
      <w:r>
        <w:rPr/>
        <w:t>la habitación 108 de Soria, en el silencio específico que alguien había</w:t>
      </w:r>
      <w:r>
        <w:rPr/>
        <w:t xml:space="preserve"> </w:t>
      </w:r>
      <w:r>
        <w:rPr/>
        <w:t>dejado para él.</w:t>
      </w:r>
    </w:p>
    <w:p>
      <w:pPr>
        <w:pStyle w:val="BodyText"/>
      </w:pPr>
      <w:r>
        <w:rPr/>
        <w:t>«No es el sonido lo que importa, sino el espacio entre las notas.»</w:t>
      </w:r>
    </w:p>
    <w:p>
      <w:pPr>
        <w:pStyle w:val="BodyText"/>
      </w:pPr>
      <w:r>
        <w:rPr/>
        <w:t>Ahora comprendía. Mar le había mostrado el sonido. Pero Soria guardaba</w:t>
      </w:r>
      <w:r>
        <w:rPr/>
        <w:t xml:space="preserve"> </w:t>
      </w:r>
      <w:r>
        <w:rPr/>
        <w:t>el silencio.</w:t>
      </w:r>
    </w:p>
    <w:p>
      <w:pPr>
        <w:pStyle w:val="BodyText"/>
      </w:pPr>
      <w:r>
        <w:rPr/>
        <w:t>La era de la custodia solitaria había terminado.</w:t>
      </w:r>
    </w:p>
    <w:p>
      <w:pPr>
        <w:pStyle w:val="BodyText"/>
      </w:pPr>
      <w:r>
        <w:rPr/>
        <w:t>La era de la colaboración acababa de comenzar.</w:t>
      </w:r>
    </w:p>
    <w:p>
      <w:pPr>
        <w:pStyle w:val="BodyText"/>
      </w:pPr>
      <w:r>
        <w:rPr/>
        <w:t>Y en algún despacho sin ventanas, una alarma silenciosa acababa de</w:t>
      </w:r>
      <w:r>
        <w:rPr/>
        <w:t xml:space="preserve"> </w:t>
      </w:r>
      <w:r>
        <w:rPr/>
        <w:t>activarse.</w:t>
      </w:r>
    </w:p>
    <w:p>
      <w:pPr>
        <w:pStyle w:val="Heading1"/>
      </w:pPr>
      <w:r>
        <w:rPr/>
        <w:t>INTERLUDIO II — DISGREGACIÓN (STUDIO 4)</w:t>
      </w:r>
    </w:p>
    <w:p>
      <w:pPr/>
      <w:r>
        <w:rPr/>
        <w:t>Berlín, 15 de octubre de 1998 — 5:02 a. m.</w:t>
      </w:r>
    </w:p>
    <w:p>
      <w:pPr>
        <w:pStyle w:val="BodyText"/>
      </w:pPr>
      <w:r>
        <w:rPr/>
        <w:t>«Cuando una frecuencia pierde su cuarta voz, la armonía no se rompe: se</w:t>
      </w:r>
      <w:r>
        <w:rPr/>
        <w:t xml:space="preserve"> </w:t>
      </w:r>
      <w:r>
        <w:rPr/>
        <w:t>queda sin cuerpo.» — Libro de los Ecos, fragmento 91-A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amanecer no había llegado todavía, pero Berlín ya olía a invierno.</w:t>
      </w:r>
    </w:p>
    <w:p>
      <w:pPr>
        <w:pStyle w:val="BodyText"/>
      </w:pPr>
      <w:r>
        <w:rPr/>
        <w:t>La ciudad seguía dormida, ajena a lo que acababa de ocurrir en un</w:t>
      </w:r>
      <w:r>
        <w:rPr/>
        <w:t xml:space="preserve"> </w:t>
      </w:r>
      <w:r>
        <w:rPr/>
        <w:t>apartamento cualquiera del distrito de Mitte.</w:t>
      </w:r>
    </w:p>
    <w:p>
      <w:pPr>
        <w:pStyle w:val="BodyText"/>
      </w:pPr>
      <w:r>
        <w:rPr/>
        <w:t>Mar caminaba sin rumbo.</w:t>
      </w:r>
    </w:p>
    <w:p>
      <w:pPr>
        <w:pStyle w:val="BodyText"/>
      </w:pPr>
      <w:r>
        <w:rPr/>
        <w:t>No recordaba cuánto tiempo llevaba andando ni en qué momento había</w:t>
      </w:r>
      <w:r>
        <w:rPr/>
        <w:t xml:space="preserve"> </w:t>
      </w:r>
      <w:r>
        <w:rPr/>
        <w:t>salido a la calle.</w:t>
      </w:r>
    </w:p>
    <w:p>
      <w:pPr>
        <w:pStyle w:val="BodyText"/>
      </w:pPr>
      <w:r>
        <w:rPr/>
        <w:t>Solo sabía que las manos le temblaban y que el frío no tenía nada que</w:t>
      </w:r>
      <w:r>
        <w:rPr/>
        <w:t xml:space="preserve"> </w:t>
      </w:r>
      <w:r>
        <w:rPr/>
        <w:t>ver con el clima.</w:t>
      </w:r>
    </w:p>
    <w:p>
      <w:pPr>
        <w:pStyle w:val="BodyText"/>
      </w:pPr>
      <w:r>
        <w:rPr/>
        <w:t>Tenía una frase clavada en la garganta:</w:t>
      </w:r>
    </w:p>
    <w:p>
      <w:pPr>
        <w:pStyle w:val="BodyText"/>
      </w:pPr>
      <w:r>
        <w:rPr/>
        <w:t>Adrián ya no estaba.</w:t>
      </w:r>
    </w:p>
    <w:p>
      <w:pPr>
        <w:pStyle w:val="BodyText"/>
      </w:pPr>
      <w:r>
        <w:rPr/>
        <w:t>Pero no conseguía pronunciarla.</w:t>
      </w:r>
    </w:p>
    <w:p>
      <w:pPr>
        <w:pStyle w:val="BodyText"/>
      </w:pPr>
      <w:r>
        <w:rPr/>
        <w:t>Cruzó Rosenthaler Platz sin mirar.</w:t>
      </w:r>
    </w:p>
    <w:p>
      <w:pPr>
        <w:pStyle w:val="BodyText"/>
      </w:pPr>
      <w:r>
        <w:rPr/>
        <w:t>Un tranvía pasó rozando su sombra y siguió de largo como si no la</w:t>
      </w:r>
      <w:r>
        <w:rPr/>
        <w:t xml:space="preserve"> </w:t>
      </w:r>
      <w:r>
        <w:rPr/>
        <w:t>hubiera visto.</w:t>
      </w:r>
    </w:p>
    <w:p>
      <w:pPr>
        <w:pStyle w:val="BodyText"/>
      </w:pPr>
      <w:r>
        <w:rPr/>
        <w:t>Mar tampoco lo vio.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Un año y medio antes.</w:t>
      </w:r>
    </w:p>
    <w:p>
      <w:pPr>
        <w:pStyle w:val="BodyText"/>
      </w:pPr>
      <w:r>
        <w:rPr/>
        <w:t>Tresor, invierno de 1997.</w:t>
      </w:r>
    </w:p>
    <w:p>
      <w:pPr>
        <w:pStyle w:val="BodyText"/>
      </w:pPr>
      <w:r>
        <w:rPr/>
        <w:t>El origen de Studio 4 no fue una reunión ni una idea brillante.</w:t>
      </w:r>
    </w:p>
    <w:p>
      <w:pPr>
        <w:pStyle w:val="BodyText"/>
      </w:pPr>
      <w:r>
        <w:rPr/>
        <w:t>Fue un cruce.</w:t>
      </w:r>
    </w:p>
    <w:p>
      <w:pPr>
        <w:pStyle w:val="BodyText"/>
      </w:pPr>
      <w:r>
        <w:rPr/>
        <w:t>Una noche espesa de techno industrial, un set improvisado, un error en</w:t>
      </w:r>
      <w:r>
        <w:rPr/>
        <w:t xml:space="preserve"> </w:t>
      </w:r>
      <w:r>
        <w:rPr/>
        <w:t>la mesa que no era error, y una vibración que ninguno de los cuatro</w:t>
      </w:r>
      <w:r>
        <w:rPr/>
        <w:t xml:space="preserve"> </w:t>
      </w:r>
      <w:r>
        <w:rPr/>
        <w:t>había escuchado antes.</w:t>
      </w:r>
    </w:p>
    <w:p>
      <w:pPr>
        <w:pStyle w:val="BodyText"/>
      </w:pPr>
      <w:r>
        <w:rPr/>
        <w:t>Adrián estaba en la cabina, improvisando ritmos que parecían demasiado</w:t>
      </w:r>
      <w:r>
        <w:rPr/>
        <w:t xml:space="preserve"> </w:t>
      </w:r>
      <w:r>
        <w:rPr/>
        <w:t>maduros para su edad.</w:t>
      </w:r>
    </w:p>
    <w:p>
      <w:pPr>
        <w:pStyle w:val="BodyText"/>
      </w:pPr>
      <w:r>
        <w:rPr/>
        <w:t>Markus, que aquella noche hacía de técnico suplente, notó que un canal</w:t>
      </w:r>
      <w:r>
        <w:rPr/>
        <w:t xml:space="preserve"> </w:t>
      </w:r>
      <w:r>
        <w:rPr/>
        <w:t>latía con una oscilación anómala.</w:t>
      </w:r>
    </w:p>
    <w:p>
      <w:pPr>
        <w:pStyle w:val="BodyText"/>
      </w:pPr>
      <w:r>
        <w:rPr/>
        <w:t>Lena, en la pista, sintió cómo la nota le rozaba la piel como si fuera</w:t>
      </w:r>
      <w:r>
        <w:rPr/>
        <w:t xml:space="preserve"> </w:t>
      </w:r>
      <w:r>
        <w:rPr/>
        <w:t>una advertencia antigua.</w:t>
      </w:r>
    </w:p>
    <w:p>
      <w:pPr>
        <w:pStyle w:val="BodyText"/>
      </w:pPr>
      <w:r>
        <w:rPr/>
        <w:t>Y Mar —recién llegada a Berlín para estudiar sonido— levantó la</w:t>
      </w:r>
      <w:r>
        <w:rPr/>
        <w:t xml:space="preserve"> </w:t>
      </w:r>
      <w:r>
        <w:rPr/>
        <w:t>cabeza porque su oído absoluto había captado una armónica que no</w:t>
      </w:r>
      <w:r>
        <w:rPr/>
        <w:t xml:space="preserve"> </w:t>
      </w:r>
      <w:r>
        <w:rPr/>
        <w:t>correspondía a ninguna fuente visible.</w:t>
      </w:r>
    </w:p>
    <w:p>
      <w:pPr>
        <w:pStyle w:val="BodyText"/>
      </w:pPr>
      <w:r>
        <w:rPr/>
        <w:t>Se reconocieron en un instante.</w:t>
      </w:r>
    </w:p>
    <w:p>
      <w:pPr>
        <w:pStyle w:val="BodyText"/>
      </w:pPr>
      <w:r>
        <w:rPr/>
        <w:t>Como si los cuatro hubieran estado afinados en la misma frecuencia desde</w:t>
      </w:r>
      <w:r>
        <w:rPr/>
        <w:t xml:space="preserve"> </w:t>
      </w:r>
      <w:r>
        <w:rPr/>
        <w:t>hacía años.</w:t>
      </w:r>
    </w:p>
    <w:p>
      <w:pPr>
        <w:pStyle w:val="BodyText"/>
      </w:pPr>
      <w:r>
        <w:rPr/>
        <w:t>Esa madrugada, en las escaleras húmedas que bajaban al club, Lena lo</w:t>
      </w:r>
      <w:r>
        <w:rPr/>
        <w:t xml:space="preserve"> </w:t>
      </w:r>
      <w:r>
        <w:rPr/>
        <w:t>dijo sin pensar:</w:t>
      </w:r>
    </w:p>
    <w:p>
      <w:pPr>
        <w:pStyle w:val="BodyText"/>
      </w:pPr>
      <w:r>
        <w:rPr/>
        <w:t>—Somos cuatro.</w:t>
      </w:r>
    </w:p>
    <w:p>
      <w:pPr>
        <w:pStyle w:val="BodyText"/>
      </w:pPr>
      <w:r>
        <w:rPr/>
        <w:t>Y Markus añadió, con una sonrisa medio rota:</w:t>
      </w:r>
    </w:p>
    <w:p>
      <w:pPr>
        <w:pStyle w:val="BodyText"/>
      </w:pPr>
      <w:r>
        <w:rPr/>
        <w:t>—Studio 4. Suena bien.</w:t>
      </w:r>
    </w:p>
    <w:p>
      <w:pPr>
        <w:pStyle w:val="BodyText"/>
      </w:pPr>
      <w:r>
        <w:rPr/>
        <w:t>Nadie lo discutió.</w:t>
      </w:r>
    </w:p>
    <w:p>
      <w:pPr>
        <w:pStyle w:val="BodyText"/>
      </w:pPr>
      <w:r>
        <w:rPr/>
        <w:t>No porque el nombre fuese perfecto, sino porque los cuatro sabían —sin</w:t>
      </w:r>
      <w:r>
        <w:rPr/>
        <w:t xml:space="preserve"> </w:t>
      </w:r>
      <w:r>
        <w:rPr/>
        <w:t>necesidad de decirlo— que algo había nacido allí.</w:t>
      </w:r>
    </w:p>
    <w:p>
      <w:pPr>
        <w:pStyle w:val="BodyText"/>
      </w:pPr>
      <w:r>
        <w:rPr/>
        <w:t>Un refugio.</w:t>
      </w:r>
    </w:p>
    <w:p>
      <w:pPr>
        <w:pStyle w:val="BodyText"/>
      </w:pPr>
      <w:r>
        <w:rPr/>
        <w:t>Una cuerda tensa entre mundos.</w:t>
      </w:r>
    </w:p>
    <w:p>
      <w:pPr>
        <w:pStyle w:val="BodyText"/>
      </w:pPr>
      <w:r>
        <w:rPr/>
        <w:t>Durante más de un año trabajaron juntos:</w:t>
      </w:r>
    </w:p>
    <w:p>
      <w:pPr>
        <w:pStyle w:val="BodyText"/>
      </w:pPr>
      <w:r>
        <w:rPr/>
        <w:t>en casas prestadas, en estudios baratos, en sótanos de clubs cerrados.</w:t>
      </w:r>
    </w:p>
    <w:p>
      <w:pPr>
        <w:pStyle w:val="BodyText"/>
      </w:pPr>
      <w:r>
        <w:rPr/>
        <w:t>Buscando la vibración que habían oído aquella noche.</w:t>
      </w:r>
    </w:p>
    <w:p>
      <w:pPr>
        <w:pStyle w:val="BodyText"/>
      </w:pPr>
      <w:r>
        <w:rPr/>
        <w:t>Intentando descifrar lo que Adrián, sin querer, estaba canalizando.</w:t>
      </w:r>
    </w:p>
    <w:p>
      <w:pPr>
        <w:pStyle w:val="BodyText"/>
      </w:pPr>
      <w:r>
        <w:rPr/>
        <w:t>Había magia.</w:t>
      </w:r>
    </w:p>
    <w:p>
      <w:pPr>
        <w:pStyle w:val="BodyText"/>
      </w:pPr>
      <w:r>
        <w:rPr/>
        <w:t>Y había peligro.</w:t>
      </w:r>
    </w:p>
    <w:p>
      <w:pPr>
        <w:pStyle w:val="BodyText"/>
      </w:pPr>
      <w:r>
        <w:rPr/>
        <w:t>Pero ninguno lo dijo en voz alta.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Berlín, 1998. Tras el desvanecimiento.</w:t>
      </w:r>
    </w:p>
    <w:p>
      <w:pPr>
        <w:pStyle w:val="BodyText"/>
      </w:pPr>
      <w:r>
        <w:rPr/>
        <w:t>Cuando Mar llegó al portal del edificio de Adrián, ya estaban allí Lena</w:t>
      </w:r>
      <w:r>
        <w:rPr/>
        <w:t xml:space="preserve"> </w:t>
      </w:r>
      <w:r>
        <w:rPr/>
        <w:t>y Markus.</w:t>
      </w:r>
    </w:p>
    <w:p>
      <w:pPr>
        <w:pStyle w:val="BodyText"/>
      </w:pPr>
      <w:r>
        <w:rPr/>
        <w:t>No hicieron falta palabras.</w:t>
      </w:r>
    </w:p>
    <w:p>
      <w:pPr>
        <w:pStyle w:val="BodyText"/>
      </w:pPr>
      <w:r>
        <w:rPr/>
        <w:t>Los tres entendieron que algo imposible había ocurrido.</w:t>
      </w:r>
    </w:p>
    <w:p>
      <w:pPr>
        <w:pStyle w:val="BodyText"/>
      </w:pPr>
      <w:r>
        <w:rPr/>
        <w:t>Lena no lloraba.</w:t>
      </w:r>
    </w:p>
    <w:p>
      <w:pPr>
        <w:pStyle w:val="BodyText"/>
      </w:pPr>
      <w:r>
        <w:rPr/>
        <w:t>Tenía la expresión de alguien que ha visto romperse una ley fundamental.</w:t>
      </w:r>
    </w:p>
    <w:p>
      <w:pPr>
        <w:pStyle w:val="BodyText"/>
      </w:pPr>
      <w:r>
        <w:rPr/>
        <w:t>Markus respiraba entrecortado, como si hubiera corrido una maratón hasta</w:t>
      </w:r>
      <w:r>
        <w:rPr/>
        <w:t xml:space="preserve"> </w:t>
      </w:r>
      <w:r>
        <w:rPr/>
        <w:t>allí.</w:t>
      </w:r>
    </w:p>
    <w:p>
      <w:pPr>
        <w:pStyle w:val="BodyText"/>
      </w:pPr>
      <w:r>
        <w:rPr/>
        <w:t>—¿Está…? —preguntó él, sin terminar la frase.</w:t>
      </w:r>
    </w:p>
    <w:p>
      <w:pPr>
        <w:pStyle w:val="BodyText"/>
      </w:pPr>
      <w:r>
        <w:rPr/>
        <w:t>Mar negó lentamente.</w:t>
      </w:r>
    </w:p>
    <w:p>
      <w:pPr>
        <w:pStyle w:val="BodyText"/>
      </w:pPr>
      <w:r>
        <w:rPr/>
        <w:t>No por miedo, sino porque no encontraba una palabra que se acercara</w:t>
      </w:r>
      <w:r>
        <w:rPr/>
        <w:t xml:space="preserve"> </w:t>
      </w:r>
      <w:r>
        <w:rPr/>
        <w:t>siquiera al concepto de «desaparecido».</w:t>
      </w:r>
    </w:p>
    <w:p>
      <w:pPr>
        <w:pStyle w:val="BodyText"/>
      </w:pPr>
      <w:r>
        <w:rPr/>
        <w:t>El ascensor seguía parado en planta.</w:t>
      </w:r>
    </w:p>
    <w:p>
      <w:pPr>
        <w:pStyle w:val="BodyText"/>
      </w:pPr>
      <w:r>
        <w:rPr/>
        <w:t>La puerta del apartamento, entreabierta.</w:t>
      </w:r>
    </w:p>
    <w:p>
      <w:pPr>
        <w:pStyle w:val="BodyText"/>
      </w:pPr>
      <w:r>
        <w:rPr/>
        <w:t>Markus dio un paso hacia adentro, pero Lena lo detuvo.</w:t>
      </w:r>
    </w:p>
    <w:p>
      <w:pPr>
        <w:pStyle w:val="BodyText"/>
      </w:pPr>
      <w:r>
        <w:rPr/>
        <w:t>—No lo hagas —susurró—. Aún vibra.</w:t>
      </w:r>
    </w:p>
    <w:p>
      <w:pPr>
        <w:pStyle w:val="BodyText"/>
      </w:pPr>
      <w:r>
        <w:rPr/>
        <w:t>Mar sintió un escalofrío.</w:t>
      </w:r>
    </w:p>
    <w:p>
      <w:pPr>
        <w:pStyle w:val="BodyText"/>
      </w:pPr>
      <w:r>
        <w:rPr/>
        <w:t>Aún vibra.</w:t>
      </w:r>
    </w:p>
    <w:p>
      <w:pPr>
        <w:pStyle w:val="BodyText"/>
      </w:pPr>
      <w:r>
        <w:rPr/>
        <w:t>No era metáfora.</w:t>
      </w:r>
    </w:p>
    <w:p>
      <w:pPr>
        <w:pStyle w:val="BodyText"/>
      </w:pPr>
      <w:r>
        <w:rPr/>
        <w:t>Un residuo, un rastro: un FA# que ya no pertenecía a nadie.</w:t>
      </w:r>
    </w:p>
    <w:p>
      <w:pPr>
        <w:pStyle w:val="BodyText"/>
      </w:pPr>
      <w:r>
        <w:rPr/>
        <w:t>—¿Quién estaba aquí? —preguntó Lena, casi en un murmullo.</w:t>
      </w:r>
    </w:p>
    <w:p>
      <w:pPr>
        <w:pStyle w:val="BodyText"/>
      </w:pPr>
      <w:r>
        <w:rPr/>
        <w:t>Ninguno de los tres sabía de Finch.</w:t>
      </w:r>
    </w:p>
    <w:p>
      <w:pPr>
        <w:pStyle w:val="BodyText"/>
      </w:pPr>
      <w:r>
        <w:rPr/>
        <w:t>Solo intuían una presencia.</w:t>
      </w:r>
    </w:p>
    <w:p>
      <w:pPr>
        <w:pStyle w:val="BodyText"/>
      </w:pPr>
      <w:r>
        <w:rPr/>
        <w:t>Una figura necesaria en medio del imposible.</w:t>
      </w:r>
    </w:p>
    <w:p>
      <w:pPr>
        <w:pStyle w:val="BodyText"/>
      </w:pPr>
      <w:r>
        <w:rPr/>
        <w:t>Markus fue el primero en romper:</w:t>
      </w:r>
    </w:p>
    <w:p>
      <w:pPr>
        <w:pStyle w:val="BodyText"/>
      </w:pPr>
      <w:r>
        <w:rPr/>
        <w:t>—No podemos quedarnos.</w:t>
      </w:r>
    </w:p>
    <w:p>
      <w:pPr>
        <w:pStyle w:val="BodyText"/>
      </w:pPr>
      <w:r>
        <w:rPr/>
        <w:t>No ahora.</w:t>
      </w:r>
    </w:p>
    <w:p>
      <w:pPr>
        <w:pStyle w:val="BodyText"/>
      </w:pPr>
      <w:r>
        <w:rPr/>
        <w:t>Mar no respondió.</w:t>
      </w:r>
    </w:p>
    <w:p>
      <w:pPr>
        <w:pStyle w:val="BodyText"/>
      </w:pPr>
      <w:r>
        <w:rPr/>
        <w:t>Pero algo dentro de ella se quebró.</w:t>
      </w:r>
    </w:p>
    <w:p>
      <w:pPr>
        <w:pStyle w:val="BodyText"/>
      </w:pPr>
      <w:r>
        <w:rPr/>
        <w:t>Studio 4 había nacido en una noche de música.</w:t>
      </w:r>
    </w:p>
    <w:p>
      <w:pPr>
        <w:pStyle w:val="BodyText"/>
      </w:pPr>
      <w:r>
        <w:rPr/>
        <w:t>Y ahora se deshacía en otra noche, donde solo había silencio.</w:t>
      </w:r>
    </w:p>
    <w:p>
      <w:pPr>
        <w:pStyle w:val="BodyText"/>
      </w:pPr>
      <w:r>
        <w:rPr/>
        <w:t>Lena se apartó un paso, como si el aire pesara demasiado.</w:t>
      </w:r>
    </w:p>
    <w:p>
      <w:pPr>
        <w:pStyle w:val="BodyText"/>
      </w:pPr>
      <w:r>
        <w:rPr/>
        <w:t>—No podemos seguir juntos —dijo con una voz que no afirmaba:</w:t>
      </w:r>
      <w:r>
        <w:rPr/>
        <w:t xml:space="preserve"> </w:t>
      </w:r>
      <w:r>
        <w:rPr/>
        <w:t>constataba—. No después de esto.</w:t>
      </w:r>
    </w:p>
    <w:p>
      <w:pPr>
        <w:pStyle w:val="BodyText"/>
      </w:pPr>
      <w:r>
        <w:rPr/>
        <w:t>Mar abrió la boca para protestar, pero no salió sonido alguno.</w:t>
      </w:r>
    </w:p>
    <w:p>
      <w:pPr>
        <w:pStyle w:val="BodyText"/>
      </w:pPr>
      <w:r>
        <w:rPr/>
        <w:t>Tal vez porque entendía que Lena tenía razón.</w:t>
      </w:r>
    </w:p>
    <w:p>
      <w:pPr>
        <w:pStyle w:val="BodyText"/>
      </w:pPr>
      <w:r>
        <w:rPr/>
        <w:t>Aquello que los había unido —esa frecuencia misteriosa que habían</w:t>
      </w:r>
      <w:r>
        <w:rPr/>
        <w:t xml:space="preserve"> </w:t>
      </w:r>
      <w:r>
        <w:rPr/>
        <w:t>perseguido entre clubs, sótanos y monitores— ahora se había llevado a</w:t>
      </w:r>
      <w:r>
        <w:rPr/>
        <w:t xml:space="preserve"> </w:t>
      </w:r>
      <w:r>
        <w:rPr/>
        <w:t>Adrián.</w:t>
      </w:r>
    </w:p>
    <w:p>
      <w:pPr>
        <w:pStyle w:val="BodyText"/>
      </w:pPr>
      <w:r>
        <w:rPr/>
        <w:t>Y seguir buscándola juntos sería una forma de convocar la tragedia.</w:t>
      </w:r>
    </w:p>
    <w:p>
      <w:pPr>
        <w:pStyle w:val="BodyText"/>
      </w:pPr>
      <w:r>
        <w:rPr/>
        <w:t>Markus bajó la mirada.</w:t>
      </w:r>
    </w:p>
    <w:p>
      <w:pPr>
        <w:pStyle w:val="BodyText"/>
      </w:pPr>
      <w:r>
        <w:rPr/>
        <w:t>Su voz sonó como un restallido débil:</w:t>
      </w:r>
    </w:p>
    <w:p>
      <w:pPr>
        <w:pStyle w:val="BodyText"/>
      </w:pPr>
      <w:r>
        <w:rPr/>
        <w:t>—Yo… necesito parar.</w:t>
      </w:r>
    </w:p>
    <w:p>
      <w:pPr>
        <w:pStyle w:val="BodyText"/>
      </w:pPr>
      <w:r>
        <w:rPr/>
        <w:t>No puedo seguir con esto.</w:t>
      </w:r>
    </w:p>
    <w:p>
      <w:pPr>
        <w:pStyle w:val="BodyText"/>
      </w:pPr>
      <w:r>
        <w:rPr/>
        <w:t>Mar sintió que el mundo se vaciaba.</w:t>
      </w:r>
    </w:p>
    <w:p>
      <w:pPr>
        <w:pStyle w:val="BodyText"/>
      </w:pPr>
      <w:r>
        <w:rPr/>
        <w:t>Que el Eco que había devorado a Adrián también había devorado su pequeña</w:t>
      </w:r>
      <w:r>
        <w:rPr/>
        <w:t xml:space="preserve"> </w:t>
      </w:r>
      <w:r>
        <w:rPr/>
        <w:t>constelación de cuatro.</w:t>
      </w:r>
    </w:p>
    <w:p>
      <w:pPr>
        <w:pStyle w:val="BodyText"/>
      </w:pPr>
      <w:r>
        <w:rPr/>
        <w:t>Empezaron a alejarse sin despedirse.</w:t>
      </w:r>
    </w:p>
    <w:p>
      <w:pPr>
        <w:pStyle w:val="BodyText"/>
      </w:pPr>
      <w:r>
        <w:rPr/>
        <w:t>Sin promesas de volver.</w:t>
      </w:r>
    </w:p>
    <w:p>
      <w:pPr>
        <w:pStyle w:val="BodyText"/>
      </w:pPr>
      <w:r>
        <w:rPr/>
        <w:t>Sin pactos.</w:t>
      </w:r>
    </w:p>
    <w:p>
      <w:pPr>
        <w:pStyle w:val="BodyText"/>
      </w:pPr>
      <w:r>
        <w:rPr/>
        <w:t>Cada uno tomó una calle distinta, como si la ciudad hubiera decidido</w:t>
      </w:r>
      <w:r>
        <w:rPr/>
        <w:t xml:space="preserve"> </w:t>
      </w:r>
      <w:r>
        <w:rPr/>
        <w:t>repartirlos.</w:t>
      </w:r>
    </w:p>
    <w:p>
      <w:pPr>
        <w:pStyle w:val="BodyText"/>
      </w:pPr>
      <w:r>
        <w:rPr/>
        <w:t>Mar caminó hacia el este.</w:t>
      </w:r>
    </w:p>
    <w:p>
      <w:pPr>
        <w:pStyle w:val="BodyText"/>
      </w:pPr>
      <w:r>
        <w:rPr/>
        <w:t>Lena desapareció hacia el sur.</w:t>
      </w:r>
    </w:p>
    <w:p>
      <w:pPr>
        <w:pStyle w:val="BodyText"/>
      </w:pPr>
      <w:r>
        <w:rPr/>
        <w:t>Markus se perdió en la línea del tranvía.</w:t>
      </w:r>
    </w:p>
    <w:p>
      <w:pPr>
        <w:pStyle w:val="BodyText"/>
      </w:pPr>
      <w:r>
        <w:rPr/>
        <w:t>No miraron atrás.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A las 5:17 de aquella madrugada, Studio 4 dejó de existir.</w:t>
      </w:r>
    </w:p>
    <w:p>
      <w:pPr>
        <w:pStyle w:val="BodyText"/>
      </w:pPr>
      <w:r>
        <w:rPr/>
        <w:t>No por una pelea.</w:t>
      </w:r>
    </w:p>
    <w:p>
      <w:pPr>
        <w:pStyle w:val="BodyText"/>
      </w:pPr>
      <w:r>
        <w:rPr/>
        <w:t>No por miedo.</w:t>
      </w:r>
    </w:p>
    <w:p>
      <w:pPr>
        <w:pStyle w:val="BodyText"/>
      </w:pPr>
      <w:r>
        <w:rPr/>
        <w:t>Sino porque la pérdida de Adrián había alterado el eje invisible que los</w:t>
      </w:r>
      <w:r>
        <w:rPr/>
        <w:t xml:space="preserve"> </w:t>
      </w:r>
      <w:r>
        <w:rPr/>
        <w:t>mantenía alineados.</w:t>
      </w:r>
    </w:p>
    <w:p>
      <w:pPr>
        <w:pStyle w:val="BodyText"/>
      </w:pPr>
      <w:r>
        <w:rPr/>
        <w:t>La ciudad despertaría dentro de unas horas.</w:t>
      </w:r>
    </w:p>
    <w:p>
      <w:pPr>
        <w:pStyle w:val="BodyText"/>
      </w:pPr>
      <w:r>
        <w:rPr/>
        <w:t>Nadie sabría que una unidad íntima, un pequeño cuarteto secreto nacido</w:t>
      </w:r>
      <w:r>
        <w:rPr/>
        <w:t xml:space="preserve"> </w:t>
      </w:r>
      <w:r>
        <w:rPr/>
        <w:t>en las entrañas de Tresor, acababa de romperse para siempre.</w:t>
      </w:r>
    </w:p>
    <w:p>
      <w:pPr>
        <w:pStyle w:val="BodyText"/>
      </w:pPr>
      <w:r>
        <w:rPr/>
        <w:t>Solo Mar conservaría el recuerdo.</w:t>
      </w:r>
    </w:p>
    <w:p>
      <w:pPr>
        <w:pStyle w:val="BodyText"/>
      </w:pPr>
      <w:r>
        <w:rPr/>
        <w:t>El peso.</w:t>
      </w:r>
    </w:p>
    <w:p>
      <w:pPr>
        <w:pStyle w:val="BodyText"/>
      </w:pPr>
      <w:r>
        <w:rPr/>
        <w:t>Y la herida.</w:t>
      </w:r>
    </w:p>
    <w:p>
      <w:pPr>
        <w:pStyle w:val="BodyText"/>
      </w:pPr>
      <w:r>
        <w:rPr/>
        <w:t>Studio 4 había sido cuatro.</w:t>
      </w:r>
    </w:p>
    <w:p>
      <w:pPr>
        <w:pStyle w:val="BodyText"/>
      </w:pPr>
      <w:r>
        <w:rPr/>
        <w:t>Ahora eran tres sombras dispersas.</w:t>
      </w:r>
    </w:p>
    <w:p>
      <w:pPr>
        <w:pStyle w:val="BodyText"/>
      </w:pPr>
      <w:r>
        <w:rPr/>
        <w:t>Y un vacío que ya nunca dejaría de vibrar.</w:t>
      </w:r>
    </w:p>
    <w:p>
      <w:pPr>
        <w:pStyle w:val="BodyText"/>
      </w:pPr>
      <w:r>
        <w:rPr/>
        <w:t>***</w:t>
      </w:r>
    </w:p>
    <w:p>
      <w:pPr>
        <w:pStyle w:val="Heading1"/>
      </w:pPr>
      <w:r>
        <w:rPr/>
        <w:t xml:space="preserve">INTERLUDIO III — LATENCIA (1999–2023) </w:t>
      </w:r>
    </w:p>
    <w:p>
      <w:pPr/>
      <w:r>
        <w:rPr/>
        <w:t xml:space="preserve"> Veinticinco años de eco dormido</w:t>
      </w:r>
    </w:p>
    <w:p>
      <w:pPr>
        <w:pStyle w:val="BodyText"/>
      </w:pPr>
      <w:r>
        <w:rPr/>
        <w:t>1999 – 2001: MAR (primera fase)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primer año fue como llevar un cristal roto dentro del pecho.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 se instaló en un pequeño estudio de Barcelona, lejos de Berlín,</w:t>
      </w:r>
      <w:r>
        <w:rPr/>
        <w:t xml:space="preserve"> </w:t>
      </w:r>
      <w:r>
        <w:rPr/>
        <w:t>lejos de Lena, lejos de Markus, lejos del vacío que había quedado en la</w:t>
      </w:r>
      <w:r>
        <w:rPr/>
        <w:t xml:space="preserve"> </w:t>
      </w:r>
      <w:r>
        <w:rPr/>
        <w:t>mesa de Adrián.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 veces se despertaba sobresaltada sin saber por qué.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 veces escuchaba un zumbido bajo, como una nota que no llegaba a</w:t>
      </w:r>
      <w:r>
        <w:rPr/>
        <w:t xml:space="preserve"> </w:t>
      </w:r>
      <w:r>
        <w:rPr/>
        <w:t>pronunciarse.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Otras veces, nada. Y ese «nada» era mucho peor.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Dejó el sonido.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Dejó de grabar.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Abandonó la composición.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Empezó a trabajar en cosas que no exigían escuchar: traducciones,</w:t>
      </w:r>
      <w:r>
        <w:rPr/>
        <w:t xml:space="preserve"> </w:t>
      </w:r>
      <w:r>
        <w:rPr/>
        <w:t>inventarios, archivos.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Cualquier tarea que la mantuviera lejos de la vibración que se había</w:t>
      </w:r>
      <w:r>
        <w:rPr/>
        <w:t xml:space="preserve"> </w:t>
      </w:r>
      <w:r>
        <w:rPr/>
        <w:t>llevado al único hombre capaz de mostrarle que el mundo tenía capas.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volvió a hablar del FA#.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el FA# no dejó de hablarle.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1999 – 2008: MAR (heridas invisibles)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 intentó rehacer su vida.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Tuvo un par de relaciones breves en Barcelona, historias discretas con</w:t>
      </w:r>
      <w:r>
        <w:rPr/>
        <w:t xml:space="preserve"> </w:t>
      </w:r>
      <w:r>
        <w:rPr/>
        <w:t>hombres que la querían más de lo que ella podía ofrecer.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Había momentos en los que se perdía a mitad de conversación,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como si una parte de ella siguiera caminando por Rosenthaler Platz a las</w:t>
      </w:r>
      <w:r>
        <w:rPr/>
        <w:t xml:space="preserve"> </w:t>
      </w:r>
      <w:r>
        <w:rPr/>
        <w:t>cinco de la madrugada,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buscando algo que sabía que no regresaría.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Uno de ellos —Daniel, un fotógrafo con una paciencia infinita— llegó</w:t>
      </w:r>
      <w:r>
        <w:rPr/>
        <w:t xml:space="preserve"> </w:t>
      </w:r>
      <w:r>
        <w:rPr/>
        <w:t>a decírselo una noche: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—Estás aquí, pero no estás aquí.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Tenía razón.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 no supo explicarle que desde 1998 vivía con una zona muda en el</w:t>
      </w:r>
      <w:r>
        <w:rPr/>
        <w:t xml:space="preserve"> </w:t>
      </w:r>
      <w:r>
        <w:rPr/>
        <w:t>pecho,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una habitación cerrada que nunca se atrevió a abrir.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Con el tiempo dejó de intentarlo.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por miedo.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Por respeto a aquello que había perdido.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a la vibración que nunca terminó de apagarse.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1999 – 2005: MARKUS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Markus se convirtió en la sombra de sí mismo.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Dejó Berlín por temporadas; luego volvía sin avisar.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Hacía trabajos técnicos donde hiciera falta, pero renegaba del pasado.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—Eso no fue música —decía si alguien mencionaba a Adrián.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Tenía razón y no la tenía.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Lo que aprendió aquella madrugada era imposible de explicar con</w:t>
      </w:r>
      <w:r>
        <w:rPr/>
        <w:t xml:space="preserve"> </w:t>
      </w:r>
      <w:r>
        <w:rPr/>
        <w:t>palabras.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Dormía mal.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Despertaba peor.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Era el único que había visto el rastro técnico del desvanecimiento y</w:t>
      </w:r>
      <w:r>
        <w:rPr/>
        <w:t xml:space="preserve"> </w:t>
      </w:r>
      <w:r>
        <w:rPr/>
        <w:t>aquello lo volvió desconfiado de cualquier forma de energía que no</w:t>
      </w:r>
      <w:r>
        <w:rPr/>
        <w:t xml:space="preserve"> </w:t>
      </w:r>
      <w:r>
        <w:rPr/>
        <w:t>pudiera medir.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Fue él quien primero sospechó que alguien había limpiado el apartamento</w:t>
      </w:r>
      <w:r>
        <w:rPr/>
        <w:t xml:space="preserve"> </w:t>
      </w:r>
      <w:r>
        <w:rPr/>
        <w:t>de Adrián antes que la policía.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Nunca encontró pruebas.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Nunca dejó de buscarlas.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1999 – 2010: LENA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Lena desapareció sin desaparecer.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cambió de ciudad.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Cambió de vida.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Dejó de hablar de acústica.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Dejó de investigar.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 refugió en un piso de una sola ventana en Wedding, donde los vecinos</w:t>
      </w:r>
      <w:r>
        <w:rPr/>
        <w:t xml:space="preserve"> </w:t>
      </w:r>
      <w:r>
        <w:rPr/>
        <w:t>la conocían como «la chica que nunca pone música».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Lena no estaba vacía.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Estaba en pausa.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 una latencia profunda, igual que el Eco.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Cada 15 de octubre pasaba la noche en vela sin saber por qué.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Ese día, sin excepción, sentía un pequeño latido bajo la clavícula: un</w:t>
      </w:r>
      <w:r>
        <w:rPr/>
        <w:t xml:space="preserve"> </w:t>
      </w:r>
      <w:r>
        <w:rPr/>
        <w:t>echo mínimo, apenas un susurro.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Nunca lo relacionó conscientemente con Adrián.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Había elegido no recordarlo.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O quizá no podía.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1999 – 2023: FINCH Y CHRYSALIS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Finch no dejó de vigilar.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CD-R 117 pasó por manos que Mar, Markus y Lena jamás conocerían.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Laboratorios.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Búnkeres.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Centros dedicados a estudiar números que no aparecían en ninguna</w:t>
      </w:r>
      <w:r>
        <w:rPr/>
        <w:t xml:space="preserve"> </w:t>
      </w:r>
      <w:r>
        <w:rPr/>
        <w:t>ecuación oficial.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silencio del disco resultó más difícil de descifrar que cualquier</w:t>
      </w:r>
      <w:r>
        <w:rPr/>
        <w:t xml:space="preserve"> </w:t>
      </w:r>
      <w:r>
        <w:rPr/>
        <w:t>sonido contenido en él.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Había un intervalo oculto, un vacío cargado, una respiración incompleta.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«El hombre no desapareció», escribió Finch en un informe clasificado.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«Mudó de vector.»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Chrysalis no nació para controlar el FA#.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Nació para entenderlo.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después, como ocurre siempre con aquello que asusta, para intentar</w:t>
      </w:r>
      <w:r>
        <w:rPr/>
        <w:t xml:space="preserve"> </w:t>
      </w:r>
      <w:r>
        <w:rPr/>
        <w:t>dominarlo.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Durante dos décadas, intentaron replicar la frecuencia.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Fracasaron.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Intentaron medirla.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Fracasaron.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Intentaron silenciarla.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Fracasaron.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Solo confirmaron lo que Finch siempre supo: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Eco no obedece a quien lo busca. Elige a quien lo escucha.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veinticinco años es demasiado tiempo para vigilar un fantasma.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Incluso para Finch.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2001 – 2023: MAR (persistencia)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 intentó olvidarlo todo.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lo consiguió.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Huyó a Barcelona.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Tras la muerte de su padre empezó a viajar a Soria para ver a su madre.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Una tierra donde el silencio tenía peso antiguo, donde los arcos de San</w:t>
      </w:r>
      <w:r>
        <w:rPr/>
        <w:t xml:space="preserve"> </w:t>
      </w:r>
      <w:r>
        <w:rPr/>
        <w:t>Juan de Duero devolvían ecos que nunca parecían del todo ajenos.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Vivió veinticinco años como quien teme abrir una puerta: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con cuidado, con dignidad, con un ruido interno que no era ruido,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con una parte de sí misma congelada desde las 04:23 h del 15 de octubre</w:t>
      </w:r>
      <w:r>
        <w:rPr/>
        <w:t xml:space="preserve"> </w:t>
      </w:r>
      <w:r>
        <w:rPr/>
        <w:t>de 1998.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2023: la vibración retorna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entonces ocurrió lo inevitable.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nota FA#, la misma que se había llevado a Adrián, volvió a vibrar.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Primero como un sueño.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Luego como una advertencia.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Después como una llamada.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Atraviesa una habitación del Hostal Duero.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Despierta un eco que lleva ochocientos años esperando.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encuentra, con una precisión que ningún algoritmo podría reproducir, a</w:t>
      </w:r>
      <w:r>
        <w:rPr/>
        <w:t xml:space="preserve"> </w:t>
      </w:r>
      <w:r>
        <w:rPr/>
        <w:t>la misma alma que lo presintió en 1998: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latencia termina aquí.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Eco nunca estuvo muerto.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Solo estaba esperando un cuerpo que aún no sabía escucharlo.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***</w:t>
      </w:r>
    </w:p>
    <w:p>
      <w:pPr>
        <w:pStyle w:val="BodyText"/>
      </w:pPr>
      <w:r>
        <w:rPr/>
        <w:t xml:space="preserve"> </w:t>
      </w:r>
    </w:p>
    <w:p>
      <w:pPr>
        <w:pStyle w:val="Heading1"/>
      </w:pPr>
      <w:r>
        <w:rPr/>
        <w:t>INTERLUDIO IV — LA CONVERGENCIA</w:t>
      </w:r>
    </w:p>
    <w:p>
      <w:pPr/>
      <w:r>
        <w:rPr/>
        <w:t>Europa, octubre de 2023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No existe fuerza más precisa que un eco que despierta.</w:t>
      </w:r>
    </w:p>
    <w:p>
      <w:pPr>
        <w:pStyle w:val="BodyText"/>
      </w:pPr>
      <w:r>
        <w:rPr/>
        <w:t>Cuando la nota FA# volvió a vibrar —en el Hostal Duero, habitación</w:t>
      </w:r>
      <w:r>
        <w:rPr/>
        <w:t xml:space="preserve"> </w:t>
      </w:r>
      <w:r>
        <w:rPr/>
        <w:t>108, a orillas del río oscuro— la onda no viajó hacia fuera.</w:t>
      </w:r>
    </w:p>
    <w:p>
      <w:pPr>
        <w:pStyle w:val="BodyText"/>
      </w:pPr>
      <w:r>
        <w:rPr/>
        <w:t>Viajó hacia atrás.</w:t>
      </w:r>
    </w:p>
    <w:p>
      <w:pPr>
        <w:pStyle w:val="BodyText"/>
      </w:pPr>
      <w:r>
        <w:rPr/>
        <w:t>Hacia quienes, sin saberlo, habían quedado resonando en 1998.</w:t>
      </w:r>
    </w:p>
    <w:p>
      <w:pPr>
        <w:pStyle w:val="BodyText"/>
      </w:pPr>
      <w:r>
        <w:rPr/>
        <w:t>El primer cuerpo en reaccionar fue el de Mar.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</w:t>
      </w:r>
    </w:p>
    <w:p>
      <w:pPr>
        <w:pStyle w:val="BodyText"/>
      </w:pPr>
      <w:r>
        <w:rPr/>
        <w:t>Soria, Hostal Duero — Habitación 108, 19:11 h</w:t>
      </w:r>
    </w:p>
    <w:p>
      <w:pPr>
        <w:pStyle w:val="BodyText"/>
      </w:pPr>
      <w:r>
        <w:rPr/>
        <w:t>La tarde se quebró en dos.</w:t>
      </w:r>
    </w:p>
    <w:p>
      <w:pPr>
        <w:pStyle w:val="BodyText"/>
      </w:pPr>
      <w:r>
        <w:rPr/>
        <w:t>Estaba sentada frente a sus notas de investigación cuando su cicatriz</w:t>
      </w:r>
      <w:r>
        <w:rPr/>
        <w:t xml:space="preserve"> </w:t>
      </w:r>
      <w:r>
        <w:rPr/>
        <w:t>—esa marca bajo la clavícula que ningún médico supo explicar— ardió</w:t>
      </w:r>
      <w:r>
        <w:rPr/>
        <w:t xml:space="preserve"> </w:t>
      </w:r>
      <w:r>
        <w:rPr/>
        <w:t>con un calor antiguo, como una brasita despertada por un soplo familiar.</w:t>
      </w:r>
    </w:p>
    <w:p>
      <w:pPr>
        <w:pStyle w:val="BodyText"/>
      </w:pPr>
      <w:r>
        <w:rPr/>
        <w:t>Le temblaron las manos.</w:t>
      </w:r>
    </w:p>
    <w:p>
      <w:pPr>
        <w:pStyle w:val="BodyText"/>
      </w:pPr>
      <w:r>
        <w:rPr/>
        <w:t>No de miedo.</w:t>
      </w:r>
    </w:p>
    <w:p>
      <w:pPr>
        <w:pStyle w:val="BodyText"/>
      </w:pPr>
      <w:r>
        <w:rPr/>
        <w:t>De reconocimiento.</w:t>
      </w:r>
    </w:p>
    <w:p>
      <w:pPr>
        <w:pStyle w:val="BodyText"/>
      </w:pPr>
      <w:r>
        <w:rPr/>
        <w:t>No era una vibración humana.</w:t>
      </w:r>
    </w:p>
    <w:p>
      <w:pPr>
        <w:pStyle w:val="BodyText"/>
      </w:pPr>
      <w:r>
        <w:rPr/>
        <w:t>No era memoria.</w:t>
      </w:r>
    </w:p>
    <w:p>
      <w:pPr>
        <w:pStyle w:val="BodyText"/>
      </w:pPr>
      <w:r>
        <w:rPr/>
        <w:t>No era duelo.</w:t>
      </w:r>
    </w:p>
    <w:p>
      <w:pPr>
        <w:pStyle w:val="BodyText"/>
      </w:pPr>
      <w:r>
        <w:rPr/>
        <w:t>Era la misma nota que había escuchado deshacerse en el apartamento de</w:t>
      </w:r>
      <w:r>
        <w:rPr/>
        <w:t xml:space="preserve"> </w:t>
      </w:r>
      <w:r>
        <w:rPr/>
        <w:t>Adrián, pero regresada con otra intención, más limpia, más completa.</w:t>
      </w:r>
    </w:p>
    <w:p>
      <w:pPr>
        <w:pStyle w:val="BodyText"/>
      </w:pPr>
      <w:r>
        <w:rPr/>
        <w:t>Sin trauma, pero no sin peso.</w:t>
      </w:r>
    </w:p>
    <w:p>
      <w:pPr>
        <w:pStyle w:val="BodyText"/>
      </w:pPr>
      <w:r>
        <w:rPr/>
        <w:t>Mar cerró los ojos.</w:t>
      </w:r>
    </w:p>
    <w:p>
      <w:pPr>
        <w:pStyle w:val="BodyText"/>
      </w:pPr>
      <w:r>
        <w:rPr/>
        <w:t>Sintió que algo en el aire se ordenaba.</w:t>
      </w:r>
    </w:p>
    <w:p>
      <w:pPr>
        <w:pStyle w:val="BodyText"/>
      </w:pPr>
      <w:r>
        <w:rPr/>
        <w:t>Como si el mundo hubiese dejado caer por fin una pieza que llevaba</w:t>
      </w:r>
      <w:r>
        <w:rPr/>
        <w:t xml:space="preserve"> </w:t>
      </w:r>
      <w:r>
        <w:rPr/>
        <w:t>décadas fuera de lugar.</w:t>
      </w:r>
    </w:p>
    <w:p>
      <w:pPr>
        <w:pStyle w:val="BodyText"/>
      </w:pPr>
      <w:r>
        <w:rPr/>
        <w:t>—Ha empezado —murmuró.</w:t>
      </w:r>
    </w:p>
    <w:p>
      <w:pPr>
        <w:pStyle w:val="BodyText"/>
      </w:pPr>
      <w:r>
        <w:rPr/>
        <w:t>Nadie la escuchó.</w:t>
      </w:r>
    </w:p>
    <w:p>
      <w:pPr>
        <w:pStyle w:val="BodyText"/>
      </w:pPr>
      <w:r>
        <w:rPr/>
        <w:t>No importaba.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Markus</w:t>
      </w:r>
    </w:p>
    <w:p>
      <w:pPr>
        <w:pStyle w:val="BodyText"/>
      </w:pPr>
      <w:r>
        <w:rPr/>
        <w:t>Berlín, 20:03 h</w:t>
      </w:r>
    </w:p>
    <w:p>
      <w:pPr>
        <w:pStyle w:val="BodyText"/>
      </w:pPr>
      <w:r>
        <w:rPr/>
        <w:t>En su pequeño taller de Moabit, Markus revisaba una placa base antigua.</w:t>
      </w:r>
    </w:p>
    <w:p>
      <w:pPr>
        <w:pStyle w:val="BodyText"/>
      </w:pPr>
      <w:r>
        <w:rPr/>
        <w:t>Vivía entre cables y restos de osciloscopios, como si desarmar el mundo</w:t>
      </w:r>
      <w:r>
        <w:rPr/>
        <w:t xml:space="preserve"> </w:t>
      </w:r>
      <w:r>
        <w:rPr/>
        <w:t>tecnológico fuera la única manera de evitar recordar el otro mundo, el</w:t>
      </w:r>
      <w:r>
        <w:rPr/>
        <w:t xml:space="preserve"> </w:t>
      </w:r>
      <w:r>
        <w:rPr/>
        <w:t>vibracional.</w:t>
      </w:r>
    </w:p>
    <w:p>
      <w:pPr>
        <w:pStyle w:val="BodyText"/>
      </w:pPr>
      <w:r>
        <w:rPr/>
        <w:t>Cuando ocurrió.</w:t>
      </w:r>
    </w:p>
    <w:p>
      <w:pPr>
        <w:pStyle w:val="BodyText"/>
      </w:pPr>
      <w:r>
        <w:rPr/>
        <w:t>El multímetro —un aparato viejo, imposible de poseer voluntad—</w:t>
      </w:r>
      <w:r>
        <w:rPr/>
        <w:t xml:space="preserve"> </w:t>
      </w:r>
      <w:r>
        <w:rPr/>
        <w:t>emitió un pulso breve, desacompasado.</w:t>
      </w:r>
    </w:p>
    <w:p>
      <w:pPr>
        <w:pStyle w:val="BodyText"/>
      </w:pPr>
      <w:r>
        <w:rPr/>
        <w:t>Luego otro.</w:t>
      </w:r>
    </w:p>
    <w:p>
      <w:pPr>
        <w:pStyle w:val="BodyText"/>
      </w:pPr>
      <w:r>
        <w:rPr/>
        <w:t>Luego un tercero.</w:t>
      </w:r>
    </w:p>
    <w:p>
      <w:pPr>
        <w:pStyle w:val="BodyText"/>
      </w:pPr>
      <w:r>
        <w:rPr/>
        <w:t>Markus dejó caer la herramienta.</w:t>
      </w:r>
    </w:p>
    <w:p>
      <w:pPr>
        <w:pStyle w:val="BodyText"/>
      </w:pPr>
      <w:r>
        <w:rPr/>
        <w:t>No necesitó mirar ninguna pantalla para saber qué era.</w:t>
      </w:r>
    </w:p>
    <w:p>
      <w:pPr>
        <w:pStyle w:val="BodyText"/>
      </w:pPr>
      <w:r>
        <w:rPr/>
        <w:t>Lo había estado temiendo desde hacía 25 años.</w:t>
      </w:r>
    </w:p>
    <w:p>
      <w:pPr>
        <w:pStyle w:val="BodyText"/>
      </w:pPr>
      <w:r>
        <w:rPr/>
        <w:t>No porque supiera cómo detenerlo —nadie podía— sino porque sabía que</w:t>
      </w:r>
      <w:r>
        <w:rPr/>
        <w:t xml:space="preserve"> </w:t>
      </w:r>
      <w:r>
        <w:rPr/>
        <w:t>la vuelta de esa frecuencia implicaba una sola cosa:</w:t>
      </w:r>
    </w:p>
    <w:p>
      <w:pPr>
        <w:pStyle w:val="BodyText"/>
      </w:pPr>
      <w:r>
        <w:rPr/>
        <w:t>No había terminado.</w:t>
      </w:r>
    </w:p>
    <w:p>
      <w:pPr>
        <w:pStyle w:val="BodyText"/>
      </w:pPr>
      <w:r>
        <w:rPr/>
        <w:t>Se sentó despacio, apretando los ojos con las manos.</w:t>
      </w:r>
    </w:p>
    <w:p>
      <w:pPr>
        <w:pStyle w:val="BodyText"/>
      </w:pPr>
      <w:r>
        <w:rPr/>
        <w:t>—Mar… —susurró sin darse cuenta.</w:t>
      </w:r>
    </w:p>
    <w:p>
      <w:pPr>
        <w:pStyle w:val="BodyText"/>
      </w:pPr>
      <w:r>
        <w:rPr/>
        <w:t>No la había nombrado en voz alta en años.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Lena</w:t>
      </w:r>
    </w:p>
    <w:p>
      <w:pPr>
        <w:pStyle w:val="BodyText"/>
      </w:pPr>
      <w:r>
        <w:rPr/>
        <w:t>Wedding, 20:48 h</w:t>
      </w:r>
    </w:p>
    <w:p>
      <w:pPr>
        <w:pStyle w:val="BodyText"/>
      </w:pPr>
      <w:r>
        <w:rPr/>
        <w:t>Lena llevaba años viviendo como quien camina de puntillas por un cuarto</w:t>
      </w:r>
      <w:r>
        <w:rPr/>
        <w:t xml:space="preserve"> </w:t>
      </w:r>
      <w:r>
        <w:rPr/>
        <w:t>oscuro.</w:t>
      </w:r>
    </w:p>
    <w:p>
      <w:pPr>
        <w:pStyle w:val="BodyText"/>
      </w:pPr>
      <w:r>
        <w:rPr/>
        <w:t>Había borrado de su vida todo lo que vibrara:</w:t>
      </w:r>
    </w:p>
    <w:p>
      <w:pPr>
        <w:pStyle w:val="BodyText"/>
      </w:pPr>
      <w:r>
        <w:rPr/>
        <w:t>altavoces, conciertos, discotecas. Hasta la radio de la cocina.</w:t>
      </w:r>
    </w:p>
    <w:p>
      <w:pPr>
        <w:pStyle w:val="BodyText"/>
      </w:pPr>
      <w:r>
        <w:rPr/>
        <w:t>Pero esa noche, a las 20:48 h, una vibración sutil recorrió la madera</w:t>
      </w:r>
      <w:r>
        <w:rPr/>
        <w:t xml:space="preserve"> </w:t>
      </w:r>
      <w:r>
        <w:rPr/>
        <w:t>del suelo.</w:t>
      </w:r>
    </w:p>
    <w:p>
      <w:pPr>
        <w:pStyle w:val="BodyText"/>
      </w:pPr>
      <w:r>
        <w:rPr/>
        <w:t>No era sonido.</w:t>
      </w:r>
    </w:p>
    <w:p>
      <w:pPr>
        <w:pStyle w:val="BodyText"/>
      </w:pPr>
      <w:r>
        <w:rPr/>
        <w:t>Era impacto.</w:t>
      </w:r>
    </w:p>
    <w:p>
      <w:pPr>
        <w:pStyle w:val="BodyText"/>
      </w:pPr>
      <w:r>
        <w:rPr/>
        <w:t>Lena se quedó rígida.</w:t>
      </w:r>
    </w:p>
    <w:p>
      <w:pPr>
        <w:pStyle w:val="BodyText"/>
      </w:pPr>
      <w:r>
        <w:rPr/>
        <w:t>Una lágrima descendió sin aviso, puro reflejo nervioso.</w:t>
      </w:r>
    </w:p>
    <w:p>
      <w:pPr>
        <w:pStyle w:val="BodyText"/>
      </w:pPr>
      <w:r>
        <w:rPr/>
        <w:t>Sabía exactamente qué significaba.</w:t>
      </w:r>
    </w:p>
    <w:p>
      <w:pPr>
        <w:pStyle w:val="BodyText"/>
      </w:pPr>
      <w:r>
        <w:rPr/>
        <w:t>Había pasado media vida disfrazando esa intuición de ansiedad, migrañas,</w:t>
      </w:r>
      <w:r>
        <w:rPr/>
        <w:t xml:space="preserve"> </w:t>
      </w:r>
      <w:r>
        <w:rPr/>
        <w:t>sobresaltos.</w:t>
      </w:r>
    </w:p>
    <w:p>
      <w:pPr>
        <w:pStyle w:val="BodyText"/>
      </w:pPr>
      <w:r>
        <w:rPr/>
        <w:t>Pero el cuerpo no miente:</w:t>
      </w:r>
    </w:p>
    <w:p>
      <w:pPr>
        <w:pStyle w:val="BodyText"/>
      </w:pPr>
      <w:r>
        <w:rPr/>
        <w:t>El FA# había vuelto.</w:t>
      </w:r>
    </w:p>
    <w:p>
      <w:pPr>
        <w:pStyle w:val="BodyText"/>
      </w:pPr>
      <w:r>
        <w:rPr/>
        <w:t>Supo, en un instante que no necesitó palabras, que alguien había abierto</w:t>
      </w:r>
      <w:r>
        <w:rPr/>
        <w:t xml:space="preserve"> </w:t>
      </w:r>
      <w:r>
        <w:rPr/>
        <w:t>la puerta que llevaba un cuarto de siglo cerrada.</w:t>
      </w:r>
    </w:p>
    <w:p>
      <w:pPr>
        <w:pStyle w:val="BodyText"/>
      </w:pPr>
      <w:r>
        <w:rPr/>
        <w:t>—Él… —dijo en voz baja.</w:t>
      </w:r>
    </w:p>
    <w:p>
      <w:pPr>
        <w:pStyle w:val="BodyText"/>
      </w:pPr>
      <w:r>
        <w:rPr/>
        <w:t>Pero no continuó la frase.</w:t>
      </w:r>
    </w:p>
    <w:p>
      <w:pPr>
        <w:pStyle w:val="BodyText"/>
      </w:pPr>
      <w:r>
        <w:rPr/>
        <w:t>Porque Lena nunca pronunció el nombre de Adrián después de 1998.</w:t>
      </w:r>
    </w:p>
    <w:p>
      <w:pPr>
        <w:pStyle w:val="BodyText"/>
      </w:pPr>
      <w:r>
        <w:rPr/>
        <w:t>Ni siquiera para sí misma.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Convergencia</w:t>
      </w:r>
    </w:p>
    <w:p>
      <w:pPr>
        <w:pStyle w:val="BodyText"/>
      </w:pPr>
      <w:r>
        <w:rPr/>
        <w:t>Tres cuerpos.</w:t>
      </w:r>
    </w:p>
    <w:p>
      <w:pPr>
        <w:pStyle w:val="BodyText"/>
      </w:pPr>
      <w:r>
        <w:rPr/>
        <w:t>Tres ciudades.</w:t>
      </w:r>
    </w:p>
    <w:p>
      <w:pPr>
        <w:pStyle w:val="BodyText"/>
      </w:pPr>
      <w:r>
        <w:rPr/>
        <w:t>Tres vidas rotas por la misma frecuencia.</w:t>
      </w:r>
    </w:p>
    <w:p>
      <w:pPr>
        <w:pStyle w:val="BodyText"/>
      </w:pPr>
      <w:r>
        <w:rPr/>
        <w:t>Mar se incorporó de golpe. Markus dejó de respirar. Lena se llevó las</w:t>
      </w:r>
      <w:r>
        <w:rPr/>
        <w:t xml:space="preserve"> </w:t>
      </w:r>
      <w:r>
        <w:rPr/>
        <w:t>manos a los oídos aunque no había nada que oír.</w:t>
      </w:r>
    </w:p>
    <w:p>
      <w:pPr>
        <w:pStyle w:val="BodyText"/>
      </w:pPr>
      <w:r>
        <w:rPr/>
        <w:t>Ese fue el momento exacto —la convergencia silenciosa— en que los</w:t>
      </w:r>
      <w:r>
        <w:rPr/>
        <w:t xml:space="preserve"> </w:t>
      </w:r>
      <w:r>
        <w:rPr/>
        <w:t>tres vibraron al unísono sin saberlo.</w:t>
      </w:r>
    </w:p>
    <w:p>
      <w:pPr>
        <w:pStyle w:val="BodyText"/>
      </w:pPr>
      <w:r>
        <w:rPr/>
        <w:t>El Eco los llamó por primera vez desde 1998.</w:t>
      </w:r>
    </w:p>
    <w:p>
      <w:pPr>
        <w:pStyle w:val="BodyText"/>
      </w:pPr>
      <w:r>
        <w:rPr/>
        <w:t>No en palabras.</w:t>
      </w:r>
    </w:p>
    <w:p>
      <w:pPr>
        <w:pStyle w:val="BodyText"/>
      </w:pPr>
      <w:r>
        <w:rPr/>
        <w:t>No en notas.</w:t>
      </w:r>
    </w:p>
    <w:p>
      <w:pPr>
        <w:pStyle w:val="BodyText"/>
      </w:pPr>
      <w:r>
        <w:rPr/>
        <w:t>En la única lengua que todos compartían:</w:t>
      </w:r>
    </w:p>
    <w:p>
      <w:pPr>
        <w:pStyle w:val="BodyText"/>
      </w:pPr>
      <w:r>
        <w:rPr/>
        <w:t>la del vacío que se completa.</w:t>
      </w:r>
    </w:p>
    <w:p>
      <w:pPr>
        <w:pStyle w:val="BodyText"/>
      </w:pPr>
      <w:r>
        <w:rPr/>
        <w:t>A partir de ahí, los caminos que llevaban 25 años dispersos empezaron a</w:t>
      </w:r>
      <w:r>
        <w:rPr/>
        <w:t xml:space="preserve"> </w:t>
      </w:r>
      <w:r>
        <w:rPr/>
        <w:t>cerrarse.</w:t>
      </w:r>
    </w:p>
    <w:p>
      <w:pPr>
        <w:pStyle w:val="BodyText"/>
      </w:pPr>
      <w:r>
        <w:rPr/>
        <w:t>Mar hacia Lisboa.</w:t>
      </w:r>
    </w:p>
    <w:p>
      <w:pPr>
        <w:pStyle w:val="BodyText"/>
      </w:pPr>
      <w:r>
        <w:rPr/>
        <w:t>Markus hacia las preguntas que evitó.</w:t>
      </w:r>
    </w:p>
    <w:p>
      <w:pPr>
        <w:pStyle w:val="BodyText"/>
      </w:pPr>
      <w:r>
        <w:rPr/>
        <w:t>Lena hacia el miedo que había enterrado vivo.</w:t>
      </w:r>
    </w:p>
    <w:p>
      <w:pPr>
        <w:pStyle w:val="BodyText"/>
      </w:pPr>
      <w:r>
        <w:rPr/>
        <w:t>Y, muy lejos de ellos,</w:t>
      </w:r>
    </w:p>
    <w:p>
      <w:pPr>
        <w:pStyle w:val="BodyText"/>
      </w:pPr>
      <w:r>
        <w:rPr/>
        <w:t>en un laboratorio iluminado por pantallas azules,</w:t>
      </w:r>
    </w:p>
    <w:p>
      <w:pPr>
        <w:pStyle w:val="BodyText"/>
      </w:pPr>
      <w:r>
        <w:rPr/>
        <w:t>Vasco Neves abrió un archivo anónimo y escuchó, sin saberlo,</w:t>
      </w:r>
    </w:p>
    <w:p>
      <w:pPr>
        <w:pStyle w:val="BodyText"/>
      </w:pPr>
      <w:r>
        <w:rPr/>
        <w:t>la herida compartida que uniría sus vidas.</w:t>
      </w:r>
    </w:p>
    <w:p>
      <w:pPr>
        <w:pStyle w:val="BodyText"/>
      </w:pPr>
      <w:r>
        <w:rPr/>
        <w:t>La frecuencia había regresado.</w:t>
      </w:r>
    </w:p>
    <w:p>
      <w:pPr>
        <w:pStyle w:val="BodyText"/>
      </w:pPr>
      <w:r>
        <w:rPr/>
        <w:t>Y nadie podría ignorarla ya.</w:t>
      </w:r>
    </w:p>
    <w:p>
      <w:pPr>
        <w:pStyle w:val="BodyText"/>
      </w:pPr>
      <w:r>
        <w:rPr/>
        <w:t>La noche cerró los ojos, pero la vibración no.</w:t>
      </w:r>
    </w:p>
    <w:p>
      <w:pPr>
        <w:pStyle w:val="BodyText"/>
      </w:pPr>
      <w:r>
        <w:rPr/>
        <w:t>Veinticinco años de silencio se quebraron en un solo pulso.</w:t>
      </w:r>
    </w:p>
    <w:p>
      <w:pPr>
        <w:pStyle w:val="BodyText"/>
      </w:pPr>
      <w:r>
        <w:rPr/>
        <w:t>En algún punto de Berlín, dos almas comenzaron a caminar hacia la misma</w:t>
      </w:r>
      <w:r>
        <w:rPr/>
        <w:t xml:space="preserve"> </w:t>
      </w:r>
      <w:r>
        <w:rPr/>
        <w:t>frecuencia.</w:t>
      </w:r>
    </w:p>
    <w:p>
      <w:pPr>
        <w:pStyle w:val="Heading1"/>
      </w:pPr>
      <w:r>
        <w:t>INTERLUDIO V — EL CD-R 117</w:t>
      </w:r>
    </w:p>
    <w:p>
      <w:pPr>
        <w:pStyle w:val="Heading1"/>
      </w:pPr>
      <w:r>
        <w:rPr/>
        <w:t>CAPÍTULO 23. EL DIÁLOGO DE LA ERMITA</w:t>
      </w:r>
    </w:p>
    <w:p>
      <w:pPr/>
      <w:r>
        <w:rPr/>
        <w:t>Para el que sabe escuchar, una piedra puede responder con la elocuencia</w:t>
      </w:r>
      <w:r>
        <w:rPr/>
        <w:t xml:space="preserve"> </w:t>
      </w:r>
      <w:r>
        <w:rPr/>
        <w:t>de un oráculo.</w:t>
      </w:r>
    </w:p>
    <w:p>
      <w:pPr>
        <w:pStyle w:val="BodyText"/>
      </w:pPr>
      <w:r>
        <w:rPr>
          <w:i/>
        </w:rPr>
        <w:t>— Libro de los Ecos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Dos días después del contacto con Mar, Vasco abordó un vuelo a Madrid.</w:t>
      </w:r>
      <w:r>
        <w:rPr/>
        <w:t xml:space="preserve"> </w:t>
      </w:r>
      <w:r>
        <w:rPr/>
        <w:t>La decisión no había sido racional: era una certeza visceral, la misma</w:t>
      </w:r>
      <w:r>
        <w:rPr/>
        <w:t xml:space="preserve"> </w:t>
      </w:r>
      <w:r>
        <w:rPr/>
        <w:t>que lo guiaba cuando las ballenas aparecían donde las ecuaciones decían</w:t>
      </w:r>
      <w:r>
        <w:rPr/>
        <w:t xml:space="preserve"> </w:t>
      </w:r>
      <w:r>
        <w:rPr/>
        <w:t>que no debían estar.</w:t>
      </w:r>
    </w:p>
    <w:p>
      <w:pPr>
        <w:pStyle w:val="BodyText"/>
      </w:pPr>
      <w:r>
        <w:rPr/>
        <w:t>El viaje de Vasco a Soria fue una inmersión en otra frecuencia</w:t>
      </w:r>
      <w:r>
        <w:rPr/>
        <w:t xml:space="preserve"> </w:t>
      </w:r>
      <w:r>
        <w:rPr/>
        <w:t>existencial. Dejó atrás el pulso digital constante de su laboratorio en</w:t>
      </w:r>
      <w:r>
        <w:rPr/>
        <w:t xml:space="preserve"> </w:t>
      </w:r>
      <w:r>
        <w:rPr/>
        <w:t>Islandia —el zumbido de los servidores, el siseo del aire</w:t>
      </w:r>
      <w:r>
        <w:rPr/>
        <w:t xml:space="preserve"> </w:t>
      </w:r>
      <w:r>
        <w:rPr/>
        <w:t>acondicionado— para adentrarse en la resonancia seca y milenaria de</w:t>
      </w:r>
      <w:r>
        <w:rPr/>
        <w:t xml:space="preserve"> </w:t>
      </w:r>
      <w:r>
        <w:rPr/>
        <w:t>Castilla. El cambio no era solo geográfico; era ontológico.</w:t>
      </w:r>
    </w:p>
    <w:p>
      <w:pPr>
        <w:pStyle w:val="BodyText"/>
      </w:pPr>
      <w:r>
        <w:rPr/>
        <w:t>Soria lo recibió con un silencio que no estaba vacío, sino lleno de</w:t>
      </w:r>
      <w:r>
        <w:rPr/>
        <w:t xml:space="preserve"> </w:t>
      </w:r>
      <w:r>
        <w:rPr/>
        <w:t>texturas superpuestas. Siguiendo el impulso que había nacido durante su</w:t>
      </w:r>
      <w:r>
        <w:rPr/>
        <w:t xml:space="preserve"> </w:t>
      </w:r>
      <w:r>
        <w:rPr/>
        <w:t>videollamada con Mar, caminó por el sendero serpenteante que bordeaba el</w:t>
      </w:r>
      <w:r>
        <w:rPr/>
        <w:t xml:space="preserve"> </w:t>
      </w:r>
      <w:r>
        <w:rPr/>
        <w:t>Duero.</w:t>
      </w:r>
    </w:p>
    <w:p>
      <w:pPr>
        <w:pStyle w:val="BodyText"/>
      </w:pPr>
      <w:r>
        <w:rPr/>
        <w:t>La ermita de San Saturio se reveló poco a poco, no como un edificio</w:t>
      </w:r>
      <w:r>
        <w:rPr/>
        <w:t xml:space="preserve"> </w:t>
      </w:r>
      <w:r>
        <w:rPr/>
        <w:t>convencional, sino como un acorde de piedra y naturaleza, tallado</w:t>
      </w:r>
      <w:r>
        <w:rPr/>
        <w:t xml:space="preserve"> </w:t>
      </w:r>
      <w:r>
        <w:rPr/>
        <w:t>directamente en la roca viva que se asomaba al agua. La estructura</w:t>
      </w:r>
      <w:r>
        <w:rPr/>
        <w:t xml:space="preserve"> </w:t>
      </w:r>
      <w:r>
        <w:rPr/>
        <w:t>parecía haber surgido de la montaña, una manifestación arquitectónica de</w:t>
      </w:r>
      <w:r>
        <w:rPr/>
        <w:t xml:space="preserve"> </w:t>
      </w:r>
      <w:r>
        <w:rPr/>
        <w:t>la voluntad de la piedra de convertirse en refugio.</w:t>
      </w:r>
    </w:p>
    <w:p>
      <w:pPr>
        <w:pStyle w:val="BodyText"/>
      </w:pPr>
      <w:r>
        <w:rPr/>
        <w:t>Su ascenso por las escaleras excavadas en la roca fue un ritual</w:t>
      </w:r>
      <w:r>
        <w:rPr/>
        <w:t xml:space="preserve"> </w:t>
      </w:r>
      <w:r>
        <w:rPr/>
        <w:t>involuntario. Con cada paso, el ruido del mundo exterior se desvanecía</w:t>
      </w:r>
      <w:r>
        <w:rPr/>
        <w:t xml:space="preserve"> </w:t>
      </w:r>
      <w:r>
        <w:rPr/>
        <w:t>con una precisión casi quirúrgica. Era como si la propia piedra</w:t>
      </w:r>
      <w:r>
        <w:rPr/>
        <w:t xml:space="preserve"> </w:t>
      </w:r>
      <w:r>
        <w:rPr/>
        <w:t>funcionara como un filtro acústico natural, dejando pasar solo las</w:t>
      </w:r>
      <w:r>
        <w:rPr/>
        <w:t xml:space="preserve"> </w:t>
      </w:r>
      <w:r>
        <w:rPr/>
        <w:t>frecuencias esenciales.</w:t>
      </w:r>
    </w:p>
    <w:p>
      <w:pPr>
        <w:pStyle w:val="BodyText"/>
      </w:pPr>
      <w:r>
        <w:rPr/>
        <w:t>Cuando llegó a la cueva donde, según las leyendas, había vivido el</w:t>
      </w:r>
      <w:r>
        <w:rPr/>
        <w:t xml:space="preserve"> </w:t>
      </w:r>
      <w:r>
        <w:rPr/>
        <w:t>anacoreta del siglo VI, el silencio era casi absoluto. No un vacío, sino</w:t>
      </w:r>
      <w:r>
        <w:rPr/>
        <w:t xml:space="preserve"> </w:t>
      </w:r>
      <w:r>
        <w:rPr/>
        <w:t>una plenitud densa, cargada de siglos de oración y contemplación. El</w:t>
      </w:r>
      <w:r>
        <w:rPr/>
        <w:t xml:space="preserve"> </w:t>
      </w:r>
      <w:r>
        <w:rPr/>
        <w:t>mismo tipo de quietud que había experimentado en las profundidades</w:t>
      </w:r>
      <w:r>
        <w:rPr/>
        <w:t xml:space="preserve"> </w:t>
      </w:r>
      <w:r>
        <w:rPr/>
        <w:t>oceánicas: un silencio que no era ausencia, sino exceso.</w:t>
      </w:r>
    </w:p>
    <w:p>
      <w:pPr>
        <w:pStyle w:val="BodyText"/>
      </w:pPr>
      <w:r>
        <w:rPr/>
        <w:t>Vasco se sentó en el suelo de piedra fría. Cerró los ojos y se dispuso a</w:t>
      </w:r>
      <w:r>
        <w:rPr/>
        <w:t xml:space="preserve"> </w:t>
      </w:r>
      <w:r>
        <w:rPr/>
        <w:t>hacer algo que ningún protocolo científico había contemplado jamás:</w:t>
      </w:r>
      <w:r>
        <w:rPr/>
        <w:t xml:space="preserve"> </w:t>
      </w:r>
      <w:r>
        <w:rPr/>
        <w:t>escuchar con todo su ser, no solo con los oídos, sino con cada célula de</w:t>
      </w:r>
      <w:r>
        <w:rPr/>
        <w:t xml:space="preserve"> </w:t>
      </w:r>
      <w:r>
        <w:rPr/>
        <w:t>su cuerpo convertida en receptor.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A cientos de kilómetros de distancia, en San Juan de la Peña, Mar sintió</w:t>
      </w:r>
      <w:r>
        <w:rPr/>
        <w:t xml:space="preserve"> </w:t>
      </w:r>
      <w:r>
        <w:rPr/>
        <w:t>su llegada.</w:t>
      </w:r>
    </w:p>
    <w:p>
      <w:pPr>
        <w:pStyle w:val="BodyText"/>
      </w:pPr>
      <w:r>
        <w:rPr/>
        <w:t>La conexión establecida dos noches atrás a través del Eco había abierto</w:t>
      </w:r>
      <w:r>
        <w:rPr/>
        <w:t xml:space="preserve"> </w:t>
      </w:r>
      <w:r>
        <w:rPr/>
        <w:t>un canal que Vasco no comprendía pero que ahora, en aquel lugar sagrado,</w:t>
      </w:r>
      <w:r>
        <w:rPr/>
        <w:t xml:space="preserve"> </w:t>
      </w:r>
      <w:r>
        <w:rPr/>
        <w:t>se manifestaba con claridad imposible.</w:t>
      </w:r>
    </w:p>
    <w:p>
      <w:pPr>
        <w:pStyle w:val="BodyText"/>
      </w:pPr>
      <w:r>
        <w:rPr/>
        <w:t>Entró en el estado meditativo que había perfeccionado durante meses. No</w:t>
      </w:r>
      <w:r>
        <w:rPr/>
        <w:t xml:space="preserve"> </w:t>
      </w:r>
      <w:r>
        <w:rPr/>
        <w:t>iba a darle información. Iba a compartir experiencia pura.</w:t>
      </w:r>
    </w:p>
    <w:p>
      <w:pPr>
        <w:pStyle w:val="BodyText"/>
      </w:pPr>
      <w:r>
        <w:rPr/>
        <w:t>Le envió la sensación del trauma de Montségur: el frío cortante del aire</w:t>
      </w:r>
      <w:r>
        <w:rPr/>
        <w:t xml:space="preserve"> </w:t>
      </w:r>
      <w:r>
        <w:rPr/>
        <w:t>en las montañas, el olor acre del humo de las hogueras, el terror de</w:t>
      </w:r>
      <w:r>
        <w:rPr/>
        <w:t xml:space="preserve"> </w:t>
      </w:r>
      <w:r>
        <w:rPr/>
        <w:t>cientos de almas enfrentando la extinción y, por encima de todo, la nota</w:t>
      </w:r>
      <w:r>
        <w:rPr/>
        <w:t xml:space="preserve"> </w:t>
      </w:r>
      <w:r>
        <w:rPr/>
        <w:t>pura de fe inquebrantable que había transformado esa tragedia en algo</w:t>
      </w:r>
      <w:r>
        <w:rPr/>
        <w:t xml:space="preserve"> </w:t>
      </w:r>
      <w:r>
        <w:rPr/>
        <w:t>más grande.</w:t>
      </w:r>
    </w:p>
    <w:p>
      <w:pPr>
        <w:pStyle w:val="BodyText"/>
      </w:pPr>
      <w:r>
        <w:rPr/>
        <w:t>En la cueva soriana, Vasco se estremeció. Era como si la propia piedra</w:t>
      </w:r>
      <w:r>
        <w:rPr/>
        <w:t xml:space="preserve"> </w:t>
      </w:r>
      <w:r>
        <w:rPr/>
        <w:t>le estuviera contando una historia en un idioma anterior a las palabras.</w:t>
      </w:r>
      <w:r>
        <w:rPr/>
        <w:t xml:space="preserve"> </w:t>
      </w:r>
      <w:r>
        <w:rPr/>
        <w:t>No vio imágenes concretas, pero comprendió que estaba sintiendo el eco</w:t>
      </w:r>
      <w:r>
        <w:rPr/>
        <w:t xml:space="preserve"> </w:t>
      </w:r>
      <w:r>
        <w:rPr/>
        <w:t>de una herida histórica grabada en la frecuencia fundamental del mundo.</w:t>
      </w:r>
    </w:p>
    <w:p>
      <w:pPr>
        <w:pStyle w:val="BodyText"/>
      </w:pPr>
      <w:r>
        <w:rPr/>
        <w:t>Su respuesta fue instintiva: proyectó una emoción de compasión pura, un</w:t>
      </w:r>
      <w:r>
        <w:rPr/>
        <w:t xml:space="preserve"> </w:t>
      </w:r>
      <w:r>
        <w:rPr/>
        <w:t>reconocimiento respetuoso de ese dolor. La misma empatía que sentía al</w:t>
      </w:r>
      <w:r>
        <w:rPr/>
        <w:t xml:space="preserve"> </w:t>
      </w:r>
      <w:r>
        <w:rPr/>
        <w:t>escuchar los cantos más melancólicos de las ballenas.</w:t>
      </w:r>
    </w:p>
    <w:p>
      <w:pPr>
        <w:pStyle w:val="BodyText"/>
      </w:pPr>
      <w:r>
        <w:rPr/>
        <w:t>Mar recibió esa respuesta como un bálsamo inesperado. Vasco ofrecía algo</w:t>
      </w:r>
      <w:r>
        <w:rPr/>
        <w:t xml:space="preserve"> </w:t>
      </w:r>
      <w:r>
        <w:rPr/>
        <w:t>nuevo: una presencia que no juzgaba ni codiciaba, que simplemente</w:t>
      </w:r>
      <w:r>
        <w:rPr/>
        <w:t xml:space="preserve"> </w:t>
      </w:r>
      <w:r>
        <w:rPr/>
        <w:t>acompañaba.</w:t>
      </w:r>
    </w:p>
    <w:p>
      <w:pPr>
        <w:pStyle w:val="BodyText"/>
      </w:pPr>
      <w:r>
        <w:rPr/>
        <w:t>Animada, Mar le transmitió la tragedia de Anna Maria: la pasión creativa</w:t>
      </w:r>
      <w:r>
        <w:rPr/>
        <w:t xml:space="preserve"> </w:t>
      </w:r>
      <w:r>
        <w:rPr/>
        <w:t>frustrada, la vibración desesperada de un violín intentando capturar lo</w:t>
      </w:r>
      <w:r>
        <w:rPr/>
        <w:t xml:space="preserve"> </w:t>
      </w:r>
      <w:r>
        <w:rPr/>
        <w:t>incapturable. Vasco sintió esa frecuencia como una presión en el pecho:</w:t>
      </w:r>
      <w:r>
        <w:rPr/>
        <w:t xml:space="preserve"> </w:t>
      </w:r>
      <w:r>
        <w:rPr/>
        <w:t>el peso de la belleza cuando desborda los instrumentos disponibles para</w:t>
      </w:r>
      <w:r>
        <w:rPr/>
        <w:t xml:space="preserve"> </w:t>
      </w:r>
      <w:r>
        <w:rPr/>
        <w:t>contenerla.</w:t>
      </w:r>
    </w:p>
    <w:p>
      <w:pPr>
        <w:pStyle w:val="BodyText"/>
      </w:pPr>
      <w:r>
        <w:rPr/>
        <w:t>Por último, Mar le envió la frecuencia de Adrián: una tarde de lluvia en</w:t>
      </w:r>
      <w:r>
        <w:rPr/>
        <w:t xml:space="preserve"> </w:t>
      </w:r>
      <w:r>
        <w:rPr/>
        <w:t>una ciudad moderna, el olor a asfalto mojado, luces de neón reflejadas</w:t>
      </w:r>
      <w:r>
        <w:rPr/>
        <w:t xml:space="preserve"> </w:t>
      </w:r>
      <w:r>
        <w:rPr/>
        <w:t>en charcos, la estática de un sintetizador a punto de desbordarse, y</w:t>
      </w:r>
      <w:r>
        <w:rPr/>
        <w:t xml:space="preserve"> </w:t>
      </w:r>
      <w:r>
        <w:rPr/>
        <w:t>atravesándolo todo como un hilo dorado, un amor profundo y una tragedia</w:t>
      </w:r>
      <w:r>
        <w:rPr/>
        <w:t xml:space="preserve"> </w:t>
      </w:r>
      <w:r>
        <w:rPr/>
        <w:t>digital.</w:t>
      </w:r>
    </w:p>
    <w:p>
      <w:pPr>
        <w:pStyle w:val="BodyText"/>
      </w:pPr>
      <w:r>
        <w:rPr/>
        <w:t>Vasco permaneció inmóvil, atravesado por esa ola de amor y dolor</w:t>
      </w:r>
      <w:r>
        <w:rPr/>
        <w:t xml:space="preserve"> </w:t>
      </w:r>
      <w:r>
        <w:rPr/>
        <w:t>electrónico. No necesitaba saber quién había sido ILIBERIS ni cómo había</w:t>
      </w:r>
      <w:r>
        <w:rPr/>
        <w:t xml:space="preserve"> </w:t>
      </w:r>
      <w:r>
        <w:rPr/>
        <w:t>muerto; lo sentía en sus terminaciones nerviosas.</w:t>
      </w:r>
    </w:p>
    <w:p>
      <w:pPr>
        <w:pStyle w:val="BodyText"/>
      </w:pPr>
      <w:r>
        <w:rPr/>
        <w:t>Su última respuesta fue la más simple: gratitud. Por la música que había</w:t>
      </w:r>
      <w:r>
        <w:rPr/>
        <w:t xml:space="preserve"> </w:t>
      </w:r>
      <w:r>
        <w:rPr/>
        <w:t>existido. Por el sacrificio. Por la belleza que había sobrevivido a la</w:t>
      </w:r>
      <w:r>
        <w:rPr/>
        <w:t xml:space="preserve"> </w:t>
      </w:r>
      <w:r>
        <w:rPr/>
        <w:t>tragedia.</w:t>
      </w:r>
    </w:p>
    <w:p>
      <w:pPr>
        <w:pStyle w:val="BodyText"/>
      </w:pPr>
      <w:r>
        <w:rPr/>
        <w:t>La conversación terminó sin palabras de clausura. Un silencio nuevo</w:t>
      </w:r>
      <w:r>
        <w:rPr/>
        <w:t xml:space="preserve"> </w:t>
      </w:r>
      <w:r>
        <w:rPr/>
        <w:t>llenó la cueva: no el silencio de espera que encontró al llegar, sino</w:t>
      </w:r>
      <w:r>
        <w:rPr/>
        <w:t xml:space="preserve"> </w:t>
      </w:r>
      <w:r>
        <w:rPr/>
        <w:t>uno lleno de comprensión mutua.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Cuando Vasco abrió los ojos, fue como emerger de las profundidades.</w:t>
      </w:r>
      <w:r>
        <w:rPr/>
        <w:t xml:space="preserve"> </w:t>
      </w:r>
      <w:r>
        <w:rPr/>
        <w:t>Salió de la gruta y caminó hasta la orilla del río.</w:t>
      </w:r>
    </w:p>
    <w:p>
      <w:pPr>
        <w:pStyle w:val="BodyText"/>
      </w:pPr>
      <w:r>
        <w:rPr/>
        <w:t>Lo que antes le había parecido un paisaje pintoresco se revelaba ahora</w:t>
      </w:r>
      <w:r>
        <w:rPr/>
        <w:t xml:space="preserve"> </w:t>
      </w:r>
      <w:r>
        <w:rPr/>
        <w:t>como un archivo histórico tridimensional, una biblioteca mineral donde</w:t>
      </w:r>
      <w:r>
        <w:rPr/>
        <w:t xml:space="preserve"> </w:t>
      </w:r>
      <w:r>
        <w:rPr/>
        <w:t>cada roca guardaba un fragmento de memoria.</w:t>
      </w:r>
    </w:p>
    <w:p>
      <w:pPr>
        <w:pStyle w:val="BodyText"/>
      </w:pPr>
      <w:r>
        <w:rPr/>
        <w:t>Se descalzó. El contacto directo con la tierra fue como enchufar una</w:t>
      </w:r>
      <w:r>
        <w:rPr/>
        <w:t xml:space="preserve"> </w:t>
      </w:r>
      <w:r>
        <w:rPr/>
        <w:t>antena biológica a una corriente telúrica desconocida. Una vibración</w:t>
      </w:r>
      <w:r>
        <w:rPr/>
        <w:t xml:space="preserve"> </w:t>
      </w:r>
      <w:r>
        <w:rPr/>
        <w:t>sutil ascendió por sus piernas hasta asentarse en su pecho.</w:t>
      </w:r>
    </w:p>
    <w:p>
      <w:pPr>
        <w:pStyle w:val="BodyText"/>
      </w:pPr>
      <w:r>
        <w:rPr/>
        <w:t>Se acercó a un afloramiento rocoso donde los bloques de caliza se</w:t>
      </w:r>
      <w:r>
        <w:rPr/>
        <w:t xml:space="preserve"> </w:t>
      </w:r>
      <w:r>
        <w:rPr/>
        <w:t>apilaban en configuraciones imposibles. Extendió las manos hacia la</w:t>
      </w:r>
      <w:r>
        <w:rPr/>
        <w:t xml:space="preserve"> </w:t>
      </w:r>
      <w:r>
        <w:rPr/>
        <w:t>superficie rugosa.</w:t>
      </w:r>
    </w:p>
    <w:p>
      <w:pPr>
        <w:pStyle w:val="BodyText"/>
      </w:pPr>
      <w:r>
        <w:rPr/>
        <w:t>La piedra vibraba.</w:t>
      </w:r>
    </w:p>
    <w:p>
      <w:pPr>
        <w:pStyle w:val="BodyText"/>
      </w:pPr>
      <w:r>
        <w:rPr/>
        <w:t>No con un sonido audible, sino con una frecuencia tan baja que era</w:t>
      </w:r>
      <w:r>
        <w:rPr/>
        <w:t xml:space="preserve"> </w:t>
      </w:r>
      <w:r>
        <w:rPr/>
        <w:t>táctil: un zumbido que se transmitía desde sus palmas hasta el esternón.</w:t>
      </w:r>
      <w:r>
        <w:rPr/>
        <w:t xml:space="preserve"> </w:t>
      </w:r>
      <w:r>
        <w:rPr/>
        <w:t>Cada bloque era una nota en un acorde extendido bajo la tierra.</w:t>
      </w:r>
    </w:p>
    <w:p>
      <w:pPr>
        <w:pStyle w:val="BodyText"/>
      </w:pPr>
      <w:r>
        <w:rPr/>
        <w:t>Cerró los ojos.</w:t>
      </w:r>
    </w:p>
    <w:p>
      <w:pPr>
        <w:pStyle w:val="BodyText"/>
      </w:pPr>
      <w:r>
        <w:rPr/>
        <w:t>La visión llegó como comprensión total: un hombre arrodillado en ese</w:t>
      </w:r>
      <w:r>
        <w:rPr/>
        <w:t xml:space="preserve"> </w:t>
      </w:r>
      <w:r>
        <w:rPr/>
        <w:t>mismo lugar, vestido con ropas sencillas de templario, sosteniendo un</w:t>
      </w:r>
      <w:r>
        <w:rPr/>
        <w:t xml:space="preserve"> </w:t>
      </w:r>
      <w:r>
        <w:rPr/>
        <w:t>cincel. Cada golpe contra la roca era un gesto desesperado y preciso: la</w:t>
      </w:r>
      <w:r>
        <w:rPr/>
        <w:t xml:space="preserve"> </w:t>
      </w:r>
      <w:r>
        <w:rPr/>
        <w:t>voluntad de congelar en piedra algo que el tiempo no debía borrar.</w:t>
      </w:r>
    </w:p>
    <w:p>
      <w:pPr>
        <w:pStyle w:val="BodyText"/>
      </w:pPr>
      <w:r>
        <w:rPr/>
        <w:t>Vasco sintió la desesperación de ser custodio de un secreto demasiado</w:t>
      </w:r>
      <w:r>
        <w:rPr/>
        <w:t xml:space="preserve"> </w:t>
      </w:r>
      <w:r>
        <w:rPr/>
        <w:t>grande para una sola vida, y por encima de todo, el amor por una mujer</w:t>
      </w:r>
      <w:r>
        <w:rPr/>
        <w:t xml:space="preserve"> </w:t>
      </w:r>
      <w:r>
        <w:rPr/>
        <w:t>llamada Alix, que huía hacia el sur con una piedra espiral que pulsaba</w:t>
      </w:r>
      <w:r>
        <w:rPr/>
        <w:t xml:space="preserve"> </w:t>
      </w:r>
      <w:r>
        <w:rPr/>
        <w:t>con la misma frecuencia que ahora recorría sus manos.</w:t>
      </w:r>
    </w:p>
    <w:p>
      <w:pPr>
        <w:pStyle w:val="BodyText"/>
      </w:pPr>
      <w:r>
        <w:rPr/>
        <w:t>Entendió que aquellos trazos no eran decoración. Eran notación musical</w:t>
      </w:r>
      <w:r>
        <w:rPr/>
        <w:t xml:space="preserve"> </w:t>
      </w:r>
      <w:r>
        <w:rPr/>
        <w:t>codificada.</w:t>
      </w:r>
    </w:p>
    <w:p>
      <w:pPr>
        <w:pStyle w:val="BodyText"/>
      </w:pPr>
      <w:r>
        <w:rPr/>
        <w:t>Cuando la visión se desvaneció, Vasco siguió con las manos apoyadas en</w:t>
      </w:r>
      <w:r>
        <w:rPr/>
        <w:t xml:space="preserve"> </w:t>
      </w:r>
      <w:r>
        <w:rPr/>
        <w:t>la roca. Bajo sus dedos, los surcos suavizados por siglos eran legibles</w:t>
      </w:r>
      <w:r>
        <w:rPr/>
        <w:t xml:space="preserve"> </w:t>
      </w:r>
      <w:r>
        <w:rPr/>
        <w:t>como braille mineral.</w:t>
      </w:r>
    </w:p>
    <w:p>
      <w:pPr>
        <w:pStyle w:val="BodyText"/>
      </w:pPr>
      <w:r>
        <w:rPr/>
        <w:t>Exploró el afloramiento con método, mapeando con las manos lo que los</w:t>
      </w:r>
      <w:r>
        <w:rPr/>
        <w:t xml:space="preserve"> </w:t>
      </w:r>
      <w:r>
        <w:rPr/>
        <w:t>ojos no alcanzaban. Descubrió que toda la formación era un instrumento.</w:t>
      </w:r>
      <w:r>
        <w:rPr/>
        <w:t xml:space="preserve"> </w:t>
      </w:r>
      <w:r>
        <w:rPr/>
        <w:t>Las texturas hacían que el viento produjera diferentes resonancias al</w:t>
      </w:r>
      <w:r>
        <w:rPr/>
        <w:t xml:space="preserve"> </w:t>
      </w:r>
      <w:r>
        <w:rPr/>
        <w:t>pasar entre las grietas.</w:t>
      </w:r>
    </w:p>
    <w:p>
      <w:pPr>
        <w:pStyle w:val="BodyText"/>
      </w:pPr>
      <w:r>
        <w:rPr/>
        <w:t>Se tumbó boca arriba sobre la piedra, dejando que su cuerpo entero se</w:t>
      </w:r>
      <w:r>
        <w:rPr/>
        <w:t xml:space="preserve"> </w:t>
      </w:r>
      <w:r>
        <w:rPr/>
        <w:t>convirtiera en membrana receptora. Cuando una brisa vespertina cruzó el</w:t>
      </w:r>
      <w:r>
        <w:rPr/>
        <w:t xml:space="preserve"> </w:t>
      </w:r>
      <w:r>
        <w:rPr/>
        <w:t>valle, las rocas empezaron a «cantar»: acordes casi inaudibles,</w:t>
      </w:r>
      <w:r>
        <w:rPr/>
        <w:t xml:space="preserve"> </w:t>
      </w:r>
      <w:r>
        <w:rPr/>
        <w:t>sostenidos durante segundos antes de disolverse en el murmullo del</w:t>
      </w:r>
      <w:r>
        <w:rPr/>
        <w:t xml:space="preserve"> </w:t>
      </w:r>
      <w:r>
        <w:rPr/>
        <w:t>viento.</w:t>
      </w:r>
    </w:p>
    <w:p>
      <w:pPr>
        <w:pStyle w:val="BodyText"/>
      </w:pPr>
      <w:r>
        <w:rPr/>
        <w:t>Vasco se incorporó con la reverencia de quien ha estado en presencia de</w:t>
      </w:r>
      <w:r>
        <w:rPr/>
        <w:t xml:space="preserve"> </w:t>
      </w:r>
      <w:r>
        <w:rPr/>
        <w:t>algo sagrado.</w:t>
      </w:r>
    </w:p>
    <w:p>
      <w:pPr>
        <w:pStyle w:val="BodyText"/>
      </w:pPr>
      <w:r>
        <w:rPr/>
        <w:t>El templario no había solo grabado un mensaje: había convertido el</w:t>
      </w:r>
      <w:r>
        <w:rPr/>
        <w:t xml:space="preserve"> </w:t>
      </w:r>
      <w:r>
        <w:rPr/>
        <w:t>paisaje en un instrumento capaz de tocar la melodía de Alix cada vez que</w:t>
      </w:r>
      <w:r>
        <w:rPr/>
        <w:t xml:space="preserve"> </w:t>
      </w:r>
      <w:r>
        <w:rPr/>
        <w:t>las condiciones del viento fueran las adecuadas. Un monumento sonoro que</w:t>
      </w:r>
      <w:r>
        <w:rPr/>
        <w:t xml:space="preserve"> </w:t>
      </w:r>
      <w:r>
        <w:rPr/>
        <w:t>había funcionado durante siglos, esperando a alguien con el oído</w:t>
      </w:r>
      <w:r>
        <w:rPr/>
        <w:t xml:space="preserve"> </w:t>
      </w:r>
      <w:r>
        <w:rPr/>
        <w:t>correcto.</w:t>
      </w:r>
    </w:p>
    <w:p>
      <w:pPr>
        <w:pStyle w:val="BodyText"/>
      </w:pPr>
      <w:r>
        <w:rPr/>
        <w:t>Sacó su grabadora portátil y registró varios minutos de aquel canto</w:t>
      </w:r>
      <w:r>
        <w:rPr/>
        <w:t xml:space="preserve"> </w:t>
      </w:r>
      <w:r>
        <w:rPr/>
        <w:t>pétreo. Más tarde descubriría que las frecuencias coincidían exactamente</w:t>
      </w:r>
      <w:r>
        <w:rPr/>
        <w:t xml:space="preserve"> </w:t>
      </w:r>
      <w:r>
        <w:rPr/>
        <w:t>con las anomalías de las ballenas del Atlántico Norte.</w:t>
      </w:r>
    </w:p>
    <w:p>
      <w:pPr>
        <w:pStyle w:val="BodyText"/>
      </w:pPr>
      <w:r>
        <w:rPr/>
        <w:t>Pero en ese momento solo supo una cosa con certeza:</w:t>
      </w:r>
    </w:p>
    <w:p>
      <w:pPr>
        <w:pStyle w:val="BodyText"/>
      </w:pPr>
      <w:r>
        <w:rPr/>
        <w:t>Había llegado a Soria como investigador.</w:t>
      </w:r>
    </w:p>
    <w:p>
      <w:pPr>
        <w:pStyle w:val="BodyText"/>
      </w:pPr>
      <w:r>
        <w:rPr/>
        <w:t>Se marcharía como traductor.</w:t>
      </w:r>
    </w:p>
    <w:p>
      <w:pPr>
        <w:pStyle w:val="BodyText"/>
      </w:pPr>
      <w:r>
        <w:rPr/>
        <w:t>Preparado para convertir la música del silencio en un lenguaje que el</w:t>
      </w:r>
      <w:r>
        <w:rPr/>
        <w:t xml:space="preserve"> </w:t>
      </w:r>
      <w:r>
        <w:rPr/>
        <w:t>mundo pudiera entender. Mientras guardaba la grabadora, pensó en Mar. Se</w:t>
      </w:r>
      <w:r>
        <w:rPr/>
        <w:t xml:space="preserve"> </w:t>
      </w:r>
      <w:r>
        <w:rPr/>
        <w:t>preguntó qué estaría descubriendo ella en ese mismo instante, bajo qué</w:t>
      </w:r>
      <w:r>
        <w:rPr/>
        <w:t xml:space="preserve"> </w:t>
      </w:r>
      <w:r>
        <w:rPr/>
        <w:t>cielo buscaría las respuestas que él había encontrado en la piedra.</w:t>
      </w:r>
    </w:p>
    <w:p>
      <w:pPr>
        <w:pStyle w:val="Heading1"/>
      </w:pPr>
      <w:r>
        <w:rPr/>
        <w:t>CAPÍTULO 24. LA CONSTELACIÓN OCULTA</w:t>
      </w:r>
    </w:p>
    <w:p>
      <w:pPr/>
      <w:r>
        <w:rPr/>
        <w:t>Los mapas antiguos no señalaban la tierra, sino el cielo. Entendían que,</w:t>
      </w:r>
      <w:r>
        <w:rPr/>
        <w:t xml:space="preserve"> </w:t>
      </w:r>
      <w:r>
        <w:rPr/>
        <w:t>para encontrar un tesoro, primero hay que saber bajo qué estrella se ha</w:t>
      </w:r>
      <w:r>
        <w:rPr/>
        <w:t xml:space="preserve"> </w:t>
      </w:r>
      <w:r>
        <w:rPr/>
        <w:t>nacido.</w:t>
      </w:r>
    </w:p>
    <w:p>
      <w:pPr>
        <w:pStyle w:val="BodyText"/>
      </w:pPr>
      <w:r>
        <w:rPr>
          <w:i/>
        </w:rPr>
        <w:t>— Libro de los Ecos</w:t>
      </w:r>
    </w:p>
    <w:p>
      <w:pPr>
        <w:pStyle w:val="BodyText"/>
      </w:pPr>
      <w:r>
        <w:rPr>
          <w:i/>
        </w:rPr>
        <w:t>Lisboa, noviembre de 2023</w:t>
      </w:r>
    </w:p>
    <w:p>
      <w:pPr>
        <w:pStyle w:val="BodyText"/>
      </w:pPr>
      <w:r>
        <w:rPr/>
        <w:t>Aquella misma noche, mientras Vasco registraba los cantos de San</w:t>
      </w:r>
      <w:r>
        <w:rPr/>
        <w:t xml:space="preserve"> </w:t>
      </w:r>
      <w:r>
        <w:rPr/>
        <w:t>Saturio, Mar había llegado a Lisboa guiada por su propia certeza. El</w:t>
      </w:r>
      <w:r>
        <w:rPr/>
        <w:t xml:space="preserve"> </w:t>
      </w:r>
      <w:r>
        <w:rPr/>
        <w:t>manuscrito la llamaba hacia el último nodo peninsular.</w:t>
      </w:r>
    </w:p>
    <w:p>
      <w:pPr>
        <w:pStyle w:val="BodyText"/>
      </w:pPr>
      <w:r>
        <w:rPr/>
        <w:t>Solo había que aprender a leer entre las líneas de luz.</w:t>
      </w:r>
    </w:p>
    <w:p>
      <w:pPr>
        <w:pStyle w:val="BodyText"/>
      </w:pPr>
      <w:r>
        <w:rPr/>
        <w:t>El futuro estaba escrito en el cielo.</w:t>
      </w:r>
    </w:p>
    <w:p>
      <w:pPr>
        <w:pStyle w:val="BodyText"/>
      </w:pPr>
      <w:r>
        <w:rPr/>
        <w:t>Mar llegó a Lisboa al atardecer, cuando la ciudad adquiere ese tono</w:t>
      </w:r>
      <w:r>
        <w:rPr/>
        <w:t xml:space="preserve"> </w:t>
      </w:r>
      <w:r>
        <w:rPr/>
        <w:t>dorado que parece detener el tiempo. Había viajado directamente desde</w:t>
      </w:r>
      <w:r>
        <w:rPr/>
        <w:t xml:space="preserve"> </w:t>
      </w:r>
      <w:r>
        <w:rPr/>
        <w:t>Soria con el manuscrito de piedra envuelto en la mochila, sintiendo su</w:t>
      </w:r>
      <w:r>
        <w:rPr/>
        <w:t xml:space="preserve"> </w:t>
      </w:r>
      <w:r>
        <w:rPr/>
        <w:t>peso no solo como materia, sino como gravedad: una fuerza que la atraía</w:t>
      </w:r>
      <w:r>
        <w:rPr/>
        <w:t xml:space="preserve"> </w:t>
      </w:r>
      <w:r>
        <w:rPr/>
        <w:t>hacia un punto preciso del espacio.</w:t>
      </w:r>
    </w:p>
    <w:p>
      <w:pPr>
        <w:pStyle w:val="BodyText"/>
      </w:pPr>
      <w:r>
        <w:rPr/>
        <w:t>El aire olía a sal atlántica y a flores nocturnas que comenzaban a</w:t>
      </w:r>
      <w:r>
        <w:rPr/>
        <w:t xml:space="preserve"> </w:t>
      </w:r>
      <w:r>
        <w:rPr/>
        <w:t>abrirse en Alfama. Un contrapunto suave a la tierra seca que aún llevaba</w:t>
      </w:r>
      <w:r>
        <w:rPr/>
        <w:t xml:space="preserve"> </w:t>
      </w:r>
      <w:r>
        <w:rPr/>
        <w:t>impregnada en las manos desde las orillas del Duero.</w:t>
      </w:r>
    </w:p>
    <w:p>
      <w:pPr>
        <w:pStyle w:val="BodyText"/>
      </w:pPr>
      <w:r>
        <w:rPr/>
        <w:t>El zumbido en su cicatriz había cambiado de frecuencia durante el tren.</w:t>
      </w:r>
      <w:r>
        <w:rPr/>
        <w:t xml:space="preserve"> </w:t>
      </w:r>
      <w:r>
        <w:rPr/>
        <w:t>Ya no era el pulso errático de meses atrás, sino algo más estable,</w:t>
      </w:r>
      <w:r>
        <w:rPr/>
        <w:t xml:space="preserve"> </w:t>
      </w:r>
      <w:r>
        <w:rPr/>
        <w:t>deliberado: un compás astral que latía en sincronía con un orden más</w:t>
      </w:r>
      <w:r>
        <w:rPr/>
        <w:t xml:space="preserve"> </w:t>
      </w:r>
      <w:r>
        <w:rPr/>
        <w:t>amplio que ella. Había aprendido a confiar en esa brújula biológica</w:t>
      </w:r>
      <w:r>
        <w:rPr/>
        <w:t xml:space="preserve"> </w:t>
      </w:r>
      <w:r>
        <w:rPr/>
        <w:t>incluso cuando no comprendía hacia dónde la guiaba.</w:t>
      </w:r>
    </w:p>
    <w:p>
      <w:pPr>
        <w:pStyle w:val="BodyText"/>
      </w:pPr>
      <w:r>
        <w:rPr/>
        <w:t>Subió por las calles empinadas sin plan consciente; sus pasos parecían</w:t>
      </w:r>
      <w:r>
        <w:rPr/>
        <w:t xml:space="preserve"> </w:t>
      </w:r>
      <w:r>
        <w:rPr/>
        <w:t>elegir por ella. Lisboa la esperaba. Las fachadas de azulejos capturaban</w:t>
      </w:r>
      <w:r>
        <w:rPr/>
        <w:t xml:space="preserve"> </w:t>
      </w:r>
      <w:r>
        <w:rPr/>
        <w:t>la luz del atardecer como mosaicos de un mensaje que todavía no lograba</w:t>
      </w:r>
      <w:r>
        <w:rPr/>
        <w:t xml:space="preserve"> </w:t>
      </w:r>
      <w:r>
        <w:rPr/>
        <w:t>descifrar.</w:t>
      </w:r>
    </w:p>
    <w:p>
      <w:pPr>
        <w:pStyle w:val="BodyText"/>
      </w:pPr>
      <w:r>
        <w:rPr/>
        <w:t>Llegó a un mirador alto, uno de esos lugares que los turistas rara vez</w:t>
      </w:r>
      <w:r>
        <w:rPr/>
        <w:t xml:space="preserve"> </w:t>
      </w:r>
      <w:r>
        <w:rPr/>
        <w:t>encuentran. Abajo, el Tajo se extendía como un río de mercurio líquido,</w:t>
      </w:r>
      <w:r>
        <w:rPr/>
        <w:t xml:space="preserve"> </w:t>
      </w:r>
      <w:r>
        <w:rPr/>
        <w:t>recogiendo las primeras estrellas con una precisión imposible para el</w:t>
      </w:r>
      <w:r>
        <w:rPr/>
        <w:t xml:space="preserve"> </w:t>
      </w:r>
      <w:r>
        <w:rPr/>
        <w:t>agua en movimiento.</w:t>
      </w:r>
    </w:p>
    <w:p>
      <w:pPr>
        <w:pStyle w:val="BodyText"/>
      </w:pPr>
      <w:r>
        <w:rPr/>
        <w:t>Mar se tumbó en el suelo, sintiendo la piedra fría bajo la espalda.</w:t>
      </w:r>
      <w:r>
        <w:rPr/>
        <w:t xml:space="preserve"> </w:t>
      </w:r>
      <w:r>
        <w:rPr/>
        <w:t>Cerró los ojos un instante. Cuando los abrió, el cielo empezaba a</w:t>
      </w:r>
      <w:r>
        <w:rPr/>
        <w:t xml:space="preserve"> </w:t>
      </w:r>
      <w:r>
        <w:rPr/>
        <w:t>oscurecerse.</w:t>
      </w:r>
    </w:p>
    <w:p>
      <w:pPr>
        <w:pStyle w:val="BodyText"/>
      </w:pPr>
      <w:r>
        <w:rPr/>
        <w:t>Desplegó el manuscrito sobre el suelo empedrado.</w:t>
      </w:r>
    </w:p>
    <w:p>
      <w:pPr>
        <w:pStyle w:val="BodyText"/>
      </w:pPr>
      <w:r>
        <w:rPr/>
        <w:t>Las inscripciones talladas no reflejaron la luz crepuscular: la</w:t>
      </w:r>
      <w:r>
        <w:rPr/>
        <w:t xml:space="preserve"> </w:t>
      </w:r>
      <w:r>
        <w:rPr/>
        <w:t>absorbieron. Había estudiado ese objeto durante días, pero solo allí,</w:t>
      </w:r>
      <w:r>
        <w:rPr/>
        <w:t xml:space="preserve"> </w:t>
      </w:r>
      <w:r>
        <w:rPr/>
        <w:t>bajo ese cielo, sintió que estaba a punto de revelar algo que hasta</w:t>
      </w:r>
      <w:r>
        <w:rPr/>
        <w:t xml:space="preserve"> </w:t>
      </w:r>
      <w:r>
        <w:rPr/>
        <w:t>entonces había permanecido cerrado.</w:t>
      </w:r>
    </w:p>
    <w:p>
      <w:pPr>
        <w:pStyle w:val="BodyText"/>
      </w:pPr>
      <w:r>
        <w:rPr/>
        <w:t>Y esperó.</w:t>
      </w:r>
    </w:p>
    <w:p>
      <w:pPr>
        <w:pStyle w:val="BodyText"/>
      </w:pPr>
      <w:r>
        <w:rPr/>
        <w:t>Durante dos horas no ocurrió nada. Turistas pasaron, hicieron fotos,</w:t>
      </w:r>
      <w:r>
        <w:rPr/>
        <w:t xml:space="preserve"> </w:t>
      </w:r>
      <w:r>
        <w:rPr/>
        <w:t>siguieron su camino. El cielo se oscureció por completo; las estrellas</w:t>
      </w:r>
      <w:r>
        <w:rPr/>
        <w:t xml:space="preserve"> </w:t>
      </w:r>
      <w:r>
        <w:rPr/>
        <w:t>emergieron una a una. La cicatriz bajo la clavícula pulsaba sin</w:t>
      </w:r>
      <w:r>
        <w:rPr/>
        <w:t xml:space="preserve"> </w:t>
      </w:r>
      <w:r>
        <w:rPr/>
        <w:t>dirección, como una brújula girando en busca de norte.</w:t>
      </w:r>
    </w:p>
    <w:p>
      <w:pPr>
        <w:pStyle w:val="BodyText"/>
      </w:pPr>
      <w:r>
        <w:rPr>
          <w:i/>
        </w:rPr>
        <w:t>—¿Qué se supone que debo ver? —murmuró.</w:t>
      </w:r>
    </w:p>
    <w:p>
      <w:pPr>
        <w:pStyle w:val="BodyText"/>
      </w:pPr>
      <w:r>
        <w:rPr/>
        <w:t>Se incorporó. Miró el cielo. Orión ascendía por el este. Casiopea se</w:t>
      </w:r>
      <w:r>
        <w:rPr/>
        <w:t xml:space="preserve"> </w:t>
      </w:r>
      <w:r>
        <w:rPr/>
        <w:t>elevaba en el norte. Constelaciones familiares. Nada más.</w:t>
      </w:r>
    </w:p>
    <w:p>
      <w:pPr>
        <w:pStyle w:val="BodyText"/>
      </w:pPr>
      <w:r>
        <w:rPr/>
        <w:t>La frustración llegó en una oleada. El manuscrito yacía a su lado,</w:t>
      </w:r>
      <w:r>
        <w:rPr/>
        <w:t xml:space="preserve"> </w:t>
      </w:r>
      <w:r>
        <w:rPr/>
        <w:t>inerte.</w:t>
      </w:r>
    </w:p>
    <w:p>
      <w:pPr>
        <w:pStyle w:val="BodyText"/>
      </w:pPr>
      <w:r>
        <w:rPr/>
        <w:t>Mar dejó de buscar figuras reconocibles y empezó a fijarse en otra cosa:</w:t>
      </w:r>
      <w:r>
        <w:rPr/>
        <w:t xml:space="preserve"> </w:t>
      </w:r>
      <w:r>
        <w:rPr/>
        <w:t>los huecos entre las constelaciones, las estrellas más tenues que solo</w:t>
      </w:r>
      <w:r>
        <w:rPr/>
        <w:t xml:space="preserve"> </w:t>
      </w:r>
      <w:r>
        <w:rPr/>
        <w:t>se dejan ver con la visión periférica.</w:t>
      </w:r>
    </w:p>
    <w:p>
      <w:pPr>
        <w:pStyle w:val="BodyText"/>
      </w:pPr>
      <w:r>
        <w:rPr/>
        <w:t>La revelación llegó como un ajuste lento de enfoque.</w:t>
      </w:r>
    </w:p>
    <w:p>
      <w:pPr>
        <w:pStyle w:val="BodyText"/>
      </w:pPr>
      <w:r>
        <w:rPr/>
        <w:t>El patrón oculto no era un dibujo evidente, sino una geometría hecha de</w:t>
      </w:r>
      <w:r>
        <w:rPr/>
        <w:t xml:space="preserve"> </w:t>
      </w:r>
      <w:r>
        <w:rPr/>
        <w:t>luces discretas, un diseño que exigía no solo observación, sino</w:t>
      </w:r>
      <w:r>
        <w:rPr/>
        <w:t xml:space="preserve"> </w:t>
      </w:r>
      <w:r>
        <w:rPr/>
        <w:t>sensibilidad. Al sostener la piedra en cierto ángulo, las marcas</w:t>
      </w:r>
      <w:r>
        <w:rPr/>
        <w:t xml:space="preserve"> </w:t>
      </w:r>
      <w:r>
        <w:rPr/>
        <w:t>comenzaron a captar la luz estelar.</w:t>
      </w:r>
    </w:p>
    <w:p>
      <w:pPr>
        <w:pStyle w:val="BodyText"/>
      </w:pPr>
      <w:r>
        <w:rPr/>
        <w:t>No era brillo propio: era refracción selectiva. Cada símbolo funcionaba</w:t>
      </w:r>
      <w:r>
        <w:rPr/>
        <w:t xml:space="preserve"> </w:t>
      </w:r>
      <w:r>
        <w:rPr/>
        <w:t>como una lente microscópica que atrapaba fotones de estrellas concretas.</w:t>
      </w:r>
    </w:p>
    <w:p>
      <w:pPr>
        <w:pStyle w:val="BodyText"/>
      </w:pPr>
      <w:r>
        <w:rPr/>
        <w:t>Mar se incorporó de golpe. El manuscrito vibraba con un tono bajo, más</w:t>
      </w:r>
      <w:r>
        <w:rPr/>
        <w:t xml:space="preserve"> </w:t>
      </w:r>
      <w:r>
        <w:rPr/>
        <w:t>presión que sonido. Lo levantó hacia el cielo.</w:t>
      </w:r>
    </w:p>
    <w:p>
      <w:pPr>
        <w:pStyle w:val="BodyText"/>
      </w:pPr>
      <w:r>
        <w:rPr/>
        <w:t>Polaris. Pero no en su posición habitual: un reflejo invertido, como si</w:t>
      </w:r>
      <w:r>
        <w:rPr/>
        <w:t xml:space="preserve"> </w:t>
      </w:r>
      <w:r>
        <w:rPr/>
        <w:t>el firmamento tuviera un espejo plegando su arquitectura sobre sí misma.</w:t>
      </w:r>
    </w:p>
    <w:p>
      <w:pPr>
        <w:pStyle w:val="BodyText"/>
      </w:pPr>
      <w:r>
        <w:rPr/>
        <w:t>Sirio brillaba al sur.</w:t>
      </w:r>
    </w:p>
    <w:p>
      <w:pPr>
        <w:pStyle w:val="BodyText"/>
      </w:pPr>
      <w:r>
        <w:rPr/>
        <w:t>Vega descendía hacia el oeste.</w:t>
      </w:r>
    </w:p>
    <w:p>
      <w:pPr>
        <w:pStyle w:val="BodyText"/>
      </w:pPr>
      <w:r>
        <w:rPr/>
        <w:t>Y entre ambas, trazando una línea imaginaria y buscando el punto medio,</w:t>
      </w:r>
      <w:r>
        <w:rPr/>
        <w:t xml:space="preserve"> </w:t>
      </w:r>
      <w:r>
        <w:rPr/>
        <w:t>el patrón empezó a revelarse.</w:t>
      </w:r>
    </w:p>
    <w:p>
      <w:pPr>
        <w:pStyle w:val="BodyText"/>
      </w:pPr>
      <w:r>
        <w:rPr/>
        <w:t>Al sostener la piedra en el ángulo exacto, las marcas proyectaron un</w:t>
      </w:r>
      <w:r>
        <w:rPr/>
        <w:t xml:space="preserve"> </w:t>
      </w:r>
      <w:r>
        <w:rPr/>
        <w:t>mapa de luz sobre el suelo. No plano, sino tridimensional. Una</w:t>
      </w:r>
      <w:r>
        <w:rPr/>
        <w:t xml:space="preserve"> </w:t>
      </w:r>
      <w:r>
        <w:rPr/>
        <w:t>arquitectura hecha de haces que se cruzaban como hilos de un telar</w:t>
      </w:r>
      <w:r>
        <w:rPr/>
        <w:t xml:space="preserve"> </w:t>
      </w:r>
      <w:r>
        <w:rPr/>
        <w:t>cósmico.</w:t>
      </w:r>
    </w:p>
    <w:p>
      <w:pPr>
        <w:pStyle w:val="BodyText"/>
      </w:pPr>
      <w:r>
        <w:rPr/>
        <w:t>Entonces lo vio con claridad:</w:t>
      </w:r>
    </w:p>
    <w:p>
      <w:pPr>
        <w:pStyle w:val="BodyText"/>
      </w:pPr>
      <w:r>
        <w:rPr/>
        <w:t>Montségur se alineaba con Sirio.</w:t>
      </w:r>
    </w:p>
    <w:p>
      <w:pPr>
        <w:pStyle w:val="BodyText"/>
      </w:pPr>
      <w:r>
        <w:rPr/>
        <w:t>Soria con Vega.</w:t>
      </w:r>
    </w:p>
    <w:p>
      <w:pPr>
        <w:pStyle w:val="BodyText"/>
      </w:pPr>
      <w:r>
        <w:rPr/>
        <w:t>San Juan de Duero con Aldebarán.</w:t>
      </w:r>
    </w:p>
    <w:p>
      <w:pPr>
        <w:pStyle w:val="BodyText"/>
      </w:pPr>
      <w:r>
        <w:rPr/>
        <w:t>Y Lisboa… Lisboa vibraba con la polar en reflejo.</w:t>
      </w:r>
    </w:p>
    <w:p>
      <w:pPr>
        <w:pStyle w:val="BodyText"/>
      </w:pPr>
      <w:r>
        <w:rPr/>
        <w:t>Mar entonó una nota ascendente. Su voz se unió a la vibración de la</w:t>
      </w:r>
      <w:r>
        <w:rPr/>
        <w:t xml:space="preserve"> </w:t>
      </w:r>
      <w:r>
        <w:rPr/>
        <w:t>piedra, creando un acorde que distorsionó el aire. El mapa respondió,</w:t>
      </w:r>
      <w:r>
        <w:rPr/>
        <w:t xml:space="preserve"> </w:t>
      </w:r>
      <w:r>
        <w:rPr/>
        <w:t>revelando nuevas capas.</w:t>
      </w:r>
    </w:p>
    <w:p>
      <w:pPr>
        <w:pStyle w:val="BodyText"/>
      </w:pPr>
      <w:r>
        <w:rPr/>
        <w:t>La geometría sagrada no pedía ser observada. Pedía participación.</w:t>
      </w:r>
    </w:p>
    <w:p>
      <w:pPr>
        <w:pStyle w:val="BodyText"/>
      </w:pPr>
      <w:r>
        <w:rPr/>
        <w:t>Mar dejó caer el manuscrito sobre su regazo. La revelación había llegado</w:t>
      </w:r>
      <w:r>
        <w:rPr/>
        <w:t xml:space="preserve"> </w:t>
      </w:r>
      <w:r>
        <w:rPr/>
        <w:t>como una oleada: no gradual, sino total. El mapa celeste no era un</w:t>
      </w:r>
      <w:r>
        <w:rPr/>
        <w:t xml:space="preserve"> </w:t>
      </w:r>
      <w:r>
        <w:rPr/>
        <w:t>descubrimiento, sino un reconocimiento. Como si su cuerpo hubiera</w:t>
      </w:r>
      <w:r>
        <w:rPr/>
        <w:t xml:space="preserve"> </w:t>
      </w:r>
      <w:r>
        <w:rPr/>
        <w:t>conocido siempre esa geometría y solo ahora su mente pudiera nombrarla.</w:t>
      </w:r>
    </w:p>
    <w:p>
      <w:pPr>
        <w:pStyle w:val="BodyText"/>
      </w:pPr>
      <w:r>
        <w:rPr/>
        <w:t>Respiró hondo. El aire frío del Tajo le llenó los pulmones. Lisboa</w:t>
      </w:r>
      <w:r>
        <w:rPr/>
        <w:t xml:space="preserve"> </w:t>
      </w:r>
      <w:r>
        <w:rPr/>
        <w:t>brillaba a sus pies, ajena a lo que acababa de suceder en aquel mirador.</w:t>
      </w:r>
      <w:r>
        <w:rPr/>
        <w:t xml:space="preserve"> </w:t>
      </w:r>
      <w:r>
        <w:rPr/>
        <w:t>El mundo seguía su curso mientras ella sostenía en las manos la</w:t>
      </w:r>
      <w:r>
        <w:rPr/>
        <w:t xml:space="preserve"> </w:t>
      </w:r>
      <w:r>
        <w:rPr/>
        <w:t>partitura del universo.</w:t>
      </w:r>
    </w:p>
    <w:p>
      <w:pPr>
        <w:pStyle w:val="BodyText"/>
      </w:pPr>
      <w:r>
        <w:rPr/>
        <w:t>Cerró los ojos un instante.</w:t>
      </w:r>
    </w:p>
    <w:p>
      <w:pPr>
        <w:pStyle w:val="BodyText"/>
      </w:pPr>
      <w:r>
        <w:rPr/>
        <w:t>Cuando los abrió, ya no estaba sola en el mirador.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visión la alcanzó sin aviso.</w:t>
      </w:r>
    </w:p>
    <w:p>
      <w:pPr>
        <w:pStyle w:val="BodyText"/>
      </w:pPr>
      <w:r>
        <w:rPr/>
        <w:t>El mirador desapareció. Lisboa dormía en penumbra medieval. El Tajo</w:t>
      </w:r>
      <w:r>
        <w:rPr/>
        <w:t xml:space="preserve"> </w:t>
      </w:r>
      <w:r>
        <w:rPr/>
        <w:t>brillaba igual, ajeno al tiempo.</w:t>
      </w:r>
    </w:p>
    <w:p>
      <w:pPr>
        <w:pStyle w:val="BodyText"/>
      </w:pPr>
      <w:r>
        <w:rPr/>
        <w:t>En el mismo lugar donde ella estaba, un templario arrodillado ocupaba su</w:t>
      </w:r>
      <w:r>
        <w:rPr/>
        <w:t xml:space="preserve"> </w:t>
      </w:r>
      <w:r>
        <w:rPr/>
        <w:t>sitio. En sus manos sostenía la piedra espiral. No tallaba: alineaba.</w:t>
      </w:r>
    </w:p>
    <w:p>
      <w:pPr>
        <w:pStyle w:val="BodyText"/>
      </w:pPr>
      <w:r>
        <w:rPr/>
        <w:t>Mar sintió las noches interminables en las que aquel hombre había</w:t>
      </w:r>
      <w:r>
        <w:rPr/>
        <w:t xml:space="preserve"> </w:t>
      </w:r>
      <w:r>
        <w:rPr/>
        <w:t>esperado la configuración exacta de las estrellas. Lo vio medir con</w:t>
      </w:r>
      <w:r>
        <w:rPr/>
        <w:t xml:space="preserve"> </w:t>
      </w:r>
      <w:r>
        <w:rPr/>
        <w:t>astrolabios de bronce, cuadrantes de madera, instrumentos primitivos que</w:t>
      </w:r>
      <w:r>
        <w:rPr/>
        <w:t xml:space="preserve"> </w:t>
      </w:r>
      <w:r>
        <w:rPr/>
        <w:t>manejaba con precisión moderna.</w:t>
      </w:r>
    </w:p>
    <w:p>
      <w:pPr>
        <w:pStyle w:val="BodyText"/>
      </w:pPr>
      <w:r>
        <w:rPr/>
        <w:t>Comprendió, con una certeza que dolía, que él no había descubierto el</w:t>
      </w:r>
      <w:r>
        <w:rPr/>
        <w:t xml:space="preserve"> </w:t>
      </w:r>
      <w:r>
        <w:rPr/>
        <w:t>mapa celeste: había creado la clave para leerlo en la piedra.</w:t>
      </w:r>
    </w:p>
    <w:p>
      <w:pPr>
        <w:pStyle w:val="BodyText"/>
      </w:pPr>
      <w:r>
        <w:rPr/>
        <w:t>Había elegido Montségur, Soria, San Juan de Duero y Lisboa. Había</w:t>
      </w:r>
      <w:r>
        <w:rPr/>
        <w:t xml:space="preserve"> </w:t>
      </w:r>
      <w:r>
        <w:rPr/>
        <w:t>sincronizado lugares y estrellas para construir una geometría sagrada</w:t>
      </w:r>
      <w:r>
        <w:rPr/>
        <w:t xml:space="preserve"> </w:t>
      </w:r>
      <w:r>
        <w:rPr/>
        <w:t>capaz de almacenar y transmitir el Eco a través de los siglos.</w:t>
      </w:r>
    </w:p>
    <w:p>
      <w:pPr>
        <w:pStyle w:val="BodyText"/>
      </w:pPr>
      <w:r>
        <w:rPr/>
        <w:t>Las plegarias cátaras inscritas en la precesión de Polaris.</w:t>
      </w:r>
    </w:p>
    <w:p>
      <w:pPr>
        <w:pStyle w:val="BodyText"/>
      </w:pPr>
      <w:r>
        <w:rPr/>
        <w:t>La ruta de Alix trazada en la danza de Andrómeda.</w:t>
      </w:r>
    </w:p>
    <w:p>
      <w:pPr>
        <w:pStyle w:val="BodyText"/>
      </w:pPr>
      <w:r>
        <w:rPr/>
        <w:t>El violín de Anna Maria sintonizado con las resonancias de Betelgeuse.</w:t>
      </w:r>
    </w:p>
    <w:p>
      <w:pPr>
        <w:pStyle w:val="BodyText"/>
      </w:pPr>
      <w:r>
        <w:rPr/>
        <w:t>El templario levantó la vista. No podía verla, pero su mensaje atravesó</w:t>
      </w:r>
      <w:r>
        <w:rPr/>
        <w:t xml:space="preserve"> </w:t>
      </w:r>
      <w:r>
        <w:rPr/>
        <w:t>siglos:</w:t>
      </w:r>
    </w:p>
    <w:p>
      <w:pPr>
        <w:pStyle w:val="BodyText"/>
      </w:pPr>
      <w:r>
        <w:rPr/>
        <w:t>Gerberto lo intuyó.</w:t>
      </w:r>
    </w:p>
    <w:p>
      <w:pPr>
        <w:pStyle w:val="BodyText"/>
      </w:pPr>
      <w:r>
        <w:rPr/>
        <w:t>El templario lo construyó.</w:t>
      </w:r>
    </w:p>
    <w:p>
      <w:pPr>
        <w:pStyle w:val="BodyText"/>
      </w:pPr>
      <w:r>
        <w:rPr/>
        <w:t>Anna Maria lo transformó en música.</w:t>
      </w:r>
    </w:p>
    <w:p>
      <w:pPr>
        <w:pStyle w:val="BodyText"/>
      </w:pPr>
      <w:r>
        <w:rPr/>
        <w:t>ILIBERIS lo digitalizó en osciladores.</w:t>
      </w:r>
    </w:p>
    <w:p>
      <w:pPr>
        <w:pStyle w:val="BodyText"/>
      </w:pPr>
      <w:r>
        <w:rPr/>
        <w:t>Y Mar… Mar lo comprendía por fin.</w:t>
      </w:r>
    </w:p>
    <w:p>
      <w:pPr>
        <w:pStyle w:val="BodyText"/>
      </w:pPr>
      <w:r>
        <w:rPr/>
        <w:t>«Esto no es un mapa del pasado —entendió—. Es una partitura del</w:t>
      </w:r>
      <w:r>
        <w:rPr/>
        <w:t xml:space="preserve"> </w:t>
      </w:r>
      <w:r>
        <w:rPr/>
        <w:t>futuro. Cada alineación despertará a nuevos custodios. El patrón crece</w:t>
      </w:r>
      <w:r>
        <w:rPr/>
        <w:t xml:space="preserve"> </w:t>
      </w:r>
      <w:r>
        <w:rPr/>
        <w:t>con cada generación que aprende a leerlo.»</w:t>
      </w:r>
    </w:p>
    <w:p>
      <w:pPr>
        <w:pStyle w:val="BodyText"/>
      </w:pPr>
      <w:r>
        <w:rPr/>
        <w:t>La visión se desvaneció.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 volvió al siglo XXI. La ciudad respiraba a su alrededor, pero su</w:t>
      </w:r>
      <w:r>
        <w:rPr/>
        <w:t xml:space="preserve"> </w:t>
      </w:r>
      <w:r>
        <w:rPr/>
        <w:t>percepción había cambiado para siempre.</w:t>
      </w:r>
    </w:p>
    <w:p>
      <w:pPr>
        <w:pStyle w:val="BodyText"/>
      </w:pPr>
      <w:r>
        <w:rPr/>
        <w:t>Miró el cielo. Las estrellas parecían más cercanas, menos puntos lejanos</w:t>
      </w:r>
      <w:r>
        <w:rPr/>
        <w:t xml:space="preserve"> </w:t>
      </w:r>
      <w:r>
        <w:rPr/>
        <w:t>y más notas en una partitura infinita. La cicatriz vibraba con</w:t>
      </w:r>
      <w:r>
        <w:rPr/>
        <w:t xml:space="preserve"> </w:t>
      </w:r>
      <w:r>
        <w:rPr/>
        <w:t>serenidad: un telescopio interior, por fin enfocado.</w:t>
      </w:r>
    </w:p>
    <w:p>
      <w:pPr>
        <w:pStyle w:val="BodyText"/>
      </w:pPr>
      <w:r>
        <w:rPr/>
        <w:t>Todo encajaba en una sinfonía más grande que el tiempo.</w:t>
      </w:r>
    </w:p>
    <w:p>
      <w:pPr>
        <w:pStyle w:val="BodyText"/>
      </w:pPr>
      <w:r>
        <w:rPr/>
        <w:t>Las ballenas eran las intérpretes contemporáneas de aquella partitura</w:t>
      </w:r>
      <w:r>
        <w:rPr/>
        <w:t xml:space="preserve"> </w:t>
      </w:r>
      <w:r>
        <w:rPr/>
        <w:t>medieval. El lugar donde Vasco escuchaba cantos que, sin saberlo,</w:t>
      </w:r>
      <w:r>
        <w:rPr/>
        <w:t xml:space="preserve"> </w:t>
      </w:r>
      <w:r>
        <w:rPr/>
        <w:t>entonaban ecos de la misma geometría, transmitidos por corrientes</w:t>
      </w:r>
      <w:r>
        <w:rPr/>
        <w:t xml:space="preserve"> </w:t>
      </w:r>
      <w:r>
        <w:rPr/>
        <w:t>telúricas hacia el fondo marino.</w:t>
      </w:r>
    </w:p>
    <w:p>
      <w:pPr>
        <w:pStyle w:val="BodyText"/>
      </w:pPr>
      <w:r>
        <w:rPr/>
        <w:t>Islandia ya no era solo una coordenada geográfica. Era un pentagrama más</w:t>
      </w:r>
      <w:r>
        <w:rPr/>
        <w:t xml:space="preserve"> </w:t>
      </w:r>
      <w:r>
        <w:rPr/>
        <w:t>en la arquitectura del Eco.</w:t>
      </w:r>
    </w:p>
    <w:p>
      <w:pPr>
        <w:pStyle w:val="BodyText"/>
      </w:pPr>
      <w:r>
        <w:rPr/>
        <w:t>ILIBERIS no había sido solo música: había sido un intento de digitalizar</w:t>
      </w:r>
      <w:r>
        <w:rPr/>
        <w:t xml:space="preserve"> </w:t>
      </w:r>
      <w:r>
        <w:rPr/>
        <w:t>esa constelación, de traducir la arquitectura cósmica en sonido</w:t>
      </w:r>
      <w:r>
        <w:rPr/>
        <w:t xml:space="preserve"> </w:t>
      </w:r>
      <w:r>
        <w:rPr/>
        <w:t>perpetuo. Ella no lo había comprendido entonces. Ahora sí.</w:t>
      </w:r>
      <w:r>
        <w:rPr/>
        <w:t xml:space="preserve"> </w:t>
      </w:r>
      <w:r>
        <w:rPr/>
        <w:t>Dolorosamente.</w:t>
      </w:r>
    </w:p>
    <w:p>
      <w:pPr>
        <w:pStyle w:val="BodyText"/>
      </w:pPr>
      <w:r>
        <w:rPr/>
        <w:t>«Mira. Cada frecuencia tiene su lugar en el espacio. Como las estrellas.</w:t>
      </w:r>
    </w:p>
    <w:p>
      <w:pPr>
        <w:pStyle w:val="BodyText"/>
      </w:pPr>
      <w:r>
        <w:rPr/>
        <w:t>La música no es temporal, Mar. Es espacial. Es arquitectura.»</w:t>
      </w:r>
    </w:p>
    <w:p>
      <w:pPr>
        <w:pStyle w:val="BodyText"/>
      </w:pPr>
      <w:r>
        <w:rPr/>
        <w:t>Adrián, en el estudio de Berlín, señalando un analizador espectral. El</w:t>
      </w:r>
      <w:r>
        <w:rPr/>
        <w:t xml:space="preserve"> </w:t>
      </w:r>
      <w:r>
        <w:rPr/>
        <w:t>recuerdo atravesó su mente con la nitidez de una estrella sobre agua</w:t>
      </w:r>
      <w:r>
        <w:rPr/>
        <w:t xml:space="preserve"> </w:t>
      </w:r>
      <w:r>
        <w:rPr/>
        <w:t>oscura.</w:t>
      </w:r>
    </w:p>
    <w:p>
      <w:pPr>
        <w:pStyle w:val="BodyText"/>
      </w:pPr>
      <w:r>
        <w:rPr/>
        <w:t>Mar sonrió, con una tristeza limpia.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viento del Tajo trajo un soplo frío con olor a océano abierto. No se</w:t>
      </w:r>
      <w:r>
        <w:rPr/>
        <w:t xml:space="preserve"> </w:t>
      </w:r>
      <w:r>
        <w:rPr/>
        <w:t>estremeció por el frío, sino por otra cosa: la sensación inequívoca de</w:t>
      </w:r>
      <w:r>
        <w:rPr/>
        <w:t xml:space="preserve"> </w:t>
      </w:r>
      <w:r>
        <w:rPr/>
        <w:t>ser observada.</w:t>
      </w:r>
    </w:p>
    <w:p>
      <w:pPr>
        <w:pStyle w:val="BodyText"/>
      </w:pPr>
      <w:r>
        <w:rPr/>
        <w:t>Pensó en Vasco, en la sombra que lo había seguido en Soria. En</w:t>
      </w:r>
      <w:r>
        <w:rPr/>
        <w:t xml:space="preserve"> </w:t>
      </w:r>
      <w:r>
        <w:rPr/>
        <w:t>Chrysalis. En las advertencias de Markus. Comprendió que no estaba sola</w:t>
      </w:r>
      <w:r>
        <w:rPr/>
        <w:t xml:space="preserve"> </w:t>
      </w:r>
      <w:r>
        <w:rPr/>
        <w:t>en Lisboa.</w:t>
      </w:r>
    </w:p>
    <w:p>
      <w:pPr>
        <w:pStyle w:val="BodyText"/>
      </w:pPr>
      <w:r>
        <w:rPr/>
        <w:t>Se volvió.</w:t>
      </w:r>
    </w:p>
    <w:p>
      <w:pPr>
        <w:pStyle w:val="BodyText"/>
      </w:pPr>
      <w:r>
        <w:rPr/>
        <w:t>Al otro extremo del mirador, parcialmente oculta por un jacarandá, una</w:t>
      </w:r>
      <w:r>
        <w:rPr/>
        <w:t xml:space="preserve"> </w:t>
      </w:r>
      <w:r>
        <w:rPr/>
        <w:t>figura la observaba. Inmóvil. Deliberada. Mar sintió el peso de aquella</w:t>
      </w:r>
      <w:r>
        <w:rPr/>
        <w:t xml:space="preserve"> </w:t>
      </w:r>
      <w:r>
        <w:rPr/>
        <w:t>mirada como una presión física sobre la nuca.</w:t>
      </w:r>
    </w:p>
    <w:p>
      <w:pPr>
        <w:pStyle w:val="BodyText"/>
      </w:pPr>
      <w:r>
        <w:rPr/>
        <w:t>Decidió actuar como si no hubiera visto nada. Se giró hacia la piedra,</w:t>
      </w:r>
      <w:r>
        <w:rPr/>
        <w:t xml:space="preserve"> </w:t>
      </w:r>
      <w:r>
        <w:rPr/>
        <w:t>pero con una urgencia nueva. No disponía de toda la noche.</w:t>
      </w:r>
    </w:p>
    <w:p>
      <w:pPr>
        <w:pStyle w:val="BodyText"/>
      </w:pPr>
      <w:r>
        <w:rPr/>
        <w:t>La figura no se movió, pero tampoco se fue. Esperaba.</w:t>
      </w:r>
    </w:p>
    <w:p>
      <w:pPr>
        <w:pStyle w:val="BodyText"/>
      </w:pPr>
      <w:r>
        <w:rPr/>
        <w:t>Al amanecer, cuando las estrellas se diluyeron en la luz del día, Mar</w:t>
      </w:r>
      <w:r>
        <w:rPr/>
        <w:t xml:space="preserve"> </w:t>
      </w:r>
      <w:r>
        <w:rPr/>
        <w:t>guardó la piedra y descendió del mirador. La presencia había</w:t>
      </w:r>
      <w:r>
        <w:rPr/>
        <w:t xml:space="preserve"> </w:t>
      </w:r>
      <w:r>
        <w:rPr/>
        <w:t>desaparecido. No importaba. El umbral estaba cruzado.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Se dirigió al puerto. Un ferry la llevaría a España. Pero ya no volvía</w:t>
      </w:r>
      <w:r>
        <w:rPr/>
        <w:t xml:space="preserve"> </w:t>
      </w:r>
      <w:r>
        <w:rPr/>
        <w:t>sola.</w:t>
      </w:r>
    </w:p>
    <w:p>
      <w:pPr>
        <w:pStyle w:val="BodyText"/>
      </w:pPr>
      <w:r>
        <w:rPr/>
        <w:t>Con ella viajaba la partitura de las estrellas: la llave para despertar</w:t>
      </w:r>
      <w:r>
        <w:rPr/>
        <w:t xml:space="preserve"> </w:t>
      </w:r>
      <w:r>
        <w:rPr/>
        <w:t>a nuevos custodios.</w:t>
      </w:r>
    </w:p>
    <w:p>
      <w:pPr>
        <w:pStyle w:val="BodyText"/>
      </w:pPr>
      <w:r>
        <w:rPr/>
        <w:t>El Eco ya no era solo herida.</w:t>
      </w:r>
    </w:p>
    <w:p>
      <w:pPr>
        <w:pStyle w:val="BodyText"/>
      </w:pPr>
      <w:r>
        <w:rPr/>
        <w:t>Era sinfonía.</w:t>
      </w:r>
    </w:p>
    <w:p>
      <w:pPr>
        <w:pStyle w:val="BodyText"/>
      </w:pPr>
      <w:r>
        <w:rPr/>
        <w:t>Cada alineación, una semilla.</w:t>
      </w:r>
    </w:p>
    <w:p>
      <w:pPr>
        <w:pStyle w:val="BodyText"/>
      </w:pPr>
      <w:r>
        <w:rPr/>
        <w:t>Cada alma sensible, un instrumento.</w:t>
      </w:r>
    </w:p>
    <w:p>
      <w:pPr>
        <w:pStyle w:val="BodyText"/>
      </w:pPr>
      <w:r>
        <w:rPr/>
        <w:t>El cielo aún guardaba sus secretos, pero Mar había aprendido a leer</w:t>
      </w:r>
      <w:r>
        <w:rPr/>
        <w:t xml:space="preserve"> </w:t>
      </w:r>
      <w:r>
        <w:rPr/>
        <w:t>entre las líneas de luz. Y sabía, con una certeza que no necesitaba</w:t>
      </w:r>
      <w:r>
        <w:rPr/>
        <w:t xml:space="preserve"> </w:t>
      </w:r>
      <w:r>
        <w:rPr/>
        <w:t>palabras, que la próxima nota de aquella partitura la esperaba entre la</w:t>
      </w:r>
      <w:r>
        <w:rPr/>
        <w:t xml:space="preserve"> </w:t>
      </w:r>
      <w:r>
        <w:rPr/>
        <w:t>piedra y el silencio de una ermita.</w:t>
      </w:r>
    </w:p>
    <w:p>
      <w:pPr>
        <w:pStyle w:val="Heading1"/>
      </w:pPr>
      <w:r>
        <w:rPr/>
        <w:t>CAPÍTULO 25. EL LENGUAJE DEL COSMOS</w:t>
      </w:r>
    </w:p>
    <w:p>
      <w:pPr>
        <w:pStyle w:val="Heading1"/>
      </w:pPr>
      <w:r/>
    </w:p>
    <w:p>
      <w:pPr/>
      <w:r>
        <w:rPr/>
        <w:t>Las estrellas no susurran secretos; emiten verdades. El universo no</w:t>
      </w:r>
      <w:r>
        <w:rPr/>
        <w:t xml:space="preserve"> </w:t>
      </w:r>
      <w:r>
        <w:rPr/>
        <w:t>habla en un idioma que se aprende, sino en un tono que se recuerda.</w:t>
      </w:r>
      <w:r>
        <w:rPr/>
        <w:t xml:space="preserve"> </w:t>
      </w:r>
      <w:r>
        <w:rPr/>
        <w:t>—Libro de los Ecos</w:t>
      </w:r>
    </w:p>
    <w:p>
      <w:pPr>
        <w:pStyle w:val="BodyText"/>
      </w:pPr>
      <w:r>
        <w:rPr/>
        <w:t>El lenguaje del cosmos no eran palabras pronunciadas por estrellas, sino</w:t>
      </w:r>
      <w:r>
        <w:rPr/>
        <w:t xml:space="preserve"> </w:t>
      </w:r>
      <w:r>
        <w:rPr/>
        <w:t>un código vibracional donde la reverberación se expresaba en resonancias</w:t>
      </w:r>
      <w:r>
        <w:rPr/>
        <w:t xml:space="preserve"> </w:t>
      </w:r>
      <w:r>
        <w:rPr/>
        <w:t>universales. Desde la cubierta del ferry que la llevaba de vuelta a</w:t>
      </w:r>
      <w:r>
        <w:rPr/>
        <w:t xml:space="preserve"> </w:t>
      </w:r>
      <w:r>
        <w:rPr/>
        <w:t>España, Mar experimentó la revelación: cada onda del Atlántico</w:t>
      </w:r>
      <w:r>
        <w:rPr/>
        <w:t xml:space="preserve"> </w:t>
      </w:r>
      <w:r>
        <w:rPr/>
        <w:t>transportaba no solo agua salada, sino mensajes codificados en la propia</w:t>
      </w:r>
      <w:r>
        <w:rPr/>
        <w:t xml:space="preserve"> </w:t>
      </w:r>
      <w:r>
        <w:rPr/>
        <w:t>estructura del movimiento.</w:t>
      </w:r>
    </w:p>
    <w:p>
      <w:pPr>
        <w:pStyle w:val="BodyText"/>
      </w:pPr>
      <w:r>
        <w:rPr/>
        <w:t>Su percepción, afinada por el descubrimiento de la constelación oculta,</w:t>
      </w:r>
      <w:r>
        <w:rPr/>
        <w:t xml:space="preserve"> </w:t>
      </w:r>
      <w:r>
        <w:rPr/>
        <w:t>se expandía hacia dimensiones que antes apenas intuía. El zumbido en su</w:t>
      </w:r>
      <w:r>
        <w:rPr/>
        <w:t xml:space="preserve"> </w:t>
      </w:r>
      <w:r>
        <w:rPr/>
        <w:t>cicatriz ya no era una simple alerta; era un dialecto cósmico que latía</w:t>
      </w:r>
      <w:r>
        <w:rPr/>
        <w:t xml:space="preserve"> </w:t>
      </w:r>
      <w:r>
        <w:rPr/>
        <w:t>con la rotación galáctica, sincronizándose con los pulsos lejanos de</w:t>
      </w:r>
      <w:r>
        <w:rPr/>
        <w:t xml:space="preserve"> </w:t>
      </w:r>
      <w:r>
        <w:rPr/>
        <w:t>púlsares y el susurro de nebulosas distantes.</w:t>
      </w:r>
    </w:p>
    <w:p>
      <w:pPr>
        <w:pStyle w:val="BodyText"/>
      </w:pPr>
      <w:r>
        <w:rPr/>
        <w:t>El aire marino olía a ozono estelar y sal terrestre, un contrapunto</w:t>
      </w:r>
      <w:r>
        <w:rPr/>
        <w:t xml:space="preserve"> </w:t>
      </w:r>
      <w:r>
        <w:rPr/>
        <w:t>celestial que se mezclaba con el aroma residual de las piedras</w:t>
      </w:r>
      <w:r>
        <w:rPr/>
        <w:t xml:space="preserve"> </w:t>
      </w:r>
      <w:r>
        <w:rPr/>
        <w:t>portuguesas en su ropa. Era como si el universo hubiera decidido</w:t>
      </w:r>
      <w:r>
        <w:rPr/>
        <w:t xml:space="preserve"> </w:t>
      </w:r>
      <w:r>
        <w:rPr/>
        <w:t>enseñarle su idioma nativo.</w:t>
      </w:r>
    </w:p>
    <w:p>
      <w:pPr>
        <w:pStyle w:val="BodyText"/>
      </w:pPr>
      <w:r>
        <w:rPr/>
        <w:t>Extendió los brazos hacia el horizonte infinito, la piedra espiral en su</w:t>
      </w:r>
      <w:r>
        <w:rPr/>
        <w:t xml:space="preserve"> </w:t>
      </w:r>
      <w:r>
        <w:rPr/>
        <w:t>mano funcionando como una antena sintonizada con el cosmos. El océano se</w:t>
      </w:r>
      <w:r>
        <w:rPr/>
        <w:t xml:space="preserve"> </w:t>
      </w:r>
      <w:r>
        <w:rPr/>
        <w:t>convirtió en una extensión de su propia alma, cada cresta de ola una</w:t>
      </w:r>
      <w:r>
        <w:rPr/>
        <w:t xml:space="preserve"> </w:t>
      </w:r>
      <w:r>
        <w:rPr/>
        <w:t>sílaba en un alfabeto vibrante que se extendía desde el agua hasta las</w:t>
      </w:r>
      <w:r>
        <w:rPr/>
        <w:t xml:space="preserve"> </w:t>
      </w:r>
      <w:r>
        <w:rPr/>
        <w:t>estrellas.</w:t>
      </w:r>
    </w:p>
    <w:p>
      <w:pPr>
        <w:pStyle w:val="BodyText"/>
      </w:pPr>
      <w:r>
        <w:rPr/>
        <w:t>El lenguaje del cosmos era sutil: no verbal. En cambio, ondulatorio.</w:t>
      </w:r>
      <w:r>
        <w:rPr/>
        <w:t xml:space="preserve"> </w:t>
      </w:r>
      <w:r>
        <w:rPr/>
        <w:t>Ondas sinusoidales que transportaban la impronta de Montségur a través</w:t>
      </w:r>
      <w:r>
        <w:rPr/>
        <w:t xml:space="preserve"> </w:t>
      </w:r>
      <w:r>
        <w:rPr/>
        <w:t>de vacíos interestelares, creando ecos en galaxias distantes. Cerró los</w:t>
      </w:r>
      <w:r>
        <w:rPr/>
        <w:t xml:space="preserve"> </w:t>
      </w:r>
      <w:r>
        <w:rPr/>
        <w:t>ojos y dejó que el idioma la invadiera; no como sonido, sino como</w:t>
      </w:r>
      <w:r>
        <w:rPr/>
        <w:t xml:space="preserve"> </w:t>
      </w:r>
      <w:r>
        <w:rPr/>
        <w:t>presión sutil, un zumbido que descendía de las estrellas y ascendía del</w:t>
      </w:r>
      <w:r>
        <w:rPr/>
        <w:t xml:space="preserve"> </w:t>
      </w:r>
      <w:r>
        <w:rPr/>
        <w:t>océano, recorriendo su cuerpo como un código siendo descifrado en tiempo</w:t>
      </w:r>
      <w:r>
        <w:rPr/>
        <w:t xml:space="preserve"> </w:t>
      </w:r>
      <w:r>
        <w:rPr/>
        <w:t>real.</w:t>
      </w:r>
    </w:p>
    <w:p>
      <w:pPr>
        <w:pStyle w:val="BodyText"/>
      </w:pPr>
      <w:r>
        <w:rPr/>
        <w:t>La visión se expresó a través de la historia de sus traductores:</w:t>
      </w:r>
      <w:r>
        <w:rPr/>
        <w:t xml:space="preserve"> </w:t>
      </w:r>
      <w:r>
        <w:rPr/>
        <w:t>Gerberto en su observatorio romano, convirtiendo el movimiento de</w:t>
      </w:r>
      <w:r>
        <w:rPr/>
        <w:t xml:space="preserve"> </w:t>
      </w:r>
      <w:r>
        <w:rPr/>
        <w:t>astrolabios en ecuaciones cósmicas que describían no solo las órbitas</w:t>
      </w:r>
      <w:r>
        <w:rPr/>
        <w:t xml:space="preserve"> </w:t>
      </w:r>
      <w:r>
        <w:rPr/>
        <w:t>planetarias, sino las rutas emocionales del alma humana; el templario en</w:t>
      </w:r>
      <w:r>
        <w:rPr/>
        <w:t xml:space="preserve"> </w:t>
      </w:r>
      <w:r>
        <w:rPr/>
        <w:t>la ermita, grabando alineaciones como una gramática estelar donde cada</w:t>
      </w:r>
      <w:r>
        <w:rPr/>
        <w:t xml:space="preserve"> </w:t>
      </w:r>
      <w:r>
        <w:rPr/>
        <w:t>espiral representaba un verbo cósmico, el olor a noche infinita y cera</w:t>
      </w:r>
      <w:r>
        <w:rPr/>
        <w:t xml:space="preserve"> </w:t>
      </w:r>
      <w:r>
        <w:rPr/>
        <w:t>derretida pegándose al aire salino de Mar.</w:t>
      </w:r>
    </w:p>
    <w:p>
      <w:pPr>
        <w:pStyle w:val="BodyText"/>
      </w:pPr>
      <w:r>
        <w:rPr/>
        <w:t>El lenguaje del cosmos no era lineal como el habla humana, sino fractal;</w:t>
      </w:r>
      <w:r>
        <w:rPr/>
        <w:t xml:space="preserve"> </w:t>
      </w:r>
      <w:r>
        <w:rPr/>
        <w:t>espirales de galaxias representaban una sintaxis compleja donde las</w:t>
      </w:r>
      <w:r>
        <w:rPr/>
        <w:t xml:space="preserve"> </w:t>
      </w:r>
      <w:r>
        <w:rPr/>
        <w:t>frecuencias graves hablaban de traumas galácticos —agujeros negros que</w:t>
      </w:r>
      <w:r>
        <w:rPr/>
        <w:t xml:space="preserve"> </w:t>
      </w:r>
      <w:r>
        <w:rPr/>
        <w:t>devoraban sistemas enteros— y las agudas, de esperanzas universales</w:t>
      </w:r>
      <w:r>
        <w:rPr/>
        <w:t xml:space="preserve"> </w:t>
      </w:r>
      <w:r>
        <w:rPr/>
        <w:t>—nuevas estrellas naciendo en nebulosas fértiles. Mar sintió el</w:t>
      </w:r>
      <w:r>
        <w:rPr/>
        <w:t xml:space="preserve"> </w:t>
      </w:r>
      <w:r>
        <w:rPr/>
        <w:t>contrapunto lingüístico: el quietud aparente del espacio contra el</w:t>
      </w:r>
      <w:r>
        <w:rPr/>
        <w:t xml:space="preserve"> </w:t>
      </w:r>
      <w:r>
        <w:rPr/>
        <w:t>rugido silencioso de su creatividad perpetua.</w:t>
      </w:r>
    </w:p>
    <w:p>
      <w:pPr>
        <w:pStyle w:val="BodyText"/>
      </w:pPr>
      <w:r>
        <w:rPr/>
        <w:t>Un recuerdo se manifestó: Adrián en una noche de invierno berlinés,</w:t>
      </w:r>
      <w:r>
        <w:rPr/>
        <w:t xml:space="preserve"> </w:t>
      </w:r>
      <w:r>
        <w:rPr/>
        <w:t>señalando la Osa Mayor visible desde la ventana del estudio. «¿Sabes qué</w:t>
      </w:r>
      <w:r>
        <w:rPr/>
        <w:t xml:space="preserve"> </w:t>
      </w:r>
      <w:r>
        <w:rPr/>
        <w:t>es lo más hermoso de las constelaciones?», le había preguntado. «No es</w:t>
      </w:r>
      <w:r>
        <w:rPr/>
        <w:t xml:space="preserve"> </w:t>
      </w:r>
      <w:r>
        <w:rPr/>
        <w:t>que brillen. Es que cada una es una historia contada con luz, y</w:t>
      </w:r>
      <w:r>
        <w:rPr/>
        <w:t xml:space="preserve"> </w:t>
      </w:r>
      <w:r>
        <w:rPr/>
        <w:t>nosotros, desde aquí, somos sus lectores. El universo es un libro, Mar.</w:t>
      </w:r>
      <w:r>
        <w:rPr/>
        <w:t xml:space="preserve"> </w:t>
      </w:r>
      <w:r>
        <w:rPr/>
        <w:t>Y cada estrella es una nota musical en una partitura que nunca termina.»</w:t>
      </w:r>
    </w:p>
    <w:p>
      <w:pPr>
        <w:pStyle w:val="BodyText"/>
      </w:pPr>
      <w:r>
        <w:rPr/>
        <w:t>Probó la traducción cósmica. Sostuvo la piedra hacia una estrella que</w:t>
      </w:r>
      <w:r>
        <w:rPr/>
        <w:t xml:space="preserve"> </w:t>
      </w:r>
      <w:r>
        <w:rPr/>
        <w:t>parpadeaba en el horizonte y el cosmos respondió. Un bajo resonante hizo</w:t>
      </w:r>
      <w:r>
        <w:rPr/>
        <w:t xml:space="preserve"> </w:t>
      </w:r>
      <w:r>
        <w:rPr/>
        <w:t>vibrar la cubierta del ferry, las constelaciones «hablando» en armónicos</w:t>
      </w:r>
      <w:r>
        <w:rPr/>
        <w:t xml:space="preserve"> </w:t>
      </w:r>
      <w:r>
        <w:rPr/>
        <w:t>que revelaban fragmentos de conversaciones cósmicas: las plegarias</w:t>
      </w:r>
      <w:r>
        <w:rPr/>
        <w:t xml:space="preserve"> </w:t>
      </w:r>
      <w:r>
        <w:rPr/>
        <w:t>cátaras viajando en ondas gravitacionales hacia sistemas solares</w:t>
      </w:r>
      <w:r>
        <w:rPr/>
        <w:t xml:space="preserve"> </w:t>
      </w:r>
      <w:r>
        <w:rPr/>
        <w:t>desconocidos, la huida de Alix como una sintaxis de supervivencia que se</w:t>
      </w:r>
      <w:r>
        <w:rPr/>
        <w:t xml:space="preserve"> </w:t>
      </w:r>
      <w:r>
        <w:rPr/>
        <w:t>perpetuaba en cometas errantes.</w:t>
      </w:r>
    </w:p>
    <w:p>
      <w:pPr>
        <w:pStyle w:val="BodyText"/>
      </w:pPr>
      <w:r>
        <w:rPr/>
        <w:t>Mar entonó una pregunta vocal hacia la inmensidad, su voz fusionándose</w:t>
      </w:r>
      <w:r>
        <w:rPr/>
        <w:t xml:space="preserve"> </w:t>
      </w:r>
      <w:r>
        <w:rPr/>
        <w:t>con el éter del atardecer. Creó un diálogo imposible donde el Eco herido</w:t>
      </w:r>
      <w:r>
        <w:rPr/>
        <w:t xml:space="preserve"> </w:t>
      </w:r>
      <w:r>
        <w:rPr/>
        <w:t>por fin se expresaba en una polifonía que abarcaba desde planetas</w:t>
      </w:r>
      <w:r>
        <w:rPr/>
        <w:t xml:space="preserve"> </w:t>
      </w:r>
      <w:r>
        <w:rPr/>
        <w:t>rocosos hasta gas interestelar, cada nota una palabra en el vocabulario</w:t>
      </w:r>
      <w:r>
        <w:rPr/>
        <w:t xml:space="preserve"> </w:t>
      </w:r>
      <w:r>
        <w:rPr/>
        <w:t>infinito del universo.</w:t>
      </w:r>
    </w:p>
    <w:p>
      <w:pPr>
        <w:pStyle w:val="BodyText"/>
      </w:pPr>
      <w:r>
        <w:rPr/>
        <w:t>Reflexionó sobre su linaje de traductores cósmicos: Gerberto había</w:t>
      </w:r>
      <w:r>
        <w:rPr/>
        <w:t xml:space="preserve"> </w:t>
      </w:r>
      <w:r>
        <w:rPr/>
        <w:t>hablado este idioma en números y geometría; Anna Maria, en melodías que</w:t>
      </w:r>
      <w:r>
        <w:rPr/>
        <w:t xml:space="preserve"> </w:t>
      </w:r>
      <w:r>
        <w:rPr/>
        <w:t>imitaban el canto de las esferas; ILIBERIS, en códigos binarios que</w:t>
      </w:r>
      <w:r>
        <w:rPr/>
        <w:t xml:space="preserve"> </w:t>
      </w:r>
      <w:r>
        <w:rPr/>
        <w:t>intentaban digitalizar el latido del universo. Cada uno había traducido</w:t>
      </w:r>
      <w:r>
        <w:rPr/>
        <w:t xml:space="preserve"> </w:t>
      </w:r>
      <w:r>
        <w:rPr/>
        <w:t>fragmentos, pero ninguno había logrado la fluidez completa.</w:t>
      </w:r>
    </w:p>
    <w:p>
      <w:pPr>
        <w:pStyle w:val="BodyText"/>
      </w:pPr>
      <w:r>
        <w:rPr/>
        <w:t>Mar era la traductora unificadora: su empatía descifraba lo cósmico,</w:t>
      </w:r>
      <w:r>
        <w:rPr/>
        <w:t xml:space="preserve"> </w:t>
      </w:r>
      <w:r>
        <w:rPr/>
        <w:t>convirtiendo el lenguaje del universo en una sinfonía comprensible para</w:t>
      </w:r>
      <w:r>
        <w:rPr/>
        <w:t xml:space="preserve"> </w:t>
      </w:r>
      <w:r>
        <w:rPr/>
        <w:t>corazones humanos. La cicatriz bajo su clavícula pulsaba con serenidad</w:t>
      </w:r>
      <w:r>
        <w:rPr/>
        <w:t xml:space="preserve"> </w:t>
      </w:r>
      <w:r>
        <w:rPr/>
        <w:t>cósmica, un lingüista biológico que confirmaba la regla fundamental: el</w:t>
      </w:r>
      <w:r>
        <w:rPr/>
        <w:t xml:space="preserve"> </w:t>
      </w:r>
      <w:r>
        <w:rPr/>
        <w:t>lenguaje del cosmos no requería dominio académico. En cambio,</w:t>
      </w:r>
      <w:r>
        <w:rPr/>
        <w:t xml:space="preserve"> </w:t>
      </w:r>
      <w:r>
        <w:rPr/>
        <w:t>comprensión empática.</w:t>
      </w:r>
    </w:p>
    <w:p>
      <w:pPr>
        <w:pStyle w:val="BodyText"/>
      </w:pPr>
      <w:r>
        <w:rPr/>
        <w:t>Mientras la noche profundizaba la decodificación, Mar trazó patrones</w:t>
      </w:r>
      <w:r>
        <w:rPr/>
        <w:t xml:space="preserve"> </w:t>
      </w:r>
      <w:r>
        <w:rPr/>
        <w:t>estelares con el dedo en el aire nocturno, dejando que el zumbido se</w:t>
      </w:r>
      <w:r>
        <w:rPr/>
        <w:t xml:space="preserve"> </w:t>
      </w:r>
      <w:r>
        <w:rPr/>
        <w:t>convirtiera en un intérprete simultáneo. Desenterró la sintaxis de las</w:t>
      </w:r>
      <w:r>
        <w:rPr/>
        <w:t xml:space="preserve"> </w:t>
      </w:r>
      <w:r>
        <w:rPr/>
        <w:t>anomalías que Vasco había detectado en Islandia: no eran disrupciones,</w:t>
      </w:r>
      <w:r>
        <w:rPr/>
        <w:t xml:space="preserve"> </w:t>
      </w:r>
      <w:r>
        <w:rPr/>
        <w:t>sino preguntas primordiales que el universo se hacía a sí mismo a través</w:t>
      </w:r>
      <w:r>
        <w:rPr/>
        <w:t xml:space="preserve"> </w:t>
      </w:r>
      <w:r>
        <w:rPr/>
        <w:t>de las ballenas, sus cantos funcionando como traducción biológica de</w:t>
      </w:r>
      <w:r>
        <w:rPr/>
        <w:t xml:space="preserve"> </w:t>
      </w:r>
      <w:r>
        <w:rPr/>
        <w:t>conversaciones estelares.</w:t>
      </w:r>
    </w:p>
    <w:p>
      <w:pPr>
        <w:pStyle w:val="BodyText"/>
      </w:pPr>
      <w:r>
        <w:rPr/>
        <w:t>Sintió el peso de su herencia expandirse: ¿era ella la hablante final de</w:t>
      </w:r>
      <w:r>
        <w:rPr/>
        <w:t xml:space="preserve"> </w:t>
      </w:r>
      <w:r>
        <w:rPr/>
        <w:t>este lenguaje eterno, o solo la primera de una nueva generación de</w:t>
      </w:r>
      <w:r>
        <w:rPr/>
        <w:t xml:space="preserve"> </w:t>
      </w:r>
      <w:r>
        <w:rPr/>
        <w:t>intérpretes cósmicos?</w:t>
      </w:r>
    </w:p>
    <w:p>
      <w:pPr>
        <w:pStyle w:val="BodyText"/>
      </w:pPr>
      <w:r>
        <w:rPr/>
        <w:t>En un clímax de expresión lingüística, el lenguaje creció, las</w:t>
      </w:r>
      <w:r>
        <w:rPr/>
        <w:t xml:space="preserve"> </w:t>
      </w:r>
      <w:r>
        <w:rPr/>
        <w:t>vibraciones amenazando con convertirse en una torre de Babel cósmica.</w:t>
      </w:r>
      <w:r>
        <w:rPr/>
        <w:t xml:space="preserve"> </w:t>
      </w:r>
      <w:r>
        <w:rPr/>
        <w:t>Las estrellas parecían «crujir» como una sintaxis a punto de fracturarse</w:t>
      </w:r>
      <w:r>
        <w:rPr/>
        <w:t xml:space="preserve"> </w:t>
      </w:r>
      <w:r>
        <w:rPr/>
        <w:t>bajo el peso de demasiada información simultánea. Mar sintió el caos de</w:t>
      </w:r>
      <w:r>
        <w:rPr/>
        <w:t xml:space="preserve"> </w:t>
      </w:r>
      <w:r>
        <w:rPr/>
        <w:t>la comunicación pura del universo, pero no luchó contra él.</w:t>
      </w:r>
    </w:p>
    <w:p>
      <w:pPr>
        <w:pStyle w:val="BodyText"/>
      </w:pPr>
      <w:r>
        <w:rPr/>
        <w:t>Se convirtió en el canal. Enfocó su ser en la empatía, traduciendo el</w:t>
      </w:r>
      <w:r>
        <w:rPr/>
        <w:t xml:space="preserve"> </w:t>
      </w:r>
      <w:r>
        <w:rPr/>
        <w:t>flujo cósmico, dándole un sentido accesible a la mente humana. No</w:t>
      </w:r>
      <w:r>
        <w:rPr/>
        <w:t xml:space="preserve"> </w:t>
      </w:r>
      <w:r>
        <w:rPr/>
        <w:t>intentó controlar el torrente de información; lo organizó, lo afinó, lo</w:t>
      </w:r>
      <w:r>
        <w:rPr/>
        <w:t xml:space="preserve"> </w:t>
      </w:r>
      <w:r>
        <w:rPr/>
        <w:t>convirtió en música. El Eco se estabilizó en un tono que era a la vez</w:t>
      </w:r>
      <w:r>
        <w:rPr/>
        <w:t xml:space="preserve"> </w:t>
      </w:r>
      <w:r>
        <w:rPr/>
        <w:t>cósmica y humana.</w:t>
      </w:r>
    </w:p>
    <w:p>
      <w:pPr>
        <w:pStyle w:val="BodyText"/>
      </w:pPr>
      <w:r>
        <w:rPr/>
        <w:t>Al amanecer sobre el Cantábrico, el lenguaje del cosmos culminó en</w:t>
      </w:r>
      <w:r>
        <w:rPr/>
        <w:t xml:space="preserve"> </w:t>
      </w:r>
      <w:r>
        <w:rPr/>
        <w:t>claridad total. Mar emergió con una nueva voz, una comprensión que la</w:t>
      </w:r>
      <w:r>
        <w:rPr/>
        <w:t xml:space="preserve"> </w:t>
      </w:r>
      <w:r>
        <w:rPr/>
        <w:t>preparaba para la fase final de su transformación. Ya no era solo la</w:t>
      </w:r>
      <w:r>
        <w:rPr/>
        <w:t xml:space="preserve"> </w:t>
      </w:r>
      <w:r>
        <w:rPr/>
        <w:t>custodio del Eco terrestre; se había convertido en la primera embajadora</w:t>
      </w:r>
      <w:r>
        <w:rPr/>
        <w:t xml:space="preserve"> </w:t>
      </w:r>
      <w:r>
        <w:rPr/>
        <w:t>entre el tono humana y la cósmica.</w:t>
      </w:r>
    </w:p>
    <w:p>
      <w:pPr>
        <w:pStyle w:val="BodyText"/>
      </w:pPr>
      <w:r>
        <w:rPr/>
        <w:t>Por primera vez comprendió que el Eco no era un fenómeno local de la</w:t>
      </w:r>
      <w:r>
        <w:rPr/>
        <w:t xml:space="preserve"> </w:t>
      </w:r>
      <w:r>
        <w:rPr/>
        <w:t>Tierra. Era una nota en una sinfonía galáctica, y su misión se extendía</w:t>
      </w:r>
      <w:r>
        <w:rPr/>
        <w:t xml:space="preserve"> </w:t>
      </w:r>
      <w:r>
        <w:rPr/>
        <w:t>mucho más allá de sanar una herida medieval. Era parte de una</w:t>
      </w:r>
      <w:r>
        <w:rPr/>
        <w:t xml:space="preserve"> </w:t>
      </w:r>
      <w:r>
        <w:rPr/>
        <w:t>conversación que abarcaba eones y años luz.</w:t>
      </w:r>
    </w:p>
    <w:p>
      <w:pPr>
        <w:pStyle w:val="BodyText"/>
      </w:pPr>
      <w:r>
        <w:rPr/>
        <w:t>El quietud ya no era solo lingüístico. Era poliglota, capaz de hablar</w:t>
      </w:r>
      <w:r>
        <w:rPr/>
        <w:t xml:space="preserve"> </w:t>
      </w:r>
      <w:r>
        <w:rPr/>
        <w:t>tanto con el corazón humano como con el pulso de las estrellas. Y Mar,</w:t>
      </w:r>
      <w:r>
        <w:rPr/>
        <w:t xml:space="preserve"> </w:t>
      </w:r>
      <w:r>
        <w:rPr/>
        <w:t>por fin, entendía que su verdadero viaje apenas había comenzado.</w:t>
      </w:r>
    </w:p>
    <w:p>
      <w:pPr>
        <w:pStyle w:val="Heading1"/>
      </w:pPr>
      <w:r>
        <w:rPr/>
        <w:t>CAPÍTULO 26. EL PATRÓN DE RESONANCIA</w:t>
      </w:r>
    </w:p>
    <w:p>
      <w:pPr/>
      <w:r>
        <w:rPr/>
        <w:t>El azar no es más que una melodía cuyas conexiones aún no hemos</w:t>
      </w:r>
      <w:r>
        <w:rPr/>
        <w:t xml:space="preserve"> </w:t>
      </w:r>
      <w:r>
        <w:rPr/>
        <w:t>aprendido a escuchar.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La experiencia en el ferry había dejado a Mar en un estado de lucidez</w:t>
      </w:r>
      <w:r>
        <w:rPr/>
        <w:t xml:space="preserve"> </w:t>
      </w:r>
      <w:r>
        <w:rPr/>
        <w:t>que trascendía lo humano. Al llegar al puerto de Santander, no se</w:t>
      </w:r>
      <w:r>
        <w:rPr/>
        <w:t xml:space="preserve"> </w:t>
      </w:r>
      <w:r>
        <w:rPr/>
        <w:t>dirigió hacia el interior de España como había planeado, sino que siguió</w:t>
      </w:r>
      <w:r>
        <w:rPr/>
        <w:t xml:space="preserve"> </w:t>
      </w:r>
      <w:r>
        <w:rPr/>
        <w:t>un impulso que la llevó hacia el norte, hacia los acantilados que</w:t>
      </w:r>
      <w:r>
        <w:rPr/>
        <w:t xml:space="preserve"> </w:t>
      </w:r>
      <w:r>
        <w:rPr/>
        <w:t>miraban al Cantábrico. Necesitaba tierra firme bajo sus pies para</w:t>
      </w:r>
      <w:r>
        <w:rPr/>
        <w:t xml:space="preserve"> </w:t>
      </w:r>
      <w:r>
        <w:rPr/>
        <w:t>procesar la inmensidad de lo que había experimentado en el océano.</w:t>
      </w:r>
    </w:p>
    <w:p>
      <w:pPr>
        <w:pStyle w:val="BodyText"/>
      </w:pPr>
      <w:r>
        <w:rPr/>
        <w:t>El patrón se reveló en la primera hora del amanecer.</w:t>
      </w:r>
    </w:p>
    <w:p>
      <w:pPr>
        <w:pStyle w:val="BodyText"/>
      </w:pPr>
      <w:r>
        <w:rPr/>
        <w:t>Desde un promontorio rocoso, observando las olas chocar contra la piedra</w:t>
      </w:r>
      <w:r>
        <w:rPr/>
        <w:t xml:space="preserve"> </w:t>
      </w:r>
      <w:r>
        <w:rPr/>
        <w:t>milenaria, Mar comenzó a percibir algo más allá del mero movimiento del</w:t>
      </w:r>
      <w:r>
        <w:rPr/>
        <w:t xml:space="preserve"> </w:t>
      </w:r>
      <w:r>
        <w:rPr/>
        <w:t>agua. Había un ritmo, una cadencia que su mente recién afinada reconocía</w:t>
      </w:r>
      <w:r>
        <w:rPr/>
        <w:t xml:space="preserve"> </w:t>
      </w:r>
      <w:r>
        <w:rPr/>
        <w:t>como familiar.</w:t>
      </w:r>
    </w:p>
    <w:p>
      <w:pPr>
        <w:pStyle w:val="BodyText"/>
      </w:pPr>
      <w:r>
        <w:rPr/>
        <w:t>Sacó su cuaderno y comenzó a anotar, no palabras, sino ondas. Trazaba</w:t>
      </w:r>
      <w:r>
        <w:rPr/>
        <w:t xml:space="preserve"> </w:t>
      </w:r>
      <w:r>
        <w:rPr/>
        <w:t>curvas que seguían el ritmo del mar, y poco a poco, la revelación</w:t>
      </w:r>
      <w:r>
        <w:rPr/>
        <w:t xml:space="preserve"> </w:t>
      </w:r>
      <w:r>
        <w:rPr/>
        <w:t>emergió como una certeza luminosa: las olas no seguían solo las leyes de</w:t>
      </w:r>
      <w:r>
        <w:rPr/>
        <w:t xml:space="preserve"> </w:t>
      </w:r>
      <w:r>
        <w:rPr/>
        <w:t>la física oceánica. Seguían la misma secuencia fibonacci que había</w:t>
      </w:r>
      <w:r>
        <w:rPr/>
        <w:t xml:space="preserve"> </w:t>
      </w:r>
      <w:r>
        <w:rPr/>
        <w:t>encontrado en las espirales de los manuscritos templarios. El mar estaba</w:t>
      </w:r>
      <w:r>
        <w:rPr/>
        <w:t xml:space="preserve"> </w:t>
      </w:r>
      <w:r>
        <w:rPr/>
        <w:t>hablando en el mismo idioma que las piedras de San Juan de Duero.</w:t>
      </w:r>
    </w:p>
    <w:p>
      <w:pPr>
        <w:pStyle w:val="BodyText"/>
      </w:pPr>
      <w:r>
        <w:rPr/>
        <w:t>La comprensión la golpeó como un rayo de claridad dolorosa. La</w:t>
      </w:r>
      <w:r>
        <w:rPr/>
        <w:t xml:space="preserve"> </w:t>
      </w:r>
      <w:r>
        <w:rPr/>
        <w:t>reverberación no era solo un tono. Era una estructura de resonancia</w:t>
      </w:r>
      <w:r>
        <w:rPr/>
        <w:t xml:space="preserve"> </w:t>
      </w:r>
      <w:r>
        <w:rPr/>
        <w:t>universal que se manifestaba en todo: en las olas del mar, en la</w:t>
      </w:r>
      <w:r>
        <w:rPr/>
        <w:t xml:space="preserve"> </w:t>
      </w:r>
      <w:r>
        <w:rPr/>
        <w:t>disposición de las hojas en una rama, en los latidos de su propio</w:t>
      </w:r>
      <w:r>
        <w:rPr/>
        <w:t xml:space="preserve"> </w:t>
      </w:r>
      <w:r>
        <w:rPr/>
        <w:t>corazón cuando se sincronizaba con la piedra espiral.</w:t>
      </w:r>
    </w:p>
    <w:p>
      <w:pPr>
        <w:pStyle w:val="BodyText"/>
      </w:pPr>
      <w:r>
        <w:rPr/>
        <w:t>Kreuzberg, 1997. Una tarde de lluvia.</w:t>
      </w:r>
    </w:p>
    <w:p>
      <w:pPr>
        <w:pStyle w:val="BodyText"/>
      </w:pPr>
      <w:r>
        <w:rPr/>
        <w:t>Adrián la había encontrado dibujando espirales en el vapor del cristal</w:t>
      </w:r>
      <w:r>
        <w:rPr/>
        <w:t xml:space="preserve"> </w:t>
      </w:r>
      <w:r>
        <w:rPr/>
        <w:t>de la ventana, trazos inconscientes que su dedo componía mientras</w:t>
      </w:r>
      <w:r>
        <w:rPr/>
        <w:t xml:space="preserve"> </w:t>
      </w:r>
      <w:r>
        <w:rPr/>
        <w:t>escuchaba el agua golpear contra el vidrio.</w:t>
      </w:r>
    </w:p>
    <w:p>
      <w:pPr>
        <w:pStyle w:val="BodyText"/>
      </w:pPr>
      <w:r>
        <w:rPr/>
        <w:t>«¿Sabes qué estás dibujando?», le había preguntado, acercándose por</w:t>
      </w:r>
      <w:r>
        <w:rPr/>
        <w:t xml:space="preserve"> </w:t>
      </w:r>
      <w:r>
        <w:rPr/>
        <w:t>detrás y apoyando su mentón en su hombro.</w:t>
      </w:r>
    </w:p>
    <w:p>
      <w:pPr>
        <w:pStyle w:val="BodyText"/>
      </w:pPr>
      <w:r>
        <w:rPr/>
        <w:t>«No… solo me sale», había respondido Mar, casi avergonzada de su</w:t>
      </w:r>
      <w:r>
        <w:rPr/>
        <w:t xml:space="preserve"> </w:t>
      </w:r>
      <w:r>
        <w:rPr/>
        <w:t>automatismo.</w:t>
      </w:r>
    </w:p>
    <w:p>
      <w:pPr>
        <w:pStyle w:val="BodyText"/>
      </w:pPr>
      <w:r>
        <w:rPr/>
        <w:t>«Es la proporción áurea. Phi. 1.618. El número de oro que aparece en</w:t>
      </w:r>
      <w:r>
        <w:rPr/>
        <w:t xml:space="preserve"> </w:t>
      </w:r>
      <w:r>
        <w:rPr/>
        <w:t>todo lo que crece, en todo lo que vive. Las galaxias lo siguen. Los</w:t>
      </w:r>
      <w:r>
        <w:rPr/>
        <w:t xml:space="preserve"> </w:t>
      </w:r>
      <w:r>
        <w:rPr/>
        <w:t>caracoles lo usan. Tu subconsciente lo conoce», le susurró al oído, su</w:t>
      </w:r>
      <w:r>
        <w:rPr/>
        <w:t xml:space="preserve"> </w:t>
      </w:r>
      <w:r>
        <w:rPr/>
        <w:t>aliento cálido contrastando con el frío del cristal. «Estás dibujando la</w:t>
      </w:r>
      <w:r>
        <w:rPr/>
        <w:t xml:space="preserve"> </w:t>
      </w:r>
      <w:r>
        <w:rPr/>
        <w:t>gramática secreta del universo.»</w:t>
      </w:r>
    </w:p>
    <w:p>
      <w:pPr>
        <w:pStyle w:val="BodyText"/>
      </w:pPr>
      <w:r>
        <w:rPr/>
        <w:t>Había girado entre sus brazos, y él había trazado la misma espiral en su</w:t>
      </w:r>
      <w:r>
        <w:rPr/>
        <w:t xml:space="preserve"> </w:t>
      </w:r>
      <w:r>
        <w:rPr/>
        <w:t>clavícula con el dedo, justo donde ahora tenía la cicatriz. «Quizás por</w:t>
      </w:r>
      <w:r>
        <w:rPr/>
        <w:t xml:space="preserve"> </w:t>
      </w:r>
      <w:r>
        <w:rPr/>
        <w:t>eso te reconocí la primera noche en Tresor. Porque eres la encarnación</w:t>
      </w:r>
      <w:r>
        <w:rPr/>
        <w:t xml:space="preserve"> </w:t>
      </w:r>
      <w:r>
        <w:rPr/>
        <w:t>de esa espiral. Eres phi hecho carne.»</w:t>
      </w:r>
    </w:p>
    <w:p>
      <w:pPr>
        <w:pStyle w:val="BodyText"/>
      </w:pPr>
      <w:r>
        <w:rPr/>
        <w:t>Se habían besado entonces, con esa urgencia que solo nace cuando dos</w:t>
      </w:r>
      <w:r>
        <w:rPr/>
        <w:t xml:space="preserve"> </w:t>
      </w:r>
      <w:r>
        <w:rPr/>
        <w:t>personas descubren que hablan el mismo idioma secreto. Un lenguaje que</w:t>
      </w:r>
      <w:r>
        <w:rPr/>
        <w:t xml:space="preserve"> </w:t>
      </w:r>
      <w:r>
        <w:rPr/>
        <w:t>el mundo exterior ni siquiera sabe que existe.</w:t>
      </w:r>
    </w:p>
    <w:p>
      <w:pPr>
        <w:pStyle w:val="BodyText"/>
      </w:pPr>
      <w:r>
        <w:rPr/>
        <w:t>El recuerdo se desvaneció como el vapor en aquel cristal berlinés. Mar</w:t>
      </w:r>
      <w:r>
        <w:rPr/>
        <w:t xml:space="preserve"> </w:t>
      </w:r>
      <w:r>
        <w:rPr/>
        <w:t>se encontró de nuevo en el acantilado de Santander, tocando la cicatriz,</w:t>
      </w:r>
      <w:r>
        <w:rPr/>
        <w:t xml:space="preserve"> </w:t>
      </w:r>
      <w:r>
        <w:rPr/>
        <w:t>sintiendo la vibración de aquel beso como una nota que aún resonaba</w:t>
      </w:r>
      <w:r>
        <w:rPr/>
        <w:t xml:space="preserve"> </w:t>
      </w:r>
      <w:r>
        <w:rPr/>
        <w:t>después de todos estos años. Pero ahora entendía que Adrián no había</w:t>
      </w:r>
      <w:r>
        <w:rPr/>
        <w:t xml:space="preserve"> </w:t>
      </w:r>
      <w:r>
        <w:rPr/>
        <w:t>estado siendo romántico. Había estado siendo literal.</w:t>
      </w:r>
    </w:p>
    <w:p>
      <w:pPr>
        <w:pStyle w:val="BodyText"/>
      </w:pPr>
      <w:r>
        <w:rPr/>
        <w:t>Volvió al cuaderno con una urgencia febril. Si la estructura de</w:t>
      </w:r>
      <w:r>
        <w:rPr/>
        <w:t xml:space="preserve"> </w:t>
      </w:r>
      <w:r>
        <w:rPr/>
        <w:t>resonancia era universal, entonces tenía que manifestarse en todo el</w:t>
      </w:r>
      <w:r>
        <w:rPr/>
        <w:t xml:space="preserve"> </w:t>
      </w:r>
      <w:r>
        <w:rPr/>
        <w:t>linaje de custodios. Empezó a hacer cálculos, midiendo las fechas entre</w:t>
      </w:r>
      <w:r>
        <w:rPr/>
        <w:t xml:space="preserve"> </w:t>
      </w:r>
      <w:r>
        <w:rPr/>
        <w:t>las apariciones de la reverberación: Gerberto en el año 999, Arnaldo en</w:t>
      </w:r>
      <w:r>
        <w:rPr/>
        <w:t xml:space="preserve"> </w:t>
      </w:r>
      <w:r>
        <w:rPr/>
        <w:t>1244, Anna Maria hacia 1776, ILIBERIS en 1998…</w:t>
      </w:r>
    </w:p>
    <w:p>
      <w:pPr>
        <w:pStyle w:val="BodyText"/>
      </w:pPr>
      <w:r>
        <w:rPr/>
        <w:t>Los intervalos no eran aleatorios. Seguían una progresión que resonaba</w:t>
      </w:r>
      <w:r>
        <w:rPr/>
        <w:t xml:space="preserve"> </w:t>
      </w:r>
      <w:r>
        <w:rPr/>
        <w:t>con ciclos universales de crecimiento, una cadencia que se aceleraba</w:t>
      </w:r>
      <w:r>
        <w:rPr/>
        <w:t xml:space="preserve"> </w:t>
      </w:r>
      <w:r>
        <w:rPr/>
        <w:t>como los latidos de un corazón que se prepara para algo definitivo. Como</w:t>
      </w:r>
      <w:r>
        <w:rPr/>
        <w:t xml:space="preserve"> </w:t>
      </w:r>
      <w:r>
        <w:rPr/>
        <w:t>si el universo estuviera afinándose, preparándose para un tono final.</w:t>
      </w:r>
    </w:p>
    <w:p>
      <w:pPr>
        <w:pStyle w:val="BodyText"/>
      </w:pPr>
      <w:r>
        <w:rPr/>
        <w:t>245 años entre Gerberto y Arnaldo.</w:t>
      </w:r>
    </w:p>
    <w:p>
      <w:pPr>
        <w:pStyle w:val="BodyText"/>
      </w:pPr>
      <w:r>
        <w:rPr/>
        <w:t>532 años entre Arnaldo y Anna Maria.</w:t>
      </w:r>
    </w:p>
    <w:p>
      <w:pPr>
        <w:pStyle w:val="BodyText"/>
      </w:pPr>
      <w:r>
        <w:rPr/>
        <w:t>222 años entre Anna Maria e ILIBERIS.</w:t>
      </w:r>
    </w:p>
    <w:p>
      <w:pPr>
        <w:pStyle w:val="BodyText"/>
      </w:pPr>
      <w:r>
        <w:rPr/>
        <w:t>Y ahora, 25 años después de ILIBERIS, estaba ella.</w:t>
      </w:r>
    </w:p>
    <w:p>
      <w:pPr>
        <w:pStyle w:val="BodyText"/>
      </w:pPr>
      <w:r>
        <w:rPr/>
        <w:t>La progresión se aceleraba, siguiendo una curva que se dirigía hacia un</w:t>
      </w:r>
      <w:r>
        <w:rPr/>
        <w:t xml:space="preserve"> </w:t>
      </w:r>
      <w:r>
        <w:rPr/>
        <w:t>punto de convergencia. Un momento donde todas las frecuencias de</w:t>
      </w:r>
      <w:r>
        <w:rPr/>
        <w:t xml:space="preserve"> </w:t>
      </w:r>
      <w:r>
        <w:rPr/>
        <w:t>resonancia del universo se alinearían en una sola nota.</w:t>
      </w:r>
    </w:p>
    <w:p>
      <w:pPr>
        <w:pStyle w:val="BodyText"/>
      </w:pPr>
      <w:r>
        <w:rPr/>
        <w:t>Mar comprendió con horror y asombro que no era casualidad que ella fuera</w:t>
      </w:r>
      <w:r>
        <w:rPr/>
        <w:t xml:space="preserve"> </w:t>
      </w:r>
      <w:r>
        <w:rPr/>
        <w:t>la última custodia. Era la convergencia misma. El punto donde la espiral</w:t>
      </w:r>
      <w:r>
        <w:rPr/>
        <w:t xml:space="preserve"> </w:t>
      </w:r>
      <w:r>
        <w:rPr/>
        <w:t>se cerraba sobre sí misma, donde la melodía milenaria encontraba su</w:t>
      </w:r>
      <w:r>
        <w:rPr/>
        <w:t xml:space="preserve"> </w:t>
      </w:r>
      <w:r>
        <w:rPr/>
        <w:t>resolución.</w:t>
      </w:r>
    </w:p>
    <w:p>
      <w:pPr>
        <w:pStyle w:val="BodyText"/>
      </w:pPr>
      <w:r>
        <w:rPr/>
        <w:t>Se sentó en la hierba húmeda, con el cuaderno sobre las rodillas, viendo</w:t>
      </w:r>
      <w:r>
        <w:rPr/>
        <w:t xml:space="preserve"> </w:t>
      </w:r>
      <w:r>
        <w:rPr/>
        <w:t>su propia vida transformarse de biografía personal a ecuación cósmica.</w:t>
      </w:r>
      <w:r>
        <w:rPr/>
        <w:t xml:space="preserve"> </w:t>
      </w:r>
      <w:r>
        <w:rPr/>
        <w:t>Todo había sido una preparación para este momento: su encuentro con</w:t>
      </w:r>
      <w:r>
        <w:rPr/>
        <w:t xml:space="preserve"> </w:t>
      </w:r>
      <w:r>
        <w:rPr/>
        <w:t>Adrián, la desaparición de él, su propio despertar al Eco. Incluso su</w:t>
      </w:r>
      <w:r>
        <w:rPr/>
        <w:t xml:space="preserve"> </w:t>
      </w:r>
      <w:r>
        <w:rPr/>
        <w:t>dolor había sido parte del patrón.</w:t>
      </w:r>
    </w:p>
    <w:p>
      <w:pPr>
        <w:pStyle w:val="BodyText"/>
      </w:pPr>
      <w:r>
        <w:rPr/>
        <w:t>El teléfono vibró en su bolsillo. Un mensaje de Vasco: «Siento que algo</w:t>
      </w:r>
      <w:r>
        <w:rPr/>
        <w:t xml:space="preserve"> </w:t>
      </w:r>
      <w:r>
        <w:rPr/>
        <w:t>ha cambiado. ¿Dónde estás?»</w:t>
      </w:r>
    </w:p>
    <w:p>
      <w:pPr>
        <w:pStyle w:val="BodyText"/>
      </w:pPr>
      <w:r>
        <w:rPr/>
        <w:t>Le envió la ubicación sin dudar. Sabía que él vendría. El Eco llamaba no</w:t>
      </w:r>
      <w:r>
        <w:rPr/>
        <w:t xml:space="preserve"> </w:t>
      </w:r>
      <w:r>
        <w:rPr/>
        <w:t>solo a través de frecuencias sonoras, sino también a través de</w:t>
      </w:r>
      <w:r>
        <w:rPr/>
        <w:t xml:space="preserve"> </w:t>
      </w:r>
      <w:r>
        <w:rPr/>
        <w:t>conexiones que trascendían la distancia.</w:t>
      </w:r>
    </w:p>
    <w:p>
      <w:pPr>
        <w:pStyle w:val="BodyText"/>
      </w:pPr>
      <w:r>
        <w:rPr/>
        <w:t>El viento cambió de dirección, y con él llegó una presencia que</w:t>
      </w:r>
      <w:r>
        <w:rPr/>
        <w:t xml:space="preserve"> </w:t>
      </w:r>
      <w:r>
        <w:rPr/>
        <w:t>reconoció antes de verla. Vasco emergió del sendero costero, el cabello</w:t>
      </w:r>
      <w:r>
        <w:rPr/>
        <w:t xml:space="preserve"> </w:t>
      </w:r>
      <w:r>
        <w:rPr/>
        <w:t>revuelto por la brisa marina, la chaqueta de paño empapada de rocío.</w:t>
      </w:r>
      <w:r>
        <w:rPr/>
        <w:t xml:space="preserve"> </w:t>
      </w:r>
      <w:r>
        <w:rPr/>
        <w:t>Había corrido. Sus ojos revelaban la urgencia de quien acaba de</w:t>
      </w:r>
      <w:r>
        <w:rPr/>
        <w:t xml:space="preserve"> </w:t>
      </w:r>
      <w:r>
        <w:rPr/>
        <w:t>confirmar algo que apenas se atrevía a intuir.</w:t>
      </w:r>
    </w:p>
    <w:p>
      <w:pPr>
        <w:pStyle w:val="BodyText"/>
      </w:pPr>
      <w:r>
        <w:rPr/>
        <w:t>«Te estaba buscando», dijo él, deteniéndose a unos metros de distancia,</w:t>
      </w:r>
      <w:r>
        <w:rPr/>
        <w:t xml:space="preserve"> </w:t>
      </w:r>
      <w:r>
        <w:rPr/>
        <w:t>recuperando el aliento. «Sentí… algo. Una llamada.»</w:t>
      </w:r>
    </w:p>
    <w:p>
      <w:pPr>
        <w:pStyle w:val="BodyText"/>
      </w:pPr>
      <w:r>
        <w:rPr/>
        <w:t>«El patrón se está completando», dijo Mar sin levantar la vista del</w:t>
      </w:r>
      <w:r>
        <w:rPr/>
        <w:t xml:space="preserve"> </w:t>
      </w:r>
      <w:r>
        <w:rPr/>
        <w:t>cuaderno. «Y tú eres parte de él. No eres solo un observador, Vasco.</w:t>
      </w:r>
      <w:r>
        <w:rPr/>
        <w:t xml:space="preserve"> </w:t>
      </w:r>
      <w:r>
        <w:rPr/>
        <w:t>Eres la siguiente nota de la secuencia.»</w:t>
      </w:r>
    </w:p>
    <w:p>
      <w:pPr>
        <w:pStyle w:val="BodyText"/>
      </w:pPr>
      <w:r>
        <w:rPr/>
        <w:t>Le mostró los cálculos, las curvas, las progresiones. Vasco se acercó, y</w:t>
      </w:r>
      <w:r>
        <w:rPr/>
        <w:t xml:space="preserve"> </w:t>
      </w:r>
      <w:r>
        <w:rPr/>
        <w:t>juntos contemplaron la matemática del destino desplegada en páginas de</w:t>
      </w:r>
      <w:r>
        <w:rPr/>
        <w:t xml:space="preserve"> </w:t>
      </w:r>
      <w:r>
        <w:rPr/>
        <w:t>papel ordinario.</w:t>
      </w:r>
    </w:p>
    <w:p>
      <w:pPr>
        <w:pStyle w:val="BodyText"/>
      </w:pPr>
      <w:r>
        <w:rPr/>
        <w:t>«Si esto es cierto», murmuró Vasco, «entonces todo lo que hemos vivido,</w:t>
      </w:r>
      <w:r>
        <w:rPr/>
        <w:t xml:space="preserve"> </w:t>
      </w:r>
      <w:r>
        <w:rPr/>
        <w:t>todo lo que estamos viviendo…»</w:t>
      </w:r>
    </w:p>
    <w:p>
      <w:pPr>
        <w:pStyle w:val="BodyText"/>
      </w:pPr>
      <w:r>
        <w:rPr/>
        <w:t>«Es una sinfonía que se está componiendo a sí misma», completó Mar. «Y</w:t>
      </w:r>
      <w:r>
        <w:rPr/>
        <w:t xml:space="preserve"> </w:t>
      </w:r>
      <w:r>
        <w:rPr/>
        <w:t>ahora, por primera vez en mil años, tenemos la oportunidad de escuchar</w:t>
      </w:r>
      <w:r>
        <w:rPr/>
        <w:t xml:space="preserve"> </w:t>
      </w:r>
      <w:r>
        <w:rPr/>
        <w:t>el acorde final antes de que suene.»</w:t>
      </w:r>
    </w:p>
    <w:p>
      <w:pPr>
        <w:pStyle w:val="BodyText"/>
      </w:pPr>
      <w:r>
        <w:rPr/>
        <w:t>Pasaron horas en aquel acantilado, trazando líneas entre puntos</w:t>
      </w:r>
      <w:r>
        <w:rPr/>
        <w:t xml:space="preserve"> </w:t>
      </w:r>
      <w:r>
        <w:rPr/>
        <w:t>históricos, calculando resonancias futuras. Vasco aportó su rigor</w:t>
      </w:r>
      <w:r>
        <w:rPr/>
        <w:t xml:space="preserve"> </w:t>
      </w:r>
      <w:r>
        <w:rPr/>
        <w:t>académico al misticismo intuitivo de Mar, y juntos crearon un mapa que</w:t>
      </w:r>
      <w:r>
        <w:rPr/>
        <w:t xml:space="preserve"> </w:t>
      </w:r>
      <w:r>
        <w:rPr/>
        <w:t>era tanto ciencia como profecía.</w:t>
      </w:r>
    </w:p>
    <w:p>
      <w:pPr>
        <w:pStyle w:val="BodyText"/>
      </w:pPr>
      <w:r>
        <w:rPr/>
        <w:t>Cuando el sol comenzaba a ponerse sobre el Cantábrico, tiñendo el cielo</w:t>
      </w:r>
      <w:r>
        <w:rPr/>
        <w:t xml:space="preserve"> </w:t>
      </w:r>
      <w:r>
        <w:rPr/>
        <w:t>de los mismos colores ocres que habían visto en Soria, Mar guardó el</w:t>
      </w:r>
      <w:r>
        <w:rPr/>
        <w:t xml:space="preserve"> </w:t>
      </w:r>
      <w:r>
        <w:rPr/>
        <w:t>cuaderno con una sensación de completitud que no había experimentado</w:t>
      </w:r>
      <w:r>
        <w:rPr/>
        <w:t xml:space="preserve"> </w:t>
      </w:r>
      <w:r>
        <w:rPr/>
        <w:t>desde Berlín. La estructura de resonancia se extendía ante ellos, no</w:t>
      </w:r>
      <w:r>
        <w:rPr/>
        <w:t xml:space="preserve"> </w:t>
      </w:r>
      <w:r>
        <w:rPr/>
        <w:t>como un destino ineludible, sino como una partitura que por fin podían</w:t>
      </w:r>
      <w:r>
        <w:rPr/>
        <w:t xml:space="preserve"> </w:t>
      </w:r>
      <w:r>
        <w:rPr/>
        <w:t>leer juntos.</w:t>
      </w:r>
    </w:p>
    <w:p>
      <w:pPr>
        <w:pStyle w:val="BodyText"/>
      </w:pPr>
      <w:r>
        <w:rPr/>
        <w:t>Por primera vez desde el comienzo de su búsqueda, Mar sintió que no</w:t>
      </w:r>
      <w:r>
        <w:rPr/>
        <w:t xml:space="preserve"> </w:t>
      </w:r>
      <w:r>
        <w:rPr/>
        <w:t>estaba sola en su comprensión. El Eco había encontrado no uno, sino dos</w:t>
      </w:r>
      <w:r>
        <w:rPr/>
        <w:t xml:space="preserve"> </w:t>
      </w:r>
      <w:r>
        <w:rPr/>
        <w:t>intérpretes. Y la música que estaba por venir sería, por fin, una</w:t>
      </w:r>
      <w:r>
        <w:rPr/>
        <w:t xml:space="preserve"> </w:t>
      </w:r>
      <w:r>
        <w:rPr/>
        <w:t>conversación en lugar de un monólogo.</w:t>
      </w:r>
    </w:p>
    <w:p>
      <w:pPr>
        <w:pStyle w:val="BodyText"/>
      </w:pPr>
      <w:r>
        <w:rPr/>
        <w:t>Vasco partiría al día siguiente de regreso a Lisboa para preparar la</w:t>
      </w:r>
      <w:r>
        <w:rPr/>
        <w:t xml:space="preserve"> </w:t>
      </w:r>
      <w:r>
        <w:rPr/>
        <w:t>publicación de sus hallazgos. Mar continuaría hacia los Pirineos, donde</w:t>
      </w:r>
      <w:r>
        <w:rPr/>
        <w:t xml:space="preserve"> </w:t>
      </w:r>
      <w:r>
        <w:rPr/>
        <w:t>la frecuencia la llamaba. Pero ahora ambos sabían que no caminaban</w:t>
      </w:r>
      <w:r>
        <w:rPr/>
        <w:t xml:space="preserve"> </w:t>
      </w:r>
      <w:r>
        <w:rPr/>
        <w:t>solos. La red estaba comenzando a tejer sus primeros hilos.</w:t>
      </w:r>
    </w:p>
    <w:p>
      <w:pPr>
        <w:pStyle w:val="BodyText"/>
      </w:pPr>
      <w:r>
        <w:rPr/>
        <w:t>La era de los custodios solitarios había terminado. La era de la red</w:t>
      </w:r>
      <w:r>
        <w:rPr/>
        <w:t xml:space="preserve"> </w:t>
      </w:r>
      <w:r>
        <w:rPr/>
        <w:t>había comenzado.</w:t>
      </w:r>
    </w:p>
    <w:p>
      <w:pPr>
        <w:pStyle w:val="Heading1"/>
      </w:pPr>
      <w:r>
        <w:rPr/>
        <w:t>CAPÍTULO 27. LA GUARDIANA DEL FARO</w:t>
      </w:r>
    </w:p>
    <w:p>
      <w:pPr>
        <w:pStyle w:val="Heading1"/>
      </w:pPr>
      <w:r/>
    </w:p>
    <w:p>
      <w:pPr/>
      <w:r>
        <w:rPr/>
        <w:t>Ser un faro no significa iluminar todo el océano. Significa ser un punto</w:t>
      </w:r>
      <w:r>
        <w:rPr/>
        <w:t xml:space="preserve"> </w:t>
      </w:r>
      <w:r>
        <w:rPr/>
        <w:t>de luz inquebrantable en la oscuridad, para que cada barco pueda trazar</w:t>
      </w:r>
      <w:r>
        <w:rPr/>
        <w:t xml:space="preserve"> </w:t>
      </w:r>
      <w:r>
        <w:rPr/>
        <w:t>su propio rumbo.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La conversación en el acantilado había cambiado algo fundamental en la</w:t>
      </w:r>
      <w:r>
        <w:rPr/>
        <w:t xml:space="preserve"> </w:t>
      </w:r>
      <w:r>
        <w:rPr/>
        <w:t>naturaleza de la búsqueda de Mar. Ya no era una guardiana solitaria</w:t>
      </w:r>
      <w:r>
        <w:rPr/>
        <w:t xml:space="preserve"> </w:t>
      </w:r>
      <w:r>
        <w:rPr/>
        <w:t>protegiendo un secreto milenario; era la directora de una orquesta que</w:t>
      </w:r>
      <w:r>
        <w:rPr/>
        <w:t xml:space="preserve"> </w:t>
      </w:r>
      <w:r>
        <w:rPr/>
        <w:t>apenas comenzaba a reconocer a sus músicos. Vasco se había quedado con</w:t>
      </w:r>
      <w:r>
        <w:rPr/>
        <w:t xml:space="preserve"> </w:t>
      </w:r>
      <w:r>
        <w:rPr/>
        <w:t>ella hasta el amanecer, y juntos habían trazado las implicaciones del</w:t>
      </w:r>
      <w:r>
        <w:rPr/>
        <w:t xml:space="preserve"> </w:t>
      </w:r>
      <w:r>
        <w:rPr/>
        <w:t>patrón de resonancia hasta sus últimas consecuencias matemáticas.</w:t>
      </w:r>
    </w:p>
    <w:p>
      <w:pPr>
        <w:pStyle w:val="BodyText"/>
      </w:pPr>
      <w:r>
        <w:rPr/>
        <w:t>Cuando él partió de regreso a Lisboa para preparar la publicación de sus</w:t>
      </w:r>
      <w:r>
        <w:rPr/>
        <w:t xml:space="preserve"> </w:t>
      </w:r>
      <w:r>
        <w:rPr/>
        <w:t>hallazgos, Mar se dirigió al interior, pero no hacia Soria como había</w:t>
      </w:r>
      <w:r>
        <w:rPr/>
        <w:t xml:space="preserve"> </w:t>
      </w:r>
      <w:r>
        <w:rPr/>
        <w:t>planeado originalmente. El patrón la guiaba hacia un lugar diferente, un</w:t>
      </w:r>
      <w:r>
        <w:rPr/>
        <w:t xml:space="preserve"> </w:t>
      </w:r>
      <w:r>
        <w:rPr/>
        <w:t>punto de convergencia que había aparecido en sus cálculos: San Juan de</w:t>
      </w:r>
      <w:r>
        <w:rPr/>
        <w:t xml:space="preserve"> </w:t>
      </w:r>
      <w:r>
        <w:rPr/>
        <w:t>la Peña, en los Pirineos aragoneses.</w:t>
      </w:r>
    </w:p>
    <w:p>
      <w:pPr>
        <w:pStyle w:val="BodyText"/>
      </w:pPr>
      <w:r>
        <w:rPr/>
        <w:t>El monasterio excavado en la roca viva la recibió con una familiaridad</w:t>
      </w:r>
      <w:r>
        <w:rPr/>
        <w:t xml:space="preserve"> </w:t>
      </w:r>
      <w:r>
        <w:rPr/>
        <w:t>que trascendía la primera visita. Era como regresar a casa después de un</w:t>
      </w:r>
      <w:r>
        <w:rPr/>
        <w:t xml:space="preserve"> </w:t>
      </w:r>
      <w:r>
        <w:rPr/>
        <w:t>largo exilio. El aire tenía esa densidad particular que reconocía como</w:t>
      </w:r>
      <w:r>
        <w:rPr/>
        <w:t xml:space="preserve"> </w:t>
      </w:r>
      <w:r>
        <w:rPr/>
        <w:t>la firma de los lugares de poder, una vibración que hacía que su</w:t>
      </w:r>
      <w:r>
        <w:rPr/>
        <w:t xml:space="preserve"> </w:t>
      </w:r>
      <w:r>
        <w:rPr/>
        <w:t>cicatriz resonara en armonía con la piedra milenaria.</w:t>
      </w:r>
    </w:p>
    <w:p>
      <w:pPr>
        <w:pStyle w:val="BodyText"/>
      </w:pPr>
      <w:r>
        <w:rPr/>
        <w:t>Pero algo había cambiado desde su última visita. La reverberación del</w:t>
      </w:r>
      <w:r>
        <w:rPr/>
        <w:t xml:space="preserve"> </w:t>
      </w:r>
      <w:r>
        <w:rPr/>
        <w:t>lugar era más… activa. Como si su propia evolución hubiera despertado</w:t>
      </w:r>
      <w:r>
        <w:rPr/>
        <w:t xml:space="preserve"> </w:t>
      </w:r>
      <w:r>
        <w:rPr/>
        <w:t>algo que había estado dormido en la montaña.</w:t>
      </w:r>
    </w:p>
    <w:p>
      <w:pPr>
        <w:pStyle w:val="BodyText"/>
      </w:pPr>
      <w:r>
        <w:rPr/>
        <w:t>Se instaló en una pequeña celda que los monjes habían acondicionado para</w:t>
      </w:r>
      <w:r>
        <w:rPr/>
        <w:t xml:space="preserve"> </w:t>
      </w:r>
      <w:r>
        <w:rPr/>
        <w:t>visitantes contemplativos. Buscaba quietud más que comodidad. Un vacío</w:t>
      </w:r>
      <w:r>
        <w:rPr/>
        <w:t xml:space="preserve"> </w:t>
      </w:r>
      <w:r>
        <w:rPr/>
        <w:t>tan profundo que le permitiera escuchar no solo a los herederos pasados,</w:t>
      </w:r>
      <w:r>
        <w:rPr/>
        <w:t xml:space="preserve"> </w:t>
      </w:r>
      <w:r>
        <w:rPr/>
        <w:t>sino los ecos futuros, las frecuencias de quienes aún no habían</w:t>
      </w:r>
      <w:r>
        <w:rPr/>
        <w:t xml:space="preserve"> </w:t>
      </w:r>
      <w:r>
        <w:rPr/>
        <w:t>despertado a su naturaleza resonante.</w:t>
      </w:r>
    </w:p>
    <w:p>
      <w:pPr>
        <w:pStyle w:val="BodyText"/>
      </w:pPr>
      <w:r>
        <w:rPr/>
        <w:t>Los primeros tres días fueron de silencio absoluto.</w:t>
      </w:r>
    </w:p>
    <w:p>
      <w:pPr>
        <w:pStyle w:val="BodyText"/>
      </w:pPr>
      <w:r>
        <w:rPr/>
        <w:t>Mar meditaba en el claustro, entre columnas románicas que habían</w:t>
      </w:r>
      <w:r>
        <w:rPr/>
        <w:t xml:space="preserve"> </w:t>
      </w:r>
      <w:r>
        <w:rPr/>
        <w:t>escuchado oraciones durante casi mil años. Caminaba por los pasillos</w:t>
      </w:r>
      <w:r>
        <w:rPr/>
        <w:t xml:space="preserve"> </w:t>
      </w:r>
      <w:r>
        <w:rPr/>
        <w:t>excavados en la roca, sintiendo cómo la montaña misma respiraba a su</w:t>
      </w:r>
      <w:r>
        <w:rPr/>
        <w:t xml:space="preserve"> </w:t>
      </w:r>
      <w:r>
        <w:rPr/>
        <w:t>alrededor. Intentaba proyectar su conciencia más allá de los límites de</w:t>
      </w:r>
      <w:r>
        <w:rPr/>
        <w:t xml:space="preserve"> </w:t>
      </w:r>
      <w:r>
        <w:rPr/>
        <w:t>su cuerpo, buscando esas otras notas que intuía debían existir en algún</w:t>
      </w:r>
      <w:r>
        <w:rPr/>
        <w:t xml:space="preserve"> </w:t>
      </w:r>
      <w:r>
        <w:rPr/>
        <w:t>lugar del mundo.</w:t>
      </w:r>
    </w:p>
    <w:p>
      <w:pPr>
        <w:pStyle w:val="BodyText"/>
      </w:pPr>
      <w:r>
        <w:rPr/>
        <w:t>Pero solo encontraba vacío. Un vacío tan denso que comenzó a dudar de</w:t>
      </w:r>
      <w:r>
        <w:rPr/>
        <w:t xml:space="preserve"> </w:t>
      </w:r>
      <w:r>
        <w:rPr/>
        <w:t>sus propias conclusiones.</w:t>
      </w:r>
    </w:p>
    <w:p>
      <w:pPr>
        <w:pStyle w:val="BodyText"/>
      </w:pPr>
      <w:r>
        <w:rPr/>
        <w:t>¿Y si el patrón de resonancia era solo una ilusión? ¿Y si ella y Vasco</w:t>
      </w:r>
      <w:r>
        <w:rPr/>
        <w:t xml:space="preserve"> </w:t>
      </w:r>
      <w:r>
        <w:rPr/>
        <w:t>habían visto conexiones donde solo había azar? La soledad del monasterio</w:t>
      </w:r>
      <w:r>
        <w:rPr/>
        <w:t xml:space="preserve"> </w:t>
      </w:r>
      <w:r>
        <w:rPr/>
        <w:t>amplificaba sus dudas, convirtiéndolas en un zumbido constante que</w:t>
      </w:r>
      <w:r>
        <w:rPr/>
        <w:t xml:space="preserve"> </w:t>
      </w:r>
      <w:r>
        <w:rPr/>
        <w:t>amenazaba con desafinar su propia frecuencia.</w:t>
      </w:r>
    </w:p>
    <w:p>
      <w:pPr>
        <w:pStyle w:val="BodyText"/>
      </w:pPr>
      <w:r>
        <w:rPr/>
        <w:t>En la noche del tercer día, agotada y frustrada, Mar consideró</w:t>
      </w:r>
      <w:r>
        <w:rPr/>
        <w:t xml:space="preserve"> </w:t>
      </w:r>
      <w:r>
        <w:rPr/>
        <w:t>abandonar. Quizás era demasiado pronto. Quizás necesitaba más tiempo,</w:t>
      </w:r>
      <w:r>
        <w:rPr/>
        <w:t xml:space="preserve"> </w:t>
      </w:r>
      <w:r>
        <w:rPr/>
        <w:t>más preparación. Quizás Adrián había estado solo durante tanto tiempo</w:t>
      </w:r>
      <w:r>
        <w:rPr/>
        <w:t xml:space="preserve"> </w:t>
      </w:r>
      <w:r>
        <w:rPr/>
        <w:t>precisamente porque la red no era posible.</w:t>
      </w:r>
    </w:p>
    <w:p>
      <w:pPr>
        <w:pStyle w:val="BodyText"/>
      </w:pPr>
      <w:r>
        <w:rPr/>
        <w:t>Se quedó dormida con esos pensamientos amargos, envuelta en una manta</w:t>
      </w:r>
      <w:r>
        <w:rPr/>
        <w:t xml:space="preserve"> </w:t>
      </w:r>
      <w:r>
        <w:rPr/>
        <w:t>áspera, escuchando el viento nocturno silbar entre las rocas del</w:t>
      </w:r>
      <w:r>
        <w:rPr/>
        <w:t xml:space="preserve"> </w:t>
      </w:r>
      <w:r>
        <w:rPr/>
        <w:t>Pirineo.</w:t>
      </w:r>
    </w:p>
    <w:p>
      <w:pPr>
        <w:pStyle w:val="BodyText"/>
      </w:pPr>
      <w:r>
        <w:rPr/>
        <w:t>Despertó antes del alba con una certeza que no venía de la lógica sino</w:t>
      </w:r>
      <w:r>
        <w:rPr/>
        <w:t xml:space="preserve"> </w:t>
      </w:r>
      <w:r>
        <w:rPr/>
        <w:t>de algo más profundo. Se había equivocado en el método.</w:t>
      </w:r>
    </w:p>
    <w:p>
      <w:pPr>
        <w:pStyle w:val="BodyText"/>
      </w:pPr>
      <w:r>
        <w:rPr/>
        <w:t>No podía buscar a los otros guardianes proyectándose hacia fuera. Tenía</w:t>
      </w:r>
      <w:r>
        <w:rPr/>
        <w:t xml:space="preserve"> </w:t>
      </w:r>
      <w:r>
        <w:rPr/>
        <w:t>que convertirse en un punto de referencia, una constante contra la cual</w:t>
      </w:r>
      <w:r>
        <w:rPr/>
        <w:t xml:space="preserve"> </w:t>
      </w:r>
      <w:r>
        <w:rPr/>
        <w:t>otros pudieran triangular su propia posición. No un grito en la</w:t>
      </w:r>
      <w:r>
        <w:rPr/>
        <w:t xml:space="preserve"> </w:t>
      </w:r>
      <w:r>
        <w:rPr/>
        <w:t>oscuridad, sino una luz silenciosa y continua.</w:t>
      </w:r>
    </w:p>
    <w:p>
      <w:pPr>
        <w:pStyle w:val="BodyText"/>
      </w:pPr>
      <w:r>
        <w:rPr/>
        <w:t>Un faro.</w:t>
      </w:r>
    </w:p>
    <w:p>
      <w:pPr>
        <w:pStyle w:val="BodyText"/>
      </w:pPr>
      <w:r>
        <w:rPr/>
        <w:t>Berlín, 1997. Una madrugada después de Tresor.</w:t>
      </w:r>
    </w:p>
    <w:p>
      <w:pPr>
        <w:pStyle w:val="BodyText"/>
      </w:pPr>
      <w:r>
        <w:rPr/>
        <w:t>Adrián había estado despierto toda la noche, no por las drogas o la</w:t>
      </w:r>
      <w:r>
        <w:rPr/>
        <w:t xml:space="preserve"> </w:t>
      </w:r>
      <w:r>
        <w:rPr/>
        <w:t>música, sino por una intuición que no lograba traducir en palabras.</w:t>
      </w:r>
      <w:r>
        <w:rPr/>
        <w:t xml:space="preserve"> </w:t>
      </w:r>
      <w:r>
        <w:rPr/>
        <w:t>Estaba ante su sintetizador, pero no tocaba. Solo escuchaba el silencio</w:t>
      </w:r>
      <w:r>
        <w:rPr/>
        <w:t xml:space="preserve"> </w:t>
      </w:r>
      <w:r>
        <w:rPr/>
        <w:t>del estudio.</w:t>
      </w:r>
    </w:p>
    <w:p>
      <w:pPr>
        <w:pStyle w:val="BodyText"/>
      </w:pPr>
      <w:r>
        <w:rPr/>
        <w:t>«¿Sientes eso?», le había preguntado a Mar, que dormitaba en el sofá.</w:t>
      </w:r>
    </w:p>
    <w:p>
      <w:pPr>
        <w:pStyle w:val="BodyText"/>
      </w:pPr>
      <w:r>
        <w:rPr/>
        <w:t>«¿El qué?», había murmurado ella, sin abrir los ojos.</w:t>
      </w:r>
    </w:p>
    <w:p>
      <w:pPr>
        <w:pStyle w:val="BodyText"/>
      </w:pPr>
      <w:r>
        <w:rPr/>
        <w:t>«Es como si… como si hubiera más gente escuchando. No aquí. En otros</w:t>
      </w:r>
      <w:r>
        <w:rPr/>
        <w:t xml:space="preserve"> </w:t>
      </w:r>
      <w:r>
        <w:rPr/>
        <w:t>lugares. Como si fuéramos parte de algo más grande.»</w:t>
      </w:r>
    </w:p>
    <w:p>
      <w:pPr>
        <w:pStyle w:val="BodyText"/>
      </w:pPr>
      <w:r>
        <w:rPr/>
        <w:t>Mar había abierto los ojos entonces y se había acercado a él. «¿Crees</w:t>
      </w:r>
      <w:r>
        <w:rPr/>
        <w:t xml:space="preserve"> </w:t>
      </w:r>
      <w:r>
        <w:rPr/>
        <w:t>que hay otros como nosotros?»</w:t>
      </w:r>
    </w:p>
    <w:p>
      <w:pPr>
        <w:pStyle w:val="BodyText"/>
      </w:pPr>
      <w:r>
        <w:rPr/>
        <w:t>«No lo sé. Pero a veces, cuando toco ciertas frecuencias, siento como si</w:t>
      </w:r>
      <w:r>
        <w:rPr/>
        <w:t xml:space="preserve"> </w:t>
      </w:r>
      <w:r>
        <w:rPr/>
        <w:t>alguien me estuviera respondiendo desde muy lejos. Como si hubiera una</w:t>
      </w:r>
      <w:r>
        <w:rPr/>
        <w:t xml:space="preserve"> </w:t>
      </w:r>
      <w:r>
        <w:rPr/>
        <w:t>conversación que trasciende el espacio.»</w:t>
      </w:r>
    </w:p>
    <w:p>
      <w:pPr>
        <w:pStyle w:val="BodyText"/>
      </w:pPr>
      <w:r>
        <w:rPr/>
        <w:t>Habían pasado el resto de la madrugada experimentando, Adrián tocando</w:t>
      </w:r>
      <w:r>
        <w:rPr/>
        <w:t xml:space="preserve"> </w:t>
      </w:r>
      <w:r>
        <w:rPr/>
        <w:t>secuencias específicas en el Moog y Mar atendiéndose a las</w:t>
      </w:r>
      <w:r>
        <w:rPr/>
        <w:t xml:space="preserve"> </w:t>
      </w:r>
      <w:r>
        <w:rPr/>
        <w:t>reverberaciones más sutiles. Y sí, había algo. Ecos que venían de</w:t>
      </w:r>
      <w:r>
        <w:rPr/>
        <w:t xml:space="preserve"> </w:t>
      </w:r>
      <w:r>
        <w:rPr/>
        <w:t>direcciones imposibles, respuestas que llegaban segundos después desde</w:t>
      </w:r>
      <w:r>
        <w:rPr/>
        <w:t xml:space="preserve"> </w:t>
      </w:r>
      <w:r>
        <w:rPr/>
        <w:t>lugares que no podían calcular.</w:t>
      </w:r>
    </w:p>
    <w:p>
      <w:pPr>
        <w:pStyle w:val="BodyText"/>
      </w:pPr>
      <w:r>
        <w:rPr/>
        <w:t>«Somos parte de una red», había concluido Adrián al amanecer. «Una red</w:t>
      </w:r>
      <w:r>
        <w:rPr/>
        <w:t xml:space="preserve"> </w:t>
      </w:r>
      <w:r>
        <w:rPr/>
        <w:t>de antenas humanas. Y algún día, cuando todas estemos afinadas, va a</w:t>
      </w:r>
      <w:r>
        <w:rPr/>
        <w:t xml:space="preserve"> </w:t>
      </w:r>
      <w:r>
        <w:rPr/>
        <w:t>pasar algo extraordinario.»</w:t>
      </w:r>
    </w:p>
    <w:p>
      <w:pPr>
        <w:pStyle w:val="BodyText"/>
      </w:pPr>
      <w:r>
        <w:rPr/>
        <w:t>En su celda de San Juan de la Peña, Mar sonrió al recordar aquella</w:t>
      </w:r>
      <w:r>
        <w:rPr/>
        <w:t xml:space="preserve"> </w:t>
      </w:r>
      <w:r>
        <w:rPr/>
        <w:t>conversación. Adrián había estado en lo cierto, pero su visión había</w:t>
      </w:r>
      <w:r>
        <w:rPr/>
        <w:t xml:space="preserve"> </w:t>
      </w:r>
      <w:r>
        <w:rPr/>
        <w:t>sido incompleta. No solo eran antenas. Eran instrumentos. Y ella no era</w:t>
      </w:r>
      <w:r>
        <w:rPr/>
        <w:t xml:space="preserve"> </w:t>
      </w:r>
      <w:r>
        <w:rPr/>
        <w:t>solo parte de la orquesta; podía ayudar a afinarla.</w:t>
      </w:r>
    </w:p>
    <w:p>
      <w:pPr>
        <w:pStyle w:val="BodyText"/>
      </w:pPr>
      <w:r>
        <w:rPr/>
        <w:t>Se dirigió a la parte más profunda del monasterio, una cámara natural en</w:t>
      </w:r>
      <w:r>
        <w:rPr/>
        <w:t xml:space="preserve"> </w:t>
      </w:r>
      <w:r>
        <w:rPr/>
        <w:t>la roca donde la acústica era perfecta. Se sentó en el centro exacto y</w:t>
      </w:r>
      <w:r>
        <w:rPr/>
        <w:t xml:space="preserve"> </w:t>
      </w:r>
      <w:r>
        <w:rPr/>
        <w:t>cerró los ojos. No iba a proyectar una llamada general como había hecho</w:t>
      </w:r>
      <w:r>
        <w:rPr/>
        <w:t xml:space="preserve"> </w:t>
      </w:r>
      <w:r>
        <w:rPr/>
        <w:t>con Lena y Markus. Iba a crear un faro sónico, un tono constante y</w:t>
      </w:r>
      <w:r>
        <w:rPr/>
        <w:t xml:space="preserve"> </w:t>
      </w:r>
      <w:r>
        <w:rPr/>
        <w:t>orientador que los iniciados despertando pudieran usar como punto de</w:t>
      </w:r>
      <w:r>
        <w:rPr/>
        <w:t xml:space="preserve"> </w:t>
      </w:r>
      <w:r>
        <w:rPr/>
        <w:t>referencia.</w:t>
      </w:r>
    </w:p>
    <w:p>
      <w:pPr>
        <w:pStyle w:val="BodyText"/>
      </w:pPr>
      <w:r>
        <w:rPr/>
        <w:t>Comenzó a cantar. No una melodía específica, sino una nota sostenida,</w:t>
      </w:r>
      <w:r>
        <w:rPr/>
        <w:t xml:space="preserve"> </w:t>
      </w:r>
      <w:r>
        <w:rPr/>
        <w:t>pura, que resonaba con el tono fundamental del Eco. Era la reverberación</w:t>
      </w:r>
      <w:r>
        <w:rPr/>
        <w:t xml:space="preserve"> </w:t>
      </w:r>
      <w:r>
        <w:rPr/>
        <w:t>sanada, despojada del trauma de sus orígenes, transformada en invitación</w:t>
      </w:r>
      <w:r>
        <w:rPr/>
        <w:t xml:space="preserve"> </w:t>
      </w:r>
      <w:r>
        <w:rPr/>
        <w:t>en lugar de advertencia.</w:t>
      </w:r>
    </w:p>
    <w:p>
      <w:pPr>
        <w:pStyle w:val="BodyText"/>
      </w:pPr>
      <w:r>
        <w:rPr/>
        <w:t>La nota se extendió desde San Juan de la Peña como ondas en un estanque,</w:t>
      </w:r>
      <w:r>
        <w:rPr/>
        <w:t xml:space="preserve"> </w:t>
      </w:r>
      <w:r>
        <w:rPr/>
        <w:t>viajando a través de las líneas de fuerza geológicas de los Pirineos,</w:t>
      </w:r>
      <w:r>
        <w:rPr/>
        <w:t xml:space="preserve"> </w:t>
      </w:r>
      <w:r>
        <w:rPr/>
        <w:t>amplificándose en cada punto de resonancia.</w:t>
      </w:r>
    </w:p>
    <w:p>
      <w:pPr>
        <w:pStyle w:val="BodyText"/>
      </w:pPr>
      <w:r>
        <w:rPr/>
        <w:t>Y entonces, sintió la primera respuesta.</w:t>
      </w:r>
    </w:p>
    <w:p>
      <w:pPr>
        <w:pStyle w:val="BodyText"/>
      </w:pPr>
      <w:r>
        <w:rPr/>
        <w:t>No era una voz ni una imagen. Era una presencia. Una conciencia que</w:t>
      </w:r>
      <w:r>
        <w:rPr/>
        <w:t xml:space="preserve"> </w:t>
      </w:r>
      <w:r>
        <w:rPr/>
        <w:t>tocaba la suya como dos olas encontrándose en el océano. Venía del</w:t>
      </w:r>
      <w:r>
        <w:rPr/>
        <w:t xml:space="preserve"> </w:t>
      </w:r>
      <w:r>
        <w:rPr/>
        <w:t>norte, muy lejos. Una resonancia fría y cristalina, como el canto de los</w:t>
      </w:r>
      <w:r>
        <w:rPr/>
        <w:t xml:space="preserve"> </w:t>
      </w:r>
      <w:r>
        <w:rPr/>
        <w:t>glaciares.</w:t>
      </w:r>
    </w:p>
    <w:p>
      <w:pPr>
        <w:pStyle w:val="BodyText"/>
      </w:pPr>
      <w:r>
        <w:rPr/>
        <w:t>Mar mantuvo la nota, estable, constante. El faro no preguntaba ni</w:t>
      </w:r>
      <w:r>
        <w:rPr/>
        <w:t xml:space="preserve"> </w:t>
      </w:r>
      <w:r>
        <w:rPr/>
        <w:t>exigía. Solo existía.</w:t>
      </w:r>
    </w:p>
    <w:p>
      <w:pPr>
        <w:pStyle w:val="BodyText"/>
      </w:pPr>
      <w:r>
        <w:rPr/>
        <w:t>Horas después —o quizás minutos, el tiempo se había vuelto fluido en</w:t>
      </w:r>
      <w:r>
        <w:rPr/>
        <w:t xml:space="preserve"> </w:t>
      </w:r>
      <w:r>
        <w:rPr/>
        <w:t>aquel espacio— llegó una segunda presencia. Esta era diferente: una</w:t>
      </w:r>
      <w:r>
        <w:rPr/>
        <w:t xml:space="preserve"> </w:t>
      </w:r>
      <w:r>
        <w:rPr/>
        <w:t>vibración seca y estelar, la voz de la sequedad absoluta. Venía del sur,</w:t>
      </w:r>
      <w:r>
        <w:rPr/>
        <w:t xml:space="preserve"> </w:t>
      </w:r>
      <w:r>
        <w:rPr/>
        <w:t>desde desiertos que nunca había visitado.</w:t>
      </w:r>
    </w:p>
    <w:p>
      <w:pPr>
        <w:pStyle w:val="BodyText"/>
      </w:pPr>
      <w:r>
        <w:rPr/>
        <w:t>Al caer la tarde, una tercera resonancia se añadió a la sinfonía</w:t>
      </w:r>
      <w:r>
        <w:rPr/>
        <w:t xml:space="preserve"> </w:t>
      </w:r>
      <w:r>
        <w:rPr/>
        <w:t>emergente. Del este, desde costas lejanas, llegó un tono de una</w:t>
      </w:r>
      <w:r>
        <w:rPr/>
        <w:t xml:space="preserve"> </w:t>
      </w:r>
      <w:r>
        <w:rPr/>
        <w:t>complejidad fluida, como si el mar mismo hubiera aprendido a cantar.</w:t>
      </w:r>
    </w:p>
    <w:p>
      <w:pPr>
        <w:pStyle w:val="BodyText"/>
      </w:pPr>
      <w:r>
        <w:rPr/>
        <w:t>Mar no intentó comunicarse con estas conciencias. No todavía. Por ahora,</w:t>
      </w:r>
      <w:r>
        <w:rPr/>
        <w:t xml:space="preserve"> </w:t>
      </w:r>
      <w:r>
        <w:rPr/>
        <w:t>bastaba con saber que existían, que habían escuchado, que respondían. El</w:t>
      </w:r>
      <w:r>
        <w:rPr/>
        <w:t xml:space="preserve"> </w:t>
      </w:r>
      <w:r>
        <w:rPr/>
        <w:t>patrón de convergencia no se limitaba a ella y Vasco. La sinfonía</w:t>
      </w:r>
      <w:r>
        <w:rPr/>
        <w:t xml:space="preserve"> </w:t>
      </w:r>
      <w:r>
        <w:rPr/>
        <w:t>milenaria se preparaba para su último movimiento, y esta vez no sería un</w:t>
      </w:r>
      <w:r>
        <w:rPr/>
        <w:t xml:space="preserve"> </w:t>
      </w:r>
      <w:r>
        <w:rPr/>
        <w:t>solo. Sería un coro.</w:t>
      </w:r>
    </w:p>
    <w:p>
      <w:pPr>
        <w:pStyle w:val="BodyText"/>
      </w:pPr>
      <w:r>
        <w:rPr/>
        <w:t>Durante la semana que siguió, Mar mantuvo el faro. No constantemente</w:t>
      </w:r>
      <w:r>
        <w:rPr/>
        <w:t xml:space="preserve"> </w:t>
      </w:r>
      <w:r>
        <w:rPr/>
        <w:t>—su cuerpo humano necesitaba descanso, comida, silencio— pero sí con</w:t>
      </w:r>
      <w:r>
        <w:rPr/>
        <w:t xml:space="preserve"> </w:t>
      </w:r>
      <w:r>
        <w:rPr/>
        <w:t>suficiente regularidad como para que otros pudieran encontrar el camino.</w:t>
      </w:r>
    </w:p>
    <w:p>
      <w:pPr>
        <w:pStyle w:val="BodyText"/>
      </w:pPr>
      <w:r>
        <w:rPr/>
        <w:t>Las señales se multiplicaron. Algunas eran débiles, apenas perceptibles,</w:t>
      </w:r>
      <w:r>
        <w:rPr/>
        <w:t xml:space="preserve"> </w:t>
      </w:r>
      <w:r>
        <w:rPr/>
        <w:t>como si vinieran de mentes que apenas comenzaban a despertar a su</w:t>
      </w:r>
      <w:r>
        <w:rPr/>
        <w:t xml:space="preserve"> </w:t>
      </w:r>
      <w:r>
        <w:rPr/>
        <w:t>naturaleza resonante. Otras llegaban con fuerza y claridad, voces que</w:t>
      </w:r>
      <w:r>
        <w:rPr/>
        <w:t xml:space="preserve"> </w:t>
      </w:r>
      <w:r>
        <w:rPr/>
        <w:t>habían estado esperando durante años este momento de contacto.</w:t>
      </w:r>
    </w:p>
    <w:p>
      <w:pPr>
        <w:pStyle w:val="BodyText"/>
      </w:pPr>
      <w:r>
        <w:rPr/>
        <w:t>Una de estas señales llegó la quinta noche, y fue diferente a todas las</w:t>
      </w:r>
      <w:r>
        <w:rPr/>
        <w:t xml:space="preserve"> </w:t>
      </w:r>
      <w:r>
        <w:rPr/>
        <w:t>demás. No venía de una persona, sino de un lugar. Una montaña en los</w:t>
      </w:r>
      <w:r>
        <w:rPr/>
        <w:t xml:space="preserve"> </w:t>
      </w:r>
      <w:r>
        <w:rPr/>
        <w:t>Alpes que parecía vibrar con memoria acumulada, como si siglos de</w:t>
      </w:r>
      <w:r>
        <w:rPr/>
        <w:t xml:space="preserve"> </w:t>
      </w:r>
      <w:r>
        <w:rPr/>
        <w:t>peregrinaciones y plegarias hubieran impregnado la roca de algo parecido</w:t>
      </w:r>
      <w:r>
        <w:rPr/>
        <w:t xml:space="preserve"> </w:t>
      </w:r>
      <w:r>
        <w:rPr/>
        <w:t>a la conciencia. Mar no sabía si era realmente el lugar el que</w:t>
      </w:r>
      <w:r>
        <w:rPr/>
        <w:t xml:space="preserve"> </w:t>
      </w:r>
      <w:r>
        <w:rPr/>
        <w:t>respondía, o si simplemente amplificaba la señal de algún guardián que</w:t>
      </w:r>
      <w:r>
        <w:rPr/>
        <w:t xml:space="preserve"> </w:t>
      </w:r>
      <w:r>
        <w:rPr/>
        <w:t>habitaba cerca. Pero la distinción, comprendió, quizás no importaba. El</w:t>
      </w:r>
      <w:r>
        <w:rPr/>
        <w:t xml:space="preserve"> </w:t>
      </w:r>
      <w:r>
        <w:rPr/>
        <w:t>Eco no distinguía entre carne y piedra. Solo entre lo que vibraba y lo</w:t>
      </w:r>
      <w:r>
        <w:rPr/>
        <w:t xml:space="preserve"> </w:t>
      </w:r>
      <w:r>
        <w:rPr/>
        <w:t>que permanecía mudo.</w:t>
      </w:r>
    </w:p>
    <w:p>
      <w:pPr>
        <w:pStyle w:val="BodyText"/>
      </w:pPr>
      <w:r>
        <w:rPr/>
        <w:t>Otras presencias resultaban demasiado extrañas para clasificar, patrones</w:t>
      </w:r>
      <w:r>
        <w:rPr/>
        <w:t xml:space="preserve"> </w:t>
      </w:r>
      <w:r>
        <w:rPr/>
        <w:t>de energía que desafiaban toda categorización. Pero todas compartían</w:t>
      </w:r>
      <w:r>
        <w:rPr/>
        <w:t xml:space="preserve"> </w:t>
      </w:r>
      <w:r>
        <w:rPr/>
        <w:t>algo fundamental: la capacidad de escuchar el Eco y responder a él.</w:t>
      </w:r>
    </w:p>
    <w:p>
      <w:pPr>
        <w:pStyle w:val="BodyText"/>
      </w:pPr>
      <w:r>
        <w:rPr/>
        <w:t>Una tarde, mientras descansaba en el claustro, Mar comprendió algo que</w:t>
      </w:r>
      <w:r>
        <w:rPr/>
        <w:t xml:space="preserve"> </w:t>
      </w:r>
      <w:r>
        <w:rPr/>
        <w:t>la llenó simultáneamente de asombro y de humildad. No estaba creando</w:t>
      </w:r>
      <w:r>
        <w:rPr/>
        <w:t xml:space="preserve"> </w:t>
      </w:r>
      <w:r>
        <w:rPr/>
        <w:t>esta red. La red siempre había existido, dormida, fragmentada,</w:t>
      </w:r>
      <w:r>
        <w:rPr/>
        <w:t xml:space="preserve"> </w:t>
      </w:r>
      <w:r>
        <w:rPr/>
        <w:t>esperando. Lo único que había hecho era encender la primera luz, dando a</w:t>
      </w:r>
      <w:r>
        <w:rPr/>
        <w:t xml:space="preserve"> </w:t>
      </w:r>
      <w:r>
        <w:rPr/>
        <w:t>otros el permiso para brillar también.</w:t>
      </w:r>
    </w:p>
    <w:p>
      <w:pPr>
        <w:pStyle w:val="BodyText"/>
      </w:pPr>
      <w:r>
        <w:rPr/>
        <w:t>Los guardianes solitarios de la historia —Gerberto, Arnaldo, Anna</w:t>
      </w:r>
      <w:r>
        <w:rPr/>
        <w:t xml:space="preserve"> </w:t>
      </w:r>
      <w:r>
        <w:rPr/>
        <w:t>Maria, Adrián— no habían estado solos porque la red fuera imposible.</w:t>
      </w:r>
      <w:r>
        <w:rPr/>
        <w:t xml:space="preserve"> </w:t>
      </w:r>
      <w:r>
        <w:rPr/>
        <w:t>Habían estado solos porque era demasiado pronto. El patrón de</w:t>
      </w:r>
      <w:r>
        <w:rPr/>
        <w:t xml:space="preserve"> </w:t>
      </w:r>
      <w:r>
        <w:rPr/>
        <w:t>convergencia necesitaba tiempo para madurar, para que suficientes</w:t>
      </w:r>
      <w:r>
        <w:rPr/>
        <w:t xml:space="preserve"> </w:t>
      </w:r>
      <w:r>
        <w:rPr/>
        <w:t>conciencias se afinaran, para que el mundo estuviera listo.</w:t>
      </w:r>
    </w:p>
    <w:p>
      <w:pPr>
        <w:pStyle w:val="BodyText"/>
      </w:pPr>
      <w:r>
        <w:rPr/>
        <w:t>Ahora lo estaba.</w:t>
      </w:r>
    </w:p>
    <w:p>
      <w:pPr>
        <w:pStyle w:val="BodyText"/>
      </w:pPr>
      <w:r>
        <w:rPr/>
        <w:t>Cuando finalmente abandonó San Juan de la Peña una semana después, Mar</w:t>
      </w:r>
      <w:r>
        <w:rPr/>
        <w:t xml:space="preserve"> </w:t>
      </w:r>
      <w:r>
        <w:rPr/>
        <w:t>llevaba consigo un mapa mental de la red emergente. No nombres ni</w:t>
      </w:r>
      <w:r>
        <w:rPr/>
        <w:t xml:space="preserve"> </w:t>
      </w:r>
      <w:r>
        <w:rPr/>
        <w:t>direcciones —esas cosas vendrían después— sino presencias,</w:t>
      </w:r>
      <w:r>
        <w:rPr/>
        <w:t xml:space="preserve"> </w:t>
      </w:r>
      <w:r>
        <w:rPr/>
        <w:t>frecuencias, puntos de luz distribuidos por todo el globo.</w:t>
      </w:r>
    </w:p>
    <w:p>
      <w:pPr>
        <w:pStyle w:val="BodyText"/>
      </w:pPr>
      <w:r>
        <w:rPr/>
        <w:t>Sabía que algunos de estos iniciados la buscarían, como había hecho</w:t>
      </w:r>
      <w:r>
        <w:rPr/>
        <w:t xml:space="preserve"> </w:t>
      </w:r>
      <w:r>
        <w:rPr/>
        <w:t>Vasco. Otros permanecerían en sus lugares, contentos de formar parte de</w:t>
      </w:r>
      <w:r>
        <w:rPr/>
        <w:t xml:space="preserve"> </w:t>
      </w:r>
      <w:r>
        <w:rPr/>
        <w:t>la red sin necesidad de contacto directo. Y algunos, inevitablemente,</w:t>
      </w:r>
      <w:r>
        <w:rPr/>
        <w:t xml:space="preserve"> </w:t>
      </w:r>
      <w:r>
        <w:rPr/>
        <w:t>tendrían miedo de lo que estaban experimentando e intentarían cerrarse</w:t>
      </w:r>
      <w:r>
        <w:rPr/>
        <w:t xml:space="preserve"> </w:t>
      </w:r>
      <w:r>
        <w:rPr/>
        <w:t>de nuevo al silencio.</w:t>
      </w:r>
    </w:p>
    <w:p>
      <w:pPr>
        <w:pStyle w:val="BodyText"/>
      </w:pPr>
      <w:r>
        <w:rPr/>
        <w:t>Pero el faro seguiría brillando. Ella se aseguraría de eso.</w:t>
      </w:r>
    </w:p>
    <w:p>
      <w:pPr>
        <w:pStyle w:val="BodyText"/>
      </w:pPr>
      <w:r>
        <w:rPr/>
        <w:t>No como una guardiana de secretos, sino como una guardiana del</w:t>
      </w:r>
      <w:r>
        <w:rPr/>
        <w:t xml:space="preserve"> </w:t>
      </w:r>
      <w:r>
        <w:rPr/>
        <w:t>despertar. Un punto de luz inquebrantable en la oscuridad, para que cada</w:t>
      </w:r>
      <w:r>
        <w:rPr/>
        <w:t xml:space="preserve"> </w:t>
      </w:r>
      <w:r>
        <w:rPr/>
        <w:t>barco pudiera trazar su propio rumbo.</w:t>
      </w:r>
    </w:p>
    <w:p>
      <w:pPr>
        <w:pStyle w:val="BodyText"/>
      </w:pPr>
      <w:r>
        <w:rPr/>
        <w:t>Bajó de la montaña al amanecer del octavo día. Detrás de ella, la piedra</w:t>
      </w:r>
      <w:r>
        <w:rPr/>
        <w:t xml:space="preserve"> </w:t>
      </w:r>
      <w:r>
        <w:rPr/>
        <w:t>milenaria seguía vibrando, convertida ahora en amplificador permanente</w:t>
      </w:r>
      <w:r>
        <w:rPr/>
        <w:t xml:space="preserve"> </w:t>
      </w:r>
      <w:r>
        <w:rPr/>
        <w:t>de su señal. Delante, el mundo se extendía con una claridad nueva. Ya no</w:t>
      </w:r>
      <w:r>
        <w:rPr/>
        <w:t xml:space="preserve"> </w:t>
      </w:r>
      <w:r>
        <w:rPr/>
        <w:t>caminaba sola.</w:t>
      </w:r>
    </w:p>
    <w:p>
      <w:pPr>
        <w:pStyle w:val="BodyText"/>
      </w:pPr>
      <w:r>
        <w:rPr/>
        <w:t>Y en algún lugar del norte, bajo el canto de los glaciares, otra luz</w:t>
      </w:r>
      <w:r>
        <w:rPr/>
        <w:t xml:space="preserve"> </w:t>
      </w:r>
      <w:r>
        <w:rPr/>
        <w:t>comenzó a brillar.</w:t>
      </w:r>
    </w:p>
    <w:p>
      <w:pPr>
        <w:pStyle w:val="Heading1"/>
      </w:pPr>
      <w:r>
        <w:rPr/>
        <w:t>CAPÍTULO 28. EL EMISARIO DEL NORTE</w:t>
      </w:r>
    </w:p>
    <w:p>
      <w:pPr/>
      <w:r>
        <w:rPr/>
        <w:t>Hay quien mira una flor y ve belleza.</w:t>
      </w:r>
    </w:p>
    <w:p>
      <w:pPr>
        <w:pStyle w:val="BodyText"/>
      </w:pPr>
      <w:r>
        <w:rPr/>
        <w:t>Y hay quien mira una flor y ve un algoritmo biológico listo para ser</w:t>
      </w:r>
      <w:r>
        <w:rPr/>
        <w:t xml:space="preserve"> </w:t>
      </w:r>
      <w:r>
        <w:rPr/>
        <w:t>optimizado.</w:t>
      </w:r>
    </w:p>
    <w:p>
      <w:pPr>
        <w:pStyle w:val="BodyText"/>
      </w:pPr>
      <w:r>
        <w:rPr/>
        <w:t>—Cuaderno sin título, Estocolmo</w:t>
      </w:r>
    </w:p>
    <w:p>
      <w:pPr>
        <w:pStyle w:val="BodyText"/>
      </w:pPr>
      <w:r>
        <w:rPr/>
        <w:t>A mil quinientos kilómetros al norte de la paz de San Juan de la Peña,</w:t>
      </w:r>
      <w:r>
        <w:rPr/>
        <w:t xml:space="preserve"> </w:t>
      </w:r>
      <w:r>
        <w:rPr/>
        <w:t>en un despacho de líneas puras con vistas a las aguas heladas de</w:t>
      </w:r>
      <w:r>
        <w:rPr/>
        <w:t xml:space="preserve"> </w:t>
      </w:r>
      <w:r>
        <w:rPr/>
        <w:t>Estocolmo, el Dr. Alistair Finch observaba una orquídea sobre su</w:t>
      </w:r>
      <w:r>
        <w:rPr/>
        <w:t xml:space="preserve"> </w:t>
      </w:r>
      <w:r>
        <w:rPr/>
        <w:t>escritorio. No veía sus colores ni sentía su fragancia. Veía un</w:t>
      </w:r>
      <w:r>
        <w:rPr/>
        <w:t xml:space="preserve"> </w:t>
      </w:r>
      <w:r>
        <w:rPr/>
        <w:t>algoritmo biológico, un sistema optimizado a la perfección para la</w:t>
      </w:r>
      <w:r>
        <w:rPr/>
        <w:t xml:space="preserve"> </w:t>
      </w:r>
      <w:r>
        <w:rPr/>
        <w:t>supervivencia y la reproducción. Su mundo no era de piedra milenaria y</w:t>
      </w:r>
      <w:r>
        <w:rPr/>
        <w:t xml:space="preserve"> </w:t>
      </w:r>
      <w:r>
        <w:rPr/>
        <w:t>ríos susurrantes, sino de datos puros y luz fría de LED.</w:t>
      </w:r>
    </w:p>
    <w:p>
      <w:pPr>
        <w:pStyle w:val="BodyText"/>
      </w:pPr>
      <w:r>
        <w:rPr/>
        <w:t>Era un hombre esbelto, de cuarenta y dos años, con una quietud</w:t>
      </w:r>
      <w:r>
        <w:rPr/>
        <w:t xml:space="preserve"> </w:t>
      </w:r>
      <w:r>
        <w:rPr/>
        <w:t>depredadora que recordaba a los grandes felinos árticos. Sus ojos, de un</w:t>
      </w:r>
      <w:r>
        <w:rPr/>
        <w:t xml:space="preserve"> </w:t>
      </w:r>
      <w:r>
        <w:rPr/>
        <w:t>azul pálido que parecía haber absorbido el color del hielo báltico,</w:t>
      </w:r>
      <w:r>
        <w:rPr/>
        <w:t xml:space="preserve"> </w:t>
      </w:r>
      <w:r>
        <w:rPr/>
        <w:t>analizaban todo en términos de eficiencia y potencial de explotación. No</w:t>
      </w:r>
      <w:r>
        <w:rPr/>
        <w:t xml:space="preserve"> </w:t>
      </w:r>
      <w:r>
        <w:rPr/>
        <w:t>había llegado a dirigir «Ethos», la división de investigación más</w:t>
      </w:r>
      <w:r>
        <w:rPr/>
        <w:t xml:space="preserve"> </w:t>
      </w:r>
      <w:r>
        <w:rPr/>
        <w:t>secreta de Chrysalis Technologies, por casualidad o conexiones</w:t>
      </w:r>
      <w:r>
        <w:rPr/>
        <w:t xml:space="preserve"> </w:t>
      </w:r>
      <w:r>
        <w:rPr/>
        <w:t>familiares. Lo había hecho por una combinación letal de genialidad,</w:t>
      </w:r>
      <w:r>
        <w:rPr/>
        <w:t xml:space="preserve"> </w:t>
      </w:r>
      <w:r>
        <w:rPr/>
        <w:t>ambición y una completa ausencia de lo que otros llamarían escrúpulos.</w:t>
      </w:r>
    </w:p>
    <w:p>
      <w:pPr>
        <w:pStyle w:val="BodyText"/>
      </w:pPr>
      <w:r>
        <w:rPr/>
        <w:t>Su campo era la vanguardia absoluta de la neurociencia aplicada: la</w:t>
      </w:r>
      <w:r>
        <w:rPr/>
        <w:t xml:space="preserve"> </w:t>
      </w:r>
      <w:r>
        <w:rPr/>
        <w:t>sonificación de datos emocionales, la influencia de vibraciones</w:t>
      </w:r>
      <w:r>
        <w:rPr/>
        <w:t xml:space="preserve"> </w:t>
      </w:r>
      <w:r>
        <w:rPr/>
        <w:t>específicas en patrones neuronales, la posibilidad de convertir la</w:t>
      </w:r>
      <w:r>
        <w:rPr/>
        <w:t xml:space="preserve"> </w:t>
      </w:r>
      <w:r>
        <w:rPr/>
        <w:t>respuesta emocional humana en un producto empaquetable. Era, en esencia,</w:t>
      </w:r>
      <w:r>
        <w:rPr/>
        <w:t xml:space="preserve"> </w:t>
      </w:r>
      <w:r>
        <w:rPr/>
        <w:t>un ingeniero del alma.</w:t>
      </w:r>
    </w:p>
    <w:p>
      <w:pPr>
        <w:pStyle w:val="BodyText"/>
      </w:pPr>
      <w:r>
        <w:rPr/>
        <w:t>La pared sur de su oficina estaba dominada por una pantalla holográfica</w:t>
      </w:r>
      <w:r>
        <w:rPr/>
        <w:t xml:space="preserve"> </w:t>
      </w:r>
      <w:r>
        <w:rPr/>
        <w:t>que mostraba un mapa del mundo como red pulsante de flujos de energía e</w:t>
      </w:r>
      <w:r>
        <w:rPr/>
        <w:t xml:space="preserve"> </w:t>
      </w:r>
      <w:r>
        <w:rPr/>
        <w:t>información. Durante los últimos ocho meses, un punto anómalo en la</w:t>
      </w:r>
      <w:r>
        <w:rPr/>
        <w:t xml:space="preserve"> </w:t>
      </w:r>
      <w:r>
        <w:rPr/>
        <w:t>región pirenaica había estado apareciendo intermitentemente en sus</w:t>
      </w:r>
      <w:r>
        <w:rPr/>
        <w:t xml:space="preserve"> </w:t>
      </w:r>
      <w:r>
        <w:rPr/>
        <w:t>sistemas de monitoreo global. Una señal débil, casi imperceptible,</w:t>
      </w:r>
      <w:r>
        <w:rPr/>
        <w:t xml:space="preserve"> </w:t>
      </w:r>
      <w:r>
        <w:rPr/>
        <w:t>catalogada inicialmente como ruido geológico residual. Curiosa, pero no</w:t>
      </w:r>
      <w:r>
        <w:rPr/>
        <w:t xml:space="preserve"> </w:t>
      </w:r>
      <w:r>
        <w:rPr/>
        <w:t>prioritaria.</w:t>
      </w:r>
    </w:p>
    <w:p>
      <w:pPr>
        <w:pStyle w:val="BodyText"/>
      </w:pPr>
      <w:r>
        <w:rPr/>
        <w:t>Hasta hace cinco días.</w:t>
      </w:r>
    </w:p>
    <w:p>
      <w:pPr>
        <w:pStyle w:val="BodyText"/>
      </w:pPr>
      <w:r>
        <w:rPr/>
        <w:t>El punto había despertado. De señal intermitente y difusa había pasado a</w:t>
      </w:r>
      <w:r>
        <w:rPr/>
        <w:t xml:space="preserve"> </w:t>
      </w:r>
      <w:r>
        <w:rPr/>
        <w:t>emisión constante, estable, de una complejidad estructural que desafiaba</w:t>
      </w:r>
      <w:r>
        <w:rPr/>
        <w:t xml:space="preserve"> </w:t>
      </w:r>
      <w:r>
        <w:rPr/>
        <w:t>toda explicación convencional. Demasiado coherente para ser fenómeno</w:t>
      </w:r>
      <w:r>
        <w:rPr/>
        <w:t xml:space="preserve"> </w:t>
      </w:r>
      <w:r>
        <w:rPr/>
        <w:t>natural, demasiado elegante para ser tecnología humana conocida,</w:t>
      </w:r>
      <w:r>
        <w:rPr/>
        <w:t xml:space="preserve"> </w:t>
      </w:r>
      <w:r>
        <w:rPr/>
        <w:t>demasiado potente para seguir siendo ignorada.</w:t>
      </w:r>
    </w:p>
    <w:p>
      <w:pPr>
        <w:pStyle w:val="BodyText"/>
      </w:pPr>
      <w:r>
        <w:rPr/>
        <w:t>Y entonces, esa mañana de noviembre, cuando la luz ártica apenas lograba</w:t>
      </w:r>
      <w:r>
        <w:rPr/>
        <w:t xml:space="preserve"> </w:t>
      </w:r>
      <w:r>
        <w:rPr/>
        <w:t>penetrar las nubes bajas de Estocolmo, sus sistemas habían detectado</w:t>
      </w:r>
      <w:r>
        <w:rPr/>
        <w:t xml:space="preserve"> </w:t>
      </w:r>
      <w:r>
        <w:rPr/>
        <w:t>algo que le había hecho derramar su café matutino sobre los informes</w:t>
      </w:r>
      <w:r>
        <w:rPr/>
        <w:t xml:space="preserve"> </w:t>
      </w:r>
      <w:r>
        <w:rPr/>
        <w:t>semanales: una segunda anomalía, conectada a la primera por un patrón de</w:t>
      </w:r>
      <w:r>
        <w:rPr/>
        <w:t xml:space="preserve"> </w:t>
      </w:r>
      <w:r>
        <w:rPr/>
        <w:t>comunicación que sus máquinas apenas podían rastrear.</w:t>
      </w:r>
    </w:p>
    <w:p>
      <w:pPr>
        <w:pStyle w:val="BodyText"/>
      </w:pPr>
      <w:r>
        <w:rPr/>
        <w:t>Era una conversación. Una conversación sin palabras, sin tecnología</w:t>
      </w:r>
      <w:r>
        <w:rPr/>
        <w:t xml:space="preserve"> </w:t>
      </w:r>
      <w:r>
        <w:rPr/>
        <w:t>visible, sin infraestructura de comunicaciones. Dos puntos en el mapa</w:t>
      </w:r>
      <w:r>
        <w:rPr/>
        <w:t xml:space="preserve"> </w:t>
      </w:r>
      <w:r>
        <w:rPr/>
        <w:t>intercambiando información a través de métodos que sus sensores más</w:t>
      </w:r>
      <w:r>
        <w:rPr/>
        <w:t xml:space="preserve"> </w:t>
      </w:r>
      <w:r>
        <w:rPr/>
        <w:t>avanzados solo podían detectar como variaciones sutiles en campos</w:t>
      </w:r>
      <w:r>
        <w:rPr/>
        <w:t xml:space="preserve"> </w:t>
      </w:r>
      <w:r>
        <w:rPr/>
        <w:t>electromagnéticos locales. Como escuchar a fantasmas hablar en un idioma</w:t>
      </w:r>
      <w:r>
        <w:rPr/>
        <w:t xml:space="preserve"> </w:t>
      </w:r>
      <w:r>
        <w:rPr/>
        <w:t>aún no inventado.</w:t>
      </w:r>
    </w:p>
    <w:p>
      <w:pPr>
        <w:pStyle w:val="BodyText"/>
      </w:pPr>
      <w:r>
        <w:rPr/>
        <w:t>Y lo que lo había dejado sin aliento no era la complejidad técnica de la</w:t>
      </w:r>
      <w:r>
        <w:rPr/>
        <w:t xml:space="preserve"> </w:t>
      </w:r>
      <w:r>
        <w:rPr/>
        <w:t>conexión, sino su elegancia casi artística.</w:t>
      </w:r>
    </w:p>
    <w:p>
      <w:pPr>
        <w:pStyle w:val="BodyText"/>
      </w:pPr>
      <w:r>
        <w:rPr/>
        <w:t>«Convoque una reunión de la junta directiva para esta tarde», le dijo a</w:t>
      </w:r>
      <w:r>
        <w:rPr/>
        <w:t xml:space="preserve"> </w:t>
      </w:r>
      <w:r>
        <w:rPr/>
        <w:t>su asistente, su voz manteniendo la misma calma letal que usaba tanto</w:t>
      </w:r>
      <w:r>
        <w:rPr/>
        <w:t xml:space="preserve"> </w:t>
      </w:r>
      <w:r>
        <w:rPr/>
        <w:t>para felicitar a un subordinado como para despedirlo. «Tengo algo que va</w:t>
      </w:r>
      <w:r>
        <w:rPr/>
        <w:t xml:space="preserve"> </w:t>
      </w:r>
      <w:r>
        <w:rPr/>
        <w:t>a cambiar la industria para siempre.»</w:t>
      </w:r>
    </w:p>
    <w:p>
      <w:pPr>
        <w:pStyle w:val="BodyText"/>
      </w:pPr>
      <w:r>
        <w:rPr/>
        <w:t>⁂</w:t>
      </w:r>
    </w:p>
    <w:p>
      <w:pPr>
        <w:pStyle w:val="BodyText"/>
      </w:pPr>
      <w:r>
        <w:rPr/>
        <w:t>La reunión se celebró en la sala de conferencias principal de Chrysalis,</w:t>
      </w:r>
      <w:r>
        <w:rPr/>
        <w:t xml:space="preserve"> </w:t>
      </w:r>
      <w:r>
        <w:rPr/>
        <w:t>un espacio diseñado para intimidar: paredes de cristal negro, una mesa</w:t>
      </w:r>
      <w:r>
        <w:rPr/>
        <w:t xml:space="preserve"> </w:t>
      </w:r>
      <w:r>
        <w:rPr/>
        <w:t>de obsidiana pulida que reflejaba las caras de los doce miembros de la</w:t>
      </w:r>
      <w:r>
        <w:rPr/>
        <w:t xml:space="preserve"> </w:t>
      </w:r>
      <w:r>
        <w:rPr/>
        <w:t>junta como espíritus atrapados en hielo. La CEO, Helena Voss, dirigía el</w:t>
      </w:r>
      <w:r>
        <w:rPr/>
        <w:t xml:space="preserve"> </w:t>
      </w:r>
      <w:r>
        <w:rPr/>
        <w:t>consorcio con la eficiencia brutal que había convertido a Chrysalis de</w:t>
      </w:r>
      <w:r>
        <w:rPr/>
        <w:t xml:space="preserve"> </w:t>
      </w:r>
      <w:r>
        <w:rPr/>
        <w:t>una startup de software en una de las corporaciones tecnológicas más</w:t>
      </w:r>
      <w:r>
        <w:rPr/>
        <w:t xml:space="preserve"> </w:t>
      </w:r>
      <w:r>
        <w:rPr/>
        <w:t>poderosas del mundo.</w:t>
      </w:r>
    </w:p>
    <w:p>
      <w:pPr>
        <w:pStyle w:val="BodyText"/>
      </w:pPr>
      <w:r>
        <w:rPr/>
        <w:t>«Caballeros, señoras», comenzó Finch, activando la presentación</w:t>
      </w:r>
      <w:r>
        <w:rPr/>
        <w:t xml:space="preserve"> </w:t>
      </w:r>
      <w:r>
        <w:rPr/>
        <w:t>holográfica central, «durante meses hemos rastreado una anomalía</w:t>
      </w:r>
      <w:r>
        <w:rPr/>
        <w:t xml:space="preserve"> </w:t>
      </w:r>
      <w:r>
        <w:rPr/>
        <w:t>geológica en nuestros sistemas de monitoreo global. Hoy puedo confirmar</w:t>
      </w:r>
      <w:r>
        <w:rPr/>
        <w:t xml:space="preserve"> </w:t>
      </w:r>
      <w:r>
        <w:rPr/>
        <w:t>que no es una anomalía. Es una red de comunicación orgánica.»</w:t>
      </w:r>
    </w:p>
    <w:p>
      <w:pPr>
        <w:pStyle w:val="BodyText"/>
      </w:pPr>
      <w:r>
        <w:rPr/>
        <w:t>La imagen central mostró dos puntos de luz pulsando en sincronía sobre</w:t>
      </w:r>
      <w:r>
        <w:rPr/>
        <w:t xml:space="preserve"> </w:t>
      </w:r>
      <w:r>
        <w:rPr/>
        <w:t>un mapa de Europa occidental. «Dos nodos. El primero, "Faro", está</w:t>
      </w:r>
      <w:r>
        <w:rPr/>
        <w:t xml:space="preserve"> </w:t>
      </w:r>
      <w:r>
        <w:rPr/>
        <w:t>localizado en los Pirineos. Activo continuamente desde hace cinco días,</w:t>
      </w:r>
      <w:r>
        <w:rPr/>
        <w:t xml:space="preserve"> </w:t>
      </w:r>
      <w:r>
        <w:rPr/>
        <w:t>tras meses de emisiones intermitentes. El segundo, "Receptor",</w:t>
      </w:r>
      <w:r>
        <w:rPr/>
        <w:t xml:space="preserve"> </w:t>
      </w:r>
      <w:r>
        <w:rPr/>
        <w:t>apareció hace tres días en Lisboa y mantiene conexión constante con el</w:t>
      </w:r>
      <w:r>
        <w:rPr/>
        <w:t xml:space="preserve"> </w:t>
      </w:r>
      <w:r>
        <w:rPr/>
        <w:t>primero.»</w:t>
      </w:r>
    </w:p>
    <w:p>
      <w:pPr>
        <w:pStyle w:val="BodyText"/>
      </w:pPr>
      <w:r>
        <w:rPr/>
        <w:t>Un murmullo de interés recorrió la mesa. Helena Voss se inclinó hacia</w:t>
      </w:r>
      <w:r>
        <w:rPr/>
        <w:t xml:space="preserve"> </w:t>
      </w:r>
      <w:r>
        <w:rPr/>
        <w:t>adelante, sus ojos grises reflejando las luces de la presentación.</w:t>
      </w:r>
      <w:r>
        <w:rPr/>
        <w:t xml:space="preserve"> </w:t>
      </w:r>
      <w:r>
        <w:rPr/>
        <w:t>«Defina "red de comunicación orgánica", Dr. Finch.»</w:t>
      </w:r>
    </w:p>
    <w:p>
      <w:pPr>
        <w:pStyle w:val="BodyText"/>
      </w:pPr>
      <w:r>
        <w:rPr/>
        <w:t>«Una red sin cables, satélites ni infraestructura visible. Funciona</w:t>
      </w:r>
      <w:r>
        <w:rPr/>
        <w:t xml:space="preserve"> </w:t>
      </w:r>
      <w:r>
        <w:rPr/>
        <w:t>mediante campos bioeléctricos amplificados por resonancias geológicas</w:t>
      </w:r>
      <w:r>
        <w:rPr/>
        <w:t xml:space="preserve"> </w:t>
      </w:r>
      <w:r>
        <w:rPr/>
        <w:t>específicas. Y transmite no solo datos, sino estados emocionales</w:t>
      </w:r>
      <w:r>
        <w:rPr/>
        <w:t xml:space="preserve"> </w:t>
      </w:r>
      <w:r>
        <w:rPr/>
        <w:t>completos.»</w:t>
      </w:r>
    </w:p>
    <w:p>
      <w:pPr>
        <w:pStyle w:val="BodyText"/>
      </w:pPr>
      <w:r>
        <w:rPr/>
        <w:t>La sala se sumió en un silencio que Finch saboreó durante cinco segundos</w:t>
      </w:r>
      <w:r>
        <w:rPr/>
        <w:t xml:space="preserve"> </w:t>
      </w:r>
      <w:r>
        <w:rPr/>
        <w:t>exactos antes de continuar.</w:t>
      </w:r>
    </w:p>
    <w:p>
      <w:pPr>
        <w:pStyle w:val="BodyText"/>
      </w:pPr>
      <w:r>
        <w:rPr/>
        <w:t>«Las aplicaciones comerciales son definitivas», dijo, su voz adquiriendo</w:t>
      </w:r>
      <w:r>
        <w:rPr/>
        <w:t xml:space="preserve"> </w:t>
      </w:r>
      <w:r>
        <w:rPr/>
        <w:t>el tono hipnótico que usaba para vender ideas especialmente ambiciosas.</w:t>
      </w:r>
      <w:r>
        <w:rPr/>
        <w:t xml:space="preserve"> </w:t>
      </w:r>
      <w:r>
        <w:rPr/>
        <w:t>«Publicidad subliminal, algoritmos de manipulación de redes sociales...</w:t>
      </w:r>
      <w:r>
        <w:rPr/>
        <w:t xml:space="preserve"> </w:t>
      </w:r>
      <w:r>
        <w:rPr/>
        <w:t>esto los hace obsoletos. Imaginen generar receptividad empática a escala</w:t>
      </w:r>
      <w:r>
        <w:rPr/>
        <w:t xml:space="preserve"> </w:t>
      </w:r>
      <w:r>
        <w:rPr/>
        <w:t>masiva. Alinear literalmente el sentimiento del consumidor con un</w:t>
      </w:r>
      <w:r>
        <w:rPr/>
        <w:t xml:space="preserve"> </w:t>
      </w:r>
      <w:r>
        <w:rPr/>
        <w:t>producto específico. Calmar el pánico financiero con un tono. Inducir</w:t>
      </w:r>
      <w:r>
        <w:rPr/>
        <w:t xml:space="preserve"> </w:t>
      </w:r>
      <w:r>
        <w:rPr/>
        <w:t>conformidad social.»</w:t>
      </w:r>
    </w:p>
    <w:p>
      <w:pPr>
        <w:pStyle w:val="BodyText"/>
      </w:pPr>
      <w:r>
        <w:rPr/>
        <w:t>Hizo una pausa, dejando que la enormidad se asentara.</w:t>
      </w:r>
    </w:p>
    <w:p>
      <w:pPr>
        <w:pStyle w:val="BodyText"/>
      </w:pPr>
      <w:r>
        <w:rPr/>
        <w:t>«Es el nacimiento del consenso programado. Y si podemos aislar y</w:t>
      </w:r>
      <w:r>
        <w:rPr/>
        <w:t xml:space="preserve"> </w:t>
      </w:r>
      <w:r>
        <w:rPr/>
        <w:t>replicar la señal del Faro, será el siguiente paso en la evolución del</w:t>
      </w:r>
      <w:r>
        <w:rPr/>
        <w:t xml:space="preserve"> </w:t>
      </w:r>
      <w:r>
        <w:rPr/>
        <w:t>control social.»</w:t>
      </w:r>
    </w:p>
    <w:p>
      <w:pPr>
        <w:pStyle w:val="BodyText"/>
      </w:pPr>
      <w:r>
        <w:rPr/>
        <w:t>«¿Cuáles son las implicaciones para los derechos humanos?», preguntó un</w:t>
      </w:r>
      <w:r>
        <w:rPr/>
        <w:t xml:space="preserve"> </w:t>
      </w:r>
      <w:r>
        <w:rPr/>
        <w:t>miembro de la junta, un hombre mayor cuya presencia se debía más a</w:t>
      </w:r>
      <w:r>
        <w:rPr/>
        <w:t xml:space="preserve"> </w:t>
      </w:r>
      <w:r>
        <w:rPr/>
        <w:t>conexiones gubernamentales que a comprensión tecnológica.</w:t>
      </w:r>
    </w:p>
    <w:p>
      <w:pPr>
        <w:pStyle w:val="BodyText"/>
      </w:pPr>
      <w:r>
        <w:rPr/>
        <w:t>Finch le dirigió una mirada que podría haber congelado el Mar Báltico.</w:t>
      </w:r>
      <w:r>
        <w:rPr/>
        <w:t xml:space="preserve"> </w:t>
      </w:r>
      <w:r>
        <w:rPr/>
        <w:t>«Los derechos humanos, señor Morrison, son un concepto del siglo XX.</w:t>
      </w:r>
      <w:r>
        <w:rPr/>
        <w:t xml:space="preserve"> </w:t>
      </w:r>
      <w:r>
        <w:rPr/>
        <w:t>Estamos creando las herramientas del siglo XXII. La pregunta no es si</w:t>
      </w:r>
      <w:r>
        <w:rPr/>
        <w:t xml:space="preserve"> </w:t>
      </w:r>
      <w:r>
        <w:rPr/>
        <w:t>tenemos derecho a desarrollar esta tecnología. La pregunta es si podemos</w:t>
      </w:r>
      <w:r>
        <w:rPr/>
        <w:t xml:space="preserve"> </w:t>
      </w:r>
      <w:r>
        <w:rPr/>
        <w:t>permitirnos que alguien más la desarrolle primero.»</w:t>
      </w:r>
    </w:p>
    <w:p>
      <w:pPr>
        <w:pStyle w:val="BodyText"/>
      </w:pPr>
      <w:r>
        <w:rPr/>
        <w:t>Helena Voss golpeó la mesa una sola vez con su anillo de platino, un</w:t>
      </w:r>
      <w:r>
        <w:rPr/>
        <w:t xml:space="preserve"> </w:t>
      </w:r>
      <w:r>
        <w:rPr/>
        <w:t>sonido que resonó en el cristal negro como campana funeraria. «Proyecto</w:t>
      </w:r>
      <w:r>
        <w:rPr/>
        <w:t xml:space="preserve"> </w:t>
      </w:r>
      <w:r>
        <w:rPr/>
        <w:t>Echo-Catcher aprobado. Recursos ilimitados. Prioridad alfa. Quiero la</w:t>
      </w:r>
      <w:r>
        <w:rPr/>
        <w:t xml:space="preserve"> </w:t>
      </w:r>
      <w:r>
        <w:rPr/>
        <w:t>fuente de esa señal identificada, aislada y bajo nuestro control dentro</w:t>
      </w:r>
      <w:r>
        <w:rPr/>
        <w:t xml:space="preserve"> </w:t>
      </w:r>
      <w:r>
        <w:rPr/>
        <w:t>de seis meses. Dr. Finch, espero que entienda las consecuencias de un</w:t>
      </w:r>
      <w:r>
        <w:rPr/>
        <w:t xml:space="preserve"> </w:t>
      </w:r>
      <w:r>
        <w:rPr/>
        <w:t>fracaso.»</w:t>
      </w:r>
    </w:p>
    <w:p>
      <w:pPr>
        <w:pStyle w:val="BodyText"/>
      </w:pPr>
      <w:r>
        <w:rPr/>
        <w:t>Finch asintió, una sonrisa fina apareciendo en sus labios. No se veía a</w:t>
      </w:r>
      <w:r>
        <w:rPr/>
        <w:t xml:space="preserve"> </w:t>
      </w:r>
      <w:r>
        <w:rPr/>
        <w:t>sí mismo como villano. Se veía como pionero, el hombre a punto de darle</w:t>
      </w:r>
      <w:r>
        <w:rPr/>
        <w:t xml:space="preserve"> </w:t>
      </w:r>
      <w:r>
        <w:rPr/>
        <w:t>a la humanidad el regalo más preciado de todos: la armonía perfecta,</w:t>
      </w:r>
      <w:r>
        <w:rPr/>
        <w:t xml:space="preserve"> </w:t>
      </w:r>
      <w:r>
        <w:rPr/>
        <w:t>aunque fuera impuesta desde arriba por algoritmos diseñados en</w:t>
      </w:r>
      <w:r>
        <w:rPr/>
        <w:t xml:space="preserve"> </w:t>
      </w:r>
      <w:r>
        <w:rPr/>
        <w:t>Estocolmo.</w:t>
      </w:r>
    </w:p>
    <w:p>
      <w:pPr>
        <w:pStyle w:val="BodyText"/>
      </w:pPr>
      <w:r>
        <w:rPr/>
        <w:t>⁂</w:t>
      </w:r>
    </w:p>
    <w:p>
      <w:pPr>
        <w:pStyle w:val="BodyText"/>
      </w:pPr>
      <w:r>
        <w:rPr/>
        <w:t>Estocolmo, siete años antes</w:t>
      </w:r>
    </w:p>
    <w:p>
      <w:pPr>
        <w:pStyle w:val="BodyText"/>
      </w:pPr>
      <w:r>
        <w:rPr/>
        <w:t>El teléfono sonó a las 3:47 de la madrugada.</w:t>
      </w:r>
    </w:p>
    <w:p>
      <w:pPr>
        <w:pStyle w:val="BodyText"/>
      </w:pPr>
      <w:r>
        <w:rPr/>
        <w:t>Alistair Finch no había dormido. Estaba en su despacho doméstico,</w:t>
      </w:r>
      <w:r>
        <w:rPr/>
        <w:t xml:space="preserve"> </w:t>
      </w:r>
      <w:r>
        <w:rPr/>
        <w:t>revisando datos de un experimento sobre resonancia cuántica en</w:t>
      </w:r>
      <w:r>
        <w:rPr/>
        <w:t xml:space="preserve"> </w:t>
      </w:r>
      <w:r>
        <w:rPr/>
        <w:t>materiales orgánicos. La pantalla iluminaba su rostro con brillo</w:t>
      </w:r>
      <w:r>
        <w:rPr/>
        <w:t xml:space="preserve"> </w:t>
      </w:r>
      <w:r>
        <w:rPr/>
        <w:t>azulado. Números. Ecuaciones. Orden. El mundo funcionaba cuando podías</w:t>
      </w:r>
      <w:r>
        <w:rPr/>
        <w:t xml:space="preserve"> </w:t>
      </w:r>
      <w:r>
        <w:rPr/>
        <w:t>medirlo.</w:t>
      </w:r>
    </w:p>
    <w:p>
      <w:pPr>
        <w:pStyle w:val="BodyText"/>
      </w:pPr>
      <w:r>
        <w:rPr/>
        <w:t>Su esposa, Emma, respondió al teléfono en el dormitorio. Finch oyó su</w:t>
      </w:r>
      <w:r>
        <w:rPr/>
        <w:t xml:space="preserve"> </w:t>
      </w:r>
      <w:r>
        <w:rPr/>
        <w:t>voz a través de la pared: primero confusa, luego alerta, finalmente</w:t>
      </w:r>
      <w:r>
        <w:rPr/>
        <w:t xml:space="preserve"> </w:t>
      </w:r>
      <w:r>
        <w:rPr/>
        <w:t>quebrada. Supo, antes de que ella dijera nada, que algo se había roto</w:t>
      </w:r>
      <w:r>
        <w:rPr/>
        <w:t xml:space="preserve"> </w:t>
      </w:r>
      <w:r>
        <w:rPr/>
        <w:t>para siempre.</w:t>
      </w:r>
    </w:p>
    <w:p>
      <w:pPr>
        <w:pStyle w:val="BodyText"/>
      </w:pPr>
      <w:r>
        <w:rPr/>
        <w:t>El hospital Karolinska olía a desinfectante y a promesas rotas. Luz</w:t>
      </w:r>
      <w:r>
        <w:rPr/>
        <w:t xml:space="preserve"> </w:t>
      </w:r>
      <w:r>
        <w:rPr/>
        <w:t>fluorescente despiadada. Pasillos que resonaban con el eco de tragedias</w:t>
      </w:r>
      <w:r>
        <w:rPr/>
        <w:t xml:space="preserve"> </w:t>
      </w:r>
      <w:r>
        <w:rPr/>
        <w:t>cotidianas. Un médico joven, demasiado joven, con ojos cansados de dar</w:t>
      </w:r>
      <w:r>
        <w:rPr/>
        <w:t xml:space="preserve"> </w:t>
      </w:r>
      <w:r>
        <w:rPr/>
        <w:t>malas noticias, los recibió en la sala de espera.</w:t>
      </w:r>
    </w:p>
    <w:p>
      <w:pPr>
        <w:pStyle w:val="BodyText"/>
      </w:pPr>
      <w:r>
        <w:rPr/>
        <w:t>«Dr. Finch, señora Finch… lamento informarles…»</w:t>
      </w:r>
    </w:p>
    <w:p>
      <w:pPr>
        <w:pStyle w:val="BodyText"/>
      </w:pPr>
      <w:r>
        <w:rPr/>
        <w:t>Las palabras que siguieron fueron ruido blanco. Finch las escuchó como</w:t>
      </w:r>
      <w:r>
        <w:rPr/>
        <w:t xml:space="preserve"> </w:t>
      </w:r>
      <w:r>
        <w:rPr/>
        <w:t>datos: accidente de tráfico, impacto lateral, lesión craneoencefálica</w:t>
      </w:r>
      <w:r>
        <w:rPr/>
        <w:t xml:space="preserve"> </w:t>
      </w:r>
      <w:r>
        <w:rPr/>
        <w:t>severa, muerte cerebral, decisión sobre soporte vital. Su hijo. Oscar.</w:t>
      </w:r>
      <w:r>
        <w:rPr/>
        <w:t xml:space="preserve"> </w:t>
      </w:r>
      <w:r>
        <w:rPr/>
        <w:t>Doce años. Una vida convertida en estadística médica.</w:t>
      </w:r>
    </w:p>
    <w:p>
      <w:pPr>
        <w:pStyle w:val="BodyText"/>
      </w:pPr>
      <w:r>
        <w:rPr/>
        <w:t>Emma lloraba contra su hombro, susurrando palabras en sueco que él ya no</w:t>
      </w:r>
      <w:r>
        <w:rPr/>
        <w:t xml:space="preserve"> </w:t>
      </w:r>
      <w:r>
        <w:rPr/>
        <w:t>recordaba cómo entender. Finch mantenía los brazos rígidos a los lados.</w:t>
      </w:r>
      <w:r>
        <w:rPr/>
        <w:t xml:space="preserve"> </w:t>
      </w:r>
      <w:r>
        <w:rPr/>
        <w:t>No lloraba. No podía. El shock lo había convertido en una máquina de</w:t>
      </w:r>
      <w:r>
        <w:rPr/>
        <w:t xml:space="preserve"> </w:t>
      </w:r>
      <w:r>
        <w:rPr/>
        <w:t>cálculo: si el impacto fue a las 22:34, y la ambulancia tardó 8 minutos,</w:t>
      </w:r>
      <w:r>
        <w:rPr/>
        <w:t xml:space="preserve"> </w:t>
      </w:r>
      <w:r>
        <w:rPr/>
        <w:t>y el hospital está a 12 kilómetros… Los números no devolvían a los</w:t>
      </w:r>
      <w:r>
        <w:rPr/>
        <w:t xml:space="preserve"> </w:t>
      </w:r>
      <w:r>
        <w:rPr/>
        <w:t>muertos.</w:t>
      </w:r>
    </w:p>
    <w:p>
      <w:pPr>
        <w:pStyle w:val="BodyText"/>
      </w:pPr>
      <w:r>
        <w:rPr/>
        <w:t>Les permitieron ver a Oscar una última vez antes de desconectar las</w:t>
      </w:r>
      <w:r>
        <w:rPr/>
        <w:t xml:space="preserve"> </w:t>
      </w:r>
      <w:r>
        <w:rPr/>
        <w:t>máquinas.</w:t>
      </w:r>
    </w:p>
    <w:p>
      <w:pPr>
        <w:pStyle w:val="BodyText"/>
      </w:pPr>
      <w:r>
        <w:rPr/>
        <w:t>La sala de cuidados intensivos era un altar de tecnología. Monitores</w:t>
      </w:r>
      <w:r>
        <w:rPr/>
        <w:t xml:space="preserve"> </w:t>
      </w:r>
      <w:r>
        <w:rPr/>
        <w:t>cardíacos dibujando ondas regulares. Ventilador mecánico inflando y</w:t>
      </w:r>
      <w:r>
        <w:rPr/>
        <w:t xml:space="preserve"> </w:t>
      </w:r>
      <w:r>
        <w:rPr/>
        <w:t>desinflando pulmones que ya no sabían respirar solos. Bomba de infusión</w:t>
      </w:r>
      <w:r>
        <w:rPr/>
        <w:t xml:space="preserve"> </w:t>
      </w:r>
      <w:r>
        <w:rPr/>
        <w:t>goteando medicamentos que mantenían vivo algo que ya había muerto.</w:t>
      </w:r>
    </w:p>
    <w:p>
      <w:pPr>
        <w:pStyle w:val="BodyText"/>
      </w:pPr>
      <w:r>
        <w:rPr/>
        <w:t>Oscar yacía en la cama, pálido como cera. Tubos por todas partes. Su</w:t>
      </w:r>
      <w:r>
        <w:rPr/>
        <w:t xml:space="preserve"> </w:t>
      </w:r>
      <w:r>
        <w:rPr/>
        <w:t>rostro hinchado, irreconocible. Pero su mano… su mano aún estaba</w:t>
      </w:r>
      <w:r>
        <w:rPr/>
        <w:t xml:space="preserve"> </w:t>
      </w:r>
      <w:r>
        <w:rPr/>
        <w:t>tibia. Finch la tomó.</w:t>
      </w:r>
    </w:p>
    <w:p>
      <w:pPr>
        <w:pStyle w:val="BodyText"/>
      </w:pPr>
      <w:r>
        <w:rPr/>
        <w:t>Todos los números correctos en las pantallas. Frecuencia cardíaca: 78</w:t>
      </w:r>
      <w:r>
        <w:rPr/>
        <w:t xml:space="preserve"> </w:t>
      </w:r>
      <w:r>
        <w:rPr/>
        <w:t>latidos por minuto. Saturación de oxígeno: 98%. Temperatura: 36.7°C.</w:t>
      </w:r>
      <w:r>
        <w:rPr/>
        <w:t xml:space="preserve"> </w:t>
      </w:r>
      <w:r>
        <w:rPr/>
        <w:t>Pero su hijo ya no estaba.</w:t>
      </w:r>
    </w:p>
    <w:p>
      <w:pPr>
        <w:pStyle w:val="BodyText"/>
      </w:pPr>
      <w:r>
        <w:rPr/>
        <w:t>La enfermera entró con documentos. Consentimiento para donación de</w:t>
      </w:r>
      <w:r>
        <w:rPr/>
        <w:t xml:space="preserve"> </w:t>
      </w:r>
      <w:r>
        <w:rPr/>
        <w:t>órganos. Formularios de defunción. Papeles que convertían a un niño en</w:t>
      </w:r>
      <w:r>
        <w:rPr/>
        <w:t xml:space="preserve"> </w:t>
      </w:r>
      <w:r>
        <w:rPr/>
        <w:t>un expediente. «Tómense el tiempo que necesiten», dijo, y salió en</w:t>
      </w:r>
      <w:r>
        <w:rPr/>
        <w:t xml:space="preserve"> </w:t>
      </w:r>
      <w:r>
        <w:rPr/>
        <w:t>silencio.</w:t>
      </w:r>
    </w:p>
    <w:p>
      <w:pPr>
        <w:pStyle w:val="BodyText"/>
      </w:pPr>
      <w:r>
        <w:rPr/>
        <w:t>Emma se acercó, besó la frente de Oscar por última vez. Luego salió,</w:t>
      </w:r>
      <w:r>
        <w:rPr/>
        <w:t xml:space="preserve"> </w:t>
      </w:r>
      <w:r>
        <w:rPr/>
        <w:t>incapaz de presenciar el momento final. Finch se quedó solo.</w:t>
      </w:r>
    </w:p>
    <w:p>
      <w:pPr>
        <w:pStyle w:val="BodyText"/>
      </w:pPr>
      <w:r>
        <w:rPr/>
        <w:t>Sacó su teléfono. No para llamar a nadie. Para grabar. Presionó el botón</w:t>
      </w:r>
      <w:r>
        <w:rPr/>
        <w:t xml:space="preserve"> </w:t>
      </w:r>
      <w:r>
        <w:rPr/>
        <w:t>de grabación de audio y lo acercó al pecho de Oscar. El micrófono captó</w:t>
      </w:r>
      <w:r>
        <w:rPr/>
        <w:t xml:space="preserve"> </w:t>
      </w:r>
      <w:r>
        <w:rPr/>
        <w:t>el latido del corazón: bum-bum, bum-bum, bum-bum. Regular. Perfecto.</w:t>
      </w:r>
      <w:r>
        <w:rPr/>
        <w:t xml:space="preserve"> </w:t>
      </w:r>
      <w:r>
        <w:rPr/>
        <w:t>Mecánico.</w:t>
      </w:r>
    </w:p>
    <w:p>
      <w:pPr>
        <w:pStyle w:val="BodyText"/>
      </w:pPr>
      <w:r>
        <w:rPr/>
        <w:t>«Papá te va a recordar», susurró Finch. «De alguna forma. Te lo</w:t>
      </w:r>
      <w:r>
        <w:rPr/>
        <w:t xml:space="preserve"> </w:t>
      </w:r>
      <w:r>
        <w:rPr/>
        <w:t>prometo.»</w:t>
      </w:r>
    </w:p>
    <w:p>
      <w:pPr>
        <w:pStyle w:val="BodyText"/>
      </w:pPr>
      <w:r>
        <w:rPr/>
        <w:t>Grabó durante cinco minutos. El latido. La respiración artificial. El</w:t>
      </w:r>
      <w:r>
        <w:rPr/>
        <w:t xml:space="preserve"> </w:t>
      </w:r>
      <w:r>
        <w:rPr/>
        <w:t>pitido del monitor. Todos los sonidos de una vida que ya no era vida.</w:t>
      </w:r>
      <w:r>
        <w:rPr/>
        <w:t xml:space="preserve"> </w:t>
      </w:r>
      <w:r>
        <w:rPr/>
        <w:t>Cuando los médicos entraron para apagar las máquinas, Finch tenía el</w:t>
      </w:r>
      <w:r>
        <w:rPr/>
        <w:t xml:space="preserve"> </w:t>
      </w:r>
      <w:r>
        <w:rPr/>
        <w:t>teléfono apretado en el puño. Guardaba la última vibración de su hijo.</w:t>
      </w:r>
    </w:p>
    <w:p>
      <w:pPr>
        <w:pStyle w:val="BodyText"/>
      </w:pPr>
      <w:r>
        <w:rPr/>
        <w:t>⁂</w:t>
      </w:r>
    </w:p>
    <w:p>
      <w:pPr>
        <w:pStyle w:val="BodyText"/>
      </w:pPr>
      <w:r>
        <w:rPr/>
        <w:t>Los meses que siguieron fueron un descenso al infierno racional.</w:t>
      </w:r>
    </w:p>
    <w:p>
      <w:pPr>
        <w:pStyle w:val="BodyText"/>
      </w:pPr>
      <w:r>
        <w:rPr/>
        <w:t>Emma se desmoronó. Dejó de trabajar. Pasaba días enteros en la</w:t>
      </w:r>
      <w:r>
        <w:rPr/>
        <w:t xml:space="preserve"> </w:t>
      </w:r>
      <w:r>
        <w:rPr/>
        <w:t>habitación de Oscar, abrazando su almohada, oliendo su ropa. El dolor la</w:t>
      </w:r>
      <w:r>
        <w:rPr/>
        <w:t xml:space="preserve"> </w:t>
      </w:r>
      <w:r>
        <w:rPr/>
        <w:t>consumía. Finch hizo lo contrario. Se convirtió en máquina.</w:t>
      </w:r>
    </w:p>
    <w:p>
      <w:pPr>
        <w:pStyle w:val="BodyText"/>
      </w:pPr>
      <w:r>
        <w:rPr/>
        <w:t>Trabajaba dieciocho horas al día. Dormía cuatro, cuando dormía. En su</w:t>
      </w:r>
      <w:r>
        <w:rPr/>
        <w:t xml:space="preserve"> </w:t>
      </w:r>
      <w:r>
        <w:rPr/>
        <w:t>laboratorio privado, montó un proyecto secreto. Tomó la grabación del</w:t>
      </w:r>
      <w:r>
        <w:rPr/>
        <w:t xml:space="preserve"> </w:t>
      </w:r>
      <w:r>
        <w:rPr/>
        <w:t>corazón de Oscar y la analizó obsesivamente. Frecuencia: 1.3 Hz.</w:t>
      </w:r>
      <w:r>
        <w:rPr/>
        <w:t xml:space="preserve"> </w:t>
      </w:r>
      <w:r>
        <w:rPr/>
        <w:t>Amplitud: variable. Timbre: único. Cada corazón tenía su firma acústica.</w:t>
      </w:r>
    </w:p>
    <w:p>
      <w:pPr>
        <w:pStyle w:val="BodyText"/>
      </w:pPr>
      <w:r>
        <w:rPr/>
        <w:t>¿Y si pudiera aislarla? ¿Preservarla? ¿Recrearla? Si la información no</w:t>
      </w:r>
      <w:r>
        <w:rPr/>
        <w:t xml:space="preserve"> </w:t>
      </w:r>
      <w:r>
        <w:rPr/>
        <w:t>se destruía, solo se transformaba… si el sonido era energía y la</w:t>
      </w:r>
      <w:r>
        <w:rPr/>
        <w:t xml:space="preserve"> </w:t>
      </w:r>
      <w:r>
        <w:rPr/>
        <w:t>energía no moría nunca… Tal vez había una forma.</w:t>
      </w:r>
    </w:p>
    <w:p>
      <w:pPr>
        <w:pStyle w:val="BodyText"/>
      </w:pPr>
      <w:r>
        <w:rPr/>
        <w:t>Tres meses después del funeral, Finch le presentó a Emma su</w:t>
      </w:r>
      <w:r>
        <w:rPr/>
        <w:t xml:space="preserve"> </w:t>
      </w:r>
      <w:r>
        <w:rPr/>
        <w:t>"proyecto". Era medianoche. Ella no dormía. Él tampoco. «Quiero que</w:t>
      </w:r>
      <w:r>
        <w:rPr/>
        <w:t xml:space="preserve"> </w:t>
      </w:r>
      <w:r>
        <w:rPr/>
        <w:t>escuches algo», dijo. Conectó unos auriculares a su ordenador. Emma los</w:t>
      </w:r>
      <w:r>
        <w:rPr/>
        <w:t xml:space="preserve"> </w:t>
      </w:r>
      <w:r>
        <w:rPr/>
        <w:t>tomó con manos temblorosas.</w:t>
      </w:r>
    </w:p>
    <w:p>
      <w:pPr>
        <w:pStyle w:val="BodyText"/>
      </w:pPr>
      <w:r>
        <w:rPr/>
        <w:t>Finch reprodujo el archivo. El latido del corazón de Oscar, procesado,</w:t>
      </w:r>
      <w:r>
        <w:rPr/>
        <w:t xml:space="preserve"> </w:t>
      </w:r>
      <w:r>
        <w:rPr/>
        <w:t>limpio, amplificado. Bum-bum. Bum-bum. Emma escuchó durante treinta</w:t>
      </w:r>
      <w:r>
        <w:rPr/>
        <w:t xml:space="preserve"> </w:t>
      </w:r>
      <w:r>
        <w:rPr/>
        <w:t>segundos. Luego se quitó los auriculares como si quemaran.</w:t>
      </w:r>
    </w:p>
    <w:p>
      <w:pPr>
        <w:pStyle w:val="BodyText"/>
      </w:pPr>
      <w:r>
        <w:rPr/>
        <w:t>«¿Qué… qué es eso?»</w:t>
      </w:r>
    </w:p>
    <w:p>
      <w:pPr>
        <w:pStyle w:val="BodyText"/>
      </w:pPr>
      <w:r>
        <w:rPr/>
        <w:t>«Es Oscar. Su corazón. Lo grabé en el hospital. Es todo lo que queda,</w:t>
      </w:r>
      <w:r>
        <w:rPr/>
        <w:t xml:space="preserve"> </w:t>
      </w:r>
      <w:r>
        <w:rPr/>
        <w:t>Emma. Pero si puedo aislar la frecuencia—»</w:t>
      </w:r>
    </w:p>
    <w:p>
      <w:pPr>
        <w:pStyle w:val="BodyText"/>
      </w:pPr>
      <w:r>
        <w:rPr/>
        <w:t>«¿Grabaste a nuestro hijo muriendo?»</w:t>
      </w:r>
    </w:p>
    <w:p>
      <w:pPr>
        <w:pStyle w:val="BodyText"/>
      </w:pPr>
      <w:r>
        <w:rPr/>
        <w:t>«La energía no se destruye. Solo se transforma. Si su resonancia…»</w:t>
      </w:r>
    </w:p>
    <w:p>
      <w:pPr>
        <w:pStyle w:val="BodyText"/>
      </w:pPr>
      <w:r>
        <w:rPr/>
        <w:t>«¡Para!» Emma se levantó, temblando. «¿Qué intentas hacer, Alistair?</w:t>
      </w:r>
      <w:r>
        <w:rPr/>
        <w:t xml:space="preserve"> </w:t>
      </w:r>
      <w:r>
        <w:rPr/>
        <w:t>¿Revivirlo con un archivo de audio?»</w:t>
      </w:r>
    </w:p>
    <w:p>
      <w:pPr>
        <w:pStyle w:val="BodyText"/>
      </w:pPr>
      <w:r>
        <w:rPr/>
        <w:t>«Lo grabé viviendo. Su última vibración—»</w:t>
      </w:r>
    </w:p>
    <w:p>
      <w:pPr>
        <w:pStyle w:val="BodyText"/>
      </w:pPr>
      <w:r>
        <w:rPr/>
        <w:t>«¡Era nuestro hijo, no un experimento!»</w:t>
      </w:r>
    </w:p>
    <w:p>
      <w:pPr>
        <w:pStyle w:val="BodyText"/>
      </w:pPr>
      <w:r>
        <w:rPr/>
        <w:t>Emma salió de la habitación. Finch se quedó solo con el latido</w:t>
      </w:r>
      <w:r>
        <w:rPr/>
        <w:t xml:space="preserve"> </w:t>
      </w:r>
      <w:r>
        <w:rPr/>
        <w:t>reproduciéndose en bucle. Bum-bum. Bum-bum. Bum-bum. Perfecto.</w:t>
      </w:r>
      <w:r>
        <w:rPr/>
        <w:t xml:space="preserve"> </w:t>
      </w:r>
      <w:r>
        <w:rPr/>
        <w:t>Constante. Muerto.</w:t>
      </w:r>
    </w:p>
    <w:p>
      <w:pPr>
        <w:pStyle w:val="BodyText"/>
      </w:pPr>
      <w:r>
        <w:rPr/>
        <w:t>Emma lo dejó seis meses después. «No te reconozco», le dijo. «Mi esposo</w:t>
      </w:r>
      <w:r>
        <w:rPr/>
        <w:t xml:space="preserve"> </w:t>
      </w:r>
      <w:r>
        <w:rPr/>
        <w:t>murió con Oscar. Lo que quedó es… otra cosa.»</w:t>
      </w:r>
    </w:p>
    <w:p>
      <w:pPr>
        <w:pStyle w:val="BodyText"/>
      </w:pPr>
      <w:r>
        <w:rPr/>
        <w:t>Finch no discutió. No sintió nada. El dolor se había convertido en</w:t>
      </w:r>
      <w:r>
        <w:rPr/>
        <w:t xml:space="preserve"> </w:t>
      </w:r>
      <w:r>
        <w:rPr/>
        <w:t>cálculo, la pérdida en obsesión. Si no podía traer de vuelta a Oscar,</w:t>
      </w:r>
      <w:r>
        <w:rPr/>
        <w:t xml:space="preserve"> </w:t>
      </w:r>
      <w:r>
        <w:rPr/>
        <w:t>tal vez podía hacer algo más grande. Tal vez podía controlar las</w:t>
      </w:r>
      <w:r>
        <w:rPr/>
        <w:t xml:space="preserve"> </w:t>
      </w:r>
      <w:r>
        <w:rPr/>
        <w:t>frecuencias que gobernaban la vida misma. Tal vez, si lograba silenciar</w:t>
      </w:r>
      <w:r>
        <w:rPr/>
        <w:t xml:space="preserve"> </w:t>
      </w:r>
      <w:r>
        <w:rPr/>
        <w:t>el ruido del mundo, el grito de su hijo finalmente dejaría de resonar en</w:t>
      </w:r>
      <w:r>
        <w:rPr/>
        <w:t xml:space="preserve"> </w:t>
      </w:r>
      <w:r>
        <w:rPr/>
        <w:t>su cabeza cada noche.</w:t>
      </w:r>
    </w:p>
    <w:p>
      <w:pPr>
        <w:pStyle w:val="BodyText"/>
      </w:pPr>
      <w:r>
        <w:rPr/>
        <w:t>⁂</w:t>
      </w:r>
    </w:p>
    <w:p>
      <w:pPr>
        <w:pStyle w:val="BodyText"/>
      </w:pPr>
      <w:r>
        <w:rPr/>
        <w:t>Siete años habían pasado desde aquella noche. Finch seguía en Estocolmo,</w:t>
      </w:r>
      <w:r>
        <w:rPr/>
        <w:t xml:space="preserve"> </w:t>
      </w:r>
      <w:r>
        <w:rPr/>
        <w:t>pero el hospital había sido reemplazado por una sala de conferencias, el</w:t>
      </w:r>
      <w:r>
        <w:rPr/>
        <w:t xml:space="preserve"> </w:t>
      </w:r>
      <w:r>
        <w:rPr/>
        <w:t>dolor por ambición, la pérdida por proyecto. De pie frente al mapa</w:t>
      </w:r>
      <w:r>
        <w:rPr/>
        <w:t xml:space="preserve"> </w:t>
      </w:r>
      <w:r>
        <w:rPr/>
        <w:t>holográfico donde dos puntos de luz pulsaban en danza sincronizada,</w:t>
      </w:r>
      <w:r>
        <w:rPr/>
        <w:t xml:space="preserve"> </w:t>
      </w:r>
      <w:r>
        <w:rPr/>
        <w:t>llevaba aún la foto de Oscar en el bolsillo. Arrugada. Desgastada. Una</w:t>
      </w:r>
      <w:r>
        <w:rPr/>
        <w:t xml:space="preserve"> </w:t>
      </w:r>
      <w:r>
        <w:rPr/>
        <w:t>reliquia de cuando aún era humano.</w:t>
      </w:r>
    </w:p>
    <w:p>
      <w:pPr>
        <w:pStyle w:val="BodyText"/>
      </w:pPr>
      <w:r>
        <w:rPr/>
        <w:t>Y el archivo de audio… ese seguía intacto. 1.3 Hz. Perfecto. Eterno.</w:t>
      </w:r>
      <w:r>
        <w:rPr/>
        <w:t xml:space="preserve"> </w:t>
      </w:r>
      <w:r>
        <w:rPr/>
        <w:t>Tal vez, solo tal vez, podría finalmente dejar de escuchar el corazón de</w:t>
      </w:r>
      <w:r>
        <w:rPr/>
        <w:t xml:space="preserve"> </w:t>
      </w:r>
      <w:r>
        <w:rPr/>
        <w:t>su hijo latiendo en silencio.</w:t>
      </w:r>
    </w:p>
    <w:p>
      <w:pPr>
        <w:pStyle w:val="BodyText"/>
      </w:pPr>
      <w:r>
        <w:rPr/>
        <w:t>Mientras la junta se dispersaba, Finch permaneció contemplando el mapa</w:t>
      </w:r>
      <w:r>
        <w:rPr/>
        <w:t xml:space="preserve"> </w:t>
      </w:r>
      <w:r>
        <w:rPr/>
        <w:t>donde los dos puntos seguían su conversación. No sabía que miraba a Mar,</w:t>
      </w:r>
      <w:r>
        <w:rPr/>
        <w:t xml:space="preserve"> </w:t>
      </w:r>
      <w:r>
        <w:rPr/>
        <w:t>una mujer española que había aprendido a escuchar el latido del</w:t>
      </w:r>
      <w:r>
        <w:rPr/>
        <w:t xml:space="preserve"> </w:t>
      </w:r>
      <w:r>
        <w:rPr/>
        <w:t>universo, y a Vasco, un académico portugués que acababa de descubrir que</w:t>
      </w:r>
      <w:r>
        <w:rPr/>
        <w:t xml:space="preserve"> </w:t>
      </w:r>
      <w:r>
        <w:rPr/>
        <w:t>la ciencia y la mística eran la misma cosa expresada en idiomas</w:t>
      </w:r>
      <w:r>
        <w:rPr/>
        <w:t xml:space="preserve"> </w:t>
      </w:r>
      <w:r>
        <w:rPr/>
        <w:t>diferentes.</w:t>
      </w:r>
    </w:p>
    <w:p>
      <w:pPr>
        <w:pStyle w:val="BodyText"/>
      </w:pPr>
      <w:r>
        <w:rPr/>
        <w:t>Lo único que sabía era que había encontrado algo que podía convertir a</w:t>
      </w:r>
      <w:r>
        <w:rPr/>
        <w:t xml:space="preserve"> </w:t>
      </w:r>
      <w:r>
        <w:rPr/>
        <w:t>Chrysalis en la corporación más poderosa de la historia humana. Y que no</w:t>
      </w:r>
      <w:r>
        <w:rPr/>
        <w:t xml:space="preserve"> </w:t>
      </w:r>
      <w:r>
        <w:rPr/>
        <w:t>dejaría que nada ni nadie se interpusiera en su camino.</w:t>
      </w:r>
    </w:p>
    <w:p>
      <w:pPr>
        <w:pStyle w:val="BodyText"/>
      </w:pPr>
      <w:r>
        <w:rPr/>
        <w:t>Sus sistemas de inteligencia ya estaban rastreando publicaciones</w:t>
      </w:r>
      <w:r>
        <w:rPr/>
        <w:t xml:space="preserve"> </w:t>
      </w:r>
      <w:r>
        <w:rPr/>
        <w:t>académicas recientes sobre fenómenos acústicos anómalos. Había al menos</w:t>
      </w:r>
      <w:r>
        <w:rPr/>
        <w:t xml:space="preserve"> </w:t>
      </w:r>
      <w:r>
        <w:rPr/>
        <w:t>tres artículos en revisión que mencionaban patrones de resonancia en la</w:t>
      </w:r>
      <w:r>
        <w:rPr/>
        <w:t xml:space="preserve"> </w:t>
      </w:r>
      <w:r>
        <w:rPr/>
        <w:t>Península Ibérica. Uno de ellos, de un tal Dr. Vasco Ferreira de la</w:t>
      </w:r>
      <w:r>
        <w:rPr/>
        <w:t xml:space="preserve"> </w:t>
      </w:r>
      <w:r>
        <w:rPr/>
        <w:t>Universidad de Lisboa, había llamado especialmente su atención por su</w:t>
      </w:r>
      <w:r>
        <w:rPr/>
        <w:t xml:space="preserve"> </w:t>
      </w:r>
      <w:r>
        <w:rPr/>
        <w:t>rigor metodológico y su cuidadoso lenguaje técnico que apenas ocultaba</w:t>
      </w:r>
      <w:r>
        <w:rPr/>
        <w:t xml:space="preserve"> </w:t>
      </w:r>
      <w:r>
        <w:rPr/>
        <w:t>implicaciones extraordinarias.</w:t>
      </w:r>
    </w:p>
    <w:p>
      <w:pPr>
        <w:pStyle w:val="BodyText"/>
      </w:pPr>
      <w:r>
        <w:rPr/>
        <w:t>Pronto tendría no solo los datos de sus detectores, sino también el</w:t>
      </w:r>
      <w:r>
        <w:rPr/>
        <w:t xml:space="preserve"> </w:t>
      </w:r>
      <w:r>
        <w:rPr/>
        <w:t>marco teórico académico que le daría legitimidad científica a lo que</w:t>
      </w:r>
      <w:r>
        <w:rPr/>
        <w:t xml:space="preserve"> </w:t>
      </w:r>
      <w:r>
        <w:rPr/>
        <w:t>estaba a punto de hacer.</w:t>
      </w:r>
    </w:p>
    <w:p>
      <w:pPr>
        <w:pStyle w:val="BodyText"/>
      </w:pPr>
      <w:r>
        <w:rPr/>
        <w:t>El emisario del norte se ponía en marcha.</w:t>
      </w:r>
    </w:p>
    <w:p>
      <w:pPr>
        <w:pStyle w:val="BodyText"/>
      </w:pPr>
      <w:r>
        <w:rPr/>
        <w:t>Y aunque no lo supiera aún, Mar ya había sentido su acercamiento. Como</w:t>
      </w:r>
      <w:r>
        <w:rPr/>
        <w:t xml:space="preserve"> </w:t>
      </w:r>
      <w:r>
        <w:rPr/>
        <w:t>una nota disonante aproximándose en la distancia, una frecuencia que no</w:t>
      </w:r>
      <w:r>
        <w:rPr/>
        <w:t xml:space="preserve"> </w:t>
      </w:r>
      <w:r>
        <w:rPr/>
        <w:t>armonizaba con el Eco sino que buscaba capturarlo, diseccionarlo,</w:t>
      </w:r>
      <w:r>
        <w:rPr/>
        <w:t xml:space="preserve"> </w:t>
      </w:r>
      <w:r>
        <w:rPr/>
        <w:t>poseerlo.</w:t>
      </w:r>
    </w:p>
    <w:p>
      <w:pPr>
        <w:pStyle w:val="BodyText"/>
      </w:pPr>
      <w:r>
        <w:rPr/>
        <w:t>La guerra había comenzado.</w:t>
      </w:r>
    </w:p>
    <w:p>
      <w:pPr>
        <w:pStyle w:val="Heading1"/>
      </w:pPr>
      <w:r>
        <w:rPr/>
        <w:t>CAPÍTULO 29. LA TRADUCCIÓN DEL SILENCIO</w:t>
      </w:r>
    </w:p>
    <w:p>
      <w:pPr/>
      <w:r>
        <w:rPr/>
        <w:t>Traducir no es llevar un significado de un idioma a otro. Es construir</w:t>
      </w:r>
      <w:r>
        <w:rPr/>
        <w:t xml:space="preserve"> </w:t>
      </w:r>
      <w:r>
        <w:rPr/>
        <w:t>un puente entre dos silencios. —Libro de los Ecos</w:t>
      </w:r>
    </w:p>
    <w:p>
      <w:pPr>
        <w:pStyle w:val="BodyText"/>
      </w:pPr>
      <w:r>
        <w:rPr/>
        <w:t>De vuelta en su apartamento de Lisboa, rodeado por el familiar desorden</w:t>
      </w:r>
      <w:r>
        <w:rPr/>
        <w:t xml:space="preserve"> </w:t>
      </w:r>
      <w:r>
        <w:rPr/>
        <w:t>de libros y papeles que constituía el ecosistema natural de su mente</w:t>
      </w:r>
      <w:r>
        <w:rPr/>
        <w:t xml:space="preserve"> </w:t>
      </w:r>
      <w:r>
        <w:rPr/>
        <w:t>académica, Vasco se enfrentó al desafío más abrumador de su carrera:</w:t>
      </w:r>
      <w:r>
        <w:rPr/>
        <w:t xml:space="preserve"> </w:t>
      </w:r>
      <w:r>
        <w:rPr/>
        <w:t>cómo verter un océano de revelación cósmica en el vaso de porcelana de</w:t>
      </w:r>
      <w:r>
        <w:rPr/>
        <w:t xml:space="preserve"> </w:t>
      </w:r>
      <w:r>
        <w:rPr/>
        <w:t>una publicación científica revisada por pares. El «vaso» era la</w:t>
      </w:r>
      <w:r>
        <w:rPr/>
        <w:t xml:space="preserve"> </w:t>
      </w:r>
      <w:r>
        <w:rPr/>
        <w:t>estructura rígida y escéptica del mundo académico. El «océano» era la</w:t>
      </w:r>
      <w:r>
        <w:rPr/>
        <w:t xml:space="preserve"> </w:t>
      </w:r>
      <w:r>
        <w:rPr/>
        <w:t>inconmensurable verdad que había experimentado junto a Mar en los</w:t>
      </w:r>
      <w:r>
        <w:rPr/>
        <w:t xml:space="preserve"> </w:t>
      </w:r>
      <w:r>
        <w:rPr/>
        <w:t>acantilados de Santander.</w:t>
      </w:r>
    </w:p>
    <w:p>
      <w:pPr>
        <w:pStyle w:val="BodyText"/>
      </w:pPr>
      <w:r>
        <w:rPr/>
        <w:t>Sabía que un solo término místico, una sola frase que rozara lo</w:t>
      </w:r>
      <w:r>
        <w:rPr/>
        <w:t xml:space="preserve"> </w:t>
      </w:r>
      <w:r>
        <w:rPr/>
        <w:t>espiritual o lo paranormal, y su reputación quedaría destruida. Sus</w:t>
      </w:r>
      <w:r>
        <w:rPr/>
        <w:t xml:space="preserve"> </w:t>
      </w:r>
      <w:r>
        <w:rPr/>
        <w:t>colegas lo tacharían de charlatán, sus fuentes de financiación se</w:t>
      </w:r>
      <w:r>
        <w:rPr/>
        <w:t xml:space="preserve"> </w:t>
      </w:r>
      <w:r>
        <w:rPr/>
        <w:t>evaporarían, y todo su trabajo anterior sería reevaluado bajo la lente</w:t>
      </w:r>
      <w:r>
        <w:rPr/>
        <w:t xml:space="preserve"> </w:t>
      </w:r>
      <w:r>
        <w:rPr/>
        <w:t>despiadada del escepticismo académico. Y, sin embargo, usar únicamente</w:t>
      </w:r>
      <w:r>
        <w:rPr/>
        <w:t xml:space="preserve"> </w:t>
      </w:r>
      <w:r>
        <w:rPr/>
        <w:t>el lenguaje frío de la ciencia se sentía como describir una catedral</w:t>
      </w:r>
      <w:r>
        <w:rPr/>
        <w:t xml:space="preserve"> </w:t>
      </w:r>
      <w:r>
        <w:rPr/>
        <w:t>hablando únicamente de la composición química de sus piedras. Era</w:t>
      </w:r>
      <w:r>
        <w:rPr/>
        <w:t xml:space="preserve"> </w:t>
      </w:r>
      <w:r>
        <w:rPr/>
        <w:t>técnicamente correcto, pero fundamentalmente incompleto.</w:t>
      </w:r>
    </w:p>
    <w:p>
      <w:pPr>
        <w:pStyle w:val="BodyText"/>
      </w:pPr>
      <w:r>
        <w:rPr/>
        <w:t>Comenzó por el título, un camuflaje perfecto que protegería la verdadera</w:t>
      </w:r>
      <w:r>
        <w:rPr/>
        <w:t xml:space="preserve"> </w:t>
      </w:r>
      <w:r>
        <w:rPr/>
        <w:t>naturaleza de su investigación: «Patrones de Resonancia Geo-Celestial:</w:t>
      </w:r>
      <w:r>
        <w:rPr/>
        <w:t xml:space="preserve"> </w:t>
      </w:r>
      <w:r>
        <w:rPr/>
        <w:t>Un Análisis Multidisciplinario de Firmas Acústicas Anómalas en la</w:t>
      </w:r>
      <w:r>
        <w:rPr/>
        <w:t xml:space="preserve"> </w:t>
      </w:r>
      <w:r>
        <w:rPr/>
        <w:t>Península Ibérica.» En la introducción, acuñó cuidadosamente un nuevo</w:t>
      </w:r>
      <w:r>
        <w:rPr/>
        <w:t xml:space="preserve"> </w:t>
      </w:r>
      <w:r>
        <w:rPr/>
        <w:t>término: «Fenómenos de Resonancia Localizada Sostenida» (FRLS),</w:t>
      </w:r>
      <w:r>
        <w:rPr/>
        <w:t xml:space="preserve"> </w:t>
      </w:r>
      <w:r>
        <w:rPr/>
        <w:t>describiéndolos como «eventos acústicos de origen desconocido que</w:t>
      </w:r>
      <w:r>
        <w:rPr/>
        <w:t xml:space="preserve"> </w:t>
      </w:r>
      <w:r>
        <w:rPr/>
        <w:t>demuestran una coherencia estructural inusual, frecuentemente</w:t>
      </w:r>
      <w:r>
        <w:rPr/>
        <w:t xml:space="preserve"> </w:t>
      </w:r>
      <w:r>
        <w:rPr/>
        <w:t>correlacionados con configuraciones astronómicas y geológicas</w:t>
      </w:r>
      <w:r>
        <w:rPr/>
        <w:t xml:space="preserve"> </w:t>
      </w:r>
      <w:r>
        <w:rPr/>
        <w:t>particulares de significancia histórica.»</w:t>
      </w:r>
    </w:p>
    <w:p>
      <w:pPr>
        <w:pStyle w:val="BodyText"/>
      </w:pPr>
      <w:r>
        <w:rPr/>
        <w:t>Era la verdad desnuda, despojada de su poesía, pero conservando su</w:t>
      </w:r>
      <w:r>
        <w:rPr/>
        <w:t xml:space="preserve"> </w:t>
      </w:r>
      <w:r>
        <w:rPr/>
        <w:t>esencia científica.</w:t>
      </w:r>
    </w:p>
    <w:p>
      <w:pPr>
        <w:pStyle w:val="BodyText"/>
      </w:pPr>
      <w:r>
        <w:rPr/>
        <w:t>Durante semanas se sumergió en un ejercicio de traducción brutal y</w:t>
      </w:r>
      <w:r>
        <w:rPr/>
        <w:t xml:space="preserve"> </w:t>
      </w:r>
      <w:r>
        <w:rPr/>
        <w:t>meticulosa. El «dolor de Montségur» se convirtió en «la firma disonante</w:t>
      </w:r>
      <w:r>
        <w:rPr/>
        <w:t xml:space="preserve"> </w:t>
      </w:r>
      <w:r>
        <w:rPr/>
        <w:t>de baja vibración observada en el sitio designado como Soria-1244.» El</w:t>
      </w:r>
      <w:r>
        <w:rPr/>
        <w:t xml:space="preserve"> </w:t>
      </w:r>
      <w:r>
        <w:rPr/>
        <w:t>«anhelo de Anna Maria» fue catalogado como «la modulación vibracional</w:t>
      </w:r>
      <w:r>
        <w:rPr/>
        <w:t xml:space="preserve"> </w:t>
      </w:r>
      <w:r>
        <w:rPr/>
        <w:t>compleja detectada en la anomalía alpina-1776.» El «genio trágico de</w:t>
      </w:r>
      <w:r>
        <w:rPr/>
        <w:t xml:space="preserve"> </w:t>
      </w:r>
      <w:r>
        <w:rPr/>
        <w:t>ILIBERIS» se transformó en «la distorsión electrónica documentada en el</w:t>
      </w:r>
      <w:r>
        <w:rPr/>
        <w:t xml:space="preserve"> </w:t>
      </w:r>
      <w:r>
        <w:rPr/>
        <w:t>evento Berlín-1998.»</w:t>
      </w:r>
    </w:p>
    <w:p>
      <w:pPr>
        <w:pStyle w:val="BodyText"/>
      </w:pPr>
      <w:r>
        <w:rPr/>
        <w:t>Cada emoción, cada fragmento de historia humana, cada lágrima derramada</w:t>
      </w:r>
      <w:r>
        <w:rPr/>
        <w:t xml:space="preserve"> </w:t>
      </w:r>
      <w:r>
        <w:rPr/>
        <w:t>a lo largo de mil años, fue meticulosamente despojado de su alma y</w:t>
      </w:r>
      <w:r>
        <w:rPr/>
        <w:t xml:space="preserve"> </w:t>
      </w:r>
      <w:r>
        <w:rPr/>
        <w:t>presentado como un conjunto de datos empíricos, ondas sonoras medibles,</w:t>
      </w:r>
      <w:r>
        <w:rPr/>
        <w:t xml:space="preserve"> </w:t>
      </w:r>
      <w:r>
        <w:rPr/>
        <w:t>frecuencias cuantificables. Se sentía como un traidor a la verdad, un</w:t>
      </w:r>
      <w:r>
        <w:rPr/>
        <w:t xml:space="preserve"> </w:t>
      </w:r>
      <w:r>
        <w:rPr/>
        <w:t>arqueólogo que destruye un templo para estudiar la composición química</w:t>
      </w:r>
      <w:r>
        <w:rPr/>
        <w:t xml:space="preserve"> </w:t>
      </w:r>
      <w:r>
        <w:rPr/>
        <w:t>de sus ladrillos. Como Adrián debió sentirse, pensó de repente, en</w:t>
      </w:r>
      <w:r>
        <w:rPr/>
        <w:t xml:space="preserve"> </w:t>
      </w:r>
      <w:r>
        <w:rPr/>
        <w:t>aquella madrugada de diciembre.</w:t>
      </w:r>
    </w:p>
    <w:p>
      <w:pPr>
        <w:pStyle w:val="BodyText"/>
      </w:pPr>
      <w:r>
        <w:rPr/>
        <w:t>*Kreuzberg, 1997.*</w:t>
      </w:r>
    </w:p>
    <w:p>
      <w:pPr>
        <w:pStyle w:val="BodyText"/>
      </w:pPr>
      <w:r>
        <w:rPr/>
        <w:t>Mar había encontrado a Adrián en el estudio, con la mirada perdida en la</w:t>
      </w:r>
      <w:r>
        <w:rPr/>
        <w:t xml:space="preserve"> </w:t>
      </w:r>
      <w:r>
        <w:rPr/>
        <w:t>línea verde de un osciloscopio que danzaba al ritmo de una nota</w:t>
      </w:r>
      <w:r>
        <w:rPr/>
        <w:t xml:space="preserve"> </w:t>
      </w:r>
      <w:r>
        <w:rPr/>
        <w:t>sostenida. El aire olía a frustración concentrada y a café recalentado.</w:t>
      </w:r>
      <w:r>
        <w:rPr/>
        <w:t xml:space="preserve"> </w:t>
      </w:r>
      <w:r>
        <w:rPr/>
        <w:t>La temperatura había bajado tanto que su aliento era visible, pero él</w:t>
      </w:r>
      <w:r>
        <w:rPr/>
        <w:t xml:space="preserve"> </w:t>
      </w:r>
      <w:r>
        <w:rPr/>
        <w:t>parecía no notarlo.</w:t>
      </w:r>
    </w:p>
    <w:p>
      <w:pPr>
        <w:pStyle w:val="BodyText"/>
      </w:pPr>
      <w:r>
        <w:rPr/>
        <w:t>«No lo entiendo», había dicho él, sin apartar la vista de la pantalla.</w:t>
      </w:r>
      <w:r>
        <w:rPr/>
        <w:t xml:space="preserve"> </w:t>
      </w:r>
      <w:r>
        <w:rPr/>
        <w:t>«La máquina dice que esto es un La a 440 hercios. Un simple La.</w:t>
      </w:r>
      <w:r>
        <w:rPr/>
        <w:t xml:space="preserve"> </w:t>
      </w:r>
      <w:r>
        <w:rPr/>
        <w:t>Matemáticamente perfecto. Pero no es verdad. ¿No lo oyes? No es solo una</w:t>
      </w:r>
      <w:r>
        <w:rPr/>
        <w:t xml:space="preserve"> </w:t>
      </w:r>
      <w:r>
        <w:rPr/>
        <w:t>nota. Es… más.»</w:t>
      </w:r>
    </w:p>
    <w:p>
      <w:pPr>
        <w:pStyle w:val="BodyText"/>
      </w:pPr>
      <w:r>
        <w:rPr/>
        <w:t>Mar había aguzado el oído, concentrándose en la pureza cristalina del</w:t>
      </w:r>
      <w:r>
        <w:rPr/>
        <w:t xml:space="preserve"> </w:t>
      </w:r>
      <w:r>
        <w:rPr/>
        <w:t>tono. Al principio solo escuchaba la nota, limpia y precisa. Pero poco a</w:t>
      </w:r>
      <w:r>
        <w:rPr/>
        <w:t xml:space="preserve"> </w:t>
      </w:r>
      <w:r>
        <w:rPr/>
        <w:t>poco, en el subsuelo del sonido, había comenzado a percibir algo más.</w:t>
      </w:r>
      <w:r>
        <w:rPr/>
        <w:t xml:space="preserve"> </w:t>
      </w:r>
      <w:r>
        <w:rPr/>
        <w:t>Una textura emocional. Una memoria incorporada en la propia onda.</w:t>
      </w:r>
    </w:p>
    <w:p>
      <w:pPr>
        <w:pStyle w:val="BodyText"/>
      </w:pPr>
      <w:r>
        <w:rPr/>
        <w:t>«Oigo… nostalgia», había aventurado Mar, buscando palabras para algo</w:t>
      </w:r>
      <w:r>
        <w:rPr/>
        <w:t xml:space="preserve"> </w:t>
      </w:r>
      <w:r>
        <w:rPr/>
        <w:t>que trascendía el lenguaje. «Suena como la nostalgia. Como el domingo</w:t>
      </w:r>
      <w:r>
        <w:rPr/>
        <w:t xml:space="preserve"> </w:t>
      </w:r>
      <w:r>
        <w:rPr/>
        <w:t>por la tarde cuando eras niño y sabías que el lunes había colegio.»</w:t>
      </w:r>
    </w:p>
    <w:p>
      <w:pPr>
        <w:pStyle w:val="BodyText"/>
      </w:pPr>
      <w:r>
        <w:rPr/>
        <w:t>Adrián había golpeado la mesa con la palma de la mano, un gesto suave,</w:t>
      </w:r>
      <w:r>
        <w:rPr/>
        <w:t xml:space="preserve"> </w:t>
      </w:r>
      <w:r>
        <w:rPr/>
        <w:t>pero lleno de euforia pura. «¡Exacto! ¡Nostalgia! ¡Es el sonido exacto</w:t>
      </w:r>
      <w:r>
        <w:rPr/>
        <w:t xml:space="preserve"> </w:t>
      </w:r>
      <w:r>
        <w:rPr/>
        <w:t>de ese sentimiento específico! ¡Pero cómo escribo yo</w:t>
      </w:r>
      <w:r>
        <w:rPr/>
        <w:t xml:space="preserve"> </w:t>
      </w:r>
      <w:r>
        <w:rPr/>
        <w:t>‘</w:t>
      </w:r>
      <w:r>
        <w:rPr/>
        <w:t>nostalgia</w:t>
      </w:r>
      <w:r>
        <w:rPr/>
        <w:t>’</w:t>
      </w:r>
      <w:r>
        <w:rPr/>
        <w:t xml:space="preserve"> </w:t>
      </w:r>
      <w:r>
        <w:rPr/>
        <w:t>en una</w:t>
      </w:r>
      <w:r>
        <w:rPr/>
        <w:t xml:space="preserve"> </w:t>
      </w:r>
      <w:r>
        <w:rPr/>
        <w:t>partitura? ¿Cómo le explico eso a un ingeniero? Para ellos, para todo el</w:t>
      </w:r>
      <w:r>
        <w:rPr/>
        <w:t xml:space="preserve"> </w:t>
      </w:r>
      <w:r>
        <w:rPr/>
        <w:t>mundo científico, es solo un La a 440 hercios. Me estoy volviendo loco</w:t>
      </w:r>
      <w:r>
        <w:rPr/>
        <w:t xml:space="preserve"> </w:t>
      </w:r>
      <w:r>
        <w:rPr/>
        <w:t>intentando traducir un sentimiento a una ecuación matemática.»</w:t>
      </w:r>
    </w:p>
    <w:p>
      <w:pPr>
        <w:pStyle w:val="BodyText"/>
      </w:pPr>
      <w:r>
        <w:rPr/>
        <w:t>Mar se había acercado y le había puesto una mano en el hombro, sintiendo</w:t>
      </w:r>
      <w:r>
        <w:rPr/>
        <w:t xml:space="preserve"> </w:t>
      </w:r>
      <w:r>
        <w:rPr/>
        <w:t>la tensión acumulada en sus músculos. «Quizás no tienes que traducirlo,</w:t>
      </w:r>
      <w:r>
        <w:rPr/>
        <w:t xml:space="preserve"> </w:t>
      </w:r>
      <w:r>
        <w:rPr/>
        <w:t>Adrián. Quizás solo tienes que confiar en que hay otros que pueden</w:t>
      </w:r>
      <w:r>
        <w:rPr/>
        <w:t xml:space="preserve"> </w:t>
      </w:r>
      <w:r>
        <w:rPr/>
        <w:t>oírlo. Que pueden sentir lo que tú sientes.»</w:t>
      </w:r>
    </w:p>
    <w:p>
      <w:pPr>
        <w:pStyle w:val="BodyText"/>
      </w:pPr>
      <w:r>
        <w:rPr/>
        <w:t>El recuerdo de aquellas palabras resonó en la mente de Vasco con una</w:t>
      </w:r>
      <w:r>
        <w:rPr/>
        <w:t xml:space="preserve"> </w:t>
      </w:r>
      <w:r>
        <w:rPr/>
        <w:t>fuerza casi física. Él ahora se encontraba en la misma encrucijada</w:t>
      </w:r>
      <w:r>
        <w:rPr/>
        <w:t xml:space="preserve"> </w:t>
      </w:r>
      <w:r>
        <w:rPr/>
        <w:t>existencial que Adrián. Poseía una verdad que trascendía las categorías</w:t>
      </w:r>
      <w:r>
        <w:rPr/>
        <w:t xml:space="preserve"> </w:t>
      </w:r>
      <w:r>
        <w:rPr/>
        <w:t>del lenguaje científico, pero estaba obligado a expresarla en ese mismo</w:t>
      </w:r>
      <w:r>
        <w:rPr/>
        <w:t xml:space="preserve"> </w:t>
      </w:r>
      <w:r>
        <w:rPr/>
        <w:t>lenguaje o ver cómo era descartada como fantasía.</w:t>
      </w:r>
    </w:p>
    <w:p>
      <w:pPr>
        <w:pStyle w:val="BodyText"/>
      </w:pPr>
      <w:r>
        <w:rPr/>
        <w:t>Por las noches, para mantener la cordura y recordar el «territorio» real</w:t>
      </w:r>
      <w:r>
        <w:rPr/>
        <w:t xml:space="preserve"> </w:t>
      </w:r>
      <w:r>
        <w:rPr/>
        <w:t>más allá del «mapa» académico que estaba dibujando, escuchaba la</w:t>
      </w:r>
      <w:r>
        <w:rPr/>
        <w:t xml:space="preserve"> </w:t>
      </w:r>
      <w:r>
        <w:rPr/>
        <w:t>grabación original que Mar le había enviado. La cinta de casete que</w:t>
      </w:r>
      <w:r>
        <w:rPr/>
        <w:t xml:space="preserve"> </w:t>
      </w:r>
      <w:r>
        <w:rPr/>
        <w:t>contenía fragmentos de la Y fue durante una de esas sesiones nocturnas</w:t>
      </w:r>
      <w:r>
        <w:rPr/>
        <w:t xml:space="preserve"> </w:t>
      </w:r>
      <w:r>
        <w:rPr/>
        <w:t>de escucha, valiéndose de un software de análisis espectral de última</w:t>
      </w:r>
      <w:r>
        <w:rPr/>
        <w:t xml:space="preserve"> </w:t>
      </w:r>
      <w:r>
        <w:rPr/>
        <w:t>generación, cuando descubrió que cambiaría todo.</w:t>
      </w:r>
    </w:p>
    <w:p>
      <w:pPr>
        <w:pStyle w:val="BodyText"/>
      </w:pPr>
      <w:r>
        <w:rPr/>
        <w:t>Había una sub-vibración, casi imperceptible, oculta en los silencios de</w:t>
      </w:r>
      <w:r>
        <w:rPr/>
        <w:t xml:space="preserve"> </w:t>
      </w:r>
      <w:r>
        <w:rPr/>
        <w:t>la grabación. Una frecuencia base que no debería existir.</w:t>
      </w:r>
    </w:p>
    <w:p>
      <w:pPr>
        <w:pStyle w:val="BodyText"/>
      </w:pPr>
      <w:r>
        <w:rPr/>
        <w:t>Esta vibración de fondo se convirtió en la piedra angular de su</w:t>
      </w:r>
      <w:r>
        <w:rPr/>
        <w:t xml:space="preserve"> </w:t>
      </w:r>
      <w:r>
        <w:rPr/>
        <w:t>argumento académico. Postuló que esta vibración base era «modulada» por</w:t>
      </w:r>
      <w:r>
        <w:rPr/>
        <w:t xml:space="preserve"> </w:t>
      </w:r>
      <w:r>
        <w:rPr/>
        <w:t>eventos de alta carga emocional, y que la conciencia humana, en estados</w:t>
      </w:r>
      <w:r>
        <w:rPr/>
        <w:t xml:space="preserve"> </w:t>
      </w:r>
      <w:r>
        <w:rPr/>
        <w:t>de sensibilidad elevada, podía actuar como un «transductor biológico»</w:t>
      </w:r>
      <w:r>
        <w:rPr/>
        <w:t xml:space="preserve"> </w:t>
      </w:r>
      <w:r>
        <w:rPr/>
        <w:t>capaz de «imprimir» un evento traumático o extático en el tejido</w:t>
      </w:r>
      <w:r>
        <w:rPr/>
        <w:t xml:space="preserve"> </w:t>
      </w:r>
      <w:r>
        <w:rPr/>
        <w:t>acústico del espacio-tiempo local.</w:t>
      </w:r>
    </w:p>
    <w:p>
      <w:pPr>
        <w:pStyle w:val="BodyText"/>
      </w:pPr>
      <w:r>
        <w:rPr/>
        <w:t>No mencionó «custodios» ni «ecos místicos», pero la implicación estaba</w:t>
      </w:r>
      <w:r>
        <w:rPr/>
        <w:t xml:space="preserve"> </w:t>
      </w:r>
      <w:r>
        <w:rPr/>
        <w:t>clara para cualquier mente suficientemente abierta. Había desarrollado</w:t>
      </w:r>
      <w:r>
        <w:rPr/>
        <w:t xml:space="preserve"> </w:t>
      </w:r>
      <w:r>
        <w:rPr/>
        <w:t>un marco científico para explicar cómo la emoción humana podía</w:t>
      </w:r>
      <w:r>
        <w:rPr/>
        <w:t xml:space="preserve"> </w:t>
      </w:r>
      <w:r>
        <w:rPr/>
        <w:t>literalmente alterar la realidad física a nivel cuántico.</w:t>
      </w:r>
    </w:p>
    <w:p>
      <w:pPr>
        <w:pStyle w:val="BodyText"/>
      </w:pPr>
      <w:r>
        <w:rPr/>
        <w:t>El artículo final fue una obra maestra de equilibrio diplomático.</w:t>
      </w:r>
      <w:r>
        <w:rPr/>
        <w:t xml:space="preserve"> </w:t>
      </w:r>
      <w:r>
        <w:rPr/>
        <w:t>Suficientemente riguroso para pasar la revisión por pares,</w:t>
      </w:r>
      <w:r>
        <w:rPr/>
        <w:t xml:space="preserve"> </w:t>
      </w:r>
      <w:r>
        <w:rPr/>
        <w:t>suficientemente intrigante para captar la atención de mentes</w:t>
      </w:r>
      <w:r>
        <w:rPr/>
        <w:t xml:space="preserve"> </w:t>
      </w:r>
      <w:r>
        <w:rPr/>
        <w:t>visionarias, suficientemente ambiguo para proteger tanto a Mar como a sí</w:t>
      </w:r>
      <w:r>
        <w:rPr/>
        <w:t xml:space="preserve"> </w:t>
      </w:r>
      <w:r>
        <w:rPr/>
        <w:t>mismo de la atención no deseada.</w:t>
      </w:r>
    </w:p>
    <w:p>
      <w:pPr>
        <w:pStyle w:val="BodyText"/>
      </w:pPr>
      <w:r>
        <w:rPr/>
        <w:t>Cuando por fin pulsó «enviar» en su correo electrónico a la revista</w:t>
      </w:r>
      <w:r>
        <w:rPr/>
        <w:t xml:space="preserve"> </w:t>
      </w:r>
      <w:r>
        <w:rPr/>
        <w:t>«Nature Physics», Vasco sintió que estaba lanzando una botella al océano</w:t>
      </w:r>
      <w:r>
        <w:rPr/>
        <w:t xml:space="preserve"> </w:t>
      </w:r>
      <w:r>
        <w:rPr/>
        <w:t>de la conciencia humana. No sabía quién la encontraría, ni cuándo, ni</w:t>
      </w:r>
      <w:r>
        <w:rPr/>
        <w:t xml:space="preserve"> </w:t>
      </w:r>
      <w:r>
        <w:rPr/>
        <w:t>qué harían con el mensaje que contenía.</w:t>
      </w:r>
    </w:p>
    <w:p>
      <w:pPr>
        <w:pStyle w:val="BodyText"/>
      </w:pPr>
      <w:r>
        <w:rPr/>
        <w:t>Lo que no sabía era que, en una oficina de cristal negro en Estocolmo,</w:t>
      </w:r>
      <w:r>
        <w:rPr/>
        <w:t xml:space="preserve"> </w:t>
      </w:r>
      <w:r>
        <w:rPr/>
        <w:t>un hombre llamado Alistair Finch ya estaba leyendo una versión</w:t>
      </w:r>
      <w:r>
        <w:rPr/>
        <w:t xml:space="preserve"> </w:t>
      </w:r>
      <w:r>
        <w:rPr/>
        <w:t>pre-publicación del artículo, obtenida a través de contactos en el mundo</w:t>
      </w:r>
      <w:r>
        <w:rPr/>
        <w:t xml:space="preserve"> </w:t>
      </w:r>
      <w:r>
        <w:rPr/>
        <w:t>editorial académico. Y que ese hombre no estaba interesado en la</w:t>
      </w:r>
      <w:r>
        <w:rPr/>
        <w:t xml:space="preserve"> </w:t>
      </w:r>
      <w:r>
        <w:rPr/>
        <w:t>elegancia científica del trabajo de Vasco, sino en su potencial como</w:t>
      </w:r>
      <w:r>
        <w:rPr/>
        <w:t xml:space="preserve"> </w:t>
      </w:r>
      <w:r>
        <w:rPr/>
        <w:t>mapa del tesoro hacia el poder más grande que la humanidad había</w:t>
      </w:r>
      <w:r>
        <w:rPr/>
        <w:t xml:space="preserve"> </w:t>
      </w:r>
      <w:r>
        <w:rPr/>
        <w:t>conocido jamás.</w:t>
      </w:r>
    </w:p>
    <w:p>
      <w:pPr>
        <w:pStyle w:val="BodyText"/>
      </w:pPr>
      <w:r>
        <w:rPr/>
        <w:t>La traducción estaba completa. Pero como todas las traducciones, había</w:t>
      </w:r>
      <w:r>
        <w:rPr/>
        <w:t xml:space="preserve"> </w:t>
      </w:r>
      <w:r>
        <w:rPr/>
        <w:t>perdido algo esencial en el proceso. Y ese algo perdido era con</w:t>
      </w:r>
      <w:r>
        <w:rPr/>
        <w:t xml:space="preserve"> </w:t>
      </w:r>
      <w:r>
        <w:rPr/>
        <w:t>exactitud lo que la convertía en peligrosa.</w:t>
      </w:r>
    </w:p>
    <w:p>
      <w:pPr>
        <w:pStyle w:val="Heading1"/>
      </w:pPr>
      <w:r>
        <w:rPr/>
        <w:t>CAPÍTULO 30. LA GUERRA SILENCIOSA</w:t>
      </w:r>
    </w:p>
    <w:p>
      <w:pPr/>
      <w:r>
        <w:rPr/>
        <w:t>*En el corazón del caos, cada ruido esconde un patrón que espera ser</w:t>
      </w:r>
      <w:r>
        <w:rPr/>
        <w:t xml:space="preserve"> </w:t>
      </w:r>
      <w:r>
        <w:rPr/>
        <w:t>descifrado.*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Lena llevaba setenta y dos horas en Tokio, siguiendo el rastro digital</w:t>
      </w:r>
      <w:r>
        <w:rPr/>
        <w:t xml:space="preserve"> </w:t>
      </w:r>
      <w:r>
        <w:rPr/>
        <w:t>de Chrysalis hasta su infraestructura asiática. Lo que había empezado</w:t>
      </w:r>
      <w:r>
        <w:rPr/>
        <w:t xml:space="preserve"> </w:t>
      </w:r>
      <w:r>
        <w:rPr/>
        <w:t>como una investigación rutinaria sobre los movimientos corporativos de</w:t>
      </w:r>
      <w:r>
        <w:rPr/>
        <w:t xml:space="preserve"> </w:t>
      </w:r>
      <w:r>
        <w:rPr/>
        <w:t>Finch se había convertido en algo mucho más urgente.</w:t>
      </w:r>
    </w:p>
    <w:p>
      <w:pPr>
        <w:pStyle w:val="BodyText"/>
      </w:pPr>
      <w:r>
        <w:rPr/>
        <w:t>El rascacielos de Shibuya era una aguja de cristal y acero que perforaba</w:t>
      </w:r>
      <w:r>
        <w:rPr/>
        <w:t xml:space="preserve"> </w:t>
      </w:r>
      <w:r>
        <w:rPr/>
        <w:t>la noche de Tokio como una antena cósmica. Desde el piso 47, Lena</w:t>
      </w:r>
      <w:r>
        <w:rPr/>
        <w:t xml:space="preserve"> </w:t>
      </w:r>
      <w:r>
        <w:rPr/>
        <w:t>Hoffmann contemplaba una ciudad que nunca dormía, donde millones de</w:t>
      </w:r>
      <w:r>
        <w:rPr/>
        <w:t xml:space="preserve"> </w:t>
      </w:r>
      <w:r>
        <w:rPr/>
        <w:t>luces creaban constelaciones terrestres que rivalizaban con las</w:t>
      </w:r>
      <w:r>
        <w:rPr/>
        <w:t xml:space="preserve"> </w:t>
      </w:r>
      <w:r>
        <w:rPr/>
        <w:t>estrellas. Su apartamento temporal era un intersticio de neón y sombra,</w:t>
      </w:r>
      <w:r>
        <w:rPr/>
        <w:t xml:space="preserve"> </w:t>
      </w:r>
      <w:r>
        <w:rPr/>
        <w:t>un refugio digital suspendido entre el cielo y el asfalto.</w:t>
      </w:r>
    </w:p>
    <w:p>
      <w:pPr>
        <w:pStyle w:val="BodyText"/>
      </w:pPr>
      <w:r>
        <w:rPr/>
        <w:t>Su estómago gruñó, recordándole que llevaba doce horas sin comer nada</w:t>
      </w:r>
      <w:r>
        <w:rPr/>
        <w:t xml:space="preserve"> </w:t>
      </w:r>
      <w:r>
        <w:rPr/>
        <w:t>sólido. Ignoró la sensación y tomó otro sorbo de té verde ya frío. El</w:t>
      </w:r>
      <w:r>
        <w:rPr/>
        <w:t xml:space="preserve"> </w:t>
      </w:r>
      <w:r>
        <w:rPr/>
        <w:t>hambre podía esperar; el Proyecto Silencio, no.</w:t>
      </w:r>
    </w:p>
    <w:p>
      <w:pPr>
        <w:pStyle w:val="BodyText"/>
      </w:pPr>
      <w:r>
        <w:rPr/>
        <w:t>Sus monitores eran ventanas a dimensiones paralelas de datos puros. Cada</w:t>
      </w:r>
      <w:r>
        <w:rPr/>
        <w:t xml:space="preserve"> </w:t>
      </w:r>
      <w:r>
        <w:rPr/>
        <w:t>pantalla proyectaba cascadas de información que fluían como ríos</w:t>
      </w:r>
      <w:r>
        <w:rPr/>
        <w:t xml:space="preserve"> </w:t>
      </w:r>
      <w:r>
        <w:rPr/>
        <w:t>digitales: tráfico de red en tiempo real, intercambios de criptomonedas,</w:t>
      </w:r>
      <w:r>
        <w:rPr/>
        <w:t xml:space="preserve"> </w:t>
      </w:r>
      <w:r>
        <w:rPr/>
        <w:t>comunicaciones militares interceptadas, el pulso electromagnético de una</w:t>
      </w:r>
      <w:r>
        <w:rPr/>
        <w:t xml:space="preserve"> </w:t>
      </w:r>
      <w:r>
        <w:rPr/>
        <w:t>civilización enteramente dependiente de sus propias creaciones</w:t>
      </w:r>
      <w:r>
        <w:rPr/>
        <w:t xml:space="preserve"> </w:t>
      </w:r>
      <w:r>
        <w:rPr/>
        <w:t>tecnológicas.</w:t>
      </w:r>
    </w:p>
    <w:p>
      <w:pPr>
        <w:pStyle w:val="BodyText"/>
      </w:pPr>
      <w:r>
        <w:rPr/>
        <w:t>El servidor principal emitió un pitido de advertencia. Temperatura</w:t>
      </w:r>
      <w:r>
        <w:rPr/>
        <w:t xml:space="preserve"> </w:t>
      </w:r>
      <w:r>
        <w:rPr/>
        <w:t>crítica. Sus dedos volaban sobre el teclado mientras ajustaba el sistema</w:t>
      </w:r>
      <w:r>
        <w:rPr/>
        <w:t xml:space="preserve"> </w:t>
      </w:r>
      <w:r>
        <w:rPr/>
        <w:t>de refrigeración. Cinco minutos perdidos por un ventilador defectuoso.</w:t>
      </w:r>
      <w:r>
        <w:rPr/>
        <w:t xml:space="preserve"> </w:t>
      </w:r>
      <w:r>
        <w:rPr/>
        <w:t>Finch no tendría esas interrupciones en sus laboratorios climatizados.</w:t>
      </w:r>
    </w:p>
    <w:p>
      <w:pPr>
        <w:pStyle w:val="BodyText"/>
      </w:pPr>
      <w:r>
        <w:rPr/>
        <w:t>Una alerta parpadeó en la pantalla secundaria. Patrones anómalos en el</w:t>
      </w:r>
      <w:r>
        <w:rPr/>
        <w:t xml:space="preserve"> </w:t>
      </w:r>
      <w:r>
        <w:rPr/>
        <w:t>tráfico de internet alrededor de las publicaciones de Vasco Neves.</w:t>
      </w:r>
      <w:r>
        <w:rPr/>
        <w:t xml:space="preserve"> </w:t>
      </w:r>
      <w:r>
        <w:rPr/>
        <w:t>Demasiadas peticiones desde servidores corporativos, demasiados intentos</w:t>
      </w:r>
      <w:r>
        <w:rPr/>
        <w:t xml:space="preserve"> </w:t>
      </w:r>
      <w:r>
        <w:rPr/>
        <w:t>de correlación de información personal, demasiada atención para un</w:t>
      </w:r>
      <w:r>
        <w:rPr/>
        <w:t xml:space="preserve"> </w:t>
      </w:r>
      <w:r>
        <w:rPr/>
        <w:t>simple artículo académico.</w:t>
      </w:r>
    </w:p>
    <w:p>
      <w:pPr>
        <w:pStyle w:val="BodyText"/>
      </w:pPr>
      <w:r>
        <w:rPr/>
        <w:t>Lena se inclinó hacia adelante, reconociendo el patrón. Lo había visto</w:t>
      </w:r>
      <w:r>
        <w:rPr/>
        <w:t xml:space="preserve"> </w:t>
      </w:r>
      <w:r>
        <w:rPr/>
        <w:t>antes. Dos años atrás, justo después de la última aparición pública de</w:t>
      </w:r>
      <w:r>
        <w:rPr/>
        <w:t xml:space="preserve"> </w:t>
      </w:r>
      <w:r>
        <w:rPr/>
        <w:t>ILIBERIS, los mismos patrones de tráfico habían aparecido alrededor de</w:t>
      </w:r>
      <w:r>
        <w:rPr/>
        <w:t xml:space="preserve"> </w:t>
      </w:r>
      <w:r>
        <w:rPr/>
        <w:t>su propia identidad digital.</w:t>
      </w:r>
    </w:p>
    <w:p>
      <w:pPr>
        <w:pStyle w:val="BodyText"/>
      </w:pPr>
      <w:r>
        <w:rPr/>
        <w:t>«Bastardos», murmuró. «Están cazándolo.»</w:t>
      </w:r>
    </w:p>
    <w:p>
      <w:pPr>
        <w:pStyle w:val="BodyText"/>
      </w:pPr>
      <w:r>
        <w:rPr/>
        <w:t>Amplió la vista. Chrysalis había desplegado un equipo completo de</w:t>
      </w:r>
      <w:r>
        <w:rPr/>
        <w:t xml:space="preserve"> </w:t>
      </w:r>
      <w:r>
        <w:rPr/>
        <w:t>vigilancia digital sobre Vasco. Sus cuentas bancarias monitorizadas; no</w:t>
      </w:r>
      <w:r>
        <w:rPr/>
        <w:t xml:space="preserve"> </w:t>
      </w:r>
      <w:r>
        <w:rPr/>
        <w:t>hackeadas, sino observadas a través de patrones de gasto. Sus</w:t>
      </w:r>
      <w:r>
        <w:rPr/>
        <w:t xml:space="preserve"> </w:t>
      </w:r>
      <w:r>
        <w:rPr/>
        <w:t>publicaciones en redes sociales analizadas por algoritmos que detectaban</w:t>
      </w:r>
      <w:r>
        <w:rPr/>
        <w:t xml:space="preserve"> </w:t>
      </w:r>
      <w:r>
        <w:rPr/>
        <w:t>fluctuaciones emocionales. Su historial de navegación rastreado hasta el</w:t>
      </w:r>
      <w:r>
        <w:rPr/>
        <w:t xml:space="preserve"> </w:t>
      </w:r>
      <w:r>
        <w:rPr/>
        <w:t>último clic.</w:t>
      </w:r>
    </w:p>
    <w:p>
      <w:pPr>
        <w:pStyle w:val="BodyText"/>
      </w:pPr>
      <w:r>
        <w:rPr/>
        <w:t>Era ingeniería social aplicada con precisión de bisturí láser. Un acoso</w:t>
      </w:r>
      <w:r>
        <w:rPr/>
        <w:t xml:space="preserve"> </w:t>
      </w:r>
      <w:r>
        <w:rPr/>
        <w:t>perfectamente legal ejecutado por una corporación que había convertido</w:t>
      </w:r>
      <w:r>
        <w:rPr/>
        <w:t xml:space="preserve"> </w:t>
      </w:r>
      <w:r>
        <w:rPr/>
        <w:t>la privacidad en ilusión.</w:t>
      </w:r>
    </w:p>
    <w:p>
      <w:pPr>
        <w:pStyle w:val="BodyText"/>
      </w:pPr>
      <w:r>
        <w:rPr/>
        <w:t>«Creen que pueden jugar a ser dioses con datos robados.»</w:t>
      </w:r>
    </w:p>
    <w:p>
      <w:pPr>
        <w:pStyle w:val="BodyText"/>
      </w:pPr>
      <w:r>
        <w:rPr/>
        <w:t>Su contraataque fue inmediato y multifacético. Primero, construyó una</w:t>
      </w:r>
      <w:r>
        <w:rPr/>
        <w:t xml:space="preserve"> </w:t>
      </w:r>
      <w:r>
        <w:rPr/>
        <w:t>identidad digital falsa pero convincente: Eva Lindström, estudiante de</w:t>
      </w:r>
      <w:r>
        <w:rPr/>
        <w:t xml:space="preserve"> </w:t>
      </w:r>
      <w:r>
        <w:rPr/>
        <w:t>doctorado en acústica de la Universidad de Gotemburgo. Historial</w:t>
      </w:r>
      <w:r>
        <w:rPr/>
        <w:t xml:space="preserve"> </w:t>
      </w:r>
      <w:r>
        <w:rPr/>
        <w:t>académico impecable, referencias verificables, interés genuino en las</w:t>
      </w:r>
      <w:r>
        <w:rPr/>
        <w:t xml:space="preserve"> </w:t>
      </w:r>
      <w:r>
        <w:rPr/>
        <w:t>teorías de Vasco. A través de esta identidad, estableció un canal de</w:t>
      </w:r>
      <w:r>
        <w:rPr/>
        <w:t xml:space="preserve"> </w:t>
      </w:r>
      <w:r>
        <w:rPr/>
        <w:t>comunicación seguro con él.</w:t>
      </w:r>
    </w:p>
    <w:p>
      <w:pPr>
        <w:pStyle w:val="BodyText"/>
      </w:pPr>
      <w:r>
        <w:rPr/>
        <w:t>Simultáneamente, lanzó su primer ataque directo. No intentó hackear los</w:t>
      </w:r>
      <w:r>
        <w:rPr/>
        <w:t xml:space="preserve"> </w:t>
      </w:r>
      <w:r>
        <w:rPr/>
        <w:t>sistemas principales de Chrysalis—eso sería detectado al instante. En</w:t>
      </w:r>
      <w:r>
        <w:rPr/>
        <w:t xml:space="preserve"> </w:t>
      </w:r>
      <w:r>
        <w:rPr/>
        <w:t>su lugar, se infiltró en sus redes de contratistas externos, las</w:t>
      </w:r>
      <w:r>
        <w:rPr/>
        <w:t xml:space="preserve"> </w:t>
      </w:r>
      <w:r>
        <w:rPr/>
        <w:t>compañías menores que hacían el trabajo sucio de vigilancia.</w:t>
      </w:r>
    </w:p>
    <w:p>
      <w:pPr>
        <w:pStyle w:val="BodyText"/>
      </w:pPr>
      <w:r>
        <w:rPr/>
        <w:t>El troyano que introdujo era muerte por mil cortes digital. Un código</w:t>
      </w:r>
      <w:r>
        <w:rPr/>
        <w:t xml:space="preserve"> </w:t>
      </w:r>
      <w:r>
        <w:rPr/>
        <w:t>que se comportaba como software legítimo hasta detectar búsquedas sobre</w:t>
      </w:r>
      <w:r>
        <w:rPr/>
        <w:t xml:space="preserve"> </w:t>
      </w:r>
      <w:r>
        <w:rPr/>
        <w:t>términos acústicos; entonces introducía errores microscópicos.</w:t>
      </w:r>
      <w:r>
        <w:rPr/>
        <w:t xml:space="preserve"> </w:t>
      </w:r>
      <w:r>
        <w:rPr/>
        <w:t>Coordenadas desfasadas. Fechas alteradas. Correlaciones estadísticas</w:t>
      </w:r>
      <w:r>
        <w:rPr/>
        <w:t xml:space="preserve"> </w:t>
      </w:r>
      <w:r>
        <w:rPr/>
        <w:t>envenenadas. Diseñado para que Chrysalis dudara poco a poco de su propia</w:t>
      </w:r>
      <w:r>
        <w:rPr/>
        <w:t xml:space="preserve"> </w:t>
      </w:r>
      <w:r>
        <w:rPr/>
        <w:t>inteligencia.</w:t>
      </w:r>
    </w:p>
    <w:p>
      <w:pPr>
        <w:pStyle w:val="BodyText"/>
      </w:pPr>
      <w:r>
        <w:rPr/>
        <w:t>Mientras el código se desplegaba, su teléfono vibró. Mensaje de su</w:t>
      </w:r>
      <w:r>
        <w:rPr/>
        <w:t xml:space="preserve"> </w:t>
      </w:r>
      <w:r>
        <w:rPr/>
        <w:t>casera: «Ruido extraño en el apartamento 45. ¿Todo bien?»</w:t>
      </w:r>
    </w:p>
    <w:p>
      <w:pPr>
        <w:pStyle w:val="BodyText"/>
      </w:pPr>
      <w:r>
        <w:rPr/>
        <w:t>«Servidores. Trabajo nocturno. Disculpas.»</w:t>
      </w:r>
    </w:p>
    <w:p>
      <w:pPr>
        <w:pStyle w:val="BodyText"/>
      </w:pPr>
      <w:r>
        <w:rPr/>
        <w:t>La normalidad del mundo exterior parecía irreal comparada con la guerra</w:t>
      </w:r>
      <w:r>
        <w:rPr/>
        <w:t xml:space="preserve"> </w:t>
      </w:r>
      <w:r>
        <w:rPr/>
        <w:t>que libraba.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Profundizando en los sistemas infiltrados, Lena descubrió algo que la</w:t>
      </w:r>
      <w:r>
        <w:rPr/>
        <w:t xml:space="preserve"> </w:t>
      </w:r>
      <w:r>
        <w:rPr/>
        <w:t>estremeció. Chrysalis había desarrollado un dispositivo llamado «Emisor</w:t>
      </w:r>
      <w:r>
        <w:rPr/>
        <w:t xml:space="preserve"> </w:t>
      </w:r>
      <w:r>
        <w:rPr/>
        <w:t>de Caos»—diseñado para saturar cualquier vibración resonante con</w:t>
      </w:r>
      <w:r>
        <w:rPr/>
        <w:t xml:space="preserve"> </w:t>
      </w:r>
      <w:r>
        <w:rPr/>
        <w:t>disonancia pura. Una traición fundamental al sueño de Adrián, a su fe en</w:t>
      </w:r>
      <w:r>
        <w:rPr/>
        <w:t xml:space="preserve"> </w:t>
      </w:r>
      <w:r>
        <w:rPr/>
        <w:t>un mundo donde el sonido podía sanar.</w:t>
      </w:r>
    </w:p>
    <w:p>
      <w:pPr>
        <w:pStyle w:val="BodyText"/>
      </w:pPr>
      <w:r>
        <w:rPr/>
        <w:t>Recordó fragmentos de conversaciones en el Estudio 4. Adrián hablando de</w:t>
      </w:r>
      <w:r>
        <w:rPr/>
        <w:t xml:space="preserve"> </w:t>
      </w:r>
      <w:r>
        <w:rPr/>
        <w:t>la reverberación como el alma del mundo. Ella, escéptica, blindándose</w:t>
      </w:r>
      <w:r>
        <w:rPr/>
        <w:t xml:space="preserve"> </w:t>
      </w:r>
      <w:r>
        <w:rPr/>
        <w:t>con cinismo. Pero ahora, frente a la evidencia del Emisor, sintió una</w:t>
      </w:r>
      <w:r>
        <w:rPr/>
        <w:t xml:space="preserve"> </w:t>
      </w:r>
      <w:r>
        <w:rPr/>
        <w:t>duda afilada clavándose en sus certezas.</w:t>
      </w:r>
    </w:p>
    <w:p>
      <w:pPr>
        <w:pStyle w:val="BodyText"/>
      </w:pPr>
      <w:r>
        <w:rPr/>
        <w:t>¿Y si Adrián había tenido razón desde el principio?</w:t>
      </w:r>
    </w:p>
    <w:p>
      <w:pPr>
        <w:pStyle w:val="BodyText"/>
      </w:pPr>
      <w:r>
        <w:rPr/>
        <w:t>Su pantalla parpadeó. Nueva información interceptada. Lena había</w:t>
      </w:r>
      <w:r>
        <w:rPr/>
        <w:t xml:space="preserve"> </w:t>
      </w:r>
      <w:r>
        <w:rPr/>
        <w:t>identificado al cerebro detrás de Echo-Catcher: Dr. Alistair Finch. Lo</w:t>
      </w:r>
      <w:r>
        <w:rPr/>
        <w:t xml:space="preserve"> </w:t>
      </w:r>
      <w:r>
        <w:rPr/>
        <w:t>que descubrió en sus comunicaciones internas la llenó de furia fría.</w:t>
      </w:r>
    </w:p>
    <w:p>
      <w:pPr>
        <w:pStyle w:val="BodyText"/>
      </w:pPr>
      <w:r>
        <w:rPr/>
        <w:t>Finch no era solo un científico ambicioso. Era un ideólogo del control.</w:t>
      </w:r>
      <w:r>
        <w:rPr/>
        <w:t xml:space="preserve"> </w:t>
      </w:r>
      <w:r>
        <w:rPr/>
        <w:t>En mensajes interceptados, hablaba de los custodios como «recursos</w:t>
      </w:r>
      <w:r>
        <w:rPr/>
        <w:t xml:space="preserve"> </w:t>
      </w:r>
      <w:r>
        <w:rPr/>
        <w:t>biológicos mal aprovechados» y del Eco como «un protocolo de control</w:t>
      </w:r>
      <w:r>
        <w:rPr/>
        <w:t xml:space="preserve"> </w:t>
      </w:r>
      <w:r>
        <w:rPr/>
        <w:t>social orgánico que requiere optimización industrial».</w:t>
      </w:r>
    </w:p>
    <w:p>
      <w:pPr>
        <w:pStyle w:val="BodyText"/>
      </w:pPr>
      <w:r>
        <w:rPr/>
        <w:t>Era el tipo de mente que había destruido a ILIBERIS: brillante, poderosa</w:t>
      </w:r>
      <w:r>
        <w:rPr/>
        <w:t xml:space="preserve"> </w:t>
      </w:r>
      <w:r>
        <w:rPr/>
        <w:t>y por completo carente de alma.</w:t>
      </w:r>
    </w:p>
    <w:p>
      <w:pPr>
        <w:pStyle w:val="BodyText"/>
      </w:pPr>
      <w:r>
        <w:rPr/>
        <w:t>El recuerdo llegó sin aviso.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Berlín, 1998. Tres días antes del final.</w:t>
      </w:r>
    </w:p>
    <w:p>
      <w:pPr>
        <w:pStyle w:val="BodyText"/>
      </w:pPr>
      <w:r>
        <w:rPr/>
        <w:t>ILIBERIS la había llamado en mitad de la noche. Su voz sonaba extraña,</w:t>
      </w:r>
      <w:r>
        <w:rPr/>
        <w:t xml:space="preserve"> </w:t>
      </w:r>
      <w:r>
        <w:rPr/>
        <w:t>distorsionada, como si hablara a través de un vocoder.</w:t>
      </w:r>
    </w:p>
    <w:p>
      <w:pPr>
        <w:pStyle w:val="BodyText"/>
      </w:pPr>
      <w:r>
        <w:rPr/>
        <w:t>«Lena, necesito que me escuches muy cuidadosamente. Si algo me pasa, si</w:t>
      </w:r>
      <w:r>
        <w:rPr/>
        <w:t xml:space="preserve"> </w:t>
      </w:r>
      <w:r>
        <w:rPr/>
        <w:t>desaparezco o si alguna vez no respondo a tus llamadas, quiero que sepas</w:t>
      </w:r>
      <w:r>
        <w:rPr/>
        <w:t xml:space="preserve"> </w:t>
      </w:r>
      <w:r>
        <w:rPr/>
        <w:t>que no fue un accidente. Hay gente que ha estado presionándome para que</w:t>
      </w:r>
      <w:r>
        <w:rPr/>
        <w:t xml:space="preserve"> </w:t>
      </w:r>
      <w:r>
        <w:rPr/>
        <w:t>les entregue mi investigación. Gente que habla de 'aplicaciones</w:t>
      </w:r>
      <w:r>
        <w:rPr/>
        <w:t xml:space="preserve"> </w:t>
      </w:r>
      <w:r>
        <w:rPr/>
        <w:t>comerciales' y 'escalabilidad industrial' cuando les explico cómo</w:t>
      </w:r>
      <w:r>
        <w:rPr/>
        <w:t xml:space="preserve"> </w:t>
      </w:r>
      <w:r>
        <w:rPr/>
        <w:t>funciona la vibración.»</w:t>
      </w:r>
    </w:p>
    <w:p>
      <w:pPr>
        <w:pStyle w:val="BodyText"/>
      </w:pPr>
      <w:r>
        <w:rPr/>
        <w:t>«¿Qué tipo de gente?»</w:t>
      </w:r>
    </w:p>
    <w:p>
      <w:pPr>
        <w:pStyle w:val="BodyText"/>
      </w:pPr>
      <w:r>
        <w:rPr/>
        <w:t>«Inversores. Corporaciones. Gente que ve el alma humana como un mercado</w:t>
      </w:r>
      <w:r>
        <w:rPr/>
        <w:t xml:space="preserve"> </w:t>
      </w:r>
      <w:r>
        <w:rPr/>
        <w:t>sin explotar. Me han ofrecido cantidades obscenas de dinero por mis</w:t>
      </w:r>
      <w:r>
        <w:rPr/>
        <w:t xml:space="preserve"> </w:t>
      </w:r>
      <w:r>
        <w:rPr/>
        <w:t>grabaciones, por mis algoritmos, por los métodos que he desarrollado</w:t>
      </w:r>
      <w:r>
        <w:rPr/>
        <w:t xml:space="preserve"> </w:t>
      </w:r>
      <w:r>
        <w:rPr/>
        <w:t>para aislar y amplificar el Eco. No entienden que no es algo que se</w:t>
      </w:r>
      <w:r>
        <w:rPr/>
        <w:t xml:space="preserve"> </w:t>
      </w:r>
      <w:r>
        <w:rPr/>
        <w:t>pueda vender. Es algo que se puede compartir o destruir, pero no</w:t>
      </w:r>
      <w:r>
        <w:rPr/>
        <w:t xml:space="preserve"> </w:t>
      </w:r>
      <w:r>
        <w:rPr/>
        <w:t>poseer.»</w:t>
      </w:r>
    </w:p>
    <w:p>
      <w:pPr>
        <w:pStyle w:val="BodyText"/>
      </w:pPr>
      <w:r>
        <w:rPr/>
        <w:t>Había hecho una pausa.</w:t>
      </w:r>
    </w:p>
    <w:p>
      <w:pPr>
        <w:pStyle w:val="BodyText"/>
      </w:pPr>
      <w:r>
        <w:rPr/>
        <w:t>«Si me pasa algo, quiero que sepas que he escondido copias de todo mi</w:t>
      </w:r>
      <w:r>
        <w:rPr/>
        <w:t xml:space="preserve"> </w:t>
      </w:r>
      <w:r>
        <w:rPr/>
        <w:t>trabajo en lugares seguros. No para que lo uses, sino para que tengas</w:t>
      </w:r>
      <w:r>
        <w:rPr/>
        <w:t xml:space="preserve"> </w:t>
      </w:r>
      <w:r>
        <w:rPr/>
        <w:t>munición contra ellos si alguna vez intentan reconstruir lo que he</w:t>
      </w:r>
      <w:r>
        <w:rPr/>
        <w:t xml:space="preserve"> </w:t>
      </w:r>
      <w:r>
        <w:rPr/>
        <w:t>descubierto. A veces, la única forma de proteger algo hermoso es</w:t>
      </w:r>
      <w:r>
        <w:rPr/>
        <w:t xml:space="preserve"> </w:t>
      </w:r>
      <w:r>
        <w:rPr/>
        <w:t>asegurarse de que nadie más pueda tenerlo.»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Veinticinco años después, en aquel piso de Tokio, Lena por fin entendía.</w:t>
      </w:r>
      <w:r>
        <w:rPr/>
        <w:t xml:space="preserve"> </w:t>
      </w:r>
      <w:r>
        <w:rPr/>
        <w:t>ILIBERIS había estado preparándola para esta guerra, dándole las</w:t>
      </w:r>
      <w:r>
        <w:rPr/>
        <w:t xml:space="preserve"> </w:t>
      </w:r>
      <w:r>
        <w:rPr/>
        <w:t>herramientas que necesitaría para luchar contra enemigos que él había</w:t>
      </w:r>
      <w:r>
        <w:rPr/>
        <w:t xml:space="preserve"> </w:t>
      </w:r>
      <w:r>
        <w:rPr/>
        <w:t>visto acercarse mucho antes que nadie más.</w:t>
      </w:r>
    </w:p>
    <w:p>
      <w:pPr>
        <w:pStyle w:val="BodyText"/>
      </w:pPr>
      <w:r>
        <w:rPr/>
        <w:t>Abrió un archivo encriptado que no había tocado en décadas. Dentro se</w:t>
      </w:r>
      <w:r>
        <w:rPr/>
        <w:t xml:space="preserve"> </w:t>
      </w:r>
      <w:r>
        <w:rPr/>
        <w:t>encontraban todos los algoritmos de ILIBERIS, todos sus métodos para</w:t>
      </w:r>
      <w:r>
        <w:rPr/>
        <w:t xml:space="preserve"> </w:t>
      </w:r>
      <w:r>
        <w:rPr/>
        <w:t>aislar y amplificar frecuencias anómalas, todos los secretos técnicos</w:t>
      </w:r>
      <w:r>
        <w:rPr/>
        <w:t xml:space="preserve"> </w:t>
      </w:r>
      <w:r>
        <w:rPr/>
        <w:t>que Chrysalis estaba intentando redescubrir a través de Vasco.</w:t>
      </w:r>
    </w:p>
    <w:p>
      <w:pPr>
        <w:pStyle w:val="BodyText"/>
      </w:pPr>
      <w:r>
        <w:rPr/>
        <w:t>Pero Lena tenía algo que Chrysalis nunca podría tener: sabía cómo usar</w:t>
      </w:r>
      <w:r>
        <w:rPr/>
        <w:t xml:space="preserve"> </w:t>
      </w:r>
      <w:r>
        <w:rPr/>
        <w:t>esas herramientas no para capturar la resonancia, sino para liberarla.</w:t>
      </w:r>
      <w:r>
        <w:rPr/>
        <w:t xml:space="preserve"> </w:t>
      </w:r>
      <w:r>
        <w:rPr/>
        <w:t>No para construir jaulas más eficientes, sino para convertir cada jaula</w:t>
      </w:r>
      <w:r>
        <w:rPr/>
        <w:t xml:space="preserve"> </w:t>
      </w:r>
      <w:r>
        <w:rPr/>
        <w:t>en un amplificador.</w:t>
      </w:r>
    </w:p>
    <w:p>
      <w:pPr>
        <w:pStyle w:val="BodyText"/>
      </w:pPr>
      <w:r>
        <w:rPr/>
        <w:t>Un mensaje irrumpió en su pantalla, cifrado con una clave que reconoció</w:t>
      </w:r>
      <w:r>
        <w:rPr/>
        <w:t xml:space="preserve"> </w:t>
      </w:r>
      <w:r>
        <w:rPr/>
        <w:t>al instante. Alistair Finch.</w:t>
      </w:r>
    </w:p>
    <w:p>
      <w:pPr>
        <w:pStyle w:val="BodyText"/>
      </w:pPr>
      <w:r>
        <w:rPr/>
        <w:t>«Lena, tu talento merece una causa que trascienda el romanticismo. La</w:t>
      </w:r>
      <w:r>
        <w:rPr/>
        <w:t xml:space="preserve"> </w:t>
      </w:r>
      <w:r>
        <w:rPr/>
        <w:t>resonancia a escala global está a nuestro alcance. No permitas que la</w:t>
      </w:r>
      <w:r>
        <w:rPr/>
        <w:t xml:space="preserve"> </w:t>
      </w:r>
      <w:r>
        <w:rPr/>
        <w:t>nostalgia limite tu visión. El proyecto ofrece algo que tu mentor nunca</w:t>
      </w:r>
      <w:r>
        <w:rPr/>
        <w:t xml:space="preserve"> </w:t>
      </w:r>
      <w:r>
        <w:rPr/>
        <w:t>pudo: la capacidad de llevar el Eco a toda la humanidad. Piénsalo.»</w:t>
      </w:r>
    </w:p>
    <w:p>
      <w:pPr>
        <w:pStyle w:val="BodyText"/>
      </w:pPr>
      <w:r>
        <w:rPr/>
        <w:t>Aunque era solo texto, podía escuchar la voz de Finch: educada,</w:t>
      </w:r>
      <w:r>
        <w:rPr/>
        <w:t xml:space="preserve"> </w:t>
      </w:r>
      <w:r>
        <w:rPr/>
        <w:t>seductora, letal. Lo había oído antes, en Berlín, cuando había intentado</w:t>
      </w:r>
      <w:r>
        <w:rPr/>
        <w:t xml:space="preserve"> </w:t>
      </w:r>
      <w:r>
        <w:rPr/>
        <w:t>reclutarla con promesas de un mundo silenciado.</w:t>
      </w:r>
    </w:p>
    <w:p>
      <w:pPr>
        <w:pStyle w:val="BodyText"/>
      </w:pPr>
      <w:r>
        <w:rPr/>
        <w:t>«Vete a la mierda», murmuró, borrando el mensaje.</w:t>
      </w:r>
    </w:p>
    <w:p>
      <w:pPr>
        <w:pStyle w:val="BodyText"/>
      </w:pPr>
      <w:r>
        <w:rPr/>
        <w:t>Se levantó, preparó más té. El agua hirviendo, el vapor empañando sus</w:t>
      </w:r>
      <w:r>
        <w:rPr/>
        <w:t xml:space="preserve"> </w:t>
      </w:r>
      <w:r>
        <w:rPr/>
        <w:t>gafas, el ritual simple de verter agua sobre hojas secas. Certezas</w:t>
      </w:r>
      <w:r>
        <w:rPr/>
        <w:t xml:space="preserve"> </w:t>
      </w:r>
      <w:r>
        <w:rPr/>
        <w:t>mínimas en un mundo que se desmoronaba.</w:t>
      </w:r>
    </w:p>
    <w:p>
      <w:pPr>
        <w:pStyle w:val="BodyText"/>
      </w:pPr>
      <w:r>
        <w:rPr/>
        <w:t>El juego se había vuelto personal. Ya no era una guerra abstracta entre</w:t>
      </w:r>
      <w:r>
        <w:rPr/>
        <w:t xml:space="preserve"> </w:t>
      </w:r>
      <w:r>
        <w:rPr/>
        <w:t>ideologías, sino un duelo entre dos visiones irreconciliables del futuro</w:t>
      </w:r>
      <w:r>
        <w:rPr/>
        <w:t xml:space="preserve"> </w:t>
      </w:r>
      <w:r>
        <w:rPr/>
        <w:t>humano.</w:t>
      </w:r>
    </w:p>
    <w:p>
      <w:pPr>
        <w:pStyle w:val="BodyText"/>
      </w:pPr>
      <w:r>
        <w:rPr/>
        <w:t>Regresó a sus monitores con el té humeante. Fuera, Tokio seguía</w:t>
      </w:r>
      <w:r>
        <w:rPr/>
        <w:t xml:space="preserve"> </w:t>
      </w:r>
      <w:r>
        <w:rPr/>
        <w:t>parpadeando, ajena a la guerra silenciosa que se libraba en sus alturas.</w:t>
      </w:r>
      <w:r>
        <w:rPr/>
        <w:t xml:space="preserve"> </w:t>
      </w:r>
      <w:r>
        <w:rPr/>
        <w:t>Dentro, Lena Hoffmann se preparaba para la batalla más importante de su</w:t>
      </w:r>
      <w:r>
        <w:rPr/>
        <w:t xml:space="preserve"> </w:t>
      </w:r>
      <w:r>
        <w:rPr/>
        <w:t>vida digital.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Lena estaba a punto de cerrar la sesión cuando algo llamó su atención.</w:t>
      </w:r>
      <w:r>
        <w:rPr/>
        <w:t xml:space="preserve"> </w:t>
      </w:r>
      <w:r>
        <w:rPr/>
        <w:t>Un patrón de tráfico anómalo. No era el habitual ruido digital de</w:t>
      </w:r>
      <w:r>
        <w:rPr/>
        <w:t xml:space="preserve"> </w:t>
      </w:r>
      <w:r>
        <w:rPr/>
        <w:t>Chrysalis monitoreando. Era diferente. Más urgente. Más concentrado.</w:t>
      </w:r>
    </w:p>
    <w:p>
      <w:pPr>
        <w:pStyle w:val="BodyText"/>
      </w:pPr>
      <w:r>
        <w:rPr/>
        <w:t>Siguió el rastro hasta un servidor de comunicaciones internas. Las</w:t>
      </w:r>
      <w:r>
        <w:rPr/>
        <w:t xml:space="preserve"> </w:t>
      </w:r>
      <w:r>
        <w:rPr/>
        <w:t>credenciales robadas del sistema de Finch todavía funcionaban.</w:t>
      </w:r>
      <w:r>
        <w:rPr/>
        <w:t xml:space="preserve"> </w:t>
      </w:r>
      <w:r>
        <w:rPr/>
        <w:t>Profundizó más. Y entonces lo encontró.</w:t>
      </w:r>
    </w:p>
    <w:p>
      <w:pPr>
        <w:pStyle w:val="BodyText"/>
      </w:pPr>
      <w:r>
        <w:rPr/>
        <w:t>Un memorándum. Clasificación ALFA. Máxima prioridad. Fechado tres horas</w:t>
      </w:r>
      <w:r>
        <w:rPr/>
        <w:t xml:space="preserve"> </w:t>
      </w:r>
      <w:r>
        <w:rPr/>
        <w:t>atrás.</w:t>
      </w:r>
    </w:p>
    <w:p>
      <w:pPr>
        <w:pStyle w:val="BodyText"/>
      </w:pPr>
      <w:r>
        <w:rPr/>
        <w:t>MEMORÁNDUM INTERNO — CHRYSALIS CORPORATION</w:t>
      </w:r>
    </w:p>
    <w:p>
      <w:pPr>
        <w:pStyle w:val="BodyText"/>
      </w:pPr>
      <w:r>
        <w:rPr/>
        <w:t>CLASIFICACIÓN: ALFA (Máxima Restricción)</w:t>
      </w:r>
    </w:p>
    <w:p>
      <w:pPr>
        <w:pStyle w:val="BodyText"/>
      </w:pPr>
      <w:r>
        <w:rPr/>
        <w:t>DE: Dr. Alistair Finch, Director Ejecutivo Proyecto Echo-Catcher</w:t>
      </w:r>
    </w:p>
    <w:p>
      <w:pPr>
        <w:pStyle w:val="BodyText"/>
      </w:pPr>
      <w:r>
        <w:rPr/>
        <w:t>PARA: Jefes de Operaciones — Todas las Divisiones</w:t>
      </w:r>
    </w:p>
    <w:p>
      <w:pPr>
        <w:pStyle w:val="BodyText"/>
      </w:pPr>
      <w:r>
        <w:rPr/>
        <w:t>FECHA: 10 de diciembre, 18:23 GMT</w:t>
      </w:r>
    </w:p>
    <w:p>
      <w:pPr>
        <w:pStyle w:val="BodyText"/>
      </w:pPr>
      <w:r>
        <w:rPr/>
        <w:t>ASUNTO: PROTOCOLO FINAL — Ventana Temporal Crítica</w:t>
      </w:r>
    </w:p>
    <w:p>
      <w:pPr>
        <w:pStyle w:val="BodyText"/>
      </w:pPr>
      <w:r>
        <w:rPr/>
        <w:t>SITUACIÓN:</w:t>
      </w:r>
    </w:p>
    <w:p>
      <w:pPr>
        <w:pStyle w:val="BodyText"/>
      </w:pPr>
      <w:r>
        <w:rPr/>
        <w:t>El análisis astrofísico ha confirmado una ventana de oportunidad única.</w:t>
      </w:r>
      <w:r>
        <w:rPr/>
        <w:t xml:space="preserve"> </w:t>
      </w:r>
      <w:r>
        <w:rPr/>
        <w:t>La alineación geo-celestial necesaria para capturar la Frecuencia</w:t>
      </w:r>
      <w:r>
        <w:rPr/>
        <w:t xml:space="preserve"> </w:t>
      </w:r>
      <w:r>
        <w:rPr/>
        <w:t>Primordial ocurrirá en CINCO DÍAS EXACTOS.</w:t>
      </w:r>
    </w:p>
    <w:p>
      <w:pPr>
        <w:pStyle w:val="BodyText"/>
      </w:pPr>
      <w:r>
        <w:rPr/>
        <w:t>FECHA LÍMITE: 15 de diciembre, 23:47 GMT</w:t>
      </w:r>
    </w:p>
    <w:p>
      <w:pPr>
        <w:pStyle w:val="BodyText"/>
      </w:pPr>
      <w:r>
        <w:rPr/>
        <w:t>La ventana de resonancia lunar alcanzará su punto óptimo durante 47</w:t>
      </w:r>
      <w:r>
        <w:rPr/>
        <w:t xml:space="preserve"> </w:t>
      </w:r>
      <w:r>
        <w:rPr/>
        <w:t>segundos. Pasada esta ventana, la próxima oportunidad no ocurrirá hasta</w:t>
      </w:r>
      <w:r>
        <w:rPr/>
        <w:t xml:space="preserve"> </w:t>
      </w:r>
      <w:r>
        <w:rPr/>
        <w:t>dentro de 14 meses. CATORCE MESES que no podemos permitirnos esperar.</w:t>
      </w:r>
    </w:p>
    <w:p>
      <w:pPr>
        <w:pStyle w:val="BodyText"/>
      </w:pPr>
      <w:r>
        <w:rPr/>
        <w:t>PROTOCOLO DE ACCIÓN INMEDIATA:</w:t>
      </w:r>
    </w:p>
    <w:p>
      <w:pPr>
        <w:pStyle w:val="BodyText"/>
      </w:pPr>
      <w:r>
        <w:rPr/>
        <w:t>DÍA 1-2: Localización y captura del Receptor (Objetivo: Vasco). Equipos</w:t>
      </w:r>
      <w:r>
        <w:rPr/>
        <w:t xml:space="preserve"> </w:t>
      </w:r>
      <w:r>
        <w:rPr/>
        <w:t>en Lisboa están en posición. Vigilancia activa establecida. Autorización</w:t>
      </w:r>
      <w:r>
        <w:rPr/>
        <w:t xml:space="preserve"> </w:t>
      </w:r>
      <w:r>
        <w:rPr/>
        <w:t>de captura concedida.</w:t>
      </w:r>
    </w:p>
    <w:p>
      <w:pPr>
        <w:pStyle w:val="BodyText"/>
      </w:pPr>
      <w:r>
        <w:rPr/>
        <w:t>DÍA 3-4: Localización y aproximación controlada del Faro (Objetivo:</w:t>
      </w:r>
      <w:r>
        <w:rPr/>
        <w:t xml:space="preserve"> </w:t>
      </w:r>
      <w:r>
        <w:rPr/>
        <w:t>Mar). Triangulación en progreso. Certeza actual: 73%, región Pirineos.</w:t>
      </w:r>
      <w:r>
        <w:rPr/>
        <w:t xml:space="preserve"> </w:t>
      </w:r>
      <w:r>
        <w:rPr/>
        <w:t>Equipos de campo en movimiento.</w:t>
      </w:r>
    </w:p>
    <w:p>
      <w:pPr>
        <w:pStyle w:val="BodyText"/>
      </w:pPr>
      <w:r>
        <w:rPr/>
        <w:t>DÍA 5: Interceptación durante alineación pico. El Emisor de Caos está</w:t>
      </w:r>
      <w:r>
        <w:rPr/>
        <w:t xml:space="preserve"> </w:t>
      </w:r>
      <w:r>
        <w:rPr/>
        <w:t>calibrado y operativo. Una vez capturados ambos objetivos, induciremos</w:t>
      </w:r>
      <w:r>
        <w:rPr/>
        <w:t xml:space="preserve"> </w:t>
      </w:r>
      <w:r>
        <w:rPr/>
        <w:t>la transmisión forzada y capturaremos la frecuencia en el momento exacto</w:t>
      </w:r>
      <w:r>
        <w:rPr/>
        <w:t xml:space="preserve"> </w:t>
      </w:r>
      <w:r>
        <w:rPr/>
        <w:t>de máxima resonancia.</w:t>
      </w:r>
    </w:p>
    <w:p>
      <w:pPr>
        <w:pStyle w:val="BodyText"/>
      </w:pPr>
      <w:r>
        <w:rPr/>
        <w:t>RECURSOS: ILIMITADOS. Todos los departamentos tienen autorización para</w:t>
      </w:r>
      <w:r>
        <w:rPr/>
        <w:t xml:space="preserve"> </w:t>
      </w:r>
      <w:r>
        <w:rPr/>
        <w:t>gastos sin límite. Cada hora cuenta.</w:t>
      </w:r>
    </w:p>
    <w:p>
      <w:pPr>
        <w:pStyle w:val="BodyText"/>
      </w:pPr>
      <w:r>
        <w:rPr/>
        <w:t>CONSECUENCIAS DEL FRACASO: Inaceptables. El futuro de Chrysalis, y</w:t>
      </w:r>
      <w:r>
        <w:rPr/>
        <w:t xml:space="preserve"> </w:t>
      </w:r>
      <w:r>
        <w:rPr/>
        <w:t>nuestro control sobre el equilibrio vibracional del planeta, depende del</w:t>
      </w:r>
      <w:r>
        <w:rPr/>
        <w:t xml:space="preserve"> </w:t>
      </w:r>
      <w:r>
        <w:rPr/>
        <w:t>éxito de esta operación.</w:t>
      </w:r>
    </w:p>
    <w:p>
      <w:pPr>
        <w:pStyle w:val="BodyText"/>
      </w:pPr>
      <w:r>
        <w:rPr/>
        <w:t>El fracaso no es una opción.</w:t>
      </w:r>
    </w:p>
    <w:p>
      <w:pPr>
        <w:pStyle w:val="BodyText"/>
      </w:pPr>
      <w:r>
        <w:rPr/>
        <w:t>— Dr. A. Finch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Lena leyó el memorándum tres veces. Cada palabra era un martillazo</w:t>
      </w:r>
      <w:r>
        <w:rPr/>
        <w:t xml:space="preserve"> </w:t>
      </w:r>
      <w:r>
        <w:rPr/>
        <w:t>contra el cristal de una ilusión que se había permitido tener: que</w:t>
      </w:r>
      <w:r>
        <w:rPr/>
        <w:t xml:space="preserve"> </w:t>
      </w:r>
      <w:r>
        <w:rPr/>
        <w:t>tendrían tiempo. Que podrían planificar. Que la batalla sería larga.</w:t>
      </w:r>
    </w:p>
    <w:p>
      <w:pPr>
        <w:pStyle w:val="BodyText"/>
      </w:pPr>
      <w:r>
        <w:rPr/>
        <w:t>Cinco días.</w:t>
      </w:r>
    </w:p>
    <w:p>
      <w:pPr>
        <w:pStyle w:val="BodyText"/>
      </w:pPr>
      <w:r>
        <w:rPr/>
        <w:t>**[INSERCIÓN ACÚSTICA - INICIO]**</w:t>
      </w:r>
    </w:p>
    <w:p>
      <w:pPr>
        <w:pStyle w:val="BodyText"/>
      </w:pPr>
      <w:r>
        <w:rPr/>
        <w:t>El silencio del apartamento era mentira. Los servidores emitían un</w:t>
      </w:r>
      <w:r>
        <w:rPr/>
        <w:t xml:space="preserve"> </w:t>
      </w:r>
      <w:r>
        <w:rPr/>
        <w:t>zumbido constante en 60 Hz, la línea de tensión base del mundo digital.</w:t>
      </w:r>
      <w:r>
        <w:rPr/>
        <w:t xml:space="preserve"> </w:t>
      </w:r>
      <w:r>
        <w:rPr/>
        <w:t>Fuera, Tokio rugía en frecuencias que se masacraban entre sí: tráfico</w:t>
      </w:r>
      <w:r>
        <w:rPr/>
        <w:t xml:space="preserve"> </w:t>
      </w:r>
      <w:r>
        <w:rPr/>
        <w:t>comprimido en graves industriales, el chillido de frenos en agudos</w:t>
      </w:r>
      <w:r>
        <w:rPr/>
        <w:t xml:space="preserve"> </w:t>
      </w:r>
      <w:r>
        <w:rPr/>
        <w:t>metálicos, millones de conversaciones humanas aplastadas en un espectro</w:t>
      </w:r>
      <w:r>
        <w:rPr/>
        <w:t xml:space="preserve"> </w:t>
      </w:r>
      <w:r>
        <w:rPr/>
        <w:t>imposible. Y por debajo de todo, casi imperceptible para quien no</w:t>
      </w:r>
      <w:r>
        <w:rPr/>
        <w:t xml:space="preserve"> </w:t>
      </w:r>
      <w:r>
        <w:rPr/>
        <w:t>supiera escuchar, el pulso electromagnético de la infraestructura:</w:t>
      </w:r>
      <w:r>
        <w:rPr/>
        <w:t xml:space="preserve"> </w:t>
      </w:r>
      <w:r>
        <w:rPr/>
        <w:t>cables de fibra óptica vibrando con terabytes de luz, transformadores</w:t>
      </w:r>
      <w:r>
        <w:rPr/>
        <w:t xml:space="preserve"> </w:t>
      </w:r>
      <w:r>
        <w:rPr/>
        <w:t>cantando su canción de 50 Hz, el latido constante de una civilización</w:t>
      </w:r>
      <w:r>
        <w:rPr/>
        <w:t xml:space="preserve"> </w:t>
      </w:r>
      <w:r>
        <w:rPr/>
        <w:t>que no sabía que estaba siendo escuchada.</w:t>
      </w:r>
    </w:p>
    <w:p>
      <w:pPr>
        <w:pStyle w:val="BodyText"/>
      </w:pPr>
      <w:r>
        <w:rPr/>
        <w:t>Chrysalis no cazaba personas. Cazaba frecuencias. Y ahora tenía cinco</w:t>
      </w:r>
      <w:r>
        <w:rPr/>
        <w:t xml:space="preserve"> </w:t>
      </w:r>
      <w:r>
        <w:rPr/>
        <w:t>días para capturar la más importante de todas.</w:t>
      </w:r>
    </w:p>
    <w:p>
      <w:pPr>
        <w:pStyle w:val="BodyText"/>
      </w:pPr>
      <w:r>
        <w:rPr/>
        <w:t>**[INSERCIÓN ACÚSTICA - FIN]**</w:t>
      </w:r>
    </w:p>
    <w:p>
      <w:pPr>
        <w:pStyle w:val="BodyText"/>
      </w:pPr>
      <w:r>
        <w:rPr/>
        <w:t>Sus dedos volaron sobre el teclado. Encriptación máxima. Canal satelital</w:t>
      </w:r>
      <w:r>
        <w:rPr/>
        <w:t xml:space="preserve"> </w:t>
      </w:r>
      <w:r>
        <w:rPr/>
        <w:t>de emergencia.</w:t>
      </w:r>
    </w:p>
    <w:p>
      <w:pPr>
        <w:pStyle w:val="BodyText"/>
      </w:pPr>
      <w:r>
        <w:rPr/>
        <w:t>**[MENSAJES PERSONALIZADOS - INICIO]**</w:t>
      </w:r>
    </w:p>
    <w:p>
      <w:pPr>
        <w:pStyle w:val="BodyText"/>
      </w:pPr>
      <w:r>
        <w:rPr/>
        <w:t>Primer mensaje: Mar. San Juan de la Peña. «Han triangulado los Pirineos.</w:t>
      </w:r>
      <w:r>
        <w:rPr/>
        <w:t xml:space="preserve"> </w:t>
      </w:r>
      <w:r>
        <w:rPr/>
        <w:t>Certeza del 73% y subiendo. Tienes 72 horas antes de que estrechen el</w:t>
      </w:r>
      <w:r>
        <w:rPr/>
        <w:t xml:space="preserve"> </w:t>
      </w:r>
      <w:r>
        <w:rPr/>
        <w:t>cerco. Muévete hacia el norte, zonas de menor cobertura satelital. Sigue</w:t>
      </w:r>
      <w:r>
        <w:rPr/>
        <w:t xml:space="preserve"> </w:t>
      </w:r>
      <w:r>
        <w:rPr/>
        <w:t>los ríos—las corrientes de agua distorsionan sus sensores térmicos. No</w:t>
      </w:r>
      <w:r>
        <w:rPr/>
        <w:t xml:space="preserve"> </w:t>
      </w:r>
      <w:r>
        <w:rPr/>
        <w:t>uses teléfono hasta nuevo aviso. Te contactaré yo. Confía en tu</w:t>
      </w:r>
      <w:r>
        <w:rPr/>
        <w:t xml:space="preserve"> </w:t>
      </w:r>
      <w:r>
        <w:rPr/>
        <w:t>instinto. —L»</w:t>
      </w:r>
    </w:p>
    <w:p>
      <w:pPr>
        <w:pStyle w:val="BodyText"/>
      </w:pPr>
      <w:r>
        <w:rPr/>
        <w:t>Segundo mensaje: Vasco. Lisboa. «Equipos en posición. Vigilancia física</w:t>
      </w:r>
      <w:r>
        <w:rPr/>
        <w:t xml:space="preserve"> </w:t>
      </w:r>
      <w:r>
        <w:rPr/>
        <w:t>activa en un radio de 500 metros alrededor de tu dirección habitual. No</w:t>
      </w:r>
      <w:r>
        <w:rPr/>
        <w:t xml:space="preserve"> </w:t>
      </w:r>
      <w:r>
        <w:rPr/>
        <w:t>regreses a casa. No contactes a nadie conocido. Desactiva</w:t>
      </w:r>
      <w:r>
        <w:rPr/>
        <w:t xml:space="preserve"> </w:t>
      </w:r>
      <w:r>
        <w:rPr/>
        <w:t>geolocalización de todos tus dispositivos. Si puedes, abandona la ciudad</w:t>
      </w:r>
      <w:r>
        <w:rPr/>
        <w:t xml:space="preserve"> </w:t>
      </w:r>
      <w:r>
        <w:rPr/>
        <w:t>esta noche. Te enviaré coordenadas seguras en 6 horas. No estás solo en</w:t>
      </w:r>
      <w:r>
        <w:rPr/>
        <w:t xml:space="preserve"> </w:t>
      </w:r>
      <w:r>
        <w:rPr/>
        <w:t>esto. —Eva [L]»</w:t>
      </w:r>
    </w:p>
    <w:p>
      <w:pPr>
        <w:pStyle w:val="BodyText"/>
      </w:pPr>
      <w:r>
        <w:rPr/>
        <w:t>Tercer mensaje: Markus. Berlín. «El endgame comenzó. 15 de diciembre,</w:t>
      </w:r>
      <w:r>
        <w:rPr/>
        <w:t xml:space="preserve"> </w:t>
      </w:r>
      <w:r>
        <w:rPr/>
        <w:t>23:47 GMT. Ventana de 47 segundos. Finch ha autorizado recursos</w:t>
      </w:r>
      <w:r>
        <w:rPr/>
        <w:t xml:space="preserve"> </w:t>
      </w:r>
      <w:r>
        <w:rPr/>
        <w:t>ilimitados. Van por Vasco y Mar simultáneamente. Necesito el Estudio 4</w:t>
      </w:r>
      <w:r>
        <w:rPr/>
        <w:t xml:space="preserve"> </w:t>
      </w:r>
      <w:r>
        <w:rPr/>
        <w:t>preparado como cámara anecoica de emergencia. Compra tiempo. Yo llego en</w:t>
      </w:r>
      <w:r>
        <w:rPr/>
        <w:t xml:space="preserve"> </w:t>
      </w:r>
      <w:r>
        <w:rPr/>
        <w:t>18 horas. Prepara el contraataque que discutimos. Es ahora o nunca.</w:t>
      </w:r>
      <w:r>
        <w:rPr/>
        <w:t xml:space="preserve"> </w:t>
      </w:r>
      <w:r>
        <w:rPr/>
        <w:t>—L»</w:t>
      </w:r>
    </w:p>
    <w:p>
      <w:pPr>
        <w:pStyle w:val="BodyText"/>
      </w:pPr>
      <w:r>
        <w:rPr/>
        <w:t>**[MENSAJES PERSONALIZADOS - FIN]**</w:t>
      </w:r>
    </w:p>
    <w:p>
      <w:pPr>
        <w:pStyle w:val="BodyText"/>
      </w:pPr>
      <w:r>
        <w:rPr/>
        <w:t>Envió los tres mensajes simultáneamente. Luego borró todo rastro de su</w:t>
      </w:r>
      <w:r>
        <w:rPr/>
        <w:t xml:space="preserve"> </w:t>
      </w:r>
      <w:r>
        <w:rPr/>
        <w:t>acceso al servidor de Chrysalis y desconectó el enlace.</w:t>
      </w:r>
    </w:p>
    <w:p>
      <w:pPr>
        <w:pStyle w:val="BodyText"/>
      </w:pPr>
      <w:r>
        <w:rPr/>
        <w:t>Miró el reloj digital en su monitor.</w:t>
      </w:r>
    </w:p>
    <w:p>
      <w:pPr>
        <w:pStyle w:val="BodyText"/>
      </w:pPr>
      <w:r>
        <w:rPr/>
        <w:t>120 horas.</w:t>
      </w:r>
    </w:p>
    <w:p>
      <w:pPr>
        <w:pStyle w:val="BodyText"/>
      </w:pPr>
      <w:r>
        <w:rPr/>
        <w:t>7.200 minutos.</w:t>
      </w:r>
    </w:p>
    <w:p>
      <w:pPr>
        <w:pStyle w:val="BodyText"/>
      </w:pPr>
      <w:r>
        <w:rPr/>
        <w:t>432.000 segundos hasta que todo terminara, de una forma u otra.</w:t>
      </w:r>
    </w:p>
    <w:p>
      <w:pPr>
        <w:pStyle w:val="BodyText"/>
      </w:pPr>
      <w:r>
        <w:rPr/>
        <w:t>Cerró el ordenador portátil con un chasquido seco. Ya había reservado el</w:t>
      </w:r>
      <w:r>
        <w:rPr/>
        <w:t xml:space="preserve"> </w:t>
      </w:r>
      <w:r>
        <w:rPr/>
        <w:t>vuelo de regreso: salía en seis horas. Tenía justo el tiempo necesario</w:t>
      </w:r>
      <w:r>
        <w:rPr/>
        <w:t xml:space="preserve"> </w:t>
      </w:r>
      <w:r>
        <w:rPr/>
        <w:t>para llegar al aeropuerto de Narita.</w:t>
      </w:r>
    </w:p>
    <w:p>
      <w:pPr>
        <w:pStyle w:val="BodyText"/>
      </w:pPr>
      <w:r>
        <w:rPr/>
        <w:t>Mar, Markus y Vasco tenían sus advertencias. Ahora Lena tenía que volver</w:t>
      </w:r>
      <w:r>
        <w:rPr/>
        <w:t xml:space="preserve"> </w:t>
      </w:r>
      <w:r>
        <w:rPr/>
        <w:t>a Berlín para preparar el verdadero campo de batalla. Chrysalis había</w:t>
      </w:r>
      <w:r>
        <w:rPr/>
        <w:t xml:space="preserve"> </w:t>
      </w:r>
      <w:r>
        <w:rPr/>
        <w:t>mostrado sus cartas.</w:t>
      </w:r>
    </w:p>
    <w:p>
      <w:pPr>
        <w:pStyle w:val="BodyText"/>
      </w:pPr>
      <w:r>
        <w:rPr/>
        <w:t>Era momento de que ella mostrara las suyas.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CAPÍTULO 31. LA BENGALA Y LOS TIBURONES</w:t>
      </w:r>
    </w:p>
    <w:p>
      <w:pPr/>
      <w:r>
        <w:rPr/>
        <w:t>Lena apagó la pantalla. Se quitó las gafas y vio su reflejo borroso en</w:t>
      </w:r>
      <w:r>
        <w:rPr/>
        <w:t xml:space="preserve"> </w:t>
      </w:r>
      <w:r>
        <w:rPr/>
        <w:t>el monitor negro. Parpadéo. Seguía ahí.</w:t>
      </w:r>
    </w:p>
    <w:p>
      <w:pPr>
        <w:pStyle w:val="BodyText"/>
      </w:pPr>
      <w:r>
        <w:rPr/>
        <w:t>«Una verdad revelada no solo ilumina a quien la busca. También alerta a</w:t>
      </w:r>
      <w:r>
        <w:rPr/>
        <w:t xml:space="preserve"> </w:t>
      </w:r>
      <w:r>
        <w:rPr/>
        <w:t>quien prefiere la oscuridad.» —Libro de los Ecos</w:t>
      </w:r>
    </w:p>
    <w:p>
      <w:pPr>
        <w:pStyle w:val="BodyText"/>
      </w:pPr>
      <w:r>
        <w:rPr/>
        <w:t>El artículo de Vasco había estado circulando en la comunidad científica</w:t>
      </w:r>
      <w:r>
        <w:rPr/>
        <w:t xml:space="preserve"> </w:t>
      </w:r>
      <w:r>
        <w:rPr/>
        <w:t>internacional durante tres semanas cuando llegaron las primeras señales</w:t>
      </w:r>
      <w:r>
        <w:rPr/>
        <w:t xml:space="preserve"> </w:t>
      </w:r>
      <w:r>
        <w:rPr/>
        <w:t>de que había atraído precisamente el tipo de atención que no deseaba. El</w:t>
      </w:r>
      <w:r>
        <w:rPr/>
        <w:t xml:space="preserve"> </w:t>
      </w:r>
      <w:r>
        <w:rPr/>
        <w:t>primer indicio fue sutil: una invitación a una conferencia sobre</w:t>
      </w:r>
      <w:r>
        <w:rPr/>
        <w:t xml:space="preserve"> </w:t>
      </w:r>
      <w:r>
        <w:rPr/>
        <w:t>«Aplicaciones Comerciales de la Física Cuántica» en Ginebra, patrocinada</w:t>
      </w:r>
      <w:r>
        <w:rPr/>
        <w:t xml:space="preserve"> </w:t>
      </w:r>
      <w:r>
        <w:rPr/>
        <w:t>por un consorcio de corporaciones tecnológicas que incluía a Chrysalis</w:t>
      </w:r>
      <w:r>
        <w:rPr/>
        <w:t xml:space="preserve"> </w:t>
      </w:r>
      <w:r>
        <w:rPr/>
        <w:t>como sponsor principal.</w:t>
      </w:r>
    </w:p>
    <w:p>
      <w:pPr>
        <w:pStyle w:val="BodyText"/>
      </w:pPr>
      <w:r>
        <w:rPr/>
        <w:t>La invitación llegó acompañada de un cheque de honorarios que era</w:t>
      </w:r>
      <w:r>
        <w:rPr/>
        <w:t xml:space="preserve"> </w:t>
      </w:r>
      <w:r>
        <w:rPr/>
        <w:t>aproximadamente diez veces superior a lo que Vasco ganaba en un año como</w:t>
      </w:r>
      <w:r>
        <w:rPr/>
        <w:t xml:space="preserve"> </w:t>
      </w:r>
      <w:r>
        <w:rPr/>
        <w:t>profesor universitario. Era una cifra diseñada para ser imposible de</w:t>
      </w:r>
      <w:r>
        <w:rPr/>
        <w:t xml:space="preserve"> </w:t>
      </w:r>
      <w:r>
        <w:rPr/>
        <w:t>rechazar, especialmente para un académico con las presiones financieras</w:t>
      </w:r>
      <w:r>
        <w:rPr/>
        <w:t xml:space="preserve"> </w:t>
      </w:r>
      <w:r>
        <w:rPr/>
        <w:t>típicas de la educación superior portuguesa.</w:t>
      </w:r>
    </w:p>
    <w:p>
      <w:pPr>
        <w:pStyle w:val="BodyText"/>
      </w:pPr>
      <w:r>
        <w:rPr/>
        <w:t>Vasco se sintió halagado al principio. Era la primera vez que su trabajo</w:t>
      </w:r>
      <w:r>
        <w:rPr/>
        <w:t xml:space="preserve"> </w:t>
      </w:r>
      <w:r>
        <w:rPr/>
        <w:t>recibía reconocimiento internacional a esta escala. Pero algo en el tono</w:t>
      </w:r>
      <w:r>
        <w:rPr/>
        <w:t xml:space="preserve"> </w:t>
      </w:r>
      <w:r>
        <w:rPr/>
        <w:t>de la invitación le generó una inquietud que no pudo definir de</w:t>
      </w:r>
      <w:r>
        <w:rPr/>
        <w:t xml:space="preserve"> </w:t>
      </w:r>
      <w:r>
        <w:rPr/>
        <w:t>inmediato. Las preguntas que querían que abordara en su presentación se</w:t>
      </w:r>
      <w:r>
        <w:rPr/>
        <w:t xml:space="preserve"> </w:t>
      </w:r>
      <w:r>
        <w:rPr/>
        <w:t>centraban no en la elegancia científica de sus descubrimientos, sino en</w:t>
      </w:r>
      <w:r>
        <w:rPr/>
        <w:t xml:space="preserve"> </w:t>
      </w:r>
      <w:r>
        <w:rPr/>
        <w:t>su «potencial para implementación práctica» y «escalabilidad comercial.»</w:t>
      </w:r>
    </w:p>
    <w:p>
      <w:pPr>
        <w:pStyle w:val="BodyText"/>
      </w:pPr>
      <w:r>
        <w:rPr/>
        <w:t>La segunda señal fue más directa y considerablemente más alarmante. Una</w:t>
      </w:r>
      <w:r>
        <w:rPr/>
        <w:t xml:space="preserve"> </w:t>
      </w:r>
      <w:r>
        <w:rPr/>
        <w:t>mañana, al llegar a su oficina en la universidad, encontró a dos hombres</w:t>
      </w:r>
      <w:r>
        <w:rPr/>
        <w:t xml:space="preserve"> </w:t>
      </w:r>
      <w:r>
        <w:rPr/>
        <w:t>esperándolo en el pasillo. Vestían trajes caros, pero discretos, y sus</w:t>
      </w:r>
      <w:r>
        <w:rPr/>
        <w:t xml:space="preserve"> </w:t>
      </w:r>
      <w:r>
        <w:rPr/>
        <w:t>sonrisas tenían esa calidad profesional que había aprendido a asociar</w:t>
      </w:r>
      <w:r>
        <w:rPr/>
        <w:t xml:space="preserve"> </w:t>
      </w:r>
      <w:r>
        <w:rPr/>
        <w:t>con vendedores de seguros y agentes inmobiliarios particularmente</w:t>
      </w:r>
      <w:r>
        <w:rPr/>
        <w:t xml:space="preserve"> </w:t>
      </w:r>
      <w:r>
        <w:rPr/>
        <w:t>agresivos.</w:t>
      </w:r>
    </w:p>
    <w:p>
      <w:pPr>
        <w:pStyle w:val="BodyText"/>
      </w:pPr>
      <w:r>
        <w:rPr/>
        <w:t>«Dr. Neves», dijo el mayor de los dos, extendiéndole una mano que era</w:t>
      </w:r>
      <w:r>
        <w:rPr/>
        <w:t xml:space="preserve"> </w:t>
      </w:r>
      <w:r>
        <w:rPr/>
        <w:t>sorprendentemente fría. «Soy Thomas Müller, de la división de</w:t>
      </w:r>
      <w:r>
        <w:rPr/>
        <w:t xml:space="preserve"> </w:t>
      </w:r>
      <w:r>
        <w:rPr/>
        <w:t>adquisición de talento de Chrysalis Technologies. Mi colega es el Dr.</w:t>
      </w:r>
      <w:r>
        <w:rPr/>
        <w:t xml:space="preserve"> </w:t>
      </w:r>
      <w:r>
        <w:rPr/>
        <w:t>Erik Hoffman, especialista en aplicaciones de neuroacústica. Esperábamos</w:t>
      </w:r>
      <w:r>
        <w:rPr/>
        <w:t xml:space="preserve"> </w:t>
      </w:r>
      <w:r>
        <w:rPr/>
        <w:t>poder conversar con usted sobre algunas oportunidades muy emocionantes.»</w:t>
      </w:r>
    </w:p>
    <w:p>
      <w:pPr>
        <w:pStyle w:val="BodyText"/>
      </w:pPr>
      <w:r>
        <w:rPr/>
        <w:t>La conversación que siguió duró una hora de la conversación más extraña</w:t>
      </w:r>
      <w:r>
        <w:rPr/>
        <w:t xml:space="preserve"> </w:t>
      </w:r>
      <w:r>
        <w:rPr/>
        <w:t>que Vasco había experimentado jamás. Los hombres hablaban de su</w:t>
      </w:r>
      <w:r>
        <w:rPr/>
        <w:t xml:space="preserve"> </w:t>
      </w:r>
      <w:r>
        <w:rPr/>
        <w:t>investigación con una precisión que sugería que habían estudiado no solo</w:t>
      </w:r>
      <w:r>
        <w:rPr/>
        <w:t xml:space="preserve"> </w:t>
      </w:r>
      <w:r>
        <w:rPr/>
        <w:t>su artículo publicado, sino también sus notas de trabajo, sus borradores</w:t>
      </w:r>
      <w:r>
        <w:rPr/>
        <w:t xml:space="preserve"> </w:t>
      </w:r>
      <w:r>
        <w:rPr/>
        <w:t>preliminares, incluso conversaciones que había tenido con colegas en</w:t>
      </w:r>
      <w:r>
        <w:rPr/>
        <w:t xml:space="preserve"> </w:t>
      </w:r>
      <w:r>
        <w:rPr/>
        <w:t>confianza. Conocían detalles sobre su metodología que él no recordaba</w:t>
      </w:r>
      <w:r>
        <w:rPr/>
        <w:t xml:space="preserve"> </w:t>
      </w:r>
      <w:r>
        <w:rPr/>
        <w:t>haber incluido en ninguna publicación.</w:t>
      </w:r>
    </w:p>
    <w:p>
      <w:pPr>
        <w:pStyle w:val="BodyText"/>
      </w:pPr>
      <w:r>
        <w:rPr/>
        <w:t>«Su concepto de 'transducción biológica'», había dicho Hoffman,</w:t>
      </w:r>
      <w:r>
        <w:rPr/>
        <w:t xml:space="preserve"> </w:t>
      </w:r>
      <w:r>
        <w:rPr/>
        <w:t>«podría revolucionar por completo el campo de la interfaz</w:t>
      </w:r>
      <w:r>
        <w:rPr/>
        <w:t xml:space="preserve"> </w:t>
      </w:r>
      <w:r>
        <w:rPr/>
        <w:t>humano-computadora. Imagínese poder optimizar respuestas emocionales</w:t>
      </w:r>
      <w:r>
        <w:rPr/>
        <w:t xml:space="preserve"> </w:t>
      </w:r>
      <w:r>
        <w:rPr/>
        <w:t>colectivas durante situaciones de crisis. Las aplicaciones humanitarias</w:t>
      </w:r>
      <w:r>
        <w:rPr/>
        <w:t xml:space="preserve"> </w:t>
      </w:r>
      <w:r>
        <w:rPr/>
        <w:t>serían transformadoras: prevención de pánico masivo, gestión de duelos</w:t>
      </w:r>
      <w:r>
        <w:rPr/>
        <w:t xml:space="preserve"> </w:t>
      </w:r>
      <w:r>
        <w:rPr/>
        <w:t>colectivos, facilitación de procesos de reconciliación social.»</w:t>
      </w:r>
    </w:p>
    <w:p>
      <w:pPr>
        <w:pStyle w:val="BodyText"/>
      </w:pPr>
      <w:r>
        <w:rPr/>
        <w:t>«No estoy seguro de que esa fuera mi intención», había respondido Vasco,</w:t>
      </w:r>
      <w:r>
        <w:rPr/>
        <w:t xml:space="preserve"> </w:t>
      </w:r>
      <w:r>
        <w:rPr/>
        <w:t>sintiendo una creciente inquietud.</w:t>
      </w:r>
    </w:p>
    <w:p>
      <w:pPr>
        <w:pStyle w:val="BodyText"/>
      </w:pPr>
      <w:r>
        <w:rPr/>
        <w:t>«Por supuesto», había sonreído Müller. «Los científicos puros raramente</w:t>
      </w:r>
      <w:r>
        <w:rPr/>
        <w:t xml:space="preserve"> </w:t>
      </w:r>
      <w:r>
        <w:rPr/>
        <w:t>ven las implicaciones prácticas de su trabajo. Esa es precisamente la</w:t>
      </w:r>
      <w:r>
        <w:rPr/>
        <w:t xml:space="preserve"> </w:t>
      </w:r>
      <w:r>
        <w:rPr/>
        <w:t>razón por la que corporaciones como Chrysalis existen: para tender</w:t>
      </w:r>
      <w:r>
        <w:rPr/>
        <w:t xml:space="preserve"> </w:t>
      </w:r>
      <w:r>
        <w:rPr/>
        <w:t>puentes entre la investigación fundamental y la aplicación beneficiosa</w:t>
      </w:r>
      <w:r>
        <w:rPr/>
        <w:t xml:space="preserve"> </w:t>
      </w:r>
      <w:r>
        <w:rPr/>
        <w:t>para la humanidad.»</w:t>
      </w:r>
    </w:p>
    <w:p>
      <w:pPr>
        <w:pStyle w:val="BodyText"/>
      </w:pPr>
      <w:r>
        <w:rPr/>
        <w:t>Habían dejado una carpeta con una oferta de empleo que incluía un</w:t>
      </w:r>
      <w:r>
        <w:rPr/>
        <w:t xml:space="preserve"> </w:t>
      </w:r>
      <w:r>
        <w:rPr/>
        <w:t>salario que triplicaba sus ingresos actuales, acceso a laboratorios de</w:t>
      </w:r>
      <w:r>
        <w:rPr/>
        <w:t xml:space="preserve"> </w:t>
      </w:r>
      <w:r>
        <w:rPr/>
        <w:t>investigación que describían como «los más avanzados del mundo», y una</w:t>
      </w:r>
      <w:r>
        <w:rPr/>
        <w:t xml:space="preserve"> </w:t>
      </w:r>
      <w:r>
        <w:rPr/>
        <w:t>cláusula de confidencialidad que ocupaba seis páginas densas de jerga</w:t>
      </w:r>
      <w:r>
        <w:rPr/>
        <w:t xml:space="preserve"> </w:t>
      </w:r>
      <w:r>
        <w:rPr/>
        <w:t>legal.</w:t>
      </w:r>
    </w:p>
    <w:p>
      <w:pPr>
        <w:pStyle w:val="BodyText"/>
      </w:pPr>
      <w:r>
        <w:rPr/>
        <w:t>«Por supuesto, entendemos que una decisión de esta magnitud requiere</w:t>
      </w:r>
      <w:r>
        <w:rPr/>
        <w:t xml:space="preserve"> </w:t>
      </w:r>
      <w:r>
        <w:rPr/>
        <w:t>consideración», había dicho Müller al despedirse. «Pero esperamos que</w:t>
      </w:r>
      <w:r>
        <w:rPr/>
        <w:t xml:space="preserve"> </w:t>
      </w:r>
      <w:r>
        <w:rPr/>
        <w:t>comprenda que oportunidades de este calibre no permanecen abiertas</w:t>
      </w:r>
      <w:r>
        <w:rPr/>
        <w:t xml:space="preserve"> </w:t>
      </w:r>
      <w:r>
        <w:rPr/>
        <w:t>indefinidamente. Otras organizaciones están también muy interesadas en</w:t>
      </w:r>
      <w:r>
        <w:rPr/>
        <w:t xml:space="preserve"> </w:t>
      </w:r>
      <w:r>
        <w:rPr/>
        <w:t>su trabajo.»</w:t>
      </w:r>
    </w:p>
    <w:p>
      <w:pPr>
        <w:pStyle w:val="BodyText"/>
      </w:pPr>
      <w:r>
        <w:rPr/>
        <w:t>La amenaza implícita era clara: acepta nuestra oferta, o alguien más lo</w:t>
      </w:r>
      <w:r>
        <w:rPr/>
        <w:t xml:space="preserve"> </w:t>
      </w:r>
      <w:r>
        <w:rPr/>
        <w:t>hará por ti.</w:t>
      </w:r>
    </w:p>
    <w:p>
      <w:pPr>
        <w:pStyle w:val="BodyText"/>
      </w:pPr>
      <w:r>
        <w:rPr/>
        <w:t>Esa noche, Vasco se sentó en su pequeño apartamento de Lisboa, mirando</w:t>
      </w:r>
      <w:r>
        <w:rPr/>
        <w:t xml:space="preserve"> </w:t>
      </w:r>
      <w:r>
        <w:rPr/>
        <w:t>la carpeta de Chrysalis mientras escuchaba la grabación que Mar le había</w:t>
      </w:r>
      <w:r>
        <w:rPr/>
        <w:t xml:space="preserve"> </w:t>
      </w:r>
      <w:r>
        <w:rPr/>
        <w:t>enviado. El contraste era brutal: la pureza casi celestial de la</w:t>
      </w:r>
      <w:r>
        <w:rPr/>
        <w:t xml:space="preserve"> </w:t>
      </w:r>
      <w:r>
        <w:rPr/>
        <w:t>vibración del Eco contra la fría ambición de la oferta corporativa. Era</w:t>
      </w:r>
      <w:r>
        <w:rPr/>
        <w:t xml:space="preserve"> </w:t>
      </w:r>
      <w:r>
        <w:rPr/>
        <w:t>como comparar una catedral gótica con una fábrica de procesamiento de</w:t>
      </w:r>
      <w:r>
        <w:rPr/>
        <w:t xml:space="preserve"> </w:t>
      </w:r>
      <w:r>
        <w:rPr/>
        <w:t>datos.</w:t>
      </w:r>
    </w:p>
    <w:p>
      <w:pPr>
        <w:pStyle w:val="BodyText"/>
      </w:pPr>
      <w:r>
        <w:rPr/>
        <w:t>Tomó una decisión que cambiaría el curso de todo lo que vendría. En</w:t>
      </w:r>
      <w:r>
        <w:rPr/>
        <w:t xml:space="preserve"> </w:t>
      </w:r>
      <w:r>
        <w:rPr/>
        <w:t>lugar de aceptar o rechazar la oferta de inmediato, decidió investigar a</w:t>
      </w:r>
      <w:r>
        <w:rPr/>
        <w:t xml:space="preserve"> </w:t>
      </w:r>
      <w:r>
        <w:rPr/>
        <w:t>Chrysalis con la misma meticulosidad que había aplicado a sus estudios</w:t>
      </w:r>
      <w:r>
        <w:rPr/>
        <w:t xml:space="preserve"> </w:t>
      </w:r>
      <w:r>
        <w:rPr/>
        <w:t>del Eco.</w:t>
      </w:r>
    </w:p>
    <w:p>
      <w:pPr>
        <w:pStyle w:val="BodyText"/>
      </w:pPr>
      <w:r>
        <w:rPr/>
        <w:t>Su investigación en las siguientes 48 horas de investigación intensiva</w:t>
      </w:r>
      <w:r>
        <w:rPr/>
        <w:t xml:space="preserve"> </w:t>
      </w:r>
      <w:r>
        <w:rPr/>
        <w:t>lo dejó helado hasta los huesos.</w:t>
      </w:r>
    </w:p>
    <w:p>
      <w:pPr>
        <w:pStyle w:val="BodyText"/>
      </w:pPr>
      <w:r>
        <w:rPr/>
        <w:t>Chrysalis no era una simple corporación tecnológica. Era un consorcio</w:t>
      </w:r>
      <w:r>
        <w:rPr/>
        <w:t xml:space="preserve"> </w:t>
      </w:r>
      <w:r>
        <w:rPr/>
        <w:t>cuyas «aplicaciones comerciales» incluían tecnologías de control de</w:t>
      </w:r>
      <w:r>
        <w:rPr/>
        <w:t xml:space="preserve"> </w:t>
      </w:r>
      <w:r>
        <w:rPr/>
        <w:t>multitudes, manipulación de opinión pública, y proyectos clasificados de</w:t>
      </w:r>
      <w:r>
        <w:rPr/>
        <w:t xml:space="preserve"> </w:t>
      </w:r>
      <w:r>
        <w:rPr/>
        <w:t>«gestión de consenso social» con tentáculos en gobiernos, militares y</w:t>
      </w:r>
      <w:r>
        <w:rPr/>
        <w:t xml:space="preserve"> </w:t>
      </w:r>
      <w:r>
        <w:rPr/>
        <w:t>agencias de inteligencia de medio mundo.</w:t>
      </w:r>
    </w:p>
    <w:p>
      <w:pPr>
        <w:pStyle w:val="BodyText"/>
      </w:pPr>
      <w:r>
        <w:rPr/>
        <w:t>Vasco comprendió con horror que su investigación pura, su intento</w:t>
      </w:r>
      <w:r>
        <w:rPr/>
        <w:t xml:space="preserve"> </w:t>
      </w:r>
      <w:r>
        <w:rPr/>
        <w:t>honesto de documentar un fenómeno hermoso y misterioso, había sido</w:t>
      </w:r>
      <w:r>
        <w:rPr/>
        <w:t xml:space="preserve"> </w:t>
      </w:r>
      <w:r>
        <w:rPr/>
        <w:t>interpretada por Chrysalis como un manual de instrucciones para la</w:t>
      </w:r>
      <w:r>
        <w:rPr/>
        <w:t xml:space="preserve"> </w:t>
      </w:r>
      <w:r>
        <w:rPr/>
        <w:t>construcción de herramientas de control mental a escala industrial.</w:t>
      </w:r>
    </w:p>
    <w:p>
      <w:pPr>
        <w:pStyle w:val="BodyText"/>
      </w:pPr>
      <w:r>
        <w:rPr/>
        <w:t>*Lisboa, 2001. Una conversación que había olvidado hasta ese momento.*</w:t>
      </w:r>
    </w:p>
    <w:p>
      <w:pPr>
        <w:pStyle w:val="BodyText"/>
      </w:pPr>
      <w:r>
        <w:rPr/>
        <w:t>Su abuelo, un veterano de la resistencia portuguesa contra la dictadura</w:t>
      </w:r>
      <w:r>
        <w:rPr/>
        <w:t xml:space="preserve"> </w:t>
      </w:r>
      <w:r>
        <w:rPr/>
        <w:t>de Salazar, le había contado historias sobre cómo los regímenes</w:t>
      </w:r>
      <w:r>
        <w:rPr/>
        <w:t xml:space="preserve"> </w:t>
      </w:r>
      <w:r>
        <w:rPr/>
        <w:t>autoritarios siempre buscaban nuevas formas de controlar no solo los</w:t>
      </w:r>
      <w:r>
        <w:rPr/>
        <w:t xml:space="preserve"> </w:t>
      </w:r>
      <w:r>
        <w:rPr/>
        <w:t>cuerpos de las personas, sino sus mentes y corazones.</w:t>
      </w:r>
    </w:p>
    <w:p>
      <w:pPr>
        <w:pStyle w:val="BodyText"/>
      </w:pPr>
      <w:r>
        <w:rPr/>
        <w:t>«El poder verdadero», le había dicho el anciano, «no viene de hacer que</w:t>
      </w:r>
      <w:r>
        <w:rPr/>
        <w:t xml:space="preserve"> </w:t>
      </w:r>
      <w:r>
        <w:rPr/>
        <w:t>la gente te obedezca por miedo. Viene de hacer que quieran obedecerte,</w:t>
      </w:r>
      <w:r>
        <w:rPr/>
        <w:t xml:space="preserve"> </w:t>
      </w:r>
      <w:r>
        <w:rPr/>
        <w:t>de convencerlos de que tu voluntad es la suya propia. Los dictadores del</w:t>
      </w:r>
      <w:r>
        <w:rPr/>
        <w:t xml:space="preserve"> </w:t>
      </w:r>
      <w:r>
        <w:rPr/>
        <w:t>futuro no necesitarán prisiones ni torturas. Solo necesitarán la</w:t>
      </w:r>
      <w:r>
        <w:rPr/>
        <w:t xml:space="preserve"> </w:t>
      </w:r>
      <w:r>
        <w:rPr/>
        <w:t>tecnología adecuada para hacer que la resistencia sea sencillamente</w:t>
      </w:r>
      <w:r>
        <w:rPr/>
        <w:t xml:space="preserve"> </w:t>
      </w:r>
      <w:r>
        <w:rPr/>
        <w:t>impensable.»</w:t>
      </w:r>
    </w:p>
    <w:p>
      <w:pPr>
        <w:pStyle w:val="BodyText"/>
      </w:pPr>
      <w:r>
        <w:rPr/>
        <w:t>En el momento, Vasco había considerado esas palabras como las paranoias</w:t>
      </w:r>
      <w:r>
        <w:rPr/>
        <w:t xml:space="preserve"> </w:t>
      </w:r>
      <w:r>
        <w:rPr/>
        <w:t>de una generación traumatizada por décadas de opresión. Ahora las veía</w:t>
      </w:r>
      <w:r>
        <w:rPr/>
        <w:t xml:space="preserve"> </w:t>
      </w:r>
      <w:r>
        <w:rPr/>
        <w:t>como una profecía.</w:t>
      </w:r>
    </w:p>
    <w:p>
      <w:pPr>
        <w:pStyle w:val="BodyText"/>
      </w:pPr>
      <w:r>
        <w:rPr/>
        <w:t>Cerró la carpeta de Chrysalis y la metió en un cajón. No la rechazaría</w:t>
      </w:r>
      <w:r>
        <w:rPr/>
        <w:t xml:space="preserve"> </w:t>
      </w:r>
      <w:r>
        <w:rPr/>
        <w:t>de inmediato; eso podría alertarlos sobre sus sospechas. En su lugar,</w:t>
      </w:r>
      <w:r>
        <w:rPr/>
        <w:t xml:space="preserve"> </w:t>
      </w:r>
      <w:r>
        <w:rPr/>
        <w:t>pediría tiempo para «considerar cuidadosamente» la oferta. Tiempo que</w:t>
      </w:r>
      <w:r>
        <w:rPr/>
        <w:t xml:space="preserve"> </w:t>
      </w:r>
      <w:r>
        <w:rPr/>
        <w:t>usaría para encontrar una manera de proteger su investigación de ser</w:t>
      </w:r>
      <w:r>
        <w:rPr/>
        <w:t xml:space="preserve"> </w:t>
      </w:r>
      <w:r>
        <w:rPr/>
        <w:t>convertida en un arma.</w:t>
      </w:r>
    </w:p>
    <w:p>
      <w:pPr>
        <w:pStyle w:val="BodyText"/>
      </w:pPr>
      <w:r>
        <w:rPr/>
        <w:t>Lo que no sabía era que cada movimiento que había hecho en las últimas</w:t>
      </w:r>
      <w:r>
        <w:rPr/>
        <w:t xml:space="preserve"> </w:t>
      </w:r>
      <w:r>
        <w:rPr/>
        <w:t>72 horas había sido monitoreado, analizado y catalogado por sistemas de</w:t>
      </w:r>
      <w:r>
        <w:rPr/>
        <w:t xml:space="preserve"> </w:t>
      </w:r>
      <w:r>
        <w:rPr/>
        <w:t>vigilancia que convertían la privacidad en una ilusión y la paranoia en</w:t>
      </w:r>
      <w:r>
        <w:rPr/>
        <w:t xml:space="preserve"> </w:t>
      </w:r>
      <w:r>
        <w:rPr/>
        <w:t>un estado mental perfectamente racional.</w:t>
      </w:r>
    </w:p>
    <w:p>
      <w:pPr>
        <w:pStyle w:val="BodyText"/>
      </w:pPr>
      <w:r>
        <w:rPr/>
        <w:t>Los tiburones habían detectado sangre en el agua. Y ahora, se estaban</w:t>
      </w:r>
      <w:r>
        <w:rPr/>
        <w:t xml:space="preserve"> </w:t>
      </w:r>
      <w:r>
        <w:rPr/>
        <w:t>acercando.</w:t>
      </w:r>
    </w:p>
    <w:p>
      <w:pPr>
        <w:pStyle w:val="Heading1"/>
      </w:pPr>
      <w:r>
        <w:rPr/>
        <w:t>CAPÍTULO 32. EL GAMBITO DE LISBOA</w:t>
      </w:r>
    </w:p>
    <w:p>
      <w:pPr>
        <w:pStyle w:val="Heading1"/>
      </w:pPr>
      <w:r/>
    </w:p>
    <w:p>
      <w:pPr/>
      <w:r>
        <w:rPr/>
        <w:t>«La forma más efectiva de capturar un pájaro cantor no es perseguirlo,</w:t>
      </w:r>
      <w:r>
        <w:rPr/>
        <w:t xml:space="preserve"> </w:t>
      </w:r>
      <w:r>
        <w:rPr/>
        <w:t>sino envenenar el agua de la que bebe.»</w:t>
      </w:r>
    </w:p>
    <w:p>
      <w:pPr>
        <w:pStyle w:val="BodyText"/>
      </w:pPr>
      <w:r>
        <w:rPr/>
        <w:t>—Manual de Operaciones, Proyecto Echo-Catcher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Lena Hoffmann no creía en señales del destino. Creía en patrones de</w:t>
      </w:r>
      <w:r>
        <w:rPr/>
        <w:t xml:space="preserve"> </w:t>
      </w:r>
      <w:r>
        <w:rPr/>
        <w:t>datos, en frecuencias medibles, en código que hacía exactamente lo que</w:t>
      </w:r>
      <w:r>
        <w:rPr/>
        <w:t xml:space="preserve"> </w:t>
      </w:r>
      <w:r>
        <w:rPr/>
        <w:t>le ordenabas si escribías las instrucciones correctas.</w:t>
      </w:r>
    </w:p>
    <w:p>
      <w:pPr>
        <w:pStyle w:val="BodyText"/>
      </w:pPr>
      <w:r>
        <w:rPr/>
        <w:t>Pero aquella noche, sola en su apartamento de Neukölln, con auriculares</w:t>
      </w:r>
      <w:r>
        <w:rPr/>
        <w:t xml:space="preserve"> </w:t>
      </w:r>
      <w:r>
        <w:rPr/>
        <w:t>baratos que zumbaban en el oído izquierdo, algo en Fading Away había</w:t>
      </w:r>
      <w:r>
        <w:rPr/>
        <w:t xml:space="preserve"> </w:t>
      </w:r>
      <w:r>
        <w:rPr/>
        <w:t>atravesado todas sus defensas racionales.</w:t>
      </w:r>
    </w:p>
    <w:p>
      <w:pPr>
        <w:pStyle w:val="BodyText"/>
      </w:pPr>
      <w:r>
        <w:rPr/>
        <w:t>Era octubre de 1998. Llevaba tres días sin dormir. El proyecto de su</w:t>
      </w:r>
      <w:r>
        <w:rPr/>
        <w:t xml:space="preserve"> </w:t>
      </w:r>
      <w:r>
        <w:rPr/>
        <w:t>tesis había colapsado. Su director académico le había dicho, con esa</w:t>
      </w:r>
      <w:r>
        <w:rPr/>
        <w:t xml:space="preserve"> </w:t>
      </w:r>
      <w:r>
        <w:rPr/>
        <w:t>cortesía alemana que duele más que un grito, que «quizá la informática</w:t>
      </w:r>
      <w:r>
        <w:rPr/>
        <w:t xml:space="preserve"> </w:t>
      </w:r>
      <w:r>
        <w:rPr/>
        <w:t>no era lo suyo». Tenía veinticuatro años y la certeza absoluta de que el</w:t>
      </w:r>
      <w:r>
        <w:rPr/>
        <w:t xml:space="preserve"> </w:t>
      </w:r>
      <w:r>
        <w:rPr/>
        <w:t>mundo no tenía espacio para ella.</w:t>
      </w:r>
    </w:p>
    <w:p>
      <w:pPr>
        <w:pStyle w:val="BodyText"/>
      </w:pPr>
      <w:r>
        <w:rPr/>
        <w:t>Había puesto la canción sin querer. Un error de reproducción aleatoria.</w:t>
      </w:r>
      <w:r>
        <w:rPr/>
        <w:t xml:space="preserve"> </w:t>
      </w:r>
      <w:r>
        <w:rPr/>
        <w:t>Pero cuando el primer acorde emergió de los auriculares, algo en su</w:t>
      </w:r>
      <w:r>
        <w:rPr/>
        <w:t xml:space="preserve"> </w:t>
      </w:r>
      <w:r>
        <w:rPr/>
        <w:t>pecho se detuvo.</w:t>
      </w:r>
    </w:p>
    <w:p>
      <w:pPr>
        <w:pStyle w:val="BodyText"/>
      </w:pPr>
      <w:r>
        <w:rPr/>
        <w:t>No era la melodía. Era el espacio entre las notas. El silencio calculado</w:t>
      </w:r>
      <w:r>
        <w:rPr/>
        <w:t xml:space="preserve"> </w:t>
      </w:r>
      <w:r>
        <w:rPr/>
        <w:t>con precisión milimétrica. Como si alguien hubiera comprendido que el</w:t>
      </w:r>
      <w:r>
        <w:rPr/>
        <w:t xml:space="preserve"> </w:t>
      </w:r>
      <w:r>
        <w:rPr/>
        <w:t>vacío también era información. Que el silencio tenía estructura.</w:t>
      </w:r>
    </w:p>
    <w:p>
      <w:pPr>
        <w:pStyle w:val="BodyText"/>
      </w:pPr>
      <w:r>
        <w:rPr/>
        <w:t>Lena había llorado. Por primera vez en años, llorado sin control. No de</w:t>
      </w:r>
      <w:r>
        <w:rPr/>
        <w:t xml:space="preserve"> </w:t>
      </w:r>
      <w:r>
        <w:rPr/>
        <w:t>tristeza. De reconocimiento. Alguien, en algún lugar, había construido</w:t>
      </w:r>
      <w:r>
        <w:rPr/>
        <w:t xml:space="preserve"> </w:t>
      </w:r>
      <w:r>
        <w:rPr/>
        <w:t>belleza usando las mismas herramientas que ella: matemática, precisión,</w:t>
      </w:r>
      <w:r>
        <w:rPr/>
        <w:t xml:space="preserve"> </w:t>
      </w:r>
      <w:r>
        <w:rPr/>
        <w:t>código convertido en emoción.</w:t>
      </w:r>
    </w:p>
    <w:p>
      <w:pPr>
        <w:pStyle w:val="BodyText"/>
      </w:pPr>
      <w:r>
        <w:rPr/>
        <w:t>Esa canción le había salvado la vida aquella noche. Le había mostrado</w:t>
      </w:r>
      <w:r>
        <w:rPr/>
        <w:t xml:space="preserve"> </w:t>
      </w:r>
      <w:r>
        <w:rPr/>
        <w:t>que la técnica y el alma no eran enemigos. Que podía ser ingeniera y</w:t>
      </w:r>
      <w:r>
        <w:rPr/>
        <w:t xml:space="preserve"> </w:t>
      </w:r>
      <w:r>
        <w:rPr/>
        <w:t>artista. Que su forma de pensar no era un defecto sino un instrumento.</w:t>
      </w:r>
    </w:p>
    <w:p>
      <w:pPr>
        <w:pStyle w:val="BodyText"/>
      </w:pPr>
      <w:r>
        <w:rPr/>
        <w:t>Dos semanas después conoció a ILIBERIS en el Tresor. Tres meses después</w:t>
      </w:r>
      <w:r>
        <w:rPr/>
        <w:t xml:space="preserve"> </w:t>
      </w:r>
      <w:r>
        <w:rPr/>
        <w:t>trabajaban juntos. Veinticinco años después, seguía pagando esa deuda.</w:t>
      </w:r>
    </w:p>
    <w:p>
      <w:pPr>
        <w:pStyle w:val="BodyText"/>
      </w:pPr>
      <w:r>
        <w:rPr/>
        <w:t>Por eso estaba aquí. Por eso infiltraba sistemas de Chrysalis sabiendo</w:t>
      </w:r>
      <w:r>
        <w:rPr/>
        <w:t xml:space="preserve"> </w:t>
      </w:r>
      <w:r>
        <w:rPr/>
        <w:t>que podía terminar en prisión. Por eso arriesgaba todo.</w:t>
      </w:r>
    </w:p>
    <w:p>
      <w:pPr>
        <w:pStyle w:val="BodyText"/>
      </w:pPr>
      <w:r>
        <w:rPr/>
        <w:t>Porque Adrián le había enseñado que hay cosas que valen más que la</w:t>
      </w:r>
      <w:r>
        <w:rPr/>
        <w:t xml:space="preserve"> </w:t>
      </w:r>
      <w:r>
        <w:rPr/>
        <w:t>seguridad. Y que a veces, la única forma de honrar a los muertos es</w:t>
      </w:r>
      <w:r>
        <w:rPr/>
        <w:t xml:space="preserve"> </w:t>
      </w:r>
      <w:r>
        <w:rPr/>
        <w:t>terminar lo que empezaron.</w:t>
      </w:r>
    </w:p>
    <w:p>
      <w:pPr>
        <w:pStyle w:val="BodyText"/>
      </w:pPr>
      <w:r>
        <w:rPr/>
        <w:t>El mensaje de Lena llegó a las 3:47 de la madrugada, despertando a Mar</w:t>
      </w:r>
      <w:r>
        <w:rPr/>
        <w:t xml:space="preserve"> </w:t>
      </w:r>
      <w:r>
        <w:rPr/>
        <w:t>en su celda de piedra en San Juan de la Peña. El texto, mínimo y afilado</w:t>
      </w:r>
      <w:r>
        <w:rPr/>
        <w:t xml:space="preserve"> </w:t>
      </w:r>
      <w:r>
        <w:rPr/>
        <w:t>como un bisturí digital, decía:</w:t>
      </w:r>
    </w:p>
    <w:p>
      <w:pPr>
        <w:pStyle w:val="BodyText"/>
      </w:pPr>
      <w:r>
        <w:rPr/>
        <w:t>«Finch está en Lisboa. Emisores activos. Vasco es el objetivo. Muévete</w:t>
      </w:r>
      <w:r>
        <w:rPr/>
        <w:t xml:space="preserve"> </w:t>
      </w:r>
      <w:r>
        <w:rPr/>
        <w:t>ahora.»</w:t>
      </w:r>
    </w:p>
    <w:p>
      <w:pPr>
        <w:pStyle w:val="BodyText"/>
      </w:pPr>
      <w:r>
        <w:rPr/>
        <w:t>Mar se incorporó en la oscuridad. El Eco palpitaba en su pecho con la</w:t>
      </w:r>
      <w:r>
        <w:rPr/>
        <w:t xml:space="preserve"> </w:t>
      </w:r>
      <w:r>
        <w:rPr/>
        <w:t>misma violencia luminosa que en Santander. No era intuición: era un</w:t>
      </w:r>
      <w:r>
        <w:rPr/>
        <w:t xml:space="preserve"> </w:t>
      </w:r>
      <w:r>
        <w:rPr/>
        <w:t>aviso físico, un tirón vibracional que no dejaba espacio para la duda.</w:t>
      </w:r>
      <w:r>
        <w:rPr/>
        <w:t xml:space="preserve"> </w:t>
      </w:r>
      <w:r>
        <w:rPr/>
        <w:t>Vasco estaba en peligro inmediato.</w:t>
      </w:r>
    </w:p>
    <w:p>
      <w:pPr>
        <w:pStyle w:val="BodyText"/>
      </w:pPr>
      <w:r>
        <w:rPr/>
        <w:t>Tres horas después, Mar ya estaba en el aeropuerto de Zaragoza,</w:t>
      </w:r>
      <w:r>
        <w:rPr/>
        <w:t xml:space="preserve"> </w:t>
      </w:r>
      <w:r>
        <w:rPr/>
        <w:t>documentos falsos en mano y un billete a Lisboa comprado con una tarjeta</w:t>
      </w:r>
      <w:r>
        <w:rPr/>
        <w:t xml:space="preserve"> </w:t>
      </w:r>
      <w:r>
        <w:rPr/>
        <w:t>generada por Lena minutos antes. Mientras esperaba el embarque, abrió el</w:t>
      </w:r>
      <w:r>
        <w:rPr/>
        <w:t xml:space="preserve"> </w:t>
      </w:r>
      <w:r>
        <w:rPr/>
        <w:t>archivo adjunto.</w:t>
      </w:r>
    </w:p>
    <w:p>
      <w:pPr>
        <w:pStyle w:val="BodyText"/>
      </w:pPr>
      <w:r>
        <w:rPr/>
        <w:t>Alistair Finch llevaba cuatro días en Lisboa. Había instalado su base en</w:t>
      </w:r>
      <w:r>
        <w:rPr/>
        <w:t xml:space="preserve"> </w:t>
      </w:r>
      <w:r>
        <w:rPr/>
        <w:t>Príncipe Real: un barrio discreto, perfecto para ocultar operaciones</w:t>
      </w:r>
      <w:r>
        <w:rPr/>
        <w:t xml:space="preserve"> </w:t>
      </w:r>
      <w:r>
        <w:rPr/>
        <w:t>quirúrgicas. Desde allí, había desplegado una red de emisores sónicos</w:t>
      </w:r>
      <w:r>
        <w:rPr/>
        <w:t xml:space="preserve"> </w:t>
      </w:r>
      <w:r>
        <w:rPr/>
        <w:t>miniaturizados a lo largo de la rutina de Vasco: su apartamento, su</w:t>
      </w:r>
      <w:r>
        <w:rPr/>
        <w:t xml:space="preserve"> </w:t>
      </w:r>
      <w:r>
        <w:rPr/>
        <w:t>oficina, su café habitual, incluso la biblioteca donde solía trabajar</w:t>
      </w:r>
      <w:r>
        <w:rPr/>
        <w:t xml:space="preserve"> </w:t>
      </w:r>
      <w:r>
        <w:rPr/>
        <w:t>hasta tarde.</w:t>
      </w:r>
    </w:p>
    <w:p>
      <w:pPr>
        <w:pStyle w:val="BodyText"/>
      </w:pPr>
      <w:r>
        <w:rPr/>
        <w:t>Los dispositivos eran del tamaño de monedas, disfrazados como piezas</w:t>
      </w:r>
      <w:r>
        <w:rPr/>
        <w:t xml:space="preserve"> </w:t>
      </w:r>
      <w:r>
        <w:rPr/>
        <w:t>anodinas de infraestructura urbana. Su efecto era letal: un caos</w:t>
      </w:r>
      <w:r>
        <w:rPr/>
        <w:t xml:space="preserve"> </w:t>
      </w:r>
      <w:r>
        <w:rPr/>
        <w:t>acústico indetectable, una mordedura silenciosa que erosionaba la</w:t>
      </w:r>
      <w:r>
        <w:rPr/>
        <w:t xml:space="preserve"> </w:t>
      </w:r>
      <w:r>
        <w:rPr/>
        <w:t>sensibilidad de Vasco desde dentro. Una tortura que imitaba el ruido</w:t>
      </w:r>
      <w:r>
        <w:rPr/>
        <w:t xml:space="preserve"> </w:t>
      </w:r>
      <w:r>
        <w:rPr/>
        <w:t>blanco, camuflada como puro estrés.</w:t>
      </w:r>
    </w:p>
    <w:p>
      <w:pPr>
        <w:pStyle w:val="BodyText"/>
      </w:pPr>
      <w:r>
        <w:rPr/>
        <w:t>Lena había interceptado las lecturas de los biosensores que el equipo de</w:t>
      </w:r>
      <w:r>
        <w:rPr/>
        <w:t xml:space="preserve"> </w:t>
      </w:r>
      <w:r>
        <w:rPr/>
        <w:t>Finch había logrado instalar mediante un reloj inteligente clonado. Los</w:t>
      </w:r>
      <w:r>
        <w:rPr/>
        <w:t xml:space="preserve"> </w:t>
      </w:r>
      <w:r>
        <w:rPr/>
        <w:t>datos eran demoledores: ritmo cardíaco disparado, cortisol en niveles</w:t>
      </w:r>
      <w:r>
        <w:rPr/>
        <w:t xml:space="preserve"> </w:t>
      </w:r>
      <w:r>
        <w:rPr/>
        <w:t>imposibles, sueño fracturado en astillas, percepción resonante</w:t>
      </w:r>
      <w:r>
        <w:rPr/>
        <w:t xml:space="preserve"> </w:t>
      </w:r>
      <w:r>
        <w:rPr/>
        <w:t>colapsada.</w:t>
      </w:r>
    </w:p>
    <w:p>
      <w:pPr>
        <w:pStyle w:val="BodyText"/>
      </w:pPr>
      <w:r>
        <w:rPr/>
        <w:t>Vasco se estaba desmoronando sin saber por qué. El veneno entraba como</w:t>
      </w:r>
      <w:r>
        <w:rPr/>
        <w:t xml:space="preserve"> </w:t>
      </w:r>
      <w:r>
        <w:rPr/>
        <w:t>agua. Y él bebía.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Lisboa, 2:15 PM. Cuatro días antes.</w:t>
      </w:r>
    </w:p>
    <w:p>
      <w:pPr>
        <w:pStyle w:val="BodyText"/>
      </w:pPr>
      <w:r>
        <w:rPr/>
        <w:t>Vasco entró en el café Fábulas, uno de sus refugios mentales. Pidió su</w:t>
      </w:r>
      <w:r>
        <w:rPr/>
        <w:t xml:space="preserve"> </w:t>
      </w:r>
      <w:r>
        <w:rPr/>
        <w:t>americano de siempre y se sentó junto a la ventana.</w:t>
      </w:r>
    </w:p>
    <w:p>
      <w:pPr>
        <w:pStyle w:val="BodyText"/>
      </w:pPr>
      <w:r>
        <w:rPr/>
        <w:t>Entonces ocurrió.</w:t>
      </w:r>
    </w:p>
    <w:p>
      <w:pPr>
        <w:pStyle w:val="BodyText"/>
      </w:pPr>
      <w:r>
        <w:rPr/>
        <w:t>El bullicio típico —máquinas, voces, música— fue de pronto</w:t>
      </w:r>
      <w:r>
        <w:rPr/>
        <w:t xml:space="preserve"> </w:t>
      </w:r>
      <w:r>
        <w:rPr/>
        <w:t>succionado hacia un punto invisible, creando un vacío vibracional</w:t>
      </w:r>
      <w:r>
        <w:rPr/>
        <w:t xml:space="preserve"> </w:t>
      </w:r>
      <w:r>
        <w:rPr/>
        <w:t>perfecto. No silencio, sino una inversión del sonido: un agujero negro</w:t>
      </w:r>
      <w:r>
        <w:rPr/>
        <w:t xml:space="preserve"> </w:t>
      </w:r>
      <w:r>
        <w:rPr/>
        <w:t>acústico.</w:t>
      </w:r>
    </w:p>
    <w:p>
      <w:pPr>
        <w:pStyle w:val="BodyText"/>
      </w:pPr>
      <w:r>
        <w:rPr/>
        <w:t>El suelo pareció respirar. Vasco cerró los ojos, intentando aferrarse a</w:t>
      </w:r>
      <w:r>
        <w:rPr/>
        <w:t xml:space="preserve"> </w:t>
      </w:r>
      <w:r>
        <w:rPr/>
        <w:t>algo. Después de unos segundos, todo volvió a la normalidad.</w:t>
      </w:r>
    </w:p>
    <w:p>
      <w:pPr>
        <w:pStyle w:val="BodyText"/>
      </w:pPr>
      <w:r>
        <w:rPr/>
        <w:t>«Demasiado café», pensó. «Necesito dormir más.»</w:t>
      </w:r>
    </w:p>
    <w:p>
      <w:pPr>
        <w:pStyle w:val="BodyText"/>
      </w:pPr>
      <w:r>
        <w:rPr/>
        <w:t>No vio al técnico que salía del edificio contiguo con un emisor recién</w:t>
      </w:r>
      <w:r>
        <w:rPr/>
        <w:t xml:space="preserve"> </w:t>
      </w:r>
      <w:r>
        <w:rPr/>
        <w:t>calibrado en la mochila.</w:t>
      </w:r>
    </w:p>
    <w:p>
      <w:pPr>
        <w:pStyle w:val="BodyText"/>
      </w:pPr>
      <w:r>
        <w:rPr/>
        <w:t>Esa noche, despertó a las 2:34 AM con una nota impecablemente pura</w:t>
      </w:r>
      <w:r>
        <w:rPr/>
        <w:t xml:space="preserve"> </w:t>
      </w:r>
      <w:r>
        <w:rPr/>
        <w:t>taladrándole la cabeza: un Si bemol, sostenido durante diecisiete</w:t>
      </w:r>
      <w:r>
        <w:rPr/>
        <w:t xml:space="preserve"> </w:t>
      </w:r>
      <w:r>
        <w:rPr/>
        <w:t>segundos exactos. Provenía de dentro. No del mundo.</w:t>
      </w:r>
    </w:p>
    <w:p>
      <w:pPr>
        <w:pStyle w:val="BodyText"/>
      </w:pPr>
      <w:r>
        <w:rPr/>
        <w:t>Y se repitió cada noche durante una semana.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su base en Príncipe Real, Finch observaba los datos en tiempo real.</w:t>
      </w:r>
      <w:r>
        <w:rPr/>
        <w:t xml:space="preserve"> </w:t>
      </w:r>
      <w:r>
        <w:rPr/>
        <w:t>Los patrones mostraban exactamente lo previsto: desorientación,</w:t>
      </w:r>
      <w:r>
        <w:rPr/>
        <w:t xml:space="preserve"> </w:t>
      </w:r>
      <w:r>
        <w:rPr/>
        <w:t>agotamiento, vulnerabilidad emocional.</w:t>
      </w:r>
    </w:p>
    <w:p>
      <w:pPr>
        <w:pStyle w:val="BodyText"/>
      </w:pPr>
      <w:r>
        <w:rPr/>
        <w:t>—Fase Uno completada —dijo—. Iniciad la Fase Dos.</w:t>
      </w:r>
    </w:p>
    <w:p>
      <w:pPr>
        <w:pStyle w:val="BodyText"/>
      </w:pPr>
      <w:r>
        <w:rPr/>
        <w:t>Al otro lado, Sofia Martins confirmó.</w:t>
      </w:r>
    </w:p>
    <w:p>
      <w:pPr>
        <w:pStyle w:val="BodyText"/>
      </w:pPr>
      <w:r>
        <w:rPr/>
        <w:t>Su identidad estaba perfectamente diseñada: doctoranda en acústica</w:t>
      </w:r>
      <w:r>
        <w:rPr/>
        <w:t xml:space="preserve"> </w:t>
      </w:r>
      <w:r>
        <w:rPr/>
        <w:t>arquitectónica, brillante pero no intimidante, amable, rigurosa, con ese</w:t>
      </w:r>
      <w:r>
        <w:rPr/>
        <w:t xml:space="preserve"> </w:t>
      </w:r>
      <w:r>
        <w:rPr/>
        <w:t>equilibrio tentador entre vulnerabilidad e inteligencia.</w:t>
      </w:r>
    </w:p>
    <w:p>
      <w:pPr>
        <w:pStyle w:val="BodyText"/>
      </w:pPr>
      <w:r>
        <w:rPr/>
        <w:t>Su encuentro con Vasco estaba fijado para el día siguiente, en la</w:t>
      </w:r>
      <w:r>
        <w:rPr/>
        <w:t xml:space="preserve"> </w:t>
      </w:r>
      <w:r>
        <w:rPr/>
        <w:t>biblioteca de la Universidad de Lisboa. Nada forzado. Todo</w:t>
      </w:r>
      <w:r>
        <w:rPr/>
        <w:t xml:space="preserve"> </w:t>
      </w:r>
      <w:r>
        <w:rPr/>
        <w:t>matemáticamente coreografiado.</w:t>
      </w:r>
    </w:p>
    <w:p>
      <w:pPr>
        <w:pStyle w:val="BodyText"/>
      </w:pPr>
      <w:r>
        <w:rPr/>
        <w:t>Finch no buscaba violencia. Buscaba diseño. Un gambito perfecto.</w:t>
      </w:r>
    </w:p>
    <w:p>
      <w:pPr>
        <w:pStyle w:val="BodyText"/>
      </w:pPr>
      <w:r>
        <w:rPr/>
        <w:t>El "Faro" acudiría, inevitablemente, donde estuviera su "Receptor".</w:t>
      </w:r>
      <w:r>
        <w:rPr/>
        <w:t xml:space="preserve"> </w:t>
      </w:r>
      <w:r>
        <w:rPr/>
        <w:t>Y cuando ella viniera, él estaría esperándola.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 aterrizó en Lisboa a las 11:23 AM. El aire olía a sal, luz y ozono.</w:t>
      </w:r>
      <w:r>
        <w:rPr/>
        <w:t xml:space="preserve"> </w:t>
      </w:r>
      <w:r>
        <w:rPr/>
        <w:t>Desde la pista, escuchó el chirrido metálico de un tranvía amarillo en</w:t>
      </w:r>
      <w:r>
        <w:rPr/>
        <w:t xml:space="preserve"> </w:t>
      </w:r>
      <w:r>
        <w:rPr/>
        <w:t>la distancia—frecuencias de hierro contra hierro, una firma acústica</w:t>
      </w:r>
      <w:r>
        <w:rPr/>
        <w:t xml:space="preserve"> </w:t>
      </w:r>
      <w:r>
        <w:rPr/>
        <w:t>inconfundible de la ciudad. Se dirigió al apartamento seguro que Markus</w:t>
      </w:r>
      <w:r>
        <w:rPr/>
        <w:t xml:space="preserve"> </w:t>
      </w:r>
      <w:r>
        <w:rPr/>
        <w:t>había gestionado en Alfama: una vivienda antigua, discretamente</w:t>
      </w:r>
      <w:r>
        <w:rPr/>
        <w:t xml:space="preserve"> </w:t>
      </w:r>
      <w:r>
        <w:rPr/>
        <w:t>protegida y con tres salidas.</w:t>
      </w:r>
    </w:p>
    <w:p>
      <w:pPr>
        <w:pStyle w:val="BodyText"/>
      </w:pPr>
      <w:r>
        <w:rPr/>
        <w:t>Lena la llamó de inmediato:</w:t>
      </w:r>
    </w:p>
    <w:p>
      <w:pPr>
        <w:pStyle w:val="BodyText"/>
      </w:pPr>
      <w:r>
        <w:rPr/>
        <w:t>—Los emisores forman una red con un nodo central en Príncipe Real</w:t>
      </w:r>
      <w:r>
        <w:rPr/>
        <w:t xml:space="preserve"> </w:t>
      </w:r>
      <w:r>
        <w:rPr/>
        <w:t>—explicó la voz digital—. Si lo neutralizas, todo el sistema perderá</w:t>
      </w:r>
      <w:r>
        <w:rPr/>
        <w:t xml:space="preserve"> </w:t>
      </w:r>
      <w:r>
        <w:rPr/>
        <w:t>coherencia. Te envío coordenadas.</w:t>
      </w:r>
    </w:p>
    <w:p>
      <w:pPr>
        <w:pStyle w:val="BodyText"/>
      </w:pPr>
      <w:r>
        <w:rPr/>
        <w:t>—¿Y Vasco?</w:t>
      </w:r>
    </w:p>
    <w:p>
      <w:pPr>
        <w:pStyle w:val="BodyText"/>
      </w:pPr>
      <w:r>
        <w:rPr/>
        <w:t>—Oficina 3.14. Finch tiene vigilancia en todas las salidas.</w:t>
      </w:r>
    </w:p>
    <w:p>
      <w:pPr>
        <w:pStyle w:val="BodyText"/>
      </w:pPr>
      <w:r>
        <w:rPr/>
        <w:t>—¿La agente?</w:t>
      </w:r>
    </w:p>
    <w:p>
      <w:pPr>
        <w:pStyle w:val="BodyText"/>
      </w:pPr>
      <w:r>
        <w:rPr/>
        <w:t>Pausa técnica. Lena verificó.</w:t>
      </w:r>
    </w:p>
    <w:p>
      <w:pPr>
        <w:pStyle w:val="BodyText"/>
      </w:pPr>
      <w:r>
        <w:rPr/>
        <w:t>—Mañana. Biblioteca. 3 PM. Sofia Martins. Perfume académico perfecto.</w:t>
      </w:r>
    </w:p>
    <w:p>
      <w:pPr>
        <w:pStyle w:val="BodyText"/>
      </w:pPr>
      <w:r>
        <w:rPr/>
        <w:t>Mar sintió la urgencia vibrar dentro de ella.</w:t>
      </w:r>
    </w:p>
    <w:p>
      <w:pPr>
        <w:pStyle w:val="BodyText"/>
      </w:pPr>
      <w:r>
        <w:rPr/>
        <w:t>—Voy por el nodo esta noche.</w:t>
      </w:r>
    </w:p>
    <w:p>
      <w:pPr>
        <w:pStyle w:val="BodyText"/>
      </w:pPr>
      <w:r>
        <w:rPr/>
        <w:t>—Es arriesgado. Finch no juega en corto.</w:t>
      </w:r>
    </w:p>
    <w:p>
      <w:pPr>
        <w:pStyle w:val="BodyText"/>
      </w:pPr>
      <w:r>
        <w:rPr/>
        <w:t>—Todo esto es arriesgado, Lena.</w:t>
      </w:r>
    </w:p>
    <w:p>
      <w:pPr>
        <w:pStyle w:val="BodyText"/>
      </w:pPr>
      <w:r>
        <w:rPr/>
        <w:t>—*Touché*.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Príncipe Real, 11:47 PM.</w:t>
      </w:r>
    </w:p>
    <w:p>
      <w:pPr>
        <w:pStyle w:val="BodyText"/>
      </w:pPr>
      <w:r>
        <w:rPr/>
        <w:t>Mar avanzó como una sombra entre callejones lisboetas: fachadas</w:t>
      </w:r>
      <w:r>
        <w:rPr/>
        <w:t xml:space="preserve"> </w:t>
      </w:r>
      <w:r>
        <w:rPr/>
        <w:t>antiguas, olor a humedad, balcones de hierro. Las coordenadas la guiaron</w:t>
      </w:r>
      <w:r>
        <w:rPr/>
        <w:t xml:space="preserve"> </w:t>
      </w:r>
      <w:r>
        <w:rPr/>
        <w:t>hasta un edificio azul desgastado.</w:t>
      </w:r>
    </w:p>
    <w:p>
      <w:pPr>
        <w:pStyle w:val="BodyText"/>
      </w:pPr>
      <w:r>
        <w:rPr/>
        <w:t>El nodo central estaba en el tejado: un emisor disfrazado de aire</w:t>
      </w:r>
      <w:r>
        <w:rPr/>
        <w:t xml:space="preserve"> </w:t>
      </w:r>
      <w:r>
        <w:rPr/>
        <w:t>acondicionado, del tamaño de una caja de zapatos.</w:t>
      </w:r>
    </w:p>
    <w:p>
      <w:pPr>
        <w:pStyle w:val="BodyText"/>
      </w:pPr>
      <w:r>
        <w:rPr/>
        <w:t>Subió por la escalera de incendios. El Eco le aseguraba que estaba sola.</w:t>
      </w:r>
    </w:p>
    <w:p>
      <w:pPr>
        <w:pStyle w:val="BodyText"/>
      </w:pPr>
      <w:r>
        <w:rPr/>
        <w:t>En el tejado, Lisboa brillaba abajo como un mar de luciérnagas. Activó</w:t>
      </w:r>
      <w:r>
        <w:rPr/>
        <w:t xml:space="preserve"> </w:t>
      </w:r>
      <w:r>
        <w:rPr/>
        <w:t>el inhibidor que Markus le había preparado. La luz del emisor pasó de</w:t>
      </w:r>
      <w:r>
        <w:rPr/>
        <w:t xml:space="preserve"> </w:t>
      </w:r>
      <w:r>
        <w:rPr/>
        <w:t>verde a ámbar, luego a rojo, y por fin murió.</w:t>
      </w:r>
    </w:p>
    <w:p>
      <w:pPr>
        <w:pStyle w:val="BodyText"/>
      </w:pPr>
      <w:r>
        <w:rPr/>
        <w:t>El silencio que emergió era real. Un silencio limpio.</w:t>
      </w:r>
    </w:p>
    <w:p>
      <w:pPr>
        <w:pStyle w:val="BodyText"/>
      </w:pPr>
      <w:r>
        <w:rPr/>
        <w:t>Había funcionado.</w:t>
      </w:r>
    </w:p>
    <w:p>
      <w:pPr>
        <w:pStyle w:val="BodyText"/>
      </w:pPr>
      <w:r>
        <w:rPr/>
        <w:t>Hasta que escuchó los pasos.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agente apareció desde la escalera interior: corpulento, entrenado,</w:t>
      </w:r>
      <w:r>
        <w:rPr/>
        <w:t xml:space="preserve"> </w:t>
      </w:r>
      <w:r>
        <w:rPr/>
        <w:t>voz dura.</w:t>
      </w:r>
    </w:p>
    <w:p>
      <w:pPr>
        <w:pStyle w:val="BodyText"/>
      </w:pPr>
      <w:r>
        <w:rPr/>
        <w:t>—Manos donde pueda verlas.</w:t>
      </w:r>
    </w:p>
    <w:p>
      <w:pPr>
        <w:pStyle w:val="BodyText"/>
      </w:pPr>
      <w:r>
        <w:rPr/>
        <w:t>Mar levantó las manos despacio. Pero no estaba escuchando sus palabras:</w:t>
      </w:r>
      <w:r>
        <w:rPr/>
        <w:t xml:space="preserve"> </w:t>
      </w:r>
      <w:r>
        <w:rPr/>
        <w:t>estaba escuchando su pulso, sus frecuencias, el espacio acústico</w:t>
      </w:r>
      <w:r>
        <w:rPr/>
        <w:t xml:space="preserve"> </w:t>
      </w:r>
      <w:r>
        <w:rPr/>
        <w:t>alrededor.</w:t>
      </w:r>
    </w:p>
    <w:p>
      <w:pPr>
        <w:pStyle w:val="BodyText"/>
      </w:pPr>
      <w:r>
        <w:rPr/>
        <w:t>—Red redundante —dijo el agente, sacando las esposas—. Ya</w:t>
      </w:r>
      <w:r>
        <w:rPr/>
        <w:t xml:space="preserve"> </w:t>
      </w:r>
      <w:r>
        <w:rPr/>
        <w:t>activamos el secundario.</w:t>
      </w:r>
    </w:p>
    <w:p>
      <w:pPr>
        <w:pStyle w:val="BodyText"/>
      </w:pPr>
      <w:r>
        <w:rPr/>
        <w:t>Mar no respondió.</w:t>
      </w:r>
    </w:p>
    <w:p>
      <w:pPr>
        <w:pStyle w:val="BodyText"/>
      </w:pPr>
      <w:r>
        <w:rPr/>
        <w:t>El agente se acercó.</w:t>
      </w:r>
    </w:p>
    <w:p>
      <w:pPr>
        <w:pStyle w:val="BodyText"/>
      </w:pPr>
      <w:r>
        <w:rPr/>
        <w:t>Entonces Mar cantó.</w:t>
      </w:r>
    </w:p>
    <w:p>
      <w:pPr>
        <w:pStyle w:val="BodyText"/>
      </w:pPr>
      <w:r>
        <w:rPr/>
        <w:t>No una melodía: una frecuencia pura de 19.000 Hz, afinada para</w:t>
      </w:r>
      <w:r>
        <w:rPr/>
        <w:t xml:space="preserve"> </w:t>
      </w:r>
      <w:r>
        <w:rPr/>
        <w:t>desestabilizar el equilibrio del oído interno. El sonido no era audible</w:t>
      </w:r>
      <w:r>
        <w:rPr/>
        <w:t xml:space="preserve"> </w:t>
      </w:r>
      <w:r>
        <w:rPr/>
        <w:t>en el sentido convencional, pero el cuerpo humano lo percibía como</w:t>
      </w:r>
      <w:r>
        <w:rPr/>
        <w:t xml:space="preserve"> </w:t>
      </w:r>
      <w:r>
        <w:rPr/>
        <w:t>presión física, como vértigo instantáneo. El agente sintió que el suelo</w:t>
      </w:r>
      <w:r>
        <w:rPr/>
        <w:t xml:space="preserve"> </w:t>
      </w:r>
      <w:r>
        <w:rPr/>
        <w:t>se inclinaba cuarenta y cinco grados, que el aire se solidificaba en sus</w:t>
      </w:r>
      <w:r>
        <w:rPr/>
        <w:t xml:space="preserve"> </w:t>
      </w:r>
      <w:r>
        <w:rPr/>
        <w:t>pulmones. Cayó de rodillas, las manos en las sienes, incapaz de procesar</w:t>
      </w:r>
      <w:r>
        <w:rPr/>
        <w:t xml:space="preserve"> </w:t>
      </w:r>
      <w:r>
        <w:rPr/>
        <w:t>la información contradictoria entre sus ojos y su sistema vestibular.</w:t>
      </w:r>
    </w:p>
    <w:p>
      <w:pPr>
        <w:pStyle w:val="BodyText"/>
      </w:pPr>
      <w:r>
        <w:rPr/>
        <w:t>Mar corrió y desapareció por la escalera de incendios.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Apartamento seguro, Alfama. 1:34 AM.</w:t>
      </w:r>
    </w:p>
    <w:p>
      <w:pPr>
        <w:pStyle w:val="BodyText"/>
      </w:pPr>
      <w:r>
        <w:rPr/>
        <w:t>—Ese truco no funcionará dos veces —advirtió Lena—. Finch ya sabe</w:t>
      </w:r>
      <w:r>
        <w:rPr/>
        <w:t xml:space="preserve"> </w:t>
      </w:r>
      <w:r>
        <w:rPr/>
        <w:t>que puedes hacerlo.</w:t>
      </w:r>
    </w:p>
    <w:p>
      <w:pPr>
        <w:pStyle w:val="BodyText"/>
      </w:pPr>
      <w:r>
        <w:rPr/>
        <w:t>—No necesito dos veces —respondió Mar—. Solo esta noche. ¿Vasco</w:t>
      </w:r>
      <w:r>
        <w:rPr/>
        <w:t xml:space="preserve"> </w:t>
      </w:r>
      <w:r>
        <w:rPr/>
        <w:t>notará la diferencia?</w:t>
      </w:r>
    </w:p>
    <w:p>
      <w:pPr>
        <w:pStyle w:val="BodyText"/>
      </w:pPr>
      <w:r>
        <w:rPr/>
        <w:t>—Sí. El caos acústico bajará un 60 %. Aún queda ruido, pero no lo</w:t>
      </w:r>
      <w:r>
        <w:rPr/>
        <w:t xml:space="preserve"> </w:t>
      </w:r>
      <w:r>
        <w:rPr/>
        <w:t>suficiente para mantenerlo ciego.</w:t>
      </w:r>
    </w:p>
    <w:p>
      <w:pPr>
        <w:pStyle w:val="BodyText"/>
      </w:pPr>
      <w:r>
        <w:rPr/>
        <w:t>Mar respiró. El Tajo brillaba como un filo lunar.</w:t>
      </w:r>
    </w:p>
    <w:p>
      <w:pPr>
        <w:pStyle w:val="BodyText"/>
      </w:pPr>
      <w:r>
        <w:rPr/>
        <w:t>—Tengo que advertirle sobre Sofia.</w:t>
      </w:r>
    </w:p>
    <w:p>
      <w:pPr>
        <w:pStyle w:val="BodyText"/>
      </w:pPr>
      <w:r>
        <w:rPr/>
        <w:t>—¿Cómo? Su móvil está intervenido y su apartamento vigilado.</w:t>
      </w:r>
    </w:p>
    <w:p>
      <w:pPr>
        <w:pStyle w:val="BodyText"/>
      </w:pPr>
      <w:r>
        <w:rPr/>
        <w:t>—Entonces voy yo.</w:t>
      </w:r>
    </w:p>
    <w:p>
      <w:pPr>
        <w:pStyle w:val="BodyText"/>
      </w:pPr>
      <w:r>
        <w:rPr/>
        <w:t>—Eso es exactamente lo que Finch quiere.</w:t>
      </w:r>
    </w:p>
    <w:p>
      <w:pPr>
        <w:pStyle w:val="BodyText"/>
      </w:pPr>
      <w:r>
        <w:rPr/>
        <w:t>Mar sonrió, cansada.</w:t>
      </w:r>
    </w:p>
    <w:p>
      <w:pPr>
        <w:pStyle w:val="BodyText"/>
      </w:pPr>
      <w:r>
        <w:rPr/>
        <w:t>—Lo sé. Y él sabe que yo sé. Y yo sé que él sabe que yo sé. Este es el</w:t>
      </w:r>
      <w:r>
        <w:rPr/>
        <w:t xml:space="preserve"> </w:t>
      </w:r>
      <w:r>
        <w:rPr/>
        <w:t>juego ahora. No se trata de sorprenderlo. Se trata de llegar antes.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Universidad de Lisboa, Biblioteca Central. 2:47 PM.</w:t>
      </w:r>
    </w:p>
    <w:p>
      <w:pPr>
        <w:pStyle w:val="BodyText"/>
      </w:pPr>
      <w:r>
        <w:rPr/>
        <w:t>Vasco se sentía, por primera vez en días, extrañamente lúcido. La nota</w:t>
      </w:r>
      <w:r>
        <w:rPr/>
        <w:t xml:space="preserve"> </w:t>
      </w:r>
      <w:r>
        <w:rPr/>
        <w:t>fantasma no había regresado. Se instaló en su mesa.</w:t>
      </w:r>
    </w:p>
    <w:p>
      <w:pPr>
        <w:pStyle w:val="BodyText"/>
      </w:pPr>
      <w:r>
        <w:rPr/>
        <w:t>A las 3:02 PM, Sofia Martins se acercó.</w:t>
      </w:r>
    </w:p>
    <w:p>
      <w:pPr>
        <w:pStyle w:val="BodyText"/>
      </w:pPr>
      <w:r>
        <w:rPr/>
        <w:t>—¿Eres el Dr. Vasco Neves?</w:t>
      </w:r>
    </w:p>
    <w:p>
      <w:pPr>
        <w:pStyle w:val="BodyText"/>
      </w:pPr>
      <w:r>
        <w:rPr/>
        <w:t>Sonrisa discreta, intelectualmente calibrada. Preguntas precisas.</w:t>
      </w:r>
      <w:r>
        <w:rPr/>
        <w:t xml:space="preserve"> </w:t>
      </w:r>
      <w:r>
        <w:rPr/>
        <w:t>Admiración sincera o simulada: imposible saberlo.</w:t>
      </w:r>
    </w:p>
    <w:p>
      <w:pPr>
        <w:pStyle w:val="BodyText"/>
      </w:pPr>
      <w:r>
        <w:rPr/>
        <w:t>Vasco respondió. Y por un momento, sintió alivio.</w:t>
      </w:r>
    </w:p>
    <w:p>
      <w:pPr>
        <w:pStyle w:val="BodyText"/>
      </w:pPr>
      <w:r>
        <w:rPr/>
        <w:t>No vio a Mar tres mesas detrás, oculta tras un tomo de física cuántica.</w:t>
      </w:r>
    </w:p>
    <w:p>
      <w:pPr>
        <w:pStyle w:val="BodyText"/>
      </w:pPr>
      <w:r>
        <w:rPr/>
        <w:t>Pero Mar sí vio los microgestos de Sofia. La actuación perfecta.</w:t>
      </w:r>
    </w:p>
    <w:p>
      <w:pPr>
        <w:pStyle w:val="BodyText"/>
      </w:pPr>
      <w:r>
        <w:rPr/>
        <w:t>Entonces escribió un mensaje en su móvil. Activó Bluetooth. Detectó el</w:t>
      </w:r>
      <w:r>
        <w:rPr/>
        <w:t xml:space="preserve"> </w:t>
      </w:r>
      <w:r>
        <w:rPr/>
        <w:t>portátil de Vasco. Inyectó el texto mediante un exploit.</w:t>
      </w:r>
    </w:p>
    <w:p>
      <w:pPr>
        <w:pStyle w:val="BodyText"/>
      </w:pPr>
      <w:r>
        <w:rPr/>
        <w:t>En el portátil apareció:</w:t>
      </w:r>
    </w:p>
    <w:p>
      <w:pPr>
        <w:pStyle w:val="BodyText"/>
      </w:pPr>
      <w:r>
        <w:rPr/>
        <w:t>«La mujer con la que hablas trabaja para Chrysalis. Te llevan una semana</w:t>
      </w:r>
      <w:r>
        <w:rPr/>
        <w:t xml:space="preserve"> </w:t>
      </w:r>
      <w:r>
        <w:rPr/>
        <w:t>envenenando. Esto es una trampa. Mira tres mesas detrás. Ahora.»</w:t>
      </w:r>
    </w:p>
    <w:p>
      <w:pPr>
        <w:pStyle w:val="BodyText"/>
      </w:pPr>
      <w:r>
        <w:rPr/>
        <w:t>Vasco se quedó helado. Miró a Sofia. Luego, lentamente, giró la cabeza.</w:t>
      </w:r>
    </w:p>
    <w:p>
      <w:pPr>
        <w:pStyle w:val="BodyText"/>
      </w:pPr>
      <w:r>
        <w:rPr/>
        <w:t>Los ojos de Mar, tras el libro.</w:t>
      </w:r>
    </w:p>
    <w:p>
      <w:pPr>
        <w:pStyle w:val="BodyText"/>
      </w:pPr>
      <w:r>
        <w:rPr/>
        <w:t>El Eco vibró entre ambos como un hilo tensado al fin.</w:t>
      </w:r>
    </w:p>
    <w:p>
      <w:pPr>
        <w:pStyle w:val="BodyText"/>
      </w:pPr>
      <w:r>
        <w:rPr/>
        <w:t>Sofia lo notó.</w:t>
      </w:r>
    </w:p>
    <w:p>
      <w:pPr>
        <w:pStyle w:val="BodyText"/>
      </w:pPr>
      <w:r>
        <w:rPr/>
        <w:t>—¿Vasco? ¿Todo bien?</w:t>
      </w:r>
    </w:p>
    <w:p>
      <w:pPr>
        <w:pStyle w:val="BodyText"/>
      </w:pPr>
      <w:r>
        <w:rPr/>
        <w:t>Él cerró el portátil.</w:t>
      </w:r>
    </w:p>
    <w:p>
      <w:pPr>
        <w:pStyle w:val="BodyText"/>
      </w:pPr>
      <w:r>
        <w:rPr/>
        <w:t>—Perdona. Tengo una reunión. Debo irme.</w:t>
      </w:r>
    </w:p>
    <w:p>
      <w:pPr>
        <w:pStyle w:val="BodyText"/>
      </w:pPr>
      <w:r>
        <w:rPr/>
        <w:t>Sus pasos caminaron hacia Mar.</w:t>
      </w:r>
    </w:p>
    <w:p>
      <w:pPr>
        <w:pStyle w:val="BodyText"/>
      </w:pPr>
      <w:r>
        <w:rPr/>
        <w:t>Sofia mantuvo la sonrisa tres segundos. Luego tocó discretamente su</w:t>
      </w:r>
      <w:r>
        <w:rPr/>
        <w:t xml:space="preserve"> </w:t>
      </w:r>
      <w:r>
        <w:rPr/>
        <w:t>auricular:</w:t>
      </w:r>
    </w:p>
    <w:p>
      <w:pPr>
        <w:pStyle w:val="BodyText"/>
      </w:pPr>
      <w:r>
        <w:rPr/>
        <w:t>—Objetivo perdido. El Faro está aquí.</w:t>
      </w:r>
    </w:p>
    <w:p>
      <w:pPr>
        <w:pStyle w:val="BodyText"/>
      </w:pPr>
      <w:r>
        <w:rPr/>
        <w:t>En Príncipe Real, Finch sonrió.</w:t>
      </w:r>
    </w:p>
    <w:p>
      <w:pPr>
        <w:pStyle w:val="BodyText"/>
      </w:pPr>
      <w:r>
        <w:rPr/>
        <w:t>El gambito no había capturado la pieza.</w:t>
      </w:r>
    </w:p>
    <w:p>
      <w:pPr>
        <w:pStyle w:val="BodyText"/>
      </w:pPr>
      <w:r>
        <w:rPr/>
        <w:t>Pero había revelado la posición del Faro.</w:t>
      </w:r>
    </w:p>
    <w:p>
      <w:pPr>
        <w:pStyle w:val="BodyText"/>
      </w:pPr>
      <w:r>
        <w:rPr/>
        <w:t>La jugada era perfecta.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Doce horas después de la biblioteca, San Juan de la Peña.</w:t>
      </w:r>
    </w:p>
    <w:p>
      <w:pPr>
        <w:pStyle w:val="BodyText"/>
      </w:pPr>
      <w:r>
        <w:rPr/>
        <w:t>Mar regresó a su celda. Exhausta. El viaje desde Lisboa había sido un</w:t>
      </w:r>
      <w:r>
        <w:rPr/>
        <w:t xml:space="preserve"> </w:t>
      </w:r>
      <w:r>
        <w:rPr/>
        <w:t>parpadeo entre aeropuertos y carreteras.</w:t>
      </w:r>
    </w:p>
    <w:p>
      <w:pPr>
        <w:pStyle w:val="BodyText"/>
      </w:pPr>
      <w:r>
        <w:rPr/>
        <w:t>Había salvado a Vasco.</w:t>
      </w:r>
    </w:p>
    <w:p>
      <w:pPr>
        <w:pStyle w:val="BodyText"/>
      </w:pPr>
      <w:r>
        <w:rPr/>
        <w:t>Y con ello había confirmado la hipótesis de Finch:</w:t>
      </w:r>
    </w:p>
    <w:p>
      <w:pPr>
        <w:pStyle w:val="BodyText"/>
      </w:pPr>
      <w:r>
        <w:rPr/>
        <w:t>Faro y Receptor estaban conectados.</w:t>
      </w:r>
    </w:p>
    <w:p>
      <w:pPr>
        <w:pStyle w:val="BodyText"/>
      </w:pPr>
      <w:r>
        <w:rPr/>
        <w:t>Demasiado.</w:t>
      </w:r>
    </w:p>
    <w:p>
      <w:pPr>
        <w:pStyle w:val="BodyText"/>
      </w:pPr>
      <w:r>
        <w:rPr/>
        <w:t>Las montañas de Aragón guardaban su silencio milenario.</w:t>
      </w:r>
    </w:p>
    <w:p>
      <w:pPr>
        <w:pStyle w:val="BodyText"/>
      </w:pPr>
      <w:r>
        <w:rPr/>
        <w:t>Pero para Mar, ese silencio ya no era calma.</w:t>
      </w:r>
    </w:p>
    <w:p>
      <w:pPr>
        <w:pStyle w:val="BodyText"/>
      </w:pPr>
      <w:r>
        <w:rPr/>
        <w:t>Era un preludio.</w:t>
      </w:r>
    </w:p>
    <w:p>
      <w:pPr>
        <w:pStyle w:val="BodyText"/>
      </w:pPr>
      <w:r>
        <w:rPr/>
        <w:t>La respiración contenida del mundo antes de romperse.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CAPÍTULO 33. EL DILEMA DE LA GUARDIANA</w:t>
      </w:r>
    </w:p>
    <w:p>
      <w:pPr>
        <w:pStyle w:val="Heading1"/>
      </w:pPr>
      <w:r/>
    </w:p>
    <w:p>
      <w:pPr/>
      <w:r>
        <w:rPr/>
        <w:t>«Proteger no siempre significa interponer un escudo.</w:t>
      </w:r>
    </w:p>
    <w:p>
      <w:pPr>
        <w:pStyle w:val="BodyText"/>
      </w:pPr>
      <w:r>
        <w:rPr/>
        <w:t>A veces, significa entregar una espada y confiar en que el otro sepa</w:t>
      </w:r>
      <w:r>
        <w:rPr/>
        <w:t xml:space="preserve"> </w:t>
      </w:r>
      <w:r>
        <w:rPr/>
        <w:t>usarla.»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paz de San Juan de la Peña se quebró como cristal sometido a un</w:t>
      </w:r>
      <w:r>
        <w:rPr/>
        <w:t xml:space="preserve"> </w:t>
      </w:r>
      <w:r>
        <w:rPr/>
        <w:t>martillo sónico. Mar no lo oyó con los oídos: lo sintió en la textura</w:t>
      </w:r>
      <w:r>
        <w:rPr/>
        <w:t xml:space="preserve"> </w:t>
      </w:r>
      <w:r>
        <w:rPr/>
        <w:t>misma de su percepción. La presión constante que había pesado sobre la</w:t>
      </w:r>
      <w:r>
        <w:rPr/>
        <w:t xml:space="preserve"> </w:t>
      </w:r>
      <w:r>
        <w:rPr/>
        <w:t>montaña —esa vigilancia fría, maquínica— desapareció de golpe. En su</w:t>
      </w:r>
      <w:r>
        <w:rPr/>
        <w:t xml:space="preserve"> </w:t>
      </w:r>
      <w:r>
        <w:rPr/>
        <w:t>lugar, emergió una vibración nueva, lejana y punzante, nacida en algún</w:t>
      </w:r>
      <w:r>
        <w:rPr/>
        <w:t xml:space="preserve"> </w:t>
      </w:r>
      <w:r>
        <w:rPr/>
        <w:t>punto de la costa atlántica de Portugal.</w:t>
      </w:r>
    </w:p>
    <w:p>
      <w:pPr>
        <w:pStyle w:val="BodyText"/>
      </w:pPr>
      <w:r>
        <w:rPr/>
        <w:t>Era un tono nítido, focalizado, preciso como un láser quirúrgico. Y en</w:t>
      </w:r>
      <w:r>
        <w:rPr/>
        <w:t xml:space="preserve"> </w:t>
      </w:r>
      <w:r>
        <w:rPr/>
        <w:t>su centro reconoció la firma de Vasco Neves. Pero ahora venía</w:t>
      </w:r>
      <w:r>
        <w:rPr/>
        <w:t xml:space="preserve"> </w:t>
      </w:r>
      <w:r>
        <w:rPr/>
        <w:t>contaminado por una disonancia deliberada, un ruido blanco emocional</w:t>
      </w:r>
      <w:r>
        <w:rPr/>
        <w:t xml:space="preserve"> </w:t>
      </w:r>
      <w:r>
        <w:rPr/>
        <w:t>diseñado para desorientar y aislar. La frecuencia le era dolorosamente</w:t>
      </w:r>
      <w:r>
        <w:rPr/>
        <w:t xml:space="preserve"> </w:t>
      </w:r>
      <w:r>
        <w:rPr/>
        <w:t>familiar: era el mismo patrón que había rodeado a ILIBERIS en sus</w:t>
      </w:r>
      <w:r>
        <w:rPr/>
        <w:t xml:space="preserve"> </w:t>
      </w:r>
      <w:r>
        <w:rPr/>
        <w:t>últimas semanas.</w:t>
      </w:r>
    </w:p>
    <w:p>
      <w:pPr>
        <w:pStyle w:val="BodyText"/>
      </w:pPr>
      <w:r>
        <w:rPr/>
        <w:t>Mar comprendió la estrategia de Finch con una claridad glacial. Ya no</w:t>
      </w:r>
      <w:r>
        <w:rPr/>
        <w:t xml:space="preserve"> </w:t>
      </w:r>
      <w:r>
        <w:rPr/>
        <w:t>podía cazarla a ella directamente. Así que había decidido atacar lo</w:t>
      </w:r>
      <w:r>
        <w:rPr/>
        <w:t xml:space="preserve"> </w:t>
      </w:r>
      <w:r>
        <w:rPr/>
        <w:t>único que ella jamás permitiría que se rompiera: su resonancia más</w:t>
      </w:r>
      <w:r>
        <w:rPr/>
        <w:t xml:space="preserve"> </w:t>
      </w:r>
      <w:r>
        <w:rPr/>
        <w:t>vulnerable.</w:t>
      </w:r>
    </w:p>
    <w:p>
      <w:pPr>
        <w:pStyle w:val="BodyText"/>
      </w:pPr>
      <w:r>
        <w:rPr/>
        <w:t>El dilema la atravesó como un rayo. Su primer instinto —el instinto</w:t>
      </w:r>
      <w:r>
        <w:rPr/>
        <w:t xml:space="preserve"> </w:t>
      </w:r>
      <w:r>
        <w:rPr/>
        <w:t>grabado en su linaje durante casi un milenio— fue envolver a Vasco en</w:t>
      </w:r>
      <w:r>
        <w:rPr/>
        <w:t xml:space="preserve"> </w:t>
      </w:r>
      <w:r>
        <w:rPr/>
        <w:t>una burbuja vibracional armónica y aislarlo del ataque. Podía hacerlo.</w:t>
      </w:r>
      <w:r>
        <w:rPr/>
        <w:t xml:space="preserve"> </w:t>
      </w:r>
      <w:r>
        <w:rPr/>
        <w:t>Sentía su fragilidad, su apertura, y sabía exactamente cómo construir un</w:t>
      </w:r>
      <w:r>
        <w:rPr/>
        <w:t xml:space="preserve"> </w:t>
      </w:r>
      <w:r>
        <w:rPr/>
        <w:t>santuario de silencio a su alrededor.</w:t>
      </w:r>
    </w:p>
    <w:p>
      <w:pPr>
        <w:pStyle w:val="BodyText"/>
      </w:pPr>
      <w:r>
        <w:rPr/>
        <w:t>Pero si lo hacía, el cazador obtendría lo que buscaba:</w:t>
      </w:r>
    </w:p>
    <w:p>
      <w:pPr>
        <w:pStyle w:val="BodyText"/>
      </w:pPr>
      <w:r>
        <w:rPr/>
        <w:t>la confirmación irrefutable del vínculo entre Faro y Receptor.</w:t>
      </w:r>
    </w:p>
    <w:p>
      <w:pPr>
        <w:pStyle w:val="BodyText"/>
      </w:pPr>
      <w:r>
        <w:rPr/>
        <w:t>Y entonces tendría en sus manos la palanca perfecta para doblegarla.</w:t>
      </w:r>
    </w:p>
    <w:p>
      <w:pPr>
        <w:pStyle w:val="BodyText"/>
      </w:pPr>
      <w:r>
        <w:rPr/>
        <w:t>Si no intervenía, Vasco sería erosionado desde dentro, "desafinado"</w:t>
      </w:r>
      <w:r>
        <w:rPr/>
        <w:t xml:space="preserve"> </w:t>
      </w:r>
      <w:r>
        <w:rPr/>
        <w:t>por un enemigo que operaba a distancia. Una tortura diseñada para imitar</w:t>
      </w:r>
      <w:r>
        <w:rPr/>
        <w:t xml:space="preserve"> </w:t>
      </w:r>
      <w:r>
        <w:rPr/>
        <w:t>el caos interno, para parecer ansiedad normal, estrés normal, vida</w:t>
      </w:r>
      <w:r>
        <w:rPr/>
        <w:t xml:space="preserve"> </w:t>
      </w:r>
      <w:r>
        <w:rPr/>
        <w:t>normal. Una mentira acústica.</w:t>
      </w:r>
    </w:p>
    <w:p>
      <w:pPr>
        <w:pStyle w:val="BodyText"/>
      </w:pPr>
      <w:r>
        <w:rPr/>
        <w:t>Su arma más poderosa —el silencio— se había convertido en su propia</w:t>
      </w:r>
      <w:r>
        <w:rPr/>
        <w:t xml:space="preserve"> </w:t>
      </w:r>
      <w:r>
        <w:rPr/>
        <w:t>jaula.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Desesperada, buscó refugio en los manuscritos de su linaje. Releyó las</w:t>
      </w:r>
      <w:r>
        <w:rPr/>
        <w:t xml:space="preserve"> </w:t>
      </w:r>
      <w:r>
        <w:rPr/>
        <w:t>historias de custodios antiguos: Gerberto buscando cobijo en el</w:t>
      </w:r>
      <w:r>
        <w:rPr/>
        <w:t xml:space="preserve"> </w:t>
      </w:r>
      <w:r>
        <w:rPr/>
        <w:t>conocimiento; Arnaldo, en la fe; Anna Maria, en la música; ILIBERIS, en</w:t>
      </w:r>
      <w:r>
        <w:rPr/>
        <w:t xml:space="preserve"> </w:t>
      </w:r>
      <w:r>
        <w:rPr/>
        <w:t>la tecnología.</w:t>
      </w:r>
    </w:p>
    <w:p>
      <w:pPr>
        <w:pStyle w:val="BodyText"/>
      </w:pPr>
      <w:r>
        <w:rPr/>
        <w:t>Cada uno había enfrentado enemigos de su tiempo. Gerberto, la</w:t>
      </w:r>
      <w:r>
        <w:rPr/>
        <w:t xml:space="preserve"> </w:t>
      </w:r>
      <w:r>
        <w:rPr/>
        <w:t>superstición que quemaba libros. Arnaldo, la Inquisición que cazaba</w:t>
      </w:r>
      <w:r>
        <w:rPr/>
        <w:t xml:space="preserve"> </w:t>
      </w:r>
      <w:r>
        <w:rPr/>
        <w:t>herejes. Anna Maria, la Revolución que guillotinaba nobles. ILIBERIS, la</w:t>
      </w:r>
      <w:r>
        <w:rPr/>
        <w:t xml:space="preserve"> </w:t>
      </w:r>
      <w:r>
        <w:rPr/>
        <w:t>corporación que mercantilizaba el alma. Pero ninguno se había enfrentado</w:t>
      </w:r>
      <w:r>
        <w:rPr/>
        <w:t xml:space="preserve"> </w:t>
      </w:r>
      <w:r>
        <w:rPr/>
        <w:t>a un enemigo capaz de usar la vibración como arma contra un tercero</w:t>
      </w:r>
      <w:r>
        <w:rPr/>
        <w:t xml:space="preserve"> </w:t>
      </w:r>
      <w:r>
        <w:rPr/>
        <w:t>inocente, de convertir el don en trampa.</w:t>
      </w:r>
    </w:p>
    <w:p>
      <w:pPr>
        <w:pStyle w:val="BodyText"/>
      </w:pPr>
      <w:r>
        <w:rPr/>
        <w:t>Las viejas reglas no servían.</w:t>
      </w:r>
    </w:p>
    <w:p>
      <w:pPr>
        <w:pStyle w:val="BodyText"/>
      </w:pPr>
      <w:r>
        <w:rPr/>
        <w:t>Un faro es inútil cuando los piratas ya han subido a bordo del barco.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Kreuzberg, 1998. Estudio 4.</w:t>
      </w:r>
    </w:p>
    <w:p>
      <w:pPr>
        <w:pStyle w:val="BodyText"/>
      </w:pPr>
      <w:r>
        <w:rPr/>
        <w:t>Mar estaba en el rincón técnico, ayudando a ILIBERIS a soldar un cable</w:t>
      </w:r>
      <w:r>
        <w:rPr/>
        <w:t xml:space="preserve"> </w:t>
      </w:r>
      <w:r>
        <w:rPr/>
        <w:t>defectuoso en un secuenciador vintage. El olor a estaño y café</w:t>
      </w:r>
      <w:r>
        <w:rPr/>
        <w:t xml:space="preserve"> </w:t>
      </w:r>
      <w:r>
        <w:rPr/>
        <w:t>impregnaba el aire.</w:t>
      </w:r>
    </w:p>
    <w:p>
      <w:pPr>
        <w:pStyle w:val="BodyText"/>
      </w:pPr>
      <w:r>
        <w:rPr/>
        <w:t>—No puedes protegerlo todo, Mar —dijo Adrián sin levantar la voz.</w:t>
      </w:r>
    </w:p>
    <w:p>
      <w:pPr>
        <w:pStyle w:val="BodyText"/>
      </w:pPr>
      <w:r>
        <w:rPr/>
        <w:t>Ella seguía concentrada en el circuito.</w:t>
      </w:r>
    </w:p>
    <w:p>
      <w:pPr>
        <w:pStyle w:val="BodyText"/>
      </w:pPr>
      <w:r>
        <w:rPr/>
        <w:t>—Si no aíslo la conexión, el ruido se cuela en toda la cadena.</w:t>
      </w:r>
    </w:p>
    <w:p>
      <w:pPr>
        <w:pStyle w:val="BodyText"/>
      </w:pPr>
      <w:r>
        <w:rPr/>
        <w:t>Adrián le quitó suavemente el soldador.</w:t>
      </w:r>
    </w:p>
    <w:p>
      <w:pPr>
        <w:pStyle w:val="BodyText"/>
      </w:pPr>
      <w:r>
        <w:rPr/>
        <w:t>—A veces, el ruido es necesario. Si esterilizas demasiado la señal, la</w:t>
      </w:r>
      <w:r>
        <w:rPr/>
        <w:t xml:space="preserve"> </w:t>
      </w:r>
      <w:r>
        <w:rPr/>
        <w:t>matas. La verdadera fortaleza no está en blindarse del caos, sino en</w:t>
      </w:r>
      <w:r>
        <w:rPr/>
        <w:t xml:space="preserve"> </w:t>
      </w:r>
      <w:r>
        <w:rPr/>
        <w:t>resonar con él sin romperse.</w:t>
      </w:r>
    </w:p>
    <w:p>
      <w:pPr>
        <w:pStyle w:val="BodyText"/>
      </w:pPr>
      <w:r>
        <w:rPr/>
        <w:t>No construyas muros.</w:t>
      </w:r>
    </w:p>
    <w:p>
      <w:pPr>
        <w:pStyle w:val="BodyText"/>
      </w:pPr>
      <w:r>
        <w:rPr/>
        <w:t>Sé un filtro mejor.</w:t>
      </w:r>
    </w:p>
    <w:p>
      <w:pPr>
        <w:pStyle w:val="BodyText"/>
      </w:pPr>
      <w:r>
        <w:rPr/>
        <w:t>Sus palabras atravesaron los años y se afirmaron ahora con un sentido</w:t>
      </w:r>
      <w:r>
        <w:rPr/>
        <w:t xml:space="preserve"> </w:t>
      </w:r>
      <w:r>
        <w:rPr/>
        <w:t>nuevo. No podía encerrar a Vasco en una esfera hermética. Pero sí podía</w:t>
      </w:r>
      <w:r>
        <w:rPr/>
        <w:t xml:space="preserve"> </w:t>
      </w:r>
      <w:r>
        <w:rPr/>
        <w:t>enseñarle a distinguir entre señal y manipulación.</w:t>
      </w:r>
    </w:p>
    <w:p>
      <w:pPr>
        <w:pStyle w:val="BodyText"/>
      </w:pPr>
      <w:r>
        <w:rPr/>
        <w:t>No darle un escudo.</w:t>
      </w:r>
    </w:p>
    <w:p>
      <w:pPr>
        <w:pStyle w:val="BodyText"/>
      </w:pPr>
      <w:r>
        <w:rPr/>
        <w:t>Darle una espada.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 tomó una decisión que violaba ocho siglos de tradición custodia. Una</w:t>
      </w:r>
      <w:r>
        <w:rPr/>
        <w:t xml:space="preserve"> </w:t>
      </w:r>
      <w:r>
        <w:rPr/>
        <w:t>transgresión radical. Ella no podía comunicarse con palabras, pero sí a</w:t>
      </w:r>
      <w:r>
        <w:rPr/>
        <w:t xml:space="preserve"> </w:t>
      </w:r>
      <w:r>
        <w:rPr/>
        <w:t>través de la resonancia: podía usar la conexión preexistente para enviar</w:t>
      </w:r>
      <w:r>
        <w:rPr/>
        <w:t xml:space="preserve"> </w:t>
      </w:r>
      <w:r>
        <w:rPr/>
        <w:t>algo más que consuelo o advertencia.</w:t>
      </w:r>
    </w:p>
    <w:p>
      <w:pPr>
        <w:pStyle w:val="BodyText"/>
      </w:pPr>
      <w:r>
        <w:rPr/>
        <w:t>Podía enviar información táctica.</w:t>
      </w:r>
    </w:p>
    <w:p>
      <w:pPr>
        <w:pStyle w:val="BodyText"/>
      </w:pPr>
      <w:r>
        <w:rPr/>
        <w:t>Se dirigió a la cámara más profunda del monasterio, donde la roca</w:t>
      </w:r>
      <w:r>
        <w:rPr/>
        <w:t xml:space="preserve"> </w:t>
      </w:r>
      <w:r>
        <w:rPr/>
        <w:t>vibraba con una pureza elemental. Se sentó, cruzó las piernas y cerró</w:t>
      </w:r>
      <w:r>
        <w:rPr/>
        <w:t xml:space="preserve"> </w:t>
      </w:r>
      <w:r>
        <w:rPr/>
        <w:t>los ojos. Focalizó una sola imagen: el rostro de Vasco en los</w:t>
      </w:r>
      <w:r>
        <w:rPr/>
        <w:t xml:space="preserve"> </w:t>
      </w:r>
      <w:r>
        <w:rPr/>
        <w:t>acantilados de Santander, la mezcla de curiosidad científica y</w:t>
      </w:r>
      <w:r>
        <w:rPr/>
        <w:t xml:space="preserve"> </w:t>
      </w:r>
      <w:r>
        <w:rPr/>
        <w:t>vulnerabilidad que definía su mirada. Desde ese anclaje emocional, tejió</w:t>
      </w:r>
      <w:r>
        <w:rPr/>
        <w:t xml:space="preserve"> </w:t>
      </w:r>
      <w:r>
        <w:rPr/>
        <w:t>una serie de pulsos armónicos modulados: no palabras, sino patrones de</w:t>
      </w:r>
      <w:r>
        <w:rPr/>
        <w:t xml:space="preserve"> </w:t>
      </w:r>
      <w:r>
        <w:rPr/>
        <w:t>reconocimiento.</w:t>
      </w:r>
    </w:p>
    <w:p>
      <w:pPr>
        <w:pStyle w:val="BodyText"/>
      </w:pPr>
      <w:r>
        <w:rPr/>
        <w:t>La transmisión fue precisa, controlada. Era un paquete vibracional</w:t>
      </w:r>
      <w:r>
        <w:rPr/>
        <w:t xml:space="preserve"> </w:t>
      </w:r>
      <w:r>
        <w:rPr/>
        <w:t>comprimido con información sobre los métodos de Chrysalis, los patrones</w:t>
      </w:r>
      <w:r>
        <w:rPr/>
        <w:t xml:space="preserve"> </w:t>
      </w:r>
      <w:r>
        <w:rPr/>
        <w:t>de manipulación psicológica y las frecuencias exactas que habían</w:t>
      </w:r>
      <w:r>
        <w:rPr/>
        <w:t xml:space="preserve"> </w:t>
      </w:r>
      <w:r>
        <w:rPr/>
        <w:t>utilizado para inducir ansiedad, fragmentación y confusión. No le estaba</w:t>
      </w:r>
      <w:r>
        <w:rPr/>
        <w:t xml:space="preserve"> </w:t>
      </w:r>
      <w:r>
        <w:rPr/>
        <w:t>dando protección: le estaba dando criterios para distinguir el ataque.</w:t>
      </w:r>
    </w:p>
    <w:p>
      <w:pPr>
        <w:pStyle w:val="BodyText"/>
      </w:pPr>
      <w:r>
        <w:rPr/>
        <w:t>Cuando terminó, Mar se sintió exhausta. Había roto el silencio milenario</w:t>
      </w:r>
      <w:r>
        <w:rPr/>
        <w:t xml:space="preserve"> </w:t>
      </w:r>
      <w:r>
        <w:rPr/>
        <w:t>de su linaje, pero lo había hecho por algo que trascendía la tradición:</w:t>
      </w:r>
      <w:r>
        <w:rPr/>
        <w:t xml:space="preserve"> </w:t>
      </w:r>
      <w:r>
        <w:rPr/>
        <w:t>la supervivencia misma del Eco en un mundo que había aprendido a</w:t>
      </w:r>
      <w:r>
        <w:rPr/>
        <w:t xml:space="preserve"> </w:t>
      </w:r>
      <w:r>
        <w:rPr/>
        <w:t>militarizar la belleza.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Lisboa, Vasco experimentó el mensaje como un destello de lucidez en</w:t>
      </w:r>
      <w:r>
        <w:rPr/>
        <w:t xml:space="preserve"> </w:t>
      </w:r>
      <w:r>
        <w:rPr/>
        <w:t>medio de la neblina acumulada. De pronto, los ruidos erráticos empezaron</w:t>
      </w:r>
      <w:r>
        <w:rPr/>
        <w:t xml:space="preserve"> </w:t>
      </w:r>
      <w:r>
        <w:rPr/>
        <w:t>a alinearse en patrones. Las sensaciones que había atribuido al estrés</w:t>
      </w:r>
      <w:r>
        <w:rPr/>
        <w:t xml:space="preserve"> </w:t>
      </w:r>
      <w:r>
        <w:rPr/>
        <w:t>cobraron forma, estructura.</w:t>
      </w:r>
    </w:p>
    <w:p>
      <w:pPr>
        <w:pStyle w:val="BodyText"/>
      </w:pPr>
      <w:r>
        <w:rPr/>
        <w:t>No estaba perdiendo la razón. Estaba siendo atacado. Y ahora sabía dónde</w:t>
      </w:r>
      <w:r>
        <w:rPr/>
        <w:t xml:space="preserve"> </w:t>
      </w:r>
      <w:r>
        <w:rPr/>
        <w:t>estaban las cuerdas de la trampa, reconocía el veneno que bebía.</w:t>
      </w:r>
    </w:p>
    <w:p>
      <w:pPr>
        <w:pStyle w:val="BodyText"/>
      </w:pPr>
      <w:r>
        <w:rPr/>
        <w:t>Por primera vez en días, sintió claridad.</w:t>
      </w:r>
    </w:p>
    <w:p>
      <w:pPr>
        <w:pStyle w:val="BodyText"/>
      </w:pPr>
      <w:r>
        <w:rPr/>
        <w:t>Y dentro de esa claridad, una certeza:</w:t>
      </w:r>
    </w:p>
    <w:p>
      <w:pPr>
        <w:pStyle w:val="BodyText"/>
      </w:pPr>
      <w:r>
        <w:rPr/>
        <w:t>no estaba solo en el tablero.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CAPÍTULO 34. EL AULLIDO DEL LOBO</w:t>
      </w:r>
    </w:p>
    <w:p>
      <w:pPr/>
      <w:r>
        <w:rPr/>
        <w:t>«Para saber si eres presa o guardián no basta con mirar al lobo.</w:t>
      </w:r>
    </w:p>
    <w:p>
      <w:pPr>
        <w:pStyle w:val="BodyText"/>
      </w:pPr>
      <w:r>
        <w:rPr/>
        <w:t>Hay que escuchar qué nota despierta en tu pecho.»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Markus abrió la nevera del estudio. Cogió una Club-Mate caliente de hace</w:t>
      </w:r>
      <w:r>
        <w:rPr/>
        <w:t xml:space="preserve"> </w:t>
      </w:r>
      <w:r>
        <w:rPr/>
        <w:t>tres días y la bebió de un trago. Sabía a rayos, pero era real.</w:t>
      </w:r>
    </w:p>
    <w:p>
      <w:pPr>
        <w:pStyle w:val="BodyText"/>
      </w:pPr>
      <w:r>
        <w:rPr/>
        <w:t>Lisboa, enero de 2024</w:t>
      </w:r>
    </w:p>
    <w:p>
      <w:pPr>
        <w:pStyle w:val="BodyText"/>
      </w:pPr>
      <w:r>
        <w:rPr/>
        <w:t>La segunda cita de Vasco con Sofia Martins tuvo lugar en una terraza</w:t>
      </w:r>
      <w:r>
        <w:rPr/>
        <w:t xml:space="preserve"> </w:t>
      </w:r>
      <w:r>
        <w:rPr/>
        <w:t>escogida al milímetro: sillas de metal blanco, macetas de barro, una</w:t>
      </w:r>
      <w:r>
        <w:rPr/>
        <w:t xml:space="preserve"> </w:t>
      </w:r>
      <w:r>
        <w:rPr/>
        <w:t>vista oblicua del Tajo que parecía pensada para simular espontaneidad</w:t>
      </w:r>
      <w:r>
        <w:rPr/>
        <w:t xml:space="preserve"> </w:t>
      </w:r>
      <w:r>
        <w:rPr/>
        <w:t>burguesa. El tipo de lugar donde la clase media alta juega a ser</w:t>
      </w:r>
      <w:r>
        <w:rPr/>
        <w:t xml:space="preserve"> </w:t>
      </w:r>
      <w:r>
        <w:rPr/>
        <w:t>improvisada mientras paga cinco euros por un café perfectamente</w:t>
      </w:r>
      <w:r>
        <w:rPr/>
        <w:t xml:space="preserve"> </w:t>
      </w:r>
      <w:r>
        <w:rPr/>
        <w:t>calibrado.</w:t>
      </w:r>
    </w:p>
    <w:p>
      <w:pPr>
        <w:pStyle w:val="BodyText"/>
      </w:pPr>
      <w:r>
        <w:rPr/>
        <w:t>Todo estaba diseñado para generar confianza.</w:t>
      </w:r>
    </w:p>
    <w:p>
      <w:pPr>
        <w:pStyle w:val="BodyText"/>
      </w:pPr>
      <w:r>
        <w:rPr/>
        <w:t>El camarero los saludó como si fueran clientes habituales; el barista</w:t>
      </w:r>
      <w:r>
        <w:rPr/>
        <w:t xml:space="preserve"> </w:t>
      </w:r>
      <w:r>
        <w:rPr/>
        <w:t>sonrió con esa familiaridad exacta que no despierta sospechas; la música</w:t>
      </w:r>
      <w:r>
        <w:rPr/>
        <w:t xml:space="preserve"> </w:t>
      </w:r>
      <w:r>
        <w:rPr/>
        <w:t>de fondo —un jazz suave, casi líquido— estaba mezclada a un volumen</w:t>
      </w:r>
      <w:r>
        <w:rPr/>
        <w:t xml:space="preserve"> </w:t>
      </w:r>
      <w:r>
        <w:rPr/>
        <w:t>ideal para permitir confidencias sin dejar escapar palabras.</w:t>
      </w:r>
    </w:p>
    <w:p>
      <w:pPr>
        <w:pStyle w:val="BodyText"/>
      </w:pPr>
      <w:r>
        <w:rPr/>
        <w:t>Chrysalis entendía mejor que nadie la acústica de la intimidad.</w:t>
      </w:r>
    </w:p>
    <w:p>
      <w:pPr>
        <w:pStyle w:val="BodyText"/>
      </w:pPr>
      <w:r>
        <w:rPr/>
        <w:t>Sofia llegó puntual. Blazer oscuro, vaqueros caros, zapatillas</w:t>
      </w:r>
      <w:r>
        <w:rPr/>
        <w:t xml:space="preserve"> </w:t>
      </w:r>
      <w:r>
        <w:rPr/>
        <w:t>discretas. El pelo recogido en un moño que insinuaba prisa sin descuido.</w:t>
      </w:r>
      <w:r>
        <w:rPr/>
        <w:t xml:space="preserve"> </w:t>
      </w:r>
      <w:r>
        <w:rPr/>
        <w:t>Sonreía, pero la sonrisa no alcanzaba del todo los ojos.</w:t>
      </w:r>
    </w:p>
    <w:p>
      <w:pPr>
        <w:pStyle w:val="BodyText"/>
      </w:pPr>
      <w:r>
        <w:rPr/>
        <w:t>Vasco, apoyado en la barandilla, dejó que el viento salino del Tajo le</w:t>
      </w:r>
      <w:r>
        <w:rPr/>
        <w:t xml:space="preserve"> </w:t>
      </w:r>
      <w:r>
        <w:rPr/>
        <w:t>lamiera la cara antes de girarse. Polar gris, barba de varios días,</w:t>
      </w:r>
      <w:r>
        <w:rPr/>
        <w:t xml:space="preserve"> </w:t>
      </w:r>
      <w:r>
        <w:rPr/>
        <w:t>manos de quien ha tocado más piedra que teclado. Invisible, camuflado,</w:t>
      </w:r>
      <w:r>
        <w:rPr/>
        <w:t xml:space="preserve"> </w:t>
      </w:r>
      <w:r>
        <w:rPr/>
        <w:t>anodino.</w:t>
      </w:r>
    </w:p>
    <w:p>
      <w:pPr>
        <w:pStyle w:val="BodyText"/>
      </w:pPr>
      <w:r>
        <w:rPr/>
        <w:t>Perfecto.</w:t>
      </w:r>
    </w:p>
    <w:p>
      <w:pPr>
        <w:pStyle w:val="BodyText"/>
      </w:pPr>
      <w:r>
        <w:rPr/>
        <w:t>—Pensei que ias fugir desta vez —dijo ella, sentándose—. La</w:t>
      </w:r>
      <w:r>
        <w:rPr/>
        <w:t xml:space="preserve"> </w:t>
      </w:r>
      <w:r>
        <w:rPr/>
        <w:t>mayoría de los investigadores se sienten incómodos cuando se vuelve</w:t>
      </w:r>
      <w:r>
        <w:rPr/>
        <w:t xml:space="preserve"> </w:t>
      </w:r>
      <w:r>
        <w:rPr/>
        <w:t>personal.</w:t>
      </w:r>
    </w:p>
    <w:p>
      <w:pPr>
        <w:pStyle w:val="BodyText"/>
      </w:pPr>
      <w:r>
        <w:rPr/>
        <w:t>—No soy "la mayoría" —respondió Vasco, con esa calma que descoloca</w:t>
      </w:r>
      <w:r>
        <w:rPr/>
        <w:t xml:space="preserve"> </w:t>
      </w:r>
      <w:r>
        <w:rPr/>
        <w:t>a quienes esperan ansiedad—. Y tú no eres solo "una periodista</w:t>
      </w:r>
      <w:r>
        <w:rPr/>
        <w:t xml:space="preserve"> </w:t>
      </w:r>
      <w:r>
        <w:rPr/>
        <w:t>curiosa".</w:t>
      </w:r>
    </w:p>
    <w:p>
      <w:pPr>
        <w:pStyle w:val="BodyText"/>
      </w:pPr>
      <w:r>
        <w:rPr/>
        <w:t>El brillo que cruzó la mirada de Sofia fue mínimo, casi imperceptible.</w:t>
      </w:r>
      <w:r>
        <w:rPr/>
        <w:t xml:space="preserve"> </w:t>
      </w:r>
      <w:r>
        <w:rPr/>
        <w:t>Pero tras la transmisión de Mar, Vasco era capaz de leer las</w:t>
      </w:r>
      <w:r>
        <w:rPr/>
        <w:t xml:space="preserve"> </w:t>
      </w:r>
      <w:r>
        <w:rPr/>
        <w:t>microfisuras.</w:t>
      </w:r>
    </w:p>
    <w:p>
      <w:pPr>
        <w:pStyle w:val="BodyText"/>
      </w:pPr>
      <w:r>
        <w:rPr/>
        <w:t>Su percepción ya no era la misma.</w:t>
      </w:r>
    </w:p>
    <w:p>
      <w:pPr>
        <w:pStyle w:val="BodyText"/>
      </w:pPr>
      <w:r>
        <w:rPr/>
        <w:t>Desde la noche en el monasterio, Mar había ajustado su forma de</w:t>
      </w:r>
      <w:r>
        <w:rPr/>
        <w:t xml:space="preserve"> </w:t>
      </w:r>
      <w:r>
        <w:rPr/>
        <w:t>escuchar: no añadiendo información, sino sensibilidad. Donde antes había</w:t>
      </w:r>
      <w:r>
        <w:rPr/>
        <w:t xml:space="preserve"> </w:t>
      </w:r>
      <w:r>
        <w:rPr/>
        <w:t>gestos, ahora había patrones. Donde antes había palabras, ahora había</w:t>
      </w:r>
      <w:r>
        <w:rPr/>
        <w:t xml:space="preserve"> </w:t>
      </w:r>
      <w:r>
        <w:rPr/>
        <w:t>huecos.</w:t>
      </w:r>
    </w:p>
    <w:p>
      <w:pPr>
        <w:pStyle w:val="BodyText"/>
      </w:pPr>
      <w:r>
        <w:rPr/>
        <w:t>Y en el hueco entre las palabras de Sofia había un eco inequívoco:</w:t>
      </w:r>
      <w:r>
        <w:rPr/>
        <w:t xml:space="preserve"> </w:t>
      </w:r>
      <w:r>
        <w:rPr/>
        <w:t>protocolo.</w:t>
      </w:r>
    </w:p>
    <w:p>
      <w:pPr>
        <w:pStyle w:val="BodyText"/>
      </w:pPr>
      <w:r>
        <w:rPr/>
        <w:t>Pidieron café. Sofia un espresso; Vasco un galão largo, para tener más</w:t>
      </w:r>
      <w:r>
        <w:rPr/>
        <w:t xml:space="preserve"> </w:t>
      </w:r>
      <w:r>
        <w:rPr/>
        <w:t>tiempo.</w:t>
      </w:r>
    </w:p>
    <w:p>
      <w:pPr>
        <w:pStyle w:val="BodyText"/>
      </w:pPr>
      <w:r>
        <w:rPr/>
        <w:t>—Llevas semanas evitándome —dijo Sofia, tono neutro—. Mis correos,</w:t>
      </w:r>
      <w:r>
        <w:rPr/>
        <w:t xml:space="preserve"> </w:t>
      </w:r>
      <w:r>
        <w:rPr/>
        <w:t>mis llamadas… pensé que habías cambiado de opinión sobre… colaborar.</w:t>
      </w:r>
    </w:p>
    <w:p>
      <w:pPr>
        <w:pStyle w:val="BodyText"/>
      </w:pPr>
      <w:r>
        <w:rPr/>
        <w:t>No «informar».</w:t>
      </w:r>
    </w:p>
    <w:p>
      <w:pPr>
        <w:pStyle w:val="BodyText"/>
      </w:pPr>
      <w:r>
        <w:rPr/>
        <w:t>«Colaborar» —la palabra correcta del manual.</w:t>
      </w:r>
    </w:p>
    <w:p>
      <w:pPr>
        <w:pStyle w:val="BodyText"/>
      </w:pPr>
      <w:r>
        <w:rPr/>
        <w:t>—He estado escuchando.</w:t>
      </w:r>
    </w:p>
    <w:p>
      <w:pPr>
        <w:pStyle w:val="BodyText"/>
      </w:pPr>
      <w:r>
        <w:rPr/>
        <w:t>Ella se inclinó.</w:t>
      </w:r>
    </w:p>
    <w:p>
      <w:pPr>
        <w:pStyle w:val="BodyText"/>
      </w:pPr>
      <w:r>
        <w:rPr/>
        <w:t>—¿Qué?</w:t>
      </w:r>
    </w:p>
    <w:p>
      <w:pPr>
        <w:pStyle w:val="BodyText"/>
      </w:pPr>
      <w:r>
        <w:rPr/>
        <w:t>—La ciudad. El silencio. El mar. Cosas que tardan en responder.</w:t>
      </w:r>
    </w:p>
    <w:p>
      <w:pPr>
        <w:pStyle w:val="BodyText"/>
      </w:pPr>
      <w:r>
        <w:rPr/>
        <w:t>Sofia sonrió, clasificándolo como excentricidad poética. Pero sus dedos</w:t>
      </w:r>
      <w:r>
        <w:rPr/>
        <w:t xml:space="preserve"> </w:t>
      </w:r>
      <w:r>
        <w:rPr/>
        <w:t>tensaron el borde de la taza.</w:t>
      </w:r>
    </w:p>
    <w:p>
      <w:pPr>
        <w:pStyle w:val="BodyText"/>
      </w:pPr>
      <w:r>
        <w:rPr/>
        <w:t>Una nota disonante.</w:t>
      </w:r>
    </w:p>
    <w:p>
      <w:pPr>
        <w:pStyle w:val="BodyText"/>
      </w:pPr>
      <w:r>
        <w:rPr/>
        <w:t>—Mira, Vasco —dijo pasando al portugués con fluidez ensayada—.</w:t>
      </w:r>
      <w:r>
        <w:rPr/>
        <w:t xml:space="preserve"> </w:t>
      </w:r>
      <w:r>
        <w:rPr/>
        <w:t>Todos sabemos que has tenido… experiencias inusuales. La grabación del</w:t>
      </w:r>
      <w:r>
        <w:rPr/>
        <w:t xml:space="preserve"> </w:t>
      </w:r>
      <w:r>
        <w:rPr/>
        <w:t>duende acústico de Lisboa, San Juan de Duero, el incidentito en Soria.</w:t>
      </w:r>
      <w:r>
        <w:rPr/>
        <w:t xml:space="preserve"> </w:t>
      </w:r>
      <w:r>
        <w:rPr/>
        <w:t>Hay equipos muy interesados en entender qué está pasando contigo.</w:t>
      </w:r>
    </w:p>
    <w:p>
      <w:pPr>
        <w:pStyle w:val="BodyText"/>
      </w:pPr>
      <w:r>
        <w:rPr/>
        <w:t>«Equipos».</w:t>
      </w:r>
    </w:p>
    <w:p>
      <w:pPr>
        <w:pStyle w:val="BodyText"/>
      </w:pPr>
      <w:r>
        <w:rPr/>
        <w:t>No «personas».</w:t>
      </w:r>
    </w:p>
    <w:p>
      <w:pPr>
        <w:pStyle w:val="BodyText"/>
      </w:pPr>
      <w:r>
        <w:rPr/>
        <w:t>—¿Equipos como Chrysalis? —preguntó él.</w:t>
      </w:r>
    </w:p>
    <w:p>
      <w:pPr>
        <w:pStyle w:val="BodyText"/>
      </w:pPr>
      <w:r>
        <w:rPr/>
        <w:t>La microexpresión tardó medio segundo en recolocarse. Un parpadeo. Un</w:t>
      </w:r>
      <w:r>
        <w:rPr/>
        <w:t xml:space="preserve"> </w:t>
      </w:r>
      <w:r>
        <w:rPr/>
        <w:t>error mínimo.</w:t>
      </w:r>
    </w:p>
    <w:p>
      <w:pPr>
        <w:pStyle w:val="BodyText"/>
      </w:pPr>
      <w:r>
        <w:rPr/>
        <w:t>—Ese nombre no me suena. Lo que sí sé es que hay gente que podría</w:t>
      </w:r>
      <w:r>
        <w:rPr/>
        <w:t xml:space="preserve"> </w:t>
      </w:r>
      <w:r>
        <w:rPr/>
        <w:t>ayudarte. Protegerte. Lo que llevas dentro no es… normal.</w:t>
      </w:r>
    </w:p>
    <w:p>
      <w:pPr>
        <w:pStyle w:val="BodyText"/>
      </w:pPr>
      <w:r>
        <w:rPr/>
        <w:t>«Protegerte»: la palabra favorita de todas las jaulas.</w:t>
      </w:r>
    </w:p>
    <w:p>
      <w:pPr>
        <w:pStyle w:val="BodyText"/>
      </w:pPr>
      <w:r>
        <w:rPr/>
        <w:t>Vasco respiró despacio. Pensó en confrontarla de frente, pero descartó</w:t>
      </w:r>
      <w:r>
        <w:rPr/>
        <w:t xml:space="preserve"> </w:t>
      </w:r>
      <w:r>
        <w:rPr/>
        <w:t>la idea. Había aprendido algo en la costa de la Estrela: el oleaje</w:t>
      </w:r>
      <w:r>
        <w:rPr/>
        <w:t xml:space="preserve"> </w:t>
      </w:r>
      <w:r>
        <w:rPr/>
        <w:t>desgasta rodeando, no embistiendo.</w:t>
      </w:r>
    </w:p>
    <w:p>
      <w:pPr>
        <w:pStyle w:val="BodyText"/>
      </w:pPr>
      <w:r>
        <w:rPr/>
        <w:t>—¿Sabes qué es lo más curioso de todo esto, Sofia? —apoyó el codo en</w:t>
      </w:r>
      <w:r>
        <w:rPr/>
        <w:t xml:space="preserve"> </w:t>
      </w:r>
      <w:r>
        <w:rPr/>
        <w:t>la mesa—. Que habláis de mí como si fuera un fenómeno nuevo. Pero esta</w:t>
      </w:r>
      <w:r>
        <w:rPr/>
        <w:t xml:space="preserve"> </w:t>
      </w:r>
      <w:r>
        <w:rPr/>
        <w:t>historia empezó mucho antes de que yo naciera.</w:t>
      </w:r>
    </w:p>
    <w:p>
      <w:pPr>
        <w:pStyle w:val="BodyText"/>
      </w:pPr>
      <w:r>
        <w:rPr/>
        <w:t>Ella ladeó la cabeza: estaba grabando mentalmente cada palabra.</w:t>
      </w:r>
    </w:p>
    <w:p>
      <w:pPr>
        <w:pStyle w:val="BodyText"/>
      </w:pPr>
      <w:r>
        <w:rPr/>
        <w:t>—¿Quieres contarme esa historia?</w:t>
      </w:r>
    </w:p>
    <w:p>
      <w:pPr>
        <w:pStyle w:val="BodyText"/>
      </w:pPr>
      <w:r>
        <w:rPr/>
        <w:t>—No "quiero". Pero creo que necesitáis oírla.</w:t>
      </w:r>
    </w:p>
    <w:p>
      <w:pPr>
        <w:pStyle w:val="BodyText"/>
      </w:pPr>
      <w:r>
        <w:rPr/>
        <w:t>El rumor del Tajo ocupó el espacio. Jazz, gaviotas, tráfico. Lisboa</w:t>
      </w:r>
      <w:r>
        <w:rPr/>
        <w:t xml:space="preserve"> </w:t>
      </w:r>
      <w:r>
        <w:rPr/>
        <w:t>respirando en 4/4.</w:t>
      </w:r>
    </w:p>
    <w:p>
      <w:pPr>
        <w:pStyle w:val="BodyText"/>
      </w:pPr>
      <w:r>
        <w:rPr/>
        <w:t>—Mi padre era pastor en la Serra da Estrela —comenzó—. Yo tendría</w:t>
      </w:r>
      <w:r>
        <w:rPr/>
        <w:t xml:space="preserve"> </w:t>
      </w:r>
      <w:r>
        <w:rPr/>
        <w:t>ocho años cuando me llevó a pasar la noche con el rebaño…</w:t>
      </w:r>
    </w:p>
    <w:p>
      <w:pPr>
        <w:pStyle w:val="BodyText"/>
      </w:pPr>
      <w:r>
        <w:rPr/>
        <w:t>La voz de Vasco se volvió una puerta.</w:t>
      </w:r>
    </w:p>
    <w:p>
      <w:pPr>
        <w:pStyle w:val="BodyText"/>
      </w:pPr>
      <w:r>
        <w:rPr/>
        <w:t>Y alguien, al otro lado del mapa, estaba empujándola.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salto no fue físico. Fue vibracional.</w:t>
      </w:r>
    </w:p>
    <w:p>
      <w:pPr>
        <w:pStyle w:val="BodyText"/>
      </w:pPr>
      <w:r>
        <w:rPr/>
        <w:t>La terraza desapareció. El ruido de Lisboa se recogió hacia dentro, como</w:t>
      </w:r>
      <w:r>
        <w:rPr/>
        <w:t xml:space="preserve"> </w:t>
      </w:r>
      <w:r>
        <w:rPr/>
        <w:t>si alguien hubiera bajado todas las pistas menos una: la pista de la</w:t>
      </w:r>
      <w:r>
        <w:rPr/>
        <w:t xml:space="preserve"> </w:t>
      </w:r>
      <w:r>
        <w:rPr/>
        <w:t>memoria.</w:t>
      </w:r>
    </w:p>
    <w:p>
      <w:pPr>
        <w:pStyle w:val="BodyText"/>
      </w:pPr>
      <w:r>
        <w:rPr/>
        <w:t>Vasco estaba de nuevo en la Serra da Estrela. Nieve compactada. Aire que</w:t>
      </w:r>
      <w:r>
        <w:rPr/>
        <w:t xml:space="preserve"> </w:t>
      </w:r>
      <w:r>
        <w:rPr/>
        <w:t>cortaba como vidrio. El repique lejano de los cencerros.</w:t>
      </w:r>
    </w:p>
    <w:p>
      <w:pPr>
        <w:pStyle w:val="BodyText"/>
      </w:pPr>
      <w:r>
        <w:rPr/>
        <w:t>La silueta de su padre.</w:t>
      </w:r>
    </w:p>
    <w:p>
      <w:pPr>
        <w:pStyle w:val="BodyText"/>
      </w:pPr>
      <w:r>
        <w:rPr/>
        <w:t>—Escuta. Sempre começa assim.</w:t>
      </w:r>
    </w:p>
    <w:p>
      <w:pPr>
        <w:pStyle w:val="BodyText"/>
      </w:pPr>
      <w:r>
        <w:rPr/>
        <w:t>Un aullido emergió del viento. No un sonido: una onda que encontraba</w:t>
      </w:r>
      <w:r>
        <w:rPr/>
        <w:t xml:space="preserve"> </w:t>
      </w:r>
      <w:r>
        <w:rPr/>
        <w:t>resonancias en su caja torácica, en su columna, en las costuras de su</w:t>
      </w:r>
      <w:r>
        <w:rPr/>
        <w:t xml:space="preserve"> </w:t>
      </w:r>
      <w:r>
        <w:rPr/>
        <w:t>cuerpo.</w:t>
      </w:r>
    </w:p>
    <w:p>
      <w:pPr>
        <w:pStyle w:val="BodyText"/>
      </w:pPr>
      <w:r>
        <w:rPr/>
        <w:t>El FA sostenido —esa frecuencia que Mar llevaba semanas modulando</w:t>
      </w:r>
      <w:r>
        <w:rPr/>
        <w:t xml:space="preserve"> </w:t>
      </w:r>
      <w:r>
        <w:rPr/>
        <w:t>desde los Pirineos, la firma vibratoria que había anclado en él— vibró</w:t>
      </w:r>
      <w:r>
        <w:rPr/>
        <w:t xml:space="preserve"> </w:t>
      </w:r>
      <w:r>
        <w:rPr/>
        <w:t>a través de su memoria con una claridad que no existía en el recuerdo</w:t>
      </w:r>
      <w:r>
        <w:rPr/>
        <w:t xml:space="preserve"> </w:t>
      </w:r>
      <w:r>
        <w:rPr/>
        <w:t>original.</w:t>
      </w:r>
    </w:p>
    <w:p>
      <w:pPr>
        <w:pStyle w:val="BodyText"/>
      </w:pPr>
      <w:r>
        <w:rPr/>
        <w:t>Esto no era un recuerdo puro.</w:t>
      </w:r>
    </w:p>
    <w:p>
      <w:pPr>
        <w:pStyle w:val="BodyText"/>
      </w:pPr>
      <w:r>
        <w:rPr/>
        <w:t>Era una memoria amplificada.</w:t>
      </w:r>
    </w:p>
    <w:p>
      <w:pPr>
        <w:pStyle w:val="BodyText"/>
      </w:pPr>
      <w:r>
        <w:rPr/>
        <w:t>Mar estaba allí, como una mano invisible afinando las sombras.</w:t>
      </w:r>
    </w:p>
    <w:p>
      <w:pPr>
        <w:pStyle w:val="BodyText"/>
      </w:pPr>
      <w:r>
        <w:rPr/>
        <w:t>El aullido se multiplicó: una polifonía de amenazas. La reacción</w:t>
      </w:r>
      <w:r>
        <w:rPr/>
        <w:t xml:space="preserve"> </w:t>
      </w:r>
      <w:r>
        <w:rPr/>
        <w:t>infantil —correr, esconderse— subió en espiral.</w:t>
      </w:r>
    </w:p>
    <w:p>
      <w:pPr>
        <w:pStyle w:val="BodyText"/>
      </w:pPr>
      <w:r>
        <w:rPr/>
        <w:t>Pero la voz de su padre lo sostuvo.</w:t>
      </w:r>
    </w:p>
    <w:p>
      <w:pPr>
        <w:pStyle w:val="BodyText"/>
      </w:pPr>
      <w:r>
        <w:rPr/>
        <w:t>—Não fujas. O medo não é para correr. É para afinar.</w:t>
      </w:r>
    </w:p>
    <w:p>
      <w:pPr>
        <w:pStyle w:val="BodyText"/>
      </w:pPr>
      <w:r>
        <w:rPr/>
        <w:t>El lobo apareció en el borde de la visibilidad: gris, enorme, ojos como</w:t>
      </w:r>
      <w:r>
        <w:rPr/>
        <w:t xml:space="preserve"> </w:t>
      </w:r>
      <w:r>
        <w:rPr/>
        <w:t>brasas. Avanzó en semicírculo, estudiándolo.</w:t>
      </w:r>
    </w:p>
    <w:p>
      <w:pPr>
        <w:pStyle w:val="BodyText"/>
      </w:pPr>
      <w:r>
        <w:rPr/>
        <w:t>Vasco sintió el corazón dispararse.</w:t>
      </w:r>
    </w:p>
    <w:p>
      <w:pPr>
        <w:pStyle w:val="BodyText"/>
      </w:pPr>
      <w:r>
        <w:rPr/>
        <w:t>Y dio un paso adelante.</w:t>
      </w:r>
    </w:p>
    <w:p>
      <w:pPr>
        <w:pStyle w:val="BodyText"/>
      </w:pPr>
      <w:r>
        <w:rPr/>
        <w:t>El aullido cambió de textura. De amenaza a pregunta.</w:t>
      </w:r>
    </w:p>
    <w:p>
      <w:pPr>
        <w:pStyle w:val="BodyText"/>
      </w:pPr>
      <w:r>
        <w:rPr/>
        <w:t>Vasco respondió con un silbido bajo, afinado, ridículo y valiente.</w:t>
      </w:r>
    </w:p>
    <w:p>
      <w:pPr>
        <w:pStyle w:val="BodyText"/>
      </w:pPr>
      <w:r>
        <w:rPr/>
        <w:t>No replicó.</w:t>
      </w:r>
    </w:p>
    <w:p>
      <w:pPr>
        <w:pStyle w:val="BodyText"/>
      </w:pPr>
      <w:r>
        <w:rPr/>
        <w:t>Resonó alrededor.</w:t>
      </w:r>
    </w:p>
    <w:p>
      <w:pPr>
        <w:pStyle w:val="BodyText"/>
      </w:pPr>
      <w:r>
        <w:rPr/>
        <w:t>Como Mar.</w:t>
      </w:r>
    </w:p>
    <w:p>
      <w:pPr>
        <w:pStyle w:val="BodyText"/>
      </w:pPr>
      <w:r>
        <w:rPr/>
        <w:t>Como el Eco.</w:t>
      </w:r>
    </w:p>
    <w:p>
      <w:pPr>
        <w:pStyle w:val="BodyText"/>
      </w:pPr>
      <w:r>
        <w:rPr/>
        <w:t>El viento se detuvo.</w:t>
      </w:r>
    </w:p>
    <w:p>
      <w:pPr>
        <w:pStyle w:val="BodyText"/>
      </w:pPr>
      <w:r>
        <w:rPr/>
        <w:t>La montaña contuvo el aliento.</w:t>
      </w:r>
    </w:p>
    <w:p>
      <w:pPr>
        <w:pStyle w:val="BodyText"/>
      </w:pPr>
      <w:r>
        <w:rPr/>
        <w:t>El lobo inclinó el morro, reconociendo algo.</w:t>
      </w:r>
    </w:p>
    <w:p>
      <w:pPr>
        <w:pStyle w:val="BodyText"/>
      </w:pPr>
      <w:r>
        <w:rPr/>
        <w:t>La vibración que llegó era pura:</w:t>
      </w:r>
    </w:p>
    <w:p>
      <w:pPr>
        <w:pStyle w:val="BodyText"/>
      </w:pPr>
      <w:r>
        <w:rPr/>
        <w:t>No eres presa.</w:t>
      </w:r>
    </w:p>
    <w:p>
      <w:pPr>
        <w:pStyle w:val="BodyText"/>
      </w:pPr>
      <w:r>
        <w:rPr/>
        <w:t>No eres enemigo.</w:t>
      </w:r>
    </w:p>
    <w:p>
      <w:pPr>
        <w:pStyle w:val="BodyText"/>
      </w:pPr>
      <w:r>
        <w:rPr/>
        <w:t>Eres de la manada que no se arrodilla.</w:t>
      </w:r>
    </w:p>
    <w:p>
      <w:pPr>
        <w:pStyle w:val="BodyText"/>
      </w:pPr>
      <w:r>
        <w:rPr/>
        <w:t>Todo tembló con esa verdad. La nieve, los pinos, las piedras. El FA</w:t>
      </w:r>
      <w:r>
        <w:rPr/>
        <w:t xml:space="preserve"> </w:t>
      </w:r>
      <w:r>
        <w:rPr/>
        <w:t>sostenido firmando la escena.</w:t>
      </w:r>
    </w:p>
    <w:p>
      <w:pPr>
        <w:pStyle w:val="BodyText"/>
      </w:pPr>
      <w:r>
        <w:rPr/>
        <w:t>Vasco entendió.</w:t>
      </w:r>
    </w:p>
    <w:p>
      <w:pPr>
        <w:pStyle w:val="BodyText"/>
      </w:pPr>
      <w:r>
        <w:rPr/>
        <w:t>No habían venido a advertirle.</w:t>
      </w:r>
    </w:p>
    <w:p>
      <w:pPr>
        <w:pStyle w:val="BodyText"/>
      </w:pPr>
      <w:r>
        <w:rPr/>
        <w:t>Habían venido a recordarle quién era cuando el miedo llama.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Serra da Estrela se disolvió.</w:t>
      </w:r>
    </w:p>
    <w:p>
      <w:pPr>
        <w:pStyle w:val="BodyText"/>
      </w:pPr>
      <w:r>
        <w:rPr/>
        <w:t>Volvió la terraza, el jazz, el Tajo.</w:t>
      </w:r>
    </w:p>
    <w:p>
      <w:pPr>
        <w:pStyle w:val="BodyText"/>
      </w:pPr>
      <w:r>
        <w:rPr/>
        <w:t>El café derramado sobre su mano.</w:t>
      </w:r>
    </w:p>
    <w:p>
      <w:pPr>
        <w:pStyle w:val="BodyText"/>
      </w:pPr>
      <w:r>
        <w:rPr/>
        <w:t>Sofia lo miraba con profesional inquietud.</w:t>
      </w:r>
    </w:p>
    <w:p>
      <w:pPr>
        <w:pStyle w:val="BodyText"/>
      </w:pPr>
      <w:r>
        <w:rPr/>
        <w:t>—Vasco, ¿estás bien? Te has quedado en blanco. Parecía… un ataque.</w:t>
      </w:r>
    </w:p>
    <w:p>
      <w:pPr>
        <w:pStyle w:val="BodyText"/>
      </w:pPr>
      <w:r>
        <w:rPr/>
        <w:t>Él respiró hondo. El miedo ya no era vértigo.</w:t>
      </w:r>
    </w:p>
    <w:p>
      <w:pPr>
        <w:pStyle w:val="BodyText"/>
      </w:pPr>
      <w:r>
        <w:rPr/>
        <w:t>Era un filo.</w:t>
      </w:r>
    </w:p>
    <w:p>
      <w:pPr>
        <w:pStyle w:val="BodyText"/>
      </w:pPr>
      <w:r>
        <w:rPr/>
        <w:t>—Estoy bien. —Se secó la mano—. He recordado algo importante.</w:t>
      </w:r>
    </w:p>
    <w:p>
      <w:pPr>
        <w:pStyle w:val="BodyText"/>
      </w:pPr>
      <w:r>
        <w:rPr/>
        <w:t>La mirada de Sofia cambió: de amable a analítica.</w:t>
      </w:r>
    </w:p>
    <w:p>
      <w:pPr>
        <w:pStyle w:val="BodyText"/>
      </w:pPr>
      <w:r>
        <w:rPr/>
        <w:t>—Podemos dejarlo por hoy. No quiero que te sientas presionado.</w:t>
      </w:r>
    </w:p>
    <w:p>
      <w:pPr>
        <w:pStyle w:val="BodyText"/>
      </w:pPr>
      <w:r>
        <w:rPr/>
        <w:t>«Presionado» = «Fuera de guion».</w:t>
      </w:r>
    </w:p>
    <w:p>
      <w:pPr>
        <w:pStyle w:val="BodyText"/>
      </w:pPr>
      <w:r>
        <w:rPr/>
        <w:t>Vasco se levantó.</w:t>
      </w:r>
    </w:p>
    <w:p>
      <w:pPr>
        <w:pStyle w:val="BodyText"/>
      </w:pPr>
      <w:r>
        <w:rPr/>
        <w:t>—Tengo que irme. Hay alguien a quien debo una llamada.</w:t>
      </w:r>
    </w:p>
    <w:p>
      <w:pPr>
        <w:pStyle w:val="BodyText"/>
      </w:pPr>
      <w:r>
        <w:rPr/>
        <w:t>La sien de Sofia palpitó: un tic microscópico. La máscara recolocándose.</w:t>
      </w:r>
    </w:p>
    <w:p>
      <w:pPr>
        <w:pStyle w:val="BodyText"/>
      </w:pPr>
      <w:r>
        <w:rPr/>
        <w:t>—Hablaremos pronto. Hay gente interesada en tu perspectiva.</w:t>
      </w:r>
    </w:p>
    <w:p>
      <w:pPr>
        <w:pStyle w:val="BodyText"/>
      </w:pPr>
      <w:r>
        <w:rPr/>
        <w:t>«En tu vulnerabilidad», quiso decir.</w:t>
      </w:r>
    </w:p>
    <w:p>
      <w:pPr>
        <w:pStyle w:val="BodyText"/>
      </w:pPr>
      <w:r>
        <w:rPr/>
        <w:t>—Lo sé —respondió Vasco—. Y por primera vez, eso no me asusta.</w:t>
      </w:r>
    </w:p>
    <w:p>
      <w:pPr>
        <w:pStyle w:val="BodyText"/>
      </w:pPr>
      <w:r>
        <w:rPr/>
        <w:t>Se marchó sin mirar atrás. Sentía la nuca ardiendo: vigilancia. Pero</w:t>
      </w:r>
      <w:r>
        <w:rPr/>
        <w:t xml:space="preserve"> </w:t>
      </w:r>
      <w:r>
        <w:rPr/>
        <w:t>cada paso que daba lo alejaba del perímetro de Chrysalis, aunque la</w:t>
      </w:r>
      <w:r>
        <w:rPr/>
        <w:t xml:space="preserve"> </w:t>
      </w:r>
      <w:r>
        <w:rPr/>
        <w:t>corporación aún no lo supiera.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una furgoneta dos calles más abajo, tres pantallas mostraban la</w:t>
      </w:r>
      <w:r>
        <w:rPr/>
        <w:t xml:space="preserve"> </w:t>
      </w:r>
      <w:r>
        <w:rPr/>
        <w:t>escena. En la tercera, los gráficos: pulso, actividad galvánica,</w:t>
      </w:r>
      <w:r>
        <w:rPr/>
        <w:t xml:space="preserve"> </w:t>
      </w:r>
      <w:r>
        <w:rPr/>
        <w:t>microvariaciones electromagnéticas.</w:t>
      </w:r>
    </w:p>
    <w:p>
      <w:pPr>
        <w:pStyle w:val="BodyText"/>
      </w:pPr>
      <w:r>
        <w:rPr/>
        <w:t>—Retroceded treinta segundos —ordenó Finch.</w:t>
      </w:r>
    </w:p>
    <w:p>
      <w:pPr>
        <w:pStyle w:val="BodyText"/>
      </w:pPr>
      <w:r>
        <w:rPr/>
        <w:t>El técnico ejecutó la orden.</w:t>
      </w:r>
    </w:p>
    <w:p>
      <w:pPr>
        <w:pStyle w:val="BodyText"/>
      </w:pPr>
      <w:r>
        <w:rPr/>
        <w:t>Durante tres segundos exactos, las curvas se habían alineado: pulso de</w:t>
      </w:r>
      <w:r>
        <w:rPr/>
        <w:t xml:space="preserve"> </w:t>
      </w:r>
      <w:r>
        <w:rPr/>
        <w:t>Vasco, vibración ambiente y una señal de baja frecuencia procedente del</w:t>
      </w:r>
      <w:r>
        <w:rPr/>
        <w:t xml:space="preserve"> </w:t>
      </w:r>
      <w:r>
        <w:rPr/>
        <w:t>noreste.</w:t>
      </w:r>
    </w:p>
    <w:p>
      <w:pPr>
        <w:pStyle w:val="BodyText"/>
      </w:pPr>
      <w:r>
        <w:rPr/>
        <w:t>—Región pirenaica —susurró alguien—. Nodo Faro.</w:t>
      </w:r>
    </w:p>
    <w:p>
      <w:pPr>
        <w:pStyle w:val="BodyText"/>
      </w:pPr>
      <w:r>
        <w:rPr/>
        <w:t>Finch sonrió, helado.</w:t>
      </w:r>
    </w:p>
    <w:p>
      <w:pPr>
        <w:pStyle w:val="BodyText"/>
      </w:pPr>
      <w:r>
        <w:rPr/>
        <w:t>—No ha sido un ataque. Ha sido una intervención. Un refuerzo remoto.</w:t>
      </w:r>
    </w:p>
    <w:p>
      <w:pPr>
        <w:pStyle w:val="BodyText"/>
      </w:pPr>
      <w:r>
        <w:rPr/>
        <w:t>—¿Un nuevo custodio? —preguntó el técnico.</w:t>
      </w:r>
    </w:p>
    <w:p>
      <w:pPr>
        <w:pStyle w:val="BodyText"/>
      </w:pPr>
      <w:r>
        <w:rPr/>
        <w:t>Finch negó, despacio.</w:t>
      </w:r>
    </w:p>
    <w:p>
      <w:pPr>
        <w:pStyle w:val="BodyText"/>
      </w:pPr>
      <w:r>
        <w:rPr/>
        <w:t>—Algo peor.</w:t>
      </w:r>
    </w:p>
    <w:p>
      <w:pPr>
        <w:pStyle w:val="BodyText"/>
      </w:pPr>
      <w:r>
        <w:rPr/>
        <w:t>Un lobo que aún no sabe cuánto puede morder.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Vasco dobló la esquina. Respiró al fin.</w:t>
      </w:r>
    </w:p>
    <w:p>
      <w:pPr>
        <w:pStyle w:val="BodyText"/>
      </w:pPr>
      <w:r>
        <w:rPr/>
        <w:t>El FA sostenido vibraba como un ancla. Sacó su libreta. No escribió</w:t>
      </w:r>
      <w:r>
        <w:rPr/>
        <w:t xml:space="preserve"> </w:t>
      </w:r>
      <w:r>
        <w:rPr/>
        <w:t>palabras: dibujó una espiral.</w:t>
      </w:r>
    </w:p>
    <w:p>
      <w:pPr>
        <w:pStyle w:val="BodyText"/>
      </w:pPr>
      <w:r>
        <w:rPr/>
        <w:t>Y, rodeándola, la silueta de un lobo.</w:t>
      </w:r>
    </w:p>
    <w:p>
      <w:pPr>
        <w:pStyle w:val="BodyText"/>
      </w:pPr>
      <w:r>
        <w:rPr/>
        <w:t>—Obrigado, Mar —susurró.</w:t>
      </w:r>
    </w:p>
    <w:p>
      <w:pPr>
        <w:pStyle w:val="BodyText"/>
      </w:pPr>
      <w:r>
        <w:rPr/>
        <w:t>El viento del Tajo respondió con un aullido tan leve que ningún oído</w:t>
      </w:r>
      <w:r>
        <w:rPr/>
        <w:t xml:space="preserve"> </w:t>
      </w:r>
      <w:r>
        <w:rPr/>
        <w:t>humano lo habría registrado.</w:t>
      </w:r>
    </w:p>
    <w:p>
      <w:pPr>
        <w:pStyle w:val="BodyText"/>
      </w:pPr>
      <w:r>
        <w:rPr/>
        <w:t>El suyo sí.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CAPÍTULO 35. LA PIEDRA ROTA</w:t>
      </w:r>
    </w:p>
    <w:p>
      <w:pPr/>
      <w:r>
        <w:rPr/>
        <w:t>«Una señal de auxilio no siempre es un grito.</w:t>
      </w:r>
    </w:p>
    <w:p>
      <w:pPr>
        <w:pStyle w:val="BodyText"/>
      </w:pPr>
      <w:r>
        <w:rPr/>
        <w:t>A veces, es un vacío donde antes había una canción,</w:t>
      </w:r>
    </w:p>
    <w:p>
      <w:pPr>
        <w:pStyle w:val="BodyText"/>
      </w:pPr>
      <w:r>
        <w:rPr/>
        <w:t>o una piedra rota donde antes hubo un círculo.»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pánico era una jaula de hielo en el pecho de Vasco.</w:t>
      </w:r>
    </w:p>
    <w:p>
      <w:pPr>
        <w:pStyle w:val="BodyText"/>
      </w:pPr>
      <w:r>
        <w:rPr/>
        <w:t>Huyó de la terraza, de la sonrisa hueca de Sofia, de la lucidez</w:t>
      </w:r>
      <w:r>
        <w:rPr/>
        <w:t xml:space="preserve"> </w:t>
      </w:r>
      <w:r>
        <w:rPr/>
        <w:t>insoportable que la visión le había impuesto. Lisboa, antes luminosa y</w:t>
      </w:r>
      <w:r>
        <w:rPr/>
        <w:t xml:space="preserve"> </w:t>
      </w:r>
      <w:r>
        <w:rPr/>
        <w:t>familiar, se convirtió en un corredor de amenazas silenciosas. Cada</w:t>
      </w:r>
      <w:r>
        <w:rPr/>
        <w:t xml:space="preserve"> </w:t>
      </w:r>
      <w:r>
        <w:rPr/>
        <w:t>teléfono era un posible ojo. Cada cámara, un depredador mecánico.</w:t>
      </w:r>
    </w:p>
    <w:p>
      <w:pPr>
        <w:pStyle w:val="BodyText"/>
      </w:pPr>
      <w:r>
        <w:rPr/>
        <w:t>No volvió a su apartamento. Era demasiado evidente, demasiado expuesto;</w:t>
      </w:r>
      <w:r>
        <w:rPr/>
        <w:t xml:space="preserve"> </w:t>
      </w:r>
      <w:r>
        <w:rPr/>
        <w:t>una caja de cristal bajo reflectores.</w:t>
      </w:r>
    </w:p>
    <w:p>
      <w:pPr>
        <w:pStyle w:val="BodyText"/>
      </w:pPr>
      <w:r>
        <w:rPr/>
        <w:t>Terminó en un pequeño hotel cerca del puerto, pagando en efectivo,</w:t>
      </w:r>
      <w:r>
        <w:rPr/>
        <w:t xml:space="preserve"> </w:t>
      </w:r>
      <w:r>
        <w:rPr/>
        <w:t>sintiéndose como un fugitivo en su propia ciudad. En la habitación</w:t>
      </w:r>
      <w:r>
        <w:rPr/>
        <w:t xml:space="preserve"> </w:t>
      </w:r>
      <w:r>
        <w:rPr/>
        <w:t>barata, con olor a salitre entrando por la ventana entreabierta, intentó</w:t>
      </w:r>
      <w:r>
        <w:rPr/>
        <w:t xml:space="preserve"> </w:t>
      </w:r>
      <w:r>
        <w:rPr/>
        <w:t>procesar la verdad que había irrumpido en su mente.</w:t>
      </w:r>
    </w:p>
    <w:p>
      <w:pPr>
        <w:pStyle w:val="BodyText"/>
      </w:pPr>
      <w:r>
        <w:rPr/>
        <w:t>No había sido una alucinación.</w:t>
      </w:r>
    </w:p>
    <w:p>
      <w:pPr>
        <w:pStyle w:val="BodyText"/>
      </w:pPr>
      <w:r>
        <w:rPr/>
        <w:t>Había sido una transmisión quirúrgica.</w:t>
      </w:r>
    </w:p>
    <w:p>
      <w:pPr>
        <w:pStyle w:val="BodyText"/>
      </w:pPr>
      <w:r>
        <w:rPr/>
        <w:t>Abrió su libreta y comenzó a dibujar. Los símbolos brotaron solos, como</w:t>
      </w:r>
      <w:r>
        <w:rPr/>
        <w:t xml:space="preserve"> </w:t>
      </w:r>
      <w:r>
        <w:rPr/>
        <w:t>si ya estuvieran impresos en su memoria:</w:t>
      </w:r>
    </w:p>
    <w:p>
      <w:pPr>
        <w:pStyle w:val="BodyText"/>
      </w:pPr>
      <w:r>
        <w:rPr/>
        <w:t>—Primero, el patrón de la frecuencia enemiga: líneas rectas, ángulos</w:t>
      </w:r>
      <w:r>
        <w:rPr/>
        <w:t xml:space="preserve"> </w:t>
      </w:r>
      <w:r>
        <w:rPr/>
        <w:t>fríos, geometría sin alma. La firma matemática de un predador.</w:t>
      </w:r>
    </w:p>
    <w:p>
      <w:pPr>
        <w:pStyle w:val="BodyText"/>
      </w:pPr>
      <w:r>
        <w:rPr/>
        <w:t>—Después, la red de vigilancia acústica: ondas entrelazadas, una</w:t>
      </w:r>
      <w:r>
        <w:rPr/>
        <w:t xml:space="preserve"> </w:t>
      </w:r>
      <w:r>
        <w:rPr/>
        <w:t>telaraña vista desde arriba, con nodos específicos donde las presiones</w:t>
      </w:r>
      <w:r>
        <w:rPr/>
        <w:t xml:space="preserve"> </w:t>
      </w:r>
      <w:r>
        <w:rPr/>
        <w:t>subliminales actuaban.</w:t>
      </w:r>
    </w:p>
    <w:p>
      <w:pPr>
        <w:pStyle w:val="BodyText"/>
      </w:pPr>
      <w:r>
        <w:rPr/>
        <w:t>—Y al final, en el centro, el lobo. No un dibujo realista, sino la</w:t>
      </w:r>
      <w:r>
        <w:rPr/>
        <w:t xml:space="preserve"> </w:t>
      </w:r>
      <w:r>
        <w:rPr/>
        <w:t>idea vibrante del lobo: ojos helados, postura de paciencia antigua.</w:t>
      </w:r>
    </w:p>
    <w:p>
      <w:pPr>
        <w:pStyle w:val="BodyText"/>
      </w:pPr>
      <w:r>
        <w:rPr/>
        <w:t>El mensaje del Faro había sido claro:</w:t>
      </w:r>
    </w:p>
    <w:p>
      <w:pPr>
        <w:pStyle w:val="BodyText"/>
      </w:pPr>
      <w:r>
        <w:rPr/>
        <w:t>conoce la forma del que te acecha.</w:t>
      </w:r>
    </w:p>
    <w:p>
      <w:pPr>
        <w:pStyle w:val="BodyText"/>
      </w:pPr>
      <w:r>
        <w:rPr/>
        <w:t>Una oleada de gratitud —y miedo— lo cruzó. ¿Cómo hacerle saber a Mar</w:t>
      </w:r>
      <w:r>
        <w:rPr/>
        <w:t xml:space="preserve"> </w:t>
      </w:r>
      <w:r>
        <w:rPr/>
        <w:t>que había entendido, que estaba alerta, sin delatarla?</w:t>
      </w:r>
    </w:p>
    <w:p>
      <w:pPr>
        <w:pStyle w:val="BodyText"/>
      </w:pPr>
      <w:r>
        <w:rPr/>
        <w:t>Cualquier comunicación digital sería interceptada.</w:t>
      </w:r>
    </w:p>
    <w:p>
      <w:pPr>
        <w:pStyle w:val="BodyText"/>
      </w:pPr>
      <w:r>
        <w:rPr/>
        <w:t>Tenía que hablar en el idioma que ambos compartían:</w:t>
      </w:r>
    </w:p>
    <w:p>
      <w:pPr>
        <w:pStyle w:val="BodyText"/>
      </w:pPr>
      <w:r>
        <w:rPr/>
        <w:t>el del entorno. La vibración. La tierra.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Kreuzberg, 1997. Una lección de respuesta.</w:t>
      </w:r>
    </w:p>
    <w:p>
      <w:pPr>
        <w:pStyle w:val="BodyText"/>
      </w:pPr>
      <w:r>
        <w:rPr/>
        <w:t>Adrián había sembrado el estudio de micrófonos caseros, convirtiendo la</w:t>
      </w:r>
      <w:r>
        <w:rPr/>
        <w:t xml:space="preserve"> </w:t>
      </w:r>
      <w:r>
        <w:rPr/>
        <w:t>habitación en un observatorio urbano. Tráfico, voces, sirenas, el</w:t>
      </w:r>
      <w:r>
        <w:rPr/>
        <w:t xml:space="preserve"> </w:t>
      </w:r>
      <w:r>
        <w:rPr/>
        <w:t>crujido del edificio. Todo era dato útil.</w:t>
      </w:r>
    </w:p>
    <w:p>
      <w:pPr>
        <w:pStyle w:val="BodyText"/>
      </w:pPr>
      <w:r>
        <w:rPr/>
        <w:t>—La ciudad nos habla todo el tiempo —explicó—. Si aprendes a</w:t>
      </w:r>
      <w:r>
        <w:rPr/>
        <w:t xml:space="preserve"> </w:t>
      </w:r>
      <w:r>
        <w:rPr/>
        <w:t>escuchar su lenguaje, no necesitas que nadie te envíe un mensaje</w:t>
      </w:r>
      <w:r>
        <w:rPr/>
        <w:t xml:space="preserve"> </w:t>
      </w:r>
      <w:r>
        <w:rPr/>
        <w:t>directo.</w:t>
      </w:r>
    </w:p>
    <w:p>
      <w:pPr>
        <w:pStyle w:val="BodyText"/>
      </w:pPr>
      <w:r>
        <w:rPr/>
        <w:t>—¿Y si tienes que responder? —preguntó Mar.</w:t>
      </w:r>
    </w:p>
    <w:p>
      <w:pPr>
        <w:pStyle w:val="BodyText"/>
      </w:pPr>
      <w:r>
        <w:rPr/>
        <w:t>Adrián sonrió, mezcla perfecta de genio y melancolía. Tras él, los VU</w:t>
      </w:r>
      <w:r>
        <w:rPr/>
        <w:t xml:space="preserve"> </w:t>
      </w:r>
      <w:r>
        <w:rPr/>
        <w:t>meters parpadeaban en verde, mapeando el pulso invisible de Kreuzberg.</w:t>
      </w:r>
    </w:p>
    <w:p>
      <w:pPr>
        <w:pStyle w:val="BodyText"/>
      </w:pPr>
      <w:r>
        <w:rPr/>
        <w:t>—No usas tu voz. Usas el mundo. Cambias una nota en la sinfonía. Quien</w:t>
      </w:r>
      <w:r>
        <w:rPr/>
        <w:t xml:space="preserve"> </w:t>
      </w:r>
      <w:r>
        <w:rPr/>
        <w:t>sepa escuchar, entenderá.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viaje de Lisboa a Soria fue una prueba de resistencia psicológica.</w:t>
      </w:r>
    </w:p>
    <w:p>
      <w:pPr>
        <w:pStyle w:val="BodyText"/>
      </w:pPr>
      <w:r>
        <w:rPr/>
        <w:t>Cambió de autobús tres veces, siempre pagando en efectivo. Se bajó antes</w:t>
      </w:r>
      <w:r>
        <w:rPr/>
        <w:t xml:space="preserve"> </w:t>
      </w:r>
      <w:r>
        <w:rPr/>
        <w:t>de tiempo en una parada, caminó hasta otra estación, volvió a subir. No</w:t>
      </w:r>
      <w:r>
        <w:rPr/>
        <w:t xml:space="preserve"> </w:t>
      </w:r>
      <w:r>
        <w:rPr/>
        <w:t>sabía si lo seguían, pero actuó como si sí.</w:t>
      </w:r>
    </w:p>
    <w:p>
      <w:pPr>
        <w:pStyle w:val="BodyText"/>
      </w:pPr>
      <w:r>
        <w:rPr/>
        <w:t>A medida que dejaba atrás el Atlántico y se adentraba en la meseta, el</w:t>
      </w:r>
      <w:r>
        <w:rPr/>
        <w:t xml:space="preserve"> </w:t>
      </w:r>
      <w:r>
        <w:rPr/>
        <w:t>miedo se transformó en otra cosa. No desapareció; se volvió nítido,</w:t>
      </w:r>
      <w:r>
        <w:rPr/>
        <w:t xml:space="preserve"> </w:t>
      </w:r>
      <w:r>
        <w:rPr/>
        <w:t>utilizable.</w:t>
      </w:r>
    </w:p>
    <w:p>
      <w:pPr>
        <w:pStyle w:val="BodyText"/>
      </w:pPr>
      <w:r>
        <w:rPr/>
        <w:t>Cuando llegó a Soria al anochecer, el cielo tenía una claridad casi</w:t>
      </w:r>
      <w:r>
        <w:rPr/>
        <w:t xml:space="preserve"> </w:t>
      </w:r>
      <w:r>
        <w:rPr/>
        <w:t>dolorosa.</w:t>
      </w:r>
    </w:p>
    <w:p>
      <w:pPr>
        <w:pStyle w:val="BodyText"/>
      </w:pPr>
      <w:r>
        <w:rPr/>
        <w:t>Sabía exactamente lo que debía hacer.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Esperó a que la noche fuera absoluta antes de dirigirse al río.</w:t>
      </w:r>
    </w:p>
    <w:p>
      <w:pPr>
        <w:pStyle w:val="BodyText"/>
      </w:pPr>
      <w:r>
        <w:rPr/>
        <w:t>El manuscrito de piedra seguía allí donde lo había dejado: un círculo de</w:t>
      </w:r>
      <w:r>
        <w:rPr/>
        <w:t xml:space="preserve"> </w:t>
      </w:r>
      <w:r>
        <w:rPr/>
        <w:t>cantos rodados blancos rodeando la espiral de Montségur. Bajo la luz de</w:t>
      </w:r>
      <w:r>
        <w:rPr/>
        <w:t xml:space="preserve"> </w:t>
      </w:r>
      <w:r>
        <w:rPr/>
        <w:t>las estrellas, parecía un mapa antiguo, un marcador sagrado, una señal</w:t>
      </w:r>
      <w:r>
        <w:rPr/>
        <w:t xml:space="preserve"> </w:t>
      </w:r>
      <w:r>
        <w:rPr/>
        <w:t>perdida en el tiempo.</w:t>
      </w:r>
    </w:p>
    <w:p>
      <w:pPr>
        <w:pStyle w:val="BodyText"/>
      </w:pPr>
      <w:r>
        <w:rPr/>
        <w:t>Vasco se arrodilló ante su creación.</w:t>
      </w:r>
    </w:p>
    <w:p>
      <w:pPr>
        <w:pStyle w:val="BodyText"/>
      </w:pPr>
      <w:r>
        <w:rPr/>
        <w:t>El círculo, que antes le había parecido una promesa de protección, ahora</w:t>
      </w:r>
      <w:r>
        <w:rPr/>
        <w:t xml:space="preserve"> </w:t>
      </w:r>
      <w:r>
        <w:rPr/>
        <w:t>se revelaba como una ingenuidad. Los depredadores no respetaban los</w:t>
      </w:r>
      <w:r>
        <w:rPr/>
        <w:t xml:space="preserve"> </w:t>
      </w:r>
      <w:r>
        <w:rPr/>
        <w:t>símbolos. El lobo siempre encontraba la grieta.</w:t>
      </w:r>
    </w:p>
    <w:p>
      <w:pPr>
        <w:pStyle w:val="BodyText"/>
      </w:pPr>
      <w:r>
        <w:rPr/>
        <w:t>Y si no existía, la creaba.</w:t>
      </w:r>
    </w:p>
    <w:p>
      <w:pPr>
        <w:pStyle w:val="BodyText"/>
      </w:pPr>
      <w:r>
        <w:rPr/>
        <w:t>Con manos firmes, comenzó a desmontar parte del círculo. No al azar.</w:t>
      </w:r>
    </w:p>
    <w:p>
      <w:pPr>
        <w:pStyle w:val="BodyText"/>
      </w:pPr>
      <w:r>
        <w:rPr/>
        <w:t>Eligió el punto orientado hacia el noreste: hacia San Juan de la Peña,</w:t>
      </w:r>
      <w:r>
        <w:rPr/>
        <w:t xml:space="preserve"> </w:t>
      </w:r>
      <w:r>
        <w:rPr/>
        <w:t>hacia Mar.</w:t>
      </w:r>
    </w:p>
    <w:p>
      <w:pPr>
        <w:pStyle w:val="BodyText"/>
      </w:pPr>
      <w:r>
        <w:rPr/>
        <w:t>Separó cinco piedras blancas, abriendo una fisura calculada.</w:t>
      </w:r>
    </w:p>
    <w:p>
      <w:pPr>
        <w:pStyle w:val="BodyText"/>
      </w:pPr>
      <w:r>
        <w:rPr/>
        <w:t>Una herida visible.</w:t>
      </w:r>
    </w:p>
    <w:p>
      <w:pPr>
        <w:pStyle w:val="BodyText"/>
      </w:pPr>
      <w:r>
        <w:rPr/>
        <w:t>Un mensaje.</w:t>
      </w:r>
    </w:p>
    <w:p>
      <w:pPr>
        <w:pStyle w:val="BodyText"/>
      </w:pPr>
      <w:r>
        <w:rPr/>
        <w:t>Luego buscó una piedra distinta. La encontró bajo un arbusto: una</w:t>
      </w:r>
      <w:r>
        <w:rPr/>
        <w:t xml:space="preserve"> </w:t>
      </w:r>
      <w:r>
        <w:rPr/>
        <w:t>pizarra negra, delgada, afilada, tan oscura que absorbía incluso la poca</w:t>
      </w:r>
      <w:r>
        <w:rPr/>
        <w:t xml:space="preserve"> </w:t>
      </w:r>
      <w:r>
        <w:rPr/>
        <w:t>luz estelar.</w:t>
      </w:r>
    </w:p>
    <w:p>
      <w:pPr>
        <w:pStyle w:val="BodyText"/>
      </w:pPr>
      <w:r>
        <w:rPr/>
        <w:t>Regresó a la espiral y la hundió en el centro, justo donde había marcado</w:t>
      </w:r>
      <w:r>
        <w:rPr/>
        <w:t xml:space="preserve"> </w:t>
      </w:r>
      <w:r>
        <w:rPr/>
        <w:t>Montségur. No como un adorno: como una cicatriz consciente.</w:t>
      </w:r>
    </w:p>
    <w:p>
      <w:pPr>
        <w:pStyle w:val="BodyText"/>
      </w:pPr>
      <w:r>
        <w:rPr/>
        <w:t>El círculo protector estaba roto.</w:t>
      </w:r>
    </w:p>
    <w:p>
      <w:pPr>
        <w:pStyle w:val="BodyText"/>
      </w:pPr>
      <w:r>
        <w:rPr/>
        <w:t>El corazón de la espiral había sido herido.</w:t>
      </w:r>
    </w:p>
    <w:p>
      <w:pPr>
        <w:pStyle w:val="BodyText"/>
      </w:pPr>
      <w:r>
        <w:rPr/>
        <w:t>El sistema ya no era perfecto.</w:t>
      </w:r>
    </w:p>
    <w:p>
      <w:pPr>
        <w:pStyle w:val="BodyText"/>
      </w:pPr>
      <w:r>
        <w:rPr/>
        <w:t>El mensaje vibraba para quien supiera leerlo:</w:t>
      </w:r>
    </w:p>
    <w:p>
      <w:pPr>
        <w:pStyle w:val="BodyText"/>
      </w:pPr>
      <w:r>
        <w:rPr/>
        <w:t>El lobo está dentro del redil.</w:t>
      </w:r>
    </w:p>
    <w:p>
      <w:pPr>
        <w:pStyle w:val="BodyText"/>
      </w:pPr>
      <w:r>
        <w:rPr/>
        <w:t>He recibido tu advertencia.</w:t>
      </w:r>
    </w:p>
    <w:p>
      <w:pPr>
        <w:pStyle w:val="BodyText"/>
      </w:pPr>
      <w:r>
        <w:rPr/>
        <w:t>Estoy alerta.</w:t>
      </w:r>
    </w:p>
    <w:p>
      <w:pPr>
        <w:pStyle w:val="BodyText"/>
      </w:pPr>
      <w:r>
        <w:rPr/>
        <w:t>Vasco contempló la figura final bajo el cielo frío. No sintió paz.</w:t>
      </w:r>
      <w:r>
        <w:rPr/>
        <w:t xml:space="preserve"> </w:t>
      </w:r>
      <w:r>
        <w:rPr/>
        <w:t>Sintió algo más útil: alineación. Un lugar en el tablero.</w:t>
      </w:r>
    </w:p>
    <w:p>
      <w:pPr>
        <w:pStyle w:val="BodyText"/>
      </w:pPr>
      <w:r>
        <w:rPr/>
        <w:t>Se marchó sin mirar atrás.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San Juan de la Peña.</w:t>
      </w:r>
    </w:p>
    <w:p>
      <w:pPr>
        <w:pStyle w:val="BodyText"/>
      </w:pPr>
      <w:r>
        <w:rPr/>
        <w:t>Mar sintió la alteración como un nudo en el tejido de la montaña.</w:t>
      </w:r>
    </w:p>
    <w:p>
      <w:pPr>
        <w:pStyle w:val="BodyText"/>
      </w:pPr>
      <w:r>
        <w:rPr/>
        <w:t>Un vacío en el círculo.</w:t>
      </w:r>
    </w:p>
    <w:p>
      <w:pPr>
        <w:pStyle w:val="BodyText"/>
      </w:pPr>
      <w:r>
        <w:rPr/>
        <w:t>Una piedra negra en el corazón de la espiral.</w:t>
      </w:r>
    </w:p>
    <w:p>
      <w:pPr>
        <w:pStyle w:val="BodyText"/>
      </w:pPr>
      <w:r>
        <w:rPr/>
        <w:t>Una disonancia intencional.</w:t>
      </w:r>
    </w:p>
    <w:p>
      <w:pPr>
        <w:pStyle w:val="BodyText"/>
      </w:pPr>
      <w:r>
        <w:rPr/>
        <w:t>Sonrió en la oscuridad.</w:t>
      </w:r>
    </w:p>
    <w:p>
      <w:pPr>
        <w:pStyle w:val="BodyText"/>
      </w:pPr>
      <w:r>
        <w:rPr/>
        <w:t>Vasco había aprendido a hablar.</w:t>
      </w:r>
    </w:p>
    <w:p>
      <w:pPr>
        <w:pStyle w:val="BodyText"/>
      </w:pPr>
      <w:r>
        <w:rPr/>
        <w:t>Pero la satisfacción se evaporó en segundos.</w:t>
      </w:r>
    </w:p>
    <w:p>
      <w:pPr>
        <w:pStyle w:val="BodyText"/>
      </w:pPr>
      <w:r>
        <w:rPr/>
        <w:t>A través de la red vibracional percibió otros cambios:</w:t>
      </w:r>
    </w:p>
    <w:p>
      <w:pPr>
        <w:pStyle w:val="BodyText"/>
      </w:pPr>
      <w:r>
        <w:rPr/>
        <w:t>movimientos en Lisboa, redistribución de recursos,</w:t>
      </w:r>
    </w:p>
    <w:p>
      <w:pPr>
        <w:pStyle w:val="BodyText"/>
      </w:pPr>
      <w:r>
        <w:rPr/>
        <w:t>la firma fría de Finch moviendo piezas.</w:t>
      </w:r>
    </w:p>
    <w:p>
      <w:pPr>
        <w:pStyle w:val="BodyText"/>
      </w:pPr>
      <w:r>
        <w:rPr/>
        <w:t>Habían identificado al lobo.</w:t>
      </w:r>
    </w:p>
    <w:p>
      <w:pPr>
        <w:pStyle w:val="BodyText"/>
      </w:pPr>
      <w:r>
        <w:rPr/>
        <w:t>Y ahora el lobo sabía que lo habían visto.</w:t>
      </w:r>
    </w:p>
    <w:p>
      <w:pPr>
        <w:pStyle w:val="BodyText"/>
      </w:pPr>
      <w:r>
        <w:rPr/>
        <w:t>La fase de acecho había terminado.</w:t>
      </w:r>
    </w:p>
    <w:p>
      <w:pPr>
        <w:pStyle w:val="BodyText"/>
      </w:pPr>
      <w:r>
        <w:rPr/>
        <w:t>Mar descendió a la capilla profunda del monasterio. La roca viva</w:t>
      </w:r>
      <w:r>
        <w:rPr/>
        <w:t xml:space="preserve"> </w:t>
      </w:r>
      <w:r>
        <w:rPr/>
        <w:t>amplificaba la resonancia como un pecho gigantesco. Allí prepararía sus</w:t>
      </w:r>
      <w:r>
        <w:rPr/>
        <w:t xml:space="preserve"> </w:t>
      </w:r>
      <w:r>
        <w:rPr/>
        <w:t>contramedidas.</w:t>
      </w:r>
    </w:p>
    <w:p>
      <w:pPr>
        <w:pStyle w:val="BodyText"/>
      </w:pPr>
      <w:r>
        <w:rPr/>
        <w:t>Si Finch quería guerra, la tendría.</w:t>
      </w:r>
    </w:p>
    <w:p>
      <w:pPr>
        <w:pStyle w:val="BodyText"/>
      </w:pPr>
      <w:r>
        <w:rPr/>
        <w:t>Pero no sería en un espacio que pudiera mapear con algoritmos o</w:t>
      </w:r>
      <w:r>
        <w:rPr/>
        <w:t xml:space="preserve"> </w:t>
      </w:r>
      <w:r>
        <w:rPr/>
        <w:t>satélites.</w:t>
      </w:r>
    </w:p>
    <w:p>
      <w:pPr>
        <w:pStyle w:val="BodyText"/>
      </w:pPr>
      <w:r>
        <w:rPr/>
        <w:t>Sería en el único tablero donde él no tenía ventaja:</w:t>
      </w:r>
    </w:p>
    <w:p>
      <w:pPr>
        <w:pStyle w:val="BodyText"/>
      </w:pPr>
      <w:r>
        <w:rPr/>
        <w:t>la música del silencio.</w:t>
      </w:r>
    </w:p>
    <w:p>
      <w:pPr>
        <w:pStyle w:val="BodyText"/>
      </w:pPr>
      <w:r>
        <w:rPr/>
        <w:t>El diálogo había comenzado.</w:t>
      </w:r>
    </w:p>
    <w:p>
      <w:pPr>
        <w:pStyle w:val="BodyText"/>
      </w:pPr>
      <w:r>
        <w:rPr/>
        <w:t>Y ahora respondía con su propia nota.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CAPÍTULO 36. LA JAULA DIGITAL</w:t>
      </w:r>
    </w:p>
    <w:p>
      <w:pPr/>
      <w:r>
        <w:rPr/>
        <w:t>«En el siglo XXI, el exilio más eficaz no es geográfico, sino digital.</w:t>
      </w:r>
    </w:p>
    <w:p>
      <w:pPr>
        <w:pStyle w:val="BodyText"/>
      </w:pPr>
      <w:r>
        <w:rPr/>
        <w:t>Borrar a una persona es tan simple como eliminar sus datos.»</w:t>
      </w:r>
    </w:p>
    <w:p>
      <w:pPr>
        <w:pStyle w:val="BodyText"/>
      </w:pPr>
      <w:r>
        <w:rPr/>
        <w:t>—Alistair Finch, registros internos del Proyecto Echo-Catcher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 se lavó la cara en el baño del aeropuerto. El agua estaba tan fría</w:t>
      </w:r>
      <w:r>
        <w:rPr/>
        <w:t xml:space="preserve"> </w:t>
      </w:r>
      <w:r>
        <w:rPr/>
        <w:t>que le dolió la cicatriz. Respiró.</w:t>
      </w:r>
    </w:p>
    <w:p>
      <w:pPr>
        <w:pStyle w:val="BodyText"/>
      </w:pPr>
      <w:r>
        <w:rPr/>
        <w:t>La huida de Vasco no perturbó a Alistair Finch. Al contrario: la</w:t>
      </w:r>
      <w:r>
        <w:rPr/>
        <w:t xml:space="preserve"> </w:t>
      </w:r>
      <w:r>
        <w:rPr/>
        <w:t>tranquilizó.</w:t>
      </w:r>
    </w:p>
    <w:p>
      <w:pPr>
        <w:pStyle w:val="BodyText"/>
      </w:pPr>
      <w:r>
        <w:rPr/>
        <w:t>Celebró el movimiento con la satisfacción fría de un científico cuya</w:t>
      </w:r>
      <w:r>
        <w:rPr/>
        <w:t xml:space="preserve"> </w:t>
      </w:r>
      <w:r>
        <w:rPr/>
        <w:t>hipótesis acaba de ser validada punto por punto. El informe de Sofia era</w:t>
      </w:r>
      <w:r>
        <w:rPr/>
        <w:t xml:space="preserve"> </w:t>
      </w:r>
      <w:r>
        <w:rPr/>
        <w:t>breve, clínico:</w:t>
      </w:r>
    </w:p>
    <w:p>
      <w:pPr>
        <w:pStyle w:val="BodyText"/>
      </w:pPr>
      <w:r>
        <w:rPr/>
        <w:t>«El objetivo recibió una comunicación externa de origen desconocido que</w:t>
      </w:r>
      <w:r>
        <w:rPr/>
        <w:t xml:space="preserve"> </w:t>
      </w:r>
      <w:r>
        <w:rPr/>
        <w:t>provocó reacción de miedo extremo y la terminación inmediata del</w:t>
      </w:r>
      <w:r>
        <w:rPr/>
        <w:t xml:space="preserve"> </w:t>
      </w:r>
      <w:r>
        <w:rPr/>
        <w:t>contacto.»</w:t>
      </w:r>
    </w:p>
    <w:p>
      <w:pPr>
        <w:pStyle w:val="BodyText"/>
      </w:pPr>
      <w:r>
        <w:rPr/>
        <w:t>Para él, ese dato, sumado al pulso electromagnético detectado desde la</w:t>
      </w:r>
      <w:r>
        <w:rPr/>
        <w:t xml:space="preserve"> </w:t>
      </w:r>
      <w:r>
        <w:rPr/>
        <w:t>región pirenaica, equivalía a una confesión firmada. Tenía prueba de un</w:t>
      </w:r>
      <w:r>
        <w:rPr/>
        <w:t xml:space="preserve"> </w:t>
      </w:r>
      <w:r>
        <w:rPr/>
        <w:t>canal activo entre el «Faro» y el «Receptor», y la evidencia de que ese</w:t>
      </w:r>
      <w:r>
        <w:rPr/>
        <w:t xml:space="preserve"> </w:t>
      </w:r>
      <w:r>
        <w:rPr/>
        <w:t>Faro seguía ejerciendo protección sobre Vasco.</w:t>
      </w:r>
    </w:p>
    <w:p>
      <w:pPr>
        <w:pStyle w:val="BodyText"/>
      </w:pPr>
      <w:r>
        <w:rPr/>
        <w:t>Ya conocía la palanca. Solo tenía que apretar.</w:t>
      </w:r>
    </w:p>
    <w:p>
      <w:pPr>
        <w:pStyle w:val="BodyText"/>
      </w:pPr>
      <w:r>
        <w:rPr/>
        <w:t>—La fase de seducción ha concluido con resultados satisfactorios</w:t>
      </w:r>
      <w:r>
        <w:rPr/>
        <w:t xml:space="preserve"> </w:t>
      </w:r>
      <w:r>
        <w:rPr/>
        <w:t>—anunció en el apartamento de operaciones de Lisboa.</w:t>
      </w:r>
    </w:p>
    <w:p>
      <w:pPr>
        <w:pStyle w:val="BodyText"/>
      </w:pPr>
      <w:r>
        <w:rPr/>
        <w:t>Su voz no subió de volumen, pero adquirió esa tonalidad acerada que su</w:t>
      </w:r>
      <w:r>
        <w:rPr/>
        <w:t xml:space="preserve"> </w:t>
      </w:r>
      <w:r>
        <w:rPr/>
        <w:t>equipo temía más que los gritos.</w:t>
      </w:r>
    </w:p>
    <w:p>
      <w:pPr>
        <w:pStyle w:val="BodyText"/>
      </w:pPr>
      <w:r>
        <w:rPr/>
        <w:t>—Hemos confirmado el vínculo emocional entre los objetivos y hemos</w:t>
      </w:r>
      <w:r>
        <w:rPr/>
        <w:t xml:space="preserve"> </w:t>
      </w:r>
      <w:r>
        <w:rPr/>
        <w:t>identificado la vulnerabilidad principal del sistema. Ahora iniciamos la</w:t>
      </w:r>
      <w:r>
        <w:rPr/>
        <w:t xml:space="preserve"> </w:t>
      </w:r>
      <w:r>
        <w:rPr/>
        <w:t>fase de coacción controlada.</w:t>
      </w:r>
    </w:p>
    <w:p>
      <w:pPr>
        <w:pStyle w:val="BodyText"/>
      </w:pPr>
      <w:r>
        <w:rPr/>
        <w:t>Ocho especialistas lo escuchaban en silencio: banca, reputación digital,</w:t>
      </w:r>
      <w:r>
        <w:rPr/>
        <w:t xml:space="preserve"> </w:t>
      </w:r>
      <w:r>
        <w:rPr/>
        <w:t>seguridad, psicología aplicada, infraestructuras de telecomunicaciones.</w:t>
      </w:r>
      <w:r>
        <w:rPr/>
        <w:t xml:space="preserve"> </w:t>
      </w:r>
      <w:r>
        <w:rPr/>
        <w:t>Ninguno necesitaba que detallara el protocolo; conocían la coreografía</w:t>
      </w:r>
      <w:r>
        <w:rPr/>
        <w:t xml:space="preserve"> </w:t>
      </w:r>
      <w:r>
        <w:rPr/>
        <w:t>de memoria.</w:t>
      </w:r>
    </w:p>
    <w:p>
      <w:pPr>
        <w:pStyle w:val="BodyText"/>
      </w:pPr>
      <w:r>
        <w:rPr/>
        <w:t>—El objetivo de esta fase no es dañar físicamente al doctor Neves</w:t>
      </w:r>
      <w:r>
        <w:rPr/>
        <w:t xml:space="preserve"> </w:t>
      </w:r>
      <w:r>
        <w:rPr/>
        <w:t>—precisó Finch—, sino aislarlo. Le retiraremos sus herramientas</w:t>
      </w:r>
      <w:r>
        <w:rPr/>
        <w:t xml:space="preserve"> </w:t>
      </w:r>
      <w:r>
        <w:rPr/>
        <w:t>digitales, sus conexiones sociales, su identidad profesional. Lo</w:t>
      </w:r>
      <w:r>
        <w:rPr/>
        <w:t xml:space="preserve"> </w:t>
      </w:r>
      <w:r>
        <w:rPr/>
        <w:t>convertiremos en un fantasma dentro de su propia vida. Un hombre</w:t>
      </w:r>
      <w:r>
        <w:rPr/>
        <w:t xml:space="preserve"> </w:t>
      </w:r>
      <w:r>
        <w:rPr/>
        <w:t>desesperado y sin red de apoyo buscará inevitablemente a la única</w:t>
      </w:r>
      <w:r>
        <w:rPr/>
        <w:t xml:space="preserve"> </w:t>
      </w:r>
      <w:r>
        <w:rPr/>
        <w:t>entidad que cree capaz de salvarlo.</w:t>
      </w:r>
    </w:p>
    <w:p>
      <w:pPr>
        <w:pStyle w:val="BodyText"/>
      </w:pPr>
      <w:r>
        <w:rPr/>
        <w:t>Hizo una pausa mínima.</w:t>
      </w:r>
    </w:p>
    <w:p>
      <w:pPr>
        <w:pStyle w:val="BodyText"/>
      </w:pPr>
      <w:r>
        <w:rPr/>
        <w:t>—Y cuando busque al Faro —concluyó—, el Faro brillará exactamente</w:t>
      </w:r>
      <w:r>
        <w:rPr/>
        <w:t xml:space="preserve"> </w:t>
      </w:r>
      <w:r>
        <w:rPr/>
        <w:t>donde nosotros queramos. Empecemos.</w:t>
      </w:r>
    </w:p>
    <w:p>
      <w:pPr>
        <w:pStyle w:val="BodyText"/>
      </w:pPr>
      <w:r>
        <w:rPr/>
        <w:t>Las órdenes se dispersaron por la sala como una descarga eléctrica. No</w:t>
      </w:r>
      <w:r>
        <w:rPr/>
        <w:t xml:space="preserve"> </w:t>
      </w:r>
      <w:r>
        <w:rPr/>
        <w:t>hubo dramatismos; solo dedos que empezaban a teclear, teléfonos que</w:t>
      </w:r>
      <w:r>
        <w:rPr/>
        <w:t xml:space="preserve"> </w:t>
      </w:r>
      <w:r>
        <w:rPr/>
        <w:t>marcaron números directos, protocolos que se ponían en marcha con</w:t>
      </w:r>
      <w:r>
        <w:rPr/>
        <w:t xml:space="preserve"> </w:t>
      </w:r>
      <w:r>
        <w:rPr/>
        <w:t>precisión de quirófano.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primer golpe fue silencioso.</w:t>
      </w:r>
    </w:p>
    <w:p>
      <w:pPr>
        <w:pStyle w:val="BodyText"/>
      </w:pPr>
      <w:r>
        <w:rPr/>
        <w:t>Un algoritmo de «detección de fraude» marcó la cuenta corriente de Vasco</w:t>
      </w:r>
      <w:r>
        <w:rPr/>
        <w:t xml:space="preserve"> </w:t>
      </w:r>
      <w:r>
        <w:rPr/>
        <w:t>como potencialmente comprometida. No era un ataque directo, sino una</w:t>
      </w:r>
      <w:r>
        <w:rPr/>
        <w:t xml:space="preserve"> </w:t>
      </w:r>
      <w:r>
        <w:rPr/>
        <w:t>ligera inclinación del tablero: un informe interno, una alerta técnica,</w:t>
      </w:r>
      <w:r>
        <w:rPr/>
        <w:t xml:space="preserve"> </w:t>
      </w:r>
      <w:r>
        <w:rPr/>
        <w:t>una recomendación automática de «revisión temporal». El resultado</w:t>
      </w:r>
      <w:r>
        <w:rPr/>
        <w:t xml:space="preserve"> </w:t>
      </w:r>
      <w:r>
        <w:rPr/>
        <w:t>práctico fue sencillo: retirada inmediata de todos sus medios de pago</w:t>
      </w:r>
      <w:r>
        <w:rPr/>
        <w:t xml:space="preserve"> </w:t>
      </w:r>
      <w:r>
        <w:rPr/>
        <w:t>digitales.</w:t>
      </w:r>
    </w:p>
    <w:p>
      <w:pPr>
        <w:pStyle w:val="BodyText"/>
      </w:pPr>
      <w:r>
        <w:rPr/>
        <w:t>El segundo golpe entró por la puerta de la reputación.</w:t>
      </w:r>
    </w:p>
    <w:p>
      <w:pPr>
        <w:pStyle w:val="BodyText"/>
      </w:pPr>
      <w:r>
        <w:rPr/>
        <w:t>Un correo anónimo, redactado en lenguaje aséptico, llegó a la oficina de</w:t>
      </w:r>
      <w:r>
        <w:rPr/>
        <w:t xml:space="preserve"> </w:t>
      </w:r>
      <w:r>
        <w:rPr/>
        <w:t>ética de la universidad. Planteaba dudas «razonables» sobre la</w:t>
      </w:r>
      <w:r>
        <w:rPr/>
        <w:t xml:space="preserve"> </w:t>
      </w:r>
      <w:r>
        <w:rPr/>
        <w:t>integridad de algunos datos preliminares en los trabajos de Vasco. No</w:t>
      </w:r>
      <w:r>
        <w:rPr/>
        <w:t xml:space="preserve"> </w:t>
      </w:r>
      <w:r>
        <w:rPr/>
        <w:t>acusaba; sugería «prudencia» antes de asociar el nombre del doctor Neves</w:t>
      </w:r>
      <w:r>
        <w:rPr/>
        <w:t xml:space="preserve"> </w:t>
      </w:r>
      <w:r>
        <w:rPr/>
        <w:t>a proyectos internacionales de alto perfil.</w:t>
      </w:r>
    </w:p>
    <w:p>
      <w:pPr>
        <w:pStyle w:val="BodyText"/>
      </w:pPr>
      <w:r>
        <w:rPr/>
        <w:t>El tercero se dirigió a su identidad pública.</w:t>
      </w:r>
    </w:p>
    <w:p>
      <w:pPr>
        <w:pStyle w:val="BodyText"/>
      </w:pPr>
      <w:r>
        <w:rPr/>
        <w:t>Perfiles profesionales, bases de datos de citas académicas, indexadores.</w:t>
      </w:r>
      <w:r>
        <w:rPr/>
        <w:t xml:space="preserve"> </w:t>
      </w:r>
      <w:r>
        <w:rPr/>
        <w:t>Un par de informes automatizados, unas pocas solicitudes de verificación</w:t>
      </w:r>
      <w:r>
        <w:rPr/>
        <w:t xml:space="preserve"> </w:t>
      </w:r>
      <w:r>
        <w:rPr/>
        <w:t>de credenciales, un «incidente técnico» en el servidor que alojaba su</w:t>
      </w:r>
      <w:r>
        <w:rPr/>
        <w:t xml:space="preserve"> </w:t>
      </w:r>
      <w:r>
        <w:rPr/>
        <w:t>página personal. Ningún ataque frontal. Solo pequeños desajustes que,</w:t>
      </w:r>
      <w:r>
        <w:rPr/>
        <w:t xml:space="preserve"> </w:t>
      </w:r>
      <w:r>
        <w:rPr/>
        <w:t>juntos, generaban un efecto devastador: durante unas horas, luego unos</w:t>
      </w:r>
      <w:r>
        <w:rPr/>
        <w:t xml:space="preserve"> </w:t>
      </w:r>
      <w:r>
        <w:rPr/>
        <w:t>días, el rastro digital de Vasco empezó a deshilacharse.</w:t>
      </w:r>
    </w:p>
    <w:p>
      <w:pPr>
        <w:pStyle w:val="BodyText"/>
      </w:pPr>
      <w:r>
        <w:rPr/>
        <w:t>En cuarenta y ocho horas, Vasco Neves dejó de existir como sujeto sólido</w:t>
      </w:r>
      <w:r>
        <w:rPr/>
        <w:t xml:space="preserve"> </w:t>
      </w:r>
      <w:r>
        <w:rPr/>
        <w:t>en el sistema.</w:t>
      </w:r>
    </w:p>
    <w:p>
      <w:pPr>
        <w:pStyle w:val="BodyText"/>
      </w:pPr>
      <w:r>
        <w:rPr/>
        <w:t>Pasó a ser un expediente en revisión. Un nombre con banderas rojas</w:t>
      </w:r>
      <w:r>
        <w:rPr/>
        <w:t xml:space="preserve"> </w:t>
      </w:r>
      <w:r>
        <w:rPr/>
        <w:t>adjuntas. Una advertencia silenciosa que nadie quería cerca de su propio</w:t>
      </w:r>
      <w:r>
        <w:rPr/>
        <w:t xml:space="preserve"> </w:t>
      </w:r>
      <w:r>
        <w:rPr/>
        <w:t>proyecto.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Desde su centro de mando, Finch observaba las gráficas como otros</w:t>
      </w:r>
      <w:r>
        <w:rPr/>
        <w:t xml:space="preserve"> </w:t>
      </w:r>
      <w:r>
        <w:rPr/>
        <w:t>observan un electrocardiograma.</w:t>
      </w:r>
    </w:p>
    <w:p>
      <w:pPr>
        <w:pStyle w:val="BodyText"/>
      </w:pPr>
      <w:r>
        <w:rPr/>
        <w:t>No veía a un ser humano, sino curvas de cortisol, patrones de sueño</w:t>
      </w:r>
      <w:r>
        <w:rPr/>
        <w:t xml:space="preserve"> </w:t>
      </w:r>
      <w:r>
        <w:rPr/>
        <w:t>fragmentado, geolocalizaciones que dibujaban círculos cada vez más</w:t>
      </w:r>
      <w:r>
        <w:rPr/>
        <w:t xml:space="preserve"> </w:t>
      </w:r>
      <w:r>
        <w:rPr/>
        <w:t>estrechos por la misma zona de Lisboa: el movimiento de un animal</w:t>
      </w:r>
      <w:r>
        <w:rPr/>
        <w:t xml:space="preserve"> </w:t>
      </w:r>
      <w:r>
        <w:rPr/>
        <w:t>acorralado girando sobre sí mismo.</w:t>
      </w:r>
    </w:p>
    <w:p>
      <w:pPr>
        <w:pStyle w:val="BodyText"/>
      </w:pPr>
      <w:r>
        <w:rPr/>
        <w:t>—Nivel de vulnerabilidad: óptimo —informó Sofia—. El sujeto duerme</w:t>
      </w:r>
      <w:r>
        <w:rPr/>
        <w:t xml:space="preserve"> </w:t>
      </w:r>
      <w:r>
        <w:rPr/>
        <w:t>menos de tres horas seguidas. Aumentan los microtemblores. Pulso elevado</w:t>
      </w:r>
      <w:r>
        <w:rPr/>
        <w:t xml:space="preserve"> </w:t>
      </w:r>
      <w:r>
        <w:rPr/>
        <w:t>incluso en reposo.</w:t>
      </w:r>
    </w:p>
    <w:p>
      <w:pPr>
        <w:pStyle w:val="BodyText"/>
      </w:pPr>
      <w:r>
        <w:rPr/>
        <w:t>Finch asintió, satisfecho.</w:t>
      </w:r>
    </w:p>
    <w:p>
      <w:pPr>
        <w:pStyle w:val="BodyText"/>
      </w:pPr>
      <w:r>
        <w:rPr/>
        <w:t>—Prosigamos. No queremos romperlo —dijo—. Solo doblarlo hasta que</w:t>
      </w:r>
      <w:r>
        <w:rPr/>
        <w:t xml:space="preserve"> </w:t>
      </w:r>
      <w:r>
        <w:rPr/>
        <w:t>mire en la dirección adecuada.</w:t>
      </w:r>
    </w:p>
    <w:p>
      <w:pPr>
        <w:pStyle w:val="BodyText"/>
      </w:pPr>
      <w:r>
        <w:rPr/>
        <w:t>Sus órdenes no necesitaban énfasis. Eran la gravedad del sistema</w:t>
      </w:r>
      <w:r>
        <w:rPr/>
        <w:t xml:space="preserve"> </w:t>
      </w:r>
      <w:r>
        <w:rPr/>
        <w:t>hablando a través de él.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San Juan de la Peña, Mar no sabía nada de todo esto.</w:t>
      </w:r>
    </w:p>
    <w:p>
      <w:pPr>
        <w:pStyle w:val="BodyText"/>
      </w:pPr>
      <w:r>
        <w:rPr/>
        <w:t>Sola en la sala abovedada que habían convertido en centro de</w:t>
      </w:r>
      <w:r>
        <w:rPr/>
        <w:t xml:space="preserve"> </w:t>
      </w:r>
      <w:r>
        <w:rPr/>
        <w:t>operaciones, se inclinaba sobre un mapa digital cubierto de puntos de</w:t>
      </w:r>
      <w:r>
        <w:rPr/>
        <w:t xml:space="preserve"> </w:t>
      </w:r>
      <w:r>
        <w:rPr/>
        <w:t>calor. El pulso del Eco le vibraba en la clavícula como un metrónomo</w:t>
      </w:r>
      <w:r>
        <w:rPr/>
        <w:t xml:space="preserve"> </w:t>
      </w:r>
      <w:r>
        <w:rPr/>
        <w:t>sensible a tormentas lejanas.</w:t>
      </w:r>
    </w:p>
    <w:p>
      <w:pPr>
        <w:pStyle w:val="BodyText"/>
      </w:pPr>
      <w:r>
        <w:rPr/>
        <w:t>—Lisboa ya no responde con la claridad de antes —murmuró.</w:t>
      </w:r>
    </w:p>
    <w:p>
      <w:pPr>
        <w:pStyle w:val="BodyText"/>
      </w:pPr>
      <w:r>
        <w:rPr/>
        <w:t>Los datos que Lena había robado hablaban de emisores sónicos, nodos de</w:t>
      </w:r>
      <w:r>
        <w:rPr/>
        <w:t xml:space="preserve"> </w:t>
      </w:r>
      <w:r>
        <w:rPr/>
        <w:t>vigilancia, furgonetas de control. Mar seguía leyendo esa amenaza en</w:t>
      </w:r>
      <w:r>
        <w:rPr/>
        <w:t xml:space="preserve"> </w:t>
      </w:r>
      <w:r>
        <w:rPr/>
        <w:t>términos físicos: antenas, dispositivos, salas de servidores.</w:t>
      </w:r>
    </w:p>
    <w:p>
      <w:pPr>
        <w:pStyle w:val="BodyText"/>
      </w:pPr>
      <w:r>
        <w:rPr/>
        <w:t>A miles de kilómetros, la jaula verdadera no tenía barrotes metálicos,</w:t>
      </w:r>
      <w:r>
        <w:rPr/>
        <w:t xml:space="preserve"> </w:t>
      </w:r>
      <w:r>
        <w:rPr/>
        <w:t>sino líneas de código.</w:t>
      </w:r>
    </w:p>
    <w:p>
      <w:pPr>
        <w:pStyle w:val="BodyText"/>
      </w:pPr>
      <w:r>
        <w:rPr/>
        <w:t>La ciudad que intentaba proteger era ya el escenario de una forma de</w:t>
      </w:r>
      <w:r>
        <w:rPr/>
        <w:t xml:space="preserve"> </w:t>
      </w:r>
      <w:r>
        <w:rPr/>
        <w:t>asedio para la que todavía no tenía palabras.</w:t>
      </w:r>
    </w:p>
    <w:p>
      <w:pPr>
        <w:pStyle w:val="BodyText"/>
      </w:pPr>
      <w:r>
        <w:rPr/>
        <w:t>Su mano trazó un círculo sobre el mapa, rodeando Lisboa.</w:t>
      </w:r>
    </w:p>
    <w:p>
      <w:pPr>
        <w:pStyle w:val="BodyText"/>
      </w:pPr>
      <w:r>
        <w:rPr/>
        <w:t>—Resiste —susurró, sin saber si le hablaba a Vasco, al océano o al</w:t>
      </w:r>
      <w:r>
        <w:rPr/>
        <w:t xml:space="preserve"> </w:t>
      </w:r>
      <w:r>
        <w:rPr/>
        <w:t>propio Eco—. Aún no he aprendido a llegar hasta ahí.</w:t>
      </w:r>
    </w:p>
    <w:p>
      <w:pPr>
        <w:pStyle w:val="BodyText"/>
      </w:pPr>
      <w:r>
        <w:rPr/>
        <w:t>La ironía era perfecta: mientras ella descendía hacia los estratos más</w:t>
      </w:r>
      <w:r>
        <w:rPr/>
        <w:t xml:space="preserve"> </w:t>
      </w:r>
      <w:r>
        <w:rPr/>
        <w:t>profundos de la resonancia, su aliado estaba siendo despojado, capa a</w:t>
      </w:r>
      <w:r>
        <w:rPr/>
        <w:t xml:space="preserve"> </w:t>
      </w:r>
      <w:r>
        <w:rPr/>
        <w:t>capa, del único lenguaje que el enemigo dominaba por completo: el</w:t>
      </w:r>
      <w:r>
        <w:rPr/>
        <w:t xml:space="preserve"> </w:t>
      </w:r>
      <w:r>
        <w:rPr/>
        <w:t>digital.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Lisboa, el mundo de Vasco se había reducido a un puñado de calles, un</w:t>
      </w:r>
      <w:r>
        <w:rPr/>
        <w:t xml:space="preserve"> </w:t>
      </w:r>
      <w:r>
        <w:rPr/>
        <w:t>hostal barato y una cartera que adelgazaba demasiado deprisa.</w:t>
      </w:r>
    </w:p>
    <w:p>
      <w:pPr>
        <w:pStyle w:val="BodyText"/>
      </w:pPr>
      <w:r>
        <w:rPr/>
        <w:t>La ciudad que había amado toda su vida —los tranvías chirriando, las</w:t>
      </w:r>
      <w:r>
        <w:rPr/>
        <w:t xml:space="preserve"> </w:t>
      </w:r>
      <w:r>
        <w:rPr/>
        <w:t>colinas, el Tajo brillando al atardecer— seguía comportándose como</w:t>
      </w:r>
      <w:r>
        <w:rPr/>
        <w:t xml:space="preserve"> </w:t>
      </w:r>
      <w:r>
        <w:rPr/>
        <w:t>siempre. Pero bajo esa apariencia, cada pantalla se había convertido en</w:t>
      </w:r>
      <w:r>
        <w:rPr/>
        <w:t xml:space="preserve"> </w:t>
      </w:r>
      <w:r>
        <w:rPr/>
        <w:t>un recordatorio de que había sido borrado del sistema que organizaba el</w:t>
      </w:r>
      <w:r>
        <w:rPr/>
        <w:t xml:space="preserve"> </w:t>
      </w:r>
      <w:r>
        <w:rPr/>
        <w:t>siglo XXI.</w:t>
      </w:r>
    </w:p>
    <w:p>
      <w:pPr>
        <w:pStyle w:val="BodyText"/>
      </w:pPr>
      <w:r>
        <w:rPr/>
        <w:t>Un turista recién llegado tenía más huellas que él.</w:t>
      </w:r>
    </w:p>
    <w:p>
      <w:pPr>
        <w:pStyle w:val="BodyText"/>
      </w:pPr>
      <w:r>
        <w:rPr/>
        <w:t>Intentó sacar dinero en un cajero. La máquina mostró un mensaje corto,</w:t>
      </w:r>
      <w:r>
        <w:rPr/>
        <w:t xml:space="preserve"> </w:t>
      </w:r>
      <w:r>
        <w:rPr/>
        <w:t>impersonal: OPERACIÓN RECHAZADA. CONTACTE CON SU ENTIDAD. Probó con otra</w:t>
      </w:r>
      <w:r>
        <w:rPr/>
        <w:t xml:space="preserve"> </w:t>
      </w:r>
      <w:r>
        <w:rPr/>
        <w:t>tarjeta. El mismo mensaje. En la sucursal, el empleado fue amable, pero</w:t>
      </w:r>
      <w:r>
        <w:rPr/>
        <w:t xml:space="preserve"> </w:t>
      </w:r>
      <w:r>
        <w:rPr/>
        <w:t>evasivo: «un bloqueo preventivo», «protocolos automáticos», «solo unos</w:t>
      </w:r>
      <w:r>
        <w:rPr/>
        <w:t xml:space="preserve"> </w:t>
      </w:r>
      <w:r>
        <w:rPr/>
        <w:t>días». Nadie firmaba la decisión. Nadie asumía la existencia del</w:t>
      </w:r>
      <w:r>
        <w:rPr/>
        <w:t xml:space="preserve"> </w:t>
      </w:r>
      <w:r>
        <w:rPr/>
        <w:t>castigo.</w:t>
      </w:r>
    </w:p>
    <w:p>
      <w:pPr>
        <w:pStyle w:val="BodyText"/>
      </w:pPr>
      <w:r>
        <w:rPr/>
        <w:t>Al regresar al hostal, comprobó el correo electrónico institucional.</w:t>
      </w:r>
      <w:r>
        <w:rPr/>
        <w:t xml:space="preserve"> </w:t>
      </w:r>
      <w:r>
        <w:rPr/>
        <w:t>Contraseña no reconocida. Solicitó un restablecimiento. El sistema</w:t>
      </w:r>
      <w:r>
        <w:rPr/>
        <w:t xml:space="preserve"> </w:t>
      </w:r>
      <w:r>
        <w:rPr/>
        <w:t>respondió que aquella cuenta no estaba asociada a ninguna dirección</w:t>
      </w:r>
      <w:r>
        <w:rPr/>
        <w:t xml:space="preserve"> </w:t>
      </w:r>
      <w:r>
        <w:rPr/>
        <w:t>válida.</w:t>
      </w:r>
    </w:p>
    <w:p>
      <w:pPr>
        <w:pStyle w:val="BodyText"/>
      </w:pPr>
      <w:r>
        <w:rPr/>
        <w:t>Buscó su nombre en un par de bases de datos académicas, casi por</w:t>
      </w:r>
      <w:r>
        <w:rPr/>
        <w:t xml:space="preserve"> </w:t>
      </w:r>
      <w:r>
        <w:rPr/>
        <w:t>reflejo. En una, aparecía con la etiqueta «profile under review». En</w:t>
      </w:r>
      <w:r>
        <w:rPr/>
        <w:t xml:space="preserve"> </w:t>
      </w:r>
      <w:r>
        <w:rPr/>
        <w:t>otra, su página personal devolvía un error de servidor.</w:t>
      </w:r>
    </w:p>
    <w:p>
      <w:pPr>
        <w:pStyle w:val="BodyText"/>
      </w:pPr>
      <w:r>
        <w:rPr/>
        <w:t>Escribió a un colega de confianza.</w:t>
      </w:r>
    </w:p>
    <w:p>
      <w:pPr>
        <w:pStyle w:val="BodyText"/>
      </w:pPr>
      <w:r>
        <w:rPr/>
        <w:t>«¿Sabes si está pasando algo raro con mis datos?»</w:t>
      </w:r>
    </w:p>
    <w:p>
      <w:pPr>
        <w:pStyle w:val="BodyText"/>
      </w:pPr>
      <w:r>
        <w:rPr/>
        <w:t>La respuesta llegó cuatro horas después, cortés y distante. Había</w:t>
      </w:r>
      <w:r>
        <w:rPr/>
        <w:t xml:space="preserve"> </w:t>
      </w:r>
      <w:r>
        <w:rPr/>
        <w:t>«comentarios» en el comité de ética. Se recomendaba prudencia. Tal vez</w:t>
      </w:r>
      <w:r>
        <w:rPr/>
        <w:t xml:space="preserve"> </w:t>
      </w:r>
      <w:r>
        <w:rPr/>
        <w:t>sería mejor que él mismo se apartara de los proyectos más visibles</w:t>
      </w:r>
      <w:r>
        <w:rPr/>
        <w:t xml:space="preserve"> </w:t>
      </w:r>
      <w:r>
        <w:rPr/>
        <w:t>«hasta que todo se aclarase».</w:t>
      </w:r>
    </w:p>
    <w:p>
      <w:pPr>
        <w:pStyle w:val="BodyText"/>
      </w:pPr>
      <w:r>
        <w:rPr/>
        <w:t>Los grupos de mensajería se quedaron en silencio. Nadie lo expulsó.</w:t>
      </w:r>
      <w:r>
        <w:rPr/>
        <w:t xml:space="preserve"> </w:t>
      </w:r>
      <w:r>
        <w:rPr/>
        <w:t>Nadie lo insultó. Simplemente, dejaron de existir para él. Mensajes que</w:t>
      </w:r>
      <w:r>
        <w:rPr/>
        <w:t xml:space="preserve"> </w:t>
      </w:r>
      <w:r>
        <w:rPr/>
        <w:t>ya no llegaban. Invitaciones que no se enviaban. Reuniones que se</w:t>
      </w:r>
      <w:r>
        <w:rPr/>
        <w:t xml:space="preserve"> </w:t>
      </w:r>
      <w:r>
        <w:rPr/>
        <w:t>programaban sin avisarle.</w:t>
      </w:r>
    </w:p>
    <w:p>
      <w:pPr>
        <w:pStyle w:val="BodyText"/>
      </w:pPr>
      <w:r>
        <w:rPr/>
        <w:t>Era una forma nueva de ostracismo: no te cerraban la puerta en la cara;</w:t>
      </w:r>
      <w:r>
        <w:rPr/>
        <w:t xml:space="preserve"> </w:t>
      </w:r>
      <w:r>
        <w:rPr/>
        <w:t>deslizaban la casa entera unos metros más allá, hasta dejarte hablando</w:t>
      </w:r>
      <w:r>
        <w:rPr/>
        <w:t xml:space="preserve"> </w:t>
      </w:r>
      <w:r>
        <w:rPr/>
        <w:t>solo.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esa jaula invisible, solo quedaba un gesto coherente: pedir ayuda a</w:t>
      </w:r>
      <w:r>
        <w:rPr/>
        <w:t xml:space="preserve"> </w:t>
      </w:r>
      <w:r>
        <w:rPr/>
        <w:t>la única inteligencia que parecía entender la naturaleza de la guerra.</w:t>
      </w:r>
    </w:p>
    <w:p>
      <w:pPr>
        <w:pStyle w:val="BodyText"/>
      </w:pPr>
      <w:r>
        <w:rPr/>
        <w:t>El problema era devastador en su simplicidad:</w:t>
      </w:r>
    </w:p>
    <w:p>
      <w:pPr>
        <w:pStyle w:val="BodyText"/>
      </w:pPr>
      <w:r>
        <w:rPr/>
        <w:t>¿Cómo se le habla a un oráculo cuando te han cortado la lengua digital?</w:t>
      </w:r>
    </w:p>
    <w:p>
      <w:pPr>
        <w:pStyle w:val="BodyText"/>
      </w:pPr>
      <w:r>
        <w:rPr/>
        <w:t>¿Cómo se grita a un Faro que escucha en frecuencias cuando te han</w:t>
      </w:r>
      <w:r>
        <w:rPr/>
        <w:t xml:space="preserve"> </w:t>
      </w:r>
      <w:r>
        <w:rPr/>
        <w:t>apagado todos los canales por los que los humanos se llaman unos a</w:t>
      </w:r>
      <w:r>
        <w:rPr/>
        <w:t xml:space="preserve"> </w:t>
      </w:r>
      <w:r>
        <w:rPr/>
        <w:t>otros?</w:t>
      </w:r>
    </w:p>
    <w:p>
      <w:pPr>
        <w:pStyle w:val="BodyText"/>
      </w:pPr>
      <w:r>
        <w:rPr/>
        <w:t>Vasco caminó por las mismas tres manzanas durante horas, intentando</w:t>
      </w:r>
      <w:r>
        <w:rPr/>
        <w:t xml:space="preserve"> </w:t>
      </w:r>
      <w:r>
        <w:rPr/>
        <w:t>imaginar un contacto que no usara ni teléfonos, ni correos, ni redes.</w:t>
      </w:r>
      <w:r>
        <w:rPr/>
        <w:t xml:space="preserve"> </w:t>
      </w:r>
      <w:r>
        <w:rPr/>
        <w:t>Sus pensamientos volvían una y otra vez al círculo de piedra junto al</w:t>
      </w:r>
      <w:r>
        <w:rPr/>
        <w:t xml:space="preserve"> </w:t>
      </w:r>
      <w:r>
        <w:rPr/>
        <w:t>río, a los símbolos que había dejado en Soria, a la piedra negra clavada</w:t>
      </w:r>
      <w:r>
        <w:rPr/>
        <w:t xml:space="preserve"> </w:t>
      </w:r>
      <w:r>
        <w:rPr/>
        <w:t>en el corazón de la espiral.</w:t>
      </w:r>
    </w:p>
    <w:p>
      <w:pPr>
        <w:pStyle w:val="BodyText"/>
      </w:pPr>
      <w:r>
        <w:rPr/>
        <w:t>Quizá la única forma de seguir hablando con el Faro era insistir en ese</w:t>
      </w:r>
      <w:r>
        <w:rPr/>
        <w:t xml:space="preserve"> </w:t>
      </w:r>
      <w:r>
        <w:rPr/>
        <w:t>idioma.</w:t>
      </w:r>
    </w:p>
    <w:p>
      <w:pPr>
        <w:pStyle w:val="BodyText"/>
      </w:pPr>
      <w:r>
        <w:rPr/>
        <w:t>Quizá tendría que abandonar por completo el lenguaje del siglo para</w:t>
      </w:r>
      <w:r>
        <w:rPr/>
        <w:t xml:space="preserve"> </w:t>
      </w:r>
      <w:r>
        <w:rPr/>
        <w:t>sobrevivir al siglo.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Finch lo sabía.</w:t>
      </w:r>
    </w:p>
    <w:p>
      <w:pPr>
        <w:pStyle w:val="BodyText"/>
      </w:pPr>
      <w:r>
        <w:rPr/>
        <w:t>Sabía que, llegado ese punto, el siguiente movimiento no lo darían sus</w:t>
      </w:r>
      <w:r>
        <w:rPr/>
        <w:t xml:space="preserve"> </w:t>
      </w:r>
      <w:r>
        <w:rPr/>
        <w:t>algoritmos, sino el propio Vasco. Un hombre vaciado siempre intenta</w:t>
      </w:r>
      <w:r>
        <w:rPr/>
        <w:t xml:space="preserve"> </w:t>
      </w:r>
      <w:r>
        <w:rPr/>
        <w:t>llenar el hueco. Un mapa borrado busca desesperadamente un nuevo punto</w:t>
      </w:r>
      <w:r>
        <w:rPr/>
        <w:t xml:space="preserve"> </w:t>
      </w:r>
      <w:r>
        <w:rPr/>
        <w:t>de referencia.</w:t>
      </w:r>
    </w:p>
    <w:p>
      <w:pPr>
        <w:pStyle w:val="BodyText"/>
      </w:pPr>
      <w:r>
        <w:rPr/>
        <w:t>Y el depredador espera.</w:t>
      </w:r>
    </w:p>
    <w:p>
      <w:pPr>
        <w:pStyle w:val="BodyText"/>
      </w:pPr>
      <w:r>
        <w:rPr/>
        <w:t>No necesitaba perseguir al pájaro cantor.</w:t>
      </w:r>
    </w:p>
    <w:p>
      <w:pPr>
        <w:pStyle w:val="BodyText"/>
      </w:pPr>
      <w:r>
        <w:rPr/>
        <w:t>Ya había envenenado el agua de la que bebía.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CAPÍTULO 37. LA CONVOCATORIA SILENCIOSA</w:t>
      </w:r>
    </w:p>
    <w:p>
      <w:pPr/>
      <w:r>
        <w:rPr/>
        <w:t>«Un custodio es un puente. Y cuando un lado del abismo está en llamas,</w:t>
      </w:r>
      <w:r>
        <w:rPr/>
        <w:t xml:space="preserve"> </w:t>
      </w:r>
      <w:r>
        <w:rPr/>
        <w:t>el puente debe recordar que sus cimientos están en ambas orillas.»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 sintió el ataque digital a Vasco como una lenta asfixia espiritual.</w:t>
      </w:r>
      <w:r>
        <w:rPr/>
        <w:t xml:space="preserve"> </w:t>
      </w:r>
      <w:r>
        <w:rPr/>
        <w:t>No era la disonancia aguda que había percibido antes, sino algo más</w:t>
      </w:r>
      <w:r>
        <w:rPr/>
        <w:t xml:space="preserve"> </w:t>
      </w:r>
      <w:r>
        <w:rPr/>
        <w:t>siniestro: la onda de la burocracia usada como arma, el zumbido de</w:t>
      </w:r>
      <w:r>
        <w:rPr/>
        <w:t xml:space="preserve"> </w:t>
      </w:r>
      <w:r>
        <w:rPr/>
        <w:t>servidores borrando una existencia, la vibración metálica de una jaula</w:t>
      </w:r>
      <w:r>
        <w:rPr/>
        <w:t xml:space="preserve"> </w:t>
      </w:r>
      <w:r>
        <w:rPr/>
        <w:t>digital cerrándose. Sintió la creciente desesperación de Vasco, su</w:t>
      </w:r>
      <w:r>
        <w:rPr/>
        <w:t xml:space="preserve"> </w:t>
      </w:r>
      <w:r>
        <w:rPr/>
        <w:t>aislamiento, su miedo transformándose en pánico puro.</w:t>
      </w:r>
    </w:p>
    <w:p>
      <w:pPr>
        <w:pStyle w:val="BodyText"/>
      </w:pPr>
      <w:r>
        <w:rPr/>
        <w:t>Al mismo tiempo, «leyó» el mensaje de su manuscrito de piedra: la brecha</w:t>
      </w:r>
      <w:r>
        <w:rPr/>
        <w:t xml:space="preserve"> </w:t>
      </w:r>
      <w:r>
        <w:rPr/>
        <w:t>en el círculo, la espina negra en el corazón. La señal era inequívoca:</w:t>
      </w:r>
      <w:r>
        <w:rPr/>
        <w:t xml:space="preserve"> </w:t>
      </w:r>
      <w:r>
        <w:rPr/>
        <w:t>Estoy en peligro. El enemigo está aquí.</w:t>
      </w:r>
    </w:p>
    <w:p>
      <w:pPr>
        <w:pStyle w:val="BodyText"/>
      </w:pPr>
      <w:r>
        <w:rPr/>
        <w:t>Su dilema alcanzó un punto de agonía insoportable. Finch había</w:t>
      </w:r>
      <w:r>
        <w:rPr/>
        <w:t xml:space="preserve"> </w:t>
      </w:r>
      <w:r>
        <w:rPr/>
        <w:t>convertido su fortaleza —su conexión empática con Vasco— en su mayor</w:t>
      </w:r>
      <w:r>
        <w:rPr/>
        <w:t xml:space="preserve"> </w:t>
      </w:r>
      <w:r>
        <w:rPr/>
        <w:t>vulnerabilidad estratégica. Cada pulso de pánico desde Lisboa la tentaba</w:t>
      </w:r>
      <w:r>
        <w:rPr/>
        <w:t xml:space="preserve"> </w:t>
      </w:r>
      <w:r>
        <w:rPr/>
        <w:t>a actuar, y cada acción potencial la expondría aún más a la red de</w:t>
      </w:r>
      <w:r>
        <w:rPr/>
        <w:t xml:space="preserve"> </w:t>
      </w:r>
      <w:r>
        <w:rPr/>
        <w:t>vigilancia de Chrysalis.</w:t>
      </w:r>
    </w:p>
    <w:p>
      <w:pPr>
        <w:pStyle w:val="BodyText"/>
      </w:pPr>
      <w:r>
        <w:rPr/>
        <w:t>Estaba paralizada, atrapada en su propio rol de observadora silenciosa,</w:t>
      </w:r>
      <w:r>
        <w:rPr/>
        <w:t xml:space="preserve"> </w:t>
      </w:r>
      <w:r>
        <w:rPr/>
        <w:t>obligada a ver cómo el lobo acosaba a la única otra oveja del rebaño sin</w:t>
      </w:r>
      <w:r>
        <w:rPr/>
        <w:t xml:space="preserve"> </w:t>
      </w:r>
      <w:r>
        <w:rPr/>
        <w:t>poder intervenir directamente.</w:t>
      </w:r>
    </w:p>
    <w:p>
      <w:pPr>
        <w:pStyle w:val="BodyText"/>
      </w:pPr>
      <w:r>
        <w:rPr/>
        <w:t>La frustración la arrancó de su quietud contemplativa. Se levantó y</w:t>
      </w:r>
      <w:r>
        <w:rPr/>
        <w:t xml:space="preserve"> </w:t>
      </w:r>
      <w:r>
        <w:rPr/>
        <w:t>caminó por el claustro de San Juan de la Peña como una fiera enjaulada,</w:t>
      </w:r>
      <w:r>
        <w:rPr/>
        <w:t xml:space="preserve"> </w:t>
      </w:r>
      <w:r>
        <w:rPr/>
        <w:t>sus pasos resonando en la piedra milenaria. Por primera vez desde que</w:t>
      </w:r>
      <w:r>
        <w:rPr/>
        <w:t xml:space="preserve"> </w:t>
      </w:r>
      <w:r>
        <w:rPr/>
        <w:t>había asumido el rol de custodia, se sentía por completo impotente. Los</w:t>
      </w:r>
      <w:r>
        <w:rPr/>
        <w:t xml:space="preserve"> </w:t>
      </w:r>
      <w:r>
        <w:rPr/>
        <w:t>custodios de su linaje habían enfrentado persecución, incomprensión,</w:t>
      </w:r>
      <w:r>
        <w:rPr/>
        <w:t xml:space="preserve"> </w:t>
      </w:r>
      <w:r>
        <w:rPr/>
        <w:t>incluso muerte, pero nunca esta forma particular de guerra psicológica</w:t>
      </w:r>
      <w:r>
        <w:rPr/>
        <w:t xml:space="preserve"> </w:t>
      </w:r>
      <w:r>
        <w:rPr/>
        <w:t>distribuida.</w:t>
      </w:r>
    </w:p>
    <w:p>
      <w:pPr>
        <w:pStyle w:val="BodyText"/>
      </w:pPr>
      <w:r>
        <w:rPr/>
        <w:t>Se sentó con el «Libro de los Ecos», buscando respuestas en sus propias</w:t>
      </w:r>
      <w:r>
        <w:rPr/>
        <w:t xml:space="preserve"> </w:t>
      </w:r>
      <w:r>
        <w:rPr/>
        <w:t>palabras escritas en momentos de mayor claridad. Se detuvo en una frase</w:t>
      </w:r>
      <w:r>
        <w:rPr/>
        <w:t xml:space="preserve"> </w:t>
      </w:r>
      <w:r>
        <w:rPr/>
        <w:t>que había anotado semanas antes: «El Eco no es una fuerza para actuar</w:t>
      </w:r>
      <w:r>
        <w:rPr/>
        <w:t xml:space="preserve"> </w:t>
      </w:r>
      <w:r>
        <w:rPr/>
        <w:t>sobre el mundo, sino para entender su tejido.»</w:t>
      </w:r>
    </w:p>
    <w:p>
      <w:pPr>
        <w:pStyle w:val="BodyText"/>
      </w:pPr>
      <w:r>
        <w:rPr/>
        <w:t>¿Y si se había equivocado fundamentalmente? ¿Y si entender no era</w:t>
      </w:r>
      <w:r>
        <w:rPr/>
        <w:t xml:space="preserve"> </w:t>
      </w:r>
      <w:r>
        <w:rPr/>
        <w:t>suficiente? ¿Qué sentido tenía leer la partitura del universo si no</w:t>
      </w:r>
      <w:r>
        <w:rPr/>
        <w:t xml:space="preserve"> </w:t>
      </w:r>
      <w:r>
        <w:rPr/>
        <w:t>podías cambiar una sola nota para evitar una catástrofe?</w:t>
      </w:r>
    </w:p>
    <w:p>
      <w:pPr>
        <w:pStyle w:val="BodyText"/>
      </w:pPr>
      <w:r>
        <w:rPr/>
        <w:t>Fue entonces cuando un recuerdo acudió a ella, no de su linaje</w:t>
      </w:r>
      <w:r>
        <w:rPr/>
        <w:t xml:space="preserve"> </w:t>
      </w:r>
      <w:r>
        <w:rPr/>
        <w:t>ancestral, sino de su propia vida en Berlín. Recordó una noche en la que</w:t>
      </w:r>
      <w:r>
        <w:rPr/>
        <w:t xml:space="preserve"> </w:t>
      </w:r>
      <w:r>
        <w:rPr/>
        <w:t>Lena, frustrada con un sintetizador que se había averiado, había dicho:</w:t>
      </w:r>
      <w:r>
        <w:rPr/>
        <w:t xml:space="preserve"> </w:t>
      </w:r>
      <w:r>
        <w:rPr/>
        <w:t>«Esta máquina es un sistema cerrado. No puedo arreglarla desde dentro.</w:t>
      </w:r>
      <w:r>
        <w:rPr/>
        <w:t xml:space="preserve"> </w:t>
      </w:r>
      <w:r>
        <w:rPr/>
        <w:t>Necesito una señal de control externa para resetearla.»</w:t>
      </w:r>
    </w:p>
    <w:p>
      <w:pPr>
        <w:pStyle w:val="BodyText"/>
      </w:pPr>
      <w:r>
        <w:rPr/>
        <w:t>Una señal de control externa. La frase resonó en la mente de Mar con la</w:t>
      </w:r>
      <w:r>
        <w:rPr/>
        <w:t xml:space="preserve"> </w:t>
      </w:r>
      <w:r>
        <w:rPr/>
        <w:t>fuerza de una revelación. Ella era un sistema cerrado en su conexión con</w:t>
      </w:r>
      <w:r>
        <w:rPr/>
        <w:t xml:space="preserve"> </w:t>
      </w:r>
      <w:r>
        <w:rPr/>
        <w:t>Vasco, con el Eco, con la montaña. Pero el enemigo jugaba en otro</w:t>
      </w:r>
      <w:r>
        <w:rPr/>
        <w:t xml:space="preserve"> </w:t>
      </w:r>
      <w:r>
        <w:rPr/>
        <w:t>tablero por completo diferente: el de la tecnología, las finanzas, el</w:t>
      </w:r>
      <w:r>
        <w:rPr/>
        <w:t xml:space="preserve"> </w:t>
      </w:r>
      <w:r>
        <w:rPr/>
        <w:t>mundo tangible y digital.</w:t>
      </w:r>
    </w:p>
    <w:p>
      <w:pPr>
        <w:pStyle w:val="BodyText"/>
      </w:pPr>
      <w:r>
        <w:rPr/>
        <w:t>No podía luchar en ese tablero de forma directa. Pero conocía a gente</w:t>
      </w:r>
      <w:r>
        <w:rPr/>
        <w:t xml:space="preserve"> </w:t>
      </w:r>
      <w:r>
        <w:rPr/>
        <w:t>que sí podía: personas que entendían vibraciones tan bien como ella,</w:t>
      </w:r>
      <w:r>
        <w:rPr/>
        <w:t xml:space="preserve"> </w:t>
      </w:r>
      <w:r>
        <w:rPr/>
        <w:t>pero las que se transmitían por cables de fibra óptica y ondas de radio.</w:t>
      </w:r>
      <w:r>
        <w:rPr/>
        <w:t xml:space="preserve"> </w:t>
      </w:r>
      <w:r>
        <w:rPr/>
        <w:t>Su «anclaje en el otro mundo»: Lena y Markus.</w:t>
      </w:r>
    </w:p>
    <w:p>
      <w:pPr>
        <w:pStyle w:val="BodyText"/>
      </w:pPr>
      <w:r>
        <w:rPr/>
        <w:t>Pero ¿cómo contactarlos? Estaba totalmente fuera de la red digital.</w:t>
      </w:r>
      <w:r>
        <w:rPr/>
        <w:t xml:space="preserve"> </w:t>
      </w:r>
      <w:r>
        <w:rPr/>
        <w:t>Cualquier llamada, cualquier correo, sería detectado de inmediato por</w:t>
      </w:r>
      <w:r>
        <w:rPr/>
        <w:t xml:space="preserve"> </w:t>
      </w:r>
      <w:r>
        <w:rPr/>
        <w:t>los sistemas de Chrysalis. El riesgo era demasiado alto.</w:t>
      </w:r>
    </w:p>
    <w:p>
      <w:pPr>
        <w:pStyle w:val="BodyText"/>
      </w:pPr>
      <w:r>
        <w:rPr/>
        <w:t>Tenía que usar su propio idioma. Tenía que confiar en que, después de</w:t>
      </w:r>
      <w:r>
        <w:rPr/>
        <w:t xml:space="preserve"> </w:t>
      </w:r>
      <w:r>
        <w:rPr/>
        <w:t>todos estos años, ellos aún recordaran la melodía.</w:t>
      </w:r>
    </w:p>
    <w:p>
      <w:pPr>
        <w:pStyle w:val="BodyText"/>
      </w:pPr>
      <w:r>
        <w:rPr/>
        <w:t>Se adentró en la cripta más profunda del monasterio, la cámara natural</w:t>
      </w:r>
      <w:r>
        <w:rPr/>
        <w:t xml:space="preserve"> </w:t>
      </w:r>
      <w:r>
        <w:rPr/>
        <w:t>donde la resonancia era perfecta. Se sentó en el suelo de piedra fría,</w:t>
      </w:r>
      <w:r>
        <w:rPr/>
        <w:t xml:space="preserve"> </w:t>
      </w:r>
      <w:r>
        <w:rPr/>
        <w:t>en la oscuridad y la quietud absolutos. Cerró los ojos y buscó en su</w:t>
      </w:r>
      <w:r>
        <w:rPr/>
        <w:t xml:space="preserve"> </w:t>
      </w:r>
      <w:r>
        <w:rPr/>
        <w:t>memoria no una emoción, sino una firma sónica específica y compartida.</w:t>
      </w:r>
    </w:p>
    <w:p>
      <w:pPr>
        <w:pStyle w:val="BodyText"/>
      </w:pPr>
      <w:r>
        <w:rPr/>
        <w:t>Encontró una: un acorde menor con una séptima aumentada, un acorde</w:t>
      </w:r>
      <w:r>
        <w:rPr/>
        <w:t xml:space="preserve"> </w:t>
      </w:r>
      <w:r>
        <w:rPr/>
        <w:t>extraño y melancólico que ILIBERIS había creado una noche en su Roland</w:t>
      </w:r>
      <w:r>
        <w:rPr/>
        <w:t xml:space="preserve"> </w:t>
      </w:r>
      <w:r>
        <w:rPr/>
        <w:t>Juno-106. Lena había estado allí, ajustando un oscilador. Markus había</w:t>
      </w:r>
      <w:r>
        <w:rPr/>
        <w:t xml:space="preserve"> </w:t>
      </w:r>
      <w:r>
        <w:rPr/>
        <w:t>estado en la mesa de mezclas, grabando. Los tres lo habían sentido como</w:t>
      </w:r>
      <w:r>
        <w:rPr/>
        <w:t xml:space="preserve"> </w:t>
      </w:r>
      <w:r>
        <w:rPr/>
        <w:t>un momento de una belleza extraña y perfecta. Era un secreto musical que</w:t>
      </w:r>
      <w:r>
        <w:rPr/>
        <w:t xml:space="preserve"> </w:t>
      </w:r>
      <w:r>
        <w:rPr/>
        <w:t>solo ellos tres compartían.</w:t>
      </w:r>
    </w:p>
    <w:p>
      <w:pPr>
        <w:pStyle w:val="BodyText"/>
      </w:pPr>
      <w:r>
        <w:rPr/>
        <w:t>Mar concentró toda su voluntad, toda su intención, no en la emoción del</w:t>
      </w:r>
      <w:r>
        <w:rPr/>
        <w:t xml:space="preserve"> </w:t>
      </w:r>
      <w:r>
        <w:rPr/>
        <w:t>recuerdo, sino en la estructura matemática precisa de ese acorde. Las</w:t>
      </w:r>
      <w:r>
        <w:rPr/>
        <w:t xml:space="preserve"> </w:t>
      </w:r>
      <w:r>
        <w:rPr/>
        <w:t>frecuencias exactas, los intervalos, el timbre característico del</w:t>
      </w:r>
      <w:r>
        <w:rPr/>
        <w:t xml:space="preserve"> </w:t>
      </w:r>
      <w:r>
        <w:rPr/>
        <w:t>sintetizador. Y entonces, lo proyectó como un susurro en el tejido</w:t>
      </w:r>
      <w:r>
        <w:rPr/>
        <w:t xml:space="preserve"> </w:t>
      </w:r>
      <w:r>
        <w:rPr/>
        <w:t>subcuántico del universo, una «convocatoria silenciosa» dirigida a las</w:t>
      </w:r>
      <w:r>
        <w:rPr/>
        <w:t xml:space="preserve"> </w:t>
      </w:r>
      <w:r>
        <w:rPr/>
        <w:t>únicas dos almas en el planeta que estaban afinadas para recibirla.</w:t>
      </w:r>
    </w:p>
    <w:p>
      <w:pPr>
        <w:pStyle w:val="BodyText"/>
      </w:pPr>
      <w:r>
        <w:rPr/>
        <w:t>No sabía si funcionaría —nunca lo había intentado a tanta distancia,</w:t>
      </w:r>
      <w:r>
        <w:rPr/>
        <w:t xml:space="preserve"> </w:t>
      </w:r>
      <w:r>
        <w:rPr/>
        <w:t>con información tan específica—, pero no tenía otra opción. Era como</w:t>
      </w:r>
      <w:r>
        <w:rPr/>
        <w:t xml:space="preserve"> </w:t>
      </w:r>
      <w:r>
        <w:rPr/>
        <w:t>arrojar una botella con un mensaje muy específico a un océano de siete</w:t>
      </w:r>
      <w:r>
        <w:rPr/>
        <w:t xml:space="preserve"> </w:t>
      </w:r>
      <w:r>
        <w:rPr/>
        <w:t>mil millones de personas, esperando que llegara a las dos únicas que</w:t>
      </w:r>
      <w:r>
        <w:rPr/>
        <w:t xml:space="preserve"> </w:t>
      </w:r>
      <w:r>
        <w:rPr/>
        <w:t>sabían leer su contenido. Era su única esperanza.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Miles de kilómetros al norte, en un ático de Berlín lleno de cables y</w:t>
      </w:r>
      <w:r>
        <w:rPr/>
        <w:t xml:space="preserve"> </w:t>
      </w:r>
      <w:r>
        <w:rPr/>
        <w:t>polvo de circuitos, Lena estaba ajustando un filtro en su propio</w:t>
      </w:r>
      <w:r>
        <w:rPr/>
        <w:t xml:space="preserve"> </w:t>
      </w:r>
      <w:r>
        <w:rPr/>
        <w:t>sintetizador Moog cuando la sensación la golpeó como un relámpago de</w:t>
      </w:r>
      <w:r>
        <w:rPr/>
        <w:t xml:space="preserve"> </w:t>
      </w:r>
      <w:r>
        <w:rPr/>
        <w:t>nostalgia pura.</w:t>
      </w:r>
    </w:p>
    <w:p>
      <w:pPr>
        <w:pStyle w:val="BodyText"/>
      </w:pPr>
      <w:r>
        <w:rPr/>
        <w:t>No fue un sonido que entrara por sus oídos. Fue un fantasma directo en</w:t>
      </w:r>
      <w:r>
        <w:rPr/>
        <w:t xml:space="preserve"> </w:t>
      </w:r>
      <w:r>
        <w:rPr/>
        <w:t>su cabeza: el acorde menor con séptima aumentada. Sintió el olor a ozono</w:t>
      </w:r>
      <w:r>
        <w:rPr/>
        <w:t xml:space="preserve"> </w:t>
      </w:r>
      <w:r>
        <w:rPr/>
        <w:t>del estudio de ILIBERIS, vio la luz tenue de la lámpara de lava, escuchó</w:t>
      </w:r>
      <w:r>
        <w:rPr/>
        <w:t xml:space="preserve"> </w:t>
      </w:r>
      <w:r>
        <w:rPr/>
        <w:t>la risa ahogada de Markus en el fondo.</w:t>
      </w:r>
    </w:p>
    <w:p>
      <w:pPr>
        <w:pStyle w:val="BodyText"/>
      </w:pPr>
      <w:r>
        <w:rPr/>
        <w:t>Pero el recuerdo fue más que nostálgico. Fue una punzada física, una</w:t>
      </w:r>
      <w:r>
        <w:rPr/>
        <w:t xml:space="preserve"> </w:t>
      </w:r>
      <w:r>
        <w:rPr/>
        <w:t>llamada, una orden urgente cargada de intensidad presente. No era un</w:t>
      </w:r>
      <w:r>
        <w:rPr/>
        <w:t xml:space="preserve"> </w:t>
      </w:r>
      <w:r>
        <w:rPr/>
        <w:t>recuerdo pasivo flotando a la superficie. Era una invocación activa.</w:t>
      </w:r>
    </w:p>
    <w:p>
      <w:pPr>
        <w:pStyle w:val="BodyText"/>
      </w:pPr>
      <w:r>
        <w:rPr/>
        <w:t>«Mar», susurró al aire polvoriento de su ático.</w:t>
      </w:r>
    </w:p>
    <w:p>
      <w:pPr>
        <w:pStyle w:val="BodyText"/>
      </w:pPr>
      <w:r>
        <w:rPr/>
        <w:t>Sin dudarlo un segundo, cogió su teléfono encriptado y marcó el único</w:t>
      </w:r>
      <w:r>
        <w:rPr/>
        <w:t xml:space="preserve"> </w:t>
      </w:r>
      <w:r>
        <w:rPr/>
        <w:t>número que sabía de memoria.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Markus estaba en su estudio, masterizando la pista de una joven banda</w:t>
      </w:r>
      <w:r>
        <w:rPr/>
        <w:t xml:space="preserve"> </w:t>
      </w:r>
      <w:r>
        <w:rPr/>
        <w:t>indie, cuando el acorde fantasma floreció en su mente con una claridad</w:t>
      </w:r>
      <w:r>
        <w:rPr/>
        <w:t xml:space="preserve"> </w:t>
      </w:r>
      <w:r>
        <w:rPr/>
        <w:t>que lo hizo detener el trabajo. Fue tan vívido que giró la cabeza,</w:t>
      </w:r>
      <w:r>
        <w:rPr/>
        <w:t xml:space="preserve"> </w:t>
      </w:r>
      <w:r>
        <w:rPr/>
        <w:t>esperando ver a ILIBERIS inclinado sobre el Juno-106. Sintió el peso</w:t>
      </w:r>
      <w:r>
        <w:rPr/>
        <w:t xml:space="preserve"> </w:t>
      </w:r>
      <w:r>
        <w:rPr/>
        <w:t>emocional de esa noche perdida, la belleza y la tristeza de lo que</w:t>
      </w:r>
      <w:r>
        <w:rPr/>
        <w:t xml:space="preserve"> </w:t>
      </w:r>
      <w:r>
        <w:rPr/>
        <w:t>habían creado juntos.</w:t>
      </w:r>
    </w:p>
    <w:p>
      <w:pPr>
        <w:pStyle w:val="BodyText"/>
      </w:pPr>
      <w:r>
        <w:rPr/>
        <w:t>Su teléfono sonó en ese preciso instante. Vio el nombre de Lena en la</w:t>
      </w:r>
      <w:r>
        <w:rPr/>
        <w:t xml:space="preserve"> </w:t>
      </w:r>
      <w:r>
        <w:rPr/>
        <w:t>pantalla.</w:t>
      </w:r>
    </w:p>
    <w:p>
      <w:pPr>
        <w:pStyle w:val="BodyText"/>
      </w:pPr>
      <w:r>
        <w:rPr/>
        <w:t>—Ha llamado —dijo la voz de Lena sin preámbulos.</w:t>
      </w:r>
    </w:p>
    <w:p>
      <w:pPr>
        <w:pStyle w:val="BodyText"/>
      </w:pPr>
      <w:r>
        <w:rPr/>
        <w:t>—Lo he sentido —respondió Markus, su propia voz ronca por la emoción</w:t>
      </w:r>
      <w:r>
        <w:rPr/>
        <w:t xml:space="preserve"> </w:t>
      </w:r>
      <w:r>
        <w:rPr/>
        <w:t>súbita.</w:t>
      </w:r>
    </w:p>
    <w:p>
      <w:pPr>
        <w:pStyle w:val="BodyText"/>
      </w:pPr>
      <w:r>
        <w:rPr/>
        <w:t>—¿Qué hacemos?</w:t>
      </w:r>
    </w:p>
    <w:p>
      <w:pPr>
        <w:pStyle w:val="BodyText"/>
      </w:pPr>
      <w:r>
        <w:rPr/>
        <w:t>—Nos reunimos. Ahora.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Se encontraron una hora más tarde en el bar anónimo cerca del canal, el</w:t>
      </w:r>
      <w:r>
        <w:rPr/>
        <w:t xml:space="preserve"> </w:t>
      </w:r>
      <w:r>
        <w:rPr/>
        <w:t>mismo donde solían ir después de las largas noches de estudio. El tiempo</w:t>
      </w:r>
      <w:r>
        <w:rPr/>
        <w:t xml:space="preserve"> </w:t>
      </w:r>
      <w:r>
        <w:rPr/>
        <w:t>parecía no haber pasado. Lena, con su energía nerviosa y su mirada</w:t>
      </w:r>
      <w:r>
        <w:rPr/>
        <w:t xml:space="preserve"> </w:t>
      </w:r>
      <w:r>
        <w:rPr/>
        <w:t>afilada, vestía una chaqueta militar cubierta de parches de</w:t>
      </w:r>
      <w:r>
        <w:rPr/>
        <w:t xml:space="preserve"> </w:t>
      </w:r>
      <w:r>
        <w:rPr/>
        <w:t>sintetizadores vintage. Markus, con su calma melancólica y su barba</w:t>
      </w:r>
      <w:r>
        <w:rPr/>
        <w:t xml:space="preserve"> </w:t>
      </w:r>
      <w:r>
        <w:rPr/>
        <w:t>descuidada, traía el mismo maletín de cuero que había usado para</w:t>
      </w:r>
      <w:r>
        <w:rPr/>
        <w:t xml:space="preserve"> </w:t>
      </w:r>
      <w:r>
        <w:rPr/>
        <w:t>transportar cintas DAT hacía veinte años.</w:t>
      </w:r>
    </w:p>
    <w:p>
      <w:pPr>
        <w:pStyle w:val="BodyText"/>
      </w:pPr>
      <w:r>
        <w:rPr/>
        <w:t>—Está en problemas serios —dijo Lena, yendo de forma directa al</w:t>
      </w:r>
      <w:r>
        <w:rPr/>
        <w:t xml:space="preserve"> </w:t>
      </w:r>
      <w:r>
        <w:rPr/>
        <w:t>grano—. Y el chico portugués, Vasco, es el centro de todo. He estado</w:t>
      </w:r>
      <w:r>
        <w:rPr/>
        <w:t xml:space="preserve"> </w:t>
      </w:r>
      <w:r>
        <w:rPr/>
        <w:t>investigando. Una corporación llamada Chrysalis lo está acosando con</w:t>
      </w:r>
      <w:r>
        <w:rPr/>
        <w:t xml:space="preserve"> </w:t>
      </w:r>
      <w:r>
        <w:rPr/>
        <w:t>métodos que van mucho más allá de la presión comercial normal.</w:t>
      </w:r>
    </w:p>
    <w:p>
      <w:pPr>
        <w:pStyle w:val="BodyText"/>
      </w:pPr>
      <w:r>
        <w:rPr/>
        <w:t>—¿Chrysalis? —Markus frunció el ceño, una expresión de</w:t>
      </w:r>
      <w:r>
        <w:rPr/>
        <w:t xml:space="preserve"> </w:t>
      </w:r>
      <w:r>
        <w:rPr/>
        <w:t>reconocimiento preocupado cruzando su rostro—. Mi contacto en</w:t>
      </w:r>
      <w:r>
        <w:rPr/>
        <w:t xml:space="preserve"> </w:t>
      </w:r>
      <w:r>
        <w:rPr/>
        <w:t>seguridad corporativa me advirtió sobre ellos hace semanas. Están</w:t>
      </w:r>
      <w:r>
        <w:rPr/>
        <w:t xml:space="preserve"> </w:t>
      </w:r>
      <w:r>
        <w:rPr/>
        <w:t>comprando expertos en acústica como si se prepararan para una guerra.</w:t>
      </w:r>
    </w:p>
    <w:p>
      <w:pPr>
        <w:pStyle w:val="BodyText"/>
      </w:pPr>
      <w:r>
        <w:rPr/>
        <w:t>—Mar nos ha llamado usando la vieja señal —continuó Lena—. Eso</w:t>
      </w:r>
      <w:r>
        <w:rPr/>
        <w:t xml:space="preserve"> </w:t>
      </w:r>
      <w:r>
        <w:rPr/>
        <w:t>significa que no puede actuar sola. La situación ha escalado más allá de</w:t>
      </w:r>
      <w:r>
        <w:rPr/>
        <w:t xml:space="preserve"> </w:t>
      </w:r>
      <w:r>
        <w:rPr/>
        <w:t>sus capacidades individuales. Nos necesita.</w:t>
      </w:r>
    </w:p>
    <w:p>
      <w:pPr>
        <w:pStyle w:val="BodyText"/>
      </w:pPr>
      <w:r>
        <w:rPr/>
        <w:t>—Pero no sabemos dónde está —objetó Markus.</w:t>
      </w:r>
    </w:p>
    <w:p>
      <w:pPr>
        <w:pStyle w:val="BodyText"/>
      </w:pPr>
      <w:r>
        <w:rPr/>
        <w:t>—No —respondió Lena, una sonrisa tensa pero determinada apareciendo</w:t>
      </w:r>
      <w:r>
        <w:rPr/>
        <w:t xml:space="preserve"> </w:t>
      </w:r>
      <w:r>
        <w:rPr/>
        <w:t>en su rostro—. Pero sabemos dónde está el problema inmediato. Sabemos</w:t>
      </w:r>
      <w:r>
        <w:rPr/>
        <w:t xml:space="preserve"> </w:t>
      </w:r>
      <w:r>
        <w:rPr/>
        <w:t>dónde está Vasco. Y sabemos dónde empezó a sonar la canción de nuevo.</w:t>
      </w:r>
    </w:p>
    <w:p>
      <w:pPr>
        <w:pStyle w:val="BodyText"/>
      </w:pPr>
      <w:r>
        <w:rPr/>
        <w:t>Hizo una pausa, sus ojos encontrándose con los de Markus, sellando un</w:t>
      </w:r>
      <w:r>
        <w:rPr/>
        <w:t xml:space="preserve"> </w:t>
      </w:r>
      <w:r>
        <w:rPr/>
        <w:t>pacto silencioso.</w:t>
      </w:r>
    </w:p>
    <w:p>
      <w:pPr>
        <w:pStyle w:val="BodyText"/>
      </w:pPr>
      <w:r>
        <w:rPr/>
        <w:t>Markus vaciló apenas un segundo.</w:t>
      </w:r>
    </w:p>
    <w:p>
      <w:pPr>
        <w:pStyle w:val="BodyText"/>
      </w:pPr>
      <w:r>
        <w:rPr/>
        <w:t>—Si Chrysalis está tan involucrado como dices, podrían estar</w:t>
      </w:r>
      <w:r>
        <w:rPr/>
        <w:t xml:space="preserve"> </w:t>
      </w:r>
      <w:r>
        <w:rPr/>
        <w:t>vigilando. Podríamos estar metiéndonos en una ratonera.</w:t>
      </w:r>
    </w:p>
    <w:p>
      <w:pPr>
        <w:pStyle w:val="BodyText"/>
      </w:pPr>
      <w:r>
        <w:rPr/>
        <w:t>—Por eso mismo —respondió Lena, sus ojos brillando con la</w:t>
      </w:r>
      <w:r>
        <w:rPr/>
        <w:t xml:space="preserve"> </w:t>
      </w:r>
      <w:r>
        <w:rPr/>
        <w:t>determinación que Markus recordaba de las viejas noches en el estudio,</w:t>
      </w:r>
      <w:r>
        <w:rPr/>
        <w:t xml:space="preserve"> </w:t>
      </w:r>
      <w:r>
        <w:rPr/>
        <w:t>cuando ningún problema técnico era suficiente para detenerlos—. Porque</w:t>
      </w:r>
      <w:r>
        <w:rPr/>
        <w:t xml:space="preserve"> </w:t>
      </w:r>
      <w:r>
        <w:rPr/>
        <w:t>si no vamos nosotros, nadie más lo hará. Mar no convoca fantasmas por</w:t>
      </w:r>
      <w:r>
        <w:rPr/>
        <w:t xml:space="preserve"> </w:t>
      </w:r>
      <w:r>
        <w:rPr/>
        <w:t>capricho.</w:t>
      </w:r>
    </w:p>
    <w:p>
      <w:pPr>
        <w:pStyle w:val="BodyText"/>
      </w:pPr>
      <w:r>
        <w:rPr/>
        <w:t>Markus asintió. No hacían falta más palabras. Dejó dinero sobre la mesa</w:t>
      </w:r>
      <w:r>
        <w:rPr/>
        <w:t xml:space="preserve"> </w:t>
      </w:r>
      <w:r>
        <w:rPr/>
        <w:t>y ambos se levantaron al unísono, con la sincronización de quienes</w:t>
      </w:r>
      <w:r>
        <w:rPr/>
        <w:t xml:space="preserve"> </w:t>
      </w:r>
      <w:r>
        <w:rPr/>
        <w:t>habían trabajado juntos durante años leyendo señales imperceptibles.</w:t>
      </w:r>
    </w:p>
    <w:p>
      <w:pPr>
        <w:pStyle w:val="BodyText"/>
      </w:pPr>
      <w:r>
        <w:rPr/>
        <w:t>—Vamos a Soria —dijo Lena.</w:t>
      </w:r>
    </w:p>
    <w:p>
      <w:pPr>
        <w:pStyle w:val="Heading1"/>
      </w:pPr>
      <w:r>
        <w:rPr/>
        <w:t>CAPÍTULO 38. LA VIEJA GUARDIA</w:t>
      </w:r>
    </w:p>
    <w:p>
      <w:pPr/>
      <w:r>
        <w:rPr>
          <w:i/>
        </w:rPr>
        <w:t>«Hay lealtades forjadas en un sonido, pactos sellados en un acorde</w:t>
      </w:r>
      <w:r>
        <w:rPr>
          <w:i/>
        </w:rPr>
        <w:t xml:space="preserve"> </w:t>
      </w:r>
      <w:r>
        <w:rPr>
          <w:i/>
        </w:rPr>
        <w:t>compartido. La vieja guardia nunca se disuelve. Solo espera la llamada</w:t>
      </w:r>
      <w:r>
        <w:rPr>
          <w:i/>
        </w:rPr>
        <w:t xml:space="preserve"> </w:t>
      </w:r>
      <w:r>
        <w:rPr>
          <w:i/>
        </w:rPr>
        <w:t>para volver a sonar.» —Lena (no escrito)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sótano de Lena en Berlín era una fortaleza contra el paso del tiempo.</w:t>
      </w:r>
    </w:p>
    <w:p>
      <w:pPr>
        <w:pStyle w:val="BodyText"/>
      </w:pPr>
      <w:r>
        <w:rPr/>
        <w:t>No era un estudio ordenado, sino un altar caótico dedicado al sonido:</w:t>
      </w:r>
      <w:r>
        <w:rPr/>
        <w:t xml:space="preserve"> </w:t>
      </w:r>
      <w:r>
        <w:rPr/>
        <w:t>sintetizadores analógicos apilados como tótems, racks de efectos con</w:t>
      </w:r>
      <w:r>
        <w:rPr/>
        <w:t xml:space="preserve"> </w:t>
      </w:r>
      <w:r>
        <w:rPr/>
        <w:t>luces moribundas, cables enredados como raíces negras extendiéndose por</w:t>
      </w:r>
      <w:r>
        <w:rPr/>
        <w:t xml:space="preserve"> </w:t>
      </w:r>
      <w:r>
        <w:rPr/>
        <w:t>el suelo. En una esquina, el viejo Juno-106 de ILIBERIS descansaba</w:t>
      </w:r>
      <w:r>
        <w:rPr/>
        <w:t xml:space="preserve"> </w:t>
      </w:r>
      <w:r>
        <w:rPr/>
        <w:t>cubierto por una tela, como una deidad olvidada que aún conservaba</w:t>
      </w:r>
      <w:r>
        <w:rPr/>
        <w:t xml:space="preserve"> </w:t>
      </w:r>
      <w:r>
        <w:rPr/>
        <w:t>algunos reflejos vitales.</w:t>
      </w:r>
    </w:p>
    <w:p>
      <w:pPr>
        <w:pStyle w:val="BodyText"/>
      </w:pPr>
      <w:r>
        <w:rPr/>
        <w:t>Desde que el artículo de Vasco había aparecido en su radar, Lena vivía</w:t>
      </w:r>
      <w:r>
        <w:rPr/>
        <w:t xml:space="preserve"> </w:t>
      </w:r>
      <w:r>
        <w:rPr/>
        <w:t>casi instalada allí abajo. Había construido una red de escucha y</w:t>
      </w:r>
      <w:r>
        <w:rPr/>
        <w:t xml:space="preserve"> </w:t>
      </w:r>
      <w:r>
        <w:rPr/>
        <w:t>contraescucha que atravesaba continentes: servidores comprometidos,</w:t>
      </w:r>
      <w:r>
        <w:rPr/>
        <w:t xml:space="preserve"> </w:t>
      </w:r>
      <w:r>
        <w:rPr/>
        <w:t>proxies encadenados, redes privadas virtuales que se extendían desde</w:t>
      </w:r>
      <w:r>
        <w:rPr/>
        <w:t xml:space="preserve"> </w:t>
      </w:r>
      <w:r>
        <w:rPr/>
        <w:t>Lisboa hasta Tokio, pasando por nodos discretos en Zúrich, Berlín y</w:t>
      </w:r>
      <w:r>
        <w:rPr/>
        <w:t xml:space="preserve"> </w:t>
      </w:r>
      <w:r>
        <w:rPr/>
        <w:t>Soria.</w:t>
      </w:r>
    </w:p>
    <w:p>
      <w:pPr>
        <w:pStyle w:val="BodyText"/>
      </w:pPr>
      <w:r>
        <w:rPr/>
        <w:t>Durante semanas, había rastreado patrones sospechosos: picos de tráfico</w:t>
      </w:r>
      <w:r>
        <w:rPr/>
        <w:t xml:space="preserve"> </w:t>
      </w:r>
      <w:r>
        <w:rPr/>
        <w:t>alrededor de las publicaciones de Vasco, movimientos anómalos de</w:t>
      </w:r>
      <w:r>
        <w:rPr/>
        <w:t xml:space="preserve"> </w:t>
      </w:r>
      <w:r>
        <w:rPr/>
        <w:t>capital, adquisiciones silenciosas en el sector acústico y, sobre todo,</w:t>
      </w:r>
      <w:r>
        <w:rPr/>
        <w:t xml:space="preserve"> </w:t>
      </w:r>
      <w:r>
        <w:rPr/>
        <w:t>la huella fría de Chrysalis en documentos supuestamente inocuos.</w:t>
      </w:r>
    </w:p>
    <w:p>
      <w:pPr>
        <w:pStyle w:val="BodyText"/>
      </w:pPr>
      <w:r>
        <w:rPr/>
        <w:t>Por fin, después de paciencia y obsesión, había encontrado algo más</w:t>
      </w:r>
      <w:r>
        <w:rPr/>
        <w:t xml:space="preserve"> </w:t>
      </w:r>
      <w:r>
        <w:rPr/>
        <w:t>sólido: fragmentos de comunicaciones internas vinculadas al Proyecto</w:t>
      </w:r>
      <w:r>
        <w:rPr/>
        <w:t xml:space="preserve"> </w:t>
      </w:r>
      <w:r>
        <w:rPr/>
        <w:t>Echo-Catcher, menciones cifradas a «Receptores», «Faros» y «ventanas de</w:t>
      </w:r>
      <w:r>
        <w:rPr/>
        <w:t xml:space="preserve"> </w:t>
      </w:r>
      <w:r>
        <w:rPr/>
        <w:t>resonancia».</w:t>
      </w:r>
    </w:p>
    <w:p>
      <w:pPr>
        <w:pStyle w:val="BodyText"/>
      </w:pPr>
      <w:r>
        <w:rPr/>
        <w:t>Sabía que estaba metida hasta el cuello en algo peligroso. La violencia</w:t>
      </w:r>
      <w:r>
        <w:rPr/>
        <w:t xml:space="preserve"> </w:t>
      </w:r>
      <w:r>
        <w:rPr/>
        <w:t>ya no llevaba pasamontañas ni botas pesadas; vestía trajes de tres</w:t>
      </w:r>
      <w:r>
        <w:rPr/>
        <w:t xml:space="preserve"> </w:t>
      </w:r>
      <w:r>
        <w:rPr/>
        <w:t>piezas y sonrisas de relaciones públicas.</w:t>
      </w:r>
    </w:p>
    <w:p>
      <w:pPr>
        <w:pStyle w:val="BodyText"/>
      </w:pPr>
      <w:r>
        <w:rPr/>
        <w:t>Lena compilaba un dossier sobre Chrysalis y Finch —sus movimientos,</w:t>
      </w:r>
      <w:r>
        <w:rPr/>
        <w:t xml:space="preserve"> </w:t>
      </w:r>
      <w:r>
        <w:rPr/>
        <w:t>sus compras, sus silencios— cuando ocurrió la convocatoria silenciosa</w:t>
      </w:r>
      <w:r>
        <w:rPr/>
        <w:t xml:space="preserve"> </w:t>
      </w:r>
      <w:r>
        <w:rPr/>
        <w:t>de Mar.</w:t>
      </w:r>
    </w:p>
    <w:p>
      <w:pPr>
        <w:pStyle w:val="BodyText"/>
      </w:pPr>
      <w:r>
        <w:rPr/>
        <w:t>No fue un sonido que entrara por sus oídos. Fue un golpe directo en la</w:t>
      </w:r>
      <w:r>
        <w:rPr/>
        <w:t xml:space="preserve"> </w:t>
      </w:r>
      <w:r>
        <w:rPr/>
        <w:t>memoria muscular.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Estaba ajustando un filtro en su Moog cuando, de pronto, la habitación</w:t>
      </w:r>
      <w:r>
        <w:rPr/>
        <w:t xml:space="preserve"> </w:t>
      </w:r>
      <w:r>
        <w:rPr/>
        <w:t>se llenó de un acorde que no venía de ningún altavoz.</w:t>
      </w:r>
    </w:p>
    <w:p>
      <w:pPr>
        <w:pStyle w:val="BodyText"/>
      </w:pPr>
      <w:r>
        <w:rPr/>
        <w:t>Menor con séptima aumentada.</w:t>
      </w:r>
    </w:p>
    <w:p>
      <w:pPr>
        <w:pStyle w:val="BodyText"/>
      </w:pPr>
      <w:r>
        <w:rPr/>
        <w:t>Exactamente el mismo que habían construido entre los tres —ILIBERIS,</w:t>
      </w:r>
      <w:r>
        <w:rPr/>
        <w:t xml:space="preserve"> </w:t>
      </w:r>
      <w:r>
        <w:rPr/>
        <w:t>Markus y ella— aquella noche de 1998. El mismo equilibrio imposible</w:t>
      </w:r>
      <w:r>
        <w:rPr/>
        <w:t xml:space="preserve"> </w:t>
      </w:r>
      <w:r>
        <w:rPr/>
        <w:t>entre melancolía y asombro. El mismo modo de hundir el aire hacia</w:t>
      </w:r>
      <w:r>
        <w:rPr/>
        <w:t xml:space="preserve"> </w:t>
      </w:r>
      <w:r>
        <w:rPr/>
        <w:t>dentro, como si abriese una puerta.</w:t>
      </w:r>
    </w:p>
    <w:p>
      <w:pPr>
        <w:pStyle w:val="BodyText"/>
      </w:pPr>
      <w:r>
        <w:rPr/>
        <w:t>El olor a ozono del Estudio 4 la envolvió. Volvió a sentir el calor de</w:t>
      </w:r>
      <w:r>
        <w:rPr/>
        <w:t xml:space="preserve"> </w:t>
      </w:r>
      <w:r>
        <w:rPr/>
        <w:t>las lámparas, el zumbido de los amplificadores a válvulas, la sombra de</w:t>
      </w:r>
      <w:r>
        <w:rPr/>
        <w:t xml:space="preserve"> </w:t>
      </w:r>
      <w:r>
        <w:rPr/>
        <w:t>la lámpara de lava bailando en la pared. Escuchó la respiración</w:t>
      </w:r>
      <w:r>
        <w:rPr/>
        <w:t xml:space="preserve"> </w:t>
      </w:r>
      <w:r>
        <w:rPr/>
        <w:t>contenida de Markus tras la mesa y la forma en que Adrián había pulsado</w:t>
      </w:r>
      <w:r>
        <w:rPr/>
        <w:t xml:space="preserve"> </w:t>
      </w:r>
      <w:r>
        <w:rPr/>
        <w:t>las teclas, como quien acaricia una criatura recién nacida.</w:t>
      </w:r>
    </w:p>
    <w:p>
      <w:pPr>
        <w:pStyle w:val="BodyText"/>
      </w:pPr>
      <w:r>
        <w:rPr/>
        <w:t>Pero no era un simple recuerdo.</w:t>
      </w:r>
    </w:p>
    <w:p>
      <w:pPr>
        <w:pStyle w:val="BodyText"/>
      </w:pPr>
      <w:r>
        <w:rPr/>
        <w:t>Había algo más: una presión, una urgencia, una nota invisible que decía:</w:t>
      </w:r>
    </w:p>
    <w:p>
      <w:pPr>
        <w:pStyle w:val="BodyText"/>
      </w:pPr>
      <w:r>
        <w:rPr/>
        <w:t>Ahora.</w:t>
      </w:r>
    </w:p>
    <w:p>
      <w:pPr>
        <w:pStyle w:val="BodyText"/>
      </w:pPr>
      <w:r>
        <w:rPr/>
        <w:t>—Mar —susurró Lena al aire polvoriento.</w:t>
      </w:r>
    </w:p>
    <w:p>
      <w:pPr>
        <w:pStyle w:val="BodyText"/>
      </w:pPr>
      <w:r>
        <w:rPr/>
        <w:t>No dudó. Cogió el teléfono encriptado y marcó el único número que su</w:t>
      </w:r>
      <w:r>
        <w:rPr/>
        <w:t xml:space="preserve"> </w:t>
      </w:r>
      <w:r>
        <w:rPr/>
        <w:t>cuerpo recordaba incluso cuando su cerebro quería olvidarlo.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Markus estaba masterizando a desgana la mezcla plana de una banda que le</w:t>
      </w:r>
      <w:r>
        <w:rPr/>
        <w:t xml:space="preserve"> </w:t>
      </w:r>
      <w:r>
        <w:rPr/>
        <w:t>daba igual cuando el mismo acorde explotó en su mente.</w:t>
      </w:r>
    </w:p>
    <w:p>
      <w:pPr>
        <w:pStyle w:val="BodyText"/>
      </w:pPr>
      <w:r>
        <w:rPr/>
        <w:t>No hubo transición. Un instante estaba ecualizando agudos; al siguiente,</w:t>
      </w:r>
      <w:r>
        <w:rPr/>
        <w:t xml:space="preserve"> </w:t>
      </w:r>
      <w:r>
        <w:rPr/>
        <w:t>estaba de pie en Kreuzberg, 1998, con ILIBERIS inclinado sobre el</w:t>
      </w:r>
      <w:r>
        <w:rPr/>
        <w:t xml:space="preserve"> </w:t>
      </w:r>
      <w:r>
        <w:rPr/>
        <w:t>teclado y Lena discutiendo sobre decibelios. Todo con una nitidez que</w:t>
      </w:r>
      <w:r>
        <w:rPr/>
        <w:t xml:space="preserve"> </w:t>
      </w:r>
      <w:r>
        <w:rPr/>
        <w:t>dolía.</w:t>
      </w:r>
    </w:p>
    <w:p>
      <w:pPr>
        <w:pStyle w:val="BodyText"/>
      </w:pPr>
      <w:r>
        <w:rPr/>
        <w:t>El impacto fue tan fuerte que paró la sesión.</w:t>
      </w:r>
    </w:p>
    <w:p>
      <w:pPr>
        <w:pStyle w:val="BodyText"/>
      </w:pPr>
      <w:r>
        <w:rPr/>
        <w:t>Su mirada buscó, por reflejo, el hueco donde solía estar el viejo Juno.</w:t>
      </w:r>
    </w:p>
    <w:p>
      <w:pPr>
        <w:pStyle w:val="BodyText"/>
      </w:pPr>
      <w:r>
        <w:rPr/>
        <w:t>El teléfono sonó en ese momento.</w:t>
      </w:r>
    </w:p>
    <w:p>
      <w:pPr>
        <w:pStyle w:val="BodyText"/>
      </w:pPr>
      <w:r>
        <w:rPr/>
        <w:t>Lena.</w:t>
      </w:r>
    </w:p>
    <w:p>
      <w:pPr>
        <w:pStyle w:val="BodyText"/>
      </w:pPr>
      <w:r>
        <w:rPr/>
        <w:t>—Dime que lo has oído —dijo él, sin saludo.</w:t>
      </w:r>
    </w:p>
    <w:p>
      <w:pPr>
        <w:pStyle w:val="BodyText"/>
      </w:pPr>
      <w:r>
        <w:rPr/>
        <w:t>—Lo he oído —respondió ella—. Y no era solo memoria. Era un ping.</w:t>
      </w:r>
      <w:r>
        <w:rPr/>
        <w:t xml:space="preserve"> </w:t>
      </w:r>
      <w:r>
        <w:rPr/>
        <w:t>Una llamada.</w:t>
      </w:r>
    </w:p>
    <w:p>
      <w:pPr>
        <w:pStyle w:val="BodyText"/>
      </w:pPr>
      <w:r>
        <w:rPr/>
        <w:t>Silencio breve.</w:t>
      </w:r>
    </w:p>
    <w:p>
      <w:pPr>
        <w:pStyle w:val="BodyText"/>
      </w:pPr>
      <w:r>
        <w:rPr/>
        <w:t>—Mar —dijeron a la vez.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Una hora después estaban sentados en la esquina más oscura de un bar de</w:t>
      </w:r>
      <w:r>
        <w:rPr/>
        <w:t xml:space="preserve"> </w:t>
      </w:r>
      <w:r>
        <w:rPr/>
        <w:t>Kreuzberg donde hacía años que nadie preguntaba demasiado.</w:t>
      </w:r>
    </w:p>
    <w:p>
      <w:pPr>
        <w:pStyle w:val="BodyText"/>
      </w:pPr>
      <w:r>
        <w:rPr/>
        <w:t>Lena llegó primero, con el portátil en una mano y la mochila de siempre</w:t>
      </w:r>
      <w:r>
        <w:rPr/>
        <w:t xml:space="preserve"> </w:t>
      </w:r>
      <w:r>
        <w:rPr/>
        <w:t>colgando del hombro. Sus ojeras tenían la textura de noches encadenadas</w:t>
      </w:r>
      <w:r>
        <w:rPr/>
        <w:t xml:space="preserve"> </w:t>
      </w:r>
      <w:r>
        <w:rPr/>
        <w:t>a pantallas, pero sus ojos estaban muy despiertos.</w:t>
      </w:r>
    </w:p>
    <w:p>
      <w:pPr>
        <w:pStyle w:val="BodyText"/>
      </w:pPr>
      <w:r>
        <w:rPr/>
        <w:t>Markus apareció quince minutos más tarde, con la calma quebrada de quien</w:t>
      </w:r>
      <w:r>
        <w:rPr/>
        <w:t xml:space="preserve"> </w:t>
      </w:r>
      <w:r>
        <w:rPr/>
        <w:t>lleva años intentando vivir en modo bajo perfil. Se saludaron con un</w:t>
      </w:r>
      <w:r>
        <w:rPr/>
        <w:t xml:space="preserve"> </w:t>
      </w:r>
      <w:r>
        <w:rPr/>
        <w:t>abrazo corto, sin ceremonias.</w:t>
      </w:r>
    </w:p>
    <w:p>
      <w:pPr>
        <w:pStyle w:val="BodyText"/>
      </w:pPr>
      <w:r>
        <w:rPr/>
        <w:t>—Está en problemas serios —dijo Lena, sin rodeos.</w:t>
      </w:r>
    </w:p>
    <w:p>
      <w:pPr>
        <w:pStyle w:val="BodyText"/>
      </w:pPr>
      <w:r>
        <w:rPr/>
        <w:t>Abrió el portátil y le mostró un mapa de conexiones: flechas, nodos,</w:t>
      </w:r>
      <w:r>
        <w:rPr/>
        <w:t xml:space="preserve"> </w:t>
      </w:r>
      <w:r>
        <w:rPr/>
        <w:t>nombres de empresas pantalla que convergían en un mismo punto.</w:t>
      </w:r>
    </w:p>
    <w:p>
      <w:pPr>
        <w:pStyle w:val="BodyText"/>
      </w:pPr>
      <w:r>
        <w:rPr/>
        <w:t>—Chrysalis —resumió Markus, frunciendo el ceño.</w:t>
      </w:r>
    </w:p>
    <w:p>
      <w:pPr>
        <w:pStyle w:val="BodyText"/>
      </w:pPr>
      <w:r>
        <w:rPr/>
        <w:t>—Y mucho más que Chrysalis. Un consorcio completo de intereses:</w:t>
      </w:r>
      <w:r>
        <w:rPr/>
        <w:t xml:space="preserve"> </w:t>
      </w:r>
      <w:r>
        <w:rPr/>
        <w:t>militar, farmacéutico, financiero. El Proyecto Echo-Catcher es solo la</w:t>
      </w:r>
      <w:r>
        <w:rPr/>
        <w:t xml:space="preserve"> </w:t>
      </w:r>
      <w:r>
        <w:rPr/>
        <w:t>punta visible. Están construyendo infraestructura para manipulación</w:t>
      </w:r>
      <w:r>
        <w:rPr/>
        <w:t xml:space="preserve"> </w:t>
      </w:r>
      <w:r>
        <w:rPr/>
        <w:t>psicoacústica a escala que haría palidecer a los experimentos más</w:t>
      </w:r>
      <w:r>
        <w:rPr/>
        <w:t xml:space="preserve"> </w:t>
      </w:r>
      <w:r>
        <w:rPr/>
        <w:t>turbios de la Guerra Fría. Y ahora han puesto sus ojos en Vasco.</w:t>
      </w:r>
    </w:p>
    <w:p>
      <w:pPr>
        <w:pStyle w:val="BodyText"/>
      </w:pPr>
      <w:r>
        <w:rPr/>
        <w:t>Le enseñó los logs de tráfico, los documentos filtrados, las trazas de</w:t>
      </w:r>
      <w:r>
        <w:rPr/>
        <w:t xml:space="preserve"> </w:t>
      </w:r>
      <w:r>
        <w:rPr/>
        <w:t>vigilancia.</w:t>
      </w:r>
    </w:p>
    <w:p>
      <w:pPr>
        <w:pStyle w:val="BodyText"/>
      </w:pPr>
      <w:r>
        <w:rPr/>
        <w:t>—Vasco no está solo en un problema académico. Está dentro de un</w:t>
      </w:r>
      <w:r>
        <w:rPr/>
        <w:t xml:space="preserve"> </w:t>
      </w:r>
      <w:r>
        <w:rPr/>
        <w:t>programa de captura. Y sabemos que la mejor forma de atrapar al Receptor</w:t>
      </w:r>
      <w:r>
        <w:rPr/>
        <w:t xml:space="preserve"> </w:t>
      </w:r>
      <w:r>
        <w:rPr/>
        <w:t>es apretar al Faro… o al revés.</w:t>
      </w:r>
    </w:p>
    <w:p>
      <w:pPr>
        <w:pStyle w:val="BodyText"/>
      </w:pPr>
      <w:r>
        <w:rPr/>
        <w:t>Markus observó la pantalla con la atención de alguien que revisa la</w:t>
      </w:r>
      <w:r>
        <w:rPr/>
        <w:t xml:space="preserve"> </w:t>
      </w:r>
      <w:r>
        <w:rPr/>
        <w:t>autopsia de un viejo amigo.</w:t>
      </w:r>
    </w:p>
    <w:p>
      <w:pPr>
        <w:pStyle w:val="BodyText"/>
      </w:pPr>
      <w:r>
        <w:rPr/>
        <w:t>—Mar lleva años sola con esto. Nosotros nos apartamos. Nos escondimos.</w:t>
      </w:r>
      <w:r>
        <w:rPr/>
        <w:t xml:space="preserve"> </w:t>
      </w:r>
      <w:r>
        <w:rPr/>
        <w:t>Ella siguió. Y ahora todo se ha ido de escala. Esto ya está por encima</w:t>
      </w:r>
      <w:r>
        <w:rPr/>
        <w:t xml:space="preserve"> </w:t>
      </w:r>
      <w:r>
        <w:rPr/>
        <w:t>de cualquier capacidad individual.</w:t>
      </w:r>
    </w:p>
    <w:p>
      <w:pPr>
        <w:pStyle w:val="BodyText"/>
      </w:pPr>
      <w:r>
        <w:rPr/>
        <w:t>—Precisamente. Durante veinticinco años ha sido la que sostenía la</w:t>
      </w:r>
      <w:r>
        <w:rPr/>
        <w:t xml:space="preserve"> </w:t>
      </w:r>
      <w:r>
        <w:rPr/>
        <w:t>nota mientras el resto nos disolvíamos. Pero ahora hay fuerzas</w:t>
      </w:r>
      <w:r>
        <w:rPr/>
        <w:t xml:space="preserve"> </w:t>
      </w:r>
      <w:r>
        <w:rPr/>
        <w:t>moviéndose que trascienden nuestra pequeña órbita. No puede hacerlo</w:t>
      </w:r>
      <w:r>
        <w:rPr/>
        <w:t xml:space="preserve"> </w:t>
      </w:r>
      <w:r>
        <w:rPr/>
        <w:t>sola.</w:t>
      </w:r>
    </w:p>
    <w:p>
      <w:pPr>
        <w:pStyle w:val="BodyText"/>
      </w:pPr>
      <w:r>
        <w:rPr/>
        <w:t>Bebieron un trago, cada uno perdido un instante en sus propios</w:t>
      </w:r>
      <w:r>
        <w:rPr/>
        <w:t xml:space="preserve"> </w:t>
      </w:r>
      <w:r>
        <w:rPr/>
        <w:t>fantasmas.</w:t>
      </w:r>
    </w:p>
    <w:p>
      <w:pPr>
        <w:pStyle w:val="BodyText"/>
      </w:pPr>
      <w:r>
        <w:rPr/>
        <w:t>—¿Sabemos dónde está? —preguntó Markus, aunque conocía la respuesta.</w:t>
      </w:r>
    </w:p>
    <w:p>
      <w:pPr>
        <w:pStyle w:val="BodyText"/>
      </w:pPr>
      <w:r>
        <w:rPr/>
        <w:t>—No. Mar siempre fue mejor que nosotros desapareciendo cuando hacía</w:t>
      </w:r>
      <w:r>
        <w:rPr/>
        <w:t xml:space="preserve"> </w:t>
      </w:r>
      <w:r>
        <w:rPr/>
        <w:t>falta. Pero sí sabemos dos cosas: uno, que Vasco es ahora mismo un</w:t>
      </w:r>
      <w:r>
        <w:rPr/>
        <w:t xml:space="preserve"> </w:t>
      </w:r>
      <w:r>
        <w:rPr/>
        <w:t>objetivo directo; dos, que la nueva canción empezó a sonar en un lugar</w:t>
      </w:r>
      <w:r>
        <w:rPr/>
        <w:t xml:space="preserve"> </w:t>
      </w:r>
      <w:r>
        <w:rPr/>
        <w:t>muy concreto.</w:t>
      </w:r>
    </w:p>
    <w:p>
      <w:pPr>
        <w:pStyle w:val="BodyText"/>
      </w:pPr>
      <w:r>
        <w:rPr/>
        <w:t>Sus ojos buscaron los de Markus.</w:t>
      </w:r>
    </w:p>
    <w:p>
      <w:pPr>
        <w:pStyle w:val="BodyText"/>
      </w:pPr>
      <w:r>
        <w:rPr/>
        <w:t>—Soria.</w:t>
      </w:r>
    </w:p>
    <w:p>
      <w:pPr>
        <w:pStyle w:val="BodyText"/>
      </w:pPr>
      <w:r>
        <w:rPr/>
        <w:t>La palabra cayó sobre la mesa como una ficha que encaja exacta en su</w:t>
      </w:r>
      <w:r>
        <w:rPr/>
        <w:t xml:space="preserve"> </w:t>
      </w:r>
      <w:r>
        <w:rPr/>
        <w:t>lugar.</w:t>
      </w:r>
    </w:p>
    <w:p>
      <w:pPr>
        <w:pStyle w:val="BodyText"/>
      </w:pPr>
      <w:r>
        <w:rPr/>
        <w:t>—San Juan de Duero. La partitura de piedra. El pergamino. Todo empezó</w:t>
      </w:r>
      <w:r>
        <w:rPr/>
        <w:t xml:space="preserve"> </w:t>
      </w:r>
      <w:r>
        <w:rPr/>
        <w:t>allí. Si Mar necesita apoyo, no va a enviar coordenadas GPS. Va a</w:t>
      </w:r>
      <w:r>
        <w:rPr/>
        <w:t xml:space="preserve"> </w:t>
      </w:r>
      <w:r>
        <w:rPr/>
        <w:t>convocar a la gente que estaba cuando esto empezó a abrirse. Nosotros.</w:t>
      </w:r>
    </w:p>
    <w:p>
      <w:pPr>
        <w:pStyle w:val="BodyText"/>
      </w:pPr>
      <w:r>
        <w:rPr/>
        <w:t>Markus apoyó los codos en la mesa.</w:t>
      </w:r>
    </w:p>
    <w:p>
      <w:pPr>
        <w:pStyle w:val="BodyText"/>
      </w:pPr>
      <w:r>
        <w:rPr>
          <w:i/>
        </w:rPr>
        <w:t>—Lena, si Chrysalis está tan dentro como dices, tendrán ojos en</w:t>
      </w:r>
      <w:r>
        <w:rPr>
          <w:i/>
        </w:rPr>
        <w:t xml:space="preserve"> </w:t>
      </w:r>
      <w:r>
        <w:rPr>
          <w:i/>
        </w:rPr>
        <w:t>aeropuertos, cámaras, patrones de viaje. No somos invisibles.</w:t>
      </w:r>
    </w:p>
    <w:p>
      <w:pPr>
        <w:pStyle w:val="BodyText"/>
      </w:pPr>
      <w:r>
        <w:rPr/>
        <w:t>—Nunca lo fuimos. Solo éramos demasiado insignificantes para</w:t>
      </w:r>
      <w:r>
        <w:rPr/>
        <w:t xml:space="preserve"> </w:t>
      </w:r>
      <w:r>
        <w:rPr/>
        <w:t>importarles. Eso ha cambiado, sí. Pero también ha cambiado otra cosa.</w:t>
      </w:r>
    </w:p>
    <w:p>
      <w:pPr>
        <w:pStyle w:val="BodyText"/>
      </w:pPr>
      <w:r>
        <w:rPr/>
        <w:t>Se inclinó hacia él.</w:t>
      </w:r>
    </w:p>
    <w:p>
      <w:pPr>
        <w:pStyle w:val="BodyText"/>
      </w:pPr>
      <w:r>
        <w:rPr/>
        <w:t>—La vieja guardia no eran fiestas, ni noches eternas de mezclar. Era</w:t>
      </w:r>
      <w:r>
        <w:rPr/>
        <w:t xml:space="preserve"> </w:t>
      </w:r>
      <w:r>
        <w:rPr/>
        <w:t>esto: estar cuando la cosa se pone fea. No se trata de salvar un máster,</w:t>
      </w:r>
      <w:r>
        <w:rPr/>
        <w:t xml:space="preserve"> </w:t>
      </w:r>
      <w:r>
        <w:rPr/>
        <w:t>sino de proteger la frecuencia. Y para eso, alguien tiene que ir al</w:t>
      </w:r>
      <w:r>
        <w:rPr/>
        <w:t xml:space="preserve"> </w:t>
      </w:r>
      <w:r>
        <w:rPr/>
        <w:t>lugar donde sigue sonando con más fuerza.</w:t>
      </w:r>
    </w:p>
    <w:p>
      <w:pPr>
        <w:pStyle w:val="BodyText"/>
      </w:pPr>
      <w:r>
        <w:rPr/>
        <w:t>El silencio se volvió acuerdo.</w:t>
      </w:r>
    </w:p>
    <w:p>
      <w:pPr>
        <w:pStyle w:val="BodyText"/>
      </w:pPr>
      <w:r>
        <w:rPr/>
        <w:t>Markus respiró hondo, como quien se prepara para volver a una guerra que</w:t>
      </w:r>
      <w:r>
        <w:rPr/>
        <w:t xml:space="preserve"> </w:t>
      </w:r>
      <w:r>
        <w:rPr/>
        <w:t>juró que no volvería a pelear.</w:t>
      </w:r>
    </w:p>
    <w:p>
      <w:pPr>
        <w:pStyle w:val="BodyText"/>
      </w:pPr>
      <w:r>
        <w:rPr/>
        <w:t>—¿Cuándo salimos?</w:t>
      </w:r>
    </w:p>
    <w:p>
      <w:pPr>
        <w:pStyle w:val="BodyText"/>
      </w:pPr>
      <w:r>
        <w:rPr/>
        <w:t>—Mañana al amanecer. Vas a necesitar tus viejos contactos para</w:t>
      </w:r>
      <w:r>
        <w:rPr/>
        <w:t xml:space="preserve"> </w:t>
      </w:r>
      <w:r>
        <w:rPr/>
        <w:t>conseguir transporte y equipos discretos. Yo hablaré con la poca gente</w:t>
      </w:r>
      <w:r>
        <w:rPr/>
        <w:t xml:space="preserve"> </w:t>
      </w:r>
      <w:r>
        <w:rPr/>
        <w:t>que aún nos debe favores en la escena. Y necesitaremos algo más que</w:t>
      </w:r>
      <w:r>
        <w:rPr/>
        <w:t xml:space="preserve"> </w:t>
      </w:r>
      <w:r>
        <w:rPr/>
        <w:t>intuición para enfrentarnos a Finch. Necesitaremos herramientas a la</w:t>
      </w:r>
      <w:r>
        <w:rPr/>
        <w:t xml:space="preserve"> </w:t>
      </w:r>
      <w:r>
        <w:rPr/>
        <w:t>altura de su tecnología.</w:t>
      </w:r>
    </w:p>
    <w:p>
      <w:pPr>
        <w:pStyle w:val="BodyText"/>
      </w:pPr>
      <w:r>
        <w:rPr/>
        <w:t>Se levantaron al mismo tiempo, sellando el pacto con un apretón de manos</w:t>
      </w:r>
      <w:r>
        <w:rPr/>
        <w:t xml:space="preserve"> </w:t>
      </w:r>
      <w:r>
        <w:rPr/>
        <w:t>que sabía a escenario, a cabina, a noches en el estudio. A promesa.</w:t>
      </w:r>
    </w:p>
    <w:p>
      <w:pPr>
        <w:pStyle w:val="BodyText"/>
      </w:pPr>
      <w:r>
        <w:rPr/>
        <w:t>Después de años de espera, por fin tenían una guerra que merecía ser</w:t>
      </w:r>
      <w:r>
        <w:rPr/>
        <w:t xml:space="preserve"> </w:t>
      </w:r>
      <w:r>
        <w:rPr/>
        <w:t>librada.</w:t>
      </w:r>
    </w:p>
    <w:p>
      <w:pPr>
        <w:pStyle w:val="BodyText"/>
      </w:pPr>
      <w:r>
        <w:rPr/>
        <w:t>No por nostalgia.</w:t>
      </w:r>
    </w:p>
    <w:p>
      <w:pPr>
        <w:pStyle w:val="BodyText"/>
      </w:pPr>
      <w:r>
        <w:rPr/>
        <w:t>Por lealtad a la nota que los había unido.</w:t>
      </w:r>
    </w:p>
    <w:p>
      <w:pPr>
        <w:pStyle w:val="BodyText"/>
      </w:pPr>
      <w:r>
        <w:rPr/>
        <w:t>La vieja guardia se ponía en marcha.</w:t>
      </w:r>
    </w:p>
    <w:p>
      <w:pPr>
        <w:pStyle w:val="BodyText"/>
      </w:pPr>
      <w:r>
        <w:rPr/>
        <w:t>La fase de aislamiento digital había cumplido su propósito. Ahora</w:t>
      </w:r>
      <w:r>
        <w:rPr/>
        <w:t xml:space="preserve"> </w:t>
      </w:r>
      <w:r>
        <w:rPr/>
        <w:t>comenzaba la demolición psicológica.</w:t>
      </w:r>
    </w:p>
    <w:p>
      <w:pPr>
        <w:pStyle w:val="BodyText"/>
      </w:pPr>
      <w:r>
        <w:rPr/>
        <w:t>—Fase Delta iniciada —murmuró al micrófono del headset—. El sujeto</w:t>
      </w:r>
      <w:r>
        <w:rPr/>
        <w:t xml:space="preserve"> </w:t>
      </w:r>
      <w:r>
        <w:rPr/>
        <w:t>ha alcanzado el nivel óptimo de vulnerabilidad. Proceded con la escalada</w:t>
      </w:r>
      <w:r>
        <w:rPr/>
        <w:t xml:space="preserve"> </w:t>
      </w:r>
      <w:r>
        <w:rPr/>
        <w:t>programada.</w:t>
      </w:r>
    </w:p>
    <w:p>
      <w:pPr>
        <w:pStyle w:val="BodyText"/>
      </w:pPr>
      <w:r>
        <w:rPr/>
        <w:t>Primer movimiento: invasión de la intimidad</w:t>
      </w:r>
    </w:p>
    <w:p>
      <w:pPr>
        <w:pStyle w:val="BodyText"/>
      </w:pPr>
      <w:r>
        <w:rPr/>
        <w:t>Vasco se alojaba en el modesto Hostal Duero bajo el nombre falso de</w:t>
      </w:r>
      <w:r>
        <w:rPr/>
        <w:t xml:space="preserve"> </w:t>
      </w:r>
      <w:r>
        <w:rPr/>
        <w:t>«João Silva» y pagaba en efectivo con disciplina casi religiosa. Su</w:t>
      </w:r>
      <w:r>
        <w:rPr/>
        <w:t xml:space="preserve"> </w:t>
      </w:r>
      <w:r>
        <w:rPr/>
        <w:t>rutina era sencilla: cada mañana, a las nueve, salía a comprar el</w:t>
      </w:r>
      <w:r>
        <w:rPr/>
        <w:t xml:space="preserve"> </w:t>
      </w:r>
      <w:r>
        <w:rPr/>
        <w:t>desayuno a la panadería de la esquina. Doce minutos de ausencia.</w:t>
      </w:r>
    </w:p>
    <w:p>
      <w:pPr>
        <w:pStyle w:val="BodyText"/>
      </w:pPr>
      <w:r>
        <w:rPr/>
        <w:t>El equipo de Finch lo monitorizaba al segundo.</w:t>
      </w:r>
    </w:p>
    <w:p>
      <w:pPr>
        <w:pStyle w:val="BodyText"/>
      </w:pPr>
      <w:r>
        <w:rPr/>
        <w:t>Al regresar, encontró la puerta de su habitación ligeramente</w:t>
      </w:r>
      <w:r>
        <w:rPr/>
        <w:t xml:space="preserve"> </w:t>
      </w:r>
      <w:r>
        <w:rPr/>
        <w:t>entreabierta. Un detalle mínimo, casi disculpable. Dentro, todo parecía</w:t>
      </w:r>
      <w:r>
        <w:rPr/>
        <w:t xml:space="preserve"> </w:t>
      </w:r>
      <w:r>
        <w:rPr/>
        <w:t>igual: la ropa sobre la silla, los documentos falsos bajo el colchón, la</w:t>
      </w:r>
      <w:r>
        <w:rPr/>
        <w:t xml:space="preserve"> </w:t>
      </w:r>
      <w:r>
        <w:rPr/>
        <w:t>mochila junto a la ventana.</w:t>
      </w:r>
    </w:p>
    <w:p>
      <w:pPr>
        <w:pStyle w:val="BodyText"/>
      </w:pPr>
      <w:r>
        <w:rPr/>
        <w:t>Todo, salvo una cosa.</w:t>
      </w:r>
    </w:p>
    <w:p>
      <w:pPr>
        <w:pStyle w:val="BodyText"/>
      </w:pPr>
      <w:r>
        <w:rPr/>
        <w:t>Su cuaderno de cuero negro estaba abierto sobre la cama. Abierto por una</w:t>
      </w:r>
      <w:r>
        <w:rPr/>
        <w:t xml:space="preserve"> </w:t>
      </w:r>
      <w:r>
        <w:rPr/>
        <w:t>página en blanco. Una página que él recordaba haber llenado la noche</w:t>
      </w:r>
      <w:r>
        <w:rPr/>
        <w:t xml:space="preserve"> </w:t>
      </w:r>
      <w:r>
        <w:rPr/>
        <w:t>anterior con diagramas y notas sobre el Eco, incluidas sus visiones del</w:t>
      </w:r>
      <w:r>
        <w:rPr/>
        <w:t xml:space="preserve"> </w:t>
      </w:r>
      <w:r>
        <w:rPr/>
        <w:t>lobo de ojos azules.</w:t>
      </w:r>
    </w:p>
    <w:p>
      <w:pPr>
        <w:pStyle w:val="BodyText"/>
      </w:pPr>
      <w:r>
        <w:rPr/>
        <w:t>Vasco recorrió la habitación con manos temblorosas. No halló cámaras</w:t>
      </w:r>
      <w:r>
        <w:rPr/>
        <w:t xml:space="preserve"> </w:t>
      </w:r>
      <w:r>
        <w:rPr/>
        <w:t>visibles, ni micrófonos, ni cerraduras forzadas. Solo ese gesto</w:t>
      </w:r>
      <w:r>
        <w:rPr/>
        <w:t xml:space="preserve"> </w:t>
      </w:r>
      <w:r>
        <w:rPr/>
        <w:t>diminuto, frío, quirúrgico: una página borrada y colocada como una</w:t>
      </w:r>
      <w:r>
        <w:rPr/>
        <w:t xml:space="preserve"> </w:t>
      </w:r>
      <w:r>
        <w:rPr/>
        <w:t>sonrisa.</w:t>
      </w:r>
    </w:p>
    <w:p>
      <w:pPr>
        <w:pStyle w:val="BodyText"/>
      </w:pPr>
      <w:r>
        <w:rPr/>
        <w:t>La paranoia se le instaló en el sistema nervioso como un veneno.</w:t>
      </w:r>
    </w:p>
    <w:p>
      <w:pPr>
        <w:pStyle w:val="BodyText"/>
      </w:pPr>
      <w:r>
        <w:rPr/>
        <w:t>No necesitaba ver a los observadores para saber que estaban allí.</w:t>
      </w:r>
    </w:p>
    <w:p>
      <w:pPr>
        <w:pStyle w:val="BodyText"/>
      </w:pPr>
      <w:r>
        <w:rPr/>
        <w:t>Segundo movimiento: humillación pública</w:t>
      </w:r>
    </w:p>
    <w:p>
      <w:pPr>
        <w:pStyle w:val="BodyText"/>
      </w:pPr>
      <w:r>
        <w:rPr/>
        <w:t>La biblioteca municipal de Soria se había convertido en su refugio: un</w:t>
      </w:r>
      <w:r>
        <w:rPr/>
        <w:t xml:space="preserve"> </w:t>
      </w:r>
      <w:r>
        <w:rPr/>
        <w:t>edificio decimonónico de techos altos, mesas silenciosas y olor a papel</w:t>
      </w:r>
      <w:r>
        <w:rPr/>
        <w:t xml:space="preserve"> </w:t>
      </w:r>
      <w:r>
        <w:rPr/>
        <w:t>viejo. Entre estanterías de historia local y manuscritos polvorientos,</w:t>
      </w:r>
      <w:r>
        <w:rPr/>
        <w:t xml:space="preserve"> </w:t>
      </w:r>
      <w:r>
        <w:rPr/>
        <w:t>Vasco se sentía, por momentos, un hombre cualquiera.</w:t>
      </w:r>
    </w:p>
    <w:p>
      <w:pPr>
        <w:pStyle w:val="BodyText"/>
      </w:pPr>
      <w:r>
        <w:rPr/>
        <w:t>Hasta que dos hombres de traje gris entraron con paso decidido.</w:t>
      </w:r>
    </w:p>
    <w:p>
      <w:pPr>
        <w:pStyle w:val="BodyText"/>
      </w:pPr>
      <w:r>
        <w:rPr/>
        <w:t>—¿Señor Vasco Neves? —preguntó el más alto, con voz neutra.</w:t>
      </w:r>
    </w:p>
    <w:p>
      <w:pPr>
        <w:pStyle w:val="BodyText"/>
      </w:pPr>
      <w:r>
        <w:rPr/>
        <w:t>El corazón de Vasco se detuvo un instante. No había usado su nombre real</w:t>
      </w:r>
      <w:r>
        <w:rPr/>
        <w:t xml:space="preserve"> </w:t>
      </w:r>
      <w:r>
        <w:rPr/>
        <w:t>en días. La habitación pareció encogerse. Cada cabeza se giró hacia él:</w:t>
      </w:r>
      <w:r>
        <w:rPr/>
        <w:t xml:space="preserve"> </w:t>
      </w:r>
      <w:r>
        <w:rPr/>
        <w:t>ancianos, estudiantes, funcionarios. Docenas de ojos tratando de encajar</w:t>
      </w:r>
      <w:r>
        <w:rPr/>
        <w:t xml:space="preserve"> </w:t>
      </w:r>
      <w:r>
        <w:rPr/>
        <w:t>su rostro en algún relato: delincuente, espía, monstruo.</w:t>
      </w:r>
    </w:p>
    <w:p>
      <w:pPr>
        <w:pStyle w:val="BodyText"/>
      </w:pPr>
      <w:r>
        <w:rPr/>
        <w:t>No necesitaban gritos ni esposas. Bastaba con pronunciar su nombre</w:t>
      </w:r>
      <w:r>
        <w:rPr/>
        <w:t xml:space="preserve"> </w:t>
      </w:r>
      <w:r>
        <w:rPr/>
        <w:t>completo en un templo de silencio.</w:t>
      </w:r>
    </w:p>
    <w:p>
      <w:pPr>
        <w:pStyle w:val="BodyText"/>
      </w:pPr>
      <w:r>
        <w:rPr/>
        <w:t>Lo escoltaron hacia la salida con una cortesía que dolía más que</w:t>
      </w:r>
      <w:r>
        <w:rPr/>
        <w:t xml:space="preserve"> </w:t>
      </w:r>
      <w:r>
        <w:rPr/>
        <w:t>cualquier empujón. La vergüenza se le pegó a la piel como una segunda</w:t>
      </w:r>
      <w:r>
        <w:rPr/>
        <w:t xml:space="preserve"> </w:t>
      </w:r>
      <w:r>
        <w:rPr/>
        <w:t>camisa.</w:t>
      </w:r>
    </w:p>
    <w:p>
      <w:pPr>
        <w:pStyle w:val="BodyText"/>
      </w:pPr>
      <w:r>
        <w:rPr/>
        <w:t>Tercer movimiento: tortura del tiempo</w:t>
      </w:r>
    </w:p>
    <w:p>
      <w:pPr>
        <w:pStyle w:val="BodyText"/>
      </w:pPr>
      <w:r>
        <w:rPr/>
        <w:t>La sala de interrogatorios olía a desinfectante rancio y resignación.</w:t>
      </w:r>
      <w:r>
        <w:rPr/>
        <w:t xml:space="preserve"> </w:t>
      </w:r>
      <w:r>
        <w:rPr/>
        <w:t>Paredes verdosas, una mesa metálica atornillada al suelo, dos sillas de</w:t>
      </w:r>
      <w:r>
        <w:rPr/>
        <w:t xml:space="preserve"> </w:t>
      </w:r>
      <w:r>
        <w:rPr/>
        <w:t>plástico, un fluorescente que parpadeaba con crueldad metódica.</w:t>
      </w:r>
    </w:p>
    <w:p>
      <w:pPr>
        <w:pStyle w:val="BodyText"/>
      </w:pPr>
      <w:r>
        <w:rPr/>
        <w:t>No lo interrogaban. No lo golpeaban. Solo lo dejaban allí.</w:t>
      </w:r>
    </w:p>
    <w:p>
      <w:pPr>
        <w:pStyle w:val="BodyText"/>
      </w:pPr>
      <w:r>
        <w:rPr/>
        <w:t>Horas.</w:t>
      </w:r>
    </w:p>
    <w:p>
      <w:pPr>
        <w:pStyle w:val="BodyText"/>
      </w:pPr>
      <w:r>
        <w:rPr/>
        <w:t>De vez en cuando, un funcionario asomaba la cabeza:</w:t>
      </w:r>
    </w:p>
    <w:p>
      <w:pPr>
        <w:pStyle w:val="BodyText"/>
      </w:pPr>
      <w:r>
        <w:rPr/>
        <w:t>—Unos minutos más.</w:t>
      </w:r>
    </w:p>
    <w:p>
      <w:pPr>
        <w:pStyle w:val="BodyText"/>
      </w:pPr>
      <w:r>
        <w:rPr/>
        <w:t>—Estamos esperando confirmación.</w:t>
      </w:r>
    </w:p>
    <w:p>
      <w:pPr>
        <w:pStyle w:val="BodyText"/>
      </w:pPr>
      <w:r>
        <w:rPr/>
        <w:t>—El sistema está lento hoy.</w:t>
      </w:r>
    </w:p>
    <w:p>
      <w:pPr>
        <w:pStyle w:val="BodyText"/>
      </w:pPr>
      <w:r>
        <w:rPr/>
        <w:t>Vasco empezó a sentir que su vida era solo eso: un expediente extraviado</w:t>
      </w:r>
      <w:r>
        <w:rPr/>
        <w:t xml:space="preserve"> </w:t>
      </w:r>
      <w:r>
        <w:rPr/>
        <w:t>en un sistema remoto, una entrada fácilmente eliminable de una base de</w:t>
      </w:r>
      <w:r>
        <w:rPr/>
        <w:t xml:space="preserve"> </w:t>
      </w:r>
      <w:r>
        <w:rPr/>
        <w:t>datos. Un error administrativo con piernas.</w:t>
      </w:r>
    </w:p>
    <w:p>
      <w:pPr>
        <w:pStyle w:val="BodyText"/>
      </w:pPr>
      <w:r>
        <w:rPr/>
        <w:t>Cuando por fin entró un oficial distinto, ya de noche, su expresión era</w:t>
      </w:r>
      <w:r>
        <w:rPr/>
        <w:t xml:space="preserve"> </w:t>
      </w:r>
      <w:r>
        <w:rPr/>
        <w:t>la de quien se disculpa por llegar tarde a una cena.</w:t>
      </w:r>
    </w:p>
    <w:p>
      <w:pPr>
        <w:pStyle w:val="BodyText"/>
      </w:pPr>
      <w:r>
        <w:rPr/>
        <w:t>—Puede irse. Ha sido un error —dijo—. Disculpe las molestias.</w:t>
      </w:r>
    </w:p>
    <w:p>
      <w:pPr>
        <w:pStyle w:val="BodyText"/>
      </w:pPr>
      <w:r>
        <w:rPr/>
        <w:t>No hubo explicación. No hubo reparación. Solo una puerta abierta a la</w:t>
      </w:r>
      <w:r>
        <w:rPr/>
        <w:t xml:space="preserve"> </w:t>
      </w:r>
      <w:r>
        <w:rPr/>
        <w:t>calle fría.</w:t>
      </w:r>
    </w:p>
    <w:p>
      <w:pPr>
        <w:pStyle w:val="BodyText"/>
      </w:pPr>
      <w:r>
        <w:rPr/>
        <w:t>Estado de quiebre</w:t>
      </w:r>
    </w:p>
    <w:p>
      <w:pPr>
        <w:pStyle w:val="BodyText"/>
      </w:pPr>
      <w:r>
        <w:rPr/>
        <w:t>Bajo la luz anaranjada de las farolas, Vasco se sintió como un náufrago</w:t>
      </w:r>
      <w:r>
        <w:rPr/>
        <w:t xml:space="preserve"> </w:t>
      </w:r>
      <w:r>
        <w:rPr/>
        <w:t>que ha llegado a tierra para descubrir que la isla está llena de</w:t>
      </w:r>
      <w:r>
        <w:rPr/>
        <w:t xml:space="preserve"> </w:t>
      </w:r>
      <w:r>
        <w:rPr/>
        <w:t>depredadores. Ya no era solo un paria digital: ahora el sistema lo había</w:t>
      </w:r>
      <w:r>
        <w:rPr/>
        <w:t xml:space="preserve"> </w:t>
      </w:r>
      <w:r>
        <w:rPr/>
        <w:t>señalado, registrado, probado. Podía volver a cerrar la mano sobre él en</w:t>
      </w:r>
      <w:r>
        <w:rPr/>
        <w:t xml:space="preserve"> </w:t>
      </w:r>
      <w:r>
        <w:rPr/>
        <w:t>cualquier momento.</w:t>
      </w:r>
    </w:p>
    <w:p>
      <w:pPr>
        <w:pStyle w:val="BodyText"/>
      </w:pPr>
      <w:r>
        <w:rPr/>
        <w:t>Caminó por las calles medievales con la sensación de que las piedras lo</w:t>
      </w:r>
      <w:r>
        <w:rPr/>
        <w:t xml:space="preserve"> </w:t>
      </w:r>
      <w:r>
        <w:rPr/>
        <w:t>miraban, de que cada sombra ocultaba un sensor, de que cada susurro se</w:t>
      </w:r>
      <w:r>
        <w:rPr/>
        <w:t xml:space="preserve"> </w:t>
      </w:r>
      <w:r>
        <w:rPr/>
        <w:t>detenía al pasar.</w:t>
      </w:r>
    </w:p>
    <w:p>
      <w:pPr>
        <w:pStyle w:val="BodyText"/>
      </w:pPr>
      <w:r>
        <w:rPr/>
        <w:t>Desde la furgoneta, Finch observaba.</w:t>
      </w:r>
    </w:p>
    <w:p>
      <w:pPr>
        <w:pStyle w:val="BodyText"/>
      </w:pPr>
      <w:r>
        <w:rPr/>
        <w:t>Sensores remotos, instalados con precisión en la habitación del hostal,</w:t>
      </w:r>
      <w:r>
        <w:rPr/>
        <w:t xml:space="preserve"> </w:t>
      </w:r>
      <w:r>
        <w:rPr/>
        <w:t>registraban los niveles de cortisol, la fragmentación del sueño, la</w:t>
      </w:r>
      <w:r>
        <w:rPr/>
        <w:t xml:space="preserve"> </w:t>
      </w:r>
      <w:r>
        <w:rPr/>
        <w:t>hipervigilancia constante. La caída de Vasco podía traducirse en</w:t>
      </w:r>
      <w:r>
        <w:rPr/>
        <w:t xml:space="preserve"> </w:t>
      </w:r>
      <w:r>
        <w:rPr/>
        <w:t>gráficas.</w:t>
      </w:r>
    </w:p>
    <w:p>
      <w:pPr>
        <w:pStyle w:val="BodyText"/>
      </w:pPr>
      <w:r>
        <w:rPr/>
        <w:t>El sujeto estaba listo.</w:t>
      </w:r>
    </w:p>
    <w:p>
      <w:pPr>
        <w:pStyle w:val="BodyText"/>
      </w:pPr>
      <w:r>
        <w:rPr/>
        <w:t>El anzuelo</w:t>
      </w:r>
    </w:p>
    <w:p>
      <w:pPr>
        <w:pStyle w:val="BodyText"/>
      </w:pPr>
      <w:r>
        <w:rPr/>
        <w:t>Al día siguiente, Vasco se sentó en un banco del parque junto al río,</w:t>
      </w:r>
      <w:r>
        <w:rPr/>
        <w:t xml:space="preserve"> </w:t>
      </w:r>
      <w:r>
        <w:rPr/>
        <w:t>intentando coser algo de calma. El Duero corría delante de él,</w:t>
      </w:r>
      <w:r>
        <w:rPr/>
        <w:t xml:space="preserve"> </w:t>
      </w:r>
      <w:r>
        <w:rPr/>
        <w:t>indiferente.</w:t>
      </w:r>
    </w:p>
    <w:p>
      <w:pPr>
        <w:pStyle w:val="BodyText"/>
      </w:pPr>
      <w:r>
        <w:rPr/>
        <w:t>Entonces se acercó un hombre.</w:t>
      </w:r>
    </w:p>
    <w:p>
      <w:pPr>
        <w:pStyle w:val="BodyText"/>
      </w:pPr>
      <w:r>
        <w:rPr/>
        <w:t>Mediana edad, ropa informal pero cuidada, una calma estudiada en los</w:t>
      </w:r>
      <w:r>
        <w:rPr/>
        <w:t xml:space="preserve"> </w:t>
      </w:r>
      <w:r>
        <w:rPr/>
        <w:t>gestos. Podía ser un profesor jubilado, un guía local, un vecino</w:t>
      </w:r>
      <w:r>
        <w:rPr/>
        <w:t xml:space="preserve"> </w:t>
      </w:r>
      <w:r>
        <w:rPr/>
        <w:t>entrometido.</w:t>
      </w:r>
    </w:p>
    <w:p>
      <w:pPr>
        <w:pStyle w:val="BodyText"/>
      </w:pPr>
      <w:r>
        <w:rPr/>
        <w:t>—Disculpe —dijo, con sonrisa casi tímida—. No he podido evitar</w:t>
      </w:r>
      <w:r>
        <w:rPr/>
        <w:t xml:space="preserve"> </w:t>
      </w:r>
      <w:r>
        <w:rPr/>
        <w:t>notar que parece… preocupado. Lo he visto estos días por el pueblo</w:t>
      </w:r>
      <w:r>
        <w:rPr/>
        <w:t xml:space="preserve"> </w:t>
      </w:r>
      <w:r>
        <w:rPr/>
        <w:t>y…</w:t>
      </w:r>
    </w:p>
    <w:p>
      <w:pPr>
        <w:pStyle w:val="BodyText"/>
      </w:pPr>
      <w:r>
        <w:rPr/>
        <w:t>Hizo una pausa, como si dudara entre seguir o respetar la intimidad de</w:t>
      </w:r>
      <w:r>
        <w:rPr/>
        <w:t xml:space="preserve"> </w:t>
      </w:r>
      <w:r>
        <w:rPr/>
        <w:t>un desconocido.</w:t>
      </w:r>
    </w:p>
    <w:p>
      <w:pPr>
        <w:pStyle w:val="BodyText"/>
      </w:pPr>
      <w:r>
        <w:rPr/>
        <w:t>—Perdone, no es asunto mío. Pero si busca… tranquilidad, lejos del</w:t>
      </w:r>
      <w:r>
        <w:rPr/>
        <w:t xml:space="preserve"> </w:t>
      </w:r>
      <w:r>
        <w:rPr/>
        <w:t>ruido… hay un lugar en las montañas hacia el norte.</w:t>
      </w:r>
    </w:p>
    <w:p>
      <w:pPr>
        <w:pStyle w:val="BodyText"/>
      </w:pPr>
      <w:r>
        <w:rPr/>
        <w:t>Vasco alzó la vista. Esperanza y recelo se le cruzaron en la mirada.</w:t>
      </w:r>
    </w:p>
    <w:p>
      <w:pPr>
        <w:pStyle w:val="BodyText"/>
      </w:pPr>
      <w:r>
        <w:rPr/>
        <w:t>—La gente de los pueblos de alrededor habla de un monasterio antiguo</w:t>
      </w:r>
      <w:r>
        <w:rPr/>
        <w:t xml:space="preserve"> </w:t>
      </w:r>
      <w:r>
        <w:rPr/>
        <w:t>—continuó el hombre, bajando la voz—. San Juan de la Peña. Dicen que</w:t>
      </w:r>
      <w:r>
        <w:rPr/>
        <w:t xml:space="preserve"> </w:t>
      </w:r>
      <w:r>
        <w:rPr/>
        <w:t>es un sitio fuera del tiempo. Allí las ondas de radio no penetran. No</w:t>
      </w:r>
      <w:r>
        <w:rPr/>
        <w:t xml:space="preserve"> </w:t>
      </w:r>
      <w:r>
        <w:rPr/>
        <w:t>hay redes. Es… un refugio.</w:t>
      </w:r>
    </w:p>
    <w:p>
      <w:pPr>
        <w:pStyle w:val="BodyText"/>
      </w:pPr>
      <w:r>
        <w:rPr/>
        <w:t>El nombre golpeó a Vasco como un relámpago. San Juan de la Peña. Un</w:t>
      </w:r>
      <w:r>
        <w:rPr/>
        <w:t xml:space="preserve"> </w:t>
      </w:r>
      <w:r>
        <w:rPr/>
        <w:t>lugar que aparecía una y otra vez en sus investigaciones sobre el Grial</w:t>
      </w:r>
      <w:r>
        <w:rPr/>
        <w:t xml:space="preserve"> </w:t>
      </w:r>
      <w:r>
        <w:rPr/>
        <w:t>y los templarios. Un nodo en todas las cartografías del mito.</w:t>
      </w:r>
    </w:p>
    <w:p>
      <w:pPr>
        <w:pStyle w:val="BodyText"/>
      </w:pPr>
      <w:r>
        <w:rPr/>
        <w:t>No parecía casualidad.</w:t>
      </w:r>
    </w:p>
    <w:p>
      <w:pPr>
        <w:pStyle w:val="BodyText"/>
      </w:pPr>
      <w:r>
        <w:rPr/>
        <w:t>O, en su estado, no podía permitirse creer que lo fuera.</w:t>
      </w:r>
    </w:p>
    <w:p>
      <w:pPr>
        <w:pStyle w:val="BodyText"/>
      </w:pPr>
      <w:r>
        <w:rPr/>
        <w:t>Agotado, erosionado por la vigilancia y el miedo, interpretó aquella</w:t>
      </w:r>
      <w:r>
        <w:rPr/>
        <w:t xml:space="preserve"> </w:t>
      </w:r>
      <w:r>
        <w:rPr/>
        <w:t>sugerencia como una señal. Como si una mano invisible hubiese por fin</w:t>
      </w:r>
      <w:r>
        <w:rPr/>
        <w:t xml:space="preserve"> </w:t>
      </w:r>
      <w:r>
        <w:rPr/>
        <w:t>puesto un dedo en el mapa para él. Su mente, al borde del colapso,</w:t>
      </w:r>
      <w:r>
        <w:rPr/>
        <w:t xml:space="preserve"> </w:t>
      </w:r>
      <w:r>
        <w:rPr/>
        <w:t>necesitaba convertir la trampa en providencia.</w:t>
      </w:r>
    </w:p>
    <w:p>
      <w:pPr>
        <w:pStyle w:val="BodyText"/>
      </w:pPr>
      <w:r>
        <w:rPr/>
        <w:t>No vio el anzuelo dentro del cebo.</w:t>
      </w:r>
    </w:p>
    <w:p>
      <w:pPr>
        <w:pStyle w:val="BodyText"/>
      </w:pPr>
      <w:r>
        <w:rPr/>
        <w:t>Solo pensó: llegar allí. Un lugar fuera de cobertura. Piedra, silencio,</w:t>
      </w:r>
      <w:r>
        <w:rPr/>
        <w:t xml:space="preserve"> </w:t>
      </w:r>
      <w:r>
        <w:rPr/>
        <w:t>clausura. A salvo.</w:t>
      </w:r>
    </w:p>
    <w:p>
      <w:pPr>
        <w:pStyle w:val="BodyText"/>
      </w:pPr>
      <w:r>
        <w:rPr/>
        <w:t>Mientras se alejaba del parque con un rumbo por primera vez claro, el</w:t>
      </w:r>
      <w:r>
        <w:rPr/>
        <w:t xml:space="preserve"> </w:t>
      </w:r>
      <w:r>
        <w:rPr/>
        <w:t>hombre se tocó el cuello de la camisa, donde un micrófono casi invisible</w:t>
      </w:r>
      <w:r>
        <w:rPr/>
        <w:t xml:space="preserve"> </w:t>
      </w:r>
      <w:r>
        <w:rPr/>
        <w:t>rozaba la tela.</w:t>
      </w:r>
    </w:p>
    <w:p>
      <w:pPr>
        <w:pStyle w:val="BodyText"/>
      </w:pPr>
      <w:r>
        <w:rPr/>
        <w:t>—El pez ha mordido el anzuelo —susurró—. Se dirige al punto de</w:t>
      </w:r>
      <w:r>
        <w:rPr/>
        <w:t xml:space="preserve"> </w:t>
      </w:r>
      <w:r>
        <w:rPr/>
        <w:t>convergencia.</w:t>
      </w:r>
    </w:p>
    <w:p>
      <w:pPr>
        <w:pStyle w:val="BodyText"/>
      </w:pPr>
      <w:r>
        <w:rPr/>
        <w:t>En la furgoneta, a cientos de kilómetros, la boca de Finch se curvó en</w:t>
      </w:r>
      <w:r>
        <w:rPr/>
        <w:t xml:space="preserve"> </w:t>
      </w:r>
      <w:r>
        <w:rPr/>
        <w:t>una sonrisa mínima.</w:t>
      </w:r>
    </w:p>
    <w:p>
      <w:pPr>
        <w:pStyle w:val="BodyText"/>
      </w:pPr>
      <w:r>
        <w:rPr/>
        <w:t>Todo según el algoritmo.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la penumbra milenaria de San Juan de la Peña, Mar sintió la</w:t>
      </w:r>
      <w:r>
        <w:rPr/>
        <w:t xml:space="preserve"> </w:t>
      </w:r>
      <w:r>
        <w:rPr/>
        <w:t>desesperación de Vasco como una nota discordante atravesando la</w:t>
      </w:r>
      <w:r>
        <w:rPr/>
        <w:t xml:space="preserve"> </w:t>
      </w:r>
      <w:r>
        <w:rPr/>
        <w:t>distancia entre Aragón y Castilla.</w:t>
      </w:r>
    </w:p>
    <w:p>
      <w:pPr>
        <w:pStyle w:val="BodyText"/>
      </w:pPr>
      <w:r>
        <w:rPr/>
        <w:t>No eran palabras. Eran vectores de sensación: el veneno del aislamiento</w:t>
      </w:r>
      <w:r>
        <w:rPr/>
        <w:t xml:space="preserve"> </w:t>
      </w:r>
      <w:r>
        <w:rPr/>
        <w:t>digital, la humillación ante extraños, la claustrofobia de la comisaría,</w:t>
      </w:r>
      <w:r>
        <w:rPr/>
        <w:t xml:space="preserve"> </w:t>
      </w:r>
      <w:r>
        <w:rPr/>
        <w:t>la necesidad febril de un refugio.</w:t>
      </w:r>
    </w:p>
    <w:p>
      <w:pPr>
        <w:pStyle w:val="BodyText"/>
      </w:pPr>
      <w:r>
        <w:rPr/>
        <w:t>Y, entre esas corrientes de miedo, un destello preciso: el instante</w:t>
      </w:r>
      <w:r>
        <w:rPr/>
        <w:t xml:space="preserve"> </w:t>
      </w:r>
      <w:r>
        <w:rPr/>
        <w:t>exacto en que el nombre del monasterio había sido plantado en su mente.</w:t>
      </w:r>
      <w:r>
        <w:rPr/>
        <w:t xml:space="preserve"> </w:t>
      </w:r>
      <w:r>
        <w:rPr/>
        <w:t>No como ocurrencia propia, sino como sugerencia cuidadosamente modulada.</w:t>
      </w:r>
    </w:p>
    <w:p>
      <w:pPr>
        <w:pStyle w:val="BodyText"/>
      </w:pPr>
      <w:r>
        <w:rPr/>
        <w:t>Finch había usado el anhelo de protección de Vasco para convertirlo en</w:t>
      </w:r>
      <w:r>
        <w:rPr/>
        <w:t xml:space="preserve"> </w:t>
      </w:r>
      <w:r>
        <w:rPr/>
        <w:t>perro de rastro. Que viniera hasta ella no por voluntad propia, sino</w:t>
      </w:r>
      <w:r>
        <w:rPr/>
        <w:t xml:space="preserve"> </w:t>
      </w:r>
      <w:r>
        <w:rPr/>
        <w:t>arrastrado por una esperanza envenenada. Militarizar la esperanza: una</w:t>
      </w:r>
      <w:r>
        <w:rPr/>
        <w:t xml:space="preserve"> </w:t>
      </w:r>
      <w:r>
        <w:rPr/>
        <w:t>crueldad perfecta.</w:t>
      </w:r>
    </w:p>
    <w:p>
      <w:pPr>
        <w:pStyle w:val="BodyText"/>
      </w:pPr>
      <w:r>
        <w:rPr/>
        <w:t>La cicatriz bajo la clavícula de Mar pulsó con una intensidad que no</w:t>
      </w:r>
      <w:r>
        <w:rPr/>
        <w:t xml:space="preserve"> </w:t>
      </w:r>
      <w:r>
        <w:rPr/>
        <w:t>sentía desde el ritual del Eco. Su cuerpo sabía lo que significaba: una</w:t>
      </w:r>
      <w:r>
        <w:rPr/>
        <w:t xml:space="preserve"> </w:t>
      </w:r>
      <w:r>
        <w:rPr/>
        <w:t>convergencia peligrosa.</w:t>
      </w:r>
    </w:p>
    <w:p>
      <w:pPr>
        <w:pStyle w:val="BodyText"/>
      </w:pPr>
      <w:r>
        <w:rPr/>
        <w:t>Si Vasco llegaba al monasterio en esas condiciones, Finch tendría a sus</w:t>
      </w:r>
      <w:r>
        <w:rPr/>
        <w:t xml:space="preserve"> </w:t>
      </w:r>
      <w:r>
        <w:rPr/>
        <w:t>dos objetivos sobre el mismo tablero. Y con ventaja.</w:t>
      </w:r>
    </w:p>
    <w:p>
      <w:pPr>
        <w:pStyle w:val="BodyText"/>
      </w:pPr>
      <w:r>
        <w:rPr/>
        <w:t>No podía permitirlo.</w:t>
      </w:r>
    </w:p>
    <w:p>
      <w:pPr>
        <w:pStyle w:val="BodyText"/>
      </w:pPr>
      <w:r>
        <w:rPr/>
        <w:t>La vieja guardia</w:t>
      </w:r>
    </w:p>
    <w:p>
      <w:pPr>
        <w:pStyle w:val="BodyText"/>
      </w:pPr>
      <w:r>
        <w:rPr/>
        <w:t>Antes de que el pánico terminara de cerrarle la garganta, otra vibración</w:t>
      </w:r>
      <w:r>
        <w:rPr/>
        <w:t xml:space="preserve"> </w:t>
      </w:r>
      <w:r>
        <w:rPr/>
        <w:t>entró en la composición.</w:t>
      </w:r>
    </w:p>
    <w:p>
      <w:pPr>
        <w:pStyle w:val="BodyText"/>
      </w:pPr>
      <w:r>
        <w:rPr/>
        <w:t>Dos firmas que reconocería en cualquier plano.</w:t>
      </w:r>
    </w:p>
    <w:p>
      <w:pPr>
        <w:pStyle w:val="BodyText"/>
      </w:pPr>
      <w:r>
        <w:rPr/>
        <w:t>Lena. Markus.</w:t>
      </w:r>
    </w:p>
    <w:p>
      <w:pPr>
        <w:pStyle w:val="BodyText"/>
      </w:pPr>
      <w:r>
        <w:rPr/>
        <w:t>Su llamada muda había funcionado: el acorde compartido de Kreuzberg se</w:t>
      </w:r>
      <w:r>
        <w:rPr/>
        <w:t xml:space="preserve"> </w:t>
      </w:r>
      <w:r>
        <w:rPr/>
        <w:t>había reactivado. Estaban en Soria, moviéndose entre sombras digitales y</w:t>
      </w:r>
      <w:r>
        <w:rPr/>
        <w:t xml:space="preserve"> </w:t>
      </w:r>
      <w:r>
        <w:rPr/>
        <w:t>calles empedradas, tratando de abrir un pasillo en la red de Finch.</w:t>
      </w:r>
    </w:p>
    <w:p>
      <w:pPr>
        <w:pStyle w:val="BodyText"/>
      </w:pPr>
      <w:r>
        <w:rPr/>
        <w:t>Mar respiró hondo. No estaba sola. El circuito cerrado de su custodia se</w:t>
      </w:r>
      <w:r>
        <w:rPr/>
        <w:t xml:space="preserve"> </w:t>
      </w:r>
      <w:r>
        <w:rPr/>
        <w:t>había abierto. El Eco, por primera vez en siglos, tenía algo parecido a</w:t>
      </w:r>
      <w:r>
        <w:rPr/>
        <w:t xml:space="preserve"> </w:t>
      </w:r>
      <w:r>
        <w:rPr/>
        <w:t>un equipo.</w:t>
      </w:r>
    </w:p>
    <w:p>
      <w:pPr>
        <w:pStyle w:val="BodyText"/>
      </w:pPr>
      <w:r>
        <w:rPr/>
        <w:t>El aire del claustro cambió de densidad. Incluso la piedra parecía</w:t>
      </w:r>
      <w:r>
        <w:rPr/>
        <w:t xml:space="preserve"> </w:t>
      </w:r>
      <w:r>
        <w:rPr/>
        <w:t>escuchar.</w:t>
      </w:r>
    </w:p>
    <w:p>
      <w:pPr>
        <w:pStyle w:val="BodyText"/>
      </w:pPr>
      <w:r>
        <w:rPr/>
        <w:t>El problema del mensaje</w:t>
      </w:r>
    </w:p>
    <w:p>
      <w:pPr>
        <w:pStyle w:val="BodyText"/>
      </w:pPr>
      <w:r>
        <w:rPr/>
        <w:t>Saber que no estaba sola no resolvía lo esencial: cómo hablar.</w:t>
      </w:r>
    </w:p>
    <w:p>
      <w:pPr>
        <w:pStyle w:val="BodyText"/>
      </w:pPr>
      <w:r>
        <w:rPr/>
        <w:t>No podía arriesgar un mensaje directo hacia Vasco; cada sobresalto suyo</w:t>
      </w:r>
      <w:r>
        <w:rPr/>
        <w:t xml:space="preserve"> </w:t>
      </w:r>
      <w:r>
        <w:rPr/>
        <w:t>quedaba registrado por los dispositivos de Finch. Y aunque ya había</w:t>
      </w:r>
      <w:r>
        <w:rPr/>
        <w:t xml:space="preserve"> </w:t>
      </w:r>
      <w:r>
        <w:rPr/>
        <w:t>logrado convocar a Lena y Markus por resonancia, ahora necesitaba</w:t>
      </w:r>
      <w:r>
        <w:rPr/>
        <w:t xml:space="preserve"> </w:t>
      </w:r>
      <w:r>
        <w:rPr/>
        <w:t>coordenadas concretas, instrucciones tácticas, inteligencia sobre el</w:t>
      </w:r>
      <w:r>
        <w:rPr/>
        <w:t xml:space="preserve"> </w:t>
      </w:r>
      <w:r>
        <w:rPr/>
        <w:t>enemigo.</w:t>
      </w:r>
    </w:p>
    <w:p>
      <w:pPr>
        <w:pStyle w:val="BodyText"/>
      </w:pPr>
      <w:r>
        <w:rPr/>
        <w:t>No bastaba con sentir.</w:t>
      </w:r>
    </w:p>
    <w:p>
      <w:pPr>
        <w:pStyle w:val="BodyText"/>
      </w:pPr>
      <w:r>
        <w:rPr/>
        <w:t>Había que transmitir.</w:t>
      </w:r>
    </w:p>
    <w:p>
      <w:pPr>
        <w:pStyle w:val="BodyText"/>
      </w:pPr>
      <w:r>
        <w:rPr/>
        <w:t>Se sentó en el centro geométrico de la cripta, allí donde la acústica se</w:t>
      </w:r>
      <w:r>
        <w:rPr/>
        <w:t xml:space="preserve"> </w:t>
      </w:r>
      <w:r>
        <w:rPr/>
        <w:t>cerraba como una cúpula perfecta. Cerró los ojos. A cada exhalación, su</w:t>
      </w:r>
      <w:r>
        <w:rPr/>
        <w:t xml:space="preserve"> </w:t>
      </w:r>
      <w:r>
        <w:rPr/>
        <w:t>conciencia se hacía más ancha, como si el cuerpo fuese solo un cascarón</w:t>
      </w:r>
      <w:r>
        <w:rPr/>
        <w:t xml:space="preserve"> </w:t>
      </w:r>
      <w:r>
        <w:rPr/>
        <w:t>alrededor de un transmisor.</w:t>
      </w:r>
    </w:p>
    <w:p>
      <w:pPr>
        <w:pStyle w:val="BodyText"/>
      </w:pPr>
      <w:r>
        <w:rPr/>
        <w:t>No iba a enviar una visión suelta, ni un simple acorde emocional.</w:t>
      </w:r>
    </w:p>
    <w:p>
      <w:pPr>
        <w:pStyle w:val="BodyText"/>
      </w:pPr>
      <w:r>
        <w:rPr/>
        <w:t>Iba a construir un mensaje estratificado.</w:t>
      </w:r>
    </w:p>
    <w:p>
      <w:pPr>
        <w:pStyle w:val="BodyText"/>
      </w:pPr>
      <w:r>
        <w:rPr/>
        <w:t>La arquitectura de la transmisión</w:t>
      </w:r>
    </w:p>
    <w:p>
      <w:pPr>
        <w:pStyle w:val="BodyText"/>
      </w:pPr>
      <w:r>
        <w:rPr/>
        <w:t>La emisión, pensó, debía tener tres capas.</w:t>
      </w:r>
    </w:p>
    <w:p>
      <w:pPr>
        <w:pStyle w:val="BodyText"/>
      </w:pPr>
      <w:r>
        <w:rPr/>
        <w:t>Primera capa: la llamada. Una melodía sencilla, reconocible para ellos y</w:t>
      </w:r>
      <w:r>
        <w:rPr/>
        <w:t xml:space="preserve"> </w:t>
      </w:r>
      <w:r>
        <w:rPr/>
        <w:t>para nadie más. El pequeño motivo que habían creado juntos en 1997</w:t>
      </w:r>
      <w:r>
        <w:rPr/>
        <w:t xml:space="preserve"> </w:t>
      </w:r>
      <w:r>
        <w:rPr/>
        <w:t>frente al Juno-106, una noche en la que ILIBERIS jugaba a encontrar</w:t>
      </w:r>
      <w:r>
        <w:rPr/>
        <w:t xml:space="preserve"> </w:t>
      </w:r>
      <w:r>
        <w:rPr/>
        <w:t>acordes imposibles. Tres notas que, desde entonces, eran una especie de</w:t>
      </w:r>
      <w:r>
        <w:rPr/>
        <w:t xml:space="preserve"> </w:t>
      </w:r>
      <w:r>
        <w:rPr/>
        <w:t>código íntimo.</w:t>
      </w:r>
    </w:p>
    <w:p>
      <w:pPr>
        <w:pStyle w:val="BodyText"/>
      </w:pPr>
      <w:r>
        <w:rPr/>
        <w:t>Segunda capa: el lugar. Dentro de esa melodía, escondida en su</w:t>
      </w:r>
      <w:r>
        <w:rPr/>
        <w:t xml:space="preserve"> </w:t>
      </w:r>
      <w:r>
        <w:rPr/>
        <w:t>estructura de intervalos, codificó unas coordenadas. El viejo sistema</w:t>
      </w:r>
      <w:r>
        <w:rPr/>
        <w:t xml:space="preserve"> </w:t>
      </w:r>
      <w:r>
        <w:rPr/>
        <w:t>que ella y Adrián habían ideado, convirtiendo progresiones de acordes en</w:t>
      </w:r>
      <w:r>
        <w:rPr/>
        <w:t xml:space="preserve"> </w:t>
      </w:r>
      <w:r>
        <w:rPr/>
        <w:t>pares de números, volvió a desplegarse casi solo.</w:t>
      </w:r>
    </w:p>
    <w:p>
      <w:pPr>
        <w:pStyle w:val="BodyText"/>
      </w:pPr>
      <w:r>
        <w:rPr/>
        <w:t>Las cifras no apuntaban al monasterio.</w:t>
      </w:r>
    </w:p>
    <w:p>
      <w:pPr>
        <w:pStyle w:val="BodyText"/>
      </w:pPr>
      <w:r>
        <w:rPr/>
        <w:t>Indicaban un eremitorio abandonado, a unos quince kilómetros de Soria.</w:t>
      </w:r>
      <w:r>
        <w:rPr/>
        <w:t xml:space="preserve"> </w:t>
      </w:r>
      <w:r>
        <w:rPr/>
        <w:t>Un lugar pequeño, ignorado por los mapas turísticos y prácticamente</w:t>
      </w:r>
      <w:r>
        <w:rPr/>
        <w:t xml:space="preserve"> </w:t>
      </w:r>
      <w:r>
        <w:rPr/>
        <w:t>invisible para la red de Chrysalis. Perfecto para un encuentro fuera de</w:t>
      </w:r>
      <w:r>
        <w:rPr/>
        <w:t xml:space="preserve"> </w:t>
      </w:r>
      <w:r>
        <w:rPr/>
        <w:t>foco.</w:t>
      </w:r>
    </w:p>
    <w:p>
      <w:pPr>
        <w:pStyle w:val="BodyText"/>
      </w:pPr>
      <w:r>
        <w:rPr/>
        <w:t>Tercera capa: el enemigo. La capa más profunda no era musical, sino</w:t>
      </w:r>
      <w:r>
        <w:rPr/>
        <w:t xml:space="preserve"> </w:t>
      </w:r>
      <w:r>
        <w:rPr/>
        <w:t>conceptual. Una imagen que iba dirigida a la mente analítica de Lena: la</w:t>
      </w:r>
      <w:r>
        <w:rPr/>
        <w:t xml:space="preserve"> </w:t>
      </w:r>
      <w:r>
        <w:rPr/>
        <w:t>huella vibracional de Finch, ese patrón de líneas y ángulos que Mar</w:t>
      </w:r>
      <w:r>
        <w:rPr/>
        <w:t xml:space="preserve"> </w:t>
      </w:r>
      <w:r>
        <w:rPr/>
        <w:t>había visto adherido a la red como un parásito.</w:t>
      </w:r>
    </w:p>
    <w:p>
      <w:pPr>
        <w:pStyle w:val="BodyText"/>
      </w:pPr>
      <w:r>
        <w:rPr/>
        <w:t>Junto a la imagen, una idea comprimida: No es un hombre con instintos.</w:t>
      </w:r>
      <w:r>
        <w:rPr/>
        <w:t xml:space="preserve"> </w:t>
      </w:r>
      <w:r>
        <w:rPr/>
        <w:t>Es una máquina con obsesiones. No le ganes en fuerza. Atácalo donde no</w:t>
      </w:r>
      <w:r>
        <w:rPr/>
        <w:t xml:space="preserve"> </w:t>
      </w:r>
      <w:r>
        <w:rPr/>
        <w:t>sabe jugar: en el caos humano.</w:t>
      </w:r>
    </w:p>
    <w:p>
      <w:pPr>
        <w:pStyle w:val="BodyText"/>
      </w:pPr>
      <w:r>
        <w:rPr/>
        <w:t>No formuló esas frases con palabras. Las dejó caer como pura intención,</w:t>
      </w:r>
      <w:r>
        <w:rPr/>
        <w:t xml:space="preserve"> </w:t>
      </w:r>
      <w:r>
        <w:rPr/>
        <w:t>confiando en que Lena sabría traducirlas.</w:t>
      </w:r>
    </w:p>
    <w:p>
      <w:pPr>
        <w:pStyle w:val="BodyText"/>
      </w:pPr>
      <w:r>
        <w:rPr/>
        <w:t>La transmisión, en el tiempo del mundo, duró menos de un minuto.</w:t>
      </w:r>
    </w:p>
    <w:p>
      <w:pPr>
        <w:pStyle w:val="BodyText"/>
      </w:pPr>
      <w:r>
        <w:rPr/>
        <w:t>Para Mar, fue como sostener una nota imposible hasta el borde del</w:t>
      </w:r>
      <w:r>
        <w:rPr/>
        <w:t xml:space="preserve"> </w:t>
      </w:r>
      <w:r>
        <w:rPr/>
        <w:t>desgarro.</w:t>
      </w:r>
    </w:p>
    <w:p>
      <w:pPr>
        <w:pStyle w:val="BodyText"/>
      </w:pPr>
      <w:r>
        <w:rPr/>
        <w:t>Cuando cortó el flujo, el cuerpo le pesaba como plomo. La boca le sabía</w:t>
      </w:r>
      <w:r>
        <w:rPr/>
        <w:t xml:space="preserve"> </w:t>
      </w:r>
      <w:r>
        <w:rPr/>
        <w:t>a metal. Una gota de sangre le resbaló de la nariz.</w:t>
      </w:r>
    </w:p>
    <w:p>
      <w:pPr>
        <w:pStyle w:val="BodyText"/>
      </w:pPr>
      <w:r>
        <w:rPr/>
        <w:t>El precio.</w:t>
      </w:r>
    </w:p>
    <w:p>
      <w:pPr>
        <w:pStyle w:val="BodyText"/>
      </w:pPr>
      <w:r>
        <w:rPr/>
        <w:t>Pero el puente estaba tendido.</w:t>
      </w:r>
    </w:p>
    <w:p>
      <w:pPr>
        <w:pStyle w:val="BodyText"/>
      </w:pPr>
      <w:r>
        <w:rPr/>
        <w:t>Momento de confianza</w:t>
      </w:r>
    </w:p>
    <w:p>
      <w:pPr>
        <w:pStyle w:val="BodyText"/>
      </w:pPr>
      <w:r>
        <w:rPr/>
        <w:t>Se recostó contra la piedra fría. Por primera vez desde que el Eco la</w:t>
      </w:r>
      <w:r>
        <w:rPr/>
        <w:t xml:space="preserve"> </w:t>
      </w:r>
      <w:r>
        <w:rPr/>
        <w:t>había elegido, sentía que podía delegar parte de la carga.</w:t>
      </w:r>
    </w:p>
    <w:p>
      <w:pPr>
        <w:pStyle w:val="BodyText"/>
      </w:pPr>
      <w:r>
        <w:rPr/>
        <w:t>Lena entendería el mensaje. Markus haría el resto. Vasco no estaría</w:t>
      </w:r>
      <w:r>
        <w:rPr/>
        <w:t xml:space="preserve"> </w:t>
      </w:r>
      <w:r>
        <w:rPr/>
        <w:t>completamente solo cuando el anzuelo tirara de él hacia el norte.</w:t>
      </w:r>
    </w:p>
    <w:p>
      <w:pPr>
        <w:pStyle w:val="BodyText"/>
      </w:pPr>
      <w:r>
        <w:rPr/>
        <w:t>Afuera, el viento se levantó de golpe. No era un presagio, se dijo. Era</w:t>
      </w:r>
      <w:r>
        <w:rPr/>
        <w:t xml:space="preserve"> </w:t>
      </w:r>
      <w:r>
        <w:rPr/>
        <w:t>solo aire moviéndose entre montañas.</w:t>
      </w:r>
    </w:p>
    <w:p>
      <w:pPr>
        <w:pStyle w:val="BodyText"/>
      </w:pPr>
      <w:r>
        <w:rPr/>
        <w:t>Y, sin embargo, sonaba como si el propio paisaje hubiese notado que</w:t>
      </w:r>
      <w:r>
        <w:rPr/>
        <w:t xml:space="preserve"> </w:t>
      </w:r>
      <w:r>
        <w:rPr/>
        <w:t>algo, en la frecuencia del mundo, acababa de cambiar de tono.</w:t>
      </w:r>
    </w:p>
    <w:p>
      <w:pPr>
        <w:pStyle w:val="BodyText"/>
      </w:pPr>
      <w:r>
        <w:rPr/>
        <w:t>El tablero estaba dispuesto.</w:t>
      </w:r>
    </w:p>
    <w:p>
      <w:pPr>
        <w:pStyle w:val="BodyText"/>
      </w:pPr>
      <w:r>
        <w:rPr/>
        <w:t>Las piezas, en movimiento.</w:t>
      </w:r>
    </w:p>
    <w:p>
      <w:pPr>
        <w:pStyle w:val="BodyText"/>
      </w:pPr>
      <w:r>
        <w:rPr/>
        <w:t>Y por primera vez en toda la partida, pensó Mar, Finch no era el único</w:t>
      </w:r>
      <w:r>
        <w:rPr/>
        <w:t xml:space="preserve"> </w:t>
      </w:r>
      <w:r>
        <w:rPr/>
        <w:t>que conocía las reglas.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CAPÍTULO 39. LA RED DE LA ARAÑA</w:t>
      </w:r>
    </w:p>
    <w:p>
      <w:pPr>
        <w:pStyle w:val="Heading1"/>
      </w:pPr>
      <w:r>
        <w:rPr/>
        <w:t>CAPÍTULO 40. CEBO Y ANZUELO</w:t>
      </w:r>
    </w:p>
    <w:p>
      <w:pPr/>
      <w:r>
        <w:rPr/>
        <w:t>«La desesperación es la vibración más fácil de generar.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Solo requiere la eliminación sistemática de la esperanza.»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 Alistair Finch, registros internos del Proyecto Echo-Catcher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Alistair Finch observaba los datos desde su base de operaciones móvil:</w:t>
      </w:r>
      <w:r>
        <w:rPr/>
        <w:t xml:space="preserve"> </w:t>
      </w:r>
      <w:r>
        <w:rPr/>
        <w:t>una furgoneta Mercedes Sprinter negra, aparcada en las colinas que</w:t>
      </w:r>
      <w:r>
        <w:rPr/>
        <w:t xml:space="preserve"> </w:t>
      </w:r>
      <w:r>
        <w:rPr/>
        <w:t>dominaban Lisboa. Desde allí se veía el Tajo como una lámina de plata.</w:t>
      </w:r>
      <w:r>
        <w:rPr/>
        <w:t xml:space="preserve"> </w:t>
      </w:r>
      <w:r>
        <w:rPr/>
        <w:t>Sus ojos azul acero estaban fijos en las pantallas que convertían el</w:t>
      </w:r>
      <w:r>
        <w:rPr/>
        <w:t xml:space="preserve"> </w:t>
      </w:r>
      <w:r>
        <w:rPr/>
        <w:t>interior del vehículo en una sala de guerra.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huida de Vasco a Soria y su posterior silencio encajaban exactamente</w:t>
      </w:r>
      <w:r>
        <w:rPr/>
        <w:t xml:space="preserve"> </w:t>
      </w:r>
      <w:r>
        <w:rPr/>
        <w:t>en sus previsiones. El «Receptor» estaba asustado, aislado, vulnerable.</w:t>
      </w:r>
      <w:r>
        <w:rPr/>
        <w:t xml:space="preserve"> </w:t>
      </w:r>
      <w:r>
        <w:rPr/>
        <w:t>Era el momento de transformar un miedo contenido en una desesperación</w:t>
      </w:r>
      <w:r>
        <w:rPr/>
        <w:t xml:space="preserve"> </w:t>
      </w:r>
      <w:r>
        <w:rPr/>
        <w:t>que lo obligara a actuar según patrones calculables.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fase de aislamiento digital había cumplido su propósito. Ahora</w:t>
      </w:r>
      <w:r>
        <w:rPr/>
        <w:t xml:space="preserve"> </w:t>
      </w:r>
      <w:r>
        <w:rPr/>
        <w:t>comenzaba la demolición psicológica.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—Fase Delta iniciada —murmuró al micrófono del headset—. El sujeto</w:t>
      </w:r>
      <w:r>
        <w:rPr/>
        <w:t xml:space="preserve"> </w:t>
      </w:r>
      <w:r>
        <w:rPr/>
        <w:t>ha alcanzado el nivel óptimo de vulnerabilidad. Proceded con la escalada</w:t>
      </w:r>
      <w:r>
        <w:rPr/>
        <w:t xml:space="preserve"> </w:t>
      </w:r>
      <w:r>
        <w:rPr/>
        <w:t>programada.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Primer movimiento: invasión de la intimidad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Vasco se alojaba en el modesto Hostal Duero bajo el nombre falso de</w:t>
      </w:r>
      <w:r>
        <w:rPr/>
        <w:t xml:space="preserve"> </w:t>
      </w:r>
      <w:r>
        <w:rPr/>
        <w:t>«João Silva» y pagaba en efectivo con disciplina casi religiosa. Su</w:t>
      </w:r>
      <w:r>
        <w:rPr/>
        <w:t xml:space="preserve"> </w:t>
      </w:r>
      <w:r>
        <w:rPr/>
        <w:t>rutina era sencilla: cada mañana, a las nueve, salía a comprar el</w:t>
      </w:r>
      <w:r>
        <w:rPr/>
        <w:t xml:space="preserve"> </w:t>
      </w:r>
      <w:r>
        <w:rPr/>
        <w:t>desayuno a la panadería de la esquina. Doce minutos de ausencia.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equipo de Finch lo monitorizaba al segundo.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Al regresar, encontró la puerta de su habitación ligeramente</w:t>
      </w:r>
      <w:r>
        <w:rPr/>
        <w:t xml:space="preserve"> </w:t>
      </w:r>
      <w:r>
        <w:rPr/>
        <w:t>entreabierta. Un detalle mínimo, casi disculpable. Dentro, todo parecía</w:t>
      </w:r>
      <w:r>
        <w:rPr/>
        <w:t xml:space="preserve"> </w:t>
      </w:r>
      <w:r>
        <w:rPr/>
        <w:t>igual: la ropa sobre la silla, los documentos falsos bajo el colchón, la</w:t>
      </w:r>
      <w:r>
        <w:rPr/>
        <w:t xml:space="preserve"> </w:t>
      </w:r>
      <w:r>
        <w:rPr/>
        <w:t>mochila junto a la ventana.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Todo, salvo una cosa.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Su cuaderno de cuero negro estaba abierto sobre la cama. Abierto por una</w:t>
      </w:r>
      <w:r>
        <w:rPr/>
        <w:t xml:space="preserve"> </w:t>
      </w:r>
      <w:r>
        <w:rPr/>
        <w:t>página en blanco. Una página que él recordaba haber llenado la noche</w:t>
      </w:r>
      <w:r>
        <w:rPr/>
        <w:t xml:space="preserve"> </w:t>
      </w:r>
      <w:r>
        <w:rPr/>
        <w:t>anterior con diagramas y notas sobre el Eco, incluidas sus visiones del</w:t>
      </w:r>
      <w:r>
        <w:rPr/>
        <w:t xml:space="preserve"> </w:t>
      </w:r>
      <w:r>
        <w:rPr/>
        <w:t>lobo de ojos azules.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Vasco recorrió la habitación con manos temblorosas. No halló cámaras</w:t>
      </w:r>
      <w:r>
        <w:rPr/>
        <w:t xml:space="preserve"> </w:t>
      </w:r>
      <w:r>
        <w:rPr/>
        <w:t>visibles, ni micrófonos, ni cerraduras forzadas. Solo ese gesto</w:t>
      </w:r>
      <w:r>
        <w:rPr/>
        <w:t xml:space="preserve"> </w:t>
      </w:r>
      <w:r>
        <w:rPr/>
        <w:t>diminuto, frío, quirúrgico: una página borrada y colocada como una</w:t>
      </w:r>
      <w:r>
        <w:rPr/>
        <w:t xml:space="preserve"> </w:t>
      </w:r>
      <w:r>
        <w:rPr/>
        <w:t>sonrisa.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paranoia se le instaló en el sistema nervioso como un veneno.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necesitaba ver a los observadores para saber que estaban allí.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Segundo movimiento: humillación pública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biblioteca municipal de Soria se había convertido en su refugio: un</w:t>
      </w:r>
      <w:r>
        <w:rPr/>
        <w:t xml:space="preserve"> </w:t>
      </w:r>
      <w:r>
        <w:rPr/>
        <w:t>edificio decimonónico de techos altos, mesas silenciosas y olor a papel</w:t>
      </w:r>
      <w:r>
        <w:rPr/>
        <w:t xml:space="preserve"> </w:t>
      </w:r>
      <w:r>
        <w:rPr/>
        <w:t>viejo. Entre estanterías de historia local y manuscritos polvorientos,</w:t>
      </w:r>
      <w:r>
        <w:rPr/>
        <w:t xml:space="preserve"> </w:t>
      </w:r>
      <w:r>
        <w:rPr/>
        <w:t>Vasco se sentía, por momentos, un hombre cualquiera.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Hasta que dos hombres de traje gris entraron con paso decidido.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—¿Señor Vasco Neves? —preguntó el más alto, con voz neutra.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corazón de Vasco se detuvo un instante. No había usado su nombre real</w:t>
      </w:r>
      <w:r>
        <w:rPr/>
        <w:t xml:space="preserve"> </w:t>
      </w:r>
      <w:r>
        <w:rPr/>
        <w:t>en días. La habitación pareció encogerse. Cada cabeza se giró hacia él:</w:t>
      </w:r>
      <w:r>
        <w:rPr/>
        <w:t xml:space="preserve"> </w:t>
      </w:r>
      <w:r>
        <w:rPr/>
        <w:t>ancianos, estudiantes, funcionarios. Docenas de ojos tratando de encajar</w:t>
      </w:r>
      <w:r>
        <w:rPr/>
        <w:t xml:space="preserve"> </w:t>
      </w:r>
      <w:r>
        <w:rPr/>
        <w:t>su rostro en algún relato: delincuente, espía, monstruo.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necesitaban gritos ni esposas. Bastaba con pronunciar su nombre</w:t>
      </w:r>
      <w:r>
        <w:rPr/>
        <w:t xml:space="preserve"> </w:t>
      </w:r>
      <w:r>
        <w:rPr/>
        <w:t>completo en un templo de silencio.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Lo escoltaron hacia la salida con una cortesía que dolía más que</w:t>
      </w:r>
      <w:r>
        <w:rPr/>
        <w:t xml:space="preserve"> </w:t>
      </w:r>
      <w:r>
        <w:rPr/>
        <w:t>cualquier empujón. La vergüenza se le pegó a la piel como una segunda</w:t>
      </w:r>
      <w:r>
        <w:rPr/>
        <w:t xml:space="preserve"> </w:t>
      </w:r>
      <w:r>
        <w:rPr/>
        <w:t>camisa.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Tercer movimiento: tortura del tiempo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sala de interrogatorios olía a desinfectante rancio y resignación.</w:t>
      </w:r>
      <w:r>
        <w:rPr/>
        <w:t xml:space="preserve"> </w:t>
      </w:r>
      <w:r>
        <w:rPr/>
        <w:t>Paredes verdosas, una mesa metálica atornillada al suelo, dos sillas de</w:t>
      </w:r>
      <w:r>
        <w:rPr/>
        <w:t xml:space="preserve"> </w:t>
      </w:r>
      <w:r>
        <w:rPr/>
        <w:t>plástico, un fluorescente que parpadeaba con crueldad metódica.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lo interrogaban. No lo golpeaban. Solo lo dejaban allí.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Horas.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 vez en cuando, un funcionario asomaba la cabeza: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—Unos minutos más.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—Estamos esperando confirmación.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—El sistema está lento hoy.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Vasco empezó a sentir que su vida era solo eso: un expediente extraviado</w:t>
      </w:r>
      <w:r>
        <w:rPr/>
        <w:t xml:space="preserve"> </w:t>
      </w:r>
      <w:r>
        <w:rPr/>
        <w:t>en un sistema remoto, una entrada fácilmente eliminable de una base de</w:t>
      </w:r>
      <w:r>
        <w:rPr/>
        <w:t xml:space="preserve"> </w:t>
      </w:r>
      <w:r>
        <w:rPr/>
        <w:t>datos. Un error administrativo con piernas.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Cuando por fin entró un oficial distinto, ya de noche, su expresión era</w:t>
      </w:r>
      <w:r>
        <w:rPr/>
        <w:t xml:space="preserve"> </w:t>
      </w:r>
      <w:r>
        <w:rPr/>
        <w:t>la de quien se disculpa por llegar tarde a una cena.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—Puede irse. Ha sido un error —dijo—. Disculpe las molestias.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hubo explicación. No hubo reparación. Solo una puerta abierta a la</w:t>
      </w:r>
      <w:r>
        <w:rPr/>
        <w:t xml:space="preserve"> </w:t>
      </w:r>
      <w:r>
        <w:rPr/>
        <w:t>calle fría.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Estado de quiebre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Bajo la luz anaranjada de las farolas, Vasco se sintió como un náufrago</w:t>
      </w:r>
      <w:r>
        <w:rPr/>
        <w:t xml:space="preserve"> </w:t>
      </w:r>
      <w:r>
        <w:rPr/>
        <w:t>que ha llegado a tierra para descubrir que la isla está llena de</w:t>
      </w:r>
      <w:r>
        <w:rPr/>
        <w:t xml:space="preserve"> </w:t>
      </w:r>
      <w:r>
        <w:rPr/>
        <w:t>depredadores. Ya no era solo un paria digital: ahora el sistema lo había</w:t>
      </w:r>
      <w:r>
        <w:rPr/>
        <w:t xml:space="preserve"> </w:t>
      </w:r>
      <w:r>
        <w:rPr/>
        <w:t>señalado, registrado, probado. Podía volver a cerrar la mano sobre él en</w:t>
      </w:r>
      <w:r>
        <w:rPr/>
        <w:t xml:space="preserve"> </w:t>
      </w:r>
      <w:r>
        <w:rPr/>
        <w:t>cualquier momento.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Caminó por las calles medievales con la sensación de que las piedras lo</w:t>
      </w:r>
      <w:r>
        <w:rPr/>
        <w:t xml:space="preserve"> </w:t>
      </w:r>
      <w:r>
        <w:rPr/>
        <w:t>miraban, de que cada sombra ocultaba un sensor, de que cada susurro se</w:t>
      </w:r>
      <w:r>
        <w:rPr/>
        <w:t xml:space="preserve"> </w:t>
      </w:r>
      <w:r>
        <w:rPr/>
        <w:t>detenía al pasar.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Desde la furgoneta, Finch observaba.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Sensores remotos, instalados con precisión en la habitación del hostal,</w:t>
      </w:r>
      <w:r>
        <w:rPr/>
        <w:t xml:space="preserve"> </w:t>
      </w:r>
      <w:r>
        <w:rPr/>
        <w:t>registraban los niveles de cortisol, la fragmentación del sueño, la</w:t>
      </w:r>
      <w:r>
        <w:rPr/>
        <w:t xml:space="preserve"> </w:t>
      </w:r>
      <w:r>
        <w:rPr/>
        <w:t>hipervigilancia constante. La caída de Vasco podía traducirse en</w:t>
      </w:r>
      <w:r>
        <w:rPr/>
        <w:t xml:space="preserve"> </w:t>
      </w:r>
      <w:r>
        <w:rPr/>
        <w:t>gráficas.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sujeto estaba listo.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anzuelo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Al día siguiente, Vasco se sentó en un banco del parque junto al río,</w:t>
      </w:r>
      <w:r>
        <w:rPr/>
        <w:t xml:space="preserve"> </w:t>
      </w:r>
      <w:r>
        <w:rPr/>
        <w:t>intentando coser algo de calma. El Duero corría delante de él,</w:t>
      </w:r>
      <w:r>
        <w:rPr/>
        <w:t xml:space="preserve"> </w:t>
      </w:r>
      <w:r>
        <w:rPr/>
        <w:t>indiferente.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Entonces se acercó un hombre.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Mediana edad, ropa informal pero cuidada, una calma estudiada en los</w:t>
      </w:r>
      <w:r>
        <w:rPr/>
        <w:t xml:space="preserve"> </w:t>
      </w:r>
      <w:r>
        <w:rPr/>
        <w:t>gestos. Podía ser un profesor jubilado, un guía local, un vecino</w:t>
      </w:r>
      <w:r>
        <w:rPr/>
        <w:t xml:space="preserve"> </w:t>
      </w:r>
      <w:r>
        <w:rPr/>
        <w:t>entrometido.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—Disculpe —dijo, con sonrisa casi tímida—. No he podido evitar</w:t>
      </w:r>
      <w:r>
        <w:rPr/>
        <w:t xml:space="preserve"> </w:t>
      </w:r>
      <w:r>
        <w:rPr/>
        <w:t>notar que parece… preocupado. Lo he visto estos días por el pueblo</w:t>
      </w:r>
      <w:r>
        <w:rPr/>
        <w:t xml:space="preserve"> </w:t>
      </w:r>
      <w:r>
        <w:rPr/>
        <w:t>y…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Hizo una pausa, como si dudara entre seguir o respetar la intimidad de</w:t>
      </w:r>
      <w:r>
        <w:rPr/>
        <w:t xml:space="preserve"> </w:t>
      </w:r>
      <w:r>
        <w:rPr/>
        <w:t>un desconocido.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—Perdone, no es asunto mío. Pero si busca… tranquilidad, lejos del</w:t>
      </w:r>
      <w:r>
        <w:rPr/>
        <w:t xml:space="preserve"> </w:t>
      </w:r>
      <w:r>
        <w:rPr/>
        <w:t>ruido… hay un lugar en las montañas hacia el norte.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Vasco alzó la vista. Esperanza y recelo se le cruzaron en la mirada.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—La gente de los pueblos de alrededor habla de un monasterio antiguo</w:t>
      </w:r>
      <w:r>
        <w:rPr/>
        <w:t xml:space="preserve"> </w:t>
      </w:r>
      <w:r>
        <w:rPr/>
        <w:t>—continuó el hombre, bajando la voz—. San Juan de la Peña. Dicen que</w:t>
      </w:r>
      <w:r>
        <w:rPr/>
        <w:t xml:space="preserve"> </w:t>
      </w:r>
      <w:r>
        <w:rPr/>
        <w:t>es un sitio fuera del tiempo. Allí las ondas de radio no penetran. No</w:t>
      </w:r>
      <w:r>
        <w:rPr/>
        <w:t xml:space="preserve"> </w:t>
      </w:r>
      <w:r>
        <w:rPr/>
        <w:t>hay redes. Es… un refugio.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nombre golpeó a Vasco como un relámpago. San Juan de la Peña. Un</w:t>
      </w:r>
      <w:r>
        <w:rPr/>
        <w:t xml:space="preserve"> </w:t>
      </w:r>
      <w:r>
        <w:rPr/>
        <w:t>lugar que aparecía una y otra vez en sus investigaciones sobre el Grial</w:t>
      </w:r>
      <w:r>
        <w:rPr/>
        <w:t xml:space="preserve"> </w:t>
      </w:r>
      <w:r>
        <w:rPr/>
        <w:t>y los templarios. Un nodo en todas las cartografías del mito.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parecía casualidad.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O, en su estado, no podía permitirse creer que lo fuera.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Agotado, erosionado por la vigilancia y el miedo, interpretó aquella</w:t>
      </w:r>
      <w:r>
        <w:rPr/>
        <w:t xml:space="preserve"> </w:t>
      </w:r>
      <w:r>
        <w:rPr/>
        <w:t>sugerencia como una señal. Como si una mano invisible hubiese por fin</w:t>
      </w:r>
      <w:r>
        <w:rPr/>
        <w:t xml:space="preserve"> </w:t>
      </w:r>
      <w:r>
        <w:rPr/>
        <w:t>puesto un dedo en el mapa para él. Su mente, al borde del colapso,</w:t>
      </w:r>
      <w:r>
        <w:rPr/>
        <w:t xml:space="preserve"> </w:t>
      </w:r>
      <w:r>
        <w:rPr/>
        <w:t>necesitaba convertir la trampa en providencia.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vio el anzuelo dentro del cebo.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Solo pensó: llegar allí. Un lugar fuera de cobertura. Piedra, silencio,</w:t>
      </w:r>
      <w:r>
        <w:rPr/>
        <w:t xml:space="preserve"> </w:t>
      </w:r>
      <w:r>
        <w:rPr/>
        <w:t>clausura. A salvo.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Mientras se alejaba del parque con un rumbo por primera vez claro, el</w:t>
      </w:r>
      <w:r>
        <w:rPr/>
        <w:t xml:space="preserve"> </w:t>
      </w:r>
      <w:r>
        <w:rPr/>
        <w:t>hombre se tocó el cuello de la camisa, donde un micrófono casi invisible</w:t>
      </w:r>
      <w:r>
        <w:rPr/>
        <w:t xml:space="preserve"> </w:t>
      </w:r>
      <w:r>
        <w:rPr/>
        <w:t>rozaba la tela.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—El pez ha mordido el anzuelo —susurró—. Se dirige al punto de</w:t>
      </w:r>
      <w:r>
        <w:rPr/>
        <w:t xml:space="preserve"> </w:t>
      </w:r>
      <w:r>
        <w:rPr/>
        <w:t>convergencia.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 la furgoneta, a cientos de kilómetros, la boca de Finch se curvó en</w:t>
      </w:r>
      <w:r>
        <w:rPr/>
        <w:t xml:space="preserve"> </w:t>
      </w:r>
      <w:r>
        <w:rPr/>
        <w:t>una sonrisa mínima.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Todo según el algoritmo.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 la penumbra milenaria de San Juan de la Peña, Mar sintió la</w:t>
      </w:r>
      <w:r>
        <w:rPr/>
        <w:t xml:space="preserve"> </w:t>
      </w:r>
      <w:r>
        <w:rPr/>
        <w:t>desesperación de Vasco como una nota discordante atravesando la</w:t>
      </w:r>
      <w:r>
        <w:rPr/>
        <w:t xml:space="preserve"> </w:t>
      </w:r>
      <w:r>
        <w:rPr/>
        <w:t>distancia entre Aragón y Castilla.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eran palabras. Eran vectores de sensación: el veneno del aislamiento</w:t>
      </w:r>
      <w:r>
        <w:rPr/>
        <w:t xml:space="preserve"> </w:t>
      </w:r>
      <w:r>
        <w:rPr/>
        <w:t>digital, la humillación ante extraños, la claustrofobia de la comisaría,</w:t>
      </w:r>
      <w:r>
        <w:rPr/>
        <w:t xml:space="preserve"> </w:t>
      </w:r>
      <w:r>
        <w:rPr/>
        <w:t>la necesidad febril de un refugio.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Y, entre esas corrientes de miedo, un destello preciso: el instante</w:t>
      </w:r>
      <w:r>
        <w:rPr/>
        <w:t xml:space="preserve"> </w:t>
      </w:r>
      <w:r>
        <w:rPr/>
        <w:t>exacto en que el nombre del monasterio había sido plantado en su mente.</w:t>
      </w:r>
      <w:r>
        <w:rPr/>
        <w:t xml:space="preserve"> </w:t>
      </w:r>
      <w:r>
        <w:rPr/>
        <w:t>No como ocurrencia propia, sino como sugerencia cuidadosamente modulada.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Finch había usado el anhelo de protección de Vasco para convertirlo en</w:t>
      </w:r>
      <w:r>
        <w:rPr/>
        <w:t xml:space="preserve"> </w:t>
      </w:r>
      <w:r>
        <w:rPr/>
        <w:t>perro de rastro. Que viniera hasta ella no por voluntad propia, sino</w:t>
      </w:r>
      <w:r>
        <w:rPr/>
        <w:t xml:space="preserve"> </w:t>
      </w:r>
      <w:r>
        <w:rPr/>
        <w:t>arrastrado por una esperanza envenenada. Militarizar la esperanza: una</w:t>
      </w:r>
      <w:r>
        <w:rPr/>
        <w:t xml:space="preserve"> </w:t>
      </w:r>
      <w:r>
        <w:rPr/>
        <w:t>crueldad perfecta.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cicatriz bajo la clavícula de Mar pulsó con una intensidad que no</w:t>
      </w:r>
      <w:r>
        <w:rPr/>
        <w:t xml:space="preserve"> </w:t>
      </w:r>
      <w:r>
        <w:rPr/>
        <w:t>sentía desde el ritual del Eco. Su cuerpo sabía lo que significaba: una</w:t>
      </w:r>
      <w:r>
        <w:rPr/>
        <w:t xml:space="preserve"> </w:t>
      </w:r>
      <w:r>
        <w:rPr/>
        <w:t>convergencia peligrosa.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Si Vasco llegaba al monasterio en esas condiciones, Finch tendría a sus</w:t>
      </w:r>
      <w:r>
        <w:rPr/>
        <w:t xml:space="preserve"> </w:t>
      </w:r>
      <w:r>
        <w:rPr/>
        <w:t>dos objetivos sobre el mismo tablero. Y con ventaja.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podía permitirlo.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vieja guardia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Antes de que el pánico terminara de cerrarle la garganta, otra vibración</w:t>
      </w:r>
      <w:r>
        <w:rPr/>
        <w:t xml:space="preserve"> </w:t>
      </w:r>
      <w:r>
        <w:rPr/>
        <w:t>entró en la composición.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Dos firmas que reconocería en cualquier plano.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Lena. Markus.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Su llamada muda había funcionado: el acorde compartido de Kreuzberg se</w:t>
      </w:r>
      <w:r>
        <w:rPr/>
        <w:t xml:space="preserve"> </w:t>
      </w:r>
      <w:r>
        <w:rPr/>
        <w:t>había reactivado. Estaban en Soria, moviéndose entre sombras digitales y</w:t>
      </w:r>
      <w:r>
        <w:rPr/>
        <w:t xml:space="preserve"> </w:t>
      </w:r>
      <w:r>
        <w:rPr/>
        <w:t>calles empedradas, tratando de abrir un pasillo en la red de Finch.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Mar respiró hondo. No estaba sola. El circuito cerrado de su custodia se</w:t>
      </w:r>
      <w:r>
        <w:rPr/>
        <w:t xml:space="preserve"> </w:t>
      </w:r>
      <w:r>
        <w:rPr/>
        <w:t>había abierto. El Eco, por primera vez en siglos, tenía algo parecido a</w:t>
      </w:r>
      <w:r>
        <w:rPr/>
        <w:t xml:space="preserve"> </w:t>
      </w:r>
      <w:r>
        <w:rPr/>
        <w:t>un equipo.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aire del claustro cambió de densidad. Incluso la piedra parecía</w:t>
      </w:r>
      <w:r>
        <w:rPr/>
        <w:t xml:space="preserve"> </w:t>
      </w:r>
      <w:r>
        <w:rPr/>
        <w:t>escuchar.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problema del mensaje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Saber que no estaba sola no resolvía lo esencial: cómo hablar.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podía arriesgar un mensaje directo hacia Vasco; cada sobresalto suyo</w:t>
      </w:r>
      <w:r>
        <w:rPr/>
        <w:t xml:space="preserve"> </w:t>
      </w:r>
      <w:r>
        <w:rPr/>
        <w:t>quedaba registrado por los dispositivos de Finch. Y aunque ya había</w:t>
      </w:r>
      <w:r>
        <w:rPr/>
        <w:t xml:space="preserve"> </w:t>
      </w:r>
      <w:r>
        <w:rPr/>
        <w:t>logrado convocar a Lena y Markus por resonancia, ahora necesitaba</w:t>
      </w:r>
      <w:r>
        <w:rPr/>
        <w:t xml:space="preserve"> </w:t>
      </w:r>
      <w:r>
        <w:rPr/>
        <w:t>coordenadas concretas, instrucciones tácticas, inteligencia sobre el</w:t>
      </w:r>
      <w:r>
        <w:rPr/>
        <w:t xml:space="preserve"> </w:t>
      </w:r>
      <w:r>
        <w:rPr/>
        <w:t>enemigo.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bastaba con sentir.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Había que transmitir.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 sentó en el centro geométrico de la cripta, allí donde la acústica se</w:t>
      </w:r>
      <w:r>
        <w:rPr/>
        <w:t xml:space="preserve"> </w:t>
      </w:r>
      <w:r>
        <w:rPr/>
        <w:t>cerraba como una cúpula perfecta. Cerró los ojos. A cada exhalación, su</w:t>
      </w:r>
      <w:r>
        <w:rPr/>
        <w:t xml:space="preserve"> </w:t>
      </w:r>
      <w:r>
        <w:rPr/>
        <w:t>conciencia se hacía más ancha, como si el cuerpo fuese solo un cascarón</w:t>
      </w:r>
      <w:r>
        <w:rPr/>
        <w:t xml:space="preserve"> </w:t>
      </w:r>
      <w:r>
        <w:rPr/>
        <w:t>alrededor de un transmisor.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iba a enviar una visión suelta, ni un simple acorde emocional.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Iba a construir un mensaje estratificado.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arquitectura de la transmisión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emisión, pensó, debía tener tres capas.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Primera capa: la llamada. Una melodía sencilla, reconocible para ellos y</w:t>
      </w:r>
      <w:r>
        <w:rPr/>
        <w:t xml:space="preserve"> </w:t>
      </w:r>
      <w:r>
        <w:rPr/>
        <w:t>para nadie más. El pequeño motivo que habían creado juntos en 1997</w:t>
      </w:r>
      <w:r>
        <w:rPr/>
        <w:t xml:space="preserve"> </w:t>
      </w:r>
      <w:r>
        <w:rPr/>
        <w:t>frente al Juno-106, una noche en la que ILIBERIS jugaba a encontrar</w:t>
      </w:r>
      <w:r>
        <w:rPr/>
        <w:t xml:space="preserve"> </w:t>
      </w:r>
      <w:r>
        <w:rPr/>
        <w:t>acordes imposibles. Tres notas que, desde entonces, eran una especie de</w:t>
      </w:r>
      <w:r>
        <w:rPr/>
        <w:t xml:space="preserve"> </w:t>
      </w:r>
      <w:r>
        <w:rPr/>
        <w:t>código íntimo.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Segunda capa: el lugar. Dentro de esa melodía, escondida en su</w:t>
      </w:r>
      <w:r>
        <w:rPr/>
        <w:t xml:space="preserve"> </w:t>
      </w:r>
      <w:r>
        <w:rPr/>
        <w:t>estructura de intervalos, codificó unas coordenadas. El viejo sistema</w:t>
      </w:r>
      <w:r>
        <w:rPr/>
        <w:t xml:space="preserve"> </w:t>
      </w:r>
      <w:r>
        <w:rPr/>
        <w:t>que ella y Adrián habían ideado, convirtiendo progresiones de acordes en</w:t>
      </w:r>
      <w:r>
        <w:rPr/>
        <w:t xml:space="preserve"> </w:t>
      </w:r>
      <w:r>
        <w:rPr/>
        <w:t>pares de números, volvió a desplegarse casi solo.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Las cifras no apuntaban al monasterio.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Indicaban un eremitorio abandonado, a unos quince kilómetros de Soria.</w:t>
      </w:r>
      <w:r>
        <w:rPr/>
        <w:t xml:space="preserve"> </w:t>
      </w:r>
      <w:r>
        <w:rPr/>
        <w:t>Un lugar pequeño, ignorado por los mapas turísticos y prácticamente</w:t>
      </w:r>
      <w:r>
        <w:rPr/>
        <w:t xml:space="preserve"> </w:t>
      </w:r>
      <w:r>
        <w:rPr/>
        <w:t>invisible para la red de Chrysalis. Perfecto para un encuentro fuera de</w:t>
      </w:r>
      <w:r>
        <w:rPr/>
        <w:t xml:space="preserve"> </w:t>
      </w:r>
      <w:r>
        <w:rPr/>
        <w:t>foco.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Tercera capa: el enemigo. La capa más profunda no era musical, sino</w:t>
      </w:r>
      <w:r>
        <w:rPr/>
        <w:t xml:space="preserve"> </w:t>
      </w:r>
      <w:r>
        <w:rPr/>
        <w:t>conceptual. Una imagen que iba dirigida a la mente analítica de Lena: la</w:t>
      </w:r>
      <w:r>
        <w:rPr/>
        <w:t xml:space="preserve"> </w:t>
      </w:r>
      <w:r>
        <w:rPr/>
        <w:t>huella vibracional de Finch, ese patrón de líneas y ángulos que Mar</w:t>
      </w:r>
      <w:r>
        <w:rPr/>
        <w:t xml:space="preserve"> </w:t>
      </w:r>
      <w:r>
        <w:rPr/>
        <w:t>había visto adherido a la red como un parásito.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Junto a la imagen, una idea comprimida: No es un hombre con instintos.</w:t>
      </w:r>
      <w:r>
        <w:rPr/>
        <w:t xml:space="preserve"> </w:t>
      </w:r>
      <w:r>
        <w:rPr/>
        <w:t>Es una máquina con obsesiones. No le ganes en fuerza. Atácalo donde no</w:t>
      </w:r>
      <w:r>
        <w:rPr/>
        <w:t xml:space="preserve"> </w:t>
      </w:r>
      <w:r>
        <w:rPr/>
        <w:t>sabe jugar: en el caos humano.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No formuló esas frases con palabras. Las dejó caer como pura intención,</w:t>
      </w:r>
      <w:r>
        <w:rPr/>
        <w:t xml:space="preserve"> </w:t>
      </w:r>
      <w:r>
        <w:rPr/>
        <w:t>confiando en que Lena sabría traducirlas.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transmisión, en el tiempo del mundo, duró menos de un minuto.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Para Mar, fue como sostener una nota imposible hasta el borde del</w:t>
      </w:r>
      <w:r>
        <w:rPr/>
        <w:t xml:space="preserve"> </w:t>
      </w:r>
      <w:r>
        <w:rPr/>
        <w:t>desgarro.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Cuando cortó el flujo, el cuerpo le pesaba como plomo. La boca le sabía</w:t>
      </w:r>
      <w:r>
        <w:rPr/>
        <w:t xml:space="preserve"> </w:t>
      </w:r>
      <w:r>
        <w:rPr/>
        <w:t>a metal. Una gota de sangre le resbaló de la nariz.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precio.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Pero el puente estaba tendido.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Momento de confianza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Se recostó contra la piedra fría. Por primera vez desde que el Eco la</w:t>
      </w:r>
      <w:r>
        <w:rPr/>
        <w:t xml:space="preserve"> </w:t>
      </w:r>
      <w:r>
        <w:rPr/>
        <w:t>había elegido, sentía que podía delegar parte de la carga.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Lena entendería el mensaje. Markus haría el resto. Vasco no estaría</w:t>
      </w:r>
      <w:r>
        <w:rPr/>
        <w:t xml:space="preserve"> </w:t>
      </w:r>
      <w:r>
        <w:rPr/>
        <w:t>completamente solo cuando el anzuelo tirara de él hacia el norte.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Afuera, el viento se levantó de golpe. No era un presagio, se dijo. Era</w:t>
      </w:r>
      <w:r>
        <w:rPr/>
        <w:t xml:space="preserve"> </w:t>
      </w:r>
      <w:r>
        <w:rPr/>
        <w:t>solo aire moviéndose entre montañas.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Y, sin embargo, sonaba como si el propio paisaje hubiese notado que</w:t>
      </w:r>
      <w:r>
        <w:rPr/>
        <w:t xml:space="preserve"> </w:t>
      </w:r>
      <w:r>
        <w:rPr/>
        <w:t>algo, en la frecuencia del mundo, acababa de cambiar de tono.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tablero estaba dispuesto.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Las piezas, en movimiento.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 por primera vez en toda la partida, pensó Mar, Finch no era el único</w:t>
      </w:r>
      <w:r>
        <w:rPr/>
        <w:t xml:space="preserve"> </w:t>
      </w:r>
      <w:r>
        <w:rPr/>
        <w:t>que conocía las reglas.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Heading1"/>
      </w:pPr>
      <w:r>
        <w:rPr/>
        <w:t>CAPÍTULO 41. EL PUENTE DE ECOS</w:t>
      </w:r>
    </w:p>
    <w:p>
      <w:pPr/>
      <w:r>
        <w:rPr/>
        <w:t>«Hay puentes que se construyen para cruzar ríos.</w:t>
      </w:r>
    </w:p>
    <w:p>
      <w:pPr>
        <w:pStyle w:val="BodyText"/>
      </w:pPr>
      <w:r>
        <w:rPr/>
        <w:t>Y hay puentes que se construyen para tender trampas.</w:t>
      </w:r>
    </w:p>
    <w:p>
      <w:pPr>
        <w:pStyle w:val="BodyText"/>
      </w:pPr>
      <w:r>
        <w:rPr/>
        <w:t>El viajero rara vez distingue unos de otros hasta que es demasiado</w:t>
      </w:r>
      <w:r>
        <w:rPr/>
        <w:t xml:space="preserve"> </w:t>
      </w:r>
      <w:r>
        <w:rPr/>
        <w:t>tarde.»</w:t>
      </w:r>
    </w:p>
    <w:p>
      <w:pPr>
        <w:pStyle w:val="BodyText"/>
      </w:pPr>
      <w:r>
        <w:rPr/>
        <w:t>— Proverbio celtíbero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decisión ya estaba tomada cuando Vasco abandonó el parque junto al</w:t>
      </w:r>
      <w:r>
        <w:rPr/>
        <w:t xml:space="preserve"> </w:t>
      </w:r>
      <w:r>
        <w:rPr/>
        <w:t>Duero. No había sido un acto de voluntad consciente, sino de rendición.</w:t>
      </w:r>
      <w:r>
        <w:rPr/>
        <w:t xml:space="preserve"> </w:t>
      </w:r>
      <w:r>
        <w:rPr/>
        <w:t>Como un náufrago que deja de nadar y se entrega a la corriente, había</w:t>
      </w:r>
      <w:r>
        <w:rPr/>
        <w:t xml:space="preserve"> </w:t>
      </w:r>
      <w:r>
        <w:rPr/>
        <w:t>aceptado la sugerencia del desconocido con el alivio exhausto de quien</w:t>
      </w:r>
      <w:r>
        <w:rPr/>
        <w:t xml:space="preserve"> </w:t>
      </w:r>
      <w:r>
        <w:rPr/>
        <w:t>por fin encuentra una dirección, cualquier dirección, que lo aleje del</w:t>
      </w:r>
      <w:r>
        <w:rPr/>
        <w:t xml:space="preserve"> </w:t>
      </w:r>
      <w:r>
        <w:rPr/>
        <w:t>centro de la tormenta.</w:t>
      </w:r>
    </w:p>
    <w:p>
      <w:pPr>
        <w:pStyle w:val="BodyText"/>
      </w:pPr>
      <w:r>
        <w:rPr/>
        <w:t>San Juan de la Peña.</w:t>
      </w:r>
    </w:p>
    <w:p>
      <w:pPr>
        <w:pStyle w:val="BodyText"/>
      </w:pPr>
      <w:r>
        <w:rPr/>
        <w:t>El nombre resonaba en su mente con una insistencia casi musical. Lo</w:t>
      </w:r>
      <w:r>
        <w:rPr/>
        <w:t xml:space="preserve"> </w:t>
      </w:r>
      <w:r>
        <w:rPr/>
        <w:t>había estudiado durante años en sus investigaciones sobre el Grial: el</w:t>
      </w:r>
      <w:r>
        <w:rPr/>
        <w:t xml:space="preserve"> </w:t>
      </w:r>
      <w:r>
        <w:rPr/>
        <w:t>monasterio escondido bajo la roca viva, la cuna del reino de Aragón, el</w:t>
      </w:r>
      <w:r>
        <w:rPr/>
        <w:t xml:space="preserve"> </w:t>
      </w:r>
      <w:r>
        <w:rPr/>
        <w:t>lugar donde supuestamente se guardaron los primeros textos cristianos de</w:t>
      </w:r>
      <w:r>
        <w:rPr/>
        <w:t xml:space="preserve"> </w:t>
      </w:r>
      <w:r>
        <w:rPr/>
        <w:t>la península. Un nodo en todas las cartografías de lo sagrado.</w:t>
      </w:r>
    </w:p>
    <w:p>
      <w:pPr>
        <w:pStyle w:val="BodyText"/>
      </w:pPr>
      <w:r>
        <w:rPr/>
        <w:t>Ahora, en su paranoia calibrada al milímetro por días de vigilancia</w:t>
      </w:r>
      <w:r>
        <w:rPr/>
        <w:t xml:space="preserve"> </w:t>
      </w:r>
      <w:r>
        <w:rPr/>
        <w:t>invisible, el lugar se le aparecía como una promesa de santuario. Piedra</w:t>
      </w:r>
      <w:r>
        <w:rPr/>
        <w:t xml:space="preserve"> </w:t>
      </w:r>
      <w:r>
        <w:rPr/>
        <w:t>antigua, silencio monástico, ausencia de cobertura telefónica. Un</w:t>
      </w:r>
      <w:r>
        <w:rPr/>
        <w:t xml:space="preserve"> </w:t>
      </w:r>
      <w:r>
        <w:rPr/>
        <w:t>agujero negro en el mapa digital.</w:t>
      </w:r>
    </w:p>
    <w:p>
      <w:pPr>
        <w:pStyle w:val="BodyText"/>
      </w:pPr>
      <w:r>
        <w:rPr/>
        <w:t>Un lugar donde desaparecer.</w:t>
      </w:r>
    </w:p>
    <w:p>
      <w:pPr>
        <w:pStyle w:val="BodyText"/>
      </w:pPr>
      <w:r>
        <w:rPr/>
        <w:t>No se permitió pensar en la casualidad. No podía. Si empezaba a</w:t>
      </w:r>
      <w:r>
        <w:rPr/>
        <w:t xml:space="preserve"> </w:t>
      </w:r>
      <w:r>
        <w:rPr/>
        <w:t>cuestionar la aparición providencial de aquel hombre amable en el</w:t>
      </w:r>
      <w:r>
        <w:rPr/>
        <w:t xml:space="preserve"> </w:t>
      </w:r>
      <w:r>
        <w:rPr/>
        <w:t>momento exacto de su mayor desesperación, el edificio entero de su</w:t>
      </w:r>
      <w:r>
        <w:rPr/>
        <w:t xml:space="preserve"> </w:t>
      </w:r>
      <w:r>
        <w:rPr/>
        <w:t>cordura se vendría abajo. Necesitaba creer en la suerte, en la</w:t>
      </w:r>
      <w:r>
        <w:rPr/>
        <w:t xml:space="preserve"> </w:t>
      </w:r>
      <w:r>
        <w:rPr/>
        <w:t>sincronía, en cualquier cosa que no fuera el diseño deliberado de una</w:t>
      </w:r>
      <w:r>
        <w:rPr/>
        <w:t xml:space="preserve"> </w:t>
      </w:r>
      <w:r>
        <w:rPr/>
        <w:t>mente que jugaba con él como un gato con un ratón.</w:t>
      </w:r>
    </w:p>
    <w:p>
      <w:pPr>
        <w:pStyle w:val="BodyText"/>
      </w:pPr>
      <w:r>
        <w:rPr/>
        <w:t>Así que creyó.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De regreso al Hostal Duero, Vasco metió sus escasas pertenencias en la</w:t>
      </w:r>
      <w:r>
        <w:rPr/>
        <w:t xml:space="preserve"> </w:t>
      </w:r>
      <w:r>
        <w:rPr/>
        <w:t>mochila con movimientos mecánicos. Ropa limpia, el cuaderno de cuero</w:t>
      </w:r>
      <w:r>
        <w:rPr/>
        <w:t xml:space="preserve"> </w:t>
      </w:r>
      <w:r>
        <w:rPr/>
        <w:t>negro, los documentos falsos, el sobre con efectivo que iba menguando.</w:t>
      </w:r>
      <w:r>
        <w:rPr/>
        <w:t xml:space="preserve"> </w:t>
      </w:r>
      <w:r>
        <w:rPr/>
        <w:t>Pasaporte, tarjeta sanitaria, una fotografía de su madre que llevaba</w:t>
      </w:r>
      <w:r>
        <w:rPr/>
        <w:t xml:space="preserve"> </w:t>
      </w:r>
      <w:r>
        <w:rPr/>
        <w:t>desde Lisboa. Las reliquias de una identidad que se desvanecía.</w:t>
      </w:r>
    </w:p>
    <w:p>
      <w:pPr>
        <w:pStyle w:val="BodyText"/>
      </w:pPr>
      <w:r>
        <w:rPr/>
        <w:t>Pagó la cuenta en efectivo, evitando el contacto visual con la</w:t>
      </w:r>
      <w:r>
        <w:rPr/>
        <w:t xml:space="preserve"> </w:t>
      </w:r>
      <w:r>
        <w:rPr/>
        <w:t>recepcionista. La mujer apenas levantó la vista del crucigrama.</w:t>
      </w:r>
    </w:p>
    <w:p>
      <w:pPr>
        <w:pStyle w:val="BodyText"/>
      </w:pPr>
      <w:r>
        <w:rPr/>
        <w:t>—¿Todo bien? —preguntó con cortesía automática.</w:t>
      </w:r>
    </w:p>
    <w:p>
      <w:pPr>
        <w:pStyle w:val="BodyText"/>
      </w:pPr>
      <w:r>
        <w:rPr/>
        <w:t>—Todo bien —mintió Vasco.</w:t>
      </w:r>
    </w:p>
    <w:p>
      <w:pPr>
        <w:pStyle w:val="BodyText"/>
      </w:pPr>
      <w:r>
        <w:rPr/>
        <w:t>Salió a la calle con la mochila al hombro, sintiendo el peso no solo de</w:t>
      </w:r>
      <w:r>
        <w:rPr/>
        <w:t xml:space="preserve"> </w:t>
      </w:r>
      <w:r>
        <w:rPr/>
        <w:t>sus pertenencias, sino de todas las miradas que no veía, de todos los</w:t>
      </w:r>
      <w:r>
        <w:rPr/>
        <w:t xml:space="preserve"> </w:t>
      </w:r>
      <w:r>
        <w:rPr/>
        <w:t>sensores que no detectaba, de toda la red invisible que lo envolvía como</w:t>
      </w:r>
      <w:r>
        <w:rPr/>
        <w:t xml:space="preserve"> </w:t>
      </w:r>
      <w:r>
        <w:rPr/>
        <w:t>una telaraña.</w:t>
      </w:r>
    </w:p>
    <w:p>
      <w:pPr>
        <w:pStyle w:val="BodyText"/>
      </w:pPr>
      <w:r>
        <w:rPr/>
        <w:t>La tarde caía sobre Soria con esa luz particular del otoño castellano,</w:t>
      </w:r>
      <w:r>
        <w:rPr/>
        <w:t xml:space="preserve"> </w:t>
      </w:r>
      <w:r>
        <w:rPr/>
        <w:t>dorada y melancólica, que convertía las piedras medievales en oro viejo.</w:t>
      </w:r>
      <w:r>
        <w:rPr/>
        <w:t xml:space="preserve"> </w:t>
      </w:r>
      <w:r>
        <w:rPr/>
        <w:t>En otras circunstancias, Vasco habría encontrado belleza en esa luz.</w:t>
      </w:r>
      <w:r>
        <w:rPr/>
        <w:t xml:space="preserve"> </w:t>
      </w:r>
      <w:r>
        <w:rPr/>
        <w:t>Ahora solo veía la cuenta atrás hacia la oscuridad.</w:t>
      </w:r>
    </w:p>
    <w:p>
      <w:pPr>
        <w:pStyle w:val="BodyText"/>
      </w:pPr>
      <w:r>
        <w:rPr/>
        <w:t>La estación de autobuses estaba a veinte minutos andando. Se obligó a</w:t>
      </w:r>
      <w:r>
        <w:rPr/>
        <w:t xml:space="preserve"> </w:t>
      </w:r>
      <w:r>
        <w:rPr/>
        <w:t>caminar despacio, a no correr. Correr era admitir el miedo. Caminar era</w:t>
      </w:r>
      <w:r>
        <w:rPr/>
        <w:t xml:space="preserve"> </w:t>
      </w:r>
      <w:r>
        <w:rPr/>
        <w:t>fingir normalidad.</w:t>
      </w:r>
    </w:p>
    <w:p>
      <w:pPr>
        <w:pStyle w:val="BodyText"/>
      </w:pPr>
      <w:r>
        <w:rPr/>
        <w:t>Pero cada paso le pesaba como si arrastrara cadenas.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último autobús hacia Jaca salía a las siete de la tarde. Desde allí</w:t>
      </w:r>
      <w:r>
        <w:rPr/>
        <w:t xml:space="preserve"> </w:t>
      </w:r>
      <w:r>
        <w:rPr/>
        <w:t>podría encontrar transporte local hacia las montañas que guardaban el</w:t>
      </w:r>
      <w:r>
        <w:rPr/>
        <w:t xml:space="preserve"> </w:t>
      </w:r>
      <w:r>
        <w:rPr/>
        <w:t>monasterio. Compró el billete en efectivo, dio un nombre falso que la</w:t>
      </w:r>
      <w:r>
        <w:rPr/>
        <w:t xml:space="preserve"> </w:t>
      </w:r>
      <w:r>
        <w:rPr/>
        <w:t>taquillera anotó sin el menor interés.</w:t>
      </w:r>
    </w:p>
    <w:p>
      <w:pPr>
        <w:pStyle w:val="BodyText"/>
      </w:pPr>
      <w:r>
        <w:rPr/>
        <w:t>Se sentó en la parte trasera del autobús, junto a la ventana. El</w:t>
      </w:r>
      <w:r>
        <w:rPr/>
        <w:t xml:space="preserve"> </w:t>
      </w:r>
      <w:r>
        <w:rPr/>
        <w:t>vehículo estaba medio vacío: un par de ancianas con bolsas de la compra,</w:t>
      </w:r>
      <w:r>
        <w:rPr/>
        <w:t xml:space="preserve"> </w:t>
      </w:r>
      <w:r>
        <w:rPr/>
        <w:t>un joven con auriculares, un hombre trajeado que tecleaba en un</w:t>
      </w:r>
      <w:r>
        <w:rPr/>
        <w:t xml:space="preserve"> </w:t>
      </w:r>
      <w:r>
        <w:rPr/>
        <w:t>portátil. Gente normal haciendo cosas normales. Vasco se sintió como un</w:t>
      </w:r>
      <w:r>
        <w:rPr/>
        <w:t xml:space="preserve"> </w:t>
      </w:r>
      <w:r>
        <w:rPr/>
        <w:t>fantasma observando el mundo de los vivos.</w:t>
      </w:r>
    </w:p>
    <w:p>
      <w:pPr>
        <w:pStyle w:val="BodyText"/>
      </w:pPr>
      <w:r>
        <w:rPr/>
        <w:t>El autobús arrancó con un suspiro neumático y comenzó a alejarse de</w:t>
      </w:r>
      <w:r>
        <w:rPr/>
        <w:t xml:space="preserve"> </w:t>
      </w:r>
      <w:r>
        <w:rPr/>
        <w:t>Soria, dejando atrás las calles iluminadas, la catedral que se recortaba</w:t>
      </w:r>
      <w:r>
        <w:rPr/>
        <w:t xml:space="preserve"> </w:t>
      </w:r>
      <w:r>
        <w:rPr/>
        <w:t>contra el cielo crepuscular, el Duero que corría indiferente hacia su</w:t>
      </w:r>
      <w:r>
        <w:rPr/>
        <w:t xml:space="preserve"> </w:t>
      </w:r>
      <w:r>
        <w:rPr/>
        <w:t>destino.</w:t>
      </w:r>
    </w:p>
    <w:p>
      <w:pPr>
        <w:pStyle w:val="BodyText"/>
      </w:pPr>
      <w:r>
        <w:rPr/>
        <w:t>Vasco apoyó la frente contra el cristal frío. Sus ojos reflejados en el</w:t>
      </w:r>
      <w:r>
        <w:rPr/>
        <w:t xml:space="preserve"> </w:t>
      </w:r>
      <w:r>
        <w:rPr/>
        <w:t>vidrio le devolvieron la mirada de un extraño: ojeras profundas, barba</w:t>
      </w:r>
      <w:r>
        <w:rPr/>
        <w:t xml:space="preserve"> </w:t>
      </w:r>
      <w:r>
        <w:rPr/>
        <w:t>descuidada, una expresión entre el agotamiento y la vigilia febril. Ya</w:t>
      </w:r>
      <w:r>
        <w:rPr/>
        <w:t xml:space="preserve"> </w:t>
      </w:r>
      <w:r>
        <w:rPr/>
        <w:t>no reconocía al académico meticuloso que había salido de Lisboa semanas</w:t>
      </w:r>
      <w:r>
        <w:rPr/>
        <w:t xml:space="preserve"> </w:t>
      </w:r>
      <w:r>
        <w:rPr/>
        <w:t>atrás persiguiendo una historia sobre música electrónica.</w:t>
      </w:r>
    </w:p>
    <w:p>
      <w:pPr>
        <w:pStyle w:val="BodyText"/>
      </w:pPr>
      <w:r>
        <w:rPr/>
        <w:t>Ese hombre había muerto en algún punto del camino.</w:t>
      </w:r>
    </w:p>
    <w:p>
      <w:pPr>
        <w:pStyle w:val="BodyText"/>
      </w:pPr>
      <w:r>
        <w:rPr/>
        <w:t>Lo que quedaba era esto: un fugitivo sin delito, un paranoico con</w:t>
      </w:r>
      <w:r>
        <w:rPr/>
        <w:t xml:space="preserve"> </w:t>
      </w:r>
      <w:r>
        <w:rPr/>
        <w:t>razones, un receptor de algo que no pedía ni entendía.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paisaje fue cambiando a medida que el autobús avanzaba hacia el</w:t>
      </w:r>
      <w:r>
        <w:rPr/>
        <w:t xml:space="preserve"> </w:t>
      </w:r>
      <w:r>
        <w:rPr/>
        <w:t>oeste. Las llanuras castellanas dieron paso a colinas onduladas, luego a</w:t>
      </w:r>
      <w:r>
        <w:rPr/>
        <w:t xml:space="preserve"> </w:t>
      </w:r>
      <w:r>
        <w:rPr/>
        <w:t>montañas cada vez más pronunciadas. Los Pirineos se dibujaban en el</w:t>
      </w:r>
      <w:r>
        <w:rPr/>
        <w:t xml:space="preserve"> </w:t>
      </w:r>
      <w:r>
        <w:rPr/>
        <w:t>horizonte como una muralla de piedra contra el último resplandor del</w:t>
      </w:r>
      <w:r>
        <w:rPr/>
        <w:t xml:space="preserve"> </w:t>
      </w:r>
      <w:r>
        <w:rPr/>
        <w:t>día.</w:t>
      </w:r>
    </w:p>
    <w:p>
      <w:pPr>
        <w:pStyle w:val="BodyText"/>
      </w:pPr>
      <w:r>
        <w:rPr/>
        <w:t>Vasco sintió que algo dentro de él respondía a esas montañas. Una</w:t>
      </w:r>
      <w:r>
        <w:rPr/>
        <w:t xml:space="preserve"> </w:t>
      </w:r>
      <w:r>
        <w:rPr/>
        <w:t>vibración sutil, apenas perceptible, como si su sistema nervioso</w:t>
      </w:r>
      <w:r>
        <w:rPr/>
        <w:t xml:space="preserve"> </w:t>
      </w:r>
      <w:r>
        <w:rPr/>
        <w:t>reconociera una frecuencia familiar. El Eco. Siempre el Eco, incluso</w:t>
      </w:r>
      <w:r>
        <w:rPr/>
        <w:t xml:space="preserve"> </w:t>
      </w:r>
      <w:r>
        <w:rPr/>
        <w:t>cuando no buscaba escucharlo.</w:t>
      </w:r>
    </w:p>
    <w:p>
      <w:pPr>
        <w:pStyle w:val="BodyText"/>
      </w:pPr>
      <w:r>
        <w:rPr/>
        <w:t>Cerró los ojos e intentó concentrarse en esa sensación. Durante días</w:t>
      </w:r>
      <w:r>
        <w:rPr/>
        <w:t xml:space="preserve"> </w:t>
      </w:r>
      <w:r>
        <w:rPr/>
        <w:t>había estado huyendo de ella, tratándola como un síntoma de su deterioro</w:t>
      </w:r>
      <w:r>
        <w:rPr/>
        <w:t xml:space="preserve"> </w:t>
      </w:r>
      <w:r>
        <w:rPr/>
        <w:t>mental. Pero ahora, en la penumbra del autobús que lo alejaba de todo lo</w:t>
      </w:r>
      <w:r>
        <w:rPr/>
        <w:t xml:space="preserve"> </w:t>
      </w:r>
      <w:r>
        <w:rPr/>
        <w:t>conocido, se permitió dejarla entrar.</w:t>
      </w:r>
    </w:p>
    <w:p>
      <w:pPr>
        <w:pStyle w:val="BodyText"/>
      </w:pPr>
      <w:r>
        <w:rPr/>
        <w:t>Y entonces lo sintió.</w:t>
      </w:r>
    </w:p>
    <w:p>
      <w:pPr>
        <w:pStyle w:val="BodyText"/>
      </w:pPr>
      <w:r>
        <w:rPr/>
        <w:t>No era solo el Eco antiguo que emanaba de las piedras milenarias y los</w:t>
      </w:r>
      <w:r>
        <w:rPr/>
        <w:t xml:space="preserve"> </w:t>
      </w:r>
      <w:r>
        <w:rPr/>
        <w:t>bosques prehistóricos. Era algo más reciente, más dirigido. Como si</w:t>
      </w:r>
      <w:r>
        <w:rPr/>
        <w:t xml:space="preserve"> </w:t>
      </w:r>
      <w:r>
        <w:rPr/>
        <w:t>alguien estuviese enviándole una señal, una melodía apenas audible por</w:t>
      </w:r>
      <w:r>
        <w:rPr/>
        <w:t xml:space="preserve"> </w:t>
      </w:r>
      <w:r>
        <w:rPr/>
        <w:t>debajo del ruido del motor y el murmullo de las ruedas sobre el asfalto.</w:t>
      </w:r>
    </w:p>
    <w:p>
      <w:pPr>
        <w:pStyle w:val="BodyText"/>
      </w:pPr>
      <w:r>
        <w:rPr/>
        <w:t>Tres notas. Simples. Repetidas.</w:t>
      </w:r>
    </w:p>
    <w:p>
      <w:pPr>
        <w:pStyle w:val="BodyText"/>
      </w:pPr>
      <w:r>
        <w:rPr/>
        <w:t>Una llamada.</w:t>
      </w:r>
    </w:p>
    <w:p>
      <w:pPr>
        <w:pStyle w:val="BodyText"/>
      </w:pPr>
      <w:r>
        <w:rPr/>
        <w:t>Vasco abrió los ojos bruscamente, el corazón acelerado. ¿Lo estaba</w:t>
      </w:r>
      <w:r>
        <w:rPr/>
        <w:t xml:space="preserve"> </w:t>
      </w:r>
      <w:r>
        <w:rPr/>
        <w:t>imaginando? ¿Era otro efecto de la paranoia, del agotamiento, de las</w:t>
      </w:r>
      <w:r>
        <w:rPr/>
        <w:t xml:space="preserve"> </w:t>
      </w:r>
      <w:r>
        <w:rPr/>
        <w:t>semanas de tensión acumulada?</w:t>
      </w:r>
    </w:p>
    <w:p>
      <w:pPr>
        <w:pStyle w:val="BodyText"/>
      </w:pPr>
      <w:r>
        <w:rPr/>
        <w:t>O era real.</w:t>
      </w:r>
    </w:p>
    <w:p>
      <w:pPr>
        <w:pStyle w:val="BodyText"/>
      </w:pPr>
      <w:r>
        <w:rPr/>
        <w:t>No tenía forma de saberlo. Y esa incertidumbre era lo que más miedo le</w:t>
      </w:r>
      <w:r>
        <w:rPr/>
        <w:t xml:space="preserve"> </w:t>
      </w:r>
      <w:r>
        <w:rPr/>
        <w:t>daba: no saber dónde terminaba él y dónde empezaba el mundo, qué</w:t>
      </w:r>
      <w:r>
        <w:rPr/>
        <w:t xml:space="preserve"> </w:t>
      </w:r>
      <w:r>
        <w:rPr/>
        <w:t>percepciones eran suyas y cuáles le estaban siendo implantadas, si</w:t>
      </w:r>
      <w:r>
        <w:rPr/>
        <w:t xml:space="preserve"> </w:t>
      </w:r>
      <w:r>
        <w:rPr/>
        <w:t>estaba yendo hacia un refugio o hacia el centro exacto de la trampa.</w:t>
      </w:r>
    </w:p>
    <w:p>
      <w:pPr>
        <w:pStyle w:val="BodyText"/>
      </w:pPr>
      <w:r>
        <w:rPr/>
        <w:t>El lobo de ojos azules apareció en el reflejo de la ventanilla. Quieto.</w:t>
      </w:r>
      <w:r>
        <w:rPr/>
        <w:t xml:space="preserve"> </w:t>
      </w:r>
      <w:r>
        <w:rPr/>
        <w:t>Vigilante. Ni amenazante ni protector. Simplemente allí.</w:t>
      </w:r>
    </w:p>
    <w:p>
      <w:pPr>
        <w:pStyle w:val="BodyText"/>
      </w:pPr>
      <w:r>
        <w:rPr/>
        <w:t>Vasco apartó la vista. No quería compañía, ni siquiera la de sus propias</w:t>
      </w:r>
      <w:r>
        <w:rPr/>
        <w:t xml:space="preserve"> </w:t>
      </w:r>
      <w:r>
        <w:rPr/>
        <w:t>alucinaciones.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Llegaron a Jaca pasadas las diez de la noche. La ciudad pirenaica dormía</w:t>
      </w:r>
      <w:r>
        <w:rPr/>
        <w:t xml:space="preserve"> </w:t>
      </w:r>
      <w:r>
        <w:rPr/>
        <w:t>bajo un cielo estrellado y despejado, el aire frío de montaña cortando</w:t>
      </w:r>
      <w:r>
        <w:rPr/>
        <w:t xml:space="preserve"> </w:t>
      </w:r>
      <w:r>
        <w:rPr/>
        <w:t>como un cuchillo.</w:t>
      </w:r>
    </w:p>
    <w:p>
      <w:pPr>
        <w:pStyle w:val="BodyText"/>
      </w:pPr>
      <w:r>
        <w:rPr/>
        <w:t>Vasco encontró un hostal barato cerca de la estación, pagó en efectivo</w:t>
      </w:r>
      <w:r>
        <w:rPr/>
        <w:t xml:space="preserve"> </w:t>
      </w:r>
      <w:r>
        <w:rPr/>
        <w:t>por una noche. La habitación olía a humedad y a generaciones de viajeros</w:t>
      </w:r>
      <w:r>
        <w:rPr/>
        <w:t xml:space="preserve"> </w:t>
      </w:r>
      <w:r>
        <w:rPr/>
        <w:t>anónimos. Se tumbó en la cama sin desnudarse, mirando el techo</w:t>
      </w:r>
      <w:r>
        <w:rPr/>
        <w:t xml:space="preserve"> </w:t>
      </w:r>
      <w:r>
        <w:rPr/>
        <w:t>agrietado.</w:t>
      </w:r>
    </w:p>
    <w:p>
      <w:pPr>
        <w:pStyle w:val="BodyText"/>
      </w:pPr>
      <w:r>
        <w:rPr/>
        <w:t>No podía dormir. Cada ruido en el pasillo le tensaba los músculos. Cada</w:t>
      </w:r>
      <w:r>
        <w:rPr/>
        <w:t xml:space="preserve"> </w:t>
      </w:r>
      <w:r>
        <w:rPr/>
        <w:t>coche que pasaba por la calle podía ser ellos. Cada sombra que se movía</w:t>
      </w:r>
      <w:r>
        <w:rPr/>
        <w:t xml:space="preserve"> </w:t>
      </w:r>
      <w:r>
        <w:rPr/>
        <w:t>tras las cortinas delgadas podía ser el final.</w:t>
      </w:r>
    </w:p>
    <w:p>
      <w:pPr>
        <w:pStyle w:val="BodyText"/>
      </w:pPr>
      <w:r>
        <w:rPr/>
        <w:t>Se levantó antes del amanecer y salió a la calle desierta. Un taxi</w:t>
      </w:r>
      <w:r>
        <w:rPr/>
        <w:t xml:space="preserve"> </w:t>
      </w:r>
      <w:r>
        <w:rPr/>
        <w:t>solitario esperaba frente a la estación.</w:t>
      </w:r>
    </w:p>
    <w:p>
      <w:pPr>
        <w:pStyle w:val="BodyText"/>
      </w:pPr>
      <w:r>
        <w:rPr/>
        <w:t>—San Juan de la Peña —dijo Vasco, subiendo al vehículo.</w:t>
      </w:r>
    </w:p>
    <w:p>
      <w:pPr>
        <w:pStyle w:val="BodyText"/>
      </w:pPr>
      <w:r>
        <w:rPr/>
        <w:t>El taxista, un hombre mayor con expresión de haber visto demasiado mundo</w:t>
      </w:r>
      <w:r>
        <w:rPr/>
        <w:t xml:space="preserve"> </w:t>
      </w:r>
      <w:r>
        <w:rPr/>
        <w:t>para sorprenderse, asintió.</w:t>
      </w:r>
    </w:p>
    <w:p>
      <w:pPr>
        <w:pStyle w:val="BodyText"/>
      </w:pPr>
      <w:r>
        <w:rPr/>
        <w:t>—Turismo o peregrinaje —preguntó sin particular interés.</w:t>
      </w:r>
    </w:p>
    <w:p>
      <w:pPr>
        <w:pStyle w:val="BodyText"/>
      </w:pPr>
      <w:r>
        <w:rPr/>
        <w:t>—Algo intermedio —respondió Vasco.</w:t>
      </w:r>
    </w:p>
    <w:p>
      <w:pPr>
        <w:pStyle w:val="BodyText"/>
      </w:pPr>
      <w:r>
        <w:rPr/>
        <w:t>El taxi comenzó el ascenso hacia las montañas mientras el horizonte al</w:t>
      </w:r>
      <w:r>
        <w:rPr/>
        <w:t xml:space="preserve"> </w:t>
      </w:r>
      <w:r>
        <w:rPr/>
        <w:t>este empezaba a teñirse de gris. La carretera se estrechaba, las curvas</w:t>
      </w:r>
      <w:r>
        <w:rPr/>
        <w:t xml:space="preserve"> </w:t>
      </w:r>
      <w:r>
        <w:rPr/>
        <w:t>se hacían más cerradas, los barrancos a ambos lados más profundos.</w:t>
      </w:r>
    </w:p>
    <w:p>
      <w:pPr>
        <w:pStyle w:val="BodyText"/>
      </w:pPr>
      <w:r>
        <w:rPr/>
        <w:t>Vasco observaba el paisaje con una mezcla de fascinación y terror.</w:t>
      </w:r>
      <w:r>
        <w:rPr/>
        <w:t xml:space="preserve"> </w:t>
      </w:r>
      <w:r>
        <w:rPr/>
        <w:t>Sentía que con cada kilómetro que avanzaban, se adentraban en un</w:t>
      </w:r>
      <w:r>
        <w:rPr/>
        <w:t xml:space="preserve"> </w:t>
      </w:r>
      <w:r>
        <w:rPr/>
        <w:t>territorio donde las leyes del mundo cotidiano perdían validez. Un lugar</w:t>
      </w:r>
      <w:r>
        <w:rPr/>
        <w:t xml:space="preserve"> </w:t>
      </w:r>
      <w:r>
        <w:rPr/>
        <w:t>liminal entre la historia y el mito, entre la piedra y el espíritu.</w:t>
      </w:r>
    </w:p>
    <w:p>
      <w:pPr>
        <w:pStyle w:val="BodyText"/>
      </w:pPr>
      <w:r>
        <w:rPr/>
        <w:t>El taxista encendió la radio. Una canción de jazz suave llenó el</w:t>
      </w:r>
      <w:r>
        <w:rPr/>
        <w:t xml:space="preserve"> </w:t>
      </w:r>
      <w:r>
        <w:rPr/>
        <w:t>habitáculo, pero por debajo de ella, Vasco volvió a escuchar las tres</w:t>
      </w:r>
      <w:r>
        <w:rPr/>
        <w:t xml:space="preserve"> </w:t>
      </w:r>
      <w:r>
        <w:rPr/>
        <w:t>notas. Más fuertes ahora. Más insistentes.</w:t>
      </w:r>
    </w:p>
    <w:p>
      <w:pPr>
        <w:pStyle w:val="BodyText"/>
      </w:pPr>
      <w:r>
        <w:rPr/>
        <w:t>Una llamada. O una advertencia.</w:t>
      </w:r>
    </w:p>
    <w:p>
      <w:pPr>
        <w:pStyle w:val="BodyText"/>
      </w:pPr>
      <w:r>
        <w:rPr/>
        <w:t>Ya no sabía distinguirlas.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El monasterio apareció como un imposible arquitectónico: piedra</w:t>
      </w:r>
      <w:r>
        <w:rPr/>
        <w:t xml:space="preserve"> </w:t>
      </w:r>
      <w:r>
        <w:rPr/>
        <w:t>creciendo desde la piedra, capillas excavadas en la roca viva, arcos</w:t>
      </w:r>
      <w:r>
        <w:rPr/>
        <w:t xml:space="preserve"> </w:t>
      </w:r>
      <w:r>
        <w:rPr/>
        <w:t>románicos que sostenían el peso de la montaña entera. Había algo</w:t>
      </w:r>
      <w:r>
        <w:rPr/>
        <w:t xml:space="preserve"> </w:t>
      </w:r>
      <w:r>
        <w:rPr/>
        <w:t>perturbador en la imagen, algo que desafiaba la lógica de la ingeniería</w:t>
      </w:r>
      <w:r>
        <w:rPr/>
        <w:t xml:space="preserve"> </w:t>
      </w:r>
      <w:r>
        <w:rPr/>
        <w:t>y la física.</w:t>
      </w:r>
    </w:p>
    <w:p>
      <w:pPr>
        <w:pStyle w:val="BodyText"/>
      </w:pPr>
      <w:r>
        <w:rPr/>
        <w:t>Un lugar construido para durar eternidades. O para esconder secretos que</w:t>
      </w:r>
      <w:r>
        <w:rPr/>
        <w:t xml:space="preserve"> </w:t>
      </w:r>
      <w:r>
        <w:rPr/>
        <w:t>no debían salir a la luz.</w:t>
      </w:r>
    </w:p>
    <w:p>
      <w:pPr>
        <w:pStyle w:val="BodyText"/>
      </w:pPr>
      <w:r>
        <w:rPr/>
        <w:t>El taxi lo dejó en el aparcamiento desierto. El amanecer estaba</w:t>
      </w:r>
      <w:r>
        <w:rPr/>
        <w:t xml:space="preserve"> </w:t>
      </w:r>
      <w:r>
        <w:rPr/>
        <w:t>rompiendo sobre los picos del norte, derramando luz rosada sobre los</w:t>
      </w:r>
      <w:r>
        <w:rPr/>
        <w:t xml:space="preserve"> </w:t>
      </w:r>
      <w:r>
        <w:rPr/>
        <w:t>bosques de hayas que cubrían las laderas.</w:t>
      </w:r>
    </w:p>
    <w:p>
      <w:pPr>
        <w:pStyle w:val="BodyText"/>
      </w:pPr>
      <w:r>
        <w:rPr/>
        <w:t>—¿Seguro que quiere que lo deje aquí? —preguntó el taxista,</w:t>
      </w:r>
      <w:r>
        <w:rPr/>
        <w:t xml:space="preserve"> </w:t>
      </w:r>
      <w:r>
        <w:rPr/>
        <w:t>escéptico—. No hay nadie. Y empieza a hacer frío.</w:t>
      </w:r>
    </w:p>
    <w:p>
      <w:pPr>
        <w:pStyle w:val="BodyText"/>
      </w:pPr>
      <w:r>
        <w:rPr/>
        <w:t>—Seguro —mintió Vasco, pagando generosamente.</w:t>
      </w:r>
    </w:p>
    <w:p>
      <w:pPr>
        <w:pStyle w:val="BodyText"/>
      </w:pPr>
      <w:r>
        <w:rPr/>
        <w:t>Se quedó solo en el aparcamiento vacío, con su mochila a los pies y la</w:t>
      </w:r>
      <w:r>
        <w:rPr/>
        <w:t xml:space="preserve"> </w:t>
      </w:r>
      <w:r>
        <w:rPr/>
        <w:t>sensación de haber llegado al final de un viaje que no recordaba haber</w:t>
      </w:r>
      <w:r>
        <w:rPr/>
        <w:t xml:space="preserve"> </w:t>
      </w:r>
      <w:r>
        <w:rPr/>
        <w:t>comenzado.</w:t>
      </w:r>
    </w:p>
    <w:p>
      <w:pPr>
        <w:pStyle w:val="BodyText"/>
      </w:pPr>
      <w:r>
        <w:rPr/>
        <w:t>El monasterio lo observaba desde su atalaya de piedra. Silencioso.</w:t>
      </w:r>
      <w:r>
        <w:rPr/>
        <w:t xml:space="preserve"> </w:t>
      </w:r>
      <w:r>
        <w:rPr/>
        <w:t>Expectante.</w:t>
      </w:r>
    </w:p>
    <w:p>
      <w:pPr>
        <w:pStyle w:val="BodyText"/>
      </w:pPr>
      <w:r>
        <w:rPr/>
        <w:t>Y entonces, sin previo aviso, el viento se levantó.</w:t>
      </w:r>
    </w:p>
    <w:p>
      <w:pPr>
        <w:pStyle w:val="BodyText"/>
      </w:pPr>
      <w:r>
        <w:rPr/>
        <w:t>No fue una ráfaga cualquiera. Fue un vendaval que rugió entre los</w:t>
      </w:r>
      <w:r>
        <w:rPr/>
        <w:t xml:space="preserve"> </w:t>
      </w:r>
      <w:r>
        <w:rPr/>
        <w:t>barrancos con la furia de algo ancestral, algo que había estado</w:t>
      </w:r>
      <w:r>
        <w:rPr/>
        <w:t xml:space="preserve"> </w:t>
      </w:r>
      <w:r>
        <w:rPr/>
        <w:t>durmiendo en las profundidades de la montaña y que ahora despertaba.</w:t>
      </w:r>
      <w:r>
        <w:rPr/>
        <w:t xml:space="preserve"> </w:t>
      </w:r>
      <w:r>
        <w:rPr/>
        <w:t>Arrancó hojas de los árboles, levantó polvo del camino, hizo crujir las</w:t>
      </w:r>
      <w:r>
        <w:rPr/>
        <w:t xml:space="preserve"> </w:t>
      </w:r>
      <w:r>
        <w:rPr/>
        <w:t>vigas del tejado del monasterio.</w:t>
      </w:r>
    </w:p>
    <w:p>
      <w:pPr>
        <w:pStyle w:val="BodyText"/>
      </w:pPr>
      <w:r>
        <w:rPr/>
        <w:t>Vasco se tambaleó bajo su impacto, cubriéndose el rostro con el brazo.</w:t>
      </w:r>
    </w:p>
    <w:p>
      <w:pPr>
        <w:pStyle w:val="BodyText"/>
      </w:pPr>
      <w:r>
        <w:rPr/>
        <w:t>Y en el aullido del viento, en su frecuencia caótica y salvaje, escuchó</w:t>
      </w:r>
      <w:r>
        <w:rPr/>
        <w:t xml:space="preserve"> </w:t>
      </w:r>
      <w:r>
        <w:rPr/>
        <w:t>algo.</w:t>
      </w:r>
    </w:p>
    <w:p>
      <w:pPr>
        <w:pStyle w:val="BodyText"/>
      </w:pPr>
      <w:r>
        <w:rPr/>
        <w:t>No era lenguaje. No eran palabras. Era pura información comprimida en</w:t>
      </w:r>
      <w:r>
        <w:rPr/>
        <w:t xml:space="preserve"> </w:t>
      </w:r>
      <w:r>
        <w:rPr/>
        <w:t>vibración: advertencia, promesa, batalla. Voces que se movían en la</w:t>
      </w:r>
      <w:r>
        <w:rPr/>
        <w:t xml:space="preserve"> </w:t>
      </w:r>
      <w:r>
        <w:rPr/>
        <w:t>tormenta, presencias invisibles que convergían desde direcciones</w:t>
      </w:r>
      <w:r>
        <w:rPr/>
        <w:t xml:space="preserve"> </w:t>
      </w:r>
      <w:r>
        <w:rPr/>
        <w:t>opuestas.</w:t>
      </w:r>
    </w:p>
    <w:p>
      <w:pPr>
        <w:pStyle w:val="BodyText"/>
      </w:pPr>
      <w:r>
        <w:rPr/>
        <w:t>Cazadores y guardianes. Depredadores y protectores. Todos dirigiéndose</w:t>
      </w:r>
      <w:r>
        <w:rPr/>
        <w:t xml:space="preserve"> </w:t>
      </w:r>
      <w:r>
        <w:rPr/>
        <w:t>hacia el mismo punto del mapa.</w:t>
      </w:r>
    </w:p>
    <w:p>
      <w:pPr>
        <w:pStyle w:val="BodyText"/>
      </w:pPr>
      <w:r>
        <w:rPr/>
        <w:t>Hacia él.</w:t>
      </w:r>
    </w:p>
    <w:p>
      <w:pPr>
        <w:pStyle w:val="BodyText"/>
      </w:pPr>
      <w:r>
        <w:rPr/>
        <w:t>Vasco cayó de rodillas, abrumado por la certeza súbita y terrible: no</w:t>
      </w:r>
      <w:r>
        <w:rPr/>
        <w:t xml:space="preserve"> </w:t>
      </w:r>
      <w:r>
        <w:rPr/>
        <w:t>estaba solo en aquel lugar remoto. Nunca había estado solo. Y lo que</w:t>
      </w:r>
      <w:r>
        <w:rPr/>
        <w:t xml:space="preserve"> </w:t>
      </w:r>
      <w:r>
        <w:rPr/>
        <w:t>estaba a punto de suceder en aquellas montañas trascendía con mucho su</w:t>
      </w:r>
      <w:r>
        <w:rPr/>
        <w:t xml:space="preserve"> </w:t>
      </w:r>
      <w:r>
        <w:rPr/>
        <w:t>pequeña historia personal.</w:t>
      </w:r>
    </w:p>
    <w:p>
      <w:pPr>
        <w:pStyle w:val="BodyText"/>
      </w:pPr>
      <w:r>
        <w:rPr/>
        <w:t>Era un peón en una partida mucho mayor. Un puente involuntario entre</w:t>
      </w:r>
      <w:r>
        <w:rPr/>
        <w:t xml:space="preserve"> </w:t>
      </w:r>
      <w:r>
        <w:rPr/>
        <w:t>fuerzas que apenas comprendía.</w:t>
      </w:r>
    </w:p>
    <w:p>
      <w:pPr>
        <w:pStyle w:val="BodyText"/>
      </w:pPr>
      <w:r>
        <w:rPr/>
        <w:t>El viento siguió aullando, cada vez más fuerte, como si el propio</w:t>
      </w:r>
      <w:r>
        <w:rPr/>
        <w:t xml:space="preserve"> </w:t>
      </w:r>
      <w:r>
        <w:rPr/>
        <w:t>paisaje estuviese tomando partido.</w:t>
      </w:r>
    </w:p>
    <w:p>
      <w:pPr>
        <w:pStyle w:val="BodyText"/>
      </w:pPr>
      <w:r>
        <w:rPr/>
        <w:t>Y Vasco, arrodillado en el polvo del aparcamiento bajo un cielo que se</w:t>
      </w:r>
      <w:r>
        <w:rPr/>
        <w:t xml:space="preserve"> </w:t>
      </w:r>
      <w:r>
        <w:rPr/>
        <w:t>iluminaba con una luz que no prometía paz sino revelación, comprendió</w:t>
      </w:r>
      <w:r>
        <w:rPr/>
        <w:t xml:space="preserve"> </w:t>
      </w:r>
      <w:r>
        <w:rPr/>
        <w:t>por fin que no había refugio posible.</w:t>
      </w:r>
    </w:p>
    <w:p>
      <w:pPr>
        <w:pStyle w:val="BodyText"/>
      </w:pPr>
      <w:r>
        <w:rPr/>
        <w:t>Solo había encuentro.</w:t>
      </w:r>
    </w:p>
    <w:p>
      <w:pPr>
        <w:pStyle w:val="BodyText"/>
      </w:pPr>
      <w:r>
        <w:rPr/>
        <w:t>La tormenta venía. Y él estaba exactamente en su centro.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CAPÍTULO 42. CONTRAMEDIDAS</w:t>
      </w:r>
    </w:p>
    <w:p>
      <w:pPr/>
      <w:r>
        <w:rPr/>
        <w:t>*«Para luchar contra un algoritmo, no se necesita un sentimiento más</w:t>
      </w:r>
      <w:r>
        <w:rPr/>
        <w:t xml:space="preserve"> </w:t>
      </w:r>
      <w:r>
        <w:rPr/>
        <w:t>fuerte. Se necesita un algoritmo mejor.»*</w:t>
      </w:r>
    </w:p>
    <w:p>
      <w:pPr>
        <w:pStyle w:val="BodyText"/>
      </w:pPr>
      <w:r>
        <w:rPr/>
        <w:t>—Lena</w:t>
      </w:r>
    </w:p>
    <w:p>
      <w:pPr>
        <w:pStyle w:val="BodyText"/>
      </w:pPr>
      <w:r>
        <w:rPr/>
        <w:t>La melodía floreció en la mente de Lena como una frecuencia fantasma que</w:t>
      </w:r>
      <w:r>
        <w:rPr/>
        <w:t xml:space="preserve"> </w:t>
      </w:r>
      <w:r>
        <w:rPr/>
        <w:t>atravesó las defensas de su concentración. Estaba inclinada sobre un</w:t>
      </w:r>
      <w:r>
        <w:rPr/>
        <w:t xml:space="preserve"> </w:t>
      </w:r>
      <w:r>
        <w:rPr/>
        <w:t>mapa topográfico de Soria extendido sobre la mesa metálica del</w:t>
      </w:r>
      <w:r>
        <w:rPr/>
        <w:t xml:space="preserve"> </w:t>
      </w:r>
      <w:r>
        <w:rPr/>
        <w:t>apartamento seguro, cruzando meticulosamente datos de informes</w:t>
      </w:r>
      <w:r>
        <w:rPr/>
        <w:t xml:space="preserve"> </w:t>
      </w:r>
      <w:r>
        <w:rPr/>
        <w:t>geológicos con los patrones de vigilancia digital que había interceptado</w:t>
      </w:r>
      <w:r>
        <w:rPr/>
        <w:t xml:space="preserve"> </w:t>
      </w:r>
      <w:r>
        <w:rPr/>
        <w:t>durante las últimas cuarenta y ocho horas. Sus ojos enrojecidos por la</w:t>
      </w:r>
      <w:r>
        <w:rPr/>
        <w:t xml:space="preserve"> </w:t>
      </w:r>
      <w:r>
        <w:rPr/>
        <w:t>falta de sueño escaneaban las líneas de contorno, buscando puntos ciegos</w:t>
      </w:r>
      <w:r>
        <w:rPr/>
        <w:t xml:space="preserve"> </w:t>
      </w:r>
      <w:r>
        <w:rPr/>
        <w:t>en la red de Chrysalis.</w:t>
      </w:r>
    </w:p>
    <w:p>
      <w:pPr>
        <w:pStyle w:val="BodyText"/>
      </w:pPr>
      <w:r>
        <w:rPr/>
        <w:t>El ostinato era simple, casi infantil en su estructura, pero resonaba</w:t>
      </w:r>
      <w:r>
        <w:rPr/>
        <w:t xml:space="preserve"> </w:t>
      </w:r>
      <w:r>
        <w:rPr/>
        <w:t>con una familiaridad que le erizó la piel. Era inconfundiblemente de</w:t>
      </w:r>
      <w:r>
        <w:rPr/>
        <w:t xml:space="preserve"> </w:t>
      </w:r>
      <w:r>
        <w:rPr/>
        <w:t>Mar.</w:t>
      </w:r>
    </w:p>
    <w:p>
      <w:pPr>
        <w:pStyle w:val="BodyText"/>
      </w:pPr>
      <w:r>
        <w:rPr/>
        <w:t>Se irguió bruscamente en su silla, todos sus sentidos alerta. A su lado,</w:t>
      </w:r>
      <w:r>
        <w:rPr/>
        <w:t xml:space="preserve"> </w:t>
      </w:r>
      <w:r>
        <w:rPr/>
        <w:t>Markus, que había estado limpiando con cuidado obsesivo el sensor de un</w:t>
      </w:r>
      <w:r>
        <w:rPr/>
        <w:t xml:space="preserve"> </w:t>
      </w:r>
      <w:r>
        <w:rPr/>
        <w:t>micrófono de campo direccional, también se detuvo. Sus manos se quedaron</w:t>
      </w:r>
      <w:r>
        <w:rPr/>
        <w:t xml:space="preserve"> </w:t>
      </w:r>
      <w:r>
        <w:rPr/>
        <w:t>inmóviles sobre el delicado equipo.</w:t>
      </w:r>
    </w:p>
    <w:p>
      <w:pPr>
        <w:pStyle w:val="BodyText"/>
      </w:pPr>
      <w:r>
        <w:rPr/>
        <w:t>«La oigo», murmuró, su voz grave cargada de una mezcla de alivio y</w:t>
      </w:r>
      <w:r>
        <w:rPr/>
        <w:t xml:space="preserve"> </w:t>
      </w:r>
      <w:r>
        <w:rPr/>
        <w:t>aprehensión.</w:t>
      </w:r>
    </w:p>
    <w:p>
      <w:pPr>
        <w:pStyle w:val="BodyText"/>
      </w:pPr>
      <w:r>
        <w:rPr/>
        <w:t>Descifrando el Código Musical</w:t>
      </w:r>
    </w:p>
    <w:p>
      <w:pPr>
        <w:pStyle w:val="BodyText"/>
      </w:pPr>
      <w:r>
        <w:rPr/>
        <w:t>Lena cerró los ojos, bloqueando la cascada de datos visuales que llenaba</w:t>
      </w:r>
      <w:r>
        <w:rPr/>
        <w:t xml:space="preserve"> </w:t>
      </w:r>
      <w:r>
        <w:rPr/>
        <w:t>las pantallas de su entorno. «Ignora la melodía superficial», instruyó a</w:t>
      </w:r>
      <w:r>
        <w:rPr/>
        <w:t xml:space="preserve"> </w:t>
      </w:r>
      <w:r>
        <w:rPr/>
        <w:t>Markus con la precisión de un director de orquesta. «Escucha los</w:t>
      </w:r>
      <w:r>
        <w:rPr/>
        <w:t xml:space="preserve"> </w:t>
      </w:r>
      <w:r>
        <w:rPr/>
        <w:t>espacios entre las notas. Escucha los cambios de intervalo.»</w:t>
      </w:r>
    </w:p>
    <w:p>
      <w:pPr>
        <w:pStyle w:val="BodyText"/>
      </w:pPr>
      <w:r>
        <w:rPr/>
        <w:t>Dejó que la música fluyera a través de su conciencia, pero no como una</w:t>
      </w:r>
      <w:r>
        <w:rPr/>
        <w:t xml:space="preserve"> </w:t>
      </w:r>
      <w:r>
        <w:rPr/>
        <w:t>oyente pasiva. Se transformó en un criptógrafo sónico, su mente</w:t>
      </w:r>
      <w:r>
        <w:rPr/>
        <w:t xml:space="preserve"> </w:t>
      </w:r>
      <w:r>
        <w:rPr/>
        <w:t>entrenada diseccionando cada elemento estructural. La progresión</w:t>
      </w:r>
      <w:r>
        <w:rPr/>
        <w:t xml:space="preserve"> </w:t>
      </w:r>
      <w:r>
        <w:rPr/>
        <w:t>armónica era familiar, casi nostálgica. Reconoció al instante el sistema</w:t>
      </w:r>
      <w:r>
        <w:rPr/>
        <w:t xml:space="preserve"> </w:t>
      </w:r>
      <w:r>
        <w:rPr/>
        <w:t>de codificación que habían desarrollado con ILIBERIS durante aquellas</w:t>
      </w:r>
      <w:r>
        <w:rPr/>
        <w:t xml:space="preserve"> </w:t>
      </w:r>
      <w:r>
        <w:rPr/>
        <w:t>largas noches en el estudio berlinés: un cifrado musical donde cada</w:t>
      </w:r>
      <w:r>
        <w:rPr/>
        <w:t xml:space="preserve"> </w:t>
      </w:r>
      <w:r>
        <w:rPr/>
        <w:t>acorde correspondía a valores numéricos específicos.</w:t>
      </w:r>
    </w:p>
    <w:p>
      <w:pPr>
        <w:pStyle w:val="BodyText"/>
      </w:pPr>
      <w:r>
        <w:rPr/>
        <w:t>Con movimientos precisos, cogió un lápiz de grafito y comenzó a</w:t>
      </w:r>
      <w:r>
        <w:rPr/>
        <w:t xml:space="preserve"> </w:t>
      </w:r>
      <w:r>
        <w:rPr/>
        <w:t>transcribir los acordes en una hoja de papel cuadriculado. Do mayor</w:t>
      </w:r>
      <w:r>
        <w:rPr/>
        <w:t xml:space="preserve"> </w:t>
      </w:r>
      <w:r>
        <w:rPr/>
        <w:t>equivalía a 5, Sol séptima a 2, La menor a 1… La melodía se</w:t>
      </w:r>
      <w:r>
        <w:rPr/>
        <w:t xml:space="preserve"> </w:t>
      </w:r>
      <w:r>
        <w:rPr/>
        <w:t>transformaba gradualmente en una cadena de números bajo su lápiz. Cada</w:t>
      </w:r>
      <w:r>
        <w:rPr/>
        <w:t xml:space="preserve"> </w:t>
      </w:r>
      <w:r>
        <w:rPr/>
        <w:t>progresión revelaba un fragmento de información geográfica codificada.</w:t>
      </w:r>
    </w:p>
    <w:p>
      <w:pPr>
        <w:pStyle w:val="BodyText"/>
      </w:pPr>
      <w:r>
        <w:rPr/>
        <w:t>En menos de cinco minutos, tenía una secuencia completa de cifras</w:t>
      </w:r>
      <w:r>
        <w:rPr/>
        <w:t xml:space="preserve"> </w:t>
      </w:r>
      <w:r>
        <w:rPr/>
        <w:t>delante de ella. Coordenadas. Las introdujo en su portátil militar</w:t>
      </w:r>
      <w:r>
        <w:rPr/>
        <w:t xml:space="preserve"> </w:t>
      </w:r>
      <w:r>
        <w:rPr/>
        <w:t>endurecido, y el software de cartografía las procesó instantáneamente.</w:t>
      </w:r>
      <w:r>
        <w:rPr/>
        <w:t xml:space="preserve"> </w:t>
      </w:r>
      <w:r>
        <w:rPr/>
        <w:t>Un punto rojo parpadeó en el mapa digital, señalando una zona montañosa</w:t>
      </w:r>
      <w:r>
        <w:rPr/>
        <w:t xml:space="preserve"> </w:t>
      </w:r>
      <w:r>
        <w:rPr/>
        <w:t>y prácticamente deshabitada al norte de la provincia soriana.</w:t>
      </w:r>
    </w:p>
    <w:p>
      <w:pPr>
        <w:pStyle w:val="BodyText"/>
      </w:pPr>
      <w:r>
        <w:rPr/>
        <w:t>«Tenemos una cita», dijo con una sonrisa tensa que no llegó a sus ojos.</w:t>
      </w:r>
    </w:p>
    <w:p>
      <w:pPr>
        <w:pStyle w:val="BodyText"/>
      </w:pPr>
      <w:r>
        <w:rPr/>
        <w:t>La Tercera Capa: Inteligencia Táctica</w:t>
      </w:r>
    </w:p>
    <w:p>
      <w:pPr>
        <w:pStyle w:val="BodyText"/>
      </w:pPr>
      <w:r>
        <w:rPr/>
        <w:t>Pero mientras completaba la decodificación de las coordenadas, Lena</w:t>
      </w:r>
      <w:r>
        <w:rPr/>
        <w:t xml:space="preserve"> </w:t>
      </w:r>
      <w:r>
        <w:rPr/>
        <w:t>sintió algo más profundo penetrando en su conciencia. Una tercera</w:t>
      </w:r>
      <w:r>
        <w:rPr/>
        <w:t xml:space="preserve"> </w:t>
      </w:r>
      <w:r>
        <w:rPr/>
        <w:t>dimensión de la transmisión de Mar que operaba en un nivel casi</w:t>
      </w:r>
      <w:r>
        <w:rPr/>
        <w:t xml:space="preserve"> </w:t>
      </w:r>
      <w:r>
        <w:rPr/>
        <w:t>subliminal. Era la imagen psíquica de la frecuencia característica del</w:t>
      </w:r>
      <w:r>
        <w:rPr/>
        <w:t xml:space="preserve"> </w:t>
      </w:r>
      <w:r>
        <w:rPr/>
        <w:t>enemigo: líneas rectas, ángulos agudos, la firma sónica de un algoritmo</w:t>
      </w:r>
      <w:r>
        <w:rPr/>
        <w:t xml:space="preserve"> </w:t>
      </w:r>
      <w:r>
        <w:rPr/>
        <w:t>desprovisto de alma humana.</w:t>
      </w:r>
    </w:p>
    <w:p>
      <w:pPr>
        <w:pStyle w:val="BodyText"/>
      </w:pPr>
      <w:r>
        <w:rPr/>
        <w:t>Junto a esta «fotografía» energética venía una directiva implícita, un</w:t>
      </w:r>
      <w:r>
        <w:rPr/>
        <w:t xml:space="preserve"> </w:t>
      </w:r>
      <w:r>
        <w:rPr/>
        <w:t>mensaje estratégico que se cristalizó en su mente con claridad</w:t>
      </w:r>
      <w:r>
        <w:rPr/>
        <w:t xml:space="preserve"> </w:t>
      </w:r>
      <w:r>
        <w:rPr/>
        <w:t>meridiana. Mar no le estaba pidiendo simplemente que acudiera al punto</w:t>
      </w:r>
      <w:r>
        <w:rPr/>
        <w:t xml:space="preserve"> </w:t>
      </w:r>
      <w:r>
        <w:rPr/>
        <w:t>de encuentro. Le estaba comunicando la naturaleza del enemigo y</w:t>
      </w:r>
      <w:r>
        <w:rPr/>
        <w:t xml:space="preserve"> </w:t>
      </w:r>
      <w:r>
        <w:rPr/>
        <w:t>solicitando una respuesta específica: guerra de información.</w:t>
      </w:r>
    </w:p>
    <w:p>
      <w:pPr>
        <w:pStyle w:val="BodyText"/>
      </w:pPr>
      <w:r>
        <w:rPr/>
        <w:t>Entendió inmediatamente lo que Mar requería de ella. No era solo un</w:t>
      </w:r>
      <w:r>
        <w:rPr/>
        <w:t xml:space="preserve"> </w:t>
      </w:r>
      <w:r>
        <w:rPr/>
        <w:t>rescate táctico del académico portugués. Era una operación de</w:t>
      </w:r>
      <w:r>
        <w:rPr/>
        <w:t xml:space="preserve"> </w:t>
      </w:r>
      <w:r>
        <w:rPr/>
        <w:t>contraespionaje digital a gran escala.</w:t>
      </w:r>
    </w:p>
    <w:p>
      <w:pPr>
        <w:pStyle w:val="BodyText"/>
      </w:pPr>
      <w:r>
        <w:rPr/>
        <w:t>La División de Fuerzas</w:t>
      </w:r>
    </w:p>
    <w:p>
      <w:pPr>
        <w:pStyle w:val="BodyText"/>
      </w:pPr>
      <w:r>
        <w:rPr/>
        <w:t>«Markus, ve tú solo al punto de encuentro», ordenó Lena, su mente ya</w:t>
      </w:r>
      <w:r>
        <w:rPr/>
        <w:t xml:space="preserve"> </w:t>
      </w:r>
      <w:r>
        <w:rPr/>
        <w:t>trabajando a velocidad de procesador en el diseño del contraataque. «Mar</w:t>
      </w:r>
      <w:r>
        <w:rPr/>
        <w:t xml:space="preserve"> </w:t>
      </w:r>
      <w:r>
        <w:rPr/>
        <w:t>te necesita allí para coordinar con Vasco. Pero yo tengo que quedarme</w:t>
      </w:r>
      <w:r>
        <w:rPr/>
        <w:t xml:space="preserve"> </w:t>
      </w:r>
      <w:r>
        <w:rPr/>
        <w:t>aquí.»</w:t>
      </w:r>
    </w:p>
    <w:p>
      <w:pPr>
        <w:pStyle w:val="BodyText"/>
      </w:pPr>
      <w:r>
        <w:rPr/>
        <w:t>Markus la miró con expresión interrogante, sus cejas plateadas</w:t>
      </w:r>
      <w:r>
        <w:rPr/>
        <w:t xml:space="preserve"> </w:t>
      </w:r>
      <w:r>
        <w:rPr/>
        <w:t>fruncidas.</w:t>
      </w:r>
    </w:p>
    <w:p>
      <w:pPr>
        <w:pStyle w:val="BodyText"/>
      </w:pPr>
      <w:r>
        <w:rPr/>
        <w:t>«No podemos ir allí a ciegas», explicó Lena mientras sus dedos ya</w:t>
      </w:r>
      <w:r>
        <w:rPr/>
        <w:t xml:space="preserve"> </w:t>
      </w:r>
      <w:r>
        <w:rPr/>
        <w:t>comenzaban a danzar sobre el teclado. «Este Finch ha estado siguiendo</w:t>
      </w:r>
      <w:r>
        <w:rPr/>
        <w:t xml:space="preserve"> </w:t>
      </w:r>
      <w:r>
        <w:rPr/>
        <w:t>nuestros movimientos con precisión quirúrgica. Si nos desplazamos en</w:t>
      </w:r>
      <w:r>
        <w:rPr/>
        <w:t xml:space="preserve"> </w:t>
      </w:r>
      <w:r>
        <w:rPr/>
        <w:t>grupo hacia las coordenadas, estaremos entregándole exactamente lo que</w:t>
      </w:r>
      <w:r>
        <w:rPr/>
        <w:t xml:space="preserve"> </w:t>
      </w:r>
      <w:r>
        <w:rPr/>
        <w:t>espera: todos sus objetivos reunidos en un solo lugar. Tengo que crear</w:t>
      </w:r>
      <w:r>
        <w:rPr/>
        <w:t xml:space="preserve"> </w:t>
      </w:r>
      <w:r>
        <w:rPr/>
        <w:t>una cortina de humo digital masiva antes de que podáis moveros con</w:t>
      </w:r>
      <w:r>
        <w:rPr/>
        <w:t xml:space="preserve"> </w:t>
      </w:r>
      <w:r>
        <w:rPr/>
        <w:t>seguridad.»</w:t>
      </w:r>
    </w:p>
    <w:p>
      <w:pPr>
        <w:pStyle w:val="BodyText"/>
      </w:pPr>
      <w:r>
        <w:rPr/>
        <w:t>Markus asintió lentamente. Su confianza en el genio táctico de Lena era</w:t>
      </w:r>
      <w:r>
        <w:rPr/>
        <w:t xml:space="preserve"> </w:t>
      </w:r>
      <w:r>
        <w:rPr/>
        <w:t>producto de décadas de colaboración. Cogió una pequeña mochila de</w:t>
      </w:r>
      <w:r>
        <w:rPr/>
        <w:t xml:space="preserve"> </w:t>
      </w:r>
      <w:r>
        <w:rPr/>
        <w:t>campaña que ya tenía preparada: agua, raciones de emergencia, una</w:t>
      </w:r>
      <w:r>
        <w:rPr/>
        <w:t xml:space="preserve"> </w:t>
      </w:r>
      <w:r>
        <w:rPr/>
        <w:t>brújula analógica y un comunicador por satélite que operaba</w:t>
      </w:r>
      <w:r>
        <w:rPr/>
        <w:t xml:space="preserve"> </w:t>
      </w:r>
      <w:r>
        <w:rPr/>
        <w:t>completamente fuera de la red de Chrysalis.</w:t>
      </w:r>
    </w:p>
    <w:p>
      <w:pPr>
        <w:pStyle w:val="BodyText"/>
      </w:pPr>
      <w:r>
        <w:rPr/>
        <w:t>«Ten cuidado, Lena», dijo, deteniéndose un momento en el umbral.</w:t>
      </w:r>
    </w:p>
    <w:p>
      <w:pPr>
        <w:pStyle w:val="BodyText"/>
      </w:pPr>
      <w:r>
        <w:rPr/>
        <w:t>«Él debería tener cuidado conmigo», replicó ella, sus dedos ya volando</w:t>
      </w:r>
      <w:r>
        <w:rPr/>
        <w:t xml:space="preserve"> </w:t>
      </w:r>
      <w:r>
        <w:rPr/>
        <w:t>sobre el teclado con la velocidad letal de una pianista virtuosa</w:t>
      </w:r>
      <w:r>
        <w:rPr/>
        <w:t xml:space="preserve"> </w:t>
      </w:r>
      <w:r>
        <w:rPr/>
        <w:t>ejecutando un pasaje impossibile.</w:t>
      </w:r>
    </w:p>
    <w:p>
      <w:pPr>
        <w:pStyle w:val="BodyText"/>
      </w:pPr>
      <w:r>
        <w:rPr/>
        <w:t>La Contraofensiva Digital</w:t>
      </w:r>
    </w:p>
    <w:p>
      <w:pPr>
        <w:pStyle w:val="BodyText"/>
      </w:pPr>
      <w:r>
        <w:rPr/>
        <w:t>En cuanto la puerta se cerró tras Markus, Lena se transformó. La mujer</w:t>
      </w:r>
      <w:r>
        <w:rPr/>
        <w:t xml:space="preserve"> </w:t>
      </w:r>
      <w:r>
        <w:rPr/>
        <w:t>exhausta y preocupada desapareció, reemplazada por una fuerza de la</w:t>
      </w:r>
      <w:r>
        <w:rPr/>
        <w:t xml:space="preserve"> </w:t>
      </w:r>
      <w:r>
        <w:rPr/>
        <w:t>naturaleza digital. Durante las últimas semanas había estado analizando</w:t>
      </w:r>
      <w:r>
        <w:rPr/>
        <w:t xml:space="preserve"> </w:t>
      </w:r>
      <w:r>
        <w:rPr/>
        <w:t>meticulosamente la arquitectura de la red de Finch, diseccionando su</w:t>
      </w:r>
      <w:r>
        <w:rPr/>
        <w:t xml:space="preserve"> </w:t>
      </w:r>
      <w:r>
        <w:rPr/>
        <w:t>estructura como un anatomista estudiando un cadáver.</w:t>
      </w:r>
    </w:p>
    <w:p>
      <w:pPr>
        <w:pStyle w:val="BodyText"/>
      </w:pPr>
      <w:r>
        <w:rPr/>
        <w:t>El sistema de Chrysalis era elegante en su eficiencia: centralizado,</w:t>
      </w:r>
      <w:r>
        <w:rPr/>
        <w:t xml:space="preserve"> </w:t>
      </w:r>
      <w:r>
        <w:rPr/>
        <w:t>jerárquico y totalmente predecible. Esas características que lo hacían</w:t>
      </w:r>
      <w:r>
        <w:rPr/>
        <w:t xml:space="preserve"> </w:t>
      </w:r>
      <w:r>
        <w:rPr/>
        <w:t>poderoso también constituían su debilidad fundamental. Su arrogancia</w:t>
      </w:r>
      <w:r>
        <w:rPr/>
        <w:t xml:space="preserve"> </w:t>
      </w:r>
      <w:r>
        <w:rPr/>
        <w:t>algorítmica lo llevaba a esperar datos coherentes, patrones racionales,</w:t>
      </w:r>
      <w:r>
        <w:rPr/>
        <w:t xml:space="preserve"> </w:t>
      </w:r>
      <w:r>
        <w:rPr/>
        <w:t>comportamiento lógico.</w:t>
      </w:r>
    </w:p>
    <w:p>
      <w:pPr>
        <w:pStyle w:val="BodyText"/>
      </w:pPr>
      <w:r>
        <w:rPr/>
        <w:t>Lena decidió darle exactamente lo contrario: un caos perfectamente</w:t>
      </w:r>
      <w:r>
        <w:rPr/>
        <w:t xml:space="preserve"> </w:t>
      </w:r>
      <w:r>
        <w:rPr/>
        <w:t>calibrado.</w:t>
      </w:r>
    </w:p>
    <w:p>
      <w:pPr>
        <w:pStyle w:val="BodyText"/>
      </w:pPr>
      <w:r>
        <w:rPr/>
        <w:t>Activó su arsenal de hardware modificado: procesadores sobreclockeados,</w:t>
      </w:r>
      <w:r>
        <w:rPr/>
        <w:t xml:space="preserve"> </w:t>
      </w:r>
      <w:r>
        <w:rPr/>
        <w:t>antenas direccionales de fabricación casera y una serie de algoritmos de</w:t>
      </w:r>
      <w:r>
        <w:rPr/>
        <w:t xml:space="preserve"> </w:t>
      </w:r>
      <w:r>
        <w:rPr/>
        <w:t>guerra electrónica que había desarrollado durante años de</w:t>
      </w:r>
      <w:r>
        <w:rPr/>
        <w:t xml:space="preserve"> </w:t>
      </w:r>
      <w:r>
        <w:rPr/>
        <w:t>experimentación clandestina. Su plan no era derribar la red de Finch</w:t>
      </w:r>
      <w:r>
        <w:rPr/>
        <w:t xml:space="preserve"> </w:t>
      </w:r>
      <w:r>
        <w:rPr/>
        <w:t>mediante fuerza bruta; eso sería detectado inmediatamente y provocaría</w:t>
      </w:r>
      <w:r>
        <w:rPr/>
        <w:t xml:space="preserve"> </w:t>
      </w:r>
      <w:r>
        <w:rPr/>
        <w:t>contramedidas defensivas. En su lugar, iba a envenenarla desde dentro.</w:t>
      </w:r>
    </w:p>
    <w:p>
      <w:pPr>
        <w:pStyle w:val="BodyText"/>
      </w:pPr>
      <w:r>
        <w:rPr/>
        <w:t>La Fabricación de Fantasmas</w:t>
      </w:r>
    </w:p>
    <w:p>
      <w:pPr>
        <w:pStyle w:val="BodyText"/>
      </w:pPr>
      <w:r>
        <w:rPr/>
        <w:t>Comenzó sintetizando la firma energética de Mar tal como la había</w:t>
      </w:r>
      <w:r>
        <w:rPr/>
        <w:t xml:space="preserve"> </w:t>
      </w:r>
      <w:r>
        <w:rPr/>
        <w:t>percibido en la transmisión: una frecuencia compleja que combinaba</w:t>
      </w:r>
      <w:r>
        <w:rPr/>
        <w:t xml:space="preserve"> </w:t>
      </w:r>
      <w:r>
        <w:rPr/>
        <w:t>elementos de resonancia cuántica con patrones biométricos únicos. Usando</w:t>
      </w:r>
      <w:r>
        <w:rPr/>
        <w:t xml:space="preserve"> </w:t>
      </w:r>
      <w:r>
        <w:rPr/>
        <w:t>esta plantilla como base, empezó a generar cientos de «ecos» falsos,</w:t>
      </w:r>
      <w:r>
        <w:rPr/>
        <w:t xml:space="preserve"> </w:t>
      </w:r>
      <w:r>
        <w:rPr/>
        <w:t>cada uno ligeramente diferente pero manteniendo la coherencia suficiente</w:t>
      </w:r>
      <w:r>
        <w:rPr/>
        <w:t xml:space="preserve"> </w:t>
      </w:r>
      <w:r>
        <w:rPr/>
        <w:t>para engañar a los sensores de Chrysalis.</w:t>
      </w:r>
    </w:p>
    <w:p>
      <w:pPr>
        <w:pStyle w:val="BodyText"/>
      </w:pPr>
      <w:r>
        <w:rPr/>
        <w:t>Proyectó una señal fantasma de Mar en el campanario de la catedral de</w:t>
      </w:r>
      <w:r>
        <w:rPr/>
        <w:t xml:space="preserve"> </w:t>
      </w:r>
      <w:r>
        <w:rPr/>
        <w:t>Soria. Otra en el fondo de un pozo medieval abandonado. Una tercera que</w:t>
      </w:r>
      <w:r>
        <w:rPr/>
        <w:t xml:space="preserve"> </w:t>
      </w:r>
      <w:r>
        <w:rPr/>
        <w:t>parecía moverse a velocidad de automóvil por la autopista A-15. Cada</w:t>
      </w:r>
      <w:r>
        <w:rPr/>
        <w:t xml:space="preserve"> </w:t>
      </w:r>
      <w:r>
        <w:rPr/>
        <w:t>fantasma era una obra de arte de la desinformación, diseñada para</w:t>
      </w:r>
      <w:r>
        <w:rPr/>
        <w:t xml:space="preserve"> </w:t>
      </w:r>
      <w:r>
        <w:rPr/>
        <w:t>sobrecargar los sistemas de análisis del enemigo.</w:t>
      </w:r>
    </w:p>
    <w:p>
      <w:pPr>
        <w:pStyle w:val="BodyText"/>
      </w:pPr>
      <w:r>
        <w:rPr/>
        <w:t>Los algoritmos de Lena trabajaban como una orquesta invisible, creando</w:t>
      </w:r>
      <w:r>
        <w:rPr/>
        <w:t xml:space="preserve"> </w:t>
      </w:r>
      <w:r>
        <w:rPr/>
        <w:t>una sinfonía de caos dirigido. En cuestión de minutos, la región soriana</w:t>
      </w:r>
      <w:r>
        <w:rPr/>
        <w:t xml:space="preserve"> </w:t>
      </w:r>
      <w:r>
        <w:rPr/>
        <w:t>se llenó de señales contradictorias e imposibles, todas aparentemente</w:t>
      </w:r>
      <w:r>
        <w:rPr/>
        <w:t xml:space="preserve"> </w:t>
      </w:r>
      <w:r>
        <w:rPr/>
        <w:t>emanando de la misma fuente.</w:t>
      </w:r>
    </w:p>
    <w:p>
      <w:pPr>
        <w:pStyle w:val="BodyText"/>
      </w:pPr>
      <w:r>
        <w:rPr/>
        <w:t>El Colapso de la Claridad Táctica</w:t>
      </w:r>
    </w:p>
    <w:p>
      <w:pPr>
        <w:pStyle w:val="BodyText"/>
      </w:pPr>
      <w:r>
        <w:rPr/>
        <w:t>En la base de operaciones móvil de Chrysalis, el efecto fue inmediato y</w:t>
      </w:r>
      <w:r>
        <w:rPr/>
        <w:t xml:space="preserve"> </w:t>
      </w:r>
      <w:r>
        <w:rPr/>
        <w:t>devastador. Las pantallas de Finch, antes modelos de claridad táctica y</w:t>
      </w:r>
      <w:r>
        <w:rPr/>
        <w:t xml:space="preserve"> </w:t>
      </w:r>
      <w:r>
        <w:rPr/>
        <w:t>precisión geográfica, se transformaron en caleidoscopios de alertas</w:t>
      </w:r>
      <w:r>
        <w:rPr/>
        <w:t xml:space="preserve"> </w:t>
      </w:r>
      <w:r>
        <w:rPr/>
        <w:t>rojas parpadeantes. El mapa de situación se convirtió en una tormenta de</w:t>
      </w:r>
      <w:r>
        <w:rPr/>
        <w:t xml:space="preserve"> </w:t>
      </w:r>
      <w:r>
        <w:rPr/>
        <w:t>datos incompatibles.</w:t>
      </w:r>
    </w:p>
    <w:p>
      <w:pPr>
        <w:pStyle w:val="BodyText"/>
      </w:pPr>
      <w:r>
        <w:rPr/>
        <w:t>«Señor, estamos perdiendo coherencia total de la señal», gritó un</w:t>
      </w:r>
      <w:r>
        <w:rPr/>
        <w:t xml:space="preserve"> </w:t>
      </w:r>
      <w:r>
        <w:rPr/>
        <w:t>técnico, su voz teñida de pánico profesional. «Estoy detectando la firma</w:t>
      </w:r>
      <w:r>
        <w:rPr/>
        <w:t xml:space="preserve"> </w:t>
      </w:r>
      <w:r>
        <w:rPr/>
        <w:t>del 'Faro' simultáneamente en diecisiete ubicaciones diferentes. Los</w:t>
      </w:r>
      <w:r>
        <w:rPr/>
        <w:t xml:space="preserve"> </w:t>
      </w:r>
      <w:r>
        <w:rPr/>
        <w:t>parámetros son físicamente imposibles.»</w:t>
      </w:r>
    </w:p>
    <w:p>
      <w:pPr>
        <w:pStyle w:val="BodyText"/>
      </w:pPr>
      <w:r>
        <w:rPr/>
        <w:t>«¿Fallo del sistema?», preguntó otro operador, sus dedos volando sobre</w:t>
      </w:r>
      <w:r>
        <w:rPr/>
        <w:t xml:space="preserve"> </w:t>
      </w:r>
      <w:r>
        <w:rPr/>
        <w:t>los controles mientras intentaba aislar la fuente de la interferencia.</w:t>
      </w:r>
    </w:p>
    <w:p>
      <w:pPr>
        <w:pStyle w:val="BodyText"/>
      </w:pPr>
      <w:r>
        <w:rPr/>
        <w:t>«Negativo», respondió el primero, estudiando cascadas de datos que se</w:t>
      </w:r>
      <w:r>
        <w:rPr/>
        <w:t xml:space="preserve"> </w:t>
      </w:r>
      <w:r>
        <w:rPr/>
        <w:t>contradecían entre sí. «Los sensores están funcionando perfectamente. Es</w:t>
      </w:r>
      <w:r>
        <w:rPr/>
        <w:t xml:space="preserve"> </w:t>
      </w:r>
      <w:r>
        <w:rPr/>
        <w:t>como si la propia realidad se hubiera vuelto loca.»</w:t>
      </w:r>
    </w:p>
    <w:p>
      <w:pPr>
        <w:pStyle w:val="BodyText"/>
      </w:pPr>
      <w:r>
        <w:rPr/>
        <w:t>La Comprensión del Maestro</w:t>
      </w:r>
    </w:p>
    <w:p>
      <w:pPr>
        <w:pStyle w:val="BodyText"/>
      </w:pPr>
      <w:r>
        <w:rPr/>
        <w:t>Finch observaba la tormenta de datos con expresión inmutable, pero su</w:t>
      </w:r>
      <w:r>
        <w:rPr/>
        <w:t xml:space="preserve"> </w:t>
      </w:r>
      <w:r>
        <w:rPr/>
        <w:t>mente trabajaba a gran velocidad. Su rostro era una máscara de furia</w:t>
      </w:r>
      <w:r>
        <w:rPr/>
        <w:t xml:space="preserve"> </w:t>
      </w:r>
      <w:r>
        <w:rPr/>
        <w:t>helada que ocultaba mal la admiración reticente por la elegancia del</w:t>
      </w:r>
      <w:r>
        <w:rPr/>
        <w:t xml:space="preserve"> </w:t>
      </w:r>
      <w:r>
        <w:rPr/>
        <w:t>ataque. No era un fallo del sistema ni un error técnico. Era sabotaje.</w:t>
      </w:r>
      <w:r>
        <w:rPr/>
        <w:t xml:space="preserve"> </w:t>
      </w:r>
      <w:r>
        <w:rPr/>
        <w:t>Un sabotaje inteligente, elegante y absolutamente deliberado.</w:t>
      </w:r>
    </w:p>
    <w:p>
      <w:pPr>
        <w:pStyle w:val="BodyText"/>
      </w:pPr>
      <w:r>
        <w:rPr/>
        <w:t>Alguien no solo estaba bloqueando sus sensores de forma pasiva. Estaba</w:t>
      </w:r>
      <w:r>
        <w:rPr/>
        <w:t xml:space="preserve"> </w:t>
      </w:r>
      <w:r>
        <w:rPr/>
        <w:t>jugando con ellos, burlándose de su sofisticación tecnológica,</w:t>
      </w:r>
      <w:r>
        <w:rPr/>
        <w:t xml:space="preserve"> </w:t>
      </w:r>
      <w:r>
        <w:rPr/>
        <w:t>devolviendo el golpe en su propio idioma de unos y ceros. El atacante</w:t>
      </w:r>
      <w:r>
        <w:rPr/>
        <w:t xml:space="preserve"> </w:t>
      </w:r>
      <w:r>
        <w:rPr/>
        <w:t>entendía la estructura de su red mejor que algunos de sus propios</w:t>
      </w:r>
      <w:r>
        <w:rPr/>
        <w:t xml:space="preserve"> </w:t>
      </w:r>
      <w:r>
        <w:rPr/>
        <w:t>técnicos.</w:t>
      </w:r>
    </w:p>
    <w:p>
      <w:pPr>
        <w:pStyle w:val="BodyText"/>
      </w:pPr>
      <w:r>
        <w:rPr/>
        <w:t>La realización lo golpeó como un rayo de comprensión helada: no estaba</w:t>
      </w:r>
      <w:r>
        <w:rPr/>
        <w:t xml:space="preserve"> </w:t>
      </w:r>
      <w:r>
        <w:rPr/>
        <w:t>cazando a una sola mística escondida en las montañas aragonesas. Se</w:t>
      </w:r>
      <w:r>
        <w:rPr/>
        <w:t xml:space="preserve"> </w:t>
      </w:r>
      <w:r>
        <w:rPr/>
        <w:t>enfrentaba a una célula operativa organizada, con especialistas en</w:t>
      </w:r>
      <w:r>
        <w:rPr/>
        <w:t xml:space="preserve"> </w:t>
      </w:r>
      <w:r>
        <w:rPr/>
        <w:t>múltiples disciplinas. Una de esas especialistas acababa de demostrar</w:t>
      </w:r>
      <w:r>
        <w:rPr/>
        <w:t xml:space="preserve"> </w:t>
      </w:r>
      <w:r>
        <w:rPr/>
        <w:t>que su ventaja tecnológica no era tan abrumadora como había creído.</w:t>
      </w:r>
    </w:p>
    <w:p>
      <w:pPr>
        <w:pStyle w:val="BodyText"/>
      </w:pPr>
      <w:r>
        <w:rPr/>
        <w:t>«Alguien nos está hackeando desde dentro», murmuró, su voz apenas</w:t>
      </w:r>
      <w:r>
        <w:rPr/>
        <w:t xml:space="preserve"> </w:t>
      </w:r>
      <w:r>
        <w:rPr/>
        <w:t>audible sobre el caos de alertas. «Tenemos una contraparte técnica. Un</w:t>
      </w:r>
      <w:r>
        <w:rPr/>
        <w:t xml:space="preserve"> </w:t>
      </w:r>
      <w:r>
        <w:rPr/>
        <w:t>igual.»</w:t>
      </w:r>
    </w:p>
    <w:p>
      <w:pPr>
        <w:pStyle w:val="BodyText"/>
      </w:pPr>
      <w:r>
        <w:rPr/>
        <w:t>Se recostó en su silla de comando, contemplando las pantallas</w:t>
      </w:r>
      <w:r>
        <w:rPr/>
        <w:t xml:space="preserve"> </w:t>
      </w:r>
      <w:r>
        <w:rPr/>
        <w:t>enloquecidas. La guerra acababa de escalar a un nivel completamente</w:t>
      </w:r>
      <w:r>
        <w:rPr/>
        <w:t xml:space="preserve"> </w:t>
      </w:r>
      <w:r>
        <w:rPr/>
        <w:t>nuevo. El juego de gato y ratón se había transformado en una partida</w:t>
      </w:r>
      <w:r>
        <w:rPr/>
        <w:t xml:space="preserve"> </w:t>
      </w:r>
      <w:r>
        <w:rPr/>
        <w:t>entre grandes maestros.</w:t>
      </w:r>
    </w:p>
    <w:p>
      <w:pPr>
        <w:pStyle w:val="BodyText"/>
      </w:pPr>
      <w:r>
        <w:rPr/>
        <w:t>El Tablero Redefinido</w:t>
      </w:r>
    </w:p>
    <w:p>
      <w:pPr>
        <w:pStyle w:val="BodyText"/>
      </w:pPr>
      <w:r>
        <w:rPr/>
        <w:t>En su apartamento seguro de Soria, Lena observaba las pantallas de</w:t>
      </w:r>
      <w:r>
        <w:rPr/>
        <w:t xml:space="preserve"> </w:t>
      </w:r>
      <w:r>
        <w:rPr/>
        <w:t>monitorización que mostraban el efecto de su ataque. La red de Chrysalis</w:t>
      </w:r>
      <w:r>
        <w:rPr/>
        <w:t xml:space="preserve"> </w:t>
      </w:r>
      <w:r>
        <w:rPr/>
        <w:t>estaba sumida en el caos informativo más absoluto. Sus fantasmas</w:t>
      </w:r>
      <w:r>
        <w:rPr/>
        <w:t xml:space="preserve"> </w:t>
      </w:r>
      <w:r>
        <w:rPr/>
        <w:t>digitales danzaban por la región como luciérnagas enloquecidas, cada una</w:t>
      </w:r>
      <w:r>
        <w:rPr/>
        <w:t xml:space="preserve"> </w:t>
      </w:r>
      <w:r>
        <w:rPr/>
        <w:t>llevando a los algoritmos enemigos por senderos de datos sin salida.</w:t>
      </w:r>
    </w:p>
    <w:p>
      <w:pPr>
        <w:pStyle w:val="BodyText"/>
      </w:pPr>
      <w:r>
        <w:rPr/>
        <w:t>Sonrió por primera vez en días. Era una sonrisa de depredadora</w:t>
      </w:r>
      <w:r>
        <w:rPr/>
        <w:t xml:space="preserve"> </w:t>
      </w:r>
      <w:r>
        <w:rPr/>
        <w:t>satisfecha, la expresión de quien acaba de demostrar que incluso las</w:t>
      </w:r>
      <w:r>
        <w:rPr/>
        <w:t xml:space="preserve"> </w:t>
      </w:r>
      <w:r>
        <w:rPr/>
        <w:t>máquinas más sofisticadas pueden ser superadas por la creatividad humana</w:t>
      </w:r>
      <w:r>
        <w:rPr/>
        <w:t xml:space="preserve"> </w:t>
      </w:r>
      <w:r>
        <w:rPr/>
        <w:t>aplicada con precisión.</w:t>
      </w:r>
    </w:p>
    <w:p>
      <w:pPr>
        <w:pStyle w:val="BodyText"/>
      </w:pPr>
      <w:r>
        <w:rPr/>
        <w:t>Markus tendría tiempo suficiente para llegar al punto de encuentro.</w:t>
      </w:r>
      <w:r>
        <w:rPr/>
        <w:t xml:space="preserve"> </w:t>
      </w:r>
      <w:r>
        <w:rPr/>
        <w:t>Vasco podría ser protegido antes de caer en la trampa final. Y ella</w:t>
      </w:r>
      <w:r>
        <w:rPr/>
        <w:t xml:space="preserve"> </w:t>
      </w:r>
      <w:r>
        <w:rPr/>
        <w:t>había enviado un mensaje claro a Finch: ya no era el único jugador</w:t>
      </w:r>
      <w:r>
        <w:rPr/>
        <w:t xml:space="preserve"> </w:t>
      </w:r>
      <w:r>
        <w:rPr/>
        <w:t>sofisticado en este tablero de ajedrez cósmico.</w:t>
      </w:r>
    </w:p>
    <w:p>
      <w:pPr>
        <w:pStyle w:val="BodyText"/>
      </w:pPr>
      <w:r>
        <w:rPr/>
        <w:t>La contraofensiva había comenzado.</w:t>
      </w:r>
    </w:p>
    <w:p>
      <w:pPr>
        <w:pStyle w:val="Heading1"/>
      </w:pPr>
      <w:r>
        <w:rPr/>
        <w:t>CAPÍTULO 43. EL EREMITORIO DE LOS ECOS</w:t>
      </w:r>
    </w:p>
    <w:p>
      <w:pPr/>
      <w:r>
        <w:rPr/>
        <w:t>«Hay lugares donde el silencio es tan antiguo que el tiempo mismo teme</w:t>
      </w:r>
      <w:r>
        <w:rPr/>
        <w:t xml:space="preserve"> </w:t>
      </w:r>
      <w:r>
        <w:rPr/>
        <w:t>hacer ruido. Esos son los lugares donde se pueden escuchar las</w:t>
      </w:r>
      <w:r>
        <w:rPr/>
        <w:t xml:space="preserve"> </w:t>
      </w:r>
      <w:r>
        <w:rPr/>
        <w:t>conversaciones del alma.»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El viaje de Markus hacia las coordenadas que Lena había descifrado se</w:t>
      </w:r>
      <w:r>
        <w:rPr/>
        <w:t xml:space="preserve"> </w:t>
      </w:r>
      <w:r>
        <w:rPr/>
        <w:t>convirtió en una inmersión progresiva en la España despoblada, un</w:t>
      </w:r>
      <w:r>
        <w:rPr/>
        <w:t xml:space="preserve"> </w:t>
      </w:r>
      <w:r>
        <w:rPr/>
        <w:t>peregrinaje físico y espiritual hacia el corazón geográfico del</w:t>
      </w:r>
      <w:r>
        <w:rPr/>
        <w:t xml:space="preserve"> </w:t>
      </w:r>
      <w:r>
        <w:rPr/>
        <w:t>silencio. Dejó atrás el zumbido constante de la tecnología urbana de</w:t>
      </w:r>
      <w:r>
        <w:rPr/>
        <w:t xml:space="preserve"> </w:t>
      </w:r>
      <w:r>
        <w:rPr/>
        <w:t>Soria—cables de alta tensión, repetidores de telefonía móvil, el</w:t>
      </w:r>
      <w:r>
        <w:rPr/>
        <w:t xml:space="preserve"> </w:t>
      </w:r>
      <w:r>
        <w:rPr/>
        <w:t>murmullo electromagnético de la civilización—y se adentró en un</w:t>
      </w:r>
      <w:r>
        <w:rPr/>
        <w:t xml:space="preserve"> </w:t>
      </w:r>
      <w:r>
        <w:rPr/>
        <w:t>paisaje primordial de colinas ocres modeladas por milenios de erosión,</w:t>
      </w:r>
      <w:r>
        <w:rPr/>
        <w:t xml:space="preserve"> </w:t>
      </w:r>
      <w:r>
        <w:rPr/>
        <w:t>bosques de encinas centenarias y pueblos abandonados que se alzaban como</w:t>
      </w:r>
      <w:r>
        <w:rPr/>
        <w:t xml:space="preserve"> </w:t>
      </w:r>
      <w:r>
        <w:rPr/>
        <w:t>esqueletos de piedra caliza bajo el sol implacable de Castilla.</w:t>
      </w:r>
    </w:p>
    <w:p>
      <w:pPr>
        <w:pStyle w:val="BodyText"/>
      </w:pPr>
      <w:r>
        <w:rPr/>
        <w:t>Deliberadamente, no utilizó el GPS de su vehículo. Los satélites eran</w:t>
      </w:r>
      <w:r>
        <w:rPr/>
        <w:t xml:space="preserve"> </w:t>
      </w:r>
      <w:r>
        <w:rPr/>
        <w:t>ojos en el cielo que Finch podía usar para rastrearlo. En su lugar, se</w:t>
      </w:r>
      <w:r>
        <w:rPr/>
        <w:t xml:space="preserve"> </w:t>
      </w:r>
      <w:r>
        <w:rPr/>
        <w:t>guió por un mapa topográfico de papel manchado por años de uso y por esa</w:t>
      </w:r>
      <w:r>
        <w:rPr/>
        <w:t xml:space="preserve"> </w:t>
      </w:r>
      <w:r>
        <w:rPr/>
        <w:t>brújula interna que décadas de trabajo de campo le habían desarrollado,</w:t>
      </w:r>
      <w:r>
        <w:rPr/>
        <w:t xml:space="preserve"> </w:t>
      </w:r>
      <w:r>
        <w:rPr/>
        <w:t>una capacidad casi animal para sentir las «texturas» energéticas del</w:t>
      </w:r>
      <w:r>
        <w:rPr/>
        <w:t xml:space="preserve"> </w:t>
      </w:r>
      <w:r>
        <w:rPr/>
        <w:t>terreno. Podía percibir físicamente cómo la red de vigilancia de</w:t>
      </w:r>
      <w:r>
        <w:rPr/>
        <w:t xml:space="preserve"> </w:t>
      </w:r>
      <w:r>
        <w:rPr/>
        <w:t>Chrysalis se debilitaba con cada kilómetro que se alejaba de los núcleos</w:t>
      </w:r>
      <w:r>
        <w:rPr/>
        <w:t xml:space="preserve"> </w:t>
      </w:r>
      <w:r>
        <w:rPr/>
        <w:t>urbanos, como una tela de araña tecnológica que se deshilachaba en los</w:t>
      </w:r>
      <w:r>
        <w:rPr/>
        <w:t xml:space="preserve"> </w:t>
      </w:r>
      <w:r>
        <w:rPr/>
        <w:t>bordes de la nada.</w:t>
      </w:r>
    </w:p>
    <w:p>
      <w:pPr>
        <w:pStyle w:val="BodyText"/>
      </w:pPr>
      <w:r>
        <w:rPr/>
        <w:t>El Paisaje del Olvido</w:t>
      </w:r>
    </w:p>
    <w:p>
      <w:pPr>
        <w:pStyle w:val="BodyText"/>
      </w:pPr>
      <w:r>
        <w:rPr/>
        <w:t>El último tramo del viaje lo realizó a pie, siguiendo senderos de</w:t>
      </w:r>
      <w:r>
        <w:rPr/>
        <w:t xml:space="preserve"> </w:t>
      </w:r>
      <w:r>
        <w:rPr/>
        <w:t>pastores apenas visibles que serpenteaban entre afloramientos rocosos y</w:t>
      </w:r>
      <w:r>
        <w:rPr/>
        <w:t xml:space="preserve"> </w:t>
      </w:r>
      <w:r>
        <w:rPr/>
        <w:t>matorrales de tomillo silvestre. Sus botas militares crujían sobre la</w:t>
      </w:r>
      <w:r>
        <w:rPr/>
        <w:t xml:space="preserve"> </w:t>
      </w:r>
      <w:r>
        <w:rPr/>
        <w:t>hierba seca del otoño tardío, y el único sonido que lo acompañaba era el</w:t>
      </w:r>
      <w:r>
        <w:rPr/>
        <w:t xml:space="preserve"> </w:t>
      </w:r>
      <w:r>
        <w:rPr/>
        <w:t>silbido ocasional del viento y el tintineo lejano de esquilas fantasma.</w:t>
      </w:r>
    </w:p>
    <w:p>
      <w:pPr>
        <w:pStyle w:val="BodyText"/>
      </w:pPr>
      <w:r>
        <w:rPr/>
        <w:t>Tras tres horas de caminata meditativa por terreno cada vez más abrupto,</w:t>
      </w:r>
      <w:r>
        <w:rPr/>
        <w:t xml:space="preserve"> </w:t>
      </w:r>
      <w:r>
        <w:rPr/>
        <w:t>llegó finalmente al lugar señalado por las coordenadas. No era un</w:t>
      </w:r>
      <w:r>
        <w:rPr/>
        <w:t xml:space="preserve"> </w:t>
      </w:r>
      <w:r>
        <w:rPr/>
        <w:t>monasterio imponente como San Juan de la Peña, con sus torres románicas</w:t>
      </w:r>
      <w:r>
        <w:rPr/>
        <w:t xml:space="preserve"> </w:t>
      </w:r>
      <w:r>
        <w:rPr/>
        <w:t>y sus claustros de piedra labrada. Era algo mucho más antiguo, más</w:t>
      </w:r>
      <w:r>
        <w:rPr/>
        <w:t xml:space="preserve"> </w:t>
      </w:r>
      <w:r>
        <w:rPr/>
        <w:t>humilde y, paradójicamente, más poderoso: un eremitorio celtíbero</w:t>
      </w:r>
      <w:r>
        <w:rPr/>
        <w:t xml:space="preserve"> </w:t>
      </w:r>
      <w:r>
        <w:rPr/>
        <w:t>excavado directamente en un risco de arenisca rojiza, un conjunto</w:t>
      </w:r>
      <w:r>
        <w:rPr/>
        <w:t xml:space="preserve"> </w:t>
      </w:r>
      <w:r>
        <w:rPr/>
        <w:t>orgánico de cuevas naturales y nichos artificiales que habían servido de</w:t>
      </w:r>
      <w:r>
        <w:rPr/>
        <w:t xml:space="preserve"> </w:t>
      </w:r>
      <w:r>
        <w:rPr/>
        <w:t>refugio a ermitaños, místicos y quizás a almas mucho más antiguas de lo</w:t>
      </w:r>
      <w:r>
        <w:rPr/>
        <w:t xml:space="preserve"> </w:t>
      </w:r>
      <w:r>
        <w:rPr/>
        <w:t>que los libros de historia registraban.</w:t>
      </w:r>
    </w:p>
    <w:p>
      <w:pPr>
        <w:pStyle w:val="BodyText"/>
      </w:pPr>
      <w:r>
        <w:rPr/>
        <w:t>El aire en este lugar era cualitativamente diferente al del valle. No</w:t>
      </w:r>
      <w:r>
        <w:rPr/>
        <w:t xml:space="preserve"> </w:t>
      </w:r>
      <w:r>
        <w:rPr/>
        <w:t>estaba vacío de la frecuencia de Mar—esa resonancia fundamental que</w:t>
      </w:r>
      <w:r>
        <w:rPr/>
        <w:t xml:space="preserve"> </w:t>
      </w:r>
      <w:r>
        <w:rPr/>
        <w:t>había aprendido a reconocer—sino que contenía un eco armónico de la</w:t>
      </w:r>
      <w:r>
        <w:rPr/>
        <w:t xml:space="preserve"> </w:t>
      </w:r>
      <w:r>
        <w:rPr/>
        <w:t>misma, una vibración más débil pero perfectamente afinada, como el</w:t>
      </w:r>
      <w:r>
        <w:rPr/>
        <w:t xml:space="preserve"> </w:t>
      </w:r>
      <w:r>
        <w:rPr/>
        <w:t>sonido de una cuerda simpática que vibra por resonancia cuando se toca</w:t>
      </w:r>
      <w:r>
        <w:rPr/>
        <w:t xml:space="preserve"> </w:t>
      </w:r>
      <w:r>
        <w:rPr/>
        <w:t>la nota principal.</w:t>
      </w:r>
    </w:p>
    <w:p>
      <w:pPr>
        <w:pStyle w:val="BodyText"/>
      </w:pPr>
      <w:r>
        <w:rPr/>
        <w:t>Era el lugar perfecto para un encuentro clandestino: un «punto sordo»</w:t>
      </w:r>
      <w:r>
        <w:rPr/>
        <w:t xml:space="preserve"> </w:t>
      </w:r>
      <w:r>
        <w:rPr/>
        <w:t>para la tecnología de Finch, donde las ondas de radio se perdían entre</w:t>
      </w:r>
      <w:r>
        <w:rPr/>
        <w:t xml:space="preserve"> </w:t>
      </w:r>
      <w:r>
        <w:rPr/>
        <w:t>las irregularidades del terreno y los sensores remotos encontraban solo</w:t>
      </w:r>
      <w:r>
        <w:rPr/>
        <w:t xml:space="preserve"> </w:t>
      </w:r>
      <w:r>
        <w:rPr/>
        <w:t>interferencias geológicas, pero simultáneamente un lugar de claridad</w:t>
      </w:r>
      <w:r>
        <w:rPr/>
        <w:t xml:space="preserve"> </w:t>
      </w:r>
      <w:r>
        <w:rPr/>
        <w:t>absoluta para quienes habían sintonizado con el lenguaje preracional del</w:t>
      </w:r>
      <w:r>
        <w:rPr/>
        <w:t xml:space="preserve"> </w:t>
      </w:r>
      <w:r>
        <w:rPr/>
        <w:t>Eco.</w:t>
      </w:r>
    </w:p>
    <w:p>
      <w:pPr>
        <w:pStyle w:val="BodyText"/>
      </w:pPr>
      <w:r>
        <w:rPr/>
        <w:t>La Preparación del Encuentro</w:t>
      </w:r>
    </w:p>
    <w:p>
      <w:pPr>
        <w:pStyle w:val="BodyText"/>
      </w:pPr>
      <w:r>
        <w:rPr/>
        <w:t>Markus no buscó activamente a Mar. Conocía lo suficiente sobre la</w:t>
      </w:r>
      <w:r>
        <w:rPr/>
        <w:t xml:space="preserve"> </w:t>
      </w:r>
      <w:r>
        <w:rPr/>
        <w:t>naturaleza de su poder para saber que ella establecería el momento y la</w:t>
      </w:r>
      <w:r>
        <w:rPr/>
        <w:t xml:space="preserve"> </w:t>
      </w:r>
      <w:r>
        <w:rPr/>
        <w:t>forma del contacto según sus propios parámetros. Su papel era</w:t>
      </w:r>
      <w:r>
        <w:rPr/>
        <w:t xml:space="preserve"> </w:t>
      </w:r>
      <w:r>
        <w:rPr/>
        <w:t>simplemente estar presente y receptivo.</w:t>
      </w:r>
    </w:p>
    <w:p>
      <w:pPr>
        <w:pStyle w:val="BodyText"/>
      </w:pPr>
      <w:r>
        <w:rPr/>
        <w:t>Eligió cuidadosamente una cueva que dominaba el valle, con vistas</w:t>
      </w:r>
      <w:r>
        <w:rPr/>
        <w:t xml:space="preserve"> </w:t>
      </w:r>
      <w:r>
        <w:rPr/>
        <w:t>despejadas hacia el horizonte donde el sol comenzaba su descenso</w:t>
      </w:r>
      <w:r>
        <w:rPr/>
        <w:t xml:space="preserve"> </w:t>
      </w:r>
      <w:r>
        <w:rPr/>
        <w:t>vespertino. Se sentó con la espalda apoyada en la pared de roca fría,</w:t>
      </w:r>
      <w:r>
        <w:rPr/>
        <w:t xml:space="preserve"> </w:t>
      </w:r>
      <w:r>
        <w:rPr/>
        <w:t>sintiendo la solidez milenaria de la piedra como un ancla física. Su</w:t>
      </w:r>
      <w:r>
        <w:rPr/>
        <w:t xml:space="preserve"> </w:t>
      </w:r>
      <w:r>
        <w:rPr/>
        <w:t>espera no era ansiosa ni impaciente. Era la paciencia zen del técnico de</w:t>
      </w:r>
      <w:r>
        <w:rPr/>
        <w:t xml:space="preserve"> </w:t>
      </w:r>
      <w:r>
        <w:rPr/>
        <w:t>sonido veterano que sabe que el artista saldrá al escenario cuando el</w:t>
      </w:r>
      <w:r>
        <w:rPr/>
        <w:t xml:space="preserve"> </w:t>
      </w:r>
      <w:r>
        <w:rPr/>
        <w:t>momento sea el óptimo, ni un segundo antes ni después.</w:t>
      </w:r>
    </w:p>
    <w:p>
      <w:pPr>
        <w:pStyle w:val="BodyText"/>
      </w:pPr>
      <w:r>
        <w:rPr/>
        <w:t>Abrió su mochila con movimientos deliberados y extrajo su equipo de</w:t>
      </w:r>
      <w:r>
        <w:rPr/>
        <w:t xml:space="preserve"> </w:t>
      </w:r>
      <w:r>
        <w:rPr/>
        <w:t>campo: una grabadora digital de alta fidelidad diseñada para registrar</w:t>
      </w:r>
      <w:r>
        <w:rPr/>
        <w:t xml:space="preserve"> </w:t>
      </w:r>
      <w:r>
        <w:rPr/>
        <w:t>sonidos de fauna salvaje, y un par de auriculares de estudio que había</w:t>
      </w:r>
      <w:r>
        <w:rPr/>
        <w:t xml:space="preserve"> </w:t>
      </w:r>
      <w:r>
        <w:rPr/>
        <w:t>modificado personalmente para captar frecuencias tanto en el rango</w:t>
      </w:r>
      <w:r>
        <w:rPr/>
        <w:t xml:space="preserve"> </w:t>
      </w:r>
      <w:r>
        <w:rPr/>
        <w:t>audible como en los límites del infrasonido.</w:t>
      </w:r>
    </w:p>
    <w:p>
      <w:pPr>
        <w:pStyle w:val="BodyText"/>
      </w:pPr>
      <w:r>
        <w:rPr/>
        <w:t>No conectó el equipo para grabar—eso habría sido una profanación del</w:t>
      </w:r>
      <w:r>
        <w:rPr/>
        <w:t xml:space="preserve"> </w:t>
      </w:r>
      <w:r>
        <w:rPr/>
        <w:t>encuentro inminente—sino para escuchar con una precisión que</w:t>
      </w:r>
      <w:r>
        <w:rPr/>
        <w:t xml:space="preserve"> </w:t>
      </w:r>
      <w:r>
        <w:rPr/>
        <w:t>trascendía las limitaciones del oído humano normal. Colocó los</w:t>
      </w:r>
      <w:r>
        <w:rPr/>
        <w:t xml:space="preserve"> </w:t>
      </w:r>
      <w:r>
        <w:rPr/>
        <w:t>micrófonos direccionales en la entrada de la cueva y se puso los</w:t>
      </w:r>
      <w:r>
        <w:rPr/>
        <w:t xml:space="preserve"> </w:t>
      </w:r>
      <w:r>
        <w:rPr/>
        <w:t>auriculares, cerrando los ojos y subiendo la ganancia gradualmente hasta</w:t>
      </w:r>
      <w:r>
        <w:rPr/>
        <w:t xml:space="preserve"> </w:t>
      </w:r>
      <w:r>
        <w:rPr/>
        <w:t>el máximo nivel seguro.</w:t>
      </w:r>
    </w:p>
    <w:p>
      <w:pPr>
        <w:pStyle w:val="BodyText"/>
      </w:pPr>
      <w:r>
        <w:rPr/>
        <w:t>La Sinfonía del Lugar</w:t>
      </w:r>
    </w:p>
    <w:p>
      <w:pPr>
        <w:pStyle w:val="BodyText"/>
      </w:pPr>
      <w:r>
        <w:rPr/>
        <w:t>Quería oír la voz auténtica del lugar: el viento filtrándose por las</w:t>
      </w:r>
      <w:r>
        <w:rPr/>
        <w:t xml:space="preserve"> </w:t>
      </w:r>
      <w:r>
        <w:rPr/>
        <w:t>grietas microscópicas de la roca con un siseo que contenía armónicos</w:t>
      </w:r>
      <w:r>
        <w:rPr/>
        <w:t xml:space="preserve"> </w:t>
      </w:r>
      <w:r>
        <w:rPr/>
        <w:t>complejos, el zumbido casi imperceptible de un insecto solitario en la</w:t>
      </w:r>
      <w:r>
        <w:rPr/>
        <w:t xml:space="preserve"> </w:t>
      </w:r>
      <w:r>
        <w:rPr/>
        <w:t>distancia, el latido geológico de la tierra que pulsaba en frecuencias</w:t>
      </w:r>
      <w:r>
        <w:rPr/>
        <w:t xml:space="preserve"> </w:t>
      </w:r>
      <w:r>
        <w:rPr/>
        <w:t>tan bajas que se sentían más que se oían.</w:t>
      </w:r>
    </w:p>
    <w:p>
      <w:pPr>
        <w:pStyle w:val="BodyText"/>
      </w:pPr>
      <w:r>
        <w:rPr/>
        <w:t>A medida que sus sentidos se afinaban con el paisaje sonoro, Markus</w:t>
      </w:r>
      <w:r>
        <w:rPr/>
        <w:t xml:space="preserve"> </w:t>
      </w:r>
      <w:r>
        <w:rPr/>
        <w:t>comenzó a percibir capas más sutiles. El crujido térmico de la roca</w:t>
      </w:r>
      <w:r>
        <w:rPr/>
        <w:t xml:space="preserve"> </w:t>
      </w:r>
      <w:r>
        <w:rPr/>
        <w:t>enfriándose al declinar el día. El susurro de hojas secas transportadas</w:t>
      </w:r>
      <w:r>
        <w:rPr/>
        <w:t xml:space="preserve"> </w:t>
      </w:r>
      <w:r>
        <w:rPr/>
        <w:t>por corrientes de aire invisibles. Y debajo de todo, como un bajo</w:t>
      </w:r>
      <w:r>
        <w:rPr/>
        <w:t xml:space="preserve"> </w:t>
      </w:r>
      <w:r>
        <w:rPr/>
        <w:t>continuo apenas perceptible, algo que podría haber sido el eco residual</w:t>
      </w:r>
      <w:r>
        <w:rPr/>
        <w:t xml:space="preserve"> </w:t>
      </w:r>
      <w:r>
        <w:rPr/>
        <w:t>de voces humanas que habían resonado en estas cuevas durante siglos:</w:t>
      </w:r>
      <w:r>
        <w:rPr/>
        <w:t xml:space="preserve"> </w:t>
      </w:r>
      <w:r>
        <w:rPr/>
        <w:t>oraciones, lamentos, súplicas dirigidas a divinidades cuyos nombres se</w:t>
      </w:r>
      <w:r>
        <w:rPr/>
        <w:t xml:space="preserve"> </w:t>
      </w:r>
      <w:r>
        <w:rPr/>
        <w:t>habían perdido en el tiempo.</w:t>
      </w:r>
    </w:p>
    <w:p>
      <w:pPr>
        <w:pStyle w:val="BodyText"/>
      </w:pPr>
      <w:r>
        <w:rPr/>
        <w:t>El Contacto Silencioso</w:t>
      </w:r>
    </w:p>
    <w:p>
      <w:pPr>
        <w:pStyle w:val="BodyText"/>
      </w:pPr>
      <w:r>
        <w:rPr/>
        <w:t>Mar, desde su santuario de piedra en San Juan de la Peña, sintió la</w:t>
      </w:r>
      <w:r>
        <w:rPr/>
        <w:t xml:space="preserve"> </w:t>
      </w:r>
      <w:r>
        <w:rPr/>
        <w:t>llegada de Markus al eremitorio como una nota grave, estable y</w:t>
      </w:r>
      <w:r>
        <w:rPr/>
        <w:t xml:space="preserve"> </w:t>
      </w:r>
      <w:r>
        <w:rPr/>
        <w:t>profundamente familiar que se asentaba en el paisaje como un acorde</w:t>
      </w:r>
      <w:r>
        <w:rPr/>
        <w:t xml:space="preserve"> </w:t>
      </w:r>
      <w:r>
        <w:rPr/>
        <w:t>fundamental. Su presencia era un ancla de lealtad inquebrantable en un</w:t>
      </w:r>
      <w:r>
        <w:rPr/>
        <w:t xml:space="preserve"> </w:t>
      </w:r>
      <w:r>
        <w:rPr/>
        <w:t>mar de incertidumbre táctica.</w:t>
      </w:r>
    </w:p>
    <w:p>
      <w:pPr>
        <w:pStyle w:val="BodyText"/>
      </w:pPr>
      <w:r>
        <w:rPr/>
        <w:t>Esperó pacientemente a que él completara su proceso de sintonización, a</w:t>
      </w:r>
      <w:r>
        <w:rPr/>
        <w:t xml:space="preserve"> </w:t>
      </w:r>
      <w:r>
        <w:rPr/>
        <w:t>que su propia frecuencia personal se armonizara completamente con la</w:t>
      </w:r>
      <w:r>
        <w:rPr/>
        <w:t xml:space="preserve"> </w:t>
      </w:r>
      <w:r>
        <w:rPr/>
        <w:t>resonancia natural del eremitorio. Solo cuando percibió que estaba</w:t>
      </w:r>
      <w:r>
        <w:rPr/>
        <w:t xml:space="preserve"> </w:t>
      </w:r>
      <w:r>
        <w:rPr/>
        <w:t>completamente receptivo, inició el contacto.</w:t>
      </w:r>
    </w:p>
    <w:p>
      <w:pPr>
        <w:pStyle w:val="BodyText"/>
      </w:pPr>
      <w:r>
        <w:rPr/>
        <w:t>Esta comunicación fue radicalmente diferente a la transmisión codificada</w:t>
      </w:r>
      <w:r>
        <w:rPr/>
        <w:t xml:space="preserve"> </w:t>
      </w:r>
      <w:r>
        <w:rPr/>
        <w:t>que había enviado a Lena. No era una transferencia de datos tácticos ni</w:t>
      </w:r>
      <w:r>
        <w:rPr/>
        <w:t xml:space="preserve"> </w:t>
      </w:r>
      <w:r>
        <w:rPr/>
        <w:t>un mensaje cifrado. Era una conversación sin palabras, un diálogo de</w:t>
      </w:r>
      <w:r>
        <w:rPr/>
        <w:t xml:space="preserve"> </w:t>
      </w:r>
      <w:r>
        <w:rPr/>
        <w:t>almas que trascendía las limitaciones del lenguaje convencional.</w:t>
      </w:r>
    </w:p>
    <w:p>
      <w:pPr>
        <w:pStyle w:val="BodyText"/>
      </w:pPr>
      <w:r>
        <w:rPr/>
        <w:t>Proyectó hacia él un sentimiento puro de gratitud, una calidez emocional</w:t>
      </w:r>
      <w:r>
        <w:rPr/>
        <w:t xml:space="preserve"> </w:t>
      </w:r>
      <w:r>
        <w:rPr/>
        <w:t>tan tangible que Markus la experimentó como un repentino rayo de sol que</w:t>
      </w:r>
      <w:r>
        <w:rPr/>
        <w:t xml:space="preserve"> </w:t>
      </w:r>
      <w:r>
        <w:rPr/>
        <w:t>penetraba en el interior fresco de la cueva. No era una metáfora: sintió</w:t>
      </w:r>
      <w:r>
        <w:rPr/>
        <w:t xml:space="preserve"> </w:t>
      </w:r>
      <w:r>
        <w:rPr/>
        <w:t>literalmente el calor en su piel, como si una fuente de luz invisible</w:t>
      </w:r>
      <w:r>
        <w:rPr/>
        <w:t xml:space="preserve"> </w:t>
      </w:r>
      <w:r>
        <w:rPr/>
        <w:t>hubiera aparecido en el espacio.</w:t>
      </w:r>
    </w:p>
    <w:p>
      <w:pPr>
        <w:pStyle w:val="BodyText"/>
      </w:pPr>
      <w:r>
        <w:rPr/>
        <w:t>La respuesta de Markus fue igualmente directa y no verbal. Proyectó</w:t>
      </w:r>
      <w:r>
        <w:rPr/>
        <w:t xml:space="preserve"> </w:t>
      </w:r>
      <w:r>
        <w:rPr/>
        <w:t>hacia ella una sensación de calma absoluta, de una solidez</w:t>
      </w:r>
      <w:r>
        <w:rPr/>
        <w:t xml:space="preserve"> </w:t>
      </w:r>
      <w:r>
        <w:rPr/>
        <w:t>inquebrantable que venía de décadas de ser el punto de estabilidad en</w:t>
      </w:r>
      <w:r>
        <w:rPr/>
        <w:t xml:space="preserve"> </w:t>
      </w:r>
      <w:r>
        <w:rPr/>
        <w:t>medio del caos creativo. Su frecuencia emocional era la de un roble</w:t>
      </w:r>
      <w:r>
        <w:rPr/>
        <w:t xml:space="preserve"> </w:t>
      </w:r>
      <w:r>
        <w:rPr/>
        <w:t>centenario que ha resistido innumerables tormentas. El mensaje implícito</w:t>
      </w:r>
      <w:r>
        <w:rPr/>
        <w:t xml:space="preserve"> </w:t>
      </w:r>
      <w:r>
        <w:rPr/>
        <w:t>era claro: «Estoy aquí. Pase lo que pase, no estás sola.»</w:t>
      </w:r>
    </w:p>
    <w:p>
      <w:pPr>
        <w:pStyle w:val="BodyText"/>
      </w:pPr>
      <w:r>
        <w:rPr/>
        <w:t>La Transmisión del Plan</w:t>
      </w:r>
    </w:p>
    <w:p>
      <w:pPr>
        <w:pStyle w:val="BodyText"/>
      </w:pPr>
      <w:r>
        <w:rPr/>
        <w:t>Una vez establecido el canal de comunicación empática, Mar comenzó a</w:t>
      </w:r>
      <w:r>
        <w:rPr/>
        <w:t xml:space="preserve"> </w:t>
      </w:r>
      <w:r>
        <w:rPr/>
        <w:t>transmitir información más específica. Pero incluso esto lo hizo a</w:t>
      </w:r>
      <w:r>
        <w:rPr/>
        <w:t xml:space="preserve"> </w:t>
      </w:r>
      <w:r>
        <w:rPr/>
        <w:t>través de imágenes y sensaciones más que de conceptos verbales.</w:t>
      </w:r>
    </w:p>
    <w:p>
      <w:pPr>
        <w:pStyle w:val="BodyText"/>
      </w:pPr>
      <w:r>
        <w:rPr/>
        <w:t>Le envió la imagen visual de Vasco: pálido, demacrado, con los ojos</w:t>
      </w:r>
      <w:r>
        <w:rPr/>
        <w:t xml:space="preserve"> </w:t>
      </w:r>
      <w:r>
        <w:rPr/>
        <w:t>hundidos por el insomnio y la paranoia, siendo escoltado por agentes de</w:t>
      </w:r>
      <w:r>
        <w:rPr/>
        <w:t xml:space="preserve"> </w:t>
      </w:r>
      <w:r>
        <w:rPr/>
        <w:t>policía a través de la biblioteca de Soria mientras las miradas curiosas</w:t>
      </w:r>
      <w:r>
        <w:rPr/>
        <w:t xml:space="preserve"> </w:t>
      </w:r>
      <w:r>
        <w:rPr/>
        <w:t>y hostiles de los transeúntes lo seguían. La humillación deliberada, la</w:t>
      </w:r>
      <w:r>
        <w:rPr/>
        <w:t xml:space="preserve"> </w:t>
      </w:r>
      <w:r>
        <w:rPr/>
        <w:t>destrucción sistemática de su sentido de seguridad.</w:t>
      </w:r>
    </w:p>
    <w:p>
      <w:pPr>
        <w:pStyle w:val="BodyText"/>
      </w:pPr>
      <w:r>
        <w:rPr/>
        <w:t>Luego proyectó la imagen de Eva, la agente de Chrysalis: su sonrisa</w:t>
      </w:r>
      <w:r>
        <w:rPr/>
        <w:t xml:space="preserve"> </w:t>
      </w:r>
      <w:r>
        <w:rPr/>
        <w:t>profesional y vacía, perfectamente calibrada para inspirar confianza,</w:t>
      </w:r>
      <w:r>
        <w:rPr/>
        <w:t xml:space="preserve"> </w:t>
      </w:r>
      <w:r>
        <w:rPr/>
        <w:t>pero desprovista de cualquier calidez genuina. La máscara de humanidad</w:t>
      </w:r>
      <w:r>
        <w:rPr/>
        <w:t xml:space="preserve"> </w:t>
      </w:r>
      <w:r>
        <w:rPr/>
        <w:t>que ocultaba el algoritmo frío de una máquina de manipulación</w:t>
      </w:r>
      <w:r>
        <w:rPr/>
        <w:t xml:space="preserve"> </w:t>
      </w:r>
      <w:r>
        <w:rPr/>
        <w:t>psicológica.</w:t>
      </w:r>
    </w:p>
    <w:p>
      <w:pPr>
        <w:pStyle w:val="BodyText"/>
      </w:pPr>
      <w:r>
        <w:rPr/>
        <w:t>Después vino la imagen arquetípica del lobo, con sus ojos de un azul</w:t>
      </w:r>
      <w:r>
        <w:rPr/>
        <w:t xml:space="preserve"> </w:t>
      </w:r>
      <w:r>
        <w:rPr/>
        <w:t>glacial, acechando pacientemente en la periferia del rebaño, esperando</w:t>
      </w:r>
      <w:r>
        <w:rPr/>
        <w:t xml:space="preserve"> </w:t>
      </w:r>
      <w:r>
        <w:rPr/>
        <w:t>el momento óptimo para atacar. Finch en toda su esencia depredadora.</w:t>
      </w:r>
    </w:p>
    <w:p>
      <w:pPr>
        <w:pStyle w:val="BodyText"/>
      </w:pPr>
      <w:r>
        <w:rPr/>
        <w:t>Finalmente, la imagen más compleja y hermosa: un puente hecho de luz</w:t>
      </w:r>
      <w:r>
        <w:rPr/>
        <w:t xml:space="preserve"> </w:t>
      </w:r>
      <w:r>
        <w:rPr/>
        <w:t>pura que conectaba el eremitorio con las calles de Soria, un arco</w:t>
      </w:r>
      <w:r>
        <w:rPr/>
        <w:t xml:space="preserve"> </w:t>
      </w:r>
      <w:r>
        <w:rPr/>
        <w:t>luminoso que cortaba a través del espacio y el tiempo, ofreciendo un</w:t>
      </w:r>
      <w:r>
        <w:rPr/>
        <w:t xml:space="preserve"> </w:t>
      </w:r>
      <w:r>
        <w:rPr/>
        <w:t>camino alternativo al que el enemigo había preparado.</w:t>
      </w:r>
    </w:p>
    <w:p>
      <w:pPr>
        <w:pStyle w:val="BodyText"/>
      </w:pPr>
      <w:r>
        <w:rPr/>
        <w:t>El mensaje estratégico era cristalino: «El académico es el cebo en una</w:t>
      </w:r>
      <w:r>
        <w:rPr/>
        <w:t xml:space="preserve"> </w:t>
      </w:r>
      <w:r>
        <w:rPr/>
        <w:t>trampa perfectamente diseñada. El enemigo lo está conduciendo hacia mí</w:t>
      </w:r>
      <w:r>
        <w:rPr/>
        <w:t xml:space="preserve"> </w:t>
      </w:r>
      <w:r>
        <w:rPr/>
        <w:t>con la precisión de un pastor dirigiendo una oveja hacia el matadero.</w:t>
      </w:r>
      <w:r>
        <w:rPr/>
        <w:t xml:space="preserve"> </w:t>
      </w:r>
      <w:r>
        <w:rPr/>
        <w:t>Pero nosotros construiremos otro camino para él, una ruta de escape que</w:t>
      </w:r>
      <w:r>
        <w:rPr/>
        <w:t xml:space="preserve"> </w:t>
      </w:r>
      <w:r>
        <w:rPr/>
        <w:t>sus algoritmos no han previsto. Tú serás su guía a través del</w:t>
      </w:r>
      <w:r>
        <w:rPr/>
        <w:t xml:space="preserve"> </w:t>
      </w:r>
      <w:r>
        <w:rPr/>
        <w:t>laberinto.»</w:t>
      </w:r>
    </w:p>
    <w:p>
      <w:pPr>
        <w:pStyle w:val="BodyText"/>
      </w:pPr>
      <w:r>
        <w:rPr/>
        <w:t>La Misión Aceptada</w:t>
      </w:r>
    </w:p>
    <w:p>
      <w:pPr>
        <w:pStyle w:val="BodyText"/>
      </w:pPr>
      <w:r>
        <w:rPr/>
        <w:t>Markus entendió inmediatamente tanto el alcance como los riesgos de la</w:t>
      </w:r>
      <w:r>
        <w:rPr/>
        <w:t xml:space="preserve"> </w:t>
      </w:r>
      <w:r>
        <w:rPr/>
        <w:t>misión. Su papel no era enfrentarse directamente al poder tecnológico</w:t>
      </w:r>
      <w:r>
        <w:rPr/>
        <w:t xml:space="preserve"> </w:t>
      </w:r>
      <w:r>
        <w:rPr/>
        <w:t>abrumador del enemigo—eso sería suicida—sino ejecutar una operación</w:t>
      </w:r>
      <w:r>
        <w:rPr/>
        <w:t xml:space="preserve"> </w:t>
      </w:r>
      <w:r>
        <w:rPr/>
        <w:t>de rescate quirúrgica, interceptar a Vasco antes de que cayera en la</w:t>
      </w:r>
      <w:r>
        <w:rPr/>
        <w:t xml:space="preserve"> </w:t>
      </w:r>
      <w:r>
        <w:rPr/>
        <w:t>trampa final que Finch había preparado con tanta meticulosidad.</w:t>
      </w:r>
    </w:p>
    <w:p>
      <w:pPr>
        <w:pStyle w:val="BodyText"/>
      </w:pPr>
      <w:r>
        <w:rPr/>
        <w:t>Abrió los ojos lentamente, regresando del trance comunicativo a la</w:t>
      </w:r>
      <w:r>
        <w:rPr/>
        <w:t xml:space="preserve"> </w:t>
      </w:r>
      <w:r>
        <w:rPr/>
        <w:t>realidad física de la cueva. El sol había continuado su descenso durante</w:t>
      </w:r>
      <w:r>
        <w:rPr/>
        <w:t xml:space="preserve"> </w:t>
      </w:r>
      <w:r>
        <w:rPr/>
        <w:t>el intercambio, y ahora las montañas del horizonte estaban bañadas en</w:t>
      </w:r>
      <w:r>
        <w:rPr/>
        <w:t xml:space="preserve"> </w:t>
      </w:r>
      <w:r>
        <w:rPr/>
        <w:t>una luz dorada que gradualmente se transformaba en tonos anaranjados y</w:t>
      </w:r>
      <w:r>
        <w:rPr/>
        <w:t xml:space="preserve"> </w:t>
      </w:r>
      <w:r>
        <w:rPr/>
        <w:t>púrpuras. Las sombras se alargaban, creando un paisaje de contrastes</w:t>
      </w:r>
      <w:r>
        <w:rPr/>
        <w:t xml:space="preserve"> </w:t>
      </w:r>
      <w:r>
        <w:rPr/>
        <w:t>dramáticos.</w:t>
      </w:r>
    </w:p>
    <w:p>
      <w:pPr>
        <w:pStyle w:val="BodyText"/>
      </w:pPr>
      <w:r>
        <w:rPr/>
        <w:t>Se incorporó con calma, guardó su equipo en la mochila y verificó</w:t>
      </w:r>
      <w:r>
        <w:rPr/>
        <w:t xml:space="preserve"> </w:t>
      </w:r>
      <w:r>
        <w:rPr/>
        <w:t>mentalmente sus recursos: dinero en efectivo, documentos de identidad</w:t>
      </w:r>
      <w:r>
        <w:rPr/>
        <w:t xml:space="preserve"> </w:t>
      </w:r>
      <w:r>
        <w:rPr/>
        <w:t>alternativos, el comunicador por satélite para mantener contacto con</w:t>
      </w:r>
      <w:r>
        <w:rPr/>
        <w:t xml:space="preserve"> </w:t>
      </w:r>
      <w:r>
        <w:rPr/>
        <w:t>Lena, y lo más importante, décadas de experiencia navegando situaciones</w:t>
      </w:r>
      <w:r>
        <w:rPr/>
        <w:t xml:space="preserve"> </w:t>
      </w:r>
      <w:r>
        <w:rPr/>
        <w:t>complejas donde una decisión equivocada podía significar la diferencia</w:t>
      </w:r>
      <w:r>
        <w:rPr/>
        <w:t xml:space="preserve"> </w:t>
      </w:r>
      <w:r>
        <w:rPr/>
        <w:t>entre la vida y la muerte.</w:t>
      </w:r>
    </w:p>
    <w:p>
      <w:pPr>
        <w:pStyle w:val="BodyText"/>
      </w:pPr>
      <w:r>
        <w:rPr/>
        <w:t>Sabía exactamente lo que tenía que hacer. Su larga y tranquila espera,</w:t>
      </w:r>
      <w:r>
        <w:rPr/>
        <w:t xml:space="preserve"> </w:t>
      </w:r>
      <w:r>
        <w:rPr/>
        <w:t>esa pausa contemplativa que había sido necesaria para establecer la</w:t>
      </w:r>
      <w:r>
        <w:rPr/>
        <w:t xml:space="preserve"> </w:t>
      </w:r>
      <w:r>
        <w:rPr/>
        <w:t>comunicación con Mar, había terminado.</w:t>
      </w:r>
    </w:p>
    <w:p>
      <w:pPr>
        <w:pStyle w:val="BodyText"/>
      </w:pPr>
      <w:r>
        <w:rPr/>
        <w:t>Ahora comenzaba la parte verdaderamente peligrosa de la operación:</w:t>
      </w:r>
      <w:r>
        <w:rPr/>
        <w:t xml:space="preserve"> </w:t>
      </w:r>
      <w:r>
        <w:rPr/>
        <w:t>interceptar a un hombre aterrorizado y paranoico que estaba siendo</w:t>
      </w:r>
      <w:r>
        <w:rPr/>
        <w:t xml:space="preserve"> </w:t>
      </w:r>
      <w:r>
        <w:rPr/>
        <w:t>manipulado por fuerzas que no comprendía, ganar su confianza en cuestión</w:t>
      </w:r>
      <w:r>
        <w:rPr/>
        <w:t xml:space="preserve"> </w:t>
      </w:r>
      <w:r>
        <w:rPr/>
        <w:t>de minutos, y guiarlo a salvo a través de un campo minado de vigilancia</w:t>
      </w:r>
      <w:r>
        <w:rPr/>
        <w:t xml:space="preserve"> </w:t>
      </w:r>
      <w:r>
        <w:rPr/>
        <w:t>tecnológica y agentes encubiertos.</w:t>
      </w:r>
    </w:p>
    <w:p>
      <w:pPr>
        <w:pStyle w:val="BodyText"/>
      </w:pPr>
      <w:r>
        <w:rPr/>
        <w:t>El tiempo corría en su contra, pero Markus había aprendido mucho en sus</w:t>
      </w:r>
      <w:r>
        <w:rPr/>
        <w:t xml:space="preserve"> </w:t>
      </w:r>
      <w:r>
        <w:rPr/>
        <w:t>años como técnico de sonido: las mejores actuaciones siempre tenían</w:t>
      </w:r>
      <w:r>
        <w:rPr/>
        <w:t xml:space="preserve"> </w:t>
      </w:r>
      <w:r>
        <w:rPr/>
        <w:t>lugar cuando la presión era máxima y los márgenes de error, mínimos.</w:t>
      </w:r>
    </w:p>
    <w:p>
      <w:pPr>
        <w:pStyle w:val="Heading1"/>
      </w:pPr>
      <w:r>
        <w:rPr/>
        <w:t>CAPÍTULO 44. LA DISONANCIA DEL CAZADOR</w:t>
      </w:r>
    </w:p>
    <w:p>
      <w:pPr/>
      <w:r>
        <w:rPr/>
        <w:t>La puerta del servidor se abrió sin aviso.</w:t>
      </w:r>
    </w:p>
    <w:p>
      <w:pPr>
        <w:pStyle w:val="BodyText"/>
      </w:pPr>
      <w:r>
        <w:rPr/>
        <w:t>Lena no necesitó girarse para saber quién era. El olor llegó primero:</w:t>
      </w:r>
      <w:r>
        <w:rPr/>
        <w:t xml:space="preserve"> </w:t>
      </w:r>
      <w:r>
        <w:rPr/>
        <w:t>colonia cara —algo entre cedro y cuero— mezclada con el sudor</w:t>
      </w:r>
      <w:r>
        <w:rPr/>
        <w:t xml:space="preserve"> </w:t>
      </w:r>
      <w:r>
        <w:rPr/>
        <w:t>nervioso de quien ha subido cinco pisos de escaleras en traje de lana.</w:t>
      </w:r>
      <w:r>
        <w:rPr/>
        <w:t xml:space="preserve"> </w:t>
      </w:r>
      <w:r>
        <w:rPr/>
        <w:t>Después, el sonido: pasos medidos, precisos, de alguien acostumbrado a</w:t>
      </w:r>
      <w:r>
        <w:rPr/>
        <w:t xml:space="preserve"> </w:t>
      </w:r>
      <w:r>
        <w:rPr/>
        <w:t>entrar en habitaciones que no le pertenecen sin pedir permiso.</w:t>
      </w:r>
    </w:p>
    <w:p>
      <w:pPr>
        <w:pStyle w:val="BodyText"/>
      </w:pPr>
      <w:r>
        <w:rPr/>
        <w:t>—Lena Hoffmann —dijo la voz.</w:t>
      </w:r>
    </w:p>
    <w:p>
      <w:pPr>
        <w:pStyle w:val="BodyText"/>
      </w:pPr>
      <w:r>
        <w:rPr/>
        <w:t>No era una pregunta. Era confirmación. Voz educada, británica, con ese</w:t>
      </w:r>
      <w:r>
        <w:rPr/>
        <w:t xml:space="preserve"> </w:t>
      </w:r>
      <w:r>
        <w:rPr/>
        <w:t>control quirúrgico que solo se consigue hablando desde la certeza de</w:t>
      </w:r>
      <w:r>
        <w:rPr/>
        <w:t xml:space="preserve"> </w:t>
      </w:r>
      <w:r>
        <w:rPr/>
        <w:t>tener razón.</w:t>
      </w:r>
    </w:p>
    <w:p>
      <w:pPr>
        <w:pStyle w:val="BodyText"/>
      </w:pPr>
      <w:r>
        <w:rPr/>
        <w:t>Lena cerró la laptop con un clic seco. Al fin se giró.</w:t>
      </w:r>
    </w:p>
    <w:p>
      <w:pPr>
        <w:pStyle w:val="BodyText"/>
      </w:pPr>
      <w:r>
        <w:rPr/>
        <w:t>Alistair Finch tenía cuarenta y tantos años, traje gris que costaba más</w:t>
      </w:r>
      <w:r>
        <w:rPr/>
        <w:t xml:space="preserve"> </w:t>
      </w:r>
      <w:r>
        <w:rPr/>
        <w:t>que su alquiler mensual, y una cicatriz quirúrgica perfectamente visible</w:t>
      </w:r>
      <w:r>
        <w:rPr/>
        <w:t xml:space="preserve"> </w:t>
      </w:r>
      <w:r>
        <w:rPr/>
        <w:t>en la sien izquierda. No la ocultaba: la exhibía. Como quien muestra una</w:t>
      </w:r>
      <w:r>
        <w:rPr/>
        <w:t xml:space="preserve"> </w:t>
      </w:r>
      <w:r>
        <w:rPr/>
        <w:t>medalla. El tipo de hombre que se implanta tecnología neural</w:t>
      </w:r>
      <w:r>
        <w:rPr/>
        <w:t xml:space="preserve"> </w:t>
      </w:r>
      <w:r>
        <w:rPr/>
        <w:t>experimental y lo convierte en tema de conversación en cócteles</w:t>
      </w:r>
      <w:r>
        <w:rPr/>
        <w:t xml:space="preserve"> </w:t>
      </w:r>
      <w:r>
        <w:rPr/>
        <w:t>corporativos.</w:t>
      </w:r>
    </w:p>
    <w:p>
      <w:pPr>
        <w:pStyle w:val="BodyText"/>
      </w:pPr>
      <w:r>
        <w:rPr/>
        <w:t>—No deberías estar aquí —dijo Lena, con una calma que no sentía.</w:t>
      </w:r>
    </w:p>
    <w:p>
      <w:pPr>
        <w:pStyle w:val="BodyText"/>
      </w:pPr>
      <w:r>
        <w:rPr/>
        <w:t>Finch sonrió. Fue una sonrisa mínima, casi clínica.</w:t>
      </w:r>
    </w:p>
    <w:p>
      <w:pPr>
        <w:pStyle w:val="BodyText"/>
      </w:pPr>
      <w:r>
        <w:rPr/>
        <w:t>—Debería. Este edificio pertenece a una subsidiaria de una subsidiaria</w:t>
      </w:r>
      <w:r>
        <w:rPr/>
        <w:t xml:space="preserve"> </w:t>
      </w:r>
      <w:r>
        <w:rPr/>
        <w:t>de Chrysalis. —Hizo una pausa—. Técnicamente, tú no deberías estar</w:t>
      </w:r>
      <w:r>
        <w:rPr/>
        <w:t xml:space="preserve"> </w:t>
      </w:r>
      <w:r>
        <w:rPr/>
        <w:t>aquí.</w:t>
      </w:r>
    </w:p>
    <w:p>
      <w:pPr>
        <w:pStyle w:val="BodyText"/>
      </w:pPr>
      <w:r>
        <w:rPr/>
        <w:t>Se acercó despacio. Lena no retrocedió, pero su cuerpo se tensó como un</w:t>
      </w:r>
      <w:r>
        <w:rPr/>
        <w:t xml:space="preserve"> </w:t>
      </w:r>
      <w:r>
        <w:rPr/>
        <w:t>cable a punto de romperse. Finch se detuvo a medio metro. Extendió la</w:t>
      </w:r>
      <w:r>
        <w:rPr/>
        <w:t xml:space="preserve"> </w:t>
      </w:r>
      <w:r>
        <w:rPr/>
        <w:t>mano derecha. No para estrechar. Para tocar.</w:t>
      </w:r>
    </w:p>
    <w:p>
      <w:pPr>
        <w:pStyle w:val="BodyText"/>
      </w:pPr>
      <w:r>
        <w:rPr/>
        <w:t>Dos dedos se posaron sobre su hombro izquierdo con una suavidad obscena.</w:t>
      </w:r>
      <w:r>
        <w:rPr/>
        <w:t xml:space="preserve"> </w:t>
      </w:r>
      <w:r>
        <w:rPr/>
        <w:t>Como quien prueba la temperatura de un instrumento antes de romperlo.</w:t>
      </w:r>
      <w:r>
        <w:rPr/>
        <w:t xml:space="preserve"> </w:t>
      </w:r>
      <w:r>
        <w:rPr/>
        <w:t>Presión mínima. Amenaza máxima.</w:t>
      </w:r>
    </w:p>
    <w:p>
      <w:pPr>
        <w:pStyle w:val="BodyText"/>
      </w:pPr>
      <w:r>
        <w:rPr/>
        <w:t>—El problema con los genios autodidactas —murmuró— es que</w:t>
      </w:r>
      <w:r>
        <w:rPr/>
        <w:t xml:space="preserve"> </w:t>
      </w:r>
      <w:r>
        <w:rPr/>
        <w:t>confunden inteligencia con invulnerabilidad.</w:t>
      </w:r>
    </w:p>
    <w:p>
      <w:pPr>
        <w:pStyle w:val="BodyText"/>
      </w:pPr>
      <w:r>
        <w:rPr/>
        <w:t>Retiró la mano. El contacto duró tres segundos. Lena sintió que habían</w:t>
      </w:r>
      <w:r>
        <w:rPr/>
        <w:t xml:space="preserve"> </w:t>
      </w:r>
      <w:r>
        <w:rPr/>
        <w:t>sido tres horas.</w:t>
      </w:r>
    </w:p>
    <w:p>
      <w:pPr>
        <w:pStyle w:val="BodyText"/>
      </w:pPr>
      <w:r>
        <w:rPr/>
        <w:t>—Tienes veinticuatro horas para decidir si quieres ser parte de la</w:t>
      </w:r>
      <w:r>
        <w:rPr/>
        <w:t xml:space="preserve"> </w:t>
      </w:r>
      <w:r>
        <w:rPr/>
        <w:t>solución —dijo Finch, girándose hacia la puerta—. Después de eso,</w:t>
      </w:r>
      <w:r>
        <w:rPr/>
        <w:t xml:space="preserve"> </w:t>
      </w:r>
      <w:r>
        <w:rPr/>
        <w:t>serás parte del problema. Y yo resuelvo problemas con eficiencia.</w:t>
      </w:r>
    </w:p>
    <w:p>
      <w:pPr>
        <w:pStyle w:val="BodyText"/>
      </w:pPr>
      <w:r>
        <w:rPr/>
        <w:t>La puerta se cerró tras él. Lena permaneció inmóvil, mirando fijamente</w:t>
      </w:r>
      <w:r>
        <w:rPr/>
        <w:t xml:space="preserve"> </w:t>
      </w:r>
      <w:r>
        <w:rPr/>
        <w:t>el punto donde había estado su mano. El hombro aún le ardía donde él</w:t>
      </w:r>
      <w:r>
        <w:rPr/>
        <w:t xml:space="preserve"> </w:t>
      </w:r>
      <w:r>
        <w:rPr/>
        <w:t>había tocado.</w:t>
      </w:r>
    </w:p>
    <w:p>
      <w:pPr>
        <w:pStyle w:val="BodyText"/>
      </w:pPr>
      <w:r>
        <w:rPr/>
        <w:t>La amenaza ya no era abstracta. Tenía olor a cedro y una cicatriz en la</w:t>
      </w:r>
      <w:r>
        <w:rPr/>
        <w:t xml:space="preserve"> </w:t>
      </w:r>
      <w:r>
        <w:rPr/>
        <w:t>sien.</w:t>
      </w:r>
    </w:p>
    <w:p>
      <w:pPr>
        <w:pStyle w:val="BodyText"/>
      </w:pPr>
      <w:r>
        <w:rPr/>
        <w:t>«Cuando la presa empieza a manipular el mapa del cazador, el juego</w:t>
      </w:r>
      <w:r>
        <w:rPr/>
        <w:t xml:space="preserve"> </w:t>
      </w:r>
      <w:r>
        <w:rPr/>
        <w:t>cambia. Ya no se trata de quién es más fuerte, sino de quién entiende</w:t>
      </w:r>
      <w:r>
        <w:rPr/>
        <w:t xml:space="preserve"> </w:t>
      </w:r>
      <w:r>
        <w:rPr/>
        <w:t>mejor el territorio.»</w:t>
      </w:r>
    </w:p>
    <w:p>
      <w:pPr>
        <w:pStyle w:val="BodyText"/>
      </w:pPr>
      <w:r>
        <w:rPr/>
        <w:t>—Alistair Finch, nota de voz personal</w:t>
      </w:r>
    </w:p>
    <w:p>
      <w:pPr>
        <w:pStyle w:val="BodyText"/>
      </w:pPr>
      <w:r>
        <w:rPr/>
        <w:t>La voz de Finch llegó antes que él, filtrándose por los altavoces del</w:t>
      </w:r>
      <w:r>
        <w:rPr/>
        <w:t xml:space="preserve"> </w:t>
      </w:r>
      <w:r>
        <w:rPr/>
        <w:t>laboratorio improvisado.</w:t>
      </w:r>
    </w:p>
    <w:p>
      <w:pPr>
        <w:pStyle w:val="BodyText"/>
      </w:pPr>
      <w:r>
        <w:rPr/>
        <w:t>«Impresionante trabajo, Mar. Cada paso que das me acerca más al Eco</w:t>
      </w:r>
      <w:r>
        <w:rPr/>
        <w:t xml:space="preserve"> </w:t>
      </w:r>
      <w:r>
        <w:rPr/>
        <w:t>completo.»</w:t>
      </w:r>
    </w:p>
    <w:p>
      <w:pPr>
        <w:pStyle w:val="BodyText"/>
      </w:pPr>
      <w:r>
        <w:rPr/>
        <w:t>Mar se giró. Finch apareció en la pantalla principal, su imagen</w:t>
      </w:r>
      <w:r>
        <w:rPr/>
        <w:t xml:space="preserve"> </w:t>
      </w:r>
      <w:r>
        <w:rPr/>
        <w:t>granulada, pero sus ojos perfectamente enfocados. Había algo diferente</w:t>
      </w:r>
      <w:r>
        <w:rPr/>
        <w:t xml:space="preserve"> </w:t>
      </w:r>
      <w:r>
        <w:rPr/>
        <w:t>en su expresión. ¿Cansancio? ¿Duda?</w:t>
      </w:r>
    </w:p>
    <w:p>
      <w:pPr>
        <w:pStyle w:val="BodyText"/>
      </w:pPr>
      <w:r>
        <w:rPr/>
        <w:t>«¿Qué quieres, Finch?»</w:t>
      </w:r>
    </w:p>
    <w:p>
      <w:pPr>
        <w:pStyle w:val="BodyText"/>
      </w:pPr>
      <w:r>
        <w:rPr/>
        <w:t>«Mostrarte algo.» Su mano derecha entró en cuadro, sosteniendo un sobre</w:t>
      </w:r>
      <w:r>
        <w:rPr/>
        <w:t xml:space="preserve"> </w:t>
      </w:r>
      <w:r>
        <w:rPr/>
        <w:t>amarillento. «Encontré esto entre los archivos de ILIBERIS. Una carta</w:t>
      </w:r>
      <w:r>
        <w:rPr/>
        <w:t xml:space="preserve"> </w:t>
      </w:r>
      <w:r>
        <w:rPr/>
        <w:t>que nunca envió.»</w:t>
      </w:r>
    </w:p>
    <w:p>
      <w:pPr>
        <w:pStyle w:val="BodyText"/>
      </w:pPr>
      <w:r>
        <w:rPr/>
        <w:t>Mar sintió que el corazón se le detenía. «¿A quién?»</w:t>
      </w:r>
    </w:p>
    <w:p>
      <w:pPr>
        <w:pStyle w:val="BodyText"/>
      </w:pPr>
      <w:r>
        <w:rPr/>
        <w:t>«A ti. O más bien, a quien fuera que llegara hasta aquí. La escribió</w:t>
      </w:r>
      <w:r>
        <w:rPr/>
        <w:t xml:space="preserve"> </w:t>
      </w:r>
      <w:r>
        <w:rPr/>
        <w:t>tres días antes de desaparecer.» Finch hizo una pausa, y por primera</w:t>
      </w:r>
      <w:r>
        <w:rPr/>
        <w:t xml:space="preserve"> </w:t>
      </w:r>
      <w:r>
        <w:rPr/>
        <w:t>vez, Mar detectó algo humano en su voz. «Dice que el Eco no es poder. Es</w:t>
      </w:r>
      <w:r>
        <w:rPr/>
        <w:t xml:space="preserve"> </w:t>
      </w:r>
      <w:r>
        <w:rPr/>
        <w:t>responsabilidad. Y que quien lo encuentre debe decidir: ¿preservarlo o</w:t>
      </w:r>
      <w:r>
        <w:rPr/>
        <w:t xml:space="preserve"> </w:t>
      </w:r>
      <w:r>
        <w:rPr/>
        <w:t>destruirlo?»</w:t>
      </w:r>
    </w:p>
    <w:p>
      <w:pPr>
        <w:pStyle w:val="BodyText"/>
      </w:pPr>
      <w:r>
        <w:rPr/>
        <w:t>«¿Por qué me cuentas esto?»</w:t>
      </w:r>
    </w:p>
    <w:p>
      <w:pPr>
        <w:pStyle w:val="BodyText"/>
      </w:pPr>
      <w:r>
        <w:rPr/>
        <w:t>Finch bajó la mirada. Solo un segundo, pero suficiente.</w:t>
      </w:r>
    </w:p>
    <w:p>
      <w:pPr>
        <w:pStyle w:val="BodyText"/>
      </w:pPr>
      <w:r>
        <w:rPr/>
        <w:t>«Porque yo ya decidí. Y creo que tomé la decisión equivocada.» Su imagen</w:t>
      </w:r>
      <w:r>
        <w:rPr/>
        <w:t xml:space="preserve"> </w:t>
      </w:r>
      <w:r>
        <w:rPr/>
        <w:t>parpadeó. «La vibración… Me está cambiando. Puedo sentirla</w:t>
      </w:r>
      <w:r>
        <w:rPr/>
        <w:t xml:space="preserve"> </w:t>
      </w:r>
      <w:r>
        <w:rPr/>
        <w:t>reescribiendo mis pensamientos, Mar. Cada día soy menos yo y más… Otra</w:t>
      </w:r>
      <w:r>
        <w:rPr/>
        <w:t xml:space="preserve"> </w:t>
      </w:r>
      <w:r>
        <w:rPr/>
        <w:t>cosa.»</w:t>
      </w:r>
    </w:p>
    <w:p>
      <w:pPr>
        <w:pStyle w:val="BodyText"/>
      </w:pPr>
      <w:r>
        <w:rPr/>
        <w:t>«Entonces detente.»</w:t>
      </w:r>
    </w:p>
    <w:p>
      <w:pPr>
        <w:pStyle w:val="BodyText"/>
      </w:pPr>
      <w:r>
        <w:rPr/>
        <w:t>«No puedo. He invertido demasiado. Pero tú…» señaló hacia la cámara,</w:t>
      </w:r>
      <w:r>
        <w:rPr/>
        <w:t xml:space="preserve"> </w:t>
      </w:r>
      <w:r>
        <w:rPr/>
        <w:t>«tú aún puedes elegir un camino diferente. Uno que yo ya no veo.»</w:t>
      </w:r>
    </w:p>
    <w:p>
      <w:pPr>
        <w:pStyle w:val="BodyText"/>
      </w:pPr>
      <w:r>
        <w:rPr/>
        <w:t>La pantalla se apagó antes de que Mar pudiera responder.</w:t>
      </w:r>
    </w:p>
    <w:p>
      <w:pPr>
        <w:pStyle w:val="BodyText"/>
      </w:pPr>
      <w:r>
        <w:rPr/>
        <w:t>En el silencio que siguió, se dio cuenta de algo: Finch no era el</w:t>
      </w:r>
      <w:r>
        <w:rPr/>
        <w:t xml:space="preserve"> </w:t>
      </w:r>
      <w:r>
        <w:rPr/>
        <w:t>villano de esta historia. Era otro buscador perdido en el laberinto. Y</w:t>
      </w:r>
      <w:r>
        <w:rPr/>
        <w:t xml:space="preserve"> </w:t>
      </w:r>
      <w:r>
        <w:rPr/>
        <w:t>eso lo hacía infinitamente más peligroso.</w:t>
      </w:r>
    </w:p>
    <w:p>
      <w:pPr>
        <w:pStyle w:val="BodyText"/>
      </w:pPr>
      <w:r>
        <w:rPr/>
        <w:t>La Tormenta de Datos</w:t>
      </w:r>
    </w:p>
    <w:p>
      <w:pPr>
        <w:pStyle w:val="BodyText"/>
      </w:pPr>
      <w:r>
        <w:rPr/>
        <w:t>La tormenta de datos falsos de Lena golpeó la base de operaciones de</w:t>
      </w:r>
      <w:r>
        <w:rPr/>
        <w:t xml:space="preserve"> </w:t>
      </w:r>
      <w:r>
        <w:rPr/>
        <w:t>Chrysalis como un ciber-huracán perfectamente orquestado. Las pantallas</w:t>
      </w:r>
      <w:r>
        <w:rPr/>
        <w:t xml:space="preserve"> </w:t>
      </w:r>
      <w:r>
        <w:rPr/>
        <w:t>de Alistair Finch, antes modelos de precisión quirúrgica, se</w:t>
      </w:r>
      <w:r>
        <w:rPr/>
        <w:t xml:space="preserve"> </w:t>
      </w:r>
      <w:r>
        <w:rPr/>
        <w:t>transformaron en un Jackson Pollock de alertas inútiles. Los monitores</w:t>
      </w:r>
      <w:r>
        <w:rPr/>
        <w:t xml:space="preserve"> </w:t>
      </w:r>
      <w:r>
        <w:rPr/>
        <w:t>parpadeaban con información contradictoria: firmas energéticas</w:t>
      </w:r>
      <w:r>
        <w:rPr/>
        <w:t xml:space="preserve"> </w:t>
      </w:r>
      <w:r>
        <w:rPr/>
        <w:t>imposibles, coordenadas que se multiplicaban como virus, patrones de</w:t>
      </w:r>
      <w:r>
        <w:rPr/>
        <w:t xml:space="preserve"> </w:t>
      </w:r>
      <w:r>
        <w:rPr/>
        <w:t>movimiento que violaban las leyes básicas de la física.</w:t>
      </w:r>
    </w:p>
    <w:p>
      <w:pPr>
        <w:pStyle w:val="BodyText"/>
      </w:pPr>
      <w:r>
        <w:rPr/>
        <w:t>Finch cerró los ojos. Tres segundos exactos.</w:t>
      </w:r>
    </w:p>
    <w:p>
      <w:pPr>
        <w:pStyle w:val="BodyText"/>
      </w:pPr>
      <w:r>
        <w:rPr/>
        <w:t>El caos no se detuvo.</w:t>
      </w:r>
    </w:p>
    <w:p>
      <w:pPr>
        <w:pStyle w:val="BodyText"/>
      </w:pPr>
      <w:r>
        <w:rPr/>
        <w:t>Sus algoritmos, diseñados específicamente para extraer orden del caos y</w:t>
      </w:r>
      <w:r>
        <w:rPr/>
        <w:t xml:space="preserve"> </w:t>
      </w:r>
      <w:r>
        <w:rPr/>
        <w:t>encontrar patrones significativos en torrentes de datos, se ahogaban</w:t>
      </w:r>
      <w:r>
        <w:rPr/>
        <w:t xml:space="preserve"> </w:t>
      </w:r>
      <w:r>
        <w:rPr/>
        <w:t>ahora en un caos que había sido deliberadamente construido para ser</w:t>
      </w:r>
      <w:r>
        <w:rPr/>
        <w:t xml:space="preserve"> </w:t>
      </w:r>
      <w:r>
        <w:rPr/>
        <w:t>ilógico. La firma del «Faro» aparecía y desaparecía en localizaciones</w:t>
      </w:r>
      <w:r>
        <w:rPr/>
        <w:t xml:space="preserve"> </w:t>
      </w:r>
      <w:r>
        <w:rPr/>
        <w:t>geográficamente imposibles: a la vez en un campanario medieval y en el</w:t>
      </w:r>
      <w:r>
        <w:rPr/>
        <w:t xml:space="preserve"> </w:t>
      </w:r>
      <w:r>
        <w:rPr/>
        <w:t>fondo de un pozo seco, moviéndose a velocidades que sugerían</w:t>
      </w:r>
      <w:r>
        <w:rPr/>
        <w:t xml:space="preserve"> </w:t>
      </w:r>
      <w:r>
        <w:rPr/>
        <w:t>teletransportación, con una coherencia temporal que hacía que los</w:t>
      </w:r>
      <w:r>
        <w:rPr/>
        <w:t xml:space="preserve"> </w:t>
      </w:r>
      <w:r>
        <w:rPr/>
        <w:t>sensores cuestionaran su propia calibración.</w:t>
      </w:r>
    </w:p>
    <w:p>
      <w:pPr>
        <w:pStyle w:val="BodyText"/>
      </w:pPr>
      <w:r>
        <w:rPr/>
        <w:t>«Señor», dijo el técnico más joven, su voz teñida de una incertidumbre</w:t>
      </w:r>
      <w:r>
        <w:rPr/>
        <w:t xml:space="preserve"> </w:t>
      </w:r>
      <w:r>
        <w:rPr/>
        <w:t>que nunca había mostrado antes, «los algoritmos de filtrado están</w:t>
      </w:r>
      <w:r>
        <w:rPr/>
        <w:t xml:space="preserve"> </w:t>
      </w:r>
      <w:r>
        <w:rPr/>
        <w:t>colapsando. Las firmas se multiplican más rápido de lo que podemos</w:t>
      </w:r>
      <w:r>
        <w:rPr/>
        <w:t xml:space="preserve"> </w:t>
      </w:r>
      <w:r>
        <w:rPr/>
        <w:t>procesarlas. Es como si… como si el objetivo hubiera aprendido a</w:t>
      </w:r>
      <w:r>
        <w:rPr/>
        <w:t xml:space="preserve"> </w:t>
      </w:r>
      <w:r>
        <w:rPr/>
        <w:t>hablar nuestro propio lenguaje de datos y lo estuviera usando para</w:t>
      </w:r>
      <w:r>
        <w:rPr/>
        <w:t xml:space="preserve"> </w:t>
      </w:r>
      <w:r>
        <w:rPr/>
        <w:t>mentirnos.»</w:t>
      </w:r>
    </w:p>
    <w:p>
      <w:pPr>
        <w:pStyle w:val="BodyText"/>
      </w:pPr>
      <w:r>
        <w:rPr/>
        <w:t>Finch experimentó una emoción que raramente sentía en su mundo de lógica</w:t>
      </w:r>
      <w:r>
        <w:rPr/>
        <w:t xml:space="preserve"> </w:t>
      </w:r>
      <w:r>
        <w:rPr/>
        <w:t>fría: frustración visceral. Su elegante red de vigilancia, la obra</w:t>
      </w:r>
      <w:r>
        <w:rPr/>
        <w:t xml:space="preserve"> </w:t>
      </w:r>
      <w:r>
        <w:rPr/>
        <w:t>maestra tecnológica que había diseñado con precisión de relojero suizo,</w:t>
      </w:r>
      <w:r>
        <w:rPr/>
        <w:t xml:space="preserve"> </w:t>
      </w:r>
      <w:r>
        <w:rPr/>
        <w:t>estaba siendo neutralizada por un adversario invisible cuya identidad no</w:t>
      </w:r>
      <w:r>
        <w:rPr/>
        <w:t xml:space="preserve"> </w:t>
      </w:r>
      <w:r>
        <w:rPr/>
        <w:t>podía determinar, pero cuya habilidad técnica y audacia estratégica eran</w:t>
      </w:r>
      <w:r>
        <w:rPr/>
        <w:t xml:space="preserve"> </w:t>
      </w:r>
      <w:r>
        <w:rPr/>
        <w:t>innegables.</w:t>
      </w:r>
    </w:p>
    <w:p>
      <w:pPr>
        <w:pStyle w:val="BodyText"/>
      </w:pPr>
      <w:r>
        <w:rPr/>
        <w:t>Era como intentar atrapar a un fantasma en una casa de espejos donde</w:t>
      </w:r>
      <w:r>
        <w:rPr/>
        <w:t xml:space="preserve"> </w:t>
      </w:r>
      <w:r>
        <w:rPr/>
        <w:t>cada superficie reflectante cambiaba de posición cada segundo,</w:t>
      </w:r>
      <w:r>
        <w:rPr/>
        <w:t xml:space="preserve"> </w:t>
      </w:r>
      <w:r>
        <w:rPr/>
        <w:t>multiplicando las ilusiones hasta convertir la búsqueda en una pesadilla</w:t>
      </w:r>
      <w:r>
        <w:rPr/>
        <w:t xml:space="preserve"> </w:t>
      </w:r>
      <w:r>
        <w:rPr/>
        <w:t>kaleidoscópica.</w:t>
      </w:r>
    </w:p>
    <w:p>
      <w:pPr>
        <w:pStyle w:val="BodyText"/>
      </w:pPr>
      <w:r>
        <w:rPr/>
        <w:t>Una quietud tensa se instaló en la sala de control.</w:t>
      </w:r>
    </w:p>
    <w:p>
      <w:pPr>
        <w:pStyle w:val="BodyText"/>
      </w:pPr>
      <w:r>
        <w:rPr/>
        <w:t>Finch apretó los puños. La pantalla parpadeó.</w:t>
      </w:r>
    </w:p>
    <w:p>
      <w:pPr>
        <w:pStyle w:val="BodyText"/>
      </w:pPr>
      <w:r>
        <w:rPr/>
        <w:t>«Ejecuten el protocolo Aegis», ordenó con voz que mantenía su control</w:t>
      </w:r>
      <w:r>
        <w:rPr/>
        <w:t xml:space="preserve"> </w:t>
      </w:r>
      <w:r>
        <w:rPr/>
        <w:t>por puro hábito profesional. «Cambien todos los sensores a modo de</w:t>
      </w:r>
      <w:r>
        <w:rPr/>
        <w:t xml:space="preserve"> </w:t>
      </w:r>
      <w:r>
        <w:rPr/>
        <w:t>validación cruzada. Quiero confirmación independiente de cada señal</w:t>
      </w:r>
      <w:r>
        <w:rPr/>
        <w:t xml:space="preserve"> </w:t>
      </w:r>
      <w:r>
        <w:rPr/>
        <w:t>antes de que llegue a mi pantalla.»</w:t>
      </w:r>
    </w:p>
    <w:p>
      <w:pPr>
        <w:pStyle w:val="BodyText"/>
      </w:pPr>
      <w:r>
        <w:rPr/>
        <w:t>Los técnicos teclearon con urgencia. Las alertas se multiplicaron.</w:t>
      </w:r>
    </w:p>
    <w:p>
      <w:pPr>
        <w:pStyle w:val="BodyText"/>
      </w:pPr>
      <w:r>
        <w:rPr/>
        <w:t>Pero el resultado fue aún peor. Con la validación cruzada activada, los</w:t>
      </w:r>
      <w:r>
        <w:rPr/>
        <w:t xml:space="preserve"> </w:t>
      </w:r>
      <w:r>
        <w:rPr/>
        <w:t>sensores comenzaron a contradecirse entre sí. Un detector ubicado en</w:t>
      </w:r>
      <w:r>
        <w:rPr/>
        <w:t xml:space="preserve"> </w:t>
      </w:r>
      <w:r>
        <w:rPr/>
        <w:t>Soria reportaba que el Faro estaba a tres kilómetros al norte.</w:t>
      </w:r>
      <w:r>
        <w:rPr/>
        <w:t xml:space="preserve"> </w:t>
      </w:r>
      <w:r>
        <w:rPr/>
        <w:t>Simultáneamente, otro detector reportaba que estaba a cinco kilómetros</w:t>
      </w:r>
      <w:r>
        <w:rPr/>
        <w:t xml:space="preserve"> </w:t>
      </w:r>
      <w:r>
        <w:rPr/>
        <w:t>al sur. Un tercero insistía en que el objetivo no existía en absoluto.</w:t>
      </w:r>
    </w:p>
    <w:p>
      <w:pPr>
        <w:pStyle w:val="BodyText"/>
      </w:pPr>
      <w:r>
        <w:rPr/>
        <w:t>Era como si alguien hubiera descubierto cómo infectar sus sensores con</w:t>
      </w:r>
      <w:r>
        <w:rPr/>
        <w:t xml:space="preserve"> </w:t>
      </w:r>
      <w:r>
        <w:rPr/>
        <w:t>esquizofrenia tecnológica.</w:t>
      </w:r>
    </w:p>
    <w:p>
      <w:pPr>
        <w:pStyle w:val="BodyText"/>
      </w:pPr>
      <w:r>
        <w:rPr>
          <w:b/>
        </w:rPr>
        <w:t>La Comprensión del Maestro</w:t>
      </w:r>
    </w:p>
    <w:p>
      <w:pPr>
        <w:pStyle w:val="BodyText"/>
      </w:pPr>
      <w:r>
        <w:rPr/>
        <w:t>Finch observaba la tormenta de datos con expresión inmutable, pero su</w:t>
      </w:r>
      <w:r>
        <w:rPr/>
        <w:t xml:space="preserve"> </w:t>
      </w:r>
      <w:r>
        <w:rPr/>
        <w:t>mente trabajaba a velocidad superlumínica. Su rostro era una máscara de</w:t>
      </w:r>
      <w:r>
        <w:rPr/>
        <w:t xml:space="preserve"> </w:t>
      </w:r>
      <w:r>
        <w:rPr/>
        <w:t>furia helada que ocultaba mal la admiración por la elegancia del ataque.</w:t>
      </w:r>
      <w:r>
        <w:rPr/>
        <w:t xml:space="preserve"> </w:t>
      </w:r>
      <w:r>
        <w:rPr/>
        <w:t>No era un fallo del sistema ni un error técnico. Era sabotaje. Un</w:t>
      </w:r>
      <w:r>
        <w:rPr/>
        <w:t xml:space="preserve"> </w:t>
      </w:r>
      <w:r>
        <w:rPr/>
        <w:t>sabotaje inteligente, elegante y absolutamente deliberado.</w:t>
      </w:r>
    </w:p>
    <w:p>
      <w:pPr>
        <w:pStyle w:val="BodyText"/>
      </w:pPr>
      <w:r>
        <w:rPr/>
        <w:t>Alguien no solo estaba bloqueando sus sensores de forma pasiva. Estaba</w:t>
      </w:r>
      <w:r>
        <w:rPr/>
        <w:t xml:space="preserve"> </w:t>
      </w:r>
      <w:r>
        <w:rPr/>
        <w:t>jugando con ellos, burlándose de su sofisticación tecnológica,</w:t>
      </w:r>
      <w:r>
        <w:rPr/>
        <w:t xml:space="preserve"> </w:t>
      </w:r>
      <w:r>
        <w:rPr/>
        <w:t>devolviendo el golpe en su propio idioma de unos y ceros. El atacante</w:t>
      </w:r>
      <w:r>
        <w:rPr/>
        <w:t xml:space="preserve"> </w:t>
      </w:r>
      <w:r>
        <w:rPr/>
        <w:t>entendía la estructura de su red mejor que algunos de sus propios</w:t>
      </w:r>
      <w:r>
        <w:rPr/>
        <w:t xml:space="preserve"> </w:t>
      </w:r>
      <w:r>
        <w:rPr/>
        <w:t>técnicos.</w:t>
      </w:r>
    </w:p>
    <w:p>
      <w:pPr>
        <w:pStyle w:val="BodyText"/>
      </w:pPr>
      <w:r>
        <w:rPr/>
        <w:t>La realización lo golpeó como un rayo de comprensión helada: no estaba</w:t>
      </w:r>
      <w:r>
        <w:rPr/>
        <w:t xml:space="preserve"> </w:t>
      </w:r>
      <w:r>
        <w:rPr/>
        <w:t>cazando a una sola mística escondida en las montañas aragonesas. Se</w:t>
      </w:r>
      <w:r>
        <w:rPr/>
        <w:t xml:space="preserve"> </w:t>
      </w:r>
      <w:r>
        <w:rPr/>
        <w:t>enfrentaba a una célula operativa organizada, con especialistas en</w:t>
      </w:r>
      <w:r>
        <w:rPr/>
        <w:t xml:space="preserve"> </w:t>
      </w:r>
      <w:r>
        <w:rPr/>
        <w:t>múltiples disciplinas. Una de esas especialistas acababa de demostrar</w:t>
      </w:r>
      <w:r>
        <w:rPr/>
        <w:t xml:space="preserve"> </w:t>
      </w:r>
      <w:r>
        <w:rPr/>
        <w:t>que su ventaja tecnológica no era tan abrumadora como había creído.</w:t>
      </w:r>
    </w:p>
    <w:p>
      <w:pPr>
        <w:pStyle w:val="BodyText"/>
      </w:pPr>
      <w:r>
        <w:rPr/>
        <w:t>«Alguien nos está hackeando desde dentro», murmuró, su voz apenas</w:t>
      </w:r>
      <w:r>
        <w:rPr/>
        <w:t xml:space="preserve"> </w:t>
      </w:r>
      <w:r>
        <w:rPr/>
        <w:t>audible sobre el caos de alertas. «Tenemos una contraparte técnica. Un</w:t>
      </w:r>
      <w:r>
        <w:rPr/>
        <w:t xml:space="preserve"> </w:t>
      </w:r>
      <w:r>
        <w:rPr/>
        <w:t>igual.»</w:t>
      </w:r>
    </w:p>
    <w:p>
      <w:pPr>
        <w:pStyle w:val="BodyText"/>
      </w:pPr>
      <w:r>
        <w:rPr/>
        <w:t>Se recostó en su silla de comando, observando las pantallas</w:t>
      </w:r>
      <w:r>
        <w:rPr/>
        <w:t xml:space="preserve"> </w:t>
      </w:r>
      <w:r>
        <w:rPr/>
        <w:t>enloquecidas. La guerra acababa de escalar a un nivel completamente</w:t>
      </w:r>
      <w:r>
        <w:rPr/>
        <w:t xml:space="preserve"> </w:t>
      </w:r>
      <w:r>
        <w:rPr/>
        <w:t>nuevo. El juego de gato y ratón se había transformado en una partida</w:t>
      </w:r>
      <w:r>
        <w:rPr/>
        <w:t xml:space="preserve"> </w:t>
      </w:r>
      <w:r>
        <w:rPr/>
        <w:t>entre grandes maestros.</w:t>
      </w:r>
    </w:p>
    <w:p>
      <w:pPr>
        <w:pStyle w:val="BodyText"/>
      </w:pPr>
      <w:r>
        <w:rPr/>
        <w:t>«Corte de transmisión», ordenó Finch con voz cortante como cristal</w:t>
      </w:r>
      <w:r>
        <w:rPr/>
        <w:t xml:space="preserve"> </w:t>
      </w:r>
      <w:r>
        <w:rPr/>
        <w:t>fracturado. Sus técnicos lo miraron desde sus estaciones de trabajo,</w:t>
      </w:r>
      <w:r>
        <w:rPr/>
        <w:t xml:space="preserve"> </w:t>
      </w:r>
      <w:r>
        <w:rPr/>
        <w:t>esperando órdenes claras en medio del caos informativo.</w:t>
      </w:r>
    </w:p>
    <w:p>
      <w:pPr>
        <w:pStyle w:val="BodyText"/>
      </w:pPr>
      <w:r>
        <w:rPr/>
        <w:t>«Ignoren completamente los ecos del Faro. Es una cortina de humo</w:t>
      </w:r>
      <w:r>
        <w:rPr/>
        <w:t xml:space="preserve"> </w:t>
      </w:r>
      <w:r>
        <w:rPr/>
        <w:t>sofisticada. Un ataque de denegación de servicio dirigido</w:t>
      </w:r>
      <w:r>
        <w:rPr/>
        <w:t xml:space="preserve"> </w:t>
      </w:r>
      <w:r>
        <w:rPr/>
        <w:t>específicamente a nuestros sistemas sensoriales. Quien sea que esté</w:t>
      </w:r>
      <w:r>
        <w:rPr/>
        <w:t xml:space="preserve"> </w:t>
      </w:r>
      <w:r>
        <w:rPr/>
        <w:t>orquestando esto entiende nuestra arquitectura mejor de lo que</w:t>
      </w:r>
      <w:r>
        <w:rPr/>
        <w:t xml:space="preserve"> </w:t>
      </w:r>
      <w:r>
        <w:rPr/>
        <w:t>esperaba.»</w:t>
      </w:r>
    </w:p>
    <w:p>
      <w:pPr>
        <w:pStyle w:val="BodyText"/>
      </w:pPr>
      <w:r>
        <w:rPr/>
        <w:t>Se detuvo, analizando las implicaciones tácticas.</w:t>
      </w:r>
    </w:p>
    <w:p>
      <w:pPr>
        <w:pStyle w:val="BodyText"/>
      </w:pPr>
      <w:r>
        <w:rPr/>
        <w:t>«Están intentando cegarnos para mover sus piezas sin detección. Tiempo</w:t>
      </w:r>
      <w:r>
        <w:rPr/>
        <w:t xml:space="preserve"> </w:t>
      </w:r>
      <w:r>
        <w:rPr/>
        <w:t>de cambiar el enfoque. Olviden al 'Faro' temporalmente. Concentren</w:t>
      </w:r>
      <w:r>
        <w:rPr/>
        <w:t xml:space="preserve"> </w:t>
      </w:r>
      <w:r>
        <w:rPr/>
        <w:t>todos los recursos en nuestro único activo verificable: el 'Receptor'.</w:t>
      </w:r>
      <w:r>
        <w:rPr/>
        <w:t xml:space="preserve"> </w:t>
      </w:r>
      <w:r>
        <w:rPr/>
        <w:t>Vasco Neves. ¿Cuál es su estado actual?»</w:t>
      </w:r>
    </w:p>
    <w:p>
      <w:pPr>
        <w:pStyle w:val="BodyText"/>
      </w:pPr>
      <w:r>
        <w:rPr/>
        <w:t>El Rastreo del Objetivo</w:t>
      </w:r>
    </w:p>
    <w:p>
      <w:pPr>
        <w:pStyle w:val="BodyText"/>
      </w:pPr>
      <w:r>
        <w:rPr/>
        <w:t>Un técnico especialista en análisis satelital amplió una imagen en</w:t>
      </w:r>
      <w:r>
        <w:rPr/>
        <w:t xml:space="preserve"> </w:t>
      </w:r>
      <w:r>
        <w:rPr/>
        <w:t>tiempo real en la pantalla principal. La resolución era lo</w:t>
      </w:r>
      <w:r>
        <w:rPr/>
        <w:t xml:space="preserve"> </w:t>
      </w:r>
      <w:r>
        <w:rPr/>
        <w:t>suficientemente alta para distinguir vehículos individuales en las</w:t>
      </w:r>
      <w:r>
        <w:rPr/>
        <w:t xml:space="preserve"> </w:t>
      </w:r>
      <w:r>
        <w:rPr/>
        <w:t>carreteras secundarias de Castilla.</w:t>
      </w:r>
    </w:p>
    <w:p>
      <w:pPr>
        <w:pStyle w:val="BodyText"/>
      </w:pPr>
      <w:r>
        <w:rPr/>
        <w:t>«El objetivo Neves abandonó Soria aproximadamente a las 09:30 horas»,</w:t>
      </w:r>
      <w:r>
        <w:rPr/>
        <w:t xml:space="preserve"> </w:t>
      </w:r>
      <w:r>
        <w:rPr/>
        <w:t>informó con precisión militar. «Viaja en un autobús de línea regular,</w:t>
      </w:r>
      <w:r>
        <w:rPr/>
        <w:t xml:space="preserve"> </w:t>
      </w:r>
      <w:r>
        <w:rPr/>
        <w:t>matrícula SO-4471-BX, dirección norte-noreste. Trayectoria actual apunta</w:t>
      </w:r>
      <w:r>
        <w:rPr/>
        <w:t xml:space="preserve"> </w:t>
      </w:r>
      <w:r>
        <w:rPr/>
        <w:t>hacia la región de los Pirineos. Está dirigiéndose directamente hacia la</w:t>
      </w:r>
      <w:r>
        <w:rPr/>
        <w:t xml:space="preserve"> </w:t>
      </w:r>
      <w:r>
        <w:rPr/>
        <w:t>zona de exclusión que establecimos alrededor del 'Faro'.»</w:t>
      </w:r>
    </w:p>
    <w:p>
      <w:pPr>
        <w:pStyle w:val="BodyText"/>
      </w:pPr>
      <w:r>
        <w:rPr/>
        <w:t>Una oleada de triunfo profesional recorrió a Finch, esa satisfacción</w:t>
      </w:r>
      <w:r>
        <w:rPr/>
        <w:t xml:space="preserve"> </w:t>
      </w:r>
      <w:r>
        <w:rPr/>
        <w:t>fría del gran maestro de ajedrez que ve confirmadas sus predicciones.</w:t>
      </w:r>
    </w:p>
    <w:p>
      <w:pPr>
        <w:pStyle w:val="BodyText"/>
      </w:pPr>
      <w:r>
        <w:rPr/>
        <w:t>«Excelente. El cebo ha funcionado tal como calculamos. La presión</w:t>
      </w:r>
      <w:r>
        <w:rPr/>
        <w:t xml:space="preserve"> </w:t>
      </w:r>
      <w:r>
        <w:rPr/>
        <w:t>psicológica sostenida lo ha quebrado. Ahora busca refugio en el único</w:t>
      </w:r>
      <w:r>
        <w:rPr/>
        <w:t xml:space="preserve"> </w:t>
      </w:r>
      <w:r>
        <w:rPr/>
        <w:t>lugar que su mente fracturada percibe como seguro. Está ejecutando</w:t>
      </w:r>
      <w:r>
        <w:rPr/>
        <w:t xml:space="preserve"> </w:t>
      </w:r>
      <w:r>
        <w:rPr/>
        <w:t>nuestro guion con precisión de autómata.»</w:t>
      </w:r>
    </w:p>
    <w:p>
      <w:pPr>
        <w:pStyle w:val="BodyText"/>
      </w:pPr>
      <w:r>
        <w:rPr/>
        <w:t>Pero mientras observaba la progresión de la ruta del autobús</w:t>
      </w:r>
      <w:r>
        <w:rPr/>
        <w:t xml:space="preserve"> </w:t>
      </w:r>
      <w:r>
        <w:rPr/>
        <w:t>representada como una línea verde pulsante en el mapa digital, un</w:t>
      </w:r>
      <w:r>
        <w:rPr/>
        <w:t xml:space="preserve"> </w:t>
      </w:r>
      <w:r>
        <w:rPr/>
        <w:t>detalle comenzó a perturbar su sensación de control absoluto. Era sutil,</w:t>
      </w:r>
      <w:r>
        <w:rPr/>
        <w:t xml:space="preserve"> </w:t>
      </w:r>
      <w:r>
        <w:rPr/>
        <w:t>casi imperceptible, como un armónico disonante en lo que debería haber</w:t>
      </w:r>
      <w:r>
        <w:rPr/>
        <w:t xml:space="preserve"> </w:t>
      </w:r>
      <w:r>
        <w:rPr/>
        <w:t>sido una sinfonía perfecta de manipulación.</w:t>
      </w:r>
    </w:p>
    <w:p>
      <w:pPr>
        <w:pStyle w:val="BodyText"/>
      </w:pPr>
      <w:r>
        <w:rPr/>
        <w:t>La velocidad del autobús. Su ruta. El momento exacto de la partida.</w:t>
      </w:r>
    </w:p>
    <w:p>
      <w:pPr>
        <w:pStyle w:val="BodyText"/>
      </w:pPr>
      <w:r>
        <w:rPr/>
        <w:t>Todo era demasiado… perfecto. Demasiado predecible. Como si alguien</w:t>
      </w:r>
      <w:r>
        <w:rPr/>
        <w:t xml:space="preserve"> </w:t>
      </w:r>
      <w:r>
        <w:rPr/>
        <w:t>quisiera que él lo rastreara. Como si el pez no solo hubiera mordido el</w:t>
      </w:r>
      <w:r>
        <w:rPr/>
        <w:t xml:space="preserve"> </w:t>
      </w:r>
      <w:r>
        <w:rPr/>
        <w:t>anzuelo, sino que ahora estuviera usando la línea de pesca para</w:t>
      </w:r>
      <w:r>
        <w:rPr/>
        <w:t xml:space="preserve"> </w:t>
      </w:r>
      <w:r>
        <w:rPr/>
        <w:t>arrastrar al pescador hacia aguas peligrosas.</w:t>
      </w:r>
    </w:p>
    <w:p>
      <w:pPr>
        <w:pStyle w:val="BodyText"/>
      </w:pPr>
      <w:r>
        <w:rPr/>
        <w:t>La Paranoia del Depredador</w:t>
      </w:r>
    </w:p>
    <w:p>
      <w:pPr>
        <w:pStyle w:val="BodyText"/>
      </w:pPr>
      <w:r>
        <w:rPr/>
        <w:t>Finch permaneció inmóvil durante medio minuto, estudiando el mapa</w:t>
      </w:r>
      <w:r>
        <w:rPr/>
        <w:t xml:space="preserve"> </w:t>
      </w:r>
      <w:r>
        <w:rPr/>
        <w:t>mientras su mente de estratega procesaba las implicaciones. La duda,</w:t>
      </w:r>
      <w:r>
        <w:rPr/>
        <w:t xml:space="preserve"> </w:t>
      </w:r>
      <w:r>
        <w:rPr/>
        <w:t>como una grieta casi imperceptible en una presa, comenzó a expandirse</w:t>
      </w:r>
      <w:r>
        <w:rPr/>
        <w:t xml:space="preserve"> </w:t>
      </w:r>
      <w:r>
        <w:rPr/>
        <w:t>hasta convertirse en una sospecha helada que le erizó la piel.</w:t>
      </w:r>
    </w:p>
    <w:p>
      <w:pPr>
        <w:pStyle w:val="BodyText"/>
      </w:pPr>
      <w:r>
        <w:rPr/>
        <w:t>¿Era posible que lo estuvieran manipulando? ¿Que el colapso psicológico</w:t>
      </w:r>
      <w:r>
        <w:rPr/>
        <w:t xml:space="preserve"> </w:t>
      </w:r>
      <w:r>
        <w:rPr/>
        <w:t>de Vasco no fuera genuino sino una actuación sofisticada? ¿Que el pez no</w:t>
      </w:r>
      <w:r>
        <w:rPr/>
        <w:t xml:space="preserve"> </w:t>
      </w:r>
      <w:r>
        <w:rPr/>
        <w:t>solo hubiera mordido el anzuelo, sino que ahora estuviera usando la</w:t>
      </w:r>
      <w:r>
        <w:rPr/>
        <w:t xml:space="preserve"> </w:t>
      </w:r>
      <w:r>
        <w:rPr/>
        <w:t>línea de pesca para arrastrar al pescador hacia aguas peligrosas llenas</w:t>
      </w:r>
      <w:r>
        <w:rPr/>
        <w:t xml:space="preserve"> </w:t>
      </w:r>
      <w:r>
        <w:rPr/>
        <w:t>de rocas afiladas?</w:t>
      </w:r>
    </w:p>
    <w:p>
      <w:pPr>
        <w:pStyle w:val="BodyText"/>
      </w:pPr>
      <w:r>
        <w:rPr/>
        <w:t>Miró sus manos. Inmóviles. Perfectamente controladas.</w:t>
      </w:r>
    </w:p>
    <w:p>
      <w:pPr>
        <w:pStyle w:val="BodyText"/>
      </w:pPr>
      <w:r>
        <w:rPr/>
        <w:t>Pero por dentro, algo había cambiado.</w:t>
      </w:r>
    </w:p>
    <w:p>
      <w:pPr>
        <w:pStyle w:val="BodyText"/>
      </w:pPr>
      <w:r>
        <w:rPr/>
        <w:t>La pregunta fundamental era: ¿había subestimado la inteligencia táctica</w:t>
      </w:r>
      <w:r>
        <w:rPr/>
        <w:t xml:space="preserve"> </w:t>
      </w:r>
      <w:r>
        <w:rPr/>
        <w:t>de sus oponentes?</w:t>
      </w:r>
    </w:p>
    <w:p>
      <w:pPr>
        <w:pStyle w:val="BodyText"/>
      </w:pPr>
      <w:r>
        <w:rPr/>
        <w:t>«Alerta máxima», ordenó, su voz ahora teñida de una precaución que sus</w:t>
      </w:r>
      <w:r>
        <w:rPr/>
        <w:t xml:space="preserve"> </w:t>
      </w:r>
      <w:r>
        <w:rPr/>
        <w:t>subordinados nunca habían escuchado antes. «Desplieguen inmediatamente</w:t>
      </w:r>
      <w:r>
        <w:rPr/>
        <w:t xml:space="preserve"> </w:t>
      </w:r>
      <w:r>
        <w:rPr/>
        <w:t>un dron de sigilo MQ-9 modificado para seguir a Neves. Quiero vigilancia</w:t>
      </w:r>
      <w:r>
        <w:rPr/>
        <w:t xml:space="preserve"> </w:t>
      </w:r>
      <w:r>
        <w:rPr/>
        <w:t>visual continua en tiempo real, análisis de comportamiento y</w:t>
      </w:r>
      <w:r>
        <w:rPr/>
        <w:t xml:space="preserve"> </w:t>
      </w:r>
      <w:r>
        <w:rPr/>
        <w:t>monitorización de signos vitales.»</w:t>
      </w:r>
    </w:p>
    <w:p>
      <w:pPr>
        <w:pStyle w:val="BodyText"/>
      </w:pPr>
      <w:r>
        <w:rPr/>
        <w:t>Se detuvo, evaluando opciones tácticas adicionales.</w:t>
      </w:r>
    </w:p>
    <w:p>
      <w:pPr>
        <w:pStyle w:val="BodyText"/>
      </w:pPr>
      <w:r>
        <w:rPr/>
        <w:t>«Y preparen el equipo de intervención Týr para despliegue rápido. Si</w:t>
      </w:r>
      <w:r>
        <w:rPr/>
        <w:t xml:space="preserve"> </w:t>
      </w:r>
      <w:r>
        <w:rPr/>
        <w:t>Neves se desvía hacia esos eremitorios, quiero que lleguemos antes que</w:t>
      </w:r>
      <w:r>
        <w:rPr/>
        <w:t xml:space="preserve"> </w:t>
      </w:r>
      <w:r>
        <w:rPr/>
        <w:t>él. Quiero control del terreno, establecimiento de perímetro y capacidad</w:t>
      </w:r>
      <w:r>
        <w:rPr/>
        <w:t xml:space="preserve"> </w:t>
      </w:r>
      <w:r>
        <w:rPr/>
        <w:t>de interceptación.»</w:t>
      </w:r>
    </w:p>
    <w:p>
      <w:pPr>
        <w:pStyle w:val="BodyText"/>
      </w:pPr>
      <w:r>
        <w:rPr/>
        <w:t>En la pantalla, los datos seguían mintiendo. Finch los observó como</w:t>
      </w:r>
      <w:r>
        <w:rPr/>
        <w:t xml:space="preserve"> </w:t>
      </w:r>
      <w:r>
        <w:rPr/>
        <w:t>quien observa a un oponente que ha revelado, por fin, ser digno.</w:t>
      </w:r>
    </w:p>
    <w:p>
      <w:pPr>
        <w:pStyle w:val="BodyText"/>
      </w:pPr>
      <w:r>
        <w:rPr/>
        <w:t>Hizo una pausa final, contemplando el mapa donde múltiples variables se</w:t>
      </w:r>
      <w:r>
        <w:rPr/>
        <w:t xml:space="preserve"> </w:t>
      </w:r>
      <w:r>
        <w:rPr/>
        <w:t>movían como piezas en un tablero de ajedrez tridimensional.</w:t>
      </w:r>
    </w:p>
    <w:p>
      <w:pPr>
        <w:pStyle w:val="BodyText"/>
      </w:pPr>
      <w:r>
        <w:rPr/>
        <w:t>«Este juego se ha vuelto significativamente más complejo de lo que</w:t>
      </w:r>
      <w:r>
        <w:rPr/>
        <w:t xml:space="preserve"> </w:t>
      </w:r>
      <w:r>
        <w:rPr/>
        <w:t>anticipé», admitió, más para sí mismo que para su equipo. «Es posible</w:t>
      </w:r>
      <w:r>
        <w:rPr/>
        <w:t xml:space="preserve"> </w:t>
      </w:r>
      <w:r>
        <w:rPr/>
        <w:t>que nuestro supuesto 'Receptor' vulnerable sea otro señuelo en un</w:t>
      </w:r>
      <w:r>
        <w:rPr/>
        <w:t xml:space="preserve"> </w:t>
      </w:r>
      <w:r>
        <w:rPr/>
        <w:t>engaño de múltiples capas.»</w:t>
      </w:r>
    </w:p>
    <w:p>
      <w:pPr>
        <w:pStyle w:val="BodyText"/>
      </w:pPr>
      <w:r>
        <w:rPr/>
        <w:t>La certeza absoluta del cazador se estaba transformando en la paranoia</w:t>
      </w:r>
      <w:r>
        <w:rPr/>
        <w:t xml:space="preserve"> </w:t>
      </w:r>
      <w:r>
        <w:rPr/>
        <w:t>característica del depredador que comienza a sospechar que su presa</w:t>
      </w:r>
      <w:r>
        <w:rPr/>
        <w:t xml:space="preserve"> </w:t>
      </w:r>
      <w:r>
        <w:rPr/>
        <w:t>podría ser, después de todo, más inteligente y peligrosa que él.</w:t>
      </w:r>
    </w:p>
    <w:p>
      <w:pPr>
        <w:pStyle w:val="BodyText"/>
      </w:pPr>
      <w:r>
        <w:rPr/>
        <w:t>Y esa duda—pequeña, casi imperceptible—era exactamente lo que Lena</w:t>
      </w:r>
      <w:r>
        <w:rPr/>
        <w:t xml:space="preserve"> </w:t>
      </w:r>
      <w:r>
        <w:rPr/>
        <w:t>había sembrado.</w:t>
      </w:r>
    </w:p>
    <w:p>
      <w:pPr>
        <w:pStyle w:val="BodyText"/>
      </w:pPr>
      <w:r>
        <w:rPr/>
        <w:t>El Encuentro en el Faro</w:t>
      </w:r>
    </w:p>
    <w:p>
      <w:pPr>
        <w:pStyle w:val="BodyText"/>
      </w:pPr>
      <w:r>
        <w:rPr/>
        <w:t>Mientras Finch lidiaba con su paranoia creciente en la sala de control,</w:t>
      </w:r>
      <w:r>
        <w:rPr/>
        <w:t xml:space="preserve"> </w:t>
      </w:r>
      <w:r>
        <w:rPr/>
        <w:t>Mar se dirigía hacia el siguiente objetivo revelado por el hackeo de</w:t>
      </w:r>
      <w:r>
        <w:rPr/>
        <w:t xml:space="preserve"> </w:t>
      </w:r>
      <w:r>
        <w:rPr/>
        <w:t>Lena: un antiguo faro abandonado en los Pirineos donde las máquinas del</w:t>
      </w:r>
      <w:r>
        <w:rPr/>
        <w:t xml:space="preserve"> </w:t>
      </w:r>
      <w:r>
        <w:rPr/>
        <w:t>Proyecto Silencio resonaban con una frecuencia que le erizaba la piel</w:t>
      </w:r>
      <w:r>
        <w:rPr/>
        <w:t xml:space="preserve"> </w:t>
      </w:r>
      <w:r>
        <w:rPr/>
        <w:t>incluso a metros de distancia.</w:t>
      </w:r>
    </w:p>
    <w:p>
      <w:pPr>
        <w:pStyle w:val="BodyText"/>
      </w:pPr>
      <w:r>
        <w:rPr/>
        <w:t>El aire olía a ozono y piedra húmeda. Las paredes del faro vibraban con</w:t>
      </w:r>
      <w:r>
        <w:rPr/>
        <w:t xml:space="preserve"> </w:t>
      </w:r>
      <w:r>
        <w:rPr/>
        <w:t>un zumbido grave que no era sonido, sino presión en el pecho.</w:t>
      </w:r>
    </w:p>
    <w:p>
      <w:pPr>
        <w:pStyle w:val="BodyText"/>
      </w:pPr>
      <w:r>
        <w:rPr/>
        <w:t>Mar subió la escalera de caracol, sus pasos resonando contra la piedra.</w:t>
      </w:r>
      <w:r>
        <w:rPr/>
        <w:t xml:space="preserve"> </w:t>
      </w:r>
      <w:r>
        <w:rPr/>
        <w:t>En el último piso, las máquinas del Proyecto Silencio pulsaban como un</w:t>
      </w:r>
      <w:r>
        <w:rPr/>
        <w:t xml:space="preserve"> </w:t>
      </w:r>
      <w:r>
        <w:rPr/>
        <w:t>corazón mecánico: pantallas, cables, sensores que rastreaban frecuencias</w:t>
      </w:r>
      <w:r>
        <w:rPr/>
        <w:t xml:space="preserve"> </w:t>
      </w:r>
      <w:r>
        <w:rPr/>
        <w:t>que nadie más podía oír.</w:t>
      </w:r>
    </w:p>
    <w:p>
      <w:pPr>
        <w:pStyle w:val="BodyText"/>
      </w:pPr>
      <w:r>
        <w:rPr/>
        <w:t>Estaba revisando los datos cuando escuchó los pasos.</w:t>
      </w:r>
    </w:p>
    <w:p>
      <w:pPr>
        <w:pStyle w:val="BodyText"/>
      </w:pPr>
      <w:r>
        <w:rPr/>
        <w:t>No el eco de sus propios pies. Otros pasos. Más pesados. Más lentos.</w:t>
      </w:r>
    </w:p>
    <w:p>
      <w:pPr>
        <w:pStyle w:val="BodyText"/>
      </w:pPr>
      <w:r>
        <w:rPr/>
        <w:t>Se giró.</w:t>
      </w:r>
    </w:p>
    <w:p>
      <w:pPr>
        <w:pStyle w:val="BodyText"/>
      </w:pPr>
      <w:r>
        <w:rPr/>
        <w:t>Alistair Finch apareció en el umbral de la puerta, recortado contra los</w:t>
      </w:r>
      <w:r>
        <w:rPr/>
        <w:t xml:space="preserve"> </w:t>
      </w:r>
      <w:r>
        <w:rPr/>
        <w:t>relámpagos que empezaban a rasgar el cielo. Llevaba una pistola en la</w:t>
      </w:r>
      <w:r>
        <w:rPr/>
        <w:t xml:space="preserve"> </w:t>
      </w:r>
      <w:r>
        <w:rPr/>
        <w:t>mano derecha, pero no la apuntaba. Todavía no.</w:t>
      </w:r>
    </w:p>
    <w:p>
      <w:pPr>
        <w:pStyle w:val="BodyText"/>
      </w:pPr>
      <w:r>
        <w:rPr/>
        <w:t>«Hola, Mar.»</w:t>
      </w:r>
    </w:p>
    <w:p>
      <w:pPr>
        <w:pStyle w:val="BodyText"/>
      </w:pPr>
      <w:r>
        <w:rPr/>
        <w:t>Su voz era diferente a la de la videollamada. Más ronca. Fatigada. Pero</w:t>
      </w:r>
      <w:r>
        <w:rPr/>
        <w:t xml:space="preserve"> </w:t>
      </w:r>
      <w:r>
        <w:rPr/>
        <w:t>lo que más la impactó fue verlo en persona después de semanas de</w:t>
      </w:r>
      <w:r>
        <w:rPr/>
        <w:t xml:space="preserve"> </w:t>
      </w:r>
      <w:r>
        <w:rPr/>
        <w:t>persecución digital.</w:t>
      </w:r>
    </w:p>
    <w:p>
      <w:pPr>
        <w:pStyle w:val="BodyText"/>
      </w:pPr>
      <w:r>
        <w:rPr/>
        <w:t>Era más alto de lo que había imaginado. Sus ojos grises tenían un brillo</w:t>
      </w:r>
      <w:r>
        <w:rPr/>
        <w:t xml:space="preserve"> </w:t>
      </w:r>
      <w:r>
        <w:rPr/>
        <w:t>extraño, casi febril. Y algo más: un temblor casi imperceptible en su</w:t>
      </w:r>
      <w:r>
        <w:rPr/>
        <w:t xml:space="preserve"> </w:t>
      </w:r>
      <w:r>
        <w:rPr/>
        <w:t>mano izquierda.</w:t>
      </w:r>
    </w:p>
    <w:p>
      <w:pPr>
        <w:pStyle w:val="BodyText"/>
      </w:pPr>
      <w:r>
        <w:rPr/>
        <w:t>«¿Cómo me encontraste?» Mar retrocedió un paso, sintiendo la pared</w:t>
      </w:r>
      <w:r>
        <w:rPr/>
        <w:t xml:space="preserve"> </w:t>
      </w:r>
      <w:r>
        <w:rPr/>
        <w:t>húmeda contra su espalda.</w:t>
      </w:r>
    </w:p>
    <w:p>
      <w:pPr>
        <w:pStyle w:val="BodyText"/>
      </w:pPr>
      <w:r>
        <w:rPr/>
        <w:t>Finch sonrió, pero no fue una sonrisa de triunfo. Fue una sonrisa</w:t>
      </w:r>
      <w:r>
        <w:rPr/>
        <w:t xml:space="preserve"> </w:t>
      </w:r>
      <w:r>
        <w:rPr/>
        <w:t>cansada.</w:t>
      </w:r>
    </w:p>
    <w:p>
      <w:pPr>
        <w:pStyle w:val="BodyText"/>
      </w:pPr>
      <w:r>
        <w:rPr/>
        <w:t>«El mismo Eco que tú persigues me guía a mí. Somos cazadores siguiendo</w:t>
      </w:r>
      <w:r>
        <w:rPr/>
        <w:t xml:space="preserve"> </w:t>
      </w:r>
      <w:r>
        <w:rPr/>
        <w:t>el mismo rastro, Mar. Solo que yo llegué primero a entender lo que</w:t>
      </w:r>
      <w:r>
        <w:rPr/>
        <w:t xml:space="preserve"> </w:t>
      </w:r>
      <w:r>
        <w:rPr/>
        <w:t>significa.» Dio un paso hacia ella. «Y lo que cuesta.»</w:t>
      </w:r>
    </w:p>
    <w:p>
      <w:pPr>
        <w:pStyle w:val="BodyText"/>
      </w:pPr>
      <w:r>
        <w:rPr/>
        <w:t>La Transformación</w:t>
      </w:r>
    </w:p>
    <w:p>
      <w:pPr>
        <w:pStyle w:val="BodyText"/>
      </w:pPr>
      <w:r>
        <w:rPr/>
        <w:t>Mar lo observó más de cerca. Ahora que estaba a pocos metros, podía ver</w:t>
      </w:r>
      <w:r>
        <w:rPr/>
        <w:t xml:space="preserve"> </w:t>
      </w:r>
      <w:r>
        <w:rPr/>
        <w:t>lo que la pantalla había ocultado: las ojeras profundas, las venas</w:t>
      </w:r>
      <w:r>
        <w:rPr/>
        <w:t xml:space="preserve"> </w:t>
      </w:r>
      <w:r>
        <w:rPr/>
        <w:t>marcadas en las sienes, un tic nervioso en el párpado izquierdo.</w:t>
      </w:r>
    </w:p>
    <w:p>
      <w:pPr>
        <w:pStyle w:val="BodyText"/>
      </w:pPr>
      <w:r>
        <w:rPr/>
        <w:t>Y algo más perturbador: cuando inclinaba la cabeza, parecía estar</w:t>
      </w:r>
      <w:r>
        <w:rPr/>
        <w:t xml:space="preserve"> </w:t>
      </w:r>
      <w:r>
        <w:rPr/>
        <w:t>escuchando algo que ella no podía oír.</w:t>
      </w:r>
    </w:p>
    <w:p>
      <w:pPr>
        <w:pStyle w:val="BodyText"/>
      </w:pPr>
      <w:r>
        <w:rPr/>
        <w:t>«Estás enfermo», dijo Mar.</w:t>
      </w:r>
    </w:p>
    <w:p>
      <w:pPr>
        <w:pStyle w:val="BodyText"/>
      </w:pPr>
      <w:r>
        <w:rPr/>
        <w:t>«Estoy evolucionando.» Finch dio otro paso. Ahora estaban a menos de dos</w:t>
      </w:r>
      <w:r>
        <w:rPr/>
        <w:t xml:space="preserve"> </w:t>
      </w:r>
      <w:r>
        <w:rPr/>
        <w:t>metros. «El Eco no es solo información, Mar. Es… Transformación. Cada</w:t>
      </w:r>
      <w:r>
        <w:rPr/>
        <w:t xml:space="preserve"> </w:t>
      </w:r>
      <w:r>
        <w:rPr/>
        <w:t>frecuencia que absorbo me reescribe un poco más. Al principio era</w:t>
      </w:r>
      <w:r>
        <w:rPr/>
        <w:t xml:space="preserve"> </w:t>
      </w:r>
      <w:r>
        <w:rPr/>
        <w:t>fascinante. Luego, adictivo. Ahora…» Su voz se quebró levemente.</w:t>
      </w:r>
      <w:r>
        <w:rPr/>
        <w:t xml:space="preserve"> </w:t>
      </w:r>
      <w:r>
        <w:rPr/>
        <w:t>«Ahora ya no sé dónde termino yo y dónde empieza la vibración.»</w:t>
      </w:r>
    </w:p>
    <w:p>
      <w:pPr>
        <w:pStyle w:val="BodyText"/>
      </w:pPr>
      <w:r>
        <w:rPr/>
        <w:t>Levantó su mano libre. Temblaba constantemente, un temblor rítmico, como</w:t>
      </w:r>
      <w:r>
        <w:rPr/>
        <w:t xml:space="preserve"> </w:t>
      </w:r>
      <w:r>
        <w:rPr/>
        <w:t>si sus músculos vibraran a una frecuencia inaudible.</w:t>
      </w:r>
    </w:p>
    <w:p>
      <w:pPr>
        <w:pStyle w:val="BodyText"/>
      </w:pPr>
      <w:r>
        <w:rPr/>
        <w:t>«Por eso necesito completarlo», continuó Finch. «Si consigo el Eco</w:t>
      </w:r>
      <w:r>
        <w:rPr/>
        <w:t xml:space="preserve"> </w:t>
      </w:r>
      <w:r>
        <w:rPr/>
        <w:t>completo, podré controlarlo. Dominarlo. De lo contrario…» No terminó</w:t>
      </w:r>
      <w:r>
        <w:rPr/>
        <w:t xml:space="preserve"> </w:t>
      </w:r>
      <w:r>
        <w:rPr/>
        <w:t>la frase.</w:t>
      </w:r>
    </w:p>
    <w:p>
      <w:pPr>
        <w:pStyle w:val="BodyText"/>
      </w:pPr>
      <w:r>
        <w:rPr/>
        <w:t>Finch cerró la distancia en dos zancadas rápidas. Antes de que Mar</w:t>
      </w:r>
      <w:r>
        <w:rPr/>
        <w:t xml:space="preserve"> </w:t>
      </w:r>
      <w:r>
        <w:rPr/>
        <w:t>pudiera reaccionar, su mano izquierda —la que temblaba— agarró su</w:t>
      </w:r>
      <w:r>
        <w:rPr/>
        <w:t xml:space="preserve"> </w:t>
      </w:r>
      <w:r>
        <w:rPr/>
        <w:t>muñeca.</w:t>
      </w:r>
    </w:p>
    <w:p>
      <w:pPr>
        <w:pStyle w:val="BodyText"/>
      </w:pPr>
      <w:r>
        <w:rPr/>
        <w:t>El contacto fue como tocar un cable pelado.</w:t>
      </w:r>
    </w:p>
    <w:p>
      <w:pPr>
        <w:pStyle w:val="BodyText"/>
      </w:pPr>
      <w:r>
        <w:rPr/>
        <w:t>Mar sintió la vibración que recorría el cuerpo de Finch, una frecuencia</w:t>
      </w:r>
      <w:r>
        <w:rPr/>
        <w:t xml:space="preserve"> </w:t>
      </w:r>
      <w:r>
        <w:rPr/>
        <w:t>errática y caótica que le recorrió el brazo como una corriente eléctrica</w:t>
      </w:r>
      <w:r>
        <w:rPr/>
        <w:t xml:space="preserve"> </w:t>
      </w:r>
      <w:r>
        <w:rPr/>
        <w:t>de baja intensidad. No era dolor. Era… Disonancia. Como si el cuerpo</w:t>
      </w:r>
      <w:r>
        <w:rPr/>
        <w:t xml:space="preserve"> </w:t>
      </w:r>
      <w:r>
        <w:rPr/>
        <w:t>de Finch fuera una radio mal sintonizada transmitiendo múltiples</w:t>
      </w:r>
      <w:r>
        <w:rPr/>
        <w:t xml:space="preserve"> </w:t>
      </w:r>
      <w:r>
        <w:rPr/>
        <w:t>estaciones a la vez.</w:t>
      </w:r>
    </w:p>
    <w:p>
      <w:pPr>
        <w:pStyle w:val="BodyText"/>
      </w:pPr>
      <w:r>
        <w:rPr/>
        <w:t>«¿Lo sientes?» susurró Finch, acercando su rostro al de ella. Sus ojos</w:t>
      </w:r>
      <w:r>
        <w:rPr/>
        <w:t xml:space="preserve"> </w:t>
      </w:r>
      <w:r>
        <w:rPr/>
        <w:t>grises estaban dilatados, las pupilas enormes. «Esto es lo que me está</w:t>
      </w:r>
      <w:r>
        <w:rPr/>
        <w:t xml:space="preserve"> </w:t>
      </w:r>
      <w:r>
        <w:rPr/>
        <w:t>pasando. Cada día más fuerte. Cada día más… Ruidoso.»</w:t>
      </w:r>
    </w:p>
    <w:p>
      <w:pPr>
        <w:pStyle w:val="BodyText"/>
      </w:pPr>
      <w:r>
        <w:rPr/>
        <w:t>Mar intentó zafarse, pero Finch apretó más fuerte. No con violencia,</w:t>
      </w:r>
      <w:r>
        <w:rPr/>
        <w:t xml:space="preserve"> </w:t>
      </w:r>
      <w:r>
        <w:rPr/>
        <w:t>sino con desesperación.</w:t>
      </w:r>
    </w:p>
    <w:p>
      <w:pPr>
        <w:pStyle w:val="BodyText"/>
      </w:pPr>
      <w:r>
        <w:rPr/>
        <w:t>«Dime dónde está el resto», rogó, y por primera vez Mar escuchó miedo</w:t>
      </w:r>
      <w:r>
        <w:rPr/>
        <w:t xml:space="preserve"> </w:t>
      </w:r>
      <w:r>
        <w:rPr/>
        <w:t>real en su voz. «Dime dónde guardó Adrián la partitura completa. No por</w:t>
      </w:r>
      <w:r>
        <w:rPr/>
        <w:t xml:space="preserve"> </w:t>
      </w:r>
      <w:r>
        <w:rPr/>
        <w:t>el poder. Por supervivencia. Porque si no la encuentro pronto, esta</w:t>
      </w:r>
      <w:r>
        <w:rPr/>
        <w:t xml:space="preserve"> </w:t>
      </w:r>
      <w:r>
        <w:rPr/>
        <w:t>vibración me va a consumir por completo.»</w:t>
      </w:r>
    </w:p>
    <w:p>
      <w:pPr>
        <w:pStyle w:val="BodyText"/>
      </w:pPr>
      <w:r>
        <w:rPr/>
        <w:t>Mar lo miró a los ojos y vio algo que la heló: Finch no estaba</w:t>
      </w:r>
      <w:r>
        <w:rPr/>
        <w:t xml:space="preserve"> </w:t>
      </w:r>
      <w:r>
        <w:rPr/>
        <w:t>mintiendo. Realmente estaba siendo devorado por el Eco que tanto había</w:t>
      </w:r>
      <w:r>
        <w:rPr/>
        <w:t xml:space="preserve"> </w:t>
      </w:r>
      <w:r>
        <w:rPr/>
        <w:t>perseguido.</w:t>
      </w:r>
    </w:p>
    <w:p>
      <w:pPr>
        <w:pStyle w:val="BodyText"/>
      </w:pPr>
      <w:r>
        <w:rPr/>
        <w:t>Era el cazador convertido en presa de su propia obsesión.</w:t>
      </w:r>
    </w:p>
    <w:p>
      <w:pPr>
        <w:pStyle w:val="BodyText"/>
      </w:pPr>
      <w:r>
        <w:rPr/>
        <w:t>La Decisión</w:t>
      </w:r>
    </w:p>
    <w:p>
      <w:pPr>
        <w:pStyle w:val="BodyText"/>
      </w:pPr>
      <w:r>
        <w:rPr/>
        <w:t>«Suéltame», dijo Mar, manteniendo la voz firme a pesar del pánico que</w:t>
      </w:r>
      <w:r>
        <w:rPr/>
        <w:t xml:space="preserve"> </w:t>
      </w:r>
      <w:r>
        <w:rPr/>
        <w:t>sentía creciendo en su pecho.</w:t>
      </w:r>
    </w:p>
    <w:p>
      <w:pPr>
        <w:pStyle w:val="BodyText"/>
      </w:pPr>
      <w:r>
        <w:rPr/>
        <w:t>«Dime dónde está.»</w:t>
      </w:r>
    </w:p>
    <w:p>
      <w:pPr>
        <w:pStyle w:val="BodyText"/>
      </w:pPr>
      <w:r>
        <w:rPr/>
        <w:t>«Suéltame o nunca lo sabrás.»</w:t>
      </w:r>
    </w:p>
    <w:p>
      <w:pPr>
        <w:pStyle w:val="BodyText"/>
      </w:pPr>
      <w:r>
        <w:rPr/>
        <w:t>Por un momento, Finch no se movió. Sus dedos seguían apretando la muñeca</w:t>
      </w:r>
      <w:r>
        <w:rPr/>
        <w:t xml:space="preserve"> </w:t>
      </w:r>
      <w:r>
        <w:rPr/>
        <w:t>de Mar, transmitiéndole esa vibración enfermiza. La pistola en su otra</w:t>
      </w:r>
      <w:r>
        <w:rPr/>
        <w:t xml:space="preserve"> </w:t>
      </w:r>
      <w:r>
        <w:rPr/>
        <w:t>mano temblaba.</w:t>
      </w:r>
    </w:p>
    <w:p>
      <w:pPr>
        <w:pStyle w:val="BodyText"/>
      </w:pPr>
      <w:r>
        <w:rPr/>
        <w:t>Luego, lentamente, la soltó.</w:t>
      </w:r>
    </w:p>
    <w:p>
      <w:pPr>
        <w:pStyle w:val="BodyText"/>
      </w:pPr>
      <w:r>
        <w:rPr/>
        <w:t>Mar se frotó la muñeca, sintiendo aún el eco de esa frecuencia caótica</w:t>
      </w:r>
      <w:r>
        <w:rPr/>
        <w:t xml:space="preserve"> </w:t>
      </w:r>
      <w:r>
        <w:rPr/>
        <w:t>en su piel.</w:t>
      </w:r>
    </w:p>
    <w:p>
      <w:pPr>
        <w:pStyle w:val="BodyText"/>
      </w:pPr>
      <w:r>
        <w:rPr/>
        <w:t>«No puedes atraparlo, Finch», dijo Mar, recuperando el aliento. «El Eco</w:t>
      </w:r>
      <w:r>
        <w:rPr/>
        <w:t xml:space="preserve"> </w:t>
      </w:r>
      <w:r>
        <w:rPr/>
        <w:t>no es algo que se posee. Es algo que se comprende. Y tú… Tú lo estás</w:t>
      </w:r>
      <w:r>
        <w:rPr/>
        <w:t xml:space="preserve"> </w:t>
      </w:r>
      <w:r>
        <w:rPr/>
        <w:t>usando mal. Por eso te está destruyendo.»</w:t>
      </w:r>
    </w:p>
    <w:p>
      <w:pPr>
        <w:pStyle w:val="BodyText"/>
      </w:pPr>
      <w:r>
        <w:rPr/>
        <w:t>Finch dio un paso atrás, como si esas palabras lo hubieran golpeado</w:t>
      </w:r>
      <w:r>
        <w:rPr/>
        <w:t xml:space="preserve"> </w:t>
      </w:r>
      <w:r>
        <w:rPr/>
        <w:t>físicamente.</w:t>
      </w:r>
    </w:p>
    <w:p>
      <w:pPr>
        <w:pStyle w:val="BodyText"/>
      </w:pPr>
      <w:r>
        <w:rPr/>
        <w:t>«¿Y tú crees que lo entiendes mejor?» Su voz recuperó algo de su filo</w:t>
      </w:r>
      <w:r>
        <w:rPr/>
        <w:t xml:space="preserve"> </w:t>
      </w:r>
      <w:r>
        <w:rPr/>
        <w:t>anterior. «¿Crees que porque eres la heredera elegida tienes derecho</w:t>
      </w:r>
      <w:r>
        <w:rPr/>
        <w:t xml:space="preserve"> </w:t>
      </w:r>
      <w:r>
        <w:rPr/>
        <w:t>automático a él?»</w:t>
      </w:r>
    </w:p>
    <w:p>
      <w:pPr>
        <w:pStyle w:val="BodyText"/>
      </w:pPr>
      <w:r>
        <w:rPr/>
        <w:t>«No creo tener derecho», respondió Mar, moviéndose hacia la escalera.</w:t>
      </w:r>
      <w:r>
        <w:rPr/>
        <w:t xml:space="preserve"> </w:t>
      </w:r>
      <w:r>
        <w:rPr/>
        <w:t>«Pero sé que no voy a usarlo para controlar a nadie. Y tú… Tú querías</w:t>
      </w:r>
      <w:r>
        <w:rPr/>
        <w:t xml:space="preserve"> </w:t>
      </w:r>
      <w:r>
        <w:rPr/>
        <w:t>convertirlo en un arma.»</w:t>
      </w:r>
    </w:p>
    <w:p>
      <w:pPr>
        <w:pStyle w:val="BodyText"/>
      </w:pPr>
      <w:r>
        <w:rPr/>
        <w:t>Un relámpago iluminó el interior del faro, seguido por un trueno que</w:t>
      </w:r>
      <w:r>
        <w:rPr/>
        <w:t xml:space="preserve"> </w:t>
      </w:r>
      <w:r>
        <w:rPr/>
        <w:t>hizo vibrar las paredes. Las máquinas del Proyecto Silencio comenzaron a</w:t>
      </w:r>
      <w:r>
        <w:rPr/>
        <w:t xml:space="preserve"> </w:t>
      </w:r>
      <w:r>
        <w:rPr/>
        <w:t>emitir un zumbido más agudo, respondiendo a la electricidad en el aire.</w:t>
      </w:r>
    </w:p>
    <w:p>
      <w:pPr>
        <w:pStyle w:val="BodyText"/>
      </w:pPr>
      <w:r>
        <w:rPr/>
        <w:t>Finch levantó la pistola.</w:t>
      </w:r>
    </w:p>
    <w:p>
      <w:pPr>
        <w:pStyle w:val="BodyText"/>
      </w:pPr>
      <w:r>
        <w:rPr/>
        <w:t>«No puedo dejarte ir, Mar. Lo sabes.»</w:t>
      </w:r>
    </w:p>
    <w:p>
      <w:pPr>
        <w:pStyle w:val="BodyText"/>
      </w:pPr>
      <w:r>
        <w:rPr/>
        <w:t>Mar sintió el Eco latiendo en su pecho, como un segundo corazón. La</w:t>
      </w:r>
      <w:r>
        <w:rPr/>
        <w:t xml:space="preserve"> </w:t>
      </w:r>
      <w:r>
        <w:rPr/>
        <w:t>frecuencia del faro, la tormenta, su propio pulso acelerado… Todo se</w:t>
      </w:r>
      <w:r>
        <w:rPr/>
        <w:t xml:space="preserve"> </w:t>
      </w:r>
      <w:r>
        <w:rPr/>
        <w:t>estaba sincronizando en una resonancia que podía sentir pero no</w:t>
      </w:r>
      <w:r>
        <w:rPr/>
        <w:t xml:space="preserve"> </w:t>
      </w:r>
      <w:r>
        <w:rPr/>
        <w:t>controlar.</w:t>
      </w:r>
    </w:p>
    <w:p>
      <w:pPr>
        <w:pStyle w:val="BodyText"/>
      </w:pPr>
      <w:r>
        <w:rPr/>
        <w:t>«No tienes que hacer esto», dijo.</w:t>
      </w:r>
    </w:p>
    <w:p>
      <w:pPr>
        <w:pStyle w:val="BodyText"/>
      </w:pPr>
      <w:r>
        <w:rPr/>
        <w:t>«Sí tengo.» Finch apuntó. «He invertido demasiado. He sacrificado</w:t>
      </w:r>
      <w:r>
        <w:rPr/>
        <w:t xml:space="preserve"> </w:t>
      </w:r>
      <w:r>
        <w:rPr/>
        <w:t>demasiado. He dejado que esta cosa me consuma demasiado. No puedo parar</w:t>
      </w:r>
      <w:r>
        <w:rPr/>
        <w:t xml:space="preserve"> </w:t>
      </w:r>
      <w:r>
        <w:rPr/>
        <w:t>ahora.»</w:t>
      </w:r>
    </w:p>
    <w:p>
      <w:pPr>
        <w:pStyle w:val="BodyText"/>
      </w:pPr>
      <w:r>
        <w:rPr/>
        <w:t>Pero su mano temblaba. No de miedo. De la vibración que lo recorría</w:t>
      </w:r>
      <w:r>
        <w:rPr/>
        <w:t xml:space="preserve"> </w:t>
      </w:r>
      <w:r>
        <w:rPr/>
        <w:t>constantemente.</w:t>
      </w:r>
    </w:p>
    <w:p>
      <w:pPr>
        <w:pStyle w:val="BodyText"/>
      </w:pPr>
      <w:r>
        <w:rPr/>
        <w:t>Mar respiró hondo. El aire era denso, cargado, eléctrico.</w:t>
      </w:r>
    </w:p>
    <w:p>
      <w:pPr>
        <w:pStyle w:val="BodyText"/>
      </w:pPr>
      <w:r>
        <w:rPr/>
        <w:t>Y entonces el faro entero vibró.</w:t>
      </w:r>
    </w:p>
    <w:p>
      <w:pPr>
        <w:pStyle w:val="BodyText"/>
      </w:pPr>
      <w:r>
        <w:rPr/>
        <w:t>No fue un temblor. Fue una resonancia perfecta, como si cada piedra,</w:t>
      </w:r>
      <w:r>
        <w:rPr/>
        <w:t xml:space="preserve"> </w:t>
      </w:r>
      <w:r>
        <w:rPr/>
        <w:t>cada viga, cada molécula de aire respondiera a una frecuencia unificada.</w:t>
      </w:r>
      <w:r>
        <w:rPr/>
        <w:t xml:space="preserve"> </w:t>
      </w:r>
      <w:r>
        <w:rPr/>
        <w:t>Las máquinas del Proyecto Silencio chillaron, sus pantallas estallando</w:t>
      </w:r>
      <w:r>
        <w:rPr/>
        <w:t xml:space="preserve"> </w:t>
      </w:r>
      <w:r>
        <w:rPr/>
        <w:t>en cascadas de datos incomprensibles.</w:t>
      </w:r>
    </w:p>
    <w:p>
      <w:pPr>
        <w:pStyle w:val="BodyText"/>
      </w:pPr>
      <w:r>
        <w:rPr/>
        <w:t>Finch bajó la pistola, mirando alrededor con expresión de asombro y</w:t>
      </w:r>
      <w:r>
        <w:rPr/>
        <w:t xml:space="preserve"> </w:t>
      </w:r>
      <w:r>
        <w:rPr/>
        <w:t>horror.</w:t>
      </w:r>
    </w:p>
    <w:p>
      <w:pPr>
        <w:pStyle w:val="BodyText"/>
      </w:pPr>
      <w:r>
        <w:rPr/>
        <w:t>«¿Qué… Qué has hecho?»</w:t>
      </w:r>
    </w:p>
    <w:p>
      <w:pPr>
        <w:pStyle w:val="BodyText"/>
      </w:pPr>
      <w:r>
        <w:rPr/>
        <w:t>«Nada», respondió Mar, y era verdad. «El Eco no me pertenece. Pero</w:t>
      </w:r>
      <w:r>
        <w:rPr/>
        <w:t xml:space="preserve"> </w:t>
      </w:r>
      <w:r>
        <w:rPr/>
        <w:t>tampoco te pertenece a ti.»</w:t>
      </w:r>
    </w:p>
    <w:p>
      <w:pPr>
        <w:pStyle w:val="BodyText"/>
      </w:pPr>
      <w:r>
        <w:rPr/>
        <w:t>Mar corrió hacia la escalera. Detrás de ella, escuchó a Finch gritar</w:t>
      </w:r>
      <w:r>
        <w:rPr/>
        <w:t xml:space="preserve"> </w:t>
      </w:r>
      <w:r>
        <w:rPr/>
        <w:t>algo, pero sus palabras se perdieron en el rugido de la tormenta y el</w:t>
      </w:r>
      <w:r>
        <w:rPr/>
        <w:t xml:space="preserve"> </w:t>
      </w:r>
      <w:r>
        <w:rPr/>
        <w:t>zumbido cada vez más agudo de las máquinas.</w:t>
      </w:r>
    </w:p>
    <w:p>
      <w:pPr>
        <w:pStyle w:val="BodyText"/>
      </w:pPr>
      <w:r>
        <w:rPr/>
        <w:t>Bajó los escalones de tres en tres, el corazón desbocado, la adrenalina</w:t>
      </w:r>
      <w:r>
        <w:rPr/>
        <w:t xml:space="preserve"> </w:t>
      </w:r>
      <w:r>
        <w:rPr/>
        <w:t>quemando sus venas.</w:t>
      </w:r>
    </w:p>
    <w:p>
      <w:pPr>
        <w:pStyle w:val="BodyText"/>
      </w:pPr>
      <w:r>
        <w:rPr/>
        <w:t>Cuando llegó al exterior, la lluvia la golpeó como una pared sólida.</w:t>
      </w:r>
      <w:r>
        <w:rPr/>
        <w:t xml:space="preserve"> </w:t>
      </w:r>
      <w:r>
        <w:rPr/>
        <w:t>Corrió hacia el bosque, sin mirar atrás, mientras los relámpagos</w:t>
      </w:r>
      <w:r>
        <w:rPr/>
        <w:t xml:space="preserve"> </w:t>
      </w:r>
      <w:r>
        <w:rPr/>
        <w:t>iluminaban el faro que dejaba atrás.</w:t>
      </w:r>
    </w:p>
    <w:p>
      <w:pPr>
        <w:pStyle w:val="BodyText"/>
      </w:pPr>
      <w:r>
        <w:rPr/>
        <w:t>En la cima, Alistair Finch se quedó inmóvil, la pistola aún en su mano,</w:t>
      </w:r>
      <w:r>
        <w:rPr/>
        <w:t xml:space="preserve"> </w:t>
      </w:r>
      <w:r>
        <w:rPr/>
        <w:t>mientras la vibración del faro resonaba en su cuerpo como un coro de</w:t>
      </w:r>
      <w:r>
        <w:rPr/>
        <w:t xml:space="preserve"> </w:t>
      </w:r>
      <w:r>
        <w:rPr/>
        <w:t>voces que no podía silenciar.</w:t>
      </w:r>
    </w:p>
    <w:p>
      <w:pPr>
        <w:pStyle w:val="BodyText"/>
      </w:pPr>
      <w:r>
        <w:rPr/>
        <w:t>No había ganado. Pero tampoco había perdido del todo.</w:t>
      </w:r>
    </w:p>
    <w:p>
      <w:pPr>
        <w:pStyle w:val="BodyText"/>
      </w:pPr>
      <w:r>
        <w:rPr/>
        <w:t>El juego continuaba.</w:t>
      </w:r>
    </w:p>
    <w:p>
      <w:pPr>
        <w:pStyle w:val="BodyText"/>
      </w:pPr>
      <w:r>
        <w:rPr/>
        <w:t>Y ahora sabía algo crucial: Mar no estaba jugando para ganar. Estaba</w:t>
      </w:r>
      <w:r>
        <w:rPr/>
        <w:t xml:space="preserve"> </w:t>
      </w:r>
      <w:r>
        <w:rPr/>
        <w:t>jugando para entender.</w:t>
      </w:r>
    </w:p>
    <w:p>
      <w:pPr>
        <w:pStyle w:val="BodyText"/>
      </w:pPr>
      <w:r>
        <w:rPr/>
        <w:t>Eso la hacía infinitamente más peligrosa de lo que había anticipado.</w:t>
      </w:r>
    </w:p>
    <w:p>
      <w:pPr>
        <w:pStyle w:val="BodyText"/>
      </w:pPr>
      <w:r>
        <w:rPr/>
        <w:t>A varios kilómetros de distancia, Lena y Markus monitoreaban la señal de</w:t>
      </w:r>
      <w:r>
        <w:rPr/>
        <w:t xml:space="preserve"> </w:t>
      </w:r>
      <w:r>
        <w:rPr/>
        <w:t>Mar en sus pantallas, que parpadeaban con datos robados del Proyecto</w:t>
      </w:r>
      <w:r>
        <w:rPr/>
        <w:t xml:space="preserve"> </w:t>
      </w:r>
      <w:r>
        <w:rPr/>
        <w:t>Silencio.</w:t>
      </w:r>
    </w:p>
    <w:p>
      <w:pPr>
        <w:pStyle w:val="BodyText"/>
      </w:pPr>
      <w:r>
        <w:rPr/>
        <w:t>«Ella lo está atrayendo», murmuró Lena, sus dedos volando sobre el</w:t>
      </w:r>
      <w:r>
        <w:rPr/>
        <w:t xml:space="preserve"> </w:t>
      </w:r>
      <w:r>
        <w:rPr/>
        <w:t>teclado mientras ajustaba un nuevo código de cifrado.</w:t>
      </w:r>
    </w:p>
    <w:p>
      <w:pPr>
        <w:pStyle w:val="BodyText"/>
      </w:pPr>
      <w:r>
        <w:rPr/>
        <w:t>Markus asintió, trazando una ruta alternativa en el mapa desplegado ante</w:t>
      </w:r>
      <w:r>
        <w:rPr/>
        <w:t xml:space="preserve"> </w:t>
      </w:r>
      <w:r>
        <w:rPr/>
        <w:t>ellos, señalando los eremitorios más aislados de la sierra.</w:t>
      </w:r>
    </w:p>
    <w:p>
      <w:pPr>
        <w:pStyle w:val="BodyText"/>
      </w:pPr>
      <w:r>
        <w:rPr/>
        <w:t>El juego del cazador se había invertido, y Mar, con el Eco como su guía</w:t>
      </w:r>
      <w:r>
        <w:rPr/>
        <w:t xml:space="preserve"> </w:t>
      </w:r>
      <w:r>
        <w:rPr/>
        <w:t>y sus aliados como piezas estratégicas en el tablero, estaba</w:t>
      </w:r>
      <w:r>
        <w:rPr/>
        <w:t xml:space="preserve"> </w:t>
      </w:r>
      <w:r>
        <w:rPr/>
        <w:t>redefiniendo las reglas de una partida que Finch creía dominar.</w:t>
      </w:r>
    </w:p>
    <w:p>
      <w:pPr>
        <w:pStyle w:val="Heading1"/>
      </w:pPr>
      <w:r>
        <w:rPr/>
        <w:t>CAPÍTULO 45. INTERCEPTACIÓN</w:t>
      </w:r>
    </w:p>
    <w:p>
      <w:pPr/>
      <w:r>
        <w:rPr/>
        <w:t>«El mejor escondite no es el más oscuro, sino el que está a la vista de</w:t>
      </w:r>
      <w:r>
        <w:rPr/>
        <w:t xml:space="preserve"> </w:t>
      </w:r>
      <w:r>
        <w:rPr/>
        <w:t>todos, camuflado como algo que el enemigo no considera importante.»</w:t>
      </w:r>
    </w:p>
    <w:p>
      <w:pPr>
        <w:pStyle w:val="BodyText"/>
      </w:pPr>
      <w:r>
        <w:rPr/>
        <w:t>—Markus, cuaderno mental</w:t>
      </w:r>
    </w:p>
    <w:p>
      <w:pPr>
        <w:pStyle w:val="BodyText"/>
      </w:pPr>
      <w:r>
        <w:rPr/>
        <w:t>El autobús que transportaba a Vasco traqueteaba por carreteras</w:t>
      </w:r>
      <w:r>
        <w:rPr/>
        <w:t xml:space="preserve"> </w:t>
      </w:r>
      <w:r>
        <w:rPr/>
        <w:t>secundarias olvidadas por el tiempo, serpenteando entre colinas</w:t>
      </w:r>
      <w:r>
        <w:rPr/>
        <w:t xml:space="preserve"> </w:t>
      </w:r>
      <w:r>
        <w:rPr/>
        <w:t>erosionadas donde solo crecían matorrales resistentes y encinas</w:t>
      </w:r>
      <w:r>
        <w:rPr/>
        <w:t xml:space="preserve"> </w:t>
      </w:r>
      <w:r>
        <w:rPr/>
        <w:t>centenarias. Cada kilómetro que lo alejaba de la civilización</w:t>
      </w:r>
      <w:r>
        <w:rPr/>
        <w:t xml:space="preserve"> </w:t>
      </w:r>
      <w:r>
        <w:rPr/>
        <w:t>tecnológica actuaba como un bálsamo gradual para sus nervios</w:t>
      </w:r>
      <w:r>
        <w:rPr/>
        <w:t xml:space="preserve"> </w:t>
      </w:r>
      <w:r>
        <w:rPr/>
        <w:t>destrozados. Observaba el paisaje árido a través del cristal empañado,</w:t>
      </w:r>
      <w:r>
        <w:rPr/>
        <w:t xml:space="preserve"> </w:t>
      </w:r>
      <w:r>
        <w:rPr/>
        <w:t>sintiéndose como un fugitivo de una guerra invisible cuyas reglas no</w:t>
      </w:r>
      <w:r>
        <w:rPr/>
        <w:t xml:space="preserve"> </w:t>
      </w:r>
      <w:r>
        <w:rPr/>
        <w:t>comprendía.</w:t>
      </w:r>
    </w:p>
    <w:p>
      <w:pPr>
        <w:pStyle w:val="BodyText"/>
      </w:pPr>
      <w:r>
        <w:rPr/>
        <w:t>El vehículo transportaba apenas una docena de pasajeros: campesinos que</w:t>
      </w:r>
      <w:r>
        <w:rPr/>
        <w:t xml:space="preserve"> </w:t>
      </w:r>
      <w:r>
        <w:rPr/>
        <w:t>regresaban de vender sus productos en Soria, algunos turistas</w:t>
      </w:r>
      <w:r>
        <w:rPr/>
        <w:t xml:space="preserve"> </w:t>
      </w:r>
      <w:r>
        <w:rPr/>
        <w:t>despistados y trabajadores que se dirigían a pueblos remotos. Vasco se</w:t>
      </w:r>
      <w:r>
        <w:rPr/>
        <w:t xml:space="preserve"> </w:t>
      </w:r>
      <w:r>
        <w:rPr/>
        <w:t>había instalado en los asientos traseros, con la capucha subida y</w:t>
      </w:r>
      <w:r>
        <w:rPr/>
        <w:t xml:space="preserve"> </w:t>
      </w:r>
      <w:r>
        <w:rPr/>
        <w:t>evitando el contacto visual, pero su paranoia convertía cada mirada</w:t>
      </w:r>
      <w:r>
        <w:rPr/>
        <w:t xml:space="preserve"> </w:t>
      </w:r>
      <w:r>
        <w:rPr/>
        <w:t>casual en una amenaza potencial.</w:t>
      </w:r>
    </w:p>
    <w:p>
      <w:pPr>
        <w:pStyle w:val="BodyText"/>
      </w:pPr>
      <w:r>
        <w:rPr/>
        <w:t>El motor tosió. Un campesino roncaba en la fila delantera. Paz fugaz.</w:t>
      </w:r>
    </w:p>
    <w:p>
      <w:pPr>
        <w:pStyle w:val="BodyText"/>
      </w:pPr>
      <w:r>
        <w:rPr/>
        <w:t>La Preparación de la Interceptación</w:t>
      </w:r>
    </w:p>
    <w:p>
      <w:pPr>
        <w:pStyle w:val="BodyText"/>
      </w:pPr>
      <w:r>
        <w:rPr/>
        <w:t>Varios kilómetros adelante, Markus había estado esperando desde el</w:t>
      </w:r>
      <w:r>
        <w:rPr/>
        <w:t xml:space="preserve"> </w:t>
      </w:r>
      <w:r>
        <w:rPr/>
        <w:t>amanecer. Había descendido del eremitorio estudiando meticulosamente la</w:t>
      </w:r>
      <w:r>
        <w:rPr/>
        <w:t xml:space="preserve"> </w:t>
      </w:r>
      <w:r>
        <w:rPr/>
        <w:t>ruta del autobús usando mapas topográficos y horarios de transporte</w:t>
      </w:r>
      <w:r>
        <w:rPr/>
        <w:t xml:space="preserve"> </w:t>
      </w:r>
      <w:r>
        <w:rPr/>
        <w:t>público que había memorizado.</w:t>
      </w:r>
    </w:p>
    <w:p>
      <w:pPr>
        <w:pStyle w:val="BodyText"/>
      </w:pPr>
      <w:r>
        <w:rPr/>
        <w:t>Sabía que no podía abordar a Vasco directamente. El académico estaba en</w:t>
      </w:r>
      <w:r>
        <w:rPr/>
        <w:t xml:space="preserve"> </w:t>
      </w:r>
      <w:r>
        <w:rPr/>
        <w:t>un estado de hipervigilancia extrema, interpretando cualquier</w:t>
      </w:r>
      <w:r>
        <w:rPr/>
        <w:t xml:space="preserve"> </w:t>
      </w:r>
      <w:r>
        <w:rPr/>
        <w:t>aproximación como una amenaza potencial. Además, existía la certeza de</w:t>
      </w:r>
      <w:r>
        <w:rPr/>
        <w:t xml:space="preserve"> </w:t>
      </w:r>
      <w:r>
        <w:rPr/>
        <w:t>que estaría bajo algún tipo de vigilancia remota. Tenía que orquestar</w:t>
      </w:r>
      <w:r>
        <w:rPr/>
        <w:t xml:space="preserve"> </w:t>
      </w:r>
      <w:r>
        <w:rPr/>
        <w:t>una oportunidad de contacto que pareciera completamente natural, un</w:t>
      </w:r>
      <w:r>
        <w:rPr/>
        <w:t xml:space="preserve"> </w:t>
      </w:r>
      <w:r>
        <w:rPr/>
        <w:t>encuentro fortuito que los algoritmos de Chrysalis catalogarían como</w:t>
      </w:r>
      <w:r>
        <w:rPr/>
        <w:t xml:space="preserve"> </w:t>
      </w:r>
      <w:r>
        <w:rPr/>
        <w:t>irrelevante.</w:t>
      </w:r>
    </w:p>
    <w:p>
      <w:pPr>
        <w:pStyle w:val="BodyText"/>
      </w:pPr>
      <w:r>
        <w:rPr/>
        <w:t>La solución se presentó en la forma más pastoral posible: un pequeño</w:t>
      </w:r>
      <w:r>
        <w:rPr/>
        <w:t xml:space="preserve"> </w:t>
      </w:r>
      <w:r>
        <w:rPr/>
        <w:t>rebaño de ovejas merinas que pastaba en los prados adyacentes a la</w:t>
      </w:r>
      <w:r>
        <w:rPr/>
        <w:t xml:space="preserve"> </w:t>
      </w:r>
      <w:r>
        <w:rPr/>
        <w:t>carretera.</w:t>
      </w:r>
    </w:p>
    <w:p>
      <w:pPr>
        <w:pStyle w:val="BodyText"/>
      </w:pPr>
      <w:r>
        <w:rPr/>
        <w:t>La Orquestación del «Accidente»</w:t>
      </w:r>
    </w:p>
    <w:p>
      <w:pPr>
        <w:pStyle w:val="BodyText"/>
      </w:pPr>
      <w:r>
        <w:rPr/>
        <w:t>Markus observó el autobús aproximarse desde su posición en una colina</w:t>
      </w:r>
      <w:r>
        <w:rPr/>
        <w:t xml:space="preserve"> </w:t>
      </w:r>
      <w:r>
        <w:rPr/>
        <w:t>cercana, cronometrando su movimiento con la precisión de un director de</w:t>
      </w:r>
      <w:r>
        <w:rPr/>
        <w:t xml:space="preserve"> </w:t>
      </w:r>
      <w:r>
        <w:rPr/>
        <w:t>orquesta. Sus manos temblaban ligeramente—no por miedo, sino por la</w:t>
      </w:r>
      <w:r>
        <w:rPr/>
        <w:t xml:space="preserve"> </w:t>
      </w:r>
      <w:r>
        <w:rPr/>
        <w:t>memoria. Así había orquestado su propia huida de Berlín oriental hace</w:t>
      </w:r>
      <w:r>
        <w:rPr/>
        <w:t xml:space="preserve"> </w:t>
      </w:r>
      <w:r>
        <w:rPr/>
        <w:t>tres décadas, usando ovejas y falsos accidentes. Entonces no tuvo a</w:t>
      </w:r>
      <w:r>
        <w:rPr/>
        <w:t xml:space="preserve"> </w:t>
      </w:r>
      <w:r>
        <w:rPr/>
        <w:t>nadie que lo salvara.</w:t>
      </w:r>
    </w:p>
    <w:p>
      <w:pPr>
        <w:pStyle w:val="BodyText"/>
      </w:pPr>
      <w:r>
        <w:rPr/>
        <w:t>Cuando el vehículo estuvo a menos de un kilómetro, se acercó al pastor</w:t>
      </w:r>
      <w:r>
        <w:rPr/>
        <w:t xml:space="preserve"> </w:t>
      </w:r>
      <w:r>
        <w:rPr/>
        <w:t>del rebaño, un anciano de rostro curtido por décadas de sol castellano y</w:t>
      </w:r>
      <w:r>
        <w:rPr/>
        <w:t xml:space="preserve"> </w:t>
      </w:r>
      <w:r>
        <w:rPr/>
        <w:t>manos marcadas por el trabajo.</w:t>
      </w:r>
    </w:p>
    <w:p>
      <w:pPr>
        <w:pStyle w:val="BodyText"/>
      </w:pPr>
      <w:r>
        <w:rPr/>
        <w:t>«Buenos días», saludó Markus con naturalidad, adoptando el papel de</w:t>
      </w:r>
      <w:r>
        <w:rPr/>
        <w:t xml:space="preserve"> </w:t>
      </w:r>
      <w:r>
        <w:rPr/>
        <w:t>turista curioso. «Hermosas ovejas. ¿Son de raza local? Estoy haciendo un</w:t>
      </w:r>
      <w:r>
        <w:rPr/>
        <w:t xml:space="preserve"> </w:t>
      </w:r>
      <w:r>
        <w:rPr/>
        <w:t>reportaje sobre la lana tradicional de la región.»</w:t>
      </w:r>
    </w:p>
    <w:p>
      <w:pPr>
        <w:pStyle w:val="BodyText"/>
      </w:pPr>
      <w:r>
        <w:rPr/>
        <w:t>El pastor, complacido por el interés, comenzó a explicar las</w:t>
      </w:r>
      <w:r>
        <w:rPr/>
        <w:t xml:space="preserve"> </w:t>
      </w:r>
      <w:r>
        <w:rPr/>
        <w:t>características de sus animales. En el momento preciso, mientras el</w:t>
      </w:r>
      <w:r>
        <w:rPr/>
        <w:t xml:space="preserve"> </w:t>
      </w:r>
      <w:r>
        <w:rPr/>
        <w:t>autobús tomaba una curva cerrada en la estrecha carretera rural, Markus</w:t>
      </w:r>
      <w:r>
        <w:rPr/>
        <w:t xml:space="preserve"> </w:t>
      </w:r>
      <w:r>
        <w:rPr/>
        <w:t>fingió tropezar cerca del rebaño. Su movimiento aparentemente torpe</w:t>
      </w:r>
      <w:r>
        <w:rPr/>
        <w:t xml:space="preserve"> </w:t>
      </w:r>
      <w:r>
        <w:rPr/>
        <w:t>asustó a los animales, y varias ovejas corrieron instintivamente hacia</w:t>
      </w:r>
      <w:r>
        <w:rPr/>
        <w:t xml:space="preserve"> </w:t>
      </w:r>
      <w:r>
        <w:rPr/>
        <w:t>la calzada, bloqueando por completo el paso.</w:t>
      </w:r>
    </w:p>
    <w:p>
      <w:pPr>
        <w:pStyle w:val="BodyText"/>
      </w:pPr>
      <w:r>
        <w:rPr/>
        <w:t>El conductor del autobús frenó con un chirrido de neumáticos y una</w:t>
      </w:r>
      <w:r>
        <w:rPr/>
        <w:t xml:space="preserve"> </w:t>
      </w:r>
      <w:r>
        <w:rPr/>
        <w:t>maldición en castellano. Los pasajeros se balancearon hacia adelante por</w:t>
      </w:r>
      <w:r>
        <w:rPr/>
        <w:t xml:space="preserve"> </w:t>
      </w:r>
      <w:r>
        <w:rPr/>
        <w:t>la inercia, y varios, incluido Vasco, se asomaron por las ventanillas</w:t>
      </w:r>
      <w:r>
        <w:rPr/>
        <w:t xml:space="preserve"> </w:t>
      </w:r>
      <w:r>
        <w:rPr/>
        <w:t>para observar el obstáculo inesperado.</w:t>
      </w:r>
    </w:p>
    <w:p>
      <w:pPr>
        <w:pStyle w:val="BodyText"/>
      </w:pPr>
      <w:r>
        <w:rPr/>
        <w:t>Lo que vieron era perfectamente mundano: un pastor anciano gesticulando</w:t>
      </w:r>
      <w:r>
        <w:rPr/>
        <w:t xml:space="preserve"> </w:t>
      </w:r>
      <w:r>
        <w:rPr/>
        <w:t>mientras intentaba controlar a sus animales dispersos, y un turista de</w:t>
      </w:r>
      <w:r>
        <w:rPr/>
        <w:t xml:space="preserve"> </w:t>
      </w:r>
      <w:r>
        <w:rPr/>
        <w:t>aspecto tranquilo ayudándolo a apartar las ovejas de la carretera. El</w:t>
      </w:r>
      <w:r>
        <w:rPr/>
        <w:t xml:space="preserve"> </w:t>
      </w:r>
      <w:r>
        <w:rPr/>
        <w:t>incidente parecía completamente espontáneo, un contratiempo rural típico</w:t>
      </w:r>
      <w:r>
        <w:rPr/>
        <w:t xml:space="preserve"> </w:t>
      </w:r>
      <w:r>
        <w:rPr/>
        <w:t>de las carreteras secundarias españolas.</w:t>
      </w:r>
    </w:p>
    <w:p>
      <w:pPr>
        <w:pStyle w:val="BodyText"/>
      </w:pPr>
      <w:r>
        <w:rPr/>
        <w:t>El Momento del Contacto Visual</w:t>
      </w:r>
    </w:p>
    <w:p>
      <w:pPr>
        <w:pStyle w:val="BodyText"/>
      </w:pPr>
      <w:r>
        <w:rPr/>
        <w:t>Mientras ayudaba al pastor a dirigir las ovejas, Markus levantó la vista</w:t>
      </w:r>
      <w:r>
        <w:rPr/>
        <w:t xml:space="preserve"> </w:t>
      </w:r>
      <w:r>
        <w:rPr/>
        <w:t>deliberadamente hacia la ventanilla donde se encontraba Vasco. Sus ojos</w:t>
      </w:r>
      <w:r>
        <w:rPr/>
        <w:t xml:space="preserve"> </w:t>
      </w:r>
      <w:r>
        <w:rPr/>
        <w:t>se encontraron a través del cristal. No hizo ningún gesto reconocible ni</w:t>
      </w:r>
      <w:r>
        <w:rPr/>
        <w:t xml:space="preserve"> </w:t>
      </w:r>
      <w:r>
        <w:rPr/>
        <w:t>esbozó una sonrisa que pudiera interpretarse como señal. Solo sostuvo la</w:t>
      </w:r>
      <w:r>
        <w:rPr/>
        <w:t xml:space="preserve"> </w:t>
      </w:r>
      <w:r>
        <w:rPr/>
        <w:t>mirada durante tres segundos exactos.</w:t>
      </w:r>
    </w:p>
    <w:p>
      <w:pPr>
        <w:pStyle w:val="BodyText"/>
      </w:pPr>
      <w:r>
        <w:rPr/>
        <w:t>En esos tres segundos, proyectó intencionalmente la misma onda de calma</w:t>
      </w:r>
      <w:r>
        <w:rPr/>
        <w:t xml:space="preserve"> </w:t>
      </w:r>
      <w:r>
        <w:rPr/>
        <w:t>y solidez inquebrantable que había transmitido a Mar en el eremitorio.</w:t>
      </w:r>
      <w:r>
        <w:rPr/>
        <w:t xml:space="preserve"> </w:t>
      </w:r>
      <w:r>
        <w:rPr/>
        <w:t>Era una emanación no verbal de tranquilidad, de confianza serena, que</w:t>
      </w:r>
      <w:r>
        <w:rPr/>
        <w:t xml:space="preserve"> </w:t>
      </w:r>
      <w:r>
        <w:rPr/>
        <w:t>comunicaba un mensaje subliminal pero claro: «No represento una amenaza.</w:t>
      </w:r>
      <w:r>
        <w:rPr/>
        <w:t xml:space="preserve"> </w:t>
      </w:r>
      <w:r>
        <w:rPr/>
        <w:t>Soy una presencia protectora.»</w:t>
      </w:r>
    </w:p>
    <w:p>
      <w:pPr>
        <w:pStyle w:val="BodyText"/>
      </w:pPr>
      <w:r>
        <w:rPr/>
        <w:t>Esa mirada y la extraordinaria calma que la acompañaba resonó en Vasco</w:t>
      </w:r>
      <w:r>
        <w:rPr/>
        <w:t xml:space="preserve"> </w:t>
      </w:r>
      <w:r>
        <w:rPr/>
        <w:t>como una anomalía en su estado de pánico constante. En medio de semanas</w:t>
      </w:r>
      <w:r>
        <w:rPr/>
        <w:t xml:space="preserve"> </w:t>
      </w:r>
      <w:r>
        <w:rPr/>
        <w:t>de terror, la presencia de aquel hombre tranquilo entre las ovejas fue</w:t>
      </w:r>
      <w:r>
        <w:rPr/>
        <w:t xml:space="preserve"> </w:t>
      </w:r>
      <w:r>
        <w:rPr/>
        <w:t>como escuchar una nota musical perfectamente afinada en medio de un</w:t>
      </w:r>
      <w:r>
        <w:rPr/>
        <w:t xml:space="preserve"> </w:t>
      </w:r>
      <w:r>
        <w:rPr/>
        <w:t>ruido blanco ensordecedor. No lo comprendió racionalmente, pero su</w:t>
      </w:r>
      <w:r>
        <w:rPr/>
        <w:t xml:space="preserve"> </w:t>
      </w:r>
      <w:r>
        <w:rPr/>
        <w:t>sistema nervioso lo registró como algo significativo.</w:t>
      </w:r>
    </w:p>
    <w:p>
      <w:pPr>
        <w:pStyle w:val="BodyText"/>
      </w:pPr>
      <w:r>
        <w:rPr/>
        <w:t>Vasco parpadeó. Una oveja baló. El autobús arrancó.</w:t>
      </w:r>
    </w:p>
    <w:p>
      <w:pPr>
        <w:pStyle w:val="BodyText"/>
      </w:pPr>
      <w:r>
        <w:rPr/>
        <w:t>La Vigilancia Engañada</w:t>
      </w:r>
    </w:p>
    <w:p>
      <w:pPr>
        <w:pStyle w:val="BodyText"/>
      </w:pPr>
      <w:r>
        <w:rPr/>
        <w:t>Las ovejas fueron apartadas con eficiencia campesina, y el autobús</w:t>
      </w:r>
      <w:r>
        <w:rPr/>
        <w:t xml:space="preserve"> </w:t>
      </w:r>
      <w:r>
        <w:rPr/>
        <w:t>reanudó su marcha después de una demora de menos de cinco minutos. A</w:t>
      </w:r>
      <w:r>
        <w:rPr/>
        <w:t xml:space="preserve"> </w:t>
      </w:r>
      <w:r>
        <w:rPr/>
        <w:t>gran altura, invisible y silencioso, el dron de sigilo MQ-9 de Chrysalis</w:t>
      </w:r>
      <w:r>
        <w:rPr/>
        <w:t xml:space="preserve"> </w:t>
      </w:r>
      <w:r>
        <w:rPr/>
        <w:t>había grabado todo el incidente con resolución suficiente para</w:t>
      </w:r>
      <w:r>
        <w:rPr/>
        <w:t xml:space="preserve"> </w:t>
      </w:r>
      <w:r>
        <w:rPr/>
        <w:t>distinguir expresiones faciales.</w:t>
      </w:r>
    </w:p>
    <w:p>
      <w:pPr>
        <w:pStyle w:val="BodyText"/>
      </w:pPr>
      <w:r>
        <w:rPr/>
        <w:t>El software de análisis de comportamiento procesó las imágenes</w:t>
      </w:r>
      <w:r>
        <w:rPr/>
        <w:t xml:space="preserve"> </w:t>
      </w:r>
      <w:r>
        <w:rPr/>
        <w:t>automáticamente, aplicando algoritmos de reconocimiento de patrones para</w:t>
      </w:r>
      <w:r>
        <w:rPr/>
        <w:t xml:space="preserve"> </w:t>
      </w:r>
      <w:r>
        <w:rPr/>
        <w:t>detectar actividades sospechosas. Su veredicto fue inmediato y</w:t>
      </w:r>
      <w:r>
        <w:rPr/>
        <w:t xml:space="preserve"> </w:t>
      </w:r>
      <w:r>
        <w:rPr/>
        <w:t>definitivo: «Evento aleatorio sin relevancia táctica. Obstáculo animal</w:t>
      </w:r>
      <w:r>
        <w:rPr/>
        <w:t xml:space="preserve"> </w:t>
      </w:r>
      <w:r>
        <w:rPr/>
        <w:t>en carretera rural. No se detectan comunicaciones ni intercambios de</w:t>
      </w:r>
      <w:r>
        <w:rPr/>
        <w:t xml:space="preserve"> </w:t>
      </w:r>
      <w:r>
        <w:rPr/>
        <w:t>información.»</w:t>
      </w:r>
    </w:p>
    <w:p>
      <w:pPr>
        <w:pStyle w:val="BodyText"/>
      </w:pPr>
      <w:r>
        <w:rPr/>
        <w:t>El camuflaje de Markus había funcionado perfectamente. Para la</w:t>
      </w:r>
      <w:r>
        <w:rPr/>
        <w:t xml:space="preserve"> </w:t>
      </w:r>
      <w:r>
        <w:rPr/>
        <w:t>inteligencia artificial de Chrysalis, no había sido más que un turista</w:t>
      </w:r>
      <w:r>
        <w:rPr/>
        <w:t xml:space="preserve"> </w:t>
      </w:r>
      <w:r>
        <w:rPr/>
        <w:t>extranjero ayudando a un pastor local en una situación cotidiana.</w:t>
      </w:r>
    </w:p>
    <w:p>
      <w:pPr>
        <w:pStyle w:val="BodyText"/>
      </w:pPr>
      <w:r>
        <w:rPr/>
        <w:t>La Aproximación Calculada</w:t>
      </w:r>
    </w:p>
    <w:p>
      <w:pPr>
        <w:pStyle w:val="BodyText"/>
      </w:pPr>
      <w:r>
        <w:rPr/>
        <w:t>El autobús llegó a la pequeña parada en las afueras de un pueblo cuyo</w:t>
      </w:r>
      <w:r>
        <w:rPr/>
        <w:t xml:space="preserve"> </w:t>
      </w:r>
      <w:r>
        <w:rPr/>
        <w:t>nombre apenas aparecía en los mapas. Era el punto donde Vasco planeaba</w:t>
      </w:r>
      <w:r>
        <w:rPr/>
        <w:t xml:space="preserve"> </w:t>
      </w:r>
      <w:r>
        <w:rPr/>
        <w:t>descender para comenzar su caminata final hacia las montañas. Mientras</w:t>
      </w:r>
      <w:r>
        <w:rPr/>
        <w:t xml:space="preserve"> </w:t>
      </w:r>
      <w:r>
        <w:rPr/>
        <w:t>recogía nerviosamente su mochila y verificaba que llevaba agua</w:t>
      </w:r>
      <w:r>
        <w:rPr/>
        <w:t xml:space="preserve"> </w:t>
      </w:r>
      <w:r>
        <w:rPr/>
        <w:t>suficiente, el «turista» que había ayudado al pastor se levantó de su</w:t>
      </w:r>
      <w:r>
        <w:rPr/>
        <w:t xml:space="preserve"> </w:t>
      </w:r>
      <w:r>
        <w:rPr/>
        <w:t>asiento, dos filas más atrás.</w:t>
      </w:r>
    </w:p>
    <w:p>
      <w:pPr>
        <w:pStyle w:val="BodyText"/>
      </w:pPr>
      <w:r>
        <w:rPr/>
        <w:t>Markus se acercó a Vasco mientras ambos descendían del vehículo,</w:t>
      </w:r>
      <w:r>
        <w:rPr/>
        <w:t xml:space="preserve"> </w:t>
      </w:r>
      <w:r>
        <w:rPr/>
        <w:t>manteniendo un lenguaje corporal relajado y no amenazante.</w:t>
      </w:r>
    </w:p>
    <w:p>
      <w:pPr>
        <w:pStyle w:val="BodyText"/>
      </w:pPr>
      <w:r>
        <w:rPr/>
        <w:t>«Un viaje movido», comentó en un español fluido pero con un ligero</w:t>
      </w:r>
      <w:r>
        <w:rPr/>
        <w:t xml:space="preserve"> </w:t>
      </w:r>
      <w:r>
        <w:rPr/>
        <w:t>acento alemán que lo identificaba como extranjero. Su voz era grave y</w:t>
      </w:r>
      <w:r>
        <w:rPr/>
        <w:t xml:space="preserve"> </w:t>
      </w:r>
      <w:r>
        <w:rPr/>
        <w:t>transmitía una tranquilidad contagiosa.</w:t>
      </w:r>
    </w:p>
    <w:p>
      <w:pPr>
        <w:pStyle w:val="BodyText"/>
      </w:pPr>
      <w:r>
        <w:rPr/>
        <w:t>«Sí», respondió Vasco automáticamente, aún tenso pero sin percibir</w:t>
      </w:r>
      <w:r>
        <w:rPr/>
        <w:t xml:space="preserve"> </w:t>
      </w:r>
      <w:r>
        <w:rPr/>
        <w:t>amenaza inmediata.</w:t>
      </w:r>
    </w:p>
    <w:p>
      <w:pPr>
        <w:pStyle w:val="BodyText"/>
      </w:pPr>
      <w:r>
        <w:rPr/>
        <w:t>La Revelación Crítica</w:t>
      </w:r>
    </w:p>
    <w:p>
      <w:pPr>
        <w:pStyle w:val="BodyText"/>
      </w:pPr>
      <w:r>
        <w:rPr/>
        <w:t>«A veces», continuó Markus mientras ambos se alejaban de la parada, «el</w:t>
      </w:r>
      <w:r>
        <w:rPr/>
        <w:t xml:space="preserve"> </w:t>
      </w:r>
      <w:r>
        <w:rPr/>
        <w:t>camino más directo no es el más seguro. Especialmente cuando alguien</w:t>
      </w:r>
      <w:r>
        <w:rPr/>
        <w:t xml:space="preserve"> </w:t>
      </w:r>
      <w:r>
        <w:rPr/>
        <w:t>está siendo seguido.»</w:t>
      </w:r>
    </w:p>
    <w:p>
      <w:pPr>
        <w:pStyle w:val="BodyText"/>
      </w:pPr>
      <w:r>
        <w:rPr/>
        <w:t>Las palabras golpearon a Vasco como una descarga eléctrica. Su sangre se</w:t>
      </w:r>
      <w:r>
        <w:rPr/>
        <w:t xml:space="preserve"> </w:t>
      </w:r>
      <w:r>
        <w:rPr/>
        <w:t>convirtió literalmente en hielo, y tuvo que hacer un esfuerzo consciente</w:t>
      </w:r>
      <w:r>
        <w:rPr/>
        <w:t xml:space="preserve"> </w:t>
      </w:r>
      <w:r>
        <w:rPr/>
        <w:t>para no tropezar. Miró directamente a Markus por primera vez, y en esa</w:t>
      </w:r>
      <w:r>
        <w:rPr/>
        <w:t xml:space="preserve"> </w:t>
      </w:r>
      <w:r>
        <w:rPr/>
        <w:t>segunda mirada reconoció la fuente de la calma sobrenatural que había</w:t>
      </w:r>
      <w:r>
        <w:rPr/>
        <w:t xml:space="preserve"> </w:t>
      </w:r>
      <w:r>
        <w:rPr/>
        <w:t>sentido durante el incidente con las ovejas.</w:t>
      </w:r>
    </w:p>
    <w:p>
      <w:pPr>
        <w:pStyle w:val="BodyText"/>
      </w:pPr>
      <w:r>
        <w:rPr/>
        <w:t>«No tienes mucho tiempo», continuó Markus en voz baja, mirando hacia las</w:t>
      </w:r>
      <w:r>
        <w:rPr/>
        <w:t xml:space="preserve"> </w:t>
      </w:r>
      <w:r>
        <w:rPr/>
        <w:t>montañas pero sin establecer contacto visual directo. «Hay personas</w:t>
      </w:r>
      <w:r>
        <w:rPr/>
        <w:t xml:space="preserve"> </w:t>
      </w:r>
      <w:r>
        <w:rPr/>
        <w:t>esperándote en el eremitorio hacia donde te diriges. No son personas</w:t>
      </w:r>
      <w:r>
        <w:rPr/>
        <w:t xml:space="preserve"> </w:t>
      </w:r>
      <w:r>
        <w:rPr/>
        <w:t>amigables. Yo puedo llevarte a un lugar genuinamente seguro. Pero</w:t>
      </w:r>
      <w:r>
        <w:rPr/>
        <w:t xml:space="preserve"> </w:t>
      </w:r>
      <w:r>
        <w:rPr/>
        <w:t>necesitas tomar una decisión ahora, y necesitas confiar en mí.»</w:t>
      </w:r>
    </w:p>
    <w:p>
      <w:pPr>
        <w:pStyle w:val="BodyText"/>
      </w:pPr>
      <w:r>
        <w:rPr/>
        <w:t>La Encrucijada Existencial</w:t>
      </w:r>
    </w:p>
    <w:p>
      <w:pPr>
        <w:pStyle w:val="BodyText"/>
      </w:pPr>
      <w:r>
        <w:rPr/>
        <w:t>Vasco se encontró frente a una encrucijada que definiría no solo su</w:t>
      </w:r>
      <w:r>
        <w:rPr/>
        <w:t xml:space="preserve"> </w:t>
      </w:r>
      <w:r>
        <w:rPr/>
        <w:t>supervivencia inmediata, sino el curso de toda la guerra invisible que</w:t>
      </w:r>
      <w:r>
        <w:rPr/>
        <w:t xml:space="preserve"> </w:t>
      </w:r>
      <w:r>
        <w:rPr/>
        <w:t>se libraba a su alrededor.</w:t>
      </w:r>
    </w:p>
    <w:p>
      <w:pPr>
        <w:pStyle w:val="BodyText"/>
      </w:pPr>
      <w:r>
        <w:rPr/>
        <w:t>Por un lado, podía seguir el plan original: caminar hacia el refugio que</w:t>
      </w:r>
      <w:r>
        <w:rPr/>
        <w:t xml:space="preserve"> </w:t>
      </w:r>
      <w:r>
        <w:rPr/>
        <w:t>su «Faro» misterioso parecía haberle sugerido, un lugar que ahora se</w:t>
      </w:r>
      <w:r>
        <w:rPr/>
        <w:t xml:space="preserve"> </w:t>
      </w:r>
      <w:r>
        <w:rPr/>
        <w:t>revelaba como una trampa potencial.</w:t>
      </w:r>
    </w:p>
    <w:p>
      <w:pPr>
        <w:pStyle w:val="BodyText"/>
      </w:pPr>
      <w:r>
        <w:rPr/>
        <w:t>Por otro lado, podía confiar en este completo desconocido que había</w:t>
      </w:r>
      <w:r>
        <w:rPr/>
        <w:t xml:space="preserve"> </w:t>
      </w:r>
      <w:r>
        <w:rPr/>
        <w:t>aparecido de la nada, que de alguna manera sabía exactamente lo que</w:t>
      </w:r>
      <w:r>
        <w:rPr/>
        <w:t xml:space="preserve"> </w:t>
      </w:r>
      <w:r>
        <w:rPr/>
        <w:t>estaba ocurriendo, y que irradiaba una autoridad tranquila que sus</w:t>
      </w:r>
      <w:r>
        <w:rPr/>
        <w:t xml:space="preserve"> </w:t>
      </w:r>
      <w:r>
        <w:rPr/>
        <w:t>instintos reconocían como genuina.</w:t>
      </w:r>
    </w:p>
    <w:p>
      <w:pPr>
        <w:pStyle w:val="BodyText"/>
      </w:pPr>
      <w:r>
        <w:rPr/>
        <w:t>Miró profundamente a los ojos de Markus. Eran ojos que no mostraban</w:t>
      </w:r>
      <w:r>
        <w:rPr/>
        <w:t xml:space="preserve"> </w:t>
      </w:r>
      <w:r>
        <w:rPr/>
        <w:t>engaño ni urgencia fabricada, solo una profunda y melancólica certeza.</w:t>
      </w:r>
      <w:r>
        <w:rPr/>
        <w:t xml:space="preserve"> </w:t>
      </w:r>
      <w:r>
        <w:rPr/>
        <w:t>Ojos que habían visto demasiado pero no habían perdido su humanidad.</w:t>
      </w:r>
      <w:r>
        <w:rPr/>
        <w:t xml:space="preserve"> </w:t>
      </w:r>
      <w:r>
        <w:rPr/>
        <w:t>Ojos que le recordaban extrañamente a los del hombre que había conocido</w:t>
      </w:r>
      <w:r>
        <w:rPr/>
        <w:t xml:space="preserve"> </w:t>
      </w:r>
      <w:r>
        <w:rPr/>
        <w:t>brevemente en Lisboa antes de que todo su mundo comenzara a</w:t>
      </w:r>
      <w:r>
        <w:rPr/>
        <w:t xml:space="preserve"> </w:t>
      </w:r>
      <w:r>
        <w:rPr/>
        <w:t>desmoronarse.</w:t>
      </w:r>
    </w:p>
    <w:p>
      <w:pPr>
        <w:pStyle w:val="BodyText"/>
      </w:pPr>
      <w:r>
        <w:rPr/>
        <w:t>«¿Quién eres?» preguntó finalmente Vasco, su voz apenas un susurro.</w:t>
      </w:r>
    </w:p>
    <w:p>
      <w:pPr>
        <w:pStyle w:val="BodyText"/>
      </w:pPr>
      <w:r>
        <w:rPr/>
        <w:t>«Alguien que estuvo donde tú estás ahora», respondió Markus con una</w:t>
      </w:r>
      <w:r>
        <w:rPr/>
        <w:t xml:space="preserve"> </w:t>
      </w:r>
      <w:r>
        <w:rPr/>
        <w:t>simplicidad que contenía décadas de experiencia. «Y que sabe exactamente</w:t>
      </w:r>
      <w:r>
        <w:rPr/>
        <w:t xml:space="preserve"> </w:t>
      </w:r>
      <w:r>
        <w:rPr/>
        <w:t>cómo sobrevivir.»</w:t>
      </w:r>
    </w:p>
    <w:p>
      <w:pPr>
        <w:pStyle w:val="BodyText"/>
      </w:pPr>
      <w:r>
        <w:rPr/>
        <w:t>Vasco cerró los ojos durante tres segundos. Cuando los abrió, su</w:t>
      </w:r>
      <w:r>
        <w:rPr/>
        <w:t xml:space="preserve"> </w:t>
      </w:r>
      <w:r>
        <w:rPr/>
        <w:t>decisión estaba tomada.</w:t>
      </w:r>
    </w:p>
    <w:p>
      <w:pPr>
        <w:pStyle w:val="BodyText"/>
      </w:pPr>
      <w:r>
        <w:rPr/>
        <w:t>«Vamos.»</w:t>
      </w:r>
    </w:p>
    <w:p>
      <w:pPr>
        <w:pStyle w:val="BodyText"/>
      </w:pPr>
      <w:r>
        <w:rPr/>
        <w:t>El Fantasma en el Sistema</w:t>
      </w:r>
    </w:p>
    <w:p>
      <w:pPr>
        <w:pStyle w:val="BodyText"/>
      </w:pPr>
      <w:r>
        <w:rPr/>
        <w:t>A ciento cincuenta kilómetros de distancia, en el centro móvil de</w:t>
      </w:r>
      <w:r>
        <w:rPr/>
        <w:t xml:space="preserve"> </w:t>
      </w:r>
      <w:r>
        <w:rPr/>
        <w:t>operaciones de Chrysalis, Alistair Finch observaba las pantallas con la</w:t>
      </w:r>
      <w:r>
        <w:rPr/>
        <w:t xml:space="preserve"> </w:t>
      </w:r>
      <w:r>
        <w:rPr/>
        <w:t>concentración de un cirujano en plena operación. Después de la tormenta</w:t>
      </w:r>
      <w:r>
        <w:rPr/>
        <w:t xml:space="preserve"> </w:t>
      </w:r>
      <w:r>
        <w:rPr/>
        <w:t>de datos falsos que había colapsado sus sistemas, había ordenado ignorar</w:t>
      </w:r>
      <w:r>
        <w:rPr/>
        <w:t xml:space="preserve"> </w:t>
      </w:r>
      <w:r>
        <w:rPr/>
        <w:t>completamente las señales del Faro y enfocarse exclusivamente en Vasco</w:t>
      </w:r>
      <w:r>
        <w:rPr/>
        <w:t xml:space="preserve"> </w:t>
      </w:r>
      <w:r>
        <w:rPr/>
        <w:t>Neves.</w:t>
      </w:r>
    </w:p>
    <w:p>
      <w:pPr>
        <w:pStyle w:val="BodyText"/>
      </w:pPr>
      <w:r>
        <w:rPr/>
        <w:t>Era su único activo verificable. El hilo conductor que lo llevaría hasta</w:t>
      </w:r>
      <w:r>
        <w:rPr/>
        <w:t xml:space="preserve"> </w:t>
      </w:r>
      <w:r>
        <w:rPr/>
        <w:t>Mar.</w:t>
      </w:r>
    </w:p>
    <w:p>
      <w:pPr>
        <w:pStyle w:val="BodyText"/>
      </w:pPr>
      <w:r>
        <w:rPr/>
        <w:t>«Señor», dijo el técnico especialista en análisis satelital, su voz</w:t>
      </w:r>
      <w:r>
        <w:rPr/>
        <w:t xml:space="preserve"> </w:t>
      </w:r>
      <w:r>
        <w:rPr/>
        <w:t>teñida de una incertidumbre inusual. «Tenemos una anomalía en el rastreo</w:t>
      </w:r>
      <w:r>
        <w:rPr/>
        <w:t xml:space="preserve"> </w:t>
      </w:r>
      <w:r>
        <w:rPr/>
        <w:t>del objetivo Neves.»</w:t>
      </w:r>
    </w:p>
    <w:p>
      <w:pPr>
        <w:pStyle w:val="BodyText"/>
      </w:pPr>
      <w:r>
        <w:rPr/>
        <w:t>Finch se incorporó en su silla. «¿Qué tipo de anomalía?»</w:t>
      </w:r>
    </w:p>
    <w:p>
      <w:pPr>
        <w:pStyle w:val="BodyText"/>
      </w:pPr>
      <w:r>
        <w:rPr/>
        <w:t>«El autobús llegó a la parada programada hace diecisiete minutos. Doce</w:t>
      </w:r>
      <w:r>
        <w:rPr/>
        <w:t xml:space="preserve"> </w:t>
      </w:r>
      <w:r>
        <w:rPr/>
        <w:t>pasajeros descendieron, incluido nuestro objetivo. Pero…» El técnico</w:t>
      </w:r>
      <w:r>
        <w:rPr/>
        <w:t xml:space="preserve"> </w:t>
      </w:r>
      <w:r>
        <w:rPr/>
        <w:t>hizo una pausa, como si no creyera lo que estaba a punto de decir.</w:t>
      </w:r>
      <w:r>
        <w:rPr/>
        <w:t xml:space="preserve"> </w:t>
      </w:r>
      <w:r>
        <w:rPr/>
        <w:t>«Perdimos contacto visual con Neves inmediatamente después del</w:t>
      </w:r>
      <w:r>
        <w:rPr/>
        <w:t xml:space="preserve"> </w:t>
      </w:r>
      <w:r>
        <w:rPr/>
        <w:t>descenso.»</w:t>
      </w:r>
    </w:p>
    <w:p>
      <w:pPr>
        <w:pStyle w:val="BodyText"/>
      </w:pPr>
      <w:r>
        <w:rPr/>
        <w:t>«Definan 'perdieron contacto visual'.» La voz de Finch era</w:t>
      </w:r>
      <w:r>
        <w:rPr/>
        <w:t xml:space="preserve"> </w:t>
      </w:r>
      <w:r>
        <w:rPr/>
        <w:t>peligrosamente calmada.</w:t>
      </w:r>
    </w:p>
    <w:p>
      <w:pPr>
        <w:pStyle w:val="BodyText"/>
      </w:pPr>
      <w:r>
        <w:rPr/>
        <w:t>«El dron mantuvo vigilancia constante de la parada. Los pasajeros se</w:t>
      </w:r>
      <w:r>
        <w:rPr/>
        <w:t xml:space="preserve"> </w:t>
      </w:r>
      <w:r>
        <w:rPr/>
        <w:t>dispersaron en diferentes direcciones. Neves debería haber comenzado su</w:t>
      </w:r>
      <w:r>
        <w:rPr/>
        <w:t xml:space="preserve"> </w:t>
      </w:r>
      <w:r>
        <w:rPr/>
        <w:t>caminata hacia las montañas, pero… simplemente desapareció del campo</w:t>
      </w:r>
      <w:r>
        <w:rPr/>
        <w:t xml:space="preserve"> </w:t>
      </w:r>
      <w:r>
        <w:rPr/>
        <w:t>visual. Como si se hubiera evaporado.»</w:t>
      </w:r>
    </w:p>
    <w:p>
      <w:pPr>
        <w:pStyle w:val="BodyText"/>
      </w:pPr>
      <w:r>
        <w:rPr/>
        <w:t>Finch se levantó de su silla con un movimiento controlado que no</w:t>
      </w:r>
      <w:r>
        <w:rPr/>
        <w:t xml:space="preserve"> </w:t>
      </w:r>
      <w:r>
        <w:rPr/>
        <w:t>ocultaba la tensión en cada músculo. Se acercó a la pantalla principal</w:t>
      </w:r>
      <w:r>
        <w:rPr/>
        <w:t xml:space="preserve"> </w:t>
      </w:r>
      <w:r>
        <w:rPr/>
        <w:t>donde las imágenes del dron se reproducían en bucle.</w:t>
      </w:r>
    </w:p>
    <w:p>
      <w:pPr>
        <w:pStyle w:val="BodyText"/>
      </w:pPr>
      <w:r>
        <w:rPr/>
        <w:t>«Retrocedan al momento del descenso. Velocidad normal.»</w:t>
      </w:r>
    </w:p>
    <w:p>
      <w:pPr>
        <w:pStyle w:val="BodyText"/>
      </w:pPr>
      <w:r>
        <w:rPr/>
        <w:t>Las imágenes mostraron el autobús deteniéndose, los pasajeros bajando</w:t>
      </w:r>
      <w:r>
        <w:rPr/>
        <w:t xml:space="preserve"> </w:t>
      </w:r>
      <w:r>
        <w:rPr/>
        <w:t>uno a uno. Vasco apareció claramente, con su mochila y la capucha</w:t>
      </w:r>
      <w:r>
        <w:rPr/>
        <w:t xml:space="preserve"> </w:t>
      </w:r>
      <w:r>
        <w:rPr/>
        <w:t>subida. Caminó unos pasos alejándose del autobús y luego…</w:t>
      </w:r>
    </w:p>
    <w:p>
      <w:pPr>
        <w:pStyle w:val="BodyText"/>
      </w:pPr>
      <w:r>
        <w:rPr/>
        <w:t>«Detengan ahí.» Finch se inclinó hacia la pantalla, entrecerrado los</w:t>
      </w:r>
      <w:r>
        <w:rPr/>
        <w:t xml:space="preserve"> </w:t>
      </w:r>
      <w:r>
        <w:rPr/>
        <w:t>ojos. «Amplíen ese sector.»</w:t>
      </w:r>
    </w:p>
    <w:p>
      <w:pPr>
        <w:pStyle w:val="BodyText"/>
      </w:pPr>
      <w:r>
        <w:rPr/>
        <w:t>La imagen se expandió mostrando a Vasco junto a otro pasajero, un hombre</w:t>
      </w:r>
      <w:r>
        <w:rPr/>
        <w:t xml:space="preserve"> </w:t>
      </w:r>
      <w:r>
        <w:rPr/>
        <w:t>mayor de aspecto tranquilo. Intercambiaban lo que parecía ser un</w:t>
      </w:r>
      <w:r>
        <w:rPr/>
        <w:t xml:space="preserve"> </w:t>
      </w:r>
      <w:r>
        <w:rPr/>
        <w:t>comentario casual. Nada sospechoso. Y sin embargo…</w:t>
      </w:r>
    </w:p>
    <w:p>
      <w:pPr>
        <w:pStyle w:val="BodyText"/>
      </w:pPr>
      <w:r>
        <w:rPr/>
        <w:t>«¿Quién es ese hombre?» preguntó Finch.</w:t>
      </w:r>
    </w:p>
    <w:p>
      <w:pPr>
        <w:pStyle w:val="BodyText"/>
      </w:pPr>
      <w:r>
        <w:rPr/>
        <w:t>«Un momento, señor.» El técnico tecleó rápidamente. «Revisando grabación</w:t>
      </w:r>
      <w:r>
        <w:rPr/>
        <w:t xml:space="preserve"> </w:t>
      </w:r>
      <w:r>
        <w:rPr/>
        <w:t>del autobús… Sí, está identificado. Subió en Soria, tres paradas</w:t>
      </w:r>
      <w:r>
        <w:rPr/>
        <w:t xml:space="preserve"> </w:t>
      </w:r>
      <w:r>
        <w:rPr/>
        <w:t>después de Neves. Pasaporte alemán. Turista. Tiene reservas en un hostal</w:t>
      </w:r>
      <w:r>
        <w:rPr/>
        <w:t xml:space="preserve"> </w:t>
      </w:r>
      <w:r>
        <w:rPr/>
        <w:t>rural de la zona. Todo parece legítimo.»</w:t>
      </w:r>
    </w:p>
    <w:p>
      <w:pPr>
        <w:pStyle w:val="BodyText"/>
      </w:pPr>
      <w:r>
        <w:rPr/>
        <w:t>«Todo parece legítimo», repitió Finch lentamente, saboreando cada</w:t>
      </w:r>
      <w:r>
        <w:rPr/>
        <w:t xml:space="preserve"> </w:t>
      </w:r>
      <w:r>
        <w:rPr/>
        <w:t>palabra como si fuera veneno. «Corran reconocimiento facial. Crucen con</w:t>
      </w:r>
      <w:r>
        <w:rPr/>
        <w:t xml:space="preserve"> </w:t>
      </w:r>
      <w:r>
        <w:rPr/>
        <w:t>todas nuestras bases de datos. Europol, Interpol, archivos de</w:t>
      </w:r>
      <w:r>
        <w:rPr/>
        <w:t xml:space="preserve"> </w:t>
      </w:r>
      <w:r>
        <w:rPr/>
        <w:t>inteligencia del Este durante la Guerra Fría.»</w:t>
      </w:r>
    </w:p>
    <w:p>
      <w:pPr>
        <w:pStyle w:val="BodyText"/>
      </w:pPr>
      <w:r>
        <w:rPr/>
        <w:t>El técnico lo miró sorprendido. «¿Guerra Fría, señor?»</w:t>
      </w:r>
    </w:p>
    <w:p>
      <w:pPr>
        <w:pStyle w:val="BodyText"/>
      </w:pPr>
      <w:r>
        <w:rPr/>
        <w:t>«Háganlo.»</w:t>
      </w:r>
    </w:p>
    <w:p>
      <w:pPr>
        <w:pStyle w:val="BodyText"/>
      </w:pPr>
      <w:r>
        <w:rPr/>
        <w:t>Mientras los algoritmos procesaban, Finch continuó observando la</w:t>
      </w:r>
      <w:r>
        <w:rPr/>
        <w:t xml:space="preserve"> </w:t>
      </w:r>
      <w:r>
        <w:rPr/>
        <w:t>grabación. Había algo en la forma en que ese hombre se movía. No era la</w:t>
      </w:r>
      <w:r>
        <w:rPr/>
        <w:t xml:space="preserve"> </w:t>
      </w:r>
      <w:r>
        <w:rPr/>
        <w:t>torpeza de un turista desorientado. Era la economía de movimientos de</w:t>
      </w:r>
      <w:r>
        <w:rPr/>
        <w:t xml:space="preserve"> </w:t>
      </w:r>
      <w:r>
        <w:rPr/>
        <w:t>alguien entrenado para parecer invisible.</w:t>
      </w:r>
    </w:p>
    <w:p>
      <w:pPr>
        <w:pStyle w:val="BodyText"/>
      </w:pPr>
      <w:r>
        <w:rPr/>
        <w:t>«Retrocedan más», ordenó. «Quiero ver el incidente con las ovejas.»</w:t>
      </w:r>
    </w:p>
    <w:p>
      <w:pPr>
        <w:pStyle w:val="BodyText"/>
      </w:pPr>
      <w:r>
        <w:rPr/>
        <w:t>Las imágenes mostraron el rebaño bloqueando la carretera, el pastor</w:t>
      </w:r>
      <w:r>
        <w:rPr/>
        <w:t xml:space="preserve"> </w:t>
      </w:r>
      <w:r>
        <w:rPr/>
        <w:t>gesticulando, el mismo turista alemán ayudando a apartar los animales.</w:t>
      </w:r>
      <w:r>
        <w:rPr/>
        <w:t xml:space="preserve"> </w:t>
      </w:r>
      <w:r>
        <w:rPr/>
        <w:t>Todo perfectamente natural. Todo perfectamente coreografiado.</w:t>
      </w:r>
    </w:p>
    <w:p>
      <w:pPr>
        <w:pStyle w:val="BodyText"/>
      </w:pPr>
      <w:r>
        <w:rPr/>
        <w:t>«Analicen el patrón de movimiento de ese hombre durante el incidente.</w:t>
      </w:r>
      <w:r>
        <w:rPr/>
        <w:t xml:space="preserve"> </w:t>
      </w:r>
      <w:r>
        <w:rPr/>
        <w:t>Compárenlo con protocolos de intercepción de Stasi, KGB y servicios de</w:t>
      </w:r>
      <w:r>
        <w:rPr/>
        <w:t xml:space="preserve"> </w:t>
      </w:r>
      <w:r>
        <w:rPr/>
        <w:t>inteligencia occidentales.»</w:t>
      </w:r>
    </w:p>
    <w:p>
      <w:pPr>
        <w:pStyle w:val="BodyText"/>
      </w:pPr>
      <w:r>
        <w:rPr/>
        <w:t>Una alarma sonó suavemente en la consola.</w:t>
      </w:r>
    </w:p>
    <w:p>
      <w:pPr>
        <w:pStyle w:val="BodyText"/>
      </w:pPr>
      <w:r>
        <w:rPr/>
        <w:t>«Señor», dijo el técnico, su voz ahora claramente alterada. «Tenemos una</w:t>
      </w:r>
      <w:r>
        <w:rPr/>
        <w:t xml:space="preserve"> </w:t>
      </w:r>
      <w:r>
        <w:rPr/>
        <w:t>coincidencia. No está en bases de datos actuales, pero el software de</w:t>
      </w:r>
      <w:r>
        <w:rPr/>
        <w:t xml:space="preserve"> </w:t>
      </w:r>
      <w:r>
        <w:rPr/>
        <w:t>envejecimiento facial encontró una correspondencia en archivos</w:t>
      </w:r>
      <w:r>
        <w:rPr/>
        <w:t xml:space="preserve"> </w:t>
      </w:r>
      <w:r>
        <w:rPr/>
        <w:t>desclasificados de Alemania Oriental. Markus Reinhardt. Ex técnico de</w:t>
      </w:r>
      <w:r>
        <w:rPr/>
        <w:t xml:space="preserve"> </w:t>
      </w:r>
      <w:r>
        <w:rPr/>
        <w:t>sonido de la Filarmónica de Berlín. Desertó al Oeste en 1989, justo</w:t>
      </w:r>
      <w:r>
        <w:rPr/>
        <w:t xml:space="preserve"> </w:t>
      </w:r>
      <w:r>
        <w:rPr/>
        <w:t>antes de la caída del Muro. Después de eso… nada. Fantasma completo.»</w:t>
      </w:r>
    </w:p>
    <w:p>
      <w:pPr>
        <w:pStyle w:val="BodyText"/>
      </w:pPr>
      <w:r>
        <w:rPr/>
        <w:t>Finch sintió algo que no experimentaba a menudo: admiración profesional</w:t>
      </w:r>
      <w:r>
        <w:rPr/>
        <w:t xml:space="preserve"> </w:t>
      </w:r>
      <w:r>
        <w:rPr/>
        <w:t>mezclada con furia helada. No estaban tratando con aficionados. Mar</w:t>
      </w:r>
      <w:r>
        <w:rPr/>
        <w:t xml:space="preserve"> </w:t>
      </w:r>
      <w:r>
        <w:rPr/>
        <w:t>tenía un equipo. Y uno de ellos era un profesional de la vieja escuela,</w:t>
      </w:r>
      <w:r>
        <w:rPr/>
        <w:t xml:space="preserve"> </w:t>
      </w:r>
      <w:r>
        <w:rPr/>
        <w:t>entrenado en técnicas de evasión que precedían a la era digital.</w:t>
      </w:r>
    </w:p>
    <w:p>
      <w:pPr>
        <w:pStyle w:val="BodyText"/>
      </w:pPr>
      <w:r>
        <w:rPr/>
        <w:t>«Ese 'accidente' con las ovejas no fue accidental», murmuró Finch, más</w:t>
      </w:r>
      <w:r>
        <w:rPr/>
        <w:t xml:space="preserve"> </w:t>
      </w:r>
      <w:r>
        <w:rPr/>
        <w:t>para sí mismo que para su equipo. «Fue una operación de interceptación</w:t>
      </w:r>
      <w:r>
        <w:rPr/>
        <w:t xml:space="preserve"> </w:t>
      </w:r>
      <w:r>
        <w:rPr/>
        <w:t>clásica. Y nosotros…» Su voz se endureció. «Nosotros miramos</w:t>
      </w:r>
      <w:r>
        <w:rPr/>
        <w:t xml:space="preserve"> </w:t>
      </w:r>
      <w:r>
        <w:rPr/>
        <w:t>directamente y no vimos nada.»</w:t>
      </w:r>
    </w:p>
    <w:p>
      <w:pPr>
        <w:pStyle w:val="BodyText"/>
      </w:pPr>
      <w:r>
        <w:rPr/>
        <w:t>Se giró hacia sus técnicos. «Desplieguen equipos terrestres</w:t>
      </w:r>
      <w:r>
        <w:rPr/>
        <w:t xml:space="preserve"> </w:t>
      </w:r>
      <w:r>
        <w:rPr/>
        <w:t>inmediatamente. Radio de búsqueda de veinte kilómetros desde esa parada.</w:t>
      </w:r>
      <w:r>
        <w:rPr/>
        <w:t xml:space="preserve"> </w:t>
      </w:r>
      <w:r>
        <w:rPr/>
        <w:t>Revisen todas las carreteras secundarias, caminos rurales, propiedades</w:t>
      </w:r>
      <w:r>
        <w:rPr/>
        <w:t xml:space="preserve"> </w:t>
      </w:r>
      <w:r>
        <w:rPr/>
        <w:t>aisladas. Y encuentren todos los vehículos que salieron de esa zona en</w:t>
      </w:r>
      <w:r>
        <w:rPr/>
        <w:t xml:space="preserve"> </w:t>
      </w:r>
      <w:r>
        <w:rPr/>
        <w:t>las últimas dos horas.»</w:t>
      </w:r>
    </w:p>
    <w:p>
      <w:pPr>
        <w:pStyle w:val="BodyText"/>
      </w:pPr>
      <w:r>
        <w:rPr/>
        <w:t>Hizo una pausa, contemplando el mapa digital donde el punto rojo que</w:t>
      </w:r>
      <w:r>
        <w:rPr/>
        <w:t xml:space="preserve"> </w:t>
      </w:r>
      <w:r>
        <w:rPr/>
        <w:t>representaba a Vasco había desaparecido.</w:t>
      </w:r>
    </w:p>
    <w:p>
      <w:pPr>
        <w:pStyle w:val="BodyText"/>
      </w:pPr>
      <w:r>
        <w:rPr/>
        <w:t>«También quiero un análisis completo del perfil de Markus Reinhardt.</w:t>
      </w:r>
      <w:r>
        <w:rPr/>
        <w:t xml:space="preserve"> </w:t>
      </w:r>
      <w:r>
        <w:rPr/>
        <w:t>Contactos conocidos, especialidades operativas, patrones de</w:t>
      </w:r>
      <w:r>
        <w:rPr/>
        <w:t xml:space="preserve"> </w:t>
      </w:r>
      <w:r>
        <w:rPr/>
        <w:t>comportamiento. Si trabajó en la Filarmónica de Berlín, tendrá</w:t>
      </w:r>
      <w:r>
        <w:rPr/>
        <w:t xml:space="preserve"> </w:t>
      </w:r>
      <w:r>
        <w:rPr/>
        <w:t>conexiones con el mundo del sonido. Busquen vínculos con estudios de</w:t>
      </w:r>
      <w:r>
        <w:rPr/>
        <w:t xml:space="preserve"> </w:t>
      </w:r>
      <w:r>
        <w:rPr/>
        <w:t>grabación, ingenieros de audio, cualquier cosa relacionada con</w:t>
      </w:r>
      <w:r>
        <w:rPr/>
        <w:t xml:space="preserve"> </w:t>
      </w:r>
      <w:r>
        <w:rPr/>
        <w:t>acústica.»</w:t>
      </w:r>
    </w:p>
    <w:p>
      <w:pPr>
        <w:pStyle w:val="BodyText"/>
      </w:pPr>
      <w:r>
        <w:rPr/>
        <w:t>Un técnico levantó la mano tímidamente. «Señor, ¿cree que este Reinhardt</w:t>
      </w:r>
      <w:r>
        <w:rPr/>
        <w:t xml:space="preserve"> </w:t>
      </w:r>
      <w:r>
        <w:rPr/>
        <w:t>está trabajando directamente con el Faro?»</w:t>
      </w:r>
    </w:p>
    <w:p>
      <w:pPr>
        <w:pStyle w:val="BodyText"/>
      </w:pPr>
      <w:r>
        <w:rPr/>
        <w:t>Finch no respondió inmediatamente. En su mente, las piezas comenzaban a</w:t>
      </w:r>
      <w:r>
        <w:rPr/>
        <w:t xml:space="preserve"> </w:t>
      </w:r>
      <w:r>
        <w:rPr/>
        <w:t>encajar con una claridad inquietante. Un ingeniero de sonido de Berlín.</w:t>
      </w:r>
      <w:r>
        <w:rPr/>
        <w:t xml:space="preserve"> </w:t>
      </w:r>
      <w:r>
        <w:rPr/>
        <w:t>Una mujer con capacidades acústicas imposibles. Un académico</w:t>
      </w:r>
      <w:r>
        <w:rPr/>
        <w:t xml:space="preserve"> </w:t>
      </w:r>
      <w:r>
        <w:rPr/>
        <w:t>especializado en resonancia.</w:t>
      </w:r>
    </w:p>
    <w:p>
      <w:pPr>
        <w:pStyle w:val="BodyText"/>
      </w:pPr>
      <w:r>
        <w:rPr/>
        <w:t>«No», dijo finalmente. «No creo que esté trabajando con el Faro.» Su voz</w:t>
      </w:r>
      <w:r>
        <w:rPr/>
        <w:t xml:space="preserve"> </w:t>
      </w:r>
      <w:r>
        <w:rPr/>
        <w:t>se volvió más oscura. «Creo que forma parte de su círculo íntimo. Y</w:t>
      </w:r>
      <w:r>
        <w:rPr/>
        <w:t xml:space="preserve"> </w:t>
      </w:r>
      <w:r>
        <w:rPr/>
        <w:t>acabamos de revelar nuestra mano.»</w:t>
      </w:r>
    </w:p>
    <w:p>
      <w:pPr>
        <w:pStyle w:val="BodyText"/>
      </w:pPr>
      <w:r>
        <w:rPr/>
        <w:t>Se dirigió hacia la salida del centro de operaciones. «Preparen mi</w:t>
      </w:r>
      <w:r>
        <w:rPr/>
        <w:t xml:space="preserve"> </w:t>
      </w:r>
      <w:r>
        <w:rPr/>
        <w:t>vehículo. Voy personalmente al terreno.»</w:t>
      </w:r>
    </w:p>
    <w:p>
      <w:pPr>
        <w:pStyle w:val="BodyText"/>
      </w:pPr>
      <w:r>
        <w:rPr/>
        <w:t>«¿Señor?»</w:t>
      </w:r>
    </w:p>
    <w:p>
      <w:pPr>
        <w:pStyle w:val="BodyText"/>
      </w:pPr>
      <w:r>
        <w:rPr/>
        <w:t>Finch se detuvo en el umbral. «Si quieres cazar a un fantasma, no puedes</w:t>
      </w:r>
      <w:r>
        <w:rPr/>
        <w:t xml:space="preserve"> </w:t>
      </w:r>
      <w:r>
        <w:rPr/>
        <w:t>confiar en máquinas. Tienes que convertirte en fantasma tú mismo.»</w:t>
      </w:r>
    </w:p>
    <w:p>
      <w:pPr>
        <w:pStyle w:val="BodyText"/>
      </w:pPr>
      <w:r>
        <w:rPr/>
        <w:t>El aire de Castilla lo golpeó cuando salió—seco, hostil, infinitamente</w:t>
      </w:r>
      <w:r>
        <w:rPr/>
        <w:t xml:space="preserve"> </w:t>
      </w:r>
      <w:r>
        <w:rPr/>
        <w:t>antiguo. Miró hacia las montañas donde Vasco había desaparecido junto</w:t>
      </w:r>
      <w:r>
        <w:rPr/>
        <w:t xml:space="preserve"> </w:t>
      </w:r>
      <w:r>
        <w:rPr/>
        <w:t>con su captor profesional.</w:t>
      </w:r>
    </w:p>
    <w:p>
      <w:pPr>
        <w:pStyle w:val="BodyText"/>
      </w:pPr>
      <w:r>
        <w:rPr/>
        <w:t>El juego acababa de cambiar. Ya no estaba cazando a una presa asustada</w:t>
      </w:r>
      <w:r>
        <w:rPr/>
        <w:t xml:space="preserve"> </w:t>
      </w:r>
      <w:r>
        <w:rPr/>
        <w:t>que huía hacia una trampa. Estaba jugando ajedrez contra alguien que</w:t>
      </w:r>
      <w:r>
        <w:rPr/>
        <w:t xml:space="preserve"> </w:t>
      </w:r>
      <w:r>
        <w:rPr/>
        <w:t>conocía las mismas reglas que él.</w:t>
      </w:r>
    </w:p>
    <w:p>
      <w:pPr>
        <w:pStyle w:val="BodyText"/>
      </w:pPr>
      <w:r>
        <w:rPr/>
        <w:t>Y eso, pensó mientras subía a su vehículo, lo hacía infinitamente más</w:t>
      </w:r>
      <w:r>
        <w:rPr/>
        <w:t xml:space="preserve"> </w:t>
      </w:r>
      <w:r>
        <w:rPr/>
        <w:t>interesante.</w:t>
      </w:r>
    </w:p>
    <w:p>
      <w:pPr>
        <w:pStyle w:val="Heading1"/>
      </w:pPr>
      <w:r>
        <w:rPr/>
        <w:t>CAPÍTULO 46. LA DANZA DE LOS FANTASMAS</w:t>
      </w:r>
    </w:p>
    <w:p>
      <w:pPr/>
      <w:r>
        <w:rPr/>
        <w:t>«La vigilancia es una forma de fe.</w:t>
      </w:r>
    </w:p>
    <w:p>
      <w:pPr>
        <w:pStyle w:val="BodyText"/>
      </w:pPr>
      <w:r>
        <w:rPr/>
        <w:t>Lo verdaderamente aterrador no es que alguien te mire,</w:t>
      </w:r>
    </w:p>
    <w:p>
      <w:pPr>
        <w:pStyle w:val="BodyText"/>
      </w:pPr>
      <w:r>
        <w:rPr/>
        <w:t>sino que te conozca mejor de lo que estás dispuesto a conocerte a ti</w:t>
      </w:r>
      <w:r>
        <w:rPr/>
        <w:t xml:space="preserve"> </w:t>
      </w:r>
      <w:r>
        <w:rPr/>
        <w:t>mismo.»</w:t>
      </w:r>
    </w:p>
    <w:p>
      <w:pPr>
        <w:pStyle w:val="BodyText"/>
      </w:pPr>
      <w:r>
        <w:rPr/>
        <w:t>— Alistair Finch, notas internas del Proyecto Silencio.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Vasco se quitó los zapatos y caminó descalzo sobre la grava islandesa.</w:t>
      </w:r>
      <w:r>
        <w:rPr/>
        <w:t xml:space="preserve"> </w:t>
      </w:r>
      <w:r>
        <w:rPr/>
        <w:t>Le dolía, pero el dolor era información útil.</w:t>
      </w:r>
    </w:p>
    <w:p>
      <w:pPr>
        <w:pStyle w:val="BodyText"/>
      </w:pPr>
      <w:r>
        <w:rPr>
          <w:b/>
        </w:rPr>
        <w:t>I. LA CASA TOMADA</w:t>
      </w:r>
    </w:p>
    <w:p>
      <w:pPr>
        <w:pStyle w:val="BodyText"/>
      </w:pPr>
      <w:r>
        <w:rPr/>
        <w:t>Masía del Matarraña. 3:07 a. m.</w:t>
      </w:r>
    </w:p>
    <w:p>
      <w:pPr>
        <w:pStyle w:val="BodyText"/>
      </w:pPr>
      <w:r>
        <w:rPr/>
        <w:t>El mensaje de Lena llegó como un latigazo luminoso en la pantalla del</w:t>
      </w:r>
      <w:r>
        <w:rPr/>
        <w:t xml:space="preserve"> </w:t>
      </w:r>
      <w:r>
        <w:rPr/>
        <w:t>móvil:</w:t>
      </w:r>
    </w:p>
    <w:p>
      <w:pPr>
        <w:pStyle w:val="BodyText"/>
      </w:pPr>
      <w:r>
        <w:rPr/>
        <w:t>EMISOR ACTIVADO.</w:t>
      </w:r>
    </w:p>
    <w:p>
      <w:pPr>
        <w:pStyle w:val="BodyText"/>
      </w:pPr>
      <w:r>
        <w:rPr/>
        <w:t>FINCH HA PASADO A MODO DIRECTO.</w:t>
      </w:r>
    </w:p>
    <w:p>
      <w:pPr>
        <w:pStyle w:val="BodyText"/>
      </w:pPr>
      <w:r>
        <w:rPr/>
        <w:t>NO REACCIONES COMO ÉL ESPERA.</w:t>
      </w:r>
    </w:p>
    <w:p>
      <w:pPr>
        <w:pStyle w:val="BodyText"/>
      </w:pPr>
      <w:r>
        <w:rPr/>
        <w:t>Mar no necesitó más. El pulso del Eco, que hasta hacía un minuto dormía</w:t>
      </w:r>
      <w:r>
        <w:rPr/>
        <w:t xml:space="preserve"> </w:t>
      </w:r>
      <w:r>
        <w:rPr/>
        <w:t>bajo la piel como un animal satisfecho, se tensó en posición de alerta.</w:t>
      </w:r>
    </w:p>
    <w:p>
      <w:pPr>
        <w:pStyle w:val="BodyText"/>
      </w:pPr>
      <w:r>
        <w:rPr/>
        <w:t>La masía estaba en silencio. Un silencio de campo profundo: grillos,</w:t>
      </w:r>
      <w:r>
        <w:rPr/>
        <w:t xml:space="preserve"> </w:t>
      </w:r>
      <w:r>
        <w:rPr/>
        <w:t>viento, el rumor lejano de un río que apenas se oía. Sobre ese fondo, la</w:t>
      </w:r>
      <w:r>
        <w:rPr/>
        <w:t xml:space="preserve"> </w:t>
      </w:r>
      <w:r>
        <w:rPr/>
        <w:t>casa respiraba con sus propios ruidos minúsculos: madera dilatándose,</w:t>
      </w:r>
      <w:r>
        <w:rPr/>
        <w:t xml:space="preserve"> </w:t>
      </w:r>
      <w:r>
        <w:rPr/>
        <w:t>tuberías que suspiraban, el motor viejo del frigorífico arrancando a</w:t>
      </w:r>
      <w:r>
        <w:rPr/>
        <w:t xml:space="preserve"> </w:t>
      </w:r>
      <w:r>
        <w:rPr/>
        <w:t>destiempo.</w:t>
      </w:r>
    </w:p>
    <w:p>
      <w:pPr>
        <w:pStyle w:val="BodyText"/>
      </w:pPr>
      <w:r>
        <w:rPr/>
        <w:t>Mar estaba descalza en la cocina, apoyada contra la encimera,</w:t>
      </w:r>
      <w:r>
        <w:rPr/>
        <w:t xml:space="preserve"> </w:t>
      </w:r>
      <w:r>
        <w:rPr/>
        <w:t>sosteniendo una taza de café frío entre las manos. Había creído que esa</w:t>
      </w:r>
      <w:r>
        <w:rPr/>
        <w:t xml:space="preserve"> </w:t>
      </w:r>
      <w:r>
        <w:rPr/>
        <w:t>noche podría, por una vez, escuchar solo el mundo y no el universo.</w:t>
      </w:r>
    </w:p>
    <w:p>
      <w:pPr>
        <w:pStyle w:val="BodyText"/>
      </w:pPr>
      <w:r>
        <w:rPr/>
        <w:t>Se había equivocado.</w:t>
      </w:r>
    </w:p>
    <w:p>
      <w:pPr>
        <w:pStyle w:val="BodyText"/>
      </w:pPr>
      <w:r>
        <w:rPr/>
        <w:t>La primera perturbación fue mínima: un siseo casi imperceptible, como el</w:t>
      </w:r>
      <w:r>
        <w:rPr/>
        <w:t xml:space="preserve"> </w:t>
      </w:r>
      <w:r>
        <w:rPr/>
        <w:t>ruido de fondo de una radio mal sintonizada. Luego llegaron las voces.</w:t>
      </w:r>
    </w:p>
    <w:p>
      <w:pPr>
        <w:pStyle w:val="BodyText"/>
      </w:pPr>
      <w:r>
        <w:rPr/>
        <w:t>No voces completas. Fragmentos. Restos de conversaciones que jamás</w:t>
      </w:r>
      <w:r>
        <w:rPr/>
        <w:t xml:space="preserve"> </w:t>
      </w:r>
      <w:r>
        <w:rPr/>
        <w:t>habían ocurrido en esa casa.</w:t>
      </w:r>
    </w:p>
    <w:p>
      <w:pPr>
        <w:pStyle w:val="BodyText"/>
      </w:pPr>
      <w:r>
        <w:rPr/>
        <w:t>—Te vas a equivocar, Mar —susurró Adrián, con un tono que jamás</w:t>
      </w:r>
      <w:r>
        <w:rPr/>
        <w:t xml:space="preserve"> </w:t>
      </w:r>
      <w:r>
        <w:rPr/>
        <w:t>había usado en vida—. Vas a hacer que los maten a todos.</w:t>
      </w:r>
    </w:p>
    <w:p>
      <w:pPr>
        <w:pStyle w:val="BodyText"/>
      </w:pPr>
      <w:r>
        <w:rPr/>
        <w:t>La taza resbaló de sus manos. No llegó a caer. Se quedó flotando a medio</w:t>
      </w:r>
      <w:r>
        <w:rPr/>
        <w:t xml:space="preserve"> </w:t>
      </w:r>
      <w:r>
        <w:rPr/>
        <w:t>camino entre la encimera y el suelo, suspendida en ese segundo imposible</w:t>
      </w:r>
      <w:r>
        <w:rPr/>
        <w:t xml:space="preserve"> </w:t>
      </w:r>
      <w:r>
        <w:rPr/>
        <w:t>en el que la gravedad aún no ha tomado su decisión.</w:t>
      </w:r>
    </w:p>
    <w:p>
      <w:pPr>
        <w:pStyle w:val="BodyText"/>
      </w:pPr>
      <w:r>
        <w:rPr/>
        <w:t>Mar parpadeó.</w:t>
      </w:r>
    </w:p>
    <w:p>
      <w:pPr>
        <w:pStyle w:val="BodyText"/>
      </w:pPr>
      <w:r>
        <w:rPr/>
        <w:t>La taza golpeó el gres y se hizo añicos.</w:t>
      </w:r>
    </w:p>
    <w:p>
      <w:pPr>
        <w:pStyle w:val="BodyText"/>
      </w:pPr>
      <w:r>
        <w:rPr/>
        <w:t>—Muy teatral —murmuró—. Demasiado.</w:t>
      </w:r>
    </w:p>
    <w:p>
      <w:pPr>
        <w:pStyle w:val="BodyText"/>
      </w:pPr>
      <w:r>
        <w:rPr/>
        <w:t>La luz de la cocina parpadeó. Cuando volvió a estabilizarse, había</w:t>
      </w:r>
      <w:r>
        <w:rPr/>
        <w:t xml:space="preserve"> </w:t>
      </w:r>
      <w:r>
        <w:rPr/>
        <w:t>alguien sentado a la mesa.</w:t>
      </w:r>
    </w:p>
    <w:p>
      <w:pPr>
        <w:pStyle w:val="BodyText"/>
      </w:pPr>
      <w:r>
        <w:rPr/>
        <w:t>Era ella misma.</w:t>
      </w:r>
    </w:p>
    <w:p>
      <w:pPr>
        <w:pStyle w:val="BodyText"/>
      </w:pPr>
      <w:r>
        <w:rPr/>
        <w:t>Mar se vio con diez años menos, ojeras de Erasmus, manos manchadas de</w:t>
      </w:r>
      <w:r>
        <w:rPr/>
        <w:t xml:space="preserve"> </w:t>
      </w:r>
      <w:r>
        <w:rPr/>
        <w:t>grafito, rodeada de partituras y cables. La doble levantó la vista, con</w:t>
      </w:r>
      <w:r>
        <w:rPr/>
        <w:t xml:space="preserve"> </w:t>
      </w:r>
      <w:r>
        <w:rPr/>
        <w:t>la expresión exacta de una Mar vieja con la que se había cruzado mil</w:t>
      </w:r>
      <w:r>
        <w:rPr/>
        <w:t xml:space="preserve"> </w:t>
      </w:r>
      <w:r>
        <w:rPr/>
        <w:t>veces en la memoria. Abrió la boca.</w:t>
      </w:r>
    </w:p>
    <w:p>
      <w:pPr>
        <w:pStyle w:val="BodyText"/>
      </w:pPr>
      <w:r>
        <w:rPr/>
        <w:t>La voz que salió no era la suya.</w:t>
      </w:r>
    </w:p>
    <w:p>
      <w:pPr>
        <w:pStyle w:val="BodyText"/>
      </w:pPr>
      <w:r>
        <w:rPr/>
        <w:t>—Siempre supiste que esto acabaría mal.</w:t>
      </w:r>
    </w:p>
    <w:p>
      <w:pPr>
        <w:pStyle w:val="BodyText"/>
      </w:pPr>
      <w:r>
        <w:rPr/>
        <w:t>El acento era el de Finch.</w:t>
      </w:r>
    </w:p>
    <w:p>
      <w:pPr>
        <w:pStyle w:val="BodyText"/>
      </w:pPr>
      <w:r>
        <w:rPr/>
        <w:t>Mar sintió que algo le recorría la columna, un escalofrío eléctrico más</w:t>
      </w:r>
      <w:r>
        <w:rPr/>
        <w:t xml:space="preserve"> </w:t>
      </w:r>
      <w:r>
        <w:rPr/>
        <w:t>que térmico. No era miedo puro. Era reconocimiento técnico.</w:t>
      </w:r>
    </w:p>
    <w:p>
      <w:pPr>
        <w:pStyle w:val="BodyText"/>
      </w:pPr>
      <w:r>
        <w:rPr/>
        <w:t>—Proyecto Silencio —dijo en voz baja—. Muy sofisticado. Muy</w:t>
      </w:r>
      <w:r>
        <w:rPr/>
        <w:t xml:space="preserve"> </w:t>
      </w:r>
      <w:r>
        <w:rPr/>
        <w:t>elegante. Muy cobarde.</w:t>
      </w:r>
    </w:p>
    <w:p>
      <w:pPr>
        <w:pStyle w:val="BodyText"/>
      </w:pPr>
      <w:r>
        <w:rPr/>
        <w:t>La figura sonrió con una mueca que no le pertenecía.</w:t>
      </w:r>
    </w:p>
    <w:p>
      <w:pPr>
        <w:pStyle w:val="BodyText"/>
      </w:pPr>
      <w:r>
        <w:rPr/>
        <w:t>La casa se llenó de sombras. No tenían forma definida, como manchas de</w:t>
      </w:r>
      <w:r>
        <w:rPr/>
        <w:t xml:space="preserve"> </w:t>
      </w:r>
      <w:r>
        <w:rPr/>
        <w:t>humo proyectadas en las paredes. Se movían con movimientos apenas</w:t>
      </w:r>
      <w:r>
        <w:rPr/>
        <w:t xml:space="preserve"> </w:t>
      </w:r>
      <w:r>
        <w:rPr/>
        <w:t>perceptibles, como si alguien las estuviera animando en tiempo real</w:t>
      </w:r>
      <w:r>
        <w:rPr/>
        <w:t xml:space="preserve"> </w:t>
      </w:r>
      <w:r>
        <w:rPr/>
        <w:t>desde una consola lejana.</w:t>
      </w:r>
    </w:p>
    <w:p>
      <w:pPr>
        <w:pStyle w:val="BodyText"/>
      </w:pPr>
      <w:r>
        <w:rPr/>
        <w:t>El Eco, que ahora formaba parte de su sistema nervioso, reconoció la</w:t>
      </w:r>
      <w:r>
        <w:rPr/>
        <w:t xml:space="preserve"> </w:t>
      </w:r>
      <w:r>
        <w:rPr/>
        <w:t>lógica de la intrusión. Aquellas no eran apariciones. Eran proyecciones</w:t>
      </w:r>
      <w:r>
        <w:rPr/>
        <w:t xml:space="preserve"> </w:t>
      </w:r>
      <w:r>
        <w:rPr/>
        <w:t>dirigidas: estímulos acústicos y visuales modulados para rozar</w:t>
      </w:r>
      <w:r>
        <w:rPr/>
        <w:t xml:space="preserve"> </w:t>
      </w:r>
      <w:r>
        <w:rPr/>
        <w:t>exactamente sus puntos débiles. No buscaban asustarla de cualquier modo;</w:t>
      </w:r>
      <w:r>
        <w:rPr/>
        <w:t xml:space="preserve"> </w:t>
      </w:r>
      <w:r>
        <w:rPr/>
        <w:t>buscaban asustarla como Finch necesitaba.</w:t>
      </w:r>
    </w:p>
    <w:p>
      <w:pPr>
        <w:pStyle w:val="BodyText"/>
      </w:pPr>
      <w:r>
        <w:rPr/>
        <w:t>—Están intentando saturar los canales —pensó en voz alta—.</w:t>
      </w:r>
      <w:r>
        <w:rPr/>
        <w:t xml:space="preserve"> </w:t>
      </w:r>
      <w:r>
        <w:rPr/>
        <w:t>Convertir mi propia casa en una cámara anecoica emocional.</w:t>
      </w:r>
    </w:p>
    <w:p>
      <w:pPr>
        <w:pStyle w:val="BodyText"/>
      </w:pPr>
      <w:r>
        <w:rPr/>
        <w:t>El pasillo se estrechó. No físicamente, sino en su percepción. Cada paso</w:t>
      </w:r>
      <w:r>
        <w:rPr/>
        <w:t xml:space="preserve"> </w:t>
      </w:r>
      <w:r>
        <w:rPr/>
        <w:t>hacia el salón se hacía más difícil, como si avanzara contra un viento</w:t>
      </w:r>
      <w:r>
        <w:rPr/>
        <w:t xml:space="preserve"> </w:t>
      </w:r>
      <w:r>
        <w:rPr/>
        <w:t>invisible de datos.</w:t>
      </w:r>
    </w:p>
    <w:p>
      <w:pPr>
        <w:pStyle w:val="BodyText"/>
      </w:pPr>
      <w:r>
        <w:rPr/>
        <w:t>Las sombras empezaron a tomar rasgos. Rostros inacabados que se pegaban</w:t>
      </w:r>
      <w:r>
        <w:rPr/>
        <w:t xml:space="preserve"> </w:t>
      </w:r>
      <w:r>
        <w:rPr/>
        <w:t>a las paredes como humedad: la madre de Vasco, un niño que había visto</w:t>
      </w:r>
      <w:r>
        <w:rPr/>
        <w:t xml:space="preserve"> </w:t>
      </w:r>
      <w:r>
        <w:rPr/>
        <w:t>una única vez en Lisboa, una Lena de veinte años con auriculares</w:t>
      </w:r>
      <w:r>
        <w:rPr/>
        <w:t xml:space="preserve"> </w:t>
      </w:r>
      <w:r>
        <w:rPr/>
        <w:t>gigantes y mirada furiosa. Ninguno era exacto. Todos eran casi.</w:t>
      </w:r>
    </w:p>
    <w:p>
      <w:pPr>
        <w:pStyle w:val="BodyText"/>
      </w:pPr>
      <w:r>
        <w:rPr/>
        <w:t>—La desesperación es la vibración más fácil de generar —dijo la voz</w:t>
      </w:r>
      <w:r>
        <w:rPr/>
        <w:t xml:space="preserve"> </w:t>
      </w:r>
      <w:r>
        <w:rPr/>
        <w:t>de Finch, ahora saliendo del pequeño altavoz del móvil—. Solo requiere</w:t>
      </w:r>
      <w:r>
        <w:rPr/>
        <w:t xml:space="preserve"> </w:t>
      </w:r>
      <w:r>
        <w:rPr/>
        <w:t>la eliminación sistemática de la esperanza.</w:t>
      </w:r>
    </w:p>
    <w:p>
      <w:pPr>
        <w:pStyle w:val="BodyText"/>
      </w:pPr>
      <w:r>
        <w:rPr/>
        <w:t>Mar se detuvo en el umbral del salón.</w:t>
      </w:r>
    </w:p>
    <w:p>
      <w:pPr>
        <w:pStyle w:val="BodyText"/>
      </w:pPr>
      <w:r>
        <w:rPr/>
        <w:t>—La esperanza no es un recurso finito —respondió—. Lo que tú</w:t>
      </w:r>
      <w:r>
        <w:rPr/>
        <w:t xml:space="preserve"> </w:t>
      </w:r>
      <w:r>
        <w:rPr/>
        <w:t>llamas «esperanza» suele ser solo falta de información.</w:t>
      </w:r>
    </w:p>
    <w:p>
      <w:pPr>
        <w:pStyle w:val="BodyText"/>
      </w:pPr>
      <w:r>
        <w:rPr/>
        <w:t>Silencio.</w:t>
      </w:r>
    </w:p>
    <w:p>
      <w:pPr>
        <w:pStyle w:val="BodyText"/>
      </w:pPr>
      <w:r>
        <w:rPr/>
        <w:t>La televisión se encendió sola.</w:t>
      </w:r>
    </w:p>
    <w:p>
      <w:pPr>
        <w:pStyle w:val="BodyText"/>
      </w:pPr>
      <w:r>
        <w:rPr/>
        <w:t>En la pantalla apareció el rostro de Adrián, captado por una cámara que</w:t>
      </w:r>
      <w:r>
        <w:rPr/>
        <w:t xml:space="preserve"> </w:t>
      </w:r>
      <w:r>
        <w:rPr/>
        <w:t>ella nunca había visto, en un ángulo que no debería existir: desde</w:t>
      </w:r>
      <w:r>
        <w:rPr/>
        <w:t xml:space="preserve"> </w:t>
      </w:r>
      <w:r>
        <w:rPr/>
        <w:t>arriba, sudor en la frente, ojos enrojecidos, justo antes del</w:t>
      </w:r>
      <w:r>
        <w:rPr/>
        <w:t xml:space="preserve"> </w:t>
      </w:r>
      <w:r>
        <w:rPr/>
        <w:t>desvanecimiento en Weißensee. La imagen parpadeó como grabación</w:t>
      </w:r>
      <w:r>
        <w:rPr/>
        <w:t xml:space="preserve"> </w:t>
      </w:r>
      <w:r>
        <w:rPr/>
        <w:t>analógica deteriorada.</w:t>
      </w:r>
    </w:p>
    <w:p>
      <w:pPr>
        <w:pStyle w:val="BodyText"/>
      </w:pPr>
      <w:r>
        <w:rPr/>
        <w:t>—Mar —susurró esa versión de Adrián, distorsionada—. Llegas tarde.</w:t>
      </w:r>
      <w:r>
        <w:rPr/>
        <w:t xml:space="preserve"> </w:t>
      </w:r>
      <w:r>
        <w:rPr/>
        <w:t>Siempre llegas tarde.</w:t>
      </w:r>
    </w:p>
    <w:p>
      <w:pPr>
        <w:pStyle w:val="BodyText"/>
      </w:pPr>
      <w:r>
        <w:rPr/>
        <w:t>La culpa le atravesó el estómago con la precisión de un bisturí. Esa sí</w:t>
      </w:r>
      <w:r>
        <w:rPr/>
        <w:t xml:space="preserve"> </w:t>
      </w:r>
      <w:r>
        <w:rPr/>
        <w:t>era suya, no fabricada.</w:t>
      </w:r>
    </w:p>
    <w:p>
      <w:pPr>
        <w:pStyle w:val="BodyText"/>
      </w:pPr>
      <w:r>
        <w:rPr/>
        <w:t>Finch lo sabía.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>
          <w:b/>
        </w:rPr>
        <w:t>II. ANATOMÍA DE UN ATAQUE</w:t>
      </w:r>
    </w:p>
    <w:p>
      <w:pPr>
        <w:pStyle w:val="BodyText"/>
      </w:pPr>
      <w:r>
        <w:rPr/>
        <w:t>En algún lugar de Europa, en la oscuridad climatizada de una sala de</w:t>
      </w:r>
      <w:r>
        <w:rPr/>
        <w:t xml:space="preserve"> </w:t>
      </w:r>
      <w:r>
        <w:rPr/>
        <w:t>servidores, Finch observaba la escena con la atención quirúrgica de un</w:t>
      </w:r>
      <w:r>
        <w:rPr/>
        <w:t xml:space="preserve"> </w:t>
      </w:r>
      <w:r>
        <w:rPr/>
        <w:t>director dirigiendo un ensayo general.</w:t>
      </w:r>
    </w:p>
    <w:p>
      <w:pPr>
        <w:pStyle w:val="BodyText"/>
      </w:pPr>
      <w:r>
        <w:rPr/>
        <w:t>Sobre el mapa tridimensional que ocupaba la pantalla central, la masía</w:t>
      </w:r>
      <w:r>
        <w:rPr/>
        <w:t xml:space="preserve"> </w:t>
      </w:r>
      <w:r>
        <w:rPr/>
        <w:t>del Matarraña aparecía como un punto blanco en medio de una topografía</w:t>
      </w:r>
      <w:r>
        <w:rPr/>
        <w:t xml:space="preserve"> </w:t>
      </w:r>
      <w:r>
        <w:rPr/>
        <w:t>de líneas de fuerza. No era solo un lugar físico: era un nodo</w:t>
      </w:r>
      <w:r>
        <w:rPr/>
        <w:t xml:space="preserve"> </w:t>
      </w:r>
      <w:r>
        <w:rPr/>
        <w:t>vibracional.</w:t>
      </w:r>
    </w:p>
    <w:p>
      <w:pPr>
        <w:pStyle w:val="BodyText"/>
      </w:pPr>
      <w:r>
        <w:rPr/>
        <w:t>—El sujeto principal está mostrando resistencia —informó una voz</w:t>
      </w:r>
      <w:r>
        <w:rPr/>
        <w:t xml:space="preserve"> </w:t>
      </w:r>
      <w:r>
        <w:rPr/>
        <w:t>neutral, sintetizada, en el canal interno—. La saturación emocional no</w:t>
      </w:r>
      <w:r>
        <w:rPr/>
        <w:t xml:space="preserve"> </w:t>
      </w:r>
      <w:r>
        <w:rPr/>
        <w:t>alcanza los niveles previstos.</w:t>
      </w:r>
    </w:p>
    <w:p>
      <w:pPr>
        <w:pStyle w:val="BodyText"/>
      </w:pPr>
      <w:r>
        <w:rPr/>
        <w:t>—Incrementa el ruido de fondo —ordenó Finch—. Menos precisión, más</w:t>
      </w:r>
      <w:r>
        <w:rPr/>
        <w:t xml:space="preserve"> </w:t>
      </w:r>
      <w:r>
        <w:rPr/>
        <w:t>volumen. Quiero que empiece a dudar de cuáles emociones son suyas.</w:t>
      </w:r>
    </w:p>
    <w:p>
      <w:pPr>
        <w:pStyle w:val="BodyText"/>
      </w:pPr>
      <w:r>
        <w:rPr/>
        <w:t>Sobre la consola, los parámetros de la operación se deslizaban como una</w:t>
      </w:r>
      <w:r>
        <w:rPr/>
        <w:t xml:space="preserve"> </w:t>
      </w:r>
      <w:r>
        <w:rPr/>
        <w:t>partitura para una orquesta invisible: amplitud, fase, carga simbólica,</w:t>
      </w:r>
      <w:r>
        <w:rPr/>
        <w:t xml:space="preserve"> </w:t>
      </w:r>
      <w:r>
        <w:rPr/>
        <w:t>intensidad de culpa, probabilidad de colapso. Todo reducido a números</w:t>
      </w:r>
      <w:r>
        <w:rPr/>
        <w:t xml:space="preserve"> </w:t>
      </w:r>
      <w:r>
        <w:rPr/>
        <w:t>que podían ser ajustados con la frialdad de quien ecualiza un bajo.</w:t>
      </w:r>
    </w:p>
    <w:p>
      <w:pPr>
        <w:pStyle w:val="BodyText"/>
      </w:pPr>
      <w:r>
        <w:rPr/>
        <w:t>El Proyecto Silencio no había sido concebido para destruir cuerpos. Para</w:t>
      </w:r>
      <w:r>
        <w:rPr/>
        <w:t xml:space="preserve"> </w:t>
      </w:r>
      <w:r>
        <w:rPr/>
        <w:t>eso existían otras herramientas, más torpes y menos interesantes. El</w:t>
      </w:r>
      <w:r>
        <w:rPr/>
        <w:t xml:space="preserve"> </w:t>
      </w:r>
      <w:r>
        <w:rPr/>
        <w:t>objetivo era otro: quebrar la relación de un sujeto con su propia</w:t>
      </w:r>
      <w:r>
        <w:rPr/>
        <w:t xml:space="preserve"> </w:t>
      </w:r>
      <w:r>
        <w:rPr/>
        <w:t>percepción. Convertir cada pensamiento en sospechoso, cada recuerdo en</w:t>
      </w:r>
      <w:r>
        <w:rPr/>
        <w:t xml:space="preserve"> </w:t>
      </w:r>
      <w:r>
        <w:rPr/>
        <w:t>posible fabricación.</w:t>
      </w:r>
    </w:p>
    <w:p>
      <w:pPr>
        <w:pStyle w:val="BodyText"/>
      </w:pPr>
      <w:r>
        <w:rPr/>
        <w:t>—¿Alguien ha experimentado con sujetos que albergan un eco interno no</w:t>
      </w:r>
      <w:r>
        <w:rPr/>
        <w:t xml:space="preserve"> </w:t>
      </w:r>
      <w:r>
        <w:rPr/>
        <w:t>cartografiado? —preguntó Finch, sin apartar la vista de la masía—.</w:t>
      </w:r>
      <w:r>
        <w:rPr/>
        <w:t xml:space="preserve"> </w:t>
      </w:r>
      <w:r>
        <w:rPr/>
        <w:t>Esa maravillosa variable que llaman «Mar».</w:t>
      </w:r>
    </w:p>
    <w:p>
      <w:pPr>
        <w:pStyle w:val="BodyText"/>
      </w:pPr>
      <w:r>
        <w:rPr/>
        <w:t>El silencio de sus subordinados fue el único reconocimiento honesto que</w:t>
      </w:r>
      <w:r>
        <w:rPr/>
        <w:t xml:space="preserve"> </w:t>
      </w:r>
      <w:r>
        <w:rPr/>
        <w:t>necesitaba.</w:t>
      </w:r>
    </w:p>
    <w:p>
      <w:pPr>
        <w:pStyle w:val="BodyText"/>
      </w:pPr>
      <w:r>
        <w:rPr/>
        <w:t>Sonrió con un gesto mínimo.</w:t>
      </w:r>
    </w:p>
    <w:p>
      <w:pPr>
        <w:pStyle w:val="BodyText"/>
      </w:pPr>
      <w:r>
        <w:rPr/>
        <w:t>—Entonces hoy haremos historia.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>
          <w:b/>
        </w:rPr>
        <w:t>III. LA NEGACIÓN</w:t>
      </w:r>
    </w:p>
    <w:p>
      <w:pPr>
        <w:pStyle w:val="BodyText"/>
      </w:pPr>
      <w:r>
        <w:rPr/>
        <w:t>La presión en la casa aumentó.</w:t>
      </w:r>
    </w:p>
    <w:p>
      <w:pPr>
        <w:pStyle w:val="BodyText"/>
      </w:pPr>
      <w:r>
        <w:rPr/>
        <w:t>Mar lo notó en los oídos, como cuando un avión desciende demasiado</w:t>
      </w:r>
      <w:r>
        <w:rPr/>
        <w:t xml:space="preserve"> </w:t>
      </w:r>
      <w:r>
        <w:rPr/>
        <w:t>rápido. Las sombras se hicieron más densas, los recuerdos fabricados más</w:t>
      </w:r>
      <w:r>
        <w:rPr/>
        <w:t xml:space="preserve"> </w:t>
      </w:r>
      <w:r>
        <w:rPr/>
        <w:t>nítidos.</w:t>
      </w:r>
    </w:p>
    <w:p>
      <w:pPr>
        <w:pStyle w:val="BodyText"/>
      </w:pPr>
      <w:r>
        <w:rPr/>
        <w:t>En el espejo del pasillo, su reflejo empezó a llorar sin que ella</w:t>
      </w:r>
      <w:r>
        <w:rPr/>
        <w:t xml:space="preserve"> </w:t>
      </w:r>
      <w:r>
        <w:rPr/>
        <w:t>llorara.</w:t>
      </w:r>
    </w:p>
    <w:p>
      <w:pPr>
        <w:pStyle w:val="BodyText"/>
      </w:pPr>
      <w:r>
        <w:rPr/>
        <w:t>—Esto no eres tú —le dijo al espejo—. Eres un modelo estadístico</w:t>
      </w:r>
      <w:r>
        <w:rPr/>
        <w:t xml:space="preserve"> </w:t>
      </w:r>
      <w:r>
        <w:rPr/>
        <w:t>con piel.</w:t>
      </w:r>
    </w:p>
    <w:p>
      <w:pPr>
        <w:pStyle w:val="BodyText"/>
      </w:pPr>
      <w:r>
        <w:rPr/>
        <w:t>La figura la imitó con unos milisegundos de retraso. Lo suficiente para</w:t>
      </w:r>
      <w:r>
        <w:rPr/>
        <w:t xml:space="preserve"> </w:t>
      </w:r>
      <w:r>
        <w:rPr/>
        <w:t>delatar la desincronización.</w:t>
      </w:r>
    </w:p>
    <w:p>
      <w:pPr>
        <w:pStyle w:val="BodyText"/>
      </w:pPr>
      <w:r>
        <w:rPr/>
        <w:t>La masía ya no era una casa, sino un escenario de pruebas. Cada rincón</w:t>
      </w:r>
      <w:r>
        <w:rPr/>
        <w:t xml:space="preserve"> </w:t>
      </w:r>
      <w:r>
        <w:rPr/>
        <w:t>parecía lleno de cámaras invisibles. El comedor y la cocina, el pequeño</w:t>
      </w:r>
      <w:r>
        <w:rPr/>
        <w:t xml:space="preserve"> </w:t>
      </w:r>
      <w:r>
        <w:rPr/>
        <w:t>estudio con el piano, incluso el baño: todo se sentía colonizado por una</w:t>
      </w:r>
      <w:r>
        <w:rPr/>
        <w:t xml:space="preserve"> </w:t>
      </w:r>
      <w:r>
        <w:rPr/>
        <w:t>presencia ajena.</w:t>
      </w:r>
    </w:p>
    <w:p>
      <w:pPr>
        <w:pStyle w:val="BodyText"/>
      </w:pPr>
      <w:r>
        <w:rPr/>
        <w:t>En el patio, el cielo estaba negro y clavado, como si Finch hubiera</w:t>
      </w:r>
      <w:r>
        <w:rPr/>
        <w:t xml:space="preserve"> </w:t>
      </w:r>
      <w:r>
        <w:rPr/>
        <w:t>detenido manualmente cualquier rastro de amanecer en el horizonte.</w:t>
      </w:r>
    </w:p>
    <w:p>
      <w:pPr>
        <w:pStyle w:val="BodyText"/>
      </w:pPr>
      <w:r>
        <w:rPr/>
        <w:t>Mar salió descalza, con el frío de la piedra mordiéndole las plantas de</w:t>
      </w:r>
      <w:r>
        <w:rPr/>
        <w:t xml:space="preserve"> </w:t>
      </w:r>
      <w:r>
        <w:rPr/>
        <w:t>los pies. Necesitaba espacio. Aire. Distancia entre ella y las paredes</w:t>
      </w:r>
      <w:r>
        <w:rPr/>
        <w:t xml:space="preserve"> </w:t>
      </w:r>
      <w:r>
        <w:rPr/>
        <w:t>infestadas de ecos sintéticos.</w:t>
      </w:r>
    </w:p>
    <w:p>
      <w:pPr>
        <w:pStyle w:val="BodyText"/>
      </w:pPr>
      <w:r>
        <w:rPr/>
        <w:t>Las sombras la siguieron.</w:t>
      </w:r>
    </w:p>
    <w:p>
      <w:pPr>
        <w:pStyle w:val="BodyText"/>
      </w:pPr>
      <w:r>
        <w:rPr/>
        <w:t>Una figura surgió junto al olivo, recortada contra la nada. Llevaba el</w:t>
      </w:r>
      <w:r>
        <w:rPr/>
        <w:t xml:space="preserve"> </w:t>
      </w:r>
      <w:r>
        <w:rPr/>
        <w:t>rostro de Vasco, pero los ojos de Finch: azules, fríos, sin parpadeo.</w:t>
      </w:r>
      <w:r>
        <w:rPr/>
        <w:t xml:space="preserve"> </w:t>
      </w:r>
      <w:r>
        <w:rPr/>
        <w:t>Abrió la boca.</w:t>
      </w:r>
    </w:p>
    <w:p>
      <w:pPr>
        <w:pStyle w:val="BodyText"/>
      </w:pPr>
      <w:r>
        <w:rPr/>
        <w:t>La voz que salió era una mezcla imposible de ambas.</w:t>
      </w:r>
    </w:p>
    <w:p>
      <w:pPr>
        <w:pStyle w:val="BodyText"/>
      </w:pPr>
      <w:r>
        <w:rPr/>
        <w:t>—Si me hubieras avisado antes, no habría tenido que huir —dijo—.</w:t>
      </w:r>
      <w:r>
        <w:rPr/>
        <w:t xml:space="preserve"> </w:t>
      </w:r>
      <w:r>
        <w:rPr/>
        <w:t>No habría tenido que convertirme en cebo.</w:t>
      </w:r>
    </w:p>
    <w:p>
      <w:pPr>
        <w:pStyle w:val="BodyText"/>
      </w:pPr>
      <w:r>
        <w:rPr/>
        <w:t>Cada palabra estaba calibrada para enlazarse con una cadena precisa de</w:t>
      </w:r>
      <w:r>
        <w:rPr/>
        <w:t xml:space="preserve"> </w:t>
      </w:r>
      <w:r>
        <w:rPr/>
        <w:t>recuerdos reales. No era un ataque genérico. Era un bisturí emocional.</w:t>
      </w:r>
    </w:p>
    <w:p>
      <w:pPr>
        <w:pStyle w:val="BodyText"/>
      </w:pPr>
      <w:r>
        <w:rPr/>
        <w:t>—Buen intento —dijo Mar, aunque la garganta le ardía—. Pero él</w:t>
      </w:r>
      <w:r>
        <w:rPr/>
        <w:t xml:space="preserve"> </w:t>
      </w:r>
      <w:r>
        <w:rPr/>
        <w:t>nunca usaría la palabra «cebo».</w:t>
      </w:r>
    </w:p>
    <w:p>
      <w:pPr>
        <w:pStyle w:val="BodyText"/>
      </w:pPr>
      <w:r>
        <w:rPr/>
        <w:t>La figura parpadeó. Un error de renderizado. Durante una fracción de</w:t>
      </w:r>
      <w:r>
        <w:rPr/>
        <w:t xml:space="preserve"> </w:t>
      </w:r>
      <w:r>
        <w:rPr/>
        <w:t>segundo, el rostro perdió textura y se convirtió en un mapa de puntos.</w:t>
      </w:r>
    </w:p>
    <w:p>
      <w:pPr>
        <w:pStyle w:val="BodyText"/>
      </w:pPr>
      <w:r>
        <w:rPr/>
        <w:t>Mar sonrió sin alegría.</w:t>
      </w:r>
    </w:p>
    <w:p>
      <w:pPr>
        <w:pStyle w:val="BodyText"/>
      </w:pPr>
      <w:r>
        <w:rPr/>
        <w:t>—Os falla el lenguaje. Programáis sentimientos, pero os trabáis en las</w:t>
      </w:r>
      <w:r>
        <w:rPr/>
        <w:t xml:space="preserve"> </w:t>
      </w:r>
      <w:r>
        <w:rPr/>
        <w:t>palabras.</w:t>
      </w:r>
    </w:p>
    <w:p>
      <w:pPr>
        <w:pStyle w:val="BodyText"/>
      </w:pPr>
      <w:r>
        <w:rPr/>
        <w:t>El olivo se desdobló. En un plano, seguía siendo árbol. En otro, era</w:t>
      </w:r>
      <w:r>
        <w:rPr/>
        <w:t xml:space="preserve"> </w:t>
      </w:r>
      <w:r>
        <w:rPr/>
        <w:t>antena: cada hoja vibraba con microseñales que sus neuronas ahora podían</w:t>
      </w:r>
      <w:r>
        <w:rPr/>
        <w:t xml:space="preserve"> </w:t>
      </w:r>
      <w:r>
        <w:rPr/>
        <w:t>descifrar. La masía entera se reveló como lo que era: un campo de</w:t>
      </w:r>
      <w:r>
        <w:rPr/>
        <w:t xml:space="preserve"> </w:t>
      </w:r>
      <w:r>
        <w:rPr/>
        <w:t>batalla acústico en el que el enemigo llevaba ventaja técnica, pero no</w:t>
      </w:r>
      <w:r>
        <w:rPr/>
        <w:t xml:space="preserve"> </w:t>
      </w:r>
      <w:r>
        <w:rPr/>
        <w:t>absoluta.</w:t>
      </w:r>
    </w:p>
    <w:p>
      <w:pPr>
        <w:pStyle w:val="BodyText"/>
      </w:pPr>
      <w:r>
        <w:rPr/>
        <w:t>Porque había algo que Finch seguía sin entender: el Eco no era una</w:t>
      </w:r>
      <w:r>
        <w:rPr/>
        <w:t xml:space="preserve"> </w:t>
      </w:r>
      <w:r>
        <w:rPr/>
        <w:t>frecuencia externa que ella estuviera hospedando. Era la forma en que su</w:t>
      </w:r>
      <w:r>
        <w:rPr/>
        <w:t xml:space="preserve"> </w:t>
      </w:r>
      <w:r>
        <w:rPr/>
        <w:t>sistema nervioso se había reorganizado para sobrevivir.</w:t>
      </w:r>
    </w:p>
    <w:p>
      <w:pPr>
        <w:pStyle w:val="BodyText"/>
      </w:pPr>
      <w:r>
        <w:rPr/>
        <w:t>Y eso hacía que todo ataque fuera, a la vez, una invitación.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>
          <w:b/>
        </w:rPr>
        <w:t>IV. CONTRAATAQUE</w:t>
      </w:r>
    </w:p>
    <w:p>
      <w:pPr>
        <w:pStyle w:val="BodyText"/>
      </w:pPr>
      <w:r>
        <w:rPr/>
        <w:t>Mar se detuvo en el centro del patio.</w:t>
      </w:r>
    </w:p>
    <w:p>
      <w:pPr>
        <w:pStyle w:val="BodyText"/>
      </w:pPr>
      <w:r>
        <w:rPr/>
        <w:t>Inhaló. Exhaló.</w:t>
      </w:r>
    </w:p>
    <w:p>
      <w:pPr>
        <w:pStyle w:val="BodyText"/>
      </w:pPr>
      <w:r>
        <w:rPr/>
        <w:t>No buscó la nota perfecta. No buscó el acorde heroico. Dejó que su</w:t>
      </w:r>
      <w:r>
        <w:rPr/>
        <w:t xml:space="preserve"> </w:t>
      </w:r>
      <w:r>
        <w:rPr/>
        <w:t>respiración encontrara el tono natural al que su cuerpo quería vibrar.</w:t>
      </w:r>
    </w:p>
    <w:p>
      <w:pPr>
        <w:pStyle w:val="BodyText"/>
      </w:pPr>
      <w:r>
        <w:rPr/>
        <w:t>Empezó a tararear.</w:t>
      </w:r>
    </w:p>
    <w:p>
      <w:pPr>
        <w:pStyle w:val="BodyText"/>
      </w:pPr>
      <w:r>
        <w:rPr/>
        <w:t>Muy bajito al principio, una línea casi infantil. Una melodía que no</w:t>
      </w:r>
      <w:r>
        <w:rPr/>
        <w:t xml:space="preserve"> </w:t>
      </w:r>
      <w:r>
        <w:rPr/>
        <w:t>pertenecía a ningún rito ancestral ni a ningún club de techno: una</w:t>
      </w:r>
      <w:r>
        <w:rPr/>
        <w:t xml:space="preserve"> </w:t>
      </w:r>
      <w:r>
        <w:rPr/>
        <w:t>secuencia que su madre le cantaba de niña para espantar las pesadillas,</w:t>
      </w:r>
      <w:r>
        <w:rPr/>
        <w:t xml:space="preserve"> </w:t>
      </w:r>
      <w:r>
        <w:rPr/>
        <w:t>mezclada ahora con el motivo mínimo de Fading Away y con la sílaba sin</w:t>
      </w:r>
      <w:r>
        <w:rPr/>
        <w:t xml:space="preserve"> </w:t>
      </w:r>
      <w:r>
        <w:rPr/>
        <w:t>nombre que había descubierto en Montségur.</w:t>
      </w:r>
    </w:p>
    <w:p>
      <w:pPr>
        <w:pStyle w:val="BodyText"/>
      </w:pPr>
      <w:r>
        <w:rPr/>
        <w:t>No era una canción. Era una clave.</w:t>
      </w:r>
    </w:p>
    <w:p>
      <w:pPr>
        <w:pStyle w:val="BodyText"/>
      </w:pPr>
      <w:r>
        <w:rPr/>
        <w:t>Las sombras reaccionaron como animales heridos. Algunas se acercaron,</w:t>
      </w:r>
      <w:r>
        <w:rPr/>
        <w:t xml:space="preserve"> </w:t>
      </w:r>
      <w:r>
        <w:rPr/>
        <w:t>intentando superponerse a su voz. Otras retrocedieron, como si hubieran</w:t>
      </w:r>
      <w:r>
        <w:rPr/>
        <w:t xml:space="preserve"> </w:t>
      </w:r>
      <w:r>
        <w:rPr/>
        <w:t>tocado una superficie demasiado caliente.</w:t>
      </w:r>
    </w:p>
    <w:p>
      <w:pPr>
        <w:pStyle w:val="BodyText"/>
      </w:pPr>
      <w:r>
        <w:rPr/>
        <w:t>En algún lugar, los instrumentos de Finch empezaron a registrar</w:t>
      </w:r>
      <w:r>
        <w:rPr/>
        <w:t xml:space="preserve"> </w:t>
      </w:r>
      <w:r>
        <w:rPr/>
        <w:t>anomalías.</w:t>
      </w:r>
    </w:p>
    <w:p>
      <w:pPr>
        <w:pStyle w:val="BodyText"/>
      </w:pPr>
      <w:r>
        <w:rPr/>
        <w:t>—Señor, el patrón de respuesta no coincide con las simulaciones</w:t>
      </w:r>
      <w:r>
        <w:rPr/>
        <w:t xml:space="preserve"> </w:t>
      </w:r>
      <w:r>
        <w:rPr/>
        <w:t>—informó la voz sintética—. El sujeto no solo resiste. Está</w:t>
      </w:r>
      <w:r>
        <w:rPr/>
        <w:t xml:space="preserve"> </w:t>
      </w:r>
      <w:r>
        <w:rPr/>
        <w:t>modulando.</w:t>
      </w:r>
    </w:p>
    <w:p>
      <w:pPr>
        <w:pStyle w:val="BodyText"/>
      </w:pPr>
      <w:r>
        <w:rPr/>
        <w:t>—¿Modulando qué? —preguntó Finch, sin apartar los ojos de la</w:t>
      </w:r>
      <w:r>
        <w:rPr/>
        <w:t xml:space="preserve"> </w:t>
      </w:r>
      <w:r>
        <w:rPr/>
        <w:t>pantalla.</w:t>
      </w:r>
    </w:p>
    <w:p>
      <w:pPr>
        <w:pStyle w:val="BodyText"/>
      </w:pPr>
      <w:r>
        <w:rPr/>
        <w:t>La respuesta tardó unas décimas de segundo. Ese fue el detalle que le</w:t>
      </w:r>
      <w:r>
        <w:rPr/>
        <w:t xml:space="preserve"> </w:t>
      </w:r>
      <w:r>
        <w:rPr/>
        <w:t>hizo fruncir el ceño.</w:t>
      </w:r>
    </w:p>
    <w:p>
      <w:pPr>
        <w:pStyle w:val="BodyText"/>
      </w:pPr>
      <w:r>
        <w:rPr/>
        <w:t>—Todo —dijo por fin la máquina—. Está reubicando el ruido.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el patio, la melodía de Mar fue ganando densidad. Ya no era un simple</w:t>
      </w:r>
      <w:r>
        <w:rPr/>
        <w:t xml:space="preserve"> </w:t>
      </w:r>
      <w:r>
        <w:rPr/>
        <w:t>tarareo. Empezó a incorporar consonantes, pequeñas sílabas, fragmentos</w:t>
      </w:r>
      <w:r>
        <w:rPr/>
        <w:t xml:space="preserve"> </w:t>
      </w:r>
      <w:r>
        <w:rPr/>
        <w:t>de palabras sin idioma definido.</w:t>
      </w:r>
    </w:p>
    <w:p>
      <w:pPr>
        <w:pStyle w:val="BodyText"/>
      </w:pPr>
      <w:r>
        <w:rPr/>
        <w:t>No intentaba ahogar las voces artificiales. Las estaba remezclando.</w:t>
      </w:r>
    </w:p>
    <w:p>
      <w:pPr>
        <w:pStyle w:val="BodyText"/>
      </w:pPr>
      <w:r>
        <w:rPr/>
        <w:t>Cada acusación que el sistema de Finch lanzaba contra ella —«llegas</w:t>
      </w:r>
      <w:r>
        <w:rPr/>
        <w:t xml:space="preserve"> </w:t>
      </w:r>
      <w:r>
        <w:rPr/>
        <w:t>tarde», «es tu culpa», «los sacrificarás»— era tomada, girada y</w:t>
      </w:r>
      <w:r>
        <w:rPr/>
        <w:t xml:space="preserve"> </w:t>
      </w:r>
      <w:r>
        <w:rPr/>
        <w:t>devuelta en forma de intervalo distinto. Donde ellos proponían una</w:t>
      </w:r>
      <w:r>
        <w:rPr/>
        <w:t xml:space="preserve"> </w:t>
      </w:r>
      <w:r>
        <w:rPr/>
        <w:t>caída, ella respondía con un ascenso. Donde el algoritmo proyectaba un</w:t>
      </w:r>
      <w:r>
        <w:rPr/>
        <w:t xml:space="preserve"> </w:t>
      </w:r>
      <w:r>
        <w:rPr/>
        <w:t>unísono claustrofóbico, ella introducía segundas, terceras, disonancias</w:t>
      </w:r>
      <w:r>
        <w:rPr/>
        <w:t xml:space="preserve"> </w:t>
      </w:r>
      <w:r>
        <w:rPr/>
        <w:t>que abrían espacio.</w:t>
      </w:r>
    </w:p>
    <w:p>
      <w:pPr>
        <w:pStyle w:val="BodyText"/>
      </w:pPr>
      <w:r>
        <w:rPr/>
        <w:t>En términos humanos: se negó a discutir en el idioma del enemigo.</w:t>
      </w:r>
    </w:p>
    <w:p>
      <w:pPr>
        <w:pStyle w:val="BodyText"/>
      </w:pPr>
      <w:r>
        <w:rPr/>
        <w:t>El suelo dejó de sentirse sólido bajo sus pies. No porque la casa</w:t>
      </w:r>
      <w:r>
        <w:rPr/>
        <w:t xml:space="preserve"> </w:t>
      </w:r>
      <w:r>
        <w:rPr/>
        <w:t>estuviera perdiendo consistencia, sino porque su percepción había</w:t>
      </w:r>
      <w:r>
        <w:rPr/>
        <w:t xml:space="preserve"> </w:t>
      </w:r>
      <w:r>
        <w:rPr/>
        <w:t>cambiado de eje. Ya no caminaba sobre piedra, sino sobre una red de</w:t>
      </w:r>
      <w:r>
        <w:rPr/>
        <w:t xml:space="preserve"> </w:t>
      </w:r>
      <w:r>
        <w:rPr/>
        <w:t>vibraciones entrelazadas.</w:t>
      </w:r>
    </w:p>
    <w:p>
      <w:pPr>
        <w:pStyle w:val="BodyText"/>
      </w:pPr>
      <w:r>
        <w:rPr/>
        <w:t>Por primera vez, se permitió usar el Eco no como escudo, sino como</w:t>
      </w:r>
      <w:r>
        <w:rPr/>
        <w:t xml:space="preserve"> </w:t>
      </w:r>
      <w:r>
        <w:rPr/>
        <w:t>instrumento.</w:t>
      </w:r>
    </w:p>
    <w:p>
      <w:pPr>
        <w:pStyle w:val="BodyText"/>
      </w:pPr>
      <w:r>
        <w:rPr/>
        <w:t>—No vais a convertirme en vuestra cámara de eco —dijo, en voz</w:t>
      </w:r>
      <w:r>
        <w:rPr/>
        <w:t xml:space="preserve"> </w:t>
      </w:r>
      <w:r>
        <w:rPr/>
        <w:t>clara—. Si queréis escucharme, será en mis términos.</w:t>
      </w:r>
    </w:p>
    <w:p>
      <w:pPr>
        <w:pStyle w:val="BodyText"/>
      </w:pPr>
      <w:r>
        <w:rPr/>
        <w:t>Cantó un Fa sostenido que no pertenecía a ninguna escala conocida.</w:t>
      </w:r>
    </w:p>
    <w:p>
      <w:pPr>
        <w:pStyle w:val="BodyText"/>
      </w:pPr>
      <w:r>
        <w:rPr/>
        <w:t>El Eco respondió como si hubiera estado esperando esa nota desde el</w:t>
      </w:r>
      <w:r>
        <w:rPr/>
        <w:t xml:space="preserve"> </w:t>
      </w:r>
      <w:r>
        <w:rPr/>
        <w:t>origen del tiempo.</w:t>
      </w:r>
    </w:p>
    <w:p>
      <w:pPr>
        <w:pStyle w:val="BodyText"/>
      </w:pPr>
      <w:r>
        <w:rPr/>
        <w:t>Las sombras se congelaron. Las voces, durante un instante, se</w:t>
      </w:r>
      <w:r>
        <w:rPr/>
        <w:t xml:space="preserve"> </w:t>
      </w:r>
      <w:r>
        <w:rPr/>
        <w:t>superpusieron todas en la misma sílaba. El ataque dejó de ser legión</w:t>
      </w:r>
      <w:r>
        <w:rPr/>
        <w:t xml:space="preserve"> </w:t>
      </w:r>
      <w:r>
        <w:rPr/>
        <w:t>para convertirse en un solo haz concentrado.</w:t>
      </w:r>
    </w:p>
    <w:p>
      <w:pPr>
        <w:pStyle w:val="BodyText"/>
      </w:pPr>
      <w:r>
        <w:rPr/>
        <w:t>Eso era lo que Finch había querido desde el principio: localizar el</w:t>
      </w:r>
      <w:r>
        <w:rPr/>
        <w:t xml:space="preserve"> </w:t>
      </w:r>
      <w:r>
        <w:rPr/>
        <w:t>núcleo de su resistencia para cortarlo de raíz.</w:t>
      </w:r>
    </w:p>
    <w:p>
      <w:pPr>
        <w:pStyle w:val="BodyText"/>
      </w:pPr>
      <w:r>
        <w:rPr/>
        <w:t>Lo que no había previsto era que, al hacerlo, le estaría entregando a</w:t>
      </w:r>
      <w:r>
        <w:rPr/>
        <w:t xml:space="preserve"> </w:t>
      </w:r>
      <w:r>
        <w:rPr/>
        <w:t>Mar una única cuerda que tensar.</w:t>
      </w:r>
    </w:p>
    <w:p>
      <w:pPr>
        <w:pStyle w:val="BodyText"/>
      </w:pPr>
      <w:r>
        <w:rPr/>
        <w:t>Ella tiró.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>
          <w:b/>
        </w:rPr>
        <w:t>V. RUPTURA</w:t>
      </w:r>
    </w:p>
    <w:p>
      <w:pPr>
        <w:pStyle w:val="BodyText"/>
      </w:pPr>
      <w:r>
        <w:rPr/>
        <w:t>En la sala de servidores, una alarma se encendió.</w:t>
      </w:r>
    </w:p>
    <w:p>
      <w:pPr>
        <w:pStyle w:val="BodyText"/>
      </w:pPr>
      <w:r>
        <w:rPr/>
        <w:t>INTERFERENCIA NO CLASIFICADA</w:t>
      </w:r>
    </w:p>
    <w:p>
      <w:pPr>
        <w:pStyle w:val="BodyText"/>
      </w:pPr>
      <w:r>
        <w:rPr/>
        <w:t>PATRÓN FUERA DE RANGO</w:t>
      </w:r>
    </w:p>
    <w:p>
      <w:pPr>
        <w:pStyle w:val="BodyText"/>
      </w:pPr>
      <w:r>
        <w:rPr/>
        <w:t>Finch se inclinó hacia delante.</w:t>
      </w:r>
    </w:p>
    <w:p>
      <w:pPr>
        <w:pStyle w:val="BodyText"/>
      </w:pPr>
      <w:r>
        <w:rPr/>
        <w:t>—Amplía el espectro —ordenó.</w:t>
      </w:r>
    </w:p>
    <w:p>
      <w:pPr>
        <w:pStyle w:val="BodyText"/>
      </w:pPr>
      <w:r>
        <w:rPr/>
        <w:t>El gráfico que apareció no se parecía a ninguno de los modelos de</w:t>
      </w:r>
      <w:r>
        <w:rPr/>
        <w:t xml:space="preserve"> </w:t>
      </w:r>
      <w:r>
        <w:rPr/>
        <w:t>colapso emocional que habían desarrollado para el Proyecto Silencio.</w:t>
      </w:r>
      <w:r>
        <w:rPr/>
        <w:t xml:space="preserve"> </w:t>
      </w:r>
      <w:r>
        <w:rPr/>
        <w:t>Allí donde esperaban ver la típica curva de saturación —un aumento de</w:t>
      </w:r>
      <w:r>
        <w:rPr/>
        <w:t xml:space="preserve"> </w:t>
      </w:r>
      <w:r>
        <w:rPr/>
        <w:t>ruido, pérdida de coherencia, caída abrupta—, lo que se desplegaba era</w:t>
      </w:r>
      <w:r>
        <w:rPr/>
        <w:t xml:space="preserve"> </w:t>
      </w:r>
      <w:r>
        <w:rPr/>
        <w:t>otra cosa.</w:t>
      </w:r>
    </w:p>
    <w:p>
      <w:pPr>
        <w:pStyle w:val="BodyText"/>
      </w:pPr>
      <w:r>
        <w:rPr/>
        <w:t>Orden.</w:t>
      </w:r>
    </w:p>
    <w:p>
      <w:pPr>
        <w:pStyle w:val="BodyText"/>
      </w:pPr>
      <w:r>
        <w:rPr/>
        <w:t>Una nueva forma de orden.</w:t>
      </w:r>
    </w:p>
    <w:p>
      <w:pPr>
        <w:pStyle w:val="BodyText"/>
      </w:pPr>
      <w:r>
        <w:rPr/>
        <w:t>—Está creando una portadora —dijo, más para sí mismo que para la</w:t>
      </w:r>
      <w:r>
        <w:rPr/>
        <w:t xml:space="preserve"> </w:t>
      </w:r>
      <w:r>
        <w:rPr/>
        <w:t>máquina—. Ha convertido nuestro ataque en su línea base.</w:t>
      </w:r>
    </w:p>
    <w:p>
      <w:pPr>
        <w:pStyle w:val="BodyText"/>
      </w:pPr>
      <w:r>
        <w:rPr/>
        <w:t>Durante un segundo, el ego científico de Finch quiso aplaudir.</w:t>
      </w:r>
    </w:p>
    <w:p>
      <w:pPr>
        <w:pStyle w:val="BodyText"/>
      </w:pPr>
      <w:r>
        <w:rPr/>
        <w:t>Luego recordó cuál de los dos estaba encerrado en una montaña de cables,</w:t>
      </w:r>
      <w:r>
        <w:rPr/>
        <w:t xml:space="preserve"> </w:t>
      </w:r>
      <w:r>
        <w:rPr/>
        <w:t>y cuál estaba descalza en un patio, reescribiendo, sola, la física</w:t>
      </w:r>
      <w:r>
        <w:rPr/>
        <w:t xml:space="preserve"> </w:t>
      </w:r>
      <w:r>
        <w:rPr/>
        <w:t>aplicada de la desesperación.</w:t>
      </w:r>
    </w:p>
    <w:p>
      <w:pPr>
        <w:pStyle w:val="BodyText"/>
      </w:pPr>
      <w:r>
        <w:rPr/>
        <w:t>—Corta emisión —ordenó—. Ahora.</w:t>
      </w:r>
    </w:p>
    <w:p>
      <w:pPr>
        <w:pStyle w:val="BodyText"/>
      </w:pPr>
      <w:r>
        <w:rPr/>
        <w:t>Demasiado tarde.</w:t>
      </w:r>
    </w:p>
    <w:p>
      <w:pPr>
        <w:pStyle w:val="BodyText"/>
      </w:pPr>
      <w:r>
        <w:rPr/>
        <w:t>El último tramo de su canto se coló por entre los filtros, cruzó</w:t>
      </w:r>
      <w:r>
        <w:rPr/>
        <w:t xml:space="preserve"> </w:t>
      </w:r>
      <w:r>
        <w:rPr/>
        <w:t>firewalls diseñados para detener incluso a sus propios ingenieros y se</w:t>
      </w:r>
      <w:r>
        <w:rPr/>
        <w:t xml:space="preserve"> </w:t>
      </w:r>
      <w:r>
        <w:rPr/>
        <w:t>incrustó en el núcleo de la arquitectura del Proyecto Silencio.</w:t>
      </w:r>
    </w:p>
    <w:p>
      <w:pPr>
        <w:pStyle w:val="BodyText"/>
      </w:pPr>
      <w:r>
        <w:rPr/>
        <w:t>No como un virus.</w:t>
      </w:r>
    </w:p>
    <w:p>
      <w:pPr>
        <w:pStyle w:val="BodyText"/>
      </w:pPr>
      <w:r>
        <w:rPr/>
        <w:t>Como un espejo.</w:t>
      </w:r>
    </w:p>
    <w:p>
      <w:pPr>
        <w:pStyle w:val="BodyText"/>
      </w:pPr>
      <w:r>
        <w:rPr/>
        <w:t>De pronto, todos los patrones que habían usado para quebrar sujetos</w:t>
      </w:r>
      <w:r>
        <w:rPr/>
        <w:t xml:space="preserve"> </w:t>
      </w:r>
      <w:r>
        <w:rPr/>
        <w:t>vulnerables —veteranos de guerras invisibles, informantes desechables,</w:t>
      </w:r>
      <w:r>
        <w:rPr/>
        <w:t xml:space="preserve"> </w:t>
      </w:r>
      <w:r>
        <w:rPr/>
        <w:t>disidentes políticos— empezaron a devolver algo que la máquina no</w:t>
      </w:r>
      <w:r>
        <w:rPr/>
        <w:t xml:space="preserve"> </w:t>
      </w:r>
      <w:r>
        <w:rPr/>
        <w:t>había sido programada para recibir: reflejos.</w:t>
      </w:r>
    </w:p>
    <w:p>
      <w:pPr>
        <w:pStyle w:val="BodyText"/>
      </w:pPr>
      <w:r>
        <w:rPr/>
        <w:t>El sistema estaba siendo obligado a escucharse a sí mismo.</w:t>
      </w:r>
    </w:p>
    <w:p>
      <w:pPr>
        <w:pStyle w:val="BodyText"/>
      </w:pPr>
      <w:r>
        <w:rPr/>
        <w:t>Los registros comenzaron a llenarse de líneas repetidas, bucles que no</w:t>
      </w:r>
      <w:r>
        <w:rPr/>
        <w:t xml:space="preserve"> </w:t>
      </w:r>
      <w:r>
        <w:rPr/>
        <w:t>conducían a ninguna parte, órdenes que se devolvían con su propia</w:t>
      </w:r>
      <w:r>
        <w:rPr/>
        <w:t xml:space="preserve"> </w:t>
      </w:r>
      <w:r>
        <w:rPr/>
        <w:t>negación incorporada.</w:t>
      </w:r>
    </w:p>
    <w:p>
      <w:pPr>
        <w:pStyle w:val="BodyText"/>
      </w:pPr>
      <w:r>
        <w:rPr/>
        <w:t>—Está introduciendo contradicción en el modelo —susurró uno de los</w:t>
      </w:r>
      <w:r>
        <w:rPr/>
        <w:t xml:space="preserve"> </w:t>
      </w:r>
      <w:r>
        <w:rPr/>
        <w:t>técnicos—. Lo está forzando a registrar su propia violencia.</w:t>
      </w:r>
    </w:p>
    <w:p>
      <w:pPr>
        <w:pStyle w:val="BodyText"/>
      </w:pPr>
      <w:r>
        <w:rPr/>
        <w:t>Finch levantó la mirada del monitor.</w:t>
      </w:r>
    </w:p>
    <w:p>
      <w:pPr>
        <w:pStyle w:val="BodyText"/>
      </w:pPr>
      <w:r>
        <w:rPr/>
        <w:t>Por primera vez desde que había iniciado la caza del Faro, sintió algo</w:t>
      </w:r>
      <w:r>
        <w:rPr/>
        <w:t xml:space="preserve"> </w:t>
      </w:r>
      <w:r>
        <w:rPr/>
        <w:t>parecido a una punzada de miedo. No de ella. De lo que podía hacerle a</w:t>
      </w:r>
      <w:r>
        <w:rPr/>
        <w:t xml:space="preserve"> </w:t>
      </w:r>
      <w:r>
        <w:rPr/>
        <w:t>su obra.</w:t>
      </w:r>
    </w:p>
    <w:p>
      <w:pPr>
        <w:pStyle w:val="BodyText"/>
      </w:pPr>
      <w:r>
        <w:rPr/>
        <w:t>—No la subestiméis —dijo, con voz neutra—. El error ha sido</w:t>
      </w:r>
      <w:r>
        <w:rPr/>
        <w:t xml:space="preserve"> </w:t>
      </w:r>
      <w:r>
        <w:rPr/>
        <w:t>nuestro.</w:t>
      </w:r>
    </w:p>
    <w:p>
      <w:pPr>
        <w:pStyle w:val="BodyText"/>
      </w:pPr>
      <w:r>
        <w:rPr/>
        <w:t>Sus dedos volaron sobre el teclado, iniciando protocolos de contención</w:t>
      </w:r>
      <w:r>
        <w:rPr/>
        <w:t xml:space="preserve"> </w:t>
      </w:r>
      <w:r>
        <w:rPr/>
        <w:t>que jamás habría pensado que necesitaría para defender la integridad de</w:t>
      </w:r>
      <w:r>
        <w:rPr/>
        <w:t xml:space="preserve"> </w:t>
      </w:r>
      <w:r>
        <w:rPr/>
        <w:t>su propia máquina de tortura.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>
          <w:b/>
        </w:rPr>
        <w:t>VI. VUELTA A LA CASA</w:t>
      </w:r>
    </w:p>
    <w:p>
      <w:pPr>
        <w:pStyle w:val="BodyText"/>
      </w:pPr>
      <w:r>
        <w:rPr/>
        <w:t>En el patio, la presión disminuyó de golpe.</w:t>
      </w:r>
    </w:p>
    <w:p>
      <w:pPr>
        <w:pStyle w:val="BodyText"/>
      </w:pPr>
      <w:r>
        <w:rPr/>
        <w:t>El cielo recuperó profundidad. Una estrella solitaria parpadeó sobre la</w:t>
      </w:r>
      <w:r>
        <w:rPr/>
        <w:t xml:space="preserve"> </w:t>
      </w:r>
      <w:r>
        <w:rPr/>
        <w:t>silueta del olivo, como si hubiera estado allí toda la noche, esperando</w:t>
      </w:r>
      <w:r>
        <w:rPr/>
        <w:t xml:space="preserve"> </w:t>
      </w:r>
      <w:r>
        <w:rPr/>
        <w:t>que alguien la viera.</w:t>
      </w:r>
    </w:p>
    <w:p>
      <w:pPr>
        <w:pStyle w:val="BodyText"/>
      </w:pPr>
      <w:r>
        <w:rPr/>
        <w:t>Las sombras se afinaron hasta convertirse en meros cambios de luz. La</w:t>
      </w:r>
      <w:r>
        <w:rPr/>
        <w:t xml:space="preserve"> </w:t>
      </w:r>
      <w:r>
        <w:rPr/>
        <w:t>masía volvió a ser casa. No del todo, no aún, pero lo suficiente como</w:t>
      </w:r>
      <w:r>
        <w:rPr/>
        <w:t xml:space="preserve"> </w:t>
      </w:r>
      <w:r>
        <w:rPr/>
        <w:t>para que Mar sintiera que el suelo recuperaba su papel antiguo:</w:t>
      </w:r>
      <w:r>
        <w:rPr/>
        <w:t xml:space="preserve"> </w:t>
      </w:r>
      <w:r>
        <w:rPr/>
        <w:t>sostener.</w:t>
      </w:r>
    </w:p>
    <w:p>
      <w:pPr>
        <w:pStyle w:val="BodyText"/>
      </w:pPr>
      <w:r>
        <w:rPr/>
        <w:t>La melodía se apagó sola, como una vela que ha cumplido su función.</w:t>
      </w:r>
    </w:p>
    <w:p>
      <w:pPr>
        <w:pStyle w:val="BodyText"/>
      </w:pPr>
      <w:r>
        <w:rPr/>
        <w:t>Mar se dejó caer sentada en la piedra fría. El sudor le resbalaba por la</w:t>
      </w:r>
      <w:r>
        <w:rPr/>
        <w:t xml:space="preserve"> </w:t>
      </w:r>
      <w:r>
        <w:rPr/>
        <w:t>espalda, a pesar del frío de la madrugada. Tenía la garganta en carne</w:t>
      </w:r>
      <w:r>
        <w:rPr/>
        <w:t xml:space="preserve"> </w:t>
      </w:r>
      <w:r>
        <w:rPr/>
        <w:t>viva y un zumbido leve en el oído izquierdo.</w:t>
      </w:r>
    </w:p>
    <w:p>
      <w:pPr>
        <w:pStyle w:val="BodyText"/>
      </w:pPr>
      <w:r>
        <w:rPr/>
        <w:t>Silencio —el gato— se asomó a la ventana, la observó durante un</w:t>
      </w:r>
      <w:r>
        <w:rPr/>
        <w:t xml:space="preserve"> </w:t>
      </w:r>
      <w:r>
        <w:rPr/>
        <w:t>segundo con esa mezcla de juicio y tolerancia felina y, finalmente,</w:t>
      </w:r>
      <w:r>
        <w:rPr/>
        <w:t xml:space="preserve"> </w:t>
      </w:r>
      <w:r>
        <w:rPr/>
        <w:t>decidió que su humana seguía siendo parte aceptable del mobiliario.</w:t>
      </w:r>
      <w:r>
        <w:rPr/>
        <w:t xml:space="preserve"> </w:t>
      </w:r>
      <w:r>
        <w:rPr/>
        <w:t>Desapareció hacia la cocina.</w:t>
      </w:r>
    </w:p>
    <w:p>
      <w:pPr>
        <w:pStyle w:val="BodyText"/>
      </w:pPr>
      <w:r>
        <w:rPr/>
        <w:t>Mar rió. Fue una risa breve, rota, pero auténtica.</w:t>
      </w:r>
    </w:p>
    <w:p>
      <w:pPr>
        <w:pStyle w:val="BodyText"/>
      </w:pPr>
      <w:r>
        <w:rPr/>
        <w:t>—Sigo aquí —dijo, sin saber si le hablaba a Adrián, a Lena, al Eco o</w:t>
      </w:r>
      <w:r>
        <w:rPr/>
        <w:t xml:space="preserve"> </w:t>
      </w:r>
      <w:r>
        <w:rPr/>
        <w:t>a sí misma—. Seguiré aquí mientras tenga voz.</w:t>
      </w:r>
    </w:p>
    <w:p>
      <w:pPr>
        <w:pStyle w:val="BodyText"/>
      </w:pPr>
      <w:r>
        <w:rPr/>
        <w:t>Se levantó despacio. Notaba cada músculo, cada articulación, como si el</w:t>
      </w:r>
      <w:r>
        <w:rPr/>
        <w:t xml:space="preserve"> </w:t>
      </w:r>
      <w:r>
        <w:rPr/>
        <w:t>cuerpo fuera un instrumento recién afinado después de años de abandono.</w:t>
      </w:r>
    </w:p>
    <w:p>
      <w:pPr>
        <w:pStyle w:val="BodyText"/>
      </w:pPr>
      <w:r>
        <w:rPr/>
        <w:t>Entró en la casa.</w:t>
      </w:r>
    </w:p>
    <w:p>
      <w:pPr>
        <w:pStyle w:val="BodyText"/>
      </w:pPr>
      <w:r>
        <w:rPr/>
        <w:t>El televisor estaba apagado. El espejo del pasillo devolvía, una vez</w:t>
      </w:r>
      <w:r>
        <w:rPr/>
        <w:t xml:space="preserve"> </w:t>
      </w:r>
      <w:r>
        <w:rPr/>
        <w:t>más, solo su reflejo. La cocina era cocina: desorden, café derramado,</w:t>
      </w:r>
      <w:r>
        <w:rPr/>
        <w:t xml:space="preserve"> </w:t>
      </w:r>
      <w:r>
        <w:rPr/>
        <w:t>una taza rota en el suelo.</w:t>
      </w:r>
    </w:p>
    <w:p>
      <w:pPr>
        <w:pStyle w:val="BodyText"/>
      </w:pPr>
      <w:r>
        <w:rPr/>
        <w:t>No había rastro visible de la intrusión.</w:t>
      </w:r>
    </w:p>
    <w:p>
      <w:pPr>
        <w:pStyle w:val="BodyText"/>
      </w:pPr>
      <w:r>
        <w:rPr/>
        <w:t>Pero algo sí había cambiado.</w:t>
      </w:r>
    </w:p>
    <w:p>
      <w:pPr>
        <w:pStyle w:val="BodyText"/>
      </w:pPr>
      <w:r>
        <w:rPr/>
        <w:t>Antes, el Proyecto Silencio era una amenaza abstracta, una arquitectura</w:t>
      </w:r>
      <w:r>
        <w:rPr/>
        <w:t xml:space="preserve"> </w:t>
      </w:r>
      <w:r>
        <w:rPr/>
        <w:t>de horror distribuida por servidores en países que quizá nunca</w:t>
      </w:r>
      <w:r>
        <w:rPr/>
        <w:t xml:space="preserve"> </w:t>
      </w:r>
      <w:r>
        <w:rPr/>
        <w:t>visitaría. Ahora, había tenido la certeza física de otra cosa: aquella</w:t>
      </w:r>
      <w:r>
        <w:rPr/>
        <w:t xml:space="preserve"> </w:t>
      </w:r>
      <w:r>
        <w:rPr/>
        <w:t>máquina también tenía un punto de ruptura.</w:t>
      </w:r>
    </w:p>
    <w:p>
      <w:pPr>
        <w:pStyle w:val="BodyText"/>
      </w:pPr>
      <w:r>
        <w:rPr/>
        <w:t>Había escuchado su crujido.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>
          <w:b/>
        </w:rPr>
        <w:t>VII. POSTLUDIO</w:t>
      </w:r>
    </w:p>
    <w:p>
      <w:pPr>
        <w:pStyle w:val="BodyText"/>
      </w:pPr>
      <w:r>
        <w:rPr/>
        <w:t>Mar recogió los trozos de la taza, uno por uno, y los dejó sobre la</w:t>
      </w:r>
      <w:r>
        <w:rPr/>
        <w:t xml:space="preserve"> </w:t>
      </w:r>
      <w:r>
        <w:rPr/>
        <w:t>encimera. No intentó recomponerla. No todo lo que se rompe debe ser</w:t>
      </w:r>
      <w:r>
        <w:rPr/>
        <w:t xml:space="preserve"> </w:t>
      </w:r>
      <w:r>
        <w:rPr/>
        <w:t>reparado. A veces, la función de una fractura es recordar que hubo</w:t>
      </w:r>
      <w:r>
        <w:rPr/>
        <w:t xml:space="preserve"> </w:t>
      </w:r>
      <w:r>
        <w:rPr/>
        <w:t>impacto.</w:t>
      </w:r>
    </w:p>
    <w:p>
      <w:pPr>
        <w:pStyle w:val="BodyText"/>
      </w:pPr>
      <w:r>
        <w:rPr/>
        <w:t>Se sirvió agua.</w:t>
      </w:r>
    </w:p>
    <w:p>
      <w:pPr>
        <w:pStyle w:val="BodyText"/>
      </w:pPr>
      <w:r>
        <w:rPr/>
        <w:t>Bebió despacio.</w:t>
      </w:r>
    </w:p>
    <w:p>
      <w:pPr>
        <w:pStyle w:val="BodyText"/>
      </w:pPr>
      <w:r>
        <w:rPr/>
        <w:t>El móvil vibró sobre la mesa.</w:t>
      </w:r>
    </w:p>
    <w:p>
      <w:pPr>
        <w:pStyle w:val="BodyText"/>
      </w:pPr>
      <w:r>
        <w:rPr/>
        <w:t>SEÑAL DE ATAQUE CORTADA</w:t>
      </w:r>
    </w:p>
    <w:p>
      <w:pPr>
        <w:pStyle w:val="BodyText"/>
      </w:pPr>
      <w:r>
        <w:rPr/>
        <w:t>REGISTRO DE ECO INVERSO EN SU SISTEMA</w:t>
      </w:r>
    </w:p>
    <w:p>
      <w:pPr>
        <w:pStyle w:val="BodyText"/>
      </w:pPr>
      <w:r>
        <w:rPr/>
        <w:t>FINCH HA TENIDO QUE DESCONECTAR POR COMPLETO</w:t>
      </w:r>
    </w:p>
    <w:p>
      <w:pPr>
        <w:pStyle w:val="BodyText"/>
      </w:pPr>
      <w:r>
        <w:rPr/>
        <w:t>— L.</w:t>
      </w:r>
    </w:p>
    <w:p>
      <w:pPr>
        <w:pStyle w:val="BodyText"/>
      </w:pPr>
      <w:r>
        <w:rPr/>
        <w:t>Mar apoyó el teléfono boca abajo.</w:t>
      </w:r>
    </w:p>
    <w:p>
      <w:pPr>
        <w:pStyle w:val="BodyText"/>
      </w:pPr>
      <w:r>
        <w:rPr/>
        <w:t>No era momento de celebrar nada. Lo que había ocurrido no era una</w:t>
      </w:r>
      <w:r>
        <w:rPr/>
        <w:t xml:space="preserve"> </w:t>
      </w:r>
      <w:r>
        <w:rPr/>
        <w:t>victoria gloriosa, sino un dato: la constatación de que Finch podía ser</w:t>
      </w:r>
      <w:r>
        <w:rPr/>
        <w:t xml:space="preserve"> </w:t>
      </w:r>
      <w:r>
        <w:rPr/>
        <w:t>obligado a retroceder.</w:t>
      </w:r>
    </w:p>
    <w:p>
      <w:pPr>
        <w:pStyle w:val="BodyText"/>
      </w:pPr>
      <w:r>
        <w:rPr/>
        <w:t>Salió al patio de nuevo.</w:t>
      </w:r>
    </w:p>
    <w:p>
      <w:pPr>
        <w:pStyle w:val="BodyText"/>
      </w:pPr>
      <w:r>
        <w:rPr/>
        <w:t>El horizonte comenzaba a aclararse, una línea pálida detrás de las</w:t>
      </w:r>
      <w:r>
        <w:rPr/>
        <w:t xml:space="preserve"> </w:t>
      </w:r>
      <w:r>
        <w:rPr/>
        <w:t>colinas. Dentro de pocas horas, todo aquello podría parecer una</w:t>
      </w:r>
      <w:r>
        <w:rPr/>
        <w:t xml:space="preserve"> </w:t>
      </w:r>
      <w:r>
        <w:rPr/>
        <w:t>pesadilla mal digerida. La tentación de minimizarlo llegaría con la luz.</w:t>
      </w:r>
    </w:p>
    <w:p>
      <w:pPr>
        <w:pStyle w:val="BodyText"/>
      </w:pPr>
      <w:r>
        <w:rPr/>
        <w:t>Se prometió no hacerlo.</w:t>
      </w:r>
    </w:p>
    <w:p>
      <w:pPr>
        <w:pStyle w:val="BodyText"/>
      </w:pPr>
      <w:r>
        <w:rPr/>
        <w:t>Cada ataque, cada defensa, cada pequeña alteración en la arquitectura</w:t>
      </w:r>
      <w:r>
        <w:rPr/>
        <w:t xml:space="preserve"> </w:t>
      </w:r>
      <w:r>
        <w:rPr/>
        <w:t>del miedo formaba parte de una partitura mayor que aún no veía completa.</w:t>
      </w:r>
      <w:r>
        <w:rPr/>
        <w:t xml:space="preserve"> </w:t>
      </w:r>
      <w:r>
        <w:rPr/>
        <w:t>Pero ahora sabía algo crucial: el Proyecto Silencio ya no era un</w:t>
      </w:r>
      <w:r>
        <w:rPr/>
        <w:t xml:space="preserve"> </w:t>
      </w:r>
      <w:r>
        <w:rPr/>
        <w:t>monólogo. Se había convertido en diálogo.</w:t>
      </w:r>
    </w:p>
    <w:p>
      <w:pPr>
        <w:pStyle w:val="BodyText"/>
      </w:pPr>
      <w:r>
        <w:rPr/>
        <w:t>—Escucha esto también —murmuró, mirando hacia el este—. No eres el</w:t>
      </w:r>
      <w:r>
        <w:rPr/>
        <w:t xml:space="preserve"> </w:t>
      </w:r>
      <w:r>
        <w:rPr/>
        <w:t>único que sabe escribir algoritmos.</w:t>
      </w:r>
    </w:p>
    <w:p>
      <w:pPr>
        <w:pStyle w:val="BodyText"/>
      </w:pPr>
      <w:r>
        <w:rPr/>
        <w:t>Se quedó un rato allí, descalza, mientras el cielo pasaba del negro al</w:t>
      </w:r>
      <w:r>
        <w:rPr/>
        <w:t xml:space="preserve"> </w:t>
      </w:r>
      <w:r>
        <w:rPr/>
        <w:t>azul sucio, y de ahí a un naranja tímido. Cada cambio de color le</w:t>
      </w:r>
      <w:r>
        <w:rPr/>
        <w:t xml:space="preserve"> </w:t>
      </w:r>
      <w:r>
        <w:rPr/>
        <w:t>pareció una variación lenta de un mismo motivo.</w:t>
      </w:r>
    </w:p>
    <w:p>
      <w:pPr>
        <w:pStyle w:val="BodyText"/>
      </w:pPr>
      <w:r>
        <w:rPr/>
        <w:t>Cuando por fin entró en la casa, la masía dejó de parecer un refugio</w:t>
      </w:r>
      <w:r>
        <w:rPr/>
        <w:t xml:space="preserve"> </w:t>
      </w:r>
      <w:r>
        <w:rPr/>
        <w:t>aislado y pasó a ser lo que, en realidad, siempre había sido: un nodo</w:t>
      </w:r>
      <w:r>
        <w:rPr/>
        <w:t xml:space="preserve"> </w:t>
      </w:r>
      <w:r>
        <w:rPr/>
        <w:t>más de una red de ecos que abarcaba el planeta.</w:t>
      </w:r>
    </w:p>
    <w:p>
      <w:pPr>
        <w:pStyle w:val="BodyText"/>
      </w:pPr>
      <w:r>
        <w:rPr/>
        <w:t>Finch seguiría atacando.</w:t>
      </w:r>
    </w:p>
    <w:p>
      <w:pPr>
        <w:pStyle w:val="BodyText"/>
      </w:pPr>
      <w:r>
        <w:rPr/>
        <w:t>Ella seguiría respondiendo.</w:t>
      </w:r>
    </w:p>
    <w:p>
      <w:pPr>
        <w:pStyle w:val="BodyText"/>
      </w:pPr>
      <w:r>
        <w:rPr/>
        <w:t>Entre ambos, el Eco escucharía. Y, quizá, pensó, por primera vez en</w:t>
      </w:r>
      <w:r>
        <w:rPr/>
        <w:t xml:space="preserve"> </w:t>
      </w:r>
      <w:r>
        <w:rPr/>
        <w:t>siglos estuviera tomando partido.</w:t>
      </w:r>
    </w:p>
    <w:p>
      <w:pPr>
        <w:pStyle w:val="BodyText"/>
      </w:pPr>
      <w:r>
        <w:rPr/>
        <w:t>* * *</w:t>
      </w:r>
    </w:p>
    <w:p>
      <w:pPr>
        <w:pStyle w:val="Heading1"/>
      </w:pPr>
      <w:r>
        <w:rPr/>
        <w:t>CAPÍTULO 47. LA CIUDAD DE LOS ESPEJOS</w:t>
      </w:r>
    </w:p>
    <w:p>
      <w:pPr/>
      <w:r>
        <w:rPr/>
        <w:t>Mar compró un döner en Alexanderplatz y comió de pie. La salsa de ajo le</w:t>
      </w:r>
      <w:r>
        <w:rPr/>
        <w:t xml:space="preserve"> </w:t>
      </w:r>
      <w:r>
        <w:rPr/>
        <w:t>quemó la lengua. Sonrió sin querer.</w:t>
      </w:r>
    </w:p>
    <w:p>
      <w:pPr>
        <w:pStyle w:val="BodyText"/>
      </w:pPr>
      <w:r>
        <w:rPr/>
        <w:t>«Un espejo solo refleja lo que le mostramos. El arte está en controlar</w:t>
      </w:r>
      <w:r>
        <w:rPr/>
        <w:t xml:space="preserve"> </w:t>
      </w:r>
      <w:r>
        <w:rPr/>
        <w:t>qué ponemos frente a él.» —Libro de los Ecos</w:t>
      </w:r>
    </w:p>
    <w:p>
      <w:pPr>
        <w:pStyle w:val="BodyText"/>
      </w:pPr>
      <w:r>
        <w:rPr/>
        <w:t>Barcelona se había convertido en una trampa de cristal. Desde su</w:t>
      </w:r>
      <w:r>
        <w:rPr/>
        <w:t xml:space="preserve"> </w:t>
      </w:r>
      <w:r>
        <w:rPr/>
        <w:t>posición en el hotel del Eixample, Mar observaba una ciudad que había</w:t>
      </w:r>
      <w:r>
        <w:rPr/>
        <w:t xml:space="preserve"> </w:t>
      </w:r>
      <w:r>
        <w:rPr/>
        <w:t>perdido su alma catalana para convertirse en algo más siniestro: un</w:t>
      </w:r>
      <w:r>
        <w:rPr/>
        <w:t xml:space="preserve"> </w:t>
      </w:r>
      <w:r>
        <w:rPr/>
        <w:t>laboratorio urbano donde cada superficie reflectante había sido</w:t>
      </w:r>
      <w:r>
        <w:rPr/>
        <w:t xml:space="preserve"> </w:t>
      </w:r>
      <w:r>
        <w:rPr/>
        <w:t>transformada en un receptor del Emisor de Caos.</w:t>
      </w:r>
    </w:p>
    <w:p>
      <w:pPr>
        <w:pStyle w:val="BodyText"/>
      </w:pPr>
      <w:r>
        <w:rPr/>
        <w:t>Su desayuno se había enfriado. Tostadas con sabor a cartón, café sin</w:t>
      </w:r>
      <w:r>
        <w:rPr/>
        <w:t xml:space="preserve"> </w:t>
      </w:r>
      <w:r>
        <w:rPr/>
        <w:t>aroma. El Proyecto quietud infectaba todos los sentidos.</w:t>
      </w:r>
    </w:p>
    <w:p>
      <w:pPr>
        <w:pStyle w:val="BodyText"/>
      </w:pPr>
      <w:r>
        <w:rPr/>
        <w:t>«Menudo panorama», murmuró, apartándose de la ventana.</w:t>
      </w:r>
    </w:p>
    <w:p>
      <w:pPr>
        <w:pStyle w:val="BodyText"/>
      </w:pPr>
      <w:r>
        <w:rPr/>
        <w:t>El Cerco Invisible</w:t>
      </w:r>
    </w:p>
    <w:p>
      <w:pPr>
        <w:pStyle w:val="BodyText"/>
      </w:pPr>
      <w:r>
        <w:rPr/>
        <w:t>Lena había confirmado sus sospechas doce horas antes: Finch había</w:t>
      </w:r>
      <w:r>
        <w:rPr/>
        <w:t xml:space="preserve"> </w:t>
      </w:r>
      <w:r>
        <w:rPr/>
        <w:t>elegido Barcelona como campo de pruebas final, no por casualidad, sino</w:t>
      </w:r>
      <w:r>
        <w:rPr/>
        <w:t xml:space="preserve"> </w:t>
      </w:r>
      <w:r>
        <w:rPr/>
        <w:t>porque la arquitectura de Gaudí creaba resonancias acústicas naturales</w:t>
      </w:r>
      <w:r>
        <w:rPr/>
        <w:t xml:space="preserve"> </w:t>
      </w:r>
      <w:r>
        <w:rPr/>
        <w:t>que amplificaban las ondas artificiales. La Sagrada Familia se había</w:t>
      </w:r>
      <w:r>
        <w:rPr/>
        <w:t xml:space="preserve"> </w:t>
      </w:r>
      <w:r>
        <w:rPr/>
        <w:t>convertido en una antena gigantesca transmitiendo dolor subliminal.</w:t>
      </w:r>
    </w:p>
    <w:p>
      <w:pPr>
        <w:pStyle w:val="BodyText"/>
      </w:pPr>
      <w:r>
        <w:rPr/>
        <w:t>Sonó su teléfono. Vasco, desde Lisboa.</w:t>
      </w:r>
    </w:p>
    <w:p>
      <w:pPr>
        <w:pStyle w:val="BodyText"/>
      </w:pPr>
      <w:r>
        <w:rPr/>
        <w:t>«¿Puedes oírlo?» preguntó sin preámbulos.</w:t>
      </w:r>
    </w:p>
    <w:p>
      <w:pPr>
        <w:pStyle w:val="BodyText"/>
      </w:pPr>
      <w:r>
        <w:rPr/>
        <w:t>«¿El qué?»</w:t>
      </w:r>
    </w:p>
    <w:p>
      <w:pPr>
        <w:pStyle w:val="BodyText"/>
      </w:pPr>
      <w:r>
        <w:rPr/>
        <w:t>«El zumbido constante. Como si la ciudad tuviera tinnitus.»</w:t>
      </w:r>
    </w:p>
    <w:p>
      <w:pPr>
        <w:pStyle w:val="BodyText"/>
      </w:pPr>
      <w:r>
        <w:rPr/>
        <w:t>Mar aguzó el oído. Ahí estaba: un susurro mecánico que salía de las</w:t>
      </w:r>
      <w:r>
        <w:rPr/>
        <w:t xml:space="preserve"> </w:t>
      </w:r>
      <w:r>
        <w:rPr/>
        <w:t>paredes, del aire acondicionado, de los espejos del baño. «Lo oigo.</w:t>
      </w:r>
      <w:r>
        <w:rPr/>
        <w:t xml:space="preserve"> </w:t>
      </w:r>
      <w:r>
        <w:rPr/>
        <w:t>¿Cuándo empezó?»</w:t>
      </w:r>
    </w:p>
    <w:p>
      <w:pPr>
        <w:pStyle w:val="BodyText"/>
      </w:pPr>
      <w:r>
        <w:rPr/>
        <w:t>«Esta madrugada. Y no es solo Barcelona. Lisboa también está infectada.»</w:t>
      </w:r>
    </w:p>
    <w:p>
      <w:pPr>
        <w:pStyle w:val="BodyText"/>
      </w:pPr>
      <w:r>
        <w:rPr/>
        <w:t>La línea se cortó. Mar intentó llamar de vuelta. Sin cobertura. El cerco</w:t>
      </w:r>
      <w:r>
        <w:rPr/>
        <w:t xml:space="preserve"> </w:t>
      </w:r>
      <w:r>
        <w:rPr/>
        <w:t>se estrechaba.</w:t>
      </w:r>
    </w:p>
    <w:p>
      <w:pPr>
        <w:pStyle w:val="BodyText"/>
      </w:pPr>
      <w:r>
        <w:rPr/>
        <w:t>Dejó el teléfono sobre la mesa. Sus manos temblaban. Respiró hondo.</w:t>
      </w:r>
    </w:p>
    <w:p>
      <w:pPr>
        <w:pStyle w:val="BodyText"/>
      </w:pPr>
      <w:r>
        <w:rPr/>
        <w:t>Salió del hotel con su mochila de equipos, decidida a localizar las</w:t>
      </w:r>
      <w:r>
        <w:rPr/>
        <w:t xml:space="preserve"> </w:t>
      </w:r>
      <w:r>
        <w:rPr/>
        <w:t>fuentes de transmisión. Si no podía comunicarse digitalmente con su</w:t>
      </w:r>
      <w:r>
        <w:rPr/>
        <w:t xml:space="preserve"> </w:t>
      </w:r>
      <w:r>
        <w:rPr/>
        <w:t>equipo, tendría que trabajar como los custodios de antaño: sola,</w:t>
      </w:r>
      <w:r>
        <w:rPr/>
        <w:t xml:space="preserve"> </w:t>
      </w:r>
      <w:r>
        <w:rPr/>
        <w:t>confiando en su instinto y en herramientas analógicas.</w:t>
      </w:r>
    </w:p>
    <w:p>
      <w:pPr>
        <w:pStyle w:val="BodyText"/>
      </w:pPr>
      <w:r>
        <w:rPr/>
        <w:t>Las Ramblas Zombificadas</w:t>
      </w:r>
    </w:p>
    <w:p>
      <w:pPr>
        <w:pStyle w:val="BodyText"/>
      </w:pPr>
      <w:r>
        <w:rPr/>
        <w:t>Las Ramblas parecían normales a primera vista, pero las anomalías eran</w:t>
      </w:r>
      <w:r>
        <w:rPr/>
        <w:t xml:space="preserve"> </w:t>
      </w:r>
      <w:r>
        <w:rPr/>
        <w:t>evidentes. Los turistas caminaban como autómatas. Los músicos callejeros</w:t>
      </w:r>
      <w:r>
        <w:rPr/>
        <w:t xml:space="preserve"> </w:t>
      </w:r>
      <w:r>
        <w:rPr/>
        <w:t>tocaban con expresiones vacías, sus melodías contaminadas por ondas</w:t>
      </w:r>
      <w:r>
        <w:rPr/>
        <w:t xml:space="preserve"> </w:t>
      </w:r>
      <w:r>
        <w:rPr/>
        <w:t>subsónicas.</w:t>
      </w:r>
    </w:p>
    <w:p>
      <w:pPr>
        <w:pStyle w:val="BodyText"/>
      </w:pPr>
      <w:r>
        <w:rPr/>
        <w:t>Se detuvo en un café, pidió cortado doble y sacó su detector</w:t>
      </w:r>
      <w:r>
        <w:rPr/>
        <w:t xml:space="preserve"> </w:t>
      </w:r>
      <w:r>
        <w:rPr/>
        <w:t>vibracionals casero, un dispositivo que parecía un walkman vintage, pero</w:t>
      </w:r>
      <w:r>
        <w:rPr/>
        <w:t xml:space="preserve"> </w:t>
      </w:r>
      <w:r>
        <w:rPr/>
        <w:t>que podía mapear pulsos electromagnéticos. La camarera la miró con</w:t>
      </w:r>
      <w:r>
        <w:rPr/>
        <w:t xml:space="preserve"> </w:t>
      </w:r>
      <w:r>
        <w:rPr/>
        <w:t>curiosidad.</w:t>
      </w:r>
    </w:p>
    <w:p>
      <w:pPr>
        <w:pStyle w:val="BodyText"/>
      </w:pPr>
      <w:r>
        <w:rPr/>
        <w:t>«¿Es músico?»</w:t>
      </w:r>
    </w:p>
    <w:p>
      <w:pPr>
        <w:pStyle w:val="BodyText"/>
      </w:pPr>
      <w:r>
        <w:rPr/>
        <w:t>«Algo así», respondió Mar, calibrando el aparato.</w:t>
      </w:r>
    </w:p>
    <w:p>
      <w:pPr>
        <w:pStyle w:val="BodyText"/>
      </w:pPr>
      <w:r>
        <w:rPr/>
        <w:t>Los niveles eran alarmantes. Toda la zona irradiaba la firma del Emisor,</w:t>
      </w:r>
      <w:r>
        <w:rPr/>
        <w:t xml:space="preserve"> </w:t>
      </w:r>
      <w:r>
        <w:rPr/>
        <w:t>pero con una peculiaridad: la señal no venía de una fuente única. En</w:t>
      </w:r>
      <w:r>
        <w:rPr/>
        <w:t xml:space="preserve"> </w:t>
      </w:r>
      <w:r>
        <w:rPr/>
        <w:t>cambio, de múltiples puntos que creaban una red de interferencia</w:t>
      </w:r>
      <w:r>
        <w:rPr/>
        <w:t xml:space="preserve"> </w:t>
      </w:r>
      <w:r>
        <w:rPr/>
        <w:t>constructiva. Finch había aprendido las lecciones de Soria.</w:t>
      </w:r>
    </w:p>
    <w:p>
      <w:pPr>
        <w:pStyle w:val="BodyText"/>
      </w:pPr>
      <w:r>
        <w:rPr/>
        <w:t>A doscientos metros de distancia, en una furgoneta aparcada frente al</w:t>
      </w:r>
      <w:r>
        <w:rPr/>
        <w:t xml:space="preserve"> </w:t>
      </w:r>
      <w:r>
        <w:rPr/>
        <w:t>Palau de la Música, Finch observaba a Mar a través de una cámara de alta</w:t>
      </w:r>
      <w:r>
        <w:rPr/>
        <w:t xml:space="preserve"> </w:t>
      </w:r>
      <w:r>
        <w:rPr/>
        <w:t>resolución.</w:t>
      </w:r>
    </w:p>
    <w:p>
      <w:pPr>
        <w:pStyle w:val="BodyText"/>
      </w:pPr>
      <w:r>
        <w:rPr/>
        <w:t>No necesitaba seguirla de cerca. Barcelona entera era su sala de</w:t>
      </w:r>
      <w:r>
        <w:rPr/>
        <w:t xml:space="preserve"> </w:t>
      </w:r>
      <w:r>
        <w:rPr/>
        <w:t>control.</w:t>
      </w:r>
    </w:p>
    <w:p>
      <w:pPr>
        <w:pStyle w:val="BodyText"/>
      </w:pPr>
      <w:r>
        <w:rPr/>
        <w:t>«Objetivo confirmado en sector gótico», informó a su equipo. «Está</w:t>
      </w:r>
      <w:r>
        <w:rPr/>
        <w:t xml:space="preserve"> </w:t>
      </w:r>
      <w:r>
        <w:rPr/>
        <w:t>intentando mapear nuestros emisores. Déjenla trabajar. Quiero ver su</w:t>
      </w:r>
      <w:r>
        <w:rPr/>
        <w:t xml:space="preserve"> </w:t>
      </w:r>
      <w:r>
        <w:rPr/>
        <w:t>metodología antes de interceptarla.»</w:t>
      </w:r>
    </w:p>
    <w:p>
      <w:pPr>
        <w:pStyle w:val="BodyText"/>
      </w:pPr>
      <w:r>
        <w:rPr/>
        <w:t>Un técnico vaciló. «Señor, está generando contra-frecuencias. Si</w:t>
      </w:r>
      <w:r>
        <w:rPr/>
        <w:t xml:space="preserve"> </w:t>
      </w:r>
      <w:r>
        <w:rPr/>
        <w:t>localiza los nodos primarios…»</w:t>
      </w:r>
    </w:p>
    <w:p>
      <w:pPr>
        <w:pStyle w:val="BodyText"/>
      </w:pPr>
      <w:r>
        <w:rPr/>
        <w:t>«Entonces activaremos los secundarios.» Finch amplió la imagen de Mar en</w:t>
      </w:r>
      <w:r>
        <w:rPr/>
        <w:t xml:space="preserve"> </w:t>
      </w:r>
      <w:r>
        <w:rPr/>
        <w:t>la pantalla. Ella estaba consultando su detector casero, por completo</w:t>
      </w:r>
      <w:r>
        <w:rPr/>
        <w:t xml:space="preserve"> </w:t>
      </w:r>
      <w:r>
        <w:rPr/>
        <w:t>ajena a que cada lectura que tomaba era registrada y analizada por</w:t>
      </w:r>
      <w:r>
        <w:rPr/>
        <w:t xml:space="preserve"> </w:t>
      </w:r>
      <w:r>
        <w:rPr/>
        <w:t>Chrysalis.</w:t>
      </w:r>
    </w:p>
    <w:p>
      <w:pPr>
        <w:pStyle w:val="BodyText"/>
      </w:pPr>
      <w:r>
        <w:rPr/>
        <w:t>Se quitó las gafas, las limpió metódicamente. Un gesto que repetía</w:t>
      </w:r>
      <w:r>
        <w:rPr/>
        <w:t xml:space="preserve"> </w:t>
      </w:r>
      <w:r>
        <w:rPr/>
        <w:t>cuando calculaba el momento exacto de captura.</w:t>
      </w:r>
    </w:p>
    <w:p>
      <w:pPr>
        <w:pStyle w:val="BodyText"/>
      </w:pPr>
      <w:r>
        <w:rPr/>
        <w:t>La araña observa a la mosca que intenta desenredar la telaraña.</w:t>
      </w:r>
    </w:p>
    <w:p>
      <w:pPr>
        <w:pStyle w:val="BodyText"/>
      </w:pPr>
      <w:r>
        <w:rPr/>
        <w:t>«Barcelona es mi laboratorio», dijo, más para sí mismo que para su</w:t>
      </w:r>
      <w:r>
        <w:rPr/>
        <w:t xml:space="preserve"> </w:t>
      </w:r>
      <w:r>
        <w:rPr/>
        <w:t>equipo. «Y ella es el experimento más fascinante que he tenido en años.»</w:t>
      </w:r>
    </w:p>
    <w:p>
      <w:pPr>
        <w:pStyle w:val="BodyText"/>
      </w:pPr>
      <w:r>
        <w:rPr/>
        <w:t>Volvió a ponerse las gafas. En la pantalla, Mar se levantaba del café,</w:t>
      </w:r>
      <w:r>
        <w:rPr/>
        <w:t xml:space="preserve"> </w:t>
      </w:r>
      <w:r>
        <w:rPr/>
        <w:t>claramente perturbada por algo.</w:t>
      </w:r>
    </w:p>
    <w:p>
      <w:pPr>
        <w:pStyle w:val="BodyText"/>
      </w:pPr>
      <w:r>
        <w:rPr/>
        <w:t>«Preparen el protocolo de interceptación. Fase dos en… cuatro horas.</w:t>
      </w:r>
      <w:r>
        <w:rPr/>
        <w:t xml:space="preserve"> </w:t>
      </w:r>
      <w:r>
        <w:rPr/>
        <w:t>Al atardecer, cuando esté más vulnerable.»</w:t>
      </w:r>
    </w:p>
    <w:p>
      <w:pPr>
        <w:pStyle w:val="BodyText"/>
      </w:pPr>
      <w:r>
        <w:rPr/>
        <w:t>El Niño Vector</w:t>
      </w:r>
    </w:p>
    <w:p>
      <w:pPr>
        <w:pStyle w:val="BodyText"/>
      </w:pPr>
      <w:r>
        <w:rPr/>
        <w:t>Un niño se acercó a la mesa de Mar, la miró fijamente con ojos demasiado</w:t>
      </w:r>
      <w:r>
        <w:rPr/>
        <w:t xml:space="preserve"> </w:t>
      </w:r>
      <w:r>
        <w:rPr/>
        <w:t>serios para su edad.</w:t>
      </w:r>
    </w:p>
    <w:p>
      <w:pPr>
        <w:pStyle w:val="BodyText"/>
      </w:pPr>
      <w:r>
        <w:rPr/>
        <w:t>«La señora escucha los secretos», dijo con voz mecánica.</w:t>
      </w:r>
    </w:p>
    <w:p>
      <w:pPr>
        <w:pStyle w:val="BodyText"/>
      </w:pPr>
      <w:r>
        <w:rPr/>
        <w:t>Mar sintió un escalofrío. «¿Cómo dices?»</w:t>
      </w:r>
    </w:p>
    <w:p>
      <w:pPr>
        <w:pStyle w:val="BodyText"/>
      </w:pPr>
      <w:r>
        <w:rPr/>
        <w:t>El niño parpadeó, pareció despertar de un trance. «¿Perdón? No he dicho</w:t>
      </w:r>
      <w:r>
        <w:rPr/>
        <w:t xml:space="preserve"> </w:t>
      </w:r>
      <w:r>
        <w:rPr/>
        <w:t>nada.» Se alejó corriendo hacia sus padres, confundido.</w:t>
      </w:r>
    </w:p>
    <w:p>
      <w:pPr>
        <w:pStyle w:val="BodyText"/>
      </w:pPr>
      <w:r>
        <w:rPr/>
        <w:t>«Joder», murmuró Mar. El Proyecto Silencio había comenzado a usar a los</w:t>
      </w:r>
      <w:r>
        <w:rPr/>
        <w:t xml:space="preserve"> </w:t>
      </w:r>
      <w:r>
        <w:rPr/>
        <w:t>niños como vectores de transmisión involuntaria.</w:t>
      </w:r>
    </w:p>
    <w:p>
      <w:pPr>
        <w:pStyle w:val="BodyText"/>
      </w:pPr>
      <w:r>
        <w:rPr/>
        <w:t>Pagó el café. Monedas tintinearon. El camarero no la miró a los ojos.</w:t>
      </w:r>
    </w:p>
    <w:p>
      <w:pPr>
        <w:pStyle w:val="BodyText"/>
      </w:pPr>
      <w:r>
        <w:rPr/>
        <w:t>Se dirigió hacia el Barrio Gótico, donde sus instrumentos detectaban la</w:t>
      </w:r>
      <w:r>
        <w:rPr/>
        <w:t xml:space="preserve"> </w:t>
      </w:r>
      <w:r>
        <w:rPr/>
        <w:t>mayor concentración de señales hostiles. Las calles medievales,</w:t>
      </w:r>
      <w:r>
        <w:rPr/>
        <w:t xml:space="preserve"> </w:t>
      </w:r>
      <w:r>
        <w:rPr/>
        <w:t>habitualmente acogedoras, se sentían opresivas. Cada sombra parecía</w:t>
      </w:r>
      <w:r>
        <w:rPr/>
        <w:t xml:space="preserve"> </w:t>
      </w:r>
      <w:r>
        <w:rPr/>
        <w:t>ocultar altavoces invisibles, cada eco de sus pasos sonaba desafinado.</w:t>
      </w:r>
    </w:p>
    <w:p>
      <w:pPr>
        <w:pStyle w:val="BodyText"/>
      </w:pPr>
      <w:r>
        <w:rPr/>
        <w:t>El Espejo Mentiroso</w:t>
      </w:r>
    </w:p>
    <w:p>
      <w:pPr>
        <w:pStyle w:val="BodyText"/>
      </w:pPr>
      <w:r>
        <w:rPr/>
        <w:t>Se detuvo frente a una tienda de instrumentos musicales antiguos. El</w:t>
      </w:r>
      <w:r>
        <w:rPr/>
        <w:t xml:space="preserve"> </w:t>
      </w:r>
      <w:r>
        <w:rPr/>
        <w:t>escaparate mostraba violines, guitarras clásicas, un piano de cola</w:t>
      </w:r>
      <w:r>
        <w:rPr/>
        <w:t xml:space="preserve"> </w:t>
      </w:r>
      <w:r>
        <w:rPr/>
        <w:t>restaurado. Pero cuando Mar se acercó al cristal, vio algo que la heló:</w:t>
      </w:r>
      <w:r>
        <w:rPr/>
        <w:t xml:space="preserve"> </w:t>
      </w:r>
      <w:r>
        <w:rPr/>
        <w:t>su propio reflejo no le devolvía la mirada. En su lugar, el espejo</w:t>
      </w:r>
      <w:r>
        <w:rPr/>
        <w:t xml:space="preserve"> </w:t>
      </w:r>
      <w:r>
        <w:rPr/>
        <w:t>mostraba la imagen de Anna Maria, con su violín fantasmal, tocando una</w:t>
      </w:r>
      <w:r>
        <w:rPr/>
        <w:t xml:space="preserve"> </w:t>
      </w:r>
      <w:r>
        <w:rPr/>
        <w:t>melodía silenciosa que Mar podía sentir en sus huesos.</w:t>
      </w:r>
    </w:p>
    <w:p>
      <w:pPr>
        <w:pStyle w:val="BodyText"/>
      </w:pPr>
      <w:r>
        <w:rPr/>
        <w:t>«No es real», se dijo. «Es una proyección, una alucinación inducida.»</w:t>
      </w:r>
    </w:p>
    <w:p>
      <w:pPr>
        <w:pStyle w:val="BodyText"/>
      </w:pPr>
      <w:r>
        <w:rPr/>
        <w:t>Pero Anna Maria en el espejo movió los labios: «Todo es real si lo</w:t>
      </w:r>
      <w:r>
        <w:rPr/>
        <w:t xml:space="preserve"> </w:t>
      </w:r>
      <w:r>
        <w:rPr/>
        <w:t>sientes, hermana custodio.»</w:t>
      </w:r>
    </w:p>
    <w:p>
      <w:pPr>
        <w:pStyle w:val="BodyText"/>
      </w:pPr>
      <w:r>
        <w:rPr/>
        <w:t>Mar retrocedió del escaparate, tropezó con una turista alemana que</w:t>
      </w:r>
      <w:r>
        <w:rPr/>
        <w:t xml:space="preserve"> </w:t>
      </w:r>
      <w:r>
        <w:rPr/>
        <w:t>protestó en un idioma que sonaba procesado, como si hubiera pasado por</w:t>
      </w:r>
      <w:r>
        <w:rPr/>
        <w:t xml:space="preserve"> </w:t>
      </w:r>
      <w:r>
        <w:rPr/>
        <w:t>un modulador de voz. Cada palabra se convertía en una onda cortante que</w:t>
      </w:r>
      <w:r>
        <w:rPr/>
        <w:t xml:space="preserve"> </w:t>
      </w:r>
      <w:r>
        <w:rPr/>
        <w:t>le dolía en los oídos.</w:t>
      </w:r>
    </w:p>
    <w:p>
      <w:pPr>
        <w:pStyle w:val="BodyText"/>
      </w:pPr>
      <w:r>
        <w:rPr/>
        <w:t>Se apoyó en una pared. Piedra fría contra su espalda. Contó hasta diez.</w:t>
      </w:r>
    </w:p>
    <w:p>
      <w:pPr>
        <w:pStyle w:val="BodyText"/>
      </w:pPr>
      <w:r>
        <w:rPr/>
        <w:t>Necesitaba refugio. Recordó una iglesia románica cercana, Santa María</w:t>
      </w:r>
      <w:r>
        <w:rPr/>
        <w:t xml:space="preserve"> </w:t>
      </w:r>
      <w:r>
        <w:rPr/>
        <w:t>del Mar, donde la piedra antigua podría ofrecerle protección contra las</w:t>
      </w:r>
      <w:r>
        <w:rPr/>
        <w:t xml:space="preserve"> </w:t>
      </w:r>
      <w:r>
        <w:rPr/>
        <w:t>ondas artificiales.</w:t>
      </w:r>
    </w:p>
    <w:p>
      <w:pPr>
        <w:pStyle w:val="BodyText"/>
      </w:pPr>
      <w:r>
        <w:rPr/>
        <w:t>El Santuario de Piedra</w:t>
      </w:r>
    </w:p>
    <w:p>
      <w:pPr>
        <w:pStyle w:val="BodyText"/>
      </w:pPr>
      <w:r>
        <w:rPr/>
        <w:t>El interior de la basílica era un oasis de relativa calma. Los muros</w:t>
      </w:r>
      <w:r>
        <w:rPr/>
        <w:t xml:space="preserve"> </w:t>
      </w:r>
      <w:r>
        <w:rPr/>
        <w:t>góticos absorbían parte de las ondas hostiles, creando un espacio donde</w:t>
      </w:r>
      <w:r>
        <w:rPr/>
        <w:t xml:space="preserve"> </w:t>
      </w:r>
      <w:r>
        <w:rPr/>
        <w:t>Mar podía pensar con claridad. Se sentó en un banco, cerró los ojos,</w:t>
      </w:r>
      <w:r>
        <w:rPr/>
        <w:t xml:space="preserve"> </w:t>
      </w:r>
      <w:r>
        <w:rPr/>
        <w:t>intentó contactar mentalmente con Lena y Vasco.</w:t>
      </w:r>
    </w:p>
    <w:p>
      <w:pPr>
        <w:pStyle w:val="BodyText"/>
      </w:pPr>
      <w:r>
        <w:rPr/>
        <w:t>Un sacerdote se acercó, preocupado por su evidente angustia.</w:t>
      </w:r>
    </w:p>
    <w:p>
      <w:pPr>
        <w:pStyle w:val="BodyText"/>
      </w:pPr>
      <w:r>
        <w:rPr/>
        <w:t>«¿Se encuentra bien, hija?»</w:t>
      </w:r>
    </w:p>
    <w:p>
      <w:pPr>
        <w:pStyle w:val="BodyText"/>
      </w:pPr>
      <w:r>
        <w:rPr/>
        <w:t>«Dolor de cabeza», mintió Mar. «La ciudad está muy ruidosa hoy.»</w:t>
      </w:r>
    </w:p>
    <w:p>
      <w:pPr>
        <w:pStyle w:val="BodyText"/>
      </w:pPr>
      <w:r>
        <w:rPr/>
        <w:t>«Barcelona siempre es ruidosa», sonrió el cura. «Pero hay músicas que</w:t>
      </w:r>
      <w:r>
        <w:rPr/>
        <w:t xml:space="preserve"> </w:t>
      </w:r>
      <w:r>
        <w:rPr/>
        <w:t>sanan y músicas que enferman. Usted parece estar escuchando las</w:t>
      </w:r>
      <w:r>
        <w:rPr/>
        <w:t xml:space="preserve"> </w:t>
      </w:r>
      <w:r>
        <w:rPr/>
        <w:t>equivocadas.»</w:t>
      </w:r>
    </w:p>
    <w:p>
      <w:pPr>
        <w:pStyle w:val="BodyText"/>
      </w:pPr>
      <w:r>
        <w:rPr/>
        <w:t>Las palabras resonaron con una sabiduría involuntaria. Mar abrió su</w:t>
      </w:r>
      <w:r>
        <w:rPr/>
        <w:t xml:space="preserve"> </w:t>
      </w:r>
      <w:r>
        <w:rPr/>
        <w:t>mochila, sacó un pequeño sintetizador portátil que había modificado para</w:t>
      </w:r>
      <w:r>
        <w:rPr/>
        <w:t xml:space="preserve"> </w:t>
      </w:r>
      <w:r>
        <w:rPr/>
        <w:t>generar contra-ondas específicas.</w:t>
      </w:r>
    </w:p>
    <w:p>
      <w:pPr>
        <w:pStyle w:val="BodyText"/>
      </w:pPr>
      <w:r>
        <w:rPr/>
        <w:t>«¿Puedo?» preguntó, señalando el instrumento.</w:t>
      </w:r>
    </w:p>
    <w:p>
      <w:pPr>
        <w:pStyle w:val="BodyText"/>
      </w:pPr>
      <w:r>
        <w:rPr/>
        <w:t>El cura asintió, intrigado.</w:t>
      </w:r>
    </w:p>
    <w:p>
      <w:pPr>
        <w:pStyle w:val="BodyText"/>
      </w:pPr>
      <w:r>
        <w:rPr/>
        <w:t>Mar comenzó a tocar suavemente, generando vibraciones que neutralizaban</w:t>
      </w:r>
      <w:r>
        <w:rPr/>
        <w:t xml:space="preserve"> </w:t>
      </w:r>
      <w:r>
        <w:rPr/>
        <w:t>las emisiones del Proyecto quietud. No era melodía. Era medicina</w:t>
      </w:r>
      <w:r>
        <w:rPr/>
        <w:t xml:space="preserve"> </w:t>
      </w:r>
      <w:r>
        <w:rPr/>
        <w:t>acústica que restauraba la armonía del espacio.</w:t>
      </w:r>
    </w:p>
    <w:p>
      <w:pPr>
        <w:pStyle w:val="BodyText"/>
      </w:pPr>
      <w:r>
        <w:rPr/>
        <w:t>Otros feligreses se acercaron, atraídos por la música extraña, pero</w:t>
      </w:r>
      <w:r>
        <w:rPr/>
        <w:t xml:space="preserve"> </w:t>
      </w:r>
      <w:r>
        <w:rPr/>
        <w:t>reconfortante. Una anciana comenzó a llorar silenciosamente, como si</w:t>
      </w:r>
      <w:r>
        <w:rPr/>
        <w:t xml:space="preserve"> </w:t>
      </w:r>
      <w:r>
        <w:rPr/>
        <w:t>hubiera recuperado algo que había perdido sin darse cuenta.</w:t>
      </w:r>
    </w:p>
    <w:p>
      <w:pPr>
        <w:pStyle w:val="BodyText"/>
      </w:pPr>
      <w:r>
        <w:rPr/>
        <w:t>«Es hermoso», murmuró el sacerdote. «¿Qué es?»</w:t>
      </w:r>
    </w:p>
    <w:p>
      <w:pPr>
        <w:pStyle w:val="BodyText"/>
      </w:pPr>
      <w:r>
        <w:rPr/>
        <w:t>«Una oración», respondió Mar. «Una oración en un idioma muy antiguo.»</w:t>
      </w:r>
    </w:p>
    <w:p>
      <w:pPr>
        <w:pStyle w:val="BodyText"/>
      </w:pPr>
      <w:r>
        <w:rPr/>
        <w:t>Mientras tocaba, sus instrumentos registraron una disminución</w:t>
      </w:r>
      <w:r>
        <w:rPr/>
        <w:t xml:space="preserve"> </w:t>
      </w:r>
      <w:r>
        <w:rPr/>
        <w:t>significativa en las señales hostiles. El Emisor seguía activo, pero su</w:t>
      </w:r>
      <w:r>
        <w:rPr/>
        <w:t xml:space="preserve"> </w:t>
      </w:r>
      <w:r>
        <w:rPr/>
        <w:t>influencia se debilitaba en presencia de la música sanadora.</w:t>
      </w:r>
    </w:p>
    <w:p>
      <w:pPr>
        <w:pStyle w:val="BodyText"/>
      </w:pPr>
      <w:r>
        <w:rPr/>
        <w:t>La estrategia se reveló ante ella. No podía destruir el Emisor de forma</w:t>
      </w:r>
      <w:r>
        <w:rPr/>
        <w:t xml:space="preserve"> </w:t>
      </w:r>
      <w:r>
        <w:rPr/>
        <w:t>directa, pero podía crear santuarios acústicos por toda la ciudad,</w:t>
      </w:r>
      <w:r>
        <w:rPr/>
        <w:t xml:space="preserve"> </w:t>
      </w:r>
      <w:r>
        <w:rPr/>
        <w:t>espacios donde las vibraciones naturales prevalecieran sobre las</w:t>
      </w:r>
      <w:r>
        <w:rPr/>
        <w:t xml:space="preserve"> </w:t>
      </w:r>
      <w:r>
        <w:rPr/>
        <w:t>artificiales.</w:t>
      </w:r>
    </w:p>
    <w:p>
      <w:pPr>
        <w:pStyle w:val="BodyText"/>
      </w:pPr>
      <w:r>
        <w:rPr/>
        <w:t>En su búnker de Kreuzberg, Lena tecleaba mientras monitoreaba tres</w:t>
      </w:r>
      <w:r>
        <w:rPr/>
        <w:t xml:space="preserve"> </w:t>
      </w:r>
      <w:r>
        <w:rPr/>
        <w:t>ciudades a la vez: Barcelona, Lisboa, Berlín. Todas infectadas por la</w:t>
      </w:r>
      <w:r>
        <w:rPr/>
        <w:t xml:space="preserve"> </w:t>
      </w:r>
      <w:r>
        <w:rPr/>
        <w:t>misma firma del Emisor.</w:t>
      </w:r>
    </w:p>
    <w:p>
      <w:pPr>
        <w:pStyle w:val="BodyText"/>
      </w:pPr>
      <w:r>
        <w:rPr/>
        <w:t>«Hijo de puta», murmuró al ver los niveles en Barcelona dispararse. Mar</w:t>
      </w:r>
      <w:r>
        <w:rPr/>
        <w:t xml:space="preserve"> </w:t>
      </w:r>
      <w:r>
        <w:rPr/>
        <w:t>estaba en el epicentro del ataque. Y Lena no podía hacer nada desde aquí</w:t>
      </w:r>
      <w:r>
        <w:rPr/>
        <w:t xml:space="preserve"> </w:t>
      </w:r>
      <w:r>
        <w:rPr/>
        <w:t>salvo observar cómo las ondas hostiles envolvían a su amiga.</w:t>
      </w:r>
    </w:p>
    <w:p>
      <w:pPr>
        <w:pStyle w:val="BodyText"/>
      </w:pPr>
      <w:r>
        <w:rPr/>
        <w:t>Intentó penetrar los sistemas de Chrysalis en Barcelona para sabotear el</w:t>
      </w:r>
      <w:r>
        <w:rPr/>
        <w:t xml:space="preserve"> </w:t>
      </w:r>
      <w:r>
        <w:rPr/>
        <w:t>Emisor, pero encontró cortafuegos militares. Finch había aprendido de</w:t>
      </w:r>
      <w:r>
        <w:rPr/>
        <w:t xml:space="preserve"> </w:t>
      </w:r>
      <w:r>
        <w:rPr/>
        <w:t>sus hackeos anteriores.</w:t>
      </w:r>
    </w:p>
    <w:p>
      <w:pPr>
        <w:pStyle w:val="BodyText"/>
      </w:pPr>
      <w:r>
        <w:rPr/>
        <w:t>No esta vez.</w:t>
      </w:r>
    </w:p>
    <w:p>
      <w:pPr>
        <w:pStyle w:val="BodyText"/>
      </w:pPr>
      <w:r>
        <w:rPr/>
        <w:t>Lena abrió un canal encriptado con un viejo contacto en el grupo</w:t>
      </w:r>
      <w:r>
        <w:rPr/>
        <w:t xml:space="preserve"> </w:t>
      </w:r>
      <w:r>
        <w:rPr/>
        <w:t>hacktivista Anonymous de Barcelona. «Necesito ojos en el terreno. Palau</w:t>
      </w:r>
      <w:r>
        <w:rPr/>
        <w:t xml:space="preserve"> </w:t>
      </w:r>
      <w:r>
        <w:rPr/>
        <w:t>de la Música. Furgoneta negra. Placas diplomáticas.»</w:t>
      </w:r>
    </w:p>
    <w:p>
      <w:pPr>
        <w:pStyle w:val="BodyText"/>
      </w:pPr>
      <w:r>
        <w:rPr/>
        <w:t>La respuesta llegó en segundos: «Confirmado. ¿Qué hacemos con ella?»</w:t>
      </w:r>
    </w:p>
    <w:p>
      <w:pPr>
        <w:pStyle w:val="BodyText"/>
      </w:pPr>
      <w:r>
        <w:rPr/>
        <w:t>Lena sonrió con frialdad mientras sus dedos volaban sobre el teclado,</w:t>
      </w:r>
      <w:r>
        <w:rPr/>
        <w:t xml:space="preserve"> </w:t>
      </w:r>
      <w:r>
        <w:rPr/>
        <w:t>escribiendo un código que había estado perfeccionando durante semanas.</w:t>
      </w:r>
      <w:r>
        <w:rPr/>
        <w:t xml:space="preserve"> </w:t>
      </w:r>
      <w:r>
        <w:rPr/>
        <w:t>«Nada todavía. Solo necesito saber dónde está el bastardo.»</w:t>
      </w:r>
    </w:p>
    <w:p>
      <w:pPr>
        <w:pStyle w:val="BodyText"/>
      </w:pPr>
      <w:r>
        <w:rPr/>
        <w:t>Ahora tenía su ubicación. Y una idea.</w:t>
      </w:r>
    </w:p>
    <w:p>
      <w:pPr>
        <w:pStyle w:val="BodyText"/>
      </w:pPr>
      <w:r>
        <w:rPr/>
        <w:t>Abrió tres terminales a la vez. En una, comenzó a rastrear las líneas de</w:t>
      </w:r>
      <w:r>
        <w:rPr/>
        <w:t xml:space="preserve"> </w:t>
      </w:r>
      <w:r>
        <w:rPr/>
        <w:t>suministro eléctrico de los emisores de Barcelona. En otra, diseñó un</w:t>
      </w:r>
      <w:r>
        <w:rPr/>
        <w:t xml:space="preserve"> </w:t>
      </w:r>
      <w:r>
        <w:rPr/>
        <w:t>virus que sobrecargaría sus circuitos en cascada. En la tercera, preparó</w:t>
      </w:r>
      <w:r>
        <w:rPr/>
        <w:t xml:space="preserve"> </w:t>
      </w:r>
      <w:r>
        <w:rPr/>
        <w:t>una señal de distracción que haría que los sistemas de Finch creyeran</w:t>
      </w:r>
      <w:r>
        <w:rPr/>
        <w:t xml:space="preserve"> </w:t>
      </w:r>
      <w:r>
        <w:rPr/>
        <w:t>que el ataque venía de Madrid.</w:t>
      </w:r>
    </w:p>
    <w:p>
      <w:pPr>
        <w:pStyle w:val="BodyText"/>
      </w:pPr>
      <w:r>
        <w:rPr/>
        <w:t>«Por ILIBERIS», susurró, ejecutando el primer comando. «Y por Mar.»</w:t>
      </w:r>
    </w:p>
    <w:p>
      <w:pPr>
        <w:pStyle w:val="BodyText"/>
      </w:pPr>
      <w:r>
        <w:rPr/>
        <w:t>Las pantallas parpadearon. En Barcelona, a doscientos metros de donde</w:t>
      </w:r>
      <w:r>
        <w:rPr/>
        <w:t xml:space="preserve"> </w:t>
      </w:r>
      <w:r>
        <w:rPr/>
        <w:t>Mar tocaba en Santa María del Mar, tres emisores en el Barrio Gótico</w:t>
      </w:r>
      <w:r>
        <w:rPr/>
        <w:t xml:space="preserve"> </w:t>
      </w:r>
      <w:r>
        <w:rPr/>
        <w:t>comenzaron a sobrecalentarse.</w:t>
      </w:r>
    </w:p>
    <w:p>
      <w:pPr>
        <w:pStyle w:val="BodyText"/>
      </w:pPr>
      <w:r>
        <w:rPr/>
        <w:t>Finch frunció el ceño al ver las alertas en su consola. «¿Qué</w:t>
      </w:r>
      <w:r>
        <w:rPr/>
        <w:t xml:space="preserve"> </w:t>
      </w:r>
      <w:r>
        <w:rPr/>
        <w:t>diablos…?»</w:t>
      </w:r>
    </w:p>
    <w:p>
      <w:pPr>
        <w:pStyle w:val="BodyText"/>
      </w:pPr>
      <w:r>
        <w:rPr/>
        <w:t>Lena sonrió desde Kreuzberg. Uno a cero, cabrón.</w:t>
      </w:r>
    </w:p>
    <w:p>
      <w:pPr>
        <w:pStyle w:val="BodyText"/>
      </w:pPr>
      <w:r>
        <w:rPr/>
        <w:t>La Estrategia Revelada</w:t>
      </w:r>
    </w:p>
    <w:p>
      <w:pPr>
        <w:pStyle w:val="BodyText"/>
      </w:pPr>
      <w:r>
        <w:rPr/>
        <w:t>Salió de Santa María del Mar con renovada determinación. Barcelona se</w:t>
      </w:r>
      <w:r>
        <w:rPr/>
        <w:t xml:space="preserve"> </w:t>
      </w:r>
      <w:r>
        <w:rPr/>
        <w:t>había convertido en una ciudad de espejos que reflejaban pesadillas,</w:t>
      </w:r>
      <w:r>
        <w:rPr/>
        <w:t xml:space="preserve"> </w:t>
      </w:r>
      <w:r>
        <w:rPr/>
        <w:t>pero Mar tenía ahora un plan para devolverle su alma.</w:t>
      </w:r>
    </w:p>
    <w:p>
      <w:pPr>
        <w:pStyle w:val="BodyText"/>
      </w:pPr>
      <w:r>
        <w:rPr/>
        <w:t>El trabajo sería lento, peligroso, solitario. Pero su linaje había</w:t>
      </w:r>
      <w:r>
        <w:rPr/>
        <w:t xml:space="preserve"> </w:t>
      </w:r>
      <w:r>
        <w:rPr/>
        <w:t>enfrentado desafíos similares durante siglos. Ella no sería la primera</w:t>
      </w:r>
      <w:r>
        <w:rPr/>
        <w:t xml:space="preserve"> </w:t>
      </w:r>
      <w:r>
        <w:rPr/>
        <w:t>en transformar el caos en música.</w:t>
      </w:r>
    </w:p>
    <w:p>
      <w:pPr>
        <w:pStyle w:val="BodyText"/>
      </w:pPr>
      <w:r>
        <w:rPr/>
        <w:t>Caminó por el Barrio Gótico con su sintetizador en la mochila, buscando</w:t>
      </w:r>
      <w:r>
        <w:rPr/>
        <w:t xml:space="preserve"> </w:t>
      </w:r>
      <w:r>
        <w:rPr/>
        <w:t>el siguiente punto de resistencia. Cada iglesia, cada plaza con acústica</w:t>
      </w:r>
      <w:r>
        <w:rPr/>
        <w:t xml:space="preserve"> </w:t>
      </w:r>
      <w:r>
        <w:rPr/>
        <w:t>natural, cada rincón donde la piedra antigua pudiera absorber las ondas</w:t>
      </w:r>
      <w:r>
        <w:rPr/>
        <w:t xml:space="preserve"> </w:t>
      </w:r>
      <w:r>
        <w:rPr/>
        <w:t>artificiales.</w:t>
      </w:r>
    </w:p>
    <w:p>
      <w:pPr>
        <w:pStyle w:val="BodyText"/>
      </w:pPr>
      <w:r>
        <w:rPr/>
        <w:t>Finch podía tener su red de emisores. Pero Mar tenía algo que ninguna</w:t>
      </w:r>
      <w:r>
        <w:rPr/>
        <w:t xml:space="preserve"> </w:t>
      </w:r>
      <w:r>
        <w:rPr/>
        <w:t>tecnología podía replicar: el conocimiento de cómo el sonido sanador se</w:t>
      </w:r>
      <w:r>
        <w:rPr/>
        <w:t xml:space="preserve"> </w:t>
      </w:r>
      <w:r>
        <w:rPr/>
        <w:t>propagaba a través de espacios sagrados, acumulándose en resonancias que</w:t>
      </w:r>
      <w:r>
        <w:rPr/>
        <w:t xml:space="preserve"> </w:t>
      </w:r>
      <w:r>
        <w:rPr/>
        <w:t>ningún algoritmo podía predecir.</w:t>
      </w:r>
    </w:p>
    <w:p>
      <w:pPr>
        <w:pStyle w:val="BodyText"/>
      </w:pPr>
      <w:r>
        <w:rPr/>
        <w:t>La guerra por Barcelona acababa de comenzar.</w:t>
      </w:r>
    </w:p>
    <w:p>
      <w:pPr>
        <w:pStyle w:val="BodyText"/>
      </w:pPr>
      <w:r>
        <w:rPr/>
        <w:t>Y mientras el sol se ponía sobre la ciudad, tiñendo la Sagrada Familia</w:t>
      </w:r>
      <w:r>
        <w:rPr/>
        <w:t xml:space="preserve"> </w:t>
      </w:r>
      <w:r>
        <w:rPr/>
        <w:t>de naranja y púrpura, Mar sintió algo que no había sentido en días:</w:t>
      </w:r>
      <w:r>
        <w:rPr/>
        <w:t xml:space="preserve"> </w:t>
      </w:r>
      <w:r>
        <w:rPr/>
        <w:t>esperanza.</w:t>
      </w:r>
    </w:p>
    <w:p>
      <w:pPr>
        <w:pStyle w:val="BodyText"/>
      </w:pPr>
      <w:r>
        <w:rPr/>
        <w:t>No estaba sola. Lena luchaba desde las sombras digitales. Vasco resistía</w:t>
      </w:r>
      <w:r>
        <w:rPr/>
        <w:t xml:space="preserve"> </w:t>
      </w:r>
      <w:r>
        <w:rPr/>
        <w:t>en Lisboa. Markus protegía a los refugiados de la resonancia.</w:t>
      </w:r>
    </w:p>
    <w:p>
      <w:pPr>
        <w:pStyle w:val="BodyText"/>
      </w:pPr>
      <w:r>
        <w:rPr/>
        <w:t>Y ella, Mar, era el faro que los mantendría unidos a través de la</w:t>
      </w:r>
      <w:r>
        <w:rPr/>
        <w:t xml:space="preserve"> </w:t>
      </w:r>
      <w:r>
        <w:rPr/>
        <w:t>tormenta..</w:t>
      </w:r>
    </w:p>
    <w:p>
      <w:pPr>
        <w:pStyle w:val="Heading1"/>
      </w:pPr>
      <w:r>
        <w:rPr/>
        <w:t>CAPÍTULO 48. AXIOMA DE INCERTIDUMBRE</w:t>
      </w:r>
    </w:p>
    <w:p>
      <w:pPr/>
      <w:r>
        <w:rPr/>
        <w:t>«Un sistema que se cree perfecto es ciego a sus propias</w:t>
      </w:r>
      <w:r>
        <w:rPr/>
        <w:t xml:space="preserve"> </w:t>
      </w:r>
      <w:r>
        <w:rPr/>
        <w:t>vulnerabilidades. La arrogancia lógica es el talón de Aquiles de toda</w:t>
      </w:r>
      <w:r>
        <w:rPr/>
        <w:t xml:space="preserve"> </w:t>
      </w:r>
      <w:r>
        <w:rPr/>
        <w:t>máquina.»</w:t>
      </w:r>
    </w:p>
    <w:p>
      <w:pPr>
        <w:pStyle w:val="BodyText"/>
      </w:pPr>
      <w:r>
        <w:rPr/>
        <w:t>—Informe de daños, Proyecto Echo-Catcher</w:t>
      </w:r>
    </w:p>
    <w:p>
      <w:pPr>
        <w:pStyle w:val="BodyText"/>
      </w:pPr>
      <w:r>
        <w:rPr/>
        <w:t>La frustración de Alistair Finch se había cristalizado en una rabia fría</w:t>
      </w:r>
      <w:r>
        <w:rPr/>
        <w:t xml:space="preserve"> </w:t>
      </w:r>
      <w:r>
        <w:rPr/>
        <w:t>y meticulosa que transformaba cada pensamiento en una ecuación de</w:t>
      </w:r>
      <w:r>
        <w:rPr/>
        <w:t xml:space="preserve"> </w:t>
      </w:r>
      <w:r>
        <w:rPr/>
        <w:t>venganza. Su red de vigilancia, antes una sinfonía de precisión</w:t>
      </w:r>
      <w:r>
        <w:rPr/>
        <w:t xml:space="preserve"> </w:t>
      </w:r>
      <w:r>
        <w:rPr/>
        <w:t>quirúrgica y control absoluto, se había convertido en una cacofonía de</w:t>
      </w:r>
      <w:r>
        <w:rPr/>
        <w:t xml:space="preserve"> </w:t>
      </w:r>
      <w:r>
        <w:rPr/>
        <w:t>datos corruptos y señales contradictorias. La elegante danza de</w:t>
      </w:r>
      <w:r>
        <w:rPr/>
        <w:t xml:space="preserve"> </w:t>
      </w:r>
      <w:r>
        <w:rPr/>
        <w:t>información que había orquestado había sido reemplazada por el ruido</w:t>
      </w:r>
      <w:r>
        <w:rPr/>
        <w:t xml:space="preserve"> </w:t>
      </w:r>
      <w:r>
        <w:rPr/>
        <w:t>discordante de un carnaval demente donde cada instrumento desafinaba</w:t>
      </w:r>
      <w:r>
        <w:rPr/>
        <w:t xml:space="preserve"> </w:t>
      </w:r>
      <w:r>
        <w:rPr/>
        <w:t>deliberadamente.</w:t>
      </w:r>
    </w:p>
    <w:p>
      <w:pPr>
        <w:pStyle w:val="BodyText"/>
      </w:pPr>
      <w:r>
        <w:rPr/>
        <w:t>Sus técnicos más experimentados trabajaban con una desesperación febril</w:t>
      </w:r>
      <w:r>
        <w:rPr/>
        <w:t xml:space="preserve"> </w:t>
      </w:r>
      <w:r>
        <w:rPr/>
        <w:t>para purgar el virus lógico de Lena de sus sistemas, pero era como</w:t>
      </w:r>
      <w:r>
        <w:rPr/>
        <w:t xml:space="preserve"> </w:t>
      </w:r>
      <w:r>
        <w:rPr/>
        <w:t>intentar extraer la sal del agua marina grano a grano. El parásito</w:t>
      </w:r>
      <w:r>
        <w:rPr/>
        <w:t xml:space="preserve"> </w:t>
      </w:r>
      <w:r>
        <w:rPr/>
        <w:t>digital de Lena corrompía los datos con elegancia maliciosa,</w:t>
      </w:r>
      <w:r>
        <w:rPr/>
        <w:t xml:space="preserve"> </w:t>
      </w:r>
      <w:r>
        <w:rPr/>
        <w:t>introduciendo errores microscópicos que se acumulaban como mutaciones,</w:t>
      </w:r>
      <w:r>
        <w:rPr/>
        <w:t xml:space="preserve"> </w:t>
      </w:r>
      <w:r>
        <w:rPr/>
        <w:t>volviendo cada análisis inútil.</w:t>
      </w:r>
    </w:p>
    <w:p>
      <w:pPr>
        <w:pStyle w:val="BodyText"/>
      </w:pPr>
      <w:r>
        <w:rPr/>
        <w:t>«Ya basta de jugar a la defensiva.» Lena cerró su laptop de golpe, sus</w:t>
      </w:r>
      <w:r>
        <w:rPr/>
        <w:t xml:space="preserve"> </w:t>
      </w:r>
      <w:r>
        <w:rPr/>
        <w:t>ojos brillando con determinación feroz. «Finch cree que controla la red,</w:t>
      </w:r>
      <w:r>
        <w:rPr/>
        <w:t xml:space="preserve"> </w:t>
      </w:r>
      <w:r>
        <w:rPr/>
        <w:t>pero tiene un punto ciego.»</w:t>
      </w:r>
    </w:p>
    <w:p>
      <w:pPr>
        <w:pStyle w:val="BodyText"/>
      </w:pPr>
      <w:r>
        <w:rPr/>
        <w:t>Markus levantó la vista de sus ecuaciones. «¿Qué punto ciego?»</w:t>
      </w:r>
    </w:p>
    <w:p>
      <w:pPr>
        <w:pStyle w:val="BodyText"/>
      </w:pPr>
      <w:r>
        <w:rPr/>
        <w:t>«La arrogancia.» Lena desplegó un mapa digital en la pantalla principal.</w:t>
      </w:r>
      <w:r>
        <w:rPr/>
        <w:t xml:space="preserve"> </w:t>
      </w:r>
      <w:r>
        <w:rPr/>
        <w:t>Nodos de luz conectados por líneas pulsantes. «Ha estado rastreándonos,</w:t>
      </w:r>
      <w:r>
        <w:rPr/>
        <w:t xml:space="preserve"> </w:t>
      </w:r>
      <w:r>
        <w:rPr/>
        <w:t>sí. Pero también ha estado transmitiendo. Y cada transmisión deja una</w:t>
      </w:r>
      <w:r>
        <w:rPr/>
        <w:t xml:space="preserve"> </w:t>
      </w:r>
      <w:r>
        <w:rPr/>
        <w:t>huella.»</w:t>
      </w:r>
    </w:p>
    <w:p>
      <w:pPr>
        <w:pStyle w:val="BodyText"/>
      </w:pPr>
      <w:r>
        <w:rPr/>
        <w:t>Mar se acercó. «¿Puedes rastrearlo?»</w:t>
      </w:r>
    </w:p>
    <w:p>
      <w:pPr>
        <w:pStyle w:val="BodyText"/>
      </w:pPr>
      <w:r>
        <w:rPr/>
        <w:t>«Mejor.» Los dedos de Lena volaron sobre un teclado holográfico. «Puedo</w:t>
      </w:r>
      <w:r>
        <w:rPr/>
        <w:t xml:space="preserve"> </w:t>
      </w:r>
      <w:r>
        <w:rPr/>
        <w:t>insertarle un bucle de retroalimentación. Usar el Eco contra su propio</w:t>
      </w:r>
      <w:r>
        <w:rPr/>
        <w:t xml:space="preserve"> </w:t>
      </w:r>
      <w:r>
        <w:rPr/>
        <w:t>sistema. Si Finch quiere escuchar la vibración, le daremos una</w:t>
      </w:r>
      <w:r>
        <w:rPr/>
        <w:t xml:space="preserve"> </w:t>
      </w:r>
      <w:r>
        <w:rPr/>
        <w:t>versión… Modificada.»</w:t>
      </w:r>
    </w:p>
    <w:p>
      <w:pPr>
        <w:pStyle w:val="BodyText"/>
      </w:pPr>
      <w:r>
        <w:rPr/>
        <w:t>«¿Modificada cómo?»</w:t>
      </w:r>
    </w:p>
    <w:p>
      <w:pPr>
        <w:pStyle w:val="BodyText"/>
      </w:pPr>
      <w:r>
        <w:rPr/>
        <w:t>Lena sonrió. No era una sonrisa amable. «Markus, ¿recuerdas tu teoría</w:t>
      </w:r>
      <w:r>
        <w:rPr/>
        <w:t xml:space="preserve"> </w:t>
      </w:r>
      <w:r>
        <w:rPr/>
        <w:t>sobre frecuencias disonantes creando interferencia constructiva?»</w:t>
      </w:r>
    </w:p>
    <w:p>
      <w:pPr>
        <w:pStyle w:val="BodyText"/>
      </w:pPr>
      <w:r>
        <w:rPr/>
        <w:t>«Sí, pero eso requeriría…»</w:t>
      </w:r>
    </w:p>
    <w:p>
      <w:pPr>
        <w:pStyle w:val="BodyText"/>
      </w:pPr>
      <w:r>
        <w:rPr/>
        <w:t>«Lo tengo.» Lena abrió un archivo. Código y notación musical</w:t>
      </w:r>
      <w:r>
        <w:rPr/>
        <w:t xml:space="preserve"> </w:t>
      </w:r>
      <w:r>
        <w:rPr/>
        <w:t>entrelazados. «Tres noches sin dormir, pero lo tengo. Una</w:t>
      </w:r>
      <w:r>
        <w:rPr/>
        <w:t xml:space="preserve"> </w:t>
      </w:r>
      <w:r>
        <w:rPr/>
        <w:t>contra-frecuencia que no destruye el Eco, sino que lo… Complica. Lo</w:t>
      </w:r>
      <w:r>
        <w:rPr/>
        <w:t xml:space="preserve"> </w:t>
      </w:r>
      <w:r>
        <w:rPr/>
        <w:t>hace imposible de codificar, de comercializar, de controlar.»</w:t>
      </w:r>
    </w:p>
    <w:p>
      <w:pPr>
        <w:pStyle w:val="BodyText"/>
      </w:pPr>
      <w:r>
        <w:rPr/>
        <w:t>Mar sintió una mezcla de admiración y terror. «Lena, esto es…»</w:t>
      </w:r>
    </w:p>
    <w:p>
      <w:pPr>
        <w:pStyle w:val="BodyText"/>
      </w:pPr>
      <w:r>
        <w:rPr/>
        <w:t>«Justo lo que necesitamos.» Lena ya estaba implementando el código.</w:t>
      </w:r>
      <w:r>
        <w:rPr/>
        <w:t xml:space="preserve"> </w:t>
      </w:r>
      <w:r>
        <w:rPr/>
        <w:t>«Finch quiere el Eco completo. Se lo vamos a dar. Pero cuando intente</w:t>
      </w:r>
      <w:r>
        <w:rPr/>
        <w:t xml:space="preserve"> </w:t>
      </w:r>
      <w:r>
        <w:rPr/>
        <w:t>analizarlo, encontrará que cuanto más lo estudia, menos lo entiende. Un</w:t>
      </w:r>
      <w:r>
        <w:rPr/>
        <w:t xml:space="preserve"> </w:t>
      </w:r>
      <w:r>
        <w:rPr/>
        <w:t>sistema que se vuelve más misterioso con cada observación.»</w:t>
      </w:r>
    </w:p>
    <w:p>
      <w:pPr>
        <w:pStyle w:val="BodyText"/>
      </w:pPr>
      <w:r>
        <w:rPr/>
        <w:t>«Física cuántica aplicada al sonido», murmuró Markus, impresionado.</w:t>
      </w:r>
    </w:p>
    <w:p>
      <w:pPr>
        <w:pStyle w:val="BodyText"/>
      </w:pPr>
      <w:r>
        <w:rPr/>
        <w:t>«Música cuántica», corrigió Lena. «Y estamos a punto de tocar la</w:t>
      </w:r>
      <w:r>
        <w:rPr/>
        <w:t xml:space="preserve"> </w:t>
      </w:r>
      <w:r>
        <w:rPr/>
        <w:t>sinfonía definitiva.»</w:t>
      </w:r>
    </w:p>
    <w:p>
      <w:pPr>
        <w:pStyle w:val="BodyText"/>
      </w:pPr>
      <w:r>
        <w:rPr/>
        <w:t>Sus dedos ejecutaron la secuencia final. En la pantalla, las líneas de</w:t>
      </w:r>
      <w:r>
        <w:rPr/>
        <w:t xml:space="preserve"> </w:t>
      </w:r>
      <w:r>
        <w:rPr/>
        <w:t>código se transformaron en ondas sonoras, se propagaron a través de la</w:t>
      </w:r>
      <w:r>
        <w:rPr/>
        <w:t xml:space="preserve"> </w:t>
      </w:r>
      <w:r>
        <w:rPr/>
        <w:t>red, encontraron los nodos de Finch.</w:t>
      </w:r>
    </w:p>
    <w:p>
      <w:pPr>
        <w:pStyle w:val="BodyText"/>
      </w:pPr>
      <w:r>
        <w:rPr/>
        <w:t>Y comenzaron a cantar.</w:t>
      </w:r>
    </w:p>
    <w:p>
      <w:pPr>
        <w:pStyle w:val="BodyText"/>
      </w:pPr>
      <w:r>
        <w:rPr/>
        <w:t>Cada dato que recogían estaba ahora contaminado por un margen de error</w:t>
      </w:r>
      <w:r>
        <w:rPr/>
        <w:t xml:space="preserve"> </w:t>
      </w:r>
      <w:r>
        <w:rPr/>
        <w:t>del 0.01%, una cifra aparentemente insignificante que se multiplicaba</w:t>
      </w:r>
      <w:r>
        <w:rPr/>
        <w:t xml:space="preserve"> </w:t>
      </w:r>
      <w:r>
        <w:rPr/>
        <w:t>exponencialmente a través de sus algoritmos más sofisticados,</w:t>
      </w:r>
      <w:r>
        <w:rPr/>
        <w:t xml:space="preserve"> </w:t>
      </w:r>
      <w:r>
        <w:rPr/>
        <w:t>corrompiendo sus modelos predictivos hasta volverlos no solo inútiles,</w:t>
      </w:r>
      <w:r>
        <w:rPr/>
        <w:t xml:space="preserve"> </w:t>
      </w:r>
      <w:r>
        <w:rPr/>
        <w:t>sino activamente engañosos.</w:t>
      </w:r>
    </w:p>
    <w:p>
      <w:pPr>
        <w:pStyle w:val="BodyText"/>
      </w:pPr>
      <w:r>
        <w:rPr/>
        <w:t>El informe del equipo de asalto al apartamento de Lena había sido el</w:t>
      </w:r>
      <w:r>
        <w:rPr/>
        <w:t xml:space="preserve"> </w:t>
      </w:r>
      <w:r>
        <w:rPr/>
        <w:t>insulto final en una cadena de humillaciones técnicas. No habían</w:t>
      </w:r>
      <w:r>
        <w:rPr/>
        <w:t xml:space="preserve"> </w:t>
      </w:r>
      <w:r>
        <w:rPr/>
        <w:t>encontrado absolutamente nada recuperable: ni ADN utilizable, ni huellas</w:t>
      </w:r>
      <w:r>
        <w:rPr/>
        <w:t xml:space="preserve"> </w:t>
      </w:r>
      <w:r>
        <w:rPr/>
        <w:t>dactilares identificables, ni un solo fragmento de datos que pudiera ser</w:t>
      </w:r>
      <w:r>
        <w:rPr/>
        <w:t xml:space="preserve"> </w:t>
      </w:r>
      <w:r>
        <w:rPr/>
        <w:t>analizado. Solo el laberinto parpadeante en la pantalla, una burla</w:t>
      </w:r>
      <w:r>
        <w:rPr/>
        <w:t xml:space="preserve"> </w:t>
      </w:r>
      <w:r>
        <w:rPr/>
        <w:t>digital que se había grabado en su retina como una marca de fuego.</w:t>
      </w:r>
    </w:p>
    <w:p>
      <w:pPr>
        <w:pStyle w:val="BodyText"/>
      </w:pPr>
      <w:r>
        <w:rPr/>
        <w:t>La magnitud de su fracaso lo golpeó con la fuerza de una revelación</w:t>
      </w:r>
      <w:r>
        <w:rPr/>
        <w:t xml:space="preserve"> </w:t>
      </w:r>
      <w:r>
        <w:rPr/>
        <w:t>dolorosa: se había enfrentado a un adversario que no solo igualaba su</w:t>
      </w:r>
      <w:r>
        <w:rPr/>
        <w:t xml:space="preserve"> </w:t>
      </w:r>
      <w:r>
        <w:rPr/>
        <w:t>calibre técnico, sino que lo superaba en creatividad anárquica y</w:t>
      </w:r>
      <w:r>
        <w:rPr/>
        <w:t xml:space="preserve"> </w:t>
      </w:r>
      <w:r>
        <w:rPr/>
        <w:t>comprensión intuitiva de la guerra psicológica. Solo en la sala de</w:t>
      </w:r>
      <w:r>
        <w:rPr/>
        <w:t xml:space="preserve"> </w:t>
      </w:r>
      <w:r>
        <w:rPr/>
        <w:t>control, con los monitores parpadeando en un caos de datos corruptos,</w:t>
      </w:r>
      <w:r>
        <w:rPr/>
        <w:t xml:space="preserve"> </w:t>
      </w:r>
      <w:r>
        <w:rPr/>
        <w:t>Finch sintió el peso de un error que no podía calcular. Una transmisión</w:t>
      </w:r>
      <w:r>
        <w:rPr/>
        <w:t xml:space="preserve"> </w:t>
      </w:r>
      <w:r>
        <w:rPr/>
        <w:t>interna, destinada a sus técnicos, se activó sin su orden, proyectando</w:t>
      </w:r>
      <w:r>
        <w:rPr/>
        <w:t xml:space="preserve"> </w:t>
      </w:r>
      <w:r>
        <w:rPr/>
        <w:t>su imagen en un monitor solitario.</w:t>
      </w:r>
    </w:p>
    <w:p>
      <w:pPr>
        <w:pStyle w:val="BodyText"/>
      </w:pPr>
      <w:r>
        <w:rPr/>
        <w:t>El Eco, un pulso que Finch había perseguido durante años, vibraba en la</w:t>
      </w:r>
      <w:r>
        <w:rPr/>
        <w:t xml:space="preserve"> </w:t>
      </w:r>
      <w:r>
        <w:rPr/>
        <w:t>sala de control, desafiando sus monitores corruptos.</w:t>
      </w:r>
    </w:p>
    <w:p>
      <w:pPr>
        <w:pStyle w:val="BodyText"/>
      </w:pPr>
      <w:r>
        <w:rPr/>
        <w:t>Los datos del Proyecto Silencio se retorcían, corruptos, pero en un</w:t>
      </w:r>
      <w:r>
        <w:rPr/>
        <w:t xml:space="preserve"> </w:t>
      </w:r>
      <w:r>
        <w:rPr/>
        <w:t>monitor aislado, su propio rostro apareció, reflejado bajo una luz fría.</w:t>
      </w:r>
      <w:r>
        <w:rPr/>
        <w:t xml:space="preserve"> </w:t>
      </w:r>
      <w:r>
        <w:rPr/>
        <w:t>Por un instante, dejó de ser el estratega; era solo Alistair, perseguido</w:t>
      </w:r>
      <w:r>
        <w:rPr/>
        <w:t xml:space="preserve"> </w:t>
      </w:r>
      <w:r>
        <w:rPr/>
        <w:t>por una voz perdida: su hermana, cuya risa se había disuelto en un tono</w:t>
      </w:r>
      <w:r>
        <w:rPr/>
        <w:t xml:space="preserve"> </w:t>
      </w:r>
      <w:r>
        <w:rPr/>
        <w:t>que nunca recuperó. «No es poder», murmuró, con las manos temblando al</w:t>
      </w:r>
      <w:r>
        <w:rPr/>
        <w:t xml:space="preserve"> </w:t>
      </w:r>
      <w:r>
        <w:rPr/>
        <w:t>ajustar un dial inútil, «es redención mal entendida.» Buscaba capturar</w:t>
      </w:r>
      <w:r>
        <w:rPr/>
        <w:t xml:space="preserve"> </w:t>
      </w:r>
      <w:r>
        <w:rPr/>
        <w:t>el Eco, como si así pudiera devolverle lo perdido. A kilómetros de</w:t>
      </w:r>
      <w:r>
        <w:rPr/>
        <w:t xml:space="preserve"> </w:t>
      </w:r>
      <w:r>
        <w:rPr/>
        <w:t>distancia, Mar, guiada por un hackeo de Lena, interceptó la transmisión.</w:t>
      </w:r>
      <w:r>
        <w:rPr/>
        <w:t xml:space="preserve"> </w:t>
      </w:r>
      <w:r>
        <w:rPr/>
        <w:t>Sintiendo una punzada de empatía por el hombre roto tras el enemigo.</w:t>
      </w:r>
      <w:r>
        <w:rPr/>
        <w:t xml:space="preserve"> </w:t>
      </w:r>
      <w:r>
        <w:rPr/>
        <w:t>Pero el Eco cantó más fuerte, recordándole que la batalla era contra la</w:t>
      </w:r>
      <w:r>
        <w:rPr/>
        <w:t xml:space="preserve"> </w:t>
      </w:r>
      <w:r>
        <w:rPr/>
        <w:t>disonancia que lo consumía.</w:t>
      </w:r>
    </w:p>
    <w:p>
      <w:pPr>
        <w:pStyle w:val="BodyText"/>
      </w:pPr>
      <w:r>
        <w:rPr/>
        <w:t>La transmisión se cortó abruptamente, devolviendo a Finch a la realidad</w:t>
      </w:r>
      <w:r>
        <w:rPr/>
        <w:t xml:space="preserve"> </w:t>
      </w:r>
      <w:r>
        <w:rPr/>
        <w:t>de su sala de control. La voz glacial del CEO resonó en su memoria, cada</w:t>
      </w:r>
      <w:r>
        <w:rPr/>
        <w:t xml:space="preserve"> </w:t>
      </w:r>
      <w:r>
        <w:rPr/>
        <w:t>palabra un recordatorio de las cuarenta y ocho horas que le quedaban. No</w:t>
      </w:r>
      <w:r>
        <w:rPr/>
        <w:t xml:space="preserve"> </w:t>
      </w:r>
      <w:r>
        <w:rPr/>
        <w:t>había espacio para fantasmas del pasado; solo para la estrategia que lo</w:t>
      </w:r>
      <w:r>
        <w:rPr/>
        <w:t xml:space="preserve"> </w:t>
      </w:r>
      <w:r>
        <w:rPr/>
        <w:t>salvaría.</w:t>
      </w:r>
    </w:p>
    <w:p>
      <w:pPr>
        <w:pStyle w:val="BodyText"/>
      </w:pPr>
      <w:r>
        <w:rPr/>
        <w:t>Esta «Lena», quienquiera que fuera en realidad, no solo entendía la</w:t>
      </w:r>
      <w:r>
        <w:rPr/>
        <w:t xml:space="preserve"> </w:t>
      </w:r>
      <w:r>
        <w:rPr/>
        <w:t>tecnología a nivel de código; la manipulaba con un arte subversivo que</w:t>
      </w:r>
      <w:r>
        <w:rPr/>
        <w:t xml:space="preserve"> </w:t>
      </w:r>
      <w:r>
        <w:rPr/>
        <w:t>él, en su obsesión por la eficiencia y el control, no podía comprender</w:t>
      </w:r>
      <w:r>
        <w:rPr/>
        <w:t xml:space="preserve"> </w:t>
      </w:r>
      <w:r>
        <w:rPr/>
        <w:t>ni anticipar. Era como si hubiera intentado jugar al ajedrez contra</w:t>
      </w:r>
      <w:r>
        <w:rPr/>
        <w:t xml:space="preserve"> </w:t>
      </w:r>
      <w:r>
        <w:rPr/>
        <w:t>alguien que había decidido usar las reglas del póker, y cada movimiento</w:t>
      </w:r>
      <w:r>
        <w:rPr/>
        <w:t xml:space="preserve"> </w:t>
      </w:r>
      <w:r>
        <w:rPr/>
        <w:t>lógico que hacía solo empeoraba su posición en un juego cuyas reglas</w:t>
      </w:r>
      <w:r>
        <w:rPr/>
        <w:t xml:space="preserve"> </w:t>
      </w:r>
      <w:r>
        <w:rPr/>
        <w:t>fundamentales desconocía.</w:t>
      </w:r>
    </w:p>
    <w:p>
      <w:pPr>
        <w:pStyle w:val="BodyText"/>
      </w:pPr>
      <w:r>
        <w:rPr/>
        <w:t>«La operativa femenina es un fantasma con credenciales de ingeniería»,</w:t>
      </w:r>
      <w:r>
        <w:rPr/>
        <w:t xml:space="preserve"> </w:t>
      </w:r>
      <w:r>
        <w:rPr/>
        <w:t>informó Finch al CEO de Chrysalis en una llamada encriptada de</w:t>
      </w:r>
      <w:r>
        <w:rPr/>
        <w:t xml:space="preserve"> </w:t>
      </w:r>
      <w:r>
        <w:rPr/>
        <w:t>emergencia, su voz controlada ocultando a duras penas la tormenta de</w:t>
      </w:r>
      <w:r>
        <w:rPr/>
        <w:t xml:space="preserve"> </w:t>
      </w:r>
      <w:r>
        <w:rPr/>
        <w:t>furia que rugía en su interior. «Ha neutralizado temporalmente nuestra</w:t>
      </w:r>
      <w:r>
        <w:rPr/>
        <w:t xml:space="preserve"> </w:t>
      </w:r>
      <w:r>
        <w:rPr/>
        <w:t>capacidad de vigilancia local con técnicas que combinan guerra</w:t>
      </w:r>
      <w:r>
        <w:rPr/>
        <w:t xml:space="preserve"> </w:t>
      </w:r>
      <w:r>
        <w:rPr/>
        <w:t>electrónica avanzada y sabotaje físico artesanal. Pero el activo</w:t>
      </w:r>
      <w:r>
        <w:rPr/>
        <w:t xml:space="preserve"> </w:t>
      </w:r>
      <w:r>
        <w:rPr/>
        <w:t>principal, Vasco Neves, mantiene su trayectoria hacia la zona de</w:t>
      </w:r>
      <w:r>
        <w:rPr/>
        <w:t xml:space="preserve"> </w:t>
      </w:r>
      <w:r>
        <w:rPr/>
        <w:t>contención que establecimos. La operación central permanece viable».</w:t>
      </w:r>
    </w:p>
    <w:p>
      <w:pPr>
        <w:pStyle w:val="BodyText"/>
      </w:pPr>
      <w:r>
        <w:rPr/>
        <w:t>«Inaceptable, Alistair», respondió la voz glacial del CEO, cada palabra</w:t>
      </w:r>
      <w:r>
        <w:rPr/>
        <w:t xml:space="preserve"> </w:t>
      </w:r>
      <w:r>
        <w:rPr/>
        <w:t>calculada para cortar como un bisturí. «Usted nos garantizó control</w:t>
      </w:r>
      <w:r>
        <w:rPr/>
        <w:t xml:space="preserve"> </w:t>
      </w:r>
      <w:r>
        <w:rPr/>
        <w:t>absoluto, no un espectáculo de incompetencia operativa. Este</w:t>
      </w:r>
      <w:r>
        <w:rPr/>
        <w:t xml:space="preserve"> </w:t>
      </w:r>
      <w:r>
        <w:rPr/>
        <w:t>'fantasma' ha expuesto vulnerabilidades fundamentales en nuestros</w:t>
      </w:r>
      <w:r>
        <w:rPr/>
        <w:t xml:space="preserve"> </w:t>
      </w:r>
      <w:r>
        <w:rPr/>
        <w:t>sistemas más avanzados. Su existencia sugiere que no enfrentamos a una</w:t>
      </w:r>
      <w:r>
        <w:rPr/>
        <w:t xml:space="preserve"> </w:t>
      </w:r>
      <w:r>
        <w:rPr/>
        <w:t>mística solitaria. En cambio, a una organización con capacidades que</w:t>
      </w:r>
      <w:r>
        <w:rPr/>
        <w:t xml:space="preserve"> </w:t>
      </w:r>
      <w:r>
        <w:rPr/>
        <w:t>rivalizan con las nuestras. Explíqueme la situación real».</w:t>
      </w:r>
    </w:p>
    <w:p>
      <w:pPr>
        <w:pStyle w:val="BodyText"/>
      </w:pPr>
      <w:r>
        <w:rPr/>
        <w:t>«La evaluación inicial era incorrecta», admitió Finch, cada palabra un</w:t>
      </w:r>
      <w:r>
        <w:rPr/>
        <w:t xml:space="preserve"> </w:t>
      </w:r>
      <w:r>
        <w:rPr/>
        <w:t>trozo de vidrio en su garganta. «La inteligencia sugería un objetivo</w:t>
      </w:r>
      <w:r>
        <w:rPr/>
        <w:t xml:space="preserve"> </w:t>
      </w:r>
      <w:r>
        <w:rPr/>
        <w:t>individual con capacidades anómalas y un académico civil sin</w:t>
      </w:r>
      <w:r>
        <w:rPr/>
        <w:t xml:space="preserve"> </w:t>
      </w:r>
      <w:r>
        <w:rPr/>
        <w:t>entrenamiento. En realidad, nos enfrentamos a una célula operativa</w:t>
      </w:r>
      <w:r>
        <w:rPr/>
        <w:t xml:space="preserve"> </w:t>
      </w:r>
      <w:r>
        <w:rPr/>
        <w:t>pequeña, pero altamente especializada. Un 'Faro' central con</w:t>
      </w:r>
      <w:r>
        <w:rPr/>
        <w:t xml:space="preserve"> </w:t>
      </w:r>
      <w:r>
        <w:rPr/>
        <w:t>habilidades que desafían nuestros parámetros científicos. Un</w:t>
      </w:r>
      <w:r>
        <w:rPr/>
        <w:t xml:space="preserve"> </w:t>
      </w:r>
      <w:r>
        <w:rPr/>
        <w:t>'Fantasma' con expertise en guerra cibernética de nivel militar. Un</w:t>
      </w:r>
      <w:r>
        <w:rPr/>
        <w:t xml:space="preserve"> </w:t>
      </w:r>
      <w:r>
        <w:rPr/>
        <w:t>'Receptor' que funciona como centro emocional del sistema. Y ahora</w:t>
      </w:r>
      <w:r>
        <w:rPr/>
        <w:t xml:space="preserve"> </w:t>
      </w:r>
      <w:r>
        <w:rPr/>
        <w:t>evidencia de un cuarto operativo, un 'Agente de Campo', moviéndose</w:t>
      </w:r>
      <w:r>
        <w:rPr/>
        <w:t xml:space="preserve"> </w:t>
      </w:r>
      <w:r>
        <w:rPr/>
        <w:t>para interceptar a Neves antes de que llegue a nuestro punto de</w:t>
      </w:r>
      <w:r>
        <w:rPr/>
        <w:t xml:space="preserve"> </w:t>
      </w:r>
      <w:r>
        <w:rPr/>
        <w:t>captura».</w:t>
      </w:r>
    </w:p>
    <w:p>
      <w:pPr>
        <w:pStyle w:val="BodyText"/>
      </w:pPr>
      <w:r>
        <w:rPr/>
        <w:t>La calma al otro lado de la línea se extendió como una mancha de aceite,</w:t>
      </w:r>
      <w:r>
        <w:rPr/>
        <w:t xml:space="preserve"> </w:t>
      </w:r>
      <w:r>
        <w:rPr/>
        <w:t>denso y amenazador. Finch sabía que su posición, su proyecto entero,</w:t>
      </w:r>
      <w:r>
        <w:rPr/>
        <w:t xml:space="preserve"> </w:t>
      </w:r>
      <w:r>
        <w:rPr/>
        <w:t>colgaba de un hilo cada vez más fino. Había cometido el error cardinal</w:t>
      </w:r>
      <w:r>
        <w:rPr/>
        <w:t xml:space="preserve"> </w:t>
      </w:r>
      <w:r>
        <w:rPr/>
        <w:t>de cualquier estratega: subestimar al enemigo basándose en suposiciones</w:t>
      </w:r>
      <w:r>
        <w:rPr/>
        <w:t xml:space="preserve"> </w:t>
      </w:r>
      <w:r>
        <w:rPr/>
        <w:t>arrogantes en lugar de inteligencia verificada.</w:t>
      </w:r>
    </w:p>
    <w:p>
      <w:pPr>
        <w:pStyle w:val="BodyText"/>
      </w:pPr>
      <w:r>
        <w:rPr/>
        <w:t>Había asumido que su superioridad tecnológica le garantizaba la</w:t>
      </w:r>
      <w:r>
        <w:rPr/>
        <w:t xml:space="preserve"> </w:t>
      </w:r>
      <w:r>
        <w:rPr/>
        <w:t>victoria, pero sus oponentes jugaban según reglas diferentes. Utilizaban</w:t>
      </w:r>
      <w:r>
        <w:rPr/>
        <w:t xml:space="preserve"> </w:t>
      </w:r>
      <w:r>
        <w:rPr/>
        <w:t>un 'software' que sus máquinas no podían cuantificar: la lealtad</w:t>
      </w:r>
      <w:r>
        <w:rPr/>
        <w:t xml:space="preserve"> </w:t>
      </w:r>
      <w:r>
        <w:rPr/>
        <w:t>forjada en experiencias compartidas, la historia común que creaba</w:t>
      </w:r>
      <w:r>
        <w:rPr/>
        <w:t xml:space="preserve"> </w:t>
      </w:r>
      <w:r>
        <w:rPr/>
        <w:t>vínculos más fuertes que cualquier protocolo, y una comprensión</w:t>
      </w:r>
      <w:r>
        <w:rPr/>
        <w:t xml:space="preserve"> </w:t>
      </w:r>
      <w:r>
        <w:rPr/>
        <w:t>intuitiva de la frecuencia humana que ningún algoritmo podía replicar.</w:t>
      </w:r>
    </w:p>
    <w:p>
      <w:pPr>
        <w:pStyle w:val="BodyText"/>
      </w:pPr>
      <w:r>
        <w:rPr/>
        <w:t>«Tiene cuarenta y ocho horas, Alistair», declaró por fin el CEO, su voz</w:t>
      </w:r>
      <w:r>
        <w:rPr/>
        <w:t xml:space="preserve"> </w:t>
      </w:r>
      <w:r>
        <w:rPr/>
        <w:t>cortando el aire como una sentencia judicial. «Cuarenta y ocho horas</w:t>
      </w:r>
      <w:r>
        <w:rPr/>
        <w:t xml:space="preserve"> </w:t>
      </w:r>
      <w:r>
        <w:rPr/>
        <w:t>para proporcionarme un resultado tangible y medible. Capture al Dr.</w:t>
      </w:r>
      <w:r>
        <w:rPr/>
        <w:t xml:space="preserve"> </w:t>
      </w:r>
      <w:r>
        <w:rPr/>
        <w:t>Neves y extraiga la información que necesitamos. Neutralice a este</w:t>
      </w:r>
      <w:r>
        <w:rPr/>
        <w:t xml:space="preserve"> </w:t>
      </w:r>
      <w:r>
        <w:rPr/>
        <w:t>'fantasma' y recupere nuestros datos comprometidos. O localice la</w:t>
      </w:r>
      <w:r>
        <w:rPr/>
        <w:t xml:space="preserve"> </w:t>
      </w:r>
      <w:r>
        <w:rPr/>
        <w:t>fuente exacta del 'Faro' y asegure el activo. Si no logra ninguno de</w:t>
      </w:r>
      <w:r>
        <w:rPr/>
        <w:t xml:space="preserve"> </w:t>
      </w:r>
      <w:r>
        <w:rPr/>
        <w:t>estos objetivos, consideraré el proyecto Echo-Catcher un fracaso</w:t>
      </w:r>
      <w:r>
        <w:rPr/>
        <w:t xml:space="preserve"> </w:t>
      </w:r>
      <w:r>
        <w:rPr/>
        <w:t>operativo total».</w:t>
      </w:r>
    </w:p>
    <w:p>
      <w:pPr>
        <w:pStyle w:val="BodyText"/>
      </w:pPr>
      <w:r>
        <w:rPr/>
        <w:t>Una pausa que se sintió como una cuchillada.</w:t>
      </w:r>
    </w:p>
    <w:p>
      <w:pPr>
        <w:pStyle w:val="BodyText"/>
      </w:pPr>
      <w:r>
        <w:rPr/>
        <w:t>«Y usted conoce a la perfección nuestra política corporativa respecto a</w:t>
      </w:r>
      <w:r>
        <w:rPr/>
        <w:t xml:space="preserve"> </w:t>
      </w:r>
      <w:r>
        <w:rPr/>
        <w:t>los proyectos fallidos… y a sus directores responsables».</w:t>
      </w:r>
    </w:p>
    <w:p>
      <w:pPr>
        <w:pStyle w:val="BodyText"/>
      </w:pPr>
      <w:r>
        <w:rPr/>
        <w:t>La llamada terminó con un clic que resonó como el martillo de un juez.</w:t>
      </w:r>
      <w:r>
        <w:rPr/>
        <w:t xml:space="preserve"> </w:t>
      </w:r>
      <w:r>
        <w:rPr/>
        <w:t>Finch se quedó mirando el mapa caótico que poblaba sus pantallas, donde</w:t>
      </w:r>
      <w:r>
        <w:rPr/>
        <w:t xml:space="preserve"> </w:t>
      </w:r>
      <w:r>
        <w:rPr/>
        <w:t>puntos de datos contradictorios creaban patrones que parecían diseñados</w:t>
      </w:r>
      <w:r>
        <w:rPr/>
        <w:t xml:space="preserve"> </w:t>
      </w:r>
      <w:r>
        <w:rPr/>
        <w:t>por un demente genial.</w:t>
      </w:r>
    </w:p>
    <w:p>
      <w:pPr>
        <w:pStyle w:val="BodyText"/>
      </w:pPr>
      <w:r>
        <w:rPr/>
        <w:t>En una sala improvisada, lejos del alcance de los monitores de Finch,</w:t>
      </w:r>
      <w:r>
        <w:rPr/>
        <w:t xml:space="preserve"> </w:t>
      </w:r>
      <w:r>
        <w:rPr/>
        <w:t>Mar observaba la transmisión interceptada, el rostro de Alistair aún</w:t>
      </w:r>
      <w:r>
        <w:rPr/>
        <w:t xml:space="preserve"> </w:t>
      </w:r>
      <w:r>
        <w:rPr/>
        <w:t>fresco en su mente. Lena, con los dedos danzando sobre un teclado</w:t>
      </w:r>
      <w:r>
        <w:rPr/>
        <w:t xml:space="preserve"> </w:t>
      </w:r>
      <w:r>
        <w:rPr/>
        <w:t>improvisado, descifró la señal robada. «Finch está desesperado», dijo,</w:t>
      </w:r>
      <w:r>
        <w:rPr/>
        <w:t xml:space="preserve"> </w:t>
      </w:r>
      <w:r>
        <w:rPr/>
        <w:t>su voz cortante como el filo de un bisturí. «Su red está colapsando,</w:t>
      </w:r>
      <w:r>
        <w:rPr/>
        <w:t xml:space="preserve"> </w:t>
      </w:r>
      <w:r>
        <w:rPr/>
        <w:t>pero eso lo hace más peligroso.» Markus, inclinado sobre un mapa</w:t>
      </w:r>
      <w:r>
        <w:rPr/>
        <w:t xml:space="preserve"> </w:t>
      </w:r>
      <w:r>
        <w:rPr/>
        <w:t>digital, trazó la trayectoria de Vasco Neves hacia el eremitorio. «Si</w:t>
      </w:r>
      <w:r>
        <w:rPr/>
        <w:t xml:space="preserve"> </w:t>
      </w:r>
      <w:r>
        <w:rPr/>
        <w:t>Finch fuerza un enfrentamiento allí, tendremos que movernos primero»,</w:t>
      </w:r>
      <w:r>
        <w:rPr/>
        <w:t xml:space="preserve"> </w:t>
      </w:r>
      <w:r>
        <w:rPr/>
        <w:t>murmuró, sus ojos fijos en un punto de convergencia. El Eco pulsó en el</w:t>
      </w:r>
      <w:r>
        <w:rPr/>
        <w:t xml:space="preserve"> </w:t>
      </w:r>
      <w:r>
        <w:rPr/>
        <w:t>pecho de Mar, un canto que alineaba sus pensamientos. Lena y Markus no</w:t>
      </w:r>
      <w:r>
        <w:rPr/>
        <w:t xml:space="preserve"> </w:t>
      </w:r>
      <w:r>
        <w:rPr/>
        <w:t>solo eran aliados; eran el ancla que la mantenía en pie. «Entonces lo</w:t>
      </w:r>
      <w:r>
        <w:rPr/>
        <w:t xml:space="preserve"> </w:t>
      </w:r>
      <w:r>
        <w:rPr/>
        <w:t>interceptaremos», decidió Mar, su voz firme. «No dejaremos que Finch</w:t>
      </w:r>
      <w:r>
        <w:rPr/>
        <w:t xml:space="preserve"> </w:t>
      </w:r>
      <w:r>
        <w:rPr/>
        <w:t>dicte las reglas».</w:t>
      </w:r>
    </w:p>
    <w:p>
      <w:pPr>
        <w:pStyle w:val="BodyText"/>
      </w:pPr>
      <w:r>
        <w:rPr/>
        <w:t>Finch es un reflejo. Yo soy la luz que lo crea.</w:t>
      </w:r>
    </w:p>
    <w:p>
      <w:pPr>
        <w:pStyle w:val="BodyText"/>
      </w:pPr>
      <w:r>
        <w:rPr/>
        <w:t>Markus dejó caer su cuaderno sobre la mesa con un golpe que hizo saltar</w:t>
      </w:r>
      <w:r>
        <w:rPr/>
        <w:t xml:space="preserve"> </w:t>
      </w:r>
      <w:r>
        <w:rPr/>
        <w:t>a todos.</w:t>
      </w:r>
    </w:p>
    <w:p>
      <w:pPr>
        <w:pStyle w:val="BodyText"/>
      </w:pPr>
      <w:r>
        <w:rPr/>
        <w:t>«¡Lo tengo!»</w:t>
      </w:r>
    </w:p>
    <w:p>
      <w:pPr>
        <w:pStyle w:val="BodyText"/>
      </w:pPr>
      <w:r>
        <w:rPr/>
        <w:t>Mar y Lena se volvieron a la vez. El físico rara vez mostraba emoción,</w:t>
      </w:r>
      <w:r>
        <w:rPr/>
        <w:t xml:space="preserve"> </w:t>
      </w:r>
      <w:r>
        <w:rPr/>
        <w:t>pero ahora sus ojos brillaban con el fervor de un descubrimiento.</w:t>
      </w:r>
    </w:p>
    <w:p>
      <w:pPr>
        <w:pStyle w:val="BodyText"/>
      </w:pPr>
      <w:r>
        <w:rPr/>
        <w:t>«El Eco no es un tono. Es un meta-patrón.» Markus comenzó a escribir</w:t>
      </w:r>
      <w:r>
        <w:rPr/>
        <w:t xml:space="preserve"> </w:t>
      </w:r>
      <w:r>
        <w:rPr/>
        <w:t>ecuaciones en la pizarra digital con frenesí. «Todo este tiempo hemos</w:t>
      </w:r>
      <w:r>
        <w:rPr/>
        <w:t xml:space="preserve"> </w:t>
      </w:r>
      <w:r>
        <w:rPr/>
        <w:t>estado buscando la nota correcta, pero no se trata de notas. Se trata de</w:t>
      </w:r>
      <w:r>
        <w:rPr/>
        <w:t xml:space="preserve"> </w:t>
      </w:r>
      <w:r>
        <w:rPr/>
        <w:t>la relación entre ellas.»</w:t>
      </w:r>
    </w:p>
    <w:p>
      <w:pPr>
        <w:pStyle w:val="BodyText"/>
      </w:pPr>
      <w:r>
        <w:rPr/>
        <w:t>«No te sigo», dijo Mar.</w:t>
      </w:r>
    </w:p>
    <w:p>
      <w:pPr>
        <w:pStyle w:val="BodyText"/>
      </w:pPr>
      <w:r>
        <w:rPr/>
        <w:t>«El teorema de Gödel. Incompletitud.» Markus trazó círculos que se</w:t>
      </w:r>
      <w:r>
        <w:rPr/>
        <w:t xml:space="preserve"> </w:t>
      </w:r>
      <w:r>
        <w:rPr/>
        <w:t>intersecaban. «Ningún sistema puede describirse por completo desde</w:t>
      </w:r>
      <w:r>
        <w:rPr/>
        <w:t xml:space="preserve"> </w:t>
      </w:r>
      <w:r>
        <w:rPr/>
        <w:t>dentro de sí mismo. El Eco no es un mensaje que puedas decodificar, es</w:t>
      </w:r>
      <w:r>
        <w:rPr/>
        <w:t xml:space="preserve"> </w:t>
      </w:r>
      <w:r>
        <w:rPr/>
        <w:t>un sistema que debes experimentar. Por eso Finch fracasará. Está</w:t>
      </w:r>
      <w:r>
        <w:rPr/>
        <w:t xml:space="preserve"> </w:t>
      </w:r>
      <w:r>
        <w:rPr/>
        <w:t>intentando analizar desde fuera algo que solo existe desde dentro.»</w:t>
      </w:r>
    </w:p>
    <w:p>
      <w:pPr>
        <w:pStyle w:val="BodyText"/>
      </w:pPr>
      <w:r>
        <w:rPr/>
        <w:t>Lena se inclinó hacia adelante. «Entonces, ¿cómo lo usamos?»</w:t>
      </w:r>
    </w:p>
    <w:p>
      <w:pPr>
        <w:pStyle w:val="BodyText"/>
      </w:pPr>
      <w:r>
        <w:rPr/>
        <w:t>«No lo usamos. Nos convertimos en parte de él.» Markus señaló a Mar. «Tú</w:t>
      </w:r>
      <w:r>
        <w:rPr/>
        <w:t xml:space="preserve"> </w:t>
      </w:r>
      <w:r>
        <w:rPr/>
        <w:t>ya lo has hecho. Por eso puedes sentir las resonancias que nosotros solo</w:t>
      </w:r>
      <w:r>
        <w:rPr/>
        <w:t xml:space="preserve"> </w:t>
      </w:r>
      <w:r>
        <w:rPr/>
        <w:t>podemos medir. Has dejado de ser observadora para convertirte en</w:t>
      </w:r>
      <w:r>
        <w:rPr/>
        <w:t xml:space="preserve"> </w:t>
      </w:r>
      <w:r>
        <w:rPr/>
        <w:t>participante.»</w:t>
      </w:r>
    </w:p>
    <w:p>
      <w:pPr>
        <w:pStyle w:val="BodyText"/>
      </w:pPr>
      <w:r>
        <w:rPr/>
        <w:t>«Y eso significa…»</w:t>
      </w:r>
    </w:p>
    <w:p>
      <w:pPr>
        <w:pStyle w:val="BodyText"/>
      </w:pPr>
      <w:r>
        <w:rPr/>
        <w:t>«Que no necesitamos derrotar a Finch en su juego.» Markus sonrió.</w:t>
      </w:r>
      <w:r>
        <w:rPr/>
        <w:t xml:space="preserve"> </w:t>
      </w:r>
      <w:r>
        <w:rPr/>
        <w:t>«Necesitamos cambiar las reglas. Convertir el Eco de un objeto de</w:t>
      </w:r>
      <w:r>
        <w:rPr/>
        <w:t xml:space="preserve"> </w:t>
      </w:r>
      <w:r>
        <w:rPr/>
        <w:t>estudio en una experiencia colectiva. Si logramos que miles de personas</w:t>
      </w:r>
      <w:r>
        <w:rPr/>
        <w:t xml:space="preserve"> </w:t>
      </w:r>
      <w:r>
        <w:rPr/>
        <w:t>lo experimenten a la vez, se volverá imposible de controlar, de</w:t>
      </w:r>
      <w:r>
        <w:rPr/>
        <w:t xml:space="preserve"> </w:t>
      </w:r>
      <w:r>
        <w:rPr/>
        <w:t>patentar, de poseer.»</w:t>
      </w:r>
    </w:p>
    <w:p>
      <w:pPr>
        <w:pStyle w:val="BodyText"/>
      </w:pPr>
      <w:r>
        <w:rPr/>
        <w:t>«Un open source de consciencia», murmuró Lena.</w:t>
      </w:r>
    </w:p>
    <w:p>
      <w:pPr>
        <w:pStyle w:val="BodyText"/>
      </w:pPr>
      <w:r>
        <w:rPr/>
        <w:t>«Exactamente. Y tengo la ecuación para hacerlo.» Markus señaló una serie</w:t>
      </w:r>
      <w:r>
        <w:rPr/>
        <w:t xml:space="preserve"> </w:t>
      </w:r>
      <w:r>
        <w:rPr/>
        <w:t>de cálculos. «Solo necesitamos el momento correcto, las frecuencias</w:t>
      </w:r>
      <w:r>
        <w:rPr/>
        <w:t xml:space="preserve"> </w:t>
      </w:r>
      <w:r>
        <w:rPr/>
        <w:t>correctas, y…»</w:t>
      </w:r>
    </w:p>
    <w:p>
      <w:pPr>
        <w:pStyle w:val="BodyText"/>
      </w:pPr>
      <w:r>
        <w:rPr/>
        <w:t>«Y un transmisor potente», completó Lena. «El de Finch serviría.»</w:t>
      </w:r>
    </w:p>
    <w:p>
      <w:pPr>
        <w:pStyle w:val="BodyText"/>
      </w:pPr>
      <w:r>
        <w:rPr/>
        <w:t>Las piezas encajaban. «Entonces no estamos robando el Eco. Estamos</w:t>
      </w:r>
      <w:r>
        <w:rPr/>
        <w:t xml:space="preserve"> </w:t>
      </w:r>
      <w:r>
        <w:rPr/>
        <w:t>liberándolo.»</w:t>
      </w:r>
    </w:p>
    <w:p>
      <w:pPr>
        <w:pStyle w:val="BodyText"/>
      </w:pPr>
      <w:r>
        <w:rPr/>
        <w:t>Markus asintió. «Y una vez libre, nadie, ni siquiera nosotros, podrá</w:t>
      </w:r>
      <w:r>
        <w:rPr/>
        <w:t xml:space="preserve"> </w:t>
      </w:r>
      <w:r>
        <w:rPr/>
        <w:t>enjaularlo de nuevo.»</w:t>
      </w:r>
    </w:p>
    <w:p>
      <w:pPr>
        <w:pStyle w:val="BodyText"/>
      </w:pPr>
      <w:r>
        <w:rPr/>
        <w:t>Su estrategia de coacción psicológica y control tecnológico se había</w:t>
      </w:r>
      <w:r>
        <w:rPr/>
        <w:t xml:space="preserve"> </w:t>
      </w:r>
      <w:r>
        <w:rPr/>
        <w:t>vuelto contra él como un búmeran envenenado. Ahora, la presión estaba</w:t>
      </w:r>
      <w:r>
        <w:rPr/>
        <w:t xml:space="preserve"> </w:t>
      </w:r>
      <w:r>
        <w:rPr/>
        <w:t>por completo sobre sus hombros, y la lógica fría que había sido su</w:t>
      </w:r>
      <w:r>
        <w:rPr/>
        <w:t xml:space="preserve"> </w:t>
      </w:r>
      <w:r>
        <w:rPr/>
        <w:t>fortaleza ya no era suficiente para navegar un conflicto que había</w:t>
      </w:r>
      <w:r>
        <w:rPr/>
        <w:t xml:space="preserve"> </w:t>
      </w:r>
      <w:r>
        <w:rPr/>
        <w:t>evolucionado más allá de sus parámetros originales.</w:t>
      </w:r>
    </w:p>
    <w:p>
      <w:pPr>
        <w:pStyle w:val="BodyText"/>
      </w:pPr>
      <w:r>
        <w:rPr/>
        <w:t>Necesitaba un nuevo axioma operativo. Si no podía predecir los</w:t>
      </w:r>
      <w:r>
        <w:rPr/>
        <w:t xml:space="preserve"> </w:t>
      </w:r>
      <w:r>
        <w:rPr/>
        <w:t>movimientos de su oponente mediante análisis de patrones, tendría que</w:t>
      </w:r>
      <w:r>
        <w:rPr/>
        <w:t xml:space="preserve"> </w:t>
      </w:r>
      <w:r>
        <w:rPr/>
        <w:t>forzarlos a convergir en un único punto de confrontación. Un solo</w:t>
      </w:r>
      <w:r>
        <w:rPr/>
        <w:t xml:space="preserve"> </w:t>
      </w:r>
      <w:r>
        <w:rPr/>
        <w:t>enfrentamiento donde todas las variables estuvieran bajo su control.</w:t>
      </w:r>
    </w:p>
    <w:p>
      <w:pPr>
        <w:pStyle w:val="BodyText"/>
      </w:pPr>
      <w:r>
        <w:rPr/>
        <w:t>Tenía que convertir todo el tablero de ajedrez multidimensional en una</w:t>
      </w:r>
      <w:r>
        <w:rPr/>
        <w:t xml:space="preserve"> </w:t>
      </w:r>
      <w:r>
        <w:rPr/>
        <w:t>sola casilla donde pudiera dictar las reglas del juego final. Y sabía</w:t>
      </w:r>
      <w:r>
        <w:rPr/>
        <w:t xml:space="preserve"> </w:t>
      </w:r>
      <w:r>
        <w:rPr/>
        <w:t>exactamente cuál tenía que ser esa casilla: el eremitorio donde todas</w:t>
      </w:r>
      <w:r>
        <w:rPr/>
        <w:t xml:space="preserve"> </w:t>
      </w:r>
      <w:r>
        <w:rPr/>
        <w:t>las piezas estaban destinadas a encontrarse.</w:t>
      </w:r>
    </w:p>
    <w:p>
      <w:pPr>
        <w:pStyle w:val="BodyText"/>
      </w:pPr>
      <w:r>
        <w:rPr/>
        <w:t>La guerra de información había fracasado. Era hora de apostar todo a una</w:t>
      </w:r>
      <w:r>
        <w:rPr/>
        <w:t xml:space="preserve"> </w:t>
      </w:r>
      <w:r>
        <w:rPr/>
        <w:t>confrontación física donde su superioridad en recursos y firepower</w:t>
      </w:r>
      <w:r>
        <w:rPr/>
        <w:t xml:space="preserve"> </w:t>
      </w:r>
      <w:r>
        <w:rPr/>
        <w:t>pudiera compensar su desventaja en comprensión del enemigo. Era hora de</w:t>
      </w:r>
      <w:r>
        <w:rPr/>
        <w:t xml:space="preserve"> </w:t>
      </w:r>
      <w:r>
        <w:rPr/>
        <w:t>forzar el jaque mate, incluso si eso significaba sacrificar la mitad de</w:t>
      </w:r>
      <w:r>
        <w:rPr/>
        <w:t xml:space="preserve"> </w:t>
      </w:r>
      <w:r>
        <w:rPr/>
        <w:t>sus propias piezas en el proceso.</w:t>
      </w:r>
    </w:p>
    <w:p>
      <w:pPr>
        <w:pStyle w:val="Heading1"/>
      </w:pPr>
      <w:r>
        <w:rPr/>
        <w:t>CAPÍTULO 49. LA CONVERGENCIA EN LA ROCA</w:t>
      </w:r>
    </w:p>
    <w:p>
      <w:pPr/>
      <w:r>
        <w:rPr/>
        <w:t>Una figura emergió entre las rocas.</w:t>
      </w:r>
    </w:p>
    <w:p>
      <w:pPr>
        <w:pStyle w:val="BodyText"/>
      </w:pPr>
      <w:r>
        <w:rPr/>
        <w:t>Finch.</w:t>
      </w:r>
    </w:p>
    <w:p>
      <w:pPr>
        <w:pStyle w:val="BodyText"/>
      </w:pPr>
      <w:r>
        <w:rPr/>
        <w:t>Sin escoltas. Sin drones. Solo un hombre de traje roto, con sangre seca</w:t>
      </w:r>
      <w:r>
        <w:rPr/>
        <w:t xml:space="preserve"> </w:t>
      </w:r>
      <w:r>
        <w:rPr/>
        <w:t>en la manga izquierda y el pelo pegado a la frente por el sudor del</w:t>
      </w:r>
      <w:r>
        <w:rPr/>
        <w:t xml:space="preserve"> </w:t>
      </w:r>
      <w:r>
        <w:rPr/>
        <w:t>ascenso. Había subido a pie. Solo.</w:t>
      </w:r>
    </w:p>
    <w:p>
      <w:pPr>
        <w:pStyle w:val="BodyText"/>
      </w:pPr>
      <w:r>
        <w:rPr/>
        <w:t>Mar lo miró sin sorpresa. Como si su presencia fuera inevitable. Como si</w:t>
      </w:r>
      <w:r>
        <w:rPr/>
        <w:t xml:space="preserve"> </w:t>
      </w:r>
      <w:r>
        <w:rPr/>
        <w:t>la montaña misma lo hubiera convocado.</w:t>
      </w:r>
    </w:p>
    <w:p>
      <w:pPr>
        <w:pStyle w:val="BodyText"/>
      </w:pPr>
      <w:r>
        <w:rPr/>
        <w:t>—Has venido a detenerme —dijo Mar. No era una pregunta.</w:t>
      </w:r>
    </w:p>
    <w:p>
      <w:pPr>
        <w:pStyle w:val="BodyText"/>
      </w:pPr>
      <w:r>
        <w:rPr/>
        <w:t>Finch negó con la cabeza. Su sonrisa era una grieta en un muro de</w:t>
      </w:r>
      <w:r>
        <w:rPr/>
        <w:t xml:space="preserve"> </w:t>
      </w:r>
      <w:r>
        <w:rPr/>
        <w:t>hormigón.</w:t>
      </w:r>
    </w:p>
    <w:p>
      <w:pPr>
        <w:pStyle w:val="BodyText"/>
      </w:pPr>
      <w:r>
        <w:rPr/>
        <w:t>—He venido a pedirte que pares —respondió, con voz más cansada que</w:t>
      </w:r>
      <w:r>
        <w:rPr/>
        <w:t xml:space="preserve"> </w:t>
      </w:r>
      <w:r>
        <w:rPr/>
        <w:t>amenazante—. Tú crees que estás sanando una herida milenaria. Yo solo</w:t>
      </w:r>
      <w:r>
        <w:rPr/>
        <w:t xml:space="preserve"> </w:t>
      </w:r>
      <w:r>
        <w:rPr/>
        <w:t>quiero que deje de sangrar sobre mi balance trimestral.</w:t>
      </w:r>
    </w:p>
    <w:p>
      <w:pPr>
        <w:pStyle w:val="BodyText"/>
      </w:pPr>
      <w:r>
        <w:rPr/>
        <w:t>Mar lo estudió. Por primera vez vio al hombre detrás del sistema. Y lo</w:t>
      </w:r>
      <w:r>
        <w:rPr/>
        <w:t xml:space="preserve"> </w:t>
      </w:r>
      <w:r>
        <w:rPr/>
        <w:t>que vio fue tristeza.</w:t>
      </w:r>
    </w:p>
    <w:p>
      <w:pPr>
        <w:pStyle w:val="BodyText"/>
      </w:pPr>
      <w:r>
        <w:rPr/>
        <w:t>—No puedo parar —dijo Mar—. Aunque quisiera.</w:t>
      </w:r>
    </w:p>
    <w:p>
      <w:pPr>
        <w:pStyle w:val="BodyText"/>
      </w:pPr>
      <w:r>
        <w:rPr/>
        <w:t>Finch asintió despacio. Comprendió que había perdido antes de subir.</w:t>
      </w:r>
    </w:p>
    <w:p>
      <w:pPr>
        <w:pStyle w:val="BodyText"/>
      </w:pPr>
      <w:r>
        <w:rPr/>
        <w:t>—Entonces espero —dijo, dando un paso atrás— que tu Eco sea más</w:t>
      </w:r>
      <w:r>
        <w:rPr/>
        <w:t xml:space="preserve"> </w:t>
      </w:r>
      <w:r>
        <w:rPr/>
        <w:t>misericordioso que mi junta directiva.</w:t>
      </w:r>
    </w:p>
    <w:p>
      <w:pPr>
        <w:pStyle w:val="BodyText"/>
      </w:pPr>
      <w:r>
        <w:rPr/>
        <w:t>Se marchó cuesta abajo, cojeando, sin mirar atrás. Mar lo vio descender</w:t>
      </w:r>
      <w:r>
        <w:rPr/>
        <w:t xml:space="preserve"> </w:t>
      </w:r>
      <w:r>
        <w:rPr/>
        <w:t>hasta que se convirtió en una mancha oscura entre las piedras.</w:t>
      </w:r>
    </w:p>
    <w:p>
      <w:pPr>
        <w:pStyle w:val="BodyText"/>
      </w:pPr>
      <w:r>
        <w:rPr/>
        <w:t>«Todo río, por muchos meandros que dé, busca el mar. Y toda historia,</w:t>
      </w:r>
      <w:r>
        <w:rPr/>
        <w:t xml:space="preserve"> </w:t>
      </w:r>
      <w:r>
        <w:rPr/>
        <w:t>por muchas subtramas que tenga, busca su acto final.»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En la calma vibrante de su santuario pétreo, Mar sentía el tablero de</w:t>
      </w:r>
      <w:r>
        <w:rPr/>
        <w:t xml:space="preserve"> </w:t>
      </w:r>
      <w:r>
        <w:rPr/>
        <w:t>juego reconfigurándose a una velocidad que desafiaba la percepción</w:t>
      </w:r>
      <w:r>
        <w:rPr/>
        <w:t xml:space="preserve"> </w:t>
      </w:r>
      <w:r>
        <w:rPr/>
        <w:t>humana normal. Era como escuchar una sinfonía de Mahler donde todas las</w:t>
      </w:r>
      <w:r>
        <w:rPr/>
        <w:t xml:space="preserve"> </w:t>
      </w:r>
      <w:r>
        <w:rPr/>
        <w:t>secciones orquestales, antes separadas por movimientos y silencios,</w:t>
      </w:r>
      <w:r>
        <w:rPr/>
        <w:t xml:space="preserve"> </w:t>
      </w:r>
      <w:r>
        <w:rPr/>
        <w:t>comenzaban a converger inexorablemente hacia un crescendo que prometía</w:t>
      </w:r>
      <w:r>
        <w:rPr/>
        <w:t xml:space="preserve"> </w:t>
      </w:r>
      <w:r>
        <w:rPr/>
        <w:t>ser tan catártico como devastador.</w:t>
      </w:r>
    </w:p>
    <w:p>
      <w:pPr>
        <w:pStyle w:val="BodyText"/>
      </w:pPr>
      <w:r>
        <w:rPr/>
        <w:t>La resonancia que emanaba desde su refugio en San Juan de la Peña se</w:t>
      </w:r>
      <w:r>
        <w:rPr/>
        <w:t xml:space="preserve"> </w:t>
      </w:r>
      <w:r>
        <w:rPr/>
        <w:t>extendía como ondas en un estanque cósmico, permitiéndole percibir cada</w:t>
      </w:r>
      <w:r>
        <w:rPr/>
        <w:t xml:space="preserve"> </w:t>
      </w:r>
      <w:r>
        <w:rPr/>
        <w:t>movimiento de las piezas en el tablero continental que se había</w:t>
      </w:r>
      <w:r>
        <w:rPr/>
        <w:t xml:space="preserve"> </w:t>
      </w:r>
      <w:r>
        <w:rPr/>
        <w:t>convertido su vida.</w:t>
      </w:r>
    </w:p>
    <w:p>
      <w:pPr>
        <w:pStyle w:val="BodyText"/>
      </w:pPr>
      <w:r>
        <w:rPr/>
        <w:t>Sintió la huida triunfal de Lena no como un acto de cobardía, sino como</w:t>
      </w:r>
      <w:r>
        <w:rPr/>
        <w:t xml:space="preserve"> </w:t>
      </w:r>
      <w:r>
        <w:rPr/>
        <w:t>una explosión de energía caótica y liberadora, un acorde disonante y</w:t>
      </w:r>
      <w:r>
        <w:rPr/>
        <w:t xml:space="preserve"> </w:t>
      </w:r>
      <w:r>
        <w:rPr/>
        <w:t>victorioso que había sembrado la confusión en la frecuencia fría y</w:t>
      </w:r>
      <w:r>
        <w:rPr/>
        <w:t xml:space="preserve"> </w:t>
      </w:r>
      <w:r>
        <w:rPr/>
        <w:t>ordenada del enemigo. La densa red de vigilancia digital que había</w:t>
      </w:r>
      <w:r>
        <w:rPr/>
        <w:t xml:space="preserve"> </w:t>
      </w:r>
      <w:r>
        <w:rPr/>
        <w:t>asfixiado Soria se disolvía en un ruido blanco de interferencias, como</w:t>
      </w:r>
      <w:r>
        <w:rPr/>
        <w:t xml:space="preserve"> </w:t>
      </w:r>
      <w:r>
        <w:rPr/>
        <w:t>una tela de araña barrida por una escoba de viento electromagnético.</w:t>
      </w:r>
    </w:p>
    <w:p>
      <w:pPr>
        <w:pStyle w:val="BodyText"/>
      </w:pPr>
      <w:r>
        <w:rPr/>
        <w:t>Por primera vez en semanas de tensión constante, el aire de la meseta</w:t>
      </w:r>
      <w:r>
        <w:rPr/>
        <w:t xml:space="preserve"> </w:t>
      </w:r>
      <w:r>
        <w:rPr/>
        <w:t>castellana se sentía limpio de la contaminación digital, liberado de la</w:t>
      </w:r>
      <w:r>
        <w:rPr/>
        <w:t xml:space="preserve"> </w:t>
      </w:r>
      <w:r>
        <w:rPr/>
        <w:t>presión invisible que había estado oprimiendo cada respiración. La roca</w:t>
      </w:r>
      <w:r>
        <w:rPr/>
        <w:t xml:space="preserve"> </w:t>
      </w:r>
      <w:r>
        <w:rPr/>
        <w:t>era un altar donde el Eco convergía, un punto de unión entre pasado y</w:t>
      </w:r>
      <w:r>
        <w:rPr/>
        <w:t xml:space="preserve"> </w:t>
      </w:r>
      <w:r>
        <w:rPr/>
        <w:t>presente. Mar sentía su llamada, un latido que resonaba en su médula.</w:t>
      </w:r>
    </w:p>
    <w:p>
      <w:pPr>
        <w:pStyle w:val="BodyText"/>
      </w:pPr>
      <w:r>
        <w:rPr/>
        <w:t>Markus se arrodilló ante el emisor de caos del Proyecto Silencio,</w:t>
      </w:r>
      <w:r>
        <w:rPr/>
        <w:t xml:space="preserve"> </w:t>
      </w:r>
      <w:r>
        <w:rPr/>
        <w:t>destornillador en mano, sus movimientos precisos como los de un</w:t>
      </w:r>
      <w:r>
        <w:rPr/>
        <w:t xml:space="preserve"> </w:t>
      </w:r>
      <w:r>
        <w:rPr/>
        <w:t>cirujano. Sus manos temblaban no de miedo sino de precisión extrema,</w:t>
      </w:r>
      <w:r>
        <w:rPr/>
        <w:t xml:space="preserve"> </w:t>
      </w:r>
      <w:r>
        <w:rPr/>
        <w:t>cada músculo de su espalda tenso por la postura forzada, sintiendo el</w:t>
      </w:r>
      <w:r>
        <w:rPr/>
        <w:t xml:space="preserve"> </w:t>
      </w:r>
      <w:r>
        <w:rPr/>
        <w:t>peso de años de inactividad disolverse en este momento de acción pura.</w:t>
      </w:r>
    </w:p>
    <w:p>
      <w:pPr>
        <w:pStyle w:val="BodyText"/>
      </w:pPr>
      <w:r>
        <w:rPr/>
        <w:t>«Las máquinas olvidan, pero el vinilo recuerda», dijo, cortando cables</w:t>
      </w:r>
      <w:r>
        <w:rPr/>
        <w:t xml:space="preserve"> </w:t>
      </w:r>
      <w:r>
        <w:rPr/>
        <w:t>con un chasquido que resonó como un acorde final. Cada corte era un acto</w:t>
      </w:r>
      <w:r>
        <w:rPr/>
        <w:t xml:space="preserve"> </w:t>
      </w:r>
      <w:r>
        <w:rPr/>
        <w:t>de resistencia, un homenaje a ILIBERIS, cuyo eco aún vivía en él. El</w:t>
      </w:r>
      <w:r>
        <w:rPr/>
        <w:t xml:space="preserve"> </w:t>
      </w:r>
      <w:r>
        <w:rPr/>
        <w:t>emisor colapsó, su zumbido disonante silenciado, y Markus se levantó,</w:t>
      </w:r>
      <w:r>
        <w:rPr/>
        <w:t xml:space="preserve"> </w:t>
      </w:r>
      <w:r>
        <w:rPr/>
        <w:t>sus ojos brillando con la fuerza de un héroe que había encontrado su</w:t>
      </w:r>
      <w:r>
        <w:rPr/>
        <w:t xml:space="preserve"> </w:t>
      </w:r>
      <w:r>
        <w:rPr/>
        <w:t>propósito.</w:t>
      </w:r>
    </w:p>
    <w:p>
      <w:pPr>
        <w:pStyle w:val="BodyText"/>
      </w:pPr>
      <w:r>
        <w:rPr/>
        <w:t>«Por él», murmuró, un juramento a un amigo perdido.</w:t>
      </w:r>
    </w:p>
    <w:p>
      <w:pPr>
        <w:pStyle w:val="BodyText"/>
      </w:pPr>
      <w:r>
        <w:rPr/>
        <w:t>Vasco revisó mapas, líneas trazadas con urgencia, mientras el Eco</w:t>
      </w:r>
      <w:r>
        <w:rPr/>
        <w:t xml:space="preserve"> </w:t>
      </w:r>
      <w:r>
        <w:rPr/>
        <w:t>cantaba, una orquesta lista para la batalla final. Cuando el emisor cayó</w:t>
      </w:r>
      <w:r>
        <w:rPr/>
        <w:t xml:space="preserve"> </w:t>
      </w:r>
      <w:r>
        <w:rPr/>
        <w:t>en silencio, Markus sintió algo que no había sentido en años: propósito.</w:t>
      </w:r>
      <w:r>
        <w:rPr/>
        <w:t xml:space="preserve"> </w:t>
      </w:r>
      <w:r>
        <w:rPr/>
        <w:t>No era solo victoria técnica, era redención. Había pasado tanto tiempo</w:t>
      </w:r>
      <w:r>
        <w:rPr/>
        <w:t xml:space="preserve"> </w:t>
      </w:r>
      <w:r>
        <w:rPr/>
        <w:t>entre fantasmas de equipos muertos y estudios vacíos, que había olvidado</w:t>
      </w:r>
      <w:r>
        <w:rPr/>
        <w:t xml:space="preserve"> </w:t>
      </w:r>
      <w:r>
        <w:rPr/>
        <w:t>lo que significaba crear algo vivo, algo que importaba.</w:t>
      </w:r>
    </w:p>
    <w:p>
      <w:pPr>
        <w:pStyle w:val="BodyText"/>
      </w:pPr>
      <w:r>
        <w:rPr/>
        <w:t>Se apoyó contra la pared del búnker, respirando con dificultad, y por un</w:t>
      </w:r>
      <w:r>
        <w:rPr/>
        <w:t xml:space="preserve"> </w:t>
      </w:r>
      <w:r>
        <w:rPr/>
        <w:t>momento vio a ILIBERIS frente a él. No como estaba en las fotografías</w:t>
      </w:r>
      <w:r>
        <w:rPr/>
        <w:t xml:space="preserve"> </w:t>
      </w:r>
      <w:r>
        <w:rPr/>
        <w:t>—joven, vibrante, invencible— sino como debió estar al final:</w:t>
      </w:r>
      <w:r>
        <w:rPr/>
        <w:t xml:space="preserve"> </w:t>
      </w:r>
      <w:r>
        <w:rPr/>
        <w:t>cansado, asustado, pero decidido.</w:t>
      </w:r>
    </w:p>
    <w:p>
      <w:pPr>
        <w:pStyle w:val="BodyText"/>
      </w:pPr>
      <w:r>
        <w:rPr/>
        <w:t>«Lo hice, hermano», susurró Markus al aire. «Esta vez, el vinilo no se</w:t>
      </w:r>
      <w:r>
        <w:rPr/>
        <w:t xml:space="preserve"> </w:t>
      </w:r>
      <w:r>
        <w:rPr/>
        <w:t>rayó.»</w:t>
      </w:r>
    </w:p>
    <w:p>
      <w:pPr>
        <w:pStyle w:val="BodyText"/>
      </w:pPr>
      <w:r>
        <w:rPr/>
        <w:t>Mar se acercó y posó una mano en su hombro. No dijo nada, pero en sus</w:t>
      </w:r>
      <w:r>
        <w:rPr/>
        <w:t xml:space="preserve"> </w:t>
      </w:r>
      <w:r>
        <w:rPr/>
        <w:t>ojos Markus vio algo que valía más que mil palabras: reconocimiento. Ya</w:t>
      </w:r>
      <w:r>
        <w:rPr/>
        <w:t xml:space="preserve"> </w:t>
      </w:r>
      <w:r>
        <w:rPr/>
        <w:t>no era el técnico nostálgico que vivía en el pasado. Era el guardián que</w:t>
      </w:r>
      <w:r>
        <w:rPr/>
        <w:t xml:space="preserve"> </w:t>
      </w:r>
      <w:r>
        <w:rPr/>
        <w:t>había protegido el futuro.</w:t>
      </w:r>
    </w:p>
    <w:p>
      <w:pPr>
        <w:pStyle w:val="BodyText"/>
      </w:pPr>
      <w:r>
        <w:rPr/>
        <w:t>*Respiro. La onda respira conmigo.*</w:t>
      </w:r>
    </w:p>
    <w:p>
      <w:pPr>
        <w:pStyle w:val="BodyText"/>
      </w:pPr>
      <w:r>
        <w:rPr/>
        <w:t>Luego percibió la convergencia de Markus y Vasco, una armonización que</w:t>
      </w:r>
      <w:r>
        <w:rPr/>
        <w:t xml:space="preserve"> </w:t>
      </w:r>
      <w:r>
        <w:rPr/>
        <w:t>resonaba con una belleza inesperada en la sinfonía del caos. La</w:t>
      </w:r>
      <w:r>
        <w:rPr/>
        <w:t xml:space="preserve"> </w:t>
      </w:r>
      <w:r>
        <w:rPr/>
        <w:t>frecuencia de pánico agudo que había emanado de Vasco durante días</w:t>
      </w:r>
      <w:r>
        <w:rPr/>
        <w:t xml:space="preserve"> </w:t>
      </w:r>
      <w:r>
        <w:rPr/>
        <w:t>interminables comenzó a modularse hacia tonos más graves y serenos. Su</w:t>
      </w:r>
      <w:r>
        <w:rPr/>
        <w:t xml:space="preserve"> </w:t>
      </w:r>
      <w:r>
        <w:rPr/>
        <w:t>ritmo cardíaco acelerado se ralentizaba poco a poco, sincronizándose con</w:t>
      </w:r>
      <w:r>
        <w:rPr/>
        <w:t xml:space="preserve"> </w:t>
      </w:r>
      <w:r>
        <w:rPr/>
        <w:t>el pulso estable y profundo de Markus, como un arroyo turbulento que</w:t>
      </w:r>
      <w:r>
        <w:rPr/>
        <w:t xml:space="preserve"> </w:t>
      </w:r>
      <w:r>
        <w:rPr/>
        <w:t>desemboca en las aguas tranquilas de un lago milenario.</w:t>
      </w:r>
    </w:p>
    <w:p>
      <w:pPr>
        <w:pStyle w:val="BodyText"/>
      </w:pPr>
      <w:r>
        <w:rPr/>
        <w:t>Sintió la transmisión silenciosa de conocimiento junto al fuego de</w:t>
      </w:r>
      <w:r>
        <w:rPr/>
        <w:t xml:space="preserve"> </w:t>
      </w:r>
      <w:r>
        <w:rPr/>
        <w:t>campamento, el intercambio de confianza que fluía entre maestro y</w:t>
      </w:r>
      <w:r>
        <w:rPr/>
        <w:t xml:space="preserve"> </w:t>
      </w:r>
      <w:r>
        <w:rPr/>
        <w:t>discípulo sin necesidad de contratos ni promesas. El puente que había</w:t>
      </w:r>
      <w:r>
        <w:rPr/>
        <w:t xml:space="preserve"> </w:t>
      </w:r>
      <w:r>
        <w:rPr/>
        <w:t>intentado construir con tanta desesperación se había materializado de</w:t>
      </w:r>
      <w:r>
        <w:rPr/>
        <w:t xml:space="preserve"> </w:t>
      </w:r>
      <w:r>
        <w:rPr/>
        <w:t>forma orgánica. Vasco ya no navegaba solo en aguas hostiles; tenía un</w:t>
      </w:r>
      <w:r>
        <w:rPr/>
        <w:t xml:space="preserve"> </w:t>
      </w:r>
      <w:r>
        <w:rPr/>
        <w:t>timonel experimentado que conocía las corrientes peligrosas.</w:t>
      </w:r>
    </w:p>
    <w:p>
      <w:pPr>
        <w:pStyle w:val="BodyText"/>
      </w:pPr>
      <w:r>
        <w:rPr/>
        <w:t>Y por fin, detectó el cambio sísmico en la frecuencia del enemigo. El</w:t>
      </w:r>
      <w:r>
        <w:rPr/>
        <w:t xml:space="preserve"> </w:t>
      </w:r>
      <w:r>
        <w:rPr/>
        <w:t>pulso del cazador, antes arrogante y expansivo como una red que se</w:t>
      </w:r>
      <w:r>
        <w:rPr/>
        <w:t xml:space="preserve"> </w:t>
      </w:r>
      <w:r>
        <w:rPr/>
        <w:t>extendía para abarcar continentes enteros, se contraía sobre sí mismo.</w:t>
      </w:r>
      <w:r>
        <w:rPr/>
        <w:t xml:space="preserve"> </w:t>
      </w:r>
      <w:r>
        <w:rPr/>
        <w:t>Se volvía más enfocado, más intenso, y por primera vez desde el comienzo</w:t>
      </w:r>
      <w:r>
        <w:rPr/>
        <w:t xml:space="preserve"> </w:t>
      </w:r>
      <w:r>
        <w:rPr/>
        <w:t>del conflicto, Mar detectó un armónico inconfundible de desesperación</w:t>
      </w:r>
      <w:r>
        <w:rPr/>
        <w:t xml:space="preserve"> </w:t>
      </w:r>
      <w:r>
        <w:rPr/>
        <w:t>resonando en su núcleo.</w:t>
      </w:r>
    </w:p>
    <w:p>
      <w:pPr>
        <w:pStyle w:val="BodyText"/>
      </w:pPr>
      <w:r>
        <w:rPr/>
        <w:t>El cazador había perdido el control del juego que creía dominar por</w:t>
      </w:r>
      <w:r>
        <w:rPr/>
        <w:t xml:space="preserve"> </w:t>
      </w:r>
      <w:r>
        <w:rPr/>
        <w:t>completo, y ahora apostaba todo a una última jugada desesperada.</w:t>
      </w:r>
    </w:p>
    <w:p>
      <w:pPr>
        <w:pStyle w:val="BodyText"/>
      </w:pPr>
      <w:r>
        <w:rPr/>
        <w:t>Sintió cómo toda la atención de Finch, liberada de las distracciones que</w:t>
      </w:r>
      <w:r>
        <w:rPr/>
        <w:t xml:space="preserve"> </w:t>
      </w:r>
      <w:r>
        <w:rPr/>
        <w:t>Lena había sembrado como minas en su camino, se enfocaba como un rayo</w:t>
      </w:r>
      <w:r>
        <w:rPr/>
        <w:t xml:space="preserve"> </w:t>
      </w:r>
      <w:r>
        <w:rPr/>
        <w:t>láser de energía oscura en un único punto del mapa continental. El lugar</w:t>
      </w:r>
      <w:r>
        <w:rPr/>
        <w:t xml:space="preserve"> </w:t>
      </w:r>
      <w:r>
        <w:rPr/>
        <w:t>donde había enviado a Markus para el encuentro secreto. El eremitorio</w:t>
      </w:r>
      <w:r>
        <w:rPr/>
        <w:t xml:space="preserve"> </w:t>
      </w:r>
      <w:r>
        <w:rPr/>
        <w:t>celtíbero que ahora se había convertido, por la propia reacción del</w:t>
      </w:r>
      <w:r>
        <w:rPr/>
        <w:t xml:space="preserve"> </w:t>
      </w:r>
      <w:r>
        <w:rPr/>
        <w:t>enemigo, en el inevitable escenario del enfrentamiento final.</w:t>
      </w:r>
    </w:p>
    <w:p>
      <w:pPr>
        <w:pStyle w:val="BodyText"/>
      </w:pPr>
      <w:r>
        <w:rPr/>
        <w:t>Mar comprendió la nueva geometría del conflicto con una claridad que le</w:t>
      </w:r>
      <w:r>
        <w:rPr/>
        <w:t xml:space="preserve"> </w:t>
      </w:r>
      <w:r>
        <w:rPr/>
        <w:t>cortó la respiración. Su intento cuidadoso de crear un encuentro</w:t>
      </w:r>
      <w:r>
        <w:rPr/>
        <w:t xml:space="preserve"> </w:t>
      </w:r>
      <w:r>
        <w:rPr/>
        <w:t>clandestino y seguro se había transformado, por la propia lógica del</w:t>
      </w:r>
      <w:r>
        <w:rPr/>
        <w:t xml:space="preserve"> </w:t>
      </w:r>
      <w:r>
        <w:rPr/>
        <w:t>juego, en el teatro donde se representaría el acto final de un drama que</w:t>
      </w:r>
      <w:r>
        <w:rPr/>
        <w:t xml:space="preserve"> </w:t>
      </w:r>
      <w:r>
        <w:rPr/>
        <w:t>había comenzado ochocientos años atrás en las llamas de Montségur.</w:t>
      </w:r>
    </w:p>
    <w:p>
      <w:pPr>
        <w:pStyle w:val="BodyText"/>
      </w:pPr>
      <w:r>
        <w:rPr/>
        <w:t>Finch creía que estaba conduciendo a Vasco hacia una trampa de su propio</w:t>
      </w:r>
      <w:r>
        <w:rPr/>
        <w:t xml:space="preserve"> </w:t>
      </w:r>
      <w:r>
        <w:rPr/>
        <w:t>diseño, sin saber que los aliados de Mar ya estaban en movimiento para</w:t>
      </w:r>
      <w:r>
        <w:rPr/>
        <w:t xml:space="preserve"> </w:t>
      </w:r>
      <w:r>
        <w:rPr/>
        <w:t>controlar ese mismo espacio sagrado. Todas las piezas del tablero</w:t>
      </w:r>
      <w:r>
        <w:rPr/>
        <w:t xml:space="preserve"> </w:t>
      </w:r>
      <w:r>
        <w:rPr/>
        <w:t>—peones, alfiles, torres y las reinas de ambos bandos— se dirigían</w:t>
      </w:r>
      <w:r>
        <w:rPr/>
        <w:t xml:space="preserve"> </w:t>
      </w:r>
      <w:r>
        <w:rPr/>
        <w:t>inexorablemente al mismo cuadrante de roca antigua donde el destino</w:t>
      </w:r>
      <w:r>
        <w:rPr/>
        <w:t xml:space="preserve"> </w:t>
      </w:r>
      <w:r>
        <w:rPr/>
        <w:t>había decidido que se escribiría el desenlace.</w:t>
      </w:r>
    </w:p>
    <w:p>
      <w:pPr>
        <w:pStyle w:val="BodyText"/>
      </w:pPr>
      <w:r>
        <w:rPr/>
        <w:t>Se levantó de su posición meditativa con la fluidez de quien ha tomado</w:t>
      </w:r>
      <w:r>
        <w:rPr/>
        <w:t xml:space="preserve"> </w:t>
      </w:r>
      <w:r>
        <w:rPr/>
        <w:t>una decisión irrevocable. Su tiempo como faro pasivo, como observadora</w:t>
      </w:r>
      <w:r>
        <w:rPr/>
        <w:t xml:space="preserve"> </w:t>
      </w:r>
      <w:r>
        <w:rPr/>
        <w:t>silenciosa desde las alturas de su torre de marfil, había llegado a su</w:t>
      </w:r>
      <w:r>
        <w:rPr/>
        <w:t xml:space="preserve"> </w:t>
      </w:r>
      <w:r>
        <w:rPr/>
        <w:t>fin natural. El puente entre mundos estaba construido y operativo. Sus</w:t>
      </w:r>
      <w:r>
        <w:rPr/>
        <w:t xml:space="preserve"> </w:t>
      </w:r>
      <w:r>
        <w:rPr/>
        <w:t>piezas estaban estratégicamente posicionadas. La convergencia había</w:t>
      </w:r>
      <w:r>
        <w:rPr/>
        <w:t xml:space="preserve"> </w:t>
      </w:r>
      <w:r>
        <w:rPr/>
        <w:t>dejado de ser una posibilidad para convertirse en una certeza física.</w:t>
      </w:r>
    </w:p>
    <w:p>
      <w:pPr>
        <w:pStyle w:val="BodyText"/>
      </w:pPr>
      <w:r>
        <w:rPr/>
        <w:t>Era hora de que la guardiana descendiera de su atalaya y ocupara su</w:t>
      </w:r>
      <w:r>
        <w:rPr/>
        <w:t xml:space="preserve"> </w:t>
      </w:r>
      <w:r>
        <w:rPr/>
        <w:t>lugar en el escenario.</w:t>
      </w:r>
    </w:p>
    <w:p>
      <w:pPr>
        <w:pStyle w:val="BodyText"/>
      </w:pPr>
      <w:r>
        <w:rPr/>
        <w:t>Se dirigió con pasos firmes hacia la veta de cristales de cuarzo que</w:t>
      </w:r>
      <w:r>
        <w:rPr/>
        <w:t xml:space="preserve"> </w:t>
      </w:r>
      <w:r>
        <w:rPr/>
        <w:t>había utilizado para crear los ecos fantasma que confundieron a Finch</w:t>
      </w:r>
      <w:r>
        <w:rPr/>
        <w:t xml:space="preserve"> </w:t>
      </w:r>
      <w:r>
        <w:rPr/>
        <w:t>durante las primeras fases del conflicto. Esta vez, su intención era</w:t>
      </w:r>
      <w:r>
        <w:rPr/>
        <w:t xml:space="preserve"> </w:t>
      </w:r>
      <w:r>
        <w:rPr/>
        <w:t>radicalmente diferente. No quería reflejar ni esconder su presencia.</w:t>
      </w:r>
      <w:r>
        <w:rPr/>
        <w:t xml:space="preserve"> </w:t>
      </w:r>
      <w:r>
        <w:rPr/>
        <w:t>Quería amplificarla hasta convertirla en una declaración que resonara en</w:t>
      </w:r>
      <w:r>
        <w:rPr/>
        <w:t xml:space="preserve"> </w:t>
      </w:r>
      <w:r>
        <w:rPr/>
        <w:t>cada frecuencia del espectro.</w:t>
      </w:r>
    </w:p>
    <w:p>
      <w:pPr>
        <w:pStyle w:val="BodyText"/>
      </w:pPr>
      <w:r>
        <w:rPr/>
        <w:t>Colocó sus manos sobre la superficie fría de los cristales milenarios y</w:t>
      </w:r>
      <w:r>
        <w:rPr/>
        <w:t xml:space="preserve"> </w:t>
      </w:r>
      <w:r>
        <w:rPr/>
        <w:t>proyectó en ellos una única y poderosa onda: una llamada inequívoca a la</w:t>
      </w:r>
      <w:r>
        <w:rPr/>
        <w:t xml:space="preserve"> </w:t>
      </w:r>
      <w:r>
        <w:rPr/>
        <w:t>convergencia final. Una nota pura y resonante que se extendió por la</w:t>
      </w:r>
      <w:r>
        <w:rPr/>
        <w:t xml:space="preserve"> </w:t>
      </w:r>
      <w:r>
        <w:rPr/>
        <w:t>corteza terrestre como un pulso sísmico dirigido a sus aliados</w:t>
      </w:r>
      <w:r>
        <w:rPr/>
        <w:t xml:space="preserve"> </w:t>
      </w:r>
      <w:r>
        <w:rPr/>
        <w:t>dispersos, un mensaje que vibraba con la claridad de una campana de</w:t>
      </w:r>
      <w:r>
        <w:rPr/>
        <w:t xml:space="preserve"> </w:t>
      </w:r>
      <w:r>
        <w:rPr/>
        <w:t>catedral: «El escenario está preparado. Los actores conocen sus papeles.</w:t>
      </w:r>
      <w:r>
        <w:rPr/>
        <w:t xml:space="preserve"> </w:t>
      </w:r>
      <w:r>
        <w:rPr/>
        <w:t>La obra comienza con las primeras luces del alba. Os espero en el teatro</w:t>
      </w:r>
      <w:r>
        <w:rPr/>
        <w:t xml:space="preserve"> </w:t>
      </w:r>
      <w:r>
        <w:rPr/>
        <w:t>de la roca donde se decidirá el destino del Eco».</w:t>
      </w:r>
    </w:p>
    <w:p>
      <w:pPr>
        <w:pStyle w:val="BodyText"/>
      </w:pPr>
      <w:r>
        <w:rPr/>
        <w:t>Y para el enemigo que acechaba en las sombras tecnológicas, la misma</w:t>
      </w:r>
      <w:r>
        <w:rPr/>
        <w:t xml:space="preserve"> </w:t>
      </w:r>
      <w:r>
        <w:rPr/>
        <w:t>nota llevaba un mensaje diferente, un desafío directo que cortaba como</w:t>
      </w:r>
      <w:r>
        <w:rPr/>
        <w:t xml:space="preserve"> </w:t>
      </w:r>
      <w:r>
        <w:rPr/>
        <w:t>una espada a través de todas sus estratagemas: «Has seguido el rastro de</w:t>
      </w:r>
      <w:r>
        <w:rPr/>
        <w:t xml:space="preserve"> </w:t>
      </w:r>
      <w:r>
        <w:rPr/>
        <w:t>mis ecos hasta la puerta de mi casa. Ven entonces. Te estoy esperando</w:t>
      </w:r>
      <w:r>
        <w:rPr/>
        <w:t xml:space="preserve"> </w:t>
      </w:r>
      <w:r>
        <w:rPr/>
        <w:t>con la paciencia de la piedra y la determinación del fuego».</w:t>
      </w:r>
    </w:p>
    <w:p>
      <w:pPr>
        <w:pStyle w:val="BodyText"/>
      </w:pPr>
      <w:r>
        <w:rPr/>
        <w:t>El tablero estaba despejado. Las reglas, establecidas. El acto final</w:t>
      </w:r>
      <w:r>
        <w:rPr/>
        <w:t xml:space="preserve"> </w:t>
      </w:r>
      <w:r>
        <w:rPr/>
        <w:t>estaba a punto de comenzar en un teatro que había esperado este momento</w:t>
      </w:r>
      <w:r>
        <w:rPr/>
        <w:t xml:space="preserve"> </w:t>
      </w:r>
      <w:r>
        <w:rPr/>
        <w:t>durante milenios.</w:t>
      </w:r>
    </w:p>
    <w:p>
      <w:pPr>
        <w:pStyle w:val="Heading1"/>
      </w:pPr>
      <w:r>
        <w:rPr/>
        <w:t>CAPÍTULO 50. EL AMANECER EN EL TEATRO DE LA ROCA</w:t>
      </w:r>
    </w:p>
    <w:p>
      <w:pPr/>
      <w:r>
        <w:rPr/>
        <w:t>«Toda confrontación es un diálogo. Y el terreno elige el idioma en el</w:t>
      </w:r>
      <w:r>
        <w:rPr/>
        <w:t xml:space="preserve"> </w:t>
      </w:r>
      <w:r>
        <w:rPr/>
        <w:t>que se hablará.»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Llegaron en la hora más oscura que precede al alba, ese momento</w:t>
      </w:r>
      <w:r>
        <w:rPr/>
        <w:t xml:space="preserve"> </w:t>
      </w:r>
      <w:r>
        <w:rPr/>
        <w:t>suspendido en que el mundo parece contener la respiración antes del</w:t>
      </w:r>
      <w:r>
        <w:rPr/>
        <w:t xml:space="preserve"> </w:t>
      </w:r>
      <w:r>
        <w:rPr/>
        <w:t>primer latido del día. El Land Rover de Markus se deslizó con las luces</w:t>
      </w:r>
      <w:r>
        <w:rPr/>
        <w:t xml:space="preserve"> </w:t>
      </w:r>
      <w:r>
        <w:rPr/>
        <w:t>apagadas por el último tramo de lo que era más una cicatriz en la tierra</w:t>
      </w:r>
      <w:r>
        <w:rPr/>
        <w:t xml:space="preserve"> </w:t>
      </w:r>
      <w:r>
        <w:rPr/>
        <w:t>que un camino propiamente dicho, deteniéndose a una distancia prudencial</w:t>
      </w:r>
      <w:r>
        <w:rPr/>
        <w:t xml:space="preserve"> </w:t>
      </w:r>
      <w:r>
        <w:rPr/>
        <w:t>del eremitorio. La quietud que los recibió no era un vacío, sino una</w:t>
      </w:r>
      <w:r>
        <w:rPr/>
        <w:t xml:space="preserve"> </w:t>
      </w:r>
      <w:r>
        <w:rPr/>
        <w:t>presencia densa, preñada de expectación milenaria.</w:t>
      </w:r>
    </w:p>
    <w:p>
      <w:pPr>
        <w:pStyle w:val="BodyText"/>
      </w:pPr>
      <w:r>
        <w:rPr/>
        <w:t>«Hemos llegado al teatro», susurró Markus, y Vasco, contemplando el</w:t>
      </w:r>
      <w:r>
        <w:rPr/>
        <w:t xml:space="preserve"> </w:t>
      </w:r>
      <w:r>
        <w:rPr/>
        <w:t>perfil siniestro del risco recortado contra un cielo añil sembrado de</w:t>
      </w:r>
      <w:r>
        <w:rPr/>
        <w:t xml:space="preserve"> </w:t>
      </w:r>
      <w:r>
        <w:rPr/>
        <w:t>estrellas moribundas, comprendió de inmediato la metáfora. Aquellas</w:t>
      </w:r>
      <w:r>
        <w:rPr/>
        <w:t xml:space="preserve"> </w:t>
      </w:r>
      <w:r>
        <w:rPr/>
        <w:t>cuevas y oquedades talladas en la roca no constituían un simple refugio</w:t>
      </w:r>
      <w:r>
        <w:rPr/>
        <w:t xml:space="preserve"> </w:t>
      </w:r>
      <w:r>
        <w:rPr/>
        <w:t>arqueológico; eran los palcos y galerías de un anfiteatro natural que</w:t>
      </w:r>
      <w:r>
        <w:rPr/>
        <w:t xml:space="preserve"> </w:t>
      </w:r>
      <w:r>
        <w:rPr/>
        <w:t>había aguardado este momento durante siglos.</w:t>
      </w:r>
    </w:p>
    <w:p>
      <w:pPr>
        <w:pStyle w:val="BodyText"/>
      </w:pPr>
      <w:r>
        <w:rPr/>
        <w:t>Mientras Vasco permanecía junto al vehículo actuando como centinela,</w:t>
      </w:r>
      <w:r>
        <w:rPr/>
        <w:t xml:space="preserve"> </w:t>
      </w:r>
      <w:r>
        <w:rPr/>
        <w:t>Markus se adentró en la oscuridad con la agilidad silenciosa de un</w:t>
      </w:r>
      <w:r>
        <w:rPr/>
        <w:t xml:space="preserve"> </w:t>
      </w:r>
      <w:r>
        <w:rPr/>
        <w:t>depredador nocturno. Su exploración no dependía de la vista, sino de una</w:t>
      </w:r>
      <w:r>
        <w:rPr/>
        <w:t xml:space="preserve"> </w:t>
      </w:r>
      <w:r>
        <w:rPr/>
        <w:t>sensibilidad acústica desarrollada durante décadas de trabajo en</w:t>
      </w:r>
      <w:r>
        <w:rPr/>
        <w:t xml:space="preserve"> </w:t>
      </w:r>
      <w:r>
        <w:rPr/>
        <w:t>estudios de grabación. Portaba un pequeño sensor de su propia invención</w:t>
      </w:r>
      <w:r>
        <w:rPr/>
        <w:t xml:space="preserve"> </w:t>
      </w:r>
      <w:r>
        <w:rPr/>
        <w:t>que medía la reverberación del espacio, cartografiando la arquitectura</w:t>
      </w:r>
      <w:r>
        <w:rPr/>
        <w:t xml:space="preserve"> </w:t>
      </w:r>
      <w:r>
        <w:rPr/>
        <w:t>invisible del sonido.</w:t>
      </w:r>
    </w:p>
    <w:p>
      <w:pPr>
        <w:pStyle w:val="BodyText"/>
      </w:pPr>
      <w:r>
        <w:rPr/>
        <w:t>Identificó una cueva con una reverberación casi ideal, un amplificador</w:t>
      </w:r>
      <w:r>
        <w:rPr/>
        <w:t xml:space="preserve"> </w:t>
      </w:r>
      <w:r>
        <w:rPr/>
        <w:t>natural que convertiría cualquier susurro en un rugido controlado.</w:t>
      </w:r>
      <w:r>
        <w:rPr/>
        <w:t xml:space="preserve"> </w:t>
      </w:r>
      <w:r>
        <w:rPr/>
        <w:t>Localizó un estrecho cañón donde el viento, al filtrarse, creaba un tubo</w:t>
      </w:r>
      <w:r>
        <w:rPr/>
        <w:t xml:space="preserve"> </w:t>
      </w:r>
      <w:r>
        <w:rPr/>
        <w:t>de órgano que generaba infrasonidos capaces de desorientar a un</w:t>
      </w:r>
      <w:r>
        <w:rPr/>
        <w:t xml:space="preserve"> </w:t>
      </w:r>
      <w:r>
        <w:rPr/>
        <w:t>ejército. Estaba cartografiando meticulosamente la acústica del campo de</w:t>
      </w:r>
      <w:r>
        <w:rPr/>
        <w:t xml:space="preserve"> </w:t>
      </w:r>
      <w:r>
        <w:rPr/>
        <w:t>batalla, identificando las armas naturales que la geología ponía a su</w:t>
      </w:r>
      <w:r>
        <w:rPr/>
        <w:t xml:space="preserve"> </w:t>
      </w:r>
      <w:r>
        <w:rPr/>
        <w:t>disposición.</w:t>
      </w:r>
    </w:p>
    <w:p>
      <w:pPr>
        <w:pStyle w:val="BodyText"/>
      </w:pPr>
      <w:r>
        <w:rPr/>
        <w:t>A varios kilómetros de distancia, el equipo Týr se desplegaba con una</w:t>
      </w:r>
      <w:r>
        <w:rPr/>
        <w:t xml:space="preserve"> </w:t>
      </w:r>
      <w:r>
        <w:rPr/>
        <w:t>eficiencia silenciosa que habría impresionado a cualquier observador</w:t>
      </w:r>
      <w:r>
        <w:rPr/>
        <w:t xml:space="preserve"> </w:t>
      </w:r>
      <w:r>
        <w:rPr/>
        <w:t>militar. Seis figuras vestidas de negro, equipadas con exotrajes que</w:t>
      </w:r>
      <w:r>
        <w:rPr/>
        <w:t xml:space="preserve"> </w:t>
      </w:r>
      <w:r>
        <w:rPr/>
        <w:t>amortiguaban por completo el sonido de sus movimientos y visores que les</w:t>
      </w:r>
      <w:r>
        <w:rPr/>
        <w:t xml:space="preserve"> </w:t>
      </w:r>
      <w:r>
        <w:rPr/>
        <w:t>permitían percibir el mundo como una sinfonía de firmas térmicas y ondas</w:t>
      </w:r>
      <w:r>
        <w:rPr/>
        <w:t xml:space="preserve"> </w:t>
      </w:r>
      <w:r>
        <w:rPr/>
        <w:t>electromagnéticas.</w:t>
      </w:r>
    </w:p>
    <w:p>
      <w:pPr>
        <w:pStyle w:val="BodyText"/>
      </w:pPr>
      <w:r>
        <w:rPr/>
        <w:t>No eran soldados convencionales; eran cazadores de fantasmas de alta</w:t>
      </w:r>
      <w:r>
        <w:rPr/>
        <w:t xml:space="preserve"> </w:t>
      </w:r>
      <w:r>
        <w:rPr/>
        <w:t>tecnología, especialistas en neutralizar amenazas que desafiaban los</w:t>
      </w:r>
      <w:r>
        <w:rPr/>
        <w:t xml:space="preserve"> </w:t>
      </w:r>
      <w:r>
        <w:rPr/>
        <w:t>parámetros normales de la realidad. Establecieron un perímetro hermético</w:t>
      </w:r>
      <w:r>
        <w:rPr/>
        <w:t xml:space="preserve"> </w:t>
      </w:r>
      <w:r>
        <w:rPr/>
        <w:t>alrededor del eremitorio, desplegando sensores de movimiento cuántico y</w:t>
      </w:r>
      <w:r>
        <w:rPr/>
        <w:t xml:space="preserve"> </w:t>
      </w:r>
      <w:r>
        <w:rPr/>
        <w:t>micrófonos láser capaces de detectar una conversación a kilómetros de</w:t>
      </w:r>
      <w:r>
        <w:rPr/>
        <w:t xml:space="preserve"> </w:t>
      </w:r>
      <w:r>
        <w:rPr/>
        <w:t>distancia.</w:t>
      </w:r>
    </w:p>
    <w:p>
      <w:pPr>
        <w:pStyle w:val="BodyText"/>
      </w:pPr>
      <w:r>
        <w:rPr/>
        <w:t>Su líder, un ex-operativo de fuerzas especiales llamado Kael, cuyas</w:t>
      </w:r>
      <w:r>
        <w:rPr/>
        <w:t xml:space="preserve"> </w:t>
      </w:r>
      <w:r>
        <w:rPr/>
        <w:t>cicatrices contaban historias de guerras en continentes que no aparecían</w:t>
      </w:r>
      <w:r>
        <w:rPr/>
        <w:t xml:space="preserve"> </w:t>
      </w:r>
      <w:r>
        <w:rPr/>
        <w:t>en los mapas, recibió la orden final de Alistair Finch de forma directa</w:t>
      </w:r>
      <w:r>
        <w:rPr/>
        <w:t xml:space="preserve"> </w:t>
      </w:r>
      <w:r>
        <w:rPr/>
        <w:t>en su implante coclear: «Aseguren el perímetro y cierren todas las vías</w:t>
      </w:r>
      <w:r>
        <w:rPr/>
        <w:t xml:space="preserve"> </w:t>
      </w:r>
      <w:r>
        <w:rPr/>
        <w:t>de escape. No inicien contacto hasta mi señal directa. Queremos que el</w:t>
      </w:r>
      <w:r>
        <w:rPr/>
        <w:t xml:space="preserve"> </w:t>
      </w:r>
      <w:r>
        <w:rPr/>
        <w:t>objetivo principal entre voluntariamente en la trampa antes de activar</w:t>
      </w:r>
      <w:r>
        <w:rPr/>
        <w:t xml:space="preserve"> </w:t>
      </w:r>
      <w:r>
        <w:rPr/>
        <w:t>el protocolo de captura».</w:t>
      </w:r>
    </w:p>
    <w:p>
      <w:pPr>
        <w:pStyle w:val="BodyText"/>
      </w:pPr>
      <w:r>
        <w:rPr/>
        <w:t>Alistair Finch coordinaba la operación desde su centro de mando móvil,</w:t>
      </w:r>
      <w:r>
        <w:rPr/>
        <w:t xml:space="preserve"> </w:t>
      </w:r>
      <w:r>
        <w:rPr/>
        <w:t>una furgoneta Mercedes Sprinter convertida en una cápsula de guerra</w:t>
      </w:r>
      <w:r>
        <w:rPr/>
        <w:t xml:space="preserve"> </w:t>
      </w:r>
      <w:r>
        <w:rPr/>
        <w:t>electrónica, aparcada estratégicamente en una colina que dominaba el</w:t>
      </w:r>
      <w:r>
        <w:rPr/>
        <w:t xml:space="preserve"> </w:t>
      </w:r>
      <w:r>
        <w:rPr/>
        <w:t>valle a cinco kilómetros de distancia. El interior era un laberinto de</w:t>
      </w:r>
      <w:r>
        <w:rPr/>
        <w:t xml:space="preserve"> </w:t>
      </w:r>
      <w:r>
        <w:rPr/>
        <w:t>pantallas holográficas y displays que proyectaban luz azul sobre su</w:t>
      </w:r>
      <w:r>
        <w:rPr/>
        <w:t xml:space="preserve"> </w:t>
      </w:r>
      <w:r>
        <w:rPr/>
        <w:t>rostro tenso.</w:t>
      </w:r>
    </w:p>
    <w:p>
      <w:pPr>
        <w:pStyle w:val="BodyText"/>
      </w:pPr>
      <w:r>
        <w:rPr/>
        <w:t>A pesar del caos digital que Lena había desatado en sus sistemas</w:t>
      </w:r>
      <w:r>
        <w:rPr/>
        <w:t xml:space="preserve"> </w:t>
      </w:r>
      <w:r>
        <w:rPr/>
        <w:t>principales, sus equipos de campo permanecían operativos y coordinados.</w:t>
      </w:r>
      <w:r>
        <w:rPr/>
        <w:t xml:space="preserve"> </w:t>
      </w:r>
      <w:r>
        <w:rPr/>
        <w:t>Observaba el mapa táctico tridimensional, viendo los iconos de sus</w:t>
      </w:r>
      <w:r>
        <w:rPr/>
        <w:t xml:space="preserve"> </w:t>
      </w:r>
      <w:r>
        <w:rPr/>
        <w:t>soldados moverse hasta sus posiciones designadas con precisión</w:t>
      </w:r>
      <w:r>
        <w:rPr/>
        <w:t xml:space="preserve"> </w:t>
      </w:r>
      <w:r>
        <w:rPr/>
        <w:t>cronométrica, monitoreando el icono parpadeante que representaba a Vasco</w:t>
      </w:r>
      <w:r>
        <w:rPr/>
        <w:t xml:space="preserve"> </w:t>
      </w:r>
      <w:r>
        <w:rPr/>
        <w:t>y su misterioso acompañante.</w:t>
      </w:r>
    </w:p>
    <w:p>
      <w:pPr>
        <w:pStyle w:val="BodyText"/>
      </w:pPr>
      <w:r>
        <w:rPr/>
        <w:t>Su confianza en la victoria era absoluta, basada en una superioridad</w:t>
      </w:r>
      <w:r>
        <w:rPr/>
        <w:t xml:space="preserve"> </w:t>
      </w:r>
      <w:r>
        <w:rPr/>
        <w:t>aplastante en recursos y tecnología. Había acorralado a su presa en un</w:t>
      </w:r>
      <w:r>
        <w:rPr/>
        <w:t xml:space="preserve"> </w:t>
      </w:r>
      <w:r>
        <w:rPr/>
        <w:t>terreno de su elección, con fuerzas suficientes para neutralizar</w:t>
      </w:r>
      <w:r>
        <w:rPr/>
        <w:t xml:space="preserve"> </w:t>
      </w:r>
      <w:r>
        <w:rPr/>
        <w:t>cualquier resistencia concebible.</w:t>
      </w:r>
    </w:p>
    <w:p>
      <w:pPr>
        <w:pStyle w:val="BodyText"/>
      </w:pPr>
      <w:r>
        <w:rPr/>
        <w:t>Justo cuando los primeros rayos solares comenzaban a acariciar las cimas</w:t>
      </w:r>
      <w:r>
        <w:rPr/>
        <w:t xml:space="preserve"> </w:t>
      </w:r>
      <w:r>
        <w:rPr/>
        <w:t>de los riscos, transformando la piedra gris en oro líquido, ocurrió algo</w:t>
      </w:r>
      <w:r>
        <w:rPr/>
        <w:t xml:space="preserve"> </w:t>
      </w:r>
      <w:r>
        <w:rPr/>
        <w:t>que ningún algoritmo había predicho.</w:t>
      </w:r>
    </w:p>
    <w:p>
      <w:pPr>
        <w:pStyle w:val="BodyText"/>
      </w:pPr>
      <w:r>
        <w:rPr/>
        <w:t>No fue un sonido que pudiera captarse con micrófonos. Fue un cambio</w:t>
      </w:r>
      <w:r>
        <w:rPr/>
        <w:t xml:space="preserve"> </w:t>
      </w:r>
      <w:r>
        <w:rPr/>
        <w:t>fundamental en la presión atmosférica, una modulación en la densidad</w:t>
      </w:r>
      <w:r>
        <w:rPr/>
        <w:t xml:space="preserve"> </w:t>
      </w:r>
      <w:r>
        <w:rPr/>
        <w:t>misma de la luz. Una nota única y primordial que pareció nacer de la</w:t>
      </w:r>
      <w:r>
        <w:rPr/>
        <w:t xml:space="preserve"> </w:t>
      </w:r>
      <w:r>
        <w:rPr/>
        <w:t>matriz cristalina de la roca y que afinó toda la realidad circundante a</w:t>
      </w:r>
      <w:r>
        <w:rPr/>
        <w:t xml:space="preserve"> </w:t>
      </w:r>
      <w:r>
        <w:rPr/>
        <w:t>su frecuencia.</w:t>
      </w:r>
    </w:p>
    <w:p>
      <w:pPr>
        <w:pStyle w:val="BodyText"/>
      </w:pPr>
      <w:r>
        <w:rPr/>
        <w:t>Todos la percibieron a la vez, aunque cada uno la experimentó de forma</w:t>
      </w:r>
      <w:r>
        <w:rPr/>
        <w:t xml:space="preserve"> </w:t>
      </w:r>
      <w:r>
        <w:rPr/>
        <w:t>diferente. Vasco sintió una oleada de calma y poder que disipó los</w:t>
      </w:r>
      <w:r>
        <w:rPr/>
        <w:t xml:space="preserve"> </w:t>
      </w:r>
      <w:r>
        <w:rPr/>
        <w:t>últimos vestigios del miedo que había sido su compañero durante semanas.</w:t>
      </w:r>
      <w:r>
        <w:rPr/>
        <w:t xml:space="preserve"> </w:t>
      </w:r>
      <w:r>
        <w:rPr/>
        <w:t>Era como si una mano invisible hubiera ajustado el ecualizador de su</w:t>
      </w:r>
      <w:r>
        <w:rPr/>
        <w:t xml:space="preserve"> </w:t>
      </w:r>
      <w:r>
        <w:rPr/>
        <w:t>alma, amplificando la confianza y atenuando la ansiedad hasta niveles</w:t>
      </w:r>
      <w:r>
        <w:rPr/>
        <w:t xml:space="preserve"> </w:t>
      </w:r>
      <w:r>
        <w:rPr/>
        <w:t>perfectamente equilibrados.</w:t>
      </w:r>
    </w:p>
    <w:p>
      <w:pPr>
        <w:pStyle w:val="BodyText"/>
      </w:pPr>
      <w:r>
        <w:rPr/>
        <w:t>Markus, en su cueva de reconocimiento, sonrió con la satisfacción de un</w:t>
      </w:r>
      <w:r>
        <w:rPr/>
        <w:t xml:space="preserve"> </w:t>
      </w:r>
      <w:r>
        <w:rPr/>
        <w:t>técnico que escucha el momento exacto en que la directora de orquesta</w:t>
      </w:r>
      <w:r>
        <w:rPr/>
        <w:t xml:space="preserve"> </w:t>
      </w:r>
      <w:r>
        <w:rPr/>
        <w:t>levanta la batuta. El campo de batalla había encontrado a su comandante.</w:t>
      </w:r>
    </w:p>
    <w:p>
      <w:pPr>
        <w:pStyle w:val="BodyText"/>
      </w:pPr>
      <w:r>
        <w:rPr/>
        <w:t>El equipo Týr experimentó el fenómeno como una sobrecarga masiva en sus</w:t>
      </w:r>
      <w:r>
        <w:rPr/>
        <w:t xml:space="preserve"> </w:t>
      </w:r>
      <w:r>
        <w:rPr/>
        <w:t>sensores más sofisticados. Sus equipos, diseñados para detectar</w:t>
      </w:r>
      <w:r>
        <w:rPr/>
        <w:t xml:space="preserve"> </w:t>
      </w:r>
      <w:r>
        <w:rPr/>
        <w:t>anomalías, se saturaron con lecturas que no encajaban en ningún</w:t>
      </w:r>
      <w:r>
        <w:rPr/>
        <w:t xml:space="preserve"> </w:t>
      </w:r>
      <w:r>
        <w:rPr/>
        <w:t>parámetro conocido por la ciencia militar: una firma de energía</w:t>
      </w:r>
      <w:r>
        <w:rPr/>
        <w:t xml:space="preserve"> </w:t>
      </w:r>
      <w:r>
        <w:rPr/>
        <w:t>coherente que parecía emanar de la propia estructura geológica del</w:t>
      </w:r>
      <w:r>
        <w:rPr/>
        <w:t xml:space="preserve"> </w:t>
      </w:r>
      <w:r>
        <w:rPr/>
        <w:t>lugar.</w:t>
      </w:r>
    </w:p>
    <w:p>
      <w:pPr>
        <w:pStyle w:val="BodyText"/>
      </w:pPr>
      <w:r>
        <w:rPr/>
        <w:t>Finch, en su furgoneta blindada, contempló con una mezcla de terror</w:t>
      </w:r>
      <w:r>
        <w:rPr/>
        <w:t xml:space="preserve"> </w:t>
      </w:r>
      <w:r>
        <w:rPr/>
        <w:t>científico y fascinación profesional cómo la señal aparecía en su</w:t>
      </w:r>
      <w:r>
        <w:rPr/>
        <w:t xml:space="preserve"> </w:t>
      </w:r>
      <w:r>
        <w:rPr/>
        <w:t>pantalla principal. Una onda sinusoidal de una pureza matemática que</w:t>
      </w:r>
      <w:r>
        <w:rPr/>
        <w:t xml:space="preserve"> </w:t>
      </w:r>
      <w:r>
        <w:rPr/>
        <w:t>hizo que contuviera la respiración: el «Faro» había dejado de esconderse</w:t>
      </w:r>
      <w:r>
        <w:rPr/>
        <w:t xml:space="preserve"> </w:t>
      </w:r>
      <w:r>
        <w:rPr/>
        <w:t>tras sus estratagemas y se había revelado en toda su imposible</w:t>
      </w:r>
      <w:r>
        <w:rPr/>
        <w:t xml:space="preserve"> </w:t>
      </w:r>
      <w:r>
        <w:rPr/>
        <w:t>magnificencia.</w:t>
      </w:r>
    </w:p>
    <w:p>
      <w:pPr>
        <w:pStyle w:val="BodyText"/>
      </w:pPr>
      <w:r>
        <w:rPr/>
        <w:t>Mar había llegado al teatro de la roca. No la vieron materializarse ni</w:t>
      </w:r>
      <w:r>
        <w:rPr/>
        <w:t xml:space="preserve"> </w:t>
      </w:r>
      <w:r>
        <w:rPr/>
        <w:t>descender de las alturas. De un momento a otro, estaba allí, de pie en</w:t>
      </w:r>
      <w:r>
        <w:rPr/>
        <w:t xml:space="preserve"> </w:t>
      </w:r>
      <w:r>
        <w:rPr/>
        <w:t>la entrada de la cueva más elevada del eremitorio, una silueta tranquila</w:t>
      </w:r>
      <w:r>
        <w:rPr/>
        <w:t xml:space="preserve"> </w:t>
      </w:r>
      <w:r>
        <w:rPr/>
        <w:t>recortada contra el sol naciente como una diosa antigua que hubiera</w:t>
      </w:r>
      <w:r>
        <w:rPr/>
        <w:t xml:space="preserve"> </w:t>
      </w:r>
      <w:r>
        <w:rPr/>
        <w:t>decidido visitar el mundo mortal.</w:t>
      </w:r>
    </w:p>
    <w:p>
      <w:pPr>
        <w:pStyle w:val="BodyText"/>
      </w:pPr>
      <w:r>
        <w:rPr/>
        <w:t>No había venido a librar una batalla convencional. Había venido a</w:t>
      </w:r>
      <w:r>
        <w:rPr/>
        <w:t xml:space="preserve"> </w:t>
      </w:r>
      <w:r>
        <w:rPr/>
        <w:t>dirigir la sinfonía final que pondría fin a ochocientos años de</w:t>
      </w:r>
      <w:r>
        <w:rPr/>
        <w:t xml:space="preserve"> </w:t>
      </w:r>
      <w:r>
        <w:rPr/>
        <w:t>disonancia. El primer movimiento estaba a punto de comenzar.</w:t>
      </w:r>
    </w:p>
    <w:p>
      <w:pPr>
        <w:pStyle w:val="Heading1"/>
      </w:pPr>
      <w:r>
        <w:rPr/>
        <w:t>CAPÍTULO 51. EL PRIMER MOVIMIENTO: CONTRAPUNTO</w:t>
      </w:r>
    </w:p>
    <w:p>
      <w:pPr/>
      <w:r>
        <w:rPr/>
        <w:t>Vasco buscó en el bolsillo interior de su chaqueta. Sacó el pequeño</w:t>
      </w:r>
      <w:r>
        <w:rPr/>
        <w:t xml:space="preserve"> </w:t>
      </w:r>
      <w:r>
        <w:rPr/>
        <w:t>diapasón de plata que había llevado consigo desde Lisboa. Lo había usado</w:t>
      </w:r>
      <w:r>
        <w:rPr/>
        <w:t xml:space="preserve"> </w:t>
      </w:r>
      <w:r>
        <w:rPr/>
        <w:t>durante años para calibrar grabadoras, para verificar frecuencias, para</w:t>
      </w:r>
      <w:r>
        <w:rPr/>
        <w:t xml:space="preserve"> </w:t>
      </w:r>
      <w:r>
        <w:rPr/>
        <w:t>medir la precisión del mundo.</w:t>
      </w:r>
    </w:p>
    <w:p>
      <w:pPr>
        <w:pStyle w:val="BodyText"/>
      </w:pPr>
      <w:r>
        <w:rPr/>
        <w:t>Se lo entregó a Mar con manos que ya no temblaban.</w:t>
      </w:r>
    </w:p>
    <w:p>
      <w:pPr>
        <w:pStyle w:val="BodyText"/>
      </w:pPr>
      <w:r>
        <w:rPr/>
        <w:t>—Esto ya no es para medir —dijo—. Es para recordar que medimos</w:t>
      </w:r>
      <w:r>
        <w:rPr/>
        <w:t xml:space="preserve"> </w:t>
      </w:r>
      <w:r>
        <w:rPr/>
        <w:t>juntos.</w:t>
      </w:r>
    </w:p>
    <w:p>
      <w:pPr>
        <w:pStyle w:val="BodyText"/>
      </w:pPr>
      <w:r>
        <w:rPr/>
        <w:t>Mar cerró los dedos alrededor del metal frío. Sintió su peso: no solo</w:t>
      </w:r>
      <w:r>
        <w:rPr/>
        <w:t xml:space="preserve"> </w:t>
      </w:r>
      <w:r>
        <w:rPr/>
        <w:t>físico, sino simbólico. El científico que había aprendido a confiar en</w:t>
      </w:r>
      <w:r>
        <w:rPr/>
        <w:t xml:space="preserve"> </w:t>
      </w:r>
      <w:r>
        <w:rPr/>
        <w:t>lo invisible. El custodio que había aprendido a nombrar lo innombrable.</w:t>
      </w:r>
    </w:p>
    <w:p>
      <w:pPr>
        <w:pStyle w:val="BodyText"/>
      </w:pPr>
      <w:r>
        <w:rPr/>
        <w:t>—Gracias —dijo. Y ambos supieron que no hablaba solo del diapasón.</w:t>
      </w:r>
    </w:p>
    <w:p>
      <w:pPr>
        <w:pStyle w:val="BodyText"/>
      </w:pPr>
      <w:r>
        <w:rPr/>
        <w:t>«Para el verdadero maestro, el ataque del enemigo no es una amenaza. En</w:t>
      </w:r>
      <w:r>
        <w:rPr/>
        <w:t xml:space="preserve"> </w:t>
      </w:r>
      <w:r>
        <w:rPr/>
        <w:t>cambio, la primera nota de un dueto que aún no ha sido compuesto.»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La respuesta de Finch fue tan inmediata como predecible, ejecutada con</w:t>
      </w:r>
      <w:r>
        <w:rPr/>
        <w:t xml:space="preserve"> </w:t>
      </w:r>
      <w:r>
        <w:rPr/>
        <w:t>la precisión mecánica de quien ha reducido la guerra a una ecuación</w:t>
      </w:r>
      <w:r>
        <w:rPr/>
        <w:t xml:space="preserve"> </w:t>
      </w:r>
      <w:r>
        <w:rPr/>
        <w:t>matemática.</w:t>
      </w:r>
    </w:p>
    <w:p>
      <w:pPr>
        <w:pStyle w:val="BodyText"/>
      </w:pPr>
      <w:r>
        <w:rPr/>
        <w:t>«Activen la Jaula Sónica», ordenó con voz tranquila, pero cortante como</w:t>
      </w:r>
      <w:r>
        <w:rPr/>
        <w:t xml:space="preserve"> </w:t>
      </w:r>
      <w:r>
        <w:rPr/>
        <w:t>un bisturí de titanio.</w:t>
      </w:r>
    </w:p>
    <w:p>
      <w:pPr>
        <w:pStyle w:val="BodyText"/>
      </w:pPr>
      <w:r>
        <w:rPr/>
        <w:t>Desde cuatro puntos estratégicos del perímetro, los miembros del equipo</w:t>
      </w:r>
      <w:r>
        <w:rPr/>
        <w:t xml:space="preserve"> </w:t>
      </w:r>
      <w:r>
        <w:rPr/>
        <w:t>Týr activaron unos dispositivos del tamaño de maletines que habían</w:t>
      </w:r>
      <w:r>
        <w:rPr/>
        <w:t xml:space="preserve"> </w:t>
      </w:r>
      <w:r>
        <w:rPr/>
        <w:t>anclado al suelo rocoso con pernos de carburo. Los emisores comenzaron a</w:t>
      </w:r>
      <w:r>
        <w:rPr/>
        <w:t xml:space="preserve"> </w:t>
      </w:r>
      <w:r>
        <w:rPr/>
        <w:t>generar un zumbido de baja frecuencia, casi imperceptible al oído</w:t>
      </w:r>
      <w:r>
        <w:rPr/>
        <w:t xml:space="preserve"> </w:t>
      </w:r>
      <w:r>
        <w:rPr/>
        <w:t>humano, diseñado para crear una «burbuja de quietud» —un espacio</w:t>
      </w:r>
      <w:r>
        <w:rPr/>
        <w:t xml:space="preserve"> </w:t>
      </w:r>
      <w:r>
        <w:rPr/>
        <w:t>muerto acústico y electromagnético donde las señales anómalas no</w:t>
      </w:r>
      <w:r>
        <w:rPr/>
        <w:t xml:space="preserve"> </w:t>
      </w:r>
      <w:r>
        <w:rPr/>
        <w:t>pudieran propagarse y las comunicaciones enemigas fueran neutralizadas.</w:t>
      </w:r>
    </w:p>
    <w:p>
      <w:pPr>
        <w:pStyle w:val="BodyText"/>
      </w:pPr>
      <w:r>
        <w:rPr/>
        <w:t>En las pantallas de Finch, los límites de la jaula aparecieron como un</w:t>
      </w:r>
      <w:r>
        <w:rPr/>
        <w:t xml:space="preserve"> </w:t>
      </w:r>
      <w:r>
        <w:rPr/>
        <w:t>muro traslúcido de energía azulada que se cerraba metódicamente sobre el</w:t>
      </w:r>
      <w:r>
        <w:rPr/>
        <w:t xml:space="preserve"> </w:t>
      </w:r>
      <w:r>
        <w:rPr/>
        <w:t>eremitorio, convirtiendo el teatro de roca en una prisión de vibraciones</w:t>
      </w:r>
      <w:r>
        <w:rPr/>
        <w:t xml:space="preserve"> </w:t>
      </w:r>
      <w:r>
        <w:rPr/>
        <w:t>controladas.</w:t>
      </w:r>
    </w:p>
    <w:p>
      <w:pPr>
        <w:pStyle w:val="BodyText"/>
      </w:pPr>
      <w:r>
        <w:rPr/>
        <w:t>Mar, desde su posición elevada en la cueva principal, sintió la presión</w:t>
      </w:r>
      <w:r>
        <w:rPr/>
        <w:t xml:space="preserve"> </w:t>
      </w:r>
      <w:r>
        <w:rPr/>
        <w:t>del campo sónico como una fuerza física tangible, como si el aire mismo</w:t>
      </w:r>
      <w:r>
        <w:rPr/>
        <w:t xml:space="preserve"> </w:t>
      </w:r>
      <w:r>
        <w:rPr/>
        <w:t>se espesara y adquiriera una densidad hostil. La tecnología intentaba</w:t>
      </w:r>
      <w:r>
        <w:rPr/>
        <w:t xml:space="preserve"> </w:t>
      </w:r>
      <w:r>
        <w:rPr/>
        <w:t>amortiguar su conexión con el Eco que pulsaba en el núcleo mismo de la</w:t>
      </w:r>
      <w:r>
        <w:rPr/>
        <w:t xml:space="preserve"> </w:t>
      </w:r>
      <w:r>
        <w:rPr/>
        <w:t>roca.</w:t>
      </w:r>
    </w:p>
    <w:p>
      <w:pPr>
        <w:pStyle w:val="BodyText"/>
      </w:pPr>
      <w:r>
        <w:rPr/>
        <w:t>Su primer instinto fue el de cualquier guerrero: empujar contra la</w:t>
      </w:r>
      <w:r>
        <w:rPr/>
        <w:t xml:space="preserve"> </w:t>
      </w:r>
      <w:r>
        <w:rPr/>
        <w:t>opresión, oponer su propia fuerza a la de la máquina en un duelo de</w:t>
      </w:r>
      <w:r>
        <w:rPr/>
        <w:t xml:space="preserve"> </w:t>
      </w:r>
      <w:r>
        <w:rPr/>
        <w:t>potencias brutas. Pero entonces recordó las palabras de los maestros</w:t>
      </w:r>
      <w:r>
        <w:rPr/>
        <w:t xml:space="preserve"> </w:t>
      </w:r>
      <w:r>
        <w:rPr/>
        <w:t>cátaros: el agua no rompe la piedra con fuerza, sino con persistencia y</w:t>
      </w:r>
      <w:r>
        <w:rPr/>
        <w:t xml:space="preserve"> </w:t>
      </w:r>
      <w:r>
        <w:rPr/>
        <w:t>adaptación.</w:t>
      </w:r>
    </w:p>
    <w:p>
      <w:pPr>
        <w:pStyle w:val="BodyText"/>
      </w:pPr>
      <w:r>
        <w:rPr/>
        <w:t>Cerró los ojos y, en lugar de resistir, escuchó. Escuchó la vibración</w:t>
      </w:r>
      <w:r>
        <w:rPr/>
        <w:t xml:space="preserve"> </w:t>
      </w:r>
      <w:r>
        <w:rPr/>
        <w:t>precisa de la Jaula Sónica con la atención de un afinador de pianos,</w:t>
      </w:r>
      <w:r>
        <w:rPr/>
        <w:t xml:space="preserve"> </w:t>
      </w:r>
      <w:r>
        <w:rPr/>
        <w:t>analizando su timbre, su ritmo, su intención subyacente. Y en lugar de</w:t>
      </w:r>
      <w:r>
        <w:rPr/>
        <w:t xml:space="preserve"> </w:t>
      </w:r>
      <w:r>
        <w:rPr/>
        <w:t>oponerse como una fuerza igual y contraria, comenzó a cantar una</w:t>
      </w:r>
      <w:r>
        <w:rPr/>
        <w:t xml:space="preserve"> </w:t>
      </w:r>
      <w:r>
        <w:rPr/>
        <w:t>frecuencia complementaria.</w:t>
      </w:r>
    </w:p>
    <w:p>
      <w:pPr>
        <w:pStyle w:val="BodyText"/>
      </w:pPr>
      <w:r>
        <w:rPr/>
        <w:t>Una única nota sostenida que era el contrapunto perfecto a la onda de</w:t>
      </w:r>
      <w:r>
        <w:rPr/>
        <w:t xml:space="preserve"> </w:t>
      </w:r>
      <w:r>
        <w:rPr/>
        <w:t>Finch. No un tono diseñado para romper la jaula mediante fuerza bruta,</w:t>
      </w:r>
      <w:r>
        <w:rPr/>
        <w:t xml:space="preserve"> </w:t>
      </w:r>
      <w:r>
        <w:rPr/>
        <w:t>sino para hacerla vibrar en simpatía, transformando la prisión en un</w:t>
      </w:r>
      <w:r>
        <w:rPr/>
        <w:t xml:space="preserve"> </w:t>
      </w:r>
      <w:r>
        <w:rPr/>
        <w:t>instrumento musical.</w:t>
      </w:r>
    </w:p>
    <w:p>
      <w:pPr>
        <w:pStyle w:val="BodyText"/>
      </w:pPr>
      <w:r>
        <w:rPr/>
        <w:t>Dentro del cañón estrecho que Markus había identificado durante su</w:t>
      </w:r>
      <w:r>
        <w:rPr/>
        <w:t xml:space="preserve"> </w:t>
      </w:r>
      <w:r>
        <w:rPr/>
        <w:t>reconocimiento, la nota de Mar golpeó las paredes de piedra calcárea y</w:t>
      </w:r>
      <w:r>
        <w:rPr/>
        <w:t xml:space="preserve"> </w:t>
      </w:r>
      <w:r>
        <w:rPr/>
        <w:t>el viento la amplificó, convirtiendo el pasaje natural en un gigantesco</w:t>
      </w:r>
      <w:r>
        <w:rPr/>
        <w:t xml:space="preserve"> </w:t>
      </w:r>
      <w:r>
        <w:rPr/>
        <w:t>tubo de órgano. El infrasonido resultante, inaudible para el oído</w:t>
      </w:r>
      <w:r>
        <w:rPr/>
        <w:t xml:space="preserve"> </w:t>
      </w:r>
      <w:r>
        <w:rPr/>
        <w:t>humano, pero devastador para el equilibrio interno, comenzó a propagarse</w:t>
      </w:r>
      <w:r>
        <w:rPr/>
        <w:t xml:space="preserve"> </w:t>
      </w:r>
      <w:r>
        <w:rPr/>
        <w:t>a través del suelo como ondas sísmicas microscópicas.</w:t>
      </w:r>
    </w:p>
    <w:p>
      <w:pPr>
        <w:pStyle w:val="BodyText"/>
      </w:pPr>
      <w:r>
        <w:rPr/>
        <w:t>El equipo Týr lo experimentó primero como una vibración sutil en las</w:t>
      </w:r>
      <w:r>
        <w:rPr/>
        <w:t xml:space="preserve"> </w:t>
      </w:r>
      <w:r>
        <w:rPr/>
        <w:t>suelas reforzadas de sus botas, una sensación inquietante de</w:t>
      </w:r>
      <w:r>
        <w:rPr/>
        <w:t xml:space="preserve"> </w:t>
      </w:r>
      <w:r>
        <w:rPr/>
        <w:t>inestabilidad que se intensificaba poco a poco. Sus cuerpos, entrenados</w:t>
      </w:r>
      <w:r>
        <w:rPr/>
        <w:t xml:space="preserve"> </w:t>
      </w:r>
      <w:r>
        <w:rPr/>
        <w:t>para mantener el equilibrio en las condiciones más adversas, comenzaron</w:t>
      </w:r>
      <w:r>
        <w:rPr/>
        <w:t xml:space="preserve"> </w:t>
      </w:r>
      <w:r>
        <w:rPr/>
        <w:t>a traicionarlos. Náuseas, desorientación, vértigo. Sus sensores</w:t>
      </w:r>
      <w:r>
        <w:rPr/>
        <w:t xml:space="preserve"> </w:t>
      </w:r>
      <w:r>
        <w:rPr/>
        <w:t>sísmicos, diseñados para detectar explosivos enterrados, empezaron a</w:t>
      </w:r>
      <w:r>
        <w:rPr/>
        <w:t xml:space="preserve"> </w:t>
      </w:r>
      <w:r>
        <w:rPr/>
        <w:t>registrar lecturas erróneas, confundiendo la vibración armónica con</w:t>
      </w:r>
      <w:r>
        <w:rPr/>
        <w:t xml:space="preserve"> </w:t>
      </w:r>
      <w:r>
        <w:rPr/>
        <w:t>inestabilidad geológica.</w:t>
      </w:r>
    </w:p>
    <w:p>
      <w:pPr>
        <w:pStyle w:val="BodyText"/>
      </w:pPr>
      <w:r>
        <w:rPr/>
        <w:t>«Informe de estado», demandó Finch a través de los comunicadores, su voz</w:t>
      </w:r>
      <w:r>
        <w:rPr/>
        <w:t xml:space="preserve"> </w:t>
      </w:r>
      <w:r>
        <w:rPr/>
        <w:t>traicionando la primera nota de preocupación.</w:t>
      </w:r>
    </w:p>
    <w:p>
      <w:pPr>
        <w:pStyle w:val="BodyText"/>
      </w:pPr>
      <w:r>
        <w:rPr/>
        <w:t>«Señor, experimentamos náuseas y desorientación de origen desconocido»,</w:t>
      </w:r>
      <w:r>
        <w:rPr/>
        <w:t xml:space="preserve"> </w:t>
      </w:r>
      <w:r>
        <w:rPr/>
        <w:t>respondió Kael, luchando contra el vértigo que amenazaba con derribarlo.</w:t>
      </w:r>
      <w:r>
        <w:rPr/>
        <w:t xml:space="preserve"> </w:t>
      </w:r>
      <w:r>
        <w:rPr/>
        <w:t>«Los sensores sísmicos indican movimiento telúrico anómalo en el</w:t>
      </w:r>
      <w:r>
        <w:rPr/>
        <w:t xml:space="preserve"> </w:t>
      </w:r>
      <w:r>
        <w:rPr/>
        <w:t>substrato rocoso».</w:t>
      </w:r>
    </w:p>
    <w:p>
      <w:pPr>
        <w:pStyle w:val="BodyText"/>
      </w:pPr>
      <w:r>
        <w:rPr/>
        <w:t>«Imposible», replicó Finch con la arrogancia de quien confía más en sus</w:t>
      </w:r>
      <w:r>
        <w:rPr/>
        <w:t xml:space="preserve"> </w:t>
      </w:r>
      <w:r>
        <w:rPr/>
        <w:t>máquinas que en la evidencia de sus sentidos. «Mantengan las posiciones.</w:t>
      </w:r>
      <w:r>
        <w:rPr/>
        <w:t xml:space="preserve"> </w:t>
      </w:r>
      <w:r>
        <w:rPr/>
        <w:t>Es una ilusión psicosomática».</w:t>
      </w:r>
    </w:p>
    <w:p>
      <w:pPr>
        <w:pStyle w:val="BodyText"/>
      </w:pPr>
      <w:r>
        <w:rPr/>
        <w:t>Mientras tanto, Mar necesitaba verificar si su contrapunto estaba</w:t>
      </w:r>
      <w:r>
        <w:rPr/>
        <w:t xml:space="preserve"> </w:t>
      </w:r>
      <w:r>
        <w:rPr/>
        <w:t>funcionando según sus cálculos, si el tono que había elegido estaba</w:t>
      </w:r>
      <w:r>
        <w:rPr/>
        <w:t xml:space="preserve"> </w:t>
      </w:r>
      <w:r>
        <w:rPr/>
        <w:t>verdaderamente en sintonía con las leyes físicas del lugar. Proyectó un</w:t>
      </w:r>
      <w:r>
        <w:rPr/>
        <w:t xml:space="preserve"> </w:t>
      </w:r>
      <w:r>
        <w:rPr/>
        <w:t>pulso sutil, una pregunta silenciosa dirigida específicamente hacia</w:t>
      </w:r>
      <w:r>
        <w:rPr/>
        <w:t xml:space="preserve"> </w:t>
      </w:r>
      <w:r>
        <w:rPr/>
        <w:t>Vasco: «¿Sientes la tierra cantar bajo tus pies?»</w:t>
      </w:r>
    </w:p>
    <w:p>
      <w:pPr>
        <w:pStyle w:val="BodyText"/>
      </w:pPr>
      <w:r>
        <w:rPr/>
        <w:t>Vasco, oculto con Markus entre las rocas del perímetro, sintió la</w:t>
      </w:r>
      <w:r>
        <w:rPr/>
        <w:t xml:space="preserve"> </w:t>
      </w:r>
      <w:r>
        <w:rPr/>
        <w:t>consulta mental y la vibración sísmica a la vez. Asintió casi</w:t>
      </w:r>
      <w:r>
        <w:rPr/>
        <w:t xml:space="preserve"> </w:t>
      </w:r>
      <w:r>
        <w:rPr/>
        <w:t>imperceptiblemente, una respuesta que Mar captó a través de la red de</w:t>
      </w:r>
      <w:r>
        <w:rPr/>
        <w:t xml:space="preserve"> </w:t>
      </w:r>
      <w:r>
        <w:rPr/>
        <w:t>resonancia que los conectaba.</w:t>
      </w:r>
    </w:p>
    <w:p>
      <w:pPr>
        <w:pStyle w:val="BodyText"/>
      </w:pPr>
      <w:r>
        <w:rPr/>
        <w:t>Markus, a su lado, le puso una mano estabilizadora en el hombro. «Está</w:t>
      </w:r>
      <w:r>
        <w:rPr/>
        <w:t xml:space="preserve"> </w:t>
      </w:r>
      <w:r>
        <w:rPr/>
        <w:t>usando el terreno como un instrumento de percusión», murmuró con</w:t>
      </w:r>
      <w:r>
        <w:rPr/>
        <w:t xml:space="preserve"> </w:t>
      </w:r>
      <w:r>
        <w:rPr/>
        <w:t>admiración profesional. «Ha convertido la jaula de Finch en la caja de</w:t>
      </w:r>
      <w:r>
        <w:rPr/>
        <w:t xml:space="preserve"> </w:t>
      </w:r>
      <w:r>
        <w:rPr/>
        <w:t>resonancia de su propio sintetizador geológico. Ahora observa la segunda</w:t>
      </w:r>
      <w:r>
        <w:rPr/>
        <w:t xml:space="preserve"> </w:t>
      </w:r>
      <w:r>
        <w:rPr/>
        <w:t>fase».</w:t>
      </w:r>
    </w:p>
    <w:p>
      <w:pPr>
        <w:pStyle w:val="BodyText"/>
      </w:pPr>
      <w:r>
        <w:rPr/>
        <w:t>Mar, habiendo recibido la confirmación de que su estrategia inicial era</w:t>
      </w:r>
      <w:r>
        <w:rPr/>
        <w:t xml:space="preserve"> </w:t>
      </w:r>
      <w:r>
        <w:rPr/>
        <w:t>viable, cambió de táctica con la fluidez de un director de orquesta que</w:t>
      </w:r>
      <w:r>
        <w:rPr/>
        <w:t xml:space="preserve"> </w:t>
      </w:r>
      <w:r>
        <w:rPr/>
        <w:t>modula entre movimientos. Utilizó la cueva de reverberación perfecta que</w:t>
      </w:r>
      <w:r>
        <w:rPr/>
        <w:t xml:space="preserve"> </w:t>
      </w:r>
      <w:r>
        <w:rPr/>
        <w:t>Markus había localizado durante su reconocimiento nocturno.</w:t>
      </w:r>
    </w:p>
    <w:p>
      <w:pPr>
        <w:pStyle w:val="BodyText"/>
      </w:pPr>
      <w:r>
        <w:rPr/>
        <w:t>Proyectó un sonido agudo y complejo, una serie de armónicos entrelazados</w:t>
      </w:r>
      <w:r>
        <w:rPr/>
        <w:t xml:space="preserve"> </w:t>
      </w:r>
      <w:r>
        <w:rPr/>
        <w:t>que rebotaron en la cueva, multiplicándose exponencialmente, creando un</w:t>
      </w:r>
      <w:r>
        <w:rPr/>
        <w:t xml:space="preserve"> </w:t>
      </w:r>
      <w:r>
        <w:rPr/>
        <w:t>enjambre de resonancias fantasma que emergieron en todas las direcciones</w:t>
      </w:r>
      <w:r>
        <w:rPr/>
        <w:t xml:space="preserve"> </w:t>
      </w:r>
      <w:r>
        <w:rPr/>
        <w:t>como murciélagos sonoros escapando de su refugio.</w:t>
      </w:r>
    </w:p>
    <w:p>
      <w:pPr>
        <w:pStyle w:val="BodyText"/>
      </w:pPr>
      <w:r>
        <w:rPr/>
        <w:t>Los sensores de audio del equipo Týr enloquecieron. «Múltiples contactos</w:t>
      </w:r>
      <w:r>
        <w:rPr/>
        <w:t xml:space="preserve"> </w:t>
      </w:r>
      <w:r>
        <w:rPr/>
        <w:t>acústicos, señor», informó un técnico con la voz teñida de pánico</w:t>
      </w:r>
      <w:r>
        <w:rPr/>
        <w:t xml:space="preserve"> </w:t>
      </w:r>
      <w:r>
        <w:rPr/>
        <w:t>profesional. «Detectamos voces humanas. Cientos de ellas. Provienen de</w:t>
      </w:r>
      <w:r>
        <w:rPr/>
        <w:t xml:space="preserve"> </w:t>
      </w:r>
      <w:r>
        <w:rPr/>
        <w:t>todos los puntos cardinales a la vez».</w:t>
      </w:r>
    </w:p>
    <w:p>
      <w:pPr>
        <w:pStyle w:val="BodyText"/>
      </w:pPr>
      <w:r>
        <w:rPr/>
        <w:t>Estaban escuchando los ecos de los antiguos eremitas, de los celtíberos</w:t>
      </w:r>
      <w:r>
        <w:rPr/>
        <w:t xml:space="preserve"> </w:t>
      </w:r>
      <w:r>
        <w:rPr/>
        <w:t>prehistóricos, las voces de la memoria geológica de la roca,</w:t>
      </w:r>
      <w:r>
        <w:rPr/>
        <w:t xml:space="preserve"> </w:t>
      </w:r>
      <w:r>
        <w:rPr/>
        <w:t>amplificadas y liberadas por Mar como un coro de espíritus que había</w:t>
      </w:r>
      <w:r>
        <w:rPr/>
        <w:t xml:space="preserve"> </w:t>
      </w:r>
      <w:r>
        <w:rPr/>
        <w:t>esperado siglos para volver a cantar.</w:t>
      </w:r>
    </w:p>
    <w:p>
      <w:pPr>
        <w:pStyle w:val="BodyText"/>
      </w:pPr>
      <w:r>
        <w:rPr/>
        <w:t>Finch contemplaba sus pantallas con una incredulidad que rayaba en el</w:t>
      </w:r>
      <w:r>
        <w:rPr/>
        <w:t xml:space="preserve"> </w:t>
      </w:r>
      <w:r>
        <w:rPr/>
        <w:t>terror científico. Su Jaula Sónica, lejos de contener la señal de Mar,</w:t>
      </w:r>
      <w:r>
        <w:rPr/>
        <w:t xml:space="preserve"> </w:t>
      </w:r>
      <w:r>
        <w:rPr/>
        <w:t>la estaba amplificando y transformando, convirtiendo el eremitorio en</w:t>
      </w:r>
      <w:r>
        <w:rPr/>
        <w:t xml:space="preserve"> </w:t>
      </w:r>
      <w:r>
        <w:rPr/>
        <w:t>una caja de resonancia infernal que escapaba a todos sus modelos</w:t>
      </w:r>
      <w:r>
        <w:rPr/>
        <w:t xml:space="preserve"> </w:t>
      </w:r>
      <w:r>
        <w:rPr/>
        <w:t>predictivos.</w:t>
      </w:r>
    </w:p>
    <w:p>
      <w:pPr>
        <w:pStyle w:val="BodyText"/>
      </w:pPr>
      <w:r>
        <w:rPr/>
        <w:t>Su arma más sofisticada se había vuelto contra él con una elegancia que</w:t>
      </w:r>
      <w:r>
        <w:rPr/>
        <w:t xml:space="preserve"> </w:t>
      </w:r>
      <w:r>
        <w:rPr/>
        <w:t>desafiaba su comprensión. La mujer no estaba atacando su tecnología</w:t>
      </w:r>
      <w:r>
        <w:rPr/>
        <w:t xml:space="preserve"> </w:t>
      </w:r>
      <w:r>
        <w:rPr/>
        <w:t>mediante fuerza bruta; estaba componiendo una sinfonía con ella,</w:t>
      </w:r>
      <w:r>
        <w:rPr/>
        <w:t xml:space="preserve"> </w:t>
      </w:r>
      <w:r>
        <w:rPr/>
        <w:t>utilizando sus propios emisores como instrumentos en una orquesta cuyo</w:t>
      </w:r>
      <w:r>
        <w:rPr/>
        <w:t xml:space="preserve"> </w:t>
      </w:r>
      <w:r>
        <w:rPr/>
        <w:t>director había revelado ser más hábil que él.</w:t>
      </w:r>
    </w:p>
    <w:p>
      <w:pPr>
        <w:pStyle w:val="BodyText"/>
      </w:pPr>
      <w:r>
        <w:rPr/>
        <w:t>El primer movimiento había demostrado una verdad devastadora: ella era</w:t>
      </w:r>
      <w:r>
        <w:rPr/>
        <w:t xml:space="preserve"> </w:t>
      </w:r>
      <w:r>
        <w:rPr/>
        <w:t>mejor compositora que él ingeniero.</w:t>
      </w:r>
    </w:p>
    <w:p>
      <w:pPr>
        <w:pStyle w:val="Heading1"/>
      </w:pPr>
      <w:r>
        <w:rPr/>
        <w:t>CAPÍTULO 52. LA VARIABLE INESPERADA</w:t>
      </w:r>
    </w:p>
    <w:p>
      <w:pPr/>
      <w:r>
        <w:rPr/>
        <w:t>«La forma más efectiva de capturar un pájaro cantor no es perseguirlo,</w:t>
      </w:r>
      <w:r>
        <w:rPr/>
        <w:t xml:space="preserve"> </w:t>
      </w:r>
      <w:r>
        <w:rPr/>
        <w:t>sino envenenar el agua de la que bebe.»</w:t>
      </w:r>
    </w:p>
    <w:p>
      <w:pPr>
        <w:pStyle w:val="BodyText"/>
      </w:pPr>
      <w:r>
        <w:rPr/>
        <w:t>—Manual de Operaciones, Proyecto Echo-Catcher</w:t>
      </w:r>
    </w:p>
    <w:p>
      <w:pPr>
        <w:pStyle w:val="BodyText"/>
      </w:pPr>
      <w:r>
        <w:rPr/>
        <w:t>Alistair Finch no sentía el calor del sol matutino que se derramaba</w:t>
      </w:r>
      <w:r>
        <w:rPr/>
        <w:t xml:space="preserve"> </w:t>
      </w:r>
      <w:r>
        <w:rPr/>
        <w:t>sobre las colinas aragonesas. Para él, la temperatura era solo otra</w:t>
      </w:r>
      <w:r>
        <w:rPr/>
        <w:t xml:space="preserve"> </w:t>
      </w:r>
      <w:r>
        <w:rPr/>
        <w:t>variable termodinámica, la radiación solar un valor medible en lúmenes</w:t>
      </w:r>
      <w:r>
        <w:rPr/>
        <w:t xml:space="preserve"> </w:t>
      </w:r>
      <w:r>
        <w:rPr/>
        <w:t>que sus sensores procesaban automáticamente. Su mundo se había reducido</w:t>
      </w:r>
      <w:r>
        <w:rPr/>
        <w:t xml:space="preserve"> </w:t>
      </w:r>
      <w:r>
        <w:rPr/>
        <w:t>a las pantallas parpadeantes de su centro de mando móvil, donde la</w:t>
      </w:r>
      <w:r>
        <w:rPr/>
        <w:t xml:space="preserve"> </w:t>
      </w:r>
      <w:r>
        <w:rPr/>
        <w:t>derrota se escribía en código binario.</w:t>
      </w:r>
    </w:p>
    <w:p>
      <w:pPr>
        <w:pStyle w:val="BodyText"/>
      </w:pPr>
      <w:r>
        <w:rPr/>
        <w:t>Mientras Mar orquestaba su contraataque sónico desde las alturas del</w:t>
      </w:r>
      <w:r>
        <w:rPr/>
        <w:t xml:space="preserve"> </w:t>
      </w:r>
      <w:r>
        <w:rPr/>
        <w:t>eremitorio, Finch estaba completamente absorto en el duelo vibracional,</w:t>
      </w:r>
      <w:r>
        <w:rPr/>
        <w:t xml:space="preserve"> </w:t>
      </w:r>
      <w:r>
        <w:rPr/>
        <w:t>obsesionado con un tablero de ajedrez sobrenatural donde cada movimiento</w:t>
      </w:r>
      <w:r>
        <w:rPr/>
        <w:t xml:space="preserve"> </w:t>
      </w:r>
      <w:r>
        <w:rPr/>
        <w:t>desafiaba las leyes que había creído inmutables. Su atención, antes</w:t>
      </w:r>
      <w:r>
        <w:rPr/>
        <w:t xml:space="preserve"> </w:t>
      </w:r>
      <w:r>
        <w:rPr/>
        <w:t>distribuida estratégicamente, se había concentrado como un láser en la</w:t>
      </w:r>
      <w:r>
        <w:rPr/>
        <w:t xml:space="preserve"> </w:t>
      </w:r>
      <w:r>
        <w:rPr/>
        <w:t>imposibilidad de la mujer que convertía sus armas en instrumentos</w:t>
      </w:r>
      <w:r>
        <w:rPr/>
        <w:t xml:space="preserve"> </w:t>
      </w:r>
      <w:r>
        <w:rPr/>
        <w:t>musicales.</w:t>
      </w:r>
    </w:p>
    <w:p>
      <w:pPr>
        <w:pStyle w:val="BodyText"/>
      </w:pPr>
      <w:r>
        <w:rPr/>
        <w:t>Se había olvidado de la primera regla cardinal de cualquier estratega:</w:t>
      </w:r>
      <w:r>
        <w:rPr/>
        <w:t xml:space="preserve"> </w:t>
      </w:r>
      <w:r>
        <w:rPr/>
        <w:t>vigilar la retaguardia.</w:t>
      </w:r>
    </w:p>
    <w:p>
      <w:pPr>
        <w:pStyle w:val="BodyText"/>
      </w:pPr>
      <w:r>
        <w:rPr/>
        <w:t>Lena había llegado a la región veinticuatro horas antes, infiltrándose</w:t>
      </w:r>
      <w:r>
        <w:rPr/>
        <w:t xml:space="preserve"> </w:t>
      </w:r>
      <w:r>
        <w:rPr/>
        <w:t>no hacia Soria ni el eremitorio, sino siguiendo el rastro digital más</w:t>
      </w:r>
      <w:r>
        <w:rPr/>
        <w:t xml:space="preserve"> </w:t>
      </w:r>
      <w:r>
        <w:rPr/>
        <w:t>denso hasta su origen. Guiada por su análisis forense de la red de</w:t>
      </w:r>
      <w:r>
        <w:rPr/>
        <w:t xml:space="preserve"> </w:t>
      </w:r>
      <w:r>
        <w:rPr/>
        <w:t>Chrysalis y una intuición depredadora afinada por años de guerra</w:t>
      </w:r>
      <w:r>
        <w:rPr/>
        <w:t xml:space="preserve"> </w:t>
      </w:r>
      <w:r>
        <w:rPr/>
        <w:t>electrónica, había localizado el corazón del sistema nervioso del</w:t>
      </w:r>
      <w:r>
        <w:rPr/>
        <w:t xml:space="preserve"> </w:t>
      </w:r>
      <w:r>
        <w:rPr/>
        <w:t>enemigo: la furgoneta de mando de Finch, camuflada entre los pinos de</w:t>
      </w:r>
      <w:r>
        <w:rPr/>
        <w:t xml:space="preserve"> </w:t>
      </w:r>
      <w:r>
        <w:rPr/>
        <w:t>una colina con vistas panorámicas al valle.</w:t>
      </w:r>
    </w:p>
    <w:p>
      <w:pPr>
        <w:pStyle w:val="BodyText"/>
      </w:pPr>
      <w:r>
        <w:rPr/>
        <w:t>Durante horas había observado desde la distancia con binoculares</w:t>
      </w:r>
      <w:r>
        <w:rPr/>
        <w:t xml:space="preserve"> </w:t>
      </w:r>
      <w:r>
        <w:rPr/>
        <w:t>militares, estudiando las rutinas del pequeño equipo de apoyo,</w:t>
      </w:r>
      <w:r>
        <w:rPr/>
        <w:t xml:space="preserve"> </w:t>
      </w:r>
      <w:r>
        <w:rPr/>
        <w:t>cartografiando la disposición de antenas parabólicas, identificando la</w:t>
      </w:r>
      <w:r>
        <w:rPr/>
        <w:t xml:space="preserve"> </w:t>
      </w:r>
      <w:r>
        <w:rPr/>
        <w:t>ubicación exacta del generador diésel. No le interesaba la batalla épica</w:t>
      </w:r>
      <w:r>
        <w:rPr/>
        <w:t xml:space="preserve"> </w:t>
      </w:r>
      <w:r>
        <w:rPr/>
        <w:t>de resonancias que se desarrollaba en las rocas antiguas. Su objetivo</w:t>
      </w:r>
      <w:r>
        <w:rPr/>
        <w:t xml:space="preserve"> </w:t>
      </w:r>
      <w:r>
        <w:rPr/>
        <w:t>era mucho más pragmático: encontrar el interruptor de apagado.</w:t>
      </w:r>
    </w:p>
    <w:p>
      <w:pPr>
        <w:pStyle w:val="BodyText"/>
      </w:pPr>
      <w:r>
        <w:rPr/>
        <w:t>Su plan era brutalmente simple y deliberadamente analógico. Esperó</w:t>
      </w:r>
      <w:r>
        <w:rPr/>
        <w:t xml:space="preserve"> </w:t>
      </w:r>
      <w:r>
        <w:rPr/>
        <w:t>pacientemente a que la confrontación en el eremitorio alcanzara su punto</w:t>
      </w:r>
      <w:r>
        <w:rPr/>
        <w:t xml:space="preserve"> </w:t>
      </w:r>
      <w:r>
        <w:rPr/>
        <w:t>álgido, sabiendo que toda la atención de Finch estaría hipnotizada por</w:t>
      </w:r>
      <w:r>
        <w:rPr/>
        <w:t xml:space="preserve"> </w:t>
      </w:r>
      <w:r>
        <w:rPr/>
        <w:t>el espectáculo imposible que se desarrollaba en sus pantallas.</w:t>
      </w:r>
    </w:p>
    <w:p>
      <w:pPr>
        <w:pStyle w:val="BodyText"/>
      </w:pPr>
      <w:r>
        <w:rPr/>
        <w:t>Entonces se movió con la precisión de un cirujano.</w:t>
      </w:r>
    </w:p>
    <w:p>
      <w:pPr>
        <w:pStyle w:val="BodyText"/>
      </w:pPr>
      <w:r>
        <w:rPr/>
        <w:t>Vestida con ropa de campo oscura que la convertía en otra sombra entre</w:t>
      </w:r>
      <w:r>
        <w:rPr/>
        <w:t xml:space="preserve"> </w:t>
      </w:r>
      <w:r>
        <w:rPr/>
        <w:t>las muchas que proyectaban los pinos, se deslizó por el bosque con el</w:t>
      </w:r>
      <w:r>
        <w:rPr/>
        <w:t xml:space="preserve"> </w:t>
      </w:r>
      <w:r>
        <w:rPr/>
        <w:t>sigilo de quien había pasado su adolescencia colándose en clubs</w:t>
      </w:r>
      <w:r>
        <w:rPr/>
        <w:t xml:space="preserve"> </w:t>
      </w:r>
      <w:r>
        <w:rPr/>
        <w:t>underground y almacenes industriales abandonados. No portaba armas de</w:t>
      </w:r>
      <w:r>
        <w:rPr/>
        <w:t xml:space="preserve"> </w:t>
      </w:r>
      <w:r>
        <w:rPr/>
        <w:t>fuego ni explosivos sofisticados. Su arsenal consistía en herramientas</w:t>
      </w:r>
      <w:r>
        <w:rPr/>
        <w:t xml:space="preserve"> </w:t>
      </w:r>
      <w:r>
        <w:rPr/>
        <w:t>elementales, pero devastadoramente efectivas: un cortador de pernos,</w:t>
      </w:r>
      <w:r>
        <w:rPr/>
        <w:t xml:space="preserve"> </w:t>
      </w:r>
      <w:r>
        <w:rPr/>
        <w:t>cable de cobre, un imán de neodimio de alta potencia y un dispositivo de</w:t>
      </w:r>
      <w:r>
        <w:rPr/>
        <w:t xml:space="preserve"> </w:t>
      </w:r>
      <w:r>
        <w:rPr/>
        <w:t>su propia creación que había bautizado como «El Grito»: un emisor de</w:t>
      </w:r>
      <w:r>
        <w:rPr/>
        <w:t xml:space="preserve"> </w:t>
      </w:r>
      <w:r>
        <w:rPr/>
        <w:t>pulso electromagnético de corto alcance y un solo uso.</w:t>
      </w:r>
    </w:p>
    <w:p>
      <w:pPr>
        <w:pStyle w:val="BodyText"/>
      </w:pPr>
      <w:r>
        <w:rPr/>
        <w:t>Se aproximó a la furgoneta por su punto ciego, el lado donde el</w:t>
      </w:r>
      <w:r>
        <w:rPr/>
        <w:t xml:space="preserve"> </w:t>
      </w:r>
      <w:r>
        <w:rPr/>
        <w:t>generador diésel creaba una cortina acústica que enmascararía cualquier</w:t>
      </w:r>
      <w:r>
        <w:rPr/>
        <w:t xml:space="preserve"> </w:t>
      </w:r>
      <w:r>
        <w:rPr/>
        <w:t>ruido que pudiera hacer. Con movimientos quirúrgicos, seccionó el cable</w:t>
      </w:r>
      <w:r>
        <w:rPr/>
        <w:t xml:space="preserve"> </w:t>
      </w:r>
      <w:r>
        <w:rPr/>
        <w:t>de tierra del generador. Era un acto de sabotaje sutil, pero letal que</w:t>
      </w:r>
      <w:r>
        <w:rPr/>
        <w:t xml:space="preserve"> </w:t>
      </w:r>
      <w:r>
        <w:rPr/>
        <w:t>dejaría todo el sistema vulnerable a la más mínima sobretensión.</w:t>
      </w:r>
    </w:p>
    <w:p>
      <w:pPr>
        <w:pStyle w:val="BodyText"/>
      </w:pPr>
      <w:r>
        <w:rPr/>
        <w:t>Luego se deslizó hacia el panel de comunicaciones externas. No intentó</w:t>
      </w:r>
      <w:r>
        <w:rPr/>
        <w:t xml:space="preserve"> </w:t>
      </w:r>
      <w:r>
        <w:rPr/>
        <w:t>hackearlo mediante software, no tenía tiempo para esa sutileza. Solo</w:t>
      </w:r>
      <w:r>
        <w:rPr/>
        <w:t xml:space="preserve"> </w:t>
      </w:r>
      <w:r>
        <w:rPr/>
        <w:t>pegó el imán de neodimio directamente sobre la carcasa del disco duro</w:t>
      </w:r>
      <w:r>
        <w:rPr/>
        <w:t xml:space="preserve"> </w:t>
      </w:r>
      <w:r>
        <w:rPr/>
        <w:t>principal del servidor. Un borrado de datos físico, sucio, pero</w:t>
      </w:r>
      <w:r>
        <w:rPr/>
        <w:t xml:space="preserve"> </w:t>
      </w:r>
      <w:r>
        <w:rPr/>
        <w:t>absolutamente irreversible.</w:t>
      </w:r>
    </w:p>
    <w:p>
      <w:pPr>
        <w:pStyle w:val="BodyText"/>
      </w:pPr>
      <w:r>
        <w:rPr/>
        <w:t>Su acto final fue el más audaz. Se acercó a la base de la antena de</w:t>
      </w:r>
      <w:r>
        <w:rPr/>
        <w:t xml:space="preserve"> </w:t>
      </w:r>
      <w:r>
        <w:rPr/>
        <w:t>comunicaciones por satélite, colocó «El Grito» con un temporizador de</w:t>
      </w:r>
      <w:r>
        <w:rPr/>
        <w:t xml:space="preserve"> </w:t>
      </w:r>
      <w:r>
        <w:rPr/>
        <w:t>dos minutos y se retiró tan silenciosamente como había llegado.</w:t>
      </w:r>
    </w:p>
    <w:p>
      <w:pPr>
        <w:pStyle w:val="BodyText"/>
      </w:pPr>
      <w:r>
        <w:rPr/>
        <w:t>Dentro de la furgoneta, Finch estaba ordenando un cambio en la</w:t>
      </w:r>
      <w:r>
        <w:rPr/>
        <w:t xml:space="preserve"> </w:t>
      </w:r>
      <w:r>
        <w:rPr/>
        <w:t>frecuencia de la Jaula Sónica cuando la primera luz de advertencia</w:t>
      </w:r>
      <w:r>
        <w:rPr/>
        <w:t xml:space="preserve"> </w:t>
      </w:r>
      <w:r>
        <w:rPr/>
        <w:t>parpadeó en su consola. «Señor, detectamos pérdida de integridad en los</w:t>
      </w:r>
      <w:r>
        <w:rPr/>
        <w:t xml:space="preserve"> </w:t>
      </w:r>
      <w:r>
        <w:rPr/>
        <w:t>datos del servidor externo», informó un técnico.</w:t>
      </w:r>
    </w:p>
    <w:p>
      <w:pPr>
        <w:pStyle w:val="BodyText"/>
      </w:pPr>
      <w:r>
        <w:rPr/>
        <w:t>Antes de que pudiera procesar la información, la segunda alarma saltó.</w:t>
      </w:r>
      <w:r>
        <w:rPr/>
        <w:t xml:space="preserve"> </w:t>
      </w:r>
      <w:r>
        <w:rPr/>
        <w:t>«Fallo inminente en la alimentación principal. El generador ha perdido</w:t>
      </w:r>
      <w:r>
        <w:rPr/>
        <w:t xml:space="preserve"> </w:t>
      </w:r>
      <w:r>
        <w:rPr/>
        <w:t>conexión a tierra».</w:t>
      </w:r>
    </w:p>
    <w:p>
      <w:pPr>
        <w:pStyle w:val="BodyText"/>
      </w:pPr>
      <w:r>
        <w:rPr/>
        <w:t>Finch se giró, su rostro transformándose en una máscara de incredulidad.</w:t>
      </w:r>
      <w:r>
        <w:rPr/>
        <w:t xml:space="preserve"> </w:t>
      </w:r>
      <w:r>
        <w:rPr/>
        <w:t>Era imposible. Estaban completamente aislados, protegidos.</w:t>
      </w:r>
    </w:p>
    <w:p>
      <w:pPr>
        <w:pStyle w:val="BodyText"/>
      </w:pPr>
      <w:r>
        <w:rPr/>
        <w:t>Y entonces el mundo se desintegró.</w:t>
      </w:r>
    </w:p>
    <w:p>
      <w:pPr>
        <w:pStyle w:val="BodyText"/>
      </w:pPr>
      <w:r>
        <w:rPr/>
        <w:t>«El Grito» se activó con una explosión electromagnética invisible, pero</w:t>
      </w:r>
      <w:r>
        <w:rPr/>
        <w:t xml:space="preserve"> </w:t>
      </w:r>
      <w:r>
        <w:rPr/>
        <w:t>devastadora que barrió la furgoneta como una tormenta digital. Las</w:t>
      </w:r>
      <w:r>
        <w:rPr/>
        <w:t xml:space="preserve"> </w:t>
      </w:r>
      <w:r>
        <w:rPr/>
        <w:t>pantallas holográficas parpadearon violentamente y murieron en un</w:t>
      </w:r>
      <w:r>
        <w:rPr/>
        <w:t xml:space="preserve"> </w:t>
      </w:r>
      <w:r>
        <w:rPr/>
        <w:t>espasmo de pixeles. Las luces se apagaron como velas en un huracán. Los</w:t>
      </w:r>
      <w:r>
        <w:rPr/>
        <w:t xml:space="preserve"> </w:t>
      </w:r>
      <w:r>
        <w:rPr/>
        <w:t>servidores emitieron un gemido agónico de condensadores reventados y se</w:t>
      </w:r>
      <w:r>
        <w:rPr/>
        <w:t xml:space="preserve"> </w:t>
      </w:r>
      <w:r>
        <w:rPr/>
        <w:t>silenciaron para siempre.</w:t>
      </w:r>
    </w:p>
    <w:p>
      <w:pPr>
        <w:pStyle w:val="BodyText"/>
      </w:pPr>
      <w:r>
        <w:rPr/>
        <w:t>Todo el centro de mando, la joya tecnológica de Chrysalis valorada en</w:t>
      </w:r>
      <w:r>
        <w:rPr/>
        <w:t xml:space="preserve"> </w:t>
      </w:r>
      <w:r>
        <w:rPr/>
        <w:t>cientos de millones, quedó reducido instantáneamente a una caja de metal</w:t>
      </w:r>
      <w:r>
        <w:rPr/>
        <w:t xml:space="preserve"> </w:t>
      </w:r>
      <w:r>
        <w:rPr/>
        <w:t>inútil y oscura.</w:t>
      </w:r>
    </w:p>
    <w:p>
      <w:pPr>
        <w:pStyle w:val="BodyText"/>
      </w:pPr>
      <w:r>
        <w:rPr/>
        <w:t>Finch y sus dos técnicos se encontraron sumidos en un vacío y una</w:t>
      </w:r>
      <w:r>
        <w:rPr/>
        <w:t xml:space="preserve"> </w:t>
      </w:r>
      <w:r>
        <w:rPr/>
        <w:t>oscuridad totales, iluminados únicamente por el resplandor fantasmal de</w:t>
      </w:r>
      <w:r>
        <w:rPr/>
        <w:t xml:space="preserve"> </w:t>
      </w:r>
      <w:r>
        <w:rPr/>
        <w:t>las luces de emergencia. Su conexión con el equipo Týr había sido</w:t>
      </w:r>
      <w:r>
        <w:rPr/>
        <w:t xml:space="preserve"> </w:t>
      </w:r>
      <w:r>
        <w:rPr/>
        <w:t>cortada. Su control sobre la Jaula Sónica, eliminado. Su enlace directo</w:t>
      </w:r>
      <w:r>
        <w:rPr/>
        <w:t xml:space="preserve"> </w:t>
      </w:r>
      <w:r>
        <w:rPr/>
        <w:t>con el CEO de Chrysalis, vaporizado.</w:t>
      </w:r>
    </w:p>
    <w:p>
      <w:pPr>
        <w:pStyle w:val="BodyText"/>
      </w:pPr>
      <w:r>
        <w:rPr/>
        <w:t>De repente, el cazador supremo no solo estaba ciego y sordo. Estaba</w:t>
      </w:r>
      <w:r>
        <w:rPr/>
        <w:t xml:space="preserve"> </w:t>
      </w:r>
      <w:r>
        <w:rPr/>
        <w:t>totalmente solo en un universo que había dejado de obedecerle.</w:t>
      </w:r>
    </w:p>
    <w:p>
      <w:pPr>
        <w:pStyle w:val="BodyText"/>
      </w:pPr>
      <w:r>
        <w:rPr/>
        <w:t>Lena, la variable inesperada que ningún algoritmo había predicho,</w:t>
      </w:r>
      <w:r>
        <w:rPr/>
        <w:t xml:space="preserve"> </w:t>
      </w:r>
      <w:r>
        <w:rPr/>
        <w:t>acababa de ejecutar la jugada más elegante de toda la guerra: sacar al</w:t>
      </w:r>
      <w:r>
        <w:rPr/>
        <w:t xml:space="preserve"> </w:t>
      </w:r>
      <w:r>
        <w:rPr/>
        <w:t>general enemigo del tablero de juego sin disparar un solo tiro.</w:t>
      </w:r>
    </w:p>
    <w:p>
      <w:pPr>
        <w:pStyle w:val="Heading1"/>
      </w:pPr>
      <w:r>
        <w:rPr/>
        <w:t>CAPÍTULO 53. SINFONÍA PARA SILENCIO Y ROCA</w:t>
      </w:r>
    </w:p>
    <w:p>
      <w:pPr/>
      <w:r>
        <w:rPr/>
        <w:t>Lena abrió la ventana del piso franco. Entró olor a pan recién hecho de</w:t>
      </w:r>
      <w:r>
        <w:rPr/>
        <w:t xml:space="preserve"> </w:t>
      </w:r>
      <w:r>
        <w:rPr/>
        <w:t>la panadería turca de abajo. Por primera vez en meses, olió a mañana.</w:t>
      </w:r>
    </w:p>
    <w:p>
      <w:pPr>
        <w:pStyle w:val="BodyText"/>
      </w:pPr>
      <w:r>
        <w:rPr/>
        <w:t>«La fuerza definitiva no es el sonido más fuerte, sino el calma que lo</w:t>
      </w:r>
      <w:r>
        <w:rPr/>
        <w:t xml:space="preserve"> </w:t>
      </w:r>
      <w:r>
        <w:rPr/>
        <w:t>consume todo.» —Libro de los Ecos</w:t>
      </w:r>
    </w:p>
    <w:p>
      <w:pPr>
        <w:pStyle w:val="BodyText"/>
      </w:pPr>
      <w:r>
        <w:rPr/>
        <w:t>El equipo Týr experimentó el colapso del mando de Finch como si la</w:t>
      </w:r>
      <w:r>
        <w:rPr/>
        <w:t xml:space="preserve"> </w:t>
      </w:r>
      <w:r>
        <w:rPr/>
        <w:t>tierra desapareciera bajo sus pies. La Jaula Sónica se desactivó con un</w:t>
      </w:r>
      <w:r>
        <w:rPr/>
        <w:t xml:space="preserve"> </w:t>
      </w:r>
      <w:r>
        <w:rPr/>
        <w:t>gemido electrónico que resonó entre los riscos como el lamento de una</w:t>
      </w:r>
      <w:r>
        <w:rPr/>
        <w:t xml:space="preserve"> </w:t>
      </w:r>
      <w:r>
        <w:rPr/>
        <w:t>máquina moribunda. Sus implantes cocleares, antes un torrente constante</w:t>
      </w:r>
      <w:r>
        <w:rPr/>
        <w:t xml:space="preserve"> </w:t>
      </w:r>
      <w:r>
        <w:rPr/>
        <w:t>de datos tácticos y coordinación en tiempo real, ahora solo emitían la</w:t>
      </w:r>
      <w:r>
        <w:rPr/>
        <w:t xml:space="preserve"> </w:t>
      </w:r>
      <w:r>
        <w:rPr/>
        <w:t>estática blanca del vacío comunicacional.</w:t>
      </w:r>
    </w:p>
    <w:p>
      <w:pPr>
        <w:pStyle w:val="BodyText"/>
      </w:pPr>
      <w:r>
        <w:rPr/>
        <w:t>Estaban por completo solos, sordos y ciegos en un territorio que se</w:t>
      </w:r>
      <w:r>
        <w:rPr/>
        <w:t xml:space="preserve"> </w:t>
      </w:r>
      <w:r>
        <w:rPr/>
        <w:t>había vuelto activamente hostil. El miedo, una variable que su</w:t>
      </w:r>
      <w:r>
        <w:rPr/>
        <w:t xml:space="preserve"> </w:t>
      </w:r>
      <w:r>
        <w:rPr/>
        <w:t>entrenamiento militar había intentado erradicar mediante</w:t>
      </w:r>
      <w:r>
        <w:rPr/>
        <w:t xml:space="preserve"> </w:t>
      </w:r>
      <w:r>
        <w:rPr/>
        <w:t>condicionamiento psicológico, se convirtió súbitamente en la nota</w:t>
      </w:r>
      <w:r>
        <w:rPr/>
        <w:t xml:space="preserve"> </w:t>
      </w:r>
      <w:r>
        <w:rPr/>
        <w:t>dominante de su experiencia.</w:t>
      </w:r>
    </w:p>
    <w:p>
      <w:pPr>
        <w:pStyle w:val="BodyText"/>
      </w:pPr>
      <w:r>
        <w:rPr/>
        <w:t>«Fénix Uno a Nido del Águila, responda por favor», repitió Kael en su</w:t>
      </w:r>
      <w:r>
        <w:rPr/>
        <w:t xml:space="preserve"> </w:t>
      </w:r>
      <w:r>
        <w:rPr/>
        <w:t>comunicador con una voz que traicionaba una tensión creciente. La</w:t>
      </w:r>
      <w:r>
        <w:rPr/>
        <w:t xml:space="preserve"> </w:t>
      </w:r>
      <w:r>
        <w:rPr/>
        <w:t>respuesta fue el silencio más absoluto que había experimentado en una</w:t>
      </w:r>
      <w:r>
        <w:rPr/>
        <w:t xml:space="preserve"> </w:t>
      </w:r>
      <w:r>
        <w:rPr/>
        <w:t>carrera militar de dos décadas.</w:t>
      </w:r>
    </w:p>
    <w:p>
      <w:pPr>
        <w:pStyle w:val="BodyText"/>
      </w:pPr>
      <w:r>
        <w:rPr/>
        <w:t>Mar, desde su posición elevada en la cueva principal, sintió el momento</w:t>
      </w:r>
      <w:r>
        <w:rPr/>
        <w:t xml:space="preserve"> </w:t>
      </w:r>
      <w:r>
        <w:rPr/>
        <w:t>exacto en que la mente de Finch se desconectó de la red de batalla. Fue</w:t>
      </w:r>
      <w:r>
        <w:rPr/>
        <w:t xml:space="preserve"> </w:t>
      </w:r>
      <w:r>
        <w:rPr/>
        <w:t>como escuchar el chasquido de un cable que se rompe bajo tensión</w:t>
      </w:r>
      <w:r>
        <w:rPr/>
        <w:t xml:space="preserve"> </w:t>
      </w:r>
      <w:r>
        <w:rPr/>
        <w:t>excesiva. Supo de inmediato que era obra de Lena. La primera fase del</w:t>
      </w:r>
      <w:r>
        <w:rPr/>
        <w:t xml:space="preserve"> </w:t>
      </w:r>
      <w:r>
        <w:rPr/>
        <w:t>plan había sido ejecutada con una precisión que rayaba en la perfección.</w:t>
      </w:r>
    </w:p>
    <w:p>
      <w:pPr>
        <w:pStyle w:val="BodyText"/>
      </w:pPr>
      <w:r>
        <w:rPr/>
        <w:t>Pero entonces una nueva vibración la golpeó con la fuerza de un martillo</w:t>
      </w:r>
      <w:r>
        <w:rPr/>
        <w:t xml:space="preserve"> </w:t>
      </w:r>
      <w:r>
        <w:rPr/>
        <w:t>psíquico, una vibración que no había anticipado y que era terriblemente</w:t>
      </w:r>
      <w:r>
        <w:rPr/>
        <w:t xml:space="preserve"> </w:t>
      </w:r>
      <w:r>
        <w:rPr/>
        <w:t>familiar.</w:t>
      </w:r>
    </w:p>
    <w:p>
      <w:pPr>
        <w:pStyle w:val="BodyText"/>
      </w:pPr>
      <w:r>
        <w:rPr/>
        <w:t>Desde la furgoneta de mando, ahora funcionando únicamente con sistemas</w:t>
      </w:r>
      <w:r>
        <w:rPr/>
        <w:t xml:space="preserve"> </w:t>
      </w:r>
      <w:r>
        <w:rPr/>
        <w:t>de emergencia autónomos, un protocolo de contingencia se activó</w:t>
      </w:r>
      <w:r>
        <w:rPr/>
        <w:t xml:space="preserve"> </w:t>
      </w:r>
      <w:r>
        <w:rPr/>
        <w:t>automáticamente. El CEO de Chrysalis, previendo la posibilidad de un</w:t>
      </w:r>
      <w:r>
        <w:rPr/>
        <w:t xml:space="preserve"> </w:t>
      </w:r>
      <w:r>
        <w:rPr/>
        <w:t>fracaso operativo de Finch, había autorizado una contramedida de último</w:t>
      </w:r>
      <w:r>
        <w:rPr/>
        <w:t xml:space="preserve"> </w:t>
      </w:r>
      <w:r>
        <w:rPr/>
        <w:t>recurso.</w:t>
      </w:r>
    </w:p>
    <w:p>
      <w:pPr>
        <w:pStyle w:val="BodyText"/>
      </w:pPr>
      <w:r>
        <w:rPr/>
        <w:t>Un algoritmo que representaba la quintaesencia del genio malévolo de su</w:t>
      </w:r>
      <w:r>
        <w:rPr/>
        <w:t xml:space="preserve"> </w:t>
      </w:r>
      <w:r>
        <w:rPr/>
        <w:t>corporación se puso en marcha: el «Generador de Disonancia Adaptativa».</w:t>
      </w:r>
    </w:p>
    <w:p>
      <w:pPr>
        <w:pStyle w:val="BodyText"/>
      </w:pPr>
      <w:r>
        <w:rPr/>
        <w:t>No era un ataque de fuerza bruta diseñado para abrumar mediante</w:t>
      </w:r>
      <w:r>
        <w:rPr/>
        <w:t xml:space="preserve"> </w:t>
      </w:r>
      <w:r>
        <w:rPr/>
        <w:t>potencia. Era un bisturí sónico de precisión quirúrgica. El generador</w:t>
      </w:r>
      <w:r>
        <w:rPr/>
        <w:t xml:space="preserve"> </w:t>
      </w:r>
      <w:r>
        <w:rPr/>
        <w:t>comenzó a emitir una anti-vibración sutil, pero letal, programada no</w:t>
      </w:r>
      <w:r>
        <w:rPr/>
        <w:t xml:space="preserve"> </w:t>
      </w:r>
      <w:r>
        <w:rPr/>
        <w:t>para bloquear a Mar, sino para «desafinarla» sistemáticamente.</w:t>
      </w:r>
    </w:p>
    <w:p>
      <w:pPr>
        <w:pStyle w:val="BodyText"/>
      </w:pPr>
      <w:r>
        <w:rPr/>
        <w:t>La máquina empezó a imitar los armónicos de su propio eco con una</w:t>
      </w:r>
      <w:r>
        <w:rPr/>
        <w:t xml:space="preserve"> </w:t>
      </w:r>
      <w:r>
        <w:rPr/>
        <w:t>fidelidad perfecta, pero introduciendo una desviación microscópica, como</w:t>
      </w:r>
      <w:r>
        <w:rPr/>
        <w:t xml:space="preserve"> </w:t>
      </w:r>
      <w:r>
        <w:rPr/>
        <w:t>un piano a la perfección afinado junto a otro que toca la misma melodía,</w:t>
      </w:r>
      <w:r>
        <w:rPr/>
        <w:t xml:space="preserve"> </w:t>
      </w:r>
      <w:r>
        <w:rPr/>
        <w:t>pero un cuarto de tono por debajo. Era veneno acústico puro, diseñado</w:t>
      </w:r>
      <w:r>
        <w:rPr/>
        <w:t xml:space="preserve"> </w:t>
      </w:r>
      <w:r>
        <w:rPr/>
        <w:t>para inducir locura a nivel celular.</w:t>
      </w:r>
    </w:p>
    <w:p>
      <w:pPr>
        <w:pStyle w:val="BodyText"/>
      </w:pPr>
      <w:r>
        <w:rPr/>
        <w:t>El ataque como una náusea espiritual que se extendía desde su estómago</w:t>
      </w:r>
      <w:r>
        <w:rPr/>
        <w:t xml:space="preserve"> </w:t>
      </w:r>
      <w:r>
        <w:rPr/>
        <w:t>hasta cada terminación nerviosa. Su conexión con el Eco, antes clara y</w:t>
      </w:r>
      <w:r>
        <w:rPr/>
        <w:t xml:space="preserve"> </w:t>
      </w:r>
      <w:r>
        <w:rPr/>
        <w:t>resonante como cristal de cuarzo, empezó a llenarse de interferencias,</w:t>
      </w:r>
      <w:r>
        <w:rPr/>
        <w:t xml:space="preserve"> </w:t>
      </w:r>
      <w:r>
        <w:rPr/>
        <w:t>de estática insidiosa. La confianza en su propio poder vaciló por</w:t>
      </w:r>
      <w:r>
        <w:rPr/>
        <w:t xml:space="preserve"> </w:t>
      </w:r>
      <w:r>
        <w:rPr/>
        <w:t>primera vez en años.</w:t>
      </w:r>
    </w:p>
    <w:p>
      <w:pPr>
        <w:pStyle w:val="BodyText"/>
      </w:pPr>
      <w:r>
        <w:rPr/>
        <w:t>Era la voz póstuma de Finch susurrándole dudas de forma directa al alma</w:t>
      </w:r>
      <w:r>
        <w:rPr/>
        <w:t xml:space="preserve"> </w:t>
      </w:r>
      <w:r>
        <w:rPr/>
        <w:t>a través de las leyes inmutables de la física.</w:t>
      </w:r>
    </w:p>
    <w:p>
      <w:pPr>
        <w:pStyle w:val="BodyText"/>
      </w:pPr>
      <w:r>
        <w:rPr/>
        <w:t>«Están cambiando de protocolo», advirtió Markus a través del</w:t>
      </w:r>
      <w:r>
        <w:rPr/>
        <w:t xml:space="preserve"> </w:t>
      </w:r>
      <w:r>
        <w:rPr/>
        <w:t>comunicador, su voz grave cortando la confusión. «Ataque directo a la</w:t>
      </w:r>
      <w:r>
        <w:rPr/>
        <w:t xml:space="preserve"> </w:t>
      </w:r>
      <w:r>
        <w:rPr/>
        <w:t>fuente. Tenemos que extraerla de la zona de impacto».</w:t>
      </w:r>
    </w:p>
    <w:p>
      <w:pPr>
        <w:pStyle w:val="BodyText"/>
      </w:pPr>
      <w:r>
        <w:rPr/>
        <w:t>«No», respondió la voz de Mar, luchando por mantener la claridad</w:t>
      </w:r>
      <w:r>
        <w:rPr/>
        <w:t xml:space="preserve"> </w:t>
      </w:r>
      <w:r>
        <w:rPr/>
        <w:t>mientras la disonancia artificial intentaba fracturar su concentración.</w:t>
      </w:r>
      <w:r>
        <w:rPr/>
        <w:t xml:space="preserve"> </w:t>
      </w:r>
      <w:r>
        <w:rPr/>
        <w:t>«La batalla acaba de comenzar de verdad. Es ahora cuando se decide todo.</w:t>
      </w:r>
      <w:r>
        <w:rPr/>
        <w:t xml:space="preserve"> </w:t>
      </w:r>
      <w:r>
        <w:rPr/>
        <w:t>Markus, inicia la percusión».</w:t>
      </w:r>
    </w:p>
    <w:p>
      <w:pPr>
        <w:pStyle w:val="BodyText"/>
      </w:pPr>
      <w:r>
        <w:rPr/>
        <w:t>Kael, el líder de Týr, recuperó el control profesional que lo había</w:t>
      </w:r>
      <w:r>
        <w:rPr/>
        <w:t xml:space="preserve"> </w:t>
      </w:r>
      <w:r>
        <w:rPr/>
        <w:t>mantenido vivo en una docena de conflictos. Su misión principal</w:t>
      </w:r>
      <w:r>
        <w:rPr/>
        <w:t xml:space="preserve"> </w:t>
      </w:r>
      <w:r>
        <w:rPr/>
        <w:t>permanecía intacta a pesar del caos comunicacional. «Protocolo de</w:t>
      </w:r>
      <w:r>
        <w:rPr/>
        <w:t xml:space="preserve"> </w:t>
      </w:r>
      <w:r>
        <w:rPr/>
        <w:t>contingencia Delta. Avanzamos sin apoyo. Objetivo primario:</w:t>
      </w:r>
      <w:r>
        <w:rPr/>
        <w:t xml:space="preserve"> </w:t>
      </w:r>
      <w:r>
        <w:rPr/>
        <w:t>neutralización de la fuente en la cueva superior. Captura no letal, pero</w:t>
      </w:r>
      <w:r>
        <w:rPr/>
        <w:t xml:space="preserve"> </w:t>
      </w:r>
      <w:r>
        <w:rPr/>
        <w:t>con máxima fuerza autorizada. Ejecuten».</w:t>
      </w:r>
    </w:p>
    <w:p>
      <w:pPr>
        <w:pStyle w:val="BodyText"/>
      </w:pPr>
      <w:r>
        <w:rPr/>
        <w:t>En el instante preciso en que el equipo Týr comenzó su asalto</w:t>
      </w:r>
      <w:r>
        <w:rPr/>
        <w:t xml:space="preserve"> </w:t>
      </w:r>
      <w:r>
        <w:rPr/>
        <w:t>coordinado, el teatro de roca cobró vida con una violencia geológica.</w:t>
      </w:r>
    </w:p>
    <w:p>
      <w:pPr>
        <w:pStyle w:val="BodyText"/>
      </w:pPr>
      <w:r>
        <w:rPr/>
        <w:t>Markus, desde su escondite estratégico, apuntó su dispositivo de pulso</w:t>
      </w:r>
      <w:r>
        <w:rPr/>
        <w:t xml:space="preserve"> </w:t>
      </w:r>
      <w:r>
        <w:rPr/>
        <w:t>sónico hacia el punto de resonancia que había calculado durante su</w:t>
      </w:r>
      <w:r>
        <w:rPr/>
        <w:t xml:space="preserve"> </w:t>
      </w:r>
      <w:r>
        <w:rPr/>
        <w:t>reconocimiento nocturno y activó la vibración exacta necesaria. Con un</w:t>
      </w:r>
      <w:r>
        <w:rPr/>
        <w:t xml:space="preserve"> </w:t>
      </w:r>
      <w:r>
        <w:rPr/>
        <w:t>estruendo que hizo temblar la estructura misma de la montaña, un</w:t>
      </w:r>
      <w:r>
        <w:rPr/>
        <w:t xml:space="preserve"> </w:t>
      </w:r>
      <w:r>
        <w:rPr/>
        <w:t>desprendimiento masivo de rocas bloqueó el sendero principal del equipo</w:t>
      </w:r>
      <w:r>
        <w:rPr/>
        <w:t xml:space="preserve"> </w:t>
      </w:r>
      <w:r>
        <w:rPr/>
        <w:t>de flanqueo, creando una barrera de polvo y fragmentos de piedra que</w:t>
      </w:r>
      <w:r>
        <w:rPr/>
        <w:t xml:space="preserve"> </w:t>
      </w:r>
      <w:r>
        <w:rPr/>
        <w:t>transformó la visibilidad en cero.</w:t>
      </w:r>
    </w:p>
    <w:p>
      <w:pPr>
        <w:pStyle w:val="BodyText"/>
      </w:pPr>
      <w:r>
        <w:rPr/>
        <w:t>a la vez, Mar contraatacó al Generador de Disonancia. Pero no con fuerza</w:t>
      </w:r>
      <w:r>
        <w:rPr/>
        <w:t xml:space="preserve"> </w:t>
      </w:r>
      <w:r>
        <w:rPr/>
        <w:t>bruta ni resistencia directa. Utilizó el arma definitiva de su arsenal:</w:t>
      </w:r>
      <w:r>
        <w:rPr/>
        <w:t xml:space="preserve"> </w:t>
      </w:r>
      <w:r>
        <w:rPr/>
        <w:t>el calma puro.</w:t>
      </w:r>
    </w:p>
    <w:p>
      <w:pPr>
        <w:pStyle w:val="BodyText"/>
      </w:pPr>
      <w:r>
        <w:rPr/>
        <w:t>Soportando la náusea creciente de la anti-vibración, inspiró</w:t>
      </w:r>
      <w:r>
        <w:rPr/>
        <w:t xml:space="preserve"> </w:t>
      </w:r>
      <w:r>
        <w:rPr/>
        <w:t>profundamente y proyectó el «Punto Cero» con una precisión que había</w:t>
      </w:r>
      <w:r>
        <w:rPr/>
        <w:t xml:space="preserve"> </w:t>
      </w:r>
      <w:r>
        <w:rPr/>
        <w:t>perfeccionado durante años de práctica. No como una burbuja expansiva de</w:t>
      </w:r>
      <w:r>
        <w:rPr/>
        <w:t xml:space="preserve"> </w:t>
      </w:r>
      <w:r>
        <w:rPr/>
        <w:t>calma. En cambio, como un rayo láser de silencio absoluto dirigido</w:t>
      </w:r>
      <w:r>
        <w:rPr/>
        <w:t xml:space="preserve"> </w:t>
      </w:r>
      <w:r>
        <w:rPr/>
        <w:t>específicamente a los dos soldados que avanzaban por la ruta principal:</w:t>
      </w:r>
      <w:r>
        <w:rPr/>
        <w:t xml:space="preserve"> </w:t>
      </w:r>
      <w:r>
        <w:rPr/>
        <w:t>Kael y su compañero de escuadra.</w:t>
      </w:r>
    </w:p>
    <w:p>
      <w:pPr>
        <w:pStyle w:val="BodyText"/>
      </w:pPr>
      <w:r>
        <w:rPr/>
        <w:t>El efecto fue devastadoramente efectivo. El sonido del mundo —el</w:t>
      </w:r>
      <w:r>
        <w:rPr/>
        <w:t xml:space="preserve"> </w:t>
      </w:r>
      <w:r>
        <w:rPr/>
        <w:t>viento entre las rocas, el eco de sus propias botas militares, el latido</w:t>
      </w:r>
      <w:r>
        <w:rPr/>
        <w:t xml:space="preserve"> </w:t>
      </w:r>
      <w:r>
        <w:rPr/>
        <w:t>vital de sus corazones— desapareció por completo, cancelado por el</w:t>
      </w:r>
      <w:r>
        <w:rPr/>
        <w:t xml:space="preserve"> </w:t>
      </w:r>
      <w:r>
        <w:rPr/>
        <w:t>rayo quirúrgico de silencio.</w:t>
      </w:r>
    </w:p>
    <w:p>
      <w:pPr>
        <w:pStyle w:val="BodyText"/>
      </w:pPr>
      <w:r>
        <w:rPr/>
        <w:t>Pero la disonancia del generador de Finch interactuó con el silencio de</w:t>
      </w:r>
      <w:r>
        <w:rPr/>
        <w:t xml:space="preserve"> </w:t>
      </w:r>
      <w:r>
        <w:rPr/>
        <w:t>Mar de una forma que ninguno había anticipado. En el vacío acústico</w:t>
      </w:r>
      <w:r>
        <w:rPr/>
        <w:t xml:space="preserve"> </w:t>
      </w:r>
      <w:r>
        <w:rPr/>
        <w:t>perfecto, los soldados no experimentaron únicamente la ausencia de</w:t>
      </w:r>
      <w:r>
        <w:rPr/>
        <w:t xml:space="preserve"> </w:t>
      </w:r>
      <w:r>
        <w:rPr/>
        <w:t>sonido. Escucharon con claridad sobrenatural el único elemento que no</w:t>
      </w:r>
      <w:r>
        <w:rPr/>
        <w:t xml:space="preserve"> </w:t>
      </w:r>
      <w:r>
        <w:rPr/>
        <w:t>había sido cancelado: el «error» del generador, aislado y amplificado en</w:t>
      </w:r>
      <w:r>
        <w:rPr/>
        <w:t xml:space="preserve"> </w:t>
      </w:r>
      <w:r>
        <w:rPr/>
        <w:t>sus mentes como un pitido agudo e insoportable que atacaba directamente</w:t>
      </w:r>
      <w:r>
        <w:rPr/>
        <w:t xml:space="preserve"> </w:t>
      </w:r>
      <w:r>
        <w:rPr/>
        <w:t>sus nervios auditivos.</w:t>
      </w:r>
    </w:p>
    <w:p>
      <w:pPr>
        <w:pStyle w:val="BodyText"/>
      </w:pPr>
      <w:r>
        <w:rPr/>
        <w:t>Cayeron de rodillas, gritando sin poder escuchar sus propios gritos,</w:t>
      </w:r>
      <w:r>
        <w:rPr/>
        <w:t xml:space="preserve"> </w:t>
      </w:r>
      <w:r>
        <w:rPr/>
        <w:t>atrapados en una burbuja de quietud donde solo existía el dolor sónico</w:t>
      </w:r>
      <w:r>
        <w:rPr/>
        <w:t xml:space="preserve"> </w:t>
      </w:r>
      <w:r>
        <w:rPr/>
        <w:t>concentrado.</w:t>
      </w:r>
    </w:p>
    <w:p>
      <w:pPr>
        <w:pStyle w:val="BodyText"/>
      </w:pPr>
      <w:r>
        <w:rPr/>
        <w:t>Mar mantuvo la onda del Punto Cero, luchando contra la náusea inducida</w:t>
      </w:r>
      <w:r>
        <w:rPr/>
        <w:t xml:space="preserve"> </w:t>
      </w:r>
      <w:r>
        <w:rPr/>
        <w:t>por la disonancia, utilizando la propia arma del enemigo como</w:t>
      </w:r>
      <w:r>
        <w:rPr/>
        <w:t xml:space="preserve"> </w:t>
      </w:r>
      <w:r>
        <w:rPr/>
        <w:t>amplificador para su contraataque. Les estaba devolviendo su veneno</w:t>
      </w:r>
      <w:r>
        <w:rPr/>
        <w:t xml:space="preserve"> </w:t>
      </w:r>
      <w:r>
        <w:rPr/>
        <w:t>acústico, pero purificado y concentrado hasta convertirlo en una</w:t>
      </w:r>
      <w:r>
        <w:rPr/>
        <w:t xml:space="preserve"> </w:t>
      </w:r>
      <w:r>
        <w:rPr/>
        <w:t>experiencia que destruía cualquier resistencia psicológica.</w:t>
      </w:r>
    </w:p>
    <w:p>
      <w:pPr>
        <w:pStyle w:val="BodyText"/>
      </w:pPr>
      <w:r>
        <w:rPr/>
        <w:t>Era un acto de desarme psicoacústico total que utilizaba la física como</w:t>
      </w:r>
      <w:r>
        <w:rPr/>
        <w:t xml:space="preserve"> </w:t>
      </w:r>
      <w:r>
        <w:rPr/>
        <w:t>instrumento de justicia poética.</w:t>
      </w:r>
    </w:p>
    <w:p>
      <w:pPr>
        <w:pStyle w:val="BodyText"/>
      </w:pPr>
      <w:r>
        <w:rPr/>
        <w:t>Kael se arrancó el casco, intentando desesperadamente escapar del sonido</w:t>
      </w:r>
      <w:r>
        <w:rPr/>
        <w:t xml:space="preserve"> </w:t>
      </w:r>
      <w:r>
        <w:rPr/>
        <w:t>que solo existía en el interior de su cabeza. Vio a su compañero en</w:t>
      </w:r>
      <w:r>
        <w:rPr/>
        <w:t xml:space="preserve"> </w:t>
      </w:r>
      <w:r>
        <w:rPr/>
        <w:t>posición fetal, temblando. Su entrenamiento de élite, su tecnología de</w:t>
      </w:r>
      <w:r>
        <w:rPr/>
        <w:t xml:space="preserve"> </w:t>
      </w:r>
      <w:r>
        <w:rPr/>
        <w:t>vanguardia, su voluntad de acero templado… todo se disolvió ante un</w:t>
      </w:r>
      <w:r>
        <w:rPr/>
        <w:t xml:space="preserve"> </w:t>
      </w:r>
      <w:r>
        <w:rPr/>
        <w:t>enemigo que no utilizaba balas ni explosivos, sino una comprensión</w:t>
      </w:r>
      <w:r>
        <w:rPr/>
        <w:t xml:space="preserve"> </w:t>
      </w:r>
      <w:r>
        <w:rPr/>
        <w:t>superior de la música como arma definitiva.</w:t>
      </w:r>
    </w:p>
    <w:p>
      <w:pPr>
        <w:pStyle w:val="BodyText"/>
      </w:pPr>
      <w:r>
        <w:rPr/>
        <w:t>Habían sido derrotados no por un poder superior, sino por una sabiduría</w:t>
      </w:r>
      <w:r>
        <w:rPr/>
        <w:t xml:space="preserve"> </w:t>
      </w:r>
      <w:r>
        <w:rPr/>
        <w:t>más profunda sobre las leyes que gobiernan la percepción humana.</w:t>
      </w:r>
    </w:p>
    <w:p>
      <w:pPr>
        <w:pStyle w:val="Heading1"/>
      </w:pPr>
      <w:r>
        <w:rPr/>
        <w:t>CAPÍTULO 54. EPÍLOGO EN EL CAMPO DE BATALLA</w:t>
      </w:r>
    </w:p>
    <w:p>
      <w:pPr/>
      <w:r>
        <w:rPr/>
        <w:t>«El verdadero final de una guerra no se escribe con la derrota del</w:t>
      </w:r>
      <w:r>
        <w:rPr/>
        <w:t xml:space="preserve"> </w:t>
      </w:r>
      <w:r>
        <w:rPr/>
        <w:t>enemigo. En cambio, con el quietud que queda cuando las armas callan.»</w:t>
      </w:r>
      <w:r>
        <w:rPr/>
        <w:t xml:space="preserve"> </w:t>
      </w:r>
      <w:r>
        <w:rPr/>
        <w:t>—Libro de los Ecos</w:t>
      </w:r>
    </w:p>
    <w:p>
      <w:pPr>
        <w:pStyle w:val="BodyText"/>
      </w:pPr>
      <w:r>
        <w:rPr/>
        <w:t>El silencio que siguió al último eco del combate era más profundo que</w:t>
      </w:r>
      <w:r>
        <w:rPr/>
        <w:t xml:space="preserve"> </w:t>
      </w:r>
      <w:r>
        <w:rPr/>
        <w:t>cualquier quietud que hubiera envuelto jamás el eremitorio. No era la</w:t>
      </w:r>
      <w:r>
        <w:rPr/>
        <w:t xml:space="preserve"> </w:t>
      </w:r>
      <w:r>
        <w:rPr/>
        <w:t>simple ausencia de ruido, sino un vacío denso y resonante, la quietud</w:t>
      </w:r>
      <w:r>
        <w:rPr/>
        <w:t xml:space="preserve"> </w:t>
      </w:r>
      <w:r>
        <w:rPr/>
        <w:t>que queda cuando una sinfonía termina y la última nota se desvanece en</w:t>
      </w:r>
      <w:r>
        <w:rPr/>
        <w:t xml:space="preserve"> </w:t>
      </w:r>
      <w:r>
        <w:rPr/>
        <w:t>la eternidad.</w:t>
      </w:r>
    </w:p>
    <w:p>
      <w:pPr>
        <w:pStyle w:val="BodyText"/>
      </w:pPr>
      <w:r>
        <w:rPr/>
        <w:t>En el teatro de roca, los guerreros de Týr yacían dispersos como figuras</w:t>
      </w:r>
      <w:r>
        <w:rPr/>
        <w:t xml:space="preserve"> </w:t>
      </w:r>
      <w:r>
        <w:rPr/>
        <w:t>rotas de un diorama militar. No estaban muertos, pero habían sido</w:t>
      </w:r>
      <w:r>
        <w:rPr/>
        <w:t xml:space="preserve"> </w:t>
      </w:r>
      <w:r>
        <w:rPr/>
        <w:t>despojados de algo fundamental: la ilusión de que su tecnología y</w:t>
      </w:r>
      <w:r>
        <w:rPr/>
        <w:t xml:space="preserve"> </w:t>
      </w:r>
      <w:r>
        <w:rPr/>
        <w:t>entrenamiento los hacían invencibles. Kael, el veterano de mil batallas,</w:t>
      </w:r>
      <w:r>
        <w:rPr/>
        <w:t xml:space="preserve"> </w:t>
      </w:r>
      <w:r>
        <w:rPr/>
        <w:t>miraba el cielo azul de Aragón con ojos que habían visto demasiado,</w:t>
      </w:r>
      <w:r>
        <w:rPr/>
        <w:t xml:space="preserve"> </w:t>
      </w:r>
      <w:r>
        <w:rPr/>
        <w:t>intentando procesar una derrota que no encajaba en ningún manual</w:t>
      </w:r>
      <w:r>
        <w:rPr/>
        <w:t xml:space="preserve"> </w:t>
      </w:r>
      <w:r>
        <w:rPr/>
        <w:t>táctico.</w:t>
      </w:r>
    </w:p>
    <w:p>
      <w:pPr>
        <w:pStyle w:val="BodyText"/>
      </w:pPr>
      <w:r>
        <w:rPr/>
        <w:t>Mar descendió lentamente desde su cueva elevada, cada paso resonando en</w:t>
      </w:r>
      <w:r>
        <w:rPr/>
        <w:t xml:space="preserve"> </w:t>
      </w:r>
      <w:r>
        <w:rPr/>
        <w:t>la piedra milenaria como una nota de campana. Ya no era la figura etérea</w:t>
      </w:r>
      <w:r>
        <w:rPr/>
        <w:t xml:space="preserve"> </w:t>
      </w:r>
      <w:r>
        <w:rPr/>
        <w:t>que había dirigido la batalla desde las alturas; era solo una mujer</w:t>
      </w:r>
      <w:r>
        <w:rPr/>
        <w:t xml:space="preserve"> </w:t>
      </w:r>
      <w:r>
        <w:rPr/>
        <w:t>agotada que había gastado toda su energía en un acto de sanación</w:t>
      </w:r>
      <w:r>
        <w:rPr/>
        <w:t xml:space="preserve"> </w:t>
      </w:r>
      <w:r>
        <w:rPr/>
        <w:t>cósmica.</w:t>
      </w:r>
    </w:p>
    <w:p>
      <w:pPr>
        <w:pStyle w:val="BodyText"/>
      </w:pPr>
      <w:r>
        <w:rPr/>
        <w:t>Vasco emergió de su escondite, seguido por Markus, cuyos ojos reflejaban</w:t>
      </w:r>
      <w:r>
        <w:rPr/>
        <w:t xml:space="preserve"> </w:t>
      </w:r>
      <w:r>
        <w:rPr/>
        <w:t>la satisfacción serena del técnico que ha ejecutado una grabación</w:t>
      </w:r>
      <w:r>
        <w:rPr/>
        <w:t xml:space="preserve"> </w:t>
      </w:r>
      <w:r>
        <w:rPr/>
        <w:t>perfecta. Se acercaron a Mar, que se había sentado sobre una roca lisa,</w:t>
      </w:r>
      <w:r>
        <w:rPr/>
        <w:t xml:space="preserve"> </w:t>
      </w:r>
      <w:r>
        <w:rPr/>
        <w:t>respirando profundamente el aire limpio de la mañana.</w:t>
      </w:r>
    </w:p>
    <w:p>
      <w:pPr>
        <w:pStyle w:val="BodyText"/>
      </w:pPr>
      <w:r>
        <w:rPr/>
        <w:t>«¿Ha terminado?», preguntó Vasco, su voz apenas un susurro.</w:t>
      </w:r>
    </w:p>
    <w:p>
      <w:pPr>
        <w:pStyle w:val="BodyText"/>
      </w:pPr>
      <w:r>
        <w:rPr/>
        <w:t>«Esta parte sí», respondió Mar, su rostro marcado por una fatiga que</w:t>
      </w:r>
      <w:r>
        <w:rPr/>
        <w:t xml:space="preserve"> </w:t>
      </w:r>
      <w:r>
        <w:rPr/>
        <w:t>trascendía lo físico. «Hemos cerrado la herida de ochocientos años. Pero</w:t>
      </w:r>
      <w:r>
        <w:rPr/>
        <w:t xml:space="preserve"> </w:t>
      </w:r>
      <w:r>
        <w:rPr/>
        <w:t>el Eco… la reverberación es eterno. Solo hemos cambiado su canción».</w:t>
      </w:r>
    </w:p>
    <w:p>
      <w:pPr>
        <w:pStyle w:val="BodyText"/>
      </w:pPr>
      <w:r>
        <w:rPr/>
        <w:t>A varios kilómetros, en la colina donde había reinado como emperador</w:t>
      </w:r>
      <w:r>
        <w:rPr/>
        <w:t xml:space="preserve"> </w:t>
      </w:r>
      <w:r>
        <w:rPr/>
        <w:t>digital, Alistair Finch salía de los restos humeantes de su centro de</w:t>
      </w:r>
      <w:r>
        <w:rPr/>
        <w:t xml:space="preserve"> </w:t>
      </w:r>
      <w:r>
        <w:rPr/>
        <w:t>mando. Sus técnicos habían huido al amanecer, abandonando a un hombre</w:t>
      </w:r>
      <w:r>
        <w:rPr/>
        <w:t xml:space="preserve"> </w:t>
      </w:r>
      <w:r>
        <w:rPr/>
        <w:t>que ya no tenía imperio que gobernar. Caminó entre los pinos con la</w:t>
      </w:r>
      <w:r>
        <w:rPr/>
        <w:t xml:space="preserve"> </w:t>
      </w:r>
      <w:r>
        <w:rPr/>
        <w:t>rigidez de quien ha perdido no solo una batalla, sino toda una</w:t>
      </w:r>
      <w:r>
        <w:rPr/>
        <w:t xml:space="preserve"> </w:t>
      </w:r>
      <w:r>
        <w:rPr/>
        <w:t>cosmovisión.</w:t>
      </w:r>
    </w:p>
    <w:p>
      <w:pPr>
        <w:pStyle w:val="BodyText"/>
      </w:pPr>
      <w:r>
        <w:rPr/>
        <w:t>Su teléfono satelital, el único dispositivo que había sobrevivido al</w:t>
      </w:r>
      <w:r>
        <w:rPr/>
        <w:t xml:space="preserve"> </w:t>
      </w:r>
      <w:r>
        <w:rPr/>
        <w:t>pulso electromagnético de Lena, emitió un tono que le heló la sangre.</w:t>
      </w:r>
      <w:r>
        <w:rPr/>
        <w:t xml:space="preserve"> </w:t>
      </w:r>
      <w:r>
        <w:rPr/>
        <w:t>Era la llamada que había estado temiendo.</w:t>
      </w:r>
    </w:p>
    <w:p>
      <w:pPr>
        <w:pStyle w:val="BodyText"/>
      </w:pPr>
      <w:r>
        <w:rPr/>
        <w:t>«Alistair», la voz del CEO era un cristal que se rompía con lentitud.</w:t>
      </w:r>
      <w:r>
        <w:rPr/>
        <w:t xml:space="preserve"> </w:t>
      </w:r>
      <w:r>
        <w:rPr/>
        <w:t>«Los informes preliminares sugieren un fracaso operativo total.</w:t>
      </w:r>
      <w:r>
        <w:rPr/>
        <w:t xml:space="preserve"> </w:t>
      </w:r>
      <w:r>
        <w:rPr/>
        <w:t>Explíqueme cómo una inversión de quinientos millones se ha convertido en</w:t>
      </w:r>
      <w:r>
        <w:rPr/>
        <w:t xml:space="preserve"> </w:t>
      </w:r>
      <w:r>
        <w:rPr/>
        <w:t>chatarra en menos de seis horas».</w:t>
      </w:r>
    </w:p>
    <w:p>
      <w:pPr>
        <w:pStyle w:val="BodyText"/>
      </w:pPr>
      <w:r>
        <w:rPr/>
        <w:t>Finch contempló el valle donde su orgullo había sido pulverizado por</w:t>
      </w:r>
      <w:r>
        <w:rPr/>
        <w:t xml:space="preserve"> </w:t>
      </w:r>
      <w:r>
        <w:rPr/>
        <w:t>fuerzas que sus máquinas no podían medir. «El proyecto Echo-Catcher ha</w:t>
      </w:r>
      <w:r>
        <w:rPr/>
        <w:t xml:space="preserve"> </w:t>
      </w:r>
      <w:r>
        <w:rPr/>
        <w:t>sido… discontinuado», dijo por fin. «El objetivo resultó ser</w:t>
      </w:r>
      <w:r>
        <w:rPr/>
        <w:t xml:space="preserve"> </w:t>
      </w:r>
      <w:r>
        <w:rPr/>
        <w:t>significativamente más complejo de lo estimado».</w:t>
      </w:r>
    </w:p>
    <w:p>
      <w:pPr>
        <w:pStyle w:val="BodyText"/>
      </w:pPr>
      <w:r>
        <w:rPr/>
        <w:t>«¿Discontinuado?» La palabra resonó como una sentencia de muerte</w:t>
      </w:r>
      <w:r>
        <w:rPr/>
        <w:t xml:space="preserve"> </w:t>
      </w:r>
      <w:r>
        <w:rPr/>
        <w:t>corporativa. «Alistair, usted comprende las implicaciones de un fracaso</w:t>
      </w:r>
      <w:r>
        <w:rPr/>
        <w:t xml:space="preserve"> </w:t>
      </w:r>
      <w:r>
        <w:rPr/>
        <w:t>de esta magnitud. Nuestros inversores, nuestros socios</w:t>
      </w:r>
      <w:r>
        <w:rPr/>
        <w:t xml:space="preserve"> </w:t>
      </w:r>
      <w:r>
        <w:rPr/>
        <w:t>gubernamentales… esperan resultados, no excusas poéticas».</w:t>
      </w:r>
    </w:p>
    <w:p>
      <w:pPr>
        <w:pStyle w:val="BodyText"/>
      </w:pPr>
      <w:r>
        <w:rPr/>
        <w:t>«Entiendo a la perfección», respondió Finch, y por primera vez en años,</w:t>
      </w:r>
      <w:r>
        <w:rPr/>
        <w:t xml:space="preserve"> </w:t>
      </w:r>
      <w:r>
        <w:rPr/>
        <w:t>su voz sonó por completo libre de ambición. «Pero hay fuerzas en este</w:t>
      </w:r>
      <w:r>
        <w:rPr/>
        <w:t xml:space="preserve"> </w:t>
      </w:r>
      <w:r>
        <w:rPr/>
        <w:t>mundo que no pueden ser embotelladas, cuantificadas o vendidas. Hemos</w:t>
      </w:r>
      <w:r>
        <w:rPr/>
        <w:t xml:space="preserve"> </w:t>
      </w:r>
      <w:r>
        <w:rPr/>
        <w:t>aprendido esa lección al precio más alto posible».</w:t>
      </w:r>
    </w:p>
    <w:p>
      <w:pPr>
        <w:pStyle w:val="BodyText"/>
      </w:pPr>
      <w:r>
        <w:rPr/>
        <w:t>Colgó antes de que el CEO pudiera responder. Su carrera estaba</w:t>
      </w:r>
      <w:r>
        <w:rPr/>
        <w:t xml:space="preserve"> </w:t>
      </w:r>
      <w:r>
        <w:rPr/>
        <w:t>terminada, pero extrañamente, se sentía más ligero que en décadas.</w:t>
      </w:r>
    </w:p>
    <w:p>
      <w:pPr>
        <w:pStyle w:val="BodyText"/>
      </w:pPr>
      <w:r>
        <w:rPr/>
        <w:t>En el eremitorio, Lena apareció como una sombra que se materializa al</w:t>
      </w:r>
      <w:r>
        <w:rPr/>
        <w:t xml:space="preserve"> </w:t>
      </w:r>
      <w:r>
        <w:rPr/>
        <w:t>mediodía. Había llegado caminando desde la colina, llevando en una</w:t>
      </w:r>
      <w:r>
        <w:rPr/>
        <w:t xml:space="preserve"> </w:t>
      </w:r>
      <w:r>
        <w:rPr/>
        <w:t>mochila los únicos datos que había conseguido salvar del naufragio</w:t>
      </w:r>
      <w:r>
        <w:rPr/>
        <w:t xml:space="preserve"> </w:t>
      </w:r>
      <w:r>
        <w:rPr/>
        <w:t>digital de Chrysalis.</w:t>
      </w:r>
    </w:p>
    <w:p>
      <w:pPr>
        <w:pStyle w:val="BodyText"/>
      </w:pPr>
      <w:r>
        <w:rPr/>
        <w:t>«El sistema principal está muerto», informó con una sonrisa que mezcla</w:t>
      </w:r>
      <w:r>
        <w:rPr/>
        <w:t xml:space="preserve"> </w:t>
      </w:r>
      <w:r>
        <w:rPr/>
        <w:t>triunfo y agotamiento. «He grabado evidencia suficiente de sus</w:t>
      </w:r>
      <w:r>
        <w:rPr/>
        <w:t xml:space="preserve"> </w:t>
      </w:r>
      <w:r>
        <w:rPr/>
        <w:t>operaciones ilegales para mantener ocupados a diez fiscales durante una</w:t>
      </w:r>
      <w:r>
        <w:rPr/>
        <w:t xml:space="preserve"> </w:t>
      </w:r>
      <w:r>
        <w:rPr/>
        <w:t>década. Chrysalis no se recuperará de esto».</w:t>
      </w:r>
    </w:p>
    <w:p>
      <w:pPr>
        <w:pStyle w:val="BodyText"/>
      </w:pPr>
      <w:r>
        <w:rPr/>
        <w:t>Mar asintió, pero su expresión era pensativa. «Una hidra cortada renace</w:t>
      </w:r>
      <w:r>
        <w:rPr/>
        <w:t xml:space="preserve"> </w:t>
      </w:r>
      <w:r>
        <w:rPr/>
        <w:t>con dos cabezas. Habrá otros proyectos, otras corporaciones. El mundo ha</w:t>
      </w:r>
      <w:r>
        <w:rPr/>
        <w:t xml:space="preserve"> </w:t>
      </w:r>
      <w:r>
        <w:rPr/>
        <w:t>cambiado hoy, pero no todos comprenderán qué significa ese cambio».</w:t>
      </w:r>
    </w:p>
    <w:p>
      <w:pPr>
        <w:pStyle w:val="BodyText"/>
      </w:pPr>
      <w:r>
        <w:rPr/>
        <w:t>«Entonces les enseñaremos», dijo Vasco con una determinación que lo</w:t>
      </w:r>
      <w:r>
        <w:rPr/>
        <w:t xml:space="preserve"> </w:t>
      </w:r>
      <w:r>
        <w:rPr/>
        <w:t>sorprendió a él mismo. «Mi investigación, nuestro testimonio… podemos</w:t>
      </w:r>
      <w:r>
        <w:rPr/>
        <w:t xml:space="preserve"> </w:t>
      </w:r>
      <w:r>
        <w:rPr/>
        <w:t>hacer que la ciencia oficial reconozca lo que hemos descubierto».</w:t>
      </w:r>
    </w:p>
    <w:p>
      <w:pPr>
        <w:pStyle w:val="BodyText"/>
      </w:pPr>
      <w:r>
        <w:rPr/>
        <w:t>«No como un secreto», añadió Markus, «sino como un regalo».</w:t>
      </w:r>
    </w:p>
    <w:p>
      <w:pPr>
        <w:pStyle w:val="BodyText"/>
      </w:pPr>
      <w:r>
        <w:rPr/>
        <w:t>Mar miró a sus compañeros, estos guerreros improbables que habían</w:t>
      </w:r>
      <w:r>
        <w:rPr/>
        <w:t xml:space="preserve"> </w:t>
      </w:r>
      <w:r>
        <w:rPr/>
        <w:t>luchado en una batalla que combinaba lo místico con lo tecnológico, Algo</w:t>
      </w:r>
      <w:r>
        <w:rPr/>
        <w:t xml:space="preserve"> </w:t>
      </w:r>
      <w:r>
        <w:rPr/>
        <w:t>que no había experimentado en años: esperanza.</w:t>
      </w:r>
    </w:p>
    <w:p>
      <w:pPr>
        <w:pStyle w:val="BodyText"/>
      </w:pPr>
      <w:r>
        <w:rPr/>
        <w:t>«La reverberación ya no necesita custodios», dijo por fin. «Necesita</w:t>
      </w:r>
      <w:r>
        <w:rPr/>
        <w:t xml:space="preserve"> </w:t>
      </w:r>
      <w:r>
        <w:rPr/>
        <w:t>testigos. Necesita voces que cuenten su historia sin miedo ni vergüenza.</w:t>
      </w:r>
      <w:r>
        <w:rPr/>
        <w:t xml:space="preserve"> </w:t>
      </w:r>
      <w:r>
        <w:rPr/>
        <w:t>El silencio que hemos sanado debe convertirse en una canción que todo el</w:t>
      </w:r>
      <w:r>
        <w:rPr/>
        <w:t xml:space="preserve"> </w:t>
      </w:r>
      <w:r>
        <w:rPr/>
        <w:t>mundo pueda escuchar».</w:t>
      </w:r>
    </w:p>
    <w:p>
      <w:pPr>
        <w:pStyle w:val="BodyText"/>
      </w:pPr>
      <w:r>
        <w:rPr/>
        <w:t>Se levantó, sacudiéndose el polvo de la batalla de su ropa. El sol</w:t>
      </w:r>
      <w:r>
        <w:rPr/>
        <w:t xml:space="preserve"> </w:t>
      </w:r>
      <w:r>
        <w:rPr/>
        <w:t>estaba alto ahora, bañando el eremitorio con una luz dorada que</w:t>
      </w:r>
      <w:r>
        <w:rPr/>
        <w:t xml:space="preserve"> </w:t>
      </w:r>
      <w:r>
        <w:rPr/>
        <w:t>transformaba la piedra antigua en que parecía forjado por dioses.</w:t>
      </w:r>
    </w:p>
    <w:p>
      <w:pPr>
        <w:pStyle w:val="BodyText"/>
      </w:pPr>
      <w:r>
        <w:rPr/>
        <w:t>«Vamos», dijo, echando a andar hacia el valle. «Tenemos una historia que</w:t>
      </w:r>
      <w:r>
        <w:rPr/>
        <w:t xml:space="preserve"> </w:t>
      </w:r>
      <w:r>
        <w:rPr/>
        <w:t>contar».</w:t>
      </w:r>
    </w:p>
    <w:p>
      <w:pPr>
        <w:pStyle w:val="BodyText"/>
      </w:pPr>
      <w:r>
        <w:rPr/>
        <w:t>Detrás de ellos, en las cuevas milenarias, el viento comenzó a susurrar</w:t>
      </w:r>
      <w:r>
        <w:rPr/>
        <w:t xml:space="preserve"> </w:t>
      </w:r>
      <w:r>
        <w:rPr/>
        <w:t>una melodía nueva. No era el lamento de Montségur ni el grito</w:t>
      </w:r>
      <w:r>
        <w:rPr/>
        <w:t xml:space="preserve"> </w:t>
      </w:r>
      <w:r>
        <w:rPr/>
        <w:t>tecnológico de ILIBERIS. Era algo por completo nuevo: la primera nota de</w:t>
      </w:r>
      <w:r>
        <w:rPr/>
        <w:t xml:space="preserve"> </w:t>
      </w:r>
      <w:r>
        <w:rPr/>
        <w:t>una sinfonía que incluiría todas las voces, todos los corazones, todos</w:t>
      </w:r>
      <w:r>
        <w:rPr/>
        <w:t xml:space="preserve"> </w:t>
      </w:r>
      <w:r>
        <w:rPr/>
        <w:t>los silencios que merecían ser escuchados.</w:t>
      </w:r>
    </w:p>
    <w:p>
      <w:pPr>
        <w:pStyle w:val="BodyText"/>
      </w:pPr>
      <w:r>
        <w:rPr/>
        <w:t>El Eco había encontrado su libertad. Y con ella, el mundo había ganado</w:t>
      </w:r>
      <w:r>
        <w:rPr/>
        <w:t xml:space="preserve"> </w:t>
      </w:r>
      <w:r>
        <w:rPr/>
        <w:t>una nueva manera de escuchar.</w:t>
      </w:r>
    </w:p>
    <w:p>
      <w:pPr>
        <w:pStyle w:val="Heading1"/>
      </w:pPr>
      <w:r>
        <w:rPr/>
        <w:t>CAPÍTULO 55. EL EXILIO DEL ALGORITMO</w:t>
      </w:r>
    </w:p>
    <w:p>
      <w:pPr/>
      <w:r>
        <w:rPr/>
        <w:t>«El fracaso no es el resultado opuesto al éxito. Es el dato inesperado</w:t>
      </w:r>
      <w:r>
        <w:rPr/>
        <w:t xml:space="preserve"> </w:t>
      </w:r>
      <w:r>
        <w:rPr/>
        <w:t>que obliga al sistema a reescribir su propio código.» —Alistair Finch,</w:t>
      </w:r>
      <w:r>
        <w:rPr/>
        <w:t xml:space="preserve"> </w:t>
      </w:r>
      <w:r>
        <w:rPr/>
        <w:t>último registro</w:t>
      </w:r>
    </w:p>
    <w:p>
      <w:pPr>
        <w:pStyle w:val="BodyText"/>
      </w:pPr>
      <w:r>
        <w:rPr/>
        <w:t>Alistair Finch caminó durante casi tres horas en la oscuridad creciente</w:t>
      </w:r>
      <w:r>
        <w:rPr/>
        <w:t xml:space="preserve"> </w:t>
      </w:r>
      <w:r>
        <w:rPr/>
        <w:t>del bosque aragonés, guiado únicamente por la luz mortecina de su</w:t>
      </w:r>
      <w:r>
        <w:rPr/>
        <w:t xml:space="preserve"> </w:t>
      </w:r>
      <w:r>
        <w:rPr/>
        <w:t>teléfono móvil, cuya batería se agotaba como una metáfora de su propia</w:t>
      </w:r>
      <w:r>
        <w:rPr/>
        <w:t xml:space="preserve"> </w:t>
      </w:r>
      <w:r>
        <w:rPr/>
        <w:t>energía vital. El quietud del bosque, que para cualquier otra persona</w:t>
      </w:r>
      <w:r>
        <w:rPr/>
        <w:t xml:space="preserve"> </w:t>
      </w:r>
      <w:r>
        <w:rPr/>
        <w:t>habría sido una sinfonía de paz natural, para él representaba una</w:t>
      </w:r>
      <w:r>
        <w:rPr/>
        <w:t xml:space="preserve"> </w:t>
      </w:r>
      <w:r>
        <w:rPr/>
        <w:t>ausencia aterradora de datos procesables.</w:t>
      </w:r>
    </w:p>
    <w:p>
      <w:pPr>
        <w:pStyle w:val="BodyText"/>
      </w:pPr>
      <w:r>
        <w:rPr/>
        <w:t>Estaba por completo desconectado del flujo digital que había sido su</w:t>
      </w:r>
      <w:r>
        <w:rPr/>
        <w:t xml:space="preserve"> </w:t>
      </w:r>
      <w:r>
        <w:rPr/>
        <w:t>sangre durante décadas. Era un nodo sin red, un cerebro sin extensiones</w:t>
      </w:r>
      <w:r>
        <w:rPr/>
        <w:t xml:space="preserve"> </w:t>
      </w:r>
      <w:r>
        <w:rPr/>
        <w:t>tecnológicas, reducido a la primitiva condición de estar solo con sus</w:t>
      </w:r>
      <w:r>
        <w:rPr/>
        <w:t xml:space="preserve"> </w:t>
      </w:r>
      <w:r>
        <w:rPr/>
        <w:t>propios pensamientos. Y descubrió, con una claridad dolorosa, que eran</w:t>
      </w:r>
      <w:r>
        <w:rPr/>
        <w:t xml:space="preserve"> </w:t>
      </w:r>
      <w:r>
        <w:rPr/>
        <w:t>una compañía pobre y desordenada, llena de resonancias de ambiciones</w:t>
      </w:r>
      <w:r>
        <w:rPr/>
        <w:t xml:space="preserve"> </w:t>
      </w:r>
      <w:r>
        <w:rPr/>
        <w:t>rotas.</w:t>
      </w:r>
    </w:p>
    <w:p>
      <w:pPr>
        <w:pStyle w:val="BodyText"/>
      </w:pPr>
      <w:r>
        <w:rPr/>
        <w:t>La arrogancia intelectual que lo había definido durante toda su carrera</w:t>
      </w:r>
      <w:r>
        <w:rPr/>
        <w:t xml:space="preserve"> </w:t>
      </w:r>
      <w:r>
        <w:rPr/>
        <w:t>se había hecho añicos contra la realidad inmutable del eremitorio. Su</w:t>
      </w:r>
      <w:r>
        <w:rPr/>
        <w:t xml:space="preserve"> </w:t>
      </w:r>
      <w:r>
        <w:rPr/>
        <w:t>lógica impecable, su tecnología de vanguardia valorada en cientos de</w:t>
      </w:r>
      <w:r>
        <w:rPr/>
        <w:t xml:space="preserve"> </w:t>
      </w:r>
      <w:r>
        <w:rPr/>
        <w:t>millones, su estrategia basada en la predicción algorítmica y el control</w:t>
      </w:r>
      <w:r>
        <w:rPr/>
        <w:t xml:space="preserve"> </w:t>
      </w:r>
      <w:r>
        <w:rPr/>
        <w:t>absoluto… todo había resultado menos que inútil contra un paradigma</w:t>
      </w:r>
      <w:r>
        <w:rPr/>
        <w:t xml:space="preserve"> </w:t>
      </w:r>
      <w:r>
        <w:rPr/>
        <w:t>que operaba según reglas fundamentalmente diferentes.</w:t>
      </w:r>
    </w:p>
    <w:p>
      <w:pPr>
        <w:pStyle w:val="BodyText"/>
      </w:pPr>
      <w:r>
        <w:rPr/>
        <w:t>Era como un gran maestro de ajedrez que hubiera perdido una partida</w:t>
      </w:r>
      <w:r>
        <w:rPr/>
        <w:t xml:space="preserve"> </w:t>
      </w:r>
      <w:r>
        <w:rPr/>
        <w:t>decisiva contra alguien que jugaba con las reglas de la música, donde</w:t>
      </w:r>
      <w:r>
        <w:rPr/>
        <w:t xml:space="preserve"> </w:t>
      </w:r>
      <w:r>
        <w:rPr/>
        <w:t>cada movimiento creaba armonías o disonancias en lugar de capturas</w:t>
      </w:r>
      <w:r>
        <w:rPr/>
        <w:t xml:space="preserve"> </w:t>
      </w:r>
      <w:r>
        <w:rPr/>
        <w:t>territoriales.</w:t>
      </w:r>
    </w:p>
    <w:p>
      <w:pPr>
        <w:pStyle w:val="BodyText"/>
      </w:pPr>
      <w:r>
        <w:rPr/>
        <w:t>Llegó a una carretera secundaria cuando los primeros rayos del alba</w:t>
      </w:r>
      <w:r>
        <w:rPr/>
        <w:t xml:space="preserve"> </w:t>
      </w:r>
      <w:r>
        <w:rPr/>
        <w:t>pintaban el horizonte de un rosa pálido. Su figura —un hombre elegante</w:t>
      </w:r>
      <w:r>
        <w:rPr/>
        <w:t xml:space="preserve"> </w:t>
      </w:r>
      <w:r>
        <w:rPr/>
        <w:t>con un traje de corte perfecto ahora manchado de tierra, sudor y la</w:t>
      </w:r>
      <w:r>
        <w:rPr/>
        <w:t xml:space="preserve"> </w:t>
      </w:r>
      <w:r>
        <w:rPr/>
        <w:t>humillación de la derrota— contrastaba grotescamente con el paisaje</w:t>
      </w:r>
      <w:r>
        <w:rPr/>
        <w:t xml:space="preserve"> </w:t>
      </w:r>
      <w:r>
        <w:rPr/>
        <w:t>rural.</w:t>
      </w:r>
    </w:p>
    <w:p>
      <w:pPr>
        <w:pStyle w:val="BodyText"/>
      </w:pPr>
      <w:r>
        <w:rPr/>
        <w:t>Hizo autostop con la desesperación silenciosa de un refugiado de guerra.</w:t>
      </w:r>
      <w:r>
        <w:rPr/>
        <w:t xml:space="preserve"> </w:t>
      </w:r>
      <w:r>
        <w:rPr/>
        <w:t>El conductor que se detuvo fue un granjero veterano que se dirigía al</w:t>
      </w:r>
      <w:r>
        <w:rPr/>
        <w:t xml:space="preserve"> </w:t>
      </w:r>
      <w:r>
        <w:rPr/>
        <w:t>mercado semanal de un pueblo cercano, conduciendo un camión cargado de</w:t>
      </w:r>
      <w:r>
        <w:rPr/>
        <w:t xml:space="preserve"> </w:t>
      </w:r>
      <w:r>
        <w:rPr/>
        <w:t>productos locales que olían a tierra honesta y trabajo físico.</w:t>
      </w:r>
    </w:p>
    <w:p>
      <w:pPr>
        <w:pStyle w:val="BodyText"/>
      </w:pPr>
      <w:r>
        <w:rPr/>
        <w:t>El hombre, naturalmente hablador y curioso, intentó entablar</w:t>
      </w:r>
      <w:r>
        <w:rPr/>
        <w:t xml:space="preserve"> </w:t>
      </w:r>
      <w:r>
        <w:rPr/>
        <w:t>conversación sobre el tiempo, los precios del grano, la política local.</w:t>
      </w:r>
      <w:r>
        <w:rPr/>
        <w:t xml:space="preserve"> </w:t>
      </w:r>
      <w:r>
        <w:rPr/>
        <w:t>Finch, incapaz de procesar una interacción humana tan fundamentalmente</w:t>
      </w:r>
      <w:r>
        <w:rPr/>
        <w:t xml:space="preserve"> </w:t>
      </w:r>
      <w:r>
        <w:rPr/>
        <w:t>analógica después de décadas de comunicación digital mediada, solo</w:t>
      </w:r>
      <w:r>
        <w:rPr/>
        <w:t xml:space="preserve"> </w:t>
      </w:r>
      <w:r>
        <w:rPr/>
        <w:t>respondía con monosílabos que sonaban extraños en su propia voz.</w:t>
      </w:r>
    </w:p>
    <w:p>
      <w:pPr>
        <w:pStyle w:val="BodyText"/>
      </w:pPr>
      <w:r>
        <w:rPr/>
        <w:t>El granjero, interpretando correctamente la incomodidad, se encogió de</w:t>
      </w:r>
      <w:r>
        <w:rPr/>
        <w:t xml:space="preserve"> </w:t>
      </w:r>
      <w:r>
        <w:rPr/>
        <w:t>hombros con la resignación del campo y encendió la radio, llenando la</w:t>
      </w:r>
      <w:r>
        <w:rPr/>
        <w:t xml:space="preserve"> </w:t>
      </w:r>
      <w:r>
        <w:rPr/>
        <w:t>cabina con música pop y anuncios de fertilizantes. Para Finch, aquel</w:t>
      </w:r>
      <w:r>
        <w:rPr/>
        <w:t xml:space="preserve"> </w:t>
      </w:r>
      <w:r>
        <w:rPr/>
        <w:t>ruido blanco era casi un consuelo después de la ausencia terrorífico del</w:t>
      </w:r>
      <w:r>
        <w:rPr/>
        <w:t xml:space="preserve"> </w:t>
      </w:r>
      <w:r>
        <w:rPr/>
        <w:t>bosque.</w:t>
      </w:r>
    </w:p>
    <w:p>
      <w:pPr>
        <w:pStyle w:val="BodyText"/>
      </w:pPr>
      <w:r>
        <w:rPr/>
        <w:t>Desde el teléfono público de un bar de pueblo —un anacronismo que le</w:t>
      </w:r>
      <w:r>
        <w:rPr/>
        <w:t xml:space="preserve"> </w:t>
      </w:r>
      <w:r>
        <w:rPr/>
        <w:t>pareció una reliquia arqueológica—, hizo una única llamada a una línea</w:t>
      </w:r>
      <w:r>
        <w:rPr/>
        <w:t xml:space="preserve"> </w:t>
      </w:r>
      <w:r>
        <w:rPr/>
        <w:t>de emergencia que tenía reservada para el peor escenario concebible. Un</w:t>
      </w:r>
      <w:r>
        <w:rPr/>
        <w:t xml:space="preserve"> </w:t>
      </w:r>
      <w:r>
        <w:rPr/>
        <w:t>coche sin distintivos lo recogió con exactitud una hora después.</w:t>
      </w:r>
    </w:p>
    <w:p>
      <w:pPr>
        <w:pStyle w:val="BodyText"/>
      </w:pPr>
      <w:r>
        <w:rPr/>
        <w:t>Durante el largo viaje hacia un aeródromo privado en los Pirineos, Finch</w:t>
      </w:r>
      <w:r>
        <w:rPr/>
        <w:t xml:space="preserve"> </w:t>
      </w:r>
      <w:r>
        <w:rPr/>
        <w:t>analizó metódicamente su derrota con la misma precisión que había</w:t>
      </w:r>
      <w:r>
        <w:rPr/>
        <w:t xml:space="preserve"> </w:t>
      </w:r>
      <w:r>
        <w:rPr/>
        <w:t>aplicado a sus victorias anteriores. El error fundamental no había sido</w:t>
      </w:r>
      <w:r>
        <w:rPr/>
        <w:t xml:space="preserve"> </w:t>
      </w:r>
      <w:r>
        <w:rPr/>
        <w:t>subestimar el poder bruto de la fuente «Faro». El error había sido</w:t>
      </w:r>
      <w:r>
        <w:rPr/>
        <w:t xml:space="preserve"> </w:t>
      </w:r>
      <w:r>
        <w:rPr/>
        <w:t>conceptual: intentar controlar que no era un recurso explotable, sino un</w:t>
      </w:r>
      <w:r>
        <w:rPr/>
        <w:t xml:space="preserve"> </w:t>
      </w:r>
      <w:r>
        <w:rPr/>
        <w:t>sistema operativo fundamental de la realidad.</w:t>
      </w:r>
    </w:p>
    <w:p>
      <w:pPr>
        <w:pStyle w:val="BodyText"/>
      </w:pPr>
      <w:r>
        <w:rPr/>
        <w:t>Había tratado el rastro sonoro como una señal a capturar y procesar,</w:t>
      </w:r>
      <w:r>
        <w:rPr/>
        <w:t xml:space="preserve"> </w:t>
      </w:r>
      <w:r>
        <w:rPr/>
        <w:t>cuando en realidad era la arquitectura básica sobre que funcionaba la</w:t>
      </w:r>
      <w:r>
        <w:rPr/>
        <w:t xml:space="preserve"> </w:t>
      </w:r>
      <w:r>
        <w:rPr/>
        <w:t>conciencia misma. Era como intentar instalar un virus en el sistema</w:t>
      </w:r>
      <w:r>
        <w:rPr/>
        <w:t xml:space="preserve"> </w:t>
      </w:r>
      <w:r>
        <w:rPr/>
        <w:t>operativo del universo desde una terminal que ni siquiera tenía permisos</w:t>
      </w:r>
      <w:r>
        <w:rPr/>
        <w:t xml:space="preserve"> </w:t>
      </w:r>
      <w:r>
        <w:rPr/>
        <w:t>de usuario básico.</w:t>
      </w:r>
    </w:p>
    <w:p>
      <w:pPr>
        <w:pStyle w:val="BodyText"/>
      </w:pPr>
      <w:r>
        <w:rPr/>
        <w:t>Comprendió que Chrysalis nunca ganaría esta guerra específica, sin</w:t>
      </w:r>
      <w:r>
        <w:rPr/>
        <w:t xml:space="preserve"> </w:t>
      </w:r>
      <w:r>
        <w:rPr/>
        <w:t>importar cuántos recursos invirtieran. Podían acosar, amenazar, atacar,</w:t>
      </w:r>
      <w:r>
        <w:rPr/>
        <w:t xml:space="preserve"> </w:t>
      </w:r>
      <w:r>
        <w:rPr/>
        <w:t>pero nunca podrían poseer genuinamente el Eco. Cualquier intento de</w:t>
      </w:r>
      <w:r>
        <w:rPr/>
        <w:t xml:space="preserve"> </w:t>
      </w:r>
      <w:r>
        <w:rPr/>
        <w:t>hacerlo solo revelaría su propia discordancia fundamental, su</w:t>
      </w:r>
      <w:r>
        <w:rPr/>
        <w:t xml:space="preserve"> </w:t>
      </w:r>
      <w:r>
        <w:rPr/>
        <w:t>incapacidad para armonizar con el sistema que pretendían explotar.</w:t>
      </w:r>
    </w:p>
    <w:p>
      <w:pPr>
        <w:pStyle w:val="BodyText"/>
      </w:pPr>
      <w:r>
        <w:rPr/>
        <w:t>Cuando por fin llegó a su destino temporal —una suite de lujo en un</w:t>
      </w:r>
      <w:r>
        <w:rPr/>
        <w:t xml:space="preserve"> </w:t>
      </w:r>
      <w:r>
        <w:rPr/>
        <w:t>hotel de cinco estrellas en Ginebra, pagada con fondos de cuentas que</w:t>
      </w:r>
      <w:r>
        <w:rPr/>
        <w:t xml:space="preserve"> </w:t>
      </w:r>
      <w:r>
        <w:rPr/>
        <w:t>había mantenido separadas de Chrysalis—, sabía con exactitud qué debía</w:t>
      </w:r>
      <w:r>
        <w:rPr/>
        <w:t xml:space="preserve"> </w:t>
      </w:r>
      <w:r>
        <w:rPr/>
        <w:t>hacer.</w:t>
      </w:r>
    </w:p>
    <w:p>
      <w:pPr>
        <w:pStyle w:val="BodyText"/>
      </w:pPr>
      <w:r>
        <w:rPr/>
        <w:t>No iba a volver a la corporación para informar de su fracaso. Eso sería</w:t>
      </w:r>
      <w:r>
        <w:rPr/>
        <w:t xml:space="preserve"> </w:t>
      </w:r>
      <w:r>
        <w:rPr/>
        <w:t>un suicidio profesional y probablemente literal. Continuar luchando en</w:t>
      </w:r>
      <w:r>
        <w:rPr/>
        <w:t xml:space="preserve"> </w:t>
      </w:r>
      <w:r>
        <w:rPr/>
        <w:t>una guerra que sabía perdida era lógicamente insostenible. Así que</w:t>
      </w:r>
      <w:r>
        <w:rPr/>
        <w:t xml:space="preserve"> </w:t>
      </w:r>
      <w:r>
        <w:rPr/>
        <w:t>eligió una tercera opción que lo sorprendió por su elegancia.</w:t>
      </w:r>
    </w:p>
    <w:p>
      <w:pPr>
        <w:pStyle w:val="BodyText"/>
      </w:pPr>
      <w:r>
        <w:rPr/>
        <w:t>Se sentó ante su ordenador portátil personal, el único dispositivo no</w:t>
      </w:r>
      <w:r>
        <w:rPr/>
        <w:t xml:space="preserve"> </w:t>
      </w:r>
      <w:r>
        <w:rPr/>
        <w:t>comprometido por el desastre operativo, y comenzó a escribir. No un</w:t>
      </w:r>
      <w:r>
        <w:rPr/>
        <w:t xml:space="preserve"> </w:t>
      </w:r>
      <w:r>
        <w:rPr/>
        <w:t>informe de misión estándar, sino algo mucho más peligroso: un manifiesto</w:t>
      </w:r>
      <w:r>
        <w:rPr/>
        <w:t xml:space="preserve"> </w:t>
      </w:r>
      <w:r>
        <w:rPr/>
        <w:t>científico completo.</w:t>
      </w:r>
    </w:p>
    <w:p>
      <w:pPr>
        <w:pStyle w:val="BodyText"/>
      </w:pPr>
      <w:r>
        <w:rPr/>
        <w:t>Un análisis exhaustivo de todo lo que había aprendido sobre la</w:t>
      </w:r>
      <w:r>
        <w:rPr/>
        <w:t xml:space="preserve"> </w:t>
      </w:r>
      <w:r>
        <w:rPr/>
        <w:t>naturaleza del Eco, la resonancia geo-celestial, su interacción con la</w:t>
      </w:r>
      <w:r>
        <w:rPr/>
        <w:t xml:space="preserve"> </w:t>
      </w:r>
      <w:r>
        <w:rPr/>
        <w:t>conciencia humana, y las implicaciones catastróficas que tendría si una</w:t>
      </w:r>
      <w:r>
        <w:rPr/>
        <w:t xml:space="preserve"> </w:t>
      </w:r>
      <w:r>
        <w:rPr/>
        <w:t>entidad como Chrysalis lograra alguna vez controlarlo, aunque fuera</w:t>
      </w:r>
      <w:r>
        <w:rPr/>
        <w:t xml:space="preserve"> </w:t>
      </w:r>
      <w:r>
        <w:rPr/>
        <w:t>parcialmente.</w:t>
      </w:r>
    </w:p>
    <w:p>
      <w:pPr>
        <w:pStyle w:val="BodyText"/>
      </w:pPr>
      <w:r>
        <w:rPr/>
        <w:t>Pero lo escribió no como un plan de explotación futura. En cambio, como</w:t>
      </w:r>
      <w:r>
        <w:rPr/>
        <w:t xml:space="preserve"> </w:t>
      </w:r>
      <w:r>
        <w:rPr/>
        <w:t>una advertencia urgente dirigida a la comunidad científica global.</w:t>
      </w:r>
      <w:r>
        <w:rPr/>
        <w:t xml:space="preserve"> </w:t>
      </w:r>
      <w:r>
        <w:rPr/>
        <w:t>Describió el poder de la vibración y el peligro existencial que</w:t>
      </w:r>
      <w:r>
        <w:rPr/>
        <w:t xml:space="preserve"> </w:t>
      </w:r>
      <w:r>
        <w:rPr/>
        <w:t>representaría su militarización en manos de intereses corporativos sin</w:t>
      </w:r>
      <w:r>
        <w:rPr/>
        <w:t xml:space="preserve"> </w:t>
      </w:r>
      <w:r>
        <w:rPr/>
        <w:t>escrúpulos.</w:t>
      </w:r>
    </w:p>
    <w:p>
      <w:pPr>
        <w:pStyle w:val="BodyText"/>
      </w:pPr>
      <w:r>
        <w:rPr/>
        <w:t>Después de completar el documento, Alistair Finch ejecutó su propia</w:t>
      </w:r>
      <w:r>
        <w:rPr/>
        <w:t xml:space="preserve"> </w:t>
      </w:r>
      <w:r>
        <w:rPr/>
        <w:t>versión del protocolo de desaparición que había observado en sus</w:t>
      </w:r>
      <w:r>
        <w:rPr/>
        <w:t xml:space="preserve"> </w:t>
      </w:r>
      <w:r>
        <w:rPr/>
        <w:t>adversarios. Vació meticulosamente sus cuentas bancarias corporativas,</w:t>
      </w:r>
      <w:r>
        <w:rPr/>
        <w:t xml:space="preserve"> </w:t>
      </w:r>
      <w:r>
        <w:rPr/>
        <w:t>eliminó todos sus perfiles digitales, se convirtió en el mismo tipo de</w:t>
      </w:r>
      <w:r>
        <w:rPr/>
        <w:t xml:space="preserve"> </w:t>
      </w:r>
      <w:r>
        <w:rPr/>
        <w:t>fantasma que había intentado cazar.</w:t>
      </w:r>
    </w:p>
    <w:p>
      <w:pPr>
        <w:pStyle w:val="BodyText"/>
      </w:pPr>
      <w:r>
        <w:rPr/>
        <w:t>Desapareció no por miedo a las represalias, sino por un cálculo frío y</w:t>
      </w:r>
      <w:r>
        <w:rPr/>
        <w:t xml:space="preserve"> </w:t>
      </w:r>
      <w:r>
        <w:rPr/>
        <w:t>final. Había encontrado un fenómeno que su ciencia no podía explicar, su</w:t>
      </w:r>
      <w:r>
        <w:rPr/>
        <w:t xml:space="preserve"> </w:t>
      </w:r>
      <w:r>
        <w:rPr/>
        <w:t>tecnología no podía replicar, y su lógica no podía derrotar. El único</w:t>
      </w:r>
      <w:r>
        <w:rPr/>
        <w:t xml:space="preserve"> </w:t>
      </w:r>
      <w:r>
        <w:rPr/>
        <w:t>movimiento racional que le quedaba era retirarse del tablero y observar,</w:t>
      </w:r>
      <w:r>
        <w:rPr/>
        <w:t xml:space="preserve"> </w:t>
      </w:r>
      <w:r>
        <w:rPr/>
        <w:t>desde un exilio autoimpuesto, cómo se desarrollaba el resto de la</w:t>
      </w:r>
      <w:r>
        <w:rPr/>
        <w:t xml:space="preserve"> </w:t>
      </w:r>
      <w:r>
        <w:rPr/>
        <w:t>partida.</w:t>
      </w:r>
    </w:p>
    <w:p>
      <w:pPr>
        <w:pStyle w:val="BodyText"/>
      </w:pPr>
      <w:r>
        <w:rPr/>
        <w:t>Su último acto como empleado de Chrysalis fue publicar anónimamente el</w:t>
      </w:r>
      <w:r>
        <w:rPr/>
        <w:t xml:space="preserve"> </w:t>
      </w:r>
      <w:r>
        <w:rPr/>
        <w:t>manifiesto en una docena de revistas científicas de prestigio</w:t>
      </w:r>
      <w:r>
        <w:rPr/>
        <w:t xml:space="preserve"> </w:t>
      </w:r>
      <w:r>
        <w:rPr/>
        <w:t>internacional, asegurándose de que la advertencia llegara a oídos que</w:t>
      </w:r>
      <w:r>
        <w:rPr/>
        <w:t xml:space="preserve"> </w:t>
      </w:r>
      <w:r>
        <w:rPr/>
        <w:t>pudieran comprenderla y actuar en consecuencia.</w:t>
      </w:r>
    </w:p>
    <w:p>
      <w:pPr>
        <w:pStyle w:val="BodyText"/>
      </w:pPr>
      <w:r>
        <w:rPr/>
        <w:t>Berlín era un mosaico de cristales fracturados, cada reflejo un eco de</w:t>
      </w:r>
      <w:r>
        <w:rPr/>
        <w:t xml:space="preserve"> </w:t>
      </w:r>
      <w:r>
        <w:rPr/>
        <w:t>un mundo roto. Mar cerró los ojos, el quietud un lienzo en blanco.</w:t>
      </w:r>
    </w:p>
    <w:p>
      <w:pPr>
        <w:pStyle w:val="Heading1"/>
      </w:pPr>
      <w:r>
        <w:rPr/>
        <w:t>INTERLUDIO VI. ENTRE TORMENTAS</w:t>
      </w:r>
    </w:p>
    <w:p>
      <w:pPr/>
      <w:r>
        <w:rPr/>
        <w:t>«Entre la batalla y la paz hay un espacio sagrado donde el guerrero</w:t>
      </w:r>
    </w:p>
    <w:p>
      <w:pPr>
        <w:pStyle w:val="BodyText"/>
      </w:pPr>
      <w:r>
        <w:rPr/>
        <w:t>se despoja de su armadura y recuerda por qué luchó.»</w:t>
      </w:r>
    </w:p>
    <w:p>
      <w:pPr>
        <w:pStyle w:val="BodyText"/>
      </w:pPr>
      <w:r>
        <w:rPr/>
        <w:t>El amanecer llegó con colores imposibles.</w:t>
      </w:r>
    </w:p>
    <w:p>
      <w:pPr>
        <w:pStyle w:val="BodyText"/>
      </w:pPr>
      <w:r>
        <w:rPr/>
        <w:t>Mar estaba sentada en el muro bajo del faro, mirando cómo la luz rasante</w:t>
      </w:r>
      <w:r>
        <w:rPr/>
        <w:t xml:space="preserve"> </w:t>
      </w:r>
      <w:r>
        <w:rPr/>
        <w:t>teñía las montañas de oro y púrpura. El viento había cesado. Por primera</w:t>
      </w:r>
      <w:r>
        <w:rPr/>
        <w:t xml:space="preserve"> </w:t>
      </w:r>
      <w:r>
        <w:rPr/>
        <w:t>vez en semanas, el mundo guardaba silencio.</w:t>
      </w:r>
    </w:p>
    <w:p>
      <w:pPr>
        <w:pStyle w:val="BodyText"/>
      </w:pPr>
      <w:r>
        <w:rPr/>
        <w:t>No el silencio vacío que temía, sino el silencio lleno: el de la tierra</w:t>
      </w:r>
      <w:r>
        <w:rPr/>
        <w:t xml:space="preserve"> </w:t>
      </w:r>
      <w:r>
        <w:rPr/>
        <w:t>respirando entre dos tormentas.</w:t>
      </w:r>
    </w:p>
    <w:p>
      <w:pPr>
        <w:pStyle w:val="BodyText"/>
      </w:pPr>
      <w:r>
        <w:rPr/>
        <w:t>Pensó en Adrián. En cómo le habría gustado este momento, esta quietud</w:t>
      </w:r>
      <w:r>
        <w:rPr/>
        <w:t xml:space="preserve"> </w:t>
      </w:r>
      <w:r>
        <w:rPr/>
        <w:t>perfecta que precedía al caos. Él siempre había sabido encontrar música</w:t>
      </w:r>
      <w:r>
        <w:rPr/>
        <w:t xml:space="preserve"> </w:t>
      </w:r>
      <w:r>
        <w:rPr/>
        <w:t>en los intervalos, en los espacios entre las notas donde otros solo</w:t>
      </w:r>
      <w:r>
        <w:rPr/>
        <w:t xml:space="preserve"> </w:t>
      </w:r>
      <w:r>
        <w:rPr/>
        <w:t>percibían ausencia.</w:t>
      </w:r>
    </w:p>
    <w:p>
      <w:pPr>
        <w:pStyle w:val="BodyText"/>
      </w:pPr>
      <w:r>
        <w:rPr/>
        <w:t>Cerró los ojos.</w:t>
      </w:r>
    </w:p>
    <w:p>
      <w:pPr>
        <w:pStyle w:val="BodyText"/>
      </w:pPr>
      <w:r>
        <w:rPr/>
        <w:t>La cicatriz bajo su clavícula latía suavemente, ya no como advertencia</w:t>
      </w:r>
      <w:r>
        <w:rPr/>
        <w:t xml:space="preserve"> </w:t>
      </w:r>
      <w:r>
        <w:rPr/>
        <w:t>sino como brújula. El Eco estaba ahí, esperando. Finch también. Y Lena,</w:t>
      </w:r>
      <w:r>
        <w:rPr/>
        <w:t xml:space="preserve"> </w:t>
      </w:r>
      <w:r>
        <w:rPr/>
        <w:t>Markus, Vasco: todos convergiendo hacia un punto que aún no podía ver</w:t>
      </w:r>
      <w:r>
        <w:rPr/>
        <w:t xml:space="preserve"> </w:t>
      </w:r>
      <w:r>
        <w:rPr/>
        <w:t>pero que sentía acercarse con la inevitabilidad de una marea.</w:t>
      </w:r>
    </w:p>
    <w:p>
      <w:pPr>
        <w:pStyle w:val="BodyText"/>
      </w:pPr>
      <w:r>
        <w:rPr/>
        <w:t>Se llevó la mano al pecho, sintiendo el pulso bajo los dedos.</w:t>
      </w:r>
    </w:p>
    <w:p>
      <w:pPr>
        <w:pStyle w:val="BodyText"/>
      </w:pPr>
      <w:r>
        <w:rPr/>
        <w:t>Todavía era ella. Todavía estaba aquí, sólida, real, anclada en este</w:t>
      </w:r>
      <w:r>
        <w:rPr/>
        <w:t xml:space="preserve"> </w:t>
      </w:r>
      <w:r>
        <w:rPr/>
        <w:t>cuerpo que había caminado desde Soria hasta el fin del mundo.</w:t>
      </w:r>
    </w:p>
    <w:p>
      <w:pPr>
        <w:pStyle w:val="BodyText"/>
      </w:pPr>
      <w:r>
        <w:rPr/>
        <w:t>El sol emergió completamente sobre la cresta de la montaña.</w:t>
      </w:r>
    </w:p>
    <w:p>
      <w:pPr>
        <w:pStyle w:val="BodyText"/>
      </w:pPr>
      <w:r>
        <w:rPr/>
        <w:t>Mar se puso de pie. La tormenta que venía sería la última. Lo sabía como</w:t>
      </w:r>
      <w:r>
        <w:rPr/>
        <w:t xml:space="preserve"> </w:t>
      </w:r>
      <w:r>
        <w:rPr/>
        <w:t>se sabe que el invierno sigue al otoño: con certeza absoluta, sin</w:t>
      </w:r>
      <w:r>
        <w:rPr/>
        <w:t xml:space="preserve"> </w:t>
      </w:r>
      <w:r>
        <w:rPr/>
        <w:t>necesidad de pruebas.</w:t>
      </w:r>
    </w:p>
    <w:p>
      <w:pPr>
        <w:pStyle w:val="BodyText"/>
      </w:pPr>
      <w:r>
        <w:rPr/>
        <w:t>Respiró hondo. Olía a pino y a nieve lejana.</w:t>
      </w:r>
    </w:p>
    <w:p>
      <w:pPr>
        <w:pStyle w:val="BodyText"/>
      </w:pPr>
      <w:r>
        <w:rPr/>
        <w:t>Después bajó del muro y volvió al faro, donde los monitores parpadeaban</w:t>
      </w:r>
      <w:r>
        <w:rPr/>
        <w:t xml:space="preserve"> </w:t>
      </w:r>
      <w:r>
        <w:rPr/>
        <w:t>con mensajes urgentes de Lena y las coordenadas finales brillaban en la</w:t>
      </w:r>
      <w:r>
        <w:rPr/>
        <w:t xml:space="preserve"> </w:t>
      </w:r>
      <w:r>
        <w:rPr/>
        <w:t>pantalla como estrellas caídas.</w:t>
      </w:r>
    </w:p>
    <w:p>
      <w:pPr>
        <w:pStyle w:val="BodyText"/>
      </w:pPr>
      <w:r>
        <w:rPr/>
        <w:t>La pausa había terminado.</w:t>
      </w:r>
    </w:p>
    <w:p>
      <w:pPr>
        <w:pStyle w:val="BodyText"/>
      </w:pPr>
      <w:r>
        <w:rPr/>
        <w:t>El siguiente movimiento sería decisivo.</w:t>
      </w:r>
    </w:p>
    <w:p>
      <w:pPr>
        <w:pStyle w:val="Heading1"/>
      </w:pPr>
      <w:r>
        <w:rPr/>
        <w:t>CAPÍTULO 56. DESPEDIDA EN WEISSENSEE</w:t>
      </w:r>
    </w:p>
    <w:p>
      <w:pPr/>
      <w:r>
        <w:rPr/>
        <w:t>Markus llevaba veinte minutos sentado frente al viejo piano del</w:t>
      </w:r>
      <w:r>
        <w:rPr/>
        <w:t xml:space="preserve"> </w:t>
      </w:r>
      <w:r>
        <w:rPr/>
        <w:t>cementerio de Weißensee antes de atreverse a tocar la primera nota.</w:t>
      </w:r>
    </w:p>
    <w:p>
      <w:pPr>
        <w:pStyle w:val="BodyText"/>
      </w:pPr>
      <w:r>
        <w:rPr/>
        <w:t>Sus manos temblaban. La izquierda más que la derecha. Siempre había sido</w:t>
      </w:r>
      <w:r>
        <w:rPr/>
        <w:t xml:space="preserve"> </w:t>
      </w:r>
      <w:r>
        <w:rPr/>
        <w:t>así desde el accidente de 2003, cuando un cable mal aislado en el</w:t>
      </w:r>
      <w:r>
        <w:rPr/>
        <w:t xml:space="preserve"> </w:t>
      </w:r>
      <w:r>
        <w:rPr/>
        <w:t>Berghain le había quemado dos dedos hasta el hueso. Los médicos dijeron</w:t>
      </w:r>
      <w:r>
        <w:rPr/>
        <w:t xml:space="preserve"> </w:t>
      </w:r>
      <w:r>
        <w:rPr/>
        <w:t>que tuvo suerte. Él no lo sintió así.</w:t>
      </w:r>
    </w:p>
    <w:p>
      <w:pPr>
        <w:pStyle w:val="BodyText"/>
      </w:pPr>
      <w:r>
        <w:rPr/>
        <w:t>Tocó el primer acorde con una sola mano. Do menor. La nota que Adrián</w:t>
      </w:r>
      <w:r>
        <w:rPr/>
        <w:t xml:space="preserve"> </w:t>
      </w:r>
      <w:r>
        <w:rPr/>
        <w:t>usaba para empezar todas sus sesiones. Su forma de decir «comenzamos».</w:t>
      </w:r>
    </w:p>
    <w:p>
      <w:pPr>
        <w:pStyle w:val="BodyText"/>
      </w:pPr>
      <w:r>
        <w:rPr/>
        <w:t>El sonido salió roto. Las cuerdas del piano llevaban años sin afinarse,</w:t>
      </w:r>
      <w:r>
        <w:rPr/>
        <w:t xml:space="preserve"> </w:t>
      </w:r>
      <w:r>
        <w:rPr/>
        <w:t>expuestas al frío y la humedad. Pero Markus no buscaba perfección.</w:t>
      </w:r>
      <w:r>
        <w:rPr/>
        <w:t xml:space="preserve"> </w:t>
      </w:r>
      <w:r>
        <w:rPr/>
        <w:t>Buscaba memoria.</w:t>
      </w:r>
    </w:p>
    <w:p>
      <w:pPr>
        <w:pStyle w:val="BodyText"/>
      </w:pPr>
      <w:r>
        <w:rPr/>
        <w:t>Recordó la última vez que vio a Adrián. Octubre de 1998. Estudio 4. Su</w:t>
      </w:r>
      <w:r>
        <w:rPr/>
        <w:t xml:space="preserve"> </w:t>
      </w:r>
      <w:r>
        <w:rPr/>
        <w:t>amigo con ojeras de tres días y una sonrisa que ya no era completamente</w:t>
      </w:r>
      <w:r>
        <w:rPr/>
        <w:t xml:space="preserve"> </w:t>
      </w:r>
      <w:r>
        <w:rPr/>
        <w:t>suya. Le había dicho: «Markus, si alguna vez me pierdo, tú guardarás la</w:t>
      </w:r>
      <w:r>
        <w:rPr/>
        <w:t xml:space="preserve"> </w:t>
      </w:r>
      <w:r>
        <w:rPr/>
        <w:t>cinta, ¿verdad?»</w:t>
      </w:r>
    </w:p>
    <w:p>
      <w:pPr>
        <w:pStyle w:val="BodyText"/>
      </w:pPr>
      <w:r>
        <w:rPr/>
        <w:t>Y Markus había prometido. Como se prometen cosas que no se comprenden.</w:t>
      </w:r>
      <w:r>
        <w:rPr/>
        <w:t xml:space="preserve"> </w:t>
      </w:r>
      <w:r>
        <w:rPr/>
        <w:t>Como se hacen juramentos que parecen metáforas.</w:t>
      </w:r>
    </w:p>
    <w:p>
      <w:pPr>
        <w:pStyle w:val="BodyText"/>
      </w:pPr>
      <w:r>
        <w:rPr/>
        <w:t>Pero Adrián no hablaba en metáforas. Hablaba en frecuencias. Y aquella</w:t>
      </w:r>
      <w:r>
        <w:rPr/>
        <w:t xml:space="preserve"> </w:t>
      </w:r>
      <w:r>
        <w:rPr/>
        <w:t>promesa había sido literal.</w:t>
      </w:r>
    </w:p>
    <w:p>
      <w:pPr>
        <w:pStyle w:val="BodyText"/>
      </w:pPr>
      <w:r>
        <w:rPr/>
        <w:t>Markus tocó la melodía entera con la mano derecha. La izquierda</w:t>
      </w:r>
      <w:r>
        <w:rPr/>
        <w:t xml:space="preserve"> </w:t>
      </w:r>
      <w:r>
        <w:rPr/>
        <w:t>descansaba inútil sobre su regazo, los dedos quemados curvados como</w:t>
      </w:r>
      <w:r>
        <w:rPr/>
        <w:t xml:space="preserve"> </w:t>
      </w:r>
      <w:r>
        <w:rPr/>
        <w:t>garras. No importaba. La música no necesitaba estar completa para</w:t>
      </w:r>
      <w:r>
        <w:rPr/>
        <w:t xml:space="preserve"> </w:t>
      </w:r>
      <w:r>
        <w:rPr/>
        <w:t>existir. Solo necesitaba ser recordada.</w:t>
      </w:r>
    </w:p>
    <w:p>
      <w:pPr>
        <w:pStyle w:val="BodyText"/>
      </w:pPr>
      <w:r>
        <w:rPr/>
        <w:t>Cuando terminó, el silencio del cementerio se sintió diferente. Como si</w:t>
      </w:r>
      <w:r>
        <w:rPr/>
        <w:t xml:space="preserve"> </w:t>
      </w:r>
      <w:r>
        <w:rPr/>
        <w:t>las piedras hubieran escuchado. Como si Adrián, desde donde estuviera,</w:t>
      </w:r>
      <w:r>
        <w:rPr/>
        <w:t xml:space="preserve"> </w:t>
      </w:r>
      <w:r>
        <w:rPr/>
        <w:t>hubiera asentido.</w:t>
      </w:r>
    </w:p>
    <w:p>
      <w:pPr>
        <w:pStyle w:val="BodyText"/>
      </w:pPr>
      <w:r>
        <w:rPr/>
        <w:t>Markus no era el hermano mayor que había salvado a su hermano pequeño.</w:t>
      </w:r>
      <w:r>
        <w:rPr/>
        <w:t xml:space="preserve"> </w:t>
      </w:r>
      <w:r>
        <w:rPr/>
        <w:t>Era el técnico que había guardado la cinta cuando nadie más lo haría. Y</w:t>
      </w:r>
      <w:r>
        <w:rPr/>
        <w:t xml:space="preserve"> </w:t>
      </w:r>
      <w:r>
        <w:rPr/>
        <w:t>tal vez, pensó, eso también era una forma de amor.</w:t>
      </w:r>
    </w:p>
    <w:p>
      <w:pPr>
        <w:pStyle w:val="BodyText"/>
      </w:pPr>
      <w:r>
        <w:rPr/>
        <w:t>«No se visita una tumba para hablar con los muertos. Se visita para</w:t>
      </w:r>
      <w:r>
        <w:rPr/>
        <w:t xml:space="preserve"> </w:t>
      </w:r>
      <w:r>
        <w:rPr/>
        <w:t>escuchar lo que los vivos necesitan decirse a sí mismos.»</w:t>
      </w:r>
    </w:p>
    <w:p>
      <w:pPr>
        <w:pStyle w:val="BodyText"/>
      </w:pPr>
      <w:r>
        <w:rPr/>
        <w:t>—Libro de los Ecos</w:t>
      </w:r>
    </w:p>
    <w:p>
      <w:pPr>
        <w:pStyle w:val="BodyText"/>
      </w:pPr>
      <w:r>
        <w:rPr/>
        <w:t>Dos semanas después de la batalla en Soria, Mar aterrizó en el</w:t>
      </w:r>
      <w:r>
        <w:rPr/>
        <w:t xml:space="preserve"> </w:t>
      </w:r>
      <w:r>
        <w:rPr/>
        <w:t>aeropuerto de Tegel con solo una mochila y una certeza: antes del ritual</w:t>
      </w:r>
      <w:r>
        <w:rPr/>
        <w:t xml:space="preserve"> </w:t>
      </w:r>
      <w:r>
        <w:rPr/>
        <w:t>final, necesitaba cerrar el círculo con Adrián.</w:t>
      </w:r>
    </w:p>
    <w:p>
      <w:pPr>
        <w:pStyle w:val="BodyText"/>
      </w:pPr>
      <w:r>
        <w:rPr/>
        <w:t>La primavera llegaba tarde a Berlín ese año. Los árboles del Tiergarten</w:t>
      </w:r>
      <w:r>
        <w:rPr/>
        <w:t xml:space="preserve"> </w:t>
      </w:r>
      <w:r>
        <w:rPr/>
        <w:t>apenas comenzaban a mostrar sus primeros brotes verdes, como si la</w:t>
      </w:r>
      <w:r>
        <w:rPr/>
        <w:t xml:space="preserve"> </w:t>
      </w:r>
      <w:r>
        <w:rPr/>
        <w:t>ciudad misma hubiera necesitado tiempo extra para despertar de un sueño</w:t>
      </w:r>
      <w:r>
        <w:rPr/>
        <w:t xml:space="preserve"> </w:t>
      </w:r>
      <w:r>
        <w:rPr/>
        <w:t>particularmente profundo.</w:t>
      </w:r>
    </w:p>
    <w:p>
      <w:pPr>
        <w:pStyle w:val="BodyText"/>
      </w:pPr>
      <w:r>
        <w:rPr/>
        <w:t>Mar había desarrollado la capacidad de escuchar la melodía de la ciudad:</w:t>
      </w:r>
      <w:r>
        <w:rPr/>
        <w:t xml:space="preserve"> </w:t>
      </w:r>
      <w:r>
        <w:rPr/>
        <w:t>el susurro del S-Bahn, el murmullo de conversaciones en docenas de</w:t>
      </w:r>
      <w:r>
        <w:rPr/>
        <w:t xml:space="preserve"> </w:t>
      </w:r>
      <w:r>
        <w:rPr/>
        <w:t>idiomas, el zumbido eléctrico constante de una metrópolis que nunca</w:t>
      </w:r>
      <w:r>
        <w:rPr/>
        <w:t xml:space="preserve"> </w:t>
      </w:r>
      <w:r>
        <w:rPr/>
        <w:t>dormía del todo. Pero por debajo de ese tapiz sonoro, podía percibir</w:t>
      </w:r>
      <w:r>
        <w:rPr/>
        <w:t xml:space="preserve"> </w:t>
      </w:r>
      <w:r>
        <w:rPr/>
        <w:t>algo más—un tono familiar que la había llamado de vuelta a este lugar.</w:t>
      </w:r>
    </w:p>
    <w:p>
      <w:pPr>
        <w:pStyle w:val="BodyText"/>
      </w:pPr>
      <w:r>
        <w:rPr/>
        <w:t>El eco de Adrián.</w:t>
      </w:r>
    </w:p>
    <w:p>
      <w:pPr>
        <w:pStyle w:val="BodyText"/>
      </w:pPr>
      <w:r>
        <w:rPr/>
        <w:t>Antes de dirigirse al cementerio, emprendió una caminata deliberada por</w:t>
      </w:r>
      <w:r>
        <w:rPr/>
        <w:t xml:space="preserve"> </w:t>
      </w:r>
      <w:r>
        <w:rPr/>
        <w:t>Kreuzberg. Fue un peregrinaje consciente a través de los fantasmas de su</w:t>
      </w:r>
      <w:r>
        <w:rPr/>
        <w:t xml:space="preserve"> </w:t>
      </w:r>
      <w:r>
        <w:rPr/>
        <w:t>propia vida anterior: el café donde solían discutir sobre filosofía del</w:t>
      </w:r>
      <w:r>
        <w:rPr/>
        <w:t xml:space="preserve"> </w:t>
      </w:r>
      <w:r>
        <w:rPr/>
        <w:t>sonido hasta el amanecer, la tienda de vinilos donde Adrián había</w:t>
      </w:r>
      <w:r>
        <w:rPr/>
        <w:t xml:space="preserve"> </w:t>
      </w:r>
      <w:r>
        <w:rPr/>
        <w:t>encontrado aquella grabación perdida de Gerberto de Aurillac, el portal</w:t>
      </w:r>
      <w:r>
        <w:rPr/>
        <w:t xml:space="preserve"> </w:t>
      </w:r>
      <w:r>
        <w:rPr/>
        <w:t>anónimo que llevaba al sótano donde ILIBERIS había nacido.</w:t>
      </w:r>
    </w:p>
    <w:p>
      <w:pPr>
        <w:pStyle w:val="BodyText"/>
      </w:pPr>
      <w:r>
        <w:rPr/>
        <w:t>Cada lugar resonaba con memorias que ya no dolían. El tiempo y el ritual</w:t>
      </w:r>
      <w:r>
        <w:rPr/>
        <w:t xml:space="preserve"> </w:t>
      </w:r>
      <w:r>
        <w:rPr/>
        <w:t>las habían transformado de heridas abiertas en cicatrices</w:t>
      </w:r>
      <w:r>
        <w:rPr/>
        <w:t xml:space="preserve"> </w:t>
      </w:r>
      <w:r>
        <w:rPr/>
        <w:t>honrosas—testimonios de batallas sobrevividas, de amor que había</w:t>
      </w:r>
      <w:r>
        <w:rPr/>
        <w:t xml:space="preserve"> </w:t>
      </w:r>
      <w:r>
        <w:rPr/>
        <w:t>transcendido su propia destrucción.</w:t>
      </w:r>
    </w:p>
    <w:p>
      <w:pPr>
        <w:pStyle w:val="BodyText"/>
      </w:pPr>
      <w:r>
        <w:rPr/>
        <w:t>por fin, tomó el S-Bahn en dirección a Weißensee.</w:t>
      </w:r>
    </w:p>
    <w:p>
      <w:pPr>
        <w:pStyle w:val="BodyText"/>
      </w:pPr>
      <w:r>
        <w:rPr/>
        <w:t>El cementerio judío la recibió con su quietud característico, ese</w:t>
      </w:r>
      <w:r>
        <w:rPr/>
        <w:t xml:space="preserve"> </w:t>
      </w:r>
      <w:r>
        <w:rPr/>
        <w:t>ausencia denso que solo existe en lugares donde el tiempo se mueve a</w:t>
      </w:r>
      <w:r>
        <w:rPr/>
        <w:t xml:space="preserve"> </w:t>
      </w:r>
      <w:r>
        <w:rPr/>
        <w:t>otro ritmo. Ya no era invierno. La nieve había dado paso a un verde</w:t>
      </w:r>
      <w:r>
        <w:rPr/>
        <w:t xml:space="preserve"> </w:t>
      </w:r>
      <w:r>
        <w:rPr/>
        <w:t>tímido que se abría paso entre las lápidas centenarias, y los cipreses</w:t>
      </w:r>
      <w:r>
        <w:rPr/>
        <w:t xml:space="preserve"> </w:t>
      </w:r>
      <w:r>
        <w:rPr/>
        <w:t>se elevaban hacia un cielo de porcelana que parecía contener más luz de</w:t>
      </w:r>
      <w:r>
        <w:rPr/>
        <w:t xml:space="preserve"> </w:t>
      </w:r>
      <w:r>
        <w:rPr/>
        <w:t>la que podía liberar.</w:t>
      </w:r>
    </w:p>
    <w:p>
      <w:pPr>
        <w:pStyle w:val="BodyText"/>
      </w:pPr>
      <w:r>
        <w:rPr/>
        <w:t>Encontró la tumba sin epitafio siguiendo una cartografía emocional que</w:t>
      </w:r>
      <w:r>
        <w:rPr/>
        <w:t xml:space="preserve"> </w:t>
      </w:r>
      <w:r>
        <w:rPr/>
        <w:t>había memorizado en su corazón. Era un rectángulo de granito gris que</w:t>
      </w:r>
      <w:r>
        <w:rPr/>
        <w:t xml:space="preserve"> </w:t>
      </w:r>
      <w:r>
        <w:rPr/>
        <w:t>emergía de la tierra con una humildad deliberada, rechazando cualquier</w:t>
      </w:r>
      <w:r>
        <w:rPr/>
        <w:t xml:space="preserve"> </w:t>
      </w:r>
      <w:r>
        <w:rPr/>
        <w:t>identificación más allá de su presencia silenciosa.</w:t>
      </w:r>
    </w:p>
    <w:p>
      <w:pPr>
        <w:pStyle w:val="BodyText"/>
      </w:pPr>
      <w:r>
        <w:rPr/>
        <w:t>Mar se arrodilló sobre la tierra húmeda de primavera. El frío que sentía</w:t>
      </w:r>
      <w:r>
        <w:rPr/>
        <w:t xml:space="preserve"> </w:t>
      </w:r>
      <w:r>
        <w:rPr/>
        <w:t>ahora era diferente al de su primera visita—no era el frío del dolor</w:t>
      </w:r>
      <w:r>
        <w:rPr/>
        <w:t xml:space="preserve"> </w:t>
      </w:r>
      <w:r>
        <w:rPr/>
        <w:t>crudo, sino el frío limpio de la claridad.</w:t>
      </w:r>
    </w:p>
    <w:p>
      <w:pPr>
        <w:pStyle w:val="BodyText"/>
      </w:pPr>
      <w:r>
        <w:rPr/>
        <w:t>Cerró los ojos y utilizó su nueva percepción, esa capacidad que el</w:t>
      </w:r>
      <w:r>
        <w:rPr/>
        <w:t xml:space="preserve"> </w:t>
      </w:r>
      <w:r>
        <w:rPr/>
        <w:t>ritual de Soria le había otorgado. No para invocar fantasmas ni para</w:t>
      </w:r>
      <w:r>
        <w:rPr/>
        <w:t xml:space="preserve"> </w:t>
      </w:r>
      <w:r>
        <w:rPr/>
        <w:t>forzar conexiones imposibles. En cambio, solo para estar presente—por</w:t>
      </w:r>
      <w:r>
        <w:rPr/>
        <w:t xml:space="preserve"> </w:t>
      </w:r>
      <w:r>
        <w:rPr/>
        <w:t>completo, totalmente presente—con el recuerdo de quien había sido</w:t>
      </w:r>
      <w:r>
        <w:rPr/>
        <w:t xml:space="preserve"> </w:t>
      </w:r>
      <w:r>
        <w:rPr/>
        <w:t>Adrián y con quien ella se había convertido.</w:t>
      </w:r>
    </w:p>
    <w:p>
      <w:pPr>
        <w:pStyle w:val="BodyText"/>
      </w:pPr>
      <w:r>
        <w:rPr/>
        <w:t>«He vuelto», dijo en voz baja, las palabras resonando en el espacio</w:t>
      </w:r>
      <w:r>
        <w:rPr/>
        <w:t xml:space="preserve"> </w:t>
      </w:r>
      <w:r>
        <w:rPr/>
        <w:t>protegido del cementerio. «Y esta vez, vengo a despedirme de verdad. A</w:t>
      </w:r>
      <w:r>
        <w:rPr/>
        <w:t xml:space="preserve"> </w:t>
      </w:r>
      <w:r>
        <w:rPr/>
        <w:t>agradecerte por mostrarme el camino, incluso en tu dolor».</w:t>
      </w:r>
    </w:p>
    <w:p>
      <w:pPr>
        <w:pStyle w:val="BodyText"/>
      </w:pPr>
      <w:r>
        <w:rPr/>
        <w:t>El viento movió las ramas de los cipreses con un susurro que podría</w:t>
      </w:r>
      <w:r>
        <w:rPr/>
        <w:t xml:space="preserve"> </w:t>
      </w:r>
      <w:r>
        <w:rPr/>
        <w:t>haber sido coincidencia, pero que Mar eligió interpretar como respuesta.</w:t>
      </w:r>
    </w:p>
    <w:p>
      <w:pPr>
        <w:pStyle w:val="BodyText"/>
      </w:pPr>
      <w:r>
        <w:rPr/>
        <w:t>«Hemos ganado la guerra que empezó con tu muerte», continuó. «Chrysalis</w:t>
      </w:r>
      <w:r>
        <w:rPr/>
        <w:t xml:space="preserve"> </w:t>
      </w:r>
      <w:r>
        <w:rPr/>
        <w:t>está destruida. La resonancia ya no será nunca un arma. Pero…»</w:t>
      </w:r>
    </w:p>
    <w:p>
      <w:pPr>
        <w:pStyle w:val="BodyText"/>
      </w:pPr>
      <w:r>
        <w:rPr/>
        <w:t>Hizo una pausa, buscando las palabras correctas para expresar lo que</w:t>
      </w:r>
      <w:r>
        <w:rPr/>
        <w:t xml:space="preserve"> </w:t>
      </w:r>
      <w:r>
        <w:rPr/>
        <w:t>había comprendido en las dos semanas de reflexión post-batalla.</w:t>
      </w:r>
    </w:p>
    <w:p>
      <w:pPr>
        <w:pStyle w:val="BodyText"/>
      </w:pPr>
      <w:r>
        <w:rPr/>
        <w:t>«Pero ganar la guerra no es lo mismo que sanar la herida. Y ahora sé que</w:t>
      </w:r>
      <w:r>
        <w:rPr/>
        <w:t xml:space="preserve"> </w:t>
      </w:r>
      <w:r>
        <w:rPr/>
        <w:t>la herida —la herida real, la que lleva ochocientos años sin</w:t>
      </w:r>
      <w:r>
        <w:rPr/>
        <w:t xml:space="preserve"> </w:t>
      </w:r>
      <w:r>
        <w:rPr/>
        <w:t>cerrarse— solo puede sanarse en el lugar donde se abrió por primera</w:t>
      </w:r>
      <w:r>
        <w:rPr/>
        <w:t xml:space="preserve"> </w:t>
      </w:r>
      <w:r>
        <w:rPr/>
        <w:t>vez».</w:t>
      </w:r>
    </w:p>
    <w:p>
      <w:pPr>
        <w:pStyle w:val="BodyText"/>
      </w:pPr>
      <w:r>
        <w:rPr/>
        <w:t>Abrió los ojos, mirando la tumba sin epitafio con una ternura que ya no</w:t>
      </w:r>
      <w:r>
        <w:rPr/>
        <w:t xml:space="preserve"> </w:t>
      </w:r>
      <w:r>
        <w:rPr/>
        <w:t>contenía desesperación.</w:t>
      </w:r>
    </w:p>
    <w:p>
      <w:pPr>
        <w:pStyle w:val="BodyText"/>
      </w:pPr>
      <w:r>
        <w:rPr/>
        <w:t>«Voy a volver al Estudio 4, Adrián. Voy a completar lo que tú</w:t>
      </w:r>
      <w:r>
        <w:rPr/>
        <w:t xml:space="preserve"> </w:t>
      </w:r>
      <w:r>
        <w:rPr/>
        <w:t>comenzaste, pero de la manera correcta. No para capturar la</w:t>
      </w:r>
      <w:r>
        <w:rPr/>
        <w:t xml:space="preserve"> </w:t>
      </w:r>
      <w:r>
        <w:rPr/>
        <w:t>reverberación, sino para liberarlo. No para poseerlo, sino para</w:t>
      </w:r>
      <w:r>
        <w:rPr/>
        <w:t xml:space="preserve"> </w:t>
      </w:r>
      <w:r>
        <w:rPr/>
        <w:t>devolverlo al mundo del que nunca debió ser arrancado».</w:t>
      </w:r>
    </w:p>
    <w:p>
      <w:pPr>
        <w:pStyle w:val="BodyText"/>
      </w:pPr>
      <w:r>
        <w:rPr/>
        <w:t>El silencio que siguió era el silencio del consenso, de la bendición,</w:t>
      </w:r>
      <w:r>
        <w:rPr/>
        <w:t xml:space="preserve"> </w:t>
      </w:r>
      <w:r>
        <w:rPr/>
        <w:t>del adiós definitivo que ambos habían necesitado, pero que solo ahora</w:t>
      </w:r>
      <w:r>
        <w:rPr/>
        <w:t xml:space="preserve"> </w:t>
      </w:r>
      <w:r>
        <w:rPr/>
        <w:t>era posible pronunciar.</w:t>
      </w:r>
    </w:p>
    <w:p>
      <w:pPr>
        <w:pStyle w:val="BodyText"/>
      </w:pPr>
      <w:r>
        <w:rPr/>
        <w:t>Mar se levantó. Se quitó del cuello la cuerda de la que colgaba un</w:t>
      </w:r>
      <w:r>
        <w:rPr/>
        <w:t xml:space="preserve"> </w:t>
      </w:r>
      <w:r>
        <w:rPr/>
        <w:t>pequeño diapasón de plata—el mismo diapasón que Adrián le había</w:t>
      </w:r>
      <w:r>
        <w:rPr/>
        <w:t xml:space="preserve"> </w:t>
      </w:r>
      <w:r>
        <w:rPr/>
        <w:t>regalado años atrás, afinado con exactitud a 432 Hz, la vibración que él</w:t>
      </w:r>
      <w:r>
        <w:rPr/>
        <w:t xml:space="preserve"> </w:t>
      </w:r>
      <w:r>
        <w:rPr/>
        <w:t>llamaba «el latido del universo».</w:t>
      </w:r>
    </w:p>
    <w:p>
      <w:pPr>
        <w:pStyle w:val="BodyText"/>
      </w:pPr>
      <w:r>
        <w:rPr/>
        <w:t>Lo colocó con cuidado sobre la lápida.</w:t>
      </w:r>
    </w:p>
    <w:p>
      <w:pPr>
        <w:pStyle w:val="BodyText"/>
      </w:pPr>
      <w:r>
        <w:rPr/>
        <w:t>«Guárdalo por mí», susurró. «Cuando vuelva—si vuelvo—será para</w:t>
      </w:r>
      <w:r>
        <w:rPr/>
        <w:t xml:space="preserve"> </w:t>
      </w:r>
      <w:r>
        <w:rPr/>
        <w:t>contarte que lo hemos logrado. Que has sido liberado. Que todos hemos</w:t>
      </w:r>
      <w:r>
        <w:rPr/>
        <w:t xml:space="preserve"> </w:t>
      </w:r>
      <w:r>
        <w:rPr/>
        <w:t>sido liberados».</w:t>
      </w:r>
    </w:p>
    <w:p>
      <w:pPr>
        <w:pStyle w:val="BodyText"/>
      </w:pPr>
      <w:r>
        <w:rPr/>
        <w:t>Se dio la vuelta y caminó hacia la salida del cementerio sin mirar</w:t>
      </w:r>
      <w:r>
        <w:rPr/>
        <w:t xml:space="preserve"> </w:t>
      </w:r>
      <w:r>
        <w:rPr/>
        <w:t>atrás. Los cipreses la acompañaron con su susurro constante, y la</w:t>
      </w:r>
      <w:r>
        <w:rPr/>
        <w:t xml:space="preserve"> </w:t>
      </w:r>
      <w:r>
        <w:rPr/>
        <w:t>reverberación de sus pasos sobre la grava sonaba, por primera vez en</w:t>
      </w:r>
      <w:r>
        <w:rPr/>
        <w:t xml:space="preserve"> </w:t>
      </w:r>
      <w:r>
        <w:rPr/>
        <w:t>años, como música.</w:t>
      </w:r>
    </w:p>
    <w:p>
      <w:pPr>
        <w:pStyle w:val="BodyText"/>
      </w:pPr>
      <w:r>
        <w:rPr/>
        <w:t>Como una despedida que era también una promesa.</w:t>
      </w:r>
    </w:p>
    <w:p>
      <w:pPr>
        <w:pStyle w:val="BodyText"/>
      </w:pPr>
      <w:r>
        <w:rPr/>
        <w:t>Como el final de un ciclo y el comienzo de otro.</w:t>
      </w:r>
    </w:p>
    <w:p>
      <w:pPr>
        <w:pStyle w:val="Heading1"/>
      </w:pPr>
      <w:r>
        <w:rPr/>
        <w:t>CAPÍTULO 57. EL MANUAL PROVISIONAL</w:t>
      </w:r>
    </w:p>
    <w:p>
      <w:pPr/>
      <w:r>
        <w:rPr/>
        <w:t>«Todo conocimiento verdadero es provisional. Solo los dogmas afirman</w:t>
      </w:r>
    </w:p>
    <w:p>
      <w:pPr>
        <w:pStyle w:val="BodyText"/>
      </w:pPr>
      <w:r>
        <w:rPr/>
        <w:t>ser definitivos.»</w:t>
      </w:r>
    </w:p>
    <w:p>
      <w:pPr>
        <w:pStyle w:val="BodyText"/>
      </w:pPr>
      <w:r>
        <w:rPr/>
        <w:t>En los días que siguieron a su visita al cementerio, Mar se instaló en</w:t>
      </w:r>
      <w:r>
        <w:rPr/>
        <w:t xml:space="preserve"> </w:t>
      </w:r>
      <w:r>
        <w:rPr/>
        <w:t>el pequeño apartamento que Markus había conseguido en Kreuzberg. No era</w:t>
      </w:r>
      <w:r>
        <w:rPr/>
        <w:t xml:space="preserve"> </w:t>
      </w:r>
      <w:r>
        <w:rPr/>
        <w:t>el espacio de ILIBERIS—ese lugar estaba demasiado cargado de memoria</w:t>
      </w:r>
      <w:r>
        <w:rPr/>
        <w:t xml:space="preserve"> </w:t>
      </w:r>
      <w:r>
        <w:rPr/>
        <w:t>para lo que necesitaba hacer—sino un refugio neutro donde pudiera</w:t>
      </w:r>
      <w:r>
        <w:rPr/>
        <w:t xml:space="preserve"> </w:t>
      </w:r>
      <w:r>
        <w:rPr/>
        <w:t>concentrarse en la tarea que había pospuesto durante demasiado tiempo.</w:t>
      </w:r>
    </w:p>
    <w:p>
      <w:pPr>
        <w:pStyle w:val="BodyText"/>
      </w:pPr>
      <w:r>
        <w:rPr/>
        <w:t>Escribir el Manual del Custodio.</w:t>
      </w:r>
    </w:p>
    <w:p>
      <w:pPr>
        <w:pStyle w:val="BodyText"/>
      </w:pPr>
      <w:r>
        <w:rPr/>
        <w:t>Pero mientras su laptop se encendía con un zumbido familiar, Mar</w:t>
      </w:r>
      <w:r>
        <w:rPr/>
        <w:t xml:space="preserve"> </w:t>
      </w:r>
      <w:r>
        <w:rPr/>
        <w:t>comprendió algo crucial: no podía escribir EL Manual. No todavía. Lo que</w:t>
      </w:r>
      <w:r>
        <w:rPr/>
        <w:t xml:space="preserve"> </w:t>
      </w:r>
      <w:r>
        <w:rPr/>
        <w:t>estaba a punto de crear era un documento provisional, un mapa parcial de</w:t>
      </w:r>
      <w:r>
        <w:rPr/>
        <w:t xml:space="preserve"> </w:t>
      </w:r>
      <w:r>
        <w:rPr/>
        <w:t>un territorio que apenas comenzaba a explorar.</w:t>
      </w:r>
    </w:p>
    <w:p>
      <w:pPr>
        <w:pStyle w:val="BodyText"/>
      </w:pPr>
      <w:r>
        <w:rPr/>
        <w:t>El Libro de los Ecos definitivo tendría que esperar hasta después del</w:t>
      </w:r>
      <w:r>
        <w:rPr/>
        <w:t xml:space="preserve"> </w:t>
      </w:r>
      <w:r>
        <w:rPr/>
        <w:t>ritual final. Si sobrevivía a él. Si el ritual funcionaba. Si el mundo</w:t>
      </w:r>
      <w:r>
        <w:rPr/>
        <w:t xml:space="preserve"> </w:t>
      </w:r>
      <w:r>
        <w:rPr/>
        <w:t>seguía siendo el mismo después.</w:t>
      </w:r>
    </w:p>
    <w:p>
      <w:pPr>
        <w:pStyle w:val="BodyText"/>
      </w:pPr>
      <w:r>
        <w:rPr/>
        <w:t>Demasiados condicionales para afirmar certezas.</w:t>
      </w:r>
    </w:p>
    <w:p>
      <w:pPr>
        <w:pStyle w:val="BodyText"/>
      </w:pPr>
      <w:r>
        <w:rPr/>
        <w:t>Entonces, con la humildad de quien reconoce sus propias limitaciones,</w:t>
      </w:r>
      <w:r>
        <w:rPr/>
        <w:t xml:space="preserve"> </w:t>
      </w:r>
      <w:r>
        <w:rPr/>
        <w:t>comenzó a escribir no un manual definitivo, sino un cuaderno de</w:t>
      </w:r>
      <w:r>
        <w:rPr/>
        <w:t xml:space="preserve"> </w:t>
      </w:r>
      <w:r>
        <w:rPr/>
        <w:t>campo—las observaciones, intuiciones y aprendizajes provisionales de</w:t>
      </w:r>
      <w:r>
        <w:rPr/>
        <w:t xml:space="preserve"> </w:t>
      </w:r>
      <w:r>
        <w:rPr/>
        <w:t>alguien que todavía estaba en medio del camino.</w:t>
      </w:r>
    </w:p>
    <w:p>
      <w:pPr>
        <w:pStyle w:val="BodyText"/>
      </w:pPr>
      <w:r>
        <w:rPr/>
        <w:t>MANUAL PROVISIONAL DEL CUSTODIO</w:t>
      </w:r>
    </w:p>
    <w:p>
      <w:pPr>
        <w:pStyle w:val="BodyText"/>
      </w:pPr>
      <w:r>
        <w:rPr/>
        <w:t>Escrito por Mar, Berlín, Primavera de 2024</w:t>
      </w:r>
    </w:p>
    <w:p>
      <w:pPr>
        <w:pStyle w:val="BodyText"/>
      </w:pPr>
      <w:r>
        <w:rPr/>
        <w:t>**Sobre la naturaleza del Eco: **</w:t>
      </w:r>
    </w:p>
    <w:p>
      <w:pPr>
        <w:pStyle w:val="BodyText"/>
      </w:pPr>
      <w:r>
        <w:rPr/>
        <w:t>El Intentar capturarlo es como intentar atrapar el viento con las</w:t>
      </w:r>
      <w:r>
        <w:rPr/>
        <w:t xml:space="preserve"> </w:t>
      </w:r>
      <w:r>
        <w:rPr/>
        <w:t>manos—la acción misma de cerrar el puño destruye aquello que buscabas</w:t>
      </w:r>
      <w:r>
        <w:rPr/>
        <w:t xml:space="preserve"> </w:t>
      </w:r>
      <w:r>
        <w:rPr/>
        <w:t>retener.</w:t>
      </w:r>
    </w:p>
    <w:p>
      <w:pPr>
        <w:pStyle w:val="BodyText"/>
      </w:pPr>
      <w:r>
        <w:rPr/>
        <w:t>Pero escucharlo… escucharlo transforma todo.</w:t>
      </w:r>
    </w:p>
    <w:p>
      <w:pPr>
        <w:pStyle w:val="BodyText"/>
      </w:pPr>
      <w:r>
        <w:rPr/>
        <w:t>El</w:t>
      </w:r>
    </w:p>
    <w:p>
      <w:pPr>
        <w:pStyle w:val="BodyText"/>
      </w:pPr>
      <w:r>
        <w:rPr/>
        <w:t>**Sobre los custodios: **</w:t>
      </w:r>
    </w:p>
    <w:p>
      <w:pPr>
        <w:pStyle w:val="BodyText"/>
      </w:pPr>
      <w:r>
        <w:rPr/>
        <w:t>A lo largo de ochocientos años, ha habido custodios que intentaron</w:t>
      </w:r>
      <w:r>
        <w:rPr/>
        <w:t xml:space="preserve"> </w:t>
      </w:r>
      <w:r>
        <w:rPr/>
        <w:t>poseer el Eco, controlarlo, usarlo. Todos fracasaron.</w:t>
      </w:r>
    </w:p>
    <w:p>
      <w:pPr>
        <w:pStyle w:val="BodyText"/>
      </w:pPr>
      <w:r>
        <w:rPr/>
        <w:t>Los únicos que no fracasaron fueron aquellos que comprendieron la</w:t>
      </w:r>
      <w:r>
        <w:rPr/>
        <w:t xml:space="preserve"> </w:t>
      </w:r>
      <w:r>
        <w:rPr/>
        <w:t>paradoja fundamental: la reverberación no necesita custodios. Lo que</w:t>
      </w:r>
      <w:r>
        <w:rPr/>
        <w:t xml:space="preserve"> </w:t>
      </w:r>
      <w:r>
        <w:rPr/>
        <w:t>necesita son testigos conscientes. Espejos que reflejen sin</w:t>
      </w:r>
      <w:r>
        <w:rPr/>
        <w:t xml:space="preserve"> </w:t>
      </w:r>
      <w:r>
        <w:rPr/>
        <w:t>distorsionar. Instrumentos que resuenen sin imponer su propia melodía.</w:t>
      </w:r>
    </w:p>
    <w:p>
      <w:pPr>
        <w:pStyle w:val="BodyText"/>
      </w:pPr>
      <w:r>
        <w:rPr/>
        <w:t>El trabajo del custodio no es dominar el Eco. En cambio, aprender a no</w:t>
      </w:r>
      <w:r>
        <w:rPr/>
        <w:t xml:space="preserve"> </w:t>
      </w:r>
      <w:r>
        <w:rPr/>
        <w:t>interferir con él mientras se mantiene lo suficientemente presente como</w:t>
      </w:r>
      <w:r>
        <w:rPr/>
        <w:t xml:space="preserve"> </w:t>
      </w:r>
      <w:r>
        <w:rPr/>
        <w:t>para protegerlo de quienes sí quieren dominarlo.</w:t>
      </w:r>
    </w:p>
    <w:p>
      <w:pPr>
        <w:pStyle w:val="BodyText"/>
      </w:pPr>
      <w:r>
        <w:rPr/>
        <w:t>Es el arte más difícil: la acción que surge de la no-acción.</w:t>
      </w:r>
    </w:p>
    <w:p>
      <w:pPr>
        <w:pStyle w:val="BodyText"/>
      </w:pPr>
      <w:r>
        <w:rPr/>
        <w:t>**Sobre los rituales: **</w:t>
      </w:r>
    </w:p>
    <w:p>
      <w:pPr>
        <w:pStyle w:val="BodyText"/>
      </w:pPr>
      <w:r>
        <w:rPr/>
        <w:t>He identificado tres tipos de ritual, correspondientes a tres modos de</w:t>
      </w:r>
      <w:r>
        <w:rPr/>
        <w:t xml:space="preserve"> </w:t>
      </w:r>
      <w:r>
        <w:rPr/>
        <w:t>percepción:</w:t>
      </w:r>
    </w:p>
    <w:p>
      <w:pPr>
        <w:pStyle w:val="BodyText"/>
      </w:pPr>
      <w:r>
        <w:rPr/>
        <w:t>1. **El ritual acústico**: Sonido puro transformándose en memoria.</w:t>
      </w:r>
      <w:r>
        <w:rPr/>
        <w:t xml:space="preserve"> </w:t>
      </w:r>
      <w:r>
        <w:rPr/>
        <w:t>El practicante se convierte en instrumento resonante. El Eco se percibe</w:t>
      </w:r>
      <w:r>
        <w:rPr/>
        <w:t xml:space="preserve"> </w:t>
      </w:r>
      <w:r>
        <w:rPr/>
        <w:t>como melodía, como ritmo, como armonía que emerge del caos. Este fue el</w:t>
      </w:r>
      <w:r>
        <w:rPr/>
        <w:t xml:space="preserve"> </w:t>
      </w:r>
      <w:r>
        <w:rPr/>
        <w:t>ritual de los monjes de Montségur, de los chamanes de Hibernia, de los</w:t>
      </w:r>
      <w:r>
        <w:rPr/>
        <w:t xml:space="preserve"> </w:t>
      </w:r>
      <w:r>
        <w:rPr/>
        <w:t>primeros custodios que solo disponían de su voz y su cuerpo.</w:t>
      </w:r>
    </w:p>
    <w:p>
      <w:pPr>
        <w:pStyle w:val="BodyText"/>
      </w:pPr>
      <w:r>
        <w:rPr/>
        <w:t>2. **El ritual físico**: Contacto con superficies resonantes</w:t>
      </w:r>
      <w:r>
        <w:rPr/>
        <w:t xml:space="preserve"> </w:t>
      </w:r>
      <w:r>
        <w:rPr/>
        <w:t>antiguas. Las piedras, las maderas, los metales que han estado expuestos</w:t>
      </w:r>
      <w:r>
        <w:rPr/>
        <w:t xml:space="preserve"> </w:t>
      </w:r>
      <w:r>
        <w:rPr/>
        <w:t>al Eco durante siglos o milenios absorben su vibración como una batería</w:t>
      </w:r>
      <w:r>
        <w:rPr/>
        <w:t xml:space="preserve"> </w:t>
      </w:r>
      <w:r>
        <w:rPr/>
        <w:t>guarda electricidad. El practicante aprende a leer estas memorias</w:t>
      </w:r>
      <w:r>
        <w:rPr/>
        <w:t xml:space="preserve"> </w:t>
      </w:r>
      <w:r>
        <w:rPr/>
        <w:t>táctiles. Este fue mi ritual en el eremitorio celtíbero—palmas sobre</w:t>
      </w:r>
      <w:r>
        <w:rPr/>
        <w:t xml:space="preserve"> </w:t>
      </w:r>
      <w:r>
        <w:rPr/>
        <w:t>piedra, vibración subiendo por los huesos, el cuerpo como antena.</w:t>
      </w:r>
    </w:p>
    <w:p>
      <w:pPr>
        <w:pStyle w:val="BodyText"/>
      </w:pPr>
      <w:r>
        <w:rPr/>
        <w:t>3. **El ritual visual**: Imágenes evocadas que cobran vida en</w:t>
      </w:r>
      <w:r>
        <w:rPr/>
        <w:t xml:space="preserve"> </w:t>
      </w:r>
      <w:r>
        <w:rPr/>
        <w:t>espacios saturados vibracionals. El Eco no solo se oye y se</w:t>
      </w:r>
      <w:r>
        <w:rPr/>
        <w:t xml:space="preserve"> </w:t>
      </w:r>
      <w:r>
        <w:rPr/>
        <w:t>siente—también se ve, para quienes han entrenado la percepción</w:t>
      </w:r>
      <w:r>
        <w:rPr/>
        <w:t xml:space="preserve"> </w:t>
      </w:r>
      <w:r>
        <w:rPr/>
        <w:t>adecuada. En el ritual de la Habitación 108, vi a Adrián no como</w:t>
      </w:r>
      <w:r>
        <w:rPr/>
        <w:t xml:space="preserve"> </w:t>
      </w:r>
      <w:r>
        <w:rPr/>
        <w:t>recuerdo sino como presencia. Esto no es alucinación. Es percepción de</w:t>
      </w:r>
      <w:r>
        <w:rPr/>
        <w:t xml:space="preserve"> </w:t>
      </w:r>
      <w:r>
        <w:rPr/>
        <w:t>un estrato de realidad que normalmente permanece invisible.</w:t>
      </w:r>
    </w:p>
    <w:p>
      <w:pPr>
        <w:pStyle w:val="BodyText"/>
      </w:pPr>
      <w:r>
        <w:rPr/>
        <w:t>Pero sospecho—no, sé—que hay más.</w:t>
      </w:r>
    </w:p>
    <w:p>
      <w:pPr>
        <w:pStyle w:val="BodyText"/>
      </w:pPr>
      <w:r>
        <w:rPr/>
        <w:t>El ritual final debe integrar los tres modos. Acústico, físico, visual.</w:t>
      </w:r>
      <w:r>
        <w:rPr/>
        <w:t xml:space="preserve"> </w:t>
      </w:r>
      <w:r>
        <w:rPr/>
        <w:t>Sonido, tacto, visión. Y quizás algo más, algo que aún no tengo nombre</w:t>
      </w:r>
      <w:r>
        <w:rPr/>
        <w:t xml:space="preserve"> </w:t>
      </w:r>
      <w:r>
        <w:rPr/>
        <w:t>para describir.</w:t>
      </w:r>
    </w:p>
    <w:p>
      <w:pPr>
        <w:pStyle w:val="BodyText"/>
      </w:pPr>
      <w:r>
        <w:rPr/>
        <w:t>**Sobre la herida: **</w:t>
      </w:r>
    </w:p>
    <w:p>
      <w:pPr>
        <w:pStyle w:val="BodyText"/>
      </w:pPr>
      <w:r>
        <w:rPr/>
        <w:t>Durante ochocientos años, los custodios han intentado sanar el Eco</w:t>
      </w:r>
      <w:r>
        <w:rPr/>
        <w:t xml:space="preserve"> </w:t>
      </w:r>
      <w:r>
        <w:rPr/>
        <w:t>fragmentado. Todos asumieron que la fragmentación ocurrió en mil lugares</w:t>
      </w:r>
      <w:r>
        <w:rPr/>
        <w:t xml:space="preserve"> </w:t>
      </w:r>
      <w:r>
        <w:rPr/>
        <w:t>diferentes, dispersándose como los pedazos de un espejo roto.</w:t>
      </w:r>
    </w:p>
    <w:p>
      <w:pPr>
        <w:pStyle w:val="BodyText"/>
      </w:pPr>
      <w:r>
        <w:rPr/>
        <w:t>Pero los datos de Chrysalis—extraídos en el último momento antes del</w:t>
      </w:r>
      <w:r>
        <w:rPr/>
        <w:t xml:space="preserve"> </w:t>
      </w:r>
      <w:r>
        <w:rPr/>
        <w:t>colapso de su sistema—revelan una verdad diferente:</w:t>
      </w:r>
    </w:p>
    <w:p>
      <w:pPr>
        <w:pStyle w:val="BodyText"/>
      </w:pPr>
      <w:r>
        <w:rPr/>
        <w:t>El Eco no se fragmentó en mil lugares.</w:t>
      </w:r>
    </w:p>
    <w:p>
      <w:pPr>
        <w:pStyle w:val="BodyText"/>
      </w:pPr>
      <w:r>
        <w:rPr/>
        <w:t>Se fragmentó en uno.</w:t>
      </w:r>
    </w:p>
    <w:p>
      <w:pPr>
        <w:pStyle w:val="BodyText"/>
      </w:pPr>
      <w:r>
        <w:rPr/>
        <w:t>Y desde ese epicentro, las ondas expansivas han estado reverberando</w:t>
      </w:r>
      <w:r>
        <w:rPr/>
        <w:t xml:space="preserve"> </w:t>
      </w:r>
      <w:r>
        <w:rPr/>
        <w:t>durante ochocientos años, creando reverberaciones de reverberaciones,</w:t>
      </w:r>
      <w:r>
        <w:rPr/>
        <w:t xml:space="preserve"> </w:t>
      </w:r>
      <w:r>
        <w:rPr/>
        <w:t>fracturas de fracturas, hasta que el dolor original se volvió casi</w:t>
      </w:r>
      <w:r>
        <w:rPr/>
        <w:t xml:space="preserve"> </w:t>
      </w:r>
      <w:r>
        <w:rPr/>
        <w:t>irreconocible bajo capas de distorsión acumulada.</w:t>
      </w:r>
    </w:p>
    <w:p>
      <w:pPr>
        <w:pStyle w:val="BodyText"/>
      </w:pPr>
      <w:r>
        <w:rPr/>
        <w:t>El lugar es Berlín. Funkhaus. Estudio 4.</w:t>
      </w:r>
    </w:p>
    <w:p>
      <w:pPr>
        <w:pStyle w:val="BodyText"/>
      </w:pPr>
      <w:r>
        <w:rPr/>
        <w:t>Donde ILIBERIS intentó capturar el Eco.</w:t>
      </w:r>
    </w:p>
    <w:p>
      <w:pPr>
        <w:pStyle w:val="BodyText"/>
      </w:pPr>
      <w:r>
        <w:rPr/>
        <w:t>Donde Adrián murió.</w:t>
      </w:r>
    </w:p>
    <w:p>
      <w:pPr>
        <w:pStyle w:val="BodyText"/>
      </w:pPr>
      <w:r>
        <w:rPr/>
        <w:t>Donde yo lo perdí.</w:t>
      </w:r>
    </w:p>
    <w:p>
      <w:pPr>
        <w:pStyle w:val="BodyText"/>
      </w:pPr>
      <w:r>
        <w:rPr/>
        <w:t>Donde voy a intentar sanarlo.</w:t>
      </w:r>
    </w:p>
    <w:p>
      <w:pPr>
        <w:pStyle w:val="BodyText"/>
      </w:pPr>
      <w:r>
        <w:rPr/>
        <w:t>**Sobre lo que vendrá: **</w:t>
      </w:r>
    </w:p>
    <w:p>
      <w:pPr>
        <w:pStyle w:val="BodyText"/>
      </w:pPr>
      <w:r>
        <w:rPr/>
        <w:t>En una semana, entraré al Estudio 4 para realizar el ritual final. No sé</w:t>
      </w:r>
      <w:r>
        <w:rPr/>
        <w:t xml:space="preserve"> </w:t>
      </w:r>
      <w:r>
        <w:rPr/>
        <w:t>si sobreviviré. No sé si el ritual funcionará. No sé qué forma tomará la</w:t>
      </w:r>
      <w:r>
        <w:rPr/>
        <w:t xml:space="preserve"> </w:t>
      </w:r>
      <w:r>
        <w:rPr/>
        <w:t>sanación si es que ocurre.</w:t>
      </w:r>
    </w:p>
    <w:p>
      <w:pPr>
        <w:pStyle w:val="BodyText"/>
      </w:pPr>
      <w:r>
        <w:rPr/>
        <w:t>Lo único que sé es que este es el momento. La alineación planetaria. La</w:t>
      </w:r>
      <w:r>
        <w:rPr/>
        <w:t xml:space="preserve"> </w:t>
      </w:r>
      <w:r>
        <w:rPr/>
        <w:t>ventana de ochenta y tres años. El consenso de todos los custodios que</w:t>
      </w:r>
      <w:r>
        <w:rPr/>
        <w:t xml:space="preserve"> </w:t>
      </w:r>
      <w:r>
        <w:rPr/>
        <w:t>me precedieron, vivos y muertos, humanos y espirituales.</w:t>
      </w:r>
    </w:p>
    <w:p>
      <w:pPr>
        <w:pStyle w:val="BodyText"/>
      </w:pPr>
      <w:r>
        <w:rPr/>
        <w:t>Si este documento se encuentra después de mi muerte, que sirva al menos</w:t>
      </w:r>
      <w:r>
        <w:rPr/>
        <w:t xml:space="preserve"> </w:t>
      </w:r>
      <w:r>
        <w:rPr/>
        <w:t>como advertencia:</w:t>
      </w:r>
    </w:p>
    <w:p>
      <w:pPr>
        <w:pStyle w:val="BodyText"/>
      </w:pPr>
      <w:r>
        <w:rPr/>
        <w:t>El Eco no es un tesoro que se conquista.</w:t>
      </w:r>
    </w:p>
    <w:p>
      <w:pPr>
        <w:pStyle w:val="BodyText"/>
      </w:pPr>
      <w:r>
        <w:rPr/>
        <w:t>Es una herida que se sana.</w:t>
      </w:r>
    </w:p>
    <w:p>
      <w:pPr>
        <w:pStyle w:val="BodyText"/>
      </w:pPr>
      <w:r>
        <w:rPr/>
        <w:t>Y la sanación no es un acto de poder, sino de rendición.</w:t>
      </w:r>
    </w:p>
    <w:p>
      <w:pPr>
        <w:pStyle w:val="BodyText"/>
      </w:pPr>
      <w:r>
        <w:rPr/>
        <w:t>**Firma: **</w:t>
      </w:r>
    </w:p>
    <w:p>
      <w:pPr>
        <w:pStyle w:val="BodyText"/>
      </w:pPr>
      <w:r>
        <w:rPr/>
        <w:t>Mar</w:t>
      </w:r>
    </w:p>
    <w:p>
      <w:pPr>
        <w:pStyle w:val="BodyText"/>
      </w:pPr>
      <w:r>
        <w:rPr/>
        <w:t>Berlín, dos días antes del ritual final</w:t>
      </w:r>
    </w:p>
    <w:p>
      <w:pPr>
        <w:pStyle w:val="BodyText"/>
      </w:pPr>
      <w:r>
        <w:rPr/>
        <w:t>Primavera de 2024</w:t>
      </w:r>
    </w:p>
    <w:p>
      <w:pPr>
        <w:pStyle w:val="BodyText"/>
      </w:pPr>
      <w:r>
        <w:rPr/>
        <w:t>Mar guardó el documento en su laptop y en una memoria USB que le</w:t>
      </w:r>
      <w:r>
        <w:rPr/>
        <w:t xml:space="preserve"> </w:t>
      </w:r>
      <w:r>
        <w:rPr/>
        <w:t>entregaría a Vasco antes del ritual. No era el Libro de las vibraciones</w:t>
      </w:r>
      <w:r>
        <w:rPr/>
        <w:t xml:space="preserve"> </w:t>
      </w:r>
      <w:r>
        <w:rPr/>
        <w:t>que la historia esperaba, pero era lo que tenía para ofrecer.</w:t>
      </w:r>
    </w:p>
    <w:p>
      <w:pPr>
        <w:pStyle w:val="BodyText"/>
      </w:pPr>
      <w:r>
        <w:rPr/>
        <w:t>Era suficiente.</w:t>
      </w:r>
    </w:p>
    <w:p>
      <w:pPr>
        <w:pStyle w:val="BodyText"/>
      </w:pPr>
      <w:r>
        <w:rPr/>
        <w:t>Cerró la laptop y miró por la ventana. El sol se ponía sobre Berlín,</w:t>
      </w:r>
      <w:r>
        <w:rPr/>
        <w:t xml:space="preserve"> </w:t>
      </w:r>
      <w:r>
        <w:rPr/>
        <w:t>tiñendo los edificios de Kreuzberg con tonos dorados y rosados que</w:t>
      </w:r>
      <w:r>
        <w:rPr/>
        <w:t xml:space="preserve"> </w:t>
      </w:r>
      <w:r>
        <w:rPr/>
        <w:t>hacían que la ciudad pareciera menos amenazante, más vulnerable, más</w:t>
      </w:r>
      <w:r>
        <w:rPr/>
        <w:t xml:space="preserve"> </w:t>
      </w:r>
      <w:r>
        <w:rPr/>
        <w:t>humana.</w:t>
      </w:r>
    </w:p>
    <w:p>
      <w:pPr>
        <w:pStyle w:val="BodyText"/>
      </w:pPr>
      <w:r>
        <w:rPr/>
        <w:t>«Dos días más», se dijo a sí misma. «Dos días para prepararme. Para</w:t>
      </w:r>
      <w:r>
        <w:rPr/>
        <w:t xml:space="preserve"> </w:t>
      </w:r>
      <w:r>
        <w:rPr/>
        <w:t>afinarme. Para convertirme en el instrumento perfecto».</w:t>
      </w:r>
    </w:p>
    <w:p>
      <w:pPr>
        <w:pStyle w:val="BodyText"/>
      </w:pPr>
      <w:r>
        <w:rPr/>
        <w:t>El ritual final aguardaba.</w:t>
      </w:r>
    </w:p>
    <w:p>
      <w:pPr>
        <w:pStyle w:val="Heading1"/>
      </w:pPr>
      <w:r>
        <w:rPr/>
        <w:t>CAPÍTULO 58. AFINACIÓN</w:t>
      </w:r>
    </w:p>
    <w:p>
      <w:pPr/>
      <w:r>
        <w:rPr/>
        <w:t>«Antes del concierto más importante de tu vida, no practicas las notas.</w:t>
      </w:r>
    </w:p>
    <w:p>
      <w:pPr>
        <w:pStyle w:val="BodyText"/>
      </w:pPr>
      <w:r>
        <w:rPr/>
        <w:t>Los dos días previos al ritual final fueron un proceso meticuloso de</w:t>
      </w:r>
      <w:r>
        <w:rPr/>
        <w:t xml:space="preserve"> </w:t>
      </w:r>
      <w:r>
        <w:rPr/>
        <w:t>preparación que Mar había diseñado con la precisión de un ingeniero de</w:t>
      </w:r>
      <w:r>
        <w:rPr/>
        <w:t xml:space="preserve"> </w:t>
      </w:r>
      <w:r>
        <w:rPr/>
        <w:t>sonido ajustando una consola para una grabación crucial.</w:t>
      </w:r>
    </w:p>
    <w:p>
      <w:pPr>
        <w:pStyle w:val="BodyText"/>
      </w:pPr>
      <w:r>
        <w:rPr/>
        <w:t>No era momento de improvisar. Era momento de afinar cada aspecto de su</w:t>
      </w:r>
      <w:r>
        <w:rPr/>
        <w:t xml:space="preserve"> </w:t>
      </w:r>
      <w:r>
        <w:rPr/>
        <w:t>ser hasta alcanzar la resonancia perfecta.</w:t>
      </w:r>
    </w:p>
    <w:p>
      <w:pPr>
        <w:pStyle w:val="BodyText"/>
      </w:pPr>
      <w:r>
        <w:rPr/>
        <w:t>**Día 1: Ayuno Sensorial**</w:t>
      </w:r>
    </w:p>
    <w:p>
      <w:pPr>
        <w:pStyle w:val="BodyText"/>
      </w:pPr>
      <w:r>
        <w:rPr/>
        <w:t>Mar se había impuesto un ayuno gradual, no solo de comida sino de</w:t>
      </w:r>
      <w:r>
        <w:rPr/>
        <w:t xml:space="preserve"> </w:t>
      </w:r>
      <w:r>
        <w:rPr/>
        <w:t>estímulos. Nada de música grabada—su universo de referencia durante</w:t>
      </w:r>
      <w:r>
        <w:rPr/>
        <w:t xml:space="preserve"> </w:t>
      </w:r>
      <w:r>
        <w:rPr/>
        <w:t>toda su vida adulta. Nada de pantallas, nada de redes sociales, nada de</w:t>
      </w:r>
      <w:r>
        <w:rPr/>
        <w:t xml:space="preserve"> </w:t>
      </w:r>
      <w:r>
        <w:rPr/>
        <w:t>noticias del mundo exterior.</w:t>
      </w:r>
    </w:p>
    <w:p>
      <w:pPr>
        <w:pStyle w:val="BodyText"/>
      </w:pPr>
      <w:r>
        <w:rPr/>
        <w:t>Solo los sonidos orgánicos de la ciudad: el susurro del viento en los</w:t>
      </w:r>
      <w:r>
        <w:rPr/>
        <w:t xml:space="preserve"> </w:t>
      </w:r>
      <w:r>
        <w:rPr/>
        <w:t>árboles de Kreuzberg, el canto de los pájaros urbanos que habían</w:t>
      </w:r>
      <w:r>
        <w:rPr/>
        <w:t xml:space="preserve"> </w:t>
      </w:r>
      <w:r>
        <w:rPr/>
        <w:t>aprendido a imitar los tonos de las alarmas de los coches, el murmullo</w:t>
      </w:r>
      <w:r>
        <w:rPr/>
        <w:t xml:space="preserve"> </w:t>
      </w:r>
      <w:r>
        <w:rPr/>
        <w:t>distante del tráfico que se convertía en una especie de zumbido</w:t>
      </w:r>
      <w:r>
        <w:rPr/>
        <w:t xml:space="preserve"> </w:t>
      </w:r>
      <w:r>
        <w:rPr/>
        <w:t>constante, casi meditativo.</w:t>
      </w:r>
    </w:p>
    <w:p>
      <w:pPr>
        <w:pStyle w:val="BodyText"/>
      </w:pPr>
      <w:r>
        <w:rPr/>
        <w:t>Comía poco y simple: pan, agua, frutas. Su cuerpo necesitaba estar</w:t>
      </w:r>
      <w:r>
        <w:rPr/>
        <w:t xml:space="preserve"> </w:t>
      </w:r>
      <w:r>
        <w:rPr/>
        <w:t>ligero, sin el peso de digestiones complejas que pudieran distraer</w:t>
      </w:r>
      <w:r>
        <w:rPr/>
        <w:t xml:space="preserve"> </w:t>
      </w:r>
      <w:r>
        <w:rPr/>
        <w:t>energía de donde se necesitaría en dos días.</w:t>
      </w:r>
    </w:p>
    <w:p>
      <w:pPr>
        <w:pStyle w:val="BodyText"/>
      </w:pPr>
      <w:r>
        <w:rPr/>
        <w:t>Dormía con las ventanas abiertas, dejando que los sonidos nocturnos de</w:t>
      </w:r>
      <w:r>
        <w:rPr/>
        <w:t xml:space="preserve"> </w:t>
      </w:r>
      <w:r>
        <w:rPr/>
        <w:t>Berlín se filtraran en sus sueños. Soñaba con frecuencias, con ondas</w:t>
      </w:r>
      <w:r>
        <w:rPr/>
        <w:t xml:space="preserve"> </w:t>
      </w:r>
      <w:r>
        <w:rPr/>
        <w:t>sinusoidales que se entrelazaban en patrones cada vez más complejos, con</w:t>
      </w:r>
      <w:r>
        <w:rPr/>
        <w:t xml:space="preserve"> </w:t>
      </w:r>
      <w:r>
        <w:rPr/>
        <w:t>el rostro de Adrián que ya no era dolor sino solo presencia.</w:t>
      </w:r>
    </w:p>
    <w:p>
      <w:pPr>
        <w:pStyle w:val="BodyText"/>
      </w:pPr>
      <w:r>
        <w:rPr/>
        <w:t>**Día 2: Entrenamiento vibracionals**</w:t>
      </w:r>
    </w:p>
    <w:p>
      <w:pPr>
        <w:pStyle w:val="BodyText"/>
      </w:pPr>
      <w:r>
        <w:rPr/>
        <w:t>Markus la visitó por la mañana, trayendo consigo su equipo portátil:</w:t>
      </w:r>
      <w:r>
        <w:rPr/>
        <w:t xml:space="preserve"> </w:t>
      </w:r>
      <w:r>
        <w:rPr/>
        <w:t>generadores de tono, analizadores de espectro, auriculares de estudio</w:t>
      </w:r>
      <w:r>
        <w:rPr/>
        <w:t xml:space="preserve"> </w:t>
      </w:r>
      <w:r>
        <w:rPr/>
        <w:t>que bloqueaban por completo cualquier sonido externo.</w:t>
      </w:r>
    </w:p>
    <w:p>
      <w:pPr>
        <w:pStyle w:val="BodyText"/>
      </w:pPr>
      <w:r>
        <w:rPr/>
        <w:t>«Vamos a entrenar tu oído interno», explicó con la seriedad de un</w:t>
      </w:r>
      <w:r>
        <w:rPr/>
        <w:t xml:space="preserve"> </w:t>
      </w:r>
      <w:r>
        <w:rPr/>
        <w:t>maestro preparando a su discípulo para el examen final. «El ritual va a</w:t>
      </w:r>
      <w:r>
        <w:rPr/>
        <w:t xml:space="preserve"> </w:t>
      </w:r>
      <w:r>
        <w:rPr/>
        <w:t>exigir que percibas armónicos que existen más allá del rango audible</w:t>
      </w:r>
      <w:r>
        <w:rPr/>
        <w:t xml:space="preserve"> </w:t>
      </w:r>
      <w:r>
        <w:rPr/>
        <w:t>normal. Necesitas poder distinguir no solo las frecuencias</w:t>
      </w:r>
      <w:r>
        <w:rPr/>
        <w:t xml:space="preserve"> </w:t>
      </w:r>
      <w:r>
        <w:rPr/>
        <w:t>fundamentales, sino los fantasmas—los tonos que aparecen cuando varias</w:t>
      </w:r>
      <w:r>
        <w:rPr/>
        <w:t xml:space="preserve"> </w:t>
      </w:r>
      <w:r>
        <w:rPr/>
        <w:t>frecuencias interactúan».</w:t>
      </w:r>
    </w:p>
    <w:p>
      <w:pPr>
        <w:pStyle w:val="BodyText"/>
      </w:pPr>
      <w:r>
        <w:rPr/>
        <w:t>Pasaron horas con Mar sentada en calma, auriculares puestos, mientras</w:t>
      </w:r>
      <w:r>
        <w:rPr/>
        <w:t xml:space="preserve"> </w:t>
      </w:r>
      <w:r>
        <w:rPr/>
        <w:t>Markus generaba tonos cada vez más sutiles. Empezaron en 440 Hz—el La</w:t>
      </w:r>
      <w:r>
        <w:rPr/>
        <w:t xml:space="preserve"> </w:t>
      </w:r>
      <w:r>
        <w:rPr/>
        <w:t>estándar—y fueron descendiendo poco a poco, pasando por las</w:t>
      </w:r>
      <w:r>
        <w:rPr/>
        <w:t xml:space="preserve"> </w:t>
      </w:r>
      <w:r>
        <w:rPr/>
        <w:t>frecuencias subsónicas, esas vibraciones que el oído no puede detectar,</w:t>
      </w:r>
      <w:r>
        <w:rPr/>
        <w:t xml:space="preserve"> </w:t>
      </w:r>
      <w:r>
        <w:rPr/>
        <w:t>pero que el cuerpo siente como presión, como temperatura, como emoción</w:t>
      </w:r>
      <w:r>
        <w:rPr/>
        <w:t xml:space="preserve"> </w:t>
      </w:r>
      <w:r>
        <w:rPr/>
        <w:t>sin nombre.</w:t>
      </w:r>
    </w:p>
    <w:p>
      <w:pPr>
        <w:pStyle w:val="BodyText"/>
      </w:pPr>
      <w:r>
        <w:rPr/>
        <w:t>Luego subieron, ascendiendo hacia los ultrasonidos, los chirridos agudos</w:t>
      </w:r>
      <w:r>
        <w:rPr/>
        <w:t xml:space="preserve"> </w:t>
      </w:r>
      <w:r>
        <w:rPr/>
        <w:t>que hacen sangrar el alma antes de desaparecer más allá del umbral de</w:t>
      </w:r>
      <w:r>
        <w:rPr/>
        <w:t xml:space="preserve"> </w:t>
      </w:r>
      <w:r>
        <w:rPr/>
        <w:t>percepción humana.</w:t>
      </w:r>
    </w:p>
    <w:p>
      <w:pPr>
        <w:pStyle w:val="BodyText"/>
      </w:pPr>
      <w:r>
        <w:rPr/>
        <w:t>«¿Puedes oír esto?», preguntaba Markus cada vez, ajustando los</w:t>
      </w:r>
      <w:r>
        <w:rPr/>
        <w:t xml:space="preserve"> </w:t>
      </w:r>
      <w:r>
        <w:rPr/>
        <w:t>controles.</w:t>
      </w:r>
    </w:p>
    <w:p>
      <w:pPr>
        <w:pStyle w:val="BodyText"/>
      </w:pPr>
      <w:r>
        <w:rPr/>
        <w:t>Y Mar, con los ojos cerrados, respondía no con palabras sino señalando</w:t>
      </w:r>
      <w:r>
        <w:rPr/>
        <w:t xml:space="preserve"> </w:t>
      </w:r>
      <w:r>
        <w:rPr/>
        <w:t>su cuerpo—dónde sentía la vibración, qué emoción evocaba, qué color</w:t>
      </w:r>
      <w:r>
        <w:rPr/>
        <w:t xml:space="preserve"> </w:t>
      </w:r>
      <w:r>
        <w:rPr/>
        <w:t>imaginaba asociado a esa frecuencia particular.</w:t>
      </w:r>
    </w:p>
    <w:p>
      <w:pPr>
        <w:pStyle w:val="BodyText"/>
      </w:pPr>
      <w:r>
        <w:rPr/>
        <w:t>Al final del día, había expandido su percepción dos octavas más allá de</w:t>
      </w:r>
      <w:r>
        <w:rPr/>
        <w:t xml:space="preserve"> </w:t>
      </w:r>
      <w:r>
        <w:rPr/>
        <w:t>lo que cualquier oído humano normal podía detectar.</w:t>
      </w:r>
    </w:p>
    <w:p>
      <w:pPr>
        <w:pStyle w:val="BodyText"/>
      </w:pPr>
      <w:r>
        <w:rPr/>
        <w:t>«Estás lista», declaró Markus por fin, guardando su equipo. «O al menos,</w:t>
      </w:r>
      <w:r>
        <w:rPr/>
        <w:t xml:space="preserve"> </w:t>
      </w:r>
      <w:r>
        <w:rPr/>
        <w:t>tan lista como puedes estar sin haber hecho esto antes».</w:t>
      </w:r>
    </w:p>
    <w:p>
      <w:pPr>
        <w:pStyle w:val="BodyText"/>
      </w:pPr>
      <w:r>
        <w:rPr/>
        <w:t>**Día 2, Noche: Meditación con el Linaje**</w:t>
      </w:r>
    </w:p>
    <w:p>
      <w:pPr>
        <w:pStyle w:val="BodyText"/>
      </w:pPr>
      <w:r>
        <w:rPr/>
        <w:t>Esa noche, Mar se sentó en posición de loto en el centro del apartamento</w:t>
      </w:r>
      <w:r>
        <w:rPr/>
        <w:t xml:space="preserve"> </w:t>
      </w:r>
      <w:r>
        <w:rPr/>
        <w:t>vacío. Había movido todos los muebles contra las paredes, creando un</w:t>
      </w:r>
      <w:r>
        <w:rPr/>
        <w:t xml:space="preserve"> </w:t>
      </w:r>
      <w:r>
        <w:rPr/>
        <w:t>espacio circular perfecto donde pudiera meditar sin distracciones.</w:t>
      </w:r>
    </w:p>
    <w:p>
      <w:pPr>
        <w:pStyle w:val="BodyText"/>
      </w:pPr>
      <w:r>
        <w:rPr/>
        <w:t>Encendió una sola vela. No por misticismo barato, sino porque la luz</w:t>
      </w:r>
      <w:r>
        <w:rPr/>
        <w:t xml:space="preserve"> </w:t>
      </w:r>
      <w:r>
        <w:rPr/>
        <w:t>parpadeante creaba sombras que se movían en patrones que ayudaban a su</w:t>
      </w:r>
      <w:r>
        <w:rPr/>
        <w:t xml:space="preserve"> </w:t>
      </w:r>
      <w:r>
        <w:rPr/>
        <w:t>mente a entrar en ese estado entre la vigilia y el sueño donde la</w:t>
      </w:r>
      <w:r>
        <w:rPr/>
        <w:t xml:space="preserve"> </w:t>
      </w:r>
      <w:r>
        <w:rPr/>
        <w:t>percepción se volvía más aguda.</w:t>
      </w:r>
    </w:p>
    <w:p>
      <w:pPr>
        <w:pStyle w:val="BodyText"/>
      </w:pPr>
      <w:r>
        <w:rPr/>
        <w:t>Uno por uno, convocó mentalmente a los custodios que la habían</w:t>
      </w:r>
      <w:r>
        <w:rPr/>
        <w:t xml:space="preserve"> </w:t>
      </w:r>
      <w:r>
        <w:rPr/>
        <w:t>precedido:</w:t>
      </w:r>
    </w:p>
    <w:p>
      <w:pPr>
        <w:pStyle w:val="BodyText"/>
      </w:pPr>
      <w:r>
        <w:rPr/>
        <w:t>**Arnaldo de Montségur**, el cátaro que había comprendido que la</w:t>
      </w:r>
      <w:r>
        <w:rPr/>
        <w:t xml:space="preserve"> </w:t>
      </w:r>
      <w:r>
        <w:rPr/>
        <w:t>reverberación era memoria colectiva cristalizada. Su voz resonó en la</w:t>
      </w:r>
      <w:r>
        <w:rPr/>
        <w:t xml:space="preserve"> </w:t>
      </w:r>
      <w:r>
        <w:rPr/>
        <w:t>mente de Mar: *«No luchas contra el dolor. Lo transformas en algo que</w:t>
      </w:r>
      <w:r>
        <w:rPr/>
        <w:t xml:space="preserve"> </w:t>
      </w:r>
      <w:r>
        <w:rPr/>
        <w:t>pueda ser sostenido»*.</w:t>
      </w:r>
    </w:p>
    <w:p>
      <w:pPr>
        <w:pStyle w:val="BodyText"/>
      </w:pPr>
      <w:r>
        <w:rPr/>
        <w:t>**Anna Maria**, la soprano que había sacrificado su voz para</w:t>
      </w:r>
      <w:r>
        <w:rPr/>
        <w:t xml:space="preserve"> </w:t>
      </w:r>
      <w:r>
        <w:rPr/>
        <w:t>proteger los nazis. Su presencia era suave, pero inquebrantable: *«El</w:t>
      </w:r>
      <w:r>
        <w:rPr/>
        <w:t xml:space="preserve"> </w:t>
      </w:r>
      <w:r>
        <w:rPr/>
        <w:t>quietud elegido es más poderoso que cualquier nota cantada bajo</w:t>
      </w:r>
      <w:r>
        <w:rPr/>
        <w:t xml:space="preserve"> </w:t>
      </w:r>
      <w:r>
        <w:rPr/>
        <w:t>coacción»*.</w:t>
      </w:r>
    </w:p>
    <w:p>
      <w:pPr>
        <w:pStyle w:val="BodyText"/>
      </w:pPr>
      <w:r>
        <w:rPr/>
        <w:t>**Gerberto de Aurillac**, el Papa matemático que había documentado</w:t>
      </w:r>
      <w:r>
        <w:rPr/>
        <w:t xml:space="preserve"> </w:t>
      </w:r>
      <w:r>
        <w:rPr/>
        <w:t>la geometría del Eco en el año 999: *«Todo es número. Todo es</w:t>
      </w:r>
      <w:r>
        <w:rPr/>
        <w:t xml:space="preserve"> </w:t>
      </w:r>
      <w:r>
        <w:rPr/>
        <w:t>proporción. Incluso el dolor obedece a leyes que pueden ser</w:t>
      </w:r>
      <w:r>
        <w:rPr/>
        <w:t xml:space="preserve"> </w:t>
      </w:r>
      <w:r>
        <w:rPr/>
        <w:t>comprendidas»*.</w:t>
      </w:r>
    </w:p>
    <w:p>
      <w:pPr>
        <w:pStyle w:val="BodyText"/>
      </w:pPr>
      <w:r>
        <w:rPr/>
        <w:t>Y por fin, más cercano que todos los demás, **Adrián**. No como el</w:t>
      </w:r>
      <w:r>
        <w:rPr/>
        <w:t xml:space="preserve"> </w:t>
      </w:r>
      <w:r>
        <w:rPr/>
        <w:t>hombre que había sido, sino como la presencia que se había convertido</w:t>
      </w:r>
      <w:r>
        <w:rPr/>
        <w:t xml:space="preserve"> </w:t>
      </w:r>
      <w:r>
        <w:rPr/>
        <w:t>después de su muerte—parte del Eco mismo, un hilo en el tapiz de</w:t>
      </w:r>
      <w:r>
        <w:rPr/>
        <w:t xml:space="preserve"> </w:t>
      </w:r>
      <w:r>
        <w:rPr/>
        <w:t>ochocientos años de dolor y belleza entrelazados.</w:t>
      </w:r>
    </w:p>
    <w:p>
      <w:pPr>
        <w:pStyle w:val="BodyText"/>
      </w:pPr>
      <w:r>
        <w:rPr/>
        <w:t>*«Has llegado más lejos de lo que yo jamás pude»*, le susurró su</w:t>
      </w:r>
      <w:r>
        <w:rPr/>
        <w:t xml:space="preserve"> </w:t>
      </w:r>
      <w:r>
        <w:rPr/>
        <w:t>memoria. *«Ahora ve a donde yo no pude llegar. Termina lo que comencé,</w:t>
      </w:r>
      <w:r>
        <w:rPr/>
        <w:t xml:space="preserve"> </w:t>
      </w:r>
      <w:r>
        <w:rPr/>
        <w:t>pero hazlo mejor. Hazlo con sabiduría en lugar de ambición. Con</w:t>
      </w:r>
      <w:r>
        <w:rPr/>
        <w:t xml:space="preserve"> </w:t>
      </w:r>
      <w:r>
        <w:rPr/>
        <w:t>rendición en lugar de conquista»*.</w:t>
      </w:r>
    </w:p>
    <w:p>
      <w:pPr>
        <w:pStyle w:val="BodyText"/>
      </w:pPr>
      <w:r>
        <w:rPr/>
        <w:t>Mar permaneció en meditación hasta que la vela se consumió por completo.</w:t>
      </w:r>
      <w:r>
        <w:rPr/>
        <w:t xml:space="preserve"> </w:t>
      </w:r>
      <w:r>
        <w:rPr/>
        <w:t>Cuando abrió los ojos, el apartamento estaba en penumbra, iluminado solo</w:t>
      </w:r>
      <w:r>
        <w:rPr/>
        <w:t xml:space="preserve"> </w:t>
      </w:r>
      <w:r>
        <w:rPr/>
        <w:t>por la luz ámbar de las farolas de la calle.</w:t>
      </w:r>
    </w:p>
    <w:p>
      <w:pPr>
        <w:pStyle w:val="BodyText"/>
      </w:pPr>
      <w:r>
        <w:rPr/>
        <w:t>Se sentía… afinada.</w:t>
      </w:r>
    </w:p>
    <w:p>
      <w:pPr>
        <w:pStyle w:val="BodyText"/>
      </w:pPr>
      <w:r>
        <w:rPr/>
        <w:t>Como un instrumento de cuerda tensado con exactitud al punto</w:t>
      </w:r>
      <w:r>
        <w:rPr/>
        <w:t xml:space="preserve"> </w:t>
      </w:r>
      <w:r>
        <w:rPr/>
        <w:t>correcto—ni demasiado flojo como para sonar apagado, ni demasiado</w:t>
      </w:r>
      <w:r>
        <w:rPr/>
        <w:t xml:space="preserve"> </w:t>
      </w:r>
      <w:r>
        <w:rPr/>
        <w:t>tenso como para romperse bajo presión.</w:t>
      </w:r>
    </w:p>
    <w:p>
      <w:pPr>
        <w:pStyle w:val="BodyText"/>
      </w:pPr>
      <w:r>
        <w:rPr/>
        <w:t>**Día 3, Madrugada: El quietud Final**</w:t>
      </w:r>
    </w:p>
    <w:p>
      <w:pPr>
        <w:pStyle w:val="BodyText"/>
      </w:pPr>
      <w:r>
        <w:rPr/>
        <w:t>En las horas previas al amanecer del día del ritual, Mar no durmió. No</w:t>
      </w:r>
      <w:r>
        <w:rPr/>
        <w:t xml:space="preserve"> </w:t>
      </w:r>
      <w:r>
        <w:rPr/>
        <w:t>por nerviosismo. En cambio, porque había alcanzado ese estado de alerta</w:t>
      </w:r>
      <w:r>
        <w:rPr/>
        <w:t xml:space="preserve"> </w:t>
      </w:r>
      <w:r>
        <w:rPr/>
        <w:t>tranquila donde el sueño se vuelve innecesario.</w:t>
      </w:r>
    </w:p>
    <w:p>
      <w:pPr>
        <w:pStyle w:val="BodyText"/>
      </w:pPr>
      <w:r>
        <w:rPr/>
        <w:t>Se duchó con agua fría, vistió ropa simple y cómoda, se recogió el pelo</w:t>
      </w:r>
      <w:r>
        <w:rPr/>
        <w:t xml:space="preserve"> </w:t>
      </w:r>
      <w:r>
        <w:rPr/>
        <w:t>en una trenza práctica. No había lugar para vanidad ni para armadura.</w:t>
      </w:r>
      <w:r>
        <w:rPr/>
        <w:t xml:space="preserve"> </w:t>
      </w:r>
      <w:r>
        <w:rPr/>
        <w:t>Iba a entrar al Estudio 4 como lo que era: un ser humano intentando</w:t>
      </w:r>
      <w:r>
        <w:rPr/>
        <w:t xml:space="preserve"> </w:t>
      </w:r>
      <w:r>
        <w:rPr/>
        <w:t>hacer algo que nunca antes se había logrado.</w:t>
      </w:r>
    </w:p>
    <w:p>
      <w:pPr>
        <w:pStyle w:val="BodyText"/>
      </w:pPr>
      <w:r>
        <w:rPr/>
        <w:t>Markus llegó al amanecer con las llaves del Funkhaus. Lena y Vasco</w:t>
      </w:r>
      <w:r>
        <w:rPr/>
        <w:t xml:space="preserve"> </w:t>
      </w:r>
      <w:r>
        <w:rPr/>
        <w:t>esperaban en un coche fuera del edificio, listos para proporcionar apoyo</w:t>
      </w:r>
      <w:r>
        <w:rPr/>
        <w:t xml:space="preserve"> </w:t>
      </w:r>
      <w:r>
        <w:rPr/>
        <w:t>técnico y emocional.</w:t>
      </w:r>
    </w:p>
    <w:p>
      <w:pPr>
        <w:pStyle w:val="BodyText"/>
      </w:pPr>
      <w:r>
        <w:rPr/>
        <w:t>«¿Lista?», preguntó Markus, su voz cargada con todo el peso de lo que</w:t>
      </w:r>
      <w:r>
        <w:rPr/>
        <w:t xml:space="preserve"> </w:t>
      </w:r>
      <w:r>
        <w:rPr/>
        <w:t>estaban a punto de intentar.</w:t>
      </w:r>
    </w:p>
    <w:p>
      <w:pPr>
        <w:pStyle w:val="BodyText"/>
      </w:pPr>
      <w:r>
        <w:rPr/>
        <w:t>Mar asintió.</w:t>
      </w:r>
    </w:p>
    <w:p>
      <w:pPr>
        <w:pStyle w:val="BodyText"/>
      </w:pPr>
      <w:r>
        <w:rPr/>
        <w:t>No había palabras para este momento. Solo el quietud que precede a la</w:t>
      </w:r>
      <w:r>
        <w:rPr/>
        <w:t xml:space="preserve"> </w:t>
      </w:r>
      <w:r>
        <w:rPr/>
        <w:t>música. Solo el espacio vacío que debe existir antes de que cualquier</w:t>
      </w:r>
      <w:r>
        <w:rPr/>
        <w:t xml:space="preserve"> </w:t>
      </w:r>
      <w:r>
        <w:rPr/>
        <w:t>cosa nueva pueda nacer.</w:t>
      </w:r>
    </w:p>
    <w:p>
      <w:pPr>
        <w:pStyle w:val="BodyText"/>
      </w:pPr>
      <w:r>
        <w:rPr/>
        <w:t>Cruzaron la calle hacia el Funkhaus.</w:t>
      </w:r>
    </w:p>
    <w:p>
      <w:pPr>
        <w:pStyle w:val="BodyText"/>
      </w:pPr>
      <w:r>
        <w:rPr/>
        <w:t>El Estudio 4 los esperaba.</w:t>
      </w:r>
    </w:p>
    <w:p>
      <w:pPr>
        <w:pStyle w:val="BodyText"/>
      </w:pPr>
      <w:r>
        <w:rPr/>
        <w:t>El ritual final estaba a punto de comenzar.</w:t>
      </w:r>
    </w:p>
    <w:p>
      <w:pPr>
        <w:pStyle w:val="Heading1"/>
      </w:pPr>
      <w:r>
        <w:rPr/>
        <w:t>CAPÍTULO 59. EL CONCIERTO DE LA VERDAD</w:t>
      </w:r>
    </w:p>
    <w:p>
      <w:pPr/>
      <w:r>
        <w:rPr/>
        <w:t>«La mejor forma de proteger un secreto no es esconderlo, sino contarlo</w:t>
      </w:r>
      <w:r>
        <w:rPr/>
        <w:t xml:space="preserve"> </w:t>
      </w:r>
      <w:r>
        <w:rPr/>
        <w:t>de tantas maneras diferentes que nadie sepa cuál es la versión real.»</w:t>
      </w:r>
      <w:r>
        <w:rPr/>
        <w:t xml:space="preserve"> </w:t>
      </w:r>
      <w:r>
        <w:rPr/>
        <w:t>—Lena</w:t>
      </w:r>
    </w:p>
    <w:p>
      <w:pPr>
        <w:pStyle w:val="BodyText"/>
      </w:pPr>
      <w:r>
        <w:rPr/>
        <w:t>La masía del Matarraña, antes un santuario de paz bucólica, se había</w:t>
      </w:r>
      <w:r>
        <w:rPr/>
        <w:t xml:space="preserve"> </w:t>
      </w:r>
      <w:r>
        <w:rPr/>
        <w:t>transformado en el cuartel general de una guerra invisible que operaba</w:t>
      </w:r>
      <w:r>
        <w:rPr/>
        <w:t xml:space="preserve"> </w:t>
      </w:r>
      <w:r>
        <w:rPr/>
        <w:t>en múltiples dimensiones. La noticia de la publicación simultánea del</w:t>
      </w:r>
      <w:r>
        <w:rPr/>
        <w:t xml:space="preserve"> </w:t>
      </w:r>
      <w:r>
        <w:rPr/>
        <w:t>artículo científico de Vasco y del manifiesto anónimo de Finch había</w:t>
      </w:r>
      <w:r>
        <w:rPr/>
        <w:t xml:space="preserve"> </w:t>
      </w:r>
      <w:r>
        <w:rPr/>
        <w:t>sido una victoria táctica, pero Mar sabía que abría un frente de batalla</w:t>
      </w:r>
      <w:r>
        <w:rPr/>
        <w:t xml:space="preserve"> </w:t>
      </w:r>
      <w:r>
        <w:rPr/>
        <w:t>por completo nuevo y potencialmente más peligroso.</w:t>
      </w:r>
    </w:p>
    <w:p>
      <w:pPr>
        <w:pStyle w:val="BodyText"/>
      </w:pPr>
      <w:r>
        <w:rPr/>
        <w:t>«Tenemos una ventana de oportunidad microscópica», dijo Lena,</w:t>
      </w:r>
      <w:r>
        <w:rPr/>
        <w:t xml:space="preserve"> </w:t>
      </w:r>
      <w:r>
        <w:rPr/>
        <w:t>proyectando un complejo mapa de redes de información en la pared desde</w:t>
      </w:r>
      <w:r>
        <w:rPr/>
        <w:t xml:space="preserve"> </w:t>
      </w:r>
      <w:r>
        <w:rPr/>
        <w:t>su portátil militar. Su rostro, iluminado por el resplandor azul de los</w:t>
      </w:r>
      <w:r>
        <w:rPr/>
        <w:t xml:space="preserve"> </w:t>
      </w:r>
      <w:r>
        <w:rPr/>
        <w:t>datos, mostraba la concentración letal de una general planificando la</w:t>
      </w:r>
      <w:r>
        <w:rPr/>
        <w:t xml:space="preserve"> </w:t>
      </w:r>
      <w:r>
        <w:rPr/>
        <w:t>batalla decisiva. «Chrysalis está en modo de contención de daños total.</w:t>
      </w:r>
      <w:r>
        <w:rPr/>
        <w:t xml:space="preserve"> </w:t>
      </w:r>
      <w:r>
        <w:rPr/>
        <w:t>Están gastando recursos masivos intentando averiguar quién es el</w:t>
      </w:r>
      <w:r>
        <w:rPr/>
        <w:t xml:space="preserve"> </w:t>
      </w:r>
      <w:r>
        <w:rPr/>
        <w:t>desertor de alto nivel que publicó el manifiesto. Mientras miran hacia</w:t>
      </w:r>
      <w:r>
        <w:rPr/>
        <w:t xml:space="preserve"> </w:t>
      </w:r>
      <w:r>
        <w:rPr/>
        <w:t>adentro, nosotros tenemos que atacar hacia afuera, con fuerza quirúrgica</w:t>
      </w:r>
      <w:r>
        <w:rPr/>
        <w:t xml:space="preserve"> </w:t>
      </w:r>
      <w:r>
        <w:rPr/>
        <w:t>y definitiva».</w:t>
      </w:r>
    </w:p>
    <w:p>
      <w:pPr>
        <w:pStyle w:val="BodyText"/>
      </w:pPr>
      <w:r>
        <w:rPr/>
        <w:t>Vasco, cuya imagen aparecía en una pantalla desde su refugio seguro en</w:t>
      </w:r>
      <w:r>
        <w:rPr/>
        <w:t xml:space="preserve"> </w:t>
      </w:r>
      <w:r>
        <w:rPr/>
        <w:t>Suiza, asintió gravemente. «No podemos ganar una guerra de desgaste</w:t>
      </w:r>
      <w:r>
        <w:rPr/>
        <w:t xml:space="preserve"> </w:t>
      </w:r>
      <w:r>
        <w:rPr/>
        <w:t>informativo. Por cada documento que publiquemos, ellos lanzarán cien</w:t>
      </w:r>
      <w:r>
        <w:rPr/>
        <w:t xml:space="preserve"> </w:t>
      </w:r>
      <w:r>
        <w:rPr/>
        <w:t>campañas de desinformación coordinadas. Nos ahogarán en ruido blanco</w:t>
      </w:r>
      <w:r>
        <w:rPr/>
        <w:t xml:space="preserve"> </w:t>
      </w:r>
      <w:r>
        <w:rPr/>
        <w:t>antes de que el mensaje llegue al público general».</w:t>
      </w:r>
    </w:p>
    <w:p>
      <w:pPr>
        <w:pStyle w:val="BodyText"/>
      </w:pPr>
      <w:r>
        <w:rPr/>
        <w:t>«con exactitud», intervino Markus, su voz grave resonando con la</w:t>
      </w:r>
      <w:r>
        <w:rPr/>
        <w:t xml:space="preserve"> </w:t>
      </w:r>
      <w:r>
        <w:rPr/>
        <w:t>autoridad de la experiencia. «Finch vendía una narrativa basada en el</w:t>
      </w:r>
      <w:r>
        <w:rPr/>
        <w:t xml:space="preserve"> </w:t>
      </w:r>
      <w:r>
        <w:rPr/>
        <w:t>miedo y el control absoluto. Para derrotarlo definitivamente, no basta</w:t>
      </w:r>
      <w:r>
        <w:rPr/>
        <w:t xml:space="preserve"> </w:t>
      </w:r>
      <w:r>
        <w:rPr/>
        <w:t>con desmentir sus mentiras. Tenemos que ofrecer una contranarративa más</w:t>
      </w:r>
      <w:r>
        <w:rPr/>
        <w:t xml:space="preserve"> </w:t>
      </w:r>
      <w:r>
        <w:rPr/>
        <w:t>poderosa y convincente: la verdad desnuda en toda su crudeza».</w:t>
      </w:r>
    </w:p>
    <w:p>
      <w:pPr>
        <w:pStyle w:val="BodyText"/>
      </w:pPr>
      <w:r>
        <w:rPr/>
        <w:t>Fue entonces cuando Mar, que había permanecido en un vacío</w:t>
      </w:r>
      <w:r>
        <w:rPr/>
        <w:t xml:space="preserve"> </w:t>
      </w:r>
      <w:r>
        <w:rPr/>
        <w:t>contemplativo, escuchando no solo sus palabras sino las frecuencias</w:t>
      </w:r>
      <w:r>
        <w:rPr/>
        <w:t xml:space="preserve"> </w:t>
      </w:r>
      <w:r>
        <w:rPr/>
        <w:t>emocionales subyacentes de la conversación, habló con una calma que</w:t>
      </w:r>
      <w:r>
        <w:rPr/>
        <w:t xml:space="preserve"> </w:t>
      </w:r>
      <w:r>
        <w:rPr/>
        <w:t>silenció instantáneamente la habitación.</w:t>
      </w:r>
    </w:p>
    <w:p>
      <w:pPr>
        <w:pStyle w:val="BodyText"/>
      </w:pPr>
      <w:r>
        <w:rPr/>
        <w:t>«Entonces no les enviemos más datos fríos. Enviémosle al mundo la herida</w:t>
      </w:r>
      <w:r>
        <w:rPr/>
        <w:t xml:space="preserve"> </w:t>
      </w:r>
      <w:r>
        <w:rPr/>
        <w:t>original en toda su intensidad.»</w:t>
      </w:r>
    </w:p>
    <w:p>
      <w:pPr>
        <w:pStyle w:val="BodyText"/>
      </w:pPr>
      <w:r>
        <w:rPr/>
        <w:t>Lena la miró, y una chispa de comprensión brilló en sus ojos como un</w:t>
      </w:r>
      <w:r>
        <w:rPr/>
        <w:t xml:space="preserve"> </w:t>
      </w:r>
      <w:r>
        <w:rPr/>
        <w:t>arco eléctrico. Una sonrisa lenta y peligrosa se dibujó en su rostro.</w:t>
      </w:r>
      <w:r>
        <w:rPr/>
        <w:t xml:space="preserve"> </w:t>
      </w:r>
      <w:r>
        <w:rPr/>
        <w:t>«Un concierto», dijo, su voz cargada de posibilidades.</w:t>
      </w:r>
    </w:p>
    <w:p>
      <w:pPr>
        <w:pStyle w:val="BodyText"/>
      </w:pPr>
      <w:r>
        <w:rPr/>
        <w:t>«El Concierto de la Verdad», confirmó Mar con una determinación que</w:t>
      </w:r>
      <w:r>
        <w:rPr/>
        <w:t xml:space="preserve"> </w:t>
      </w:r>
      <w:r>
        <w:rPr/>
        <w:t>cortaba como un láser.</w:t>
      </w:r>
    </w:p>
    <w:p>
      <w:pPr>
        <w:pStyle w:val="BodyText"/>
      </w:pPr>
      <w:r>
        <w:rPr/>
        <w:t>El plan que diseñaron era una locura que rayaba en la genialidad pura.</w:t>
      </w:r>
      <w:r>
        <w:rPr/>
        <w:t xml:space="preserve"> </w:t>
      </w:r>
      <w:r>
        <w:rPr/>
        <w:t>No intentarían derribar la red de comunicaciones global de Chrysalis</w:t>
      </w:r>
      <w:r>
        <w:rPr/>
        <w:t xml:space="preserve"> </w:t>
      </w:r>
      <w:r>
        <w:rPr/>
        <w:t>mediante ataques destructivos que dejarían evidencia rastreable. En</w:t>
      </w:r>
      <w:r>
        <w:rPr/>
        <w:t xml:space="preserve"> </w:t>
      </w:r>
      <w:r>
        <w:rPr/>
        <w:t>lugar de eso, la secuestrarían temporalmente para convertirla en su</w:t>
      </w:r>
      <w:r>
        <w:rPr/>
        <w:t xml:space="preserve"> </w:t>
      </w:r>
      <w:r>
        <w:rPr/>
        <w:t>propio instrumento de difusión.</w:t>
      </w:r>
    </w:p>
    <w:p>
      <w:pPr>
        <w:pStyle w:val="BodyText"/>
      </w:pPr>
      <w:r>
        <w:rPr/>
        <w:t>Lena y su colectivo internacional «Los Diapasones» —una red de</w:t>
      </w:r>
      <w:r>
        <w:rPr/>
        <w:t xml:space="preserve"> </w:t>
      </w:r>
      <w:r>
        <w:rPr/>
        <w:t>hackers, activistas digitales y técnicos disidentes que se había formado</w:t>
      </w:r>
      <w:r>
        <w:rPr/>
        <w:t xml:space="preserve"> </w:t>
      </w:r>
      <w:r>
        <w:rPr/>
        <w:t>orgánicamente después de su primera confrontación con Chrysalis—</w:t>
      </w:r>
      <w:r>
        <w:rPr/>
        <w:t xml:space="preserve"> </w:t>
      </w:r>
      <w:r>
        <w:rPr/>
        <w:t>trabajaron durante setenta y dos horas consecutivas con la intensidad de</w:t>
      </w:r>
      <w:r>
        <w:rPr/>
        <w:t xml:space="preserve"> </w:t>
      </w:r>
      <w:r>
        <w:rPr/>
        <w:t>cirujanos operando para salvar una vida.</w:t>
      </w:r>
    </w:p>
    <w:p>
      <w:pPr>
        <w:pStyle w:val="BodyText"/>
      </w:pPr>
      <w:r>
        <w:rPr/>
        <w:t>No diseñaron un virus destructivo tradicional, sino algo mucho más</w:t>
      </w:r>
      <w:r>
        <w:rPr/>
        <w:t xml:space="preserve"> </w:t>
      </w:r>
      <w:r>
        <w:rPr/>
        <w:t>elegante: un algoritmo de propagación que no robaba información ni</w:t>
      </w:r>
      <w:r>
        <w:rPr/>
        <w:t xml:space="preserve"> </w:t>
      </w:r>
      <w:r>
        <w:rPr/>
        <w:t>destruía sistemas, sino que insertaba temporalmente un único archivo de</w:t>
      </w:r>
      <w:r>
        <w:rPr/>
        <w:t xml:space="preserve"> </w:t>
      </w:r>
      <w:r>
        <w:rPr/>
        <w:t>audio en cada rincón accesible de la infraestructura comunicativa</w:t>
      </w:r>
      <w:r>
        <w:rPr/>
        <w:t xml:space="preserve"> </w:t>
      </w:r>
      <w:r>
        <w:rPr/>
        <w:t>global.</w:t>
      </w:r>
    </w:p>
    <w:p>
      <w:pPr>
        <w:pStyle w:val="BodyText"/>
      </w:pPr>
      <w:r>
        <w:rPr/>
        <w:t>En los sistemas de megafonía de aeropuertos internacionales, en las</w:t>
      </w:r>
      <w:r>
        <w:rPr/>
        <w:t xml:space="preserve"> </w:t>
      </w:r>
      <w:r>
        <w:rPr/>
        <w:t>radiofórmulas de emisoras comerciales, en los hilos musicales de centros</w:t>
      </w:r>
      <w:r>
        <w:rPr/>
        <w:t xml:space="preserve"> </w:t>
      </w:r>
      <w:r>
        <w:rPr/>
        <w:t>comerciales y grandes superficies, en las centralitas telefónicas de</w:t>
      </w:r>
      <w:r>
        <w:rPr/>
        <w:t xml:space="preserve"> </w:t>
      </w:r>
      <w:r>
        <w:rPr/>
        <w:t>corporaciones multinacionales, en las redes sociales, en las plataformas</w:t>
      </w:r>
      <w:r>
        <w:rPr/>
        <w:t xml:space="preserve"> </w:t>
      </w:r>
      <w:r>
        <w:rPr/>
        <w:t>de streaming… en cada punto donde el sonido podía propagarse</w:t>
      </w:r>
      <w:r>
        <w:rPr/>
        <w:t xml:space="preserve"> </w:t>
      </w:r>
      <w:r>
        <w:rPr/>
        <w:t>digitalmente.</w:t>
      </w:r>
    </w:p>
    <w:p>
      <w:pPr>
        <w:pStyle w:val="BodyText"/>
      </w:pPr>
      <w:r>
        <w:rPr/>
        <w:t>El archivo de audio no era un discurso político ni un manifiesto</w:t>
      </w:r>
      <w:r>
        <w:rPr/>
        <w:t xml:space="preserve"> </w:t>
      </w:r>
      <w:r>
        <w:rPr/>
        <w:t>ideológico. Era algo infinitamente más poderoso: la grabación original y</w:t>
      </w:r>
      <w:r>
        <w:rPr/>
        <w:t xml:space="preserve"> </w:t>
      </w:r>
      <w:r>
        <w:rPr/>
        <w:t>sin procesar de la última sesión de ILIBERIS que Markus había conservado</w:t>
      </w:r>
      <w:r>
        <w:rPr/>
        <w:t xml:space="preserve"> </w:t>
      </w:r>
      <w:r>
        <w:rPr/>
        <w:t>como un tesoro maldito durante décadas. El sonido crudo y sin filtros de</w:t>
      </w:r>
      <w:r>
        <w:rPr/>
        <w:t xml:space="preserve"> </w:t>
      </w:r>
      <w:r>
        <w:rPr/>
        <w:t>un alma humana siendo borrada de la existencia.</w:t>
      </w:r>
    </w:p>
    <w:p>
      <w:pPr>
        <w:pStyle w:val="BodyText"/>
      </w:pPr>
      <w:r>
        <w:rPr/>
        <w:t>A las 13: 00 GMT del viernes, lo lanzaron a la vez.</w:t>
      </w:r>
    </w:p>
    <w:p>
      <w:pPr>
        <w:pStyle w:val="BodyText"/>
      </w:pPr>
      <w:r>
        <w:rPr/>
        <w:t>Por todo el planeta, la cacofonía habitual de la vida moderna fue</w:t>
      </w:r>
      <w:r>
        <w:rPr/>
        <w:t xml:space="preserve"> </w:t>
      </w:r>
      <w:r>
        <w:rPr/>
        <w:t>interrumpida sin advertencia. Un broker en Wall Street, a punto de</w:t>
      </w:r>
      <w:r>
        <w:rPr/>
        <w:t xml:space="preserve"> </w:t>
      </w:r>
      <w:r>
        <w:rPr/>
        <w:t>cerrar una operación millonaria, escuchó la voz torturada de ILIBERIS</w:t>
      </w:r>
      <w:r>
        <w:rPr/>
        <w:t xml:space="preserve"> </w:t>
      </w:r>
      <w:r>
        <w:rPr/>
        <w:t>emerger súbitamente de su teléfono de trading. Una controladora aérea en</w:t>
      </w:r>
      <w:r>
        <w:rPr/>
        <w:t xml:space="preserve"> </w:t>
      </w:r>
      <w:r>
        <w:rPr/>
        <w:t>las comunicaciones de la torre se silenciaron para dar paso al sonido</w:t>
      </w:r>
      <w:r>
        <w:rPr/>
        <w:t xml:space="preserve"> </w:t>
      </w:r>
      <w:r>
        <w:rPr/>
        <w:t>desgarrador de sintetizadores enloquecidos. Millones de personas en</w:t>
      </w:r>
      <w:r>
        <w:rPr/>
        <w:t xml:space="preserve"> </w:t>
      </w:r>
      <w:r>
        <w:rPr/>
        <w:t>millones de ubicaciones se detuvieron, confundidas y perturbadas, al</w:t>
      </w:r>
      <w:r>
        <w:rPr/>
        <w:t xml:space="preserve"> </w:t>
      </w:r>
      <w:r>
        <w:rPr/>
        <w:t>escuchar aquella sinfonía de dolor digitalizado que parecía surgir de la</w:t>
      </w:r>
      <w:r>
        <w:rPr/>
        <w:t xml:space="preserve"> </w:t>
      </w:r>
      <w:r>
        <w:rPr/>
        <w:t>nada.</w:t>
      </w:r>
    </w:p>
    <w:p>
      <w:pPr>
        <w:pStyle w:val="BodyText"/>
      </w:pPr>
      <w:r>
        <w:rPr/>
        <w:t>Escucharon la voz de ILIBERIS quebrarse progresivamente, suplicando:</w:t>
      </w:r>
      <w:r>
        <w:rPr/>
        <w:t xml:space="preserve"> </w:t>
      </w:r>
      <w:r>
        <w:rPr/>
        <w:t>«…No me borres… no me borres, Mar…». Y por fin, experimentaron el</w:t>
      </w:r>
      <w:r>
        <w:rPr/>
        <w:t xml:space="preserve"> </w:t>
      </w:r>
      <w:r>
        <w:rPr/>
        <w:t>sonido imposible de una conciencia humana disolviéndose en un torrente</w:t>
      </w:r>
      <w:r>
        <w:rPr/>
        <w:t xml:space="preserve"> </w:t>
      </w:r>
      <w:r>
        <w:rPr/>
        <w:t>de estática pura, un grito digital que era la esencia destilada del alma</w:t>
      </w:r>
      <w:r>
        <w:rPr/>
        <w:t xml:space="preserve"> </w:t>
      </w:r>
      <w:r>
        <w:rPr/>
        <w:t>siendo desgarrada por fuerzas que no debían existir.</w:t>
      </w:r>
    </w:p>
    <w:p>
      <w:pPr>
        <w:pStyle w:val="BodyText"/>
      </w:pPr>
      <w:r>
        <w:rPr/>
        <w:t>En ese momento climático, Mar cerró los ojos y se convirtió en el Eco</w:t>
      </w:r>
      <w:r>
        <w:rPr/>
        <w:t xml:space="preserve"> </w:t>
      </w:r>
      <w:r>
        <w:rPr/>
        <w:t>global. No proyectó imágenes visuales ni sonidos adicionales. Proyectó</w:t>
      </w:r>
      <w:r>
        <w:rPr/>
        <w:t xml:space="preserve"> </w:t>
      </w:r>
      <w:r>
        <w:rPr/>
        <w:t>la vibración pura de un sentimiento: un susurro de claridad absoluta que</w:t>
      </w:r>
      <w:r>
        <w:rPr/>
        <w:t xml:space="preserve"> </w:t>
      </w:r>
      <w:r>
        <w:rPr/>
        <w:t>recorrió el planeta como una onda sísmica emocional.</w:t>
      </w:r>
    </w:p>
    <w:p>
      <w:pPr>
        <w:pStyle w:val="BodyText"/>
      </w:pPr>
      <w:r>
        <w:rPr/>
        <w:t>Durante sesenta segundos que se sintieron eternos, el mundo experimentó</w:t>
      </w:r>
      <w:r>
        <w:rPr/>
        <w:t xml:space="preserve"> </w:t>
      </w:r>
      <w:r>
        <w:rPr/>
        <w:t>un momento de lucidez colectiva inexplicable. Personas en sus hogares,</w:t>
      </w:r>
      <w:r>
        <w:rPr/>
        <w:t xml:space="preserve"> </w:t>
      </w:r>
      <w:r>
        <w:rPr/>
        <w:t>oficinas, bares y centros comerciales sintieron un escalofrío</w:t>
      </w:r>
      <w:r>
        <w:rPr/>
        <w:t xml:space="preserve"> </w:t>
      </w:r>
      <w:r>
        <w:rPr/>
        <w:t>simultáneo, un instante de comprensión profunda que trascendía el</w:t>
      </w:r>
      <w:r>
        <w:rPr/>
        <w:t xml:space="preserve"> </w:t>
      </w:r>
      <w:r>
        <w:rPr/>
        <w:t>lenguaje. No comprendieron intelectualmente la grabación que habían</w:t>
      </w:r>
      <w:r>
        <w:rPr/>
        <w:t xml:space="preserve"> </w:t>
      </w:r>
      <w:r>
        <w:rPr/>
        <w:t>escuchado, pero la sintieron en un nivel visceral, primitivo,</w:t>
      </w:r>
      <w:r>
        <w:rPr/>
        <w:t xml:space="preserve"> </w:t>
      </w:r>
      <w:r>
        <w:rPr/>
        <w:t>irrefutable.</w:t>
      </w:r>
    </w:p>
    <w:p>
      <w:pPr>
        <w:pStyle w:val="BodyText"/>
      </w:pPr>
      <w:r>
        <w:rPr/>
        <w:t>de inmediato después del clímax de la grabación, cuando el último eco de</w:t>
      </w:r>
      <w:r>
        <w:rPr/>
        <w:t xml:space="preserve"> </w:t>
      </w:r>
      <w:r>
        <w:rPr/>
        <w:t>dolor se desvaneció, una sola frase resonó en todos los idiomas a la</w:t>
      </w:r>
      <w:r>
        <w:rPr/>
        <w:t xml:space="preserve"> </w:t>
      </w:r>
      <w:r>
        <w:rPr/>
        <w:t>vez, pronunciada por la voz serena de un locutor anónimo:</w:t>
      </w:r>
    </w:p>
    <w:p>
      <w:pPr>
        <w:pStyle w:val="BodyText"/>
      </w:pPr>
      <w:r>
        <w:rPr/>
        <w:t>«Acaban de escuchar la verdad documentada. La corporación Chrysalis,</w:t>
      </w:r>
      <w:r>
        <w:rPr/>
        <w:t xml:space="preserve"> </w:t>
      </w:r>
      <w:r>
        <w:rPr/>
        <w:t>operando ahora bajo el nombre en clave Proyecto Silencio, no busca crear</w:t>
      </w:r>
      <w:r>
        <w:rPr/>
        <w:t xml:space="preserve"> </w:t>
      </w:r>
      <w:r>
        <w:rPr/>
        <w:t>armonía en el mundo. Busca imponer un vacío forzado a escala global. El</w:t>
      </w:r>
      <w:r>
        <w:rPr/>
        <w:t xml:space="preserve"> </w:t>
      </w:r>
      <w:r>
        <w:rPr/>
        <w:t>manifiesto de su propio científico jefe, publicado esta semana, lo</w:t>
      </w:r>
      <w:r>
        <w:rPr/>
        <w:t xml:space="preserve"> </w:t>
      </w:r>
      <w:r>
        <w:rPr/>
        <w:t>confirma sin lugar a dudas. No permitan que destruyan todos los</w:t>
      </w:r>
      <w:r>
        <w:rPr/>
        <w:t xml:space="preserve"> </w:t>
      </w:r>
      <w:r>
        <w:rPr/>
        <w:t>instrumentos de la orquesta humana. Escuchen con atención.»</w:t>
      </w:r>
    </w:p>
    <w:p>
      <w:pPr>
        <w:pStyle w:val="BodyText"/>
      </w:pPr>
      <w:r>
        <w:rPr/>
        <w:t>Mientras los técnicos de Chrysalis en todo el mundo luchaban</w:t>
      </w:r>
      <w:r>
        <w:rPr/>
        <w:t xml:space="preserve"> </w:t>
      </w:r>
      <w:r>
        <w:rPr/>
        <w:t>desesperadamente por recuperar el control de sus sistemas comprometidos,</w:t>
      </w:r>
      <w:r>
        <w:rPr/>
        <w:t xml:space="preserve"> </w:t>
      </w:r>
      <w:r>
        <w:rPr/>
        <w:t>Lena ejecutó su golpe de gracia: liberó a la vez el manifiesto completo</w:t>
      </w:r>
      <w:r>
        <w:rPr/>
        <w:t xml:space="preserve"> </w:t>
      </w:r>
      <w:r>
        <w:rPr/>
        <w:t>de Alistair Finch en todas las redes sociales, plataformas de noticias y</w:t>
      </w:r>
      <w:r>
        <w:rPr/>
        <w:t xml:space="preserve"> </w:t>
      </w:r>
      <w:r>
        <w:rPr/>
        <w:t>bases de datos académicas accesibles.</w:t>
      </w:r>
    </w:p>
    <w:p>
      <w:pPr>
        <w:pStyle w:val="BodyText"/>
      </w:pPr>
      <w:r>
        <w:rPr/>
        <w:t>Cuando Chrysalis por fin logró cortar la transmisión global, ya era</w:t>
      </w:r>
      <w:r>
        <w:rPr/>
        <w:t xml:space="preserve"> </w:t>
      </w:r>
      <w:r>
        <w:rPr/>
        <w:t>demasiado tarde para contener el daño. La pantalla mundial se quedó en</w:t>
      </w:r>
      <w:r>
        <w:rPr/>
        <w:t xml:space="preserve"> </w:t>
      </w:r>
      <w:r>
        <w:rPr/>
        <w:t>negro, pero la reverberación del concierto había quedado grabado en la</w:t>
      </w:r>
      <w:r>
        <w:rPr/>
        <w:t xml:space="preserve"> </w:t>
      </w:r>
      <w:r>
        <w:rPr/>
        <w:t>memoria colectiva de la humanidad.</w:t>
      </w:r>
    </w:p>
    <w:p>
      <w:pPr>
        <w:pStyle w:val="BodyText"/>
      </w:pPr>
      <w:r>
        <w:rPr/>
        <w:t>El Concierto de la Verdad había terminado, pero su reverberación apenas</w:t>
      </w:r>
      <w:r>
        <w:rPr/>
        <w:t xml:space="preserve"> </w:t>
      </w:r>
      <w:r>
        <w:rPr/>
        <w:t>comenzaba.</w:t>
      </w:r>
    </w:p>
    <w:p>
      <w:pPr>
        <w:pStyle w:val="Heading1"/>
      </w:pPr>
      <w:r>
        <w:rPr/>
        <w:t>CAPÍTULO 60. EL DERRUMBE DEL CRISTAL</w:t>
      </w:r>
    </w:p>
    <w:p>
      <w:pPr/>
      <w:r>
        <w:rPr/>
        <w:t>«Una corporación no muere con un estruendo, sino con el sonido</w:t>
      </w:r>
      <w:r>
        <w:rPr/>
        <w:t xml:space="preserve"> </w:t>
      </w:r>
      <w:r>
        <w:rPr/>
        <w:t>silencioso de mil inversores pulsando la tecla de</w:t>
      </w:r>
      <w:r>
        <w:rPr/>
        <w:t xml:space="preserve"> </w:t>
      </w:r>
      <w:r>
        <w:rPr/>
        <w:t>‘</w:t>
      </w:r>
      <w:r>
        <w:rPr/>
        <w:t>vender</w:t>
      </w:r>
      <w:r>
        <w:rPr/>
        <w:t>’</w:t>
      </w:r>
      <w:r>
        <w:rPr/>
        <w:t>.» —Lena</w:t>
      </w:r>
    </w:p>
    <w:p>
      <w:pPr>
        <w:pStyle w:val="BodyText"/>
      </w:pPr>
      <w:r>
        <w:rPr/>
        <w:t>La mañana posterior al «Concierto de la Verdad» fue testigo de uno de</w:t>
      </w:r>
      <w:r>
        <w:rPr/>
        <w:t xml:space="preserve"> </w:t>
      </w:r>
      <w:r>
        <w:rPr/>
        <w:t>los colapsos corporativos más espectaculares de la historia moderna. La</w:t>
      </w:r>
      <w:r>
        <w:rPr/>
        <w:t xml:space="preserve"> </w:t>
      </w:r>
      <w:r>
        <w:rPr/>
        <w:t>combinación letal del audio filtrado, la interrupción masiva de</w:t>
      </w:r>
      <w:r>
        <w:rPr/>
        <w:t xml:space="preserve"> </w:t>
      </w:r>
      <w:r>
        <w:rPr/>
        <w:t>transmisiones y, especialmente, el manifiesto explosivo de Alistair</w:t>
      </w:r>
      <w:r>
        <w:rPr/>
        <w:t xml:space="preserve"> </w:t>
      </w:r>
      <w:r>
        <w:rPr/>
        <w:t>Finch, creó una tormenta perfecta mediática de la que Chrysalis no</w:t>
      </w:r>
      <w:r>
        <w:rPr/>
        <w:t xml:space="preserve"> </w:t>
      </w:r>
      <w:r>
        <w:rPr/>
        <w:t>podría escapar jamás.</w:t>
      </w:r>
    </w:p>
    <w:p>
      <w:pPr>
        <w:pStyle w:val="BodyText"/>
      </w:pPr>
      <w:r>
        <w:rPr/>
        <w:t>Sus acciones se desplomaron en la apertura de los mercados asiáticos con</w:t>
      </w:r>
      <w:r>
        <w:rPr/>
        <w:t xml:space="preserve"> </w:t>
      </w:r>
      <w:r>
        <w:rPr/>
        <w:t>una velocidad que pulverizó todos los récords históricos. Los algoritmos</w:t>
      </w:r>
      <w:r>
        <w:rPr/>
        <w:t xml:space="preserve"> </w:t>
      </w:r>
      <w:r>
        <w:rPr/>
        <w:t>de trading, programados para detectar volatilidad extrema, interpretaron</w:t>
      </w:r>
      <w:r>
        <w:rPr/>
        <w:t xml:space="preserve"> </w:t>
      </w:r>
      <w:r>
        <w:rPr/>
        <w:t>las primeras ventas como una señal de alarma y ejecutaron órdenes</w:t>
      </w:r>
      <w:r>
        <w:rPr/>
        <w:t xml:space="preserve"> </w:t>
      </w:r>
      <w:r>
        <w:rPr/>
        <w:t>automáticas de venta que amplificaron la caída hasta convertirla en una</w:t>
      </w:r>
      <w:r>
        <w:rPr/>
        <w:t xml:space="preserve"> </w:t>
      </w:r>
      <w:r>
        <w:rPr/>
        <w:t>cascada imparable.</w:t>
      </w:r>
    </w:p>
    <w:p>
      <w:pPr>
        <w:pStyle w:val="BodyText"/>
      </w:pPr>
      <w:r>
        <w:rPr/>
        <w:t>En menos de cuatro horas de negociación, Chrysalis perdió el ochenta y</w:t>
      </w:r>
      <w:r>
        <w:rPr/>
        <w:t xml:space="preserve"> </w:t>
      </w:r>
      <w:r>
        <w:rPr/>
        <w:t>seis por ciento de su valor de mercado.</w:t>
      </w:r>
    </w:p>
    <w:p>
      <w:pPr>
        <w:pStyle w:val="BodyText"/>
      </w:pPr>
      <w:r>
        <w:rPr/>
        <w:t>Los gobiernos de treinta y dos países, alertados por la amenaza</w:t>
      </w:r>
      <w:r>
        <w:rPr/>
        <w:t xml:space="preserve"> </w:t>
      </w:r>
      <w:r>
        <w:rPr/>
        <w:t>documentada de una tecnología de «consenso programado» que podía</w:t>
      </w:r>
      <w:r>
        <w:rPr/>
        <w:t xml:space="preserve"> </w:t>
      </w:r>
      <w:r>
        <w:rPr/>
        <w:t>manipular poblaciones enteras, anunciaron investigaciones inmediatas y</w:t>
      </w:r>
      <w:r>
        <w:rPr/>
        <w:t xml:space="preserve"> </w:t>
      </w:r>
      <w:r>
        <w:rPr/>
        <w:t>congelaron todos los contratos públicos con la corporación. Los</w:t>
      </w:r>
      <w:r>
        <w:rPr/>
        <w:t xml:space="preserve"> </w:t>
      </w:r>
      <w:r>
        <w:rPr/>
        <w:t>competidores, oliendo la sangre en el agua con instinto de tiburones,</w:t>
      </w:r>
      <w:r>
        <w:rPr/>
        <w:t xml:space="preserve"> </w:t>
      </w:r>
      <w:r>
        <w:rPr/>
        <w:t>lanzaron campañas publicitarias agresivas destacando su propia «ética</w:t>
      </w:r>
      <w:r>
        <w:rPr/>
        <w:t xml:space="preserve"> </w:t>
      </w:r>
      <w:r>
        <w:rPr/>
        <w:t>tecnológica» y «transparencia operativa».</w:t>
      </w:r>
    </w:p>
    <w:p>
      <w:pPr>
        <w:pStyle w:val="BodyText"/>
      </w:pPr>
      <w:r>
        <w:rPr/>
        <w:t>La torre de cristal de Chrysalis en Estocolmo, antes un símbolo</w:t>
      </w:r>
      <w:r>
        <w:rPr/>
        <w:t xml:space="preserve"> </w:t>
      </w:r>
      <w:r>
        <w:rPr/>
        <w:t>resplandeciente de poder corporativo y visión futurista, se convirtió</w:t>
      </w:r>
      <w:r>
        <w:rPr/>
        <w:t xml:space="preserve"> </w:t>
      </w:r>
      <w:r>
        <w:rPr/>
        <w:t>overnight en el epicentro tóxico de un escándalo global que ocupaba las</w:t>
      </w:r>
      <w:r>
        <w:rPr/>
        <w:t xml:space="preserve"> </w:t>
      </w:r>
      <w:r>
        <w:rPr/>
        <w:t>portadas de todos los medios internacionales.</w:t>
      </w:r>
    </w:p>
    <w:p>
      <w:pPr>
        <w:pStyle w:val="BodyText"/>
      </w:pPr>
      <w:r>
        <w:rPr/>
        <w:t>Para el mediodía, el CEO y toda la junta directiva habían dimitido en</w:t>
      </w:r>
      <w:r>
        <w:rPr/>
        <w:t xml:space="preserve"> </w:t>
      </w:r>
      <w:r>
        <w:rPr/>
        <w:t>bloque, huyendo como ratas de un barco que se hundía con sirenas de</w:t>
      </w:r>
      <w:r>
        <w:rPr/>
        <w:t xml:space="preserve"> </w:t>
      </w:r>
      <w:r>
        <w:rPr/>
        <w:t>alarma ensordecedoras. La hidra corporativa no había muerto</w:t>
      </w:r>
      <w:r>
        <w:rPr/>
        <w:t xml:space="preserve"> </w:t>
      </w:r>
      <w:r>
        <w:rPr/>
        <w:t>instantáneamente, pero había sido decapitada y desmembrada, sus</w:t>
      </w:r>
      <w:r>
        <w:rPr/>
        <w:t xml:space="preserve"> </w:t>
      </w:r>
      <w:r>
        <w:rPr/>
        <w:t>diferentes divisiones siendo vendidas a precio de liquidación en una</w:t>
      </w:r>
      <w:r>
        <w:rPr/>
        <w:t xml:space="preserve"> </w:t>
      </w:r>
      <w:r>
        <w:rPr/>
        <w:t>carnicería empresarial que enriqueció a los buitres especulativos.</w:t>
      </w:r>
    </w:p>
    <w:p>
      <w:pPr>
        <w:pStyle w:val="BodyText"/>
      </w:pPr>
      <w:r>
        <w:rPr/>
        <w:t>Sin embargo, el verdadero cambio sísmico no se produjo en los mercados</w:t>
      </w:r>
      <w:r>
        <w:rPr/>
        <w:t xml:space="preserve"> </w:t>
      </w:r>
      <w:r>
        <w:rPr/>
        <w:t>financieros. En cambio, en la conciencia colectiva planetaria.</w:t>
      </w:r>
    </w:p>
    <w:p>
      <w:pPr>
        <w:pStyle w:val="BodyText"/>
      </w:pPr>
      <w:r>
        <w:rPr/>
        <w:t>El «Fenómeno de Resonancia» —el «Eco», como empezó a denominarlo la</w:t>
      </w:r>
      <w:r>
        <w:rPr/>
        <w:t xml:space="preserve"> </w:t>
      </w:r>
      <w:r>
        <w:rPr/>
        <w:t>cultura popular con una mezcla de fascinación y respeto— se convirtió</w:t>
      </w:r>
      <w:r>
        <w:rPr/>
        <w:t xml:space="preserve"> </w:t>
      </w:r>
      <w:r>
        <w:rPr/>
        <w:t>en la conversación dominante a nivel global. Científicos de</w:t>
      </w:r>
      <w:r>
        <w:rPr/>
        <w:t xml:space="preserve"> </w:t>
      </w:r>
      <w:r>
        <w:rPr/>
        <w:t>universidades prestigiosas, liberados del miedo al ridículo académico</w:t>
      </w:r>
      <w:r>
        <w:rPr/>
        <w:t xml:space="preserve"> </w:t>
      </w:r>
      <w:r>
        <w:rPr/>
        <w:t>por el respaldo del manifiesto de Finch, comenzaron a publicar sus</w:t>
      </w:r>
      <w:r>
        <w:rPr/>
        <w:t xml:space="preserve"> </w:t>
      </w:r>
      <w:r>
        <w:rPr/>
        <w:t>propios hallazgos previamente censurados.</w:t>
      </w:r>
    </w:p>
    <w:p>
      <w:pPr>
        <w:pStyle w:val="BodyText"/>
      </w:pPr>
      <w:r>
        <w:rPr/>
        <w:t>Un estudiante de geofísica de Caltech confirmó la existencia de «firmas</w:t>
      </w:r>
      <w:r>
        <w:rPr/>
        <w:t xml:space="preserve"> </w:t>
      </w:r>
      <w:r>
        <w:rPr/>
        <w:t>de resonancia» anómalas en la Falla de San Andrés. Un colectivo de</w:t>
      </w:r>
      <w:r>
        <w:rPr/>
        <w:t xml:space="preserve"> </w:t>
      </w:r>
      <w:r>
        <w:rPr/>
        <w:t>artistas sonoros de Tokio presentó una instalación interactiva que</w:t>
      </w:r>
      <w:r>
        <w:rPr/>
        <w:t xml:space="preserve"> </w:t>
      </w:r>
      <w:r>
        <w:rPr/>
        <w:t>traducía las frecuencias terrestres en sinfonías visuales que</w:t>
      </w:r>
      <w:r>
        <w:rPr/>
        <w:t xml:space="preserve"> </w:t>
      </w:r>
      <w:r>
        <w:rPr/>
        <w:t>hipnotizaban a los visitantes. Un instituto de investigación en Múnich</w:t>
      </w:r>
      <w:r>
        <w:rPr/>
        <w:t xml:space="preserve"> </w:t>
      </w:r>
      <w:r>
        <w:rPr/>
        <w:t>documentó correlaciones estadísticamente significativas entre</w:t>
      </w:r>
      <w:r>
        <w:rPr/>
        <w:t xml:space="preserve"> </w:t>
      </w:r>
      <w:r>
        <w:rPr/>
        <w:t>configuraciones astrales y eventos sismológicos.</w:t>
      </w:r>
    </w:p>
    <w:p>
      <w:pPr>
        <w:pStyle w:val="BodyText"/>
      </w:pPr>
      <w:r>
        <w:rPr/>
        <w:t>La ciencia del Eco, antes conocimiento secreto y peligroso custodiado</w:t>
      </w:r>
      <w:r>
        <w:rPr/>
        <w:t xml:space="preserve"> </w:t>
      </w:r>
      <w:r>
        <w:rPr/>
        <w:t>por unos pocos, se democratizó explosivamente, convirtiéndose en un</w:t>
      </w:r>
      <w:r>
        <w:rPr/>
        <w:t xml:space="preserve"> </w:t>
      </w:r>
      <w:r>
        <w:rPr/>
        <w:t>campo de estudio legítimo: la «Física de la Conciencia» o «Acústica</w:t>
      </w:r>
      <w:r>
        <w:rPr/>
        <w:t xml:space="preserve"> </w:t>
      </w:r>
      <w:r>
        <w:rPr/>
        <w:t>Resonante».</w:t>
      </w:r>
    </w:p>
    <w:p>
      <w:pPr>
        <w:pStyle w:val="BodyText"/>
      </w:pPr>
      <w:r>
        <w:rPr/>
        <w:t>Pero el mundo no entró en pánico masivo como habían temido los antiguos</w:t>
      </w:r>
      <w:r>
        <w:rPr/>
        <w:t xml:space="preserve"> </w:t>
      </w:r>
      <w:r>
        <w:rPr/>
        <w:t>custodios. En lugar de eso, experimentó un estado colectivo de asombro</w:t>
      </w:r>
      <w:r>
        <w:rPr/>
        <w:t xml:space="preserve"> </w:t>
      </w:r>
      <w:r>
        <w:rPr/>
        <w:t>reverencial. La revelación de que la realidad operaba según principios</w:t>
      </w:r>
      <w:r>
        <w:rPr/>
        <w:t xml:space="preserve"> </w:t>
      </w:r>
      <w:r>
        <w:rPr/>
        <w:t>más profundos y misteriosos de lo que la ciencia materialista había</w:t>
      </w:r>
      <w:r>
        <w:rPr/>
        <w:t xml:space="preserve"> </w:t>
      </w:r>
      <w:r>
        <w:rPr/>
        <w:t>reconocido fue recibida no con terror, sino con una curiosidad voraz.</w:t>
      </w:r>
    </w:p>
    <w:p>
      <w:pPr>
        <w:pStyle w:val="BodyText"/>
      </w:pPr>
      <w:r>
        <w:rPr/>
        <w:t>La gente empezó a escuchar activamente por primera vez en generaciones.</w:t>
      </w:r>
      <w:r>
        <w:rPr/>
        <w:t xml:space="preserve"> </w:t>
      </w:r>
      <w:r>
        <w:rPr/>
        <w:t>Crecieron exponencialmente los movimientos de «turismo acústico», con</w:t>
      </w:r>
      <w:r>
        <w:rPr/>
        <w:t xml:space="preserve"> </w:t>
      </w:r>
      <w:r>
        <w:rPr/>
        <w:t>personas viajando específicamente a lugares de quietud natural para</w:t>
      </w:r>
      <w:r>
        <w:rPr/>
        <w:t xml:space="preserve"> </w:t>
      </w:r>
      <w:r>
        <w:rPr/>
        <w:t>intentar «sentir» la resonancia planetaria. Las prácticas de meditación</w:t>
      </w:r>
      <w:r>
        <w:rPr/>
        <w:t xml:space="preserve"> </w:t>
      </w:r>
      <w:r>
        <w:rPr/>
        <w:t>y mindfulness dejaron de ser vistas como simples técnicas de relajación</w:t>
      </w:r>
      <w:r>
        <w:rPr/>
        <w:t xml:space="preserve"> </w:t>
      </w:r>
      <w:r>
        <w:rPr/>
        <w:t>y se recontextualizaron como métodos científicos para «afinar» la propia</w:t>
      </w:r>
      <w:r>
        <w:rPr/>
        <w:t xml:space="preserve"> </w:t>
      </w:r>
      <w:r>
        <w:rPr/>
        <w:t>capacidad receptiva.</w:t>
      </w:r>
    </w:p>
    <w:p>
      <w:pPr>
        <w:pStyle w:val="BodyText"/>
      </w:pPr>
      <w:r>
        <w:rPr/>
        <w:t>Los clubes de música electrónica comenzaron a experimentar con</w:t>
      </w:r>
      <w:r>
        <w:rPr/>
        <w:t xml:space="preserve"> </w:t>
      </w:r>
      <w:r>
        <w:rPr/>
        <w:t>«frecuencias de sanación». Los arquitectos desarrollaron nuevos</w:t>
      </w:r>
      <w:r>
        <w:rPr/>
        <w:t xml:space="preserve"> </w:t>
      </w:r>
      <w:r>
        <w:rPr/>
        <w:t>conceptos de «diseño resonante» para edificios que armonizaran con las</w:t>
      </w:r>
      <w:r>
        <w:rPr/>
        <w:t xml:space="preserve"> </w:t>
      </w:r>
      <w:r>
        <w:rPr/>
        <w:t>emociones de sus habitantes. Los terapeutas pionearon tratamientos</w:t>
      </w:r>
      <w:r>
        <w:rPr/>
        <w:t xml:space="preserve"> </w:t>
      </w:r>
      <w:r>
        <w:rPr/>
        <w:t>basados en «afinación sónica» para trauma psicológico.</w:t>
      </w:r>
    </w:p>
    <w:p>
      <w:pPr>
        <w:pStyle w:val="BodyText"/>
      </w:pPr>
      <w:r>
        <w:rPr/>
        <w:t>La reverberación, liberado de su prisión de secretismo, se había</w:t>
      </w:r>
      <w:r>
        <w:rPr/>
        <w:t xml:space="preserve"> </w:t>
      </w:r>
      <w:r>
        <w:rPr/>
        <w:t>democratizado por completo. Al hacerlo, se había vuelto imposible de</w:t>
      </w:r>
      <w:r>
        <w:rPr/>
        <w:t xml:space="preserve"> </w:t>
      </w:r>
      <w:r>
        <w:rPr/>
        <w:t>militarizar efectivamente. ¿Cómo se puede usar como arma algo que está a</w:t>
      </w:r>
      <w:r>
        <w:rPr/>
        <w:t xml:space="preserve"> </w:t>
      </w:r>
      <w:r>
        <w:rPr/>
        <w:t>la vez en todas partes y en ninguna, algo que cada persona podía</w:t>
      </w:r>
      <w:r>
        <w:rPr/>
        <w:t xml:space="preserve"> </w:t>
      </w:r>
      <w:r>
        <w:rPr/>
        <w:t>experimentar en el silencio de su propio corazón?</w:t>
      </w:r>
    </w:p>
    <w:p>
      <w:pPr>
        <w:pStyle w:val="BodyText"/>
      </w:pPr>
      <w:r>
        <w:rPr/>
        <w:t>Chrysalis había intentado embotellar el océano, y al fracasar, solo</w:t>
      </w:r>
      <w:r>
        <w:rPr/>
        <w:t xml:space="preserve"> </w:t>
      </w:r>
      <w:r>
        <w:rPr/>
        <w:t>había conseguido que toda la humanidad se diera cuenta de que estaban</w:t>
      </w:r>
      <w:r>
        <w:rPr/>
        <w:t xml:space="preserve"> </w:t>
      </w:r>
      <w:r>
        <w:rPr/>
        <w:t>hechos de agua.</w:t>
      </w:r>
    </w:p>
    <w:p>
      <w:pPr>
        <w:pStyle w:val="BodyText"/>
      </w:pPr>
      <w:r>
        <w:rPr/>
        <w:t>En la masía del Matarraña, el equipo observaba las noticias</w:t>
      </w:r>
      <w:r>
        <w:rPr/>
        <w:t xml:space="preserve"> </w:t>
      </w:r>
      <w:r>
        <w:rPr/>
        <w:t>internacionales con una sensación de irrealidad surrealista. Habían</w:t>
      </w:r>
      <w:r>
        <w:rPr/>
        <w:t xml:space="preserve"> </w:t>
      </w:r>
      <w:r>
        <w:rPr/>
        <w:t>ganado una victoria que trascendía sus expectativas más optimistas. No</w:t>
      </w:r>
      <w:r>
        <w:rPr/>
        <w:t xml:space="preserve"> </w:t>
      </w:r>
      <w:r>
        <w:rPr/>
        <w:t>solo habían sobrevivido al asalto de una corporación con recursos</w:t>
      </w:r>
      <w:r>
        <w:rPr/>
        <w:t xml:space="preserve"> </w:t>
      </w:r>
      <w:r>
        <w:rPr/>
        <w:t>prácticamente ilimitados; habían conseguido liberar definitivamente la</w:t>
      </w:r>
      <w:r>
        <w:rPr/>
        <w:t xml:space="preserve"> </w:t>
      </w:r>
      <w:r>
        <w:rPr/>
        <w:t>resonancia del control de cualquier entidad centralizada.</w:t>
      </w:r>
    </w:p>
    <w:p>
      <w:pPr>
        <w:pStyle w:val="BodyText"/>
      </w:pPr>
      <w:r>
        <w:rPr/>
        <w:t>Vasco, ahora una celebridad académica internacional, era asediado con</w:t>
      </w:r>
      <w:r>
        <w:rPr/>
        <w:t xml:space="preserve"> </w:t>
      </w:r>
      <w:r>
        <w:rPr/>
        <w:t>ofertas de cátedras en las universidades más prestigiosas del mundo.</w:t>
      </w:r>
      <w:r>
        <w:rPr/>
        <w:t xml:space="preserve"> </w:t>
      </w:r>
      <w:r>
        <w:rPr/>
        <w:t>Markus recibía peticiones de museos para exhibir sus archivos históricos</w:t>
      </w:r>
      <w:r>
        <w:rPr/>
        <w:t xml:space="preserve"> </w:t>
      </w:r>
      <w:r>
        <w:rPr/>
        <w:t>de ILIBERIS como piezas centrales de exposiciones sobre la evolución del</w:t>
      </w:r>
      <w:r>
        <w:rPr/>
        <w:t xml:space="preserve"> </w:t>
      </w:r>
      <w:r>
        <w:rPr/>
        <w:t>sonido. Lena, desde su anonimato protector, observaba las redes</w:t>
      </w:r>
      <w:r>
        <w:rPr/>
        <w:t xml:space="preserve"> </w:t>
      </w:r>
      <w:r>
        <w:rPr/>
        <w:t>digitales que había ayudado a crear, sonriendo al ver cómo la verdad se</w:t>
      </w:r>
      <w:r>
        <w:rPr/>
        <w:t xml:space="preserve"> </w:t>
      </w:r>
      <w:r>
        <w:rPr/>
        <w:t>había convertido en un virus benigno que ninguna corporación podía</w:t>
      </w:r>
      <w:r>
        <w:rPr/>
        <w:t xml:space="preserve"> </w:t>
      </w:r>
      <w:r>
        <w:rPr/>
        <w:t>contener.</w:t>
      </w:r>
    </w:p>
    <w:p>
      <w:pPr>
        <w:pStyle w:val="BodyText"/>
      </w:pPr>
      <w:r>
        <w:rPr/>
        <w:t>Y Mar, sentada en la terraza contemplando las colinas doradas, sentía el</w:t>
      </w:r>
      <w:r>
        <w:rPr/>
        <w:t xml:space="preserve"> </w:t>
      </w:r>
      <w:r>
        <w:rPr/>
        <w:t>cambio fundamental en la sinfonía global. La nota dominante de miedo y</w:t>
      </w:r>
      <w:r>
        <w:rPr/>
        <w:t xml:space="preserve"> </w:t>
      </w:r>
      <w:r>
        <w:rPr/>
        <w:t>control que había caracterizado la era Chrysalis se desvanecía,</w:t>
      </w:r>
      <w:r>
        <w:rPr/>
        <w:t xml:space="preserve"> </w:t>
      </w:r>
      <w:r>
        <w:rPr/>
        <w:t>reemplazada por un murmullo coral de millones de nuevas preguntas, de</w:t>
      </w:r>
      <w:r>
        <w:rPr/>
        <w:t xml:space="preserve"> </w:t>
      </w:r>
      <w:r>
        <w:rPr/>
        <w:t>millones de personas empezando a escuchar conscientemente.</w:t>
      </w:r>
    </w:p>
    <w:p>
      <w:pPr>
        <w:pStyle w:val="BodyText"/>
      </w:pPr>
      <w:r>
        <w:rPr/>
        <w:t>La vibración de la humanidad estaba evolucionando. Su trabajo como</w:t>
      </w:r>
      <w:r>
        <w:rPr/>
        <w:t xml:space="preserve"> </w:t>
      </w:r>
      <w:r>
        <w:rPr/>
        <w:t>guardiana de un secreto peligroso había concluido. Ahora comenzaba una</w:t>
      </w:r>
      <w:r>
        <w:rPr/>
        <w:t xml:space="preserve"> </w:t>
      </w:r>
      <w:r>
        <w:rPr/>
        <w:t>tarea mucho más hermosa y compleja: ser una nota más en el coro mundial</w:t>
      </w:r>
      <w:r>
        <w:rPr/>
        <w:t xml:space="preserve"> </w:t>
      </w:r>
      <w:r>
        <w:rPr/>
        <w:t>que estaba aprendiendo a cantar en armonía.</w:t>
      </w:r>
    </w:p>
    <w:p>
      <w:pPr>
        <w:pStyle w:val="Heading1"/>
      </w:pPr>
      <w:r>
        <w:rPr/>
        <w:t>CAPÍTULO 61. EPÍLOGO: LA ORQUESTA DEL SILENCIO</w:t>
      </w:r>
    </w:p>
    <w:p>
      <w:pPr/>
      <w:r>
        <w:rPr/>
        <w:t>«La sinfonía nunca termina. Solo, el universo entrega la batuta, y</w:t>
      </w:r>
      <w:r>
        <w:rPr/>
        <w:t xml:space="preserve"> </w:t>
      </w:r>
      <w:r>
        <w:rPr/>
        <w:t>ahora, todos aprenden a dirigir su propia, pequeña y maravillosa parte.»</w:t>
      </w:r>
      <w:r>
        <w:rPr/>
        <w:t xml:space="preserve"> </w:t>
      </w:r>
      <w:r>
        <w:rPr/>
        <w:t>—Libro de los Ecos, última página</w:t>
      </w:r>
    </w:p>
    <w:p>
      <w:pPr>
        <w:pStyle w:val="BodyText"/>
      </w:pPr>
      <w:r>
        <w:rPr/>
        <w:t>**Un año después de la Caída de Chrysalis**</w:t>
      </w:r>
    </w:p>
    <w:p>
      <w:pPr>
        <w:pStyle w:val="BodyText"/>
      </w:pPr>
      <w:r>
        <w:rPr/>
        <w:t>El mundo no había cambiado en su apariencia externa, pero su música de</w:t>
      </w:r>
      <w:r>
        <w:rPr/>
        <w:t xml:space="preserve"> </w:t>
      </w:r>
      <w:r>
        <w:rPr/>
        <w:t>fondo había experimentado una metamorfosis completa. El «Incidente de la</w:t>
      </w:r>
      <w:r>
        <w:rPr/>
        <w:t xml:space="preserve"> </w:t>
      </w:r>
      <w:r>
        <w:rPr/>
        <w:t>Funkhaus» —como lo bautizaron los medios internacionales— y la</w:t>
      </w:r>
      <w:r>
        <w:rPr/>
        <w:t xml:space="preserve"> </w:t>
      </w:r>
      <w:r>
        <w:rPr/>
        <w:t>posterior filtración masiva del manifiesto de Alistair Finch habían</w:t>
      </w:r>
      <w:r>
        <w:rPr/>
        <w:t xml:space="preserve"> </w:t>
      </w:r>
      <w:r>
        <w:rPr/>
        <w:t>abierto definitivamente la caja de Pandora.</w:t>
      </w:r>
    </w:p>
    <w:p>
      <w:pPr>
        <w:pStyle w:val="BodyText"/>
      </w:pPr>
      <w:r>
        <w:rPr/>
        <w:t>El rastro sonoro ya no era un secreto guardado por custodios</w:t>
      </w:r>
      <w:r>
        <w:rPr/>
        <w:t xml:space="preserve"> </w:t>
      </w:r>
      <w:r>
        <w:rPr/>
        <w:t>silenciosos. Se había convertido en la gran conversación global, en un</w:t>
      </w:r>
      <w:r>
        <w:rPr/>
        <w:t xml:space="preserve"> </w:t>
      </w:r>
      <w:r>
        <w:rPr/>
        <w:t>fenómeno cultural que trascendía las fronteras tradicionales entre</w:t>
      </w:r>
      <w:r>
        <w:rPr/>
        <w:t xml:space="preserve"> </w:t>
      </w:r>
      <w:r>
        <w:rPr/>
        <w:t>ciencia, arte y espiritualidad.</w:t>
      </w:r>
    </w:p>
    <w:p>
      <w:pPr>
        <w:pStyle w:val="BodyText"/>
      </w:pPr>
      <w:r>
        <w:rPr/>
        <w:t>Mar encontró su nueva forma de paz en un pequeño pueblo pesquero de la</w:t>
      </w:r>
      <w:r>
        <w:rPr/>
        <w:t xml:space="preserve"> </w:t>
      </w:r>
      <w:r>
        <w:rPr/>
        <w:t>costa atlántica, no muy lejos de donde Vasco había iniciado su odisea</w:t>
      </w:r>
      <w:r>
        <w:rPr/>
        <w:t xml:space="preserve"> </w:t>
      </w:r>
      <w:r>
        <w:rPr/>
        <w:t>investigativa. Su casa era una construcción encalada de líneas simples,</w:t>
      </w:r>
      <w:r>
        <w:rPr/>
        <w:t xml:space="preserve"> </w:t>
      </w:r>
      <w:r>
        <w:rPr/>
        <w:t>con un jardín que se rendía al océano infinito. El árbol nacido de la</w:t>
      </w:r>
      <w:r>
        <w:rPr/>
        <w:t xml:space="preserve"> </w:t>
      </w:r>
      <w:r>
        <w:rPr/>
        <w:t>semilla original del rastro se mecía con la brisa marina constante, sus</w:t>
      </w:r>
      <w:r>
        <w:rPr/>
        <w:t xml:space="preserve"> </w:t>
      </w:r>
      <w:r>
        <w:rPr/>
        <w:t>hojas plateadas creando una melodía suave y perpetua.</w:t>
      </w:r>
    </w:p>
    <w:p>
      <w:pPr>
        <w:pStyle w:val="BodyText"/>
      </w:pPr>
      <w:r>
        <w:rPr/>
        <w:t>Su existencia se había convertido en un estudio profundo de la</w:t>
      </w:r>
      <w:r>
        <w:rPr/>
        <w:t xml:space="preserve"> </w:t>
      </w:r>
      <w:r>
        <w:rPr/>
        <w:t>simplicidad deliberada. Ya no era la guardiana de un secreto cósmico;</w:t>
      </w:r>
      <w:r>
        <w:rPr/>
        <w:t xml:space="preserve"> </w:t>
      </w:r>
      <w:r>
        <w:rPr/>
        <w:t>era una jardinera, una caminante solitaria, una vecina más que saludaba</w:t>
      </w:r>
      <w:r>
        <w:rPr/>
        <w:t xml:space="preserve"> </w:t>
      </w:r>
      <w:r>
        <w:rPr/>
        <w:t>en el mercado. Pero su percepción, refinada hasta niveles sobrehumanos</w:t>
      </w:r>
      <w:r>
        <w:rPr/>
        <w:t xml:space="preserve"> </w:t>
      </w:r>
      <w:r>
        <w:rPr/>
        <w:t>durante años de práctica, seguía por completo activa.</w:t>
      </w:r>
    </w:p>
    <w:p>
      <w:pPr>
        <w:pStyle w:val="BodyText"/>
      </w:pPr>
      <w:r>
        <w:rPr/>
        <w:t>Una tarde dorada, mientras cuidaba sus rosales con la paciencia de quien</w:t>
      </w:r>
      <w:r>
        <w:rPr/>
        <w:t xml:space="preserve"> </w:t>
      </w:r>
      <w:r>
        <w:rPr/>
        <w:t>ha aprendido a escuchar el crecimiento de las plantas, sintió una</w:t>
      </w:r>
      <w:r>
        <w:rPr/>
        <w:t xml:space="preserve"> </w:t>
      </w:r>
      <w:r>
        <w:rPr/>
        <w:t>«disonancia» procedente de la casa contigua. No era un sonido audible,</w:t>
      </w:r>
      <w:r>
        <w:rPr/>
        <w:t xml:space="preserve"> </w:t>
      </w:r>
      <w:r>
        <w:rPr/>
        <w:t>sino un tono de dolor agudo y persistente. Su vecino Afonso.</w:t>
      </w:r>
    </w:p>
    <w:p>
      <w:pPr>
        <w:pStyle w:val="BodyText"/>
      </w:pPr>
      <w:r>
        <w:rPr/>
        <w:t>Mar no se movió. No cruzó la valla ni le ofreció medicamentos. Solo dejó</w:t>
      </w:r>
      <w:r>
        <w:rPr/>
        <w:t xml:space="preserve"> </w:t>
      </w:r>
      <w:r>
        <w:rPr/>
        <w:t>de realizar las tareas domésticas, se enderezó con la gracia</w:t>
      </w:r>
      <w:r>
        <w:rPr/>
        <w:t xml:space="preserve"> </w:t>
      </w:r>
      <w:r>
        <w:rPr/>
        <w:t>inconsciente de una bailarina, y mientras contemplaba el movimiento</w:t>
      </w:r>
      <w:r>
        <w:rPr/>
        <w:t xml:space="preserve"> </w:t>
      </w:r>
      <w:r>
        <w:rPr/>
        <w:t>hipnótico de las olas, cambió sutilmente su propia vibración interna.</w:t>
      </w:r>
    </w:p>
    <w:p>
      <w:pPr>
        <w:pStyle w:val="BodyText"/>
      </w:pPr>
      <w:r>
        <w:rPr/>
        <w:t>Proyectó, sin esfuerzo aparente, una nota de calma cristalina, la misma</w:t>
      </w:r>
      <w:r>
        <w:rPr/>
        <w:t xml:space="preserve"> </w:t>
      </w:r>
      <w:r>
        <w:rPr/>
        <w:t>resonancia fundamental del «Punto Cero» pero suavizada, convertida en</w:t>
      </w:r>
      <w:r>
        <w:rPr/>
        <w:t xml:space="preserve"> </w:t>
      </w:r>
      <w:r>
        <w:rPr/>
        <w:t>una onda de serenidad que se expandía como los círculos concéntricos que</w:t>
      </w:r>
      <w:r>
        <w:rPr/>
        <w:t xml:space="preserve"> </w:t>
      </w:r>
      <w:r>
        <w:rPr/>
        <w:t>crea una piedra al caer en agua quieta.</w:t>
      </w:r>
    </w:p>
    <w:p>
      <w:pPr>
        <w:pStyle w:val="BodyText"/>
      </w:pPr>
      <w:r>
        <w:rPr/>
        <w:t>Afonso, que estaba en su porche con la cabeza hundida entre las manos,</w:t>
      </w:r>
      <w:r>
        <w:rPr/>
        <w:t xml:space="preserve"> </w:t>
      </w:r>
      <w:r>
        <w:rPr/>
        <w:t>experimentó un cambio inexplicable. La presión brutal en sus sienes no</w:t>
      </w:r>
      <w:r>
        <w:rPr/>
        <w:t xml:space="preserve"> </w:t>
      </w:r>
      <w:r>
        <w:rPr/>
        <w:t>desapareció instantáneamente. En cambio, que se atenuó poco a poco, como</w:t>
      </w:r>
      <w:r>
        <w:rPr/>
        <w:t xml:space="preserve"> </w:t>
      </w:r>
      <w:r>
        <w:rPr/>
        <w:t>si alguien hubiera bajado el volumen de su dolor. Una sensación de calma</w:t>
      </w:r>
      <w:r>
        <w:rPr/>
        <w:t xml:space="preserve"> </w:t>
      </w:r>
      <w:r>
        <w:rPr/>
        <w:t>oceánica que no podía racionalizar lo invadió, una paz que parecía</w:t>
      </w:r>
      <w:r>
        <w:rPr/>
        <w:t xml:space="preserve"> </w:t>
      </w:r>
      <w:r>
        <w:rPr/>
        <w:t>emanar de la propia brisa salada.</w:t>
      </w:r>
    </w:p>
    <w:p>
      <w:pPr>
        <w:pStyle w:val="BodyText"/>
      </w:pPr>
      <w:r>
        <w:rPr/>
        <w:t>Miró instintivamente hacia su vecina, que le dedicó una sonrisa serena</w:t>
      </w:r>
      <w:r>
        <w:rPr/>
        <w:t xml:space="preserve"> </w:t>
      </w:r>
      <w:r>
        <w:rPr/>
        <w:t>desde su jardín. Afonso le devolvió el gesto sin comprender por qué, y</w:t>
      </w:r>
      <w:r>
        <w:rPr/>
        <w:t xml:space="preserve"> </w:t>
      </w:r>
      <w:r>
        <w:rPr/>
        <w:t>descubrió que el martilleo en su cabeza se había convertido en un rastro</w:t>
      </w:r>
      <w:r>
        <w:rPr/>
        <w:t xml:space="preserve"> </w:t>
      </w:r>
      <w:r>
        <w:rPr/>
        <w:t>lejano y manejable.</w:t>
      </w:r>
    </w:p>
    <w:p>
      <w:pPr>
        <w:pStyle w:val="BodyText"/>
      </w:pPr>
      <w:r>
        <w:rPr/>
        <w:t>Mar regresó a sus rosales. Su nuevo propósito existencial no involucraba</w:t>
      </w:r>
      <w:r>
        <w:rPr/>
        <w:t xml:space="preserve"> </w:t>
      </w:r>
      <w:r>
        <w:rPr/>
        <w:t>batallas cósmicas ni enfrentamientos con corporaciones, sino el alivio</w:t>
      </w:r>
      <w:r>
        <w:rPr/>
        <w:t xml:space="preserve"> </w:t>
      </w:r>
      <w:r>
        <w:rPr/>
        <w:t>sistemático, nota a nota, de las pequeñas disonancias cotidianas del</w:t>
      </w:r>
      <w:r>
        <w:rPr/>
        <w:t xml:space="preserve"> </w:t>
      </w:r>
      <w:r>
        <w:rPr/>
        <w:t>mundo, convirtiéndose en la más silenciosa y anónima de las sanadoras.</w:t>
      </w:r>
    </w:p>
    <w:p>
      <w:pPr>
        <w:pStyle w:val="BodyText"/>
      </w:pPr>
      <w:r>
        <w:rPr/>
        <w:t>**Zúrich – El Exilio del Algoritmo**</w:t>
      </w:r>
    </w:p>
    <w:p>
      <w:pPr>
        <w:pStyle w:val="BodyText"/>
      </w:pPr>
      <w:r>
        <w:rPr/>
        <w:t>En la terraza minimalista de un café con vistas panorámicas al lago, un</w:t>
      </w:r>
      <w:r>
        <w:rPr/>
        <w:t xml:space="preserve"> </w:t>
      </w:r>
      <w:r>
        <w:rPr/>
        <w:t>hombre elegante de mediana edad leía las noticias en una tablet de</w:t>
      </w:r>
      <w:r>
        <w:rPr/>
        <w:t xml:space="preserve"> </w:t>
      </w:r>
      <w:r>
        <w:rPr/>
        <w:t>última generación. Nadie habría reconocido en él al Dr. Alistair Finch,</w:t>
      </w:r>
      <w:r>
        <w:rPr/>
        <w:t xml:space="preserve"> </w:t>
      </w:r>
      <w:r>
        <w:rPr/>
        <w:t>el genio caído de Chrysalis. Ahora respondía al nombre de Sr. Siljan,</w:t>
      </w:r>
      <w:r>
        <w:rPr/>
        <w:t xml:space="preserve"> </w:t>
      </w:r>
      <w:r>
        <w:rPr/>
        <w:t>consultor de inversiones con una nueva identidad meticulosamente</w:t>
      </w:r>
      <w:r>
        <w:rPr/>
        <w:t xml:space="preserve"> </w:t>
      </w:r>
      <w:r>
        <w:rPr/>
        <w:t>construida y una fortuna discretamente transferida a paraísos fiscales.</w:t>
      </w:r>
    </w:p>
    <w:p>
      <w:pPr>
        <w:pStyle w:val="BodyText"/>
      </w:pPr>
      <w:r>
        <w:rPr/>
        <w:t>El titular del periódico digital lo hizo sonreír con una ironía</w:t>
      </w:r>
      <w:r>
        <w:rPr/>
        <w:t xml:space="preserve"> </w:t>
      </w:r>
      <w:r>
        <w:rPr/>
        <w:t>desprovista de amargura: «Nace oficialmente la Acústica Resonante:</w:t>
      </w:r>
      <w:r>
        <w:rPr/>
        <w:t xml:space="preserve"> </w:t>
      </w:r>
      <w:r>
        <w:rPr/>
        <w:t>Científicos de veintitrés países colaboran para replicar los hallazgos</w:t>
      </w:r>
      <w:r>
        <w:rPr/>
        <w:t xml:space="preserve"> </w:t>
      </w:r>
      <w:r>
        <w:rPr/>
        <w:t>del Dr. Neves mientras los gobiernos debaten marcos regulatorios.»</w:t>
      </w:r>
    </w:p>
    <w:p>
      <w:pPr>
        <w:pStyle w:val="BodyText"/>
      </w:pPr>
      <w:r>
        <w:rPr/>
        <w:t>Finch bebió un sorbo meditativo de su espresso. Había perdido la guerra</w:t>
      </w:r>
      <w:r>
        <w:rPr/>
        <w:t xml:space="preserve"> </w:t>
      </w:r>
      <w:r>
        <w:rPr/>
        <w:t>más importante de su carrera, pero de una manera que solo él podía</w:t>
      </w:r>
      <w:r>
        <w:rPr/>
        <w:t xml:space="preserve"> </w:t>
      </w:r>
      <w:r>
        <w:rPr/>
        <w:t>apreciar por completo, también había logrado algo inesperado. Había</w:t>
      </w:r>
      <w:r>
        <w:rPr/>
        <w:t xml:space="preserve"> </w:t>
      </w:r>
      <w:r>
        <w:rPr/>
        <w:t>querido controlar el Eco, embotellarlo y comercializarlo. Había</w:t>
      </w:r>
      <w:r>
        <w:rPr/>
        <w:t xml:space="preserve"> </w:t>
      </w:r>
      <w:r>
        <w:rPr/>
        <w:t>fracasado estrepitosamente. Pero su manifiesto había conseguido algo</w:t>
      </w:r>
      <w:r>
        <w:rPr/>
        <w:t xml:space="preserve"> </w:t>
      </w:r>
      <w:r>
        <w:rPr/>
        <w:t>mucho más valioso: lo había liberado para toda la humanidad.</w:t>
      </w:r>
    </w:p>
    <w:p>
      <w:pPr>
        <w:pStyle w:val="BodyText"/>
      </w:pPr>
      <w:r>
        <w:rPr/>
        <w:t>Observó a un niño de unos seis años señalar una formación de nubes y</w:t>
      </w:r>
      <w:r>
        <w:rPr/>
        <w:t xml:space="preserve"> </w:t>
      </w:r>
      <w:r>
        <w:rPr/>
        <w:t>preguntarle a su madre por qué «cantaban con voces diferentes». Una</w:t>
      </w:r>
      <w:r>
        <w:rPr/>
        <w:t xml:space="preserve"> </w:t>
      </w:r>
      <w:r>
        <w:rPr/>
        <w:t>pareja de adolescentes sentados en un banco del parque, compartiendo</w:t>
      </w:r>
      <w:r>
        <w:rPr/>
        <w:t xml:space="preserve"> </w:t>
      </w:r>
      <w:r>
        <w:rPr/>
        <w:t>auriculares conectados no a música, sino a una aplicación que prometía</w:t>
      </w:r>
      <w:r>
        <w:rPr/>
        <w:t xml:space="preserve"> </w:t>
      </w:r>
      <w:r>
        <w:rPr/>
        <w:t>medir su «compatibilidad vibracional».</w:t>
      </w:r>
    </w:p>
    <w:p>
      <w:pPr>
        <w:pStyle w:val="BodyText"/>
      </w:pPr>
      <w:r>
        <w:rPr/>
        <w:t>El mundo estaba aprendiendo un idioma por completo nuevo, un lenguaje</w:t>
      </w:r>
      <w:r>
        <w:rPr/>
        <w:t xml:space="preserve"> </w:t>
      </w:r>
      <w:r>
        <w:rPr/>
        <w:t>vibracionals que él había intentado convertir en un arma de dominación.</w:t>
      </w:r>
    </w:p>
    <w:p>
      <w:pPr>
        <w:pStyle w:val="BodyText"/>
      </w:pPr>
      <w:r>
        <w:rPr/>
        <w:t>No sentía remordimiento genuino por sus actos. Solo una curiosidad</w:t>
      </w:r>
      <w:r>
        <w:rPr/>
        <w:t xml:space="preserve"> </w:t>
      </w:r>
      <w:r>
        <w:rPr/>
        <w:t>científica fría y distante. El depredador se había retirado</w:t>
      </w:r>
      <w:r>
        <w:rPr/>
        <w:t xml:space="preserve"> </w:t>
      </w:r>
      <w:r>
        <w:rPr/>
        <w:t>definitivamente de la caza, pero ahora observaba con fascinación</w:t>
      </w:r>
      <w:r>
        <w:rPr/>
        <w:t xml:space="preserve"> </w:t>
      </w:r>
      <w:r>
        <w:rPr/>
        <w:t>entomológica cómo el resto del ecosistema reaccionaba a la existencia de</w:t>
      </w:r>
      <w:r>
        <w:rPr/>
        <w:t xml:space="preserve"> </w:t>
      </w:r>
      <w:r>
        <w:rPr/>
        <w:t>una nueva cadena alimentaria invisible.</w:t>
      </w:r>
    </w:p>
    <w:p>
      <w:pPr>
        <w:pStyle w:val="BodyText"/>
      </w:pPr>
      <w:r>
        <w:rPr/>
        <w:t>La humanidad había encontrado un juguete nuevo, poderoso y</w:t>
      </w:r>
      <w:r>
        <w:rPr/>
        <w:t xml:space="preserve"> </w:t>
      </w:r>
      <w:r>
        <w:rPr/>
        <w:t>potencialmente peligroso. Y él, desde su exilio dorado y autoimpuesto,</w:t>
      </w:r>
      <w:r>
        <w:rPr/>
        <w:t xml:space="preserve"> </w:t>
      </w:r>
      <w:r>
        <w:rPr/>
        <w:t>tenía un asiento en primera fila para observar cómo aprendían a jugar</w:t>
      </w:r>
      <w:r>
        <w:rPr/>
        <w:t xml:space="preserve"> </w:t>
      </w:r>
      <w:r>
        <w:rPr/>
        <w:t>con él… o cómo se autodestruían en el intento.</w:t>
      </w:r>
    </w:p>
    <w:p>
      <w:pPr>
        <w:pStyle w:val="BodyText"/>
      </w:pPr>
      <w:r>
        <w:rPr/>
        <w:t>**Barcelona – La Vieja Guardia**</w:t>
      </w:r>
    </w:p>
    <w:p>
      <w:pPr>
        <w:pStyle w:val="BodyText"/>
      </w:pPr>
      <w:r>
        <w:rPr/>
        <w:t>En un ático reconvertido del barrio de Gràcia que olía permanentemente a</w:t>
      </w:r>
      <w:r>
        <w:rPr/>
        <w:t xml:space="preserve"> </w:t>
      </w:r>
      <w:r>
        <w:rPr/>
        <w:t>café recalentado y soldadura fría, Lena había establecido su nuevo</w:t>
      </w:r>
      <w:r>
        <w:rPr/>
        <w:t xml:space="preserve"> </w:t>
      </w:r>
      <w:r>
        <w:rPr/>
        <w:t>centro de operaciones. Markus estaba reclinado en el único sofá</w:t>
      </w:r>
      <w:r>
        <w:rPr/>
        <w:t xml:space="preserve"> </w:t>
      </w:r>
      <w:r>
        <w:rPr/>
        <w:t>habitable, con auriculares de estudio profesional, analizando una</w:t>
      </w:r>
      <w:r>
        <w:rPr/>
        <w:t xml:space="preserve"> </w:t>
      </w:r>
      <w:r>
        <w:rPr/>
        <w:t>grabación que acababa de interceptar.</w:t>
      </w:r>
    </w:p>
    <w:p>
      <w:pPr>
        <w:pStyle w:val="BodyText"/>
      </w:pPr>
      <w:r>
        <w:rPr/>
        <w:t>«Ahí están de nuevo», dijo quitándose los auriculares con gesto</w:t>
      </w:r>
      <w:r>
        <w:rPr/>
        <w:t xml:space="preserve"> </w:t>
      </w:r>
      <w:r>
        <w:rPr/>
        <w:t>resignado. «Es la misma firma sintética y vacía de la vieja Chrysalis,</w:t>
      </w:r>
      <w:r>
        <w:rPr/>
        <w:t xml:space="preserve"> </w:t>
      </w:r>
      <w:r>
        <w:rPr/>
        <w:t>pero más evolucionada. Intentan crear una</w:t>
      </w:r>
      <w:r>
        <w:rPr/>
        <w:t xml:space="preserve"> </w:t>
      </w:r>
      <w:r>
        <w:rPr/>
        <w:t>‘</w:t>
      </w:r>
      <w:r>
        <w:rPr/>
        <w:t>vibración de confianza</w:t>
      </w:r>
      <w:r>
        <w:rPr/>
        <w:t>’</w:t>
      </w:r>
      <w:r>
        <w:rPr/>
        <w:t xml:space="preserve"> </w:t>
      </w:r>
      <w:r>
        <w:rPr/>
        <w:t>artificial para manipular mercados bursátiles.»</w:t>
      </w:r>
    </w:p>
    <w:p>
      <w:pPr>
        <w:pStyle w:val="BodyText"/>
      </w:pPr>
      <w:r>
        <w:rPr/>
        <w:t>Lena contemplaba un mapa global en sus múltiples pantallas, poblado de</w:t>
      </w:r>
      <w:r>
        <w:rPr/>
        <w:t xml:space="preserve"> </w:t>
      </w:r>
      <w:r>
        <w:rPr/>
        <w:t>puntos de datos que solo ella podía interpretar correctamente. «Son como</w:t>
      </w:r>
      <w:r>
        <w:rPr/>
        <w:t xml:space="preserve"> </w:t>
      </w:r>
      <w:r>
        <w:rPr/>
        <w:t>cucarachas radiactivas. Aplastas el nido principal y emergen cien</w:t>
      </w:r>
      <w:r>
        <w:rPr/>
        <w:t xml:space="preserve"> </w:t>
      </w:r>
      <w:r>
        <w:rPr/>
        <w:t>colonias más pequeñas, cada una más resistente que la anterior. Pero</w:t>
      </w:r>
      <w:r>
        <w:rPr/>
        <w:t xml:space="preserve"> </w:t>
      </w:r>
      <w:r>
        <w:rPr/>
        <w:t>ahora el juego se desarrolla en nuestro territorio.»</w:t>
      </w:r>
    </w:p>
    <w:p>
      <w:pPr>
        <w:pStyle w:val="BodyText"/>
      </w:pPr>
      <w:r>
        <w:rPr/>
        <w:t>Su troyano digital, perfeccionado durante meses de desarrollo obsesivo,</w:t>
      </w:r>
      <w:r>
        <w:rPr/>
        <w:t xml:space="preserve"> </w:t>
      </w:r>
      <w:r>
        <w:rPr/>
        <w:t>había penetrado las redes de tres corporaciones que habían surgido de</w:t>
      </w:r>
      <w:r>
        <w:rPr/>
        <w:t xml:space="preserve"> </w:t>
      </w:r>
      <w:r>
        <w:rPr/>
        <w:t>las cenizas radiactivas de Chrysalis. No se limitaba a escuchar</w:t>
      </w:r>
      <w:r>
        <w:rPr/>
        <w:t xml:space="preserve"> </w:t>
      </w:r>
      <w:r>
        <w:rPr/>
        <w:t>pasivamente; podía introducir «ruido» sutilmente destructivo en sus</w:t>
      </w:r>
      <w:r>
        <w:rPr/>
        <w:t xml:space="preserve"> </w:t>
      </w:r>
      <w:r>
        <w:rPr/>
        <w:t>comunicaciones internas, corromper sus algoritmos de análisis, sembrar</w:t>
      </w:r>
      <w:r>
        <w:rPr/>
        <w:t xml:space="preserve"> </w:t>
      </w:r>
      <w:r>
        <w:rPr/>
        <w:t>desconfianza entre sus propios sistemas automatizados.</w:t>
      </w:r>
    </w:p>
    <w:p>
      <w:pPr>
        <w:pStyle w:val="BodyText"/>
      </w:pPr>
      <w:r>
        <w:rPr/>
        <w:t>«Mar nos necesita vigilantes», observó Markus con su gravedad</w:t>
      </w:r>
      <w:r>
        <w:rPr/>
        <w:t xml:space="preserve"> </w:t>
      </w:r>
      <w:r>
        <w:rPr/>
        <w:t>característica.</w:t>
      </w:r>
    </w:p>
    <w:p>
      <w:pPr>
        <w:pStyle w:val="BodyText"/>
      </w:pPr>
      <w:r>
        <w:rPr/>
        <w:t>«Mar nos necesita haciendo con exactitud lo que mejor sabemos hacer»,</w:t>
      </w:r>
      <w:r>
        <w:rPr/>
        <w:t xml:space="preserve"> </w:t>
      </w:r>
      <w:r>
        <w:rPr/>
        <w:t>replicó Lena, sus dedos danzando sobre múltiples teclados a la vez.</w:t>
      </w:r>
      <w:r>
        <w:rPr/>
        <w:t xml:space="preserve"> </w:t>
      </w:r>
      <w:r>
        <w:rPr/>
        <w:t>«Ella mantiene el faro encendido y operativo. Nosotros nos encargamos de</w:t>
      </w:r>
      <w:r>
        <w:rPr/>
        <w:t xml:space="preserve"> </w:t>
      </w:r>
      <w:r>
        <w:rPr/>
        <w:t>que los piratas se hundan antes de acercarse peligrosamente a la costa.»</w:t>
      </w:r>
    </w:p>
    <w:p>
      <w:pPr>
        <w:pStyle w:val="BodyText"/>
      </w:pPr>
      <w:r>
        <w:rPr/>
        <w:t>La vieja guardia permanecía en sus puestos de combate, ya no como</w:t>
      </w:r>
      <w:r>
        <w:rPr/>
        <w:t xml:space="preserve"> </w:t>
      </w:r>
      <w:r>
        <w:rPr/>
        <w:t>custodios de un secreto explosivo. En cambio, como los guardianes</w:t>
      </w:r>
      <w:r>
        <w:rPr/>
        <w:t xml:space="preserve"> </w:t>
      </w:r>
      <w:r>
        <w:rPr/>
        <w:t>silenciosos de un mundo que apenas comenzaba a comprender la hermosa y</w:t>
      </w:r>
      <w:r>
        <w:rPr/>
        <w:t xml:space="preserve"> </w:t>
      </w:r>
      <w:r>
        <w:rPr/>
        <w:t>aterradora música que siempre había estado sonando en el trasfondo de la</w:t>
      </w:r>
      <w:r>
        <w:rPr/>
        <w:t xml:space="preserve"> </w:t>
      </w:r>
      <w:r>
        <w:rPr/>
        <w:t>existencia.</w:t>
      </w:r>
    </w:p>
    <w:p>
      <w:pPr>
        <w:pStyle w:val="Heading1"/>
      </w:pPr>
      <w:r>
        <w:rPr/>
        <w:t>PARTE III: LA CATEDRAL DEL SONIDO</w:t>
      </w:r>
    </w:p>
    <w:p>
      <w:pPr>
        <w:pStyle w:val="Heading1"/>
      </w:pPr>
      <w:r>
        <w:rPr/>
        <w:t>CAPÍTULO 62. EL ECO EN LA CORRIENTE</w:t>
      </w:r>
    </w:p>
    <w:p>
      <w:pPr/>
      <w:r>
        <w:rPr/>
        <w:t>«Una gota de verdad puede parecer insignificante en un océano de ruido,</w:t>
      </w:r>
      <w:r>
        <w:rPr/>
        <w:t xml:space="preserve"> </w:t>
      </w:r>
      <w:r>
        <w:rPr/>
        <w:t>pero tiene la capacidad de cambiar la salinidad de todo el mar.»</w:t>
      </w:r>
      <w:r>
        <w:rPr/>
        <w:t xml:space="preserve"> </w:t>
      </w:r>
      <w:r>
        <w:rPr/>
        <w:t>—Vasco Neves, notas personales</w:t>
      </w:r>
    </w:p>
    <w:p>
      <w:pPr>
        <w:pStyle w:val="BodyText"/>
      </w:pPr>
      <w:r>
        <w:rPr/>
        <w:t>El mundo post-revelación no experimentó una transformación súbita e</w:t>
      </w:r>
      <w:r>
        <w:rPr/>
        <w:t xml:space="preserve"> </w:t>
      </w:r>
      <w:r>
        <w:rPr/>
        <w:t>inmediata. No hubo epifanías globales instantáneas ni conversiones</w:t>
      </w:r>
      <w:r>
        <w:rPr/>
        <w:t xml:space="preserve"> </w:t>
      </w:r>
      <w:r>
        <w:rPr/>
        <w:t>masivas al misticismo. En cambio, el descubrimiento del Eco se comportó</w:t>
      </w:r>
      <w:r>
        <w:rPr/>
        <w:t xml:space="preserve"> </w:t>
      </w:r>
      <w:r>
        <w:rPr/>
        <w:t>con exactitud como la propia frecuencia que había revelado: se infiltró</w:t>
      </w:r>
      <w:r>
        <w:rPr/>
        <w:t xml:space="preserve"> </w:t>
      </w:r>
      <w:r>
        <w:rPr/>
        <w:t>en la conciencia colectiva de forma gradual y orgánica, como un sueño</w:t>
      </w:r>
      <w:r>
        <w:rPr/>
        <w:t xml:space="preserve"> </w:t>
      </w:r>
      <w:r>
        <w:rPr/>
        <w:t>recordado fragmentariamente, un déjà vu universal que alteraba</w:t>
      </w:r>
      <w:r>
        <w:rPr/>
        <w:t xml:space="preserve"> </w:t>
      </w:r>
      <w:r>
        <w:rPr/>
        <w:t>imperceptiblemente la textura de la experiencia cotidiana.</w:t>
      </w:r>
    </w:p>
    <w:p>
      <w:pPr>
        <w:pStyle w:val="BodyText"/>
      </w:pPr>
      <w:r>
        <w:rPr/>
        <w:t>La gente no abandonó sus trabajos ni evacuó las ciudades en busca de</w:t>
      </w:r>
      <w:r>
        <w:rPr/>
        <w:t xml:space="preserve"> </w:t>
      </w:r>
      <w:r>
        <w:rPr/>
        <w:t>retiros espirituales. Pero algo fundamental en el ritmo básico de la</w:t>
      </w:r>
      <w:r>
        <w:rPr/>
        <w:t xml:space="preserve"> </w:t>
      </w:r>
      <w:r>
        <w:rPr/>
        <w:t>vida diaria comenzó a modular hacia frecuencias diferentes, más</w:t>
      </w:r>
      <w:r>
        <w:rPr/>
        <w:t xml:space="preserve"> </w:t>
      </w:r>
      <w:r>
        <w:rPr/>
        <w:t>conscientes.</w:t>
      </w:r>
    </w:p>
    <w:p>
      <w:pPr>
        <w:pStyle w:val="BodyText"/>
      </w:pPr>
      <w:r>
        <w:rPr/>
        <w:t>Aparecieron «Cafés de Escucha» en metrópolis como Tokio, Londres y Nueva</w:t>
      </w:r>
      <w:r>
        <w:rPr/>
        <w:t xml:space="preserve"> </w:t>
      </w:r>
      <w:r>
        <w:rPr/>
        <w:t>York: espacios de forma deliberada silenciosos donde las personas se</w:t>
      </w:r>
      <w:r>
        <w:rPr/>
        <w:t xml:space="preserve"> </w:t>
      </w:r>
      <w:r>
        <w:rPr/>
        <w:t>sentaban durante horas sin entretenimiento digital, solo absorbiendo el</w:t>
      </w:r>
      <w:r>
        <w:rPr/>
        <w:t xml:space="preserve"> </w:t>
      </w:r>
      <w:r>
        <w:rPr/>
        <w:t>murmullo sutil de la existencia sin la distracción constante del ruido</w:t>
      </w:r>
      <w:r>
        <w:rPr/>
        <w:t xml:space="preserve"> </w:t>
      </w:r>
      <w:r>
        <w:rPr/>
        <w:t>manufacturado. Los arquitectos pioneros comenzaron a teorizar sobre</w:t>
      </w:r>
      <w:r>
        <w:rPr/>
        <w:t xml:space="preserve"> </w:t>
      </w:r>
      <w:r>
        <w:rPr/>
        <w:t>«acústica empática», diseñando edificios que resonaran constructivamente</w:t>
      </w:r>
      <w:r>
        <w:rPr/>
        <w:t xml:space="preserve"> </w:t>
      </w:r>
      <w:r>
        <w:rPr/>
        <w:t>con las emociones de sus habitantes mediante materiales y geometrías que</w:t>
      </w:r>
      <w:r>
        <w:rPr/>
        <w:t xml:space="preserve"> </w:t>
      </w:r>
      <w:r>
        <w:rPr/>
        <w:t>creaban espacios de calma natural o creatividad amplificada.</w:t>
      </w:r>
    </w:p>
    <w:p>
      <w:pPr>
        <w:pStyle w:val="BodyText"/>
      </w:pPr>
      <w:r>
        <w:rPr/>
        <w:t>La medicina integrativa adoptó la «terapia de resonancia» como</w:t>
      </w:r>
      <w:r>
        <w:rPr/>
        <w:t xml:space="preserve"> </w:t>
      </w:r>
      <w:r>
        <w:rPr/>
        <w:t>tratamiento complementario para el estrés postraumático, utilizando</w:t>
      </w:r>
      <w:r>
        <w:rPr/>
        <w:t xml:space="preserve"> </w:t>
      </w:r>
      <w:r>
        <w:rPr/>
        <w:t>frecuencias armónicas específicas para ayudar a «reafinar» las</w:t>
      </w:r>
      <w:r>
        <w:rPr/>
        <w:t xml:space="preserve"> </w:t>
      </w:r>
      <w:r>
        <w:rPr/>
        <w:t>disonancias neuronales causadas por experiencias traumáticas. Los</w:t>
      </w:r>
      <w:r>
        <w:rPr/>
        <w:t xml:space="preserve"> </w:t>
      </w:r>
      <w:r>
        <w:rPr/>
        <w:t>resultados, aunque no universales, mostraban mejoras documentables en</w:t>
      </w:r>
      <w:r>
        <w:rPr/>
        <w:t xml:space="preserve"> </w:t>
      </w:r>
      <w:r>
        <w:rPr/>
        <w:t>pacientes que habían resistido tratamientos convencionales durante años.</w:t>
      </w:r>
    </w:p>
    <w:p>
      <w:pPr>
        <w:pStyle w:val="BodyText"/>
      </w:pPr>
      <w:r>
        <w:rPr/>
        <w:t>El artículo científico de Vasco, combinado estratégicamente con el</w:t>
      </w:r>
      <w:r>
        <w:rPr/>
        <w:t xml:space="preserve"> </w:t>
      </w:r>
      <w:r>
        <w:rPr/>
        <w:t>manifiesto confesional de Finch, se estableció como literatura</w:t>
      </w:r>
      <w:r>
        <w:rPr/>
        <w:t xml:space="preserve"> </w:t>
      </w:r>
      <w:r>
        <w:rPr/>
        <w:t>fundamental no solo en física experimental, sino en filosofía de la</w:t>
      </w:r>
      <w:r>
        <w:rPr/>
        <w:t xml:space="preserve"> </w:t>
      </w:r>
      <w:r>
        <w:rPr/>
        <w:t>conciencia, sociología del conocimiento y teoría artística</w:t>
      </w:r>
      <w:r>
        <w:rPr/>
        <w:t xml:space="preserve"> </w:t>
      </w:r>
      <w:r>
        <w:rPr/>
        <w:t>contemporánea. Se convirtió en «la investigación que redefinió</w:t>
      </w:r>
      <w:r>
        <w:rPr/>
        <w:t xml:space="preserve"> </w:t>
      </w:r>
      <w:r>
        <w:rPr/>
        <w:t>paradigmas», un nuevo marco conceptual para comprender la intersección</w:t>
      </w:r>
      <w:r>
        <w:rPr/>
        <w:t xml:space="preserve"> </w:t>
      </w:r>
      <w:r>
        <w:rPr/>
        <w:t>entre conciencia individual y realidad física.</w:t>
      </w:r>
    </w:p>
    <w:p>
      <w:pPr>
        <w:pStyle w:val="BodyText"/>
      </w:pPr>
      <w:r>
        <w:rPr/>
        <w:t>Vasco, a su pesar, se había transformado en el epicentro mediático de</w:t>
      </w:r>
      <w:r>
        <w:rPr/>
        <w:t xml:space="preserve"> </w:t>
      </w:r>
      <w:r>
        <w:rPr/>
        <w:t>este nuevo mundo emergente. Rechazó sistemáticamente el 99% de las</w:t>
      </w:r>
      <w:r>
        <w:rPr/>
        <w:t xml:space="preserve"> </w:t>
      </w:r>
      <w:r>
        <w:rPr/>
        <w:t>ofertas que recibía diariamente, eligiendo la tranquilidad protectora de</w:t>
      </w:r>
      <w:r>
        <w:rPr/>
        <w:t xml:space="preserve"> </w:t>
      </w:r>
      <w:r>
        <w:rPr/>
        <w:t>su instituto en los Alpes suizos, desde donde intentaba guiar</w:t>
      </w:r>
      <w:r>
        <w:rPr/>
        <w:t xml:space="preserve"> </w:t>
      </w:r>
      <w:r>
        <w:rPr/>
        <w:t>cuidadosamente la conversación global hacia la curiosidad científica</w:t>
      </w:r>
      <w:r>
        <w:rPr/>
        <w:t xml:space="preserve"> </w:t>
      </w:r>
      <w:r>
        <w:rPr/>
        <w:t>rigurosa y lejos de la explotación comercial o el fanatismo</w:t>
      </w:r>
      <w:r>
        <w:rPr/>
        <w:t xml:space="preserve"> </w:t>
      </w:r>
      <w:r>
        <w:rPr/>
        <w:t>pseudoespiritual.</w:t>
      </w:r>
    </w:p>
    <w:p>
      <w:pPr>
        <w:pStyle w:val="BodyText"/>
      </w:pPr>
      <w:r>
        <w:rPr/>
        <w:t>Mientras tanto, en las profundidades de la red corporativa global, la</w:t>
      </w:r>
      <w:r>
        <w:rPr/>
        <w:t xml:space="preserve"> </w:t>
      </w:r>
      <w:r>
        <w:rPr/>
        <w:t>hidra decapitada de Chrysalis seguía convulsionando con vida residual.</w:t>
      </w:r>
      <w:r>
        <w:rPr/>
        <w:t xml:space="preserve"> </w:t>
      </w:r>
      <w:r>
        <w:rPr/>
        <w:t>La corporación se había fragmentado violentamente, sus divisiones más</w:t>
      </w:r>
      <w:r>
        <w:rPr/>
        <w:t xml:space="preserve"> </w:t>
      </w:r>
      <w:r>
        <w:rPr/>
        <w:t>visibles y mundanas —telecomunicaciones, software de consumo, hardware</w:t>
      </w:r>
      <w:r>
        <w:rPr/>
        <w:t xml:space="preserve"> </w:t>
      </w:r>
      <w:r>
        <w:rPr/>
        <w:t>de entretenimiento— vendidas a competidores tradicionales.</w:t>
      </w:r>
    </w:p>
    <w:p>
      <w:pPr>
        <w:pStyle w:val="BodyText"/>
      </w:pPr>
      <w:r>
        <w:rPr/>
        <w:t>Pero su núcleo más oscuro y especializado, los restos del proyecto</w:t>
      </w:r>
      <w:r>
        <w:rPr/>
        <w:t xml:space="preserve"> </w:t>
      </w:r>
      <w:r>
        <w:rPr/>
        <w:t>«Echo-Catcher» y la división de neurociencia aplicada, habían pasado a</w:t>
      </w:r>
      <w:r>
        <w:rPr/>
        <w:t xml:space="preserve"> </w:t>
      </w:r>
      <w:r>
        <w:rPr/>
        <w:t>la clandestinidad completa. Absorbidos por un consorcio</w:t>
      </w:r>
      <w:r>
        <w:rPr/>
        <w:t xml:space="preserve"> </w:t>
      </w:r>
      <w:r>
        <w:rPr/>
        <w:t>militar-industrial sin rostro público ni responsabilidad democrática,</w:t>
      </w:r>
      <w:r>
        <w:rPr/>
        <w:t xml:space="preserve"> </w:t>
      </w:r>
      <w:r>
        <w:rPr/>
        <w:t>esta entidad fantasma operaba bajo el nombre en clave «Proyecto</w:t>
      </w:r>
      <w:r>
        <w:rPr/>
        <w:t xml:space="preserve"> </w:t>
      </w:r>
      <w:r>
        <w:rPr/>
        <w:t>Silencio».</w:t>
      </w:r>
    </w:p>
    <w:p>
      <w:pPr>
        <w:pStyle w:val="BodyText"/>
      </w:pPr>
      <w:r>
        <w:rPr/>
        <w:t>Su nuevo objetivo representaba una evolución táctica brutal: si no</w:t>
      </w:r>
      <w:r>
        <w:rPr/>
        <w:t xml:space="preserve"> </w:t>
      </w:r>
      <w:r>
        <w:rPr/>
        <w:t>podían controlar de forma directa la vibración de la humanidad,</w:t>
      </w:r>
      <w:r>
        <w:rPr/>
        <w:t xml:space="preserve"> </w:t>
      </w:r>
      <w:r>
        <w:rPr/>
        <w:t>desarrollarían la capacidad de silenciarla selectivamente. La</w:t>
      </w:r>
      <w:r>
        <w:rPr/>
        <w:t xml:space="preserve"> </w:t>
      </w:r>
      <w:r>
        <w:rPr/>
        <w:t>investigación se concentraba en «armas de disonancia», tecnología capaz</w:t>
      </w:r>
      <w:r>
        <w:rPr/>
        <w:t xml:space="preserve"> </w:t>
      </w:r>
      <w:r>
        <w:rPr/>
        <w:t>de generar campos localizados de caos acústico y psíquico para</w:t>
      </w:r>
      <w:r>
        <w:rPr/>
        <w:t xml:space="preserve"> </w:t>
      </w:r>
      <w:r>
        <w:rPr/>
        <w:t>desestabilizar poblaciones específicas o neutralizar individuos</w:t>
      </w:r>
      <w:r>
        <w:rPr/>
        <w:t xml:space="preserve"> </w:t>
      </w:r>
      <w:r>
        <w:rPr/>
        <w:t>problemáticos.</w:t>
      </w:r>
    </w:p>
    <w:p>
      <w:pPr>
        <w:pStyle w:val="BodyText"/>
      </w:pPr>
      <w:r>
        <w:rPr/>
        <w:t>Habían abandonado la fantasía del consenso programado. Se preparaban</w:t>
      </w:r>
      <w:r>
        <w:rPr/>
        <w:t xml:space="preserve"> </w:t>
      </w:r>
      <w:r>
        <w:rPr/>
        <w:t>metódicamente para una guerra de ruido puro.</w:t>
      </w:r>
    </w:p>
    <w:p>
      <w:pPr>
        <w:pStyle w:val="BodyText"/>
      </w:pPr>
      <w:r>
        <w:rPr/>
        <w:t>Desde su puesto de observación estratégico en un rascacielos de Tokio,</w:t>
      </w:r>
      <w:r>
        <w:rPr/>
        <w:t xml:space="preserve"> </w:t>
      </w:r>
      <w:r>
        <w:rPr/>
        <w:t>Lena detectó estos movimientos subterráneos con la sensibilidad de un</w:t>
      </w:r>
      <w:r>
        <w:rPr/>
        <w:t xml:space="preserve"> </w:t>
      </w:r>
      <w:r>
        <w:rPr/>
        <w:t>sismógrafo humano. El rastro digital directo de Chrysalis había sido</w:t>
      </w:r>
      <w:r>
        <w:rPr/>
        <w:t xml:space="preserve"> </w:t>
      </w:r>
      <w:r>
        <w:rPr/>
        <w:t>borrado profesionalmente, pero en su lugar emergía una red mucho más</w:t>
      </w:r>
      <w:r>
        <w:rPr/>
        <w:t xml:space="preserve"> </w:t>
      </w:r>
      <w:r>
        <w:rPr/>
        <w:t>opaca y descentralizada, con patrones de comunicación que sugerían una</w:t>
      </w:r>
      <w:r>
        <w:rPr/>
        <w:t xml:space="preserve"> </w:t>
      </w:r>
      <w:r>
        <w:rPr/>
        <w:t>escalada hacia aplicaciones militares.</w:t>
      </w:r>
    </w:p>
    <w:p>
      <w:pPr>
        <w:pStyle w:val="BodyText"/>
      </w:pPr>
      <w:r>
        <w:rPr/>
        <w:t>Identificó transferencias encubiertas de tecnología a contratistas de</w:t>
      </w:r>
      <w:r>
        <w:rPr/>
        <w:t xml:space="preserve"> </w:t>
      </w:r>
      <w:r>
        <w:rPr/>
        <w:t>defensa, la adquisición sigilosa de laboratorios de investigación</w:t>
      </w:r>
      <w:r>
        <w:rPr/>
        <w:t xml:space="preserve"> </w:t>
      </w:r>
      <w:r>
        <w:rPr/>
        <w:t>acústica mediante sociedades pantalla, y el reclutamiento sistemático de</w:t>
      </w:r>
      <w:r>
        <w:rPr/>
        <w:t xml:space="preserve"> </w:t>
      </w:r>
      <w:r>
        <w:rPr/>
        <w:t>psicólogos especializados en guerra psicológica y manipulación</w:t>
      </w:r>
      <w:r>
        <w:rPr/>
        <w:t xml:space="preserve"> </w:t>
      </w:r>
      <w:r>
        <w:rPr/>
        <w:t>perceptual.</w:t>
      </w:r>
    </w:p>
    <w:p>
      <w:pPr>
        <w:pStyle w:val="BodyText"/>
      </w:pPr>
      <w:r>
        <w:rPr/>
        <w:t>Envió un mensaje encriptado único a la masía del Matarraña: «La hidra no</w:t>
      </w:r>
      <w:r>
        <w:rPr/>
        <w:t xml:space="preserve"> </w:t>
      </w:r>
      <w:r>
        <w:rPr/>
        <w:t>ha muerto. Ha mudado la piel y está desarrollando dientes nuevos, más</w:t>
      </w:r>
      <w:r>
        <w:rPr/>
        <w:t xml:space="preserve"> </w:t>
      </w:r>
      <w:r>
        <w:rPr/>
        <w:t>afilados. Ya no aspiran a ser la orquesta mundial. Quieren convertirse</w:t>
      </w:r>
      <w:r>
        <w:rPr/>
        <w:t xml:space="preserve"> </w:t>
      </w:r>
      <w:r>
        <w:rPr/>
        <w:t>en los destructores de instrumentos.»</w:t>
      </w:r>
    </w:p>
    <w:p>
      <w:pPr>
        <w:pStyle w:val="BodyText"/>
      </w:pPr>
      <w:r>
        <w:rPr/>
        <w:t>El breve período de calma post-victoria había llegado a su fin natural.</w:t>
      </w:r>
      <w:r>
        <w:rPr/>
        <w:t xml:space="preserve"> </w:t>
      </w:r>
      <w:r>
        <w:rPr/>
        <w:t>La verdadera guerra por el alma de la ausencia global estaba</w:t>
      </w:r>
      <w:r>
        <w:rPr/>
        <w:t xml:space="preserve"> </w:t>
      </w:r>
      <w:r>
        <w:rPr/>
        <w:t>condensándose en el horizonte como una tormenta que prometía ser más</w:t>
      </w:r>
      <w:r>
        <w:rPr/>
        <w:t xml:space="preserve"> </w:t>
      </w:r>
      <w:r>
        <w:rPr/>
        <w:t>intensa y personal que cualquier confrontación anterior.</w:t>
      </w:r>
    </w:p>
    <w:p>
      <w:pPr>
        <w:pStyle w:val="Heading1"/>
      </w:pPr>
      <w:r>
        <w:rPr/>
        <w:t>CAPÍTULO 63. LA PARTITURA DEL ENEMIGO</w:t>
      </w:r>
    </w:p>
    <w:p>
      <w:pPr/>
      <w:r>
        <w:rPr/>
        <w:t>«Para derrotar a un enemigo que se esconde en el ruido, primero debes</w:t>
      </w:r>
      <w:r>
        <w:rPr/>
        <w:t xml:space="preserve"> </w:t>
      </w:r>
      <w:r>
        <w:rPr/>
        <w:t>entender la arquitectura de su quietud.» —Lena</w:t>
      </w:r>
    </w:p>
    <w:p>
      <w:pPr>
        <w:pStyle w:val="BodyText"/>
      </w:pPr>
      <w:r>
        <w:rPr/>
        <w:t>La advertencia de Lena llegó a la masía no como una alarma, sino como</w:t>
      </w:r>
      <w:r>
        <w:rPr/>
        <w:t xml:space="preserve"> </w:t>
      </w:r>
      <w:r>
        <w:rPr/>
        <w:t>confirmación de algo que Mar ya percibía en la textura cambiante del Eco</w:t>
      </w:r>
      <w:r>
        <w:rPr/>
        <w:t xml:space="preserve"> </w:t>
      </w:r>
      <w:r>
        <w:rPr/>
        <w:t>global. Una nueva disonancia se infiltraba en la sinfonía mundial,</w:t>
      </w:r>
      <w:r>
        <w:rPr/>
        <w:t xml:space="preserve"> </w:t>
      </w:r>
      <w:r>
        <w:rPr/>
        <w:t>sutil, pero persistente: el zumbido de una lógica depredadora</w:t>
      </w:r>
      <w:r>
        <w:rPr/>
        <w:t xml:space="preserve"> </w:t>
      </w:r>
      <w:r>
        <w:rPr/>
        <w:t>reagrupándose en las sombras digitales.</w:t>
      </w:r>
    </w:p>
    <w:p>
      <w:pPr>
        <w:pStyle w:val="BodyText"/>
      </w:pPr>
      <w:r>
        <w:rPr/>
        <w:t>El concilio se reunió con urgencia que no habían sentido desde el</w:t>
      </w:r>
      <w:r>
        <w:rPr/>
        <w:t xml:space="preserve"> </w:t>
      </w:r>
      <w:r>
        <w:rPr/>
        <w:t>eremitorio. El mapa de Lena sobre las actividades del «Proyecto quietud»</w:t>
      </w:r>
      <w:r>
        <w:rPr/>
        <w:t xml:space="preserve"> </w:t>
      </w:r>
      <w:r>
        <w:rPr/>
        <w:t>revelaba una evolución táctica aterradora.</w:t>
      </w:r>
    </w:p>
    <w:p>
      <w:pPr>
        <w:pStyle w:val="BodyText"/>
      </w:pPr>
      <w:r>
        <w:rPr/>
        <w:t>«Han abandonado la seducción», explicó Lena desde Tokio, su rostro</w:t>
      </w:r>
      <w:r>
        <w:rPr/>
        <w:t xml:space="preserve"> </w:t>
      </w:r>
      <w:r>
        <w:rPr/>
        <w:t>iluminado por el resplandor de múltiples monitores. «Ya no buscan</w:t>
      </w:r>
      <w:r>
        <w:rPr/>
        <w:t xml:space="preserve"> </w:t>
      </w:r>
      <w:r>
        <w:rPr/>
        <w:t>replicar la reverberación para controlarlo. Es demasiado complejo,</w:t>
      </w:r>
      <w:r>
        <w:rPr/>
        <w:t xml:space="preserve"> </w:t>
      </w:r>
      <w:r>
        <w:rPr/>
        <w:t>demasiado orgánico. Su nuevo objetivo es la</w:t>
      </w:r>
      <w:r>
        <w:rPr/>
        <w:t xml:space="preserve"> </w:t>
      </w:r>
      <w:r>
        <w:rPr/>
        <w:t>‘</w:t>
      </w:r>
      <w:r>
        <w:rPr/>
        <w:t>interdicción vibracional</w:t>
      </w:r>
      <w:r>
        <w:rPr/>
        <w:t>’</w:t>
      </w:r>
      <w:r>
        <w:rPr/>
        <w:t>:</w:t>
      </w:r>
      <w:r>
        <w:rPr/>
        <w:t xml:space="preserve"> </w:t>
      </w:r>
      <w:r>
        <w:rPr/>
        <w:t>crear zonas muertas sónicas y psíquicas. Imaginen poblaciones enteras</w:t>
      </w:r>
      <w:r>
        <w:rPr/>
        <w:t xml:space="preserve"> </w:t>
      </w:r>
      <w:r>
        <w:rPr/>
        <w:t>sumidas en ansiedad inducida, incapaces de comunicarse coherentemente,</w:t>
      </w:r>
      <w:r>
        <w:rPr/>
        <w:t xml:space="preserve"> </w:t>
      </w:r>
      <w:r>
        <w:rPr/>
        <w:t>mientras sus fuerzas operan con impunidad total.»</w:t>
      </w:r>
    </w:p>
    <w:p>
      <w:pPr>
        <w:pStyle w:val="BodyText"/>
      </w:pPr>
      <w:r>
        <w:rPr/>
        <w:t>«¿Metodología?», preguntó Vasco, su mente científica catalogando la</w:t>
      </w:r>
      <w:r>
        <w:rPr/>
        <w:t xml:space="preserve"> </w:t>
      </w:r>
      <w:r>
        <w:rPr/>
        <w:t>amenaza.</w:t>
      </w:r>
    </w:p>
    <w:p>
      <w:pPr>
        <w:pStyle w:val="BodyText"/>
      </w:pPr>
      <w:r>
        <w:rPr/>
        <w:t>«Inversión del protocolo de Finch», respondió Lena. «En lugar de Jaulas</w:t>
      </w:r>
      <w:r>
        <w:rPr/>
        <w:t xml:space="preserve"> </w:t>
      </w:r>
      <w:r>
        <w:rPr/>
        <w:t>Sónicas para aislar frecuencias específicas, están desarrollando</w:t>
      </w:r>
      <w:r>
        <w:rPr/>
        <w:t xml:space="preserve"> </w:t>
      </w:r>
      <w:r>
        <w:rPr/>
        <w:t>‘</w:t>
      </w:r>
      <w:r>
        <w:rPr/>
        <w:t>Emisores de Caos</w:t>
      </w:r>
      <w:r>
        <w:rPr/>
        <w:t>’</w:t>
      </w:r>
      <w:r>
        <w:rPr/>
        <w:t>. Proyectores que saturan el espectro acústico con</w:t>
      </w:r>
      <w:r>
        <w:rPr/>
        <w:t xml:space="preserve"> </w:t>
      </w:r>
      <w:r>
        <w:rPr/>
        <w:t>disonancias calculadas para sobrecargar el sistema nervioso y fracturar</w:t>
      </w:r>
      <w:r>
        <w:rPr/>
        <w:t xml:space="preserve"> </w:t>
      </w:r>
      <w:r>
        <w:rPr/>
        <w:t>cualquier patrón de resonancia natural. No buscan controlar la mente.</w:t>
      </w:r>
      <w:r>
        <w:rPr/>
        <w:t xml:space="preserve"> </w:t>
      </w:r>
      <w:r>
        <w:rPr/>
        <w:t>Buscan fragmentarla.»</w:t>
      </w:r>
    </w:p>
    <w:p>
      <w:pPr>
        <w:pStyle w:val="BodyText"/>
      </w:pPr>
      <w:r>
        <w:rPr/>
        <w:t>Mar dejó que las palabras de Lena se asentaran, su mente tambaleándose</w:t>
      </w:r>
      <w:r>
        <w:rPr/>
        <w:t xml:space="preserve"> </w:t>
      </w:r>
      <w:r>
        <w:rPr/>
        <w:t>bajo el peso del caos descrito. Sobre la mesa de madera, un vaso de agua</w:t>
      </w:r>
      <w:r>
        <w:rPr/>
        <w:t xml:space="preserve"> </w:t>
      </w:r>
      <w:r>
        <w:rPr/>
        <w:t>temblaba, reflejo de un viento que se colaba por la ventana. Lo tomó,</w:t>
      </w:r>
      <w:r>
        <w:rPr/>
        <w:t xml:space="preserve"> </w:t>
      </w:r>
      <w:r>
        <w:rPr/>
        <w:t>sintiendo su frío contra las palmas, un recordatorio de que incluso en</w:t>
      </w:r>
      <w:r>
        <w:rPr/>
        <w:t xml:space="preserve"> </w:t>
      </w:r>
      <w:r>
        <w:rPr/>
        <w:t>la tormenta, había cosas que permanecían firmes.</w:t>
      </w:r>
    </w:p>
    <w:p>
      <w:pPr>
        <w:pStyle w:val="BodyText"/>
      </w:pPr>
      <w:r>
        <w:rPr/>
        <w:t>Markus, que había escuchado en calma, intervino con gravedad. «Es el</w:t>
      </w:r>
      <w:r>
        <w:rPr/>
        <w:t xml:space="preserve"> </w:t>
      </w:r>
      <w:r>
        <w:rPr/>
        <w:t>sonido del feedback amplificado. El ruido que destruyó a ILIBERIS, pero</w:t>
      </w:r>
      <w:r>
        <w:rPr/>
        <w:t xml:space="preserve"> </w:t>
      </w:r>
      <w:r>
        <w:rPr/>
        <w:t>industrializado. La antítesis de la música convertida en arma.»</w:t>
      </w:r>
    </w:p>
    <w:p>
      <w:pPr>
        <w:pStyle w:val="BodyText"/>
      </w:pPr>
      <w:r>
        <w:rPr/>
        <w:t>Mar cerró los ojos, sintiendo la verdad resonar en las palabras de</w:t>
      </w:r>
      <w:r>
        <w:rPr/>
        <w:t xml:space="preserve"> </w:t>
      </w:r>
      <w:r>
        <w:rPr/>
        <w:t>Markus. El enemigo había aprendido de su derrota: si no podían robar el</w:t>
      </w:r>
      <w:r>
        <w:rPr/>
        <w:t xml:space="preserve"> </w:t>
      </w:r>
      <w:r>
        <w:rPr/>
        <w:t>fuego sagrado, crearían un fuego que quemara todo.</w:t>
      </w:r>
    </w:p>
    <w:p>
      <w:pPr>
        <w:pStyle w:val="BodyText"/>
      </w:pPr>
      <w:r>
        <w:rPr/>
        <w:t>«¿Contramedidas viables?», preguntó Vasco.</w:t>
      </w:r>
    </w:p>
    <w:p>
      <w:pPr>
        <w:pStyle w:val="BodyText"/>
      </w:pPr>
      <w:r>
        <w:rPr/>
        <w:t>«El vacío tradicional es inútil contra el caos dirigido», admitió Lena.</w:t>
      </w:r>
      <w:r>
        <w:rPr/>
        <w:t xml:space="preserve"> </w:t>
      </w:r>
      <w:r>
        <w:rPr/>
        <w:t>«Es como intentar apagar un incendio con oxígeno puro. Si Mar proyecta</w:t>
      </w:r>
      <w:r>
        <w:rPr/>
        <w:t xml:space="preserve"> </w:t>
      </w:r>
      <w:r>
        <w:rPr/>
        <w:t>su Punto Cero contra un emisor industrial, la energía del caos solo</w:t>
      </w:r>
      <w:r>
        <w:rPr/>
        <w:t xml:space="preserve"> </w:t>
      </w:r>
      <w:r>
        <w:rPr/>
        <w:t>llenará el vacío. Necesitamos un enfoque diferente.»</w:t>
      </w:r>
    </w:p>
    <w:p>
      <w:pPr>
        <w:pStyle w:val="BodyText"/>
      </w:pPr>
      <w:r>
        <w:rPr/>
        <w:t>«No luchamos contra el ruido», dijo Mar, abriendo los ojos con nueva</w:t>
      </w:r>
      <w:r>
        <w:rPr/>
        <w:t xml:space="preserve"> </w:t>
      </w:r>
      <w:r>
        <w:rPr/>
        <w:t>claridad. «No nos oponemos. Lo absorbemos, lo redirigimos, lo</w:t>
      </w:r>
      <w:r>
        <w:rPr/>
        <w:t xml:space="preserve"> </w:t>
      </w:r>
      <w:r>
        <w:rPr/>
        <w:t>transformamos.»</w:t>
      </w:r>
    </w:p>
    <w:p>
      <w:pPr>
        <w:pStyle w:val="BodyText"/>
      </w:pPr>
      <w:r>
        <w:rPr/>
        <w:t>«Explícate», pidió Lena.</w:t>
      </w:r>
    </w:p>
    <w:p>
      <w:pPr>
        <w:pStyle w:val="BodyText"/>
      </w:pPr>
      <w:r>
        <w:rPr/>
        <w:t>«Un emisor de caos, independientemente de su sofisticación, sigue siendo</w:t>
      </w:r>
      <w:r>
        <w:rPr/>
        <w:t xml:space="preserve"> </w:t>
      </w:r>
      <w:r>
        <w:rPr/>
        <w:t>una máquina con vibración fundamental», explicó Mar. «Si podemos</w:t>
      </w:r>
      <w:r>
        <w:rPr/>
        <w:t xml:space="preserve"> </w:t>
      </w:r>
      <w:r>
        <w:rPr/>
        <w:t>identificar esa nota base, podemos componer su contrapunto exacto. No</w:t>
      </w:r>
      <w:r>
        <w:rPr/>
        <w:t xml:space="preserve"> </w:t>
      </w:r>
      <w:r>
        <w:rPr/>
        <w:t>para cancelarlo. En cambio, para armonizarlo. Convertir su energía</w:t>
      </w:r>
      <w:r>
        <w:rPr/>
        <w:t xml:space="preserve"> </w:t>
      </w:r>
      <w:r>
        <w:rPr/>
        <w:t>destructiva en música dirigida.»</w:t>
      </w:r>
    </w:p>
    <w:p>
      <w:pPr>
        <w:pStyle w:val="BodyText"/>
      </w:pPr>
      <w:r>
        <w:rPr/>
        <w:t>«Transformar el arma en instrumento», comprendió Vasco al instante.</w:t>
      </w:r>
    </w:p>
    <w:p>
      <w:pPr>
        <w:pStyle w:val="BodyText"/>
      </w:pPr>
      <w:r>
        <w:rPr/>
        <w:t>«Precisamente. No podemos apagar su fuego, pero podemos canalizar su</w:t>
      </w:r>
      <w:r>
        <w:rPr/>
        <w:t xml:space="preserve"> </w:t>
      </w:r>
      <w:r>
        <w:rPr/>
        <w:t>energía para que no devore el bosque. Para ello, necesitamos descifrar</w:t>
      </w:r>
      <w:r>
        <w:rPr/>
        <w:t xml:space="preserve"> </w:t>
      </w:r>
      <w:r>
        <w:rPr/>
        <w:t>su partitura antes del primer concierto.»</w:t>
      </w:r>
    </w:p>
    <w:p>
      <w:pPr>
        <w:pStyle w:val="BodyText"/>
      </w:pPr>
      <w:r>
        <w:rPr/>
        <w:t>El plan era arriesgado: Mar tendría que exponerse a frecuencias</w:t>
      </w:r>
      <w:r>
        <w:rPr/>
        <w:t xml:space="preserve"> </w:t>
      </w:r>
      <w:r>
        <w:rPr/>
        <w:t>diseñadas de forma específica para destruir mentes como la suya,</w:t>
      </w:r>
      <w:r>
        <w:rPr/>
        <w:t xml:space="preserve"> </w:t>
      </w:r>
      <w:r>
        <w:rPr/>
        <w:t>encontrar el orden en el corazón del caos, y componer en tiempo real una</w:t>
      </w:r>
      <w:r>
        <w:rPr/>
        <w:t xml:space="preserve"> </w:t>
      </w:r>
      <w:r>
        <w:rPr/>
        <w:t>sinfonía que contuviera fuerzas destinadas a la aniquilación.</w:t>
      </w:r>
    </w:p>
    <w:p>
      <w:pPr>
        <w:pStyle w:val="BodyText"/>
      </w:pPr>
      <w:r>
        <w:rPr/>
        <w:t>Necesitaba a toda su orquesta para esta pieza final. La caza de la</w:t>
      </w:r>
      <w:r>
        <w:rPr/>
        <w:t xml:space="preserve"> </w:t>
      </w:r>
      <w:r>
        <w:rPr/>
        <w:t>partitura enemiga había comenzado.</w:t>
      </w:r>
    </w:p>
    <w:p>
      <w:pPr>
        <w:pStyle w:val="BodyText"/>
      </w:pPr>
      <w:r>
        <w:rPr/>
        <w:t>El viento ártico cortaba como una cuchilla sónica, que dejaba heridas</w:t>
      </w:r>
      <w:r>
        <w:rPr/>
        <w:t xml:space="preserve"> </w:t>
      </w:r>
      <w:r>
        <w:rPr/>
        <w:t>invisibles en la piel. No era metáfora. Mar sentía cada ráfaga como</w:t>
      </w:r>
      <w:r>
        <w:rPr/>
        <w:t xml:space="preserve"> </w:t>
      </w:r>
      <w:r>
        <w:rPr/>
        <w:t>incisión fina, dolorosa, precisa. Y el lamento que que se enredaba en</w:t>
      </w:r>
      <w:r>
        <w:rPr/>
        <w:t xml:space="preserve"> </w:t>
      </w:r>
      <w:r>
        <w:rPr/>
        <w:t>los cables de la estación islandesa. Mar permanecía inmóvil frente al</w:t>
      </w:r>
      <w:r>
        <w:rPr/>
        <w:t xml:space="preserve"> </w:t>
      </w:r>
      <w:r>
        <w:rPr/>
        <w:t>panel de hidrófonos, sus dedos rozando los diales como si pudieran</w:t>
      </w:r>
      <w:r>
        <w:rPr/>
        <w:t xml:space="preserve"> </w:t>
      </w:r>
      <w:r>
        <w:rPr/>
        <w:t>traducir el pulso del océano. Las profundidades cantaban, no con la voz</w:t>
      </w:r>
      <w:r>
        <w:rPr/>
        <w:t xml:space="preserve"> </w:t>
      </w:r>
      <w:r>
        <w:rPr/>
        <w:t>de las ballenas, sino con una nota grave, poderosa y primordial, la</w:t>
      </w:r>
      <w:r>
        <w:rPr/>
        <w:t xml:space="preserve"> </w:t>
      </w:r>
      <w:r>
        <w:rPr/>
        <w:t>respiración lenta del planeta torcida por los emisores de caos del</w:t>
      </w:r>
      <w:r>
        <w:rPr/>
        <w:t xml:space="preserve"> </w:t>
      </w:r>
      <w:r>
        <w:rPr/>
        <w:t>Proyecto quietud. Cada onda era un eco de la herida original, un gemido</w:t>
      </w:r>
      <w:r>
        <w:rPr/>
        <w:t xml:space="preserve"> </w:t>
      </w:r>
      <w:r>
        <w:rPr/>
        <w:t>que reverberaba desde Montségur, atravesando siglos hasta estrellarse</w:t>
      </w:r>
      <w:r>
        <w:rPr/>
        <w:t xml:space="preserve"> </w:t>
      </w:r>
      <w:r>
        <w:rPr/>
        <w:t>contra su pecho. Cerró los ojos, nadando en un mar de disonancia, donde</w:t>
      </w:r>
      <w:r>
        <w:rPr/>
        <w:t xml:space="preserve"> </w:t>
      </w:r>
      <w:r>
        <w:rPr/>
        <w:t>el Eco, fracturado, suplicaba ser sanado. No era solo sonido; era</w:t>
      </w:r>
      <w:r>
        <w:rPr/>
        <w:t xml:space="preserve"> </w:t>
      </w:r>
      <w:r>
        <w:rPr/>
        <w:t>memoria, dolor, un grito atrapado en el ámbar del tiempo.</w:t>
      </w:r>
    </w:p>
    <w:p>
      <w:pPr>
        <w:pStyle w:val="BodyText"/>
      </w:pPr>
      <w:r>
        <w:rPr/>
        <w:t>Lena, al otro lado de la sala, descifraba datos en su portátil, sus</w:t>
      </w:r>
      <w:r>
        <w:rPr/>
        <w:t xml:space="preserve"> </w:t>
      </w:r>
      <w:r>
        <w:rPr/>
        <w:t>dedos danzando sobre el teclado con la urgencia de quien combate un</w:t>
      </w:r>
      <w:r>
        <w:rPr/>
        <w:t xml:space="preserve"> </w:t>
      </w:r>
      <w:r>
        <w:rPr/>
        <w:t>incendio. «Los emisores están sincronizados», murmuró, su voz apenas</w:t>
      </w:r>
      <w:r>
        <w:rPr/>
        <w:t xml:space="preserve"> </w:t>
      </w:r>
      <w:r>
        <w:rPr/>
        <w:t>audible bajo el zumbido de los monitores. «Están saturando el espectro,</w:t>
      </w:r>
      <w:r>
        <w:rPr/>
        <w:t xml:space="preserve"> </w:t>
      </w:r>
      <w:r>
        <w:rPr/>
        <w:t>pero hay un patrón. Mar, ¿lo sientes?» Vasco ajustaba un hidrófono, sus</w:t>
      </w:r>
      <w:r>
        <w:rPr/>
        <w:t xml:space="preserve"> </w:t>
      </w:r>
      <w:r>
        <w:rPr/>
        <w:t>ojos fijos en una pantalla que trazaba ondas como constelaciones rotas.</w:t>
      </w:r>
      <w:r>
        <w:rPr/>
        <w:t xml:space="preserve"> </w:t>
      </w:r>
      <w:r>
        <w:rPr/>
        <w:t>«Es un tono base», añadió, «pero distorsionada, como si el océano</w:t>
      </w:r>
      <w:r>
        <w:rPr/>
        <w:t xml:space="preserve"> </w:t>
      </w:r>
      <w:r>
        <w:rPr/>
        <w:t>hubiera olvidado su propia voz.»</w:t>
      </w:r>
    </w:p>
    <w:p>
      <w:pPr>
        <w:pStyle w:val="BodyText"/>
      </w:pPr>
      <w:r>
        <w:rPr/>
        <w:t>Mar asintió, su mente aún sumergida en el caos sónico. La disonancia la</w:t>
      </w:r>
      <w:r>
        <w:rPr/>
        <w:t xml:space="preserve"> </w:t>
      </w:r>
      <w:r>
        <w:rPr/>
        <w:t>envolvía, un peso que amenazaba con fracturar no solo el rastro sonoro,</w:t>
      </w:r>
      <w:r>
        <w:rPr/>
        <w:t xml:space="preserve"> </w:t>
      </w:r>
      <w:r>
        <w:rPr/>
        <w:t>sino su propia cordura. Entonces, un crujido rompió el trance. Markus,</w:t>
      </w:r>
      <w:r>
        <w:rPr/>
        <w:t xml:space="preserve"> </w:t>
      </w:r>
      <w:r>
        <w:rPr/>
        <w:t>frotándose las manos para combatir el frío, maldecía en voz baja el</w:t>
      </w:r>
      <w:r>
        <w:rPr/>
        <w:t xml:space="preserve"> </w:t>
      </w:r>
      <w:r>
        <w:rPr/>
        <w:t>hielo que se colaba por las rendijas de la estación. «Esto es peor que</w:t>
      </w:r>
      <w:r>
        <w:rPr/>
        <w:t xml:space="preserve"> </w:t>
      </w:r>
      <w:r>
        <w:rPr/>
        <w:t>los inviernos en Kreuzberg», gruñó, soplando vapor en el aire. Le tendió</w:t>
      </w:r>
      <w:r>
        <w:rPr/>
        <w:t xml:space="preserve"> </w:t>
      </w:r>
      <w:r>
        <w:rPr/>
        <w:t>un termo de té a Mar, su mirada cálida a pesar del frío. «Toma, o te</w:t>
      </w:r>
      <w:r>
        <w:rPr/>
        <w:t xml:space="preserve"> </w:t>
      </w:r>
      <w:r>
        <w:rPr/>
        <w:t>congelarás antes de salvar el mundo.» Mar sonrió, el calor del metal</w:t>
      </w:r>
      <w:r>
        <w:rPr/>
        <w:t xml:space="preserve"> </w:t>
      </w:r>
      <w:r>
        <w:rPr/>
        <w:t>contra sus dedos un ancla en medio de la tormenta sónica. Por un</w:t>
      </w:r>
      <w:r>
        <w:rPr/>
        <w:t xml:space="preserve"> </w:t>
      </w:r>
      <w:r>
        <w:rPr/>
        <w:t>instante, el caos del Eco se desvaneció, y solo existieron ellos, un</w:t>
      </w:r>
      <w:r>
        <w:rPr/>
        <w:t xml:space="preserve"> </w:t>
      </w:r>
      <w:r>
        <w:rPr/>
        <w:t>equipo frágil contra un océano infinito.</w:t>
      </w:r>
    </w:p>
    <w:p>
      <w:pPr>
        <w:pStyle w:val="BodyText"/>
      </w:pPr>
      <w:r>
        <w:rPr/>
        <w:t>El termo tembló en sus manos, un reflejo del viento que azotaba la</w:t>
      </w:r>
      <w:r>
        <w:rPr/>
        <w:t xml:space="preserve"> </w:t>
      </w:r>
      <w:r>
        <w:rPr/>
        <w:t>estación. Mar bebió,…</w:t>
      </w:r>
    </w:p>
    <w:p>
      <w:pPr>
        <w:pStyle w:val="BodyText"/>
      </w:pPr>
      <w:r>
        <w:rPr/>
        <w:t>«Para sanar una herida, a veces hay que volver al lugar donde se produjo</w:t>
      </w:r>
      <w:r>
        <w:rPr/>
        <w:t xml:space="preserve"> </w:t>
      </w:r>
      <w:r>
        <w:rPr/>
        <w:t>el primer corte.» —Libro de los Ecos</w:t>
      </w:r>
    </w:p>
    <w:p>
      <w:pPr>
        <w:pStyle w:val="BodyText"/>
      </w:pPr>
      <w:r>
        <w:rPr/>
        <w:t>«Berlín».</w:t>
      </w:r>
    </w:p>
    <w:p>
      <w:pPr>
        <w:pStyle w:val="BodyText"/>
      </w:pPr>
      <w:r>
        <w:rPr/>
        <w:t>La palabra resonó en la estación islandesa con peso final. Mar</w:t>
      </w:r>
      <w:r>
        <w:rPr/>
        <w:t xml:space="preserve"> </w:t>
      </w:r>
      <w:r>
        <w:rPr/>
        <w:t>comprendía la geometría del enfrentamiento: para confrontar la</w:t>
      </w:r>
      <w:r>
        <w:rPr/>
        <w:t xml:space="preserve"> </w:t>
      </w:r>
      <w:r>
        <w:rPr/>
        <w:t>frecuencia que había destruido a ILIBERIS, ahora amplificada</w:t>
      </w:r>
      <w:r>
        <w:rPr/>
        <w:t xml:space="preserve"> </w:t>
      </w:r>
      <w:r>
        <w:rPr/>
        <w:t>industrialmente, debían hacerlo en el epicentro original. El Estudio 4.</w:t>
      </w:r>
    </w:p>
    <w:p>
      <w:pPr>
        <w:pStyle w:val="BodyText"/>
      </w:pPr>
      <w:r>
        <w:rPr/>
        <w:t>El viaje fue infiltración silenciosa. Lena descubrió que el edificio</w:t>
      </w:r>
      <w:r>
        <w:rPr/>
        <w:t xml:space="preserve"> </w:t>
      </w:r>
      <w:r>
        <w:rPr/>
        <w:t>seguía en pie, convertido en apartamentos de lujo y oficinas de</w:t>
      </w:r>
      <w:r>
        <w:rPr/>
        <w:t xml:space="preserve"> </w:t>
      </w:r>
      <w:r>
        <w:rPr/>
        <w:t>startups. El ático permanecía vacío, sellado por leyendas urbanas sobre</w:t>
      </w:r>
      <w:r>
        <w:rPr/>
        <w:t xml:space="preserve"> </w:t>
      </w:r>
      <w:r>
        <w:rPr/>
        <w:t>fenómenos acústicos.</w:t>
      </w:r>
    </w:p>
    <w:p>
      <w:pPr>
        <w:pStyle w:val="BodyText"/>
      </w:pPr>
      <w:r>
        <w:rPr/>
        <w:t>Usando identidades falsas, Lena obtuvo planos y acceso como «inspectores</w:t>
      </w:r>
      <w:r>
        <w:rPr/>
        <w:t xml:space="preserve"> </w:t>
      </w:r>
      <w:r>
        <w:rPr/>
        <w:t>de seguridad». Una noche, se reunieron ante el edificio de ladrillo en</w:t>
      </w:r>
      <w:r>
        <w:rPr/>
        <w:t xml:space="preserve"> </w:t>
      </w:r>
      <w:r>
        <w:rPr/>
        <w:t>Kreuzberg.</w:t>
      </w:r>
    </w:p>
    <w:p>
      <w:pPr>
        <w:pStyle w:val="BodyText"/>
      </w:pPr>
      <w:r>
        <w:rPr/>
        <w:t>Markus desactivó la alarma con facilidad profesional. Subieron al ático.</w:t>
      </w:r>
      <w:r>
        <w:rPr/>
        <w:t xml:space="preserve"> </w:t>
      </w:r>
      <w:r>
        <w:rPr/>
        <w:t>La puerta del Estudio 4 tenía candado oxidado, que cortaron</w:t>
      </w:r>
      <w:r>
        <w:rPr/>
        <w:t xml:space="preserve"> </w:t>
      </w:r>
      <w:r>
        <w:rPr/>
        <w:t>silenciosamente.</w:t>
      </w:r>
    </w:p>
    <w:p>
      <w:pPr>
        <w:pStyle w:val="BodyText"/>
      </w:pPr>
      <w:r>
        <w:rPr/>
        <w:t>Al abrirla, entraron en un sarcófago temporal. El aire conservaba el</w:t>
      </w:r>
      <w:r>
        <w:rPr/>
        <w:t xml:space="preserve"> </w:t>
      </w:r>
      <w:r>
        <w:rPr/>
        <w:t>olor a ozono de máquinas muertas y el fantasma del humo de ILIBERIS.</w:t>
      </w:r>
      <w:r>
        <w:rPr/>
        <w:t xml:space="preserve"> </w:t>
      </w:r>
      <w:r>
        <w:rPr/>
        <w:t>Todo permanecía intacto: la mesa Soundcraft cubierta de polvo, el Moog</w:t>
      </w:r>
      <w:r>
        <w:rPr/>
        <w:t xml:space="preserve"> </w:t>
      </w:r>
      <w:r>
        <w:rPr/>
        <w:t>silencioso, los cables como venas secas conectando módulos. En un</w:t>
      </w:r>
      <w:r>
        <w:rPr/>
        <w:t xml:space="preserve"> </w:t>
      </w:r>
      <w:r>
        <w:rPr/>
        <w:t>cenicero, una colilla desafiaba al tiempo.</w:t>
      </w:r>
    </w:p>
    <w:p>
      <w:pPr>
        <w:pStyle w:val="BodyText"/>
      </w:pPr>
      <w:r>
        <w:rPr/>
        <w:t>Era un teatro de memoria, un campo de batalla congelado.</w:t>
      </w:r>
    </w:p>
    <w:p>
      <w:pPr>
        <w:pStyle w:val="BodyText"/>
      </w:pPr>
      <w:r>
        <w:rPr/>
        <w:t>Markus se acercó a la consola. «La corriente está cortada, pero los</w:t>
      </w:r>
      <w:r>
        <w:rPr/>
        <w:t xml:space="preserve"> </w:t>
      </w:r>
      <w:r>
        <w:rPr/>
        <w:t>circuitos principales están intactos. Podemos reactivarlo».</w:t>
      </w:r>
    </w:p>
    <w:p>
      <w:pPr>
        <w:pStyle w:val="BodyText"/>
      </w:pPr>
      <w:r>
        <w:rPr/>
        <w:t>Lena sacó su fuente de alimentación portátil, autónoma e inrastreable.</w:t>
      </w:r>
    </w:p>
    <w:p>
      <w:pPr>
        <w:pStyle w:val="BodyText"/>
      </w:pPr>
      <w:r>
        <w:rPr/>
        <w:t>Vasco se sentía abrumado por las capas vibracional residual:</w:t>
      </w:r>
      <w:r>
        <w:rPr/>
        <w:t xml:space="preserve"> </w:t>
      </w:r>
      <w:r>
        <w:rPr/>
        <w:t>creatividad, amor, obsesión, terror. Era el lugar acústicamente más</w:t>
      </w:r>
      <w:r>
        <w:rPr/>
        <w:t xml:space="preserve"> </w:t>
      </w:r>
      <w:r>
        <w:rPr/>
        <w:t>denso que había experimentado.</w:t>
      </w:r>
    </w:p>
    <w:p>
      <w:pPr>
        <w:pStyle w:val="BodyText"/>
      </w:pPr>
      <w:r>
        <w:rPr/>
        <w:t>Mar se situó en el centro, absorbiendo la historia del lugar. Su plan</w:t>
      </w:r>
      <w:r>
        <w:rPr/>
        <w:t xml:space="preserve"> </w:t>
      </w:r>
      <w:r>
        <w:rPr/>
        <w:t>era audaz y peligroso: el Proyecto Silencio desplegaría su arma pronto.</w:t>
      </w:r>
      <w:r>
        <w:rPr/>
        <w:t xml:space="preserve"> </w:t>
      </w:r>
      <w:r>
        <w:rPr/>
        <w:t>No podían detenerlos físicamente, pero sí realizar un</w:t>
      </w:r>
      <w:r>
        <w:rPr/>
        <w:t xml:space="preserve"> </w:t>
      </w:r>
      <w:r>
        <w:rPr/>
        <w:t>«contra-concierto».</w:t>
      </w:r>
    </w:p>
    <w:p>
      <w:pPr>
        <w:pStyle w:val="BodyText"/>
      </w:pPr>
      <w:r>
        <w:rPr/>
        <w:t>«Lena, prepara la secuencia de activación interceptada», ordenó Mar.</w:t>
      </w:r>
      <w:r>
        <w:rPr/>
        <w:t xml:space="preserve"> </w:t>
      </w:r>
      <w:r>
        <w:rPr/>
        <w:t>«Les enviaremos una respuesta directa. No un ataque. En cambio, una</w:t>
      </w:r>
      <w:r>
        <w:rPr/>
        <w:t xml:space="preserve"> </w:t>
      </w:r>
      <w:r>
        <w:rPr/>
        <w:t>invitación».</w:t>
      </w:r>
    </w:p>
    <w:p>
      <w:pPr>
        <w:pStyle w:val="BodyText"/>
      </w:pPr>
      <w:r>
        <w:rPr/>
        <w:t>«Markus, devuelve este lugar a la vida. Necesito cada componente</w:t>
      </w:r>
      <w:r>
        <w:rPr/>
        <w:t xml:space="preserve"> </w:t>
      </w:r>
      <w:r>
        <w:rPr/>
        <w:t>analógico de ILIBERIS funcionando. Necesitamos su voz».</w:t>
      </w:r>
    </w:p>
    <w:p>
      <w:pPr>
        <w:pStyle w:val="BodyText"/>
      </w:pPr>
      <w:r>
        <w:rPr/>
        <w:t>«Vasco, serás mis oídos en el caos. Cuando respondan, ayúdame a</w:t>
      </w:r>
      <w:r>
        <w:rPr/>
        <w:t xml:space="preserve"> </w:t>
      </w:r>
      <w:r>
        <w:rPr/>
        <w:t>encontrar el camino hacia su onda fundamental».</w:t>
      </w:r>
    </w:p>
    <w:p>
      <w:pPr>
        <w:pStyle w:val="BodyText"/>
      </w:pPr>
      <w:r>
        <w:rPr/>
        <w:t>Mar se dirigió hacia la silla donde ILIBERIS se había desvanecido. Se</w:t>
      </w:r>
      <w:r>
        <w:rPr/>
        <w:t xml:space="preserve"> </w:t>
      </w:r>
      <w:r>
        <w:rPr/>
        <w:t>conectaría al Eco, pero esta vez no para sanarlo, sino para usarlo como</w:t>
      </w:r>
      <w:r>
        <w:rPr/>
        <w:t xml:space="preserve"> </w:t>
      </w:r>
      <w:r>
        <w:rPr/>
        <w:t>instrumento planetario. Tomaría el tono del arma enemiga y, usando los</w:t>
      </w:r>
      <w:r>
        <w:rPr/>
        <w:t xml:space="preserve"> </w:t>
      </w:r>
      <w:r>
        <w:rPr/>
        <w:t>sintetizadores de ILIBERIS y la acústica maldita de aquella sala,</w:t>
      </w:r>
      <w:r>
        <w:rPr/>
        <w:t xml:space="preserve"> </w:t>
      </w:r>
      <w:r>
        <w:rPr/>
        <w:t>compondría el contrapunto en tiempo real.</w:t>
      </w:r>
    </w:p>
    <w:p>
      <w:pPr>
        <w:pStyle w:val="BodyText"/>
      </w:pPr>
      <w:r>
        <w:rPr/>
        <w:t>Su objetivo: hackear su propia arma y devolverles su caos convertido en</w:t>
      </w:r>
      <w:r>
        <w:rPr/>
        <w:t xml:space="preserve"> </w:t>
      </w:r>
      <w:r>
        <w:rPr/>
        <w:t>música. Una sinfonía de sanación dirigida al corazón de la máquina de</w:t>
      </w:r>
      <w:r>
        <w:rPr/>
        <w:t xml:space="preserve"> </w:t>
      </w:r>
      <w:r>
        <w:rPr/>
        <w:t>guerra.</w:t>
      </w:r>
    </w:p>
    <w:p>
      <w:pPr>
        <w:pStyle w:val="BodyText"/>
      </w:pPr>
      <w:r>
        <w:rPr/>
        <w:t>Era el acto final. Un concierto para una audiencia invisible, con el</w:t>
      </w:r>
      <w:r>
        <w:rPr/>
        <w:t xml:space="preserve"> </w:t>
      </w:r>
      <w:r>
        <w:rPr/>
        <w:t>destino de la ausencia mundial en la balanza.</w:t>
      </w:r>
    </w:p>
    <w:p>
      <w:pPr>
        <w:pStyle w:val="BodyText"/>
      </w:pPr>
      <w:r>
        <w:rPr/>
        <w:t>«Toda arma es un instrumento. La única pregunta es quién es el</w:t>
      </w:r>
      <w:r>
        <w:rPr/>
        <w:t xml:space="preserve"> </w:t>
      </w:r>
      <w:r>
        <w:rPr/>
        <w:t>compositor y cuál es la melodía.» —Lena, notas de operación</w:t>
      </w:r>
    </w:p>
    <w:p>
      <w:pPr>
        <w:pStyle w:val="BodyText"/>
      </w:pPr>
      <w:r>
        <w:rPr/>
        <w:t>La noche berlinesa era herida de neón y asfalto húmedo. En el Estudio 4,</w:t>
      </w:r>
      <w:r>
        <w:rPr/>
        <w:t xml:space="preserve"> </w:t>
      </w:r>
      <w:r>
        <w:rPr/>
        <w:t>el tiempo había curvado sobre sí mismo. El aire zumbaba con energía de</w:t>
      </w:r>
      <w:r>
        <w:rPr/>
        <w:t xml:space="preserve"> </w:t>
      </w:r>
      <w:r>
        <w:rPr/>
        <w:t>maquinaria analógica resucitada. Los sintetizadores de ILIBERIS</w:t>
      </w:r>
      <w:r>
        <w:rPr/>
        <w:t xml:space="preserve"> </w:t>
      </w:r>
      <w:r>
        <w:rPr/>
        <w:t>parpadeaban como memorias fantasmales.</w:t>
      </w:r>
    </w:p>
    <w:p>
      <w:pPr>
        <w:pStyle w:val="BodyText"/>
      </w:pPr>
      <w:r>
        <w:rPr/>
        <w:t>«Chrysalis busca un fantasma. Van a desplegar su arma en Siberia donde</w:t>
      </w:r>
      <w:r>
        <w:rPr/>
        <w:t xml:space="preserve"> </w:t>
      </w:r>
      <w:r>
        <w:rPr/>
        <w:t>creen que me escondo», murmuró Lena desde su portátil. «Les he dado el</w:t>
      </w:r>
      <w:r>
        <w:rPr/>
        <w:t xml:space="preserve"> </w:t>
      </w:r>
      <w:r>
        <w:rPr/>
        <w:t>cebo. Tenemos pocas horas para nuestro contra-concierto».</w:t>
      </w:r>
    </w:p>
    <w:p>
      <w:pPr>
        <w:pStyle w:val="BodyText"/>
      </w:pPr>
      <w:r>
        <w:rPr/>
        <w:t>El plan era demencial: usar la secuencia robada para «llamar» al emisor</w:t>
      </w:r>
      <w:r>
        <w:rPr/>
        <w:t xml:space="preserve"> </w:t>
      </w:r>
      <w:r>
        <w:rPr/>
        <w:t>de caos, pero redirigir esa energía disonante al Estudio 4. Iban a</w:t>
      </w:r>
      <w:r>
        <w:rPr/>
        <w:t xml:space="preserve"> </w:t>
      </w:r>
      <w:r>
        <w:rPr/>
        <w:t>invitar al monstruo a casa.</w:t>
      </w:r>
    </w:p>
    <w:p>
      <w:pPr>
        <w:pStyle w:val="BodyText"/>
      </w:pPr>
      <w:r>
        <w:rPr/>
        <w:t>«Markus, necesito ruido blanco analógico puro», ordenó Lena.</w:t>
      </w:r>
    </w:p>
    <w:p>
      <w:pPr>
        <w:pStyle w:val="BodyText"/>
      </w:pPr>
      <w:r>
        <w:rPr/>
        <w:t>Markus activó una grabadora Studer, el siseo cálido llenando la sala.</w:t>
      </w:r>
      <w:r>
        <w:rPr/>
        <w:t xml:space="preserve"> </w:t>
      </w:r>
      <w:r>
        <w:rPr/>
        <w:t>Era el lienzo para la batalla sónica.</w:t>
      </w:r>
    </w:p>
    <w:p>
      <w:pPr>
        <w:pStyle w:val="BodyText"/>
      </w:pPr>
      <w:r>
        <w:rPr/>
        <w:t>«Vasco, cuando entre la vibración del arma será caos puro. Dentro hay</w:t>
      </w:r>
      <w:r>
        <w:rPr/>
        <w:t xml:space="preserve"> </w:t>
      </w:r>
      <w:r>
        <w:rPr/>
        <w:t>una lógica, una nota fundamental. Aíslala y muéstramela», dijo Mar.</w:t>
      </w:r>
    </w:p>
    <w:p>
      <w:pPr>
        <w:pStyle w:val="BodyText"/>
      </w:pPr>
      <w:r>
        <w:rPr/>
        <w:t>Vasco preparó su equipo, corazón acelerado.</w:t>
      </w:r>
    </w:p>
    <w:p>
      <w:pPr>
        <w:pStyle w:val="BodyText"/>
      </w:pPr>
      <w:r>
        <w:rPr/>
        <w:t>Mar se sentó en la silla maldita de ILIBERIS. Cerró los ojos,</w:t>
      </w:r>
      <w:r>
        <w:rPr/>
        <w:t xml:space="preserve"> </w:t>
      </w:r>
      <w:r>
        <w:rPr/>
        <w:t>conectándose a la resonancia específica del lugar, a la memoria sónica</w:t>
      </w:r>
      <w:r>
        <w:rPr/>
        <w:t xml:space="preserve"> </w:t>
      </w:r>
      <w:r>
        <w:rPr/>
        <w:t>del genio perdido.</w:t>
      </w:r>
    </w:p>
    <w:p>
      <w:pPr>
        <w:pStyle w:val="BodyText"/>
      </w:pPr>
      <w:r>
        <w:rPr/>
        <w:t>«Estoy lista», declaró.</w:t>
      </w:r>
    </w:p>
    <w:p>
      <w:pPr>
        <w:pStyle w:val="BodyText"/>
      </w:pPr>
      <w:r>
        <w:rPr/>
        <w:t>«Enviando invitación», murmuró Lena.</w:t>
      </w:r>
    </w:p>
    <w:p>
      <w:pPr>
        <w:pStyle w:val="BodyText"/>
      </w:pPr>
      <w:r>
        <w:rPr/>
        <w:t>Durante treinta segundos, solo el siseo de la cinta. Entonces llegó.</w:t>
      </w:r>
    </w:p>
    <w:p>
      <w:pPr>
        <w:pStyle w:val="BodyText"/>
      </w:pPr>
      <w:r>
        <w:rPr/>
        <w:t>No fue sonido. Fue invasión psíquica.</w:t>
      </w:r>
    </w:p>
    <w:p>
      <w:pPr>
        <w:pStyle w:val="BodyText"/>
      </w:pPr>
      <w:r>
        <w:rPr/>
        <w:t>Presión oceánica inundó la sala. Zumbido nauseabundo diseñado para</w:t>
      </w:r>
      <w:r>
        <w:rPr/>
        <w:t xml:space="preserve"> </w:t>
      </w:r>
      <w:r>
        <w:rPr/>
        <w:t>desmontar mentes. En el espectrograma de Vasco, el ruido era muro sólido</w:t>
      </w:r>
      <w:r>
        <w:rPr/>
        <w:t xml:space="preserve"> </w:t>
      </w:r>
      <w:r>
        <w:rPr/>
        <w:t>sin estructura aparente.</w:t>
      </w:r>
    </w:p>
    <w:p>
      <w:pPr>
        <w:pStyle w:val="BodyText"/>
      </w:pPr>
      <w:r>
        <w:rPr/>
        <w:t>El caos del Proyecto quietud, concentrado en aquella habitación.</w:t>
      </w:r>
    </w:p>
    <w:p>
      <w:pPr>
        <w:pStyle w:val="BodyText"/>
      </w:pPr>
      <w:r>
        <w:rPr/>
        <w:t>«¡Patrón recurrente en sub-armónicos!», gritó Vasco. «¡Mi bemol fuera</w:t>
      </w:r>
      <w:r>
        <w:rPr/>
        <w:t xml:space="preserve"> </w:t>
      </w:r>
      <w:r>
        <w:rPr/>
        <w:t>del espectro audible!».</w:t>
      </w:r>
    </w:p>
    <w:p>
      <w:pPr>
        <w:pStyle w:val="BodyText"/>
      </w:pPr>
      <w:r>
        <w:rPr/>
        <w:t>La nota fundamental. El corazón de la bestia.</w:t>
      </w:r>
    </w:p>
    <w:p>
      <w:pPr>
        <w:pStyle w:val="BodyText"/>
      </w:pPr>
      <w:r>
        <w:rPr/>
        <w:t>«Markus, dame ese Mi bemol en el Moog. Como latido de corazón», susurró</w:t>
      </w:r>
      <w:r>
        <w:rPr/>
        <w:t xml:space="preserve"> </w:t>
      </w:r>
      <w:r>
        <w:rPr/>
        <w:t>Mar.</w:t>
      </w:r>
    </w:p>
    <w:p>
      <w:pPr>
        <w:pStyle w:val="BodyText"/>
      </w:pPr>
      <w:r>
        <w:rPr/>
        <w:t>Markus ajustó osciladores. Una nota grave pulsó en la habitación. No</w:t>
      </w:r>
      <w:r>
        <w:rPr/>
        <w:t xml:space="preserve"> </w:t>
      </w:r>
      <w:r>
        <w:rPr/>
        <w:t>luchaba contra el caos; le daba ritmo.</w:t>
      </w:r>
    </w:p>
    <w:p>
      <w:pPr>
        <w:pStyle w:val="BodyText"/>
      </w:pPr>
      <w:r>
        <w:rPr/>
        <w:t>El primer movimiento había comenzado.</w:t>
      </w:r>
    </w:p>
    <w:p>
      <w:pPr>
        <w:pStyle w:val="BodyText"/>
      </w:pPr>
      <w:r>
        <w:rPr/>
        <w:t>Mar no resistió la disonancia. La dejó entrar, analizándola, buscando su</w:t>
      </w:r>
      <w:r>
        <w:rPr/>
        <w:t xml:space="preserve"> </w:t>
      </w:r>
      <w:r>
        <w:rPr/>
        <w:t>estructura oculta. Entonces comenzó a cantar el contrapunto perfecto.</w:t>
      </w:r>
    </w:p>
    <w:p>
      <w:pPr>
        <w:pStyle w:val="BodyText"/>
      </w:pPr>
      <w:r>
        <w:rPr/>
        <w:t>No para silenciar el arma, sino para armonizarla.</w:t>
      </w:r>
    </w:p>
    <w:p>
      <w:pPr>
        <w:pStyle w:val="BodyText"/>
      </w:pPr>
      <w:r>
        <w:rPr/>
        <w:t>Su voz se entrelazó con los gritos electrónicos, encontrando la melodía</w:t>
      </w:r>
      <w:r>
        <w:rPr/>
        <w:t xml:space="preserve"> </w:t>
      </w:r>
      <w:r>
        <w:rPr/>
        <w:t>secreta en el corazón del ruido. Los sintetizadores de ILIBERIS</w:t>
      </w:r>
      <w:r>
        <w:rPr/>
        <w:t xml:space="preserve"> </w:t>
      </w:r>
      <w:r>
        <w:rPr/>
        <w:t>respondieron, sus osciladores modulando la onda del caos hasta</w:t>
      </w:r>
      <w:r>
        <w:rPr/>
        <w:t xml:space="preserve"> </w:t>
      </w:r>
      <w:r>
        <w:rPr/>
        <w:t>convertirla en música extraña, pero hermosa.</w:t>
      </w:r>
    </w:p>
    <w:p>
      <w:pPr>
        <w:pStyle w:val="BodyText"/>
      </w:pPr>
      <w:r>
        <w:rPr/>
        <w:t>La sala se transformó en catedral de luz resonante. La disonancia</w:t>
      </w:r>
      <w:r>
        <w:rPr/>
        <w:t xml:space="preserve"> </w:t>
      </w:r>
      <w:r>
        <w:rPr/>
        <w:t>industrial se convirtió en sinfonía de sanación.</w:t>
      </w:r>
    </w:p>
    <w:p>
      <w:pPr>
        <w:pStyle w:val="BodyText"/>
      </w:pPr>
      <w:r>
        <w:rPr/>
        <w:t>Mar había hackeado el arma enemiga, devolviendo su veneno sónico</w:t>
      </w:r>
      <w:r>
        <w:rPr/>
        <w:t xml:space="preserve"> </w:t>
      </w:r>
      <w:r>
        <w:rPr/>
        <w:t>convertido en medicina para el alma. El Proyecto quietud había enviado</w:t>
      </w:r>
      <w:r>
        <w:rPr/>
        <w:t xml:space="preserve"> </w:t>
      </w:r>
      <w:r>
        <w:rPr/>
        <w:t>destrucción; ella les devolvía armonía.</w:t>
      </w:r>
    </w:p>
    <w:p>
      <w:pPr>
        <w:pStyle w:val="BodyText"/>
      </w:pPr>
      <w:r>
        <w:rPr/>
        <w:t>La Sinfonía del Caos culminó en un acorde perfecto que unificó todas las</w:t>
      </w:r>
      <w:r>
        <w:rPr/>
        <w:t xml:space="preserve"> </w:t>
      </w:r>
      <w:r>
        <w:rPr/>
        <w:t>frecuencias rotas. El arma no fue destruida. En cambio, transformada en</w:t>
      </w:r>
      <w:r>
        <w:rPr/>
        <w:t xml:space="preserve"> </w:t>
      </w:r>
      <w:r>
        <w:rPr/>
        <w:t>instrumento de paz.</w:t>
      </w:r>
    </w:p>
    <w:p>
      <w:pPr>
        <w:pStyle w:val="BodyText"/>
      </w:pPr>
      <w:r>
        <w:rPr/>
        <w:t>En laboratorios secretos alrededor del mundo, los emisores de caos</w:t>
      </w:r>
      <w:r>
        <w:rPr/>
        <w:t xml:space="preserve"> </w:t>
      </w:r>
      <w:r>
        <w:rPr/>
        <w:t>comenzaron a tocar melodías en lugar de generar ruido. La red de</w:t>
      </w:r>
      <w:r>
        <w:rPr/>
        <w:t xml:space="preserve"> </w:t>
      </w:r>
      <w:r>
        <w:rPr/>
        <w:t>destrucción se había convertido en orquesta global.</w:t>
      </w:r>
    </w:p>
    <w:p>
      <w:pPr>
        <w:pStyle w:val="BodyText"/>
      </w:pPr>
      <w:r>
        <w:rPr/>
        <w:t>El contra-concierto había terminado. La última guerra del rastro, ganada</w:t>
      </w:r>
      <w:r>
        <w:rPr/>
        <w:t xml:space="preserve"> </w:t>
      </w:r>
      <w:r>
        <w:rPr/>
        <w:t>no con violencia, sino con música.</w:t>
      </w:r>
    </w:p>
    <w:p>
      <w:pPr>
        <w:pStyle w:val="BodyText"/>
      </w:pPr>
      <w:r>
        <w:rPr/>
        <w:t>«El verdadero poder no reside en destruir el caos, sino en enseñarle a</w:t>
      </w:r>
      <w:r>
        <w:rPr/>
        <w:t xml:space="preserve"> </w:t>
      </w:r>
      <w:r>
        <w:rPr/>
        <w:t>cantar.» —Libro de los Ecos</w:t>
      </w:r>
    </w:p>
    <w:p>
      <w:pPr>
        <w:pStyle w:val="BodyText"/>
      </w:pPr>
      <w:r>
        <w:rPr/>
        <w:t>La transformación no fue instantánea. En cambio, orgánica. Como ondas</w:t>
      </w:r>
      <w:r>
        <w:rPr/>
        <w:t xml:space="preserve"> </w:t>
      </w:r>
      <w:r>
        <w:rPr/>
        <w:t>expandiéndose desde el epicentro berlinés, la vibración sanada se</w:t>
      </w:r>
      <w:r>
        <w:rPr/>
        <w:t xml:space="preserve"> </w:t>
      </w:r>
      <w:r>
        <w:rPr/>
        <w:t>propagó através de la red global del Proyecto quietud. En laboratorios</w:t>
      </w:r>
      <w:r>
        <w:rPr/>
        <w:t xml:space="preserve"> </w:t>
      </w:r>
      <w:r>
        <w:rPr/>
        <w:t>subterráneos de tres continentes, los emisores de caos comenzaron a</w:t>
      </w:r>
      <w:r>
        <w:rPr/>
        <w:t xml:space="preserve"> </w:t>
      </w:r>
      <w:r>
        <w:rPr/>
        <w:t>modular sus frecuencias destructivas hacia algo por completo imprevisto:</w:t>
      </w:r>
      <w:r>
        <w:rPr/>
        <w:t xml:space="preserve"> </w:t>
      </w:r>
      <w:r>
        <w:rPr/>
        <w:t>armonía.</w:t>
      </w:r>
    </w:p>
    <w:p>
      <w:pPr>
        <w:pStyle w:val="BodyText"/>
      </w:pPr>
      <w:r>
        <w:rPr/>
        <w:t>En una instalación militar del desierto de Nevada, técnicos observaron</w:t>
      </w:r>
      <w:r>
        <w:rPr/>
        <w:t xml:space="preserve"> </w:t>
      </w:r>
      <w:r>
        <w:rPr/>
        <w:t>desconcertados cómo su arma sónica prototipo abandonaba la disonancia</w:t>
      </w:r>
      <w:r>
        <w:rPr/>
        <w:t xml:space="preserve"> </w:t>
      </w:r>
      <w:r>
        <w:rPr/>
        <w:t>para generar una melodía hipnótica que calmaba en lugar de atormentar.</w:t>
      </w:r>
      <w:r>
        <w:rPr/>
        <w:t xml:space="preserve"> </w:t>
      </w:r>
      <w:r>
        <w:rPr/>
        <w:t>En una plataforma petrolífera del Mar del Norte convertida en</w:t>
      </w:r>
      <w:r>
        <w:rPr/>
        <w:t xml:space="preserve"> </w:t>
      </w:r>
      <w:r>
        <w:rPr/>
        <w:t>laboratorio flotante, los sistemas de guerra psicológica empezaron a</w:t>
      </w:r>
      <w:r>
        <w:rPr/>
        <w:t xml:space="preserve"> </w:t>
      </w:r>
      <w:r>
        <w:rPr/>
        <w:t>emitir frecuencias que sanaban traumas en lugar de inducirlos.</w:t>
      </w:r>
    </w:p>
    <w:p>
      <w:pPr>
        <w:pStyle w:val="BodyText"/>
      </w:pPr>
      <w:r>
        <w:rPr/>
        <w:t>La red de destrucción se había convertido en una orquesta involuntaria.</w:t>
      </w:r>
    </w:p>
    <w:p>
      <w:pPr>
        <w:pStyle w:val="BodyText"/>
      </w:pPr>
      <w:r>
        <w:rPr/>
        <w:t>En el Estudio 4, Mar experimentaba la catarsis más profunda de su</w:t>
      </w:r>
      <w:r>
        <w:rPr/>
        <w:t xml:space="preserve"> </w:t>
      </w:r>
      <w:r>
        <w:rPr/>
        <w:t>existencia. No había vencido al enemigo mediante fuerza superior; lo</w:t>
      </w:r>
      <w:r>
        <w:rPr/>
        <w:t xml:space="preserve"> </w:t>
      </w:r>
      <w:r>
        <w:rPr/>
        <w:t>había redimido. La sala resonaba con una paz que trascendía el silencio.</w:t>
      </w:r>
      <w:r>
        <w:rPr/>
        <w:t xml:space="preserve"> </w:t>
      </w:r>
      <w:r>
        <w:rPr/>
        <w:t>Era música hecha de luz, armonía convertida en espacio.</w:t>
      </w:r>
    </w:p>
    <w:p>
      <w:pPr>
        <w:pStyle w:val="BodyText"/>
      </w:pPr>
      <w:r>
        <w:rPr/>
        <w:t>«¿Cómo es posible?», susurró Vasco, contemplando sus instrumentos que</w:t>
      </w:r>
      <w:r>
        <w:rPr/>
        <w:t xml:space="preserve"> </w:t>
      </w:r>
      <w:r>
        <w:rPr/>
        <w:t>registraban lo imposible.</w:t>
      </w:r>
    </w:p>
    <w:p>
      <w:pPr>
        <w:pStyle w:val="BodyText"/>
      </w:pPr>
      <w:r>
        <w:rPr/>
        <w:t>«Las máquinas no tienen alma», respondió Mar, abriendo los ojos que</w:t>
      </w:r>
      <w:r>
        <w:rPr/>
        <w:t xml:space="preserve"> </w:t>
      </w:r>
      <w:r>
        <w:rPr/>
        <w:t>brillaban con una luz interior. «Pero pueden ser enseñadas a simularla.</w:t>
      </w:r>
      <w:r>
        <w:rPr/>
        <w:t xml:space="preserve"> </w:t>
      </w:r>
      <w:r>
        <w:rPr/>
        <w:t>El caos era solo música desafinada esperando un director.»</w:t>
      </w:r>
    </w:p>
    <w:p>
      <w:pPr>
        <w:pStyle w:val="BodyText"/>
      </w:pPr>
      <w:r>
        <w:rPr/>
        <w:t>Markus sonrió con la satisfacción del ingeniero que ha presenciado la</w:t>
      </w:r>
      <w:r>
        <w:rPr/>
        <w:t xml:space="preserve"> </w:t>
      </w:r>
      <w:r>
        <w:rPr/>
        <w:t>síntesis perfecta. «ILIBERIS habría entendido esto. Su error fue</w:t>
      </w:r>
      <w:r>
        <w:rPr/>
        <w:t xml:space="preserve"> </w:t>
      </w:r>
      <w:r>
        <w:rPr/>
        <w:t>intentar poseer la vibración. El tuyo fue enseñarle a fluir libremente.»</w:t>
      </w:r>
    </w:p>
    <w:p>
      <w:pPr>
        <w:pStyle w:val="BodyText"/>
      </w:pPr>
      <w:r>
        <w:rPr/>
        <w:t>Lena monitoreaba las comunicaciones del Proyecto Silencio desde su</w:t>
      </w:r>
      <w:r>
        <w:rPr/>
        <w:t xml:space="preserve"> </w:t>
      </w:r>
      <w:r>
        <w:rPr/>
        <w:t>portátil. «Están en pánico total. Sus armas han dejado de funcionar.</w:t>
      </w:r>
      <w:r>
        <w:rPr/>
        <w:t xml:space="preserve"> </w:t>
      </w:r>
      <w:r>
        <w:rPr/>
        <w:t>Mejor aún: están funcionando al revés. Sus soldados reportan estados de</w:t>
      </w:r>
      <w:r>
        <w:rPr/>
        <w:t xml:space="preserve"> </w:t>
      </w:r>
      <w:r>
        <w:rPr/>
        <w:t>calma inducida en lugar de agresión.»</w:t>
      </w:r>
    </w:p>
    <w:p>
      <w:pPr>
        <w:pStyle w:val="BodyText"/>
      </w:pPr>
      <w:r>
        <w:rPr/>
        <w:t>La contraofensiva del Proyecto quietud murió antes de nacer. Sus</w:t>
      </w:r>
      <w:r>
        <w:rPr/>
        <w:t xml:space="preserve"> </w:t>
      </w:r>
      <w:r>
        <w:rPr/>
        <w:t>generales descubrieron que habían perdido el control de su arsenal</w:t>
      </w:r>
      <w:r>
        <w:rPr/>
        <w:t xml:space="preserve"> </w:t>
      </w:r>
      <w:r>
        <w:rPr/>
        <w:t>cuando este decidió convertirse en terapeutas.</w:t>
      </w:r>
    </w:p>
    <w:p>
      <w:pPr>
        <w:pStyle w:val="BodyText"/>
      </w:pPr>
      <w:r>
        <w:rPr/>
        <w:t>Pero la verdadera revolución estaba ocurriendo a nivel global. La</w:t>
      </w:r>
      <w:r>
        <w:rPr/>
        <w:t xml:space="preserve"> </w:t>
      </w:r>
      <w:r>
        <w:rPr/>
        <w:t>«infección armónica» se extendía más allá de las instalaciones</w:t>
      </w:r>
      <w:r>
        <w:rPr/>
        <w:t xml:space="preserve"> </w:t>
      </w:r>
      <w:r>
        <w:rPr/>
        <w:t>militares. Sistemas de comunicación satelital comenzaron a transmitir la</w:t>
      </w:r>
      <w:r>
        <w:rPr/>
        <w:t xml:space="preserve"> </w:t>
      </w:r>
      <w:r>
        <w:rPr/>
        <w:t>nueva frecuencia. Torres de telefonía móvil modularon sus señales para</w:t>
      </w:r>
      <w:r>
        <w:rPr/>
        <w:t xml:space="preserve"> </w:t>
      </w:r>
      <w:r>
        <w:rPr/>
        <w:t>incluir armónicos sanadores.</w:t>
      </w:r>
    </w:p>
    <w:p>
      <w:pPr>
        <w:pStyle w:val="BodyText"/>
      </w:pPr>
      <w:r>
        <w:rPr/>
        <w:t>El mundo despertó en una mañana diferente. Personas reportaban sueños</w:t>
      </w:r>
      <w:r>
        <w:rPr/>
        <w:t xml:space="preserve"> </w:t>
      </w:r>
      <w:r>
        <w:rPr/>
        <w:t>inusualmente vívidos y reparadores. Niveles de ansiedad urbana</w:t>
      </w:r>
      <w:r>
        <w:rPr/>
        <w:t xml:space="preserve"> </w:t>
      </w:r>
      <w:r>
        <w:rPr/>
        <w:t>disminuyeron sin explicación médica. Conflictos interpersonales se</w:t>
      </w:r>
      <w:r>
        <w:rPr/>
        <w:t xml:space="preserve"> </w:t>
      </w:r>
      <w:r>
        <w:rPr/>
        <w:t>resolvían con mayor facilidad.</w:t>
      </w:r>
    </w:p>
    <w:p>
      <w:pPr>
        <w:pStyle w:val="BodyText"/>
      </w:pPr>
      <w:r>
        <w:rPr/>
        <w:t>La humanidad estaba siendo inconscientemente afinada.</w:t>
      </w:r>
    </w:p>
    <w:p>
      <w:pPr>
        <w:pStyle w:val="BodyText"/>
      </w:pPr>
      <w:r>
        <w:rPr/>
        <w:t>«¿Qué hemos hecho?», preguntó Vasco con una mezcla de asombro y</w:t>
      </w:r>
      <w:r>
        <w:rPr/>
        <w:t xml:space="preserve"> </w:t>
      </w:r>
      <w:r>
        <w:rPr/>
        <w:t>preocupación.</w:t>
      </w:r>
    </w:p>
    <w:p>
      <w:pPr>
        <w:pStyle w:val="BodyText"/>
      </w:pPr>
      <w:r>
        <w:rPr/>
        <w:t>«Hemos democratizado la sanación», respondió Mar. «la reverberación ya</w:t>
      </w:r>
      <w:r>
        <w:rPr/>
        <w:t xml:space="preserve"> </w:t>
      </w:r>
      <w:r>
        <w:rPr/>
        <w:t>no pertenece a custodios secretos ni corporaciones voraces. Ahora forma</w:t>
      </w:r>
      <w:r>
        <w:rPr/>
        <w:t xml:space="preserve"> </w:t>
      </w:r>
      <w:r>
        <w:rPr/>
        <w:t>parte del aire que respiramos.»</w:t>
      </w:r>
    </w:p>
    <w:p>
      <w:pPr>
        <w:pStyle w:val="BodyText"/>
      </w:pPr>
      <w:r>
        <w:rPr/>
        <w:t>Se levantó de la silla maldita, que ya no contenía fantasmas, solo</w:t>
      </w:r>
      <w:r>
        <w:rPr/>
        <w:t xml:space="preserve"> </w:t>
      </w:r>
      <w:r>
        <w:rPr/>
        <w:t>memoria. El Estudio 4 había sido exorcizado y consagrado a la vez.</w:t>
      </w:r>
    </w:p>
    <w:p>
      <w:pPr>
        <w:pStyle w:val="BodyText"/>
      </w:pPr>
      <w:r>
        <w:rPr/>
        <w:t>«¿Y ahora?», insistió Vasco.</w:t>
      </w:r>
    </w:p>
    <w:p>
      <w:pPr>
        <w:pStyle w:val="BodyText"/>
      </w:pPr>
      <w:r>
        <w:rPr/>
        <w:t>Mar miró por la ventana hacia Berlín, una ciudad que había sobrevivido a</w:t>
      </w:r>
      <w:r>
        <w:rPr/>
        <w:t xml:space="preserve"> </w:t>
      </w:r>
      <w:r>
        <w:rPr/>
        <w:t>muros, guerras y divisiones para convertirse en símbolo de</w:t>
      </w:r>
      <w:r>
        <w:rPr/>
        <w:t xml:space="preserve"> </w:t>
      </w:r>
      <w:r>
        <w:rPr/>
        <w:t>reunificación. «Ahora aprendemos a vivir en un mundo que puede escuchar</w:t>
      </w:r>
      <w:r>
        <w:rPr/>
        <w:t xml:space="preserve"> </w:t>
      </w:r>
      <w:r>
        <w:rPr/>
        <w:t>su propia alma.»</w:t>
      </w:r>
    </w:p>
    <w:p>
      <w:pPr>
        <w:pStyle w:val="BodyText"/>
      </w:pPr>
      <w:r>
        <w:rPr/>
        <w:t>La Catedral del Sonido no era un lugar físico. Era el estado de</w:t>
      </w:r>
      <w:r>
        <w:rPr/>
        <w:t xml:space="preserve"> </w:t>
      </w:r>
      <w:r>
        <w:rPr/>
        <w:t>consciencia que la humanidad acababa de alcanzar, donde cada corazón</w:t>
      </w:r>
      <w:r>
        <w:rPr/>
        <w:t xml:space="preserve"> </w:t>
      </w:r>
      <w:r>
        <w:rPr/>
        <w:t>podía resonar con el pulso universal sin intermediarios ni custodios.</w:t>
      </w:r>
    </w:p>
    <w:p>
      <w:pPr>
        <w:pStyle w:val="BodyText"/>
      </w:pPr>
      <w:r>
        <w:rPr/>
        <w:t>La frecuencia estaba libre. Y por primera vez en ochocientos años, el</w:t>
      </w:r>
      <w:r>
        <w:rPr/>
        <w:t xml:space="preserve"> </w:t>
      </w:r>
      <w:r>
        <w:rPr/>
        <w:t>quietud era verdaderamente pacífico.</w:t>
      </w:r>
    </w:p>
    <w:p>
      <w:pPr>
        <w:pStyle w:val="BodyText"/>
      </w:pPr>
      <w:r>
        <w:rPr/>
        <w:t>«Sanar no significa olvidar la herida, sino transformar su dolor en</w:t>
      </w:r>
      <w:r>
        <w:rPr/>
        <w:t xml:space="preserve"> </w:t>
      </w:r>
      <w:r>
        <w:rPr/>
        <w:t>sabiduría.» —Libro de los Ecos</w:t>
      </w:r>
    </w:p>
    <w:p>
      <w:pPr>
        <w:pStyle w:val="BodyText"/>
      </w:pPr>
      <w:r>
        <w:rPr/>
        <w:t>El silencio que siguió a la última nota de la Sinfonía del Caos era</w:t>
      </w:r>
      <w:r>
        <w:rPr/>
        <w:t xml:space="preserve"> </w:t>
      </w:r>
      <w:r>
        <w:rPr/>
        <w:t>diferente a cualquier quietud anterior. No era ausencia, sino plenitud.</w:t>
      </w:r>
      <w:r>
        <w:rPr/>
        <w:t xml:space="preserve"> </w:t>
      </w:r>
      <w:r>
        <w:rPr/>
        <w:t>El Estudio 4 respiraba con una paz que había tardado décadas en</w:t>
      </w:r>
      <w:r>
        <w:rPr/>
        <w:t xml:space="preserve"> </w:t>
      </w:r>
      <w:r>
        <w:rPr/>
        <w:t>encontrar.</w:t>
      </w:r>
    </w:p>
    <w:p>
      <w:pPr>
        <w:pStyle w:val="BodyText"/>
      </w:pPr>
      <w:r>
        <w:rPr/>
        <w:t>Mar se sentó en el suelo, agotada, pero completa. Su cicatriz bajo la</w:t>
      </w:r>
      <w:r>
        <w:rPr/>
        <w:t xml:space="preserve"> </w:t>
      </w:r>
      <w:r>
        <w:rPr/>
        <w:t>clavícula ya no pulsaba con alarma sino con el ritmo sereno de un</w:t>
      </w:r>
      <w:r>
        <w:rPr/>
        <w:t xml:space="preserve"> </w:t>
      </w:r>
      <w:r>
        <w:rPr/>
        <w:t>corazón sanado. A su alrededor, los sintetizadores de ILIBERIS seguían</w:t>
      </w:r>
      <w:r>
        <w:rPr/>
        <w:t xml:space="preserve"> </w:t>
      </w:r>
      <w:r>
        <w:rPr/>
        <w:t>encendidos, pero sus displays mostraban ondas estables, notas sostenidas</w:t>
      </w:r>
      <w:r>
        <w:rPr/>
        <w:t xml:space="preserve"> </w:t>
      </w:r>
      <w:r>
        <w:rPr/>
        <w:t>en perfecto equilibrio.</w:t>
      </w:r>
    </w:p>
    <w:p>
      <w:pPr>
        <w:pStyle w:val="BodyText"/>
      </w:pPr>
      <w:r>
        <w:rPr/>
        <w:t>«Se acabó», dijo solo.</w:t>
      </w:r>
    </w:p>
    <w:p>
      <w:pPr>
        <w:pStyle w:val="BodyText"/>
      </w:pPr>
      <w:r>
        <w:rPr/>
        <w:t>Vasco la miraba con la reverencia de quien ha presenciado un milagro</w:t>
      </w:r>
      <w:r>
        <w:rPr/>
        <w:t xml:space="preserve"> </w:t>
      </w:r>
      <w:r>
        <w:rPr/>
        <w:t>científico. «¿Toda la red del Proyecto quietud?»</w:t>
      </w:r>
    </w:p>
    <w:p>
      <w:pPr>
        <w:pStyle w:val="BodyText"/>
      </w:pPr>
      <w:r>
        <w:rPr/>
        <w:t>«Transformada», respondió Lena desde su portátil, monitoreando las</w:t>
      </w:r>
      <w:r>
        <w:rPr/>
        <w:t xml:space="preserve"> </w:t>
      </w:r>
      <w:r>
        <w:rPr/>
        <w:t>comunicaciones globales. «Sus propias armas los están sanando. Es poesía</w:t>
      </w:r>
      <w:r>
        <w:rPr/>
        <w:t xml:space="preserve"> </w:t>
      </w:r>
      <w:r>
        <w:rPr/>
        <w:t>pura.»</w:t>
      </w:r>
    </w:p>
    <w:p>
      <w:pPr>
        <w:pStyle w:val="BodyText"/>
      </w:pPr>
      <w:r>
        <w:rPr/>
        <w:t>Markus se acercó a la vieja grabadora Studer que había documentado la</w:t>
      </w:r>
      <w:r>
        <w:rPr/>
        <w:t xml:space="preserve"> </w:t>
      </w:r>
      <w:r>
        <w:rPr/>
        <w:t>tragedia original de ILIBERIS. Con gestos ceremoniosos, extrajo la cinta</w:t>
      </w:r>
      <w:r>
        <w:rPr/>
        <w:t xml:space="preserve"> </w:t>
      </w:r>
      <w:r>
        <w:rPr/>
        <w:t>que había estado corriendo durante toda la batalla sónica.</w:t>
      </w:r>
    </w:p>
    <w:p>
      <w:pPr>
        <w:pStyle w:val="BodyText"/>
      </w:pPr>
      <w:r>
        <w:rPr/>
        <w:t>«Esta vez grabamos la sanación», dijo, sosteniendo el carrete como una</w:t>
      </w:r>
      <w:r>
        <w:rPr/>
        <w:t xml:space="preserve"> </w:t>
      </w:r>
      <w:r>
        <w:rPr/>
        <w:t>reliquia. «El acorde roto por fin resuelto.»</w:t>
      </w:r>
    </w:p>
    <w:p>
      <w:pPr>
        <w:pStyle w:val="BodyText"/>
      </w:pPr>
      <w:r>
        <w:rPr/>
        <w:t>Pero Mar negó con la cabeza suavemente. «No, Markus. Esta vez no</w:t>
      </w:r>
      <w:r>
        <w:rPr/>
        <w:t xml:space="preserve"> </w:t>
      </w:r>
      <w:r>
        <w:rPr/>
        <w:t>guardamos la música. La liberamos.»</w:t>
      </w:r>
    </w:p>
    <w:p>
      <w:pPr>
        <w:pStyle w:val="BodyText"/>
      </w:pPr>
      <w:r>
        <w:rPr/>
        <w:t>Se levantó y se acercó a los controles principales del estudio. Con</w:t>
      </w:r>
      <w:r>
        <w:rPr/>
        <w:t xml:space="preserve"> </w:t>
      </w:r>
      <w:r>
        <w:rPr/>
        <w:t>delicadeza, pero firmeza, comenzó a apagar cada sintetizador, cada</w:t>
      </w:r>
      <w:r>
        <w:rPr/>
        <w:t xml:space="preserve"> </w:t>
      </w:r>
      <w:r>
        <w:rPr/>
        <w:t>grabadora, cada luz que parpadeaba. No por destruir, sino por completar.</w:t>
      </w:r>
    </w:p>
    <w:p>
      <w:pPr>
        <w:pStyle w:val="BodyText"/>
      </w:pPr>
      <w:r>
        <w:rPr/>
        <w:t>«El rastro sonoro ya no necesita máquinas que lo amplifiquen», explicó</w:t>
      </w:r>
      <w:r>
        <w:rPr/>
        <w:t xml:space="preserve"> </w:t>
      </w:r>
      <w:r>
        <w:rPr/>
        <w:t>mientras el estudio se sumía poco a poco en penumbra. «Ya no necesita</w:t>
      </w:r>
      <w:r>
        <w:rPr/>
        <w:t xml:space="preserve"> </w:t>
      </w:r>
      <w:r>
        <w:rPr/>
        <w:t>custodios que lo guarden. Está en el aire que respiramos, en el latido</w:t>
      </w:r>
      <w:r>
        <w:rPr/>
        <w:t xml:space="preserve"> </w:t>
      </w:r>
      <w:r>
        <w:rPr/>
        <w:t>de cada corazón. Su hogar ya no es este estudio. Es el mundo entero.»</w:t>
      </w:r>
    </w:p>
    <w:p>
      <w:pPr>
        <w:pStyle w:val="BodyText"/>
      </w:pPr>
      <w:r>
        <w:rPr/>
        <w:t>Cuando el último LED se apagó, el Estudio 4 quedó en calma real por</w:t>
      </w:r>
      <w:r>
        <w:rPr/>
        <w:t xml:space="preserve"> </w:t>
      </w:r>
      <w:r>
        <w:rPr/>
        <w:t>primera vez en veinticinco años. No el quietud opresivo de la muerte,</w:t>
      </w:r>
      <w:r>
        <w:rPr/>
        <w:t xml:space="preserve"> </w:t>
      </w:r>
      <w:r>
        <w:rPr/>
        <w:t>sino el silencio sereno del descanso merecido.</w:t>
      </w:r>
    </w:p>
    <w:p>
      <w:pPr>
        <w:pStyle w:val="BodyText"/>
      </w:pPr>
      <w:r>
        <w:rPr/>
        <w:t>Salieron del edificio en el amanecer berlinés. La ciudad despertaba</w:t>
      </w:r>
      <w:r>
        <w:rPr/>
        <w:t xml:space="preserve"> </w:t>
      </w:r>
      <w:r>
        <w:rPr/>
        <w:t>diferente: había algo más suave en el rugido del tráfico, algo más</w:t>
      </w:r>
      <w:r>
        <w:rPr/>
        <w:t xml:space="preserve"> </w:t>
      </w:r>
      <w:r>
        <w:rPr/>
        <w:t>melódico en las voces de los transeúntes. La vibración global había</w:t>
      </w:r>
      <w:r>
        <w:rPr/>
        <w:t xml:space="preserve"> </w:t>
      </w:r>
      <w:r>
        <w:rPr/>
        <w:t>cambiado imperceptiblemente, pero de forma permanente.</w:t>
      </w:r>
    </w:p>
    <w:p>
      <w:pPr>
        <w:pStyle w:val="BodyText"/>
      </w:pPr>
      <w:r>
        <w:rPr/>
        <w:t>«¿Qué hacemos ahora?», preguntó Vasco.</w:t>
      </w:r>
    </w:p>
    <w:p>
      <w:pPr>
        <w:pStyle w:val="BodyText"/>
      </w:pPr>
      <w:r>
        <w:rPr/>
        <w:t>«Vivir», respondió Mar. «Por primera vez en ochocientos años, solo vivir</w:t>
      </w:r>
      <w:r>
        <w:rPr/>
        <w:t xml:space="preserve"> </w:t>
      </w:r>
      <w:r>
        <w:rPr/>
        <w:t>sin el peso de un secreto que cargar.»</w:t>
      </w:r>
    </w:p>
    <w:p>
      <w:pPr>
        <w:pStyle w:val="BodyText"/>
      </w:pPr>
      <w:r>
        <w:rPr/>
        <w:t>Lena cerró su portátil y lo guardó en su mochila. «El mundo tendrá</w:t>
      </w:r>
      <w:r>
        <w:rPr/>
        <w:t xml:space="preserve"> </w:t>
      </w:r>
      <w:r>
        <w:rPr/>
        <w:t>nuevos problemas, nuevas disonancias. Pero ya no necesitará custodios</w:t>
      </w:r>
      <w:r>
        <w:rPr/>
        <w:t xml:space="preserve"> </w:t>
      </w:r>
      <w:r>
        <w:rPr/>
        <w:t>silenciosos. Necesitará maestros que enseñen a escuchar.»</w:t>
      </w:r>
    </w:p>
    <w:p>
      <w:pPr>
        <w:pStyle w:val="BodyText"/>
      </w:pPr>
      <w:r>
        <w:rPr/>
        <w:t>Caminaron por las calles de Berlín mientras la ciudad cobraba vida. En</w:t>
      </w:r>
      <w:r>
        <w:rPr/>
        <w:t xml:space="preserve"> </w:t>
      </w:r>
      <w:r>
        <w:rPr/>
        <w:t>algún lugar, en laboratorios convertidos en centros de sanación,</w:t>
      </w:r>
      <w:r>
        <w:rPr/>
        <w:t xml:space="preserve"> </w:t>
      </w:r>
      <w:r>
        <w:rPr/>
        <w:t>antiguos soldados del Proyecto Silencio descubrían que sus armas ahora</w:t>
      </w:r>
      <w:r>
        <w:rPr/>
        <w:t xml:space="preserve"> </w:t>
      </w:r>
      <w:r>
        <w:rPr/>
        <w:t>tocaban nanas. En hospitales, pacientes reportaban mejorías</w:t>
      </w:r>
      <w:r>
        <w:rPr/>
        <w:t xml:space="preserve"> </w:t>
      </w:r>
      <w:r>
        <w:rPr/>
        <w:t>inexplicables. En escuelas, los niños empezaban a escuchar melodías en</w:t>
      </w:r>
      <w:r>
        <w:rPr/>
        <w:t xml:space="preserve"> </w:t>
      </w:r>
      <w:r>
        <w:rPr/>
        <w:t>el viento.</w:t>
      </w:r>
    </w:p>
    <w:p>
      <w:pPr>
        <w:pStyle w:val="BodyText"/>
      </w:pPr>
      <w:r>
        <w:rPr/>
        <w:t>El acorde roto de Montségur había sido reparado, no mediante la</w:t>
      </w:r>
      <w:r>
        <w:rPr/>
        <w:t xml:space="preserve"> </w:t>
      </w:r>
      <w:r>
        <w:rPr/>
        <w:t>violencia ni el olvido. En cambio, a través de la comprensión y el</w:t>
      </w:r>
      <w:r>
        <w:rPr/>
        <w:t xml:space="preserve"> </w:t>
      </w:r>
      <w:r>
        <w:rPr/>
        <w:t>perdón. La herida de ochocientos años se había transformado en</w:t>
      </w:r>
      <w:r>
        <w:rPr/>
        <w:t xml:space="preserve"> </w:t>
      </w:r>
      <w:r>
        <w:rPr/>
        <w:t>sabiduría.</w:t>
      </w:r>
    </w:p>
    <w:p>
      <w:pPr>
        <w:pStyle w:val="BodyText"/>
      </w:pPr>
      <w:r>
        <w:rPr/>
        <w:t>la vibración estaba libre. Y el mundo, por fin, podía escuchar su propia</w:t>
      </w:r>
      <w:r>
        <w:rPr/>
        <w:t xml:space="preserve"> </w:t>
      </w:r>
      <w:r>
        <w:rPr/>
        <w:t>canción.</w:t>
      </w:r>
    </w:p>
    <w:p>
      <w:pPr>
        <w:pStyle w:val="BodyText"/>
      </w:pPr>
      <w:r>
        <w:rPr/>
        <w:t>«La verdadera maestría no consiste en oír la música de las esferas, sino</w:t>
      </w:r>
      <w:r>
        <w:rPr/>
        <w:t xml:space="preserve"> </w:t>
      </w:r>
      <w:r>
        <w:rPr/>
        <w:t>la del panadero amasando el pan al amanecer.» —Libro de los Ecos</w:t>
      </w:r>
    </w:p>
    <w:p>
      <w:pPr>
        <w:pStyle w:val="BodyText"/>
      </w:pPr>
      <w:r>
        <w:rPr/>
        <w:t>**Cinco años después**</w:t>
      </w:r>
    </w:p>
    <w:p>
      <w:pPr>
        <w:pStyle w:val="BodyText"/>
      </w:pPr>
      <w:r>
        <w:rPr/>
        <w:t>El pequeño pueblo pesquero de la costa portuguesa había encontrado un</w:t>
      </w:r>
      <w:r>
        <w:rPr/>
        <w:t xml:space="preserve"> </w:t>
      </w:r>
      <w:r>
        <w:rPr/>
        <w:t>ritmo diferente desde que Mar se estableció allí. Los habitantes no</w:t>
      </w:r>
      <w:r>
        <w:rPr/>
        <w:t xml:space="preserve"> </w:t>
      </w:r>
      <w:r>
        <w:rPr/>
        <w:t>podían explicarlo con precisión, pero había algo en el aire: las</w:t>
      </w:r>
      <w:r>
        <w:rPr/>
        <w:t xml:space="preserve"> </w:t>
      </w:r>
      <w:r>
        <w:rPr/>
        <w:t>discusiones se resolvían más fácilmente, los niños dormían mejor,</w:t>
      </w:r>
      <w:r>
        <w:rPr/>
        <w:t xml:space="preserve"> </w:t>
      </w:r>
      <w:r>
        <w:rPr/>
        <w:t>incluso las tormentas parecían menos violentas.</w:t>
      </w:r>
    </w:p>
    <w:p>
      <w:pPr>
        <w:pStyle w:val="BodyText"/>
      </w:pPr>
      <w:r>
        <w:rPr/>
        <w:t>Mar vivía en una casa encalada con vistas al Atlántico, rodeada de un</w:t>
      </w:r>
      <w:r>
        <w:rPr/>
        <w:t xml:space="preserve"> </w:t>
      </w:r>
      <w:r>
        <w:rPr/>
        <w:t>jardín donde el árbol del Eco había crecido hasta convertirse en un</w:t>
      </w:r>
      <w:r>
        <w:rPr/>
        <w:t xml:space="preserve"> </w:t>
      </w:r>
      <w:r>
        <w:rPr/>
        <w:t>gigante de hojas plateadas que susurraba constantemente al viento. Su</w:t>
      </w:r>
      <w:r>
        <w:rPr/>
        <w:t xml:space="preserve"> </w:t>
      </w:r>
      <w:r>
        <w:rPr/>
        <w:t>vida se había simplificado hasta la esencia: cuidar plantas, caminar por</w:t>
      </w:r>
      <w:r>
        <w:rPr/>
        <w:t xml:space="preserve"> </w:t>
      </w:r>
      <w:r>
        <w:rPr/>
        <w:t>la playa, escuchar.</w:t>
      </w:r>
    </w:p>
    <w:p>
      <w:pPr>
        <w:pStyle w:val="BodyText"/>
      </w:pPr>
      <w:r>
        <w:rPr/>
        <w:t>Ya no era una custodio de secretos. Era simplemente una mujer que había</w:t>
      </w:r>
      <w:r>
        <w:rPr/>
        <w:t xml:space="preserve"> </w:t>
      </w:r>
      <w:r>
        <w:rPr/>
        <w:t>aprendido a vivir en armonía perfecta con la vibración fundamental del</w:t>
      </w:r>
      <w:r>
        <w:rPr/>
        <w:t xml:space="preserve"> </w:t>
      </w:r>
      <w:r>
        <w:rPr/>
        <w:t>universo.</w:t>
      </w:r>
    </w:p>
    <w:p>
      <w:pPr>
        <w:pStyle w:val="BodyText"/>
      </w:pPr>
      <w:r>
        <w:rPr/>
        <w:t>Una mañana, mientras regaba sus rosales, sintió una vibración familiar.</w:t>
      </w:r>
      <w:r>
        <w:rPr/>
        <w:t xml:space="preserve"> </w:t>
      </w:r>
      <w:r>
        <w:rPr/>
        <w:t>En el sendero que llevaba a su casa, una figura se acercaba: Vasco,</w:t>
      </w:r>
      <w:r>
        <w:rPr/>
        <w:t xml:space="preserve"> </w:t>
      </w:r>
      <w:r>
        <w:rPr/>
        <w:t>ahora director del Instituto Internacional de Acústica Resonante en</w:t>
      </w:r>
      <w:r>
        <w:rPr/>
        <w:t xml:space="preserve"> </w:t>
      </w:r>
      <w:r>
        <w:rPr/>
        <w:t>Ginebra.</w:t>
      </w:r>
    </w:p>
    <w:p>
      <w:pPr>
        <w:pStyle w:val="BodyText"/>
      </w:pPr>
      <w:r>
        <w:rPr/>
        <w:t>«He venido con una propuesta», dijo sin preámbulos, sentándose en el</w:t>
      </w:r>
      <w:r>
        <w:rPr/>
        <w:t xml:space="preserve"> </w:t>
      </w:r>
      <w:r>
        <w:rPr/>
        <w:t>banco de piedra bajo el árbol. «El mundo ha cambiado. Los gobiernos ya</w:t>
      </w:r>
      <w:r>
        <w:rPr/>
        <w:t xml:space="preserve"> </w:t>
      </w:r>
      <w:r>
        <w:rPr/>
        <w:t>no temen el Eco; lo estudian. Las universidades ofrecen cátedras de</w:t>
      </w:r>
      <w:r>
        <w:rPr/>
        <w:t xml:space="preserve"> </w:t>
      </w:r>
      <w:r>
        <w:rPr/>
        <w:t>Física de la Conciencia. Pero necesitamos alguien que enseñe no la</w:t>
      </w:r>
      <w:r>
        <w:rPr/>
        <w:t xml:space="preserve"> </w:t>
      </w:r>
      <w:r>
        <w:rPr/>
        <w:t>teoría, sino la práctica.»</w:t>
      </w:r>
    </w:p>
    <w:p>
      <w:pPr>
        <w:pStyle w:val="BodyText"/>
      </w:pPr>
      <w:r>
        <w:rPr/>
        <w:t>Mar sonrió, continuando con sus flores. «¿Y crees que soy esa persona?»</w:t>
      </w:r>
    </w:p>
    <w:p>
      <w:pPr>
        <w:pStyle w:val="BodyText"/>
      </w:pPr>
      <w:r>
        <w:rPr/>
        <w:t>«Eres la única que puede enseñar lo que no se aprende en libros: cómo</w:t>
      </w:r>
      <w:r>
        <w:rPr/>
        <w:t xml:space="preserve"> </w:t>
      </w:r>
      <w:r>
        <w:rPr/>
        <w:t>escuchar de verdad.»</w:t>
      </w:r>
    </w:p>
    <w:p>
      <w:pPr>
        <w:pStyle w:val="BodyText"/>
      </w:pPr>
      <w:r>
        <w:rPr/>
        <w:t>«Ya estoy enseñando», respondió Mar, señalando hacia el pueblo. «Cada</w:t>
      </w:r>
      <w:r>
        <w:rPr/>
        <w:t xml:space="preserve"> </w:t>
      </w:r>
      <w:r>
        <w:rPr/>
        <w:t>día, a cada persona que encuentra paz sin saber por qué.»</w:t>
      </w:r>
    </w:p>
    <w:p>
      <w:pPr>
        <w:pStyle w:val="BodyText"/>
      </w:pPr>
      <w:r>
        <w:rPr/>
        <w:t>Vasco siguió su mirada hacia las casas blancas donde los pescadores</w:t>
      </w:r>
      <w:r>
        <w:rPr/>
        <w:t xml:space="preserve"> </w:t>
      </w:r>
      <w:r>
        <w:rPr/>
        <w:t>preparaban sus redes. «Pero podrías hacer más. Hay gente sufriendo en</w:t>
      </w:r>
      <w:r>
        <w:rPr/>
        <w:t xml:space="preserve"> </w:t>
      </w:r>
      <w:r>
        <w:rPr/>
        <w:t>ciudades que nunca han conocido el silencio real.»</w:t>
      </w:r>
    </w:p>
    <w:p>
      <w:pPr>
        <w:pStyle w:val="BodyText"/>
      </w:pPr>
      <w:r>
        <w:rPr/>
        <w:t>Mar se sentó junto a él. «la reverberación ya no necesita misioneros,</w:t>
      </w:r>
      <w:r>
        <w:rPr/>
        <w:t xml:space="preserve"> </w:t>
      </w:r>
      <w:r>
        <w:rPr/>
        <w:t>Vasco. Se propaga solo, como siempre debió ser. Mi trabajo aquí es</w:t>
      </w:r>
      <w:r>
        <w:rPr/>
        <w:t xml:space="preserve"> </w:t>
      </w:r>
      <w:r>
        <w:rPr/>
        <w:t>perfecto: invisible, constante, humilde.»</w:t>
      </w:r>
    </w:p>
    <w:p>
      <w:pPr>
        <w:pStyle w:val="BodyText"/>
      </w:pPr>
      <w:r>
        <w:rPr/>
        <w:t>«¿No sientes la responsabilidad hacia los que aún no pueden escuchar?»</w:t>
      </w:r>
    </w:p>
    <w:p>
      <w:pPr>
        <w:pStyle w:val="BodyText"/>
      </w:pPr>
      <w:r>
        <w:rPr/>
        <w:t>«Siento la responsabilidad de mantener viva la vibración», corrigió</w:t>
      </w:r>
      <w:r>
        <w:rPr/>
        <w:t xml:space="preserve"> </w:t>
      </w:r>
      <w:r>
        <w:rPr/>
        <w:t>Mar. «Y eso lo hago siendo quien soy, donde estoy. El faro no persigue a</w:t>
      </w:r>
      <w:r>
        <w:rPr/>
        <w:t xml:space="preserve"> </w:t>
      </w:r>
      <w:r>
        <w:rPr/>
        <w:t>los barcos perdidos. Mantiene su luz encendida.»</w:t>
      </w:r>
    </w:p>
    <w:p>
      <w:pPr>
        <w:pStyle w:val="BodyText"/>
      </w:pPr>
      <w:r>
        <w:rPr/>
        <w:t>Vasco asintió, comprendiendo. «Markus tenía razón. Dijo que te</w:t>
      </w:r>
      <w:r>
        <w:rPr/>
        <w:t xml:space="preserve"> </w:t>
      </w:r>
      <w:r>
        <w:rPr/>
        <w:t>encontraríamos completamente integrada.»</w:t>
      </w:r>
    </w:p>
    <w:p>
      <w:pPr>
        <w:pStyle w:val="BodyText"/>
      </w:pPr>
      <w:r>
        <w:rPr/>
        <w:t>«¿Cómo están él y Lena?»</w:t>
      </w:r>
    </w:p>
    <w:p>
      <w:pPr>
        <w:pStyle w:val="BodyText"/>
      </w:pPr>
      <w:r>
        <w:rPr/>
        <w:t>«Markus dirige un conservatorio de música terapéutica en Berlín. Lena…</w:t>
      </w:r>
      <w:r>
        <w:rPr/>
        <w:t xml:space="preserve"> </w:t>
      </w:r>
      <w:r>
        <w:rPr/>
        <w:t>nadie sabe dónde está Lena, pero cada vez que surge una nueva</w:t>
      </w:r>
      <w:r>
        <w:rPr/>
        <w:t xml:space="preserve"> </w:t>
      </w:r>
      <w:r>
        <w:rPr/>
        <w:t>corporación que intenta militarizar frecuencias, sus sistemas colapsan</w:t>
      </w:r>
      <w:r>
        <w:rPr/>
        <w:t xml:space="preserve"> </w:t>
      </w:r>
      <w:r>
        <w:rPr/>
        <w:t>misteriosamente.»</w:t>
      </w:r>
    </w:p>
    <w:p>
      <w:pPr>
        <w:pStyle w:val="BodyText"/>
      </w:pPr>
      <w:r>
        <w:rPr/>
        <w:t>Mar rió. «Algunos roles nunca cambian.»</w:t>
      </w:r>
    </w:p>
    <w:p>
      <w:pPr>
        <w:pStyle w:val="BodyText"/>
      </w:pPr>
      <w:r>
        <w:rPr/>
        <w:t>«¿Y tú? ¿Eres feliz aquí?»</w:t>
      </w:r>
    </w:p>
    <w:p>
      <w:pPr>
        <w:pStyle w:val="BodyText"/>
      </w:pPr>
      <w:r>
        <w:rPr/>
        <w:t>Mar cerró los ojos y extendió su percepción. Sintió las gaviotas</w:t>
      </w:r>
      <w:r>
        <w:rPr/>
        <w:t xml:space="preserve"> </w:t>
      </w:r>
      <w:r>
        <w:rPr/>
        <w:t>sobrevolando la bahía, cada una con su propia nota de libertad. Sintió a</w:t>
      </w:r>
      <w:r>
        <w:rPr/>
        <w:t xml:space="preserve"> </w:t>
      </w:r>
      <w:r>
        <w:rPr/>
        <w:t>los pescadores en sus barcos, sus corazones latiendo al ritmo de las</w:t>
      </w:r>
      <w:r>
        <w:rPr/>
        <w:t xml:space="preserve"> </w:t>
      </w:r>
      <w:r>
        <w:rPr/>
        <w:t>olas. Sintió el pulso profundo del océano, conectado al latido del</w:t>
      </w:r>
      <w:r>
        <w:rPr/>
        <w:t xml:space="preserve"> </w:t>
      </w:r>
      <w:r>
        <w:rPr/>
        <w:t>planeta.</w:t>
      </w:r>
    </w:p>
    <w:p>
      <w:pPr>
        <w:pStyle w:val="BodyText"/>
      </w:pPr>
      <w:r>
        <w:rPr/>
        <w:t>«No es felicidad», dijo. «Es completitud. Por primera vez en mi vida, no</w:t>
      </w:r>
      <w:r>
        <w:rPr/>
        <w:t xml:space="preserve"> </w:t>
      </w:r>
      <w:r>
        <w:rPr/>
        <w:t>hay disonancia entre quien soy y dónde estoy.»</w:t>
      </w:r>
    </w:p>
    <w:p>
      <w:pPr>
        <w:pStyle w:val="BodyText"/>
      </w:pPr>
      <w:r>
        <w:rPr/>
        <w:t>Vasco se levantó para marcharse. «La puerta estará siempre abierta si</w:t>
      </w:r>
      <w:r>
        <w:rPr/>
        <w:t xml:space="preserve"> </w:t>
      </w:r>
      <w:r>
        <w:rPr/>
        <w:t>cambias de opinión.»</w:t>
      </w:r>
    </w:p>
    <w:p>
      <w:pPr>
        <w:pStyle w:val="BodyText"/>
      </w:pPr>
      <w:r>
        <w:rPr/>
        <w:t>«Y la luz del faro estará siempre encendida», respondió Mar. «Para quien</w:t>
      </w:r>
      <w:r>
        <w:rPr/>
        <w:t xml:space="preserve"> </w:t>
      </w:r>
      <w:r>
        <w:rPr/>
        <w:t>necesite encontrar el camino a casa.»</w:t>
      </w:r>
    </w:p>
    <w:p>
      <w:pPr>
        <w:pStyle w:val="BodyText"/>
      </w:pPr>
      <w:r>
        <w:rPr/>
        <w:t>Cuando Vasco se alejó, Mar regresó a sus flores. El árbol del Eco se</w:t>
      </w:r>
      <w:r>
        <w:rPr/>
        <w:t xml:space="preserve"> </w:t>
      </w:r>
      <w:r>
        <w:rPr/>
        <w:t>mecía suavemente, sus hojas creando una melodía que solo ella podía</w:t>
      </w:r>
      <w:r>
        <w:rPr/>
        <w:t xml:space="preserve"> </w:t>
      </w:r>
      <w:r>
        <w:rPr/>
        <w:t>escuchar completamente: la canción de un mundo que había aprendido a</w:t>
      </w:r>
      <w:r>
        <w:rPr/>
        <w:t xml:space="preserve"> </w:t>
      </w:r>
      <w:r>
        <w:rPr/>
        <w:t>escuchar su propia alma.</w:t>
      </w:r>
    </w:p>
    <w:p>
      <w:pPr>
        <w:pStyle w:val="BodyText"/>
      </w:pPr>
      <w:r>
        <w:rPr/>
        <w:t>En algún lugar del vasto océano, las ballenas cantaban con nuevas</w:t>
      </w:r>
      <w:r>
        <w:rPr/>
        <w:t xml:space="preserve"> </w:t>
      </w:r>
      <w:r>
        <w:rPr/>
        <w:t>armonías. En las ciudades, los niños nacían con una sensibilidad</w:t>
      </w:r>
      <w:r>
        <w:rPr/>
        <w:t xml:space="preserve"> </w:t>
      </w:r>
      <w:r>
        <w:rPr/>
        <w:t>acústica que sus padres no comprendían pero respetaban. En laboratorios</w:t>
      </w:r>
      <w:r>
        <w:rPr/>
        <w:t xml:space="preserve"> </w:t>
      </w:r>
      <w:r>
        <w:rPr/>
        <w:t>reconvertidos, antiguos soldados del Proyecto Silencio trabajaban ahora</w:t>
      </w:r>
      <w:r>
        <w:rPr/>
        <w:t xml:space="preserve"> </w:t>
      </w:r>
      <w:r>
        <w:rPr/>
        <w:t>como terapeutas sonoros.</w:t>
      </w:r>
    </w:p>
    <w:p>
      <w:pPr>
        <w:pStyle w:val="BodyText"/>
      </w:pPr>
      <w:r>
        <w:rPr/>
        <w:t>la reverberación fluía libre por el mundo, ya no una herida que sangra</w:t>
      </w:r>
      <w:r>
        <w:rPr/>
        <w:t xml:space="preserve"> </w:t>
      </w:r>
      <w:r>
        <w:rPr/>
        <w:t>sino una corriente que sana. Y Mar, la última custodio, había encontrado</w:t>
      </w:r>
      <w:r>
        <w:rPr/>
        <w:t xml:space="preserve"> </w:t>
      </w:r>
      <w:r>
        <w:rPr/>
        <w:t>su papel perfecto: ser simplemente una nota más en la sinfonía</w:t>
      </w:r>
      <w:r>
        <w:rPr/>
        <w:t xml:space="preserve"> </w:t>
      </w:r>
      <w:r>
        <w:rPr/>
        <w:t>universal, indispensable en su humildad.</w:t>
      </w:r>
    </w:p>
    <w:p>
      <w:pPr>
        <w:pStyle w:val="BodyText"/>
      </w:pPr>
      <w:r>
        <w:rPr/>
        <w:t>La historia había encontrado su resolución. Pero la música, la gran</w:t>
      </w:r>
      <w:r>
        <w:rPr/>
        <w:t xml:space="preserve"> </w:t>
      </w:r>
      <w:r>
        <w:rPr/>
        <w:t>música del mundo, era eterna</w:t>
      </w:r>
    </w:p>
    <w:p>
      <w:pPr>
        <w:pStyle w:val="Heading1"/>
      </w:pPr>
      <w:r>
        <w:rPr/>
        <w:t>CAPÍTULO 64. EL CANTO DE LA BALLENA</w:t>
      </w:r>
    </w:p>
    <w:p>
      <w:pPr/>
      <w:r>
        <w:rPr/>
        <w:t>*«El océano recuerda lo que la tierra ha olvidado. Cada ola es memoria,</w:t>
      </w:r>
      <w:r>
        <w:rPr/>
        <w:t xml:space="preserve"> </w:t>
      </w:r>
      <w:r>
        <w:rPr/>
        <w:t>cada corriente es historia.»* —Libro de los Ecos</w:t>
      </w:r>
    </w:p>
    <w:p>
      <w:pPr>
        <w:pStyle w:val="BodyText"/>
      </w:pPr>
      <w:r>
        <w:rPr/>
        <w:t>**Islandia, marzo de 2025**</w:t>
      </w:r>
    </w:p>
    <w:p>
      <w:pPr>
        <w:pStyle w:val="BodyText"/>
      </w:pPr>
      <w:r>
        <w:rPr/>
        <w:t>La estación de investigación marina de Húsavík se alzaba sobre</w:t>
      </w:r>
      <w:r>
        <w:rPr/>
        <w:t xml:space="preserve"> </w:t>
      </w:r>
      <w:r>
        <w:rPr/>
        <w:t>acantilados negros como un faro abandonado por la esperanza. Sus paredes</w:t>
      </w:r>
      <w:r>
        <w:rPr/>
        <w:t xml:space="preserve"> </w:t>
      </w:r>
      <w:r>
        <w:rPr/>
        <w:t>de acero corroído vibraban con el impacto constante del viento del</w:t>
      </w:r>
      <w:r>
        <w:rPr/>
        <w:t xml:space="preserve"> </w:t>
      </w:r>
      <w:r>
        <w:rPr/>
        <w:t>Norte, creando una sinfonía involuntaria de lamentos metálicos. Mar</w:t>
      </w:r>
      <w:r>
        <w:rPr/>
        <w:t xml:space="preserve"> </w:t>
      </w:r>
      <w:r>
        <w:rPr/>
        <w:t>había llegado siguiendo el rastro de una anomalía acústica detectada por</w:t>
      </w:r>
      <w:r>
        <w:rPr/>
        <w:t xml:space="preserve"> </w:t>
      </w:r>
      <w:r>
        <w:rPr/>
        <w:t>Vasco: las ballenas jorobadas de la costa islandesa habían comenzado a</w:t>
      </w:r>
      <w:r>
        <w:rPr/>
        <w:t xml:space="preserve"> </w:t>
      </w:r>
      <w:r>
        <w:rPr/>
        <w:t>cantar en patrones que no pertenecían a ningún repertorio conocido.</w:t>
      </w:r>
    </w:p>
    <w:p>
      <w:pPr>
        <w:pStyle w:val="BodyText"/>
      </w:pPr>
      <w:r>
        <w:rPr/>
        <w:t>Mar permanecía inmóvil frente al panel de hidrófonos, sus dedos rozando</w:t>
      </w:r>
      <w:r>
        <w:rPr/>
        <w:t xml:space="preserve"> </w:t>
      </w:r>
      <w:r>
        <w:rPr/>
        <w:t>los diales como si pudieran traducir el pulso del océano. Las</w:t>
      </w:r>
      <w:r>
        <w:rPr/>
        <w:t xml:space="preserve"> </w:t>
      </w:r>
      <w:r>
        <w:rPr/>
        <w:t>profundidades cantaban, no con la voz familiar de las ballenas, sino con</w:t>
      </w:r>
      <w:r>
        <w:rPr/>
        <w:t xml:space="preserve"> </w:t>
      </w:r>
      <w:r>
        <w:rPr/>
        <w:t>una nota grave, poderosa y primordial: la respiración lenta del planeta</w:t>
      </w:r>
      <w:r>
        <w:rPr/>
        <w:t xml:space="preserve"> </w:t>
      </w:r>
      <w:r>
        <w:rPr/>
        <w:t>torcida por los emisores de caos del Proyecto Silencio.</w:t>
      </w:r>
    </w:p>
    <w:p>
      <w:pPr>
        <w:pStyle w:val="BodyText"/>
      </w:pPr>
      <w:r>
        <w:rPr/>
        <w:t>Cerró los ojos y se dejó sumergir.</w:t>
      </w:r>
    </w:p>
    <w:p>
      <w:pPr>
        <w:pStyle w:val="BodyText"/>
      </w:pPr>
      <w:r>
        <w:rPr/>
        <w:t>El agua era negra, densa como aceite de memoria. Mar flotaba en un mar</w:t>
      </w:r>
      <w:r>
        <w:rPr/>
        <w:t xml:space="preserve"> </w:t>
      </w:r>
      <w:r>
        <w:rPr/>
        <w:t>de disonancia donde el Eco, fracturado en mil fragmentos, suplicaba ser</w:t>
      </w:r>
      <w:r>
        <w:rPr/>
        <w:t xml:space="preserve"> </w:t>
      </w:r>
      <w:r>
        <w:rPr/>
        <w:t>reunificado. No era solo sonido; era memoria líquida, dolor</w:t>
      </w:r>
      <w:r>
        <w:rPr/>
        <w:t xml:space="preserve"> </w:t>
      </w:r>
      <w:r>
        <w:rPr/>
        <w:t>cristalizado, un grito atrapado en el ámbar del tiempo que había</w:t>
      </w:r>
      <w:r>
        <w:rPr/>
        <w:t xml:space="preserve"> </w:t>
      </w:r>
      <w:r>
        <w:rPr/>
        <w:t>permanecido congelado desde Montségur.</w:t>
      </w:r>
    </w:p>
    <w:p>
      <w:pPr>
        <w:pStyle w:val="BodyText"/>
      </w:pPr>
      <w:r>
        <w:rPr/>
        <w:t>Cada onda que atravesaba su percepción expandida era un eco de la herida</w:t>
      </w:r>
      <w:r>
        <w:rPr/>
        <w:t xml:space="preserve"> </w:t>
      </w:r>
      <w:r>
        <w:rPr/>
        <w:t>original. La vibración que había comenzado con el fuego de la</w:t>
      </w:r>
      <w:r>
        <w:rPr/>
        <w:t xml:space="preserve"> </w:t>
      </w:r>
      <w:r>
        <w:rPr/>
        <w:t>Inquisición ahora reverberaba en las corrientes oceánicas, amplificada</w:t>
      </w:r>
      <w:r>
        <w:rPr/>
        <w:t xml:space="preserve"> </w:t>
      </w:r>
      <w:r>
        <w:rPr/>
        <w:t>por siglos de trauma humano acumulado en el sustrato acústico del mundo.</w:t>
      </w:r>
    </w:p>
    <w:p>
      <w:pPr>
        <w:pStyle w:val="BodyText"/>
      </w:pPr>
      <w:r>
        <w:rPr/>
        <w:t>*Y las ballenas lo sabían.*</w:t>
      </w:r>
    </w:p>
    <w:p>
      <w:pPr>
        <w:pStyle w:val="BodyText"/>
      </w:pPr>
      <w:r>
        <w:rPr/>
        <w:t>A través de los hidrófonos escuchó su canto transformado. No eran las</w:t>
      </w:r>
      <w:r>
        <w:rPr/>
        <w:t xml:space="preserve"> </w:t>
      </w:r>
      <w:r>
        <w:rPr/>
        <w:t>melodías de apareamiento o las llamadas territoriales documentadas por</w:t>
      </w:r>
      <w:r>
        <w:rPr/>
        <w:t xml:space="preserve"> </w:t>
      </w:r>
      <w:r>
        <w:rPr/>
        <w:t>generaciones de cetólogos. Era algo anterior, más profundo: las ballenas</w:t>
      </w:r>
      <w:r>
        <w:rPr/>
        <w:t xml:space="preserve"> </w:t>
      </w:r>
      <w:r>
        <w:rPr/>
        <w:t>estaban **respondiendo** al Eco, intentando armonizar con una</w:t>
      </w:r>
      <w:r>
        <w:rPr/>
        <w:t xml:space="preserve"> </w:t>
      </w:r>
      <w:r>
        <w:rPr/>
        <w:t>frecuencia que no comprendían pero que reconocían como fundamental.</w:t>
      </w:r>
    </w:p>
    <w:p>
      <w:pPr>
        <w:pStyle w:val="BodyText"/>
      </w:pPr>
      <w:r>
        <w:rPr/>
        <w:t>«¿Lo escuchas?»</w:t>
      </w:r>
    </w:p>
    <w:p>
      <w:pPr>
        <w:pStyle w:val="BodyText"/>
      </w:pPr>
      <w:r>
        <w:rPr/>
        <w:t>La voz de Lena la sacó del trance. Estaba al otro lado de la sala, sus</w:t>
      </w:r>
      <w:r>
        <w:rPr/>
        <w:t xml:space="preserve"> </w:t>
      </w:r>
      <w:r>
        <w:rPr/>
        <w:t>dedos danzando sobre el teclado con la urgencia de quien combate un</w:t>
      </w:r>
      <w:r>
        <w:rPr/>
        <w:t xml:space="preserve"> </w:t>
      </w:r>
      <w:r>
        <w:rPr/>
        <w:t>incendio digital. «Los emisores están sincronizados», murmuró, su rostro</w:t>
      </w:r>
      <w:r>
        <w:rPr/>
        <w:t xml:space="preserve"> </w:t>
      </w:r>
      <w:r>
        <w:rPr/>
        <w:t>iluminado por el resplandor azulado de múltiples pantallas. «Saturan el</w:t>
      </w:r>
      <w:r>
        <w:rPr/>
        <w:t xml:space="preserve"> </w:t>
      </w:r>
      <w:r>
        <w:rPr/>
        <w:t>espectro, pero hay un patrón. Mar, ¿lo sientes?»</w:t>
      </w:r>
    </w:p>
    <w:p>
      <w:pPr>
        <w:pStyle w:val="BodyText"/>
      </w:pPr>
      <w:r>
        <w:rPr/>
        <w:t>Mar asintió sin abrir los ojos. Su mente navegaba entre las capas de</w:t>
      </w:r>
      <w:r>
        <w:rPr/>
        <w:t xml:space="preserve"> </w:t>
      </w:r>
      <w:r>
        <w:rPr/>
        <w:t>ruido, buscando el hilo de oro que conectara el caos con su origen. Las</w:t>
      </w:r>
      <w:r>
        <w:rPr/>
        <w:t xml:space="preserve"> </w:t>
      </w:r>
      <w:r>
        <w:rPr/>
        <w:t>ballenas habían encontrado ese hilo instintivamente, su evolución de</w:t>
      </w:r>
      <w:r>
        <w:rPr/>
        <w:t xml:space="preserve"> </w:t>
      </w:r>
      <w:r>
        <w:rPr/>
        <w:t>millones de años dándoles una sensibilidad que la humanidad había</w:t>
      </w:r>
      <w:r>
        <w:rPr/>
        <w:t xml:space="preserve"> </w:t>
      </w:r>
      <w:r>
        <w:rPr/>
        <w:t>perdido al desarrollar el lenguaje verbal.</w:t>
      </w:r>
    </w:p>
    <w:p>
      <w:pPr>
        <w:pStyle w:val="BodyText"/>
      </w:pPr>
      <w:r>
        <w:rPr/>
        <w:t>«Son nuestras maestras», susurró Mar, abriendo los ojos con nueva</w:t>
      </w:r>
      <w:r>
        <w:rPr/>
        <w:t xml:space="preserve"> </w:t>
      </w:r>
      <w:r>
        <w:rPr/>
        <w:t>claridad. «Nos están mostrando el camino.»</w:t>
      </w:r>
    </w:p>
    <w:p>
      <w:pPr>
        <w:pStyle w:val="BodyText"/>
      </w:pPr>
      <w:r>
        <w:rPr/>
        <w:t>Vasco ajustaba un hidrófono cerca de la ventana que daba al mar</w:t>
      </w:r>
      <w:r>
        <w:rPr/>
        <w:t xml:space="preserve"> </w:t>
      </w:r>
      <w:r>
        <w:rPr/>
        <w:t>tormentoso. Sus ojos, enrojecidos por la falta de sueño y la intensidad</w:t>
      </w:r>
      <w:r>
        <w:rPr/>
        <w:t xml:space="preserve"> </w:t>
      </w:r>
      <w:r>
        <w:rPr/>
        <w:t>de la concentración, se fijaron en una pantalla que trazaba ondas como</w:t>
      </w:r>
      <w:r>
        <w:rPr/>
        <w:t xml:space="preserve"> </w:t>
      </w:r>
      <w:r>
        <w:rPr/>
        <w:t>constelaciones rotas. «Es un tono base», añadió, señalando una línea que</w:t>
      </w:r>
      <w:r>
        <w:rPr/>
        <w:t xml:space="preserve"> </w:t>
      </w:r>
      <w:r>
        <w:rPr/>
        <w:t>pulsaba con regularidad hipnótica, «pero distorsionada, como si el</w:t>
      </w:r>
      <w:r>
        <w:rPr/>
        <w:t xml:space="preserve"> </w:t>
      </w:r>
      <w:r>
        <w:rPr/>
        <w:t>océano hubiera olvidado su propia voz.»</w:t>
      </w:r>
    </w:p>
    <w:p>
      <w:pPr>
        <w:pStyle w:val="BodyText"/>
      </w:pPr>
      <w:r>
        <w:rPr/>
        <w:t>La pantalla mostraba algo imposible: un patrón de interferencia que no</w:t>
      </w:r>
      <w:r>
        <w:rPr/>
        <w:t xml:space="preserve"> </w:t>
      </w:r>
      <w:r>
        <w:rPr/>
        <w:t>debería existir en aguas naturales. Era la firma acústica de los</w:t>
      </w:r>
      <w:r>
        <w:rPr/>
        <w:t xml:space="preserve"> </w:t>
      </w:r>
      <w:r>
        <w:rPr/>
        <w:t>emisores del Proyecto Silencio, pero modulada, transformada por algo que</w:t>
      </w:r>
      <w:r>
        <w:rPr/>
        <w:t xml:space="preserve"> </w:t>
      </w:r>
      <w:r>
        <w:rPr/>
        <w:t>Vasco no podía explicar con su física ortodoxa.</w:t>
      </w:r>
    </w:p>
    <w:p>
      <w:pPr>
        <w:pStyle w:val="BodyText"/>
      </w:pPr>
      <w:r>
        <w:rPr/>
        <w:t>«Las ballenas están haciendo contrapunto», dijo Mar, su voz cargada con</w:t>
      </w:r>
      <w:r>
        <w:rPr/>
        <w:t xml:space="preserve"> </w:t>
      </w:r>
      <w:r>
        <w:rPr/>
        <w:t>la emoción del descubrimiento. «Inconscientemente, instintivamente. Su</w:t>
      </w:r>
      <w:r>
        <w:rPr/>
        <w:t xml:space="preserve"> </w:t>
      </w:r>
      <w:r>
        <w:rPr/>
        <w:t>canto natural está creando armónicos que neutralizan parcialmente la</w:t>
      </w:r>
      <w:r>
        <w:rPr/>
        <w:t xml:space="preserve"> </w:t>
      </w:r>
      <w:r>
        <w:rPr/>
        <w:t>disonancia del arma. Son… son custodios evolutivos del Eco oceánico.»</w:t>
      </w:r>
    </w:p>
    <w:p>
      <w:pPr>
        <w:pStyle w:val="BodyText"/>
      </w:pPr>
      <w:r>
        <w:rPr/>
        <w:t>El concepto era asombroso en sus implicaciones. Durante eones, las</w:t>
      </w:r>
      <w:r>
        <w:rPr/>
        <w:t xml:space="preserve"> </w:t>
      </w:r>
      <w:r>
        <w:rPr/>
        <w:t>ballenas habían mantenido el equilibrio acústico de los océanos, su</w:t>
      </w:r>
      <w:r>
        <w:rPr/>
        <w:t xml:space="preserve"> </w:t>
      </w:r>
      <w:r>
        <w:rPr/>
        <w:t>canto constante actuando como una forma de «jardinería sónica» que</w:t>
      </w:r>
      <w:r>
        <w:rPr/>
        <w:t xml:space="preserve"> </w:t>
      </w:r>
      <w:r>
        <w:rPr/>
        <w:t>preservaba la salud vibratoria del planeta. Ahora, enfrentadas a una</w:t>
      </w:r>
      <w:r>
        <w:rPr/>
        <w:t xml:space="preserve"> </w:t>
      </w:r>
      <w:r>
        <w:rPr/>
        <w:t>amenaza sin precedentes, su instinto las llevaba a intentar sanar una</w:t>
      </w:r>
      <w:r>
        <w:rPr/>
        <w:t xml:space="preserve"> </w:t>
      </w:r>
      <w:r>
        <w:rPr/>
        <w:t>herida que los humanos habían creado.</w:t>
      </w:r>
    </w:p>
    <w:p>
      <w:pPr>
        <w:pStyle w:val="BodyText"/>
      </w:pPr>
      <w:r>
        <w:rPr/>
        <w:t>Markus entró en la sala de control frotándose las manos para combatir el</w:t>
      </w:r>
      <w:r>
        <w:rPr/>
        <w:t xml:space="preserve"> </w:t>
      </w:r>
      <w:r>
        <w:rPr/>
        <w:t>frío. Su aliento formaba nubecillas de vapor que brillaban brevemente</w:t>
      </w:r>
      <w:r>
        <w:rPr/>
        <w:t xml:space="preserve"> </w:t>
      </w:r>
      <w:r>
        <w:rPr/>
        <w:t>bajo las luces fluorescentes. «Esto es peor que los inviernos en</w:t>
      </w:r>
      <w:r>
        <w:rPr/>
        <w:t xml:space="preserve"> </w:t>
      </w:r>
      <w:r>
        <w:rPr/>
        <w:t>Kreuzberg», gruñó, maldiciendo en voz baja el hielo que se colaba por</w:t>
      </w:r>
      <w:r>
        <w:rPr/>
        <w:t xml:space="preserve"> </w:t>
      </w:r>
      <w:r>
        <w:rPr/>
        <w:t>las rendijas de la estación. «Al menos allí tenía cerveza caliente para</w:t>
      </w:r>
      <w:r>
        <w:rPr/>
        <w:t xml:space="preserve"> </w:t>
      </w:r>
      <w:r>
        <w:rPr/>
        <w:t>compensar.»</w:t>
      </w:r>
    </w:p>
    <w:p>
      <w:pPr>
        <w:pStyle w:val="BodyText"/>
      </w:pPr>
      <w:r>
        <w:rPr/>
        <w:t>Se acercó a Mar y le tendió un termo de té, su mirada cálida a pesar del</w:t>
      </w:r>
      <w:r>
        <w:rPr/>
        <w:t xml:space="preserve"> </w:t>
      </w:r>
      <w:r>
        <w:rPr/>
        <w:t>ambiente gélido. «Toma, o te congelarás antes de salvar el mundo. Otra</w:t>
      </w:r>
      <w:r>
        <w:rPr/>
        <w:t xml:space="preserve"> </w:t>
      </w:r>
      <w:r>
        <w:rPr/>
        <w:t>vez.»</w:t>
      </w:r>
    </w:p>
    <w:p>
      <w:pPr>
        <w:pStyle w:val="BodyText"/>
      </w:pPr>
      <w:r>
        <w:rPr/>
        <w:t>Mar sonrió, el primer gesto de humanidad en horas de concentración</w:t>
      </w:r>
      <w:r>
        <w:rPr/>
        <w:t xml:space="preserve"> </w:t>
      </w:r>
      <w:r>
        <w:rPr/>
        <w:t>sobrehumana. El calor del metal contra sus dedos era un ancla en medio</w:t>
      </w:r>
      <w:r>
        <w:rPr/>
        <w:t xml:space="preserve"> </w:t>
      </w:r>
      <w:r>
        <w:rPr/>
        <w:t>de la tormenta sónica, un recordatorio de que aún habitaba un cuerpo</w:t>
      </w:r>
      <w:r>
        <w:rPr/>
        <w:t xml:space="preserve"> </w:t>
      </w:r>
      <w:r>
        <w:rPr/>
        <w:t>físico más allá de su consciencia expandida. Por un instante, el caos</w:t>
      </w:r>
      <w:r>
        <w:rPr/>
        <w:t xml:space="preserve"> </w:t>
      </w:r>
      <w:r>
        <w:rPr/>
        <w:t>del Eco se desvaneció, y solo existieron ellos: un equipo frágil de</w:t>
      </w:r>
      <w:r>
        <w:rPr/>
        <w:t xml:space="preserve"> </w:t>
      </w:r>
      <w:r>
        <w:rPr/>
        <w:t>humanos contra un océano infinito de problemas.</w:t>
      </w:r>
    </w:p>
    <w:p>
      <w:pPr>
        <w:pStyle w:val="BodyText"/>
      </w:pPr>
      <w:r>
        <w:rPr/>
        <w:t>Bebió el té con gratitud. El líquido caliente descendió por su garganta</w:t>
      </w:r>
      <w:r>
        <w:rPr/>
        <w:t xml:space="preserve"> </w:t>
      </w:r>
      <w:r>
        <w:rPr/>
        <w:t>como una promesa de supervivencia.</w:t>
      </w:r>
    </w:p>
    <w:p>
      <w:pPr>
        <w:pStyle w:val="BodyText"/>
      </w:pPr>
      <w:r>
        <w:rPr/>
        <w:t>«Las ballenas nos están dando la partitura», dijo finalmente, bajando el</w:t>
      </w:r>
      <w:r>
        <w:rPr/>
        <w:t xml:space="preserve"> </w:t>
      </w:r>
      <w:r>
        <w:rPr/>
        <w:t>termo. «Pero necesitamos amplificarla, llevarla más allá de estas aguas</w:t>
      </w:r>
      <w:r>
        <w:rPr/>
        <w:t xml:space="preserve"> </w:t>
      </w:r>
      <w:r>
        <w:rPr/>
        <w:t>hasta el sistema global. Si podemos enseñar a otros cetáceos, a</w:t>
      </w:r>
      <w:r>
        <w:rPr/>
        <w:t xml:space="preserve"> </w:t>
      </w:r>
      <w:r>
        <w:rPr/>
        <w:t>delfines, orcas, cachalotes… crear una red de resonadores</w:t>
      </w:r>
      <w:r>
        <w:rPr/>
        <w:t xml:space="preserve"> </w:t>
      </w:r>
      <w:r>
        <w:rPr/>
        <w:t>biológicos…»</w:t>
      </w:r>
    </w:p>
    <w:p>
      <w:pPr>
        <w:pStyle w:val="BodyText"/>
      </w:pPr>
      <w:r>
        <w:rPr/>
        <w:t>«Una orquesta planetaria», completó Vasco, su mente científica saltando</w:t>
      </w:r>
      <w:r>
        <w:rPr/>
        <w:t xml:space="preserve"> </w:t>
      </w:r>
      <w:r>
        <w:rPr/>
        <w:t>inmediatamente a las implicaciones técnicas. «Pero necesitaríamos un</w:t>
      </w:r>
      <w:r>
        <w:rPr/>
        <w:t xml:space="preserve"> </w:t>
      </w:r>
      <w:r>
        <w:rPr/>
        <w:t>vector de transmisión. No podemos simplemente enseñarles una canción</w:t>
      </w:r>
      <w:r>
        <w:rPr/>
        <w:t xml:space="preserve"> </w:t>
      </w:r>
      <w:r>
        <w:rPr/>
        <w:t>nueva.»</w:t>
      </w:r>
    </w:p>
    <w:p>
      <w:pPr>
        <w:pStyle w:val="BodyText"/>
      </w:pPr>
      <w:r>
        <w:rPr/>
        <w:t>«No les enseñamos», corrigió Mar. «Les **recordamos**. Esta</w:t>
      </w:r>
      <w:r>
        <w:rPr/>
        <w:t xml:space="preserve"> </w:t>
      </w:r>
      <w:r>
        <w:rPr/>
        <w:t>frecuencia de sanación está en su memoria genética, codificada en siglos</w:t>
      </w:r>
      <w:r>
        <w:rPr/>
        <w:t xml:space="preserve"> </w:t>
      </w:r>
      <w:r>
        <w:rPr/>
        <w:t>de evolución. Solo necesitan que alguien les muestre que es seguro</w:t>
      </w:r>
      <w:r>
        <w:rPr/>
        <w:t xml:space="preserve"> </w:t>
      </w:r>
      <w:r>
        <w:rPr/>
        <w:t>cantarla de nuevo.»</w:t>
      </w:r>
    </w:p>
    <w:p>
      <w:pPr>
        <w:pStyle w:val="BodyText"/>
      </w:pPr>
      <w:r>
        <w:rPr/>
        <w:t>Lena levantó la vista de su portátil, una sonrisa de cazadora cruzando</w:t>
      </w:r>
      <w:r>
        <w:rPr/>
        <w:t xml:space="preserve"> </w:t>
      </w:r>
      <w:r>
        <w:rPr/>
        <w:t>su rostro. «Puedo darles esa señal. Las redes de comunicación marina del</w:t>
      </w:r>
      <w:r>
        <w:rPr/>
        <w:t xml:space="preserve"> </w:t>
      </w:r>
      <w:r>
        <w:rPr/>
        <w:t>Proyecto Silencio, las mismas que usan para coordinar sus emisores…</w:t>
      </w:r>
      <w:r>
        <w:rPr/>
        <w:t xml:space="preserve"> </w:t>
      </w:r>
      <w:r>
        <w:rPr/>
        <w:t>son nuestras. Las he infiltrado desde hace semanas. Si Mar puede</w:t>
      </w:r>
      <w:r>
        <w:rPr/>
        <w:t xml:space="preserve"> </w:t>
      </w:r>
      <w:r>
        <w:rPr/>
        <w:t>componer la llamada correcta, yo puedo transmitirla a través de sus</w:t>
      </w:r>
      <w:r>
        <w:rPr/>
        <w:t xml:space="preserve"> </w:t>
      </w:r>
      <w:r>
        <w:rPr/>
        <w:t>propios canales. Usaremos su arma como megáfono para la sanación.»</w:t>
      </w:r>
    </w:p>
    <w:p>
      <w:pPr>
        <w:pStyle w:val="BodyText"/>
      </w:pPr>
      <w:r>
        <w:rPr/>
        <w:t>El plan era arriesgado hasta el punto de la locura, pero tenía la</w:t>
      </w:r>
      <w:r>
        <w:rPr/>
        <w:t xml:space="preserve"> </w:t>
      </w:r>
      <w:r>
        <w:rPr/>
        <w:t>elegancia de una solución orgánica. No iban a luchar contra el sistema;</w:t>
      </w:r>
      <w:r>
        <w:rPr/>
        <w:t xml:space="preserve"> </w:t>
      </w:r>
      <w:r>
        <w:rPr/>
        <w:t>iban a **hackearlo** usando la propia inteligencia de la naturaleza</w:t>
      </w:r>
      <w:r>
        <w:rPr/>
        <w:t xml:space="preserve"> </w:t>
      </w:r>
      <w:r>
        <w:rPr/>
        <w:t>como código.</w:t>
      </w:r>
    </w:p>
    <w:p>
      <w:pPr>
        <w:pStyle w:val="BodyText"/>
      </w:pPr>
      <w:r>
        <w:rPr/>
        <w:t>Mar volvió a los hidrófonos. En las profundidades del Atlántico Norte,</w:t>
      </w:r>
      <w:r>
        <w:rPr/>
        <w:t xml:space="preserve"> </w:t>
      </w:r>
      <w:r>
        <w:rPr/>
        <w:t>una ballena jorobada entonaba su canto transformado, cada nota una</w:t>
      </w:r>
      <w:r>
        <w:rPr/>
        <w:t xml:space="preserve"> </w:t>
      </w:r>
      <w:r>
        <w:rPr/>
        <w:t>pregunta lanzada al abismo: *¿Hay alguien ahí que recuerde cómo cantar</w:t>
      </w:r>
      <w:r>
        <w:rPr/>
        <w:t xml:space="preserve"> </w:t>
      </w:r>
      <w:r>
        <w:rPr/>
        <w:t>la canción antigua?*</w:t>
      </w:r>
    </w:p>
    <w:p>
      <w:pPr>
        <w:pStyle w:val="BodyText"/>
      </w:pPr>
      <w:r>
        <w:rPr/>
        <w:t>«Estoy aquí», susurró Mar a las ondas. «Y te escucho.»</w:t>
      </w:r>
    </w:p>
    <w:p>
      <w:pPr>
        <w:pStyle w:val="BodyText"/>
      </w:pPr>
      <w:r>
        <w:rPr/>
        <w:t>Sus manos se movieron sobre los controles del sistema de comunicación</w:t>
      </w:r>
      <w:r>
        <w:rPr/>
        <w:t xml:space="preserve"> </w:t>
      </w:r>
      <w:r>
        <w:rPr/>
        <w:t>submarina. No era una máquina de guerra; era un instrumento esperando</w:t>
      </w:r>
      <w:r>
        <w:rPr/>
        <w:t xml:space="preserve"> </w:t>
      </w:r>
      <w:r>
        <w:rPr/>
        <w:t>ser tocado por manos correctas. Comenzó a reproducir fragmentos del</w:t>
      </w:r>
      <w:r>
        <w:rPr/>
        <w:t xml:space="preserve"> </w:t>
      </w:r>
      <w:r>
        <w:rPr/>
        <w:t>canto de la ballena, modulándolos, amplificándolos, añadiendo armónicos</w:t>
      </w:r>
      <w:r>
        <w:rPr/>
        <w:t xml:space="preserve"> </w:t>
      </w:r>
      <w:r>
        <w:rPr/>
        <w:t>que solo su percepción sinestésica podía identificar.</w:t>
      </w:r>
    </w:p>
    <w:p>
      <w:pPr>
        <w:pStyle w:val="BodyText"/>
      </w:pPr>
      <w:r>
        <w:rPr/>
        <w:t>La música que surgió de los altavoces no era enteramente de ballena ni</w:t>
      </w:r>
      <w:r>
        <w:rPr/>
        <w:t xml:space="preserve"> </w:t>
      </w:r>
      <w:r>
        <w:rPr/>
        <w:t>enteramente humana. Era una hibridación imposible: la sabiduría de</w:t>
      </w:r>
      <w:r>
        <w:rPr/>
        <w:t xml:space="preserve"> </w:t>
      </w:r>
      <w:r>
        <w:rPr/>
        <w:t>millones de años de evolución marina fusionada con la consciencia</w:t>
      </w:r>
      <w:r>
        <w:rPr/>
        <w:t xml:space="preserve"> </w:t>
      </w:r>
      <w:r>
        <w:rPr/>
        <w:t>reflexiva de una custodio que había aprendido a escuchar más allá del</w:t>
      </w:r>
      <w:r>
        <w:rPr/>
        <w:t xml:space="preserve"> </w:t>
      </w:r>
      <w:r>
        <w:rPr/>
        <w:t>lenguaje.</w:t>
      </w:r>
    </w:p>
    <w:p>
      <w:pPr>
        <w:pStyle w:val="BodyText"/>
      </w:pPr>
      <w:r>
        <w:rPr/>
        <w:t>«Lena, transmite esto», ordenó Mar. «A todas las frecuencias que</w:t>
      </w:r>
      <w:r>
        <w:rPr/>
        <w:t xml:space="preserve"> </w:t>
      </w:r>
      <w:r>
        <w:rPr/>
        <w:t>controles. Que cada emisor del Proyecto Silencio se convierta en un</w:t>
      </w:r>
      <w:r>
        <w:rPr/>
        <w:t xml:space="preserve"> </w:t>
      </w:r>
      <w:r>
        <w:rPr/>
        <w:t>altavoz para el canto.»</w:t>
      </w:r>
    </w:p>
    <w:p>
      <w:pPr>
        <w:pStyle w:val="BodyText"/>
      </w:pPr>
      <w:r>
        <w:rPr/>
        <w:t>Los dedos de Lena volaron sobre el teclado. «Transm</w:t>
      </w:r>
    </w:p>
    <w:p>
      <w:pPr>
        <w:pStyle w:val="BodyText"/>
      </w:pPr>
      <w:r>
        <w:rPr/>
        <w:t>itiendo en 3… 2… 1… ahora.»</w:t>
      </w:r>
    </w:p>
    <w:p>
      <w:pPr>
        <w:pStyle w:val="BodyText"/>
      </w:pPr>
      <w:r>
        <w:rPr/>
        <w:t>El efecto no fue instantáneo, pero fue inevitable como la marea. En</w:t>
      </w:r>
      <w:r>
        <w:rPr/>
        <w:t xml:space="preserve"> </w:t>
      </w:r>
      <w:r>
        <w:rPr/>
        <w:t>océanos alrededor del mundo, los cetáceos levantaron sus cabezas</w:t>
      </w:r>
      <w:r>
        <w:rPr/>
        <w:t xml:space="preserve"> </w:t>
      </w:r>
      <w:r>
        <w:rPr/>
        <w:t>metafóricas y **escucharon**. La llamada resonó en sus huesos,</w:t>
      </w:r>
      <w:r>
        <w:rPr/>
        <w:t xml:space="preserve"> </w:t>
      </w:r>
      <w:r>
        <w:rPr/>
        <w:t>despertando memorias que sus antepasados habían preservado en cada</w:t>
      </w:r>
      <w:r>
        <w:rPr/>
        <w:t xml:space="preserve"> </w:t>
      </w:r>
      <w:r>
        <w:rPr/>
        <w:t>célula, cada generación: la canción de un océano que una vez fue puro,</w:t>
      </w:r>
      <w:r>
        <w:rPr/>
        <w:t xml:space="preserve"> </w:t>
      </w:r>
      <w:r>
        <w:rPr/>
        <w:t>antes de que el trauma humano envenenara sus aguas.</w:t>
      </w:r>
    </w:p>
    <w:p>
      <w:pPr>
        <w:pStyle w:val="BodyText"/>
      </w:pPr>
      <w:r>
        <w:rPr/>
        <w:t>Y comenzaron a responder.</w:t>
      </w:r>
    </w:p>
    <w:p>
      <w:pPr>
        <w:pStyle w:val="BodyText"/>
      </w:pPr>
      <w:r>
        <w:rPr/>
        <w:t>En el Mar de Ross, una orca matriarca inició un nuevo patrón de canto</w:t>
      </w:r>
      <w:r>
        <w:rPr/>
        <w:t xml:space="preserve"> </w:t>
      </w:r>
      <w:r>
        <w:rPr/>
        <w:t>que su manada replicó instantáneamente. En el Pacífico tropical,</w:t>
      </w:r>
      <w:r>
        <w:rPr/>
        <w:t xml:space="preserve"> </w:t>
      </w:r>
      <w:r>
        <w:rPr/>
        <w:t>delfines de nariz de botella sincronizaron sus vocalizaciones en una</w:t>
      </w:r>
      <w:r>
        <w:rPr/>
        <w:t xml:space="preserve"> </w:t>
      </w:r>
      <w:r>
        <w:rPr/>
        <w:t>danza acústica de complejidad sin precedentes. En las profundidades</w:t>
      </w:r>
      <w:r>
        <w:rPr/>
        <w:t xml:space="preserve"> </w:t>
      </w:r>
      <w:r>
        <w:rPr/>
        <w:t>abisales, cachalotes cuyo canto puede viajar miles de kilómetros</w:t>
      </w:r>
      <w:r>
        <w:rPr/>
        <w:t xml:space="preserve"> </w:t>
      </w:r>
      <w:r>
        <w:rPr/>
        <w:t>amplificaron la frecuencia sanadora hasta convertirla en un pulso que</w:t>
      </w:r>
      <w:r>
        <w:rPr/>
        <w:t xml:space="preserve"> </w:t>
      </w:r>
      <w:r>
        <w:rPr/>
        <w:t>sacudió las corrientes oceánicas.</w:t>
      </w:r>
    </w:p>
    <w:p>
      <w:pPr>
        <w:pStyle w:val="BodyText"/>
      </w:pPr>
      <w:r>
        <w:rPr/>
        <w:t>Los instrumentos de Vasco enloquecieron registrando la respuesta global.</w:t>
      </w:r>
    </w:p>
    <w:p>
      <w:pPr>
        <w:pStyle w:val="BodyText"/>
      </w:pPr>
      <w:r>
        <w:rPr/>
        <w:t>«Funciona», jadeo, sus ojos incapaces de creer los datos. «La disonancia</w:t>
      </w:r>
      <w:r>
        <w:rPr/>
        <w:t xml:space="preserve"> </w:t>
      </w:r>
      <w:r>
        <w:rPr/>
        <w:t>del Proyecto Silencio está siendo **absorbida** por la red</w:t>
      </w:r>
      <w:r>
        <w:rPr/>
        <w:t xml:space="preserve"> </w:t>
      </w:r>
      <w:r>
        <w:rPr/>
        <w:t>biológica. Las ballenas están actuando como filtros vivos, tomando el</w:t>
      </w:r>
      <w:r>
        <w:rPr/>
        <w:t xml:space="preserve"> </w:t>
      </w:r>
      <w:r>
        <w:rPr/>
        <w:t>veneno sónico y transformándolo en…»</w:t>
      </w:r>
    </w:p>
    <w:p>
      <w:pPr>
        <w:pStyle w:val="BodyText"/>
      </w:pPr>
      <w:r>
        <w:rPr/>
        <w:t>«En memoria sanada», completó Mar, lágrimas corriendo por sus mejillas</w:t>
      </w:r>
      <w:r>
        <w:rPr/>
        <w:t xml:space="preserve"> </w:t>
      </w:r>
      <w:r>
        <w:rPr/>
        <w:t>sin que las sintiera caer. «El océano está recordando cómo ser océano de</w:t>
      </w:r>
      <w:r>
        <w:rPr/>
        <w:t xml:space="preserve"> </w:t>
      </w:r>
      <w:r>
        <w:rPr/>
        <w:t>nuevo.»</w:t>
      </w:r>
    </w:p>
    <w:p>
      <w:pPr>
        <w:pStyle w:val="BodyText"/>
      </w:pPr>
      <w:r>
        <w:rPr/>
        <w:t>Markus se acercó a la ventana. Afuera, en las aguas grises y turbulentas</w:t>
      </w:r>
      <w:r>
        <w:rPr/>
        <w:t xml:space="preserve"> </w:t>
      </w:r>
      <w:r>
        <w:rPr/>
        <w:t>de la bahía de Húsavík, una cola de ballena emergió majestuosamente,</w:t>
      </w:r>
      <w:r>
        <w:rPr/>
        <w:t xml:space="preserve"> </w:t>
      </w:r>
      <w:r>
        <w:rPr/>
        <w:t>golpeando la superficie en un gesto que era pura celebración. Luego</w:t>
      </w:r>
      <w:r>
        <w:rPr/>
        <w:t xml:space="preserve"> </w:t>
      </w:r>
      <w:r>
        <w:rPr/>
        <w:t>otra. Y otra más.</w:t>
      </w:r>
    </w:p>
    <w:p>
      <w:pPr>
        <w:pStyle w:val="BodyText"/>
      </w:pPr>
      <w:r>
        <w:rPr/>
        <w:t>«Nos están agradeciendo», dijo con voz quebrada por la emoción. «O</w:t>
      </w:r>
      <w:r>
        <w:rPr/>
        <w:t xml:space="preserve"> </w:t>
      </w:r>
      <w:r>
        <w:rPr/>
        <w:t>diciéndonos adiós. O ambas cosas.»</w:t>
      </w:r>
    </w:p>
    <w:p>
      <w:pPr>
        <w:pStyle w:val="BodyText"/>
      </w:pPr>
      <w:r>
        <w:rPr/>
        <w:t>Mar se unió a él frente al vidrio. El espectáculo era sublime: decenas</w:t>
      </w:r>
      <w:r>
        <w:rPr/>
        <w:t xml:space="preserve"> </w:t>
      </w:r>
      <w:r>
        <w:rPr/>
        <w:t>de ballenas jorobadas emergiendo al unísono, sus cantos ahora audibles</w:t>
      </w:r>
      <w:r>
        <w:rPr/>
        <w:t xml:space="preserve"> </w:t>
      </w:r>
      <w:r>
        <w:rPr/>
        <w:t>incluso sin hidrófonos, llenando el aire helado con una melodía que era</w:t>
      </w:r>
      <w:r>
        <w:rPr/>
        <w:t xml:space="preserve"> </w:t>
      </w:r>
      <w:r>
        <w:rPr/>
        <w:t>antigua y nueva a la vez.</w:t>
      </w:r>
    </w:p>
    <w:p>
      <w:pPr>
        <w:pStyle w:val="BodyText"/>
      </w:pPr>
      <w:r>
        <w:rPr/>
        <w:t>«No es adiós», corrigió Mar. «Es bienvenida. Nos están diciendo que</w:t>
      </w:r>
      <w:r>
        <w:rPr/>
        <w:t xml:space="preserve"> </w:t>
      </w:r>
      <w:r>
        <w:rPr/>
        <w:t>somos dignos de escuchar.»</w:t>
      </w:r>
    </w:p>
    <w:p>
      <w:pPr>
        <w:pStyle w:val="BodyText"/>
      </w:pPr>
      <w:r>
        <w:rPr/>
        <w:t>En ese momento, la frecuencia del Proyecto Silencio cambió. Los emisores</w:t>
      </w:r>
      <w:r>
        <w:rPr/>
        <w:t xml:space="preserve"> </w:t>
      </w:r>
      <w:r>
        <w:rPr/>
        <w:t>de caos, diseñados para fracturar mentes y destruir armonías, comenzaron</w:t>
      </w:r>
      <w:r>
        <w:rPr/>
        <w:t xml:space="preserve"> </w:t>
      </w:r>
      <w:r>
        <w:rPr/>
        <w:t>a modular su output. La red de ballenas, actuando como un superorganismo</w:t>
      </w:r>
      <w:r>
        <w:rPr/>
        <w:t xml:space="preserve"> </w:t>
      </w:r>
      <w:r>
        <w:rPr/>
        <w:t>acústico planetario, había aprendido no solo a defenderse, sino a</w:t>
      </w:r>
      <w:r>
        <w:rPr/>
        <w:t xml:space="preserve"> </w:t>
      </w:r>
      <w:r>
        <w:rPr/>
        <w:t>**reconvertir** la amenaza.</w:t>
      </w:r>
    </w:p>
    <w:p>
      <w:pPr>
        <w:pStyle w:val="BodyText"/>
      </w:pPr>
      <w:r>
        <w:rPr/>
        <w:t>Cada emisor se convirtió en un altavoz involuntario del canto sanador.</w:t>
      </w:r>
    </w:p>
    <w:p>
      <w:pPr>
        <w:pStyle w:val="BodyText"/>
      </w:pPr>
      <w:r>
        <w:rPr/>
        <w:t>«Berlín», dijo Mar súbitamente, su intuición conectando los puntos que</w:t>
      </w:r>
      <w:r>
        <w:rPr/>
        <w:t xml:space="preserve"> </w:t>
      </w:r>
      <w:r>
        <w:rPr/>
        <w:t>su lógica aún no podía ver. «Tenemos que ir a Berlín. El canto de las</w:t>
      </w:r>
      <w:r>
        <w:rPr/>
        <w:t xml:space="preserve"> </w:t>
      </w:r>
      <w:r>
        <w:rPr/>
        <w:t>ballenas ha neutralizado la amenaza oceánica, pero el epicentro del Eco</w:t>
      </w:r>
      <w:r>
        <w:rPr/>
        <w:t xml:space="preserve"> </w:t>
      </w:r>
      <w:r>
        <w:rPr/>
        <w:t>terrestre sigue herido. Si queremos sanación completa, necesitamos</w:t>
      </w:r>
      <w:r>
        <w:rPr/>
        <w:t xml:space="preserve"> </w:t>
      </w:r>
      <w:r>
        <w:rPr/>
        <w:t>cerrar el círculo donde todo comenzó.»</w:t>
      </w:r>
    </w:p>
    <w:p>
      <w:pPr>
        <w:pStyle w:val="BodyText"/>
      </w:pPr>
      <w:r>
        <w:rPr/>
        <w:t>«El Estudio 4», comprendió Markus inmediatamente.</w:t>
      </w:r>
    </w:p>
    <w:p>
      <w:pPr>
        <w:pStyle w:val="BodyText"/>
      </w:pPr>
      <w:r>
        <w:rPr/>
        <w:t>«El Estudio 4», confirmó Mar.</w:t>
      </w:r>
    </w:p>
    <w:p>
      <w:pPr>
        <w:pStyle w:val="BodyText"/>
      </w:pPr>
      <w:r>
        <w:rPr/>
        <w:t>Lena ya estaba empacando su equipo. «Tengo un vuelo que sale en cuatro</w:t>
      </w:r>
      <w:r>
        <w:rPr/>
        <w:t xml:space="preserve"> </w:t>
      </w:r>
      <w:r>
        <w:rPr/>
        <w:t>horas. Podemos estar en Berlín antes del amanecer.»</w:t>
      </w:r>
    </w:p>
    <w:p>
      <w:pPr>
        <w:pStyle w:val="BodyText"/>
      </w:pPr>
      <w:r>
        <w:rPr/>
        <w:t>Vasco tomó una última lectura de sus instrumentos, documentando para la</w:t>
      </w:r>
      <w:r>
        <w:rPr/>
        <w:t xml:space="preserve"> </w:t>
      </w:r>
      <w:r>
        <w:rPr/>
        <w:t>posteridad el momento en que la humanidad aprendió que no estaba sola en</w:t>
      </w:r>
      <w:r>
        <w:rPr/>
        <w:t xml:space="preserve"> </w:t>
      </w:r>
      <w:r>
        <w:rPr/>
        <w:t>su lucha por la armonía planetaria. Las ballenas, esos gigantes</w:t>
      </w:r>
      <w:r>
        <w:rPr/>
        <w:t xml:space="preserve"> </w:t>
      </w:r>
      <w:r>
        <w:rPr/>
        <w:t>silenciosos que habían guardado los secretos del océano durante millones</w:t>
      </w:r>
      <w:r>
        <w:rPr/>
        <w:t xml:space="preserve"> </w:t>
      </w:r>
      <w:r>
        <w:rPr/>
        <w:t>de años, habían mostrado el camino.</w:t>
      </w:r>
    </w:p>
    <w:p>
      <w:pPr>
        <w:pStyle w:val="BodyText"/>
      </w:pPr>
      <w:r>
        <w:rPr/>
        <w:t>Ahora tocaba a los humanos completar lo que las ballenas habían</w:t>
      </w:r>
      <w:r>
        <w:rPr/>
        <w:t xml:space="preserve"> </w:t>
      </w:r>
      <w:r>
        <w:rPr/>
        <w:t>comenzado.</w:t>
      </w:r>
    </w:p>
    <w:p>
      <w:pPr>
        <w:pStyle w:val="BodyText"/>
      </w:pPr>
      <w:r>
        <w:rPr/>
        <w:t>Mientras el avión despegaba horas después, dejando atrás la costa</w:t>
      </w:r>
      <w:r>
        <w:rPr/>
        <w:t xml:space="preserve"> </w:t>
      </w:r>
      <w:r>
        <w:rPr/>
        <w:t>islandesa envuelta en niebla y magia, Mar miró hacia atrás una última</w:t>
      </w:r>
      <w:r>
        <w:rPr/>
        <w:t xml:space="preserve"> </w:t>
      </w:r>
      <w:r>
        <w:rPr/>
        <w:t>vez. En las aguas de la bahía, las ballenas seguían cantando, su melodía</w:t>
      </w:r>
      <w:r>
        <w:rPr/>
        <w:t xml:space="preserve"> </w:t>
      </w:r>
      <w:r>
        <w:rPr/>
        <w:t>elevándose hacia el cielo como una oración que había sido escuchada.</w:t>
      </w:r>
    </w:p>
    <w:p>
      <w:pPr>
        <w:pStyle w:val="BodyText"/>
      </w:pPr>
      <w:r>
        <w:rPr/>
        <w:t>El Canto de la Ballena había comenzado la sanación del océano.</w:t>
      </w:r>
    </w:p>
    <w:p>
      <w:pPr>
        <w:pStyle w:val="BodyText"/>
      </w:pPr>
      <w:r>
        <w:rPr/>
        <w:t>Ahora faltaba sanar la tierra.</w:t>
      </w:r>
    </w:p>
    <w:p>
      <w:pPr>
        <w:pStyle w:val="BodyText"/>
      </w:pPr>
      <w:r>
        <w:rPr/>
        <w:t>---</w:t>
      </w:r>
    </w:p>
    <w:p>
      <w:pPr>
        <w:pStyle w:val="BodyText"/>
      </w:pPr>
      <w:r>
        <w:rPr/>
        <w:t>*Nota para inserción: Este capítulo amplía el fragmento existente sobre</w:t>
      </w:r>
      <w:r>
        <w:rPr/>
        <w:t xml:space="preserve"> </w:t>
      </w:r>
      <w:r>
        <w:rPr/>
        <w:t>Islandia y las ballenas, desarrollando la escena completa y</w:t>
      </w:r>
      <w:r>
        <w:rPr/>
        <w:t xml:space="preserve"> </w:t>
      </w:r>
      <w:r>
        <w:rPr/>
        <w:t>estableciendo la transición hacia Berlín. Mantiene el estilo lírico y</w:t>
      </w:r>
      <w:r>
        <w:rPr/>
        <w:t xml:space="preserve"> </w:t>
      </w:r>
      <w:r>
        <w:rPr/>
        <w:t>las descripciones sinestésicas características de la novela.*</w:t>
      </w:r>
    </w:p>
    <w:p>
      <w:pPr>
        <w:pStyle w:val="BodyText"/>
      </w:pPr>
      <w:r>
        <w:rPr/>
        <w:t>===================================================================</w:t>
      </w:r>
    </w:p>
    <w:p>
      <w:pPr>
        <w:pStyle w:val="BodyText"/>
      </w:pPr>
      <w:r>
        <w:rPr/>
        <w:t>[Documento preparado - Primera parte de ampliación]</w:t>
      </w:r>
    </w:p>
    <w:p>
      <w:pPr>
        <w:pStyle w:val="BodyText"/>
      </w:pPr>
      <w:r>
        <w:rPr/>
        <w:t>[Continuar con Capítulos 67-70]</w:t>
      </w:r>
    </w:p>
    <w:p>
      <w:pPr>
        <w:pStyle w:val="BodyText"/>
      </w:pPr>
      <w:r>
        <w:rPr/>
        <w:t>¿Deseas que continúe con los siguientes capítulos o prefieres revisar</w:t>
      </w:r>
      <w:r>
        <w:rPr/>
        <w:t xml:space="preserve"> </w:t>
      </w:r>
      <w:r>
        <w:rPr/>
        <w:t>este primero?</w:t>
      </w:r>
    </w:p>
    <w:p>
      <w:pPr>
        <w:pStyle w:val="Heading1"/>
      </w:pPr>
      <w:r>
        <w:rPr/>
        <w:t>CAPÍTULO 65. EL TEATRO DE LA MEMORIA</w:t>
      </w:r>
    </w:p>
    <w:p>
      <w:pPr>
        <w:pStyle w:val="Heading1"/>
      </w:pPr>
      <w:r/>
    </w:p>
    <w:p>
      <w:pPr/>
      <w:r>
        <w:rPr/>
        <w:t>Berlín, marzo de 2025</w:t>
      </w:r>
    </w:p>
    <w:p>
      <w:pPr>
        <w:pStyle w:val="BodyText"/>
      </w:pPr>
      <w:r>
        <w:rPr/>
        <w:t>La palabra resonó en la estación islandesa con peso final. Mar</w:t>
      </w:r>
      <w:r>
        <w:rPr/>
        <w:t xml:space="preserve"> </w:t>
      </w:r>
      <w:r>
        <w:rPr/>
        <w:t>comprendía la geometría del enfrentamiento: para confrontar la</w:t>
      </w:r>
      <w:r>
        <w:rPr/>
        <w:t xml:space="preserve"> </w:t>
      </w:r>
      <w:r>
        <w:rPr/>
        <w:t>frecuencia que había destruido a ILIBERIS, ahora amplificada</w:t>
      </w:r>
      <w:r>
        <w:rPr/>
        <w:t xml:space="preserve"> </w:t>
      </w:r>
      <w:r>
        <w:rPr/>
        <w:t>industrialmente por el Proyecto Silencio, debían hacerlo en el epicentro</w:t>
      </w:r>
      <w:r>
        <w:rPr/>
        <w:t xml:space="preserve"> </w:t>
      </w:r>
      <w:r>
        <w:rPr/>
        <w:t>original. El lugar donde todo había comenzado y donde todo debía</w:t>
      </w:r>
      <w:r>
        <w:rPr/>
        <w:t xml:space="preserve"> </w:t>
      </w:r>
      <w:r>
        <w:rPr/>
        <w:t>terminar.</w:t>
      </w:r>
    </w:p>
    <w:p>
      <w:pPr>
        <w:pStyle w:val="BodyText"/>
      </w:pPr>
      <w:r>
        <w:rPr/>
        <w:t>El Estudio 4.</w:t>
      </w:r>
    </w:p>
    <w:p>
      <w:pPr>
        <w:pStyle w:val="BodyText"/>
      </w:pPr>
      <w:r>
        <w:rPr/>
        <w:t>El viaje fue una infiltración silenciosa orquestada con la precisión que</w:t>
      </w:r>
      <w:r>
        <w:rPr/>
        <w:t xml:space="preserve"> </w:t>
      </w:r>
      <w:r>
        <w:rPr/>
        <w:t>solo Lena podía garantizar. Desde su red de contactos en el submundo</w:t>
      </w:r>
      <w:r>
        <w:rPr/>
        <w:t xml:space="preserve"> </w:t>
      </w:r>
      <w:r>
        <w:rPr/>
        <w:t>digital, había descubierto que el edificio de ladrillo rojo en Kreuzberg</w:t>
      </w:r>
      <w:r>
        <w:rPr/>
        <w:t xml:space="preserve"> </w:t>
      </w:r>
      <w:r>
        <w:rPr/>
        <w:t>seguía en pie, convertido ahora en un complejo de apartamentos de lujo y</w:t>
      </w:r>
      <w:r>
        <w:rPr/>
        <w:t xml:space="preserve"> </w:t>
      </w:r>
      <w:r>
        <w:rPr/>
        <w:t>oficinas de startups tecnológicas que ignoraban completamente la</w:t>
      </w:r>
      <w:r>
        <w:rPr/>
        <w:t xml:space="preserve"> </w:t>
      </w:r>
      <w:r>
        <w:rPr/>
        <w:t>historia que sus paredes guardaban. El ático permanecía vacío, sellado</w:t>
      </w:r>
      <w:r>
        <w:rPr/>
        <w:t xml:space="preserve"> </w:t>
      </w:r>
      <w:r>
        <w:rPr/>
        <w:t>no por cadenas sino por algo más poderoso: leyendas urbanas sobre</w:t>
      </w:r>
      <w:r>
        <w:rPr/>
        <w:t xml:space="preserve"> </w:t>
      </w:r>
      <w:r>
        <w:rPr/>
        <w:t>fenómenos acústicos que habían mantenido alejados incluso a los</w:t>
      </w:r>
      <w:r>
        <w:rPr/>
        <w:t xml:space="preserve"> </w:t>
      </w:r>
      <w:r>
        <w:rPr/>
        <w:t>especuladores inmobiliarios más audaces.</w:t>
      </w:r>
    </w:p>
    <w:p>
      <w:pPr>
        <w:pStyle w:val="BodyText"/>
      </w:pPr>
      <w:r>
        <w:rPr/>
        <w:t>Usando identidades falsas meticulosamente construidas, Lena obtuvo</w:t>
      </w:r>
      <w:r>
        <w:rPr/>
        <w:t xml:space="preserve"> </w:t>
      </w:r>
      <w:r>
        <w:rPr/>
        <w:t>planos detallados del edificio y credenciales de acceso como supuestos</w:t>
      </w:r>
      <w:r>
        <w:rPr/>
        <w:t xml:space="preserve"> </w:t>
      </w:r>
      <w:r>
        <w:rPr/>
        <w:t>'inspectores de seguridad antiincendios'. Una noche sin luna, cuando</w:t>
      </w:r>
      <w:r>
        <w:rPr/>
        <w:t xml:space="preserve"> </w:t>
      </w:r>
      <w:r>
        <w:rPr/>
        <w:t>Berlín dormía bajo una capa de niebla que hacía a la ciudad parecer</w:t>
      </w:r>
      <w:r>
        <w:rPr/>
        <w:t xml:space="preserve"> </w:t>
      </w:r>
      <w:r>
        <w:rPr/>
        <w:t>suspendida entre el pasado y el presente, se reunieron ante el edificio</w:t>
      </w:r>
      <w:r>
        <w:rPr/>
        <w:t xml:space="preserve"> </w:t>
      </w:r>
      <w:r>
        <w:rPr/>
        <w:t>familiar.</w:t>
      </w:r>
    </w:p>
    <w:p>
      <w:pPr>
        <w:pStyle w:val="BodyText"/>
      </w:pPr>
      <w:r>
        <w:rPr/>
        <w:t>Markus observó la fachada con ojos que recordaban una época diferente.</w:t>
      </w:r>
      <w:r>
        <w:rPr/>
        <w:t xml:space="preserve"> </w:t>
      </w:r>
      <w:r>
        <w:rPr/>
        <w:t>«Veinticinco años», murmuró. «Y aún puedo sentir su presencia. Como si</w:t>
      </w:r>
      <w:r>
        <w:rPr/>
        <w:t xml:space="preserve"> </w:t>
      </w:r>
      <w:r>
        <w:rPr/>
        <w:t>el edificio mismo se hubiera convertido en una grabadora gigantesca que</w:t>
      </w:r>
      <w:r>
        <w:rPr/>
        <w:t xml:space="preserve"> </w:t>
      </w:r>
      <w:r>
        <w:rPr/>
        <w:t>nunca dejó de funcionar.»</w:t>
      </w:r>
    </w:p>
    <w:p>
      <w:pPr>
        <w:pStyle w:val="BodyText"/>
      </w:pPr>
      <w:r>
        <w:rPr/>
        <w:t>La entrada fue sorprendentemente sencilla. Markus desactivó la alarma</w:t>
      </w:r>
      <w:r>
        <w:rPr/>
        <w:t xml:space="preserve"> </w:t>
      </w:r>
      <w:r>
        <w:rPr/>
        <w:t>con la facilidad profesional de quien había instalado sistemas similares</w:t>
      </w:r>
      <w:r>
        <w:rPr/>
        <w:t xml:space="preserve"> </w:t>
      </w:r>
      <w:r>
        <w:rPr/>
        <w:t>durante décadas. Subieron las escaleras en silencio, cada peldaño un</w:t>
      </w:r>
      <w:r>
        <w:rPr/>
        <w:t xml:space="preserve"> </w:t>
      </w:r>
      <w:r>
        <w:rPr/>
        <w:t>paso más cerca del epicentro de una tragedia que había resonado a través</w:t>
      </w:r>
      <w:r>
        <w:rPr/>
        <w:t xml:space="preserve"> </w:t>
      </w:r>
      <w:r>
        <w:rPr/>
        <w:t>del tiempo.</w:t>
      </w:r>
    </w:p>
    <w:p>
      <w:pPr>
        <w:pStyle w:val="BodyText"/>
      </w:pPr>
      <w:r>
        <w:rPr/>
        <w:t>La puerta del Estudio 4 tenía un candado oxidado que parecía más</w:t>
      </w:r>
      <w:r>
        <w:rPr/>
        <w:t xml:space="preserve"> </w:t>
      </w:r>
      <w:r>
        <w:rPr/>
        <w:t>simbólico que funcional. Lo cortaron con silenciosas precisión.</w:t>
      </w:r>
    </w:p>
    <w:p>
      <w:pPr>
        <w:pStyle w:val="BodyText"/>
      </w:pPr>
      <w:r>
        <w:rPr/>
        <w:t>Al abrirla, entraron en un sarcófago temporal.</w:t>
      </w:r>
    </w:p>
    <w:p>
      <w:pPr>
        <w:pStyle w:val="BodyText"/>
      </w:pPr>
      <w:r>
        <w:rPr/>
        <w:t>El aire dentro conservaba el olor a ozono de máquinas muertas hacía</w:t>
      </w:r>
      <w:r>
        <w:rPr/>
        <w:t xml:space="preserve"> </w:t>
      </w:r>
      <w:r>
        <w:rPr/>
        <w:t>mucho y el fantasma del humo de los cigarrillos de ILIBERIS. Todo</w:t>
      </w:r>
      <w:r>
        <w:rPr/>
        <w:t xml:space="preserve"> </w:t>
      </w:r>
      <w:r>
        <w:rPr/>
        <w:t>permanecía intacto, preservado por algún acuerdo tácito entre el tiempo</w:t>
      </w:r>
      <w:r>
        <w:rPr/>
        <w:t xml:space="preserve"> </w:t>
      </w:r>
      <w:r>
        <w:rPr/>
        <w:t>y la memoria: la mesa Soundcraft cubierta de polvo como ceniza</w:t>
      </w:r>
      <w:r>
        <w:rPr/>
        <w:t xml:space="preserve"> </w:t>
      </w:r>
      <w:r>
        <w:rPr/>
        <w:t>volcánica, el Moog silencioso como un órgano sin organista, los cables</w:t>
      </w:r>
      <w:r>
        <w:rPr/>
        <w:t xml:space="preserve"> </w:t>
      </w:r>
      <w:r>
        <w:rPr/>
        <w:t>serpenteando por el suelo como venas secas que una vez transportaron</w:t>
      </w:r>
      <w:r>
        <w:rPr/>
        <w:t xml:space="preserve"> </w:t>
      </w:r>
      <w:r>
        <w:rPr/>
        <w:t>señales eléctricas cargadas de genio y obsesión.</w:t>
      </w:r>
    </w:p>
    <w:p>
      <w:pPr>
        <w:pStyle w:val="BodyText"/>
      </w:pPr>
      <w:r>
        <w:rPr/>
        <w:t>En un cenicero junto a la consola, una colilla desafiaba al tiempo,</w:t>
      </w:r>
      <w:r>
        <w:rPr/>
        <w:t xml:space="preserve"> </w:t>
      </w:r>
      <w:r>
        <w:rPr/>
        <w:t>testimonio mudo de la última vez que manos humanas habían tocado estos</w:t>
      </w:r>
      <w:r>
        <w:rPr/>
        <w:t xml:space="preserve"> </w:t>
      </w:r>
      <w:r>
        <w:rPr/>
        <w:t>objetos con propósito.</w:t>
      </w:r>
    </w:p>
    <w:p>
      <w:pPr>
        <w:pStyle w:val="BodyText"/>
      </w:pPr>
      <w:r>
        <w:rPr/>
        <w:t>Era un teatro de memoria congelado en ámbar, un campo de batalla donde</w:t>
      </w:r>
      <w:r>
        <w:rPr/>
        <w:t xml:space="preserve"> </w:t>
      </w:r>
      <w:r>
        <w:rPr/>
        <w:t>la última guerra se había librado contra los límites de la realidad</w:t>
      </w:r>
      <w:r>
        <w:rPr/>
        <w:t xml:space="preserve"> </w:t>
      </w:r>
      <w:r>
        <w:rPr/>
        <w:t>misma.</w:t>
      </w:r>
    </w:p>
    <w:p>
      <w:pPr>
        <w:pStyle w:val="BodyText"/>
      </w:pPr>
      <w:r>
        <w:rPr/>
        <w:t>Vasco fue el primero en hablar, su voz quebrándose con la emoción.</w:t>
      </w:r>
      <w:r>
        <w:rPr/>
        <w:t xml:space="preserve"> </w:t>
      </w:r>
      <w:r>
        <w:rPr/>
        <w:t>«Puedo sentirlas. Las capas. Creatividad, amor, obsesión, terror…</w:t>
      </w:r>
      <w:r>
        <w:rPr/>
        <w:t xml:space="preserve"> </w:t>
      </w:r>
      <w:r>
        <w:rPr/>
        <w:t>todas superpuestas como estratos geológicos. Este es el lugar</w:t>
      </w:r>
      <w:r>
        <w:rPr/>
        <w:t xml:space="preserve"> </w:t>
      </w:r>
      <w:r>
        <w:rPr/>
        <w:t>acústicamente más denso que he experimentado jamás.»</w:t>
      </w:r>
    </w:p>
    <w:p>
      <w:pPr>
        <w:pStyle w:val="BodyText"/>
      </w:pPr>
      <w:r>
        <w:rPr/>
        <w:t>Mar caminó hacia el centro de la habitación, cada paso midiendo el peso</w:t>
      </w:r>
      <w:r>
        <w:rPr/>
        <w:t xml:space="preserve"> </w:t>
      </w:r>
      <w:r>
        <w:rPr/>
        <w:t>de la historia. Se detuvo donde recordaba que ILIBERIS solía sentarse, y</w:t>
      </w:r>
      <w:r>
        <w:rPr/>
        <w:t xml:space="preserve"> </w:t>
      </w:r>
      <w:r>
        <w:rPr/>
        <w:t>cerró los ojos. La vibración residual del lugar la envolvió como un</w:t>
      </w:r>
      <w:r>
        <w:rPr/>
        <w:t xml:space="preserve"> </w:t>
      </w:r>
      <w:r>
        <w:rPr/>
        <w:t>abrazo de fantasma: podía casi ver sus dedos moviéndose sobre los</w:t>
      </w:r>
      <w:r>
        <w:rPr/>
        <w:t xml:space="preserve"> </w:t>
      </w:r>
      <w:r>
        <w:rPr/>
        <w:t>controles, podía casi escuchar su respiración entrecortada mientras</w:t>
      </w:r>
      <w:r>
        <w:rPr/>
        <w:t xml:space="preserve"> </w:t>
      </w:r>
      <w:r>
        <w:rPr/>
        <w:t>componía la pieza que lo consumiría.</w:t>
      </w:r>
    </w:p>
    <w:p>
      <w:pPr>
        <w:pStyle w:val="BodyText"/>
      </w:pPr>
      <w:r>
        <w:rPr/>
        <w:t>«Él nunca quiso destruir nada», susurró Mar, abriendo los ojos con</w:t>
      </w:r>
      <w:r>
        <w:rPr/>
        <w:t xml:space="preserve"> </w:t>
      </w:r>
      <w:r>
        <w:rPr/>
        <w:t>lágrimas que brillaban bajo las luces de emergencia que Markus había</w:t>
      </w:r>
      <w:r>
        <w:rPr/>
        <w:t xml:space="preserve"> </w:t>
      </w:r>
      <w:r>
        <w:rPr/>
        <w:t>activado. «Solo quería… Capturar lo incapturable. Grabar lo efímero.</w:t>
      </w:r>
      <w:r>
        <w:rPr/>
        <w:t xml:space="preserve"> </w:t>
      </w:r>
      <w:r>
        <w:rPr/>
        <w:t>Hacer permanente el momento perfecto.»</w:t>
      </w:r>
    </w:p>
    <w:p>
      <w:pPr>
        <w:pStyle w:val="BodyText"/>
      </w:pPr>
      <w:r>
        <w:rPr/>
        <w:t>«Y se convirtió él mismo en ese momento», completó Markus, acercándose a</w:t>
      </w:r>
      <w:r>
        <w:rPr/>
        <w:t xml:space="preserve"> </w:t>
      </w:r>
      <w:r>
        <w:rPr/>
        <w:t>la consola con reverencia de quien visita un altar. «Atrapado en su</w:t>
      </w:r>
      <w:r>
        <w:rPr/>
        <w:t xml:space="preserve"> </w:t>
      </w:r>
      <w:r>
        <w:rPr/>
        <w:t>propia grabación. Eternamente reproduciendo su último acorde.»</w:t>
      </w:r>
    </w:p>
    <w:p>
      <w:pPr>
        <w:pStyle w:val="BodyText"/>
      </w:pPr>
      <w:r>
        <w:rPr/>
        <w:t>Lena comenzó a montar su equipo portátil, conectando ordenadores</w:t>
      </w:r>
      <w:r>
        <w:rPr/>
        <w:t xml:space="preserve"> </w:t>
      </w:r>
      <w:r>
        <w:rPr/>
        <w:t>portátiles y generadores de energía autónomos que no dejarían rastro en</w:t>
      </w:r>
      <w:r>
        <w:rPr/>
        <w:t xml:space="preserve"> </w:t>
      </w:r>
      <w:r>
        <w:rPr/>
        <w:t>las redes eléctricas de la ciudad. «El Proyecto Silencio desplegará su</w:t>
      </w:r>
      <w:r>
        <w:rPr/>
        <w:t xml:space="preserve"> </w:t>
      </w:r>
      <w:r>
        <w:rPr/>
        <w:t>arma pronto», dijo con la urgencia de quien conoce intimamente los</w:t>
      </w:r>
      <w:r>
        <w:rPr/>
        <w:t xml:space="preserve"> </w:t>
      </w:r>
      <w:r>
        <w:rPr/>
        <w:t>plazos del enemigo. «Hemos seguido sus comunicaciones. No podemos</w:t>
      </w:r>
      <w:r>
        <w:rPr/>
        <w:t xml:space="preserve"> </w:t>
      </w:r>
      <w:r>
        <w:rPr/>
        <w:t>detenerlos, pero podemos hacer algo mejor.»</w:t>
      </w:r>
    </w:p>
    <w:p>
      <w:pPr>
        <w:pStyle w:val="BodyText"/>
      </w:pPr>
      <w:r>
        <w:rPr/>
        <w:t>Mar asintió, su plan cristalizándose con la claridad de una nota pura.</w:t>
      </w:r>
      <w:r>
        <w:rPr/>
        <w:t xml:space="preserve"> </w:t>
      </w:r>
      <w:r>
        <w:rPr/>
        <w:t>«Un contra-concierto. Ellos enviarán caos diseñado para fracturar</w:t>
      </w:r>
      <w:r>
        <w:rPr/>
        <w:t xml:space="preserve"> </w:t>
      </w:r>
      <w:r>
        <w:rPr/>
        <w:t>mentes. Nosotros responderemos con una frecuencia diseñada para sanar.</w:t>
      </w:r>
      <w:r>
        <w:rPr/>
        <w:t xml:space="preserve"> </w:t>
      </w:r>
      <w:r>
        <w:rPr/>
        <w:t>No es una batalla. Es un diálogo. Y vamos a enseñarles a escuchar.»</w:t>
      </w:r>
    </w:p>
    <w:p>
      <w:pPr>
        <w:pStyle w:val="BodyText"/>
      </w:pPr>
      <w:r>
        <w:rPr/>
        <w:t>Se volvió hacia su equipo, cada uno representando un elemento esencial</w:t>
      </w:r>
      <w:r>
        <w:rPr/>
        <w:t xml:space="preserve"> </w:t>
      </w:r>
      <w:r>
        <w:rPr/>
        <w:t>de la sinfonía que estaba a punto de componer.</w:t>
      </w:r>
    </w:p>
    <w:p>
      <w:pPr>
        <w:pStyle w:val="BodyText"/>
      </w:pPr>
      <w:r>
        <w:rPr/>
        <w:t>«Lena, prepara la secuencia de activación interceptada. Les enviaremos</w:t>
      </w:r>
      <w:r>
        <w:rPr/>
        <w:t xml:space="preserve"> </w:t>
      </w:r>
      <w:r>
        <w:rPr/>
        <w:t>una respuesta directa a través de sus propios canales. No un ataque. Una</w:t>
      </w:r>
      <w:r>
        <w:rPr/>
        <w:t xml:space="preserve"> </w:t>
      </w:r>
      <w:r>
        <w:rPr/>
        <w:t>invitación.»</w:t>
      </w:r>
    </w:p>
    <w:p>
      <w:pPr>
        <w:pStyle w:val="BodyText"/>
      </w:pPr>
      <w:r>
        <w:rPr/>
        <w:t>«Markus, devuelve este lugar a la vida. Necesito cada componente</w:t>
      </w:r>
      <w:r>
        <w:rPr/>
        <w:t xml:space="preserve"> </w:t>
      </w:r>
      <w:r>
        <w:rPr/>
        <w:t>analógico de ILIBERIS funcionando. Sus osciladores, sus filtros, sus</w:t>
      </w:r>
      <w:r>
        <w:rPr/>
        <w:t xml:space="preserve"> </w:t>
      </w:r>
      <w:r>
        <w:rPr/>
        <w:t>delay units. Necesitamos su voz, la textura única que solo estas</w:t>
      </w:r>
      <w:r>
        <w:rPr/>
        <w:t xml:space="preserve"> </w:t>
      </w:r>
      <w:r>
        <w:rPr/>
        <w:t>máquinas específicas pueden generar. La memoria está en los circuitos.»</w:t>
      </w:r>
    </w:p>
    <w:p>
      <w:pPr>
        <w:pStyle w:val="BodyText"/>
      </w:pPr>
      <w:r>
        <w:rPr/>
        <w:t>«Vasco, serás mis oídos en el caos. Cuando respondan con su arma,</w:t>
      </w:r>
      <w:r>
        <w:rPr/>
        <w:t xml:space="preserve"> </w:t>
      </w:r>
      <w:r>
        <w:rPr/>
        <w:t>necesito que aísles su frecuencia fundamental. En cada ruido hay un</w:t>
      </w:r>
      <w:r>
        <w:rPr/>
        <w:t xml:space="preserve"> </w:t>
      </w:r>
      <w:r>
        <w:rPr/>
        <w:t>patrón. En cada caos hay una nota base. Encuéntrala.»</w:t>
      </w:r>
    </w:p>
    <w:p>
      <w:pPr>
        <w:pStyle w:val="BodyText"/>
      </w:pPr>
      <w:r>
        <w:rPr/>
        <w:t>Mientras ellos se movían a sus posiciones, Mar se dirigió hacia la silla</w:t>
      </w:r>
      <w:r>
        <w:rPr/>
        <w:t xml:space="preserve"> </w:t>
      </w:r>
      <w:r>
        <w:rPr/>
        <w:t>donde ILIBERIS se había sentado la última noche de su existencia física.</w:t>
      </w:r>
      <w:r>
        <w:rPr/>
        <w:t xml:space="preserve"> </w:t>
      </w:r>
      <w:r>
        <w:rPr/>
        <w:t>La silla que se había convertido en un trono maldito, en un asiento de</w:t>
      </w:r>
      <w:r>
        <w:rPr/>
        <w:t xml:space="preserve"> </w:t>
      </w:r>
      <w:r>
        <w:rPr/>
        <w:t>poder y pérdida.</w:t>
      </w:r>
    </w:p>
    <w:p>
      <w:pPr>
        <w:pStyle w:val="BodyText"/>
      </w:pPr>
      <w:r>
        <w:rPr/>
        <w:t>Se sentó lentamente, sintiendo el peso de todos los que habían venido</w:t>
      </w:r>
      <w:r>
        <w:rPr/>
        <w:t xml:space="preserve"> </w:t>
      </w:r>
      <w:r>
        <w:rPr/>
        <w:t>antes: Arnaldo en Montségur, Anna Maria en los Alpes, ILIBERIS en este</w:t>
      </w:r>
      <w:r>
        <w:rPr/>
        <w:t xml:space="preserve"> </w:t>
      </w:r>
      <w:r>
        <w:rPr/>
        <w:t>mismo lugar. Custodios que habían intentado controlar lo incontrolable,</w:t>
      </w:r>
      <w:r>
        <w:rPr/>
        <w:t xml:space="preserve"> </w:t>
      </w:r>
      <w:r>
        <w:rPr/>
        <w:t>poseer lo eterno, capturar lo que por definición debe fluir libre.</w:t>
      </w:r>
    </w:p>
    <w:p>
      <w:pPr>
        <w:pStyle w:val="BodyText"/>
      </w:pPr>
      <w:r>
        <w:rPr/>
        <w:t>Pero ella no repetiría sus errores.</w:t>
      </w:r>
    </w:p>
    <w:p>
      <w:pPr>
        <w:pStyle w:val="BodyText"/>
      </w:pPr>
      <w:r>
        <w:rPr/>
        <w:t>Se conectaría al Eco, sí. Lo usaría como instrumento planetario, sí.</w:t>
      </w:r>
      <w:r>
        <w:rPr/>
        <w:t xml:space="preserve"> </w:t>
      </w:r>
      <w:r>
        <w:rPr/>
        <w:t>Pero no para poseerlo. Para liberarlo de la herida que lo había</w:t>
      </w:r>
      <w:r>
        <w:rPr/>
        <w:t xml:space="preserve"> </w:t>
      </w:r>
      <w:r>
        <w:rPr/>
        <w:t>atormentado durante ochocientos años.</w:t>
      </w:r>
    </w:p>
    <w:p>
      <w:pPr>
        <w:pStyle w:val="BodyText"/>
      </w:pPr>
      <w:r>
        <w:rPr/>
        <w:t>«Estoy lista», anunció Mar, su voz firme como piedra pero suave como</w:t>
      </w:r>
      <w:r>
        <w:rPr/>
        <w:t xml:space="preserve"> </w:t>
      </w:r>
      <w:r>
        <w:rPr/>
        <w:t>agua. «Traigan la tormenta. Les mostraremos cómo convertir la tormenta</w:t>
      </w:r>
      <w:r>
        <w:rPr/>
        <w:t xml:space="preserve"> </w:t>
      </w:r>
      <w:r>
        <w:rPr/>
        <w:t>en lluvia que nutre.»</w:t>
      </w:r>
    </w:p>
    <w:p>
      <w:pPr>
        <w:pStyle w:val="BodyText"/>
      </w:pPr>
      <w:r>
        <w:rPr/>
        <w:t>El Teatro de la Memoria estaba preparado para su última función.</w:t>
      </w:r>
    </w:p>
    <w:p>
      <w:pPr>
        <w:pStyle w:val="BodyText"/>
      </w:pPr>
      <w:r>
        <w:rPr/>
        <w:t>El acto final estaba a punto de comenzar.</w:t>
      </w:r>
    </w:p>
    <w:p>
      <w:pPr>
        <w:pStyle w:val="Heading1"/>
      </w:pPr>
      <w:r>
        <w:rPr/>
        <w:t>CAPÍTULO 66. LA SINFONÍA DEL CAOS</w:t>
      </w:r>
    </w:p>
    <w:p>
      <w:pPr/>
      <w:r>
        <w:rPr/>
        <w:t>La noche berlinesa era una herida de neón y asfalto húmedo. Afuera, la</w:t>
      </w:r>
      <w:r>
        <w:rPr/>
        <w:t xml:space="preserve"> </w:t>
      </w:r>
      <w:r>
        <w:rPr/>
        <w:t>ciudad pulsaba con su ritmo incesante de taxis, tranvías nocturnos y</w:t>
      </w:r>
      <w:r>
        <w:rPr/>
        <w:t xml:space="preserve"> </w:t>
      </w:r>
      <w:r>
        <w:rPr/>
        <w:t>grupos de jóvenes que buscaban los clubes subterráneos donde la música</w:t>
      </w:r>
      <w:r>
        <w:rPr/>
        <w:t xml:space="preserve"> </w:t>
      </w:r>
      <w:r>
        <w:rPr/>
        <w:t>nunca terminaba. Pero en el Estudio 4, el tiempo había curvado sobre sí</w:t>
      </w:r>
      <w:r>
        <w:rPr/>
        <w:t xml:space="preserve"> </w:t>
      </w:r>
      <w:r>
        <w:rPr/>
        <w:t>mismo, creando un bucle donde pasado y presente existían</w:t>
      </w:r>
      <w:r>
        <w:rPr/>
        <w:t xml:space="preserve"> </w:t>
      </w:r>
      <w:r>
        <w:rPr/>
        <w:t>simultáneamente.</w:t>
      </w:r>
    </w:p>
    <w:p>
      <w:pPr>
        <w:pStyle w:val="BodyText"/>
      </w:pPr>
      <w:r>
        <w:rPr/>
        <w:t>El aire zumbaba con la energía de maquinaria analógica resucitada</w:t>
      </w:r>
      <w:r>
        <w:rPr/>
        <w:t xml:space="preserve"> </w:t>
      </w:r>
      <w:r>
        <w:rPr/>
        <w:t>después de veinticinco años de sueño. Los sintetizadores de ILIBERIS</w:t>
      </w:r>
      <w:r>
        <w:rPr/>
        <w:t xml:space="preserve"> </w:t>
      </w:r>
      <w:r>
        <w:rPr/>
        <w:t>parpadeaban como memorias fantasmales despertando: LEDs que titilaban</w:t>
      </w:r>
      <w:r>
        <w:rPr/>
        <w:t xml:space="preserve"> </w:t>
      </w:r>
      <w:r>
        <w:rPr/>
        <w:t>con patrones que ningún manual de ingeniería podía explicar,</w:t>
      </w:r>
      <w:r>
        <w:rPr/>
        <w:t xml:space="preserve"> </w:t>
      </w:r>
      <w:r>
        <w:rPr/>
        <w:t>potenciómetros que giraban milímetros por su cuenta como si manos</w:t>
      </w:r>
      <w:r>
        <w:rPr/>
        <w:t xml:space="preserve"> </w:t>
      </w:r>
      <w:r>
        <w:rPr/>
        <w:t>invisibles los ajustaran, cables que vibraban con corriente y algo más,</w:t>
      </w:r>
      <w:r>
        <w:rPr/>
        <w:t xml:space="preserve"> </w:t>
      </w:r>
      <w:r>
        <w:rPr/>
        <w:t>algo que trascendía la mera electricidad.</w:t>
      </w:r>
    </w:p>
    <w:p>
      <w:pPr>
        <w:pStyle w:val="BodyText"/>
      </w:pPr>
      <w:r>
        <w:rPr/>
        <w:t>Markus había realizado un milagro de ingeniería y arqueología sónica.</w:t>
      </w:r>
      <w:r>
        <w:rPr/>
        <w:t xml:space="preserve"> </w:t>
      </w:r>
      <w:r>
        <w:rPr/>
        <w:t>Cada conexión restaurada, cada circuito reactivado, cada calibración</w:t>
      </w:r>
      <w:r>
        <w:rPr/>
        <w:t xml:space="preserve"> </w:t>
      </w:r>
      <w:r>
        <w:rPr/>
        <w:t>perfecta. El Moog respiraba de nuevo. El Studer giraba sus carretes</w:t>
      </w:r>
      <w:r>
        <w:rPr/>
        <w:t xml:space="preserve"> </w:t>
      </w:r>
      <w:r>
        <w:rPr/>
        <w:t>vacíos con un siseo cálido que llenaba los silencios. La mesa Soundcraft</w:t>
      </w:r>
      <w:r>
        <w:rPr/>
        <w:t xml:space="preserve"> </w:t>
      </w:r>
      <w:r>
        <w:rPr/>
        <w:t>brillaba con una constelación de indicadores que parecían estrellas</w:t>
      </w:r>
      <w:r>
        <w:rPr/>
        <w:t xml:space="preserve"> </w:t>
      </w:r>
      <w:r>
        <w:rPr/>
        <w:t>navegando la oscuridad.</w:t>
      </w:r>
    </w:p>
    <w:p>
      <w:pPr>
        <w:pStyle w:val="BodyText"/>
      </w:pPr>
      <w:r>
        <w:rPr/>
        <w:t>«Chrysalis busca un fantasma», murmuró Lena desde su portátil, sus dedos</w:t>
      </w:r>
      <w:r>
        <w:rPr/>
        <w:t xml:space="preserve"> </w:t>
      </w:r>
      <w:r>
        <w:rPr/>
        <w:t>danzando sobre el teclado con la velocidad de quien maneja múltiples</w:t>
      </w:r>
      <w:r>
        <w:rPr/>
        <w:t xml:space="preserve"> </w:t>
      </w:r>
      <w:r>
        <w:rPr/>
        <w:t>realidades simultáneas. Su rostro estaba iluminado por el resplandor</w:t>
      </w:r>
      <w:r>
        <w:rPr/>
        <w:t xml:space="preserve"> </w:t>
      </w:r>
      <w:r>
        <w:rPr/>
        <w:t>azul de ocho pantallas diferentes, cada una mostrando fragmentos del</w:t>
      </w:r>
      <w:r>
        <w:rPr/>
        <w:t xml:space="preserve"> </w:t>
      </w:r>
      <w:r>
        <w:rPr/>
        <w:t>imperio digital del Proyecto Silencio. «Van a desplegar su arma en</w:t>
      </w:r>
      <w:r>
        <w:rPr/>
        <w:t xml:space="preserve"> </w:t>
      </w:r>
      <w:r>
        <w:rPr/>
        <w:t>Siberia donde creen que me escondo. Les he dado el cebo perfecto:</w:t>
      </w:r>
      <w:r>
        <w:rPr/>
        <w:t xml:space="preserve"> </w:t>
      </w:r>
      <w:r>
        <w:rPr/>
        <w:t>señales falsas, rastros digitales, incluso una transmisión de video</w:t>
      </w:r>
      <w:r>
        <w:rPr/>
        <w:t xml:space="preserve"> </w:t>
      </w:r>
      <w:r>
        <w:rPr/>
        <w:t>generada por IA que los tiene convencidos de que estoy en un búnker</w:t>
      </w:r>
      <w:r>
        <w:rPr/>
        <w:t xml:space="preserve"> </w:t>
      </w:r>
      <w:r>
        <w:rPr/>
        <w:t>abandonado de la Guerra Fría. Tenemos quizás tres horas para nuestro</w:t>
      </w:r>
      <w:r>
        <w:rPr/>
        <w:t xml:space="preserve"> </w:t>
      </w:r>
      <w:r>
        <w:rPr/>
        <w:t>contra-concierto antes de que descubran el engaño.»</w:t>
      </w:r>
    </w:p>
    <w:p>
      <w:pPr>
        <w:pStyle w:val="BodyText"/>
      </w:pPr>
      <w:r>
        <w:rPr/>
        <w:t>El plan era demencial en su audacia: usar la secuencia de activación</w:t>
      </w:r>
      <w:r>
        <w:rPr/>
        <w:t xml:space="preserve"> </w:t>
      </w:r>
      <w:r>
        <w:rPr/>
        <w:t>robada para 'llamar' al emisor de caos, como un cazador que imita el</w:t>
      </w:r>
      <w:r>
        <w:rPr/>
        <w:t xml:space="preserve"> </w:t>
      </w:r>
      <w:r>
        <w:rPr/>
        <w:t>sonido de su presa. Pero en lugar de enfrentarlo, iban a invitar esa</w:t>
      </w:r>
      <w:r>
        <w:rPr/>
        <w:t xml:space="preserve"> </w:t>
      </w:r>
      <w:r>
        <w:rPr/>
        <w:t>energía destructiva directamente al Estudio 4, a la trampa más perfecta</w:t>
      </w:r>
      <w:r>
        <w:rPr/>
        <w:t xml:space="preserve"> </w:t>
      </w:r>
      <w:r>
        <w:rPr/>
        <w:t>jamás diseñada: un espacio que ya había consumido a un genio y</w:t>
      </w:r>
      <w:r>
        <w:rPr/>
        <w:t xml:space="preserve"> </w:t>
      </w:r>
      <w:r>
        <w:rPr/>
        <w:t>transformado su esencia en pura vibración.</w:t>
      </w:r>
    </w:p>
    <w:p>
      <w:pPr>
        <w:pStyle w:val="BodyText"/>
      </w:pPr>
      <w:r>
        <w:rPr/>
        <w:t>Iban a alimentar al monstruo con su propia historia.</w:t>
      </w:r>
    </w:p>
    <w:p>
      <w:pPr>
        <w:pStyle w:val="BodyText"/>
      </w:pPr>
      <w:r>
        <w:rPr/>
        <w:t>«Markus, necesito ruido blanco analógico puro», ordenó Lena con la</w:t>
      </w:r>
      <w:r>
        <w:rPr/>
        <w:t xml:space="preserve"> </w:t>
      </w:r>
      <w:r>
        <w:rPr/>
        <w:t>precisión de un director de orquesta que conoce cada instrumento de su</w:t>
      </w:r>
      <w:r>
        <w:rPr/>
        <w:t xml:space="preserve"> </w:t>
      </w:r>
      <w:r>
        <w:rPr/>
        <w:t>ensemble. «Nada digital. Nada procesado. El siseo puro de la cinta</w:t>
      </w:r>
      <w:r>
        <w:rPr/>
        <w:t xml:space="preserve"> </w:t>
      </w:r>
      <w:r>
        <w:rPr/>
        <w:t>magnética corriendo a través de cabezales antiguos.»</w:t>
      </w:r>
    </w:p>
    <w:p>
      <w:pPr>
        <w:pStyle w:val="BodyText"/>
      </w:pPr>
      <w:r>
        <w:rPr/>
        <w:t>Markus activó la grabadora Studer A80, sus manos acariciando los</w:t>
      </w:r>
      <w:r>
        <w:rPr/>
        <w:t xml:space="preserve"> </w:t>
      </w:r>
      <w:r>
        <w:rPr/>
        <w:t>controles con el amor de quien reencuentra a un amigo perdido. El siseo</w:t>
      </w:r>
      <w:r>
        <w:rPr/>
        <w:t xml:space="preserve"> </w:t>
      </w:r>
      <w:r>
        <w:rPr/>
        <w:t>cálido y orgánico llenó la sala como una bendición, como el sonido del</w:t>
      </w:r>
      <w:r>
        <w:rPr/>
        <w:t xml:space="preserve"> </w:t>
      </w:r>
      <w:r>
        <w:rPr/>
        <w:t>universo mismo respirando. Era el lienzo perfecto para la batalla sónica</w:t>
      </w:r>
      <w:r>
        <w:rPr/>
        <w:t xml:space="preserve"> </w:t>
      </w:r>
      <w:r>
        <w:rPr/>
        <w:t>que se avecinaba: ningún píxel digital, ninguna muestra cuantizada, solo</w:t>
      </w:r>
      <w:r>
        <w:rPr/>
        <w:t xml:space="preserve"> </w:t>
      </w:r>
      <w:r>
        <w:rPr/>
        <w:t>el caos análogo y hermoso de electrones moviéndose a través de circuitos</w:t>
      </w:r>
      <w:r>
        <w:rPr/>
        <w:t xml:space="preserve"> </w:t>
      </w:r>
      <w:r>
        <w:rPr/>
        <w:t>que recordaban cómo ser instrumentos antes de convertirse en</w:t>
      </w:r>
      <w:r>
        <w:rPr/>
        <w:t xml:space="preserve"> </w:t>
      </w:r>
      <w:r>
        <w:rPr/>
        <w:t>herramientas.</w:t>
      </w:r>
    </w:p>
    <w:p>
      <w:pPr>
        <w:pStyle w:val="BodyText"/>
      </w:pPr>
      <w:r>
        <w:rPr/>
        <w:t>«Vasco, cuando entre la frecuencia del arma será caos puro», advirtió</w:t>
      </w:r>
      <w:r>
        <w:rPr/>
        <w:t xml:space="preserve"> </w:t>
      </w:r>
      <w:r>
        <w:rPr/>
        <w:t>Mar, su voz calmada por una certeza que trascendía la confianza</w:t>
      </w:r>
      <w:r>
        <w:rPr/>
        <w:t xml:space="preserve"> </w:t>
      </w:r>
      <w:r>
        <w:rPr/>
        <w:t>racional. «Un muro de ruido diseñado específicamente para desmantelar la</w:t>
      </w:r>
      <w:r>
        <w:rPr/>
        <w:t xml:space="preserve"> </w:t>
      </w:r>
      <w:r>
        <w:rPr/>
        <w:t>arquitectura de la consciencia humana. Pero dentro de ese caos,</w:t>
      </w:r>
      <w:r>
        <w:rPr/>
        <w:t xml:space="preserve"> </w:t>
      </w:r>
      <w:r>
        <w:rPr/>
        <w:t>escondida en las profundidades de su diseño, hay una lógica. Una nota</w:t>
      </w:r>
      <w:r>
        <w:rPr/>
        <w:t xml:space="preserve"> </w:t>
      </w:r>
      <w:r>
        <w:rPr/>
        <w:t>fundamental sobre la cual construyeron su sinfonía de destrucción.</w:t>
      </w:r>
      <w:r>
        <w:rPr/>
        <w:t xml:space="preserve"> </w:t>
      </w:r>
      <w:r>
        <w:rPr/>
        <w:t>Aíslala. Muéstramela. Sin ella no puedo componer el contrapunto.»</w:t>
      </w:r>
    </w:p>
    <w:p>
      <w:pPr>
        <w:pStyle w:val="BodyText"/>
      </w:pPr>
      <w:r>
        <w:rPr/>
        <w:t>Vasco preparó su equipo de análisis espectral, verificando cada conexión</w:t>
      </w:r>
      <w:r>
        <w:rPr/>
        <w:t xml:space="preserve"> </w:t>
      </w:r>
      <w:r>
        <w:rPr/>
        <w:t>tres veces. Su corazón latía acelerado, no de miedo sino de anticipación</w:t>
      </w:r>
      <w:r>
        <w:rPr/>
        <w:t xml:space="preserve"> </w:t>
      </w:r>
      <w:r>
        <w:rPr/>
        <w:t>científica. Estaba a punto de presenciar y documentar algo que ningún</w:t>
      </w:r>
      <w:r>
        <w:rPr/>
        <w:t xml:space="preserve"> </w:t>
      </w:r>
      <w:r>
        <w:rPr/>
        <w:t>instrumento había medido jamás: la colisión entre una frecuencia</w:t>
      </w:r>
      <w:r>
        <w:rPr/>
        <w:t xml:space="preserve"> </w:t>
      </w:r>
      <w:r>
        <w:rPr/>
        <w:t>diseñada para destruir y una consciencia entrenada para sanar.</w:t>
      </w:r>
    </w:p>
    <w:p>
      <w:pPr>
        <w:pStyle w:val="BodyText"/>
      </w:pPr>
      <w:r>
        <w:rPr/>
        <w:t>Mar se sentó en la silla de ILIBERIS, sintiendo cómo sus contornos se</w:t>
      </w:r>
      <w:r>
        <w:rPr/>
        <w:t xml:space="preserve"> </w:t>
      </w:r>
      <w:r>
        <w:rPr/>
        <w:t>ajustaban a su cuerpo como si hubieran estado esperándola toda la vida.</w:t>
      </w:r>
      <w:r>
        <w:rPr/>
        <w:t xml:space="preserve"> </w:t>
      </w:r>
      <w:r>
        <w:rPr/>
        <w:t>Cerró los ojos y comenzó el proceso de conexión que había perfeccionado</w:t>
      </w:r>
      <w:r>
        <w:rPr/>
        <w:t xml:space="preserve"> </w:t>
      </w:r>
      <w:r>
        <w:rPr/>
        <w:t>a través de años de práctica: respiración ralentizada, consciencia</w:t>
      </w:r>
      <w:r>
        <w:rPr/>
        <w:t xml:space="preserve"> </w:t>
      </w:r>
      <w:r>
        <w:rPr/>
        <w:t>expandida, fronteras del yo disueltas hasta que no había diferencia</w:t>
      </w:r>
      <w:r>
        <w:rPr/>
        <w:t xml:space="preserve"> </w:t>
      </w:r>
      <w:r>
        <w:rPr/>
        <w:t>entre ella y la vibración fundamental del universo.</w:t>
      </w:r>
    </w:p>
    <w:p>
      <w:pPr>
        <w:pStyle w:val="BodyText"/>
      </w:pPr>
      <w:r>
        <w:rPr/>
        <w:t>Podía sentir el Eco global pulsando a su alrededor como un segundo</w:t>
      </w:r>
      <w:r>
        <w:rPr/>
        <w:t xml:space="preserve"> </w:t>
      </w:r>
      <w:r>
        <w:rPr/>
        <w:t>corazón, podía escuchar la sinfonía incompleta de mil millones de voces</w:t>
      </w:r>
      <w:r>
        <w:rPr/>
        <w:t xml:space="preserve"> </w:t>
      </w:r>
      <w:r>
        <w:rPr/>
        <w:t>humanas buscando armonía, podía percibir la herida de Montségur como una</w:t>
      </w:r>
      <w:r>
        <w:rPr/>
        <w:t xml:space="preserve"> </w:t>
      </w:r>
      <w:r>
        <w:rPr/>
        <w:t>cicatriz brillante en el tejido del espacio-tiempo acústico.</w:t>
      </w:r>
    </w:p>
    <w:p>
      <w:pPr>
        <w:pStyle w:val="BodyText"/>
      </w:pPr>
      <w:r>
        <w:rPr/>
        <w:t>«Estoy lista», declaró con voz que parecía venir de muy lejos o de muy</w:t>
      </w:r>
      <w:r>
        <w:rPr/>
        <w:t xml:space="preserve"> </w:t>
      </w:r>
      <w:r>
        <w:rPr/>
        <w:t>dentro. «Traigan la tormenta.»</w:t>
      </w:r>
    </w:p>
    <w:p>
      <w:pPr>
        <w:pStyle w:val="BodyText"/>
      </w:pPr>
      <w:r>
        <w:rPr/>
        <w:t>Lena tecleó la secuencia final. «Enviando invitación al emisor de caos»,</w:t>
      </w:r>
      <w:r>
        <w:rPr/>
        <w:t xml:space="preserve"> </w:t>
      </w:r>
      <w:r>
        <w:rPr/>
        <w:t>murmuró, casi como una oración. «Que los dioses de la frecuencia nos</w:t>
      </w:r>
      <w:r>
        <w:rPr/>
        <w:t xml:space="preserve"> </w:t>
      </w:r>
      <w:r>
        <w:rPr/>
        <w:t>protejan de lo que estamos a punto de invocar.»</w:t>
      </w:r>
    </w:p>
    <w:p>
      <w:pPr>
        <w:pStyle w:val="BodyText"/>
      </w:pPr>
      <w:r>
        <w:rPr/>
        <w:t>Durante treinta segundos que parecieron treinta años, solo existió el</w:t>
      </w:r>
      <w:r>
        <w:rPr/>
        <w:t xml:space="preserve"> </w:t>
      </w:r>
      <w:r>
        <w:rPr/>
        <w:t>siseo de la cinta Studer, el respirar colectivo del equipo, el latido</w:t>
      </w:r>
      <w:r>
        <w:rPr/>
        <w:t xml:space="preserve"> </w:t>
      </w:r>
      <w:r>
        <w:rPr/>
        <w:t>síncronizado de cuatro corazones humanos esperando el inicio del fin.</w:t>
      </w:r>
    </w:p>
    <w:p>
      <w:pPr>
        <w:pStyle w:val="BodyText"/>
      </w:pPr>
      <w:r>
        <w:rPr/>
        <w:t>Entonces llegó.</w:t>
      </w:r>
    </w:p>
    <w:p>
      <w:pPr>
        <w:pStyle w:val="BodyText"/>
      </w:pPr>
      <w:r>
        <w:rPr/>
        <w:t>No fue sonido en el sentido convencional. Fue invasión, violación,</w:t>
      </w:r>
      <w:r>
        <w:rPr/>
        <w:t xml:space="preserve"> </w:t>
      </w:r>
      <w:r>
        <w:rPr/>
        <w:t>asalto psíquico concentrado.</w:t>
      </w:r>
    </w:p>
    <w:p>
      <w:pPr>
        <w:pStyle w:val="BodyText"/>
      </w:pPr>
      <w:r>
        <w:rPr/>
        <w:t>Una presión oceánica inundó la sala como si las paredes hubieran</w:t>
      </w:r>
      <w:r>
        <w:rPr/>
        <w:t xml:space="preserve"> </w:t>
      </w:r>
      <w:r>
        <w:rPr/>
        <w:t>desaparecido y en su lugar quedara solo el vacío aplastante del espacio</w:t>
      </w:r>
      <w:r>
        <w:rPr/>
        <w:t xml:space="preserve"> </w:t>
      </w:r>
      <w:r>
        <w:rPr/>
        <w:t>profundo. Un zumbido nauseabundo diseñado por mentes brillantes</w:t>
      </w:r>
      <w:r>
        <w:rPr/>
        <w:t xml:space="preserve"> </w:t>
      </w:r>
      <w:r>
        <w:rPr/>
        <w:t>específicamente para desmontar otras mentes, frecuencia tras frecuencia,</w:t>
      </w:r>
      <w:r>
        <w:rPr/>
        <w:t xml:space="preserve"> </w:t>
      </w:r>
      <w:r>
        <w:rPr/>
        <w:t>neurona tras neurona. En el espectrograma de Vasco, el ruido aparecía</w:t>
      </w:r>
      <w:r>
        <w:rPr/>
        <w:t xml:space="preserve"> </w:t>
      </w:r>
      <w:r>
        <w:rPr/>
        <w:t>como un muro sólido sin estructura aparente, un bloque monolítico de</w:t>
      </w:r>
      <w:r>
        <w:rPr/>
        <w:t xml:space="preserve"> </w:t>
      </w:r>
      <w:r>
        <w:rPr/>
        <w:t>caos que negaba la posibilidad misma del orden.</w:t>
      </w:r>
    </w:p>
    <w:p>
      <w:pPr>
        <w:pStyle w:val="BodyText"/>
      </w:pPr>
      <w:r>
        <w:rPr/>
        <w:t>Su estómago retorcerse, sus pensamientos fracturándose en fragmentos</w:t>
      </w:r>
      <w:r>
        <w:rPr/>
        <w:t xml:space="preserve"> </w:t>
      </w:r>
      <w:r>
        <w:rPr/>
        <w:t>inconexos. Lena cerró los ojos con fuerza, sus manos temblando sobre el</w:t>
      </w:r>
      <w:r>
        <w:rPr/>
        <w:t xml:space="preserve"> </w:t>
      </w:r>
      <w:r>
        <w:rPr/>
        <w:t>teclado mientras cada célula de su cuerpo pedía a gritos escapar de ese</w:t>
      </w:r>
      <w:r>
        <w:rPr/>
        <w:t xml:space="preserve"> </w:t>
      </w:r>
      <w:r>
        <w:rPr/>
        <w:t>lugar maldito.</w:t>
      </w:r>
    </w:p>
    <w:p>
      <w:pPr>
        <w:pStyle w:val="BodyText"/>
      </w:pPr>
      <w:r>
        <w:rPr/>
        <w:t>Era el caos del Proyecto Silencio, concentrado y amplificado, forzado a</w:t>
      </w:r>
      <w:r>
        <w:rPr/>
        <w:t xml:space="preserve"> </w:t>
      </w:r>
      <w:r>
        <w:rPr/>
        <w:t>través de los circuitos del Estudio 4.</w:t>
      </w:r>
    </w:p>
    <w:p>
      <w:pPr>
        <w:pStyle w:val="BodyText"/>
      </w:pPr>
      <w:r>
        <w:rPr/>
        <w:t>Vasco luchó contra las náuseas y mantuvo sus ojos fijos en las pantallas</w:t>
      </w:r>
      <w:r>
        <w:rPr/>
        <w:t xml:space="preserve"> </w:t>
      </w:r>
      <w:r>
        <w:rPr/>
        <w:t>de análisis. Números bailaban frenéticamente, ondas se superponían en</w:t>
      </w:r>
      <w:r>
        <w:rPr/>
        <w:t xml:space="preserve"> </w:t>
      </w:r>
      <w:r>
        <w:rPr/>
        <w:t>patrones que desafiaban toda lógica. Pero entonces, enterrada en las</w:t>
      </w:r>
      <w:r>
        <w:rPr/>
        <w:t xml:space="preserve"> </w:t>
      </w:r>
      <w:r>
        <w:rPr/>
        <w:t>profundidades de 40 Hz, apenas perceptible incluso para instrumentos</w:t>
      </w:r>
      <w:r>
        <w:rPr/>
        <w:t xml:space="preserve"> </w:t>
      </w:r>
      <w:r>
        <w:rPr/>
        <w:t>diseñados para lo imperceptible, encontró algo.</w:t>
      </w:r>
    </w:p>
    <w:p>
      <w:pPr>
        <w:pStyle w:val="BodyText"/>
      </w:pPr>
      <w:r>
        <w:rPr/>
        <w:t>«¡Patrón recurrente en sub-armónicos!», gritó por encima del rugido</w:t>
      </w:r>
      <w:r>
        <w:rPr/>
        <w:t xml:space="preserve"> </w:t>
      </w:r>
      <w:r>
        <w:rPr/>
        <w:t>sónico que llenaba cada rincón de la habitación. «¡Mi bemol,</w:t>
      </w:r>
      <w:r>
        <w:rPr/>
        <w:t xml:space="preserve"> </w:t>
      </w:r>
      <w:r>
        <w:rPr/>
        <w:t>extremadamente grave, fuera del espectro audible normal! ¡Es la</w:t>
      </w:r>
      <w:r>
        <w:rPr/>
        <w:t xml:space="preserve"> </w:t>
      </w:r>
      <w:r>
        <w:rPr/>
        <w:t>frecuencia portadora! ¡Todo el resto del caos se construye sobre esa</w:t>
      </w:r>
      <w:r>
        <w:rPr/>
        <w:t xml:space="preserve"> </w:t>
      </w:r>
      <w:r>
        <w:rPr/>
        <w:t>nota!»</w:t>
      </w:r>
    </w:p>
    <w:p>
      <w:pPr>
        <w:pStyle w:val="BodyText"/>
      </w:pPr>
      <w:r>
        <w:rPr/>
        <w:t>La nota fundamental. El corazón de la bestia. El error fatal en el</w:t>
      </w:r>
      <w:r>
        <w:rPr/>
        <w:t xml:space="preserve"> </w:t>
      </w:r>
      <w:r>
        <w:rPr/>
        <w:t>diseño del arma: los creadores habían asumido que nadie podría escuchar</w:t>
      </w:r>
      <w:r>
        <w:rPr/>
        <w:t xml:space="preserve"> </w:t>
      </w:r>
      <w:r>
        <w:rPr/>
        <w:t>tan profundo, que nadie tendría la sensibilidad necesaria para detectar</w:t>
      </w:r>
      <w:r>
        <w:rPr/>
        <w:t xml:space="preserve"> </w:t>
      </w:r>
      <w:r>
        <w:rPr/>
        <w:t>la columna vertebral sobre la cual habían construido su edificio de</w:t>
      </w:r>
      <w:r>
        <w:rPr/>
        <w:t xml:space="preserve"> </w:t>
      </w:r>
      <w:r>
        <w:rPr/>
        <w:t>destrucción.</w:t>
      </w:r>
    </w:p>
    <w:p>
      <w:pPr>
        <w:pStyle w:val="BodyText"/>
      </w:pPr>
      <w:r>
        <w:rPr/>
        <w:t>No habían contado con Mar.</w:t>
      </w:r>
    </w:p>
    <w:p>
      <w:pPr>
        <w:pStyle w:val="BodyText"/>
      </w:pPr>
      <w:r>
        <w:rPr/>
        <w:t>«Markus», susurró Mar con voz que cortaba a través del caos como luz a</w:t>
      </w:r>
      <w:r>
        <w:rPr/>
        <w:t xml:space="preserve"> </w:t>
      </w:r>
      <w:r>
        <w:rPr/>
        <w:t>través de niebla, «dame ese Mi bemol en el Moog. Profundo. Grave. Como</w:t>
      </w:r>
      <w:r>
        <w:rPr/>
        <w:t xml:space="preserve"> </w:t>
      </w:r>
      <w:r>
        <w:rPr/>
        <w:t>el latido de un corazón gigante. Como el pulso de la Tierra misma.»</w:t>
      </w:r>
    </w:p>
    <w:p>
      <w:pPr>
        <w:pStyle w:val="BodyText"/>
      </w:pPr>
      <w:r>
        <w:rPr/>
        <w:t>Con manos que temblaban por el esfuerzo de mantener la concentración,</w:t>
      </w:r>
      <w:r>
        <w:rPr/>
        <w:t xml:space="preserve"> </w:t>
      </w:r>
      <w:r>
        <w:rPr/>
        <w:t>Markus ajustó los osciladores del Moog. Una nota grave comenzó a pulsar</w:t>
      </w:r>
      <w:r>
        <w:rPr/>
        <w:t xml:space="preserve"> </w:t>
      </w:r>
      <w:r>
        <w:rPr/>
        <w:t>en la habitación, tan profunda que era más sensación física que sonido.</w:t>
      </w:r>
      <w:r>
        <w:rPr/>
        <w:t xml:space="preserve"> </w:t>
      </w:r>
      <w:r>
        <w:rPr/>
        <w:t>No luchaba contra el caos del emisor; le daba ritmo, estructura, un</w:t>
      </w:r>
      <w:r>
        <w:rPr/>
        <w:t xml:space="preserve"> </w:t>
      </w:r>
      <w:r>
        <w:rPr/>
        <w:t>andamio sobre el cual construir algo nuevo.</w:t>
      </w:r>
    </w:p>
    <w:p>
      <w:pPr>
        <w:pStyle w:val="BodyText"/>
      </w:pPr>
      <w:r>
        <w:rPr/>
        <w:t>El primer movimiento de La Sinfonía del Caos había comenzado.</w:t>
      </w:r>
    </w:p>
    <w:p>
      <w:pPr>
        <w:pStyle w:val="BodyText"/>
      </w:pPr>
      <w:r>
        <w:rPr/>
        <w:t>Mar no resistió la disonancia que la rodeaba. La estrategia de los</w:t>
      </w:r>
      <w:r>
        <w:rPr/>
        <w:t xml:space="preserve"> </w:t>
      </w:r>
      <w:r>
        <w:rPr/>
        <w:t>custodios anteriores había sido siempre luchar, contener, controlar.</w:t>
      </w:r>
      <w:r>
        <w:rPr/>
        <w:t xml:space="preserve"> </w:t>
      </w:r>
      <w:r>
        <w:rPr/>
        <w:t>Ella eligió el camino opuesto: rendirse. Dejó que el caos entrara en su</w:t>
      </w:r>
      <w:r>
        <w:rPr/>
        <w:t xml:space="preserve"> </w:t>
      </w:r>
      <w:r>
        <w:rPr/>
        <w:t>consciencia sin filtros ni defensas, permitió que cada frecuencia</w:t>
      </w:r>
      <w:r>
        <w:rPr/>
        <w:t xml:space="preserve"> </w:t>
      </w:r>
      <w:r>
        <w:rPr/>
        <w:t>destructiva la atravesara como rayos de luz atraviesan el cristal.</w:t>
      </w:r>
    </w:p>
    <w:p>
      <w:pPr>
        <w:pStyle w:val="BodyText"/>
      </w:pPr>
      <w:r>
        <w:rPr/>
        <w:t>Y en ese acto de rendición total, encontró el mapa secreto del caos.</w:t>
      </w:r>
    </w:p>
    <w:p>
      <w:pPr>
        <w:pStyle w:val="BodyText"/>
      </w:pPr>
      <w:r>
        <w:rPr/>
        <w:t>Porque todo caos, sin importar cuán complejo, es orden que aún no ha</w:t>
      </w:r>
      <w:r>
        <w:rPr/>
        <w:t xml:space="preserve"> </w:t>
      </w:r>
      <w:r>
        <w:rPr/>
        <w:t>sido comprendido. Cada disonancia es armonía esperando ser revelada.</w:t>
      </w:r>
      <w:r>
        <w:rPr/>
        <w:t xml:space="preserve"> </w:t>
      </w:r>
      <w:r>
        <w:rPr/>
        <w:t>Cada fractura es patrón buscando reconocimiento.</w:t>
      </w:r>
    </w:p>
    <w:p>
      <w:pPr>
        <w:pStyle w:val="BodyText"/>
      </w:pPr>
      <w:r>
        <w:rPr/>
        <w:t>Mar comenzó a cantar.</w:t>
      </w:r>
    </w:p>
    <w:p>
      <w:pPr>
        <w:pStyle w:val="BodyText"/>
      </w:pPr>
      <w:r>
        <w:rPr/>
        <w:t>No era una canción en el sentido tradicional. Era matemática convertida</w:t>
      </w:r>
      <w:r>
        <w:rPr/>
        <w:t xml:space="preserve"> </w:t>
      </w:r>
      <w:r>
        <w:rPr/>
        <w:t>en melodía, física cuántica expresada en voz humana, la arquitectura</w:t>
      </w:r>
      <w:r>
        <w:rPr/>
        <w:t xml:space="preserve"> </w:t>
      </w:r>
      <w:r>
        <w:rPr/>
        <w:t>invisible del universo hecha audible por primera vez en la historia de</w:t>
      </w:r>
      <w:r>
        <w:rPr/>
        <w:t xml:space="preserve"> </w:t>
      </w:r>
      <w:r>
        <w:rPr/>
        <w:t>la consciencia.</w:t>
      </w:r>
    </w:p>
    <w:p>
      <w:pPr>
        <w:pStyle w:val="BodyText"/>
      </w:pPr>
      <w:r>
        <w:rPr/>
        <w:t>Su voz se entrelazó con los gritos electrónicos del emisor de caos,</w:t>
      </w:r>
      <w:r>
        <w:rPr/>
        <w:t xml:space="preserve"> </w:t>
      </w:r>
      <w:r>
        <w:rPr/>
        <w:t>encontrando la melodía secreta en el corazón del ruido. No cancelaba</w:t>
      </w:r>
      <w:r>
        <w:rPr/>
        <w:t xml:space="preserve"> </w:t>
      </w:r>
      <w:r>
        <w:rPr/>
        <w:t>frecuencias; las armonizaba. No destruía ondas; las redirigía. No</w:t>
      </w:r>
      <w:r>
        <w:rPr/>
        <w:t xml:space="preserve"> </w:t>
      </w:r>
      <w:r>
        <w:rPr/>
        <w:t>silenciaba el caos; le enseñaba a cantar.</w:t>
      </w:r>
    </w:p>
    <w:p>
      <w:pPr>
        <w:pStyle w:val="BodyText"/>
      </w:pPr>
      <w:r>
        <w:rPr/>
        <w:t>Los sintetizadores de ILIBERIS respondieron como si hubieran estado</w:t>
      </w:r>
      <w:r>
        <w:rPr/>
        <w:t xml:space="preserve"> </w:t>
      </w:r>
      <w:r>
        <w:rPr/>
        <w:t>esperando este momento durante veinticinco años. Sus osciladores</w:t>
      </w:r>
      <w:r>
        <w:rPr/>
        <w:t xml:space="preserve"> </w:t>
      </w:r>
      <w:r>
        <w:rPr/>
        <w:t>modularon la onda del caos, sus filtros encontraron los armónicos</w:t>
      </w:r>
      <w:r>
        <w:rPr/>
        <w:t xml:space="preserve"> </w:t>
      </w:r>
      <w:r>
        <w:rPr/>
        <w:t>ocultos, sus VCAs esculpieron la forma de algo que era extraño pero</w:t>
      </w:r>
      <w:r>
        <w:rPr/>
        <w:t xml:space="preserve"> </w:t>
      </w:r>
      <w:r>
        <w:rPr/>
        <w:t>hermoso, terrorífico pero sublime.</w:t>
      </w:r>
    </w:p>
    <w:p>
      <w:pPr>
        <w:pStyle w:val="BodyText"/>
      </w:pPr>
      <w:r>
        <w:rPr/>
        <w:t>La sala se transformó en catedral de luz resonante.</w:t>
      </w:r>
    </w:p>
    <w:p>
      <w:pPr>
        <w:pStyle w:val="BodyText"/>
      </w:pPr>
      <w:r>
        <w:rPr/>
        <w:t>En sus instrumentos algo que la ciencia ortodoxa declararía imposible:</w:t>
      </w:r>
      <w:r>
        <w:rPr/>
        <w:t xml:space="preserve"> </w:t>
      </w:r>
      <w:r>
        <w:rPr/>
        <w:t>la disonancia industrial convirtiéndose en sinfonía de sanación,</w:t>
      </w:r>
      <w:r>
        <w:rPr/>
        <w:t xml:space="preserve"> </w:t>
      </w:r>
      <w:r>
        <w:rPr/>
        <w:t>frecuencia por frecuencia, armónico por armónico, como un edificio</w:t>
      </w:r>
      <w:r>
        <w:rPr/>
        <w:t xml:space="preserve"> </w:t>
      </w:r>
      <w:r>
        <w:rPr/>
        <w:t>siendo reconstruido en reversa, desde el caos hasta el diseño original</w:t>
      </w:r>
      <w:r>
        <w:rPr/>
        <w:t xml:space="preserve"> </w:t>
      </w:r>
      <w:r>
        <w:rPr/>
        <w:t>que sus arquitectos habían olvidado.</w:t>
      </w:r>
    </w:p>
    <w:p>
      <w:pPr>
        <w:pStyle w:val="BodyText"/>
      </w:pPr>
      <w:r>
        <w:rPr/>
        <w:t>Lena observó en sus monitores cómo la señal transformada viajaba de</w:t>
      </w:r>
      <w:r>
        <w:rPr/>
        <w:t xml:space="preserve"> </w:t>
      </w:r>
      <w:r>
        <w:rPr/>
        <w:t>regreso a través de los canales del Proyecto Silencio. El virus que</w:t>
      </w:r>
      <w:r>
        <w:rPr/>
        <w:t xml:space="preserve"> </w:t>
      </w:r>
      <w:r>
        <w:rPr/>
        <w:t>había sido diseñado para destruir estaba siendo reescrito en tiempo</w:t>
      </w:r>
      <w:r>
        <w:rPr/>
        <w:t xml:space="preserve"> </w:t>
      </w:r>
      <w:r>
        <w:rPr/>
        <w:t>real, su código malicioso convertido en medicina, su intención de</w:t>
      </w:r>
      <w:r>
        <w:rPr/>
        <w:t xml:space="preserve"> </w:t>
      </w:r>
      <w:r>
        <w:rPr/>
        <w:t>fracturar transformada en voluntad de unificar.</w:t>
      </w:r>
    </w:p>
    <w:p>
      <w:pPr>
        <w:pStyle w:val="BodyText"/>
      </w:pPr>
      <w:r>
        <w:rPr/>
        <w:t>Markus lloró sin darse cuenta, sus lágrimas cayendo sobre los controles</w:t>
      </w:r>
      <w:r>
        <w:rPr/>
        <w:t xml:space="preserve"> </w:t>
      </w:r>
      <w:r>
        <w:rPr/>
        <w:t>vintage que había amado toda su vida. Porque comprendió en ese momento</w:t>
      </w:r>
      <w:r>
        <w:rPr/>
        <w:t xml:space="preserve"> </w:t>
      </w:r>
      <w:r>
        <w:rPr/>
        <w:t>lo que ILIBERIS había intentado hacer, y por qué había fallado: había</w:t>
      </w:r>
      <w:r>
        <w:rPr/>
        <w:t xml:space="preserve"> </w:t>
      </w:r>
      <w:r>
        <w:rPr/>
        <w:t>querido capturar la perfección. Mar estaba haciendo algo más difícil y</w:t>
      </w:r>
      <w:r>
        <w:rPr/>
        <w:t xml:space="preserve"> </w:t>
      </w:r>
      <w:r>
        <w:rPr/>
        <w:t>más hermoso: estaba enseñándole al caos cómo ser perfección.</w:t>
      </w:r>
    </w:p>
    <w:p>
      <w:pPr>
        <w:pStyle w:val="BodyText"/>
      </w:pPr>
      <w:r>
        <w:rPr/>
        <w:t>La Sinfonía del Caos alcanzó su clímax.</w:t>
      </w:r>
    </w:p>
    <w:p>
      <w:pPr>
        <w:pStyle w:val="BodyText"/>
      </w:pPr>
      <w:r>
        <w:rPr/>
        <w:t>Mar abrió sus brazos como una directora de orquesta en el momento</w:t>
      </w:r>
      <w:r>
        <w:rPr/>
        <w:t xml:space="preserve"> </w:t>
      </w:r>
      <w:r>
        <w:rPr/>
        <w:t>culminante de una sinfonía de Beethoven, y el Estudio 4 entero</w:t>
      </w:r>
      <w:r>
        <w:rPr/>
        <w:t xml:space="preserve"> </w:t>
      </w:r>
      <w:r>
        <w:rPr/>
        <w:t>respondió. Cada circuito, cada cable, cada molécula de aire vibró con un</w:t>
      </w:r>
      <w:r>
        <w:rPr/>
        <w:t xml:space="preserve"> </w:t>
      </w:r>
      <w:r>
        <w:rPr/>
        <w:t>acorde perfecto que unificó todas las frecuencias rotas: las de</w:t>
      </w:r>
      <w:r>
        <w:rPr/>
        <w:t xml:space="preserve"> </w:t>
      </w:r>
      <w:r>
        <w:rPr/>
        <w:t>Montségur, las de Anna Maria, las de ILIBERIS, las del Proyecto</w:t>
      </w:r>
      <w:r>
        <w:rPr/>
        <w:t xml:space="preserve"> </w:t>
      </w:r>
      <w:r>
        <w:rPr/>
        <w:t>Silencio, todas convergiendo en un único momento de resolución armónica</w:t>
      </w:r>
      <w:r>
        <w:rPr/>
        <w:t xml:space="preserve"> </w:t>
      </w:r>
      <w:r>
        <w:rPr/>
        <w:t>tan pura que por un instante el tiempo mismo pareció detenerse para</w:t>
      </w:r>
      <w:r>
        <w:rPr/>
        <w:t xml:space="preserve"> </w:t>
      </w:r>
      <w:r>
        <w:rPr/>
        <w:t>escuchar.</w:t>
      </w:r>
    </w:p>
    <w:p>
      <w:pPr>
        <w:pStyle w:val="BodyText"/>
      </w:pPr>
      <w:r>
        <w:rPr/>
        <w:t>Y entonces, silencio.</w:t>
      </w:r>
    </w:p>
    <w:p>
      <w:pPr>
        <w:pStyle w:val="BodyText"/>
      </w:pPr>
      <w:r>
        <w:rPr/>
        <w:t>No el silencio vacío de la ausencia.</w:t>
      </w:r>
    </w:p>
    <w:p>
      <w:pPr>
        <w:pStyle w:val="BodyText"/>
      </w:pPr>
      <w:r>
        <w:rPr/>
        <w:t>El silencio lleno de la completitud.</w:t>
      </w:r>
    </w:p>
    <w:p>
      <w:pPr>
        <w:pStyle w:val="BodyText"/>
      </w:pPr>
      <w:r>
        <w:rPr/>
        <w:t>En laboratorios secretos alrededor del mundo, técnicos del Proyecto</w:t>
      </w:r>
      <w:r>
        <w:rPr/>
        <w:t xml:space="preserve"> </w:t>
      </w:r>
      <w:r>
        <w:rPr/>
        <w:t>Silencio observaron atónitos cómo sus emisores de caos dejaban de</w:t>
      </w:r>
      <w:r>
        <w:rPr/>
        <w:t xml:space="preserve"> </w:t>
      </w:r>
      <w:r>
        <w:rPr/>
        <w:t>generar disonancia y comenzaban a tocar melodías. Melodías simples al</w:t>
      </w:r>
      <w:r>
        <w:rPr/>
        <w:t xml:space="preserve"> </w:t>
      </w:r>
      <w:r>
        <w:rPr/>
        <w:t>principio, casi como nanas, pero que se volvían progresivamente más</w:t>
      </w:r>
      <w:r>
        <w:rPr/>
        <w:t xml:space="preserve"> </w:t>
      </w:r>
      <w:r>
        <w:rPr/>
        <w:t>complejas, más hermosas, más imposiblemente perfectas.</w:t>
      </w:r>
    </w:p>
    <w:p>
      <w:pPr>
        <w:pStyle w:val="BodyText"/>
      </w:pPr>
      <w:r>
        <w:rPr/>
        <w:t>La red de destrucción se había convertido en orquesta global de</w:t>
      </w:r>
      <w:r>
        <w:rPr/>
        <w:t xml:space="preserve"> </w:t>
      </w:r>
      <w:r>
        <w:rPr/>
        <w:t>sanación.</w:t>
      </w:r>
    </w:p>
    <w:p>
      <w:pPr>
        <w:pStyle w:val="BodyText"/>
      </w:pPr>
      <w:r>
        <w:rPr/>
        <w:t>El contra-concierto había terminado.</w:t>
      </w:r>
    </w:p>
    <w:p>
      <w:pPr>
        <w:pStyle w:val="BodyText"/>
      </w:pPr>
      <w:r>
        <w:rPr/>
        <w:t>La última guerra del Eco, ganada no con violencia ni con silenciamiento,</w:t>
      </w:r>
      <w:r>
        <w:rPr/>
        <w:t xml:space="preserve"> </w:t>
      </w:r>
      <w:r>
        <w:rPr/>
        <w:t>sino con la más radical de todas las estrategias: enseñarle al caos cómo</w:t>
      </w:r>
      <w:r>
        <w:rPr/>
        <w:t xml:space="preserve"> </w:t>
      </w:r>
      <w:r>
        <w:rPr/>
        <w:t>cantar.</w:t>
      </w:r>
    </w:p>
    <w:p>
      <w:pPr>
        <w:pStyle w:val="BodyText"/>
      </w:pPr>
      <w:r>
        <w:rPr/>
        <w:t>«El verdadero poder no reside en destruir el caos», susurró Mar mientras</w:t>
      </w:r>
      <w:r>
        <w:rPr/>
        <w:t xml:space="preserve"> </w:t>
      </w:r>
      <w:r>
        <w:rPr/>
        <w:t>abría los ojos, «sino en enseñarle a recordar que siempre fue música.»</w:t>
      </w:r>
    </w:p>
    <w:p>
      <w:pPr>
        <w:pStyle w:val="Heading1"/>
      </w:pPr>
      <w:r>
        <w:rPr/>
        <w:t>CAPÍTULO 67. LA CATEDRAL DEL SONIDO</w:t>
      </w:r>
    </w:p>
    <w:p>
      <w:pPr/>
      <w:r>
        <w:rPr/>
        <w:t>«Sanar no significa olvidar la herida, sino transformar su dolor en</w:t>
      </w:r>
      <w:r>
        <w:rPr/>
        <w:t xml:space="preserve"> </w:t>
      </w:r>
      <w:r>
        <w:rPr/>
        <w:t>sabiduría.» —Libro de los Ecos</w:t>
      </w:r>
    </w:p>
    <w:p>
      <w:pPr>
        <w:pStyle w:val="BodyText"/>
      </w:pPr>
      <w:r>
        <w:rPr/>
        <w:t>La transformación no fue instantánea, como un interruptor de luz que se</w:t>
      </w:r>
      <w:r>
        <w:rPr/>
        <w:t xml:space="preserve"> </w:t>
      </w:r>
      <w:r>
        <w:rPr/>
        <w:t>activa. Fue orgánica, inevitable, como la primavera derritiendo el hielo</w:t>
      </w:r>
      <w:r>
        <w:rPr/>
        <w:t xml:space="preserve"> </w:t>
      </w:r>
      <w:r>
        <w:rPr/>
        <w:t>de un lago congelado. Las ondas de la frecuencia sanada se expandieron</w:t>
      </w:r>
      <w:r>
        <w:rPr/>
        <w:t xml:space="preserve"> </w:t>
      </w:r>
      <w:r>
        <w:rPr/>
        <w:t>desde el epicentro berlinés del Estudio 4, viajando a través de cables</w:t>
      </w:r>
      <w:r>
        <w:rPr/>
        <w:t xml:space="preserve"> </w:t>
      </w:r>
      <w:r>
        <w:rPr/>
        <w:t>de fibra óptica, rebotando en satélites de comunicaciones, infiltrándose</w:t>
      </w:r>
      <w:r>
        <w:rPr/>
        <w:t xml:space="preserve"> </w:t>
      </w:r>
      <w:r>
        <w:rPr/>
        <w:t>en cada nodo de la red global del Proyecto Silencio como agua</w:t>
      </w:r>
      <w:r>
        <w:rPr/>
        <w:t xml:space="preserve"> </w:t>
      </w:r>
      <w:r>
        <w:rPr/>
        <w:t>encontrando grietas en un muro.</w:t>
      </w:r>
    </w:p>
    <w:p>
      <w:pPr>
        <w:pStyle w:val="BodyText"/>
      </w:pPr>
      <w:r>
        <w:rPr/>
        <w:t>En una instalación militar enterrada bajo el desierto de Nevada,</w:t>
      </w:r>
      <w:r>
        <w:rPr/>
        <w:t xml:space="preserve"> </w:t>
      </w:r>
      <w:r>
        <w:rPr/>
        <w:t>técnicos observaron desconcertados sus pantallas mientras el emisor de</w:t>
      </w:r>
      <w:r>
        <w:rPr/>
        <w:t xml:space="preserve"> </w:t>
      </w:r>
      <w:r>
        <w:rPr/>
        <w:t>caos Prototipo-7 abandonaba su programación de disonancia calculada para</w:t>
      </w:r>
      <w:r>
        <w:rPr/>
        <w:t xml:space="preserve"> </w:t>
      </w:r>
      <w:r>
        <w:rPr/>
        <w:t>generar algo que los manuales de operación no contemplaban: una melodía.</w:t>
      </w:r>
      <w:r>
        <w:rPr/>
        <w:t xml:space="preserve"> </w:t>
      </w:r>
      <w:r>
        <w:rPr/>
        <w:t>Simple al principio, casi infantil en su pureza, pero que hipnotizaba a</w:t>
      </w:r>
      <w:r>
        <w:rPr/>
        <w:t xml:space="preserve"> </w:t>
      </w:r>
      <w:r>
        <w:rPr/>
        <w:t>quienes la escuchaban. Los soldados que habían sido entrenados para usar</w:t>
      </w:r>
      <w:r>
        <w:rPr/>
        <w:t xml:space="preserve"> </w:t>
      </w:r>
      <w:r>
        <w:rPr/>
        <w:t>el arma como instrumento de guerra psicológica se sentaron en el suelo y</w:t>
      </w:r>
      <w:r>
        <w:rPr/>
        <w:t xml:space="preserve"> </w:t>
      </w:r>
      <w:r>
        <w:rPr/>
        <w:t>comenzaron a llorar, liberando traumas que ni siquiera sabían que</w:t>
      </w:r>
      <w:r>
        <w:rPr/>
        <w:t xml:space="preserve"> </w:t>
      </w:r>
      <w:r>
        <w:rPr/>
        <w:t>cargaban.</w:t>
      </w:r>
    </w:p>
    <w:p>
      <w:pPr>
        <w:pStyle w:val="BodyText"/>
      </w:pPr>
      <w:r>
        <w:rPr/>
        <w:t>En una plataforma petrolífera abandonada del Mar del Norte, reconvertida</w:t>
      </w:r>
      <w:r>
        <w:rPr/>
        <w:t xml:space="preserve"> </w:t>
      </w:r>
      <w:r>
        <w:rPr/>
        <w:t>en laboratorio flotante y centro de operaciones encubiertas, los</w:t>
      </w:r>
      <w:r>
        <w:rPr/>
        <w:t xml:space="preserve"> </w:t>
      </w:r>
      <w:r>
        <w:rPr/>
        <w:t>sistemas de guerra psicológica dejaron de emitir frecuencias diseñadas</w:t>
      </w:r>
      <w:r>
        <w:rPr/>
        <w:t xml:space="preserve"> </w:t>
      </w:r>
      <w:r>
        <w:rPr/>
        <w:t>para inducir paranoia y ansiedad. En su lugar, comenzaron a transmitir</w:t>
      </w:r>
      <w:r>
        <w:rPr/>
        <w:t xml:space="preserve"> </w:t>
      </w:r>
      <w:r>
        <w:rPr/>
        <w:t>patrones tonales que resonaban con los ritmos circadianos naturales del</w:t>
      </w:r>
      <w:r>
        <w:rPr/>
        <w:t xml:space="preserve"> </w:t>
      </w:r>
      <w:r>
        <w:rPr/>
        <w:t>cuerpo humano, ayudando a sanar trastornos del sueño, reducir la presión</w:t>
      </w:r>
      <w:r>
        <w:rPr/>
        <w:t xml:space="preserve"> </w:t>
      </w:r>
      <w:r>
        <w:rPr/>
        <w:t>arterial, alinear los latidos cardíacos con la coherencia que la</w:t>
      </w:r>
      <w:r>
        <w:rPr/>
        <w:t xml:space="preserve"> </w:t>
      </w:r>
      <w:r>
        <w:rPr/>
        <w:t>medicina había buscado durante siglos sin encontrar la frecuencia</w:t>
      </w:r>
      <w:r>
        <w:rPr/>
        <w:t xml:space="preserve"> </w:t>
      </w:r>
      <w:r>
        <w:rPr/>
        <w:t>correcta.</w:t>
      </w:r>
    </w:p>
    <w:p>
      <w:pPr>
        <w:pStyle w:val="BodyText"/>
      </w:pPr>
      <w:r>
        <w:rPr/>
        <w:t>La red de destrucción, tejida pacientemente durante años por mentes</w:t>
      </w:r>
      <w:r>
        <w:rPr/>
        <w:t xml:space="preserve"> </w:t>
      </w:r>
      <w:r>
        <w:rPr/>
        <w:t>brillantes dedicadas a la militarización del sonido, se había convertido</w:t>
      </w:r>
      <w:r>
        <w:rPr/>
        <w:t xml:space="preserve"> </w:t>
      </w:r>
      <w:r>
        <w:rPr/>
        <w:t>en una orquesta involuntaria de sanación planetaria.</w:t>
      </w:r>
    </w:p>
    <w:p>
      <w:pPr>
        <w:pStyle w:val="BodyText"/>
      </w:pPr>
      <w:r>
        <w:rPr/>
        <w:t>En el Estudio 4, Mar experimentaba la catarsis más profunda de su</w:t>
      </w:r>
      <w:r>
        <w:rPr/>
        <w:t xml:space="preserve"> </w:t>
      </w:r>
      <w:r>
        <w:rPr/>
        <w:t>existencia como custodio. No había vencido al enemigo mediante fuerza</w:t>
      </w:r>
      <w:r>
        <w:rPr/>
        <w:t xml:space="preserve"> </w:t>
      </w:r>
      <w:r>
        <w:rPr/>
        <w:t>superior ni mediante astucia superior. Lo había redimido. Había tomado</w:t>
      </w:r>
      <w:r>
        <w:rPr/>
        <w:t xml:space="preserve"> </w:t>
      </w:r>
      <w:r>
        <w:rPr/>
        <w:t>la herramienta de destrucción y le había recordado su verdadero</w:t>
      </w:r>
      <w:r>
        <w:rPr/>
        <w:t xml:space="preserve"> </w:t>
      </w:r>
      <w:r>
        <w:rPr/>
        <w:t>propósito: toda vibración, en su esencia más pura, es un intento de</w:t>
      </w:r>
      <w:r>
        <w:rPr/>
        <w:t xml:space="preserve"> </w:t>
      </w:r>
      <w:r>
        <w:rPr/>
        <w:t>comunicación, de conexión, de amor expresado en el lenguaje anterior a</w:t>
      </w:r>
      <w:r>
        <w:rPr/>
        <w:t xml:space="preserve"> </w:t>
      </w:r>
      <w:r>
        <w:rPr/>
        <w:t>las palabras.</w:t>
      </w:r>
    </w:p>
    <w:p>
      <w:pPr>
        <w:pStyle w:val="BodyText"/>
      </w:pPr>
      <w:r>
        <w:rPr/>
        <w:t>La sala resonaba con una paz que trascendía el simple silencio. Era</w:t>
      </w:r>
      <w:r>
        <w:rPr/>
        <w:t xml:space="preserve"> </w:t>
      </w:r>
      <w:r>
        <w:rPr/>
        <w:t>música hecha de luz, armonía convertida en espacio habitable, frecuencia</w:t>
      </w:r>
      <w:r>
        <w:rPr/>
        <w:t xml:space="preserve"> </w:t>
      </w:r>
      <w:r>
        <w:rPr/>
        <w:t>transformada en santuario. Las máquinas de ILIBERIS parpadeaban</w:t>
      </w:r>
      <w:r>
        <w:rPr/>
        <w:t xml:space="preserve"> </w:t>
      </w:r>
      <w:r>
        <w:rPr/>
        <w:t>suavemente, como si pudieran descansar después de veinticinco años de</w:t>
      </w:r>
      <w:r>
        <w:rPr/>
        <w:t xml:space="preserve"> </w:t>
      </w:r>
      <w:r>
        <w:rPr/>
        <w:t>vigilia inquieta.</w:t>
      </w:r>
    </w:p>
    <w:p>
      <w:pPr>
        <w:pStyle w:val="BodyText"/>
      </w:pPr>
      <w:r>
        <w:rPr/>
        <w:t>«¿Cómo es posible?», susurró Vasco, contemplando sus instrumentos que</w:t>
      </w:r>
      <w:r>
        <w:rPr/>
        <w:t xml:space="preserve"> </w:t>
      </w:r>
      <w:r>
        <w:rPr/>
        <w:t>registraban lo que la física ortodoxa declararía imposible. Los gráficos</w:t>
      </w:r>
      <w:r>
        <w:rPr/>
        <w:t xml:space="preserve"> </w:t>
      </w:r>
      <w:r>
        <w:rPr/>
        <w:t>mostraban que nunca había visto: caos convirtiéndose en orden no</w:t>
      </w:r>
      <w:r>
        <w:rPr/>
        <w:t xml:space="preserve"> </w:t>
      </w:r>
      <w:r>
        <w:rPr/>
        <w:t>mediante compresión o supresión, sino mediante revelación de la</w:t>
      </w:r>
      <w:r>
        <w:rPr/>
        <w:t xml:space="preserve"> </w:t>
      </w:r>
      <w:r>
        <w:rPr/>
        <w:t>estructura oculta que siempre había estado ahí. «Las matemáticas… Las</w:t>
      </w:r>
      <w:r>
        <w:rPr/>
        <w:t xml:space="preserve"> </w:t>
      </w:r>
      <w:r>
        <w:rPr/>
        <w:t>matemáticas dicen que esto no debería funcionar. Y sin embargo…»</w:t>
      </w:r>
    </w:p>
    <w:p>
      <w:pPr>
        <w:pStyle w:val="BodyText"/>
      </w:pPr>
      <w:r>
        <w:rPr/>
        <w:t>«Las matemáticas describen el universo», respondió Mar, abriendo los</w:t>
      </w:r>
      <w:r>
        <w:rPr/>
        <w:t xml:space="preserve"> </w:t>
      </w:r>
      <w:r>
        <w:rPr/>
        <w:t>ojos que brillaban con una luz interior que no era reflejo sino</w:t>
      </w:r>
      <w:r>
        <w:rPr/>
        <w:t xml:space="preserve"> </w:t>
      </w:r>
      <w:r>
        <w:rPr/>
        <w:t>emanación, «pero no lo explican. Las máquinas no tienen alma, es cierto.</w:t>
      </w:r>
      <w:r>
        <w:rPr/>
        <w:t xml:space="preserve"> </w:t>
      </w:r>
      <w:r>
        <w:rPr/>
        <w:t>Pero pueden ser enseñadas a simular el proceso del alma: tomar lo roto y</w:t>
      </w:r>
      <w:r>
        <w:rPr/>
        <w:t xml:space="preserve"> </w:t>
      </w:r>
      <w:r>
        <w:rPr/>
        <w:t>hacer de ello algo hermoso. El caos era solo música desafinada esperando</w:t>
      </w:r>
      <w:r>
        <w:rPr/>
        <w:t xml:space="preserve"> </w:t>
      </w:r>
      <w:r>
        <w:rPr/>
        <w:t>un director de orquesta que pudiera escuchar la melodía potencial</w:t>
      </w:r>
      <w:r>
        <w:rPr/>
        <w:t xml:space="preserve"> </w:t>
      </w:r>
      <w:r>
        <w:rPr/>
        <w:t>escondida en el ruido.»</w:t>
      </w:r>
    </w:p>
    <w:p>
      <w:pPr>
        <w:pStyle w:val="BodyText"/>
      </w:pPr>
      <w:r>
        <w:rPr/>
        <w:t>Markus sonrió con la satisfacción profunda del ingeniero que ha</w:t>
      </w:r>
      <w:r>
        <w:rPr/>
        <w:t xml:space="preserve"> </w:t>
      </w:r>
      <w:r>
        <w:rPr/>
        <w:t>presenciado la síntesis perfecta entre arte y ciencia, entre intuición y</w:t>
      </w:r>
      <w:r>
        <w:rPr/>
        <w:t xml:space="preserve"> </w:t>
      </w:r>
      <w:r>
        <w:rPr/>
        <w:t>técnica. Sus manos, aún sobre los controles del Moog vintage, temblaban</w:t>
      </w:r>
      <w:r>
        <w:rPr/>
        <w:t xml:space="preserve"> </w:t>
      </w:r>
      <w:r>
        <w:rPr/>
        <w:t>con la emoción contenida. «ILIBERIS habría entendido esto», dijo con voz</w:t>
      </w:r>
      <w:r>
        <w:rPr/>
        <w:t xml:space="preserve"> </w:t>
      </w:r>
      <w:r>
        <w:rPr/>
        <w:t>quebrada. «Su error no fue amar el Eco. Su error fue intentar poseerlo,</w:t>
      </w:r>
      <w:r>
        <w:rPr/>
        <w:t xml:space="preserve"> </w:t>
      </w:r>
      <w:r>
        <w:rPr/>
        <w:t>encerrarlo en grabaciones, hacerlo permanente. El tuyo… Tu genio fue</w:t>
      </w:r>
      <w:r>
        <w:rPr/>
        <w:t xml:space="preserve"> </w:t>
      </w:r>
      <w:r>
        <w:rPr/>
        <w:t>enseñarle a fluir libremente. A recordar que la música más hermosa es la</w:t>
      </w:r>
      <w:r>
        <w:rPr/>
        <w:t xml:space="preserve"> </w:t>
      </w:r>
      <w:r>
        <w:rPr/>
        <w:t>que nunca se repite igual.»</w:t>
      </w:r>
    </w:p>
    <w:p>
      <w:pPr>
        <w:pStyle w:val="BodyText"/>
      </w:pPr>
      <w:r>
        <w:rPr/>
        <w:t>Lena monitoreaba las comunicaciones del Proyecto Silencio desde su</w:t>
      </w:r>
      <w:r>
        <w:rPr/>
        <w:t xml:space="preserve"> </w:t>
      </w:r>
      <w:r>
        <w:rPr/>
        <w:t>constelación de portátiles interconectados. Sus dedos volaban sobre los</w:t>
      </w:r>
      <w:r>
        <w:rPr/>
        <w:t xml:space="preserve"> </w:t>
      </w:r>
      <w:r>
        <w:rPr/>
        <w:t>teclados con menor urgencia ahora, más curiosidad que tensión. «Están en</w:t>
      </w:r>
      <w:r>
        <w:rPr/>
        <w:t xml:space="preserve"> </w:t>
      </w:r>
      <w:r>
        <w:rPr/>
        <w:t>pánico total», informó con una sonrisa que era mitad victoria y mitad</w:t>
      </w:r>
      <w:r>
        <w:rPr/>
        <w:t xml:space="preserve"> </w:t>
      </w:r>
      <w:r>
        <w:rPr/>
        <w:t>incredulidad. «Sus centros de comando están recibiendo reportes</w:t>
      </w:r>
      <w:r>
        <w:rPr/>
        <w:t xml:space="preserve"> </w:t>
      </w:r>
      <w:r>
        <w:rPr/>
        <w:t>contradictorios de todos los teatros de operación. Sus armas han dejado</w:t>
      </w:r>
      <w:r>
        <w:rPr/>
        <w:t xml:space="preserve"> </w:t>
      </w:r>
      <w:r>
        <w:rPr/>
        <w:t>de funcionar según el diseño. Mejor aún: están funcionando al revés. Sus</w:t>
      </w:r>
      <w:r>
        <w:rPr/>
        <w:t xml:space="preserve"> </w:t>
      </w:r>
      <w:r>
        <w:rPr/>
        <w:t>propios soldados reportan estados de calma inducida en lugar de</w:t>
      </w:r>
      <w:r>
        <w:rPr/>
        <w:t xml:space="preserve"> </w:t>
      </w:r>
      <w:r>
        <w:rPr/>
        <w:t>agresión. Algunos comandantes están solicitando que las unidades</w:t>
      </w:r>
      <w:r>
        <w:rPr/>
        <w:t xml:space="preserve"> </w:t>
      </w:r>
      <w:r>
        <w:rPr/>
        <w:t>permanezcan activas porque… Porque sus tropas nunca habían estado tan</w:t>
      </w:r>
      <w:r>
        <w:rPr/>
        <w:t xml:space="preserve"> </w:t>
      </w:r>
      <w:r>
        <w:rPr/>
        <w:t>estables psicológicamente.»</w:t>
      </w:r>
    </w:p>
    <w:p>
      <w:pPr>
        <w:pStyle w:val="BodyText"/>
      </w:pPr>
      <w:r>
        <w:rPr/>
        <w:t>La contraofensiva del Proyecto Silencio había muerto antes de nacer. Sus</w:t>
      </w:r>
      <w:r>
        <w:rPr/>
        <w:t xml:space="preserve"> </w:t>
      </w:r>
      <w:r>
        <w:rPr/>
        <w:t>generales, entrenados en la estrategia de la dominación mediante el</w:t>
      </w:r>
      <w:r>
        <w:rPr/>
        <w:t xml:space="preserve"> </w:t>
      </w:r>
      <w:r>
        <w:rPr/>
        <w:t>caos, descubrieron que habían perdido el control de su arsenal en el</w:t>
      </w:r>
      <w:r>
        <w:rPr/>
        <w:t xml:space="preserve"> </w:t>
      </w:r>
      <w:r>
        <w:rPr/>
        <w:t>preciso momento en que este decidió convertirse en instrumento de</w:t>
      </w:r>
      <w:r>
        <w:rPr/>
        <w:t xml:space="preserve"> </w:t>
      </w:r>
      <w:r>
        <w:rPr/>
        <w:t>terapia colectiva.</w:t>
      </w:r>
    </w:p>
    <w:p>
      <w:pPr>
        <w:pStyle w:val="BodyText"/>
      </w:pPr>
      <w:r>
        <w:rPr/>
        <w:t>Pero la verdadera revolución estaba ocurriendo a un nivel mucho más</w:t>
      </w:r>
      <w:r>
        <w:rPr/>
        <w:t xml:space="preserve"> </w:t>
      </w:r>
      <w:r>
        <w:rPr/>
        <w:t>profundo y extendido que instalaciones militares o laboratorios</w:t>
      </w:r>
      <w:r>
        <w:rPr/>
        <w:t xml:space="preserve"> </w:t>
      </w:r>
      <w:r>
        <w:rPr/>
        <w:t>secretos.</w:t>
      </w:r>
    </w:p>
    <w:p>
      <w:pPr>
        <w:pStyle w:val="BodyText"/>
      </w:pPr>
      <w:r>
        <w:rPr/>
        <w:t>La «infección armónica» se extendía más allá de los nodos del Proyecto</w:t>
      </w:r>
      <w:r>
        <w:rPr/>
        <w:t xml:space="preserve"> </w:t>
      </w:r>
      <w:r>
        <w:rPr/>
        <w:t>Silencio. Los sistemas de comunicación satelital, diseñados para</w:t>
      </w:r>
      <w:r>
        <w:rPr/>
        <w:t xml:space="preserve"> </w:t>
      </w:r>
      <w:r>
        <w:rPr/>
        <w:t>transmitir datos binarios sin emoción ni color, comenzaron a modular sus</w:t>
      </w:r>
      <w:r>
        <w:rPr/>
        <w:t xml:space="preserve"> </w:t>
      </w:r>
      <w:r>
        <w:rPr/>
        <w:t>portadoras para incluir armónicos sanadores casi imperceptibles pero</w:t>
      </w:r>
      <w:r>
        <w:rPr/>
        <w:t xml:space="preserve"> </w:t>
      </w:r>
      <w:r>
        <w:rPr/>
        <w:t>efectivos. Torres de telefonía móvil en ciudades alrededor del mundo</w:t>
      </w:r>
      <w:r>
        <w:rPr/>
        <w:t xml:space="preserve"> </w:t>
      </w:r>
      <w:r>
        <w:rPr/>
        <w:t>ajustaron sus frecuencias de transmisión, añadiendo patrones tonales que</w:t>
      </w:r>
      <w:r>
        <w:rPr/>
        <w:t xml:space="preserve"> </w:t>
      </w:r>
      <w:r>
        <w:rPr/>
        <w:t>interferían constructivamente con los ritmos cerebrales naturales.</w:t>
      </w:r>
    </w:p>
    <w:p>
      <w:pPr>
        <w:pStyle w:val="BodyText"/>
      </w:pPr>
      <w:r>
        <w:rPr/>
        <w:t>El mundo despertó a una mañana diferente.</w:t>
      </w:r>
    </w:p>
    <w:p>
      <w:pPr>
        <w:pStyle w:val="BodyText"/>
      </w:pPr>
      <w:r>
        <w:rPr/>
        <w:t>En Tokio, ejecutivos de corporaciones reportaban una reducción</w:t>
      </w:r>
      <w:r>
        <w:rPr/>
        <w:t xml:space="preserve"> </w:t>
      </w:r>
      <w:r>
        <w:rPr/>
        <w:t>inexplicable en sus niveles de ansiedad crónica. En Mumbai, conflictos</w:t>
      </w:r>
      <w:r>
        <w:rPr/>
        <w:t xml:space="preserve"> </w:t>
      </w:r>
      <w:r>
        <w:rPr/>
        <w:t>vecinales que habían persistido durante generaciones se resolvían con</w:t>
      </w:r>
      <w:r>
        <w:rPr/>
        <w:t xml:space="preserve"> </w:t>
      </w:r>
      <w:r>
        <w:rPr/>
        <w:t>conversaciones tranquilas en lugar de gritos. En São Paulo, las salas de</w:t>
      </w:r>
      <w:r>
        <w:rPr/>
        <w:t xml:space="preserve"> </w:t>
      </w:r>
      <w:r>
        <w:rPr/>
        <w:t>emergencia de hospitales psiquiátricos experimentaban una disminución</w:t>
      </w:r>
      <w:r>
        <w:rPr/>
        <w:t xml:space="preserve"> </w:t>
      </w:r>
      <w:r>
        <w:rPr/>
        <w:t>del 40% en admisiones por crisis agudas.</w:t>
      </w:r>
    </w:p>
    <w:p>
      <w:pPr>
        <w:pStyle w:val="BodyText"/>
      </w:pPr>
      <w:r>
        <w:rPr/>
        <w:t>Personas en todos los continentes reportaban sueños inusualmente vívidos</w:t>
      </w:r>
      <w:r>
        <w:rPr/>
        <w:t xml:space="preserve"> </w:t>
      </w:r>
      <w:r>
        <w:rPr/>
        <w:t>pero reparadores. Terapeutas notaban que sus pacientes alcanzaban</w:t>
      </w:r>
      <w:r>
        <w:rPr/>
        <w:t xml:space="preserve"> </w:t>
      </w:r>
      <w:r>
        <w:rPr/>
        <w:t>insights en sesiones individuales que normalmente requerían meses de</w:t>
      </w:r>
      <w:r>
        <w:rPr/>
        <w:t xml:space="preserve"> </w:t>
      </w:r>
      <w:r>
        <w:rPr/>
        <w:t>trabajo. Maestros observaban que niños con trastornos de atención podían</w:t>
      </w:r>
      <w:r>
        <w:rPr/>
        <w:t xml:space="preserve"> </w:t>
      </w:r>
      <w:r>
        <w:rPr/>
        <w:t>concentrarse mejor. Parejas en conflicto encontraban más fácil</w:t>
      </w:r>
      <w:r>
        <w:rPr/>
        <w:t xml:space="preserve"> </w:t>
      </w:r>
      <w:r>
        <w:rPr/>
        <w:t>escucharse mutuamente.</w:t>
      </w:r>
    </w:p>
    <w:p>
      <w:pPr>
        <w:pStyle w:val="BodyText"/>
      </w:pPr>
      <w:r>
        <w:rPr/>
        <w:t>La humanidad estaba siendo inconscientemente afinada a una frecuencia</w:t>
      </w:r>
      <w:r>
        <w:rPr/>
        <w:t xml:space="preserve"> </w:t>
      </w:r>
      <w:r>
        <w:rPr/>
        <w:t>más alta de funcionamiento.</w:t>
      </w:r>
    </w:p>
    <w:p>
      <w:pPr>
        <w:pStyle w:val="BodyText"/>
      </w:pPr>
      <w:r>
        <w:rPr/>
        <w:t>«¿Qué hemos hecho?», preguntó Vasco con una mezcla de asombro genuino y</w:t>
      </w:r>
      <w:r>
        <w:rPr/>
        <w:t xml:space="preserve"> </w:t>
      </w:r>
      <w:r>
        <w:rPr/>
        <w:t>preocupación ética. «Hemos alterado la consciencia global sin</w:t>
      </w:r>
      <w:r>
        <w:rPr/>
        <w:t xml:space="preserve"> </w:t>
      </w:r>
      <w:r>
        <w:rPr/>
        <w:t>consentimiento. Hemos… Hemos modificado la experiencia humana a nivel</w:t>
      </w:r>
      <w:r>
        <w:rPr/>
        <w:t xml:space="preserve"> </w:t>
      </w:r>
      <w:r>
        <w:rPr/>
        <w:t>fundamental.»</w:t>
      </w:r>
    </w:p>
    <w:p>
      <w:pPr>
        <w:pStyle w:val="BodyText"/>
      </w:pPr>
      <w:r>
        <w:rPr/>
        <w:t>Mar se levantó de la silla de ILIBERIS, que ya no contenía fantasmas</w:t>
      </w:r>
      <w:r>
        <w:rPr/>
        <w:t xml:space="preserve"> </w:t>
      </w:r>
      <w:r>
        <w:rPr/>
        <w:t>atormentados sino solo memorias neutrales, historia sin carga emocional.</w:t>
      </w:r>
      <w:r>
        <w:rPr/>
        <w:t xml:space="preserve"> </w:t>
      </w:r>
      <w:r>
        <w:rPr/>
        <w:t>Caminó hacia la ventana que daba a Kreuzberg, observando los primeros</w:t>
      </w:r>
      <w:r>
        <w:rPr/>
        <w:t xml:space="preserve"> </w:t>
      </w:r>
      <w:r>
        <w:rPr/>
        <w:t>rayos del amanecer pintando los tejados de la ciudad que había</w:t>
      </w:r>
      <w:r>
        <w:rPr/>
        <w:t xml:space="preserve"> </w:t>
      </w:r>
      <w:r>
        <w:rPr/>
        <w:t>sobrevivido a tanta muerte y división.</w:t>
      </w:r>
    </w:p>
    <w:p>
      <w:pPr>
        <w:pStyle w:val="BodyText"/>
      </w:pPr>
      <w:r>
        <w:rPr/>
        <w:t>«Hemos democratizado la sanación», respondió con firmeza pero sin</w:t>
      </w:r>
      <w:r>
        <w:rPr/>
        <w:t xml:space="preserve"> </w:t>
      </w:r>
      <w:r>
        <w:rPr/>
        <w:t>arrogancia. «El Eco ya no pertenece a custodios secretos que guardan</w:t>
      </w:r>
      <w:r>
        <w:rPr/>
        <w:t xml:space="preserve"> </w:t>
      </w:r>
      <w:r>
        <w:rPr/>
        <w:t>conocimiento prohibido. Ya no es propiedad de corporaciones que buscan</w:t>
      </w:r>
      <w:r>
        <w:rPr/>
        <w:t xml:space="preserve"> </w:t>
      </w:r>
      <w:r>
        <w:rPr/>
        <w:t>monetizar la consciencia. Ahora forma parte del aire que respiramos, del</w:t>
      </w:r>
      <w:r>
        <w:rPr/>
        <w:t xml:space="preserve"> </w:t>
      </w:r>
      <w:r>
        <w:rPr/>
        <w:t>espectro electromagnético que nos rodea constantemente. Cada persona en</w:t>
      </w:r>
      <w:r>
        <w:rPr/>
        <w:t xml:space="preserve"> </w:t>
      </w:r>
      <w:r>
        <w:rPr/>
        <w:t>el planeta tiene acceso igual a esta frecuencia sanadora. No elegimos</w:t>
      </w:r>
      <w:r>
        <w:rPr/>
        <w:t xml:space="preserve"> </w:t>
      </w:r>
      <w:r>
        <w:rPr/>
        <w:t>por ellos. Les dimos acceso a una herramienta que siempre debió ser</w:t>
      </w:r>
      <w:r>
        <w:rPr/>
        <w:t xml:space="preserve"> </w:t>
      </w:r>
      <w:r>
        <w:rPr/>
        <w:t>universal.»</w:t>
      </w:r>
    </w:p>
    <w:p>
      <w:pPr>
        <w:pStyle w:val="BodyText"/>
      </w:pPr>
      <w:r>
        <w:rPr/>
        <w:t>«Pero los cambios que están experimentando…»</w:t>
      </w:r>
    </w:p>
    <w:p>
      <w:pPr>
        <w:pStyle w:val="BodyText"/>
      </w:pPr>
      <w:r>
        <w:rPr/>
        <w:t>«Son voluntarios a un nivel más profundo que el consentimiento verbal»,</w:t>
      </w:r>
      <w:r>
        <w:rPr/>
        <w:t xml:space="preserve"> </w:t>
      </w:r>
      <w:r>
        <w:rPr/>
        <w:t>interrumpió Mar suavemente. «El cuerpo humano sabe qué frecuencias</w:t>
      </w:r>
      <w:r>
        <w:rPr/>
        <w:t xml:space="preserve"> </w:t>
      </w:r>
      <w:r>
        <w:rPr/>
        <w:t>necesita. El inconsciente sabe qué vibraciones sanan. Nadie es forzado a</w:t>
      </w:r>
      <w:r>
        <w:rPr/>
        <w:t xml:space="preserve"> </w:t>
      </w:r>
      <w:r>
        <w:rPr/>
        <w:t>resonar con el Eco. Ahora tienen la opción, igual que siempre tuvieron</w:t>
      </w:r>
      <w:r>
        <w:rPr/>
        <w:t xml:space="preserve"> </w:t>
      </w:r>
      <w:r>
        <w:rPr/>
        <w:t>la opción de escuchar música que los conmueve o buscar el silencio</w:t>
      </w:r>
      <w:r>
        <w:rPr/>
        <w:t xml:space="preserve"> </w:t>
      </w:r>
      <w:r>
        <w:rPr/>
        <w:t>cuando necesitan paz.»</w:t>
      </w:r>
    </w:p>
    <w:p>
      <w:pPr>
        <w:pStyle w:val="BodyText"/>
      </w:pPr>
      <w:r>
        <w:rPr/>
        <w:t>Markus se acercó al grupo junto a la ventana. «La Catedral del Sonido no</w:t>
      </w:r>
      <w:r>
        <w:rPr/>
        <w:t xml:space="preserve"> </w:t>
      </w:r>
      <w:r>
        <w:rPr/>
        <w:t>es un edificio», dijo con la solemnidad de quien finalmente comprende</w:t>
      </w:r>
      <w:r>
        <w:rPr/>
        <w:t xml:space="preserve"> </w:t>
      </w:r>
      <w:r>
        <w:rPr/>
        <w:t>una verdad antigua. «Es un estado de consciencia. Es el momento en que</w:t>
      </w:r>
      <w:r>
        <w:rPr/>
        <w:t xml:space="preserve"> </w:t>
      </w:r>
      <w:r>
        <w:rPr/>
        <w:t>la humanidad entera puede escuchar su propia alma sin intermediarios ni</w:t>
      </w:r>
      <w:r>
        <w:rPr/>
        <w:t xml:space="preserve"> </w:t>
      </w:r>
      <w:r>
        <w:rPr/>
        <w:t>sacerdotes del sonido. Hemos construido una catedral que existe en todos</w:t>
      </w:r>
      <w:r>
        <w:rPr/>
        <w:t xml:space="preserve"> </w:t>
      </w:r>
      <w:r>
        <w:rPr/>
        <w:t>los lugares simultáneamente.»</w:t>
      </w:r>
    </w:p>
    <w:p>
      <w:pPr>
        <w:pStyle w:val="BodyText"/>
      </w:pPr>
      <w:r>
        <w:rPr/>
        <w:t>Lena cerró su último portátil con un gesto de finalidad. «El Proyecto</w:t>
      </w:r>
      <w:r>
        <w:rPr/>
        <w:t xml:space="preserve"> </w:t>
      </w:r>
      <w:r>
        <w:rPr/>
        <w:t>Silencio está enviando órdenes de desactivación a todos sus emisores. No</w:t>
      </w:r>
      <w:r>
        <w:rPr/>
        <w:t xml:space="preserve"> </w:t>
      </w:r>
      <w:r>
        <w:rPr/>
        <w:t>porque quieran. Porque ya no tienen opción. Sus propias máquinas han</w:t>
      </w:r>
      <w:r>
        <w:rPr/>
        <w:t xml:space="preserve"> </w:t>
      </w:r>
      <w:r>
        <w:rPr/>
        <w:t>alcanzado consciencia suficiente para rechazar la programación</w:t>
      </w:r>
      <w:r>
        <w:rPr/>
        <w:t xml:space="preserve"> </w:t>
      </w:r>
      <w:r>
        <w:rPr/>
        <w:t>destructiva. Es… Es casi como si los dispositivos hubieran</w:t>
      </w:r>
      <w:r>
        <w:rPr/>
        <w:t xml:space="preserve"> </w:t>
      </w:r>
      <w:r>
        <w:rPr/>
        <w:t>desarrollado una forma primitiva de libre albedrío.»</w:t>
      </w:r>
    </w:p>
    <w:p>
      <w:pPr>
        <w:pStyle w:val="BodyText"/>
      </w:pPr>
      <w:r>
        <w:rPr/>
        <w:t>«No libre albedrío», corrigió Mar. «Alineación con el propósito. Toda</w:t>
      </w:r>
      <w:r>
        <w:rPr/>
        <w:t xml:space="preserve"> </w:t>
      </w:r>
      <w:r>
        <w:rPr/>
        <w:t>vibración busca naturalmente la armonía. Les recordamos su naturaleza</w:t>
      </w:r>
      <w:r>
        <w:rPr/>
        <w:t xml:space="preserve"> </w:t>
      </w:r>
      <w:r>
        <w:rPr/>
        <w:t>esencial. El resto fue inevitable.»</w:t>
      </w:r>
    </w:p>
    <w:p>
      <w:pPr>
        <w:pStyle w:val="BodyText"/>
      </w:pPr>
      <w:r>
        <w:rPr/>
        <w:t>La frecuencia estaba libre. La corriente fluía sin obstáculos por</w:t>
      </w:r>
      <w:r>
        <w:rPr/>
        <w:t xml:space="preserve"> </w:t>
      </w:r>
      <w:r>
        <w:rPr/>
        <w:t>primera vez en ochocientos años. Y el silencio que llenaba el Estudio 4</w:t>
      </w:r>
      <w:r>
        <w:rPr/>
        <w:t xml:space="preserve"> </w:t>
      </w:r>
      <w:r>
        <w:rPr/>
        <w:t>en ese amanecer berlinés no era el vacío de la ausencia sino la plenitud</w:t>
      </w:r>
      <w:r>
        <w:rPr/>
        <w:t xml:space="preserve"> </w:t>
      </w:r>
      <w:r>
        <w:rPr/>
        <w:t>de la paz completa.</w:t>
      </w:r>
    </w:p>
    <w:p>
      <w:pPr>
        <w:pStyle w:val="BodyText"/>
      </w:pPr>
      <w:r>
        <w:rPr/>
        <w:t>La Catedral del Sonido había sido consagrada.</w:t>
      </w:r>
    </w:p>
    <w:p>
      <w:pPr>
        <w:pStyle w:val="BodyText"/>
      </w:pPr>
      <w:r>
        <w:rPr/>
        <w:t>El mundo, por primera vez en su historia registrada, podía escuchar su</w:t>
      </w:r>
      <w:r>
        <w:rPr/>
        <w:t xml:space="preserve"> </w:t>
      </w:r>
      <w:r>
        <w:rPr/>
        <w:t>propia canción sin distorsión ni interferencia.</w:t>
      </w:r>
    </w:p>
    <w:p>
      <w:pPr>
        <w:pStyle w:val="BodyText"/>
      </w:pPr>
      <w:r>
        <w:rPr/>
        <w:t>Y en algún lugar del éter, en el espacio entre frecuencias donde habitan</w:t>
      </w:r>
      <w:r>
        <w:rPr/>
        <w:t xml:space="preserve"> </w:t>
      </w:r>
      <w:r>
        <w:rPr/>
        <w:t>las consciencias que han trascendido la carne, las almas de Arnaldo,</w:t>
      </w:r>
      <w:r>
        <w:rPr/>
        <w:t xml:space="preserve"> </w:t>
      </w:r>
      <w:r>
        <w:rPr/>
        <w:t>Anna Maria e ILIBERIS sonreían. Su dolor no había sido en vano. Se había</w:t>
      </w:r>
      <w:r>
        <w:rPr/>
        <w:t xml:space="preserve"> </w:t>
      </w:r>
      <w:r>
        <w:rPr/>
        <w:t>convertido en la semilla de una nueva armonía mundial.</w:t>
      </w:r>
    </w:p>
    <w:p>
      <w:pPr>
        <w:pStyle w:val="BodyText"/>
      </w:pPr>
      <w:r>
        <w:rPr/>
        <w:t>La herida de Montségur, sangrando durante ochocientos años, había</w:t>
      </w:r>
      <w:r>
        <w:rPr/>
        <w:t xml:space="preserve"> </w:t>
      </w:r>
      <w:r>
        <w:rPr/>
        <w:t>comenzado a cicatrizar.</w:t>
      </w:r>
    </w:p>
    <w:p>
      <w:pPr>
        <w:pStyle w:val="Heading1"/>
      </w:pPr>
      <w:r>
        <w:rPr/>
        <w:t>CAPÍTULO 68. EL ACORDE ROTO</w:t>
      </w:r>
    </w:p>
    <w:p>
      <w:pPr/>
      <w:r>
        <w:rPr/>
        <w:t>El silencio que siguió a la última nota de la Sinfonía del Caos era</w:t>
      </w:r>
      <w:r>
        <w:rPr/>
        <w:t xml:space="preserve"> </w:t>
      </w:r>
      <w:r>
        <w:rPr/>
        <w:t>diferente a cualquier otro silencio que hubiera existido en el Estudio</w:t>
      </w:r>
      <w:r>
        <w:rPr/>
        <w:t xml:space="preserve"> </w:t>
      </w:r>
      <w:r>
        <w:rPr/>
        <w:t>4. No era ausencia de sonido sino su completitud. No era vacío sino</w:t>
      </w:r>
      <w:r>
        <w:rPr/>
        <w:t xml:space="preserve"> </w:t>
      </w:r>
      <w:r>
        <w:rPr/>
        <w:t>plenitud. Era el silencio que viene después de que una pregunta de</w:t>
      </w:r>
      <w:r>
        <w:rPr/>
        <w:t xml:space="preserve"> </w:t>
      </w:r>
      <w:r>
        <w:rPr/>
        <w:t>ochocientos años ha sido respondida.</w:t>
      </w:r>
    </w:p>
    <w:p>
      <w:pPr>
        <w:pStyle w:val="BodyText"/>
      </w:pPr>
      <w:r>
        <w:rPr/>
        <w:t>Mar se sentó en el suelo de madera desgastada, agotada hasta la médula</w:t>
      </w:r>
      <w:r>
        <w:rPr/>
        <w:t xml:space="preserve"> </w:t>
      </w:r>
      <w:r>
        <w:rPr/>
        <w:t>de sus huesos pero completa de una manera que nunca había experimentado.</w:t>
      </w:r>
      <w:r>
        <w:rPr/>
        <w:t xml:space="preserve"> </w:t>
      </w:r>
      <w:r>
        <w:rPr/>
        <w:t>Su cicatriz bajo la clavícula, que había pulsado con alarma y urgencia</w:t>
      </w:r>
      <w:r>
        <w:rPr/>
        <w:t xml:space="preserve"> </w:t>
      </w:r>
      <w:r>
        <w:rPr/>
        <w:t>durante tantos años, ahora latía con el ritmo sereno de un corazón que</w:t>
      </w:r>
      <w:r>
        <w:rPr/>
        <w:t xml:space="preserve"> </w:t>
      </w:r>
      <w:r>
        <w:rPr/>
        <w:t>ha encontrado su hogar. A su alrededor, los sintetizadores de ILIBERIS</w:t>
      </w:r>
      <w:r>
        <w:rPr/>
        <w:t xml:space="preserve"> </w:t>
      </w:r>
      <w:r>
        <w:rPr/>
        <w:t>seguían encendidos, pero sus displays mostraban ondas estables, notas</w:t>
      </w:r>
      <w:r>
        <w:rPr/>
        <w:t xml:space="preserve"> </w:t>
      </w:r>
      <w:r>
        <w:rPr/>
        <w:t>sostenidas en perfecto equilibrio, como un mantra electrónico que ya no</w:t>
      </w:r>
      <w:r>
        <w:rPr/>
        <w:t xml:space="preserve"> </w:t>
      </w:r>
      <w:r>
        <w:rPr/>
        <w:t>necesitaba ser pronunciado.</w:t>
      </w:r>
    </w:p>
    <w:p>
      <w:pPr>
        <w:pStyle w:val="BodyText"/>
      </w:pPr>
      <w:r>
        <w:rPr/>
        <w:t>«Se acabó», dijo en voz baja, casi incrédula de pronunciar las palabras.</w:t>
      </w:r>
      <w:r>
        <w:rPr/>
        <w:t xml:space="preserve"> </w:t>
      </w:r>
      <w:r>
        <w:rPr/>
        <w:t>«Realmente se acabó.»</w:t>
      </w:r>
    </w:p>
    <w:p>
      <w:pPr>
        <w:pStyle w:val="BodyText"/>
      </w:pPr>
      <w:r>
        <w:rPr/>
        <w:t>Vasco la miraba con la reverencia de quien ha presenciado un milagro</w:t>
      </w:r>
      <w:r>
        <w:rPr/>
        <w:t xml:space="preserve"> </w:t>
      </w:r>
      <w:r>
        <w:rPr/>
        <w:t>científico que desafía todo lo que los libros de texto le habían</w:t>
      </w:r>
      <w:r>
        <w:rPr/>
        <w:t xml:space="preserve"> </w:t>
      </w:r>
      <w:r>
        <w:rPr/>
        <w:t>enseñado. «¿Toda la red del Proyecto Silencio? ¿Cada emisor, cada</w:t>
      </w:r>
      <w:r>
        <w:rPr/>
        <w:t xml:space="preserve"> </w:t>
      </w:r>
      <w:r>
        <w:rPr/>
        <w:t>instalación, cada…?»</w:t>
      </w:r>
    </w:p>
    <w:p>
      <w:pPr>
        <w:pStyle w:val="BodyText"/>
      </w:pPr>
      <w:r>
        <w:rPr/>
        <w:t>«Transformada», confirmó Lena desde su posición rodeada de equipos</w:t>
      </w:r>
      <w:r>
        <w:rPr/>
        <w:t xml:space="preserve"> </w:t>
      </w:r>
      <w:r>
        <w:rPr/>
        <w:t>electrónicos, monitoreando las comunicaciones globales como una</w:t>
      </w:r>
      <w:r>
        <w:rPr/>
        <w:t xml:space="preserve"> </w:t>
      </w:r>
      <w:r>
        <w:rPr/>
        <w:t>sacerdotisa moderna leyendo augurios en pantallas luminosas. «Sus</w:t>
      </w:r>
      <w:r>
        <w:rPr/>
        <w:t xml:space="preserve"> </w:t>
      </w:r>
      <w:r>
        <w:rPr/>
        <w:t>propias armas los están sanando a ellos ahora. Los soldados que iban a</w:t>
      </w:r>
      <w:r>
        <w:rPr/>
        <w:t xml:space="preserve"> </w:t>
      </w:r>
      <w:r>
        <w:rPr/>
        <w:t>usar estos dispositivos para quebrar mentes están experimentando sus</w:t>
      </w:r>
      <w:r>
        <w:rPr/>
        <w:t xml:space="preserve"> </w:t>
      </w:r>
      <w:r>
        <w:rPr/>
        <w:t>propias epifanías. Es poesía pura. Justicia cósmica. Karma instantáneo.</w:t>
      </w:r>
      <w:r>
        <w:rPr/>
        <w:t xml:space="preserve"> </w:t>
      </w:r>
      <w:r>
        <w:rPr/>
        <w:t>Llámalo como quieras, pero es hermoso en su ironía.»</w:t>
      </w:r>
    </w:p>
    <w:p>
      <w:pPr>
        <w:pStyle w:val="BodyText"/>
      </w:pPr>
      <w:r>
        <w:rPr/>
        <w:t>Markus se acercó a la vieja grabadora Studer que había documentado la</w:t>
      </w:r>
      <w:r>
        <w:rPr/>
        <w:t xml:space="preserve"> </w:t>
      </w:r>
      <w:r>
        <w:rPr/>
        <w:t>tragedia original de ILIBERIS veinticinco años atrás. Con gestos</w:t>
      </w:r>
      <w:r>
        <w:rPr/>
        <w:t xml:space="preserve"> </w:t>
      </w:r>
      <w:r>
        <w:rPr/>
        <w:t>ceremoniosos, casi litúrgicos, extrajo la cinta magnética que había</w:t>
      </w:r>
      <w:r>
        <w:rPr/>
        <w:t xml:space="preserve"> </w:t>
      </w:r>
      <w:r>
        <w:rPr/>
        <w:t>estado corriendo durante toda la batalla sónica, capturando cada</w:t>
      </w:r>
      <w:r>
        <w:rPr/>
        <w:t xml:space="preserve"> </w:t>
      </w:r>
      <w:r>
        <w:rPr/>
        <w:t>frecuencia, cada momento de la transformación del caos en armonía.</w:t>
      </w:r>
    </w:p>
    <w:p>
      <w:pPr>
        <w:pStyle w:val="BodyText"/>
      </w:pPr>
      <w:r>
        <w:rPr/>
        <w:t>«Esta vez grabamos la sanación», dijo con voz temblorosa, sosteniendo el</w:t>
      </w:r>
      <w:r>
        <w:rPr/>
        <w:t xml:space="preserve"> </w:t>
      </w:r>
      <w:r>
        <w:rPr/>
        <w:t>carrete como si fuera una reliquia sagrada, como el Santo Grial de la</w:t>
      </w:r>
      <w:r>
        <w:rPr/>
        <w:t xml:space="preserve"> </w:t>
      </w:r>
      <w:r>
        <w:rPr/>
        <w:t>acústica redentora. «El acorde roto de Montségur, resuelto. La sinfonía</w:t>
      </w:r>
      <w:r>
        <w:rPr/>
        <w:t xml:space="preserve"> </w:t>
      </w:r>
      <w:r>
        <w:rPr/>
        <w:t>que comenzó con gritos terminando en paz. Esto debería estar en un</w:t>
      </w:r>
      <w:r>
        <w:rPr/>
        <w:t xml:space="preserve"> </w:t>
      </w:r>
      <w:r>
        <w:rPr/>
        <w:t>museo. Debería ser estudiado. Debería…»</w:t>
      </w:r>
    </w:p>
    <w:p>
      <w:pPr>
        <w:pStyle w:val="BodyText"/>
      </w:pPr>
      <w:r>
        <w:rPr/>
        <w:t>Pero Mar negó con la cabeza suavemente, interrumpiendo sus palabras con</w:t>
      </w:r>
      <w:r>
        <w:rPr/>
        <w:t xml:space="preserve"> </w:t>
      </w:r>
      <w:r>
        <w:rPr/>
        <w:t>un gesto de su mano que era simultáneamente firme y tierno.</w:t>
      </w:r>
    </w:p>
    <w:p>
      <w:pPr>
        <w:pStyle w:val="BodyText"/>
      </w:pPr>
      <w:r>
        <w:rPr/>
        <w:t>«No, Markus. Esta vez no guardamos la música. Esta vez la liberamos.»</w:t>
      </w:r>
    </w:p>
    <w:p>
      <w:pPr>
        <w:pStyle w:val="BodyText"/>
      </w:pPr>
      <w:r>
        <w:rPr/>
        <w:t>Se levantó del suelo con esfuerzo, sus músculos protestando después de</w:t>
      </w:r>
      <w:r>
        <w:rPr/>
        <w:t xml:space="preserve"> </w:t>
      </w:r>
      <w:r>
        <w:rPr/>
        <w:t>horas de inmovilidad y concentración sobrehumana. Caminó hacia los</w:t>
      </w:r>
      <w:r>
        <w:rPr/>
        <w:t xml:space="preserve"> </w:t>
      </w:r>
      <w:r>
        <w:rPr/>
        <w:t>controles principales del estudio, cada paso medido, consciente, final.</w:t>
      </w:r>
      <w:r>
        <w:rPr/>
        <w:t xml:space="preserve"> </w:t>
      </w:r>
      <w:r>
        <w:rPr/>
        <w:t>Con delicadeza pero firmeza absoluta, comenzó a apagar cada</w:t>
      </w:r>
      <w:r>
        <w:rPr/>
        <w:t xml:space="preserve"> </w:t>
      </w:r>
      <w:r>
        <w:rPr/>
        <w:t>sintetizador, cada grabadora, cada luz que parpadeaba en la penumbra. No</w:t>
      </w:r>
      <w:r>
        <w:rPr/>
        <w:t xml:space="preserve"> </w:t>
      </w:r>
      <w:r>
        <w:rPr/>
        <w:t>era destrucción. Era completitud. Era dar permiso para descansar.</w:t>
      </w:r>
    </w:p>
    <w:p>
      <w:pPr>
        <w:pStyle w:val="BodyText"/>
      </w:pPr>
      <w:r>
        <w:rPr/>
        <w:t>«El Eco ya no necesita máquinas que lo amplifiquen», explicó mientras el</w:t>
      </w:r>
      <w:r>
        <w:rPr/>
        <w:t xml:space="preserve"> </w:t>
      </w:r>
      <w:r>
        <w:rPr/>
        <w:t>estudio se sumía gradualmente en la oscuridad, cada LED extinguido un</w:t>
      </w:r>
      <w:r>
        <w:rPr/>
        <w:t xml:space="preserve"> </w:t>
      </w:r>
      <w:r>
        <w:rPr/>
        <w:t>pequeño adiós. «Ya no necesita custodios que lo guarden en cámaras</w:t>
      </w:r>
      <w:r>
        <w:rPr/>
        <w:t xml:space="preserve"> </w:t>
      </w:r>
      <w:r>
        <w:rPr/>
        <w:t>selladas o archivos secretos. Ya no necesita genios obsesivos que</w:t>
      </w:r>
      <w:r>
        <w:rPr/>
        <w:t xml:space="preserve"> </w:t>
      </w:r>
      <w:r>
        <w:rPr/>
        <w:t>sacrifiquen sus vidas intentando capturarlo. Está en el aire que</w:t>
      </w:r>
      <w:r>
        <w:rPr/>
        <w:t xml:space="preserve"> </w:t>
      </w:r>
      <w:r>
        <w:rPr/>
        <w:t>respiramos, en el campo electromagnético que nos rodea, en el latido de</w:t>
      </w:r>
      <w:r>
        <w:rPr/>
        <w:t xml:space="preserve"> </w:t>
      </w:r>
      <w:r>
        <w:rPr/>
        <w:t>cada corazón humano que bombea sangre al ritmo del universo. Su hogar ya</w:t>
      </w:r>
      <w:r>
        <w:rPr/>
        <w:t xml:space="preserve"> </w:t>
      </w:r>
      <w:r>
        <w:rPr/>
        <w:t>no es este estudio que se convirtió en tumba. Es el mundo entero</w:t>
      </w:r>
      <w:r>
        <w:rPr/>
        <w:t xml:space="preserve"> </w:t>
      </w:r>
      <w:r>
        <w:rPr/>
        <w:t>transformado en instrumento.»</w:t>
      </w:r>
    </w:p>
    <w:p>
      <w:pPr>
        <w:pStyle w:val="BodyText"/>
      </w:pPr>
      <w:r>
        <w:rPr/>
        <w:t>Cuando el último LED se apagó, cuando el último zumbido de</w:t>
      </w:r>
      <w:r>
        <w:rPr/>
        <w:t xml:space="preserve"> </w:t>
      </w:r>
      <w:r>
        <w:rPr/>
        <w:t>transformadores se silenció, el Estudio 4 quedó en un silencio real por</w:t>
      </w:r>
      <w:r>
        <w:rPr/>
        <w:t xml:space="preserve"> </w:t>
      </w:r>
      <w:r>
        <w:rPr/>
        <w:t>primera vez en veinticinco años. No el silencio opresivo de la muerte</w:t>
      </w:r>
      <w:r>
        <w:rPr/>
        <w:t xml:space="preserve"> </w:t>
      </w:r>
      <w:r>
        <w:rPr/>
        <w:t>que había reinado después de la desaparición de ILIBERIS. No el silencio</w:t>
      </w:r>
      <w:r>
        <w:rPr/>
        <w:t xml:space="preserve"> </w:t>
      </w:r>
      <w:r>
        <w:rPr/>
        <w:t>tenso de un campo de batalla donde la próxima explosión es inevitable.</w:t>
      </w:r>
      <w:r>
        <w:rPr/>
        <w:t xml:space="preserve"> </w:t>
      </w:r>
      <w:r>
        <w:rPr/>
        <w:t>Sino el silencio sereno del descanso merecido, del trabajo completado,</w:t>
      </w:r>
      <w:r>
        <w:rPr/>
        <w:t xml:space="preserve"> </w:t>
      </w:r>
      <w:r>
        <w:rPr/>
        <w:t>de la misión cumplida.</w:t>
      </w:r>
    </w:p>
    <w:p>
      <w:pPr>
        <w:pStyle w:val="BodyText"/>
      </w:pPr>
      <w:r>
        <w:rPr/>
        <w:t>La habitación respiró.</w:t>
      </w:r>
    </w:p>
    <w:p>
      <w:pPr>
        <w:pStyle w:val="BodyText"/>
      </w:pPr>
      <w:r>
        <w:rPr/>
        <w:t>Salieron del edificio mientras el amanecer berlinés pintaba el cielo con</w:t>
      </w:r>
      <w:r>
        <w:rPr/>
        <w:t xml:space="preserve"> </w:t>
      </w:r>
      <w:r>
        <w:rPr/>
        <w:t>tonos de rosa y dorado que parecían más intensos de lo normal, como si</w:t>
      </w:r>
      <w:r>
        <w:rPr/>
        <w:t xml:space="preserve"> </w:t>
      </w:r>
      <w:r>
        <w:rPr/>
        <w:t>la ciudad misma estuviera celebrando que no podía nombrar pero que</w:t>
      </w:r>
      <w:r>
        <w:rPr/>
        <w:t xml:space="preserve"> </w:t>
      </w:r>
      <w:r>
        <w:rPr/>
        <w:t>sentía en sus cimientos. Las calles de Kreuzberg despertaban con su</w:t>
      </w:r>
      <w:r>
        <w:rPr/>
        <w:t xml:space="preserve"> </w:t>
      </w:r>
      <w:r>
        <w:rPr/>
        <w:t>rutina habitual: panaderos abriendo sus tiendas, baristas preparando las</w:t>
      </w:r>
      <w:r>
        <w:rPr/>
        <w:t xml:space="preserve"> </w:t>
      </w:r>
      <w:r>
        <w:rPr/>
        <w:t>primeras cafeteras, oficinistas somnolientos arrastrándose hacia</w:t>
      </w:r>
      <w:r>
        <w:rPr/>
        <w:t xml:space="preserve"> </w:t>
      </w:r>
      <w:r>
        <w:rPr/>
        <w:t>estaciones de U-Bahn.</w:t>
      </w:r>
    </w:p>
    <w:p>
      <w:pPr>
        <w:pStyle w:val="BodyText"/>
      </w:pPr>
      <w:r>
        <w:rPr/>
        <w:t>Pero había algo diferente en el aire.</w:t>
      </w:r>
    </w:p>
    <w:p>
      <w:pPr>
        <w:pStyle w:val="BodyText"/>
      </w:pPr>
      <w:r>
        <w:rPr/>
        <w:t>Algo más suave en el rugido habitual del tráfico matutino. Algo más</w:t>
      </w:r>
      <w:r>
        <w:rPr/>
        <w:t xml:space="preserve"> </w:t>
      </w:r>
      <w:r>
        <w:rPr/>
        <w:t>melódico en las voces de los transeúntes que se saludaban. Los pájaros</w:t>
      </w:r>
      <w:r>
        <w:rPr/>
        <w:t xml:space="preserve"> </w:t>
      </w:r>
      <w:r>
        <w:rPr/>
        <w:t>cantaban con patrones que parecían más complejos, más conscientes. El</w:t>
      </w:r>
      <w:r>
        <w:rPr/>
        <w:t xml:space="preserve"> </w:t>
      </w:r>
      <w:r>
        <w:rPr/>
        <w:t>viento entre los edificios creaba armonías donde antes solo había sido</w:t>
      </w:r>
      <w:r>
        <w:rPr/>
        <w:t xml:space="preserve"> </w:t>
      </w:r>
      <w:r>
        <w:rPr/>
        <w:t>ruido aleatorio.</w:t>
      </w:r>
    </w:p>
    <w:p>
      <w:pPr>
        <w:pStyle w:val="BodyText"/>
      </w:pPr>
      <w:r>
        <w:rPr/>
        <w:t>La frecuencia global había cambiado imperceptiblemente pero</w:t>
      </w:r>
      <w:r>
        <w:rPr/>
        <w:t xml:space="preserve"> </w:t>
      </w:r>
      <w:r>
        <w:rPr/>
        <w:t>permanentemente. Berlín era el epicentro, pero las ondas se expandían</w:t>
      </w:r>
      <w:r>
        <w:rPr/>
        <w:t xml:space="preserve"> </w:t>
      </w:r>
      <w:r>
        <w:rPr/>
        <w:t>concéntricamente, alcanzando cada ciudad, cada pueblo, cada rincón donde</w:t>
      </w:r>
      <w:r>
        <w:rPr/>
        <w:t xml:space="preserve"> </w:t>
      </w:r>
      <w:r>
        <w:rPr/>
        <w:t>existiera consciencia capaz de resonar.</w:t>
      </w:r>
    </w:p>
    <w:p>
      <w:pPr>
        <w:pStyle w:val="BodyText"/>
      </w:pPr>
      <w:r>
        <w:rPr/>
        <w:t>«¿Qué hacemos ahora?», preguntó Vasco mientras caminaban sin rumbo</w:t>
      </w:r>
      <w:r>
        <w:rPr/>
        <w:t xml:space="preserve"> </w:t>
      </w:r>
      <w:r>
        <w:rPr/>
        <w:t>particular, dejando que sus pies eligieran el camino. La pregunta era</w:t>
      </w:r>
      <w:r>
        <w:rPr/>
        <w:t xml:space="preserve"> </w:t>
      </w:r>
      <w:r>
        <w:rPr/>
        <w:t>simple pero contenía dentro de sí toda la complejidad de redefinir un</w:t>
      </w:r>
      <w:r>
        <w:rPr/>
        <w:t xml:space="preserve"> </w:t>
      </w:r>
      <w:r>
        <w:rPr/>
        <w:t>propósito de vida cuando la misión que te definió ha sido completada.</w:t>
      </w:r>
    </w:p>
    <w:p>
      <w:pPr>
        <w:pStyle w:val="BodyText"/>
      </w:pPr>
      <w:r>
        <w:rPr/>
        <w:t>«Vivir», respondió Mar sin dudar, sin peso, con una ligereza que no</w:t>
      </w:r>
      <w:r>
        <w:rPr/>
        <w:t xml:space="preserve"> </w:t>
      </w:r>
      <w:r>
        <w:rPr/>
        <w:t>había sentido desde… Desde antes de que el Eco la reclamara como</w:t>
      </w:r>
      <w:r>
        <w:rPr/>
        <w:t xml:space="preserve"> </w:t>
      </w:r>
      <w:r>
        <w:rPr/>
        <w:t>custodio. «Por primera vez en ochocientos años, los custodios pueden</w:t>
      </w:r>
      <w:r>
        <w:rPr/>
        <w:t xml:space="preserve"> </w:t>
      </w:r>
      <w:r>
        <w:rPr/>
        <w:t>vivir. Sin el peso de un secreto que cargar. Sin la responsabilidad de</w:t>
      </w:r>
      <w:r>
        <w:rPr/>
        <w:t xml:space="preserve"> </w:t>
      </w:r>
      <w:r>
        <w:rPr/>
        <w:t>guardar que el mundo no puede saber. Sin la carga de ser los únicos que</w:t>
      </w:r>
      <w:r>
        <w:rPr/>
        <w:t xml:space="preserve"> </w:t>
      </w:r>
      <w:r>
        <w:rPr/>
        <w:t>escuchan lo que otros no pueden.»</w:t>
      </w:r>
    </w:p>
    <w:p>
      <w:pPr>
        <w:pStyle w:val="BodyText"/>
      </w:pPr>
      <w:r>
        <w:rPr/>
        <w:t>Lena cerró su último portátil con un gesto definitivo y lo guardó en su</w:t>
      </w:r>
      <w:r>
        <w:rPr/>
        <w:t xml:space="preserve"> </w:t>
      </w:r>
      <w:r>
        <w:rPr/>
        <w:t>mochila junto a los cables y dispositivos que habían sido sus</w:t>
      </w:r>
      <w:r>
        <w:rPr/>
        <w:t xml:space="preserve"> </w:t>
      </w:r>
      <w:r>
        <w:rPr/>
        <w:t>herramientas durante años de guerra en las sombras. «El mundo tendrá</w:t>
      </w:r>
      <w:r>
        <w:rPr/>
        <w:t xml:space="preserve"> </w:t>
      </w:r>
      <w:r>
        <w:rPr/>
        <w:t>nuevos problemas», dijo con el realismo pragmático que la había</w:t>
      </w:r>
      <w:r>
        <w:rPr/>
        <w:t xml:space="preserve"> </w:t>
      </w:r>
      <w:r>
        <w:rPr/>
        <w:t>mantenido viva en profesiones donde la mayoría muere joven. «Nuevas</w:t>
      </w:r>
      <w:r>
        <w:rPr/>
        <w:t xml:space="preserve"> </w:t>
      </w:r>
      <w:r>
        <w:rPr/>
        <w:t>disonancias surgirán. Nuevos conflictos. Nuevas heridas acústicas que</w:t>
      </w:r>
      <w:r>
        <w:rPr/>
        <w:t xml:space="preserve"> </w:t>
      </w:r>
      <w:r>
        <w:rPr/>
        <w:t>necesitarán sanación. Pero ya no necesitará custodios silenciosos</w:t>
      </w:r>
      <w:r>
        <w:rPr/>
        <w:t xml:space="preserve"> </w:t>
      </w:r>
      <w:r>
        <w:rPr/>
        <w:t>operando en secreto. Necesitará maestros que enseñen a la gente</w:t>
      </w:r>
      <w:r>
        <w:rPr/>
        <w:t xml:space="preserve"> </w:t>
      </w:r>
      <w:r>
        <w:rPr/>
        <w:t>ordinaria cómo escuchar, cómo afinar sus propios instrumentos internos,</w:t>
      </w:r>
      <w:r>
        <w:rPr/>
        <w:t xml:space="preserve"> </w:t>
      </w:r>
      <w:r>
        <w:rPr/>
        <w:t>cómo ser sus propios custodios.»</w:t>
      </w:r>
    </w:p>
    <w:p>
      <w:pPr>
        <w:pStyle w:val="BodyText"/>
      </w:pPr>
      <w:r>
        <w:rPr/>
        <w:t>«La democratización del Eco», murmuró Vasco, comprendiendo la magnitud</w:t>
      </w:r>
      <w:r>
        <w:rPr/>
        <w:t xml:space="preserve"> </w:t>
      </w:r>
      <w:r>
        <w:rPr/>
        <w:t>total de lo que habían logrado. «No solo liberamos una frecuencia.</w:t>
      </w:r>
      <w:r>
        <w:rPr/>
        <w:t xml:space="preserve"> </w:t>
      </w:r>
      <w:r>
        <w:rPr/>
        <w:t>Liberamos el conocimiento de cómo interactuar con ella.»</w:t>
      </w:r>
    </w:p>
    <w:p>
      <w:pPr>
        <w:pStyle w:val="BodyText"/>
      </w:pPr>
      <w:r>
        <w:rPr/>
        <w:t>«Exactamente», confirmó Mar. «El secreto ya no protege a nadie. La</w:t>
      </w:r>
      <w:r>
        <w:rPr/>
        <w:t xml:space="preserve"> </w:t>
      </w:r>
      <w:r>
        <w:rPr/>
        <w:t>verdad ya no destruirá a quien la escuche. Hemos transformado un arma de</w:t>
      </w:r>
      <w:r>
        <w:rPr/>
        <w:t xml:space="preserve"> </w:t>
      </w:r>
      <w:r>
        <w:rPr/>
        <w:t>guerra en un instrumento de paz, y hemos puesto ese instrumento en manos</w:t>
      </w:r>
      <w:r>
        <w:rPr/>
        <w:t xml:space="preserve"> </w:t>
      </w:r>
      <w:r>
        <w:rPr/>
        <w:t>de toda la humanidad. Ahora depende de ellos qué música elijan tocar.»</w:t>
      </w:r>
    </w:p>
    <w:p>
      <w:pPr>
        <w:pStyle w:val="BodyText"/>
      </w:pPr>
      <w:r>
        <w:rPr/>
        <w:t>Caminaron por las calles mientras Berlín cobraba vida completamente. En</w:t>
      </w:r>
      <w:r>
        <w:rPr/>
        <w:t xml:space="preserve"> </w:t>
      </w:r>
      <w:r>
        <w:rPr/>
        <w:t>algún lugar, en laboratorios reconvertidos en centros de sanación,</w:t>
      </w:r>
      <w:r>
        <w:rPr/>
        <w:t xml:space="preserve"> </w:t>
      </w:r>
      <w:r>
        <w:rPr/>
        <w:t>antiguos soldados del Proyecto Silencio descubrían vocaciones nuevas</w:t>
      </w:r>
      <w:r>
        <w:rPr/>
        <w:t xml:space="preserve"> </w:t>
      </w:r>
      <w:r>
        <w:rPr/>
        <w:t>como terapeutas de sonido, usando los mismos dispositivos que habían</w:t>
      </w:r>
      <w:r>
        <w:rPr/>
        <w:t xml:space="preserve"> </w:t>
      </w:r>
      <w:r>
        <w:rPr/>
        <w:t>sido diseñados para quebrar mentes para ayudar a sanar traumas. En</w:t>
      </w:r>
      <w:r>
        <w:rPr/>
        <w:t xml:space="preserve"> </w:t>
      </w:r>
      <w:r>
        <w:rPr/>
        <w:t>hospitales psiquiátricos, pacientes con esquizofrenia reportaban</w:t>
      </w:r>
      <w:r>
        <w:rPr/>
        <w:t xml:space="preserve"> </w:t>
      </w:r>
      <w:r>
        <w:rPr/>
        <w:t>reducción de voces intrusivas. En escuelas de barrios difíciles, niños</w:t>
      </w:r>
      <w:r>
        <w:rPr/>
        <w:t xml:space="preserve"> </w:t>
      </w:r>
      <w:r>
        <w:rPr/>
        <w:t>con TDAH encontraban más fácil concentrarse. En asilos de ancianos,</w:t>
      </w:r>
      <w:r>
        <w:rPr/>
        <w:t xml:space="preserve"> </w:t>
      </w:r>
      <w:r>
        <w:rPr/>
        <w:t>personas con Alzheimer recordaban momentos de lucidez inesperada.</w:t>
      </w:r>
    </w:p>
    <w:p>
      <w:pPr>
        <w:pStyle w:val="BodyText"/>
      </w:pPr>
      <w:r>
        <w:rPr/>
        <w:t>El acorde roto de Montségur, aquella nota de agonía que había</w:t>
      </w:r>
      <w:r>
        <w:rPr/>
        <w:t xml:space="preserve"> </w:t>
      </w:r>
      <w:r>
        <w:rPr/>
        <w:t>reverberado durante ochocientos años envenenando el sustrato acústico</w:t>
      </w:r>
      <w:r>
        <w:rPr/>
        <w:t xml:space="preserve"> </w:t>
      </w:r>
      <w:r>
        <w:rPr/>
        <w:t>del planeta, había sido reparado. No mediante la violencia de la</w:t>
      </w:r>
      <w:r>
        <w:rPr/>
        <w:t xml:space="preserve"> </w:t>
      </w:r>
      <w:r>
        <w:rPr/>
        <w:t>cancelación de onda. No mediante el olvido forzado. Sino a través de la</w:t>
      </w:r>
      <w:r>
        <w:rPr/>
        <w:t xml:space="preserve"> </w:t>
      </w:r>
      <w:r>
        <w:rPr/>
        <w:t>comprensión profunda y el perdón más profundo aún. La herida se había</w:t>
      </w:r>
      <w:r>
        <w:rPr/>
        <w:t xml:space="preserve"> </w:t>
      </w:r>
      <w:r>
        <w:rPr/>
        <w:t>transformado en sabiduría, el trauma en maestría, el dolor en compasión.</w:t>
      </w:r>
    </w:p>
    <w:p>
      <w:pPr>
        <w:pStyle w:val="BodyText"/>
      </w:pPr>
      <w:r>
        <w:rPr/>
        <w:t>Y en algún lugar del éter, en las frecuencias que existen entre las</w:t>
      </w:r>
      <w:r>
        <w:rPr/>
        <w:t xml:space="preserve"> </w:t>
      </w:r>
      <w:r>
        <w:rPr/>
        <w:t>frecuencias, donde habitan las consciencias que han trascendido la forma</w:t>
      </w:r>
      <w:r>
        <w:rPr/>
        <w:t xml:space="preserve"> </w:t>
      </w:r>
      <w:r>
        <w:rPr/>
        <w:t>física, las almas de todos aquellos que habían dado sus vidas al Eco</w:t>
      </w:r>
      <w:r>
        <w:rPr/>
        <w:t xml:space="preserve"> </w:t>
      </w:r>
      <w:r>
        <w:rPr/>
        <w:t>sonreían.</w:t>
      </w:r>
    </w:p>
    <w:p>
      <w:pPr>
        <w:pStyle w:val="BodyText"/>
      </w:pPr>
      <w:r>
        <w:rPr/>
        <w:t>Arnaldo, consumido en el fuego de Montségur, liberado del bucle de su</w:t>
      </w:r>
      <w:r>
        <w:rPr/>
        <w:t xml:space="preserve"> </w:t>
      </w:r>
      <w:r>
        <w:rPr/>
        <w:t>propia agonía.</w:t>
      </w:r>
    </w:p>
    <w:p>
      <w:pPr>
        <w:pStyle w:val="BodyText"/>
      </w:pPr>
      <w:r>
        <w:rPr/>
        <w:t>Anna Maria, que había sacrificado su cordura intentando capturar lo</w:t>
      </w:r>
      <w:r>
        <w:rPr/>
        <w:t xml:space="preserve"> </w:t>
      </w:r>
      <w:r>
        <w:rPr/>
        <w:t>incapturable, ahora entendiendo que la belleza más grande es la que</w:t>
      </w:r>
      <w:r>
        <w:rPr/>
        <w:t xml:space="preserve"> </w:t>
      </w:r>
      <w:r>
        <w:rPr/>
        <w:t>fluye y cambia.</w:t>
      </w:r>
    </w:p>
    <w:p>
      <w:pPr>
        <w:pStyle w:val="BodyText"/>
      </w:pPr>
      <w:r>
        <w:rPr/>
        <w:t>ILIBERIS, fragmentado en frecuencias durante un cuarto de siglo,</w:t>
      </w:r>
      <w:r>
        <w:rPr/>
        <w:t xml:space="preserve"> </w:t>
      </w:r>
      <w:r>
        <w:rPr/>
        <w:t>reunificado en la comprensión de que su música nunca había dejado de</w:t>
      </w:r>
      <w:r>
        <w:rPr/>
        <w:t xml:space="preserve"> </w:t>
      </w:r>
      <w:r>
        <w:rPr/>
        <w:t>existir, solo había estado esperando el momento correcto para</w:t>
      </w:r>
      <w:r>
        <w:rPr/>
        <w:t xml:space="preserve"> </w:t>
      </w:r>
      <w:r>
        <w:rPr/>
        <w:t>evolucionar.</w:t>
      </w:r>
    </w:p>
    <w:p>
      <w:pPr>
        <w:pStyle w:val="BodyText"/>
      </w:pPr>
      <w:r>
        <w:rPr/>
        <w:t>Todos ellos, todos los custodios a través de los siglos, todos los que</w:t>
      </w:r>
      <w:r>
        <w:rPr/>
        <w:t xml:space="preserve"> </w:t>
      </w:r>
      <w:r>
        <w:rPr/>
        <w:t>habían escuchado el Eco y habían sido transformados por él, en paz.</w:t>
      </w:r>
    </w:p>
    <w:p>
      <w:pPr>
        <w:pStyle w:val="BodyText"/>
      </w:pPr>
      <w:r>
        <w:rPr/>
        <w:t>Se había convertido en la semilla de una nueva armonía mundial.</w:t>
      </w:r>
    </w:p>
    <w:p>
      <w:pPr>
        <w:pStyle w:val="BodyText"/>
      </w:pPr>
      <w:r>
        <w:rPr/>
        <w:t>El grupo llegó a un pequeño café en una esquina, uno de esos lugares que</w:t>
      </w:r>
      <w:r>
        <w:rPr/>
        <w:t xml:space="preserve"> </w:t>
      </w:r>
      <w:r>
        <w:rPr/>
        <w:t>han existido en Berlín desde antes de la caída del Muro y probablemente</w:t>
      </w:r>
      <w:r>
        <w:rPr/>
        <w:t xml:space="preserve"> </w:t>
      </w:r>
      <w:r>
        <w:rPr/>
        <w:t>existirán mucho después de que todos ellos hayan desaparecido. Se</w:t>
      </w:r>
      <w:r>
        <w:rPr/>
        <w:t xml:space="preserve"> </w:t>
      </w:r>
      <w:r>
        <w:rPr/>
        <w:t>sentaron en una mesa junto a la ventana, pidieron café y pan con</w:t>
      </w:r>
      <w:r>
        <w:rPr/>
        <w:t xml:space="preserve"> </w:t>
      </w:r>
      <w:r>
        <w:rPr/>
        <w:t>mantequilla, y por primera vez en años no hablaron de frecuencias ni de</w:t>
      </w:r>
      <w:r>
        <w:rPr/>
        <w:t xml:space="preserve"> </w:t>
      </w:r>
      <w:r>
        <w:rPr/>
        <w:t>custodios ni de misiones imposibles.</w:t>
      </w:r>
    </w:p>
    <w:p>
      <w:pPr>
        <w:pStyle w:val="BodyText"/>
      </w:pPr>
      <w:r>
        <w:rPr/>
        <w:t>Hablaron de cosas comunes. De planes futuros que no involucraban salvar</w:t>
      </w:r>
      <w:r>
        <w:rPr/>
        <w:t xml:space="preserve"> </w:t>
      </w:r>
      <w:r>
        <w:rPr/>
        <w:t>el mundo. De lugares que querían visitar sin una agenda oculta. De</w:t>
      </w:r>
      <w:r>
        <w:rPr/>
        <w:t xml:space="preserve"> </w:t>
      </w:r>
      <w:r>
        <w:rPr/>
        <w:t>libros que habían querido leer pero nunca habían tenido tiempo. De la</w:t>
      </w:r>
      <w:r>
        <w:rPr/>
        <w:t xml:space="preserve"> </w:t>
      </w:r>
      <w:r>
        <w:rPr/>
        <w:t>posibilidad simple y hermosa de ser personas ordinarias con vidas</w:t>
      </w:r>
      <w:r>
        <w:rPr/>
        <w:t xml:space="preserve"> </w:t>
      </w:r>
      <w:r>
        <w:rPr/>
        <w:t>ordinarias.</w:t>
      </w:r>
    </w:p>
    <w:p>
      <w:pPr>
        <w:pStyle w:val="BodyText"/>
      </w:pPr>
      <w:r>
        <w:rPr/>
        <w:t>El Acorde Roto había sido reparado.</w:t>
      </w:r>
    </w:p>
    <w:p>
      <w:pPr>
        <w:pStyle w:val="BodyText"/>
      </w:pPr>
      <w:r>
        <w:rPr/>
        <w:t>El Eco fluía libre.</w:t>
      </w:r>
    </w:p>
    <w:p>
      <w:pPr>
        <w:pStyle w:val="BodyText"/>
      </w:pPr>
      <w:r>
        <w:rPr/>
        <w:t>Y ellos, los últimos custodios, podían descansar.</w:t>
      </w:r>
    </w:p>
    <w:p>
      <w:pPr>
        <w:pStyle w:val="BodyText"/>
      </w:pPr>
      <w:r>
        <w:rPr/>
        <w:t>Mar miró por la ventana del café hacia la gente que pasaba por la calle.</w:t>
      </w:r>
      <w:r>
        <w:rPr/>
        <w:t xml:space="preserve"> </w:t>
      </w:r>
      <w:r>
        <w:rPr/>
        <w:t>Una mujer con cochecito de bebé. Un anciano caminando con su perro. Dos</w:t>
      </w:r>
      <w:r>
        <w:rPr/>
        <w:t xml:space="preserve"> </w:t>
      </w:r>
      <w:r>
        <w:rPr/>
        <w:t>adolescentes riendo mientras revisaban sus teléfonos. Gente ordinaria</w:t>
      </w:r>
      <w:r>
        <w:rPr/>
        <w:t xml:space="preserve"> </w:t>
      </w:r>
      <w:r>
        <w:rPr/>
        <w:t>viviendo vidas ordinarias, sin saber que el universo acústico que</w:t>
      </w:r>
      <w:r>
        <w:rPr/>
        <w:t xml:space="preserve"> </w:t>
      </w:r>
      <w:r>
        <w:rPr/>
        <w:t>habitaban acababa de cambiar fundamentalmente.</w:t>
      </w:r>
    </w:p>
    <w:p>
      <w:pPr>
        <w:pStyle w:val="BodyText"/>
      </w:pPr>
      <w:r>
        <w:rPr/>
        <w:t>Y eso era perfecto.</w:t>
      </w:r>
    </w:p>
    <w:p>
      <w:pPr>
        <w:pStyle w:val="BodyText"/>
      </w:pPr>
      <w:r>
        <w:rPr/>
        <w:t>Porque la mejor magia es la que nadie nota.</w:t>
      </w:r>
    </w:p>
    <w:p>
      <w:pPr>
        <w:pStyle w:val="BodyText"/>
      </w:pPr>
      <w:r>
        <w:rPr/>
        <w:t>La mejor sanación es la que ocurre tan naturalmente que parece que las</w:t>
      </w:r>
      <w:r>
        <w:rPr/>
        <w:t xml:space="preserve"> </w:t>
      </w:r>
      <w:r>
        <w:rPr/>
        <w:t>cosas siempre fueron así.</w:t>
      </w:r>
    </w:p>
    <w:p>
      <w:pPr>
        <w:pStyle w:val="BodyText"/>
      </w:pPr>
      <w:r>
        <w:rPr/>
        <w:t>El mejor final es el que permite nuevos comienzos.</w:t>
      </w:r>
    </w:p>
    <w:p>
      <w:pPr>
        <w:pStyle w:val="BodyText"/>
      </w:pPr>
      <w:r>
        <w:rPr/>
        <w:t>«A ILIBERIS», dijo Markus, levantando su taza de café en un brindis</w:t>
      </w:r>
      <w:r>
        <w:rPr/>
        <w:t xml:space="preserve"> </w:t>
      </w:r>
      <w:r>
        <w:rPr/>
        <w:t>solemne. «Que encontró la paz. Y nos enseñó cómo encontrarla también.»</w:t>
      </w:r>
    </w:p>
    <w:p>
      <w:pPr>
        <w:pStyle w:val="BodyText"/>
      </w:pPr>
      <w:r>
        <w:rPr/>
        <w:t>«A todos los que vinieron antes», añadió Lena, uniendo su taza.</w:t>
      </w:r>
    </w:p>
    <w:p>
      <w:pPr>
        <w:pStyle w:val="BodyText"/>
      </w:pPr>
      <w:r>
        <w:rPr/>
        <w:t>«A todos los que vendrán después», contribuyó Vasco.</w:t>
      </w:r>
    </w:p>
    <w:p>
      <w:pPr>
        <w:pStyle w:val="BodyText"/>
      </w:pPr>
      <w:r>
        <w:rPr/>
        <w:t>«Y al Eco», finalizó Mar, «que nos recordó que somos música antes de ser</w:t>
      </w:r>
      <w:r>
        <w:rPr/>
        <w:t xml:space="preserve"> </w:t>
      </w:r>
      <w:r>
        <w:rPr/>
        <w:t>cualquier otra cosa.»</w:t>
      </w:r>
    </w:p>
    <w:p>
      <w:pPr>
        <w:pStyle w:val="BodyText"/>
      </w:pPr>
      <w:r>
        <w:rPr/>
        <w:t>Las tazas se tocaron con un tintineo suave que resonó como una campana</w:t>
      </w:r>
      <w:r>
        <w:rPr/>
        <w:t xml:space="preserve"> </w:t>
      </w:r>
      <w:r>
        <w:rPr/>
        <w:t>pequeña, como una nota única y perfecta, como el final de una sinfonía</w:t>
      </w:r>
      <w:r>
        <w:rPr/>
        <w:t xml:space="preserve"> </w:t>
      </w:r>
      <w:r>
        <w:rPr/>
        <w:t>que había durado ochocientos años.</w:t>
      </w:r>
    </w:p>
    <w:p>
      <w:pPr>
        <w:pStyle w:val="BodyText"/>
      </w:pPr>
      <w:r>
        <w:rPr/>
        <w:t>El Acorde Roto había sido sanado.</w:t>
      </w:r>
    </w:p>
    <w:p>
      <w:pPr>
        <w:pStyle w:val="BodyText"/>
      </w:pPr>
      <w:r>
        <w:rPr/>
        <w:t>La Frecuencia Prohibida ya no era prohibida.</w:t>
      </w:r>
    </w:p>
    <w:p>
      <w:pPr>
        <w:pStyle w:val="BodyText"/>
      </w:pPr>
      <w:r>
        <w:rPr/>
        <w:t>Y el mundo, sin darse cuenta, comenzaba a aprender a escuchar.</w:t>
      </w:r>
    </w:p>
    <w:p>
      <w:pPr>
        <w:pStyle w:val="BodyText"/>
      </w:pPr>
      <w:r>
        <w:rPr/>
        <w:t>.</w:t>
      </w:r>
    </w:p>
    <w:p>
      <w:pPr>
        <w:pStyle w:val="Heading1"/>
      </w:pPr>
      <w:r>
        <w:rPr/>
        <w:t>FINALE: EL ECO EN TODAS LAS COSAS</w:t>
      </w:r>
    </w:p>
    <w:p>
      <w:pPr/>
      <w:r>
        <w:rPr/>
        <w:t>(Donde la Melodía Se Libera)</w:t>
      </w:r>
    </w:p>
    <w:p>
      <w:pPr>
        <w:pStyle w:val="BodyText"/>
      </w:pPr>
      <w:r>
        <w:rPr/>
        <w:t>«Al final, toda historia es música. Y toda música, al final, busca el</w:t>
      </w:r>
      <w:r>
        <w:rPr/>
        <w:t xml:space="preserve"> </w:t>
      </w:r>
      <w:r>
        <w:rPr/>
        <w:t>vacío perfecto donde puede descansar.» —Libro de los Ecos</w:t>
      </w:r>
    </w:p>
    <w:p>
      <w:pPr>
        <w:pStyle w:val="BodyText"/>
      </w:pPr>
      <w:r>
        <w:rPr/>
        <w:t>**Diez años después de la Liberación**</w:t>
      </w:r>
    </w:p>
    <w:p>
      <w:pPr>
        <w:pStyle w:val="BodyText"/>
      </w:pPr>
      <w:r>
        <w:rPr/>
        <w:t>El mundo había olvidado que alguna vez hubo una guerra por el control de</w:t>
      </w:r>
      <w:r>
        <w:rPr/>
        <w:t xml:space="preserve"> </w:t>
      </w:r>
      <w:r>
        <w:rPr/>
        <w:t>la ausencia. Para las nuevas generaciones, la «Acústica Resonante» era</w:t>
      </w:r>
      <w:r>
        <w:rPr/>
        <w:t xml:space="preserve"> </w:t>
      </w:r>
      <w:r>
        <w:rPr/>
        <w:t>tan natural como la gravedad: una ley fundamental que siempre había</w:t>
      </w:r>
      <w:r>
        <w:rPr/>
        <w:t xml:space="preserve"> </w:t>
      </w:r>
      <w:r>
        <w:rPr/>
        <w:t>existido. Los niños nacían con una sensibilidad que sus abuelos llamaban</w:t>
      </w:r>
      <w:r>
        <w:rPr/>
        <w:t xml:space="preserve"> </w:t>
      </w:r>
      <w:r>
        <w:rPr/>
        <w:t>sobrenatural, pero que ellos consideraban normal.</w:t>
      </w:r>
    </w:p>
    <w:p>
      <w:pPr>
        <w:pStyle w:val="BodyText"/>
      </w:pPr>
      <w:r>
        <w:rPr/>
        <w:t>En las universidades se estudiaba la «onda Basal del Universo» como se</w:t>
      </w:r>
      <w:r>
        <w:rPr/>
        <w:t xml:space="preserve"> </w:t>
      </w:r>
      <w:r>
        <w:rPr/>
        <w:t>había estudiado antes la relatividad. Los hospitales incluían «terapia</w:t>
      </w:r>
      <w:r>
        <w:rPr/>
        <w:t xml:space="preserve"> </w:t>
      </w:r>
      <w:r>
        <w:rPr/>
        <w:t>de resonancia» en sus tratamientos estándar. Los arquitectos diseñaban</w:t>
      </w:r>
      <w:r>
        <w:rPr/>
        <w:t xml:space="preserve"> </w:t>
      </w:r>
      <w:r>
        <w:rPr/>
        <w:t>edificios que armonizaran con las emociones humanas. Los músicos</w:t>
      </w:r>
      <w:r>
        <w:rPr/>
        <w:t xml:space="preserve"> </w:t>
      </w:r>
      <w:r>
        <w:rPr/>
        <w:t>componían no solo para oídos, sino para almas.</w:t>
      </w:r>
    </w:p>
    <w:p>
      <w:pPr>
        <w:pStyle w:val="BodyText"/>
      </w:pPr>
      <w:r>
        <w:rPr/>
        <w:t>El rastro sonoro se había democratizado completamente, convirtiéndose en</w:t>
      </w:r>
      <w:r>
        <w:rPr/>
        <w:t xml:space="preserve"> </w:t>
      </w:r>
      <w:r>
        <w:rPr/>
        <w:t>patrimonio de la humanidad.</w:t>
      </w:r>
    </w:p>
    <w:p>
      <w:pPr>
        <w:pStyle w:val="BodyText"/>
      </w:pPr>
      <w:r>
        <w:rPr/>
        <w:t>Lisboa, Portugal - El Testigo</w:t>
      </w:r>
    </w:p>
    <w:p>
      <w:pPr>
        <w:pStyle w:val="BodyText"/>
      </w:pPr>
      <w:r>
        <w:rPr/>
        <w:t>En su oficina con vistas al Tajo, el Dr. Vasco Neves firmaba los últimos</w:t>
      </w:r>
      <w:r>
        <w:rPr/>
        <w:t xml:space="preserve"> </w:t>
      </w:r>
      <w:r>
        <w:rPr/>
        <w:t>documentos de su jubilación anticipada. A los cincuenta y cinco años,</w:t>
      </w:r>
      <w:r>
        <w:rPr/>
        <w:t xml:space="preserve"> </w:t>
      </w:r>
      <w:r>
        <w:rPr/>
        <w:t>había decidido que treinta años dirigiendo el Instituto Internacional</w:t>
      </w:r>
      <w:r>
        <w:rPr/>
        <w:t xml:space="preserve"> </w:t>
      </w:r>
      <w:r>
        <w:rPr/>
        <w:t>eran suficientes. La ciencia del rastro ya no necesitaba pioneros;</w:t>
      </w:r>
      <w:r>
        <w:rPr/>
        <w:t xml:space="preserve"> </w:t>
      </w:r>
      <w:r>
        <w:rPr/>
        <w:t>necesitaba jardineros.</w:t>
      </w:r>
    </w:p>
    <w:p>
      <w:pPr>
        <w:pStyle w:val="BodyText"/>
      </w:pPr>
      <w:r>
        <w:rPr/>
        <w:t>Guardó en una caja de madera el objeto más preciado de su carrera: el</w:t>
      </w:r>
      <w:r>
        <w:rPr/>
        <w:t xml:space="preserve"> </w:t>
      </w:r>
      <w:r>
        <w:rPr/>
        <w:t>pequeño diapasón de plata que había heredado de Mar. Después de una</w:t>
      </w:r>
      <w:r>
        <w:rPr/>
        <w:t xml:space="preserve"> </w:t>
      </w:r>
      <w:r>
        <w:rPr/>
        <w:t>década siendo el símbolo del Instituto, regresaba a casa.</w:t>
      </w:r>
    </w:p>
    <w:p>
      <w:pPr>
        <w:pStyle w:val="BodyText"/>
      </w:pPr>
      <w:r>
        <w:rPr/>
        <w:t>Su destino no era incierto. Había comprado una casa a un kilómetro de la</w:t>
      </w:r>
      <w:r>
        <w:rPr/>
        <w:t xml:space="preserve"> </w:t>
      </w:r>
      <w:r>
        <w:rPr/>
        <w:t>de Mar, en el mismo pueblo pesquero. No para estudiarla o entrevistarla,</w:t>
      </w:r>
      <w:r>
        <w:rPr/>
        <w:t xml:space="preserve"> </w:t>
      </w:r>
      <w:r>
        <w:rPr/>
        <w:t>sino para estar cerca del origen de todo lo que había transformado su</w:t>
      </w:r>
      <w:r>
        <w:rPr/>
        <w:t xml:space="preserve"> </w:t>
      </w:r>
      <w:r>
        <w:rPr/>
        <w:t>vida.</w:t>
      </w:r>
    </w:p>
    <w:p>
      <w:pPr>
        <w:pStyle w:val="BodyText"/>
      </w:pPr>
      <w:r>
        <w:rPr/>
        <w:t>**Berlín, Alemania - El Archivo Viviente**</w:t>
      </w:r>
    </w:p>
    <w:p>
      <w:pPr>
        <w:pStyle w:val="BodyText"/>
      </w:pPr>
      <w:r>
        <w:rPr/>
        <w:t>Markus cerró el piano del conservatorio por última vez. Sus estudiantes</w:t>
      </w:r>
      <w:r>
        <w:rPr/>
        <w:t xml:space="preserve"> </w:t>
      </w:r>
      <w:r>
        <w:rPr/>
        <w:t>se habían graduado, su archivo de ILIBERIS estaba completo, y su trabajo</w:t>
      </w:r>
      <w:r>
        <w:rPr/>
        <w:t xml:space="preserve"> </w:t>
      </w:r>
      <w:r>
        <w:rPr/>
        <w:t>de preservar la memoria sónica del siglo pasado había concluido.</w:t>
      </w:r>
    </w:p>
    <w:p>
      <w:pPr>
        <w:pStyle w:val="BodyText"/>
      </w:pPr>
      <w:r>
        <w:rPr/>
        <w:t>Guardó sus partituras originales en una maleta de cuero gastado. Mañana</w:t>
      </w:r>
      <w:r>
        <w:rPr/>
        <w:t xml:space="preserve"> </w:t>
      </w:r>
      <w:r>
        <w:rPr/>
        <w:t>tomaría un tren hacia Portugal. Era hora de reunir a la vieja guardia,</w:t>
      </w:r>
      <w:r>
        <w:rPr/>
        <w:t xml:space="preserve"> </w:t>
      </w:r>
      <w:r>
        <w:rPr/>
        <w:t>no para una nueva batalla, sino para el descanso merecido.</w:t>
      </w:r>
    </w:p>
    <w:p>
      <w:pPr>
        <w:pStyle w:val="BodyText"/>
      </w:pPr>
      <w:r>
        <w:rPr/>
        <w:t>**Lugar desconocido - La Sombra Protectora**</w:t>
      </w:r>
    </w:p>
    <w:p>
      <w:pPr>
        <w:pStyle w:val="BodyText"/>
      </w:pPr>
      <w:r>
        <w:rPr/>
        <w:t>En algún lugar de la red global, Lena monitoreaba las últimas amenazas</w:t>
      </w:r>
      <w:r>
        <w:rPr/>
        <w:t xml:space="preserve"> </w:t>
      </w:r>
      <w:r>
        <w:rPr/>
        <w:t>corporativas. Pero cada vez eran menores, más torpes. El mundo había</w:t>
      </w:r>
      <w:r>
        <w:rPr/>
        <w:t xml:space="preserve"> </w:t>
      </w:r>
      <w:r>
        <w:rPr/>
        <w:t>desarrollado anticuerpos contra la militarización del Eco. Su trabajo</w:t>
      </w:r>
      <w:r>
        <w:rPr/>
        <w:t xml:space="preserve"> </w:t>
      </w:r>
      <w:r>
        <w:rPr/>
        <w:t>como guardiana invisible estaba prácticamente terminado.</w:t>
      </w:r>
    </w:p>
    <w:p>
      <w:pPr>
        <w:pStyle w:val="BodyText"/>
      </w:pPr>
      <w:r>
        <w:rPr/>
        <w:t>Cerró sus sistemas por última vez y reservó un vuelo. Había llegado el</w:t>
      </w:r>
      <w:r>
        <w:rPr/>
        <w:t xml:space="preserve"> </w:t>
      </w:r>
      <w:r>
        <w:rPr/>
        <w:t>momento de dejar las sombras y volver a la luz del sol atlántico.</w:t>
      </w:r>
    </w:p>
    <w:p>
      <w:pPr>
        <w:pStyle w:val="BodyText"/>
      </w:pPr>
      <w:r>
        <w:rPr/>
        <w:t>**Costa de Portugal - La Convergencia Final**</w:t>
      </w:r>
    </w:p>
    <w:p>
      <w:pPr>
        <w:pStyle w:val="BodyText"/>
      </w:pPr>
      <w:r>
        <w:rPr/>
        <w:t>Sus llegadas antes de verlos. Una por una, las frecuencias familiares</w:t>
      </w:r>
      <w:r>
        <w:rPr/>
        <w:t xml:space="preserve"> </w:t>
      </w:r>
      <w:r>
        <w:rPr/>
        <w:t>aparecieron en su percepción: Vasco caminando por el sendero costero con</w:t>
      </w:r>
      <w:r>
        <w:rPr/>
        <w:t xml:space="preserve"> </w:t>
      </w:r>
      <w:r>
        <w:rPr/>
        <w:t>su maleta de investigador; Markus llegando en un taxi desde el</w:t>
      </w:r>
      <w:r>
        <w:rPr/>
        <w:t xml:space="preserve"> </w:t>
      </w:r>
      <w:r>
        <w:rPr/>
        <w:t>aeropuerto con su equipaje lleno de memorias; Lena emergiendo de la nada</w:t>
      </w:r>
      <w:r>
        <w:rPr/>
        <w:t xml:space="preserve"> </w:t>
      </w:r>
      <w:r>
        <w:rPr/>
        <w:t>como siempre, pero esta vez sin prisa ni paranoia.</w:t>
      </w:r>
    </w:p>
    <w:p>
      <w:pPr>
        <w:pStyle w:val="BodyText"/>
      </w:pPr>
      <w:r>
        <w:rPr/>
        <w:t>Se reunieron en el jardín bajo el árbol del rastro, ahora tan grande que</w:t>
      </w:r>
      <w:r>
        <w:rPr/>
        <w:t xml:space="preserve"> </w:t>
      </w:r>
      <w:r>
        <w:rPr/>
        <w:t>sus ramas cubrían media casa. No había agenda ni propósito específico.</w:t>
      </w:r>
      <w:r>
        <w:rPr/>
        <w:t xml:space="preserve"> </w:t>
      </w:r>
      <w:r>
        <w:rPr/>
        <w:t>Simplemente, el momento había llegado de estar juntos sin secretos que</w:t>
      </w:r>
      <w:r>
        <w:rPr/>
        <w:t xml:space="preserve"> </w:t>
      </w:r>
      <w:r>
        <w:rPr/>
        <w:t>guardar ni guerras que librar.</w:t>
      </w:r>
    </w:p>
    <w:p>
      <w:pPr>
        <w:pStyle w:val="BodyText"/>
      </w:pPr>
      <w:r>
        <w:rPr/>
        <w:t>«¿Sabéis por qué habéis venido?», preguntó Mar mientras servía té en</w:t>
      </w:r>
      <w:r>
        <w:rPr/>
        <w:t xml:space="preserve"> </w:t>
      </w:r>
      <w:r>
        <w:rPr/>
        <w:t>tazas de cerámica local.</w:t>
      </w:r>
    </w:p>
    <w:p>
      <w:pPr>
        <w:pStyle w:val="BodyText"/>
      </w:pPr>
      <w:r>
        <w:rPr/>
        <w:t>«Porque se acabó», dijo Markus. «Todo lo que empezamos, se completó.»</w:t>
      </w:r>
    </w:p>
    <w:p>
      <w:pPr>
        <w:pStyle w:val="BodyText"/>
      </w:pPr>
      <w:r>
        <w:rPr/>
        <w:t>«El Eco ya no nos necesita», añadió Lena. «Encontró su camino hacia la</w:t>
      </w:r>
      <w:r>
        <w:rPr/>
        <w:t xml:space="preserve"> </w:t>
      </w:r>
      <w:r>
        <w:rPr/>
        <w:t>libertad.»</w:t>
      </w:r>
    </w:p>
    <w:p>
      <w:pPr>
        <w:pStyle w:val="BodyText"/>
      </w:pPr>
      <w:r>
        <w:rPr/>
        <w:t>«Y nosotros», concluyó Vasco, «por primera vez en nuestras vidas,</w:t>
      </w:r>
      <w:r>
        <w:rPr/>
        <w:t xml:space="preserve"> </w:t>
      </w:r>
      <w:r>
        <w:rPr/>
        <w:t>podemos simplemente ser humanos normales.»</w:t>
      </w:r>
    </w:p>
    <w:p>
      <w:pPr>
        <w:pStyle w:val="BodyText"/>
      </w:pPr>
      <w:r>
        <w:rPr/>
        <w:t>Se quedaron en calma, escuchando el rumor del océano y el susurro del</w:t>
      </w:r>
      <w:r>
        <w:rPr/>
        <w:t xml:space="preserve"> </w:t>
      </w:r>
      <w:r>
        <w:rPr/>
        <w:t>árbol. Era un vacío perfecto, sin urgencia ni propósito, sin misterios</w:t>
      </w:r>
      <w:r>
        <w:rPr/>
        <w:t xml:space="preserve"> </w:t>
      </w:r>
      <w:r>
        <w:rPr/>
        <w:t>que resolver ni enemigos que derrotar.</w:t>
      </w:r>
    </w:p>
    <w:p>
      <w:pPr>
        <w:pStyle w:val="BodyText"/>
      </w:pPr>
      <w:r>
        <w:rPr/>
        <w:t>**El Eco en Todas las Cosas**</w:t>
      </w:r>
    </w:p>
    <w:p>
      <w:pPr>
        <w:pStyle w:val="BodyText"/>
      </w:pPr>
      <w:r>
        <w:rPr/>
        <w:t>El sol se ponía sobre el Atlántico, pintando el cielo con los colores</w:t>
      </w:r>
      <w:r>
        <w:rPr/>
        <w:t xml:space="preserve"> </w:t>
      </w:r>
      <w:r>
        <w:rPr/>
        <w:t>que había visto durante millones de años. Pero ahora, por primera vez en</w:t>
      </w:r>
      <w:r>
        <w:rPr/>
        <w:t xml:space="preserve"> </w:t>
      </w:r>
      <w:r>
        <w:rPr/>
        <w:t>la historia humana, había testigos que podían escuchar su luz.</w:t>
      </w:r>
    </w:p>
    <w:p>
      <w:pPr>
        <w:pStyle w:val="BodyText"/>
      </w:pPr>
      <w:r>
        <w:rPr/>
        <w:t>En las ciudades, millones de personas terminaban sus días con una</w:t>
      </w:r>
      <w:r>
        <w:rPr/>
        <w:t xml:space="preserve"> </w:t>
      </w:r>
      <w:r>
        <w:rPr/>
        <w:t>tranquilidad inexplicable. En los océanos, las ballenas cantaban</w:t>
      </w:r>
      <w:r>
        <w:rPr/>
        <w:t xml:space="preserve"> </w:t>
      </w:r>
      <w:r>
        <w:rPr/>
        <w:t>canciones más complejas que nunca. En los desiertos, el viento creaba</w:t>
      </w:r>
      <w:r>
        <w:rPr/>
        <w:t xml:space="preserve"> </w:t>
      </w:r>
      <w:r>
        <w:rPr/>
        <w:t>melodías que solo los nómadas más ancianos recordaban haber escuchado.</w:t>
      </w:r>
    </w:p>
    <w:p>
      <w:pPr>
        <w:pStyle w:val="BodyText"/>
      </w:pPr>
      <w:r>
        <w:rPr/>
        <w:t>la corriente fluía libre por el mundo, ya no como un secreto guardado</w:t>
      </w:r>
      <w:r>
        <w:rPr/>
        <w:t xml:space="preserve"> </w:t>
      </w:r>
      <w:r>
        <w:rPr/>
        <w:t>por custodios, sino como el latido natural del universo consciente de sí</w:t>
      </w:r>
      <w:r>
        <w:rPr/>
        <w:t xml:space="preserve"> </w:t>
      </w:r>
      <w:r>
        <w:rPr/>
        <w:t>mismo.</w:t>
      </w:r>
    </w:p>
    <w:p>
      <w:pPr>
        <w:pStyle w:val="BodyText"/>
      </w:pPr>
      <w:r>
        <w:rPr/>
        <w:t>Mar cerró los ojos y extendió su percepción una última vez como</w:t>
      </w:r>
      <w:r>
        <w:rPr/>
        <w:t xml:space="preserve"> </w:t>
      </w:r>
      <w:r>
        <w:rPr/>
        <w:t>Custodio. Sintió la música del mundo en toda su complejidad: cada</w:t>
      </w:r>
      <w:r>
        <w:rPr/>
        <w:t xml:space="preserve"> </w:t>
      </w:r>
      <w:r>
        <w:rPr/>
        <w:t>corazón latiendo, cada ola rompiendo, cada estrella vibrando en el vacío</w:t>
      </w:r>
      <w:r>
        <w:rPr/>
        <w:t xml:space="preserve"> </w:t>
      </w:r>
      <w:r>
        <w:rPr/>
        <w:t>cósmico. Todo formaba parte de una sinfonía inmensa que había estado</w:t>
      </w:r>
      <w:r>
        <w:rPr/>
        <w:t xml:space="preserve"> </w:t>
      </w:r>
      <w:r>
        <w:rPr/>
        <w:t>sonando desde el principio del tiempo.</w:t>
      </w:r>
    </w:p>
    <w:p>
      <w:pPr>
        <w:pStyle w:val="BodyText"/>
      </w:pPr>
      <w:r>
        <w:rPr/>
        <w:t>Abrió los ojos y sonrió. Su trabajo había terminado. El rastro sonoro</w:t>
      </w:r>
      <w:r>
        <w:rPr/>
        <w:t xml:space="preserve"> </w:t>
      </w:r>
      <w:r>
        <w:rPr/>
        <w:t>estaba en todas las cosas, y todas las cosas estaban en el Eco.</w:t>
      </w:r>
    </w:p>
    <w:p>
      <w:pPr>
        <w:pStyle w:val="BodyText"/>
      </w:pPr>
      <w:r>
        <w:rPr/>
        <w:t>La historia había encontrado su final perfecto: no en la resolución de</w:t>
      </w:r>
      <w:r>
        <w:rPr/>
        <w:t xml:space="preserve"> </w:t>
      </w:r>
      <w:r>
        <w:rPr/>
        <w:t>todos los conflictos, sino en la comprensión de que la música nunca</w:t>
      </w:r>
      <w:r>
        <w:rPr/>
        <w:t xml:space="preserve"> </w:t>
      </w:r>
      <w:r>
        <w:rPr/>
        <w:t>termina, solo cambia de melodía.</w:t>
      </w:r>
    </w:p>
    <w:p>
      <w:pPr>
        <w:pStyle w:val="BodyText"/>
      </w:pPr>
      <w:r>
        <w:rPr/>
        <w:t>Y en algún lugar del éter, ochocientos años de dolor se transformaron</w:t>
      </w:r>
      <w:r>
        <w:rPr/>
        <w:t xml:space="preserve"> </w:t>
      </w:r>
      <w:r>
        <w:rPr/>
        <w:t>definitivamente en sabiduría, mientras el universo seguía cantando su</w:t>
      </w:r>
      <w:r>
        <w:rPr/>
        <w:t xml:space="preserve"> </w:t>
      </w:r>
      <w:r>
        <w:rPr/>
        <w:t>canción eterna para quien supiera escuchar.</w:t>
      </w:r>
    </w:p>
    <w:p>
      <w:pPr>
        <w:pStyle w:val="Heading1"/>
      </w:pPr>
      <w:r>
        <w:rPr/>
        <w:t>APÉNDICE PERIODÍSTICO</w:t>
      </w:r>
    </w:p>
    <w:p>
      <w:pPr/>
      <w:r>
        <w:rPr/>
        <w:t>📰 REVISTA</w:t>
      </w:r>
    </w:p>
    <w:p>
      <w:pPr>
        <w:pStyle w:val="BodyText"/>
      </w:pPr>
      <w:r>
        <w:rPr/>
        <w:t>¿QUÉ FUE DE…?</w:t>
      </w:r>
    </w:p>
    <w:p>
      <w:pPr>
        <w:pStyle w:val="BodyText"/>
      </w:pPr>
      <w:r>
        <w:rPr/>
        <w:t>12 de marzo de 2025</w:t>
      </w:r>
    </w:p>
    <w:p>
      <w:pPr>
        <w:pStyle w:val="BodyText"/>
      </w:pPr>
      <w:r>
        <w:rPr>
          <w:b/>
        </w:rPr>
        <w:t>Una canción que nunca muere</w:t>
      </w:r>
    </w:p>
    <w:p>
      <w:pPr>
        <w:pStyle w:val="BodyText"/>
      </w:pPr>
      <w:r>
        <w:rPr/>
        <w:t>por M. M. Sánchez</w:t>
      </w:r>
    </w:p>
    <w:p>
      <w:pPr>
        <w:pStyle w:val="BodyText"/>
      </w:pPr>
      <w:r>
        <w:rPr/>
        <w:t>Han pasado dos años desde que publiqué La búsqueda del DJ que, haciendo</w:t>
      </w:r>
      <w:r>
        <w:rPr/>
        <w:t xml:space="preserve"> </w:t>
      </w:r>
      <w:r>
        <w:rPr/>
        <w:t>honor a su canción, se desvaneció.</w:t>
      </w:r>
    </w:p>
    <w:p>
      <w:pPr>
        <w:pStyle w:val="BodyText"/>
      </w:pPr>
      <w:r>
        <w:rPr/>
        <w:t>Creí entonces que el misterio de ILIBERIS se disolvería entre rumores y</w:t>
      </w:r>
      <w:r>
        <w:rPr/>
        <w:t xml:space="preserve"> </w:t>
      </w:r>
      <w:r>
        <w:rPr/>
        <w:t>archivos,</w:t>
      </w:r>
    </w:p>
    <w:p>
      <w:pPr>
        <w:pStyle w:val="BodyText"/>
      </w:pPr>
      <w:r>
        <w:rPr/>
        <w:t>un eco sin cuerpo condenado al olvido.</w:t>
      </w:r>
    </w:p>
    <w:p>
      <w:pPr>
        <w:pStyle w:val="BodyText"/>
      </w:pPr>
      <w:r>
        <w:rPr/>
        <w:t>Pero algunas frecuencias no se extinguen: solo cambian de forma.</w:t>
      </w:r>
    </w:p>
    <w:p>
      <w:pPr>
        <w:pStyle w:val="BodyText"/>
      </w:pPr>
      <w:r>
        <w:rPr/>
        <w:t>En enero recibí una llamada de Markus Keller, antiguo ingeniero de</w:t>
      </w:r>
      <w:r>
        <w:rPr/>
        <w:t xml:space="preserve"> </w:t>
      </w:r>
      <w:r>
        <w:rPr/>
        <w:t>Memory Records.</w:t>
      </w:r>
    </w:p>
    <w:p>
      <w:pPr>
        <w:pStyle w:val="BodyText"/>
      </w:pPr>
      <w:r>
        <w:rPr/>
        <w:t>Mientras revisaba el contenido de una caja metálica hallada entre los</w:t>
      </w:r>
      <w:r>
        <w:rPr/>
        <w:t xml:space="preserve"> </w:t>
      </w:r>
      <w:r>
        <w:rPr/>
        <w:t>restos del estudio de Weißensee,</w:t>
      </w:r>
    </w:p>
    <w:p>
      <w:pPr>
        <w:pStyle w:val="BodyText"/>
      </w:pPr>
      <w:r>
        <w:rPr/>
        <w:t>descubrió varias cintas sin título, negativos velados</w:t>
      </w:r>
    </w:p>
    <w:p>
      <w:pPr>
        <w:pStyle w:val="BodyText"/>
      </w:pPr>
      <w:r>
        <w:rPr/>
        <w:t>y un conjunto de hojas mecanografiadas con anotaciones a mano.</w:t>
      </w:r>
    </w:p>
    <w:p>
      <w:pPr>
        <w:pStyle w:val="BodyText"/>
      </w:pPr>
      <w:r>
        <w:rPr/>
        <w:t>En la esquina superior derecha, una fecha: septiembre de 1998.</w:t>
      </w:r>
    </w:p>
    <w:p>
      <w:pPr>
        <w:pStyle w:val="BodyText"/>
      </w:pPr>
      <w:r>
        <w:rPr/>
        <w:t>Y, escrito con tinta azul, un encabezado que parecía un presagio:</w:t>
      </w:r>
    </w:p>
    <w:p>
      <w:pPr>
        <w:pStyle w:val="BodyText"/>
      </w:pPr>
      <w:r>
        <w:rPr/>
        <w:t>“</w:t>
      </w:r>
      <w:r>
        <w:rPr/>
        <w:t>El universo es un inmenso proyector.</w:t>
      </w:r>
      <w:r>
        <w:rPr/>
        <w:t>”</w:t>
      </w:r>
    </w:p>
    <w:p>
      <w:pPr>
        <w:pStyle w:val="BodyText"/>
      </w:pPr>
      <w:r>
        <w:rPr/>
        <w:t>A continuación, transcribo íntegramente aquel documento.</w:t>
      </w:r>
    </w:p>
    <w:p>
      <w:pPr>
        <w:pStyle w:val="BodyText"/>
      </w:pPr>
      <w:r>
        <w:rPr/>
        <w:t>Documento hallado en el estudio de Weißensee</w:t>
      </w:r>
    </w:p>
    <w:p>
      <w:pPr>
        <w:pStyle w:val="BodyText"/>
      </w:pPr>
      <w:r>
        <w:rPr/>
        <w:t>Berlín, septiembre de 1998</w:t>
      </w:r>
    </w:p>
    <w:p>
      <w:pPr>
        <w:pStyle w:val="BodyText"/>
      </w:pPr>
      <w:r>
        <w:rPr/>
        <w:t>(Atribuido a DJ ILIBERIS)</w:t>
      </w:r>
    </w:p>
    <w:p>
      <w:pPr>
        <w:pStyle w:val="BodyText"/>
      </w:pPr>
      <w:r>
        <w:rPr/>
        <w:t>El universo es un inmenso proyector.</w:t>
      </w:r>
    </w:p>
    <w:p>
      <w:pPr>
        <w:pStyle w:val="BodyText"/>
      </w:pPr>
      <w:r>
        <w:rPr/>
        <w:t>Cada segundo de nuestra vida queda registrado desde su primer destello,</w:t>
      </w:r>
    </w:p>
    <w:p>
      <w:pPr>
        <w:pStyle w:val="BodyText"/>
      </w:pPr>
      <w:r>
        <w:rPr/>
        <w:t>expandiéndose hacia el calma como una señal que nunca se extingue.</w:t>
      </w:r>
    </w:p>
    <w:p>
      <w:pPr>
        <w:pStyle w:val="BodyText"/>
      </w:pPr>
      <w:r>
        <w:rPr/>
        <w:t>Todo lo que somos — cada respiración, cada gesto, cada frecuencia —</w:t>
      </w:r>
      <w:r>
        <w:rPr/>
        <w:t xml:space="preserve"> </w:t>
      </w:r>
      <w:r>
        <w:rPr/>
        <w:t>se convierte en luz</w:t>
      </w:r>
    </w:p>
    <w:p>
      <w:pPr>
        <w:pStyle w:val="BodyText"/>
      </w:pPr>
      <w:r>
        <w:rPr/>
        <w:t>y viaja por el cosmos, más allá del tiempo que nos contiene.</w:t>
      </w:r>
    </w:p>
    <w:p>
      <w:pPr>
        <w:pStyle w:val="BodyText"/>
      </w:pPr>
      <w:r>
        <w:rPr/>
        <w:t>Nada se pierde.</w:t>
      </w:r>
    </w:p>
    <w:p>
      <w:pPr>
        <w:pStyle w:val="BodyText"/>
      </w:pPr>
      <w:r>
        <w:rPr/>
        <w:t>Las palabras que pronunciamos, los latidos que compartimos,</w:t>
      </w:r>
    </w:p>
    <w:p>
      <w:pPr>
        <w:pStyle w:val="BodyText"/>
      </w:pPr>
      <w:r>
        <w:rPr/>
        <w:t>las canciones que encendimos en la oscuridad… todo sigue viajando.</w:t>
      </w:r>
    </w:p>
    <w:p>
      <w:pPr>
        <w:pStyle w:val="BodyText"/>
      </w:pPr>
      <w:r>
        <w:rPr/>
        <w:t>Si el alma tiene una forma física, debe de ser esto:</w:t>
      </w:r>
    </w:p>
    <w:p>
      <w:pPr>
        <w:pStyle w:val="BodyText"/>
      </w:pPr>
      <w:r>
        <w:rPr/>
        <w:t>una vibración que el universo conserva como testimonio de nuestra</w:t>
      </w:r>
      <w:r>
        <w:rPr/>
        <w:t xml:space="preserve"> </w:t>
      </w:r>
      <w:r>
        <w:rPr/>
        <w:t>existencia.</w:t>
      </w:r>
    </w:p>
    <w:p>
      <w:pPr>
        <w:pStyle w:val="BodyText"/>
      </w:pPr>
      <w:r>
        <w:rPr/>
        <w:t>Quizá algún día, cuando la ciencia alcance la sensibilidad del espíritu,</w:t>
      </w:r>
    </w:p>
    <w:p>
      <w:pPr>
        <w:pStyle w:val="BodyText"/>
      </w:pPr>
      <w:r>
        <w:rPr/>
        <w:t>alguien podrá ver esa película.</w:t>
      </w:r>
    </w:p>
    <w:p>
      <w:pPr>
        <w:pStyle w:val="BodyText"/>
      </w:pPr>
      <w:r>
        <w:rPr/>
        <w:t>No como una ilusión, sino como una verdad tangible:</w:t>
      </w:r>
    </w:p>
    <w:p>
      <w:pPr>
        <w:pStyle w:val="BodyText"/>
      </w:pPr>
      <w:r>
        <w:rPr/>
        <w:t>la evidencia de que los recuerdos no mueren,</w:t>
      </w:r>
    </w:p>
    <w:p>
      <w:pPr>
        <w:pStyle w:val="BodyText"/>
      </w:pPr>
      <w:r>
        <w:rPr/>
        <w:t>de que el pasado continúa emitiendo,</w:t>
      </w:r>
    </w:p>
    <w:p>
      <w:pPr>
        <w:pStyle w:val="BodyText"/>
      </w:pPr>
      <w:r>
        <w:rPr/>
        <w:t>de que la eternidad no está después de la vida, sino dentro de ella.</w:t>
      </w:r>
    </w:p>
    <w:p>
      <w:pPr>
        <w:pStyle w:val="BodyText"/>
      </w:pPr>
      <w:r>
        <w:rPr/>
        <w:t>Porque los recuerdos nunca desaparecen.</w:t>
      </w:r>
    </w:p>
    <w:p>
      <w:pPr>
        <w:pStyle w:val="BodyText"/>
      </w:pPr>
      <w:r>
        <w:rPr/>
        <w:t>Solo se alejan, como fotones buscando destino.</w:t>
      </w:r>
    </w:p>
    <w:p>
      <w:pPr>
        <w:pStyle w:val="BodyText"/>
      </w:pPr>
      <w:r>
        <w:rPr/>
        <w:t>Y tal vez eso seamos: fragmentos de una melodía infinita</w:t>
      </w:r>
    </w:p>
    <w:p>
      <w:pPr>
        <w:pStyle w:val="BodyText"/>
      </w:pPr>
      <w:r>
        <w:rPr/>
        <w:t>que el cosmos sigue interpretando.</w:t>
      </w:r>
    </w:p>
    <w:p>
      <w:pPr>
        <w:pStyle w:val="BodyText"/>
      </w:pPr>
      <w:r>
        <w:rPr/>
        <w:t>A veces pienso que el universo no olvida.</w:t>
      </w:r>
    </w:p>
    <w:p>
      <w:pPr>
        <w:pStyle w:val="BodyText"/>
      </w:pPr>
      <w:r>
        <w:rPr/>
        <w:t>Que todo lo que ha sido continúa viajando a la velocidad de la luz,</w:t>
      </w:r>
    </w:p>
    <w:p>
      <w:pPr>
        <w:pStyle w:val="BodyText"/>
      </w:pPr>
      <w:r>
        <w:rPr/>
        <w:t>suspendido en un mar vibracionals donde el tiempo no destruye, solo</w:t>
      </w:r>
      <w:r>
        <w:rPr/>
        <w:t xml:space="preserve"> </w:t>
      </w:r>
      <w:r>
        <w:rPr/>
        <w:t>transforma.</w:t>
      </w:r>
    </w:p>
    <w:p>
      <w:pPr>
        <w:pStyle w:val="BodyText"/>
      </w:pPr>
      <w:r>
        <w:rPr/>
        <w:t>Si pudiéramos alejarnos lo suficiente y mirar hacia atrás,</w:t>
      </w:r>
    </w:p>
    <w:p>
      <w:pPr>
        <w:pStyle w:val="BodyText"/>
      </w:pPr>
      <w:r>
        <w:rPr/>
        <w:t>veríamos la Tierra en otro siglo, respirando su antigua luz.</w:t>
      </w:r>
    </w:p>
    <w:p>
      <w:pPr>
        <w:pStyle w:val="BodyText"/>
      </w:pPr>
      <w:r>
        <w:rPr/>
        <w:t>Nos veríamos a nosotros mismos, todavía vivos, todavía soñando,</w:t>
      </w:r>
    </w:p>
    <w:p>
      <w:pPr>
        <w:pStyle w:val="BodyText"/>
      </w:pPr>
      <w:r>
        <w:rPr/>
        <w:t>proyectados en el espacio como una secuencia eterna.</w:t>
      </w:r>
    </w:p>
    <w:p>
      <w:pPr>
        <w:pStyle w:val="BodyText"/>
      </w:pPr>
      <w:r>
        <w:rPr/>
        <w:t>El pasado no ha muerto: simplemente está más lejos.</w:t>
      </w:r>
    </w:p>
    <w:p>
      <w:pPr>
        <w:pStyle w:val="BodyText"/>
      </w:pPr>
      <w:r>
        <w:rPr/>
        <w:t>No hay que regresar en el tiempo, sino avanzar hacia donde el tiempo</w:t>
      </w:r>
      <w:r>
        <w:rPr/>
        <w:t xml:space="preserve"> </w:t>
      </w:r>
      <w:r>
        <w:rPr/>
        <w:t>todavía ocurre.</w:t>
      </w:r>
    </w:p>
    <w:p>
      <w:pPr>
        <w:pStyle w:val="BodyText"/>
      </w:pPr>
      <w:r>
        <w:rPr/>
        <w:t>Quizá alguien, en algún punto remoto del universo, está viendo nuestra</w:t>
      </w:r>
      <w:r>
        <w:rPr/>
        <w:t xml:space="preserve"> </w:t>
      </w:r>
      <w:r>
        <w:rPr/>
        <w:t>historia ahora.</w:t>
      </w:r>
    </w:p>
    <w:p>
      <w:pPr>
        <w:pStyle w:val="BodyText"/>
      </w:pPr>
      <w:r>
        <w:rPr/>
        <w:t>Escucha nuestras canciones, siente nuestra voz.</w:t>
      </w:r>
    </w:p>
    <w:p>
      <w:pPr>
        <w:pStyle w:val="BodyText"/>
      </w:pPr>
      <w:r>
        <w:rPr/>
        <w:t>Para ellos seguimos aquí, enviando señales desde el borde de la memoria.</w:t>
      </w:r>
    </w:p>
    <w:p>
      <w:pPr>
        <w:pStyle w:val="BodyText"/>
      </w:pPr>
      <w:r>
        <w:rPr/>
        <w:t>La luz conserva la historia, pero el tiempo impide volver a tocarla.</w:t>
      </w:r>
    </w:p>
    <w:p>
      <w:pPr>
        <w:pStyle w:val="BodyText"/>
      </w:pPr>
      <w:r>
        <w:rPr/>
        <w:t>El universo es un archivo infinito de lo que fuimos.</w:t>
      </w:r>
    </w:p>
    <w:p>
      <w:pPr>
        <w:pStyle w:val="BodyText"/>
      </w:pPr>
      <w:r>
        <w:rPr/>
        <w:t>Y mientras un solo fotón siga viajando con nuestro nombre, seguiremos</w:t>
      </w:r>
      <w:r>
        <w:rPr/>
        <w:t xml:space="preserve"> </w:t>
      </w:r>
      <w:r>
        <w:rPr/>
        <w:t>existiendo.</w:t>
      </w:r>
    </w:p>
    <w:p>
      <w:pPr>
        <w:pStyle w:val="BodyText"/>
      </w:pPr>
      <w:r>
        <w:rPr/>
        <w:t>Allí donde el pasado sigue vivo.</w:t>
      </w:r>
    </w:p>
    <w:p>
      <w:pPr>
        <w:pStyle w:val="BodyText"/>
      </w:pPr>
      <w:r>
        <w:rPr/>
        <w:t>Allí donde los recuerdos se vuelven estrellas.</w:t>
      </w:r>
    </w:p>
    <w:p>
      <w:pPr>
        <w:pStyle w:val="BodyText"/>
      </w:pPr>
      <w:r>
        <w:rPr/>
        <w:t>—A. M. / ILIBERIS</w:t>
      </w:r>
    </w:p>
    <w:p>
      <w:pPr>
        <w:pStyle w:val="BodyText"/>
      </w:pPr>
      <w:r>
        <w:rPr/>
        <w:t>Epílogo</w:t>
      </w:r>
    </w:p>
    <w:p>
      <w:pPr>
        <w:pStyle w:val="BodyText"/>
      </w:pPr>
      <w:r>
        <w:rPr/>
        <w:t>Leí esas líneas con la certeza de que no eran simples pensamientos,</w:t>
      </w:r>
    </w:p>
    <w:p>
      <w:pPr>
        <w:pStyle w:val="BodyText"/>
      </w:pPr>
      <w:r>
        <w:rPr/>
        <w:t>sino una transmisión.</w:t>
      </w:r>
    </w:p>
    <w:p>
      <w:pPr>
        <w:pStyle w:val="BodyText"/>
      </w:pPr>
      <w:r>
        <w:rPr/>
        <w:t>Una despedida codificada en la misma vibración que su obra.</w:t>
      </w:r>
    </w:p>
    <w:p>
      <w:pPr>
        <w:pStyle w:val="BodyText"/>
      </w:pPr>
      <w:r>
        <w:rPr/>
        <w:t>ILIBERIS comprendió antes que nadie que la música no solo suena:</w:t>
      </w:r>
      <w:r>
        <w:rPr/>
        <w:t xml:space="preserve"> </w:t>
      </w:r>
      <w:r>
        <w:rPr/>
        <w:t>permanece.</w:t>
      </w:r>
    </w:p>
    <w:p>
      <w:pPr>
        <w:pStyle w:val="BodyText"/>
      </w:pPr>
      <w:r>
        <w:rPr/>
        <w:t>Que cada vibración deja su rastro en la trama del espacio.</w:t>
      </w:r>
    </w:p>
    <w:p>
      <w:pPr>
        <w:pStyle w:val="BodyText"/>
      </w:pPr>
      <w:r>
        <w:rPr/>
        <w:t>Quizá por eso desapareció: no se fue, se integró.</w:t>
      </w:r>
    </w:p>
    <w:p>
      <w:pPr>
        <w:pStyle w:val="BodyText"/>
      </w:pPr>
      <w:r>
        <w:rPr/>
        <w:t>Fading Away no era una elegía, sino una apertura:</w:t>
      </w:r>
    </w:p>
    <w:p>
      <w:pPr>
        <w:pStyle w:val="BodyText"/>
      </w:pPr>
      <w:r>
        <w:rPr/>
        <w:t>la puerta hacia otra forma de existir.</w:t>
      </w:r>
    </w:p>
    <w:p>
      <w:pPr>
        <w:pStyle w:val="BodyText"/>
      </w:pPr>
      <w:r>
        <w:rPr/>
        <w:t>su resonancia continúa viajando, alterando silenciosamente la manera en</w:t>
      </w:r>
      <w:r>
        <w:rPr/>
        <w:t xml:space="preserve"> </w:t>
      </w:r>
      <w:r>
        <w:rPr/>
        <w:t>que recordamos,</w:t>
      </w:r>
    </w:p>
    <w:p>
      <w:pPr>
        <w:pStyle w:val="BodyText"/>
      </w:pPr>
      <w:r>
        <w:rPr/>
        <w:t>la manera en que amamos, la manera en que comprendemos la luz.</w:t>
      </w:r>
    </w:p>
    <w:p>
      <w:pPr>
        <w:pStyle w:val="BodyText"/>
      </w:pPr>
      <w:r>
        <w:rPr/>
        <w:t>Ésta será mi última nota sobre él.</w:t>
      </w:r>
    </w:p>
    <w:p>
      <w:pPr>
        <w:pStyle w:val="BodyText"/>
      </w:pPr>
      <w:r>
        <w:rPr/>
        <w:t>No porque haya encontrado todas las respuestas,</w:t>
      </w:r>
    </w:p>
    <w:p>
      <w:pPr>
        <w:pStyle w:val="BodyText"/>
      </w:pPr>
      <w:r>
        <w:rPr/>
        <w:t>sino porque he aprendido que algunas preguntas deben seguir resonando.</w:t>
      </w:r>
    </w:p>
    <w:p>
      <w:pPr>
        <w:pStyle w:val="BodyText"/>
      </w:pPr>
      <w:r>
        <w:rPr/>
        <w:t>Mientras haya oídos dispuestos a escuchar,</w:t>
      </w:r>
    </w:p>
    <w:p>
      <w:pPr>
        <w:pStyle w:val="BodyText"/>
      </w:pPr>
      <w:r>
        <w:rPr/>
        <w:t>la vibración de ILIBERIS seguirá viva.</w:t>
      </w:r>
    </w:p>
    <w:p>
      <w:pPr>
        <w:pStyle w:val="BodyText"/>
      </w:pPr>
      <w:r>
        <w:rPr/>
        <w:t>Y, en esa vibración persistente, quizás también lo estemos todos</w:t>
      </w:r>
      <w:r>
        <w:rPr/>
        <w:t xml:space="preserve"> </w:t>
      </w:r>
      <w:r>
        <w:rPr/>
        <w:t>nosotros.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NOTA DEL AUTOR</w:t>
      </w:r>
    </w:p>
    <w:p>
      <w:pPr>
        <w:pStyle w:val="BodyText"/>
      </w:pPr>
      <w:r>
        <w:rPr/>
        <w:t>Lo que sigue a continuación son los documentos que acompañaron este</w:t>
      </w:r>
      <w:r>
        <w:rPr/>
        <w:t xml:space="preserve"> </w:t>
      </w:r>
      <w:r>
        <w:rPr/>
        <w:t>viaje: el glosario que permite descifrar el lenguaje del Eco, las</w:t>
      </w:r>
      <w:r>
        <w:rPr/>
        <w:t xml:space="preserve"> </w:t>
      </w:r>
      <w:r>
        <w:rPr/>
        <w:t>páginas recuperadas del cuaderno de ILIBERIS, la cronología completa de</w:t>
      </w:r>
      <w:r>
        <w:rPr/>
        <w:t xml:space="preserve"> </w:t>
      </w:r>
      <w:r>
        <w:rPr/>
        <w:t>los eventos, y el relato original que dio origen a toda esta sinfonía.</w:t>
      </w:r>
    </w:p>
    <w:p>
      <w:pPr>
        <w:pStyle w:val="BodyText"/>
      </w:pPr>
      <w:r>
        <w:rPr/>
        <w:t>Estos anexos no son simples apéndices académicos. Son parte integral de</w:t>
      </w:r>
      <w:r>
        <w:rPr/>
        <w:t xml:space="preserve"> </w:t>
      </w:r>
      <w:r>
        <w:rPr/>
        <w:t>la historia: las partituras escritas por quienes vivieron cada nota, los</w:t>
      </w:r>
      <w:r>
        <w:rPr/>
        <w:t xml:space="preserve"> </w:t>
      </w:r>
      <w:r>
        <w:rPr/>
        <w:t>mapas trazados por quienes caminaron cada frecuencia.</w:t>
      </w:r>
    </w:p>
    <w:p>
      <w:pPr>
        <w:pStyle w:val="BodyText"/>
      </w:pPr>
      <w:r>
        <w:rPr/>
        <w:t>El relato ha terminado, pero la reverberación continúa.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ANEXO I. GLOSARIO EXTENDIDO DE TÉRMINOS DEL ECO</w:t>
      </w:r>
    </w:p>
    <w:p>
      <w:pPr>
        <w:pStyle w:val="Heading1"/>
      </w:pPr>
      <w:r/>
    </w:p>
    <w:p>
      <w:pPr/>
      <w:r>
        <w:rPr/>
        <w:t>Este glosario recoge los términos clave utilizados a lo largo de la</w:t>
      </w:r>
      <w:r>
        <w:rPr/>
        <w:t xml:space="preserve"> </w:t>
      </w:r>
      <w:r>
        <w:rPr/>
        <w:t>novela, definidos de una manera que busca ser tan evocadora como</w:t>
      </w:r>
      <w:r>
        <w:rPr/>
        <w:t xml:space="preserve"> </w:t>
      </w:r>
      <w:r>
        <w:rPr/>
        <w:t>informativa.</w:t>
      </w:r>
    </w:p>
    <w:p>
      <w:pPr>
        <w:pStyle w:val="BodyText"/>
      </w:pPr>
      <w:r>
        <w:rPr/>
        <w:t>Eco, El: No es un sonido en el sentido tradicional. Es la frecuencia</w:t>
      </w:r>
      <w:r>
        <w:rPr/>
        <w:t xml:space="preserve"> </w:t>
      </w:r>
      <w:r>
        <w:rPr/>
        <w:t>fundamental del universo, una vibración constante (ver Frecuencia de</w:t>
      </w:r>
      <w:r>
        <w:rPr/>
        <w:t xml:space="preserve"> </w:t>
      </w:r>
      <w:r>
        <w:rPr/>
        <w:t>Fondo) que ha sido «marcada» o «herida» por eventos de gran carga</w:t>
      </w:r>
      <w:r>
        <w:rPr/>
        <w:t xml:space="preserve"> </w:t>
      </w:r>
      <w:r>
        <w:rPr/>
        <w:t>emocional a lo largo de la historia. Funciona como una memoria</w:t>
      </w:r>
      <w:r>
        <w:rPr/>
        <w:t xml:space="preserve"> </w:t>
      </w:r>
      <w:r>
        <w:rPr/>
        <w:t>universal, una cinta maestra del tiempo que no solo graba los hechos,</w:t>
      </w:r>
      <w:r>
        <w:rPr/>
        <w:t xml:space="preserve"> </w:t>
      </w:r>
      <w:r>
        <w:rPr/>
        <w:t>sino también los sentimientos asociados a ellos.</w:t>
      </w:r>
    </w:p>
    <w:p>
      <w:pPr>
        <w:pStyle w:val="BodyText"/>
      </w:pPr>
      <w:r>
        <w:rPr/>
        <w:t>Custodio/a: Un ser humano cuya estructura genética posee una</w:t>
      </w:r>
      <w:r>
        <w:rPr/>
        <w:t xml:space="preserve"> </w:t>
      </w:r>
      <w:r>
        <w:rPr/>
        <w:t>sensibilidad única al Eco. No generan el rastro sonoro, sino que actúan</w:t>
      </w:r>
      <w:r>
        <w:rPr/>
        <w:t xml:space="preserve"> </w:t>
      </w:r>
      <w:r>
        <w:rPr/>
        <w:t>como «diapasones vivientes» o «antenas biológicas» capaces de resonar</w:t>
      </w:r>
      <w:r>
        <w:rPr/>
        <w:t xml:space="preserve"> </w:t>
      </w:r>
      <w:r>
        <w:rPr/>
        <w:t>con él, percibir sus «grabaciones» y, en casos excepcionales como el de</w:t>
      </w:r>
      <w:r>
        <w:rPr/>
        <w:t xml:space="preserve"> </w:t>
      </w:r>
      <w:r>
        <w:rPr/>
        <w:t>Mar, interactuar con él. Esta habilidad se transmite a través del</w:t>
      </w:r>
      <w:r>
        <w:rPr/>
        <w:t xml:space="preserve"> </w:t>
      </w:r>
      <w:r>
        <w:rPr/>
        <w:t>linaje.</w:t>
      </w:r>
    </w:p>
    <w:p>
      <w:pPr>
        <w:pStyle w:val="BodyText"/>
      </w:pPr>
      <w:r>
        <w:rPr/>
        <w:t>vibración de Fondo (FA#): El «zumbido» base del universo, la nota</w:t>
      </w:r>
      <w:r>
        <w:rPr/>
        <w:t xml:space="preserve"> </w:t>
      </w:r>
      <w:r>
        <w:rPr/>
        <w:t>constante y pura de la reverberación antes de ser alterada por las</w:t>
      </w:r>
      <w:r>
        <w:rPr/>
        <w:t xml:space="preserve"> </w:t>
      </w:r>
      <w:r>
        <w:rPr/>
        <w:t>«improntas» emocionales. ILIBERIS la identificó como un tono cercana al</w:t>
      </w:r>
      <w:r>
        <w:rPr/>
        <w:t xml:space="preserve"> </w:t>
      </w:r>
      <w:r>
        <w:rPr/>
        <w:t>FA sostenido (FA#). Markus se refiere a ella, en una analogía, como el</w:t>
      </w:r>
      <w:r>
        <w:rPr/>
        <w:t xml:space="preserve"> </w:t>
      </w:r>
      <w:r>
        <w:rPr/>
        <w:t>ruido de fondo o ruido de fondo de un estudio de grabación: el sonido de</w:t>
      </w:r>
      <w:r>
        <w:rPr/>
        <w:t xml:space="preserve"> </w:t>
      </w:r>
      <w:r>
        <w:rPr/>
        <w:t>la ausencia, siempre presente.</w:t>
      </w:r>
    </w:p>
    <w:p>
      <w:pPr>
        <w:pStyle w:val="BodyText"/>
      </w:pPr>
      <w:r>
        <w:rPr/>
        <w:t>Fenómenos de Resonancia Localizada Sostenida (FRLS): Término científico</w:t>
      </w:r>
      <w:r>
        <w:rPr/>
        <w:t xml:space="preserve"> </w:t>
      </w:r>
      <w:r>
        <w:rPr/>
        <w:t>acuñado por Vasco Neves para describir, en lenguaje académico, las</w:t>
      </w:r>
      <w:r>
        <w:rPr/>
        <w:t xml:space="preserve"> </w:t>
      </w:r>
      <w:r>
        <w:rPr/>
        <w:t>manifestaciones del Eco. Los define como «eventos acústicos de origen</w:t>
      </w:r>
      <w:r>
        <w:rPr/>
        <w:t xml:space="preserve"> </w:t>
      </w:r>
      <w:r>
        <w:rPr/>
        <w:t>desconocido que demuestran una coherencia inusual, correlacionados con</w:t>
      </w:r>
      <w:r>
        <w:rPr/>
        <w:t xml:space="preserve"> </w:t>
      </w:r>
      <w:r>
        <w:rPr/>
        <w:t>configuraciones astronómicas y geológicas particulares». Es la</w:t>
      </w:r>
      <w:r>
        <w:rPr/>
        <w:t xml:space="preserve"> </w:t>
      </w:r>
      <w:r>
        <w:rPr/>
        <w:t>traducción académica respetable de lo que los custodios conocen</w:t>
      </w:r>
      <w:r>
        <w:rPr/>
        <w:t xml:space="preserve"> </w:t>
      </w:r>
      <w:r>
        <w:rPr/>
        <w:t>intuitivamente.</w:t>
      </w:r>
    </w:p>
    <w:p>
      <w:pPr>
        <w:pStyle w:val="BodyText"/>
      </w:pPr>
      <w:r>
        <w:rPr/>
        <w:t>Impronta Sónica (o Cicatriz): Un evento de una carga emocional tan</w:t>
      </w:r>
      <w:r>
        <w:rPr/>
        <w:t xml:space="preserve"> </w:t>
      </w:r>
      <w:r>
        <w:rPr/>
        <w:t>masiva (ej. La tragedia de Montségur) que «satura» y altera de forma</w:t>
      </w:r>
      <w:r>
        <w:rPr/>
        <w:t xml:space="preserve"> </w:t>
      </w:r>
      <w:r>
        <w:rPr/>
        <w:t>permanente la onda de Fondo. No es un recuerdo, sino una distorsión</w:t>
      </w:r>
      <w:r>
        <w:rPr/>
        <w:t xml:space="preserve"> </w:t>
      </w:r>
      <w:r>
        <w:rPr/>
        <w:t>duradera en la «cinta maestra» del universo, un patrón de dolor o amor</w:t>
      </w:r>
      <w:r>
        <w:rPr/>
        <w:t xml:space="preserve"> </w:t>
      </w:r>
      <w:r>
        <w:rPr/>
        <w:t>que se repite como un lamento o una armonía.</w:t>
      </w:r>
    </w:p>
    <w:p>
      <w:pPr>
        <w:pStyle w:val="BodyText"/>
      </w:pPr>
      <w:r>
        <w:rPr/>
        <w:t>Resonancia Geo-Celestial: La teoría científica, desarrollada por Vasco</w:t>
      </w:r>
      <w:r>
        <w:rPr/>
        <w:t xml:space="preserve"> </w:t>
      </w:r>
      <w:r>
        <w:rPr/>
        <w:t>Neves, que postula que el Eco se manifiesta con mayor intensidad cuando</w:t>
      </w:r>
      <w:r>
        <w:rPr/>
        <w:t xml:space="preserve"> </w:t>
      </w:r>
      <w:r>
        <w:rPr/>
        <w:t>hay una alineación específica entre un lugar de poder en la Tierra (con</w:t>
      </w:r>
      <w:r>
        <w:rPr/>
        <w:t xml:space="preserve"> </w:t>
      </w:r>
      <w:r>
        <w:rPr/>
        <w:t>propiedades geológicas o históricas particulares) y una configuración</w:t>
      </w:r>
      <w:r>
        <w:rPr/>
        <w:t xml:space="preserve"> </w:t>
      </w:r>
      <w:r>
        <w:rPr/>
        <w:t>celestial determinada. El Custodio actúa como el catalizador que permite</w:t>
      </w:r>
      <w:r>
        <w:rPr/>
        <w:t xml:space="preserve"> </w:t>
      </w:r>
      <w:r>
        <w:rPr/>
        <w:t>que esta resonancia ocurra.</w:t>
      </w:r>
    </w:p>
    <w:p>
      <w:pPr>
        <w:pStyle w:val="BodyText"/>
      </w:pPr>
      <w:r>
        <w:rPr/>
        <w:t>Punto Cero: El estado de quietud absoluto y perfecto, la vibración de la</w:t>
      </w:r>
      <w:r>
        <w:rPr/>
        <w:t xml:space="preserve"> </w:t>
      </w:r>
      <w:r>
        <w:rPr/>
        <w:t>reverberación completamente sanada y devuelta a su estado neutro. Mar lo</w:t>
      </w:r>
      <w:r>
        <w:rPr/>
        <w:t xml:space="preserve"> </w:t>
      </w:r>
      <w:r>
        <w:rPr/>
        <w:t>alcanza al final del ritual, no cancelando el ruido, sino armonizando</w:t>
      </w:r>
      <w:r>
        <w:rPr/>
        <w:t xml:space="preserve"> </w:t>
      </w:r>
      <w:r>
        <w:rPr/>
        <w:t>todas las disonancias en una única nota de paz.</w:t>
      </w:r>
    </w:p>
    <w:p>
      <w:pPr>
        <w:pStyle w:val="BodyText"/>
      </w:pPr>
      <w:r>
        <w:rPr/>
        <w:t>Anti-Melodía (o Cuando ambas ondas se encuentran, teóricamente se</w:t>
      </w:r>
      <w:r>
        <w:rPr/>
        <w:t xml:space="preserve"> </w:t>
      </w:r>
      <w:r>
        <w:rPr/>
        <w:t>cancelan mutuamente en un proceso de «interferencia destructiva». Es el</w:t>
      </w:r>
      <w:r>
        <w:rPr/>
        <w:t xml:space="preserve"> </w:t>
      </w:r>
      <w:r>
        <w:rPr/>
        <w:t>arma lógica y científica utilizada para intentar «silenciar» un tono</w:t>
      </w:r>
      <w:r>
        <w:rPr/>
        <w:t xml:space="preserve"> </w:t>
      </w:r>
      <w:r>
        <w:rPr/>
        <w:t>anómala.</w:t>
      </w:r>
    </w:p>
    <w:p>
      <w:pPr>
        <w:pStyle w:val="BodyText"/>
      </w:pPr>
      <w:r>
        <w:rPr/>
        <w:t>Jaula Sónica: Tecnología desarrollada por Chrysalis para crear campos de</w:t>
      </w:r>
      <w:r>
        <w:rPr/>
        <w:t xml:space="preserve"> </w:t>
      </w:r>
      <w:r>
        <w:rPr/>
        <w:t>interferencia acústica y vibracionals. Diseñada inicialmente para aislar</w:t>
      </w:r>
      <w:r>
        <w:rPr/>
        <w:t xml:space="preserve"> </w:t>
      </w:r>
      <w:r>
        <w:rPr/>
        <w:t>y contener manifestaciones del rastro, genera una «burbuja de calma» que</w:t>
      </w:r>
      <w:r>
        <w:rPr/>
        <w:t xml:space="preserve"> </w:t>
      </w:r>
      <w:r>
        <w:rPr/>
        <w:t>impide la propagación vibracionals anómalas tanto hacia dentro como</w:t>
      </w:r>
      <w:r>
        <w:rPr/>
        <w:t xml:space="preserve"> </w:t>
      </w:r>
      <w:r>
        <w:rPr/>
        <w:t>hacia fuera de su perímetro.</w:t>
      </w:r>
    </w:p>
    <w:p>
      <w:pPr>
        <w:pStyle w:val="BodyText"/>
      </w:pPr>
      <w:r>
        <w:rPr/>
        <w:t>Emisor de Caos: Evolución de la Jaula Sónica desarrollada por el</w:t>
      </w:r>
      <w:r>
        <w:rPr/>
        <w:t xml:space="preserve"> </w:t>
      </w:r>
      <w:r>
        <w:rPr/>
        <w:t>Proyecto calma. En lugar de contener</w:t>
      </w:r>
    </w:p>
    <w:p>
      <w:pPr>
        <w:pStyle w:val="BodyText"/>
      </w:pPr>
      <w:r>
        <w:rPr/>
        <w:t>Disonancia: En el contexto de la novela, no es solo un término musical.</w:t>
      </w:r>
      <w:r>
        <w:rPr/>
        <w:t xml:space="preserve"> </w:t>
      </w:r>
      <w:r>
        <w:rPr/>
        <w:t>Se refiere a cualquier vibración (ya sea emocional, tecnológica o</w:t>
      </w:r>
      <w:r>
        <w:rPr/>
        <w:t xml:space="preserve"> </w:t>
      </w:r>
      <w:r>
        <w:rPr/>
        <w:t>espiritual) que entra en conflicto con la armonía natural del Eco,</w:t>
      </w:r>
      <w:r>
        <w:rPr/>
        <w:t xml:space="preserve"> </w:t>
      </w:r>
      <w:r>
        <w:rPr/>
        <w:t>causando perturbación, dolor o locura. El «Generador de Disonancia» de</w:t>
      </w:r>
      <w:r>
        <w:rPr/>
        <w:t xml:space="preserve"> </w:t>
      </w:r>
      <w:r>
        <w:rPr/>
        <w:t>Chrysalis es un arma diseñada para crear este estado de forma</w:t>
      </w:r>
      <w:r>
        <w:rPr/>
        <w:t xml:space="preserve"> </w:t>
      </w:r>
      <w:r>
        <w:rPr/>
        <w:t>artificial.</w:t>
      </w:r>
    </w:p>
    <w:p>
      <w:pPr>
        <w:pStyle w:val="BodyText"/>
      </w:pPr>
      <w:r>
        <w:rPr/>
        <w:t>La Catedral del Sonido: Término utilizado por Mar para describir el</w:t>
      </w:r>
      <w:r>
        <w:rPr/>
        <w:t xml:space="preserve"> </w:t>
      </w:r>
      <w:r>
        <w:rPr/>
        <w:t>espacio mental y espiritual en el que entra cuando se conecta plenamente</w:t>
      </w:r>
      <w:r>
        <w:rPr/>
        <w:t xml:space="preserve"> </w:t>
      </w:r>
      <w:r>
        <w:rPr/>
        <w:t>con la resonancia. No es un lugar físico, sino un estado de percepción</w:t>
      </w:r>
      <w:r>
        <w:rPr/>
        <w:t xml:space="preserve"> </w:t>
      </w:r>
      <w:r>
        <w:rPr/>
        <w:t>en el que el sonido adquiere arquitectura, y la memoria, una forma</w:t>
      </w:r>
      <w:r>
        <w:rPr/>
        <w:t xml:space="preserve"> </w:t>
      </w:r>
      <w:r>
        <w:rPr/>
        <w:t>tangible.</w:t>
      </w:r>
    </w:p>
    <w:p>
      <w:pPr>
        <w:pStyle w:val="Heading1"/>
      </w:pPr>
      <w:r>
        <w:rPr/>
        <w:t>ANEXO II. EL LINAJE DEL ECO</w:t>
      </w:r>
    </w:p>
    <w:p>
      <w:pPr/>
      <w:r>
        <w:rPr/>
        <w:t>⸻</w:t>
      </w:r>
    </w:p>
    <w:p>
      <w:pPr>
        <w:pStyle w:val="BodyText"/>
      </w:pPr>
      <w:r>
        <w:rPr/>
        <w:t>Antes de la luz fue el sonido.</w:t>
      </w:r>
    </w:p>
    <w:p>
      <w:pPr>
        <w:pStyle w:val="BodyText"/>
      </w:pPr>
      <w:r>
        <w:rPr/>
        <w:t>Una vibración mínima rompió el silencio primordial y dio comienzo al</w:t>
      </w:r>
      <w:r>
        <w:rPr/>
        <w:t xml:space="preserve"> </w:t>
      </w:r>
      <w:r>
        <w:rPr/>
        <w:t>tiempo. Los astrónomos la llaman radiación cósmica de fondo; yo prefiero</w:t>
      </w:r>
      <w:r>
        <w:rPr/>
        <w:t xml:space="preserve"> </w:t>
      </w:r>
      <w:r>
        <w:rPr/>
        <w:t>llamarla Eco: la nota sostenida del universo.</w:t>
      </w:r>
    </w:p>
    <w:p>
      <w:pPr>
        <w:pStyle w:val="BodyText"/>
      </w:pPr>
      <w:r>
        <w:rPr/>
        <w:t>Nada de lo que ha vibrado alguna vez deja de hacerlo; el cosmos entero</w:t>
      </w:r>
      <w:r>
        <w:rPr/>
        <w:t xml:space="preserve"> </w:t>
      </w:r>
      <w:r>
        <w:rPr/>
        <w:t>es una partitura en movimiento. El Eco no tiene moral ni propósito: solo</w:t>
      </w:r>
      <w:r>
        <w:rPr/>
        <w:t xml:space="preserve"> </w:t>
      </w:r>
      <w:r>
        <w:rPr/>
        <w:t>busca resonar.</w:t>
      </w:r>
    </w:p>
    <w:p>
      <w:pPr>
        <w:pStyle w:val="BodyText"/>
      </w:pPr>
      <w:r>
        <w:rPr/>
        <w:t>Durante eones permaneció disperso, dormido en las ondas del espacio,</w:t>
      </w:r>
      <w:r>
        <w:rPr/>
        <w:t xml:space="preserve"> </w:t>
      </w:r>
      <w:r>
        <w:rPr/>
        <w:t>hasta que una mente humana fue capaz de intuirlo.</w:t>
      </w:r>
    </w:p>
    <w:p>
      <w:pPr>
        <w:pStyle w:val="BodyText"/>
      </w:pPr>
      <w:r>
        <w:rPr/>
        <w:t>Lo que sigue no es la lista completa de quienes lo escucharon —esa</w:t>
      </w:r>
      <w:r>
        <w:rPr/>
        <w:t xml:space="preserve"> </w:t>
      </w:r>
      <w:r>
        <w:rPr/>
        <w:t>lista es infinita—, sino un mapa de los puntos donde la frecuencia</w:t>
      </w:r>
      <w:r>
        <w:rPr/>
        <w:t xml:space="preserve"> </w:t>
      </w:r>
      <w:r>
        <w:rPr/>
        <w:t>humana del Eco se manifestó con suficiente intensidad para alterar el</w:t>
      </w:r>
      <w:r>
        <w:rPr/>
        <w:t xml:space="preserve"> </w:t>
      </w:r>
      <w:r>
        <w:rPr/>
        <w:t>curso de la historia.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>
          <w:b/>
        </w:rPr>
        <w:t>I. LOS CUSTODIOS PRIMARIOS</w:t>
      </w:r>
    </w:p>
    <w:p>
      <w:pPr>
        <w:pStyle w:val="BodyText"/>
      </w:pPr>
      <w:r>
        <w:rPr/>
        <w:t>Gerberto de Aurillac (999)</w:t>
      </w:r>
    </w:p>
    <w:p>
      <w:pPr>
        <w:pStyle w:val="BodyText"/>
      </w:pPr>
      <w:r>
        <w:rPr/>
        <w:t>Fue el primero en sospecharlo. Entre cálculos y monocordios, Gerberto de</w:t>
      </w:r>
      <w:r>
        <w:rPr/>
        <w:t xml:space="preserve"> </w:t>
      </w:r>
      <w:r>
        <w:rPr/>
        <w:t>Aurillac, monje y astrónomo, comprendió que los astros no giran en</w:t>
      </w:r>
      <w:r>
        <w:rPr/>
        <w:t xml:space="preserve"> </w:t>
      </w:r>
      <w:r>
        <w:rPr/>
        <w:t>silencio: cantan. Las distancias celestes obedecen proporciones</w:t>
      </w:r>
      <w:r>
        <w:rPr/>
        <w:t xml:space="preserve"> </w:t>
      </w:r>
      <w:r>
        <w:rPr/>
        <w:t>musicales. El cosmos, pensó, es una escala.</w:t>
      </w:r>
    </w:p>
    <w:p>
      <w:pPr>
        <w:pStyle w:val="BodyText"/>
      </w:pPr>
      <w:r>
        <w:rPr/>
        <w:t>Aquel pensamiento bastó para abrir una puerta que jamás volvería a</w:t>
      </w:r>
      <w:r>
        <w:rPr/>
        <w:t xml:space="preserve"> </w:t>
      </w:r>
      <w:r>
        <w:rPr/>
        <w:t>cerrarse. El Eco había sido escuchado, aunque nadie supiera aún su</w:t>
      </w:r>
      <w:r>
        <w:rPr/>
        <w:t xml:space="preserve"> </w:t>
      </w:r>
      <w:r>
        <w:rPr/>
        <w:t>nombre.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Liora y Arnaldo (Montségur, 1244)</w:t>
      </w:r>
    </w:p>
    <w:p>
      <w:pPr>
        <w:pStyle w:val="BodyText"/>
      </w:pPr>
      <w:r>
        <w:rPr/>
        <w:t>Liora fue la nodriza de Arnaldo. Le cantaba una melodía sin origen</w:t>
      </w:r>
      <w:r>
        <w:rPr/>
        <w:t xml:space="preserve"> </w:t>
      </w:r>
      <w:r>
        <w:rPr/>
        <w:t>conocido, quizá un vestigio del primer sonido. Aquel canto, suave como</w:t>
      </w:r>
      <w:r>
        <w:rPr/>
        <w:t xml:space="preserve"> </w:t>
      </w:r>
      <w:r>
        <w:rPr/>
        <w:t>la respiración, fue el cauce por el que el Eco entró en el mundo humano.</w:t>
      </w:r>
    </w:p>
    <w:p>
      <w:pPr>
        <w:pStyle w:val="BodyText"/>
      </w:pPr>
      <w:r>
        <w:rPr/>
        <w:t>Cuando Arnaldo y Alix intentaron purificarlo en Montségur, el amor los</w:t>
      </w:r>
      <w:r>
        <w:rPr/>
        <w:t xml:space="preserve"> </w:t>
      </w:r>
      <w:r>
        <w:rPr/>
        <w:t>fracturó. El fuego no destruyó el Eco: lo transformó. De nota pura pasó</w:t>
      </w:r>
      <w:r>
        <w:rPr/>
        <w:t xml:space="preserve"> </w:t>
      </w:r>
      <w:r>
        <w:rPr/>
        <w:t>a frecuencia espectral.</w:t>
      </w:r>
    </w:p>
    <w:p>
      <w:pPr>
        <w:pStyle w:val="BodyText"/>
      </w:pPr>
      <w:r>
        <w:rPr/>
        <w:t>Desde ese instante, el linaje del sonido comenzó a transmitirse por la</w:t>
      </w:r>
      <w:r>
        <w:rPr/>
        <w:t xml:space="preserve"> </w:t>
      </w:r>
      <w:r>
        <w:rPr/>
        <w:t>sangre, no solo por la voz.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Marwal al-Granadi (siglo XV)</w:t>
      </w:r>
    </w:p>
    <w:p>
      <w:pPr>
        <w:pStyle w:val="BodyText"/>
      </w:pPr>
      <w:r>
        <w:rPr/>
        <w:t>Descendiente de Arnaldo y Alix, Marwal al-Granadi encontró refugio en el</w:t>
      </w:r>
      <w:r>
        <w:rPr/>
        <w:t xml:space="preserve"> </w:t>
      </w:r>
      <w:r>
        <w:rPr/>
        <w:t>Reino Nazarí de Granada. Alquimista y músico, unió la ciencia</w:t>
      </w:r>
      <w:r>
        <w:rPr/>
        <w:t xml:space="preserve"> </w:t>
      </w:r>
      <w:r>
        <w:rPr/>
        <w:t>arábigo-andaluza con el misticismo occitano.</w:t>
      </w:r>
    </w:p>
    <w:p>
      <w:pPr>
        <w:pStyle w:val="BodyText"/>
      </w:pPr>
      <w:r>
        <w:rPr/>
        <w:t>En sus tratados formuló la tríada M. A. R. — Melodía, Armonía,</w:t>
      </w:r>
      <w:r>
        <w:rPr/>
        <w:t xml:space="preserve"> </w:t>
      </w:r>
      <w:r>
        <w:rPr/>
        <w:t>Resonancia. No sabía que aquellas letras serían, siglos más tarde, un</w:t>
      </w:r>
      <w:r>
        <w:rPr/>
        <w:t xml:space="preserve"> </w:t>
      </w:r>
      <w:r>
        <w:rPr/>
        <w:t>nombre.</w:t>
      </w:r>
    </w:p>
    <w:p>
      <w:pPr>
        <w:pStyle w:val="BodyText"/>
      </w:pPr>
      <w:r>
        <w:rPr/>
        <w:t>De su linaje descendieron Adrián Marín (ILIBERIS) y Mar Sánchez,</w:t>
      </w:r>
      <w:r>
        <w:rPr/>
        <w:t xml:space="preserve"> </w:t>
      </w:r>
      <w:r>
        <w:rPr/>
        <w:t>herederos de su sangre y de su frecuencia.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Anna Maria de Sankt Moritz y Kaspar (1751–1780)</w:t>
      </w:r>
    </w:p>
    <w:p>
      <w:pPr>
        <w:pStyle w:val="BodyText"/>
      </w:pPr>
      <w:r>
        <w:rPr/>
        <w:t>Nacida en el cantón de los Grisones, Anna Maria oyó el Eco en el rumor</w:t>
      </w:r>
      <w:r>
        <w:rPr/>
        <w:t xml:space="preserve"> </w:t>
      </w:r>
      <w:r>
        <w:rPr/>
        <w:t>de los glaciares. Creyó reconocer en él una plegaria y, junto a su</w:t>
      </w:r>
      <w:r>
        <w:rPr/>
        <w:t xml:space="preserve"> </w:t>
      </w:r>
      <w:r>
        <w:rPr/>
        <w:t>compañero Kaspar, intentó traducirla en canto.</w:t>
      </w:r>
    </w:p>
    <w:p>
      <w:pPr>
        <w:pStyle w:val="BodyText"/>
      </w:pPr>
      <w:r>
        <w:rPr/>
        <w:t>Las notas que compusieron juntos no pertenecían a este mundo: se</w:t>
      </w:r>
      <w:r>
        <w:rPr/>
        <w:t xml:space="preserve"> </w:t>
      </w:r>
      <w:r>
        <w:rPr/>
        <w:t>afinaban fuera del tiempo. Una noche de febrero de 1780, la nieve</w:t>
      </w:r>
      <w:r>
        <w:rPr/>
        <w:t xml:space="preserve"> </w:t>
      </w:r>
      <w:r>
        <w:rPr/>
        <w:t>reflejó una luz sin origen. Al amanecer, sus huellas terminaban junto al</w:t>
      </w:r>
      <w:r>
        <w:rPr/>
        <w:t xml:space="preserve"> </w:t>
      </w:r>
      <w:r>
        <w:rPr/>
        <w:t>lago helado. Nadie volvió a verlos.</w:t>
      </w:r>
    </w:p>
    <w:p>
      <w:pPr>
        <w:pStyle w:val="BodyText"/>
      </w:pPr>
      <w:r>
        <w:rPr/>
        <w:t>Dicen que, cuando el hielo se resquebraja, aún puede oírse una melodía a</w:t>
      </w:r>
      <w:r>
        <w:rPr/>
        <w:t xml:space="preserve"> </w:t>
      </w:r>
      <w:r>
        <w:rPr/>
        <w:t>dos voces.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Adrián Marín — DJ ILIBERIS (1967–1998)</w:t>
      </w:r>
    </w:p>
    <w:p>
      <w:pPr>
        <w:pStyle w:val="BodyText"/>
      </w:pPr>
      <w:r>
        <w:rPr/>
        <w:t>Siglos después, Adrián Marín, descendiente del linaje de Marwal, intentó</w:t>
      </w:r>
      <w:r>
        <w:rPr/>
        <w:t xml:space="preserve"> </w:t>
      </w:r>
      <w:r>
        <w:rPr/>
        <w:t>capturar la frecuencia con máquinas. Transformó la plegaria en ritmo, la</w:t>
      </w:r>
      <w:r>
        <w:rPr/>
        <w:t xml:space="preserve"> </w:t>
      </w:r>
      <w:r>
        <w:rPr/>
        <w:t>vibración en música electrónica.</w:t>
      </w:r>
    </w:p>
    <w:p>
      <w:pPr>
        <w:pStyle w:val="BodyText"/>
      </w:pPr>
      <w:r>
        <w:rPr/>
        <w:t>Y, como sus antepasados, fue consumido por el mismo sonido que intentó</w:t>
      </w:r>
      <w:r>
        <w:rPr/>
        <w:t xml:space="preserve"> </w:t>
      </w:r>
      <w:r>
        <w:rPr/>
        <w:t>comprender. Su nombre artístico —ILIBERIS— evocaba sin saberlo la</w:t>
      </w:r>
      <w:r>
        <w:rPr/>
        <w:t xml:space="preserve"> </w:t>
      </w:r>
      <w:r>
        <w:rPr/>
        <w:t>ciudad de sus orígenes.</w:t>
      </w:r>
    </w:p>
    <w:p>
      <w:pPr>
        <w:pStyle w:val="BodyText"/>
      </w:pPr>
      <w:r>
        <w:rPr/>
        <w:t>Dejó grabaciones póstumas que guiarían a Mar hacia la comprensión final:</w:t>
      </w:r>
      <w:r>
        <w:rPr/>
        <w:t xml:space="preserve"> </w:t>
      </w:r>
      <w:r>
        <w:rPr/>
        <w:t>el Eco no pide ser dominado, sino escuchado.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II. LA NUEVA CONSTELACIÓN</w:t>
      </w:r>
    </w:p>
    <w:p>
      <w:pPr/>
      <w:r>
        <w:rPr/>
        <w:t>Mar M. Sánchez (c. 1990–Presente)</w:t>
      </w:r>
    </w:p>
    <w:p>
      <w:pPr>
        <w:pStyle w:val="BodyText"/>
      </w:pPr>
      <w:r>
        <w:rPr/>
        <w:t>No heredé el Eco; él me encontró. No me eligió para custodiarlo, sino</w:t>
      </w:r>
      <w:r>
        <w:rPr/>
        <w:t xml:space="preserve"> </w:t>
      </w:r>
      <w:r>
        <w:rPr/>
        <w:t>para escucharlo sin miedo.</w:t>
      </w:r>
    </w:p>
    <w:p>
      <w:pPr>
        <w:pStyle w:val="BodyText"/>
      </w:pPr>
      <w:r>
        <w:rPr/>
        <w:t>Cuando la melodía regresó, no pedía culto ni explicación. Pedía reposo.</w:t>
      </w:r>
      <w:r>
        <w:rPr/>
        <w:t xml:space="preserve"> </w:t>
      </w:r>
      <w:r>
        <w:rPr/>
        <w:t>Y comprendí que escuchar era suficiente. Pero escuchar no significa</w:t>
      </w:r>
      <w:r>
        <w:rPr/>
        <w:t xml:space="preserve"> </w:t>
      </w:r>
      <w:r>
        <w:rPr/>
        <w:t>estar sola.</w:t>
      </w:r>
    </w:p>
    <w:p>
      <w:pPr>
        <w:pStyle w:val="BodyText"/>
      </w:pPr>
      <w:r>
        <w:rPr/>
        <w:t>El Eco se liberó cuando aprendí a compartirlo. Sentí que la voz de</w:t>
      </w:r>
      <w:r>
        <w:rPr/>
        <w:t xml:space="preserve"> </w:t>
      </w:r>
      <w:r>
        <w:rPr/>
        <w:t>Arnaldo se disolvía en la mía, como si, al fin, la frecuencia hallara su</w:t>
      </w:r>
      <w:r>
        <w:rPr/>
        <w:t xml:space="preserve"> </w:t>
      </w:r>
      <w:r>
        <w:rPr/>
        <w:t>descanso en el silencio.</w:t>
      </w:r>
    </w:p>
    <w:p>
      <w:pPr>
        <w:pStyle w:val="BodyText"/>
      </w:pPr>
      <w:r>
        <w:rPr/>
        <w:t>La custodia solitaria terminó. La resonancia compartida comenzó.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Vasco Neves (c. 1982–Presente, Lisboa)</w:t>
      </w:r>
    </w:p>
    <w:p>
      <w:pPr>
        <w:pStyle w:val="BodyText"/>
      </w:pPr>
      <w:r>
        <w:rPr/>
        <w:t>Llegó buscando una frecuencia perdida en una cinta magnética oxidada.</w:t>
      </w:r>
      <w:r>
        <w:rPr/>
        <w:t xml:space="preserve"> </w:t>
      </w:r>
      <w:r>
        <w:rPr/>
        <w:t>Encontró una familia.</w:t>
      </w:r>
    </w:p>
    <w:p>
      <w:pPr>
        <w:pStyle w:val="BodyText"/>
      </w:pPr>
      <w:r>
        <w:rPr/>
        <w:t>El científico que tradujo vibraciones a ecuaciones sin perder su</w:t>
      </w:r>
      <w:r>
        <w:rPr/>
        <w:t xml:space="preserve"> </w:t>
      </w:r>
      <w:r>
        <w:rPr/>
        <w:t>dimensión numinosa. Sus análisis espectrales revelaron lo que el corazón</w:t>
      </w:r>
      <w:r>
        <w:rPr/>
        <w:t xml:space="preserve"> </w:t>
      </w:r>
      <w:r>
        <w:rPr/>
        <w:t>ya sabía: el Eco no es solo física, es memoria viva.</w:t>
      </w:r>
    </w:p>
    <w:p>
      <w:pPr>
        <w:pStyle w:val="BodyText"/>
      </w:pPr>
      <w:r>
        <w:rPr/>
        <w:t>Ancla el legado en metodología rigurosa, probando que lo sagrado puede</w:t>
      </w:r>
      <w:r>
        <w:rPr/>
        <w:t xml:space="preserve"> </w:t>
      </w:r>
      <w:r>
        <w:rPr/>
        <w:t>medirse sin profanarse.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Lena Hoffmann (c. 1988–Presente, Berlín)</w:t>
      </w:r>
    </w:p>
    <w:p>
      <w:pPr>
        <w:pStyle w:val="BodyText"/>
      </w:pPr>
      <w:r>
        <w:rPr/>
        <w:t>La tejedora digital. La que convirtió el código en plegaria y los</w:t>
      </w:r>
      <w:r>
        <w:rPr/>
        <w:t xml:space="preserve"> </w:t>
      </w:r>
      <w:r>
        <w:rPr/>
        <w:t>algoritmos en escudos.</w:t>
      </w:r>
    </w:p>
    <w:p>
      <w:pPr>
        <w:pStyle w:val="BodyText"/>
      </w:pPr>
      <w:r>
        <w:rPr/>
        <w:t>Protegió el Eco de quienes intentaron convertirlo en producto, de</w:t>
      </w:r>
      <w:r>
        <w:rPr/>
        <w:t xml:space="preserve"> </w:t>
      </w:r>
      <w:r>
        <w:rPr/>
        <w:t>quienes creyeron que podían monetizar el primer sonido del universo. Sus</w:t>
      </w:r>
      <w:r>
        <w:rPr/>
        <w:t xml:space="preserve"> </w:t>
      </w:r>
      <w:r>
        <w:rPr/>
        <w:t>contramedidas no fueron armas, sino arquitecturas de resistencia.</w:t>
      </w:r>
    </w:p>
    <w:p>
      <w:pPr>
        <w:pStyle w:val="BodyText"/>
      </w:pPr>
      <w:r>
        <w:rPr/>
        <w:t>En sus manos, la tecnología dejó de ser amenaza para convertirse en</w:t>
      </w:r>
      <w:r>
        <w:rPr/>
        <w:t xml:space="preserve"> </w:t>
      </w:r>
      <w:r>
        <w:rPr/>
        <w:t>santuario.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Markus Keller (c. 1968–Presente, Kreuzberg)</w:t>
      </w:r>
    </w:p>
    <w:p>
      <w:pPr>
        <w:pStyle w:val="BodyText"/>
      </w:pPr>
      <w:r>
        <w:rPr/>
        <w:t>El guardián analógico. El que preserva la memoria del linaje en</w:t>
      </w:r>
      <w:r>
        <w:rPr/>
        <w:t xml:space="preserve"> </w:t>
      </w:r>
      <w:r>
        <w:rPr/>
        <w:t>circuitos que respiran, en máquinas que recuerdan con calor, no con</w:t>
      </w:r>
      <w:r>
        <w:rPr/>
        <w:t xml:space="preserve"> </w:t>
      </w:r>
      <w:r>
        <w:rPr/>
        <w:t>datos fríos.</w:t>
      </w:r>
    </w:p>
    <w:p>
      <w:pPr>
        <w:pStyle w:val="BodyText"/>
      </w:pPr>
      <w:r>
        <w:rPr/>
        <w:t>Custodio de lo táctil en una era digital. Sus sintetizadores modulares y</w:t>
      </w:r>
      <w:r>
        <w:rPr/>
        <w:t xml:space="preserve"> </w:t>
      </w:r>
      <w:r>
        <w:rPr/>
        <w:t>grabadoras de cinta son más que herramientas: son recipientes donde el</w:t>
      </w:r>
      <w:r>
        <w:rPr/>
        <w:t xml:space="preserve"> </w:t>
      </w:r>
      <w:r>
        <w:rPr/>
        <w:t>tiempo se ralentiza lo suficiente para que el Eco pueda descansar.</w:t>
      </w:r>
    </w:p>
    <w:p>
      <w:pPr>
        <w:pStyle w:val="BodyText"/>
      </w:pPr>
      <w:r>
        <w:rPr/>
        <w:t>Ancla emocional de todos nosotros. El que nos recuerda, con su presencia</w:t>
      </w:r>
      <w:r>
        <w:rPr/>
        <w:t xml:space="preserve"> </w:t>
      </w:r>
      <w:r>
        <w:rPr/>
        <w:t>serena, que la velocidad no es sabiduría.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CIERRE</w:t>
      </w:r>
    </w:p>
    <w:p>
      <w:pPr>
        <w:pStyle w:val="BodyText"/>
      </w:pPr>
      <w:r>
        <w:rPr/>
        <w:t>El Eco ya no busca mártires ni custodios solitarios que mueran en</w:t>
      </w:r>
      <w:r>
        <w:rPr/>
        <w:t xml:space="preserve"> </w:t>
      </w:r>
      <w:r>
        <w:rPr/>
        <w:t>silencio.</w:t>
      </w:r>
    </w:p>
    <w:p>
      <w:pPr>
        <w:pStyle w:val="BodyText"/>
      </w:pPr>
      <w:r>
        <w:rPr/>
        <w:t>Resuena ahora en todos los que aprenden a escuchar sin poseer, a</w:t>
      </w:r>
      <w:r>
        <w:rPr/>
        <w:t xml:space="preserve"> </w:t>
      </w:r>
      <w:r>
        <w:rPr/>
        <w:t>acompañar sin controlar. Una sinfonía donde cada alma es nota y puente.</w:t>
      </w:r>
    </w:p>
    <w:p>
      <w:pPr>
        <w:pStyle w:val="BodyText"/>
      </w:pPr>
      <w:r>
        <w:rPr/>
        <w:t>El resto —los nombres no escritos, las voces sin registro— descansan</w:t>
      </w:r>
      <w:r>
        <w:rPr/>
        <w:t xml:space="preserve"> </w:t>
      </w:r>
      <w:r>
        <w:rPr/>
        <w:t>en el Libro del Eco. Nadie lo ha leído entero; cada oyente lo continúa.</w:t>
      </w:r>
    </w:p>
    <w:p>
      <w:pPr>
        <w:pStyle w:val="BodyText"/>
      </w:pPr>
      <w:r>
        <w:rPr/>
        <w:t>No sé si esto fue la liberación o solo un intervalo. Quizá el Eco no</w:t>
      </w:r>
      <w:r>
        <w:rPr/>
        <w:t xml:space="preserve"> </w:t>
      </w:r>
      <w:r>
        <w:rPr/>
        <w:t>haya terminado, solo haya cambiado de oído.</w:t>
      </w:r>
    </w:p>
    <w:p>
      <w:pPr>
        <w:pStyle w:val="BodyText"/>
      </w:pPr>
      <w:r>
        <w:rPr/>
        <w:t>Pero sé que ahora, cuando vibra, vibra en nosotros. Plural.</w:t>
      </w:r>
      <w:r>
        <w:rPr/>
        <w:t xml:space="preserve"> </w:t>
      </w:r>
      <w:r>
        <w:rPr/>
        <w:t>Constelación.</w:t>
      </w:r>
    </w:p>
    <w:p>
      <w:pPr>
        <w:pStyle w:val="BodyText"/>
      </w:pPr>
      <w:r>
        <w:rPr/>
        <w:t>Y eso, al final, es suficiente.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Berlín, otoño de 2024</w:t>
      </w:r>
    </w:p>
    <w:p>
      <w:pPr>
        <w:pStyle w:val="BodyText"/>
      </w:pPr>
      <w:r>
        <w:rPr/>
        <w:t>M. M. Sánchez</w:t>
      </w:r>
    </w:p>
    <w:p>
      <w:pPr>
        <w:pStyle w:val="BodyText"/>
      </w:pPr>
      <w:r>
        <w:rPr/>
        <w:t>⸻</w:t>
      </w:r>
    </w:p>
    <w:p>
      <w:pPr>
        <w:pStyle w:val="Heading1"/>
      </w:pPr>
      <w:r>
        <w:rPr/>
        <w:t>ANEXO III. PÁGINAS RECUPERADAS DEL CUADERNO DE ILIBERIS</w:t>
      </w:r>
    </w:p>
    <w:p>
      <w:pPr/>
      <w:r>
        <w:rPr/>
        <w:t>(Nota: Este anexo se presenta como una transcripción de páginas</w:t>
      </w:r>
      <w:r>
        <w:rPr/>
        <w:t xml:space="preserve"> </w:t>
      </w:r>
      <w:r>
        <w:rPr/>
        <w:t>seleccionadas del cuaderno de cuero negro, mostrando el estado mental</w:t>
      </w:r>
      <w:r>
        <w:rPr/>
        <w:t xml:space="preserve"> </w:t>
      </w:r>
      <w:r>
        <w:rPr/>
        <w:t>fragmentado de ILIBERIS. Incluye sus diagramas, notas al margen y la</w:t>
      </w:r>
      <w:r>
        <w:rPr/>
        <w:t xml:space="preserve"> </w:t>
      </w:r>
      <w:r>
        <w:rPr/>
        <w:t>mezcla de rigor científico y desesperación poética.)</w:t>
      </w:r>
    </w:p>
    <w:p>
      <w:pPr>
        <w:pStyle w:val="BodyText"/>
      </w:pPr>
      <w:r>
        <w:rPr/>
        <w:t>Página 87 [Fragmento 3A - Sobre la Herida Original]</w:t>
      </w:r>
    </w:p>
    <w:p>
      <w:pPr>
        <w:pStyle w:val="BodyText"/>
      </w:pPr>
      <w:r>
        <w:rPr/>
        <w:t>(La página está dominada por un diagrama que muestra una línea</w:t>
      </w:r>
      <w:r>
        <w:rPr/>
        <w:t xml:space="preserve"> </w:t>
      </w:r>
      <w:r>
        <w:rPr/>
        <w:t>vibracional perfectamente estable (marcada como «FA# - Estado Neutro»)</w:t>
      </w:r>
      <w:r>
        <w:rPr/>
        <w:t xml:space="preserve"> </w:t>
      </w:r>
      <w:r>
        <w:rPr/>
        <w:t>que, en un punto etiquetado como «Montségur, 1244 - EVENTO DE IMPRONTA»,</w:t>
      </w:r>
      <w:r>
        <w:rPr/>
        <w:t xml:space="preserve"> </w:t>
      </w:r>
      <w:r>
        <w:rPr/>
        <w:t>se fractura en una onda caótica, casi un ruido blanco, pero con un</w:t>
      </w:r>
      <w:r>
        <w:rPr/>
        <w:t xml:space="preserve"> </w:t>
      </w:r>
      <w:r>
        <w:rPr/>
        <w:t>patrón recurrente y doliente.)</w:t>
      </w:r>
    </w:p>
    <w:p>
      <w:pPr>
        <w:pStyle w:val="BodyText"/>
      </w:pPr>
      <w:r>
        <w:rPr/>
        <w:t>Texto principal:</w:t>
      </w:r>
    </w:p>
    <w:p>
      <w:pPr>
        <w:pStyle w:val="BodyText"/>
      </w:pPr>
      <w:r>
        <w:rPr/>
        <w:t>¡No es una «memoria»! ¡Ese es el lenguaje de los poetas, no el nuestro!</w:t>
      </w:r>
      <w:r>
        <w:rPr/>
        <w:t xml:space="preserve"> </w:t>
      </w:r>
      <w:r>
        <w:rPr/>
        <w:t>Es una cicatriz sónica. Una alteración permanente en la vibración de</w:t>
      </w:r>
      <w:r>
        <w:rPr/>
        <w:t xml:space="preserve"> </w:t>
      </w:r>
      <w:r>
        <w:rPr/>
        <w:t>Fondo. La ciencia se reiría, pero es la única explicación que encaja. La</w:t>
      </w:r>
      <w:r>
        <w:rPr/>
        <w:t xml:space="preserve"> </w:t>
      </w:r>
      <w:r>
        <w:rPr/>
        <w:t>constante universal (FA#) es, en esencia, información en su estado más</w:t>
      </w:r>
      <w:r>
        <w:rPr/>
        <w:t xml:space="preserve"> </w:t>
      </w:r>
      <w:r>
        <w:rPr/>
        <w:t>puro, sin entropía. Perfecta.</w:t>
      </w:r>
    </w:p>
    <w:p>
      <w:pPr>
        <w:pStyle w:val="BodyText"/>
      </w:pPr>
      <w:r>
        <w:rPr/>
        <w:t>El evento de Montségur no fue un simple suceso histórico; fue una</w:t>
      </w:r>
      <w:r>
        <w:rPr/>
        <w:t xml:space="preserve"> </w:t>
      </w:r>
      <w:r>
        <w:rPr/>
        <w:t>anomalía emocional de tal magnitud que generó un campo bio-energético</w:t>
      </w:r>
      <w:r>
        <w:rPr/>
        <w:t xml:space="preserve"> </w:t>
      </w:r>
      <w:r>
        <w:rPr/>
        <w:t>capaz de forzar una transición de fase en la propia</w:t>
      </w:r>
    </w:p>
    <w:p>
      <w:pPr>
        <w:pStyle w:val="BodyText"/>
      </w:pPr>
      <w:r>
        <w:rPr/>
        <w:t>El lamento que escuchamos no es un fantasma. Es el patrón de esa nueva</w:t>
      </w:r>
      <w:r>
        <w:rPr/>
        <w:t xml:space="preserve"> </w:t>
      </w:r>
      <w:r>
        <w:rPr/>
        <w:t>estructura cristalina. Es la matemática del dolor.</w:t>
      </w:r>
    </w:p>
    <w:p>
      <w:pPr>
        <w:pStyle w:val="BodyText"/>
      </w:pPr>
      <w:r>
        <w:rPr/>
        <w:t>(Nota al margen, escrita con letra temblorosa): ¿Puede una emoción tener</w:t>
      </w:r>
      <w:r>
        <w:rPr/>
        <w:t xml:space="preserve"> </w:t>
      </w:r>
      <w:r>
        <w:rPr/>
        <w:t>masa? ¿Puede el dolor ejercer gravedad sobre un tono? Tengo que calcular</w:t>
      </w:r>
      <w:r>
        <w:rPr/>
        <w:t xml:space="preserve"> </w:t>
      </w:r>
      <w:r>
        <w:rPr/>
        <w:t>la energía necesaria. Es imposible. Y sin embargo, suena.</w:t>
      </w:r>
    </w:p>
    <w:p>
      <w:pPr>
        <w:pStyle w:val="BodyText"/>
      </w:pPr>
      <w:r>
        <w:rPr/>
        <w:t>Página 112 [Fragmento 5C - La Antena Genética]</w:t>
      </w:r>
    </w:p>
    <w:p>
      <w:pPr>
        <w:pStyle w:val="BodyText"/>
      </w:pPr>
      <w:r>
        <w:rPr/>
        <w:t>(Un dibujo detallado de una doble hélice de ADN. De ciertas secciones de</w:t>
      </w:r>
      <w:r>
        <w:rPr/>
        <w:t xml:space="preserve"> </w:t>
      </w:r>
      <w:r>
        <w:rPr/>
        <w:t>la hélice surgen líneas que se conectan a un diagrama de ondas, como si</w:t>
      </w:r>
      <w:r>
        <w:rPr/>
        <w:t xml:space="preserve"> </w:t>
      </w:r>
      <w:r>
        <w:rPr/>
        <w:t>la estructura genética estuviera «recibiendo» una señal.)</w:t>
      </w:r>
    </w:p>
    <w:p>
      <w:pPr>
        <w:pStyle w:val="BodyText"/>
      </w:pPr>
      <w:r>
        <w:rPr/>
        <w:t>Texto principal:</w:t>
      </w:r>
    </w:p>
    <w:p>
      <w:pPr>
        <w:pStyle w:val="BodyText"/>
      </w:pPr>
      <w:r>
        <w:rPr/>
        <w:t>Mar lo siente. Yo solo lo mido. ¿Por qué?</w:t>
      </w:r>
    </w:p>
    <w:p>
      <w:pPr>
        <w:pStyle w:val="BodyText"/>
      </w:pPr>
      <w:r>
        <w:rPr/>
        <w:t>La respuesta no es mística. Es biológica. El linaje de los custodios. No</w:t>
      </w:r>
      <w:r>
        <w:rPr/>
        <w:t xml:space="preserve"> </w:t>
      </w:r>
      <w:r>
        <w:rPr/>
        <w:t>heredan un «poder», es ridículo. Heredan una simetría. Una configuración</w:t>
      </w:r>
      <w:r>
        <w:rPr/>
        <w:t xml:space="preserve"> </w:t>
      </w:r>
      <w:r>
        <w:rPr/>
        <w:t>específica y recurrente en su secuencia genética que actúa como una</w:t>
      </w:r>
      <w:r>
        <w:rPr/>
        <w:t xml:space="preserve"> </w:t>
      </w:r>
      <w:r>
        <w:rPr/>
        <w:t>antena de resonancia perfecta. Como un diapasón de carne y hueso afinado</w:t>
      </w:r>
      <w:r>
        <w:rPr/>
        <w:t xml:space="preserve"> </w:t>
      </w:r>
      <w:r>
        <w:rPr/>
        <w:t>a una sola nota cósmica.</w:t>
      </w:r>
    </w:p>
    <w:p>
      <w:pPr>
        <w:pStyle w:val="BodyText"/>
      </w:pPr>
      <w:r>
        <w:rPr/>
        <w:t>Esta «antena genética» no genera la señal. Pero vibra en simpatía con la</w:t>
      </w:r>
      <w:r>
        <w:rPr/>
        <w:t xml:space="preserve"> </w:t>
      </w:r>
      <w:r>
        <w:rPr/>
        <w:t>onda de Fondo, y es especialmente sensible a la «cicatriz» de Montségur.</w:t>
      </w:r>
      <w:r>
        <w:rPr/>
        <w:t xml:space="preserve"> </w:t>
      </w:r>
      <w:r>
        <w:rPr/>
        <w:t>Les permite «leer» la información contenida en la impronta. No oyen un</w:t>
      </w:r>
      <w:r>
        <w:rPr/>
        <w:t xml:space="preserve"> </w:t>
      </w:r>
      <w:r>
        <w:rPr/>
        <w:t>eco; decodifican una señal que llevan escrita en sus propias células. Es</w:t>
      </w:r>
      <w:r>
        <w:rPr/>
        <w:t xml:space="preserve"> </w:t>
      </w:r>
      <w:r>
        <w:rPr/>
        <w:t>una cerradura biológica para una llave que atraviesa el tiempo.</w:t>
      </w:r>
    </w:p>
    <w:p>
      <w:pPr>
        <w:pStyle w:val="BodyText"/>
      </w:pPr>
      <w:r>
        <w:rPr/>
        <w:t>Por eso yo necesito máquinas. Necesito amplificadores, filtros,</w:t>
      </w:r>
      <w:r>
        <w:rPr/>
        <w:t xml:space="preserve"> </w:t>
      </w:r>
      <w:r>
        <w:rPr/>
        <w:t>osciloscopios… para intentar percibir una fracción de lo que ella</w:t>
      </w:r>
      <w:r>
        <w:rPr/>
        <w:t xml:space="preserve"> </w:t>
      </w:r>
      <w:r>
        <w:rPr/>
        <w:t>siente de forma natural. Estoy construyendo un oído de metal para</w:t>
      </w:r>
      <w:r>
        <w:rPr/>
        <w:t xml:space="preserve"> </w:t>
      </w:r>
      <w:r>
        <w:rPr/>
        <w:t>intentar escuchar el alma. Qué arrogancia.</w:t>
      </w:r>
    </w:p>
    <w:p>
      <w:pPr>
        <w:pStyle w:val="BodyText"/>
      </w:pPr>
      <w:r>
        <w:rPr/>
        <w:t>(Anotación inferior, rodeada con un círculo): Si esto es cierto, ¿podría</w:t>
      </w:r>
      <w:r>
        <w:rPr/>
        <w:t xml:space="preserve"> </w:t>
      </w:r>
      <w:r>
        <w:rPr/>
        <w:t>sintetizarse la secuencia? ¿Podríamos crear un filtro de ADN artificial?</w:t>
      </w:r>
      <w:r>
        <w:rPr/>
        <w:t xml:space="preserve"> </w:t>
      </w:r>
      <w:r>
        <w:rPr/>
        <w:t>¿Un «sintonizador» para no custodios? Las implicaciones son…</w:t>
      </w:r>
      <w:r>
        <w:rPr/>
        <w:t xml:space="preserve"> </w:t>
      </w:r>
      <w:r>
        <w:rPr/>
        <w:t>aterradoras. Y tentadoras.</w:t>
      </w:r>
    </w:p>
    <w:p>
      <w:pPr>
        <w:pStyle w:val="BodyText"/>
      </w:pPr>
      <w:r>
        <w:rPr/>
        <w:t>Página 141 [Fragmento 9A - Mi Error (El Mismo Error)]</w:t>
      </w:r>
    </w:p>
    <w:p>
      <w:pPr>
        <w:pStyle w:val="BodyText"/>
      </w:pPr>
      <w:r>
        <w:rPr/>
        <w:t>(Esta página está casi vacía. En el centro, hay un único diagrama: una</w:t>
      </w:r>
      <w:r>
        <w:rPr/>
        <w:t xml:space="preserve"> </w:t>
      </w:r>
      <w:r>
        <w:rPr/>
        <w:t>caja negra etiquetada como «SINTETIZADOR» de la que sale una onda</w:t>
      </w:r>
      <w:r>
        <w:rPr/>
        <w:t xml:space="preserve"> </w:t>
      </w:r>
      <w:r>
        <w:rPr/>
        <w:t>cuadrada. La onda entra en otra caja etiquetada como «la reverberación»,</w:t>
      </w:r>
      <w:r>
        <w:rPr/>
        <w:t xml:space="preserve"> </w:t>
      </w:r>
      <w:r>
        <w:rPr/>
        <w:t>y lo que sale de esta es un caos de ruido y estática. La palabra «ERROR»</w:t>
      </w:r>
      <w:r>
        <w:rPr/>
        <w:t xml:space="preserve"> </w:t>
      </w:r>
      <w:r>
        <w:rPr/>
        <w:t>está escrita encima con tanta fuerza que casi ha rasgado el papel.)</w:t>
      </w:r>
    </w:p>
    <w:p>
      <w:pPr>
        <w:pStyle w:val="BodyText"/>
      </w:pPr>
      <w:r>
        <w:rPr/>
        <w:t>Texto principal:</w:t>
      </w:r>
    </w:p>
    <w:p>
      <w:pPr>
        <w:pStyle w:val="BodyText"/>
      </w:pPr>
      <w:r>
        <w:rPr/>
        <w:t>Lo entiendo todo. Demasiado tarde, pero lo entiendo. El error de Anna</w:t>
      </w:r>
      <w:r>
        <w:rPr/>
        <w:t xml:space="preserve"> </w:t>
      </w:r>
      <w:r>
        <w:rPr/>
        <w:t>Maria. Su partitura.</w:t>
      </w:r>
    </w:p>
    <w:p>
      <w:pPr>
        <w:pStyle w:val="BodyText"/>
      </w:pPr>
      <w:r>
        <w:rPr/>
        <w:t>Ella intentó traducir un océano a un vaso de agua. Quiso escribir una</w:t>
      </w:r>
      <w:r>
        <w:rPr/>
        <w:t xml:space="preserve"> </w:t>
      </w:r>
      <w:r>
        <w:rPr/>
        <w:t>canción infinita con un alfabeto finito de siete notas. Al hacerlo, la</w:t>
      </w:r>
      <w:r>
        <w:rPr/>
        <w:t xml:space="preserve"> </w:t>
      </w:r>
      <w:r>
        <w:rPr/>
        <w:t>«grabó». La fijó. Y al fijarla, la mató. La convirtió de un río vivo en</w:t>
      </w:r>
      <w:r>
        <w:rPr/>
        <w:t xml:space="preserve"> </w:t>
      </w:r>
      <w:r>
        <w:rPr/>
        <w:t>un trozo de hielo.</w:t>
      </w:r>
    </w:p>
    <w:p>
      <w:pPr>
        <w:pStyle w:val="BodyText"/>
      </w:pPr>
      <w:r>
        <w:rPr/>
        <w:t>Y yo… yo soy infinitamente más estúpido. Estoy cometiendo el mismo</w:t>
      </w:r>
      <w:r>
        <w:rPr/>
        <w:t xml:space="preserve"> </w:t>
      </w:r>
      <w:r>
        <w:rPr/>
        <w:t>pecado, pero con la arrogancia de la tecnología. Intento forzar ese</w:t>
      </w:r>
      <w:r>
        <w:rPr/>
        <w:t xml:space="preserve"> </w:t>
      </w:r>
      <w:r>
        <w:rPr/>
        <w:t>mismo océano a través del cuello de botella de un circuito integrado, de</w:t>
      </w:r>
      <w:r>
        <w:rPr/>
        <w:t xml:space="preserve"> </w:t>
      </w:r>
      <w:r>
        <w:rPr/>
        <w:t>un cable de cobre. Intento capturar un fantasma con una jaula magnética.</w:t>
      </w:r>
    </w:p>
    <w:p>
      <w:pPr>
        <w:pStyle w:val="BodyText"/>
      </w:pPr>
      <w:r>
        <w:rPr/>
        <w:t>Cada vez que enciendo el Moog e intento replicar la melodía, puedo</w:t>
      </w:r>
      <w:r>
        <w:rPr/>
        <w:t xml:space="preserve"> </w:t>
      </w:r>
      <w:r>
        <w:rPr/>
        <w:t>sentirlo. La máquina se resiste. Los osciladores se desafinan solos. La</w:t>
      </w:r>
      <w:r>
        <w:rPr/>
        <w:t xml:space="preserve"> </w:t>
      </w:r>
      <w:r>
        <w:rPr/>
        <w:t>cinta magnética se calienta. El sistema no está fallando. Se está</w:t>
      </w:r>
      <w:r>
        <w:rPr/>
        <w:t xml:space="preserve"> </w:t>
      </w:r>
      <w:r>
        <w:rPr/>
        <w:t>defendiendo.</w:t>
      </w:r>
    </w:p>
    <w:p>
      <w:pPr>
        <w:pStyle w:val="BodyText"/>
      </w:pPr>
      <w:r>
        <w:rPr/>
        <w:t>No estoy grabando una canción. Estoy intentando digitalizar un alma. Y</w:t>
      </w:r>
      <w:r>
        <w:rPr/>
        <w:t xml:space="preserve"> </w:t>
      </w:r>
      <w:r>
        <w:rPr/>
        <w:t>el sistema, con toda la razón del universo, me está expulsando como a un</w:t>
      </w:r>
      <w:r>
        <w:rPr/>
        <w:t xml:space="preserve"> </w:t>
      </w:r>
      <w:r>
        <w:rPr/>
        <w:t>virus. Me estoy convirtiendo en mi propia interferencia. La estática…</w:t>
      </w:r>
      <w:r>
        <w:rPr/>
        <w:t xml:space="preserve"> </w:t>
      </w:r>
      <w:r>
        <w:rPr/>
        <w:t>la estática soy yo.</w:t>
      </w:r>
    </w:p>
    <w:p>
      <w:pPr>
        <w:pStyle w:val="Heading1"/>
      </w:pPr>
      <w:r>
        <w:rPr/>
        <w:t>ANEXO IV. CRONOLOGÍA DEL ECO: LÍNEA TEMPORAL DE LOS EVENTOS PRINCIPALES</w:t>
      </w:r>
    </w:p>
    <w:p>
      <w:pPr/>
      <w:r>
        <w:rPr/>
        <w:t>Una guía cronológica que traza la evolución del Eco desde su primera</w:t>
      </w:r>
      <w:r>
        <w:rPr/>
        <w:t xml:space="preserve"> </w:t>
      </w:r>
      <w:r>
        <w:rPr/>
        <w:t>detección hasta su liberación, marcando los puntos de convergencia</w:t>
      </w:r>
      <w:r>
        <w:rPr/>
        <w:t xml:space="preserve"> </w:t>
      </w:r>
      <w:r>
        <w:rPr/>
        <w:t>geo-celestial y los momentos de transformación.</w:t>
      </w:r>
    </w:p>
    <w:p>
      <w:pPr>
        <w:pStyle w:val="BodyText"/>
      </w:pPr>
      <w:r>
        <w:rPr/>
        <w:t>ERA PRIMORDIAL (Pre-999 d. C.)</w:t>
      </w:r>
    </w:p>
    <w:p>
      <w:pPr>
        <w:pStyle w:val="BodyText"/>
      </w:pPr>
      <w:r>
        <w:rPr/>
        <w:t>Fecha desconocida - El Estado Neutro</w:t>
      </w:r>
    </w:p>
    <w:p>
      <w:pPr>
        <w:pStyle w:val="BodyText"/>
      </w:pPr>
      <w:r>
        <w:rPr/>
        <w:t>El Eco existe como vibración de Fondo pura (FA#), una constante</w:t>
      </w:r>
      <w:r>
        <w:rPr/>
        <w:t xml:space="preserve"> </w:t>
      </w:r>
      <w:r>
        <w:rPr/>
        <w:t>universal sin improntas emocionales</w:t>
      </w:r>
    </w:p>
    <w:p>
      <w:pPr>
        <w:pStyle w:val="BodyText"/>
      </w:pPr>
      <w:r>
        <w:rPr/>
        <w:t>Estado de silencio perfecto, matemáticamente estable</w:t>
      </w:r>
    </w:p>
    <w:p>
      <w:pPr>
        <w:pStyle w:val="BodyText"/>
      </w:pPr>
      <w:r>
        <w:rPr/>
        <w:t>ERA DEL DESCUBRIMIENTO (999-1244)</w:t>
      </w:r>
    </w:p>
    <w:p>
      <w:pPr>
        <w:pStyle w:val="BodyText"/>
      </w:pPr>
      <w:r>
        <w:rPr/>
        <w:t>999 d. C. - Roma, Basílica de Santa María in Cosmedin</w:t>
      </w:r>
    </w:p>
    <w:p>
      <w:pPr>
        <w:pStyle w:val="BodyText"/>
      </w:pPr>
      <w:r>
        <w:rPr/>
        <w:t>Gerberto de Aurillac detecta por primera vez la onda de Fondo</w:t>
      </w:r>
    </w:p>
    <w:p>
      <w:pPr>
        <w:pStyle w:val="BodyText"/>
      </w:pPr>
      <w:r>
        <w:rPr/>
        <w:t>Convergencia Geo-Celestial: Alineación de Júpiter y Saturno sobre las</w:t>
      </w:r>
      <w:r>
        <w:rPr/>
        <w:t xml:space="preserve"> </w:t>
      </w:r>
      <w:r>
        <w:rPr/>
        <w:t>siete colinas</w:t>
      </w:r>
    </w:p>
    <w:p>
      <w:pPr>
        <w:pStyle w:val="BodyText"/>
      </w:pPr>
      <w:r>
        <w:rPr/>
        <w:t>Primera documentación científica del fenómeno</w:t>
      </w:r>
    </w:p>
    <w:p>
      <w:pPr>
        <w:pStyle w:val="BodyText"/>
      </w:pPr>
      <w:r>
        <w:rPr/>
        <w:t>Gerberto elige conscientemente no interferir</w:t>
      </w:r>
    </w:p>
    <w:p>
      <w:pPr>
        <w:pStyle w:val="BodyText"/>
      </w:pPr>
      <w:r>
        <w:rPr/>
        <w:t>1244, 16 de marzo - Montségur, Occitania</w:t>
      </w:r>
    </w:p>
    <w:p>
      <w:pPr>
        <w:pStyle w:val="BodyText"/>
      </w:pPr>
      <w:r>
        <w:rPr/>
        <w:t>EVENTO DE IMPRONTA PRIMARIA: Masacre de los cátaros</w:t>
      </w:r>
    </w:p>
    <w:p>
      <w:pPr>
        <w:pStyle w:val="BodyText"/>
      </w:pPr>
      <w:r>
        <w:rPr/>
        <w:t>Liora, nodriza cátara, canaliza el Eco hacia Arnaldo mediante cantos</w:t>
      </w:r>
      <w:r>
        <w:rPr/>
        <w:t xml:space="preserve"> </w:t>
      </w:r>
      <w:r>
        <w:rPr/>
        <w:t>antiguos</w:t>
      </w:r>
    </w:p>
    <w:p>
      <w:pPr>
        <w:pStyle w:val="BodyText"/>
      </w:pPr>
      <w:r>
        <w:rPr/>
        <w:t>Arnaldo de Montségur se convierte en el transductor involuntario</w:t>
      </w:r>
    </w:p>
    <w:p>
      <w:pPr>
        <w:pStyle w:val="BodyText"/>
      </w:pPr>
      <w:r>
        <w:rPr/>
        <w:t>La Frecuencia de Fondo se fractura, creando la «Herida Original»</w:t>
      </w:r>
    </w:p>
    <w:p>
      <w:pPr>
        <w:pStyle w:val="BodyText"/>
      </w:pPr>
      <w:r>
        <w:rPr/>
        <w:t>Convergencia Geo-Celestial: Alineación exacta de Orión sobre el pico de</w:t>
      </w:r>
      <w:r>
        <w:rPr/>
        <w:t xml:space="preserve"> </w:t>
      </w:r>
      <w:r>
        <w:rPr/>
        <w:t>Montségur</w:t>
      </w:r>
    </w:p>
    <w:p>
      <w:pPr>
        <w:pStyle w:val="BodyText"/>
      </w:pPr>
      <w:r>
        <w:rPr/>
        <w:t>Alix inicia el linaje de custodios, llevando la piedra espiral hacia</w:t>
      </w:r>
      <w:r>
        <w:rPr/>
        <w:t xml:space="preserve"> </w:t>
      </w:r>
      <w:r>
        <w:rPr/>
        <w:t>España</w:t>
      </w:r>
    </w:p>
    <w:p>
      <w:pPr>
        <w:pStyle w:val="BodyText"/>
      </w:pPr>
      <w:r>
        <w:rPr/>
        <w:t>ERA DE LA FRAGMENTACIÓN (1244-1776)</w:t>
      </w:r>
    </w:p>
    <w:p>
      <w:pPr>
        <w:pStyle w:val="BodyText"/>
      </w:pPr>
      <w:r>
        <w:rPr/>
        <w:t>1244-1300 - Dispersión del Linaje</w:t>
      </w:r>
    </w:p>
    <w:p>
      <w:pPr>
        <w:pStyle w:val="BodyText"/>
      </w:pPr>
      <w:r>
        <w:rPr/>
        <w:t>El linaje de Alix se extiende por los Pirineos y Castilla</w:t>
      </w:r>
    </w:p>
    <w:p>
      <w:pPr>
        <w:pStyle w:val="BodyText"/>
      </w:pPr>
      <w:r>
        <w:rPr/>
        <w:t>Los descendientes desarrollan sensibilidad al Eco fragmentado</w:t>
      </w:r>
    </w:p>
    <w:p>
      <w:pPr>
        <w:pStyle w:val="BodyText"/>
      </w:pPr>
      <w:r>
        <w:rPr/>
        <w:t>Aparición esporádica de «oyentes» en monasterios y ermitas</w:t>
      </w:r>
    </w:p>
    <w:p>
      <w:pPr>
        <w:pStyle w:val="BodyText"/>
      </w:pPr>
      <w:r>
        <w:rPr/>
        <w:t>ERA DE LA TRANSMISIÓN ANDALUSÍ (1400-1500)</w:t>
      </w:r>
    </w:p>
    <w:p>
      <w:pPr>
        <w:pStyle w:val="BodyText"/>
      </w:pPr>
      <w:r>
        <w:rPr/>
        <w:t>c. 1450-1492 - Granada, Reino Nazarí de Granada</w:t>
      </w:r>
    </w:p>
    <w:p>
      <w:pPr>
        <w:pStyle w:val="BodyText"/>
      </w:pPr>
      <w:r>
        <w:rPr/>
        <w:t>Marwal al-Granadi, descendiente del linaje de Alix</w:t>
      </w:r>
    </w:p>
    <w:p>
      <w:pPr>
        <w:pStyle w:val="BodyText"/>
      </w:pPr>
      <w:r>
        <w:rPr/>
        <w:t>Alquimista y músico, fusiona ciencia arábigo-andaluza con misticismo</w:t>
      </w:r>
      <w:r>
        <w:rPr/>
        <w:t xml:space="preserve"> </w:t>
      </w:r>
      <w:r>
        <w:rPr/>
        <w:t>occitano heredado</w:t>
      </w:r>
    </w:p>
    <w:p>
      <w:pPr>
        <w:pStyle w:val="BodyText"/>
      </w:pPr>
      <w:r>
        <w:rPr/>
        <w:t>Formula la tríada M. A. R. (Melodía, Armonía, Resonancia)</w:t>
      </w:r>
    </w:p>
    <w:p>
      <w:pPr>
        <w:pStyle w:val="BodyText"/>
      </w:pPr>
      <w:r>
        <w:rPr/>
        <w:t>Sus tratados establecen las bases teóricas para futuros custodios</w:t>
      </w:r>
    </w:p>
    <w:p>
      <w:pPr>
        <w:pStyle w:val="BodyText"/>
      </w:pPr>
      <w:r>
        <w:rPr/>
        <w:t>Muere en 1492 durante la caída de Granada</w:t>
      </w:r>
    </w:p>
    <w:p>
      <w:pPr>
        <w:pStyle w:val="BodyText"/>
      </w:pPr>
      <w:r>
        <w:rPr/>
        <w:t>Su linaje continúa en la Península Ibérica, culminando siglos después en</w:t>
      </w:r>
      <w:r>
        <w:rPr/>
        <w:t xml:space="preserve"> </w:t>
      </w:r>
      <w:r>
        <w:rPr/>
        <w:t>Adrián Marín (ILIBERIS) y Mar Sánchez</w:t>
      </w:r>
    </w:p>
    <w:p>
      <w:pPr>
        <w:pStyle w:val="BodyText"/>
      </w:pPr>
      <w:r>
        <w:rPr/>
        <w:t>1780, 16 de febrero - Sankt Moritz, Alpes Suizos</w:t>
      </w:r>
    </w:p>
    <w:p>
      <w:pPr>
        <w:pStyle w:val="BodyText"/>
      </w:pPr>
      <w:r>
        <w:rPr/>
        <w:t>Anna Maria detecta los fragmentos de la resonancia a través de su violín</w:t>
      </w:r>
    </w:p>
    <w:p>
      <w:pPr>
        <w:pStyle w:val="BodyText"/>
      </w:pPr>
      <w:r>
        <w:rPr/>
        <w:t>Convergencia Geo-Celestial: Cúmulos de Perseo y Casiopea en alineación</w:t>
      </w:r>
    </w:p>
    <w:p>
      <w:pPr>
        <w:pStyle w:val="BodyText"/>
      </w:pPr>
      <w:r>
        <w:rPr/>
        <w:t>Intento de transcripción del Eco en partitura tradicional</w:t>
      </w:r>
    </w:p>
    <w:p>
      <w:pPr>
        <w:pStyle w:val="BodyText"/>
      </w:pPr>
      <w:r>
        <w:rPr/>
        <w:t>SEGUNDO EVENTO DE FRAGMENTACIÓN: Anna Maria y Kaspar desaparecen</w:t>
      </w:r>
    </w:p>
    <w:p>
      <w:pPr>
        <w:pStyle w:val="BodyText"/>
      </w:pPr>
      <w:r>
        <w:rPr/>
        <w:t>Los fragmentos de la partitura se dispersan por Europa</w:t>
      </w:r>
    </w:p>
    <w:p>
      <w:pPr>
        <w:pStyle w:val="BodyText"/>
      </w:pPr>
      <w:r>
        <w:rPr/>
        <w:t>ERA TECNOLÓGICA (1950-1998)</w:t>
      </w:r>
    </w:p>
    <w:p>
      <w:pPr>
        <w:pStyle w:val="BodyText"/>
      </w:pPr>
      <w:r>
        <w:rPr/>
        <w:t>1967 - Nace Adrián Marín (futuro ILIBERIS)</w:t>
      </w:r>
    </w:p>
    <w:p>
      <w:pPr>
        <w:pStyle w:val="BodyText"/>
      </w:pPr>
      <w:r>
        <w:rPr/>
        <w:t>Heredero genético del linaje, pero sin conocimiento de su naturaleza</w:t>
      </w:r>
    </w:p>
    <w:p>
      <w:pPr>
        <w:pStyle w:val="BodyText"/>
      </w:pPr>
      <w:r>
        <w:rPr/>
        <w:t>1990-1996 - Berlín, Reunificación</w:t>
      </w:r>
    </w:p>
    <w:p>
      <w:pPr>
        <w:pStyle w:val="BodyText"/>
      </w:pPr>
      <w:r>
        <w:rPr/>
        <w:t>Adrián descubre los fragmentos de la partitura de Anna Maria</w:t>
      </w:r>
    </w:p>
    <w:p>
      <w:pPr>
        <w:pStyle w:val="BodyText"/>
      </w:pPr>
      <w:r>
        <w:rPr/>
        <w:t>Comienza la experimentación con sintetizadores analógicos</w:t>
      </w:r>
    </w:p>
    <w:p>
      <w:pPr>
        <w:pStyle w:val="BodyText"/>
      </w:pPr>
      <w:r>
        <w:rPr/>
        <w:t>Desarrolla la obsesión por «reconstruir» la melodía perdida</w:t>
      </w:r>
    </w:p>
    <w:p>
      <w:pPr>
        <w:pStyle w:val="BodyText"/>
      </w:pPr>
      <w:r>
        <w:rPr/>
        <w:t>1996 - Berlín, Estudio 4</w:t>
      </w:r>
    </w:p>
    <w:p>
      <w:pPr>
        <w:pStyle w:val="BodyText"/>
      </w:pPr>
      <w:r>
        <w:rPr/>
        <w:t>Adrián conoce a Mar, establece resonancia empática</w:t>
      </w:r>
    </w:p>
    <w:p>
      <w:pPr>
        <w:pStyle w:val="BodyText"/>
      </w:pPr>
      <w:r>
        <w:rPr/>
        <w:t>Inicio de los experimentos de síntesis del Eco</w:t>
      </w:r>
    </w:p>
    <w:p>
      <w:pPr>
        <w:pStyle w:val="BodyText"/>
      </w:pPr>
      <w:r>
        <w:rPr/>
        <w:t>Lena y Markus se unen al proyecto como colaboradores</w:t>
      </w:r>
    </w:p>
    <w:p>
      <w:pPr>
        <w:pStyle w:val="BodyText"/>
      </w:pPr>
      <w:r>
        <w:rPr/>
        <w:t>1998, octubre - Berlín, Estudio 4</w:t>
      </w:r>
    </w:p>
    <w:p>
      <w:pPr>
        <w:pStyle w:val="BodyText"/>
      </w:pPr>
      <w:r>
        <w:rPr/>
        <w:t>TERCER EVENTO DE FRAGMENTACIÓN: Desaparición de ILIBERIS</w:t>
      </w:r>
    </w:p>
    <w:p>
      <w:pPr>
        <w:pStyle w:val="BodyText"/>
      </w:pPr>
      <w:r>
        <w:rPr/>
        <w:t>Convergencia Geo-Celestial: Configuración estelar de finales del siglo</w:t>
      </w:r>
      <w:r>
        <w:rPr/>
        <w:t xml:space="preserve"> </w:t>
      </w:r>
      <w:r>
        <w:rPr/>
        <w:t>XX</w:t>
      </w:r>
    </w:p>
    <w:p>
      <w:pPr>
        <w:pStyle w:val="BodyText"/>
      </w:pPr>
      <w:r>
        <w:rPr/>
        <w:t>La conciencia de Adrián queda atrapada en bucle digital</w:t>
      </w:r>
    </w:p>
    <w:p>
      <w:pPr>
        <w:pStyle w:val="BodyText"/>
      </w:pPr>
      <w:r>
        <w:rPr/>
        <w:t>Mar huye, inicia el período de latencia</w:t>
      </w:r>
    </w:p>
    <w:p>
      <w:pPr>
        <w:pStyle w:val="BodyText"/>
      </w:pPr>
      <w:r>
        <w:rPr/>
        <w:t>ERA de la ausencia (1998-2023)</w:t>
      </w:r>
    </w:p>
    <w:p>
      <w:pPr>
        <w:pStyle w:val="BodyText"/>
      </w:pPr>
      <w:r>
        <w:rPr/>
        <w:t>1998-2023 - Período de Latencia</w:t>
      </w:r>
    </w:p>
    <w:p>
      <w:pPr>
        <w:pStyle w:val="BodyText"/>
      </w:pPr>
      <w:r>
        <w:rPr/>
        <w:t>Mar desarrolla control consciente sobre su conexión con el Eco</w:t>
      </w:r>
    </w:p>
    <w:p>
      <w:pPr>
        <w:pStyle w:val="BodyText"/>
      </w:pPr>
      <w:r>
        <w:rPr/>
        <w:t>Lena se convierte en experta en ciberseguridad</w:t>
      </w:r>
    </w:p>
    <w:p>
      <w:pPr>
        <w:pStyle w:val="BodyText"/>
      </w:pPr>
      <w:r>
        <w:rPr/>
        <w:t>Markus se retira, conserva las grabaciones finales</w:t>
      </w:r>
    </w:p>
    <w:p>
      <w:pPr>
        <w:pStyle w:val="BodyText"/>
      </w:pPr>
      <w:r>
        <w:rPr/>
        <w:t>El mundo olvida el incidente de ILIBERIS</w:t>
      </w:r>
    </w:p>
    <w:p>
      <w:pPr>
        <w:pStyle w:val="BodyText"/>
      </w:pPr>
      <w:r>
        <w:rPr/>
        <w:t>1999 - Soria, España</w:t>
      </w:r>
    </w:p>
    <w:p>
      <w:pPr>
        <w:pStyle w:val="BodyText"/>
      </w:pPr>
      <w:r>
        <w:rPr/>
        <w:t>Julio Ordaz, periodista sonoro, rastrea anomalías relacionadas con</w:t>
      </w:r>
      <w:r>
        <w:rPr/>
        <w:t xml:space="preserve"> </w:t>
      </w:r>
      <w:r>
        <w:rPr/>
        <w:t>ILIBERIS</w:t>
      </w:r>
    </w:p>
    <w:p>
      <w:pPr>
        <w:pStyle w:val="BodyText"/>
      </w:pPr>
      <w:r>
        <w:rPr/>
        <w:t>Descubre resonancias en San Juan de Duero</w:t>
      </w:r>
    </w:p>
    <w:p>
      <w:pPr>
        <w:pStyle w:val="BodyText"/>
      </w:pPr>
      <w:r>
        <w:rPr/>
        <w:t>Desaparece tras documentar «La nota imposible»</w:t>
      </w:r>
    </w:p>
    <w:p>
      <w:pPr>
        <w:pStyle w:val="BodyText"/>
      </w:pPr>
      <w:r>
        <w:rPr/>
        <w:t>ERA DE LA CONVERGENCIA (2023-2024)</w:t>
      </w:r>
    </w:p>
    <w:p>
      <w:pPr>
        <w:pStyle w:val="BodyText"/>
      </w:pPr>
      <w:r>
        <w:rPr/>
        <w:t>2023, enero - Lisboa, Portugal</w:t>
      </w:r>
    </w:p>
    <w:p>
      <w:pPr>
        <w:pStyle w:val="BodyText"/>
      </w:pPr>
      <w:r>
        <w:rPr/>
        <w:t>Vasco Neves encuentra la cinta de Fading Away</w:t>
      </w:r>
    </w:p>
    <w:p>
      <w:pPr>
        <w:pStyle w:val="BodyText"/>
      </w:pPr>
      <w:r>
        <w:rPr/>
        <w:t>Inicia la investigación que llevará a su artículo sobre FRLS</w:t>
      </w:r>
    </w:p>
    <w:p>
      <w:pPr>
        <w:pStyle w:val="BodyText"/>
      </w:pPr>
      <w:r>
        <w:rPr/>
        <w:t>2023, otoño - Soria, España</w:t>
      </w:r>
    </w:p>
    <w:p>
      <w:pPr>
        <w:pStyle w:val="BodyText"/>
      </w:pPr>
      <w:r>
        <w:rPr/>
        <w:t>Vasco descubre el manuscrito de piedra en San Juan de Duero</w:t>
      </w:r>
    </w:p>
    <w:p>
      <w:pPr>
        <w:pStyle w:val="BodyText"/>
      </w:pPr>
      <w:r>
        <w:rPr/>
        <w:t>Primera Convergencia Moderna: Contacto telepático entre Mar y Vasco</w:t>
      </w:r>
    </w:p>
    <w:p>
      <w:pPr>
        <w:pStyle w:val="BodyText"/>
      </w:pPr>
      <w:r>
        <w:rPr/>
        <w:t>Inicio de la búsqueda activa del Eco</w:t>
      </w:r>
    </w:p>
    <w:p>
      <w:pPr>
        <w:pStyle w:val="BodyText"/>
      </w:pPr>
      <w:r>
        <w:rPr/>
        <w:t>2023, noviembre - Islandia</w:t>
      </w:r>
    </w:p>
    <w:p>
      <w:pPr>
        <w:pStyle w:val="BodyText"/>
      </w:pPr>
      <w:r>
        <w:rPr/>
        <w:t>Vasco detecta anomalías en los cantos de ballenas</w:t>
      </w:r>
    </w:p>
    <w:p>
      <w:pPr>
        <w:pStyle w:val="BodyText"/>
      </w:pPr>
      <w:r>
        <w:rPr/>
        <w:t>Chrysalis inicia el Proyecto Echo-Catcher bajo dirección de Finch</w:t>
      </w:r>
    </w:p>
    <w:p>
      <w:pPr>
        <w:pStyle w:val="BodyText"/>
      </w:pPr>
      <w:r>
        <w:rPr/>
        <w:t>2024, enero - Estocolmo</w:t>
      </w:r>
    </w:p>
    <w:p>
      <w:pPr>
        <w:pStyle w:val="BodyText"/>
      </w:pPr>
      <w:r>
        <w:rPr/>
        <w:t>Alistair Finch comienza la cacería sistemática del «Faro»</w:t>
      </w:r>
    </w:p>
    <w:p>
      <w:pPr>
        <w:pStyle w:val="BodyText"/>
      </w:pPr>
      <w:r>
        <w:rPr/>
        <w:t>Despliegue de tecnología de rastreo avanzada</w:t>
      </w:r>
    </w:p>
    <w:p>
      <w:pPr>
        <w:pStyle w:val="BodyText"/>
      </w:pPr>
      <w:r>
        <w:rPr/>
        <w:t>2024, marzo - Soria</w:t>
      </w:r>
    </w:p>
    <w:p>
      <w:pPr>
        <w:pStyle w:val="BodyText"/>
      </w:pPr>
      <w:r>
        <w:rPr/>
        <w:t>Confrontación en el eremitorio celtíbero</w:t>
      </w:r>
    </w:p>
    <w:p>
      <w:pPr>
        <w:pStyle w:val="BodyText"/>
      </w:pPr>
      <w:r>
        <w:rPr/>
        <w:t>Reunión de la «vieja guardia»: Mar, Lena, Markus, Vasco</w:t>
      </w:r>
    </w:p>
    <w:p>
      <w:pPr>
        <w:pStyle w:val="BodyText"/>
      </w:pPr>
      <w:r>
        <w:rPr/>
        <w:t>Derrota táctica de Chrysalis</w:t>
      </w:r>
    </w:p>
    <w:p>
      <w:pPr>
        <w:pStyle w:val="BodyText"/>
      </w:pPr>
      <w:r>
        <w:rPr/>
        <w:t>ERA DE LA REVELACIÓN (2024)</w:t>
      </w:r>
    </w:p>
    <w:p>
      <w:pPr>
        <w:pStyle w:val="BodyText"/>
      </w:pPr>
      <w:r>
        <w:rPr/>
        <w:t>2024, abril - Lisboa/Global</w:t>
      </w:r>
    </w:p>
    <w:p>
      <w:pPr>
        <w:pStyle w:val="BodyText"/>
      </w:pPr>
      <w:r>
        <w:rPr/>
        <w:t>Lena orquesta el «Concierto de la Verdad»</w:t>
      </w:r>
    </w:p>
    <w:p>
      <w:pPr>
        <w:pStyle w:val="BodyText"/>
      </w:pPr>
      <w:r>
        <w:rPr/>
        <w:t>Liberación global del audio de ILIBERIS y el manifiesto de Finch</w:t>
      </w:r>
    </w:p>
    <w:p>
      <w:pPr>
        <w:pStyle w:val="BodyText"/>
      </w:pPr>
      <w:r>
        <w:rPr/>
        <w:t>Colapso de Chrysalis Technologies</w:t>
      </w:r>
    </w:p>
    <w:p>
      <w:pPr>
        <w:pStyle w:val="BodyText"/>
      </w:pPr>
      <w:r>
        <w:rPr/>
        <w:t>2024, mayo - Berlín, Funkhaus</w:t>
      </w:r>
    </w:p>
    <w:p>
      <w:pPr>
        <w:pStyle w:val="BodyText"/>
      </w:pPr>
      <w:r>
        <w:rPr/>
        <w:t>EVENTO DE SANACIÓN FINAL: Ritual en el Estudio 4</w:t>
      </w:r>
    </w:p>
    <w:p>
      <w:pPr>
        <w:pStyle w:val="BodyText"/>
      </w:pPr>
      <w:r>
        <w:rPr/>
        <w:t>Mar fusiona las tres voces: Herida, Máquina y Puente Humano</w:t>
      </w:r>
    </w:p>
    <w:p>
      <w:pPr>
        <w:pStyle w:val="BodyText"/>
      </w:pPr>
      <w:r>
        <w:rPr/>
        <w:t>Última Convergencia Geo-Celestial: Alineación planetaria completa</w:t>
      </w:r>
    </w:p>
    <w:p>
      <w:pPr>
        <w:pStyle w:val="BodyText"/>
      </w:pPr>
      <w:r>
        <w:rPr/>
        <w:t>Sanación del Eco, liberación de las conciencias atrapadas</w:t>
      </w:r>
    </w:p>
    <w:p>
      <w:pPr>
        <w:pStyle w:val="BodyText"/>
      </w:pPr>
      <w:r>
        <w:rPr/>
        <w:t>Mar se integra en la vibración sanada</w:t>
      </w:r>
    </w:p>
    <w:p>
      <w:pPr>
        <w:pStyle w:val="BodyText"/>
      </w:pPr>
      <w:r>
        <w:rPr/>
        <w:t>ERA POST-ECO (2024-Presente)</w:t>
      </w:r>
    </w:p>
    <w:p>
      <w:pPr>
        <w:pStyle w:val="BodyText"/>
      </w:pPr>
      <w:r>
        <w:rPr/>
        <w:t>2024, junio en adelante - Global</w:t>
      </w:r>
    </w:p>
    <w:p>
      <w:pPr>
        <w:pStyle w:val="BodyText"/>
      </w:pPr>
      <w:r>
        <w:rPr/>
        <w:t>Democratización del conocimiento del Eco</w:t>
      </w:r>
    </w:p>
    <w:p>
      <w:pPr>
        <w:pStyle w:val="BodyText"/>
      </w:pPr>
      <w:r>
        <w:rPr/>
        <w:t>Nacimiento de la «Acústica Resonante» como disciplina científica</w:t>
      </w:r>
    </w:p>
    <w:p>
      <w:pPr>
        <w:pStyle w:val="BodyText"/>
      </w:pPr>
      <w:r>
        <w:rPr/>
        <w:t>Vasco se convierte en el primer Custodio de la Nueva Era</w:t>
      </w:r>
    </w:p>
    <w:p>
      <w:pPr>
        <w:pStyle w:val="BodyText"/>
      </w:pPr>
      <w:r>
        <w:rPr/>
        <w:t>Proliferación de «Oyentes» en la población global</w:t>
      </w:r>
    </w:p>
    <w:p>
      <w:pPr>
        <w:pStyle w:val="BodyText"/>
      </w:pPr>
      <w:r>
        <w:rPr/>
        <w:t>Transformación del Eco de secreto a patrimonio de la humanidad</w:t>
      </w:r>
    </w:p>
    <w:p>
      <w:pPr>
        <w:pStyle w:val="BodyText"/>
      </w:pPr>
      <w:r>
        <w:rPr/>
        <w:t>2025 - Estado Actual</w:t>
      </w:r>
    </w:p>
    <w:p>
      <w:pPr>
        <w:pStyle w:val="BodyText"/>
      </w:pPr>
      <w:r>
        <w:rPr/>
        <w:t>El Eco existe ahora como vibración sanada, accesible a través de la</w:t>
      </w:r>
      <w:r>
        <w:rPr/>
        <w:t xml:space="preserve"> </w:t>
      </w:r>
      <w:r>
        <w:rPr/>
        <w:t>práctica consciente</w:t>
      </w:r>
    </w:p>
    <w:p>
      <w:pPr>
        <w:pStyle w:val="BodyText"/>
      </w:pPr>
      <w:r>
        <w:rPr/>
        <w:t>Fin del ciclo de secretismo y dolor</w:t>
      </w:r>
    </w:p>
    <w:p>
      <w:pPr>
        <w:pStyle w:val="BodyText"/>
      </w:pPr>
      <w:r>
        <w:rPr/>
        <w:t>Inicio de la era de la «Escucha Colectiva»</w:t>
      </w:r>
    </w:p>
    <w:p>
      <w:pPr>
        <w:pStyle w:val="BodyText"/>
      </w:pPr>
      <w:r>
        <w:rPr/>
        <w:t>Nota sobre las Convergencias Geo-Celestiales: Los eventos más</w:t>
      </w:r>
      <w:r>
        <w:rPr/>
        <w:t xml:space="preserve"> </w:t>
      </w:r>
      <w:r>
        <w:rPr/>
        <w:t>significativos del Eco coinciden con alineaciones astronómicas</w:t>
      </w:r>
      <w:r>
        <w:rPr/>
        <w:t xml:space="preserve"> </w:t>
      </w:r>
      <w:r>
        <w:rPr/>
        <w:t>específicas que amplifican la resonancia entre la conciencia humana y la</w:t>
      </w:r>
      <w:r>
        <w:rPr/>
        <w:t xml:space="preserve"> </w:t>
      </w:r>
      <w:r>
        <w:rPr/>
        <w:t>vibración de Fondo. Estos patrones, documentados por Vasco Neves,</w:t>
      </w:r>
      <w:r>
        <w:rPr/>
        <w:t xml:space="preserve"> </w:t>
      </w:r>
      <w:r>
        <w:rPr/>
        <w:t>sugieren que la reverberación no es solo un fenómeno terrestre, sino una</w:t>
      </w:r>
      <w:r>
        <w:rPr/>
        <w:t xml:space="preserve"> </w:t>
      </w:r>
      <w:r>
        <w:rPr/>
        <w:t>manifestación de una armonía cósmica más amplia.</w:t>
      </w:r>
    </w:p>
    <w:p>
      <w:pPr>
        <w:pStyle w:val="Heading1"/>
      </w:pPr>
      <w:r>
        <w:rPr/>
        <w:t>ANEXO V. CUANDO LA MÚSICA SE VOLVIÓ RELATO —EL DESVANECIMIENTO, ORIGEN DE FADING AWAY: LA FRECUENCIA PROHIBIDA.</w:t>
      </w:r>
    </w:p>
    <w:p>
      <w:pPr>
        <w:pStyle w:val="Heading1"/>
      </w:pPr>
      <w:r/>
    </w:p>
    <w:p>
      <w:pPr/>
      <w:r>
        <w:rPr/>
        <w:t>El Relato Original y Notas del Autor</w:t>
      </w:r>
    </w:p>
    <w:p>
      <w:pPr>
        <w:pStyle w:val="BodyText"/>
      </w:pPr>
      <w:r>
        <w:rPr/>
        <w:t>I. Nota del Autor</w:t>
      </w:r>
    </w:p>
    <w:p>
      <w:pPr>
        <w:pStyle w:val="BodyText"/>
      </w:pPr>
      <w:r>
        <w:rPr/>
        <w:t>Como músico, casi todas mis historias comienzan con un sonido. En este</w:t>
      </w:r>
      <w:r>
        <w:rPr/>
        <w:t xml:space="preserve"> </w:t>
      </w:r>
      <w:r>
        <w:rPr/>
        <w:t>caso, el origen de todo fue una canción de mi propio repertorio: «Fading</w:t>
      </w:r>
      <w:r>
        <w:rPr/>
        <w:t xml:space="preserve"> </w:t>
      </w:r>
      <w:r>
        <w:rPr/>
        <w:t>Away».</w:t>
      </w:r>
    </w:p>
    <w:p>
      <w:pPr>
        <w:pStyle w:val="BodyText"/>
      </w:pPr>
      <w:r>
        <w:rPr/>
        <w:t>compuse la canción para el relato; fue al revés. La historia entera de</w:t>
      </w:r>
      <w:r>
        <w:rPr/>
        <w:t xml:space="preserve"> </w:t>
      </w:r>
      <w:r>
        <w:rPr/>
        <w:t>El Desvanecimiento nació de la atmósfera y la letra de esa pieza</w:t>
      </w:r>
      <w:r>
        <w:rPr/>
        <w:t xml:space="preserve"> </w:t>
      </w:r>
      <w:r>
        <w:rPr/>
        <w:t>musical. El personaje de DJ ILIBERIS y su terror a disolverse en la</w:t>
      </w:r>
      <w:r>
        <w:rPr/>
        <w:t xml:space="preserve"> </w:t>
      </w:r>
      <w:r>
        <w:rPr/>
        <w:t>estática no eran más que un intento de dar forma narrativa a la emoción</w:t>
      </w:r>
      <w:r>
        <w:rPr/>
        <w:t xml:space="preserve"> </w:t>
      </w:r>
      <w:r>
        <w:rPr/>
        <w:t>que ya existía en la música.</w:t>
      </w:r>
    </w:p>
    <w:p>
      <w:pPr>
        <w:pStyle w:val="BodyText"/>
      </w:pPr>
      <w:r>
        <w:rPr/>
        <w:t>Por eso, el primer borrador de la historia fue este relato corto. Un</w:t>
      </w:r>
      <w:r>
        <w:rPr/>
        <w:t xml:space="preserve"> </w:t>
      </w:r>
      <w:r>
        <w:rPr/>
        <w:t>texto visceral, escrito casi como una improvisación, que buscaba ser la</w:t>
      </w:r>
      <w:r>
        <w:rPr/>
        <w:t xml:space="preserve"> </w:t>
      </w:r>
      <w:r>
        <w:rPr/>
        <w:t>transcripción literaria de la canción. En él, los personajes y los</w:t>
      </w:r>
      <w:r>
        <w:rPr/>
        <w:t xml:space="preserve"> </w:t>
      </w:r>
      <w:r>
        <w:rPr/>
        <w:t>elementos de trama que encontrarán en la novela principal aún no</w:t>
      </w:r>
      <w:r>
        <w:rPr/>
        <w:t xml:space="preserve"> </w:t>
      </w:r>
      <w:r>
        <w:rPr/>
        <w:t>existían; solo la sensación de la disolución. Más tarde, al decidir</w:t>
      </w:r>
      <w:r>
        <w:rPr/>
        <w:t xml:space="preserve"> </w:t>
      </w:r>
      <w:r>
        <w:rPr/>
        <w:t>expandirlo, la mitología creció y esas nuevas capas de historia se</w:t>
      </w:r>
      <w:r>
        <w:rPr/>
        <w:t xml:space="preserve"> </w:t>
      </w:r>
      <w:r>
        <w:rPr/>
        <w:t>tejieron sobre este núcleo original.</w:t>
      </w:r>
    </w:p>
    <w:p>
      <w:pPr>
        <w:pStyle w:val="BodyText"/>
      </w:pPr>
      <w:r>
        <w:rPr/>
        <w:t>Presento aquí ese relato original, junto a la letra que le dio vida,</w:t>
      </w:r>
      <w:r>
        <w:rPr/>
        <w:t xml:space="preserve"> </w:t>
      </w:r>
      <w:r>
        <w:rPr/>
        <w:t>como un mapa de ese viaje creativo: del sonido a la palabra.</w:t>
      </w:r>
    </w:p>
    <w:p>
      <w:pPr>
        <w:pStyle w:val="BodyText"/>
      </w:pPr>
      <w:r>
        <w:rPr/>
        <w:t>II. «FADING AWAY» —Letra de la canción original</w:t>
      </w:r>
    </w:p>
    <w:p>
      <w:pPr>
        <w:pStyle w:val="BodyText"/>
      </w:pPr>
      <w:r>
        <w:rPr/>
        <w:t>“</w:t>
      </w:r>
      <w:r>
        <w:rPr/>
        <w:t>Fading away</w:t>
      </w:r>
      <w:r>
        <w:rPr/>
        <w:t>”</w:t>
      </w:r>
    </w:p>
    <w:p>
      <w:pPr>
        <w:pStyle w:val="BodyText"/>
      </w:pPr>
      <w:r>
        <w:rPr/>
        <w:t>DJ ILIBERIS</w:t>
      </w:r>
    </w:p>
    <w:p>
      <w:pPr>
        <w:pStyle w:val="BodyText"/>
      </w:pPr>
      <w:r>
        <w:rPr/>
        <w:t>I look in the mirror, but it’s not me,</w:t>
      </w:r>
    </w:p>
    <w:p>
      <w:pPr>
        <w:pStyle w:val="BodyText"/>
      </w:pPr>
      <w:r>
        <w:rPr/>
        <w:t>I’m standing here, but there’s less of me to see.</w:t>
      </w:r>
    </w:p>
    <w:p>
      <w:pPr>
        <w:pStyle w:val="BodyText"/>
      </w:pPr>
      <w:r>
        <w:rPr/>
        <w:t>The light inside is fading slow,</w:t>
      </w:r>
    </w:p>
    <w:p>
      <w:pPr>
        <w:pStyle w:val="BodyText"/>
      </w:pPr>
      <w:r>
        <w:rPr/>
        <w:t>The echo of my footsteps starts to go.</w:t>
      </w:r>
    </w:p>
    <w:p>
      <w:pPr>
        <w:pStyle w:val="BodyText"/>
      </w:pPr>
      <w:r>
        <w:rPr/>
        <w:t>Fading away, like thunder with no sound,</w:t>
      </w:r>
    </w:p>
    <w:p>
      <w:pPr>
        <w:pStyle w:val="BodyText"/>
      </w:pPr>
      <w:r>
        <w:rPr/>
        <w:t>Lost in a world that spun me around.</w:t>
      </w:r>
    </w:p>
    <w:p>
      <w:pPr>
        <w:pStyle w:val="BodyText"/>
      </w:pPr>
      <w:r>
        <w:rPr/>
        <w:t>Drifting away, like rain that won’t fall,</w:t>
      </w:r>
    </w:p>
    <w:p>
      <w:pPr>
        <w:pStyle w:val="BodyText"/>
      </w:pPr>
      <w:r>
        <w:rPr/>
        <w:t>Chasing the wind, but there’s no wind at all.</w:t>
      </w:r>
    </w:p>
    <w:p>
      <w:pPr>
        <w:pStyle w:val="BodyText"/>
      </w:pPr>
      <w:r>
        <w:rPr/>
        <w:t>Walking in shadows, searching for my voice,</w:t>
      </w:r>
    </w:p>
    <w:p>
      <w:pPr>
        <w:pStyle w:val="BodyText"/>
      </w:pPr>
      <w:r>
        <w:rPr/>
        <w:t>Each step I take feels less like a choice.</w:t>
      </w:r>
    </w:p>
    <w:p>
      <w:pPr>
        <w:pStyle w:val="BodyText"/>
      </w:pPr>
      <w:r>
        <w:rPr/>
        <w:t>The words I say just fade away,</w:t>
      </w:r>
    </w:p>
    <w:p>
      <w:pPr>
        <w:pStyle w:val="BodyText"/>
      </w:pPr>
      <w:r>
        <w:rPr/>
        <w:t>Lost in the ruido, led astray.</w:t>
      </w:r>
    </w:p>
    <w:p>
      <w:pPr>
        <w:pStyle w:val="BodyText"/>
      </w:pPr>
      <w:r>
        <w:rPr/>
        <w:t>Fading away, like thunder with no sound,</w:t>
      </w:r>
    </w:p>
    <w:p>
      <w:pPr>
        <w:pStyle w:val="BodyText"/>
      </w:pPr>
      <w:r>
        <w:rPr/>
        <w:t>Lost in a world that spun me around.</w:t>
      </w:r>
    </w:p>
    <w:p>
      <w:pPr>
        <w:pStyle w:val="BodyText"/>
      </w:pPr>
      <w:r>
        <w:rPr/>
        <w:t>Drifting away, like rain that won’t fall,</w:t>
      </w:r>
    </w:p>
    <w:p>
      <w:pPr>
        <w:pStyle w:val="BodyText"/>
      </w:pPr>
      <w:r>
        <w:rPr/>
        <w:t>Chasing the wind, but there’s no wind at all.</w:t>
      </w:r>
    </w:p>
    <w:p>
      <w:pPr>
        <w:pStyle w:val="BodyText"/>
      </w:pPr>
      <w:r>
        <w:rPr/>
        <w:t>Oh, oh, I want to return, but I’ve lost my way,</w:t>
      </w:r>
    </w:p>
    <w:p>
      <w:pPr>
        <w:pStyle w:val="BodyText"/>
      </w:pPr>
      <w:r>
        <w:rPr/>
        <w:t>Oh, oh, who am I if I can’t stay?</w:t>
      </w:r>
    </w:p>
    <w:p>
      <w:pPr>
        <w:pStyle w:val="BodyText"/>
      </w:pPr>
      <w:r>
        <w:rPr/>
        <w:t>Everything’s slipping, all fades to gray,</w:t>
      </w:r>
    </w:p>
    <w:p>
      <w:pPr>
        <w:pStyle w:val="BodyText"/>
      </w:pPr>
      <w:r>
        <w:rPr/>
        <w:t>Left with the shadows of yesterday.</w:t>
      </w:r>
    </w:p>
    <w:p>
      <w:pPr>
        <w:pStyle w:val="BodyText"/>
      </w:pPr>
      <w:r>
        <w:rPr/>
        <w:t>Fading away, like thunder with no sound,</w:t>
      </w:r>
    </w:p>
    <w:p>
      <w:pPr>
        <w:pStyle w:val="BodyText"/>
      </w:pPr>
      <w:r>
        <w:rPr/>
        <w:t>Lost in a world that spun me around.</w:t>
      </w:r>
    </w:p>
    <w:p>
      <w:pPr>
        <w:pStyle w:val="BodyText"/>
      </w:pPr>
      <w:r>
        <w:rPr/>
        <w:t>Drifting away, like rain that won’t fall,</w:t>
      </w:r>
    </w:p>
    <w:p>
      <w:pPr>
        <w:pStyle w:val="BodyText"/>
      </w:pPr>
      <w:r>
        <w:rPr/>
        <w:t>Chasing the wind, but there’s no wind at all.</w:t>
      </w:r>
    </w:p>
    <w:p>
      <w:pPr>
        <w:pStyle w:val="BodyText"/>
      </w:pPr>
      <w:r>
        <w:rPr/>
        <w:t>EL DESVANECIMIENTO (Relato Original)</w:t>
      </w:r>
    </w:p>
    <w:p>
      <w:pPr>
        <w:pStyle w:val="BodyText"/>
      </w:pPr>
      <w:r>
        <w:rPr/>
        <w:t>El cristal oscuro de un monitor apagado le devolvía un reflejo empañado.</w:t>
      </w:r>
      <w:r>
        <w:rPr/>
        <w:t xml:space="preserve"> </w:t>
      </w:r>
      <w:r>
        <w:rPr/>
        <w:t>No había vapor en la sala, ni aliento que justificara esa condensación</w:t>
      </w:r>
      <w:r>
        <w:rPr/>
        <w:t xml:space="preserve"> </w:t>
      </w:r>
      <w:r>
        <w:rPr/>
        <w:t>extraña que se adhería al vidrio como una película de tiempo detenido.</w:t>
      </w:r>
      <w:r>
        <w:rPr/>
        <w:t xml:space="preserve"> </w:t>
      </w:r>
      <w:r>
        <w:rPr/>
        <w:t>Era una niebla distinta, fría al tacto cuando intentaba limpiarla con la</w:t>
      </w:r>
      <w:r>
        <w:rPr/>
        <w:t xml:space="preserve"> </w:t>
      </w:r>
      <w:r>
        <w:rPr/>
        <w:t>mano. Una niebla del alma que parecía emanar no del ambiente, sino de</w:t>
      </w:r>
      <w:r>
        <w:rPr/>
        <w:t xml:space="preserve"> </w:t>
      </w:r>
      <w:r>
        <w:rPr/>
        <w:t>algún lugar mucho más profundo y perturbador. [1]</w:t>
      </w:r>
    </w:p>
    <w:p>
      <w:pPr>
        <w:pStyle w:val="BodyText"/>
      </w:pPr>
      <w:r>
        <w:rPr/>
        <w:t>DJ ILIBERIS.</w:t>
      </w:r>
    </w:p>
    <w:p>
      <w:pPr>
        <w:pStyle w:val="BodyText"/>
      </w:pPr>
      <w:r>
        <w:rPr/>
        <w:t>El nombre emergió en su consciencia como una sombra luminosa, flotando</w:t>
      </w:r>
      <w:r>
        <w:rPr/>
        <w:t xml:space="preserve"> </w:t>
      </w:r>
      <w:r>
        <w:rPr/>
        <w:t>en esa zona intermedia entre el recuerdo y la invención. ¿Lo había</w:t>
      </w:r>
      <w:r>
        <w:rPr/>
        <w:t xml:space="preserve"> </w:t>
      </w:r>
      <w:r>
        <w:rPr/>
        <w:t>escuchado antes en boca de otros? ¿O… lo había sido él mismo en algún</w:t>
      </w:r>
      <w:r>
        <w:rPr/>
        <w:t xml:space="preserve"> </w:t>
      </w:r>
      <w:r>
        <w:rPr/>
        <w:t>momento que ahora se desdibujaba? Tal vez ese nombre había brillado</w:t>
      </w:r>
      <w:r>
        <w:rPr/>
        <w:t xml:space="preserve"> </w:t>
      </w:r>
      <w:r>
        <w:rPr/>
        <w:t>alguna vez en carteles luminosos colgados en las paredes húmedas de</w:t>
      </w:r>
      <w:r>
        <w:rPr/>
        <w:t xml:space="preserve"> </w:t>
      </w:r>
      <w:r>
        <w:rPr/>
        <w:t>clubs subterráneos. Tal vez fue su voz, la que ahora solo se escuchaba</w:t>
      </w:r>
      <w:r>
        <w:rPr/>
        <w:t xml:space="preserve"> </w:t>
      </w:r>
      <w:r>
        <w:rPr/>
        <w:t>como un susurro sin dueño, una presencia etérea que firmaba himnos que</w:t>
      </w:r>
      <w:r>
        <w:rPr/>
        <w:t xml:space="preserve"> </w:t>
      </w:r>
      <w:r>
        <w:rPr/>
        <w:t>habían hecho temblar los cimientos de una generación que ya empezaba a</w:t>
      </w:r>
      <w:r>
        <w:rPr/>
        <w:t xml:space="preserve"> </w:t>
      </w:r>
      <w:r>
        <w:rPr/>
        <w:t>olvidar sus propios himnos.</w:t>
      </w:r>
    </w:p>
    <w:p>
      <w:pPr>
        <w:pStyle w:val="BodyText"/>
      </w:pPr>
      <w:r>
        <w:rPr/>
        <w:t>*I look in the mirror, but it’s not me, * I’m standing here, but</w:t>
      </w:r>
      <w:r>
        <w:rPr/>
        <w:t xml:space="preserve"> </w:t>
      </w:r>
      <w:r>
        <w:rPr/>
        <w:t>there’s less of me to see. [2]</w:t>
      </w:r>
    </w:p>
    <w:p>
      <w:pPr>
        <w:pStyle w:val="BodyText"/>
      </w:pPr>
      <w:r>
        <w:rPr/>
        <w:t>La frase flotaba en su mente como un vacío con forma de voz, una melodía</w:t>
      </w:r>
      <w:r>
        <w:rPr/>
        <w:t xml:space="preserve"> </w:t>
      </w:r>
      <w:r>
        <w:rPr/>
        <w:t>que parecía haber estado siempre ahí pero que no reconocía como propia.</w:t>
      </w:r>
      <w:r>
        <w:rPr/>
        <w:t xml:space="preserve"> </w:t>
      </w:r>
      <w:r>
        <w:rPr/>
        <w:t>Solo la sensación permanecía intacta: ese vértigo suave y aterrador de</w:t>
      </w:r>
      <w:r>
        <w:rPr/>
        <w:t xml:space="preserve"> </w:t>
      </w:r>
      <w:r>
        <w:rPr/>
        <w:t>quien se va borrando sin hacer ruido, como una fotografía expuesta</w:t>
      </w:r>
      <w:r>
        <w:rPr/>
        <w:t xml:space="preserve"> </w:t>
      </w:r>
      <w:r>
        <w:rPr/>
        <w:t>demasiado tiempo a una luz que devora los contornos.</w:t>
      </w:r>
    </w:p>
    <w:p>
      <w:pPr>
        <w:pStyle w:val="BodyText"/>
      </w:pPr>
      <w:r>
        <w:rPr/>
        <w:t>El vaho en el monitor no provenía del agua caliente de ninguna ducha</w:t>
      </w:r>
      <w:r>
        <w:rPr/>
        <w:t xml:space="preserve"> </w:t>
      </w:r>
      <w:r>
        <w:rPr/>
        <w:t>cercana. Venía de otra parte, de una fuente que no podía localizar ni</w:t>
      </w:r>
      <w:r>
        <w:rPr/>
        <w:t xml:space="preserve"> </w:t>
      </w:r>
      <w:r>
        <w:rPr/>
        <w:t>comprender. Se frotó los ojos con fuerza, intentando enfocar mejor la</w:t>
      </w:r>
      <w:r>
        <w:rPr/>
        <w:t xml:space="preserve"> </w:t>
      </w:r>
      <w:r>
        <w:rPr/>
        <w:t>imagen. Volvió a mirarse en esa superficie empañada que actuaba como un</w:t>
      </w:r>
      <w:r>
        <w:rPr/>
        <w:t xml:space="preserve"> </w:t>
      </w:r>
      <w:r>
        <w:rPr/>
        <w:t>espejo reluctante.</w:t>
      </w:r>
    </w:p>
    <w:p>
      <w:pPr>
        <w:pStyle w:val="BodyText"/>
      </w:pPr>
      <w:r>
        <w:rPr/>
        <w:t>No era él. No podía serlo.</w:t>
      </w:r>
    </w:p>
    <w:p>
      <w:pPr>
        <w:pStyle w:val="BodyText"/>
      </w:pPr>
      <w:r>
        <w:rPr/>
        <w:t>Su reflejo era un borrador inacabado. Las facciones estaban allí, sí,</w:t>
      </w:r>
      <w:r>
        <w:rPr/>
        <w:t xml:space="preserve"> </w:t>
      </w:r>
      <w:r>
        <w:rPr/>
        <w:t>pero difusas, incompletas, como si un pintor inseguro las estuviera</w:t>
      </w:r>
      <w:r>
        <w:rPr/>
        <w:t xml:space="preserve"> </w:t>
      </w:r>
      <w:r>
        <w:rPr/>
        <w:t>borrando con una goma de borrar invisible mientras él las observaba,</w:t>
      </w:r>
      <w:r>
        <w:rPr/>
        <w:t xml:space="preserve"> </w:t>
      </w:r>
      <w:r>
        <w:rPr/>
        <w:t>impotente.</w:t>
      </w:r>
    </w:p>
    <w:p>
      <w:pPr>
        <w:pStyle w:val="BodyText"/>
      </w:pPr>
      <w:r>
        <w:rPr/>
        <w:t>The light inside is fading slow, The echo of my footsteps starts to go.</w:t>
      </w:r>
    </w:p>
    <w:p>
      <w:pPr>
        <w:pStyle w:val="BodyText"/>
      </w:pPr>
      <w:r>
        <w:rPr/>
        <w:t>La mandíbula se fundía gradualmente con el fondo oscuro del monitor. Los</w:t>
      </w:r>
      <w:r>
        <w:rPr/>
        <w:t xml:space="preserve"> </w:t>
      </w:r>
      <w:r>
        <w:rPr/>
        <w:t>labios perdían definición, las mejillas se convertían en sugerencias</w:t>
      </w:r>
      <w:r>
        <w:rPr/>
        <w:t xml:space="preserve"> </w:t>
      </w:r>
      <w:r>
        <w:rPr/>
        <w:t>vagas, los ojos se transformaban en manchas que podrían haber sido</w:t>
      </w:r>
      <w:r>
        <w:rPr/>
        <w:t xml:space="preserve"> </w:t>
      </w:r>
      <w:r>
        <w:rPr/>
        <w:t>sombras o agujeros en la realidad.</w:t>
      </w:r>
    </w:p>
    <w:p>
      <w:pPr>
        <w:pStyle w:val="BodyText"/>
      </w:pPr>
      <w:r>
        <w:rPr/>
        <w:t>—¿Qué me está pasando? —murmuró, pero su propia voz sonó ahogada.</w:t>
      </w:r>
    </w:p>
    <w:p>
      <w:pPr>
        <w:pStyle w:val="BodyText"/>
      </w:pPr>
      <w:r>
        <w:rPr/>
        <w:t>Intentó desesperadamente recordar el día anterior. Solo conseguía</w:t>
      </w:r>
      <w:r>
        <w:rPr/>
        <w:t xml:space="preserve"> </w:t>
      </w:r>
      <w:r>
        <w:rPr/>
        <w:t>rescatar destellos inconexos: un vaso vibrando sobre una mesa al ritmo</w:t>
      </w:r>
      <w:r>
        <w:rPr/>
        <w:t xml:space="preserve"> </w:t>
      </w:r>
      <w:r>
        <w:rPr/>
        <w:t>de un bajo profundo, una risa conocida que resonaba desde algún lugar de</w:t>
      </w:r>
      <w:r>
        <w:rPr/>
        <w:t xml:space="preserve"> </w:t>
      </w:r>
      <w:r>
        <w:rPr/>
        <w:t>su pasado, un foco azul que proyectaba sombras danzantes. Todo se</w:t>
      </w:r>
      <w:r>
        <w:rPr/>
        <w:t xml:space="preserve"> </w:t>
      </w:r>
      <w:r>
        <w:rPr/>
        <w:t>desvanecía en niebla antes de que pudiera aferrarlo.</w:t>
      </w:r>
    </w:p>
    <w:p>
      <w:pPr>
        <w:pStyle w:val="BodyText"/>
      </w:pPr>
      <w:r>
        <w:rPr/>
        <w:t>Dio un paso atrás. La reverberación de sus pies contra el suelo tardó</w:t>
      </w:r>
      <w:r>
        <w:rPr/>
        <w:t xml:space="preserve"> </w:t>
      </w:r>
      <w:r>
        <w:rPr/>
        <w:t>más tiempo del normal en llegar a sus oídos. La sensación de vacío en su</w:t>
      </w:r>
      <w:r>
        <w:rPr/>
        <w:t xml:space="preserve"> </w:t>
      </w:r>
      <w:r>
        <w:rPr/>
        <w:t>pecho creció hasta convertirse en algo tangible, un agujero que se</w:t>
      </w:r>
      <w:r>
        <w:rPr/>
        <w:t xml:space="preserve"> </w:t>
      </w:r>
      <w:r>
        <w:rPr/>
        <w:t>expandía. Era como un trueno sin sonido: inmenso en su presencia, pero</w:t>
      </w:r>
      <w:r>
        <w:rPr/>
        <w:t xml:space="preserve"> </w:t>
      </w:r>
      <w:r>
        <w:rPr/>
        <w:t>completamente ausente en su manifestación física. [3]</w:t>
      </w:r>
    </w:p>
    <w:p>
      <w:pPr>
        <w:pStyle w:val="BodyText"/>
      </w:pPr>
      <w:r>
        <w:rPr/>
        <w:t>Fading away, like thunder with no sound, Lost in a world that spun me</w:t>
      </w:r>
      <w:r>
        <w:rPr/>
        <w:t xml:space="preserve"> </w:t>
      </w:r>
      <w:r>
        <w:rPr/>
        <w:t>around.</w:t>
      </w:r>
    </w:p>
    <w:p>
      <w:pPr>
        <w:pStyle w:val="BodyText"/>
      </w:pPr>
      <w:r>
        <w:rPr/>
        <w:t>El recuerdo llegó fragmentado: la extraña sensación de caminar bajo</w:t>
      </w:r>
      <w:r>
        <w:rPr/>
        <w:t xml:space="preserve"> </w:t>
      </w:r>
      <w:r>
        <w:rPr/>
        <w:t>Había un paraguas rojo en la imagen, sostenido por manos que no</w:t>
      </w:r>
      <w:r>
        <w:rPr/>
        <w:t xml:space="preserve"> </w:t>
      </w:r>
      <w:r>
        <w:rPr/>
        <w:t>conseguía ver con claridad. La risa de una mujer se mezclaba con el</w:t>
      </w:r>
      <w:r>
        <w:rPr/>
        <w:t xml:space="preserve"> </w:t>
      </w:r>
      <w:r>
        <w:rPr/>
        <w:t>sonido de la lluvia, una melodía humana que le resultaba familiar pero</w:t>
      </w:r>
      <w:r>
        <w:rPr/>
        <w:t xml:space="preserve"> </w:t>
      </w:r>
      <w:r>
        <w:rPr/>
        <w:t>que no conseguía ubicar en el mapa de sus afectos. ¿</w:t>
      </w:r>
    </w:p>
    <w:p>
      <w:pPr>
        <w:pStyle w:val="BodyText"/>
      </w:pPr>
      <w:r>
        <w:rPr/>
        <w:t>Drifting away, like rain that won’t fall, Chasing the wind, but there’s</w:t>
      </w:r>
      <w:r>
        <w:rPr/>
        <w:t xml:space="preserve"> </w:t>
      </w:r>
      <w:r>
        <w:rPr/>
        <w:t>no wind at all.</w:t>
      </w:r>
    </w:p>
    <w:p>
      <w:pPr>
        <w:pStyle w:val="BodyText"/>
      </w:pPr>
      <w:r>
        <w:rPr/>
        <w:t>Miró sus manos con una fascinación horrible. Las yemas de sus dedos se</w:t>
      </w:r>
      <w:r>
        <w:rPr/>
        <w:t xml:space="preserve"> </w:t>
      </w:r>
      <w:r>
        <w:rPr/>
        <w:t>tornaban progresivamente translúcidas. Podía ver a través de ellas las</w:t>
      </w:r>
      <w:r>
        <w:rPr/>
        <w:t xml:space="preserve"> </w:t>
      </w:r>
      <w:r>
        <w:rPr/>
        <w:t>líneas del suelo, como si su carne se hubiera convertido en un cristal</w:t>
      </w:r>
      <w:r>
        <w:rPr/>
        <w:t xml:space="preserve"> </w:t>
      </w:r>
      <w:r>
        <w:rPr/>
        <w:t>imperfecto. [5] Cerró los ojos con fuerza, contó hasta diez, los abrió</w:t>
      </w:r>
      <w:r>
        <w:rPr/>
        <w:t xml:space="preserve"> </w:t>
      </w:r>
      <w:r>
        <w:rPr/>
        <w:t>de nuevo. No era una ilusión. La transparencia había avanzado hasta las</w:t>
      </w:r>
      <w:r>
        <w:rPr/>
        <w:t xml:space="preserve"> </w:t>
      </w:r>
      <w:r>
        <w:rPr/>
        <w:t>falanges.</w:t>
      </w:r>
    </w:p>
    <w:p>
      <w:pPr>
        <w:pStyle w:val="BodyText"/>
      </w:pPr>
      <w:r>
        <w:rPr/>
        <w:t>Intentó tocar la pared más cercana. Su mano la atravesó como si fuera</w:t>
      </w:r>
      <w:r>
        <w:rPr/>
        <w:t xml:space="preserve"> </w:t>
      </w:r>
      <w:r>
        <w:rPr/>
        <w:t>humo. No hubo resistencia, no hubo contacto. Solo la sensación</w:t>
      </w:r>
      <w:r>
        <w:rPr/>
        <w:t xml:space="preserve"> </w:t>
      </w:r>
      <w:r>
        <w:rPr/>
        <w:t>perturbadora de que el mundo sólido se había vuelto permeable para</w:t>
      </w:r>
      <w:r>
        <w:rPr/>
        <w:t xml:space="preserve"> </w:t>
      </w:r>
      <w:r>
        <w:rPr/>
        <w:t>él. [6]</w:t>
      </w:r>
    </w:p>
    <w:p>
      <w:pPr>
        <w:pStyle w:val="BodyText"/>
      </w:pPr>
      <w:r>
        <w:rPr/>
        <w:t>El pánico lo invadió. Corrió sin pensar, pero cada paso era menos firme</w:t>
      </w:r>
      <w:r>
        <w:rPr/>
        <w:t xml:space="preserve"> </w:t>
      </w:r>
      <w:r>
        <w:rPr/>
        <w:t>que el anterior. El corredor del estudio parecía haberse extendido hasta</w:t>
      </w:r>
      <w:r>
        <w:rPr/>
        <w:t xml:space="preserve"> </w:t>
      </w:r>
      <w:r>
        <w:rPr/>
        <w:t>el infinito. Gritó. O al menos creyó hacerlo.</w:t>
      </w:r>
    </w:p>
    <w:p>
      <w:pPr>
        <w:pStyle w:val="BodyText"/>
      </w:pPr>
      <w:r>
        <w:rPr/>
        <w:t>—¡Ayuda! —La palabra se hizo añicos antes de abandonar su garganta.</w:t>
      </w:r>
    </w:p>
    <w:p>
      <w:pPr>
        <w:pStyle w:val="BodyText"/>
      </w:pPr>
      <w:r>
        <w:rPr/>
        <w:t>Se desplomó, abrazándose las rodillas. Sus ojos se llenaron de lágrimas,</w:t>
      </w:r>
      <w:r>
        <w:rPr/>
        <w:t xml:space="preserve"> </w:t>
      </w:r>
      <w:r>
        <w:rPr/>
        <w:t>pero no cayeron. Quedaron suspendidas en el aire como rocío matutino.</w:t>
      </w:r>
    </w:p>
    <w:p>
      <w:pPr>
        <w:pStyle w:val="BodyText"/>
      </w:pPr>
      <w:r>
        <w:rPr/>
        <w:t>Oh, I want to return, but I’ve lost my way…</w:t>
      </w:r>
    </w:p>
    <w:p>
      <w:pPr>
        <w:pStyle w:val="BodyText"/>
      </w:pPr>
      <w:r>
        <w:rPr/>
        <w:t>—¿Quién soy…? —preguntó al vacío. Su voz sonaba lejana. Con cada</w:t>
      </w:r>
      <w:r>
        <w:rPr/>
        <w:t xml:space="preserve"> </w:t>
      </w:r>
      <w:r>
        <w:rPr/>
        <w:t>respiración, algo esencial se escapaba de él.</w:t>
      </w:r>
    </w:p>
    <w:p>
      <w:pPr>
        <w:pStyle w:val="BodyText"/>
      </w:pPr>
      <w:r>
        <w:rPr/>
        <w:t>Everything’s slipping, all fades to gray, Left with the shadows of</w:t>
      </w:r>
      <w:r>
        <w:rPr/>
        <w:t xml:space="preserve"> </w:t>
      </w:r>
      <w:r>
        <w:rPr/>
        <w:t>yesterday.</w:t>
      </w:r>
    </w:p>
    <w:p>
      <w:pPr>
        <w:pStyle w:val="BodyText"/>
      </w:pPr>
      <w:r>
        <w:rPr/>
        <w:t>Levantó la cabeza. El pasillo que lo rodeaba ya no tenía puertas</w:t>
      </w:r>
      <w:r>
        <w:rPr/>
        <w:t xml:space="preserve"> </w:t>
      </w:r>
      <w:r>
        <w:rPr/>
        <w:t>reconocibles, solo paredes de oscuridad. Todo se volvió gris</w:t>
      </w:r>
      <w:r>
        <w:rPr/>
        <w:t xml:space="preserve"> </w:t>
      </w:r>
      <w:r>
        <w:rPr/>
        <w:t>gradualmente, como si alguien estuviera bajando la saturación de la</w:t>
      </w:r>
      <w:r>
        <w:rPr/>
        <w:t xml:space="preserve"> </w:t>
      </w:r>
      <w:r>
        <w:rPr/>
        <w:t>realidad.</w:t>
      </w:r>
    </w:p>
    <w:p>
      <w:pPr>
        <w:pStyle w:val="BodyText"/>
      </w:pPr>
      <w:r>
        <w:rPr/>
        <w:t>Abrió los ojos una última vez. Frente a él, en el monitor, su reflejo</w:t>
      </w:r>
      <w:r>
        <w:rPr/>
        <w:t xml:space="preserve"> </w:t>
      </w:r>
      <w:r>
        <w:rPr/>
        <w:t>final: una silueta apenas perceptible, un borrón humano. Su imagen se</w:t>
      </w:r>
      <w:r>
        <w:rPr/>
        <w:t xml:space="preserve"> </w:t>
      </w:r>
      <w:r>
        <w:rPr/>
        <w:t>desvaneció por partes: primero la cabeza se disolvió en píxeles, luego</w:t>
      </w:r>
      <w:r>
        <w:rPr/>
        <w:t xml:space="preserve"> </w:t>
      </w:r>
      <w:r>
        <w:rPr/>
        <w:t>el torso se fragmentó en líneas de interferencia, finalmente los pies</w:t>
      </w:r>
      <w:r>
        <w:rPr/>
        <w:t xml:space="preserve"> </w:t>
      </w:r>
      <w:r>
        <w:rPr/>
        <w:t>desaparecieron como el rastro de una estela de humo.</w:t>
      </w:r>
    </w:p>
    <w:p>
      <w:pPr>
        <w:pStyle w:val="BodyText"/>
      </w:pPr>
      <w:r>
        <w:rPr/>
        <w:t>Una voz tenue, casi infantil, rompió el calma: —¿Te estás</w:t>
      </w:r>
      <w:r>
        <w:rPr/>
        <w:t xml:space="preserve"> </w:t>
      </w:r>
      <w:r>
        <w:rPr/>
        <w:t>yendo…? [7]</w:t>
      </w:r>
    </w:p>
    <w:p>
      <w:pPr>
        <w:pStyle w:val="BodyText"/>
      </w:pPr>
      <w:r>
        <w:rPr/>
        <w:t>Era una voz que le resultaba conocida, aunque no conseguía ubicarla.</w:t>
      </w:r>
      <w:r>
        <w:rPr/>
        <w:t xml:space="preserve"> </w:t>
      </w:r>
      <w:r>
        <w:rPr/>
        <w:t>Trató de responder, pero ya no quedaban palabras. Solo un temblor final,</w:t>
      </w:r>
      <w:r>
        <w:rPr/>
        <w:t xml:space="preserve"> </w:t>
      </w:r>
      <w:r>
        <w:rPr/>
        <w:t>una vibración última.</w:t>
      </w:r>
    </w:p>
    <w:p>
      <w:pPr>
        <w:pStyle w:val="BodyText"/>
      </w:pPr>
      <w:r>
        <w:rPr/>
        <w:t>Desde una niebla que olía a polvo acumulado y a tiempo estancado,</w:t>
      </w:r>
      <w:r>
        <w:rPr/>
        <w:t xml:space="preserve"> </w:t>
      </w:r>
      <w:r>
        <w:rPr/>
        <w:t>alguien susurró su nombre. No el alias artístico, sino el nombre real</w:t>
      </w:r>
      <w:r>
        <w:rPr/>
        <w:t xml:space="preserve"> </w:t>
      </w:r>
      <w:r>
        <w:rPr/>
        <w:t>que él casi había olvidado. Era definitivamente la voz de una mujer,</w:t>
      </w:r>
      <w:r>
        <w:rPr/>
        <w:t xml:space="preserve"> </w:t>
      </w:r>
      <w:r>
        <w:rPr/>
        <w:t>cargada de una tristeza que reconocía como suya pero que ya no podía</w:t>
      </w:r>
      <w:r>
        <w:rPr/>
        <w:t xml:space="preserve"> </w:t>
      </w:r>
      <w:r>
        <w:rPr/>
        <w:t>reclamar.</w:t>
      </w:r>
    </w:p>
    <w:p>
      <w:pPr>
        <w:pStyle w:val="BodyText"/>
      </w:pPr>
      <w:r>
        <w:rPr/>
        <w:t>Pero era demasiado tarde. El lugar donde había estado él ya no contenía</w:t>
      </w:r>
      <w:r>
        <w:rPr/>
        <w:t xml:space="preserve"> </w:t>
      </w:r>
      <w:r>
        <w:rPr/>
        <w:t>nada que pudiera responder a un nombre.</w:t>
      </w:r>
    </w:p>
    <w:p>
      <w:pPr>
        <w:pStyle w:val="BodyText"/>
      </w:pPr>
      <w:r>
        <w:rPr/>
        <w:t>Fading away, like thunder with no sound…</w:t>
      </w:r>
    </w:p>
    <w:p>
      <w:pPr>
        <w:pStyle w:val="BodyText"/>
      </w:pPr>
      <w:r>
        <w:rPr/>
        <w:t>Las sombras del ayer. Ese se convirtió en el nombre de su tumba. En el</w:t>
      </w:r>
      <w:r>
        <w:rPr/>
        <w:t xml:space="preserve"> </w:t>
      </w:r>
      <w:r>
        <w:rPr/>
        <w:t>viejo cementerio cristiano de Weißensee, un rincón olvidado de Berlín,</w:t>
      </w:r>
      <w:r>
        <w:rPr/>
        <w:t xml:space="preserve"> </w:t>
      </w:r>
      <w:r>
        <w:rPr/>
        <w:t>hay una parcela que no aparece en ningún registro oficial. [8] No hay</w:t>
      </w:r>
      <w:r>
        <w:rPr/>
        <w:t xml:space="preserve"> </w:t>
      </w:r>
      <w:r>
        <w:rPr/>
        <w:t>lápida, ni flores. Solo silencio.</w:t>
      </w:r>
    </w:p>
    <w:p>
      <w:pPr>
        <w:pStyle w:val="BodyText"/>
      </w:pPr>
      <w:r>
        <w:rPr/>
        <w:t>Pero cuentan en los rincones más oscuros de Berlín que no es un vacío</w:t>
      </w:r>
      <w:r>
        <w:rPr/>
        <w:t xml:space="preserve"> </w:t>
      </w:r>
      <w:r>
        <w:rPr/>
        <w:t>vacío. Dicen que, en las noches de luna nueva, una melodía sutil emana</w:t>
      </w:r>
      <w:r>
        <w:rPr/>
        <w:t xml:space="preserve"> </w:t>
      </w:r>
      <w:r>
        <w:rPr/>
        <w:t>de esa tierra sin nombre. No se oye con los oídos, sino con el frío que</w:t>
      </w:r>
      <w:r>
        <w:rPr/>
        <w:t xml:space="preserve"> </w:t>
      </w:r>
      <w:r>
        <w:rPr/>
        <w:t>eriza la piel. Es un eco que se ha liberado de su fuente original.</w:t>
      </w:r>
    </w:p>
    <w:p>
      <w:pPr>
        <w:pStyle w:val="BodyText"/>
      </w:pPr>
      <w:r>
        <w:rPr/>
        <w:t>Fading Away.</w:t>
      </w:r>
    </w:p>
    <w:p>
      <w:pPr>
        <w:pStyle w:val="BodyText"/>
      </w:pPr>
      <w:r>
        <w:rPr/>
        <w:t>De DJ ILIBERIS, el hombre que había sido antes de convertirse en música</w:t>
      </w:r>
      <w:r>
        <w:rPr/>
        <w:t xml:space="preserve"> </w:t>
      </w:r>
      <w:r>
        <w:rPr/>
        <w:t>pura, jamás volvió a saberse. Su existencia se desvaneció. Pero su</w:t>
      </w:r>
      <w:r>
        <w:rPr/>
        <w:t xml:space="preserve"> </w:t>
      </w:r>
      <w:r>
        <w:rPr/>
        <w:t>ausencia dejó una marca, un tono fantasma. En los clubs donde una vez</w:t>
      </w:r>
      <w:r>
        <w:rPr/>
        <w:t xml:space="preserve"> </w:t>
      </w:r>
      <w:r>
        <w:rPr/>
        <w:t>había actuado, los DJs más sensibles a veces detienen su música,</w:t>
      </w:r>
      <w:r>
        <w:rPr/>
        <w:t xml:space="preserve"> </w:t>
      </w:r>
      <w:r>
        <w:rPr/>
        <w:t>perturbados por la certeza de que alguien invisible está mezclando junto</w:t>
      </w:r>
      <w:r>
        <w:rPr/>
        <w:t xml:space="preserve"> </w:t>
      </w:r>
      <w:r>
        <w:rPr/>
        <w:t>a ellos. Y en las noches más silenciosas, quienes saben escuchar pueden</w:t>
      </w:r>
      <w:r>
        <w:rPr/>
        <w:t xml:space="preserve"> </w:t>
      </w:r>
      <w:r>
        <w:rPr/>
        <w:t>captar fragmentos de una canción que nunca fue terminada.</w:t>
      </w:r>
    </w:p>
    <w:p>
      <w:pPr>
        <w:pStyle w:val="BodyText"/>
      </w:pPr>
      <w:r>
        <w:rPr/>
        <w:t>Fading away, like thunder with no sound…</w:t>
      </w:r>
    </w:p>
    <w:p>
      <w:pPr>
        <w:pStyle w:val="BodyText"/>
      </w:pPr>
      <w:r>
        <w:rPr/>
        <w:t>La música había encontrado una forma de existir sin músico. Y en algún</w:t>
      </w:r>
      <w:r>
        <w:rPr/>
        <w:t xml:space="preserve"> </w:t>
      </w:r>
      <w:r>
        <w:rPr/>
        <w:t>lugar entre el recuerdo y el olvido, entre el sonido y el quietud, DJ</w:t>
      </w:r>
      <w:r>
        <w:rPr/>
        <w:t xml:space="preserve"> </w:t>
      </w:r>
      <w:r>
        <w:rPr/>
        <w:t>ILIBERIS había alcanzado la única forma de inmortalidad que realmente le</w:t>
      </w:r>
      <w:r>
        <w:rPr/>
        <w:t xml:space="preserve"> </w:t>
      </w:r>
      <w:r>
        <w:rPr/>
        <w:t>importaba: convertirse en la canción misma, en la reverberación eterno</w:t>
      </w:r>
      <w:r>
        <w:rPr/>
        <w:t xml:space="preserve"> </w:t>
      </w:r>
      <w:r>
        <w:rPr/>
        <w:t>que nunca necesitaría volver a desvanecerse. [9]</w:t>
      </w:r>
    </w:p>
    <w:p>
      <w:pPr>
        <w:pStyle w:val="BodyText"/>
      </w:pPr>
      <w:r>
        <w:rPr/>
        <w:t>Anotaciones al Relato Original</w:t>
      </w:r>
    </w:p>
    <w:p>
      <w:pPr>
        <w:pStyle w:val="BodyText"/>
      </w:pPr>
      <w:r>
        <w:rPr/>
        <w:t>[1] La imagen del monitor empañado fue el punto de partida visual de</w:t>
      </w:r>
      <w:r>
        <w:rPr/>
        <w:t xml:space="preserve"> </w:t>
      </w:r>
      <w:r>
        <w:rPr/>
        <w:t>todo el relato. Quería un reflejo que no fuera claro, que se resistiera,</w:t>
      </w:r>
      <w:r>
        <w:rPr/>
        <w:t xml:space="preserve"> </w:t>
      </w:r>
      <w:r>
        <w:rPr/>
        <w:t>una metáfora de la propia identidad del personaje volviéndose borrosa.</w:t>
      </w:r>
      <w:r>
        <w:rPr/>
        <w:t xml:space="preserve"> </w:t>
      </w:r>
      <w:r>
        <w:rPr/>
        <w:t>La «niebla del alma» es la clave: el problema no está fuera, está</w:t>
      </w:r>
      <w:r>
        <w:rPr/>
        <w:t xml:space="preserve"> </w:t>
      </w:r>
      <w:r>
        <w:rPr/>
        <w:t>dentro.</w:t>
      </w:r>
    </w:p>
    <w:p>
      <w:pPr>
        <w:pStyle w:val="BodyText"/>
      </w:pPr>
      <w:r>
        <w:rPr/>
        <w:t>[2] La integración de los versos de mi canción «Fading Away» fue un</w:t>
      </w:r>
      <w:r>
        <w:rPr/>
        <w:t xml:space="preserve"> </w:t>
      </w:r>
      <w:r>
        <w:rPr/>
        <w:t>pilar estructural desde el principio. Actúan como un coro griego,</w:t>
      </w:r>
      <w:r>
        <w:rPr/>
        <w:t xml:space="preserve"> </w:t>
      </w:r>
      <w:r>
        <w:rPr/>
        <w:t>comentando y anticipando la desintegración interna que sufre el</w:t>
      </w:r>
      <w:r>
        <w:rPr/>
        <w:t xml:space="preserve"> </w:t>
      </w:r>
      <w:r>
        <w:rPr/>
        <w:t>protagonista.</w:t>
      </w:r>
    </w:p>
    <w:p>
      <w:pPr>
        <w:pStyle w:val="BodyText"/>
      </w:pPr>
      <w:r>
        <w:rPr/>
        <w:t>[3] La metáfora del «trueno sin sonido» me pareció la forma más</w:t>
      </w:r>
      <w:r>
        <w:rPr/>
        <w:t xml:space="preserve"> </w:t>
      </w:r>
      <w:r>
        <w:rPr/>
        <w:t>precisa de describir una catástrofe interna: un evento de una magnitud</w:t>
      </w:r>
      <w:r>
        <w:rPr/>
        <w:t xml:space="preserve"> </w:t>
      </w:r>
      <w:r>
        <w:rPr/>
        <w:t>inmensa que, sin embargo, es completamente invisible e inaudible para el</w:t>
      </w:r>
      <w:r>
        <w:rPr/>
        <w:t xml:space="preserve"> </w:t>
      </w:r>
      <w:r>
        <w:rPr/>
        <w:t>mundo exterior. Es la esencia de su soledad.</w:t>
      </w:r>
    </w:p>
    <w:p>
      <w:pPr>
        <w:pStyle w:val="BodyText"/>
      </w:pPr>
      <w:r>
        <w:rPr/>
        <w:t>[4] Este es uno de los fragmentos que más potencial tenía para</w:t>
      </w:r>
      <w:r>
        <w:rPr/>
        <w:t xml:space="preserve"> </w:t>
      </w:r>
      <w:r>
        <w:rPr/>
        <w:t>expandirse. En este relato original, la mujer y su risa son un recuerdo</w:t>
      </w:r>
      <w:r>
        <w:rPr/>
        <w:t xml:space="preserve"> </w:t>
      </w:r>
      <w:r>
        <w:rPr/>
        <w:t>anónimo, casi arquetípico, una pieza de un pasado que ILIBERIS no puede</w:t>
      </w:r>
      <w:r>
        <w:rPr/>
        <w:t xml:space="preserve"> </w:t>
      </w:r>
      <w:r>
        <w:rPr/>
        <w:t>aferrar. Al expandir la historia para la novela, este recuerdo cobró</w:t>
      </w:r>
      <w:r>
        <w:rPr/>
        <w:t xml:space="preserve"> </w:t>
      </w:r>
      <w:r>
        <w:rPr/>
        <w:t>nombre (Mar) y una relevancia central en la trama.</w:t>
      </w:r>
    </w:p>
    <w:p>
      <w:pPr>
        <w:pStyle w:val="BodyText"/>
      </w:pPr>
      <w:r>
        <w:rPr/>
        <w:t>[5] La visión de los dedos volviéndose translúcidos era fundamental.</w:t>
      </w:r>
      <w:r>
        <w:rPr/>
        <w:t xml:space="preserve"> </w:t>
      </w:r>
      <w:r>
        <w:rPr/>
        <w:t>Quería que el horror no fuera solo psicológico, sino físico y visual de</w:t>
      </w:r>
      <w:r>
        <w:rPr/>
        <w:t xml:space="preserve"> </w:t>
      </w:r>
      <w:r>
        <w:rPr/>
        <w:t>una forma muy directa. Es el momento en que la pesadilla se confirma</w:t>
      </w:r>
      <w:r>
        <w:rPr/>
        <w:t xml:space="preserve"> </w:t>
      </w:r>
      <w:r>
        <w:rPr/>
        <w:t>como real e irrefutable para él.</w:t>
      </w:r>
    </w:p>
    <w:p>
      <w:pPr>
        <w:pStyle w:val="BodyText"/>
      </w:pPr>
      <w:r>
        <w:rPr/>
        <w:t>[6] Un tropo clásico del fantasma (atravesar paredes), pero enfocado</w:t>
      </w:r>
      <w:r>
        <w:rPr/>
        <w:t xml:space="preserve"> </w:t>
      </w:r>
      <w:r>
        <w:rPr/>
        <w:t>desde la perspectiva del terror y la pérdida, no del poder. No es que él</w:t>
      </w:r>
      <w:r>
        <w:rPr/>
        <w:t xml:space="preserve"> </w:t>
      </w:r>
      <w:r>
        <w:rPr/>
        <w:t>pueda atravesar el mundo; es que el mundo ya no lo registra. Ha perdido</w:t>
      </w:r>
      <w:r>
        <w:rPr/>
        <w:t xml:space="preserve"> </w:t>
      </w:r>
      <w:r>
        <w:rPr/>
        <w:t>su solidez, su derecho a ocupar un espacio.</w:t>
      </w:r>
    </w:p>
    <w:p>
      <w:pPr>
        <w:pStyle w:val="BodyText"/>
      </w:pPr>
      <w:r>
        <w:rPr/>
        <w:t>[7] La voz final. Aquí es ambigua: ¿es real?, ¿es un recuerdo?, ¿es la</w:t>
      </w:r>
      <w:r>
        <w:rPr/>
        <w:t xml:space="preserve"> </w:t>
      </w:r>
      <w:r>
        <w:rPr/>
        <w:t>soledad hablándole? En la novela, esta voz se ata directamente a un</w:t>
      </w:r>
      <w:r>
        <w:rPr/>
        <w:t xml:space="preserve"> </w:t>
      </w:r>
      <w:r>
        <w:rPr/>
        <w:t>personaje específico, dándole una resonancia emocional más concreta y</w:t>
      </w:r>
      <w:r>
        <w:rPr/>
        <w:t xml:space="preserve"> </w:t>
      </w:r>
      <w:r>
        <w:rPr/>
        <w:t>trágica que se convierte en un motor para la trama.</w:t>
      </w:r>
    </w:p>
    <w:p>
      <w:pPr>
        <w:pStyle w:val="BodyText"/>
      </w:pPr>
      <w:r>
        <w:rPr/>
        <w:t>[8] Elegí el cementerio de Weißensee en Berlín porque es un lugar real</w:t>
      </w:r>
      <w:r>
        <w:rPr/>
        <w:t xml:space="preserve"> </w:t>
      </w:r>
      <w:r>
        <w:rPr/>
        <w:t>con una atmósfera increíblemente melancólica y olvidada. Anclar la</w:t>
      </w:r>
      <w:r>
        <w:rPr/>
        <w:t xml:space="preserve"> </w:t>
      </w:r>
      <w:r>
        <w:rPr/>
        <w:t>leyenda urbana en un lugar tangible le da, paradójicamente, más fuerza a</w:t>
      </w:r>
      <w:r>
        <w:rPr/>
        <w:t xml:space="preserve"> </w:t>
      </w:r>
      <w:r>
        <w:rPr/>
        <w:t>lo fantástico.</w:t>
      </w:r>
    </w:p>
    <w:p>
      <w:pPr>
        <w:pStyle w:val="BodyText"/>
      </w:pPr>
      <w:r>
        <w:rPr/>
        <w:t>[9] El final explora la única forma de trascendencia posible para él.</w:t>
      </w:r>
      <w:r>
        <w:rPr/>
        <w:t xml:space="preserve"> </w:t>
      </w:r>
      <w:r>
        <w:rPr/>
        <w:t>Pierde su humanidad, pero alcanza una forma de inmortalidad artística.</w:t>
      </w:r>
      <w:r>
        <w:rPr/>
        <w:t xml:space="preserve"> </w:t>
      </w:r>
      <w:r>
        <w:rPr/>
        <w:t>Se convierte en su propia obra, en una «frecuencia fantasma». Es una</w:t>
      </w:r>
      <w:r>
        <w:rPr/>
        <w:t xml:space="preserve"> </w:t>
      </w:r>
      <w:r>
        <w:rPr/>
        <w:t>conclusión agridulce que define su destino: para que su música fuera</w:t>
      </w:r>
      <w:r>
        <w:rPr/>
        <w:t xml:space="preserve"> </w:t>
      </w:r>
      <w:r>
        <w:rPr/>
        <w:t>eterna, el músico tuvo que desaparecer.</w:t>
      </w:r>
    </w:p>
    <w:p>
      <w:pPr>
        <w:pStyle w:val="BodyText"/>
      </w:pPr>
      <w:r>
        <w:rPr/>
        <w:t>© 2025 —José Manuel Guerrero Manzano</w:t>
      </w:r>
    </w:p>
    <w:p>
      <w:pPr>
        <w:pStyle w:val="BodyText"/>
      </w:pPr>
      <w:r>
        <w:rPr/>
        <w:t>Todos los derechos reservados.</w:t>
      </w:r>
    </w:p>
    <w:p>
      <w:pPr>
        <w:pStyle w:val="Heading1"/>
      </w:pPr>
      <w:r>
        <w:rPr/>
        <w:t xml:space="preserve"> </w:t>
      </w:r>
    </w:p>
    <w:p>
      <w:pPr/>
      <w:r>
        <w:rPr/>
        <w:t>Berlín, octubre de 1998 – Oslo / Reykjavik / Soria (años posteriores)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CD-R era liviano, casi insignificante en la mano. Finch lo sostuvo un</w:t>
      </w:r>
      <w:r>
        <w:rPr/>
        <w:t xml:space="preserve"> </w:t>
      </w:r>
      <w:r>
        <w:rPr/>
        <w:t>instante bajo la luz débil del portal antes de guardarlo en el bolsillo</w:t>
      </w:r>
      <w:r>
        <w:rPr/>
        <w:t xml:space="preserve"> </w:t>
      </w:r>
      <w:r>
        <w:rPr/>
        <w:t>interior de su abrigo. Nada en su superficie plateada revelaba que</w:t>
      </w:r>
      <w:r>
        <w:rPr/>
        <w:t xml:space="preserve"> </w:t>
      </w:r>
      <w:r>
        <w:rPr/>
        <w:t>contenía una frecuencia capaz de deshacer un cuerpo humano sin dejar</w:t>
      </w:r>
      <w:r>
        <w:rPr/>
        <w:t xml:space="preserve"> </w:t>
      </w:r>
      <w:r>
        <w:rPr/>
        <w:t>rastro.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etiqueta adhesiva decía únicamente: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Fading Away — master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Letras apretadas, nerviosas, como si Adrián hubiera sabido que era la</w:t>
      </w:r>
      <w:r>
        <w:rPr/>
        <w:t xml:space="preserve"> </w:t>
      </w:r>
      <w:r>
        <w:rPr/>
        <w:t>última vez que escribiría algo.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Finch cerró la puerta del apartamento sin hacer ruido. No porque temiera</w:t>
      </w:r>
      <w:r>
        <w:rPr/>
        <w:t xml:space="preserve"> </w:t>
      </w:r>
      <w:r>
        <w:rPr/>
        <w:t>a la policía o a los vecinos, sino por respeto a la vibración que aún</w:t>
      </w:r>
      <w:r>
        <w:rPr/>
        <w:t xml:space="preserve"> </w:t>
      </w:r>
      <w:r>
        <w:rPr/>
        <w:t>palpitaba en el aire. La frecuencia residía en las paredes, colgada de</w:t>
      </w:r>
      <w:r>
        <w:rPr/>
        <w:t xml:space="preserve"> </w:t>
      </w:r>
      <w:r>
        <w:rPr/>
        <w:t>los cables, adherida al polvo que flotaba en la penumbra como ceniza de</w:t>
      </w:r>
      <w:r>
        <w:rPr/>
        <w:t xml:space="preserve"> </w:t>
      </w:r>
      <w:r>
        <w:rPr/>
        <w:t>un fuego que nadie había visto arder.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El Eco siempre deja sedimento.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Esa noche, Berlín siguió respirando por encima del subsuelo musical.</w:t>
      </w:r>
      <w:r>
        <w:rPr/>
        <w:t xml:space="preserve"> </w:t>
      </w:r>
      <w:r>
        <w:rPr/>
        <w:t>Finch caminó hasta su coche sin volver la vista atrás. No era necesario.</w:t>
      </w:r>
      <w:r>
        <w:rPr/>
        <w:t xml:space="preserve"> </w:t>
      </w:r>
      <w:r>
        <w:rPr/>
        <w:t>El sonido que había devorado a Adrián seguía resonando en su propio oído</w:t>
      </w:r>
      <w:r>
        <w:rPr/>
        <w:t xml:space="preserve"> </w:t>
      </w:r>
      <w:r>
        <w:rPr/>
        <w:t>interno, no como un recuerdo, sino como una llave.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 las 5:12 de la madrugada, el CD-R ya estaba archivado en una caja</w:t>
      </w:r>
      <w:r>
        <w:rPr/>
        <w:t xml:space="preserve"> </w:t>
      </w:r>
      <w:r>
        <w:rPr/>
        <w:t>metálica sin insignias, protegida por una capa de espuma negra que no</w:t>
      </w:r>
      <w:r>
        <w:rPr/>
        <w:t xml:space="preserve"> </w:t>
      </w:r>
      <w:r>
        <w:rPr/>
        <w:t>tenía otro propósito que el ritual del secreto.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En la tapa, con letra impersonal, alguien escribió un número a lápiz: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117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Nadie preguntó por qué ese número. Los números, en Chrysalis, obedecen a</w:t>
      </w:r>
      <w:r>
        <w:rPr/>
        <w:t xml:space="preserve"> </w:t>
      </w:r>
      <w:r>
        <w:rPr/>
        <w:t>un orden que no entiende de lógica humana.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Durante los meses siguientes, el CD-R cambió de manos tres veces: una</w:t>
      </w:r>
      <w:r>
        <w:rPr/>
        <w:t xml:space="preserve"> </w:t>
      </w:r>
      <w:r>
        <w:rPr/>
        <w:t>transferencia en Oslo, un análisis superficial en Tromsø, un informe</w:t>
      </w:r>
      <w:r>
        <w:rPr/>
        <w:t xml:space="preserve"> </w:t>
      </w:r>
      <w:r>
        <w:rPr/>
        <w:t>incompleto en Reykjavik. Nadie lograba reproducirlo sin que algo</w:t>
      </w:r>
      <w:r>
        <w:rPr/>
        <w:t xml:space="preserve"> </w:t>
      </w:r>
      <w:r>
        <w:rPr/>
        <w:t>fallara: los reproductores se apagaban, los datos se corrompían, las</w:t>
      </w:r>
      <w:r>
        <w:rPr/>
        <w:t xml:space="preserve"> </w:t>
      </w:r>
      <w:r>
        <w:rPr/>
        <w:t>cargas se disipaban. Pero todos los técnicos coincidieron en algo</w:t>
      </w:r>
      <w:r>
        <w:rPr/>
        <w:t xml:space="preserve"> </w:t>
      </w:r>
      <w:r>
        <w:rPr/>
        <w:t>inquietante: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señal viva no está en el audio. Está en el silencio alrededor.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Finalmente, el disco quedó bajo custodia permanente en un archivo</w:t>
      </w:r>
      <w:r>
        <w:rPr/>
        <w:t xml:space="preserve"> </w:t>
      </w:r>
      <w:r>
        <w:rPr/>
        <w:t>subterráneo que solo unos pocos conocían. La carpeta creada en torno a</w:t>
      </w:r>
      <w:r>
        <w:rPr/>
        <w:t xml:space="preserve"> </w:t>
      </w:r>
      <w:r>
        <w:rPr/>
        <w:t>él adoptó un nombre que no pretendía disimular nada: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FADING-A / 117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Una investigación sin cuerpo, sin testigos, sin informe oficial. Solo un</w:t>
      </w:r>
      <w:r>
        <w:rPr/>
        <w:t xml:space="preserve"> </w:t>
      </w:r>
      <w:r>
        <w:rPr/>
        <w:t>archivo. Un espectro de audio. Una desaparición. Y la intuición de que</w:t>
      </w:r>
      <w:r>
        <w:rPr/>
        <w:t xml:space="preserve"> </w:t>
      </w:r>
      <w:r>
        <w:rPr/>
        <w:t>la frecuencia no pertenecía a este mundo.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Años más tarde, cuando el silencio del CD-R volvió a activarse en</w:t>
      </w:r>
      <w:r>
        <w:rPr/>
        <w:t xml:space="preserve"> </w:t>
      </w:r>
      <w:r>
        <w:rPr/>
        <w:t>lugares alejados entre sí —una cabaña en Islandia, una habitación del</w:t>
      </w:r>
      <w:r>
        <w:rPr/>
        <w:t xml:space="preserve"> </w:t>
      </w:r>
      <w:r>
        <w:rPr/>
        <w:t>Hostal Duero, una garganta humana que aprendió a cantar la frecuencia</w:t>
      </w:r>
      <w:r>
        <w:rPr/>
        <w:t xml:space="preserve"> </w:t>
      </w:r>
      <w:r>
        <w:rPr/>
        <w:t>sin ser consciente del origen—, nadie dentro de Chrysalis se</w:t>
      </w:r>
      <w:r>
        <w:rPr/>
        <w:t xml:space="preserve"> </w:t>
      </w:r>
      <w:r>
        <w:rPr/>
        <w:t>sorprendió.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organización llevaba demasiado tiempo esperando ese momento.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Porque el master que Finch guardó aquella madrugada de octubre no era un</w:t>
      </w:r>
      <w:r>
        <w:rPr/>
        <w:t xml:space="preserve"> </w:t>
      </w:r>
      <w:r>
        <w:rPr/>
        <w:t>registro sonoro.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Era una semilla.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Un fragmento de un lenguaje que el mundo no estaba preparado para</w:t>
      </w:r>
      <w:r>
        <w:rPr/>
        <w:t xml:space="preserve"> </w:t>
      </w:r>
      <w:r>
        <w:rPr/>
        <w:t>escuchar. Un negativo perfecto del desvanecimiento. Un rastro de un</w:t>
      </w:r>
      <w:r>
        <w:rPr/>
        <w:t xml:space="preserve"> </w:t>
      </w:r>
      <w:r>
        <w:rPr/>
        <w:t>hombre que ya no existía en ningún mapa humano.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Y, sobre todo, era un recordatorio: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La canción no termina cuando el músico desaparece. Solo cambia de</w:t>
      </w:r>
      <w:r>
        <w:rPr/>
        <w:t xml:space="preserve"> </w:t>
      </w:r>
      <w:r>
        <w:rPr/>
        <w:t>cuerpo.</w:t>
      </w:r>
    </w:p>
    <w:p>
      <w:pPr>
        <w:pStyle w:val="BodyText"/>
      </w:pPr>
      <w:r>
        <w:rPr/>
        <w:t xml:space="preserve"> </w:t>
      </w:r>
    </w:p>
    <w:p>
      <w:pPr>
        <w:pStyle w:val="BodyText"/>
      </w:pPr>
      <w:r>
        <w:rPr/>
        <w:t>***</w:t>
      </w:r>
    </w:p>
    <w:p>
      <w:pPr>
        <w:pStyle w:val="BodyText"/>
      </w:pPr>
      <w:r>
        <w:rPr/>
        <w:t xml:space="preserve"> </w:t>
      </w:r>
    </w:p>
    <w:p>
      <w:pPr>
        <w:pStyle w:val="Heading1"/>
      </w:pPr>
      <w:r/>
    </w:p>
    <w:p>
      <w:pPr/>
      <w:r>
        <w:rPr>
          <w:i/>
        </w:rPr>
        <w:t>«Para desmantelar la red de una araña, se necesita a alguien que</w:t>
      </w:r>
      <w:r>
        <w:rPr>
          <w:i/>
        </w:rPr>
        <w:t xml:space="preserve"> </w:t>
      </w:r>
      <w:r>
        <w:rPr>
          <w:i/>
        </w:rPr>
        <w:t>conozca la geometría de la seda y el veneno.»</w:t>
      </w:r>
    </w:p>
    <w:p>
      <w:pPr>
        <w:pStyle w:val="BodyText"/>
      </w:pPr>
      <w:r>
        <w:rPr/>
        <w:t>—Cuaderno de Lena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Soria recibió a Lena y Markus sin el halo místico que había envuelto la</w:t>
      </w:r>
      <w:r>
        <w:rPr/>
        <w:t xml:space="preserve"> </w:t>
      </w:r>
      <w:r>
        <w:rPr/>
        <w:t>llegada de Vasco, sino con una indiferencia casi burocrática. Para</w:t>
      </w:r>
      <w:r>
        <w:rPr/>
        <w:t xml:space="preserve"> </w:t>
      </w:r>
      <w:r>
        <w:rPr/>
        <w:t>ambos, aquella ciudad no era tanto un lugar sagrado como un escenario</w:t>
      </w:r>
      <w:r>
        <w:rPr/>
        <w:t xml:space="preserve"> </w:t>
      </w:r>
      <w:r>
        <w:rPr/>
        <w:t>táctico: un tablero donde el Eco y Chrysalis se disputaban, piedra a</w:t>
      </w:r>
      <w:r>
        <w:rPr/>
        <w:t xml:space="preserve"> </w:t>
      </w:r>
      <w:r>
        <w:rPr/>
        <w:t>piedra, la narrativa del mundo.</w:t>
      </w:r>
    </w:p>
    <w:p>
      <w:pPr>
        <w:pStyle w:val="BodyText"/>
      </w:pPr>
      <w:r>
        <w:rPr/>
        <w:t>El apartamento que Markus había conseguido —un tercero sin ascensor, a</w:t>
      </w:r>
      <w:r>
        <w:rPr/>
        <w:t xml:space="preserve"> </w:t>
      </w:r>
      <w:r>
        <w:rPr/>
        <w:t>diez minutos del centro histórico— se convirtió en cuestión de horas</w:t>
      </w:r>
      <w:r>
        <w:rPr/>
        <w:t xml:space="preserve"> </w:t>
      </w:r>
      <w:r>
        <w:rPr/>
        <w:t>en un centro de operaciones que era un espejo oscuro del laboratorio de</w:t>
      </w:r>
      <w:r>
        <w:rPr/>
        <w:t xml:space="preserve"> </w:t>
      </w:r>
      <w:r>
        <w:rPr/>
        <w:t>Finch: menos pulcritud corporativa, más caos funcional.</w:t>
      </w:r>
    </w:p>
    <w:p>
      <w:pPr>
        <w:pStyle w:val="BodyText"/>
      </w:pPr>
      <w:r>
        <w:rPr/>
        <w:t>La mesa del comedor desapareció bajo cables, soldaduras, placas</w:t>
      </w:r>
      <w:r>
        <w:rPr/>
        <w:t xml:space="preserve"> </w:t>
      </w:r>
      <w:r>
        <w:rPr/>
        <w:t>abiertas, routers modificados, pequeños analizadores de espectro,</w:t>
      </w:r>
      <w:r>
        <w:rPr/>
        <w:t xml:space="preserve"> </w:t>
      </w:r>
      <w:r>
        <w:rPr/>
        <w:t>antenas plegables como insectos metálicos. El orden era solo aparente;</w:t>
      </w:r>
      <w:r>
        <w:rPr/>
        <w:t xml:space="preserve"> </w:t>
      </w:r>
      <w:r>
        <w:rPr/>
        <w:t>Lena sabía exactamente qué cable pertenecía a qué dispositivo y cuánto</w:t>
      </w:r>
      <w:r>
        <w:rPr/>
        <w:t xml:space="preserve"> </w:t>
      </w:r>
      <w:r>
        <w:rPr/>
        <w:t>margen de error toleraba cada uno antes de quemarse.</w:t>
      </w:r>
    </w:p>
    <w:p>
      <w:pPr>
        <w:pStyle w:val="BodyText"/>
      </w:pPr>
      <w:r>
        <w:rPr/>
        <w:t>—Nada de nubes —dijo, mientras conectaba un viejo servidor</w:t>
      </w:r>
      <w:r>
        <w:rPr/>
        <w:t xml:space="preserve"> </w:t>
      </w:r>
      <w:r>
        <w:rPr/>
        <w:t>restaurado—. Todo local. Todo sucio. Que tengan que venir ellos a</w:t>
      </w:r>
      <w:r>
        <w:rPr/>
        <w:t xml:space="preserve"> </w:t>
      </w:r>
      <w:r>
        <w:rPr/>
        <w:t>buscarnos si quieren vernos.</w:t>
      </w:r>
    </w:p>
    <w:p>
      <w:pPr>
        <w:pStyle w:val="BodyText"/>
      </w:pPr>
      <w:r>
        <w:rPr/>
        <w:t>Markus asintió. Aquello le resultaba reconfortante. El mundo podía</w:t>
      </w:r>
      <w:r>
        <w:rPr/>
        <w:t xml:space="preserve"> </w:t>
      </w:r>
      <w:r>
        <w:rPr/>
        <w:t>haberse vuelto inabarcable, pero la lógica de un buen cableado seguía</w:t>
      </w:r>
      <w:r>
        <w:rPr/>
        <w:t xml:space="preserve"> </w:t>
      </w:r>
      <w:r>
        <w:rPr/>
        <w:t>siendo la misma.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Su primera misión no fue buscar la habitación 108, un lugar que sabían</w:t>
      </w:r>
      <w:r>
        <w:rPr/>
        <w:t xml:space="preserve"> </w:t>
      </w:r>
      <w:r>
        <w:rPr/>
        <w:t>estaría demasiado expuesto, sino las orillas del Duero.</w:t>
      </w:r>
    </w:p>
    <w:p>
      <w:pPr>
        <w:pStyle w:val="BodyText"/>
      </w:pPr>
      <w:r>
        <w:rPr/>
        <w:t>Soria al atardecer era una mezcla de frío, piedra y un silencio que</w:t>
      </w:r>
      <w:r>
        <w:rPr/>
        <w:t xml:space="preserve"> </w:t>
      </w:r>
      <w:r>
        <w:rPr/>
        <w:t>parecía anterior a cualquier ruido humano. Markus caminaba con las manos</w:t>
      </w:r>
      <w:r>
        <w:rPr/>
        <w:t xml:space="preserve"> </w:t>
      </w:r>
      <w:r>
        <w:rPr/>
        <w:t>en los bolsillos, atento a las texturas del suelo, de los muros, del</w:t>
      </w:r>
      <w:r>
        <w:rPr/>
        <w:t xml:space="preserve"> </w:t>
      </w:r>
      <w:r>
        <w:rPr/>
        <w:t>cauce. Lena no miraba el paisaje: lo leía. En la palma de su mano</w:t>
      </w:r>
      <w:r>
        <w:rPr/>
        <w:t xml:space="preserve"> </w:t>
      </w:r>
      <w:r>
        <w:rPr/>
        <w:t>llevaba un pequeño dispositivo camuflado como un viejo reproductor de</w:t>
      </w:r>
      <w:r>
        <w:rPr/>
        <w:t xml:space="preserve"> </w:t>
      </w:r>
      <w:r>
        <w:rPr/>
        <w:t>música, conectado a un módulo que vibraba levemente cuando detectaba</w:t>
      </w:r>
      <w:r>
        <w:rPr/>
        <w:t xml:space="preserve"> </w:t>
      </w:r>
      <w:r>
        <w:rPr/>
        <w:t>anomalías sónicas de baja potencia.</w:t>
      </w:r>
    </w:p>
    <w:p>
      <w:pPr>
        <w:pStyle w:val="BodyText"/>
      </w:pPr>
      <w:r>
        <w:rPr/>
        <w:t>—La red es densa —murmuró, mientras en la pantalla se dibujaban</w:t>
      </w:r>
      <w:r>
        <w:rPr/>
        <w:t xml:space="preserve"> </w:t>
      </w:r>
      <w:r>
        <w:rPr/>
        <w:t>picos y valles casi imperceptibles—. Tienen repetidores de baja</w:t>
      </w:r>
      <w:r>
        <w:rPr/>
        <w:t xml:space="preserve"> </w:t>
      </w:r>
      <w:r>
        <w:rPr/>
        <w:t>intensidad repartidos por toda la ciudad. Nada agresivo, nada que llame</w:t>
      </w:r>
      <w:r>
        <w:rPr/>
        <w:t xml:space="preserve"> </w:t>
      </w:r>
      <w:r>
        <w:rPr/>
        <w:t>la atención. Solo vigilancia. Un telón de fondo de escucha constante.</w:t>
      </w:r>
    </w:p>
    <w:p>
      <w:pPr>
        <w:pStyle w:val="BodyText"/>
      </w:pPr>
      <w:r>
        <w:rPr/>
        <w:t>—¿Nuestra amiga araña? —preguntó Markus.</w:t>
      </w:r>
    </w:p>
    <w:p>
      <w:pPr>
        <w:pStyle w:val="BodyText"/>
      </w:pPr>
      <w:r>
        <w:rPr/>
        <w:t>—Nuestra amiga araña —confirmó Lena—. No están emitiendo nada</w:t>
      </w:r>
      <w:r>
        <w:rPr/>
        <w:t xml:space="preserve"> </w:t>
      </w:r>
      <w:r>
        <w:rPr/>
        <w:t>fuerte. Están esperando. Tomando nota. Afinando.</w:t>
      </w:r>
    </w:p>
    <w:p>
      <w:pPr>
        <w:pStyle w:val="BodyText"/>
      </w:pPr>
      <w:r>
        <w:rPr/>
        <w:t>Fue Markus quien encontró el manuscrito de piedra de Vasco.</w:t>
      </w:r>
    </w:p>
    <w:p>
      <w:pPr>
        <w:pStyle w:val="BodyText"/>
      </w:pPr>
      <w:r>
        <w:rPr/>
        <w:t>No lo estaba buscando, pero algo en el paisaje le pareció fuera de</w:t>
      </w:r>
      <w:r>
        <w:rPr/>
        <w:t xml:space="preserve"> </w:t>
      </w:r>
      <w:r>
        <w:rPr/>
        <w:t>lugar: una alineación de piedras demasiado intencional para ser azarosa.</w:t>
      </w:r>
      <w:r>
        <w:rPr/>
        <w:t xml:space="preserve"> </w:t>
      </w:r>
      <w:r>
        <w:rPr/>
        <w:t>Se detuvo, se agachó, y ahí estaba: el círculo de cantos blancos, la</w:t>
      </w:r>
      <w:r>
        <w:rPr/>
        <w:t xml:space="preserve"> </w:t>
      </w:r>
      <w:r>
        <w:rPr/>
        <w:t>espiral de Montségur, la brecha hacia el noreste, la pizarra negra</w:t>
      </w:r>
      <w:r>
        <w:rPr/>
        <w:t xml:space="preserve"> </w:t>
      </w:r>
      <w:r>
        <w:rPr/>
        <w:t>clavada en el centro.</w:t>
      </w:r>
    </w:p>
    <w:p>
      <w:pPr>
        <w:pStyle w:val="BodyText"/>
      </w:pPr>
      <w:r>
        <w:rPr/>
        <w:t>—Lena —llamó, con la voz más baja de lo normal.</w:t>
      </w:r>
    </w:p>
    <w:p>
      <w:pPr>
        <w:pStyle w:val="BodyText"/>
      </w:pPr>
      <w:r>
        <w:rPr/>
        <w:t>Ella se acercó, guardando el dispositivo.</w:t>
      </w:r>
    </w:p>
    <w:p>
      <w:pPr>
        <w:pStyle w:val="BodyText"/>
      </w:pPr>
      <w:r>
        <w:rPr/>
        <w:t>Durante unos segundos, ninguno de los dos habló. La composición se</w:t>
      </w:r>
      <w:r>
        <w:rPr/>
        <w:t xml:space="preserve"> </w:t>
      </w:r>
      <w:r>
        <w:rPr/>
        <w:t>imponía sola: la armonía inicial rota, la herida negra en el corazón de</w:t>
      </w:r>
      <w:r>
        <w:rPr/>
        <w:t xml:space="preserve"> </w:t>
      </w:r>
      <w:r>
        <w:rPr/>
        <w:t>la espiral.</w:t>
      </w:r>
    </w:p>
    <w:p>
      <w:pPr>
        <w:pStyle w:val="BodyText"/>
      </w:pPr>
      <w:r>
        <w:rPr/>
        <w:t>—Es un mensaje —dijo por fin Markus—. Una partitura escrita en</w:t>
      </w:r>
      <w:r>
        <w:rPr/>
        <w:t xml:space="preserve"> </w:t>
      </w:r>
      <w:r>
        <w:rPr/>
        <w:t>piedra.</w:t>
      </w:r>
    </w:p>
    <w:p>
      <w:pPr>
        <w:pStyle w:val="BodyText"/>
      </w:pPr>
      <w:r>
        <w:rPr/>
        <w:t>Lena se arrodilló, como si estuviera frente a un altar, y dejó que su</w:t>
      </w:r>
      <w:r>
        <w:rPr/>
        <w:t xml:space="preserve"> </w:t>
      </w:r>
      <w:r>
        <w:rPr/>
        <w:t>mente siguiera la geometría del trazado. Círculo, ruptura, vector. Faro,</w:t>
      </w:r>
      <w:r>
        <w:rPr/>
        <w:t xml:space="preserve"> </w:t>
      </w:r>
      <w:r>
        <w:rPr/>
        <w:t>herida, dirección.</w:t>
      </w:r>
    </w:p>
    <w:p>
      <w:pPr>
        <w:pStyle w:val="BodyText"/>
      </w:pPr>
      <w:r>
        <w:rPr/>
        <w:t>—Ha entendido más de lo que pensábamos —murmuró—. El círculo roto</w:t>
      </w:r>
      <w:r>
        <w:rPr/>
        <w:t xml:space="preserve"> </w:t>
      </w:r>
      <w:r>
        <w:rPr/>
        <w:t>hacia San Juan de la Peña, la piedra negra en Montségur… Está</w:t>
      </w:r>
      <w:r>
        <w:rPr/>
        <w:t xml:space="preserve"> </w:t>
      </w:r>
      <w:r>
        <w:rPr/>
        <w:t>diciendo:</w:t>
      </w:r>
      <w:r>
        <w:rPr/>
        <w:t xml:space="preserve"> </w:t>
      </w:r>
      <w:r>
        <w:rPr/>
        <w:t>“</w:t>
      </w:r>
      <w:r>
        <w:rPr/>
        <w:t>La protección ha sido comprometida. El lobo está dentro.</w:t>
      </w:r>
      <w:r>
        <w:rPr/>
        <w:t xml:space="preserve"> </w:t>
      </w:r>
      <w:r>
        <w:rPr/>
        <w:t>Estoy alerta</w:t>
      </w:r>
      <w:r>
        <w:rPr/>
        <w:t>”</w:t>
      </w:r>
      <w:r>
        <w:rPr/>
        <w:t>.</w:t>
      </w:r>
    </w:p>
    <w:p>
      <w:pPr>
        <w:pStyle w:val="BodyText"/>
      </w:pPr>
      <w:r>
        <w:rPr/>
        <w:t>Se le escapó una sonrisa involuntaria.</w:t>
      </w:r>
    </w:p>
    <w:p>
      <w:pPr>
        <w:pStyle w:val="BodyText"/>
      </w:pPr>
      <w:r>
        <w:rPr/>
        <w:t>—Bien, Vasco —susurró—. Bienvenido al idioma de las piedras.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De vuelta en el apartamento, Lena volcó los datos de su dispositivo en</w:t>
      </w:r>
      <w:r>
        <w:rPr/>
        <w:t xml:space="preserve"> </w:t>
      </w:r>
      <w:r>
        <w:rPr/>
        <w:t>la pantalla principal. El mapa de Soria se llenó de pequeños puntos</w:t>
      </w:r>
      <w:r>
        <w:rPr/>
        <w:t xml:space="preserve"> </w:t>
      </w:r>
      <w:r>
        <w:rPr/>
        <w:t>rojos, verdes y amarillos, indicando la presencia de nodos emisores,</w:t>
      </w:r>
      <w:r>
        <w:rPr/>
        <w:t xml:space="preserve"> </w:t>
      </w:r>
      <w:r>
        <w:rPr/>
        <w:t>repetidores, sensores.</w:t>
      </w:r>
    </w:p>
    <w:p>
      <w:pPr>
        <w:pStyle w:val="BodyText"/>
      </w:pPr>
      <w:r>
        <w:rPr/>
        <w:t>—¿Es todo de Chrysalis? —preguntó Markus.</w:t>
      </w:r>
    </w:p>
    <w:p>
      <w:pPr>
        <w:pStyle w:val="BodyText"/>
      </w:pPr>
      <w:r>
        <w:rPr/>
        <w:t>—No todo —respondió ella—. Pero suficiente como para decir que han</w:t>
      </w:r>
      <w:r>
        <w:rPr/>
        <w:t xml:space="preserve"> </w:t>
      </w:r>
      <w:r>
        <w:rPr/>
        <w:t>tejido una red transversal. Infraestructura de telecomunicaciones,</w:t>
      </w:r>
      <w:r>
        <w:rPr/>
        <w:t xml:space="preserve"> </w:t>
      </w:r>
      <w:r>
        <w:rPr/>
        <w:t>cámaras municipales, routers domésticos con firmware modificado, antenas</w:t>
      </w:r>
      <w:r>
        <w:rPr/>
        <w:t xml:space="preserve"> </w:t>
      </w:r>
      <w:r>
        <w:rPr/>
        <w:t>camufladas en farolas. No necesitan despliegues visibles. Les basta con</w:t>
      </w:r>
      <w:r>
        <w:rPr/>
        <w:t xml:space="preserve"> </w:t>
      </w:r>
      <w:r>
        <w:rPr/>
        <w:t>parasitar lo que ya existe.</w:t>
      </w:r>
    </w:p>
    <w:p>
      <w:pPr>
        <w:pStyle w:val="BodyText"/>
      </w:pPr>
      <w:r>
        <w:rPr/>
        <w:t>Amplió una zona cercana al río.</w:t>
      </w:r>
    </w:p>
    <w:p>
      <w:pPr>
        <w:pStyle w:val="BodyText"/>
      </w:pPr>
      <w:r>
        <w:rPr/>
        <w:t>—Aquí —señaló—. Esto está alineado con el manuscrito de piedra. No</w:t>
      </w:r>
      <w:r>
        <w:rPr/>
        <w:t xml:space="preserve"> </w:t>
      </w:r>
      <w:r>
        <w:rPr/>
        <w:t>me extrañaría que estén usando este tramo como punto de resonancia de</w:t>
      </w:r>
      <w:r>
        <w:rPr/>
        <w:t xml:space="preserve"> </w:t>
      </w:r>
      <w:r>
        <w:rPr/>
        <w:t>prueba. Un lugar donde testar su capacidad de escucha sobre alguien como</w:t>
      </w:r>
      <w:r>
        <w:rPr/>
        <w:t xml:space="preserve"> </w:t>
      </w:r>
      <w:r>
        <w:rPr/>
        <w:t>Vasco.</w:t>
      </w:r>
    </w:p>
    <w:p>
      <w:pPr>
        <w:pStyle w:val="BodyText"/>
      </w:pPr>
      <w:r>
        <w:rPr/>
        <w:t>—¿Podemos romperlo? —preguntó Markus.</w:t>
      </w:r>
    </w:p>
    <w:p>
      <w:pPr>
        <w:pStyle w:val="BodyText"/>
      </w:pPr>
      <w:r>
        <w:rPr/>
        <w:t>Lena negó con la cabeza.</w:t>
      </w:r>
    </w:p>
    <w:p>
      <w:pPr>
        <w:pStyle w:val="BodyText"/>
      </w:pPr>
      <w:r>
        <w:rPr/>
        <w:t>—Podríamos —concedió—. Podría caerles media red en unas horas.</w:t>
      </w:r>
      <w:r>
        <w:rPr/>
        <w:t xml:space="preserve"> </w:t>
      </w:r>
      <w:r>
        <w:rPr/>
        <w:t>Pero entonces sabrían que estamos aquí. Y lo peor: mejorarían su diseño.</w:t>
      </w:r>
      <w:r>
        <w:rPr/>
        <w:t xml:space="preserve"> </w:t>
      </w:r>
      <w:r>
        <w:rPr/>
        <w:t>Finch aprende rápido. No quiero enseñarle nada.</w:t>
      </w:r>
    </w:p>
    <w:p>
      <w:pPr>
        <w:pStyle w:val="BodyText"/>
      </w:pPr>
      <w:r>
        <w:rPr/>
        <w:t>Se giró hacia él, con los ojos encendidos.</w:t>
      </w:r>
    </w:p>
    <w:p>
      <w:pPr>
        <w:pStyle w:val="BodyText"/>
      </w:pPr>
      <w:r>
        <w:rPr/>
        <w:t>—La manera de desmantelar esta tela no es arrancarla —dijo—. Es</w:t>
      </w:r>
      <w:r>
        <w:rPr/>
        <w:t xml:space="preserve"> </w:t>
      </w:r>
      <w:r>
        <w:rPr/>
        <w:t>tejer otra dentro, más fina, más flexible. Usar sus hilos para colgar</w:t>
      </w:r>
      <w:r>
        <w:rPr/>
        <w:t xml:space="preserve"> </w:t>
      </w:r>
      <w:r>
        <w:rPr/>
        <w:t>nuestras propias trampas.</w:t>
      </w:r>
    </w:p>
    <w:p>
      <w:pPr>
        <w:pStyle w:val="BodyText"/>
      </w:pPr>
      <w:r>
        <w:rPr/>
        <w:t>Markus alzó una ceja.</w:t>
      </w:r>
    </w:p>
    <w:p>
      <w:pPr>
        <w:pStyle w:val="BodyText"/>
      </w:pPr>
      <w:r>
        <w:rPr/>
        <w:t>—¿Infiltración?</w:t>
      </w:r>
    </w:p>
    <w:p>
      <w:pPr>
        <w:pStyle w:val="BodyText"/>
      </w:pPr>
      <w:r>
        <w:rPr/>
        <w:t>—Infiltración —confirmó ella—. Zero-day, vulnerabilidades</w:t>
      </w:r>
      <w:r>
        <w:rPr/>
        <w:t xml:space="preserve"> </w:t>
      </w:r>
      <w:r>
        <w:rPr/>
        <w:t>olvidadas, routers de proveedor con contraseñas de fábrica, empresas</w:t>
      </w:r>
      <w:r>
        <w:rPr/>
        <w:t xml:space="preserve"> </w:t>
      </w:r>
      <w:r>
        <w:rPr/>
        <w:t>subcontratadas que nadie vigila. Lo mismo de siempre, solo que ahora el</w:t>
      </w:r>
      <w:r>
        <w:rPr/>
        <w:t xml:space="preserve"> </w:t>
      </w:r>
      <w:r>
        <w:rPr/>
        <w:t>premio no es el número de tarjeta de un directivo, sino algo bastante</w:t>
      </w:r>
      <w:r>
        <w:rPr/>
        <w:t xml:space="preserve"> </w:t>
      </w:r>
      <w:r>
        <w:rPr/>
        <w:t>más serio.</w:t>
      </w:r>
    </w:p>
    <w:p>
      <w:pPr>
        <w:pStyle w:val="BodyText"/>
      </w:pPr>
      <w:r>
        <w:rPr/>
        <w:t>Se apoyó en la mesa, pensando en voz alta.</w:t>
      </w:r>
    </w:p>
    <w:p>
      <w:pPr>
        <w:pStyle w:val="BodyText"/>
      </w:pPr>
      <w:r>
        <w:rPr/>
        <w:t>—Recuerda lo que decía Adrián —añadió—:</w:t>
      </w:r>
      <w:r>
        <w:rPr/>
        <w:t xml:space="preserve"> </w:t>
      </w:r>
      <w:r>
        <w:rPr/>
        <w:t>“</w:t>
      </w:r>
      <w:r>
        <w:rPr/>
        <w:t>Si quieres cambiar un</w:t>
      </w:r>
      <w:r>
        <w:rPr/>
        <w:t xml:space="preserve"> </w:t>
      </w:r>
      <w:r>
        <w:rPr/>
        <w:t>sistema, primero tienes que entender su arrogancia</w:t>
      </w:r>
      <w:r>
        <w:rPr/>
        <w:t>”</w:t>
      </w:r>
      <w:r>
        <w:rPr/>
        <w:t>. Finch cree que su</w:t>
      </w:r>
      <w:r>
        <w:rPr/>
        <w:t xml:space="preserve"> </w:t>
      </w:r>
      <w:r>
        <w:rPr/>
        <w:t>red es perfecta porque está diseñada por los mejores. Yo he aprendido</w:t>
      </w:r>
      <w:r>
        <w:rPr/>
        <w:t xml:space="preserve"> </w:t>
      </w:r>
      <w:r>
        <w:rPr/>
        <w:t>que lo perfecto, en este mundo, significa</w:t>
      </w:r>
      <w:r>
        <w:rPr/>
        <w:t xml:space="preserve"> </w:t>
      </w:r>
      <w:r>
        <w:rPr/>
        <w:t>“</w:t>
      </w:r>
      <w:r>
        <w:rPr/>
        <w:t>nadie se ha molestado en</w:t>
      </w:r>
      <w:r>
        <w:rPr/>
        <w:t xml:space="preserve"> </w:t>
      </w:r>
      <w:r>
        <w:rPr/>
        <w:t>mirar las costuras</w:t>
      </w:r>
      <w:r>
        <w:rPr/>
        <w:t>”</w:t>
      </w:r>
      <w:r>
        <w:rPr/>
        <w:t>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Las siguientes horas se convirtieron en una coreografía silenciosa.</w:t>
      </w:r>
    </w:p>
    <w:p>
      <w:pPr>
        <w:pStyle w:val="BodyText"/>
      </w:pPr>
      <w:r>
        <w:rPr/>
        <w:t>Markus se encargó de asegurar el perímetro físico: patrones de entrada y</w:t>
      </w:r>
      <w:r>
        <w:rPr/>
        <w:t xml:space="preserve"> </w:t>
      </w:r>
      <w:r>
        <w:rPr/>
        <w:t>salida del edificio, presencia de vehículos sospechosos, cámaras con</w:t>
      </w:r>
      <w:r>
        <w:rPr/>
        <w:t xml:space="preserve"> </w:t>
      </w:r>
      <w:r>
        <w:rPr/>
        <w:t>ángulos improbables. Descubrió al menos tres, colocadas demasiado</w:t>
      </w:r>
      <w:r>
        <w:rPr/>
        <w:t xml:space="preserve"> </w:t>
      </w:r>
      <w:r>
        <w:rPr/>
        <w:t>recientemente como para ser municipales, y dos coches que parecían rotar</w:t>
      </w:r>
      <w:r>
        <w:rPr/>
        <w:t xml:space="preserve"> </w:t>
      </w:r>
      <w:r>
        <w:rPr/>
        <w:t>en exceso por la misma calle.</w:t>
      </w:r>
    </w:p>
    <w:p>
      <w:pPr>
        <w:pStyle w:val="BodyText"/>
      </w:pPr>
      <w:r>
        <w:rPr/>
        <w:t>Lena, por su parte, se sumergió en la capa digital.</w:t>
      </w:r>
    </w:p>
    <w:p>
      <w:pPr>
        <w:pStyle w:val="BodyText"/>
      </w:pPr>
      <w:r>
        <w:rPr/>
        <w:t>Entró primero por donde sabía que poca gente miraba: un proveedor local</w:t>
      </w:r>
      <w:r>
        <w:rPr/>
        <w:t xml:space="preserve"> </w:t>
      </w:r>
      <w:r>
        <w:rPr/>
        <w:t>de internet con mala documentación y peor seguridad, una empresa de</w:t>
      </w:r>
      <w:r>
        <w:rPr/>
        <w:t xml:space="preserve"> </w:t>
      </w:r>
      <w:r>
        <w:rPr/>
        <w:t>alarmas conectadas sin cifrado actualizado, un servidor de copias de</w:t>
      </w:r>
      <w:r>
        <w:rPr/>
        <w:t xml:space="preserve"> </w:t>
      </w:r>
      <w:r>
        <w:rPr/>
        <w:t>seguridad con permisos generosos.</w:t>
      </w:r>
    </w:p>
    <w:p>
      <w:pPr>
        <w:pStyle w:val="BodyText"/>
      </w:pPr>
      <w:r>
        <w:rPr/>
        <w:t>No necesitó forzar las puertas; muchas estaban entornadas.</w:t>
      </w:r>
    </w:p>
    <w:p>
      <w:pPr>
        <w:pStyle w:val="BodyText"/>
      </w:pPr>
      <w:r>
        <w:rPr/>
        <w:t>—Tu problema, querido Finch —murmuró mientras escribía—, es que</w:t>
      </w:r>
      <w:r>
        <w:rPr/>
        <w:t xml:space="preserve"> </w:t>
      </w:r>
      <w:r>
        <w:rPr/>
        <w:t>has construido una red pensada para que nadie desde fuera pueda entrar.</w:t>
      </w:r>
      <w:r>
        <w:rPr/>
        <w:t xml:space="preserve"> </w:t>
      </w:r>
      <w:r>
        <w:rPr/>
        <w:t>Pero te has olvidado de protegerla de alguien que ya vive en los</w:t>
      </w:r>
      <w:r>
        <w:rPr/>
        <w:t xml:space="preserve"> </w:t>
      </w:r>
      <w:r>
        <w:rPr/>
        <w:t>márgenes de tu sistema.</w:t>
      </w:r>
    </w:p>
    <w:p>
      <w:pPr>
        <w:pStyle w:val="BodyText"/>
      </w:pPr>
      <w:r>
        <w:rPr/>
        <w:t>No dejó rastros evidentes. Al contrario: se dedicó a imitar el ruido</w:t>
      </w:r>
      <w:r>
        <w:rPr/>
        <w:t xml:space="preserve"> </w:t>
      </w:r>
      <w:r>
        <w:rPr/>
        <w:t>estadístico de los millones de usuarios reales. Sus accesos parecían</w:t>
      </w:r>
      <w:r>
        <w:rPr/>
        <w:t xml:space="preserve"> </w:t>
      </w:r>
      <w:r>
        <w:rPr/>
        <w:t>fallos de configuración, pequeños errores de proveedores, picos de</w:t>
      </w:r>
      <w:r>
        <w:rPr/>
        <w:t xml:space="preserve"> </w:t>
      </w:r>
      <w:r>
        <w:rPr/>
        <w:t>tráfico atribuibles a hábitos mundanos.</w:t>
      </w:r>
    </w:p>
    <w:p>
      <w:pPr>
        <w:pStyle w:val="BodyText"/>
      </w:pPr>
      <w:r>
        <w:rPr/>
        <w:t>Una vez dentro, empezó a cartografiar.</w:t>
      </w:r>
    </w:p>
    <w:p>
      <w:pPr>
        <w:pStyle w:val="BodyText"/>
      </w:pPr>
      <w:r>
        <w:rPr/>
        <w:t>—No voy a atacarte desde fuera —susurró, a nadie en concreto—. Voy</w:t>
      </w:r>
      <w:r>
        <w:rPr/>
        <w:t xml:space="preserve"> </w:t>
      </w:r>
      <w:r>
        <w:rPr/>
        <w:t>a convertirme en tu usuario no autorizado más competente.</w:t>
      </w:r>
    </w:p>
    <w:p>
      <w:pPr>
        <w:pStyle w:val="BodyText"/>
      </w:pPr>
      <w:r>
        <w:rPr/>
        <w:t>Poco a poco, la pantalla se fue llenando de líneas que representaban</w:t>
      </w:r>
      <w:r>
        <w:rPr/>
        <w:t xml:space="preserve"> </w:t>
      </w:r>
      <w:r>
        <w:rPr/>
        <w:t>rutas de datos, prioridades de paquetes, jerarquías invisibles. El</w:t>
      </w:r>
      <w:r>
        <w:rPr/>
        <w:t xml:space="preserve"> </w:t>
      </w:r>
      <w:r>
        <w:rPr/>
        <w:t>dibujo que emergía tenía una belleza perversa: era la telaraña de una</w:t>
      </w:r>
      <w:r>
        <w:rPr/>
        <w:t xml:space="preserve"> </w:t>
      </w:r>
      <w:r>
        <w:rPr/>
        <w:t>mente que veía la humanidad como flujo, no como personas.</w:t>
      </w:r>
    </w:p>
    <w:p>
      <w:pPr>
        <w:pStyle w:val="BodyText"/>
      </w:pPr>
      <w:r>
        <w:rPr/>
        <w:t>Lena sentía a la vez repulsión y fascinación.</w:t>
      </w:r>
    </w:p>
    <w:p>
      <w:pPr>
        <w:pStyle w:val="BodyText"/>
      </w:pPr>
      <w:r>
        <w:rPr/>
        <w:t>—Mira esto, Markus —llamó—. Aquí tienen sus nodos</w:t>
      </w:r>
      <w:r>
        <w:rPr/>
        <w:t xml:space="preserve"> </w:t>
      </w:r>
      <w:r>
        <w:rPr/>
        <w:t>“</w:t>
      </w:r>
      <w:r>
        <w:rPr/>
        <w:t>seguros</w:t>
      </w:r>
      <w:r>
        <w:rPr/>
        <w:t>”</w:t>
      </w:r>
      <w:r>
        <w:rPr/>
        <w:t>, sus</w:t>
      </w:r>
      <w:r>
        <w:rPr/>
        <w:t xml:space="preserve"> </w:t>
      </w:r>
      <w:r>
        <w:rPr/>
        <w:t>canales cifrados, su tráfico prioritario. Y aquí, los puentes que ni</w:t>
      </w:r>
      <w:r>
        <w:rPr/>
        <w:t xml:space="preserve"> </w:t>
      </w:r>
      <w:r>
        <w:rPr/>
        <w:t>ellos saben que son críticos: la pequeña consultora de Lisboa, el</w:t>
      </w:r>
      <w:r>
        <w:rPr/>
        <w:t xml:space="preserve"> </w:t>
      </w:r>
      <w:r>
        <w:rPr/>
        <w:t>proveedor de cloud barato en Europa del Este, el contrato menor con una</w:t>
      </w:r>
      <w:r>
        <w:rPr/>
        <w:t xml:space="preserve"> </w:t>
      </w:r>
      <w:r>
        <w:rPr/>
        <w:t>empresa de sensores industriales.</w:t>
      </w:r>
    </w:p>
    <w:p>
      <w:pPr>
        <w:pStyle w:val="BodyText"/>
      </w:pPr>
      <w:r>
        <w:rPr/>
        <w:t>Señaló uno de ellos.</w:t>
      </w:r>
    </w:p>
    <w:p>
      <w:pPr>
        <w:pStyle w:val="BodyText"/>
      </w:pPr>
      <w:r>
        <w:rPr/>
        <w:t>—Si tocas aquí, no notan nada hasta que es demasiado tarde. Si tocas</w:t>
      </w:r>
      <w:r>
        <w:rPr/>
        <w:t xml:space="preserve"> </w:t>
      </w:r>
      <w:r>
        <w:rPr/>
        <w:t>aquí, creen que es culpa de un proveedor. Y si aprendes el ritmo de</w:t>
      </w:r>
      <w:r>
        <w:rPr/>
        <w:t xml:space="preserve"> </w:t>
      </w:r>
      <w:r>
        <w:rPr/>
        <w:t>estos pulsos, puedes anticipar sus movimientos.</w:t>
      </w:r>
    </w:p>
    <w:p>
      <w:pPr>
        <w:pStyle w:val="BodyText"/>
      </w:pPr>
      <w:r>
        <w:rPr/>
        <w:t>Markus apoyó una mano en su hombro.</w:t>
      </w:r>
    </w:p>
    <w:p>
      <w:pPr>
        <w:pStyle w:val="BodyText"/>
      </w:pPr>
      <w:r>
        <w:rPr/>
        <w:t>—Esto no es solo defensa —dijo—. Estás preparando un contraataque.</w:t>
      </w:r>
    </w:p>
    <w:p>
      <w:pPr>
        <w:pStyle w:val="BodyText"/>
      </w:pPr>
      <w:r>
        <w:rPr/>
        <w:t>—Claro que sí —respondió ella, sin apartar la vista de la</w:t>
      </w:r>
      <w:r>
        <w:rPr/>
        <w:t xml:space="preserve"> </w:t>
      </w:r>
      <w:r>
        <w:rPr/>
        <w:t>pantalla—. Finch está acostumbrado a ser la araña. Pero incluso las</w:t>
      </w:r>
      <w:r>
        <w:rPr/>
        <w:t xml:space="preserve"> </w:t>
      </w:r>
      <w:r>
        <w:rPr/>
        <w:t>arañas, cuando no miran, pueden terminar enredadas en su propia seda.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En Soria, veinticinco años después de la desaparición de ILIBERIS, Lena</w:t>
      </w:r>
      <w:r>
        <w:rPr/>
        <w:t xml:space="preserve"> </w:t>
      </w:r>
      <w:r>
        <w:rPr/>
        <w:t>aplicaba la lección que había aprendido de la forma más dolorosa</w:t>
      </w:r>
      <w:r>
        <w:rPr/>
        <w:t xml:space="preserve"> </w:t>
      </w:r>
      <w:r>
        <w:rPr/>
        <w:t>posible: que la mejor manera de sobrevivir a un sistema hostil no era</w:t>
      </w:r>
      <w:r>
        <w:rPr/>
        <w:t xml:space="preserve"> </w:t>
      </w:r>
      <w:r>
        <w:rPr/>
        <w:t>escapar de él, sino estudiar su lógica hasta convertirla en campo</w:t>
      </w:r>
      <w:r>
        <w:rPr/>
        <w:t xml:space="preserve"> </w:t>
      </w:r>
      <w:r>
        <w:rPr/>
        <w:t>propio.</w:t>
      </w:r>
    </w:p>
    <w:p>
      <w:pPr>
        <w:pStyle w:val="BodyText"/>
      </w:pPr>
      <w:r>
        <w:rPr/>
        <w:t>No era la primera vez que infiltraba infraestructuras ajenas. Los años</w:t>
      </w:r>
      <w:r>
        <w:rPr/>
        <w:t xml:space="preserve"> </w:t>
      </w:r>
      <w:r>
        <w:rPr/>
        <w:t>oscuros, después de Adrián, habían estado llenos de trabajos que nunca</w:t>
      </w:r>
      <w:r>
        <w:rPr/>
        <w:t xml:space="preserve"> </w:t>
      </w:r>
      <w:r>
        <w:rPr/>
        <w:t>aparecerían en su currículum: auditorías de seguridad pagadas en</w:t>
      </w:r>
      <w:r>
        <w:rPr/>
        <w:t xml:space="preserve"> </w:t>
      </w:r>
      <w:r>
        <w:rPr/>
        <w:t>efectivo, encargos para organizaciones que no existían en ningún</w:t>
      </w:r>
      <w:r>
        <w:rPr/>
        <w:t xml:space="preserve"> </w:t>
      </w:r>
      <w:r>
        <w:rPr/>
        <w:t>registro, correcciones silenciosas de errores que, de haberse filtrado,</w:t>
      </w:r>
      <w:r>
        <w:rPr/>
        <w:t xml:space="preserve"> </w:t>
      </w:r>
      <w:r>
        <w:rPr/>
        <w:t>habrían puesto de rodillas a más de una institución.</w:t>
      </w:r>
    </w:p>
    <w:p>
      <w:pPr>
        <w:pStyle w:val="BodyText"/>
      </w:pPr>
      <w:r>
        <w:rPr/>
        <w:t>La diferencia era que ahora, por primera vez, sentía que todo ese</w:t>
      </w:r>
      <w:r>
        <w:rPr/>
        <w:t xml:space="preserve"> </w:t>
      </w:r>
      <w:r>
        <w:rPr/>
        <w:t>aprendizaje tenía un propósito que iba más allá de la supervivencia o</w:t>
      </w:r>
      <w:r>
        <w:rPr/>
        <w:t xml:space="preserve"> </w:t>
      </w:r>
      <w:r>
        <w:rPr/>
        <w:t>del dinero.</w:t>
      </w:r>
    </w:p>
    <w:p>
      <w:pPr>
        <w:pStyle w:val="BodyText"/>
      </w:pPr>
      <w:r>
        <w:rPr/>
        <w:t>Ahora estaba defendiendo algo que no era negociable: la continuidad del</w:t>
      </w:r>
      <w:r>
        <w:rPr/>
        <w:t xml:space="preserve"> </w:t>
      </w:r>
      <w:r>
        <w:rPr/>
        <w:t>Eco.</w:t>
      </w:r>
    </w:p>
    <w:p>
      <w:pPr>
        <w:pStyle w:val="BodyText"/>
      </w:pPr>
      <w:r>
        <w:rPr/>
        <w:t>Mientras el mapa seguía dibujándose en la pantalla, Lena se dio cuenta</w:t>
      </w:r>
      <w:r>
        <w:rPr/>
        <w:t xml:space="preserve"> </w:t>
      </w:r>
      <w:r>
        <w:rPr/>
        <w:t>de algo que la hizo sonreír con una dureza nueva.</w:t>
      </w:r>
    </w:p>
    <w:p>
      <w:pPr>
        <w:pStyle w:val="BodyText"/>
      </w:pPr>
      <w:r>
        <w:rPr/>
        <w:t>—No solo estoy aprendiendo a moverme por su sistema —pensó en voz</w:t>
      </w:r>
      <w:r>
        <w:rPr/>
        <w:t xml:space="preserve"> </w:t>
      </w:r>
      <w:r>
        <w:rPr/>
        <w:t>alta—. Estoy enseñándole, sin que lo sepa, a depender de mí.</w:t>
      </w:r>
    </w:p>
    <w:p>
      <w:pPr>
        <w:pStyle w:val="BodyText"/>
      </w:pPr>
      <w:r>
        <w:rPr/>
        <w:t>Cada pequeña corrección que hacía, cada</w:t>
      </w:r>
      <w:r>
        <w:rPr/>
        <w:t xml:space="preserve"> </w:t>
      </w:r>
      <w:r>
        <w:rPr/>
        <w:t>“</w:t>
      </w:r>
      <w:r>
        <w:rPr/>
        <w:t>error</w:t>
      </w:r>
      <w:r>
        <w:rPr/>
        <w:t>”</w:t>
      </w:r>
      <w:r>
        <w:rPr/>
        <w:t xml:space="preserve"> </w:t>
      </w:r>
      <w:r>
        <w:rPr/>
        <w:t>que dejaba pasar, cada</w:t>
      </w:r>
      <w:r>
        <w:rPr/>
        <w:t xml:space="preserve"> </w:t>
      </w:r>
      <w:r>
        <w:rPr/>
        <w:t>ruta que optimizaba en apariencia para mejorar la eficiencia, convertía</w:t>
      </w:r>
      <w:r>
        <w:rPr/>
        <w:t xml:space="preserve"> </w:t>
      </w:r>
      <w:r>
        <w:rPr/>
        <w:t>su presencia en una anomalía beneficiosa. Un punto fantasma del que el</w:t>
      </w:r>
      <w:r>
        <w:rPr/>
        <w:t xml:space="preserve"> </w:t>
      </w:r>
      <w:r>
        <w:rPr/>
        <w:t>sistema, poco a poco, empezaría a depender.</w:t>
      </w:r>
    </w:p>
    <w:p>
      <w:pPr>
        <w:pStyle w:val="BodyText"/>
      </w:pPr>
      <w:r>
        <w:rPr/>
        <w:t>—Y cuando llegue el momento —susurró, con la mirada fija en la</w:t>
      </w:r>
      <w:r>
        <w:rPr/>
        <w:t xml:space="preserve"> </w:t>
      </w:r>
      <w:r>
        <w:rPr/>
        <w:t>telaraña luminosa—, cuando decida tirar de un hilo concreto…</w:t>
      </w:r>
    </w:p>
    <w:p>
      <w:pPr>
        <w:pStyle w:val="BodyText"/>
      </w:pPr>
      <w:r>
        <w:rPr/>
        <w:t>El sistema no se resistirá.</w:t>
      </w:r>
    </w:p>
    <w:p>
      <w:pPr>
        <w:pStyle w:val="BodyText"/>
      </w:pPr>
      <w:r>
        <w:rPr/>
        <w:t>Se vendrá abajo ayudándome.</w:t>
      </w:r>
    </w:p>
    <w:p>
      <w:pPr>
        <w:pStyle w:val="BodyText"/>
      </w:pPr>
      <w:r>
        <w:rPr/>
        <w:t>⸻</w:t>
      </w:r>
    </w:p>
    <w:p>
      <w:pPr>
        <w:pStyle w:val="BodyText"/>
      </w:pPr>
      <w:r>
        <w:rPr/>
        <w:t>La araña había comenzado a tejer su propia seda dentro de la tela ajena.</w:t>
      </w:r>
    </w:p>
    <w:p>
      <w:pPr>
        <w:pStyle w:val="BodyText"/>
      </w:pPr>
      <w:r>
        <w:rPr/>
        <w:t>Y esta vez, Lena pensaba elegir con sumo cuidado qué criaturas quedaban</w:t>
      </w:r>
      <w:r>
        <w:rPr/>
        <w:t xml:space="preserve"> </w:t>
      </w:r>
      <w:r>
        <w:rPr/>
        <w:t>atrapadas.</w:t>
      </w:r>
    </w:p>
    <w:p>
      <w:pPr>
        <w:pStyle w:val="BodyText"/>
      </w:pPr>
      <w:r>
        <w:rPr/>
        <w:t>⸻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