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B304F" w14:textId="39FFC4AF" w:rsidR="00830533" w:rsidRPr="0032579A" w:rsidRDefault="00636687">
      <w:pPr>
        <w:jc w:val="center"/>
        <w:rPr>
          <w:rFonts w:ascii="Times New Roman" w:hAnsi="Times New Roman" w:cs="Times New Roman"/>
          <w:sz w:val="48"/>
          <w:szCs w:val="48"/>
        </w:rPr>
      </w:pPr>
      <w:r w:rsidRPr="00636687">
        <w:rPr>
          <w:rFonts w:ascii="Times New Roman" w:hAnsi="Times New Roman" w:cs="Times New Roman"/>
          <w:color w:val="76923C"/>
          <w:sz w:val="48"/>
          <w:szCs w:val="48"/>
        </w:rPr>
        <w:t>Teroch’burcya</w:t>
      </w:r>
      <w:r w:rsidR="00000000" w:rsidRPr="0032579A">
        <w:rPr>
          <w:rFonts w:ascii="Times New Roman" w:hAnsi="Times New Roman" w:cs="Times New Roman"/>
          <w:color w:val="76923C"/>
          <w:sz w:val="48"/>
          <w:szCs w:val="48"/>
        </w:rPr>
        <w:t>: Shadow Wolves of Mandalore</w:t>
      </w:r>
    </w:p>
    <w:p w14:paraId="2F192D6D"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t>Chapter I — Arrival at Sundari</w:t>
      </w:r>
    </w:p>
    <w:p w14:paraId="73F089A2" w14:textId="77777777" w:rsidR="00830533" w:rsidRPr="0032579A" w:rsidRDefault="00000000">
      <w:pPr>
        <w:jc w:val="center"/>
        <w:rPr>
          <w:rFonts w:ascii="Times New Roman" w:hAnsi="Times New Roman" w:cs="Times New Roman"/>
          <w:sz w:val="24"/>
          <w:szCs w:val="24"/>
        </w:rPr>
      </w:pPr>
      <w:r w:rsidRPr="0032579A">
        <w:rPr>
          <w:rFonts w:ascii="Times New Roman" w:hAnsi="Times New Roman" w:cs="Times New Roman"/>
          <w:i/>
          <w:sz w:val="24"/>
          <w:szCs w:val="24"/>
        </w:rPr>
        <w:t>*37 BBY*</w:t>
      </w:r>
    </w:p>
    <w:p w14:paraId="6DDD004A" w14:textId="77777777" w:rsidR="00830533" w:rsidRPr="0032579A" w:rsidRDefault="00830533">
      <w:pPr>
        <w:rPr>
          <w:rFonts w:ascii="Times New Roman" w:hAnsi="Times New Roman" w:cs="Times New Roman"/>
        </w:rPr>
      </w:pPr>
    </w:p>
    <w:p w14:paraId="5260FB3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Heat shimmered on the poisoned plains, rising in ripples that bent the horizon into a mirage. The air smelled of scorched dust and iron oxide, a bitter tang that clung at the back of the throat. Wind carried the faint taste of chemicals leeching from soil too long stripped and mined, poisoned until even the weeds had surrendered.</w:t>
      </w:r>
    </w:p>
    <w:p w14:paraId="6D9228D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lone figure walked the scarred land. Dust clung to the seams of his boots, to the hard line of his jaw, but his eyes remained sharp, cataloguing. Each sound and shadow marked, judged, stored. Ahead, through the wavering heat, rose Sundari. His armor was Mandalorian in shape, but incomplete — a cuirass, a single vambrace, plates patched with scrap, head bare. A leather blaster belt hung low on his waist, the holster carrying an old IB94 whose scars spoke of long use and careful care. His knife rode alongside it, steel honed sharp by hand.</w:t>
      </w:r>
    </w:p>
    <w:p w14:paraId="1B35EBB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Long before Verdan’s steps marked these plains, Mandalore had already broken itself. Endless wars of clan against clan stripped the soil bare, and when the mines were hollowed to nothing, the planet was poisoned by industry that burned hotter than reason. Bombardments during the last great civil wars shattered ecosystems that never healed. Where once grasslands rolled, now only slag and ash remained, a wasteland both self-inflicted and scarred by outside hands.</w:t>
      </w:r>
    </w:p>
    <w:p w14:paraId="7E9FBDA3" w14:textId="77777777" w:rsidR="00830533" w:rsidRPr="0032579A" w:rsidRDefault="00830533">
      <w:pPr>
        <w:rPr>
          <w:rFonts w:ascii="Times New Roman" w:hAnsi="Times New Roman" w:cs="Times New Roman"/>
        </w:rPr>
      </w:pPr>
    </w:p>
    <w:p w14:paraId="513B1C5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capital dome still stood, but not as the proud centerpiece the old tales whispered. Its once-pristine transparisteel was patched with steel girders and dull alloy, fractures webbing across its face like scars. From a distance it resembled a glass heart cracked and bandaged with iron.</w:t>
      </w:r>
    </w:p>
    <w:p w14:paraId="63BAEE79" w14:textId="77777777" w:rsidR="00830533" w:rsidRPr="0032579A" w:rsidRDefault="00830533">
      <w:pPr>
        <w:rPr>
          <w:rFonts w:ascii="Times New Roman" w:hAnsi="Times New Roman" w:cs="Times New Roman"/>
        </w:rPr>
      </w:pPr>
    </w:p>
    <w:p w14:paraId="155B92F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paused. The city breathed under that dome — not thriving, only pretending. He studied the shuttle lanes weaving into it: sluggish, under-escorted, patrol grids half-functioning. Exhaust haze pooled low around the gates, acrid even from here. He drew the air deep, memorizing the variables the way another man might pray before entering holy ground.</w:t>
      </w:r>
    </w:p>
    <w:p w14:paraId="7522D77D" w14:textId="77777777" w:rsidR="00830533" w:rsidRPr="0032579A" w:rsidRDefault="00830533">
      <w:pPr>
        <w:rPr>
          <w:rFonts w:ascii="Times New Roman" w:hAnsi="Times New Roman" w:cs="Times New Roman"/>
        </w:rPr>
      </w:pPr>
    </w:p>
    <w:p w14:paraId="54B1BF9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straps of his pack creaked as he shifted it higher. Tools, a battered canteen, a knife — essentials only. His hand brushed the hilt, the reassurance of steel, then fell away.</w:t>
      </w:r>
    </w:p>
    <w:p w14:paraId="42109E69" w14:textId="77777777" w:rsidR="00830533" w:rsidRPr="0032579A" w:rsidRDefault="00830533">
      <w:pPr>
        <w:rPr>
          <w:rFonts w:ascii="Times New Roman" w:hAnsi="Times New Roman" w:cs="Times New Roman"/>
        </w:rPr>
      </w:pPr>
    </w:p>
    <w:p w14:paraId="1299FAB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Steel patched on glass, he thought. A city choking itself and calling it survival.</w:t>
      </w:r>
    </w:p>
    <w:p w14:paraId="3833E66B" w14:textId="77777777" w:rsidR="00830533" w:rsidRPr="0032579A" w:rsidRDefault="00830533">
      <w:pPr>
        <w:rPr>
          <w:rFonts w:ascii="Times New Roman" w:hAnsi="Times New Roman" w:cs="Times New Roman"/>
        </w:rPr>
      </w:pPr>
    </w:p>
    <w:p w14:paraId="3A1B699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land gave way to broken slag piles — remains of strip mines long stripped bare. Wind whistled through rusted ore carts, chains clattering faintly like the bones of ghosts. Cover, but also places for eyes to hide. He moved steady, his stride wasting nothing.</w:t>
      </w:r>
    </w:p>
    <w:p w14:paraId="48AEB413" w14:textId="77777777" w:rsidR="00830533" w:rsidRPr="0032579A" w:rsidRDefault="00830533">
      <w:pPr>
        <w:rPr>
          <w:rFonts w:ascii="Times New Roman" w:hAnsi="Times New Roman" w:cs="Times New Roman"/>
        </w:rPr>
      </w:pPr>
    </w:p>
    <w:p w14:paraId="713F1E2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gate loomed. Guards lounged at its threshold, armor mismatched and dulled. They carried themselves like men who remembered discipline but no longer believed in it. Verdan’s gaze flicked over them: one limping, one with a poorly cleaned rifle, another with optics flickering. He catalogued, dismissed. He passed unnoticed — another dust-stained traveler, another face in the endless shuffle.</w:t>
      </w:r>
    </w:p>
    <w:p w14:paraId="1D74DBE5" w14:textId="77777777" w:rsidR="00830533" w:rsidRPr="0032579A" w:rsidRDefault="00830533">
      <w:pPr>
        <w:rPr>
          <w:rFonts w:ascii="Times New Roman" w:hAnsi="Times New Roman" w:cs="Times New Roman"/>
        </w:rPr>
      </w:pPr>
    </w:p>
    <w:p w14:paraId="2724A14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airlock cycled with a sigh, heavy seals groaning. Inside, the dome’s air pressed close, recycled and thick. It smelled of oil, sweat, and faint cooked meat. The hum of repulsor carts merged with the clatter of shutters and the sharp bite of voices bargaining.</w:t>
      </w:r>
    </w:p>
    <w:p w14:paraId="434D0141" w14:textId="77777777" w:rsidR="00830533" w:rsidRPr="0032579A" w:rsidRDefault="00830533">
      <w:pPr>
        <w:rPr>
          <w:rFonts w:ascii="Times New Roman" w:hAnsi="Times New Roman" w:cs="Times New Roman"/>
        </w:rPr>
      </w:pPr>
    </w:p>
    <w:p w14:paraId="7C36053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paused, absorbing it. Not in awe, but in the way a predator listens to a herd. He marked exits, men standing too still, choke points where a blade would do more damage than a blaster. He ignored the price-shouting, the smoke of nerf skewers.</w:t>
      </w:r>
    </w:p>
    <w:p w14:paraId="3F73BAD8" w14:textId="77777777" w:rsidR="00830533" w:rsidRPr="0032579A" w:rsidRDefault="00830533">
      <w:pPr>
        <w:rPr>
          <w:rFonts w:ascii="Times New Roman" w:hAnsi="Times New Roman" w:cs="Times New Roman"/>
        </w:rPr>
      </w:pPr>
    </w:p>
    <w:p w14:paraId="55D3C79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people felt him in small ways. Some looked down, unwilling to meet a gaze that weighed and judged. Others glanced twice, uncertain what they’d seen in the steadiness of his step, in the loose balance of his shoulders.</w:t>
      </w:r>
    </w:p>
    <w:p w14:paraId="389D8F07" w14:textId="77777777" w:rsidR="00830533" w:rsidRPr="0032579A" w:rsidRDefault="00830533">
      <w:pPr>
        <w:rPr>
          <w:rFonts w:ascii="Times New Roman" w:hAnsi="Times New Roman" w:cs="Times New Roman"/>
        </w:rPr>
      </w:pPr>
    </w:p>
    <w:p w14:paraId="0F84D3D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Then came the cry. A child’s voice, high, panicked.</w:t>
      </w:r>
    </w:p>
    <w:p w14:paraId="75BF9FD7" w14:textId="77777777" w:rsidR="00830533" w:rsidRPr="0032579A" w:rsidRDefault="00830533">
      <w:pPr>
        <w:rPr>
          <w:rFonts w:ascii="Times New Roman" w:hAnsi="Times New Roman" w:cs="Times New Roman"/>
        </w:rPr>
      </w:pPr>
    </w:p>
    <w:p w14:paraId="5363F8E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Through the crowd, Verdan saw two men cornering a boy no older than seven. The child clutched a sack of stale bread. One of the men shoved him against the wall, laughing.</w:t>
      </w:r>
    </w:p>
    <w:p w14:paraId="3D50DB96" w14:textId="77777777" w:rsidR="00830533" w:rsidRPr="0032579A" w:rsidRDefault="00830533">
      <w:pPr>
        <w:rPr>
          <w:rFonts w:ascii="Times New Roman" w:hAnsi="Times New Roman" w:cs="Times New Roman"/>
        </w:rPr>
      </w:pPr>
    </w:p>
    <w:p w14:paraId="6204D44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moved. Not hurried, not hesitant — inevitable. He flowed through the crowd, shouldering past bodies. At the edge of the scene, he paused just long enough to assess.</w:t>
      </w:r>
    </w:p>
    <w:p w14:paraId="6E503F8B" w14:textId="77777777" w:rsidR="00830533" w:rsidRPr="0032579A" w:rsidRDefault="00830533">
      <w:pPr>
        <w:rPr>
          <w:rFonts w:ascii="Times New Roman" w:hAnsi="Times New Roman" w:cs="Times New Roman"/>
        </w:rPr>
      </w:pPr>
    </w:p>
    <w:p w14:paraId="17A2A79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Two men. Blades visible, no blasters. One sloppy, weight back on his heels. The other overconfident, stance too wide.</w:t>
      </w:r>
    </w:p>
    <w:p w14:paraId="56041B81" w14:textId="77777777" w:rsidR="00830533" w:rsidRPr="0032579A" w:rsidRDefault="00830533">
      <w:pPr>
        <w:rPr>
          <w:rFonts w:ascii="Times New Roman" w:hAnsi="Times New Roman" w:cs="Times New Roman"/>
        </w:rPr>
      </w:pPr>
    </w:p>
    <w:p w14:paraId="76A000E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struck.</w:t>
      </w:r>
    </w:p>
    <w:p w14:paraId="73504E80" w14:textId="77777777" w:rsidR="00830533" w:rsidRPr="0032579A" w:rsidRDefault="00830533">
      <w:pPr>
        <w:rPr>
          <w:rFonts w:ascii="Times New Roman" w:hAnsi="Times New Roman" w:cs="Times New Roman"/>
        </w:rPr>
      </w:pPr>
    </w:p>
    <w:p w14:paraId="6AE06C9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first man’s wrist cracked under his grip; bone gave with a snap. Before he could cry out, Verdan’s fist drove into his throat. He collapsed, choking.</w:t>
      </w:r>
    </w:p>
    <w:p w14:paraId="3EB228C8" w14:textId="77777777" w:rsidR="00830533" w:rsidRPr="0032579A" w:rsidRDefault="00830533">
      <w:pPr>
        <w:rPr>
          <w:rFonts w:ascii="Times New Roman" w:hAnsi="Times New Roman" w:cs="Times New Roman"/>
        </w:rPr>
      </w:pPr>
    </w:p>
    <w:p w14:paraId="53D3515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second lunged. Verdan stepped aside, calm. His elbow slammed into ribs with a crack sharp enough to silence the nearby voices. The man folded, gasping.</w:t>
      </w:r>
    </w:p>
    <w:p w14:paraId="6CE4DB95" w14:textId="77777777" w:rsidR="00830533" w:rsidRPr="0032579A" w:rsidRDefault="00830533">
      <w:pPr>
        <w:rPr>
          <w:rFonts w:ascii="Times New Roman" w:hAnsi="Times New Roman" w:cs="Times New Roman"/>
        </w:rPr>
      </w:pPr>
    </w:p>
    <w:p w14:paraId="22C8E6E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 was over in five breaths.</w:t>
      </w:r>
    </w:p>
    <w:p w14:paraId="104FFF6C" w14:textId="77777777" w:rsidR="00830533" w:rsidRPr="0032579A" w:rsidRDefault="00830533">
      <w:pPr>
        <w:rPr>
          <w:rFonts w:ascii="Times New Roman" w:hAnsi="Times New Roman" w:cs="Times New Roman"/>
        </w:rPr>
      </w:pPr>
    </w:p>
    <w:p w14:paraId="6806863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crouched, picked up the fallen knife, wiped the blade on a tunic, and slid it into his belt. He turned to the boy.</w:t>
      </w:r>
    </w:p>
    <w:p w14:paraId="5D5887E2" w14:textId="77777777" w:rsidR="00830533" w:rsidRPr="0032579A" w:rsidRDefault="00830533">
      <w:pPr>
        <w:rPr>
          <w:rFonts w:ascii="Times New Roman" w:hAnsi="Times New Roman" w:cs="Times New Roman"/>
        </w:rPr>
      </w:pPr>
    </w:p>
    <w:p w14:paraId="2861CC0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“Go,” he said, voice low.</w:t>
      </w:r>
    </w:p>
    <w:p w14:paraId="4ADC3993" w14:textId="77777777" w:rsidR="00830533" w:rsidRPr="0032579A" w:rsidRDefault="00830533">
      <w:pPr>
        <w:rPr>
          <w:rFonts w:ascii="Times New Roman" w:hAnsi="Times New Roman" w:cs="Times New Roman"/>
        </w:rPr>
      </w:pPr>
    </w:p>
    <w:p w14:paraId="7D9995D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boy bolted, swallowed by the crowd.</w:t>
      </w:r>
    </w:p>
    <w:p w14:paraId="08173AD8" w14:textId="77777777" w:rsidR="00830533" w:rsidRPr="0032579A" w:rsidRDefault="00830533">
      <w:pPr>
        <w:rPr>
          <w:rFonts w:ascii="Times New Roman" w:hAnsi="Times New Roman" w:cs="Times New Roman"/>
        </w:rPr>
      </w:pPr>
    </w:p>
    <w:p w14:paraId="7E39382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straightened. The market stared. No cheers, no thanks — only silence, fearful and measuring. The men groaned on the ground, alive. He had not finished them. Waste was weakness. Let them crawl.</w:t>
      </w:r>
    </w:p>
    <w:p w14:paraId="742CE9AA" w14:textId="77777777" w:rsidR="00830533" w:rsidRPr="0032579A" w:rsidRDefault="00830533">
      <w:pPr>
        <w:rPr>
          <w:rFonts w:ascii="Times New Roman" w:hAnsi="Times New Roman" w:cs="Times New Roman"/>
        </w:rPr>
      </w:pPr>
    </w:p>
    <w:p w14:paraId="4F570AD8" w14:textId="66890163" w:rsidR="00830533" w:rsidRPr="0032579A" w:rsidRDefault="00000000">
      <w:pPr>
        <w:rPr>
          <w:rFonts w:ascii="Times New Roman" w:hAnsi="Times New Roman" w:cs="Times New Roman"/>
        </w:rPr>
      </w:pPr>
      <w:r w:rsidRPr="0032579A">
        <w:rPr>
          <w:rFonts w:ascii="Times New Roman" w:hAnsi="Times New Roman" w:cs="Times New Roman"/>
          <w:color w:val="000000"/>
        </w:rPr>
        <w:t>He walked on. The crowd parted just enough, whispers starting in his wake. Not loud, not yet rumor, but the beginning of one.</w:t>
      </w:r>
    </w:p>
    <w:p w14:paraId="32CB8EAD" w14:textId="44D71FC0" w:rsidR="00830533" w:rsidRPr="0032579A" w:rsidRDefault="00000000" w:rsidP="003B31C9">
      <w:pPr>
        <w:spacing w:after="0"/>
        <w:jc w:val="center"/>
        <w:rPr>
          <w:rFonts w:ascii="Times New Roman" w:hAnsi="Times New Roman" w:cs="Times New Roman"/>
        </w:rPr>
      </w:pPr>
      <w:r w:rsidRPr="0032579A">
        <w:rPr>
          <w:rFonts w:ascii="Times New Roman" w:hAnsi="Times New Roman" w:cs="Times New Roman"/>
        </w:rPr>
        <w:t>***</w:t>
      </w:r>
    </w:p>
    <w:p w14:paraId="462D5711" w14:textId="77777777" w:rsidR="00830533" w:rsidRPr="0032579A" w:rsidRDefault="00830533">
      <w:pPr>
        <w:rPr>
          <w:rFonts w:ascii="Times New Roman" w:hAnsi="Times New Roman" w:cs="Times New Roman"/>
        </w:rPr>
      </w:pPr>
    </w:p>
    <w:p w14:paraId="5472074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market thickened again. Meat smoke, rust, sweat. Verdan stopped at a water hawker’s cart, canteen hanging at his side. The hawker, gaunt, scarred, eyed the knife at Verdan’s hip like it might fetch coin.</w:t>
      </w:r>
    </w:p>
    <w:p w14:paraId="358F3D43" w14:textId="77777777" w:rsidR="00830533" w:rsidRPr="0032579A" w:rsidRDefault="00830533">
      <w:pPr>
        <w:rPr>
          <w:rFonts w:ascii="Times New Roman" w:hAnsi="Times New Roman" w:cs="Times New Roman"/>
        </w:rPr>
      </w:pPr>
    </w:p>
    <w:p w14:paraId="532E0BD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“Two scrip for a fill,” the hawker said.</w:t>
      </w:r>
    </w:p>
    <w:p w14:paraId="2888B1B6" w14:textId="77777777" w:rsidR="00830533" w:rsidRPr="0032579A" w:rsidRDefault="00830533">
      <w:pPr>
        <w:rPr>
          <w:rFonts w:ascii="Times New Roman" w:hAnsi="Times New Roman" w:cs="Times New Roman"/>
        </w:rPr>
      </w:pPr>
    </w:p>
    <w:p w14:paraId="1F1669F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“Half,” Verdan replied. He tipped the canteen, showing the resin-dark line where water had left a stain. “Your filters are old.”</w:t>
      </w:r>
    </w:p>
    <w:p w14:paraId="39EBC9D9" w14:textId="77777777" w:rsidR="00830533" w:rsidRPr="0032579A" w:rsidRDefault="00830533">
      <w:pPr>
        <w:rPr>
          <w:rFonts w:ascii="Times New Roman" w:hAnsi="Times New Roman" w:cs="Times New Roman"/>
        </w:rPr>
      </w:pPr>
    </w:p>
    <w:p w14:paraId="25AB6E9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hawker bristled, but when Verdan held his gaze, he sighed and took the coin. The pump wheezed. Water filled the canteen, clean enough.</w:t>
      </w:r>
    </w:p>
    <w:p w14:paraId="3CBF3C46" w14:textId="77777777" w:rsidR="00830533" w:rsidRPr="0032579A" w:rsidRDefault="00830533">
      <w:pPr>
        <w:rPr>
          <w:rFonts w:ascii="Times New Roman" w:hAnsi="Times New Roman" w:cs="Times New Roman"/>
        </w:rPr>
      </w:pPr>
    </w:p>
    <w:p w14:paraId="0F782EF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the hawker reached to screw the lid, Verdan stopped him with a tap. Adjusted the gasket, twisted until the threads caught true. The lid thonked shut.</w:t>
      </w:r>
    </w:p>
    <w:p w14:paraId="10AE4B91" w14:textId="77777777" w:rsidR="00830533" w:rsidRPr="0032579A" w:rsidRDefault="00830533">
      <w:pPr>
        <w:rPr>
          <w:rFonts w:ascii="Times New Roman" w:hAnsi="Times New Roman" w:cs="Times New Roman"/>
        </w:rPr>
      </w:pPr>
    </w:p>
    <w:p w14:paraId="0995B5F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“Grease the ring,” Verdan said. “You’ll lose less.”</w:t>
      </w:r>
    </w:p>
    <w:p w14:paraId="4F73B394" w14:textId="77777777" w:rsidR="00830533" w:rsidRPr="0032579A" w:rsidRDefault="00830533">
      <w:pPr>
        <w:rPr>
          <w:rFonts w:ascii="Times New Roman" w:hAnsi="Times New Roman" w:cs="Times New Roman"/>
        </w:rPr>
      </w:pPr>
    </w:p>
    <w:p w14:paraId="24BD1A9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hawker frowned, but nodded. “You’ve got an eye.”</w:t>
      </w:r>
    </w:p>
    <w:p w14:paraId="05B20D4B" w14:textId="77777777" w:rsidR="00830533" w:rsidRPr="0032579A" w:rsidRDefault="00830533">
      <w:pPr>
        <w:rPr>
          <w:rFonts w:ascii="Times New Roman" w:hAnsi="Times New Roman" w:cs="Times New Roman"/>
        </w:rPr>
      </w:pPr>
    </w:p>
    <w:p w14:paraId="7CF43347" w14:textId="2825FE5E" w:rsidR="00830533" w:rsidRPr="0032579A" w:rsidRDefault="00000000">
      <w:pPr>
        <w:rPr>
          <w:rFonts w:ascii="Times New Roman" w:hAnsi="Times New Roman" w:cs="Times New Roman"/>
        </w:rPr>
      </w:pPr>
      <w:r w:rsidRPr="0032579A">
        <w:rPr>
          <w:rFonts w:ascii="Times New Roman" w:hAnsi="Times New Roman" w:cs="Times New Roman"/>
          <w:color w:val="000000"/>
        </w:rPr>
        <w:t>“I’ve got a canteen,” Verdan said, and walked on.</w:t>
      </w:r>
    </w:p>
    <w:p w14:paraId="3F601F88"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3F46088F" w14:textId="77777777" w:rsidR="00830533" w:rsidRPr="0032579A" w:rsidRDefault="00830533">
      <w:pPr>
        <w:rPr>
          <w:rFonts w:ascii="Times New Roman" w:hAnsi="Times New Roman" w:cs="Times New Roman"/>
        </w:rPr>
      </w:pPr>
    </w:p>
    <w:p w14:paraId="7CC32F5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a salvage tarp, Verdan turned over heat-scarred couplers. Most useless. One good. He took it and five broken shells for patch stock.</w:t>
      </w:r>
    </w:p>
    <w:p w14:paraId="66FBEAD4" w14:textId="77777777" w:rsidR="00830533" w:rsidRPr="0032579A" w:rsidRDefault="00830533">
      <w:pPr>
        <w:rPr>
          <w:rFonts w:ascii="Times New Roman" w:hAnsi="Times New Roman" w:cs="Times New Roman"/>
        </w:rPr>
      </w:pPr>
    </w:p>
    <w:p w14:paraId="696CB92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“Two scrip,” the seller said.</w:t>
      </w:r>
    </w:p>
    <w:p w14:paraId="0B071955" w14:textId="77777777" w:rsidR="00830533" w:rsidRPr="0032579A" w:rsidRDefault="00830533">
      <w:pPr>
        <w:rPr>
          <w:rFonts w:ascii="Times New Roman" w:hAnsi="Times New Roman" w:cs="Times New Roman"/>
        </w:rPr>
      </w:pPr>
    </w:p>
    <w:p w14:paraId="2A638C66" w14:textId="410583DA" w:rsidR="00830533" w:rsidRPr="0032579A" w:rsidRDefault="00000000">
      <w:pPr>
        <w:rPr>
          <w:rFonts w:ascii="Times New Roman" w:hAnsi="Times New Roman" w:cs="Times New Roman"/>
        </w:rPr>
      </w:pPr>
      <w:r w:rsidRPr="0032579A">
        <w:rPr>
          <w:rFonts w:ascii="Times New Roman" w:hAnsi="Times New Roman" w:cs="Times New Roman"/>
          <w:color w:val="000000"/>
        </w:rPr>
        <w:t>“Two for the good one and scrap,” Verdan said</w:t>
      </w:r>
      <w:r w:rsidR="00D77928">
        <w:rPr>
          <w:rFonts w:ascii="Times New Roman" w:hAnsi="Times New Roman" w:cs="Times New Roman"/>
          <w:color w:val="000000"/>
        </w:rPr>
        <w:t xml:space="preserve"> with a shrug</w:t>
      </w:r>
      <w:r w:rsidRPr="0032579A">
        <w:rPr>
          <w:rFonts w:ascii="Times New Roman" w:hAnsi="Times New Roman" w:cs="Times New Roman"/>
          <w:color w:val="000000"/>
        </w:rPr>
        <w:t xml:space="preserve">. “Or you </w:t>
      </w:r>
      <w:r w:rsidR="00146DD3">
        <w:rPr>
          <w:rFonts w:ascii="Times New Roman" w:hAnsi="Times New Roman" w:cs="Times New Roman"/>
          <w:color w:val="000000"/>
        </w:rPr>
        <w:t xml:space="preserve">can </w:t>
      </w:r>
      <w:r w:rsidRPr="0032579A">
        <w:rPr>
          <w:rFonts w:ascii="Times New Roman" w:hAnsi="Times New Roman" w:cs="Times New Roman"/>
          <w:color w:val="000000"/>
        </w:rPr>
        <w:t>carry them home again.”</w:t>
      </w:r>
    </w:p>
    <w:p w14:paraId="480DF993" w14:textId="77777777" w:rsidR="00830533" w:rsidRPr="0032579A" w:rsidRDefault="00830533">
      <w:pPr>
        <w:rPr>
          <w:rFonts w:ascii="Times New Roman" w:hAnsi="Times New Roman" w:cs="Times New Roman"/>
        </w:rPr>
      </w:pPr>
    </w:p>
    <w:p w14:paraId="5B2C520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seller grumbled, took the coin. Verdan slid them into his pack. Broken still meant usable. Nothing wasted.</w:t>
      </w:r>
    </w:p>
    <w:p w14:paraId="162ADFAE" w14:textId="77777777" w:rsidR="00830533" w:rsidRPr="0032579A" w:rsidRDefault="00830533">
      <w:pPr>
        <w:rPr>
          <w:rFonts w:ascii="Times New Roman" w:hAnsi="Times New Roman" w:cs="Times New Roman"/>
        </w:rPr>
      </w:pPr>
    </w:p>
    <w:p w14:paraId="05D3CF76"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5A82B1A4" w14:textId="77777777" w:rsidR="00830533" w:rsidRPr="0032579A" w:rsidRDefault="00830533">
      <w:pPr>
        <w:rPr>
          <w:rFonts w:ascii="Times New Roman" w:hAnsi="Times New Roman" w:cs="Times New Roman"/>
        </w:rPr>
      </w:pPr>
    </w:p>
    <w:p w14:paraId="62E5CBA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the edge of the stalls, a woman sat on a crate, back straight, gaze sharp. Her clothes were worn but clean, her hair tied back with a strip of cloth. She didn’t follow him with her eyes until he was already in her sight. That told him enough.</w:t>
      </w:r>
    </w:p>
    <w:p w14:paraId="24C28ECD" w14:textId="77777777" w:rsidR="00830533" w:rsidRPr="0032579A" w:rsidRDefault="00830533">
      <w:pPr>
        <w:rPr>
          <w:rFonts w:ascii="Times New Roman" w:hAnsi="Times New Roman" w:cs="Times New Roman"/>
        </w:rPr>
      </w:pPr>
    </w:p>
    <w:p w14:paraId="56ED0CB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should’ve charged the hawker more,” she said.</w:t>
      </w:r>
    </w:p>
    <w:p w14:paraId="5F0E8653" w14:textId="77777777" w:rsidR="00830533" w:rsidRPr="0032579A" w:rsidRDefault="00830533">
      <w:pPr>
        <w:rPr>
          <w:rFonts w:ascii="Times New Roman" w:hAnsi="Times New Roman" w:cs="Times New Roman"/>
        </w:rPr>
      </w:pPr>
    </w:p>
    <w:p w14:paraId="4B440BEC" w14:textId="1C8BCAD1" w:rsidR="00830533" w:rsidRPr="0032579A" w:rsidRDefault="00000000">
      <w:pPr>
        <w:rPr>
          <w:rFonts w:ascii="Times New Roman" w:hAnsi="Times New Roman" w:cs="Times New Roman"/>
        </w:rPr>
      </w:pPr>
      <w:r w:rsidRPr="0032579A">
        <w:rPr>
          <w:rFonts w:ascii="Times New Roman" w:hAnsi="Times New Roman" w:cs="Times New Roman"/>
          <w:color w:val="000000"/>
        </w:rPr>
        <w:t>Verdan studied her. “If he remembers it, I</w:t>
      </w:r>
      <w:r w:rsidR="005875A8">
        <w:rPr>
          <w:rFonts w:ascii="Times New Roman" w:hAnsi="Times New Roman" w:cs="Times New Roman"/>
          <w:color w:val="000000"/>
        </w:rPr>
        <w:t xml:space="preserve">’ll </w:t>
      </w:r>
      <w:r w:rsidRPr="0032579A">
        <w:rPr>
          <w:rFonts w:ascii="Times New Roman" w:hAnsi="Times New Roman" w:cs="Times New Roman"/>
          <w:color w:val="000000"/>
        </w:rPr>
        <w:t>get clean water next time.”</w:t>
      </w:r>
    </w:p>
    <w:p w14:paraId="0C8A3A8C" w14:textId="77777777" w:rsidR="00830533" w:rsidRPr="0032579A" w:rsidRDefault="00830533">
      <w:pPr>
        <w:rPr>
          <w:rFonts w:ascii="Times New Roman" w:hAnsi="Times New Roman" w:cs="Times New Roman"/>
        </w:rPr>
      </w:pPr>
    </w:p>
    <w:p w14:paraId="2DF4D039" w14:textId="77777777" w:rsidR="00830533" w:rsidRPr="005875A8" w:rsidRDefault="00000000">
      <w:pPr>
        <w:rPr>
          <w:rFonts w:ascii="Times New Roman" w:hAnsi="Times New Roman" w:cs="Times New Roman"/>
          <w:bCs/>
        </w:rPr>
      </w:pPr>
      <w:r w:rsidRPr="005875A8">
        <w:rPr>
          <w:rFonts w:ascii="Times New Roman" w:hAnsi="Times New Roman" w:cs="Times New Roman"/>
          <w:bCs/>
          <w:color w:val="000000"/>
        </w:rPr>
        <w:t>“Optimistic.”</w:t>
      </w:r>
    </w:p>
    <w:p w14:paraId="23E4D980" w14:textId="77777777" w:rsidR="00830533" w:rsidRPr="0032579A" w:rsidRDefault="00830533">
      <w:pPr>
        <w:rPr>
          <w:rFonts w:ascii="Times New Roman" w:hAnsi="Times New Roman" w:cs="Times New Roman"/>
        </w:rPr>
      </w:pPr>
    </w:p>
    <w:p w14:paraId="1D78BF38" w14:textId="77777777" w:rsidR="00830533" w:rsidRPr="005875A8" w:rsidRDefault="00000000">
      <w:pPr>
        <w:rPr>
          <w:rFonts w:ascii="Times New Roman" w:hAnsi="Times New Roman" w:cs="Times New Roman"/>
          <w:bCs/>
        </w:rPr>
      </w:pPr>
      <w:r w:rsidRPr="005875A8">
        <w:rPr>
          <w:rFonts w:ascii="Times New Roman" w:hAnsi="Times New Roman" w:cs="Times New Roman"/>
          <w:bCs/>
          <w:color w:val="000000"/>
        </w:rPr>
        <w:t>“Practical.”</w:t>
      </w:r>
    </w:p>
    <w:p w14:paraId="3C4C9844" w14:textId="77777777" w:rsidR="00830533" w:rsidRPr="0032579A" w:rsidRDefault="00830533">
      <w:pPr>
        <w:rPr>
          <w:rFonts w:ascii="Times New Roman" w:hAnsi="Times New Roman" w:cs="Times New Roman"/>
        </w:rPr>
      </w:pPr>
    </w:p>
    <w:p w14:paraId="617A492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gaze flicked to the knife at his belt — the new one. She didn’t ask.</w:t>
      </w:r>
    </w:p>
    <w:p w14:paraId="2B5494CA" w14:textId="77777777" w:rsidR="00830533" w:rsidRPr="0032579A" w:rsidRDefault="00830533">
      <w:pPr>
        <w:rPr>
          <w:rFonts w:ascii="Times New Roman" w:hAnsi="Times New Roman" w:cs="Times New Roman"/>
        </w:rPr>
      </w:pPr>
    </w:p>
    <w:p w14:paraId="66DCD16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made noise,” she said. “Noise carries.”</w:t>
      </w:r>
    </w:p>
    <w:p w14:paraId="4059B229" w14:textId="77777777" w:rsidR="00830533" w:rsidRPr="0032579A" w:rsidRDefault="00830533">
      <w:pPr>
        <w:rPr>
          <w:rFonts w:ascii="Times New Roman" w:hAnsi="Times New Roman" w:cs="Times New Roman"/>
        </w:rPr>
      </w:pPr>
    </w:p>
    <w:p w14:paraId="4C1497A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“Noise isn’t my business,” Verdan said.</w:t>
      </w:r>
    </w:p>
    <w:p w14:paraId="4D0AA374" w14:textId="77777777" w:rsidR="00830533" w:rsidRPr="0032579A" w:rsidRDefault="00830533">
      <w:pPr>
        <w:rPr>
          <w:rFonts w:ascii="Times New Roman" w:hAnsi="Times New Roman" w:cs="Times New Roman"/>
        </w:rPr>
      </w:pPr>
    </w:p>
    <w:p w14:paraId="2C2D856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 is?”</w:t>
      </w:r>
    </w:p>
    <w:p w14:paraId="6963F90A" w14:textId="77777777" w:rsidR="00830533" w:rsidRPr="0032579A" w:rsidRDefault="00830533">
      <w:pPr>
        <w:rPr>
          <w:rFonts w:ascii="Times New Roman" w:hAnsi="Times New Roman" w:cs="Times New Roman"/>
        </w:rPr>
      </w:pPr>
    </w:p>
    <w:p w14:paraId="3B55E40D" w14:textId="77777777" w:rsidR="00830533" w:rsidRPr="005875A8" w:rsidRDefault="00000000">
      <w:pPr>
        <w:rPr>
          <w:rFonts w:ascii="Times New Roman" w:hAnsi="Times New Roman" w:cs="Times New Roman"/>
          <w:bCs/>
        </w:rPr>
      </w:pPr>
      <w:r w:rsidRPr="005875A8">
        <w:rPr>
          <w:rFonts w:ascii="Times New Roman" w:hAnsi="Times New Roman" w:cs="Times New Roman"/>
          <w:bCs/>
          <w:color w:val="000000"/>
        </w:rPr>
        <w:t>“Water. Food. Sleep.”</w:t>
      </w:r>
    </w:p>
    <w:p w14:paraId="691AA461" w14:textId="77777777" w:rsidR="00830533" w:rsidRPr="0032579A" w:rsidRDefault="00830533">
      <w:pPr>
        <w:rPr>
          <w:rFonts w:ascii="Times New Roman" w:hAnsi="Times New Roman" w:cs="Times New Roman"/>
        </w:rPr>
      </w:pPr>
    </w:p>
    <w:p w14:paraId="3E211F6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tilted her head. “Name’s Selora.”</w:t>
      </w:r>
    </w:p>
    <w:p w14:paraId="17BE065D" w14:textId="77777777" w:rsidR="00830533" w:rsidRPr="0032579A" w:rsidRDefault="00830533">
      <w:pPr>
        <w:rPr>
          <w:rFonts w:ascii="Times New Roman" w:hAnsi="Times New Roman" w:cs="Times New Roman"/>
        </w:rPr>
      </w:pPr>
    </w:p>
    <w:p w14:paraId="7006D8C0" w14:textId="77777777" w:rsidR="00830533" w:rsidRPr="005875A8" w:rsidRDefault="00000000">
      <w:pPr>
        <w:rPr>
          <w:rFonts w:ascii="Times New Roman" w:hAnsi="Times New Roman" w:cs="Times New Roman"/>
          <w:bCs/>
        </w:rPr>
      </w:pPr>
      <w:r w:rsidRPr="005875A8">
        <w:rPr>
          <w:rFonts w:ascii="Times New Roman" w:hAnsi="Times New Roman" w:cs="Times New Roman"/>
          <w:bCs/>
          <w:color w:val="000000"/>
        </w:rPr>
        <w:t>“Verdan.”</w:t>
      </w:r>
    </w:p>
    <w:p w14:paraId="51B63C14" w14:textId="77777777" w:rsidR="00830533" w:rsidRPr="0032579A" w:rsidRDefault="00830533">
      <w:pPr>
        <w:rPr>
          <w:rFonts w:ascii="Times New Roman" w:hAnsi="Times New Roman" w:cs="Times New Roman"/>
        </w:rPr>
      </w:pPr>
    </w:p>
    <w:p w14:paraId="572BAEB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looked toward the market, where the men he had broken were being pulled upright by a third. Her expression didn’t change. “Not everyone likes reminders,” she said.</w:t>
      </w:r>
    </w:p>
    <w:p w14:paraId="41D9BDED" w14:textId="77777777" w:rsidR="00830533" w:rsidRPr="0032579A" w:rsidRDefault="00830533">
      <w:pPr>
        <w:rPr>
          <w:rFonts w:ascii="Times New Roman" w:hAnsi="Times New Roman" w:cs="Times New Roman"/>
        </w:rPr>
      </w:pPr>
    </w:p>
    <w:p w14:paraId="5958101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 didn’t kill them.”</w:t>
      </w:r>
    </w:p>
    <w:p w14:paraId="226DA715" w14:textId="77777777" w:rsidR="00830533" w:rsidRPr="0032579A" w:rsidRDefault="00830533">
      <w:pPr>
        <w:rPr>
          <w:rFonts w:ascii="Times New Roman" w:hAnsi="Times New Roman" w:cs="Times New Roman"/>
        </w:rPr>
      </w:pPr>
    </w:p>
    <w:p w14:paraId="63AFA5F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“Some call that mercy. Others call it poor strategy.”</w:t>
      </w:r>
    </w:p>
    <w:p w14:paraId="647F1706" w14:textId="77777777" w:rsidR="00830533" w:rsidRPr="0032579A" w:rsidRDefault="00830533">
      <w:pPr>
        <w:rPr>
          <w:rFonts w:ascii="Times New Roman" w:hAnsi="Times New Roman" w:cs="Times New Roman"/>
        </w:rPr>
      </w:pPr>
    </w:p>
    <w:p w14:paraId="7AA32BA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“It’s waste,” Verdan said.</w:t>
      </w:r>
    </w:p>
    <w:p w14:paraId="60CE83C7" w14:textId="77777777" w:rsidR="00830533" w:rsidRPr="0032579A" w:rsidRDefault="00830533">
      <w:pPr>
        <w:rPr>
          <w:rFonts w:ascii="Times New Roman" w:hAnsi="Times New Roman" w:cs="Times New Roman"/>
        </w:rPr>
      </w:pPr>
    </w:p>
    <w:p w14:paraId="6DA2488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Selora’s mouth almost smiled. “You sound like a man with a ledger.”</w:t>
      </w:r>
    </w:p>
    <w:p w14:paraId="05C537B7" w14:textId="77777777" w:rsidR="00830533" w:rsidRPr="0032579A" w:rsidRDefault="00830533">
      <w:pPr>
        <w:rPr>
          <w:rFonts w:ascii="Times New Roman" w:hAnsi="Times New Roman" w:cs="Times New Roman"/>
        </w:rPr>
      </w:pPr>
    </w:p>
    <w:p w14:paraId="79F724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 keep one.”</w:t>
      </w:r>
    </w:p>
    <w:p w14:paraId="194D699C" w14:textId="77777777" w:rsidR="00830533" w:rsidRPr="0032579A" w:rsidRDefault="00830533">
      <w:pPr>
        <w:rPr>
          <w:rFonts w:ascii="Times New Roman" w:hAnsi="Times New Roman" w:cs="Times New Roman"/>
        </w:rPr>
      </w:pPr>
    </w:p>
    <w:p w14:paraId="49D931F4" w14:textId="77777777" w:rsidR="00830533" w:rsidRPr="005875A8" w:rsidRDefault="00000000">
      <w:pPr>
        <w:rPr>
          <w:rFonts w:ascii="Times New Roman" w:hAnsi="Times New Roman" w:cs="Times New Roman"/>
          <w:bCs/>
        </w:rPr>
      </w:pPr>
      <w:r w:rsidRPr="005875A8">
        <w:rPr>
          <w:rFonts w:ascii="Times New Roman" w:hAnsi="Times New Roman" w:cs="Times New Roman"/>
          <w:bCs/>
          <w:color w:val="000000"/>
        </w:rPr>
        <w:t>“Names?”</w:t>
      </w:r>
    </w:p>
    <w:p w14:paraId="2C5E44E5" w14:textId="77777777" w:rsidR="00830533" w:rsidRPr="005875A8" w:rsidRDefault="00830533">
      <w:pPr>
        <w:rPr>
          <w:rFonts w:ascii="Times New Roman" w:hAnsi="Times New Roman" w:cs="Times New Roman"/>
          <w:bCs/>
        </w:rPr>
      </w:pPr>
    </w:p>
    <w:p w14:paraId="3785C435" w14:textId="77777777" w:rsidR="00830533" w:rsidRPr="005875A8" w:rsidRDefault="00000000">
      <w:pPr>
        <w:rPr>
          <w:rFonts w:ascii="Times New Roman" w:hAnsi="Times New Roman" w:cs="Times New Roman"/>
          <w:bCs/>
        </w:rPr>
      </w:pPr>
      <w:r w:rsidRPr="005875A8">
        <w:rPr>
          <w:rFonts w:ascii="Times New Roman" w:hAnsi="Times New Roman" w:cs="Times New Roman"/>
          <w:bCs/>
          <w:color w:val="000000"/>
        </w:rPr>
        <w:t>“Yes.”</w:t>
      </w:r>
    </w:p>
    <w:p w14:paraId="21C4F5E1" w14:textId="77777777" w:rsidR="00830533" w:rsidRPr="0032579A" w:rsidRDefault="00830533">
      <w:pPr>
        <w:rPr>
          <w:rFonts w:ascii="Times New Roman" w:hAnsi="Times New Roman" w:cs="Times New Roman"/>
        </w:rPr>
      </w:pPr>
    </w:p>
    <w:p w14:paraId="1C197D4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“Good,” she said. “Names matter.”</w:t>
      </w:r>
    </w:p>
    <w:p w14:paraId="18E8AE2B" w14:textId="77777777" w:rsidR="00830533" w:rsidRPr="0032579A" w:rsidRDefault="00830533">
      <w:pPr>
        <w:rPr>
          <w:rFonts w:ascii="Times New Roman" w:hAnsi="Times New Roman" w:cs="Times New Roman"/>
        </w:rPr>
      </w:pPr>
    </w:p>
    <w:p w14:paraId="316E6E2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nodded toward the north wall. “There’s a guard half-asleep this time of day. If you can pass him without paying, you can pass worse.”</w:t>
      </w:r>
    </w:p>
    <w:p w14:paraId="7483BEE7" w14:textId="77777777" w:rsidR="00830533" w:rsidRPr="0032579A" w:rsidRDefault="00830533">
      <w:pPr>
        <w:rPr>
          <w:rFonts w:ascii="Times New Roman" w:hAnsi="Times New Roman" w:cs="Times New Roman"/>
        </w:rPr>
      </w:pPr>
    </w:p>
    <w:p w14:paraId="7D3F98BA" w14:textId="41CEAFAF" w:rsidR="00830533" w:rsidRPr="0032579A" w:rsidRDefault="00000000">
      <w:pPr>
        <w:rPr>
          <w:rFonts w:ascii="Times New Roman" w:hAnsi="Times New Roman" w:cs="Times New Roman"/>
        </w:rPr>
      </w:pPr>
      <w:r w:rsidRPr="0032579A">
        <w:rPr>
          <w:rFonts w:ascii="Times New Roman" w:hAnsi="Times New Roman" w:cs="Times New Roman"/>
          <w:color w:val="000000"/>
        </w:rPr>
        <w:t>Verdan’s gaze followed the line of ribs rising into the dome’s skin. “</w:t>
      </w:r>
      <w:r w:rsidR="005875A8">
        <w:rPr>
          <w:rFonts w:ascii="Times New Roman" w:hAnsi="Times New Roman" w:cs="Times New Roman"/>
          <w:color w:val="000000"/>
        </w:rPr>
        <w:t xml:space="preserve">I’m sure </w:t>
      </w:r>
      <w:r w:rsidRPr="0032579A">
        <w:rPr>
          <w:rFonts w:ascii="Times New Roman" w:hAnsi="Times New Roman" w:cs="Times New Roman"/>
          <w:color w:val="000000"/>
        </w:rPr>
        <w:t>I’ll manage.”</w:t>
      </w:r>
    </w:p>
    <w:p w14:paraId="0BD31EAB" w14:textId="77777777" w:rsidR="00830533" w:rsidRPr="0032579A" w:rsidRDefault="00830533">
      <w:pPr>
        <w:rPr>
          <w:rFonts w:ascii="Times New Roman" w:hAnsi="Times New Roman" w:cs="Times New Roman"/>
        </w:rPr>
      </w:pPr>
    </w:p>
    <w:p w14:paraId="332A5326" w14:textId="0462294D" w:rsidR="00830533" w:rsidRPr="0032579A" w:rsidRDefault="00000000">
      <w:pPr>
        <w:rPr>
          <w:rFonts w:ascii="Times New Roman" w:hAnsi="Times New Roman" w:cs="Times New Roman"/>
        </w:rPr>
      </w:pPr>
      <w:r w:rsidRPr="0032579A">
        <w:rPr>
          <w:rFonts w:ascii="Times New Roman" w:hAnsi="Times New Roman" w:cs="Times New Roman"/>
          <w:color w:val="000000"/>
        </w:rPr>
        <w:t>“I thought you might,” she said. “Be careful what follows you. People notice.”</w:t>
      </w:r>
    </w:p>
    <w:p w14:paraId="79C49F02" w14:textId="77777777" w:rsidR="00830533" w:rsidRPr="0032579A" w:rsidRDefault="00830533">
      <w:pPr>
        <w:rPr>
          <w:rFonts w:ascii="Times New Roman" w:hAnsi="Times New Roman" w:cs="Times New Roman"/>
        </w:rPr>
      </w:pPr>
    </w:p>
    <w:p w14:paraId="07151780"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7C7A8BB2" w14:textId="77777777" w:rsidR="00830533" w:rsidRPr="0032579A" w:rsidRDefault="00830533">
      <w:pPr>
        <w:rPr>
          <w:rFonts w:ascii="Times New Roman" w:hAnsi="Times New Roman" w:cs="Times New Roman"/>
        </w:rPr>
      </w:pPr>
    </w:p>
    <w:p w14:paraId="044E1FB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north airlock was quiet, lit by a single overhead strip flickering at its edges. A guard slouched, helmet tilted back, rifle leaning on the wall.</w:t>
      </w:r>
    </w:p>
    <w:p w14:paraId="44240A59" w14:textId="77777777" w:rsidR="00830533" w:rsidRPr="0032579A" w:rsidRDefault="00830533">
      <w:pPr>
        <w:rPr>
          <w:rFonts w:ascii="Times New Roman" w:hAnsi="Times New Roman" w:cs="Times New Roman"/>
        </w:rPr>
      </w:pPr>
    </w:p>
    <w:p w14:paraId="35ADC1C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“Gate fee,” he muttered when Verdan approached.</w:t>
      </w:r>
    </w:p>
    <w:p w14:paraId="65EF2FFA" w14:textId="77777777" w:rsidR="00830533" w:rsidRPr="0032579A" w:rsidRDefault="00830533">
      <w:pPr>
        <w:rPr>
          <w:rFonts w:ascii="Times New Roman" w:hAnsi="Times New Roman" w:cs="Times New Roman"/>
        </w:rPr>
      </w:pPr>
    </w:p>
    <w:p w14:paraId="2410775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“That’s a lot of money to breathe bad air,” Verdan said.</w:t>
      </w:r>
    </w:p>
    <w:p w14:paraId="26C01A0E" w14:textId="77777777" w:rsidR="00830533" w:rsidRPr="0032579A" w:rsidRDefault="00830533">
      <w:pPr>
        <w:rPr>
          <w:rFonts w:ascii="Times New Roman" w:hAnsi="Times New Roman" w:cs="Times New Roman"/>
        </w:rPr>
      </w:pPr>
    </w:p>
    <w:p w14:paraId="32B45AD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guard shrugged. Verdan opened his pack, showed the scrap couplers. He picked one, held it up.</w:t>
      </w:r>
    </w:p>
    <w:p w14:paraId="4C0C9B3A" w14:textId="77777777" w:rsidR="00830533" w:rsidRPr="0032579A" w:rsidRDefault="00830533">
      <w:pPr>
        <w:rPr>
          <w:rFonts w:ascii="Times New Roman" w:hAnsi="Times New Roman" w:cs="Times New Roman"/>
        </w:rPr>
      </w:pPr>
    </w:p>
    <w:p w14:paraId="1AABECB8" w14:textId="3501799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“Your water hawker needs rings. Cut this thin, it’ll seat </w:t>
      </w:r>
      <w:r w:rsidR="00E00424" w:rsidRPr="0032579A">
        <w:rPr>
          <w:rFonts w:ascii="Times New Roman" w:hAnsi="Times New Roman" w:cs="Times New Roman"/>
          <w:color w:val="000000"/>
        </w:rPr>
        <w:t>clean,</w:t>
      </w:r>
      <w:r w:rsidR="005875A8">
        <w:rPr>
          <w:rFonts w:ascii="Times New Roman" w:hAnsi="Times New Roman" w:cs="Times New Roman"/>
          <w:color w:val="000000"/>
        </w:rPr>
        <w:t xml:space="preserve"> and he will thank you for it</w:t>
      </w:r>
      <w:r w:rsidRPr="0032579A">
        <w:rPr>
          <w:rFonts w:ascii="Times New Roman" w:hAnsi="Times New Roman" w:cs="Times New Roman"/>
          <w:color w:val="000000"/>
        </w:rPr>
        <w:t>.”</w:t>
      </w:r>
    </w:p>
    <w:p w14:paraId="50A510DB" w14:textId="77777777" w:rsidR="00830533" w:rsidRPr="0032579A" w:rsidRDefault="00830533">
      <w:pPr>
        <w:rPr>
          <w:rFonts w:ascii="Times New Roman" w:hAnsi="Times New Roman" w:cs="Times New Roman"/>
        </w:rPr>
      </w:pPr>
    </w:p>
    <w:p w14:paraId="67847C5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guard blinked, slow, and then nodded. He thumbed the panel. The lock sighed open.</w:t>
      </w:r>
    </w:p>
    <w:p w14:paraId="60A4280B" w14:textId="77777777" w:rsidR="00830533" w:rsidRPr="0032579A" w:rsidRDefault="00830533">
      <w:pPr>
        <w:rPr>
          <w:rFonts w:ascii="Times New Roman" w:hAnsi="Times New Roman" w:cs="Times New Roman"/>
        </w:rPr>
      </w:pPr>
    </w:p>
    <w:p w14:paraId="14A11E8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guard looked at the scrap like it might teach him something. Most things didn’t. This might.</w:t>
      </w:r>
    </w:p>
    <w:p w14:paraId="041D673B" w14:textId="77777777" w:rsidR="00830533" w:rsidRPr="0032579A" w:rsidRDefault="00830533">
      <w:pPr>
        <w:rPr>
          <w:rFonts w:ascii="Times New Roman" w:hAnsi="Times New Roman" w:cs="Times New Roman"/>
        </w:rPr>
      </w:pPr>
    </w:p>
    <w:p w14:paraId="770E06C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stepped through.</w:t>
      </w:r>
    </w:p>
    <w:p w14:paraId="1011B74B" w14:textId="77777777" w:rsidR="00830533" w:rsidRPr="0032579A" w:rsidRDefault="00830533">
      <w:pPr>
        <w:rPr>
          <w:rFonts w:ascii="Times New Roman" w:hAnsi="Times New Roman" w:cs="Times New Roman"/>
        </w:rPr>
      </w:pPr>
    </w:p>
    <w:p w14:paraId="12B16EB9"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36B141C1" w14:textId="77777777" w:rsidR="00830533" w:rsidRPr="0032579A" w:rsidRDefault="00830533">
      <w:pPr>
        <w:rPr>
          <w:rFonts w:ascii="Times New Roman" w:hAnsi="Times New Roman" w:cs="Times New Roman"/>
        </w:rPr>
      </w:pPr>
    </w:p>
    <w:p w14:paraId="4934665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Outside, the air bit colder, sharper, empty. Wind rattled the patched dome behind him. He followed the rim, one hand brushing the welds under his palm, cataloguing their rough map.</w:t>
      </w:r>
    </w:p>
    <w:p w14:paraId="7A46567D" w14:textId="77777777" w:rsidR="00830533" w:rsidRPr="0032579A" w:rsidRDefault="00830533">
      <w:pPr>
        <w:rPr>
          <w:rFonts w:ascii="Times New Roman" w:hAnsi="Times New Roman" w:cs="Times New Roman"/>
        </w:rPr>
      </w:pPr>
    </w:p>
    <w:p w14:paraId="7770FF8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plains stretched out before him, dust rolling low, slag piles breaking the horizon. Somewhere in the distance, a sheet of metal collapsed with a hollow clang.</w:t>
      </w:r>
    </w:p>
    <w:p w14:paraId="4507E3A4" w14:textId="77777777" w:rsidR="00830533" w:rsidRPr="0032579A" w:rsidRDefault="00830533">
      <w:pPr>
        <w:rPr>
          <w:rFonts w:ascii="Times New Roman" w:hAnsi="Times New Roman" w:cs="Times New Roman"/>
        </w:rPr>
      </w:pPr>
    </w:p>
    <w:p w14:paraId="5AB4DF5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adjusted his pack, set his shoulders, and walked.</w:t>
      </w:r>
    </w:p>
    <w:p w14:paraId="67E83756" w14:textId="77777777" w:rsidR="00830533" w:rsidRPr="0032579A" w:rsidRDefault="00830533">
      <w:pPr>
        <w:rPr>
          <w:rFonts w:ascii="Times New Roman" w:hAnsi="Times New Roman" w:cs="Times New Roman"/>
        </w:rPr>
      </w:pPr>
    </w:p>
    <w:p w14:paraId="529FC35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dome shrank behind him, glass patched with steel, scars pretending at survival. Ahead was only rock and air that bit like broken glass.</w:t>
      </w:r>
    </w:p>
    <w:p w14:paraId="5614FBE7" w14:textId="77777777" w:rsidR="00830533" w:rsidRPr="0032579A" w:rsidRDefault="00830533">
      <w:pPr>
        <w:rPr>
          <w:rFonts w:ascii="Times New Roman" w:hAnsi="Times New Roman" w:cs="Times New Roman"/>
        </w:rPr>
      </w:pPr>
    </w:p>
    <w:p w14:paraId="7E10A1F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didn’t look back.</w:t>
      </w:r>
    </w:p>
    <w:p w14:paraId="3F283C58" w14:textId="77777777" w:rsidR="00830533" w:rsidRPr="0032579A" w:rsidRDefault="00830533">
      <w:pPr>
        <w:rPr>
          <w:rFonts w:ascii="Times New Roman" w:hAnsi="Times New Roman" w:cs="Times New Roman"/>
        </w:rPr>
      </w:pPr>
    </w:p>
    <w:p w14:paraId="059FC028"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5C9B7D3F" w14:textId="77777777" w:rsidR="00830533" w:rsidRPr="0032579A" w:rsidRDefault="00830533">
      <w:pPr>
        <w:rPr>
          <w:rFonts w:ascii="Times New Roman" w:hAnsi="Times New Roman" w:cs="Times New Roman"/>
        </w:rPr>
      </w:pPr>
    </w:p>
    <w:p w14:paraId="5420B50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path beyond Sundari stretched without promise. Verdan walked until the hum of the dome’s life faded into the wind. Each step on the poisoned ground carried him further from the noise of barter and breath recycled through filters, into silence broken only by stone and dust.</w:t>
      </w:r>
    </w:p>
    <w:p w14:paraId="05CC960C" w14:textId="77777777" w:rsidR="00830533" w:rsidRPr="0032579A" w:rsidRDefault="00830533">
      <w:pPr>
        <w:rPr>
          <w:rFonts w:ascii="Times New Roman" w:hAnsi="Times New Roman" w:cs="Times New Roman"/>
        </w:rPr>
      </w:pPr>
    </w:p>
    <w:p w14:paraId="14A5040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did not walk alone for long.</w:t>
      </w:r>
    </w:p>
    <w:p w14:paraId="199961AF" w14:textId="77777777" w:rsidR="00830533" w:rsidRPr="0032579A" w:rsidRDefault="00830533">
      <w:pPr>
        <w:rPr>
          <w:rFonts w:ascii="Times New Roman" w:hAnsi="Times New Roman" w:cs="Times New Roman"/>
        </w:rPr>
      </w:pPr>
    </w:p>
    <w:p w14:paraId="2C452CD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boy he had spared trailed him, distant at first, then nearer. Bare feet whispered across grit until Verdan halted and turned. The boy froze, clutching his sack of stale bread like a shield.</w:t>
      </w:r>
    </w:p>
    <w:p w14:paraId="74D5619B" w14:textId="77777777" w:rsidR="00830533" w:rsidRPr="0032579A" w:rsidRDefault="00830533">
      <w:pPr>
        <w:rPr>
          <w:rFonts w:ascii="Times New Roman" w:hAnsi="Times New Roman" w:cs="Times New Roman"/>
        </w:rPr>
      </w:pPr>
    </w:p>
    <w:p w14:paraId="390E780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followed me.”</w:t>
      </w:r>
    </w:p>
    <w:p w14:paraId="7B1FCD81" w14:textId="77777777" w:rsidR="00830533" w:rsidRPr="0032579A" w:rsidRDefault="00830533">
      <w:pPr>
        <w:rPr>
          <w:rFonts w:ascii="Times New Roman" w:hAnsi="Times New Roman" w:cs="Times New Roman"/>
        </w:rPr>
      </w:pPr>
    </w:p>
    <w:p w14:paraId="0E1BBEB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boy’s throat worked, but no words came.</w:t>
      </w:r>
    </w:p>
    <w:p w14:paraId="596FEE82" w14:textId="77777777" w:rsidR="00830533" w:rsidRPr="0032579A" w:rsidRDefault="00830533">
      <w:pPr>
        <w:rPr>
          <w:rFonts w:ascii="Times New Roman" w:hAnsi="Times New Roman" w:cs="Times New Roman"/>
        </w:rPr>
      </w:pPr>
    </w:p>
    <w:p w14:paraId="361DD96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studied him, the way he might measure a weapon’s balance. Too thin, ribs showing. Too stubborn to turn back. Verdan saw not courage but something sharper — refusal to die quiet.</w:t>
      </w:r>
    </w:p>
    <w:p w14:paraId="32292426" w14:textId="77777777" w:rsidR="00830533" w:rsidRPr="0032579A" w:rsidRDefault="00830533">
      <w:pPr>
        <w:rPr>
          <w:rFonts w:ascii="Times New Roman" w:hAnsi="Times New Roman" w:cs="Times New Roman"/>
        </w:rPr>
      </w:pPr>
    </w:p>
    <w:p w14:paraId="6F5C8B5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won’t last out here,” Verdan said.</w:t>
      </w:r>
    </w:p>
    <w:p w14:paraId="4C5A51A9" w14:textId="77777777" w:rsidR="00830533" w:rsidRPr="0032579A" w:rsidRDefault="00830533">
      <w:pPr>
        <w:rPr>
          <w:rFonts w:ascii="Times New Roman" w:hAnsi="Times New Roman" w:cs="Times New Roman"/>
        </w:rPr>
      </w:pPr>
    </w:p>
    <w:p w14:paraId="3FFB9E2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boy swallowed. “Neither will you, if you walk alone.”</w:t>
      </w:r>
    </w:p>
    <w:p w14:paraId="32EE3ABF" w14:textId="77777777" w:rsidR="00830533" w:rsidRPr="0032579A" w:rsidRDefault="00830533">
      <w:pPr>
        <w:rPr>
          <w:rFonts w:ascii="Times New Roman" w:hAnsi="Times New Roman" w:cs="Times New Roman"/>
        </w:rPr>
      </w:pPr>
    </w:p>
    <w:p w14:paraId="7850744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almost smiled. Almost. “What’s your name?”</w:t>
      </w:r>
    </w:p>
    <w:p w14:paraId="418A6951" w14:textId="77777777" w:rsidR="00830533" w:rsidRPr="0032579A" w:rsidRDefault="00830533">
      <w:pPr>
        <w:rPr>
          <w:rFonts w:ascii="Times New Roman" w:hAnsi="Times New Roman" w:cs="Times New Roman"/>
        </w:rPr>
      </w:pPr>
    </w:p>
    <w:p w14:paraId="75F71CDE" w14:textId="77777777" w:rsidR="00830533" w:rsidRPr="007A1AE2" w:rsidRDefault="00000000">
      <w:pPr>
        <w:rPr>
          <w:rFonts w:ascii="Times New Roman" w:hAnsi="Times New Roman" w:cs="Times New Roman"/>
          <w:bCs/>
        </w:rPr>
      </w:pPr>
      <w:r w:rsidRPr="007A1AE2">
        <w:rPr>
          <w:rFonts w:ascii="Times New Roman" w:hAnsi="Times New Roman" w:cs="Times New Roman"/>
          <w:bCs/>
          <w:color w:val="000000"/>
        </w:rPr>
        <w:t>“Darran.”</w:t>
      </w:r>
    </w:p>
    <w:p w14:paraId="241B65B0" w14:textId="77777777" w:rsidR="00830533" w:rsidRPr="0032579A" w:rsidRDefault="00830533">
      <w:pPr>
        <w:rPr>
          <w:rFonts w:ascii="Times New Roman" w:hAnsi="Times New Roman" w:cs="Times New Roman"/>
        </w:rPr>
      </w:pPr>
    </w:p>
    <w:p w14:paraId="4A18E049" w14:textId="04E07D3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name fixed itself in Verdan’s </w:t>
      </w:r>
      <w:r w:rsidR="00623C10">
        <w:rPr>
          <w:rFonts w:ascii="Times New Roman" w:hAnsi="Times New Roman" w:cs="Times New Roman"/>
          <w:color w:val="000000"/>
        </w:rPr>
        <w:t>mind</w:t>
      </w:r>
      <w:r w:rsidRPr="0032579A">
        <w:rPr>
          <w:rFonts w:ascii="Times New Roman" w:hAnsi="Times New Roman" w:cs="Times New Roman"/>
          <w:color w:val="000000"/>
        </w:rPr>
        <w:t>, silent and permanent. Names mattered. The boy had given his freely — a currency, an offering, and a risk.</w:t>
      </w:r>
    </w:p>
    <w:p w14:paraId="37613812" w14:textId="77777777" w:rsidR="00830533" w:rsidRPr="0032579A" w:rsidRDefault="00830533">
      <w:pPr>
        <w:rPr>
          <w:rFonts w:ascii="Times New Roman" w:hAnsi="Times New Roman" w:cs="Times New Roman"/>
        </w:rPr>
      </w:pPr>
    </w:p>
    <w:p w14:paraId="27B0E56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keep up,” Verdan said at last. “You keep quiet. Waste nothing.”</w:t>
      </w:r>
    </w:p>
    <w:p w14:paraId="485E6D19" w14:textId="77777777" w:rsidR="00830533" w:rsidRPr="0032579A" w:rsidRDefault="00830533">
      <w:pPr>
        <w:rPr>
          <w:rFonts w:ascii="Times New Roman" w:hAnsi="Times New Roman" w:cs="Times New Roman"/>
        </w:rPr>
      </w:pPr>
    </w:p>
    <w:p w14:paraId="698C448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boy nodded, fierce though his hands shook.</w:t>
      </w:r>
    </w:p>
    <w:p w14:paraId="452CDC55" w14:textId="77777777" w:rsidR="00830533" w:rsidRPr="0032579A" w:rsidRDefault="00830533">
      <w:pPr>
        <w:rPr>
          <w:rFonts w:ascii="Times New Roman" w:hAnsi="Times New Roman" w:cs="Times New Roman"/>
        </w:rPr>
      </w:pPr>
    </w:p>
    <w:p w14:paraId="650D900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Together they turned from the dome and walked into wasteland.</w:t>
      </w:r>
    </w:p>
    <w:p w14:paraId="545C477F" w14:textId="77777777" w:rsidR="00830533" w:rsidRPr="0032579A" w:rsidRDefault="00830533">
      <w:pPr>
        <w:rPr>
          <w:rFonts w:ascii="Times New Roman" w:hAnsi="Times New Roman" w:cs="Times New Roman"/>
        </w:rPr>
      </w:pPr>
    </w:p>
    <w:p w14:paraId="732FA7E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reached the bones of an old mining camp by nightfall. The towers were rusted through, walls half-collapsed, but girders still held shadows deep enough for shelter. Verdan tested the ground, checked for signs of movement, and found only the scurry of vermin. He allowed a fire no larger than his palm.</w:t>
      </w:r>
    </w:p>
    <w:p w14:paraId="06484D4A" w14:textId="77777777" w:rsidR="00830533" w:rsidRPr="0032579A" w:rsidRDefault="00830533">
      <w:pPr>
        <w:rPr>
          <w:rFonts w:ascii="Times New Roman" w:hAnsi="Times New Roman" w:cs="Times New Roman"/>
        </w:rPr>
      </w:pPr>
    </w:p>
    <w:p w14:paraId="1EC9CEC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huddled close, eyes too wide for sleep. Verdan sharpened the salvaged knife with a slow rhythm, sparks hissing. The boy flinched at each strike until Verdan spoke.</w:t>
      </w:r>
    </w:p>
    <w:p w14:paraId="3F0D5E70" w14:textId="77777777" w:rsidR="00830533" w:rsidRPr="0032579A" w:rsidRDefault="00830533">
      <w:pPr>
        <w:rPr>
          <w:rFonts w:ascii="Times New Roman" w:hAnsi="Times New Roman" w:cs="Times New Roman"/>
        </w:rPr>
      </w:pPr>
    </w:p>
    <w:p w14:paraId="7EECBB7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watched me fight.”</w:t>
      </w:r>
    </w:p>
    <w:p w14:paraId="5AE18B37" w14:textId="77777777" w:rsidR="00830533" w:rsidRPr="0032579A" w:rsidRDefault="00830533">
      <w:pPr>
        <w:rPr>
          <w:rFonts w:ascii="Times New Roman" w:hAnsi="Times New Roman" w:cs="Times New Roman"/>
        </w:rPr>
      </w:pPr>
    </w:p>
    <w:p w14:paraId="19A6B0E6" w14:textId="77777777" w:rsidR="00830533" w:rsidRPr="007A1AE2" w:rsidRDefault="00000000">
      <w:pPr>
        <w:rPr>
          <w:rFonts w:ascii="Times New Roman" w:hAnsi="Times New Roman" w:cs="Times New Roman"/>
          <w:bCs/>
        </w:rPr>
      </w:pPr>
      <w:r w:rsidRPr="007A1AE2">
        <w:rPr>
          <w:rFonts w:ascii="Times New Roman" w:hAnsi="Times New Roman" w:cs="Times New Roman"/>
          <w:bCs/>
          <w:color w:val="000000"/>
        </w:rPr>
        <w:t>“Yes.”</w:t>
      </w:r>
    </w:p>
    <w:p w14:paraId="2ADD1AF5" w14:textId="77777777" w:rsidR="00830533" w:rsidRPr="0032579A" w:rsidRDefault="00830533">
      <w:pPr>
        <w:rPr>
          <w:rFonts w:ascii="Times New Roman" w:hAnsi="Times New Roman" w:cs="Times New Roman"/>
        </w:rPr>
      </w:pPr>
    </w:p>
    <w:p w14:paraId="7F5FF3B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 did you see?”</w:t>
      </w:r>
    </w:p>
    <w:p w14:paraId="1F154444" w14:textId="77777777" w:rsidR="00830533" w:rsidRPr="0032579A" w:rsidRDefault="00830533">
      <w:pPr>
        <w:rPr>
          <w:rFonts w:ascii="Times New Roman" w:hAnsi="Times New Roman" w:cs="Times New Roman"/>
        </w:rPr>
      </w:pPr>
    </w:p>
    <w:p w14:paraId="0DE8B28F" w14:textId="2B1B8DED"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7A1AE2" w:rsidRPr="007A1AE2">
        <w:rPr>
          <w:rFonts w:ascii="Times New Roman" w:hAnsi="Times New Roman" w:cs="Times New Roman"/>
          <w:color w:val="000000"/>
        </w:rPr>
        <w:t>You only moved when you had to.”</w:t>
      </w:r>
    </w:p>
    <w:p w14:paraId="3316C0DC" w14:textId="77777777" w:rsidR="00830533" w:rsidRPr="0032579A" w:rsidRDefault="00830533">
      <w:pPr>
        <w:rPr>
          <w:rFonts w:ascii="Times New Roman" w:hAnsi="Times New Roman" w:cs="Times New Roman"/>
        </w:rPr>
      </w:pPr>
    </w:p>
    <w:p w14:paraId="0AF1988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hand paused. The boy’s answer was sharp as the blade itself. “Good,” Verdan said. “Remember that.”</w:t>
      </w:r>
    </w:p>
    <w:p w14:paraId="71746BDF" w14:textId="77777777" w:rsidR="00830533" w:rsidRPr="0032579A" w:rsidRDefault="00830533">
      <w:pPr>
        <w:rPr>
          <w:rFonts w:ascii="Times New Roman" w:hAnsi="Times New Roman" w:cs="Times New Roman"/>
        </w:rPr>
      </w:pPr>
    </w:p>
    <w:p w14:paraId="1A5B3024"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He sheathed the knife, leaned back against cold metal, and closed his eyes. Darran whispered questions into the dark — where they were going, why Verdan fought, what lay beyond the slag hills. Verdan gave few words in answer, but the boy listened as though each was a stone in a foundation.</w:t>
      </w:r>
    </w:p>
    <w:p w14:paraId="0A4F7AEF" w14:textId="77777777" w:rsidR="007A1AE2" w:rsidRPr="0032579A" w:rsidRDefault="007A1AE2">
      <w:pPr>
        <w:rPr>
          <w:rFonts w:ascii="Times New Roman" w:hAnsi="Times New Roman" w:cs="Times New Roman"/>
        </w:rPr>
      </w:pPr>
    </w:p>
    <w:p w14:paraId="37529EBC" w14:textId="776E6EED" w:rsidR="00830533" w:rsidRDefault="007A1AE2" w:rsidP="007A1AE2">
      <w:pPr>
        <w:spacing w:after="0"/>
        <w:jc w:val="center"/>
        <w:rPr>
          <w:rFonts w:ascii="Times New Roman" w:hAnsi="Times New Roman" w:cs="Times New Roman"/>
        </w:rPr>
      </w:pPr>
      <w:r w:rsidRPr="0032579A">
        <w:rPr>
          <w:rFonts w:ascii="Times New Roman" w:hAnsi="Times New Roman" w:cs="Times New Roman"/>
        </w:rPr>
        <w:t>***</w:t>
      </w:r>
    </w:p>
    <w:p w14:paraId="79E0441E" w14:textId="77777777" w:rsidR="007A1AE2" w:rsidRPr="0032579A" w:rsidRDefault="007A1AE2">
      <w:pPr>
        <w:rPr>
          <w:rFonts w:ascii="Times New Roman" w:hAnsi="Times New Roman" w:cs="Times New Roman"/>
        </w:rPr>
      </w:pPr>
    </w:p>
    <w:p w14:paraId="77A05AF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By morning, the boy still followed.</w:t>
      </w:r>
    </w:p>
    <w:p w14:paraId="5DCF0A00" w14:textId="77777777" w:rsidR="00830533" w:rsidRPr="0032579A" w:rsidRDefault="00830533">
      <w:pPr>
        <w:rPr>
          <w:rFonts w:ascii="Times New Roman" w:hAnsi="Times New Roman" w:cs="Times New Roman"/>
        </w:rPr>
      </w:pPr>
    </w:p>
    <w:p w14:paraId="6ABF9277" w14:textId="461809E3" w:rsidR="00830533" w:rsidRPr="0032579A" w:rsidRDefault="00000000">
      <w:pPr>
        <w:rPr>
          <w:rFonts w:ascii="Times New Roman" w:hAnsi="Times New Roman" w:cs="Times New Roman"/>
        </w:rPr>
      </w:pPr>
      <w:r w:rsidRPr="0032579A">
        <w:rPr>
          <w:rFonts w:ascii="Times New Roman" w:hAnsi="Times New Roman" w:cs="Times New Roman"/>
          <w:color w:val="000000"/>
        </w:rPr>
        <w:t>Over weeks, others gathered. Refugees walking broken roads, scavengers fleeing pirate raiders, widows with children, men with scars that spoke of labor camps and lost battles. Verdan, became their center. A</w:t>
      </w:r>
      <w:r w:rsidR="007A1AE2">
        <w:rPr>
          <w:rFonts w:ascii="Times New Roman" w:hAnsi="Times New Roman" w:cs="Times New Roman"/>
          <w:color w:val="000000"/>
        </w:rPr>
        <w:t xml:space="preserve"> de-facto leader</w:t>
      </w:r>
      <w:r w:rsidRPr="0032579A">
        <w:rPr>
          <w:rFonts w:ascii="Times New Roman" w:hAnsi="Times New Roman" w:cs="Times New Roman"/>
          <w:color w:val="000000"/>
        </w:rPr>
        <w:t xml:space="preserve"> to orbit as his steps lead them to scraps and supplies. One became three, three became ten, ten slowly grew into a wandering band. They carried what they could salvage: battered blaster rifles that sparked if overcharged, pistols wrapped with wire to hold cracked grips, odd pieces of armor pulled from battlefields. Some weapons were oiled and clean; others were one misfire from ruin. Yet each was kept, because on Mandalore nothing useful was ever thrown away.</w:t>
      </w:r>
    </w:p>
    <w:p w14:paraId="34146EAA" w14:textId="4007C01F" w:rsidR="00830533" w:rsidRPr="0032579A" w:rsidRDefault="00000000">
      <w:pPr>
        <w:rPr>
          <w:rFonts w:ascii="Times New Roman" w:hAnsi="Times New Roman" w:cs="Times New Roman"/>
        </w:rPr>
      </w:pPr>
      <w:r w:rsidRPr="0032579A">
        <w:rPr>
          <w:rFonts w:ascii="Times New Roman" w:hAnsi="Times New Roman" w:cs="Times New Roman"/>
          <w:color w:val="000000"/>
        </w:rPr>
        <w:t>They became a nomadic line across the plains. Nights spent under slag piles, days walking scorched earth where little grew. They bartered for water when they could, worked for scraps in shattered towns, and scavenged what industry had left to rust. They moved as one, led by a young man who saw adulthood before his time and walked driven by a burning purpose. Survive.</w:t>
      </w:r>
    </w:p>
    <w:p w14:paraId="0EE63C0A" w14:textId="77777777" w:rsidR="00830533" w:rsidRPr="0032579A" w:rsidRDefault="00830533">
      <w:pPr>
        <w:rPr>
          <w:rFonts w:ascii="Times New Roman" w:hAnsi="Times New Roman" w:cs="Times New Roman"/>
        </w:rPr>
      </w:pPr>
    </w:p>
    <w:p w14:paraId="3199FBAA"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0A527EE4" w14:textId="77777777" w:rsidR="00830533" w:rsidRPr="0032579A" w:rsidRDefault="00830533">
      <w:pPr>
        <w:rPr>
          <w:rFonts w:ascii="Times New Roman" w:hAnsi="Times New Roman" w:cs="Times New Roman"/>
        </w:rPr>
      </w:pPr>
    </w:p>
    <w:p w14:paraId="19DAADE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boy, Daran, remained. Thin still, but no longer hollow-eyed. He clutched the knife Verdan had given him with both hands at night, practicing in silence, mimicking every movement he had seen in the fight. He tripped often, cut himself once, but he rose each time, refusing to let go.</w:t>
      </w:r>
    </w:p>
    <w:p w14:paraId="754E0573" w14:textId="77777777" w:rsidR="00830533" w:rsidRPr="0032579A" w:rsidRDefault="00830533">
      <w:pPr>
        <w:rPr>
          <w:rFonts w:ascii="Times New Roman" w:hAnsi="Times New Roman" w:cs="Times New Roman"/>
        </w:rPr>
      </w:pPr>
    </w:p>
    <w:p w14:paraId="4D34161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watched without correction. Lessons carried weight when earned in blood. When the boy’s hands steadied enough to hold the blade without trembling, Verdan finally spoke.</w:t>
      </w:r>
    </w:p>
    <w:p w14:paraId="62417B27" w14:textId="77777777" w:rsidR="00830533" w:rsidRPr="0032579A" w:rsidRDefault="00830533">
      <w:pPr>
        <w:rPr>
          <w:rFonts w:ascii="Times New Roman" w:hAnsi="Times New Roman" w:cs="Times New Roman"/>
        </w:rPr>
      </w:pPr>
    </w:p>
    <w:p w14:paraId="051E637C" w14:textId="0009B9D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“Every </w:t>
      </w:r>
      <w:r w:rsidR="007A1AE2">
        <w:rPr>
          <w:rFonts w:ascii="Times New Roman" w:hAnsi="Times New Roman" w:cs="Times New Roman"/>
          <w:color w:val="000000"/>
        </w:rPr>
        <w:t>action you take costs something</w:t>
      </w:r>
      <w:r w:rsidRPr="0032579A">
        <w:rPr>
          <w:rFonts w:ascii="Times New Roman" w:hAnsi="Times New Roman" w:cs="Times New Roman"/>
          <w:color w:val="000000"/>
        </w:rPr>
        <w:t>. Every cost must return more than it takes. Remember that.”</w:t>
      </w:r>
    </w:p>
    <w:p w14:paraId="79DB3721" w14:textId="77777777" w:rsidR="00830533" w:rsidRPr="0032579A" w:rsidRDefault="00830533">
      <w:pPr>
        <w:rPr>
          <w:rFonts w:ascii="Times New Roman" w:hAnsi="Times New Roman" w:cs="Times New Roman"/>
        </w:rPr>
      </w:pPr>
    </w:p>
    <w:p w14:paraId="250B077B" w14:textId="3A614102" w:rsidR="00830533" w:rsidRPr="0032579A" w:rsidRDefault="00000000">
      <w:pPr>
        <w:rPr>
          <w:rFonts w:ascii="Times New Roman" w:hAnsi="Times New Roman" w:cs="Times New Roman"/>
        </w:rPr>
      </w:pPr>
      <w:r w:rsidRPr="0032579A">
        <w:rPr>
          <w:rFonts w:ascii="Times New Roman" w:hAnsi="Times New Roman" w:cs="Times New Roman"/>
          <w:color w:val="000000"/>
        </w:rPr>
        <w:t>Darran nodded, words heavy in his chest, the way a creed lodges before it is spoken aloud.</w:t>
      </w:r>
    </w:p>
    <w:p w14:paraId="332AD240" w14:textId="77777777" w:rsidR="00830533" w:rsidRPr="0032579A" w:rsidRDefault="00830533">
      <w:pPr>
        <w:rPr>
          <w:rFonts w:ascii="Times New Roman" w:hAnsi="Times New Roman" w:cs="Times New Roman"/>
        </w:rPr>
      </w:pPr>
    </w:p>
    <w:p w14:paraId="0CD0AF8E"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3CEB86F2" w14:textId="77777777" w:rsidR="00830533" w:rsidRPr="0032579A" w:rsidRDefault="00830533">
      <w:pPr>
        <w:rPr>
          <w:rFonts w:ascii="Times New Roman" w:hAnsi="Times New Roman" w:cs="Times New Roman"/>
        </w:rPr>
      </w:pPr>
    </w:p>
    <w:p w14:paraId="32A4B9C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Raiders came, as they always did, seeking easy prey. But Verdan’s people were not easy. He read the ground with the same eye he had turned on the markets of Sundari — exits, choke points, cover. When blades came flashing, he set their defense where the land itself could strike.</w:t>
      </w:r>
    </w:p>
    <w:p w14:paraId="74779BD2" w14:textId="77777777" w:rsidR="00830533" w:rsidRPr="0032579A" w:rsidRDefault="00830533">
      <w:pPr>
        <w:rPr>
          <w:rFonts w:ascii="Times New Roman" w:hAnsi="Times New Roman" w:cs="Times New Roman"/>
        </w:rPr>
      </w:pPr>
    </w:p>
    <w:p w14:paraId="2BA1BEA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chose ground, set ambushes, and struck fast — swift, decisive, ruthless.</w:t>
      </w:r>
    </w:p>
    <w:p w14:paraId="771BCDC7" w14:textId="77777777" w:rsidR="00830533" w:rsidRPr="0032579A" w:rsidRDefault="00830533">
      <w:pPr>
        <w:rPr>
          <w:rFonts w:ascii="Times New Roman" w:hAnsi="Times New Roman" w:cs="Times New Roman"/>
        </w:rPr>
      </w:pPr>
    </w:p>
    <w:p w14:paraId="2E7979F4" w14:textId="69E03318" w:rsidR="00830533" w:rsidRPr="00B71284" w:rsidRDefault="00000000">
      <w:pPr>
        <w:rPr>
          <w:rFonts w:ascii="Times New Roman" w:hAnsi="Times New Roman" w:cs="Times New Roman"/>
          <w:color w:val="000000"/>
        </w:rPr>
      </w:pPr>
      <w:r w:rsidRPr="0032579A">
        <w:rPr>
          <w:rFonts w:ascii="Times New Roman" w:hAnsi="Times New Roman" w:cs="Times New Roman"/>
          <w:color w:val="000000"/>
        </w:rPr>
        <w:t>Darran learned to follow his silence, the pause before action, the stillness before violence broke. He was loud, still burning with fury, but even his rage was shaped by the pattern Verdan imposed: strike clean, break the enemy, leave nothing wasted.</w:t>
      </w:r>
      <w:r w:rsidR="00B71284">
        <w:rPr>
          <w:rFonts w:ascii="Times New Roman" w:hAnsi="Times New Roman" w:cs="Times New Roman"/>
          <w:color w:val="000000"/>
        </w:rPr>
        <w:t xml:space="preserve"> </w:t>
      </w:r>
      <w:r w:rsidRPr="0032579A">
        <w:rPr>
          <w:rFonts w:ascii="Times New Roman" w:hAnsi="Times New Roman" w:cs="Times New Roman"/>
          <w:color w:val="000000"/>
        </w:rPr>
        <w:t>Waste was dishonor</w:t>
      </w:r>
      <w:r w:rsidR="00B0315A">
        <w:rPr>
          <w:rFonts w:ascii="Times New Roman" w:hAnsi="Times New Roman" w:cs="Times New Roman"/>
          <w:color w:val="000000"/>
        </w:rPr>
        <w:t xml:space="preserve"> when everything counted toward survival</w:t>
      </w:r>
      <w:r w:rsidRPr="0032579A">
        <w:rPr>
          <w:rFonts w:ascii="Times New Roman" w:hAnsi="Times New Roman" w:cs="Times New Roman"/>
          <w:color w:val="000000"/>
        </w:rPr>
        <w:t>.</w:t>
      </w:r>
    </w:p>
    <w:p w14:paraId="68E6ADC9" w14:textId="77777777" w:rsidR="003B31C9" w:rsidRPr="0032579A" w:rsidRDefault="003B31C9">
      <w:pPr>
        <w:rPr>
          <w:rFonts w:ascii="Times New Roman" w:hAnsi="Times New Roman" w:cs="Times New Roman"/>
        </w:rPr>
      </w:pPr>
    </w:p>
    <w:p w14:paraId="054857C4"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435BB0AD" w14:textId="77777777" w:rsidR="00830533" w:rsidRPr="0032579A" w:rsidRDefault="00830533">
      <w:pPr>
        <w:rPr>
          <w:rFonts w:ascii="Times New Roman" w:hAnsi="Times New Roman" w:cs="Times New Roman"/>
        </w:rPr>
      </w:pPr>
    </w:p>
    <w:p w14:paraId="1DDBEC1F" w14:textId="44156A4D" w:rsidR="00830533" w:rsidRPr="0032579A" w:rsidRDefault="00000000">
      <w:pPr>
        <w:rPr>
          <w:rFonts w:ascii="Times New Roman" w:hAnsi="Times New Roman" w:cs="Times New Roman"/>
        </w:rPr>
      </w:pPr>
      <w:r w:rsidRPr="0032579A">
        <w:rPr>
          <w:rFonts w:ascii="Times New Roman" w:hAnsi="Times New Roman" w:cs="Times New Roman"/>
          <w:color w:val="000000"/>
        </w:rPr>
        <w:t>Whispers spread. Traders spoke of wanderers who walked the ash with eyes too sharp for beggars, who defended themselves with sudden violence and then faded again into the slag. Not raiders, mercenaries, or your average band of refugees. These were survivors.</w:t>
      </w:r>
    </w:p>
    <w:p w14:paraId="6BA6CFEA" w14:textId="77777777" w:rsidR="003B31C9" w:rsidRPr="0032579A" w:rsidRDefault="003B31C9">
      <w:pPr>
        <w:rPr>
          <w:rFonts w:ascii="Times New Roman" w:hAnsi="Times New Roman" w:cs="Times New Roman"/>
        </w:rPr>
      </w:pPr>
    </w:p>
    <w:p w14:paraId="66EFC283" w14:textId="1358788D" w:rsidR="00830533" w:rsidRPr="0032579A" w:rsidRDefault="00000000" w:rsidP="003B31C9">
      <w:pPr>
        <w:spacing w:after="0"/>
        <w:jc w:val="center"/>
        <w:rPr>
          <w:rFonts w:ascii="Times New Roman" w:hAnsi="Times New Roman" w:cs="Times New Roman"/>
        </w:rPr>
      </w:pPr>
      <w:r w:rsidRPr="0032579A">
        <w:rPr>
          <w:rFonts w:ascii="Times New Roman" w:hAnsi="Times New Roman" w:cs="Times New Roman"/>
        </w:rPr>
        <w:t>***</w:t>
      </w:r>
    </w:p>
    <w:p w14:paraId="1705FB5A" w14:textId="77777777" w:rsidR="00830533" w:rsidRPr="0032579A" w:rsidRDefault="00830533">
      <w:pPr>
        <w:rPr>
          <w:rFonts w:ascii="Times New Roman" w:hAnsi="Times New Roman" w:cs="Times New Roman"/>
        </w:rPr>
      </w:pPr>
    </w:p>
    <w:p w14:paraId="5B88646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they passed near Sundari again, Selora was waiting.</w:t>
      </w:r>
    </w:p>
    <w:p w14:paraId="1A81239B" w14:textId="77777777" w:rsidR="00830533" w:rsidRPr="0032579A" w:rsidRDefault="00830533">
      <w:pPr>
        <w:rPr>
          <w:rFonts w:ascii="Times New Roman" w:hAnsi="Times New Roman" w:cs="Times New Roman"/>
        </w:rPr>
      </w:pPr>
    </w:p>
    <w:p w14:paraId="673FB6C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stood alone at the edge of the broken road, a pack at her feet, her back straight, her gaze unflinching. Her armor was patchwork, like Verdan’s — old Mandalorian plates salvaged and refitted, shoulder and chest painted once but now worn to bare metal, greaves strapped with scavenged leather. No helmet. At her hip rode a holster with a scarred heavy blaster pistol, the kind spacer families carried for generations, every mark polished clean but never erased. The belt it hung from was dark with oil and long care. Dust clung to her clothes and armor but her eyes were clear, sharp as they had been in the market.</w:t>
      </w:r>
    </w:p>
    <w:p w14:paraId="125365A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halted. The wanderers slowed behind him, weary feet dragging to a stop. Darran hovered close, knife at his hip.</w:t>
      </w:r>
    </w:p>
    <w:p w14:paraId="246F9974" w14:textId="77777777" w:rsidR="00830533" w:rsidRPr="0032579A" w:rsidRDefault="00830533">
      <w:pPr>
        <w:rPr>
          <w:rFonts w:ascii="Times New Roman" w:hAnsi="Times New Roman" w:cs="Times New Roman"/>
        </w:rPr>
      </w:pPr>
    </w:p>
    <w:p w14:paraId="685EAC3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left the dome,” Verdan said.</w:t>
      </w:r>
    </w:p>
    <w:p w14:paraId="13009E5C" w14:textId="77777777" w:rsidR="00830533" w:rsidRPr="0032579A" w:rsidRDefault="00830533">
      <w:pPr>
        <w:rPr>
          <w:rFonts w:ascii="Times New Roman" w:hAnsi="Times New Roman" w:cs="Times New Roman"/>
        </w:rPr>
      </w:pPr>
    </w:p>
    <w:p w14:paraId="19C7D8A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 did,” Selora replied. “It was choking. Breathing recycled air while the world burned outside. I chose not to rot behind glass.”</w:t>
      </w:r>
    </w:p>
    <w:p w14:paraId="22CE94F2" w14:textId="77777777" w:rsidR="00830533" w:rsidRPr="0032579A" w:rsidRDefault="00830533">
      <w:pPr>
        <w:rPr>
          <w:rFonts w:ascii="Times New Roman" w:hAnsi="Times New Roman" w:cs="Times New Roman"/>
        </w:rPr>
      </w:pPr>
    </w:p>
    <w:p w14:paraId="6A34D67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studied her, weighing the pack, the steady line of her shoulders, the absence of fear in her eyes.</w:t>
      </w:r>
    </w:p>
    <w:p w14:paraId="08136E51" w14:textId="77777777" w:rsidR="00830533" w:rsidRPr="0032579A" w:rsidRDefault="00830533">
      <w:pPr>
        <w:rPr>
          <w:rFonts w:ascii="Times New Roman" w:hAnsi="Times New Roman" w:cs="Times New Roman"/>
        </w:rPr>
      </w:pPr>
    </w:p>
    <w:p w14:paraId="6C7BD4EB" w14:textId="6CE36B3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“You’ll walk,” he said. “You’ll </w:t>
      </w:r>
      <w:r w:rsidR="00765301">
        <w:rPr>
          <w:rFonts w:ascii="Times New Roman" w:hAnsi="Times New Roman" w:cs="Times New Roman"/>
          <w:color w:val="000000"/>
        </w:rPr>
        <w:t xml:space="preserve">have to </w:t>
      </w:r>
      <w:r w:rsidRPr="0032579A">
        <w:rPr>
          <w:rFonts w:ascii="Times New Roman" w:hAnsi="Times New Roman" w:cs="Times New Roman"/>
          <w:color w:val="000000"/>
        </w:rPr>
        <w:t>carry your own weight.”</w:t>
      </w:r>
    </w:p>
    <w:p w14:paraId="65A41DC0" w14:textId="77777777" w:rsidR="00830533" w:rsidRPr="0032579A" w:rsidRDefault="00830533">
      <w:pPr>
        <w:rPr>
          <w:rFonts w:ascii="Times New Roman" w:hAnsi="Times New Roman" w:cs="Times New Roman"/>
        </w:rPr>
      </w:pPr>
    </w:p>
    <w:p w14:paraId="64163B9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 expected nothing else.”</w:t>
      </w:r>
    </w:p>
    <w:p w14:paraId="43FA19AE" w14:textId="77777777" w:rsidR="00830533" w:rsidRPr="0032579A" w:rsidRDefault="00830533">
      <w:pPr>
        <w:rPr>
          <w:rFonts w:ascii="Times New Roman" w:hAnsi="Times New Roman" w:cs="Times New Roman"/>
        </w:rPr>
      </w:pPr>
    </w:p>
    <w:p w14:paraId="6CB7F6A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Behind him, the people murmured, quiet as wind over stone. Darran’s suspicion sharpened, but Selora met his stare calmly, as if testing him in silence.</w:t>
      </w:r>
    </w:p>
    <w:p w14:paraId="687E920D" w14:textId="77777777" w:rsidR="00830533" w:rsidRPr="0032579A" w:rsidRDefault="00830533">
      <w:pPr>
        <w:rPr>
          <w:rFonts w:ascii="Times New Roman" w:hAnsi="Times New Roman" w:cs="Times New Roman"/>
        </w:rPr>
      </w:pPr>
    </w:p>
    <w:p w14:paraId="5AB5E2D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inclined his head. “Then we walk.”</w:t>
      </w:r>
    </w:p>
    <w:p w14:paraId="0ECC8EC7" w14:textId="77777777" w:rsidR="00830533" w:rsidRPr="0032579A" w:rsidRDefault="00830533">
      <w:pPr>
        <w:rPr>
          <w:rFonts w:ascii="Times New Roman" w:hAnsi="Times New Roman" w:cs="Times New Roman"/>
        </w:rPr>
      </w:pPr>
    </w:p>
    <w:p w14:paraId="588E2A0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lifted her pack, swung it onto her shoulders, and fell into step beside them. The line lengthened, dust rising behind them like a mark that could not be erased.</w:t>
      </w:r>
    </w:p>
    <w:p w14:paraId="60EE4DAA" w14:textId="77777777" w:rsidR="00830533" w:rsidRPr="0032579A" w:rsidRDefault="00830533">
      <w:pPr>
        <w:rPr>
          <w:rFonts w:ascii="Times New Roman" w:hAnsi="Times New Roman" w:cs="Times New Roman"/>
        </w:rPr>
      </w:pPr>
    </w:p>
    <w:p w14:paraId="312662C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For the first time, Verdan allowed himself a thought that was not about the next step, or the next mouth to feed.</w:t>
      </w:r>
    </w:p>
    <w:p w14:paraId="28A834FA" w14:textId="77777777" w:rsidR="00830533" w:rsidRPr="0032579A" w:rsidRDefault="00830533">
      <w:pPr>
        <w:rPr>
          <w:rFonts w:ascii="Times New Roman" w:hAnsi="Times New Roman" w:cs="Times New Roman"/>
        </w:rPr>
      </w:pPr>
    </w:p>
    <w:p w14:paraId="580515A3" w14:textId="44B8B03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This was no longer merely survival. This was the first shape of something </w:t>
      </w:r>
      <w:r w:rsidR="007A7314">
        <w:rPr>
          <w:rFonts w:ascii="Times New Roman" w:hAnsi="Times New Roman" w:cs="Times New Roman"/>
          <w:color w:val="000000"/>
        </w:rPr>
        <w:t xml:space="preserve">with the potential to be </w:t>
      </w:r>
      <w:r w:rsidRPr="0032579A">
        <w:rPr>
          <w:rFonts w:ascii="Times New Roman" w:hAnsi="Times New Roman" w:cs="Times New Roman"/>
          <w:color w:val="000000"/>
        </w:rPr>
        <w:t>more.</w:t>
      </w:r>
    </w:p>
    <w:p w14:paraId="561BFE9B"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0B036BD6" w14:textId="1DF382F9"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t xml:space="preserve">Chapter II — The </w:t>
      </w:r>
      <w:r w:rsidR="00FC2349">
        <w:rPr>
          <w:rFonts w:ascii="Times New Roman" w:hAnsi="Times New Roman" w:cs="Times New Roman"/>
          <w:color w:val="76923C"/>
          <w:sz w:val="32"/>
          <w:szCs w:val="32"/>
        </w:rPr>
        <w:t>Nomads</w:t>
      </w:r>
      <w:r w:rsidRPr="0032579A">
        <w:rPr>
          <w:rFonts w:ascii="Times New Roman" w:hAnsi="Times New Roman" w:cs="Times New Roman"/>
          <w:color w:val="76923C"/>
          <w:sz w:val="32"/>
          <w:szCs w:val="32"/>
        </w:rPr>
        <w:t xml:space="preserve"> Form</w:t>
      </w:r>
    </w:p>
    <w:p w14:paraId="1D4C96F5" w14:textId="77777777" w:rsidR="00830533" w:rsidRPr="0032579A" w:rsidRDefault="00000000">
      <w:pPr>
        <w:jc w:val="center"/>
        <w:rPr>
          <w:rFonts w:ascii="Times New Roman" w:hAnsi="Times New Roman" w:cs="Times New Roman"/>
        </w:rPr>
      </w:pPr>
      <w:r w:rsidRPr="0032579A">
        <w:rPr>
          <w:rFonts w:ascii="Times New Roman" w:hAnsi="Times New Roman" w:cs="Times New Roman"/>
          <w:i/>
        </w:rPr>
        <w:t>*37 BBY*</w:t>
      </w:r>
    </w:p>
    <w:p w14:paraId="1E4800E9" w14:textId="77777777" w:rsidR="00830533" w:rsidRPr="0032579A" w:rsidRDefault="00830533">
      <w:pPr>
        <w:rPr>
          <w:rFonts w:ascii="Times New Roman" w:hAnsi="Times New Roman" w:cs="Times New Roman"/>
        </w:rPr>
      </w:pPr>
    </w:p>
    <w:p w14:paraId="4B579E3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walked.</w:t>
      </w:r>
    </w:p>
    <w:p w14:paraId="7B5CBCCD" w14:textId="77777777" w:rsidR="00830533" w:rsidRPr="0032579A" w:rsidRDefault="00830533">
      <w:pPr>
        <w:rPr>
          <w:rFonts w:ascii="Times New Roman" w:hAnsi="Times New Roman" w:cs="Times New Roman"/>
        </w:rPr>
      </w:pPr>
    </w:p>
    <w:p w14:paraId="2FC4001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Heat fell off the day in long breaths as the light thinned, the horizon gone the color of old iron. Dust rose and settled across ankles and packs, the air tasting of rust and old chemical fire. Verdan kept a steady pace, the kind that wasted nothing, the kind a body could hold from first light to the last sliver of sun.</w:t>
      </w:r>
    </w:p>
    <w:p w14:paraId="0D44DA90" w14:textId="77777777" w:rsidR="00830533" w:rsidRPr="0032579A" w:rsidRDefault="00830533">
      <w:pPr>
        <w:rPr>
          <w:rFonts w:ascii="Times New Roman" w:hAnsi="Times New Roman" w:cs="Times New Roman"/>
        </w:rPr>
      </w:pPr>
    </w:p>
    <w:p w14:paraId="2581761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walked now among them with the same straight back she had shown at the road, her pack riding clean on her shoulders, her eyes never still. In the crook of her arm rode a battered datapad — decades old, its casing spider-cracked and corners silvered by wear, still cared for — wrapped in oilcloth against grit. Darran shadowed close to Verdan’s right, a knife at his hip — vibro unit dead, steel edge honed by hand — attention snagging on every shift of ground and every scrap half-buried in slag.</w:t>
      </w:r>
    </w:p>
    <w:p w14:paraId="729D3264" w14:textId="77777777" w:rsidR="00830533" w:rsidRPr="0032579A" w:rsidRDefault="00830533">
      <w:pPr>
        <w:rPr>
          <w:rFonts w:ascii="Times New Roman" w:hAnsi="Times New Roman" w:cs="Times New Roman"/>
        </w:rPr>
      </w:pPr>
    </w:p>
    <w:p w14:paraId="13A309D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made camp in the lee of a collapsed conveyor tower, its girders bent like knucklebones. No fires larger than a cupped hand. No voices raised. They ate ration brick coaxed into thin stew, a pinch of spice someone had kept sealed in a strip of plastifilm, and the stubborn patience of those who understood that hunger did not bargain.</w:t>
      </w:r>
    </w:p>
    <w:p w14:paraId="70BD129B" w14:textId="77777777" w:rsidR="00830533" w:rsidRPr="0032579A" w:rsidRDefault="00830533">
      <w:pPr>
        <w:rPr>
          <w:rFonts w:ascii="Times New Roman" w:hAnsi="Times New Roman" w:cs="Times New Roman"/>
        </w:rPr>
      </w:pPr>
    </w:p>
    <w:p w14:paraId="207FC98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moved through them without hurry. She did not take charge; she took note. Names first, always names. The woman with the scar across her cheek was Derya. The old man who kept coughing into a rag was Phalin. The boy with the limp was Teg, his sister Mara watched him with a hawk’s attention. Selora asked nothing more than a name and what two hands could do. Mason, forager, seam, clean, mend, hunt—she thumbed them into the datapad’s flickering interface with patient taps, the power cell nursed along by a salvaged lead clipped to a pocketed microcell. The </w:t>
      </w:r>
      <w:r w:rsidRPr="0032579A">
        <w:rPr>
          <w:rFonts w:ascii="Times New Roman" w:hAnsi="Times New Roman" w:cs="Times New Roman"/>
          <w:color w:val="000000"/>
        </w:rPr>
        <w:lastRenderedPageBreak/>
        <w:t>pad had once held shipping ledgers; now it held people — columns turned into lists of names and use.</w:t>
      </w:r>
    </w:p>
    <w:p w14:paraId="61633EBF" w14:textId="77777777" w:rsidR="00830533" w:rsidRPr="0032579A" w:rsidRDefault="00830533">
      <w:pPr>
        <w:rPr>
          <w:rFonts w:ascii="Times New Roman" w:hAnsi="Times New Roman" w:cs="Times New Roman"/>
        </w:rPr>
      </w:pPr>
    </w:p>
    <w:p w14:paraId="376B052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“People are not inventory,” a man muttered as she passed, hand resting on a chipped, antique rifle.</w:t>
      </w:r>
    </w:p>
    <w:p w14:paraId="1FB13B87" w14:textId="77777777" w:rsidR="00830533" w:rsidRPr="0032579A" w:rsidRDefault="00830533">
      <w:pPr>
        <w:rPr>
          <w:rFonts w:ascii="Times New Roman" w:hAnsi="Times New Roman" w:cs="Times New Roman"/>
        </w:rPr>
      </w:pPr>
    </w:p>
    <w:p w14:paraId="1C0447C1" w14:textId="7AB193FF" w:rsidR="00830533" w:rsidRPr="0032579A" w:rsidRDefault="00000000">
      <w:pPr>
        <w:rPr>
          <w:rFonts w:ascii="Times New Roman" w:hAnsi="Times New Roman" w:cs="Times New Roman"/>
        </w:rPr>
      </w:pPr>
      <w:r w:rsidRPr="0032579A">
        <w:rPr>
          <w:rFonts w:ascii="Times New Roman" w:hAnsi="Times New Roman" w:cs="Times New Roman"/>
          <w:color w:val="000000"/>
        </w:rPr>
        <w:t>“No,” Selora said, and her voice was calm enough to draw his eyes. “</w:t>
      </w:r>
      <w:r w:rsidR="002753C5" w:rsidRPr="002753C5">
        <w:rPr>
          <w:rFonts w:ascii="Times New Roman" w:hAnsi="Times New Roman" w:cs="Times New Roman"/>
          <w:color w:val="000000"/>
        </w:rPr>
        <w:t>They’re lives, same as ours.</w:t>
      </w:r>
      <w:r w:rsidR="002753C5">
        <w:rPr>
          <w:rFonts w:ascii="Times New Roman" w:hAnsi="Times New Roman" w:cs="Times New Roman"/>
          <w:color w:val="000000"/>
        </w:rPr>
        <w:t xml:space="preserve"> Lives who will remember how we treated them.”</w:t>
      </w:r>
    </w:p>
    <w:p w14:paraId="6B41794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didn’t answer. Later, she gave him a double share of the stew and told him he could repay it tomorrow by mending boots. He nodded without meeting her eyes and set to stitching before he had finished chewing.</w:t>
      </w:r>
    </w:p>
    <w:p w14:paraId="49D65B2E" w14:textId="77777777" w:rsidR="00830533" w:rsidRPr="0032579A" w:rsidRDefault="00830533">
      <w:pPr>
        <w:rPr>
          <w:rFonts w:ascii="Times New Roman" w:hAnsi="Times New Roman" w:cs="Times New Roman"/>
        </w:rPr>
      </w:pPr>
    </w:p>
    <w:p w14:paraId="3F74CB2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sat across from Verdan, the knife unsheathed, the whetstone rasping with small, careful strokes. He cut his thumb once and said nothing, pressing the wound to his tunic until the bleeding steadied. Verdan watched the angle of the blade, not the blood.</w:t>
      </w:r>
    </w:p>
    <w:p w14:paraId="7EA27008" w14:textId="77777777" w:rsidR="00830533" w:rsidRPr="0032579A" w:rsidRDefault="00830533">
      <w:pPr>
        <w:rPr>
          <w:rFonts w:ascii="Times New Roman" w:hAnsi="Times New Roman" w:cs="Times New Roman"/>
        </w:rPr>
      </w:pPr>
    </w:p>
    <w:p w14:paraId="38B0CD1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“Hold the stone still,” Verdan said at last. “Let the knife do the moving.”</w:t>
      </w:r>
    </w:p>
    <w:p w14:paraId="71B860F0" w14:textId="77777777" w:rsidR="00830533" w:rsidRPr="0032579A" w:rsidRDefault="00830533">
      <w:pPr>
        <w:rPr>
          <w:rFonts w:ascii="Times New Roman" w:hAnsi="Times New Roman" w:cs="Times New Roman"/>
        </w:rPr>
      </w:pPr>
    </w:p>
    <w:p w14:paraId="496BCD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adjusted. The rasp grew even.</w:t>
      </w:r>
    </w:p>
    <w:p w14:paraId="47C5D96D" w14:textId="77777777" w:rsidR="00830533" w:rsidRPr="0032579A" w:rsidRDefault="00830533">
      <w:pPr>
        <w:rPr>
          <w:rFonts w:ascii="Times New Roman" w:hAnsi="Times New Roman" w:cs="Times New Roman"/>
        </w:rPr>
      </w:pPr>
    </w:p>
    <w:p w14:paraId="0C32F647" w14:textId="10CAF6CA"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2753C5">
        <w:rPr>
          <w:rFonts w:ascii="Times New Roman" w:hAnsi="Times New Roman" w:cs="Times New Roman"/>
          <w:color w:val="000000"/>
        </w:rPr>
        <w:t>Better</w:t>
      </w:r>
      <w:r w:rsidRPr="0032579A">
        <w:rPr>
          <w:rFonts w:ascii="Times New Roman" w:hAnsi="Times New Roman" w:cs="Times New Roman"/>
          <w:color w:val="000000"/>
        </w:rPr>
        <w:t>,” Verdan said.</w:t>
      </w:r>
    </w:p>
    <w:p w14:paraId="1A1EC6CE" w14:textId="77777777" w:rsidR="00830533" w:rsidRPr="0032579A" w:rsidRDefault="00830533">
      <w:pPr>
        <w:rPr>
          <w:rFonts w:ascii="Times New Roman" w:hAnsi="Times New Roman" w:cs="Times New Roman"/>
        </w:rPr>
      </w:pPr>
    </w:p>
    <w:p w14:paraId="29BD8B7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finished the last of the names and sat down with them. She did not ask where they were headed. She did not ask what the plan was beyond tomorrow’s water and the day after’s food. She drew a square in the dust with a bit of scrap and divided it into four parts.</w:t>
      </w:r>
    </w:p>
    <w:p w14:paraId="679C9B76" w14:textId="77777777" w:rsidR="00830533" w:rsidRPr="0032579A" w:rsidRDefault="00830533">
      <w:pPr>
        <w:rPr>
          <w:rFonts w:ascii="Times New Roman" w:hAnsi="Times New Roman" w:cs="Times New Roman"/>
        </w:rPr>
      </w:pPr>
    </w:p>
    <w:p w14:paraId="2079EB61" w14:textId="12AFAB72" w:rsidR="00830533" w:rsidRDefault="002753C5">
      <w:pPr>
        <w:rPr>
          <w:rFonts w:ascii="Times New Roman" w:hAnsi="Times New Roman" w:cs="Times New Roman"/>
          <w:color w:val="000000"/>
        </w:rPr>
      </w:pPr>
      <w:r w:rsidRPr="002753C5">
        <w:rPr>
          <w:rFonts w:ascii="Times New Roman" w:hAnsi="Times New Roman" w:cs="Times New Roman"/>
          <w:color w:val="000000"/>
        </w:rPr>
        <w:t>“Alright,” she said quietly. “At first light, some of us go for salvage. Others take the water line and the pot. Someone keeps watch on the west and south piles. The children—” her eyes flicked to them, softer now, “—they only carry what fits in a hand.”</w:t>
      </w:r>
    </w:p>
    <w:p w14:paraId="3D619B25" w14:textId="77777777" w:rsidR="002753C5" w:rsidRPr="0032579A" w:rsidRDefault="002753C5">
      <w:pPr>
        <w:rPr>
          <w:rFonts w:ascii="Times New Roman" w:hAnsi="Times New Roman" w:cs="Times New Roman"/>
        </w:rPr>
      </w:pPr>
    </w:p>
    <w:p w14:paraId="00479A1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nodded once.</w:t>
      </w:r>
    </w:p>
    <w:p w14:paraId="55EE4FFF" w14:textId="77777777" w:rsidR="00830533" w:rsidRPr="0032579A" w:rsidRDefault="00830533">
      <w:pPr>
        <w:rPr>
          <w:rFonts w:ascii="Times New Roman" w:hAnsi="Times New Roman" w:cs="Times New Roman"/>
        </w:rPr>
      </w:pPr>
    </w:p>
    <w:p w14:paraId="327FD0F7" w14:textId="76DE9CA0"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2753C5">
        <w:rPr>
          <w:rFonts w:ascii="Times New Roman" w:hAnsi="Times New Roman" w:cs="Times New Roman"/>
          <w:color w:val="000000"/>
        </w:rPr>
        <w:t>Say</w:t>
      </w:r>
      <w:r w:rsidRPr="0032579A">
        <w:rPr>
          <w:rFonts w:ascii="Times New Roman" w:hAnsi="Times New Roman" w:cs="Times New Roman"/>
          <w:color w:val="000000"/>
        </w:rPr>
        <w:t xml:space="preserve"> it </w:t>
      </w:r>
      <w:r w:rsidR="002753C5">
        <w:rPr>
          <w:rFonts w:ascii="Times New Roman" w:hAnsi="Times New Roman" w:cs="Times New Roman"/>
          <w:color w:val="000000"/>
        </w:rPr>
        <w:t xml:space="preserve">out </w:t>
      </w:r>
      <w:r w:rsidRPr="0032579A">
        <w:rPr>
          <w:rFonts w:ascii="Times New Roman" w:hAnsi="Times New Roman" w:cs="Times New Roman"/>
          <w:color w:val="000000"/>
        </w:rPr>
        <w:t>loud,” Selora added.</w:t>
      </w:r>
    </w:p>
    <w:p w14:paraId="6C806819" w14:textId="77777777" w:rsidR="00830533" w:rsidRPr="0032579A" w:rsidRDefault="00830533">
      <w:pPr>
        <w:rPr>
          <w:rFonts w:ascii="Times New Roman" w:hAnsi="Times New Roman" w:cs="Times New Roman"/>
        </w:rPr>
      </w:pPr>
    </w:p>
    <w:p w14:paraId="1526752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turned his head and did so. The people listened with the attention of the hungry. The dusk closed around them like a held breath. Somewhere out beyond the slag, a sheet of metal settled with a hollow clatter that sounded like distant thunder.</w:t>
      </w:r>
    </w:p>
    <w:p w14:paraId="7F692C8F" w14:textId="77777777" w:rsidR="00830533" w:rsidRPr="0032579A" w:rsidRDefault="00830533">
      <w:pPr>
        <w:rPr>
          <w:rFonts w:ascii="Times New Roman" w:hAnsi="Times New Roman" w:cs="Times New Roman"/>
        </w:rPr>
      </w:pPr>
    </w:p>
    <w:p w14:paraId="02AC9213" w14:textId="77777777" w:rsidR="002753C5" w:rsidRDefault="002753C5" w:rsidP="002753C5">
      <w:pPr>
        <w:rPr>
          <w:rFonts w:ascii="Times New Roman" w:hAnsi="Times New Roman" w:cs="Times New Roman"/>
          <w:color w:val="000000"/>
        </w:rPr>
      </w:pPr>
      <w:r w:rsidRPr="002753C5">
        <w:rPr>
          <w:rFonts w:ascii="Times New Roman" w:hAnsi="Times New Roman" w:cs="Times New Roman"/>
          <w:color w:val="000000"/>
          <w:lang/>
        </w:rPr>
        <w:t>They slept in shifts. In the dark between, Darran whispered, “She makes it different.”</w:t>
      </w:r>
    </w:p>
    <w:p w14:paraId="6DF3E97A" w14:textId="77777777" w:rsidR="002753C5" w:rsidRPr="002753C5" w:rsidRDefault="002753C5" w:rsidP="002753C5">
      <w:pPr>
        <w:rPr>
          <w:rFonts w:ascii="Times New Roman" w:hAnsi="Times New Roman" w:cs="Times New Roman"/>
          <w:color w:val="000000"/>
        </w:rPr>
      </w:pPr>
    </w:p>
    <w:p w14:paraId="316CA763" w14:textId="77777777" w:rsidR="002753C5" w:rsidRDefault="002753C5" w:rsidP="002753C5">
      <w:pPr>
        <w:rPr>
          <w:rFonts w:ascii="Times New Roman" w:hAnsi="Times New Roman" w:cs="Times New Roman"/>
          <w:color w:val="000000"/>
        </w:rPr>
      </w:pPr>
      <w:r w:rsidRPr="002753C5">
        <w:rPr>
          <w:rFonts w:ascii="Times New Roman" w:hAnsi="Times New Roman" w:cs="Times New Roman"/>
          <w:color w:val="000000"/>
          <w:lang/>
        </w:rPr>
        <w:t>Verdan kept his eyes shut. “She makes it real.”</w:t>
      </w:r>
    </w:p>
    <w:p w14:paraId="035388D9" w14:textId="77777777" w:rsidR="002753C5" w:rsidRPr="002753C5" w:rsidRDefault="002753C5" w:rsidP="002753C5">
      <w:pPr>
        <w:rPr>
          <w:rFonts w:ascii="Times New Roman" w:hAnsi="Times New Roman" w:cs="Times New Roman"/>
          <w:color w:val="000000"/>
        </w:rPr>
      </w:pPr>
    </w:p>
    <w:p w14:paraId="305E5B8F" w14:textId="77777777" w:rsidR="002753C5" w:rsidRDefault="002753C5" w:rsidP="002753C5">
      <w:pPr>
        <w:rPr>
          <w:rFonts w:ascii="Times New Roman" w:hAnsi="Times New Roman" w:cs="Times New Roman"/>
          <w:color w:val="000000"/>
        </w:rPr>
      </w:pPr>
      <w:r w:rsidRPr="002753C5">
        <w:rPr>
          <w:rFonts w:ascii="Times New Roman" w:hAnsi="Times New Roman" w:cs="Times New Roman"/>
          <w:color w:val="000000"/>
          <w:lang/>
        </w:rPr>
        <w:t>“Is that the same?”</w:t>
      </w:r>
    </w:p>
    <w:p w14:paraId="206FCDA6" w14:textId="77777777" w:rsidR="002753C5" w:rsidRPr="002753C5" w:rsidRDefault="002753C5" w:rsidP="002753C5">
      <w:pPr>
        <w:rPr>
          <w:rFonts w:ascii="Times New Roman" w:hAnsi="Times New Roman" w:cs="Times New Roman"/>
          <w:color w:val="000000"/>
        </w:rPr>
      </w:pPr>
    </w:p>
    <w:p w14:paraId="2EEB3838" w14:textId="77777777" w:rsidR="002753C5" w:rsidRDefault="002753C5" w:rsidP="002753C5">
      <w:pPr>
        <w:rPr>
          <w:rFonts w:ascii="Times New Roman" w:hAnsi="Times New Roman" w:cs="Times New Roman"/>
          <w:color w:val="000000"/>
        </w:rPr>
      </w:pPr>
      <w:r w:rsidRPr="002753C5">
        <w:rPr>
          <w:rFonts w:ascii="Times New Roman" w:hAnsi="Times New Roman" w:cs="Times New Roman"/>
          <w:color w:val="000000"/>
          <w:lang/>
        </w:rPr>
        <w:t>A pause, then softer: “It will be.”</w:t>
      </w:r>
    </w:p>
    <w:p w14:paraId="2664A3FD" w14:textId="77777777" w:rsidR="005634FE" w:rsidRDefault="005634FE" w:rsidP="002753C5">
      <w:pPr>
        <w:rPr>
          <w:rFonts w:ascii="Times New Roman" w:hAnsi="Times New Roman" w:cs="Times New Roman"/>
          <w:color w:val="000000"/>
        </w:rPr>
      </w:pPr>
    </w:p>
    <w:p w14:paraId="11525E2C" w14:textId="5BFAEF04" w:rsidR="005634FE" w:rsidRPr="002753C5" w:rsidRDefault="005634FE" w:rsidP="005634FE">
      <w:pPr>
        <w:spacing w:after="0"/>
        <w:jc w:val="center"/>
        <w:rPr>
          <w:rFonts w:ascii="Times New Roman" w:hAnsi="Times New Roman" w:cs="Times New Roman"/>
        </w:rPr>
      </w:pPr>
      <w:r w:rsidRPr="0032579A">
        <w:rPr>
          <w:rFonts w:ascii="Times New Roman" w:hAnsi="Times New Roman" w:cs="Times New Roman"/>
        </w:rPr>
        <w:t>***</w:t>
      </w:r>
    </w:p>
    <w:p w14:paraId="5F084456" w14:textId="77777777" w:rsidR="00830533" w:rsidRPr="0032579A" w:rsidRDefault="00830533">
      <w:pPr>
        <w:rPr>
          <w:rFonts w:ascii="Times New Roman" w:hAnsi="Times New Roman" w:cs="Times New Roman"/>
        </w:rPr>
      </w:pPr>
    </w:p>
    <w:p w14:paraId="5B3291A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gray light, they moved. The ground softened underfoot with a night’s worth of dew that tasted like old salt when it dried on lips. Verdan led the salvage line toward a heap where the bones of two ore haulers had folded together like animals that had died embracing. He tapped girders with the handle of his knife, listening for sound that told metal still had strength somewhere under the scab of rust.</w:t>
      </w:r>
    </w:p>
    <w:p w14:paraId="3E0B6C0B" w14:textId="77777777" w:rsidR="00830533" w:rsidRPr="0032579A" w:rsidRDefault="00830533">
      <w:pPr>
        <w:rPr>
          <w:rFonts w:ascii="Times New Roman" w:hAnsi="Times New Roman" w:cs="Times New Roman"/>
        </w:rPr>
      </w:pPr>
    </w:p>
    <w:p w14:paraId="573CC5CD" w14:textId="60495A57" w:rsidR="00830533" w:rsidRPr="0032579A" w:rsidRDefault="00000000">
      <w:pPr>
        <w:rPr>
          <w:rFonts w:ascii="Times New Roman" w:hAnsi="Times New Roman" w:cs="Times New Roman"/>
        </w:rPr>
      </w:pPr>
      <w:r w:rsidRPr="0032579A">
        <w:rPr>
          <w:rFonts w:ascii="Times New Roman" w:hAnsi="Times New Roman" w:cs="Times New Roman"/>
          <w:color w:val="000000"/>
        </w:rPr>
        <w:t>“Here,” he said. “Cut</w:t>
      </w:r>
      <w:r w:rsidR="002753C5">
        <w:rPr>
          <w:rFonts w:ascii="Times New Roman" w:hAnsi="Times New Roman" w:cs="Times New Roman"/>
          <w:color w:val="000000"/>
        </w:rPr>
        <w:t xml:space="preserve"> this one</w:t>
      </w:r>
      <w:r w:rsidRPr="0032579A">
        <w:rPr>
          <w:rFonts w:ascii="Times New Roman" w:hAnsi="Times New Roman" w:cs="Times New Roman"/>
          <w:color w:val="000000"/>
        </w:rPr>
        <w:t>.”</w:t>
      </w:r>
    </w:p>
    <w:p w14:paraId="517D2137" w14:textId="77777777" w:rsidR="00830533" w:rsidRPr="0032579A" w:rsidRDefault="00830533">
      <w:pPr>
        <w:rPr>
          <w:rFonts w:ascii="Times New Roman" w:hAnsi="Times New Roman" w:cs="Times New Roman"/>
        </w:rPr>
      </w:pPr>
    </w:p>
    <w:p w14:paraId="4870095B" w14:textId="4238C70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Men and women with </w:t>
      </w:r>
      <w:r w:rsidR="002753C5">
        <w:rPr>
          <w:rFonts w:ascii="Times New Roman" w:hAnsi="Times New Roman" w:cs="Times New Roman"/>
          <w:color w:val="000000"/>
        </w:rPr>
        <w:t xml:space="preserve">small </w:t>
      </w:r>
      <w:r w:rsidRPr="0032579A">
        <w:rPr>
          <w:rFonts w:ascii="Times New Roman" w:hAnsi="Times New Roman" w:cs="Times New Roman"/>
          <w:color w:val="000000"/>
        </w:rPr>
        <w:t>saws set teeth to durasteel. Others pried cabling out of brittle conduit with careful hands, coiling it around elbows and wrists. Children carried bolts and short lengths of strip into a growing pile beside Selora. She tallied with her eye and with the datapad’s dull glow, giving little nods and a small mark beside a name each time someone dropped something useful onto the cloth she had spread over the dirt.</w:t>
      </w:r>
    </w:p>
    <w:p w14:paraId="0D23C1C0" w14:textId="77777777" w:rsidR="00830533" w:rsidRPr="0032579A" w:rsidRDefault="00830533">
      <w:pPr>
        <w:rPr>
          <w:rFonts w:ascii="Times New Roman" w:hAnsi="Times New Roman" w:cs="Times New Roman"/>
        </w:rPr>
      </w:pPr>
    </w:p>
    <w:p w14:paraId="2FCCA67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Darran found a crate kicked half under the shade of a girder. He dragged it out, pried the lid with his knife, and found nothing but rotten fabric and a smell like old oil. He did not look up to check if anyone had seen. He cut the fabric into strips with short, clean motions and tied them into a length of binding rope.</w:t>
      </w:r>
    </w:p>
    <w:p w14:paraId="591BC4AD" w14:textId="77777777" w:rsidR="00830533" w:rsidRPr="0032579A" w:rsidRDefault="00830533">
      <w:pPr>
        <w:rPr>
          <w:rFonts w:ascii="Times New Roman" w:hAnsi="Times New Roman" w:cs="Times New Roman"/>
        </w:rPr>
      </w:pPr>
    </w:p>
    <w:p w14:paraId="195514B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“Good,” Verdan said.</w:t>
      </w:r>
    </w:p>
    <w:p w14:paraId="700776BB" w14:textId="77777777" w:rsidR="00830533" w:rsidRPr="0032579A" w:rsidRDefault="00830533">
      <w:pPr>
        <w:rPr>
          <w:rFonts w:ascii="Times New Roman" w:hAnsi="Times New Roman" w:cs="Times New Roman"/>
        </w:rPr>
      </w:pPr>
    </w:p>
    <w:p w14:paraId="6962D91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By noon, they had enough plate to patch a pot, enough cable to coax a repulsor pump into another week of life, enough fasteners to bind two broken hover-carts into one that would ride. It was not treasure. It was endurance.</w:t>
      </w:r>
    </w:p>
    <w:p w14:paraId="10305767" w14:textId="77777777" w:rsidR="00830533" w:rsidRPr="0032579A" w:rsidRDefault="00830533">
      <w:pPr>
        <w:rPr>
          <w:rFonts w:ascii="Times New Roman" w:hAnsi="Times New Roman" w:cs="Times New Roman"/>
        </w:rPr>
      </w:pPr>
    </w:p>
    <w:p w14:paraId="2995B56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moved on.</w:t>
      </w:r>
    </w:p>
    <w:p w14:paraId="44B05EB8" w14:textId="77777777" w:rsidR="005634FE" w:rsidRPr="0032579A" w:rsidRDefault="005634FE" w:rsidP="005634FE">
      <w:pPr>
        <w:spacing w:after="0"/>
        <w:jc w:val="center"/>
        <w:rPr>
          <w:rFonts w:ascii="Times New Roman" w:hAnsi="Times New Roman" w:cs="Times New Roman"/>
        </w:rPr>
      </w:pPr>
      <w:r w:rsidRPr="0032579A">
        <w:rPr>
          <w:rFonts w:ascii="Times New Roman" w:hAnsi="Times New Roman" w:cs="Times New Roman"/>
        </w:rPr>
        <w:t>***</w:t>
      </w:r>
    </w:p>
    <w:p w14:paraId="6F5DFA79" w14:textId="77777777" w:rsidR="00830533" w:rsidRPr="0032579A" w:rsidRDefault="00830533">
      <w:pPr>
        <w:rPr>
          <w:rFonts w:ascii="Times New Roman" w:hAnsi="Times New Roman" w:cs="Times New Roman"/>
        </w:rPr>
      </w:pPr>
    </w:p>
    <w:p w14:paraId="035EF90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first town was a cracked ring of stone around a well capped with a ceramic lid the color of bone. A handful of people watched from the shade, hands on weapons that had not seen care in too long; a hover-cart hissed where a line had worn thin, sagging on a lazy repulsor.</w:t>
      </w:r>
    </w:p>
    <w:p w14:paraId="6D847228" w14:textId="77777777" w:rsidR="00830533" w:rsidRPr="0032579A" w:rsidRDefault="00830533">
      <w:pPr>
        <w:rPr>
          <w:rFonts w:ascii="Times New Roman" w:hAnsi="Times New Roman" w:cs="Times New Roman"/>
        </w:rPr>
      </w:pPr>
    </w:p>
    <w:p w14:paraId="0D1C68F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“Trade,” Selora called, palms open, voice steady.</w:t>
      </w:r>
    </w:p>
    <w:p w14:paraId="15F365BC" w14:textId="77777777" w:rsidR="00830533" w:rsidRPr="0032579A" w:rsidRDefault="00830533">
      <w:pPr>
        <w:rPr>
          <w:rFonts w:ascii="Times New Roman" w:hAnsi="Times New Roman" w:cs="Times New Roman"/>
        </w:rPr>
      </w:pPr>
    </w:p>
    <w:p w14:paraId="359291E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 for?” a woman asked. She had the look of command without liking the weight of it.</w:t>
      </w:r>
    </w:p>
    <w:p w14:paraId="52F3EBA9" w14:textId="77777777" w:rsidR="00830533" w:rsidRPr="0032579A" w:rsidRDefault="00830533">
      <w:pPr>
        <w:rPr>
          <w:rFonts w:ascii="Times New Roman" w:hAnsi="Times New Roman" w:cs="Times New Roman"/>
        </w:rPr>
      </w:pPr>
    </w:p>
    <w:p w14:paraId="2FCF7283" w14:textId="2FECFCCD" w:rsidR="00830533" w:rsidRDefault="005634FE">
      <w:pPr>
        <w:rPr>
          <w:rFonts w:ascii="Times New Roman" w:hAnsi="Times New Roman" w:cs="Times New Roman"/>
          <w:color w:val="000000"/>
        </w:rPr>
      </w:pPr>
      <w:r w:rsidRPr="005634FE">
        <w:rPr>
          <w:rFonts w:ascii="Times New Roman" w:hAnsi="Times New Roman" w:cs="Times New Roman"/>
          <w:color w:val="000000"/>
        </w:rPr>
        <w:t xml:space="preserve">“We’ll clean your pumps. Reseat the lids. Cut new seals. </w:t>
      </w:r>
      <w:r>
        <w:rPr>
          <w:rFonts w:ascii="Times New Roman" w:hAnsi="Times New Roman" w:cs="Times New Roman"/>
          <w:color w:val="000000"/>
        </w:rPr>
        <w:t>Some food and water</w:t>
      </w:r>
      <w:r w:rsidRPr="005634FE">
        <w:rPr>
          <w:rFonts w:ascii="Times New Roman" w:hAnsi="Times New Roman" w:cs="Times New Roman"/>
          <w:color w:val="000000"/>
        </w:rPr>
        <w:t xml:space="preserve"> while we’re here. The rest stays with you.”</w:t>
      </w:r>
    </w:p>
    <w:p w14:paraId="091BFE40" w14:textId="77777777" w:rsidR="005634FE" w:rsidRPr="0032579A" w:rsidRDefault="005634FE">
      <w:pPr>
        <w:rPr>
          <w:rFonts w:ascii="Times New Roman" w:hAnsi="Times New Roman" w:cs="Times New Roman"/>
        </w:rPr>
      </w:pPr>
    </w:p>
    <w:p w14:paraId="4468C8F5" w14:textId="3EA4BA14" w:rsidR="00830533" w:rsidRPr="0032579A" w:rsidRDefault="00000000">
      <w:pPr>
        <w:rPr>
          <w:rFonts w:ascii="Times New Roman" w:hAnsi="Times New Roman" w:cs="Times New Roman"/>
        </w:rPr>
      </w:pPr>
      <w:r w:rsidRPr="0032579A">
        <w:rPr>
          <w:rFonts w:ascii="Times New Roman" w:hAnsi="Times New Roman" w:cs="Times New Roman"/>
          <w:color w:val="000000"/>
        </w:rPr>
        <w:t>The woman’s mouth tugged. “</w:t>
      </w:r>
      <w:r w:rsidR="005634FE">
        <w:rPr>
          <w:rFonts w:ascii="Times New Roman" w:hAnsi="Times New Roman" w:cs="Times New Roman"/>
          <w:color w:val="000000"/>
        </w:rPr>
        <w:t xml:space="preserve">So </w:t>
      </w:r>
      <w:r w:rsidRPr="0032579A">
        <w:rPr>
          <w:rFonts w:ascii="Times New Roman" w:hAnsi="Times New Roman" w:cs="Times New Roman"/>
          <w:color w:val="000000"/>
        </w:rPr>
        <w:t xml:space="preserve">you </w:t>
      </w:r>
      <w:r w:rsidR="005634FE">
        <w:rPr>
          <w:rFonts w:ascii="Times New Roman" w:hAnsi="Times New Roman" w:cs="Times New Roman"/>
          <w:color w:val="000000"/>
        </w:rPr>
        <w:t xml:space="preserve">can </w:t>
      </w:r>
      <w:r w:rsidRPr="0032579A">
        <w:rPr>
          <w:rFonts w:ascii="Times New Roman" w:hAnsi="Times New Roman" w:cs="Times New Roman"/>
          <w:color w:val="000000"/>
        </w:rPr>
        <w:t xml:space="preserve">steal us blind and </w:t>
      </w:r>
      <w:r w:rsidR="005634FE">
        <w:rPr>
          <w:rFonts w:ascii="Times New Roman" w:hAnsi="Times New Roman" w:cs="Times New Roman"/>
          <w:color w:val="000000"/>
        </w:rPr>
        <w:t xml:space="preserve">then </w:t>
      </w:r>
      <w:r w:rsidRPr="0032579A">
        <w:rPr>
          <w:rFonts w:ascii="Times New Roman" w:hAnsi="Times New Roman" w:cs="Times New Roman"/>
          <w:color w:val="000000"/>
        </w:rPr>
        <w:t>leave?”</w:t>
      </w:r>
    </w:p>
    <w:p w14:paraId="02F22FC8" w14:textId="77777777" w:rsidR="00830533" w:rsidRPr="0032579A" w:rsidRDefault="00830533">
      <w:pPr>
        <w:rPr>
          <w:rFonts w:ascii="Times New Roman" w:hAnsi="Times New Roman" w:cs="Times New Roman"/>
        </w:rPr>
      </w:pPr>
    </w:p>
    <w:p w14:paraId="201FB7CB" w14:textId="63C6056C"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5634FE">
        <w:rPr>
          <w:rFonts w:ascii="Times New Roman" w:hAnsi="Times New Roman" w:cs="Times New Roman"/>
          <w:color w:val="000000"/>
        </w:rPr>
        <w:t>We will take what you cannot use and leave the rest stronger than it is now</w:t>
      </w:r>
      <w:r w:rsidRPr="0032579A">
        <w:rPr>
          <w:rFonts w:ascii="Times New Roman" w:hAnsi="Times New Roman" w:cs="Times New Roman"/>
          <w:color w:val="000000"/>
        </w:rPr>
        <w:t>,” Selora said. “You can watch us do it.”</w:t>
      </w:r>
    </w:p>
    <w:p w14:paraId="7BDA99B2" w14:textId="77777777" w:rsidR="00830533" w:rsidRPr="0032579A" w:rsidRDefault="00830533">
      <w:pPr>
        <w:rPr>
          <w:rFonts w:ascii="Times New Roman" w:hAnsi="Times New Roman" w:cs="Times New Roman"/>
        </w:rPr>
      </w:pPr>
    </w:p>
    <w:p w14:paraId="0C47464A" w14:textId="6D36E6C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woman looked at Verdan for the first time. “</w:t>
      </w:r>
      <w:r w:rsidR="005634FE" w:rsidRPr="005634FE">
        <w:rPr>
          <w:rFonts w:ascii="Times New Roman" w:hAnsi="Times New Roman" w:cs="Times New Roman"/>
          <w:color w:val="000000"/>
        </w:rPr>
        <w:t>And if raiders come trailing after you?</w:t>
      </w:r>
      <w:r w:rsidR="005634FE">
        <w:rPr>
          <w:rFonts w:ascii="Times New Roman" w:hAnsi="Times New Roman" w:cs="Times New Roman"/>
          <w:color w:val="000000"/>
        </w:rPr>
        <w:t>”</w:t>
      </w:r>
    </w:p>
    <w:p w14:paraId="25604BD8" w14:textId="77777777" w:rsidR="00830533" w:rsidRPr="0032579A" w:rsidRDefault="00830533">
      <w:pPr>
        <w:rPr>
          <w:rFonts w:ascii="Times New Roman" w:hAnsi="Times New Roman" w:cs="Times New Roman"/>
        </w:rPr>
      </w:pPr>
    </w:p>
    <w:p w14:paraId="7A4A51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already do,” Verdan said. “We’ll make your walls part of the ground that breaks them.”</w:t>
      </w:r>
    </w:p>
    <w:p w14:paraId="102444AF" w14:textId="77777777" w:rsidR="00830533" w:rsidRPr="0032579A" w:rsidRDefault="00830533">
      <w:pPr>
        <w:rPr>
          <w:rFonts w:ascii="Times New Roman" w:hAnsi="Times New Roman" w:cs="Times New Roman"/>
        </w:rPr>
      </w:pPr>
    </w:p>
    <w:p w14:paraId="5A6BAA3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squinted at him, then at the people behind him: thin, quiet, hands already busy mending straps, cutting fabric, tightening knots. A man shifted the sling of an old blaster rifle; a woman tightened the strap on a dented shoulder plate. The leader sighed like a door that had not opened in a while.</w:t>
      </w:r>
    </w:p>
    <w:p w14:paraId="6F6CF19D" w14:textId="77777777" w:rsidR="00830533" w:rsidRPr="0032579A" w:rsidRDefault="00830533">
      <w:pPr>
        <w:rPr>
          <w:rFonts w:ascii="Times New Roman" w:hAnsi="Times New Roman" w:cs="Times New Roman"/>
        </w:rPr>
      </w:pPr>
    </w:p>
    <w:p w14:paraId="417E0FBE" w14:textId="3FF8E36B" w:rsidR="00830533" w:rsidRPr="0032579A" w:rsidRDefault="00000000">
      <w:pPr>
        <w:rPr>
          <w:rFonts w:ascii="Times New Roman" w:hAnsi="Times New Roman" w:cs="Times New Roman"/>
        </w:rPr>
      </w:pPr>
      <w:r w:rsidRPr="0032579A">
        <w:rPr>
          <w:rFonts w:ascii="Times New Roman" w:hAnsi="Times New Roman" w:cs="Times New Roman"/>
          <w:color w:val="000000"/>
        </w:rPr>
        <w:t>“Fine,” she said. “Two meals. One night’s sleep</w:t>
      </w:r>
      <w:r w:rsidR="005634FE">
        <w:rPr>
          <w:rFonts w:ascii="Times New Roman" w:hAnsi="Times New Roman" w:cs="Times New Roman"/>
          <w:color w:val="000000"/>
        </w:rPr>
        <w:t xml:space="preserve"> and a measure of w</w:t>
      </w:r>
      <w:r w:rsidRPr="0032579A">
        <w:rPr>
          <w:rFonts w:ascii="Times New Roman" w:hAnsi="Times New Roman" w:cs="Times New Roman"/>
          <w:color w:val="000000"/>
        </w:rPr>
        <w:t>ater.”</w:t>
      </w:r>
    </w:p>
    <w:p w14:paraId="1C2EC1AB" w14:textId="77777777" w:rsidR="00830533" w:rsidRPr="0032579A" w:rsidRDefault="00830533">
      <w:pPr>
        <w:rPr>
          <w:rFonts w:ascii="Times New Roman" w:hAnsi="Times New Roman" w:cs="Times New Roman"/>
        </w:rPr>
      </w:pPr>
    </w:p>
    <w:p w14:paraId="48C88833" w14:textId="73006510"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“Three meals,” Selora said, and didn’t blink. “And we leave you </w:t>
      </w:r>
      <w:r w:rsidR="005634FE">
        <w:rPr>
          <w:rFonts w:ascii="Times New Roman" w:hAnsi="Times New Roman" w:cs="Times New Roman"/>
          <w:color w:val="000000"/>
        </w:rPr>
        <w:t xml:space="preserve">with </w:t>
      </w:r>
      <w:r w:rsidRPr="0032579A">
        <w:rPr>
          <w:rFonts w:ascii="Times New Roman" w:hAnsi="Times New Roman" w:cs="Times New Roman"/>
          <w:color w:val="000000"/>
        </w:rPr>
        <w:t>a new seal.”</w:t>
      </w:r>
    </w:p>
    <w:p w14:paraId="501DE684" w14:textId="77777777" w:rsidR="00830533" w:rsidRPr="0032579A" w:rsidRDefault="00830533">
      <w:pPr>
        <w:rPr>
          <w:rFonts w:ascii="Times New Roman" w:hAnsi="Times New Roman" w:cs="Times New Roman"/>
        </w:rPr>
      </w:pPr>
    </w:p>
    <w:p w14:paraId="2621359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“Two and the seal,” the woman said. “Don’t touch the barley.”</w:t>
      </w:r>
    </w:p>
    <w:p w14:paraId="6310A675" w14:textId="77777777" w:rsidR="00830533" w:rsidRPr="0032579A" w:rsidRDefault="00830533">
      <w:pPr>
        <w:rPr>
          <w:rFonts w:ascii="Times New Roman" w:hAnsi="Times New Roman" w:cs="Times New Roman"/>
        </w:rPr>
      </w:pPr>
    </w:p>
    <w:p w14:paraId="10CECB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“Done,” Selora said.</w:t>
      </w:r>
    </w:p>
    <w:p w14:paraId="686EE22D" w14:textId="77777777" w:rsidR="00830533" w:rsidRPr="0032579A" w:rsidRDefault="00830533">
      <w:pPr>
        <w:rPr>
          <w:rFonts w:ascii="Times New Roman" w:hAnsi="Times New Roman" w:cs="Times New Roman"/>
        </w:rPr>
      </w:pPr>
    </w:p>
    <w:p w14:paraId="00E7C7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set to work. Verdan took half the line to the well. The ceramic lid had seated badly and was grinding grit into the stone; one more month and it would have let sand fall into the water. He lifted while two men he did not know cleared the rim with their hands, then seated the lid like he would close a wound. Darran cut thin rings from old coupling stock until his wrists ached and slid them under Selora’s gaze. She stacked them neatly and set three aside.</w:t>
      </w:r>
    </w:p>
    <w:p w14:paraId="56EA67BC" w14:textId="77777777" w:rsidR="00830533" w:rsidRPr="0032579A" w:rsidRDefault="00830533">
      <w:pPr>
        <w:rPr>
          <w:rFonts w:ascii="Times New Roman" w:hAnsi="Times New Roman" w:cs="Times New Roman"/>
        </w:rPr>
      </w:pPr>
    </w:p>
    <w:p w14:paraId="799A6EF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“For them,” Selora said. “And two for us. Always one extra.”</w:t>
      </w:r>
    </w:p>
    <w:p w14:paraId="349FCC9A" w14:textId="77777777" w:rsidR="00830533" w:rsidRPr="0032579A" w:rsidRDefault="00830533">
      <w:pPr>
        <w:rPr>
          <w:rFonts w:ascii="Times New Roman" w:hAnsi="Times New Roman" w:cs="Times New Roman"/>
        </w:rPr>
      </w:pPr>
    </w:p>
    <w:p w14:paraId="717905E3" w14:textId="77777777" w:rsidR="00830533" w:rsidRPr="0032579A" w:rsidRDefault="00000000">
      <w:pPr>
        <w:rPr>
          <w:rFonts w:ascii="Times New Roman" w:hAnsi="Times New Roman" w:cs="Times New Roman"/>
        </w:rPr>
      </w:pPr>
      <w:r w:rsidRPr="0032579A">
        <w:rPr>
          <w:rFonts w:ascii="Times New Roman" w:hAnsi="Times New Roman" w:cs="Times New Roman"/>
          <w:b/>
          <w:color w:val="000000"/>
        </w:rPr>
        <w:t>“Why?”</w:t>
      </w:r>
    </w:p>
    <w:p w14:paraId="4AE3BC6A" w14:textId="77777777" w:rsidR="00830533" w:rsidRPr="0032579A" w:rsidRDefault="00830533">
      <w:pPr>
        <w:rPr>
          <w:rFonts w:ascii="Times New Roman" w:hAnsi="Times New Roman" w:cs="Times New Roman"/>
        </w:rPr>
      </w:pPr>
    </w:p>
    <w:p w14:paraId="1DC01E8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“Because you never know who will need one where you can’t see them,” she said, and her eyes flicked toward the boy with the limp by the shade of the wall.</w:t>
      </w:r>
    </w:p>
    <w:p w14:paraId="6E5FE9B9" w14:textId="77777777" w:rsidR="00830533" w:rsidRPr="0032579A" w:rsidRDefault="00830533">
      <w:pPr>
        <w:rPr>
          <w:rFonts w:ascii="Times New Roman" w:hAnsi="Times New Roman" w:cs="Times New Roman"/>
        </w:rPr>
      </w:pPr>
    </w:p>
    <w:p w14:paraId="70963F6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pumps coughed and spat, then ran smoother. The woman with command watched Verdan’s hands as he greased a seal with rendered fat someone had reluctantly surrendered from a jar. She nodded when he was done. She nodded again when Derya mended a tear in a child’s shirt with such small stitches the seam was stronger than the fabric around it.</w:t>
      </w:r>
    </w:p>
    <w:p w14:paraId="4F0AA96E" w14:textId="77777777" w:rsidR="00830533" w:rsidRPr="0032579A" w:rsidRDefault="00830533">
      <w:pPr>
        <w:rPr>
          <w:rFonts w:ascii="Times New Roman" w:hAnsi="Times New Roman" w:cs="Times New Roman"/>
        </w:rPr>
      </w:pPr>
    </w:p>
    <w:p w14:paraId="6712D38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ate under the awning behind the well—thin barley stew that tasted like dust and mercy, flatbread that did not crack when folded. They slept on stone that held the day’s heat like a slow-breathing animal. In the dark, a man tried to “borrow” one of their packs. Verdan caught his wrist and looked at him until he set it down. He did not break the wrist. He did not raise his voice. He placed the man’s hand back on the pack strap and closed his fingers around it until the man understood what a hand could be used for if it did not learn better. Then he let go.</w:t>
      </w:r>
    </w:p>
    <w:p w14:paraId="5849B177" w14:textId="77777777" w:rsidR="00830533" w:rsidRPr="0032579A" w:rsidRDefault="00830533">
      <w:pPr>
        <w:rPr>
          <w:rFonts w:ascii="Times New Roman" w:hAnsi="Times New Roman" w:cs="Times New Roman"/>
        </w:rPr>
      </w:pPr>
    </w:p>
    <w:p w14:paraId="1E2A10C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the morning, they left behind two coupling rings and a freshly cut seat made from cloth and fat. The woman with command did not say thank you. She did not have to. When they left, she called to a boy in the shade that he was to watch the lid and she would beat him if he forgot.</w:t>
      </w:r>
    </w:p>
    <w:p w14:paraId="4ED16C84" w14:textId="77777777" w:rsidR="00830533" w:rsidRPr="0032579A" w:rsidRDefault="00830533">
      <w:pPr>
        <w:rPr>
          <w:rFonts w:ascii="Times New Roman" w:hAnsi="Times New Roman" w:cs="Times New Roman"/>
        </w:rPr>
      </w:pPr>
    </w:p>
    <w:p w14:paraId="533CEAD4"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Darran looked back only once. The boy with the limp watched him go, a ring of thin-cut metal clenched in his palm like proof.</w:t>
      </w:r>
    </w:p>
    <w:p w14:paraId="0B88552C" w14:textId="77777777" w:rsidR="005634FE" w:rsidRPr="0032579A" w:rsidRDefault="005634FE">
      <w:pPr>
        <w:rPr>
          <w:rFonts w:ascii="Times New Roman" w:hAnsi="Times New Roman" w:cs="Times New Roman"/>
        </w:rPr>
      </w:pPr>
    </w:p>
    <w:p w14:paraId="3D2E92C2" w14:textId="77777777" w:rsidR="005634FE" w:rsidRPr="0032579A" w:rsidRDefault="005634FE" w:rsidP="005634FE">
      <w:pPr>
        <w:spacing w:after="0"/>
        <w:jc w:val="center"/>
        <w:rPr>
          <w:rFonts w:ascii="Times New Roman" w:hAnsi="Times New Roman" w:cs="Times New Roman"/>
        </w:rPr>
      </w:pPr>
      <w:r w:rsidRPr="0032579A">
        <w:rPr>
          <w:rFonts w:ascii="Times New Roman" w:hAnsi="Times New Roman" w:cs="Times New Roman"/>
        </w:rPr>
        <w:t>***</w:t>
      </w:r>
    </w:p>
    <w:p w14:paraId="6309AFEA" w14:textId="77777777" w:rsidR="00830533" w:rsidRPr="0032579A" w:rsidRDefault="00830533">
      <w:pPr>
        <w:rPr>
          <w:rFonts w:ascii="Times New Roman" w:hAnsi="Times New Roman" w:cs="Times New Roman"/>
        </w:rPr>
      </w:pPr>
    </w:p>
    <w:p w14:paraId="05AE893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night, under a sky that looked like glass with ash behind it, Verdan began to teach. He taught the angle of a blade and where it meets the body. He taught how to see a path through a crowd, where bodies make holes if you read the weight on their feet. He taught how to carry a pack so the shoulders didn’t turn to fire by midday. He taught how to listen to wind across metal and hear whether it would talk about rain tomorrow or not for a week. Lessons begun by words that when lived would become instinct.</w:t>
      </w:r>
    </w:p>
    <w:p w14:paraId="13D3ABD9" w14:textId="77777777" w:rsidR="00830533" w:rsidRPr="0032579A" w:rsidRDefault="00830533">
      <w:pPr>
        <w:rPr>
          <w:rFonts w:ascii="Times New Roman" w:hAnsi="Times New Roman" w:cs="Times New Roman"/>
        </w:rPr>
      </w:pPr>
    </w:p>
    <w:p w14:paraId="3A7470A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“Why does it matter?” Teg asked, stubborn and honest, the butt of his old rifle resting across his knees.</w:t>
      </w:r>
    </w:p>
    <w:p w14:paraId="2011D7A9" w14:textId="77777777" w:rsidR="00830533" w:rsidRPr="0032579A" w:rsidRDefault="00830533">
      <w:pPr>
        <w:rPr>
          <w:rFonts w:ascii="Times New Roman" w:hAnsi="Times New Roman" w:cs="Times New Roman"/>
        </w:rPr>
      </w:pPr>
    </w:p>
    <w:p w14:paraId="678B3BF1" w14:textId="6A92FC2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“Because listening costs </w:t>
      </w:r>
      <w:r w:rsidR="005634FE">
        <w:rPr>
          <w:rFonts w:ascii="Times New Roman" w:hAnsi="Times New Roman" w:cs="Times New Roman"/>
          <w:color w:val="000000"/>
        </w:rPr>
        <w:t xml:space="preserve">a lot </w:t>
      </w:r>
      <w:r w:rsidRPr="0032579A">
        <w:rPr>
          <w:rFonts w:ascii="Times New Roman" w:hAnsi="Times New Roman" w:cs="Times New Roman"/>
          <w:color w:val="000000"/>
        </w:rPr>
        <w:t>less than guessing,” Verdan said.</w:t>
      </w:r>
    </w:p>
    <w:p w14:paraId="63878CAD" w14:textId="77777777" w:rsidR="00830533" w:rsidRPr="0032579A" w:rsidRDefault="00830533">
      <w:pPr>
        <w:rPr>
          <w:rFonts w:ascii="Times New Roman" w:hAnsi="Times New Roman" w:cs="Times New Roman"/>
        </w:rPr>
      </w:pPr>
    </w:p>
    <w:p w14:paraId="622CB9E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He taught signals by the light of a stone cupped-hand fire: palm open for down, fist closed for hold, two fingers flicked for split, the short chop of a hand for no, the palm up for yes, the curl of fingers for come. He taught silence and what it means to end it with a single word when needed.</w:t>
      </w:r>
    </w:p>
    <w:p w14:paraId="68E52384" w14:textId="77777777" w:rsidR="00830533" w:rsidRPr="0032579A" w:rsidRDefault="00830533">
      <w:pPr>
        <w:rPr>
          <w:rFonts w:ascii="Times New Roman" w:hAnsi="Times New Roman" w:cs="Times New Roman"/>
        </w:rPr>
      </w:pPr>
    </w:p>
    <w:p w14:paraId="3990732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“Enough,” he said to end the lesson, not because anyone was arguing, but because he wanted the word to fall into them the same way it had fallen into Darran in the dark that first night.</w:t>
      </w:r>
    </w:p>
    <w:p w14:paraId="759F07E4" w14:textId="77777777" w:rsidR="00830533" w:rsidRPr="0032579A" w:rsidRDefault="00830533">
      <w:pPr>
        <w:rPr>
          <w:rFonts w:ascii="Times New Roman" w:hAnsi="Times New Roman" w:cs="Times New Roman"/>
        </w:rPr>
      </w:pPr>
    </w:p>
    <w:p w14:paraId="70FEBCC5"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They slept a little easier, not because the world had changed, but because it had been measured and put into boxes the size of a human hand.</w:t>
      </w:r>
    </w:p>
    <w:p w14:paraId="2A804921" w14:textId="77777777" w:rsidR="005634FE" w:rsidRPr="0032579A" w:rsidRDefault="005634FE">
      <w:pPr>
        <w:rPr>
          <w:rFonts w:ascii="Times New Roman" w:hAnsi="Times New Roman" w:cs="Times New Roman"/>
        </w:rPr>
      </w:pPr>
    </w:p>
    <w:p w14:paraId="5F5F8CDC" w14:textId="77777777" w:rsidR="005634FE" w:rsidRPr="0032579A" w:rsidRDefault="005634FE" w:rsidP="005634FE">
      <w:pPr>
        <w:spacing w:after="0"/>
        <w:jc w:val="center"/>
        <w:rPr>
          <w:rFonts w:ascii="Times New Roman" w:hAnsi="Times New Roman" w:cs="Times New Roman"/>
        </w:rPr>
      </w:pPr>
      <w:r w:rsidRPr="0032579A">
        <w:rPr>
          <w:rFonts w:ascii="Times New Roman" w:hAnsi="Times New Roman" w:cs="Times New Roman"/>
        </w:rPr>
        <w:t>***</w:t>
      </w:r>
    </w:p>
    <w:p w14:paraId="779CD703" w14:textId="77777777" w:rsidR="00830533" w:rsidRPr="0032579A" w:rsidRDefault="00830533">
      <w:pPr>
        <w:rPr>
          <w:rFonts w:ascii="Times New Roman" w:hAnsi="Times New Roman" w:cs="Times New Roman"/>
        </w:rPr>
      </w:pPr>
    </w:p>
    <w:p w14:paraId="56F17B4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raiders came out of a heat mirage the second week after Selora joined them—three repulsor skiffs, each a little larger than a speeder bike, patched hulls gleaming with stolen paint. The line tightened instinctively, eyes flitting for cover that wasn’t there. Verdan raised one hand and dropped to a knee, palm pressed flat to the ground like a man reading a page.</w:t>
      </w:r>
    </w:p>
    <w:p w14:paraId="091285D8" w14:textId="77777777" w:rsidR="00830533" w:rsidRPr="0032579A" w:rsidRDefault="00830533">
      <w:pPr>
        <w:rPr>
          <w:rFonts w:ascii="Times New Roman" w:hAnsi="Times New Roman" w:cs="Times New Roman"/>
        </w:rPr>
      </w:pPr>
    </w:p>
    <w:p w14:paraId="26A5746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skiffs spread to flank. Amateur aggression. Overconfidence. They whooped and fired low, splashing dirt with cheap blaster bolts. They expected a crush and a scatter.</w:t>
      </w:r>
    </w:p>
    <w:p w14:paraId="346F7174" w14:textId="77777777" w:rsidR="00830533" w:rsidRPr="0032579A" w:rsidRDefault="00830533">
      <w:pPr>
        <w:rPr>
          <w:rFonts w:ascii="Times New Roman" w:hAnsi="Times New Roman" w:cs="Times New Roman"/>
        </w:rPr>
      </w:pPr>
    </w:p>
    <w:p w14:paraId="3260476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hand rose, closed, opened—small, exact signals. The line moved like water finding low ground. When the skiff on the left committed to a shallow curve, he ran straight into the glint of cable Darran and Teg had strung knee-high across the hardpan. The skiff caught, bucked, and threw two men like stones from a sling. The third tried to hold. His ankle snapped with a sound like a dry twig. He screamed once and then stopped, eyes far away.</w:t>
      </w:r>
    </w:p>
    <w:p w14:paraId="32A03993" w14:textId="77777777" w:rsidR="00830533" w:rsidRPr="0032579A" w:rsidRDefault="00830533">
      <w:pPr>
        <w:rPr>
          <w:rFonts w:ascii="Times New Roman" w:hAnsi="Times New Roman" w:cs="Times New Roman"/>
        </w:rPr>
      </w:pPr>
    </w:p>
    <w:p w14:paraId="47CD793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second skiff corrected hard to avoid the first and plowed into a shallow trough Verdan had traced with his heel on the walk in. The drop was barely the height of a hand, but the nose dipped and the driver took his eye off the ground to curse the sun. Derya’s weighted line swung and caught the gunner across the face. He went down without grace and without breath.</w:t>
      </w:r>
    </w:p>
    <w:p w14:paraId="30B12C3F" w14:textId="77777777" w:rsidR="00830533" w:rsidRPr="0032579A" w:rsidRDefault="00830533">
      <w:pPr>
        <w:rPr>
          <w:rFonts w:ascii="Times New Roman" w:hAnsi="Times New Roman" w:cs="Times New Roman"/>
        </w:rPr>
      </w:pPr>
    </w:p>
    <w:p w14:paraId="17FB35D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third skiff kept coming. Verdan waited until its shadow brushed his boot, then stepped in and up, like mounting a beast he had broken a decade ago and remembered with his body. The driver snarled and jerked the control yoke. Verdan’s knife was already inside the man’s arm, cutting </w:t>
      </w:r>
      <w:r w:rsidRPr="0032579A">
        <w:rPr>
          <w:rFonts w:ascii="Times New Roman" w:hAnsi="Times New Roman" w:cs="Times New Roman"/>
          <w:color w:val="000000"/>
        </w:rPr>
        <w:lastRenderedPageBreak/>
        <w:t>clean, finding the slick between muscle cords where a blade bites and then is gone. The driver let go of the yoke because pain tells the truth. The skiff yawed. Verdan shoved with his knee, the blade a punctuation mark in the man’s balance. They both fell. Verdan chose how.</w:t>
      </w:r>
    </w:p>
    <w:p w14:paraId="1B4E5C58" w14:textId="77777777" w:rsidR="00830533" w:rsidRPr="0032579A" w:rsidRDefault="00830533">
      <w:pPr>
        <w:rPr>
          <w:rFonts w:ascii="Times New Roman" w:hAnsi="Times New Roman" w:cs="Times New Roman"/>
        </w:rPr>
      </w:pPr>
    </w:p>
    <w:p w14:paraId="2839558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hit dirt, rolled once, came up near the gunner. The gunner had time to consider the horizon and the shape a man’s shadow makes when it rises out of dust. He brought his weapon up. Verdan knocked it aside with the skiff’s broken strut, stepped into the empty space inside the man’s reach, and put the man to sleep with two short blows. Clean. Economical. No flair.</w:t>
      </w:r>
    </w:p>
    <w:p w14:paraId="3A926F9C" w14:textId="77777777" w:rsidR="00830533" w:rsidRPr="0032579A" w:rsidRDefault="00830533">
      <w:pPr>
        <w:rPr>
          <w:rFonts w:ascii="Times New Roman" w:hAnsi="Times New Roman" w:cs="Times New Roman"/>
        </w:rPr>
      </w:pPr>
    </w:p>
    <w:p w14:paraId="1ED0988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first skiff’s two thrown men tried to stand and found their feet had opinions they had never heard before. Darran ran toward one and would have gone too far if Verdan had not said, “Here.”</w:t>
      </w:r>
    </w:p>
    <w:p w14:paraId="43783940" w14:textId="77777777" w:rsidR="00830533" w:rsidRPr="0032579A" w:rsidRDefault="00830533">
      <w:pPr>
        <w:rPr>
          <w:rFonts w:ascii="Times New Roman" w:hAnsi="Times New Roman" w:cs="Times New Roman"/>
        </w:rPr>
      </w:pPr>
    </w:p>
    <w:p w14:paraId="76392DA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changed direction mid-run without losing speed, arrived where “here” was, and saw the blade angle Verdan had left for him. He took it, the way a hand takes a rung on a ladder. The man went down and stayed down.</w:t>
      </w:r>
    </w:p>
    <w:p w14:paraId="0A9964F8" w14:textId="77777777" w:rsidR="00830533" w:rsidRPr="0032579A" w:rsidRDefault="00830533">
      <w:pPr>
        <w:rPr>
          <w:rFonts w:ascii="Times New Roman" w:hAnsi="Times New Roman" w:cs="Times New Roman"/>
        </w:rPr>
      </w:pPr>
    </w:p>
    <w:p w14:paraId="39C336F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 was over in less than a minute. Wind moved dust off bodies and revealed scrap.</w:t>
      </w:r>
    </w:p>
    <w:p w14:paraId="11207667" w14:textId="77777777" w:rsidR="00830533" w:rsidRPr="0032579A" w:rsidRDefault="00830533">
      <w:pPr>
        <w:rPr>
          <w:rFonts w:ascii="Times New Roman" w:hAnsi="Times New Roman" w:cs="Times New Roman"/>
        </w:rPr>
      </w:pPr>
    </w:p>
    <w:p w14:paraId="256B0AA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did not look away. She did not speak until the line had steadied and the skiffs’ engines had coughed their last.</w:t>
      </w:r>
    </w:p>
    <w:p w14:paraId="1683D20E" w14:textId="77777777" w:rsidR="00830533" w:rsidRPr="0032579A" w:rsidRDefault="00830533">
      <w:pPr>
        <w:rPr>
          <w:rFonts w:ascii="Times New Roman" w:hAnsi="Times New Roman" w:cs="Times New Roman"/>
        </w:rPr>
      </w:pPr>
    </w:p>
    <w:p w14:paraId="5A1E1776" w14:textId="3DB7616C" w:rsidR="00830533" w:rsidRPr="0032579A" w:rsidRDefault="00000000">
      <w:pPr>
        <w:rPr>
          <w:rFonts w:ascii="Times New Roman" w:hAnsi="Times New Roman" w:cs="Times New Roman"/>
        </w:rPr>
      </w:pPr>
      <w:r w:rsidRPr="0032579A">
        <w:rPr>
          <w:rFonts w:ascii="Times New Roman" w:hAnsi="Times New Roman" w:cs="Times New Roman"/>
          <w:color w:val="000000"/>
        </w:rPr>
        <w:t>“Strip</w:t>
      </w:r>
      <w:r w:rsidR="005634FE">
        <w:rPr>
          <w:rFonts w:ascii="Times New Roman" w:hAnsi="Times New Roman" w:cs="Times New Roman"/>
          <w:color w:val="000000"/>
        </w:rPr>
        <w:t xml:space="preserve"> them</w:t>
      </w:r>
      <w:r w:rsidRPr="0032579A">
        <w:rPr>
          <w:rFonts w:ascii="Times New Roman" w:hAnsi="Times New Roman" w:cs="Times New Roman"/>
          <w:color w:val="000000"/>
        </w:rPr>
        <w:t>,” she said.</w:t>
      </w:r>
    </w:p>
    <w:p w14:paraId="4F76E26F" w14:textId="77777777" w:rsidR="00830533" w:rsidRPr="0032579A" w:rsidRDefault="00830533">
      <w:pPr>
        <w:rPr>
          <w:rFonts w:ascii="Times New Roman" w:hAnsi="Times New Roman" w:cs="Times New Roman"/>
        </w:rPr>
      </w:pPr>
    </w:p>
    <w:p w14:paraId="1ED98AA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did. Noses gave up durasteel plates to be hammered flat; bolts sorted by size into old ration tins; coils of repulsor cable rolled and tied. Power cells, ignition coils, a working carb-mix valve from one skiff’s jury-rigged engine — all pulled and set aside. Darran stood over the man he had put down and stared long enough that Verdan touched his shoulder.</w:t>
      </w:r>
    </w:p>
    <w:p w14:paraId="1AA7EED9" w14:textId="77777777" w:rsidR="00830533" w:rsidRPr="0032579A" w:rsidRDefault="00830533">
      <w:pPr>
        <w:rPr>
          <w:rFonts w:ascii="Times New Roman" w:hAnsi="Times New Roman" w:cs="Times New Roman"/>
        </w:rPr>
      </w:pPr>
    </w:p>
    <w:p w14:paraId="3782C2B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“Names,” Verdan said.</w:t>
      </w:r>
    </w:p>
    <w:p w14:paraId="2E73BB32" w14:textId="77777777" w:rsidR="00830533" w:rsidRPr="0032579A" w:rsidRDefault="00830533">
      <w:pPr>
        <w:rPr>
          <w:rFonts w:ascii="Times New Roman" w:hAnsi="Times New Roman" w:cs="Times New Roman"/>
        </w:rPr>
      </w:pPr>
    </w:p>
    <w:p w14:paraId="28E13E2A" w14:textId="22D04519"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0F7625">
        <w:rPr>
          <w:rFonts w:ascii="Times New Roman" w:hAnsi="Times New Roman" w:cs="Times New Roman"/>
          <w:color w:val="000000"/>
        </w:rPr>
        <w:t>Theirs</w:t>
      </w:r>
      <w:r w:rsidRPr="0032579A">
        <w:rPr>
          <w:rFonts w:ascii="Times New Roman" w:hAnsi="Times New Roman" w:cs="Times New Roman"/>
          <w:color w:val="000000"/>
        </w:rPr>
        <w:t>?” Darran asked, startled.</w:t>
      </w:r>
    </w:p>
    <w:p w14:paraId="641A924B" w14:textId="77777777" w:rsidR="00830533" w:rsidRPr="0032579A" w:rsidRDefault="00830533">
      <w:pPr>
        <w:rPr>
          <w:rFonts w:ascii="Times New Roman" w:hAnsi="Times New Roman" w:cs="Times New Roman"/>
        </w:rPr>
      </w:pPr>
    </w:p>
    <w:p w14:paraId="6A6B3A8F" w14:textId="09F85015" w:rsidR="00830533" w:rsidRPr="0032579A" w:rsidRDefault="00000000">
      <w:pPr>
        <w:rPr>
          <w:rFonts w:ascii="Times New Roman" w:hAnsi="Times New Roman" w:cs="Times New Roman"/>
        </w:rPr>
      </w:pPr>
      <w:r w:rsidRPr="0032579A">
        <w:rPr>
          <w:rFonts w:ascii="Times New Roman" w:hAnsi="Times New Roman" w:cs="Times New Roman"/>
          <w:color w:val="000000"/>
        </w:rPr>
        <w:t>“O</w:t>
      </w:r>
      <w:r w:rsidR="005634FE">
        <w:rPr>
          <w:rFonts w:ascii="Times New Roman" w:hAnsi="Times New Roman" w:cs="Times New Roman"/>
          <w:color w:val="000000"/>
        </w:rPr>
        <w:t>urs</w:t>
      </w:r>
      <w:r w:rsidRPr="0032579A">
        <w:rPr>
          <w:rFonts w:ascii="Times New Roman" w:hAnsi="Times New Roman" w:cs="Times New Roman"/>
          <w:color w:val="000000"/>
        </w:rPr>
        <w:t>,” Verdan said. “Say yours aloud.”</w:t>
      </w:r>
    </w:p>
    <w:p w14:paraId="2EB26EB2" w14:textId="77777777" w:rsidR="00830533" w:rsidRPr="0032579A" w:rsidRDefault="00830533">
      <w:pPr>
        <w:rPr>
          <w:rFonts w:ascii="Times New Roman" w:hAnsi="Times New Roman" w:cs="Times New Roman"/>
        </w:rPr>
      </w:pPr>
    </w:p>
    <w:p w14:paraId="0E4D67FA" w14:textId="77777777" w:rsidR="00830533" w:rsidRPr="005634FE" w:rsidRDefault="00000000">
      <w:pPr>
        <w:rPr>
          <w:rFonts w:ascii="Times New Roman" w:hAnsi="Times New Roman" w:cs="Times New Roman"/>
          <w:bCs/>
        </w:rPr>
      </w:pPr>
      <w:r w:rsidRPr="005634FE">
        <w:rPr>
          <w:rFonts w:ascii="Times New Roman" w:hAnsi="Times New Roman" w:cs="Times New Roman"/>
          <w:bCs/>
          <w:color w:val="000000"/>
        </w:rPr>
        <w:t>“Darran.”</w:t>
      </w:r>
    </w:p>
    <w:p w14:paraId="4A9A95F8" w14:textId="77777777" w:rsidR="00830533" w:rsidRPr="0032579A" w:rsidRDefault="00830533">
      <w:pPr>
        <w:rPr>
          <w:rFonts w:ascii="Times New Roman" w:hAnsi="Times New Roman" w:cs="Times New Roman"/>
        </w:rPr>
      </w:pPr>
    </w:p>
    <w:p w14:paraId="2778351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“Say it again.”</w:t>
      </w:r>
    </w:p>
    <w:p w14:paraId="499A9A90" w14:textId="77777777" w:rsidR="00830533" w:rsidRPr="0032579A" w:rsidRDefault="00830533">
      <w:pPr>
        <w:rPr>
          <w:rFonts w:ascii="Times New Roman" w:hAnsi="Times New Roman" w:cs="Times New Roman"/>
        </w:rPr>
      </w:pPr>
    </w:p>
    <w:p w14:paraId="4B2857E9" w14:textId="77777777" w:rsidR="00830533" w:rsidRPr="005634FE" w:rsidRDefault="00000000">
      <w:pPr>
        <w:rPr>
          <w:rFonts w:ascii="Times New Roman" w:hAnsi="Times New Roman" w:cs="Times New Roman"/>
          <w:bCs/>
        </w:rPr>
      </w:pPr>
      <w:r w:rsidRPr="005634FE">
        <w:rPr>
          <w:rFonts w:ascii="Times New Roman" w:hAnsi="Times New Roman" w:cs="Times New Roman"/>
          <w:bCs/>
          <w:color w:val="000000"/>
        </w:rPr>
        <w:t>“Darran.”</w:t>
      </w:r>
    </w:p>
    <w:p w14:paraId="65C15810" w14:textId="77777777" w:rsidR="00830533" w:rsidRPr="0032579A" w:rsidRDefault="00830533">
      <w:pPr>
        <w:rPr>
          <w:rFonts w:ascii="Times New Roman" w:hAnsi="Times New Roman" w:cs="Times New Roman"/>
        </w:rPr>
      </w:pPr>
    </w:p>
    <w:p w14:paraId="455C5686" w14:textId="5C60DE08" w:rsidR="00830533" w:rsidRPr="0032579A" w:rsidRDefault="00000000">
      <w:pPr>
        <w:rPr>
          <w:rFonts w:ascii="Times New Roman" w:hAnsi="Times New Roman" w:cs="Times New Roman"/>
        </w:rPr>
      </w:pPr>
      <w:r w:rsidRPr="0032579A">
        <w:rPr>
          <w:rFonts w:ascii="Times New Roman" w:hAnsi="Times New Roman" w:cs="Times New Roman"/>
          <w:color w:val="000000"/>
        </w:rPr>
        <w:t>“Good,” Verdan said. “Now coil that cable and do</w:t>
      </w:r>
      <w:r w:rsidR="005634FE">
        <w:rPr>
          <w:rFonts w:ascii="Times New Roman" w:hAnsi="Times New Roman" w:cs="Times New Roman"/>
          <w:color w:val="000000"/>
        </w:rPr>
        <w:t>n’t</w:t>
      </w:r>
      <w:r w:rsidRPr="0032579A">
        <w:rPr>
          <w:rFonts w:ascii="Times New Roman" w:hAnsi="Times New Roman" w:cs="Times New Roman"/>
          <w:color w:val="000000"/>
        </w:rPr>
        <w:t xml:space="preserve"> tangle it.”</w:t>
      </w:r>
    </w:p>
    <w:p w14:paraId="02701E10" w14:textId="77777777" w:rsidR="00830533" w:rsidRPr="0032579A" w:rsidRDefault="00830533">
      <w:pPr>
        <w:rPr>
          <w:rFonts w:ascii="Times New Roman" w:hAnsi="Times New Roman" w:cs="Times New Roman"/>
        </w:rPr>
      </w:pPr>
    </w:p>
    <w:p w14:paraId="223DF4F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coiled it. His hands were steady.</w:t>
      </w:r>
    </w:p>
    <w:p w14:paraId="3DEADD68" w14:textId="77777777" w:rsidR="00830533" w:rsidRPr="0032579A" w:rsidRDefault="00830533">
      <w:pPr>
        <w:rPr>
          <w:rFonts w:ascii="Times New Roman" w:hAnsi="Times New Roman" w:cs="Times New Roman"/>
        </w:rPr>
      </w:pPr>
    </w:p>
    <w:p w14:paraId="763CA21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took the fuel cells and the ignition relays and left the skiffs on their sides with their skeletons naked to the sun. They did not kill the two who still breathed. Verdan tied their hands with cable and cut their belts, set a father and his two sons to watch until the raiders woke, then sent them away with a waterskin and a direction not toward Sundari.</w:t>
      </w:r>
    </w:p>
    <w:p w14:paraId="0F22445D" w14:textId="77777777" w:rsidR="00830533" w:rsidRPr="0032579A" w:rsidRDefault="00830533">
      <w:pPr>
        <w:rPr>
          <w:rFonts w:ascii="Times New Roman" w:hAnsi="Times New Roman" w:cs="Times New Roman"/>
        </w:rPr>
      </w:pPr>
    </w:p>
    <w:p w14:paraId="30A563B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marked three extra plates and two coils of cable into the datapad.</w:t>
      </w:r>
    </w:p>
    <w:p w14:paraId="53EEA18B" w14:textId="77777777" w:rsidR="00830533" w:rsidRPr="0032579A" w:rsidRDefault="00830533">
      <w:pPr>
        <w:rPr>
          <w:rFonts w:ascii="Times New Roman" w:hAnsi="Times New Roman" w:cs="Times New Roman"/>
        </w:rPr>
      </w:pPr>
    </w:p>
    <w:p w14:paraId="04B83155" w14:textId="683B909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“For what </w:t>
      </w:r>
      <w:r w:rsidR="00B61C5E">
        <w:rPr>
          <w:rFonts w:ascii="Times New Roman" w:hAnsi="Times New Roman" w:cs="Times New Roman"/>
          <w:color w:val="000000"/>
        </w:rPr>
        <w:t>we</w:t>
      </w:r>
      <w:r w:rsidRPr="0032579A">
        <w:rPr>
          <w:rFonts w:ascii="Times New Roman" w:hAnsi="Times New Roman" w:cs="Times New Roman"/>
          <w:color w:val="000000"/>
        </w:rPr>
        <w:t xml:space="preserve"> don’t see,” she told Verdan as she keyed the entry. “</w:t>
      </w:r>
      <w:r w:rsidR="00B61C5E">
        <w:rPr>
          <w:rFonts w:ascii="Times New Roman" w:hAnsi="Times New Roman" w:cs="Times New Roman"/>
          <w:color w:val="000000"/>
        </w:rPr>
        <w:t>And for</w:t>
      </w:r>
      <w:r w:rsidRPr="0032579A">
        <w:rPr>
          <w:rFonts w:ascii="Times New Roman" w:hAnsi="Times New Roman" w:cs="Times New Roman"/>
          <w:color w:val="000000"/>
        </w:rPr>
        <w:t xml:space="preserve"> what will break when </w:t>
      </w:r>
      <w:r w:rsidR="00B61C5E">
        <w:rPr>
          <w:rFonts w:ascii="Times New Roman" w:hAnsi="Times New Roman" w:cs="Times New Roman"/>
          <w:color w:val="000000"/>
        </w:rPr>
        <w:t>we can’t afford for it to</w:t>
      </w:r>
      <w:r w:rsidRPr="0032579A">
        <w:rPr>
          <w:rFonts w:ascii="Times New Roman" w:hAnsi="Times New Roman" w:cs="Times New Roman"/>
          <w:color w:val="000000"/>
        </w:rPr>
        <w:t>.”</w:t>
      </w:r>
    </w:p>
    <w:p w14:paraId="29494992" w14:textId="77777777" w:rsidR="00830533" w:rsidRPr="0032579A" w:rsidRDefault="00830533">
      <w:pPr>
        <w:rPr>
          <w:rFonts w:ascii="Times New Roman" w:hAnsi="Times New Roman" w:cs="Times New Roman"/>
        </w:rPr>
      </w:pPr>
    </w:p>
    <w:p w14:paraId="7B9828A6"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He nodded and handed her a handful of screws he had not kept for himself.</w:t>
      </w:r>
    </w:p>
    <w:p w14:paraId="7AF29A43" w14:textId="77777777" w:rsidR="00B61C5E" w:rsidRPr="0032579A" w:rsidRDefault="00B61C5E">
      <w:pPr>
        <w:rPr>
          <w:rFonts w:ascii="Times New Roman" w:hAnsi="Times New Roman" w:cs="Times New Roman"/>
        </w:rPr>
      </w:pPr>
    </w:p>
    <w:p w14:paraId="5026D748" w14:textId="77777777" w:rsidR="00B61C5E" w:rsidRPr="0032579A" w:rsidRDefault="00B61C5E" w:rsidP="00B61C5E">
      <w:pPr>
        <w:spacing w:after="0"/>
        <w:jc w:val="center"/>
        <w:rPr>
          <w:rFonts w:ascii="Times New Roman" w:hAnsi="Times New Roman" w:cs="Times New Roman"/>
        </w:rPr>
      </w:pPr>
      <w:r w:rsidRPr="0032579A">
        <w:rPr>
          <w:rFonts w:ascii="Times New Roman" w:hAnsi="Times New Roman" w:cs="Times New Roman"/>
        </w:rPr>
        <w:t>***</w:t>
      </w:r>
    </w:p>
    <w:p w14:paraId="175C5481" w14:textId="77777777" w:rsidR="00830533" w:rsidRPr="0032579A" w:rsidRDefault="00830533">
      <w:pPr>
        <w:rPr>
          <w:rFonts w:ascii="Times New Roman" w:hAnsi="Times New Roman" w:cs="Times New Roman"/>
        </w:rPr>
      </w:pPr>
    </w:p>
    <w:p w14:paraId="4C22976E" w14:textId="671C1E79"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w:t>
      </w:r>
      <w:r w:rsidR="00B61C5E">
        <w:rPr>
          <w:rFonts w:ascii="Times New Roman" w:hAnsi="Times New Roman" w:cs="Times New Roman"/>
          <w:color w:val="000000"/>
        </w:rPr>
        <w:t>end days later t</w:t>
      </w:r>
      <w:r w:rsidRPr="0032579A">
        <w:rPr>
          <w:rFonts w:ascii="Times New Roman" w:hAnsi="Times New Roman" w:cs="Times New Roman"/>
          <w:color w:val="000000"/>
        </w:rPr>
        <w:t>hey found a derelict comm relay, its mesh dish torn half free and hanging like a broken jaw. The maintenance shack beneath it was intact. That counted as good fortune on a planet that had not shown them a face that looked like anything but contempt.</w:t>
      </w:r>
    </w:p>
    <w:p w14:paraId="66182423" w14:textId="77777777" w:rsidR="00830533" w:rsidRPr="0032579A" w:rsidRDefault="00830533">
      <w:pPr>
        <w:rPr>
          <w:rFonts w:ascii="Times New Roman" w:hAnsi="Times New Roman" w:cs="Times New Roman"/>
        </w:rPr>
      </w:pPr>
    </w:p>
    <w:p w14:paraId="472F3000" w14:textId="7F01D496" w:rsidR="00830533" w:rsidRPr="0032579A" w:rsidRDefault="00000000">
      <w:pPr>
        <w:rPr>
          <w:rFonts w:ascii="Times New Roman" w:hAnsi="Times New Roman" w:cs="Times New Roman"/>
        </w:rPr>
      </w:pPr>
      <w:r w:rsidRPr="0032579A">
        <w:rPr>
          <w:rFonts w:ascii="Times New Roman" w:hAnsi="Times New Roman" w:cs="Times New Roman"/>
          <w:color w:val="000000"/>
        </w:rPr>
        <w:t>“Roof’s sound,” Phalin wheezed between coughs. “Stone foundation</w:t>
      </w:r>
      <w:r w:rsidR="00B61C5E">
        <w:rPr>
          <w:rFonts w:ascii="Times New Roman" w:hAnsi="Times New Roman" w:cs="Times New Roman"/>
          <w:color w:val="000000"/>
        </w:rPr>
        <w:t xml:space="preserve"> with t</w:t>
      </w:r>
      <w:r w:rsidRPr="0032579A">
        <w:rPr>
          <w:rFonts w:ascii="Times New Roman" w:hAnsi="Times New Roman" w:cs="Times New Roman"/>
          <w:color w:val="000000"/>
        </w:rPr>
        <w:t>wo rooms.”</w:t>
      </w:r>
    </w:p>
    <w:p w14:paraId="78514F4E" w14:textId="77777777" w:rsidR="00830533" w:rsidRPr="0032579A" w:rsidRDefault="00830533">
      <w:pPr>
        <w:rPr>
          <w:rFonts w:ascii="Times New Roman" w:hAnsi="Times New Roman" w:cs="Times New Roman"/>
        </w:rPr>
      </w:pPr>
    </w:p>
    <w:p w14:paraId="625C6556" w14:textId="5EBD4134" w:rsidR="00830533" w:rsidRPr="0032579A" w:rsidRDefault="00000000">
      <w:pPr>
        <w:rPr>
          <w:rFonts w:ascii="Times New Roman" w:hAnsi="Times New Roman" w:cs="Times New Roman"/>
        </w:rPr>
      </w:pPr>
      <w:r w:rsidRPr="0032579A">
        <w:rPr>
          <w:rFonts w:ascii="Times New Roman" w:hAnsi="Times New Roman" w:cs="Times New Roman"/>
          <w:color w:val="000000"/>
        </w:rPr>
        <w:t>“No nests</w:t>
      </w:r>
      <w:r w:rsidR="00B61C5E">
        <w:rPr>
          <w:rFonts w:ascii="Times New Roman" w:hAnsi="Times New Roman" w:cs="Times New Roman"/>
          <w:color w:val="000000"/>
        </w:rPr>
        <w:t xml:space="preserve"> either</w:t>
      </w:r>
      <w:r w:rsidRPr="0032579A">
        <w:rPr>
          <w:rFonts w:ascii="Times New Roman" w:hAnsi="Times New Roman" w:cs="Times New Roman"/>
          <w:color w:val="000000"/>
        </w:rPr>
        <w:t>,” Derya added after a look at the dark.</w:t>
      </w:r>
    </w:p>
    <w:p w14:paraId="0DA873C7" w14:textId="77777777" w:rsidR="00830533" w:rsidRPr="0032579A" w:rsidRDefault="00830533">
      <w:pPr>
        <w:rPr>
          <w:rFonts w:ascii="Times New Roman" w:hAnsi="Times New Roman" w:cs="Times New Roman"/>
        </w:rPr>
      </w:pPr>
    </w:p>
    <w:p w14:paraId="2FEAEC0E" w14:textId="1CE103EA" w:rsidR="00830533" w:rsidRDefault="00000000">
      <w:pPr>
        <w:rPr>
          <w:rFonts w:ascii="Times New Roman" w:hAnsi="Times New Roman" w:cs="Times New Roman"/>
          <w:color w:val="000000"/>
        </w:rPr>
      </w:pPr>
      <w:r w:rsidRPr="0032579A">
        <w:rPr>
          <w:rFonts w:ascii="Times New Roman" w:hAnsi="Times New Roman" w:cs="Times New Roman"/>
          <w:color w:val="000000"/>
        </w:rPr>
        <w:t xml:space="preserve">Selora tipped her head. “We </w:t>
      </w:r>
      <w:r w:rsidR="00B61C5E">
        <w:rPr>
          <w:rFonts w:ascii="Times New Roman" w:hAnsi="Times New Roman" w:cs="Times New Roman"/>
          <w:color w:val="000000"/>
        </w:rPr>
        <w:t xml:space="preserve">will </w:t>
      </w:r>
      <w:r w:rsidRPr="0032579A">
        <w:rPr>
          <w:rFonts w:ascii="Times New Roman" w:hAnsi="Times New Roman" w:cs="Times New Roman"/>
          <w:color w:val="000000"/>
        </w:rPr>
        <w:t xml:space="preserve">leave caches. </w:t>
      </w:r>
      <w:r w:rsidR="00B61C5E" w:rsidRPr="00B61C5E">
        <w:rPr>
          <w:rFonts w:ascii="Times New Roman" w:hAnsi="Times New Roman" w:cs="Times New Roman"/>
          <w:color w:val="000000"/>
        </w:rPr>
        <w:t xml:space="preserve">Not what we need </w:t>
      </w:r>
      <w:r w:rsidR="00B61C5E" w:rsidRPr="00B61C5E">
        <w:rPr>
          <w:rFonts w:ascii="Times New Roman" w:hAnsi="Times New Roman" w:cs="Times New Roman"/>
          <w:color w:val="000000"/>
        </w:rPr>
        <w:t xml:space="preserve">now, </w:t>
      </w:r>
      <w:r w:rsidR="00B61C5E" w:rsidRPr="00B61C5E">
        <w:rPr>
          <w:rFonts w:ascii="Times New Roman" w:hAnsi="Times New Roman" w:cs="Times New Roman"/>
          <w:color w:val="000000"/>
        </w:rPr>
        <w:t>just what we can’t carry. Tools. A little food. Things that might matter if we ever come back this way.”</w:t>
      </w:r>
    </w:p>
    <w:p w14:paraId="1B4BB788" w14:textId="77777777" w:rsidR="00B61C5E" w:rsidRPr="0032579A" w:rsidRDefault="00B61C5E">
      <w:pPr>
        <w:rPr>
          <w:rFonts w:ascii="Times New Roman" w:hAnsi="Times New Roman" w:cs="Times New Roman"/>
        </w:rPr>
      </w:pPr>
    </w:p>
    <w:p w14:paraId="626E996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 a nest,” Verdan said.</w:t>
      </w:r>
    </w:p>
    <w:p w14:paraId="480090E3" w14:textId="77777777" w:rsidR="00830533" w:rsidRPr="0032579A" w:rsidRDefault="00830533">
      <w:pPr>
        <w:rPr>
          <w:rFonts w:ascii="Times New Roman" w:hAnsi="Times New Roman" w:cs="Times New Roman"/>
        </w:rPr>
      </w:pPr>
    </w:p>
    <w:p w14:paraId="58C3275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 a nest,” Selora agreed.</w:t>
      </w:r>
    </w:p>
    <w:p w14:paraId="51C8E409" w14:textId="77777777" w:rsidR="00830533" w:rsidRPr="0032579A" w:rsidRDefault="00830533">
      <w:pPr>
        <w:rPr>
          <w:rFonts w:ascii="Times New Roman" w:hAnsi="Times New Roman" w:cs="Times New Roman"/>
        </w:rPr>
      </w:pPr>
    </w:p>
    <w:p w14:paraId="22E1064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worked in the last light. Darran and Teg lifted plate while two others slid a water barrel into the back room. Mara counted ration bricks by touching each one with two fingers and moving it to the next stack. Someone found a roll of old tar cloth and cut it to seal a window where wind bled heat from the room like a knife.</w:t>
      </w:r>
    </w:p>
    <w:p w14:paraId="2DBAF045" w14:textId="77777777" w:rsidR="00830533" w:rsidRPr="0032579A" w:rsidRDefault="00830533">
      <w:pPr>
        <w:rPr>
          <w:rFonts w:ascii="Times New Roman" w:hAnsi="Times New Roman" w:cs="Times New Roman"/>
        </w:rPr>
      </w:pPr>
    </w:p>
    <w:p w14:paraId="77A0410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squatted by the door and studied the ground. He smoothed dirt with his palm the way a man might calm a beast. Then he picked up a bent piece of aluminum and worked until the edge was narrow but dull—something that would not cut a foot by accident but would refuse a boot that wanted to push inside without permission.</w:t>
      </w:r>
    </w:p>
    <w:p w14:paraId="59ECCCEA" w14:textId="77777777" w:rsidR="00830533" w:rsidRPr="0032579A" w:rsidRDefault="00830533">
      <w:pPr>
        <w:rPr>
          <w:rFonts w:ascii="Times New Roman" w:hAnsi="Times New Roman" w:cs="Times New Roman"/>
        </w:rPr>
      </w:pPr>
    </w:p>
    <w:p w14:paraId="6C7E1F9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hovered close. “Why not trap it?”</w:t>
      </w:r>
    </w:p>
    <w:p w14:paraId="3D8E19D4" w14:textId="77777777" w:rsidR="00830533" w:rsidRPr="0032579A" w:rsidRDefault="00830533">
      <w:pPr>
        <w:rPr>
          <w:rFonts w:ascii="Times New Roman" w:hAnsi="Times New Roman" w:cs="Times New Roman"/>
        </w:rPr>
      </w:pPr>
    </w:p>
    <w:p w14:paraId="0F81A22D" w14:textId="256EAFF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“Because we might need to enter in a hurry,” Verdan said. “And because sometimes the </w:t>
      </w:r>
      <w:r w:rsidR="00B61C5E">
        <w:rPr>
          <w:rFonts w:ascii="Times New Roman" w:hAnsi="Times New Roman" w:cs="Times New Roman"/>
          <w:color w:val="000000"/>
        </w:rPr>
        <w:t xml:space="preserve">next </w:t>
      </w:r>
      <w:r w:rsidRPr="0032579A">
        <w:rPr>
          <w:rFonts w:ascii="Times New Roman" w:hAnsi="Times New Roman" w:cs="Times New Roman"/>
          <w:color w:val="000000"/>
        </w:rPr>
        <w:t xml:space="preserve">one who comes here starving </w:t>
      </w:r>
      <w:r w:rsidR="00B61C5E">
        <w:rPr>
          <w:rFonts w:ascii="Times New Roman" w:hAnsi="Times New Roman" w:cs="Times New Roman"/>
          <w:color w:val="000000"/>
        </w:rPr>
        <w:t>may</w:t>
      </w:r>
      <w:r w:rsidRPr="0032579A">
        <w:rPr>
          <w:rFonts w:ascii="Times New Roman" w:hAnsi="Times New Roman" w:cs="Times New Roman"/>
          <w:color w:val="000000"/>
        </w:rPr>
        <w:t xml:space="preserve"> not be us.”</w:t>
      </w:r>
    </w:p>
    <w:p w14:paraId="7B3748C0" w14:textId="77777777" w:rsidR="00830533" w:rsidRPr="0032579A" w:rsidRDefault="00830533">
      <w:pPr>
        <w:rPr>
          <w:rFonts w:ascii="Times New Roman" w:hAnsi="Times New Roman" w:cs="Times New Roman"/>
        </w:rPr>
      </w:pPr>
    </w:p>
    <w:p w14:paraId="5C491FF4" w14:textId="77777777"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lastRenderedPageBreak/>
        <w:t>Darran frowned at him. “Then why leave anything at all?”</w:t>
      </w:r>
    </w:p>
    <w:p w14:paraId="6B095B9C" w14:textId="77777777" w:rsidR="00B61C5E" w:rsidRPr="00B61C5E" w:rsidRDefault="00B61C5E" w:rsidP="00B61C5E">
      <w:pPr>
        <w:rPr>
          <w:rFonts w:ascii="Times New Roman" w:hAnsi="Times New Roman" w:cs="Times New Roman"/>
          <w:color w:val="000000"/>
        </w:rPr>
      </w:pPr>
    </w:p>
    <w:p w14:paraId="7C5BB02C" w14:textId="77777777"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t>“Because it costs more to die,” Selora said from behind them. She knelt, sliding two ration squares and a pouch of salt into a jar, then dropped in a thin coupling ring before snapping the lid shut. “And because someone left rings for us, back when we had no names.”</w:t>
      </w:r>
    </w:p>
    <w:p w14:paraId="594D11D9" w14:textId="77777777" w:rsidR="00B61C5E" w:rsidRPr="00B61C5E" w:rsidRDefault="00B61C5E" w:rsidP="00B61C5E">
      <w:pPr>
        <w:rPr>
          <w:rFonts w:ascii="Times New Roman" w:hAnsi="Times New Roman" w:cs="Times New Roman"/>
          <w:color w:val="000000"/>
        </w:rPr>
      </w:pPr>
    </w:p>
    <w:p w14:paraId="648294B3" w14:textId="77777777"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t>Darran’s brow eased a little. “Shouldn’t we leave a note?”</w:t>
      </w:r>
    </w:p>
    <w:p w14:paraId="5DF1BFA7" w14:textId="77777777" w:rsidR="00B61C5E" w:rsidRPr="00B61C5E" w:rsidRDefault="00B61C5E" w:rsidP="00B61C5E">
      <w:pPr>
        <w:rPr>
          <w:rFonts w:ascii="Times New Roman" w:hAnsi="Times New Roman" w:cs="Times New Roman"/>
          <w:color w:val="000000"/>
        </w:rPr>
      </w:pPr>
    </w:p>
    <w:p w14:paraId="008F75AA" w14:textId="77777777"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t>Selora touched the datapad, thought about it, then shook her head. “If they’ve got power, they won’t need it. If they don’t, they couldn’t read it anyway.” She picked up a scrap of alloy, scratched a small arrow on the inside of the doorframe. “This will do.”</w:t>
      </w:r>
    </w:p>
    <w:p w14:paraId="300DF118" w14:textId="77777777" w:rsidR="00B61C5E" w:rsidRPr="00B61C5E" w:rsidRDefault="00B61C5E" w:rsidP="00B61C5E">
      <w:pPr>
        <w:rPr>
          <w:rFonts w:ascii="Times New Roman" w:hAnsi="Times New Roman" w:cs="Times New Roman"/>
          <w:color w:val="000000"/>
        </w:rPr>
      </w:pPr>
    </w:p>
    <w:p w14:paraId="1AA1BE0C" w14:textId="77777777"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t>“What’s it mean?” Darran asked.</w:t>
      </w:r>
    </w:p>
    <w:p w14:paraId="3C97F463" w14:textId="77777777" w:rsidR="00B61C5E" w:rsidRPr="00B61C5E" w:rsidRDefault="00B61C5E" w:rsidP="00B61C5E">
      <w:pPr>
        <w:rPr>
          <w:rFonts w:ascii="Times New Roman" w:hAnsi="Times New Roman" w:cs="Times New Roman"/>
          <w:color w:val="000000"/>
        </w:rPr>
      </w:pPr>
    </w:p>
    <w:p w14:paraId="4A048A2F" w14:textId="77777777"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t>“It means: take only what you need. And leave a sign you were here.”</w:t>
      </w:r>
    </w:p>
    <w:p w14:paraId="51DD8768" w14:textId="77777777" w:rsidR="00B61C5E" w:rsidRPr="00B61C5E" w:rsidRDefault="00B61C5E" w:rsidP="00B61C5E">
      <w:pPr>
        <w:rPr>
          <w:rFonts w:ascii="Times New Roman" w:hAnsi="Times New Roman" w:cs="Times New Roman"/>
          <w:color w:val="000000"/>
        </w:rPr>
      </w:pPr>
    </w:p>
    <w:p w14:paraId="2B35F86B" w14:textId="77777777"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t>“What kind of sign?”</w:t>
      </w:r>
    </w:p>
    <w:p w14:paraId="26AD3109" w14:textId="77777777" w:rsidR="00B61C5E" w:rsidRPr="00B61C5E" w:rsidRDefault="00B61C5E" w:rsidP="00B61C5E">
      <w:pPr>
        <w:rPr>
          <w:rFonts w:ascii="Times New Roman" w:hAnsi="Times New Roman" w:cs="Times New Roman"/>
          <w:color w:val="000000"/>
        </w:rPr>
      </w:pPr>
    </w:p>
    <w:p w14:paraId="5087D9AB" w14:textId="77777777"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t>“Any,” Selora said. “Something small.”</w:t>
      </w:r>
    </w:p>
    <w:p w14:paraId="2E74F331" w14:textId="77777777" w:rsidR="00B61C5E" w:rsidRPr="00B61C5E" w:rsidRDefault="00B61C5E" w:rsidP="00B61C5E">
      <w:pPr>
        <w:rPr>
          <w:rFonts w:ascii="Times New Roman" w:hAnsi="Times New Roman" w:cs="Times New Roman"/>
          <w:color w:val="000000"/>
        </w:rPr>
      </w:pPr>
    </w:p>
    <w:p w14:paraId="06B642D3" w14:textId="1524F082" w:rsidR="00B61C5E" w:rsidRDefault="00B61C5E" w:rsidP="00B61C5E">
      <w:pPr>
        <w:rPr>
          <w:rFonts w:ascii="Times New Roman" w:hAnsi="Times New Roman" w:cs="Times New Roman"/>
          <w:color w:val="000000"/>
        </w:rPr>
      </w:pPr>
      <w:r w:rsidRPr="00B61C5E">
        <w:rPr>
          <w:rFonts w:ascii="Times New Roman" w:hAnsi="Times New Roman" w:cs="Times New Roman"/>
          <w:color w:val="000000"/>
          <w:lang/>
        </w:rPr>
        <w:t xml:space="preserve">Verdan studied the arrow and gave a short nod. “No </w:t>
      </w:r>
      <w:r>
        <w:rPr>
          <w:rFonts w:ascii="Times New Roman" w:hAnsi="Times New Roman" w:cs="Times New Roman"/>
          <w:color w:val="000000"/>
        </w:rPr>
        <w:t>banners</w:t>
      </w:r>
      <w:r w:rsidRPr="00B61C5E">
        <w:rPr>
          <w:rFonts w:ascii="Times New Roman" w:hAnsi="Times New Roman" w:cs="Times New Roman"/>
          <w:color w:val="000000"/>
          <w:lang/>
        </w:rPr>
        <w:t>.”</w:t>
      </w:r>
    </w:p>
    <w:p w14:paraId="0A3B13F5" w14:textId="77777777" w:rsidR="00B61C5E" w:rsidRPr="00B61C5E" w:rsidRDefault="00B61C5E" w:rsidP="00B61C5E">
      <w:pPr>
        <w:rPr>
          <w:rFonts w:ascii="Times New Roman" w:hAnsi="Times New Roman" w:cs="Times New Roman"/>
          <w:color w:val="000000"/>
        </w:rPr>
      </w:pPr>
    </w:p>
    <w:p w14:paraId="192E59FE" w14:textId="1AD9C554" w:rsidR="00B61C5E" w:rsidRPr="00B61C5E" w:rsidRDefault="00B61C5E" w:rsidP="00B61C5E">
      <w:pPr>
        <w:rPr>
          <w:rFonts w:ascii="Times New Roman" w:hAnsi="Times New Roman" w:cs="Times New Roman"/>
          <w:color w:val="000000"/>
          <w:lang/>
        </w:rPr>
      </w:pPr>
      <w:r w:rsidRPr="00B61C5E">
        <w:rPr>
          <w:rFonts w:ascii="Times New Roman" w:hAnsi="Times New Roman" w:cs="Times New Roman"/>
          <w:color w:val="000000"/>
          <w:lang/>
        </w:rPr>
        <w:t>“No</w:t>
      </w:r>
      <w:r>
        <w:rPr>
          <w:rFonts w:ascii="Times New Roman" w:hAnsi="Times New Roman" w:cs="Times New Roman"/>
          <w:color w:val="000000"/>
        </w:rPr>
        <w:t xml:space="preserve"> banners</w:t>
      </w:r>
      <w:r w:rsidRPr="00B61C5E">
        <w:rPr>
          <w:rFonts w:ascii="Times New Roman" w:hAnsi="Times New Roman" w:cs="Times New Roman"/>
          <w:color w:val="000000"/>
          <w:lang/>
        </w:rPr>
        <w:t>,” Selora agreed.</w:t>
      </w:r>
    </w:p>
    <w:p w14:paraId="34D77279" w14:textId="77777777" w:rsidR="00830533" w:rsidRPr="0032579A" w:rsidRDefault="00830533">
      <w:pPr>
        <w:rPr>
          <w:rFonts w:ascii="Times New Roman" w:hAnsi="Times New Roman" w:cs="Times New Roman"/>
        </w:rPr>
      </w:pPr>
    </w:p>
    <w:p w14:paraId="484F5EAD" w14:textId="40DE025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left the shack with less than they had brought to it and more than they had when they found it. That was the shape of their </w:t>
      </w:r>
      <w:r w:rsidR="00B61C5E">
        <w:rPr>
          <w:rFonts w:ascii="Times New Roman" w:hAnsi="Times New Roman" w:cs="Times New Roman"/>
          <w:color w:val="000000"/>
        </w:rPr>
        <w:t>balance</w:t>
      </w:r>
    </w:p>
    <w:p w14:paraId="36C9F868" w14:textId="77777777" w:rsidR="00B61C5E" w:rsidRPr="0032579A" w:rsidRDefault="00B61C5E" w:rsidP="00B61C5E">
      <w:pPr>
        <w:spacing w:after="0"/>
        <w:jc w:val="center"/>
        <w:rPr>
          <w:rFonts w:ascii="Times New Roman" w:hAnsi="Times New Roman" w:cs="Times New Roman"/>
        </w:rPr>
      </w:pPr>
      <w:r w:rsidRPr="0032579A">
        <w:rPr>
          <w:rFonts w:ascii="Times New Roman" w:hAnsi="Times New Roman" w:cs="Times New Roman"/>
        </w:rPr>
        <w:t>***</w:t>
      </w:r>
    </w:p>
    <w:p w14:paraId="27F00112" w14:textId="77777777" w:rsidR="00830533" w:rsidRPr="0032579A" w:rsidRDefault="00830533">
      <w:pPr>
        <w:rPr>
          <w:rFonts w:ascii="Times New Roman" w:hAnsi="Times New Roman" w:cs="Times New Roman"/>
        </w:rPr>
      </w:pPr>
    </w:p>
    <w:p w14:paraId="3D65CA6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They passed three more rings of stone around wells and worked at each in exchange for water and sleep. In one, a boy ran a hand over his head where hair had fallen out in clumps, and Mara handed him a scarf without a word. In another, an old woman traded them a spool of thread and Selora keyed her name into the datapad while the woman watched like someone watching a bird land on her hand for the first time.</w:t>
      </w:r>
    </w:p>
    <w:p w14:paraId="0513D553" w14:textId="77777777" w:rsidR="00830533" w:rsidRPr="0032579A" w:rsidRDefault="00830533">
      <w:pPr>
        <w:rPr>
          <w:rFonts w:ascii="Times New Roman" w:hAnsi="Times New Roman" w:cs="Times New Roman"/>
        </w:rPr>
      </w:pPr>
    </w:p>
    <w:p w14:paraId="64EB923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the fourth ring they were not allowed inside. The people there had made their fear into a fence built out of suspicion and old grudges. Verdan let his hand fall, palm open, and then turned the line away without a word. As they left, Darran looked back once and saw a child climb the fence and stare until they disappeared into the wavering heat.</w:t>
      </w:r>
    </w:p>
    <w:p w14:paraId="3C542EC1" w14:textId="77777777" w:rsidR="00830533" w:rsidRPr="0032579A" w:rsidRDefault="00830533">
      <w:pPr>
        <w:rPr>
          <w:rFonts w:ascii="Times New Roman" w:hAnsi="Times New Roman" w:cs="Times New Roman"/>
        </w:rPr>
      </w:pPr>
    </w:p>
    <w:p w14:paraId="04926A7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“Why didn’t we make them let us in?” Darran asked when they had walked until the fence was gone and only the idea of it remained, like a rind of bitterness on the tongue.</w:t>
      </w:r>
    </w:p>
    <w:p w14:paraId="000C4F73" w14:textId="77777777" w:rsidR="00830533" w:rsidRPr="0032579A" w:rsidRDefault="00830533">
      <w:pPr>
        <w:rPr>
          <w:rFonts w:ascii="Times New Roman" w:hAnsi="Times New Roman" w:cs="Times New Roman"/>
        </w:rPr>
      </w:pPr>
    </w:p>
    <w:p w14:paraId="7350A2ED" w14:textId="2422959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considered the horizon. “Because their fear costs </w:t>
      </w:r>
      <w:r w:rsidR="00B61C5E">
        <w:rPr>
          <w:rFonts w:ascii="Times New Roman" w:hAnsi="Times New Roman" w:cs="Times New Roman"/>
          <w:color w:val="000000"/>
        </w:rPr>
        <w:t xml:space="preserve">us </w:t>
      </w:r>
      <w:r w:rsidRPr="0032579A">
        <w:rPr>
          <w:rFonts w:ascii="Times New Roman" w:hAnsi="Times New Roman" w:cs="Times New Roman"/>
          <w:color w:val="000000"/>
        </w:rPr>
        <w:t>less than their anger,” he said.</w:t>
      </w:r>
    </w:p>
    <w:p w14:paraId="7787481F" w14:textId="77777777" w:rsidR="00830533" w:rsidRPr="0032579A" w:rsidRDefault="00830533">
      <w:pPr>
        <w:rPr>
          <w:rFonts w:ascii="Times New Roman" w:hAnsi="Times New Roman" w:cs="Times New Roman"/>
        </w:rPr>
      </w:pPr>
    </w:p>
    <w:p w14:paraId="1BE6B5A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“That’s not fair,” Darran said.</w:t>
      </w:r>
    </w:p>
    <w:p w14:paraId="7CD30919" w14:textId="77777777" w:rsidR="00830533" w:rsidRPr="0032579A" w:rsidRDefault="00830533">
      <w:pPr>
        <w:rPr>
          <w:rFonts w:ascii="Times New Roman" w:hAnsi="Times New Roman" w:cs="Times New Roman"/>
        </w:rPr>
      </w:pPr>
    </w:p>
    <w:p w14:paraId="471110F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 Verdan agreed. “But it’s true.”</w:t>
      </w:r>
    </w:p>
    <w:p w14:paraId="74C40055" w14:textId="77777777" w:rsidR="00830533" w:rsidRPr="0032579A" w:rsidRDefault="00830533">
      <w:pPr>
        <w:rPr>
          <w:rFonts w:ascii="Times New Roman" w:hAnsi="Times New Roman" w:cs="Times New Roman"/>
        </w:rPr>
      </w:pPr>
    </w:p>
    <w:p w14:paraId="1E4DB6B7" w14:textId="33305CC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Selora’s voice floated forward from where she walked with Derya, tallying shoes with soles too thin and packs tied with knots that would not last the next rain. “Write it down, Darran,” she called without looking back. “Not on a screen. Here.” She tapped her temple. “Use the ledger </w:t>
      </w:r>
      <w:r w:rsidR="00446444">
        <w:rPr>
          <w:rFonts w:ascii="Times New Roman" w:hAnsi="Times New Roman" w:cs="Times New Roman"/>
          <w:color w:val="000000"/>
        </w:rPr>
        <w:t>in your head</w:t>
      </w:r>
      <w:r w:rsidRPr="0032579A">
        <w:rPr>
          <w:rFonts w:ascii="Times New Roman" w:hAnsi="Times New Roman" w:cs="Times New Roman"/>
          <w:color w:val="000000"/>
        </w:rPr>
        <w:t>.”</w:t>
      </w:r>
    </w:p>
    <w:p w14:paraId="26674B72" w14:textId="77777777" w:rsidR="00830533" w:rsidRPr="0032579A" w:rsidRDefault="00830533">
      <w:pPr>
        <w:rPr>
          <w:rFonts w:ascii="Times New Roman" w:hAnsi="Times New Roman" w:cs="Times New Roman"/>
        </w:rPr>
      </w:pPr>
    </w:p>
    <w:p w14:paraId="63C61A6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“What’s the entry?” Darran asked despite himself.</w:t>
      </w:r>
    </w:p>
    <w:p w14:paraId="41EF878F" w14:textId="77777777" w:rsidR="00830533" w:rsidRPr="0032579A" w:rsidRDefault="00830533">
      <w:pPr>
        <w:rPr>
          <w:rFonts w:ascii="Times New Roman" w:hAnsi="Times New Roman" w:cs="Times New Roman"/>
        </w:rPr>
      </w:pPr>
    </w:p>
    <w:p w14:paraId="1D303DE3" w14:textId="1AE165D2" w:rsidR="00830533" w:rsidRPr="0032579A" w:rsidRDefault="00000000">
      <w:pPr>
        <w:rPr>
          <w:rFonts w:ascii="Times New Roman" w:hAnsi="Times New Roman" w:cs="Times New Roman"/>
        </w:rPr>
      </w:pPr>
      <w:r w:rsidRPr="0032579A">
        <w:rPr>
          <w:rFonts w:ascii="Times New Roman" w:hAnsi="Times New Roman" w:cs="Times New Roman"/>
          <w:color w:val="000000"/>
        </w:rPr>
        <w:t>‘Fear is a debt we don’t pay for strangers,’” Selora said. “Next line: ‘We</w:t>
      </w:r>
      <w:r w:rsidR="00446444">
        <w:rPr>
          <w:rFonts w:ascii="Times New Roman" w:hAnsi="Times New Roman" w:cs="Times New Roman"/>
          <w:color w:val="000000"/>
        </w:rPr>
        <w:t>’ll</w:t>
      </w:r>
      <w:r w:rsidRPr="0032579A">
        <w:rPr>
          <w:rFonts w:ascii="Times New Roman" w:hAnsi="Times New Roman" w:cs="Times New Roman"/>
          <w:color w:val="000000"/>
        </w:rPr>
        <w:t xml:space="preserve"> still leave a coupling ring under the rock by the fence post.’</w:t>
      </w:r>
    </w:p>
    <w:p w14:paraId="5EC2E523" w14:textId="77777777" w:rsidR="00830533" w:rsidRPr="0032579A" w:rsidRDefault="00830533">
      <w:pPr>
        <w:rPr>
          <w:rFonts w:ascii="Times New Roman" w:hAnsi="Times New Roman" w:cs="Times New Roman"/>
        </w:rPr>
      </w:pPr>
    </w:p>
    <w:p w14:paraId="75DD47F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blinked. “We did?”</w:t>
      </w:r>
    </w:p>
    <w:p w14:paraId="451F40F9" w14:textId="77777777" w:rsidR="00830533" w:rsidRPr="0032579A" w:rsidRDefault="00830533">
      <w:pPr>
        <w:rPr>
          <w:rFonts w:ascii="Times New Roman" w:hAnsi="Times New Roman" w:cs="Times New Roman"/>
        </w:rPr>
      </w:pPr>
    </w:p>
    <w:p w14:paraId="5B0C73B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will,” Selora said.</w:t>
      </w:r>
    </w:p>
    <w:p w14:paraId="07C0E6FD" w14:textId="77777777" w:rsidR="00830533" w:rsidRPr="0032579A" w:rsidRDefault="00830533">
      <w:pPr>
        <w:rPr>
          <w:rFonts w:ascii="Times New Roman" w:hAnsi="Times New Roman" w:cs="Times New Roman"/>
        </w:rPr>
      </w:pPr>
    </w:p>
    <w:p w14:paraId="0E6A3CC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looked at Verdan. Verdan did not smile, but his mouth acknowledged Selora with the barest shift at the corner.</w:t>
      </w:r>
    </w:p>
    <w:p w14:paraId="1CAA28A3" w14:textId="77777777" w:rsidR="00830533" w:rsidRPr="0032579A" w:rsidRDefault="00830533">
      <w:pPr>
        <w:rPr>
          <w:rFonts w:ascii="Times New Roman" w:hAnsi="Times New Roman" w:cs="Times New Roman"/>
        </w:rPr>
      </w:pPr>
    </w:p>
    <w:p w14:paraId="46E5AB3D" w14:textId="77777777" w:rsidR="00830533" w:rsidRPr="0032579A" w:rsidRDefault="00830533">
      <w:pPr>
        <w:rPr>
          <w:rFonts w:ascii="Times New Roman" w:hAnsi="Times New Roman" w:cs="Times New Roman"/>
        </w:rPr>
      </w:pPr>
    </w:p>
    <w:p w14:paraId="0E33E319" w14:textId="77777777" w:rsidR="00E512B4" w:rsidRDefault="00E512B4">
      <w:pPr>
        <w:rPr>
          <w:rFonts w:ascii="Times New Roman" w:hAnsi="Times New Roman" w:cs="Times New Roman"/>
          <w:color w:val="000000"/>
        </w:rPr>
      </w:pPr>
    </w:p>
    <w:p w14:paraId="66C2EFB1" w14:textId="77777777" w:rsidR="00E512B4" w:rsidRPr="0032579A" w:rsidRDefault="00E512B4" w:rsidP="00E512B4">
      <w:pPr>
        <w:spacing w:after="0"/>
        <w:jc w:val="center"/>
        <w:rPr>
          <w:rFonts w:ascii="Times New Roman" w:hAnsi="Times New Roman" w:cs="Times New Roman"/>
        </w:rPr>
      </w:pPr>
      <w:r w:rsidRPr="0032579A">
        <w:rPr>
          <w:rFonts w:ascii="Times New Roman" w:hAnsi="Times New Roman" w:cs="Times New Roman"/>
        </w:rPr>
        <w:t>***</w:t>
      </w:r>
    </w:p>
    <w:p w14:paraId="37021A97" w14:textId="77777777" w:rsidR="00E512B4" w:rsidRDefault="00E512B4">
      <w:pPr>
        <w:rPr>
          <w:rFonts w:ascii="Times New Roman" w:hAnsi="Times New Roman" w:cs="Times New Roman"/>
          <w:color w:val="000000"/>
        </w:rPr>
      </w:pPr>
    </w:p>
    <w:p w14:paraId="73E71B93" w14:textId="779C01E8" w:rsidR="00830533" w:rsidRPr="0032579A" w:rsidRDefault="00000000">
      <w:pPr>
        <w:rPr>
          <w:rFonts w:ascii="Times New Roman" w:hAnsi="Times New Roman" w:cs="Times New Roman"/>
        </w:rPr>
      </w:pPr>
      <w:r w:rsidRPr="0032579A">
        <w:rPr>
          <w:rFonts w:ascii="Times New Roman" w:hAnsi="Times New Roman" w:cs="Times New Roman"/>
          <w:color w:val="000000"/>
        </w:rPr>
        <w:t>A week later, sky lit brass by dust and sun, they came over a rise and saw a hamlet that had been kept alive by stubbornness and two old beings who still remembered how to set a brace properly. The windmill’s arms creaked like old knees, its sailcloth long gone. The well’s lid was tilted and the stone around it scarred by a careless pry bar; a hover-cart leaned with a bad grav-plate and a cracked power lead.</w:t>
      </w:r>
    </w:p>
    <w:p w14:paraId="0419BD22" w14:textId="77777777" w:rsidR="00830533" w:rsidRPr="0032579A" w:rsidRDefault="00830533">
      <w:pPr>
        <w:rPr>
          <w:rFonts w:ascii="Times New Roman" w:hAnsi="Times New Roman" w:cs="Times New Roman"/>
        </w:rPr>
      </w:pPr>
    </w:p>
    <w:p w14:paraId="6A79760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raised her hand, and the line stopped like it had learned to be one muscle. She looked at Verdan. He nodded once. She walked forward alone, hands open, datapad tucked under one arm like a flag turned inside out.</w:t>
      </w:r>
    </w:p>
    <w:p w14:paraId="50B1B89E" w14:textId="77777777" w:rsidR="00830533" w:rsidRPr="0032579A" w:rsidRDefault="00830533">
      <w:pPr>
        <w:rPr>
          <w:rFonts w:ascii="Times New Roman" w:hAnsi="Times New Roman" w:cs="Times New Roman"/>
        </w:rPr>
      </w:pPr>
    </w:p>
    <w:p w14:paraId="4D04699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woman with her hair braided tight stepped out to meet her. Her eyes were the color of shale and as friendly.</w:t>
      </w:r>
    </w:p>
    <w:p w14:paraId="3D5326FC" w14:textId="77777777" w:rsidR="00830533" w:rsidRPr="0032579A" w:rsidRDefault="00830533">
      <w:pPr>
        <w:rPr>
          <w:rFonts w:ascii="Times New Roman" w:hAnsi="Times New Roman" w:cs="Times New Roman"/>
        </w:rPr>
      </w:pPr>
    </w:p>
    <w:p w14:paraId="3A0B71A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“Trade,” Selora said.</w:t>
      </w:r>
    </w:p>
    <w:p w14:paraId="6414FBC5" w14:textId="77777777" w:rsidR="00830533" w:rsidRPr="0032579A" w:rsidRDefault="00830533">
      <w:pPr>
        <w:rPr>
          <w:rFonts w:ascii="Times New Roman" w:hAnsi="Times New Roman" w:cs="Times New Roman"/>
        </w:rPr>
      </w:pPr>
    </w:p>
    <w:p w14:paraId="140BB36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 can you possibly have?” the woman asked. “You look worse off than we are.”</w:t>
      </w:r>
    </w:p>
    <w:p w14:paraId="1FEEFD92" w14:textId="77777777" w:rsidR="00830533" w:rsidRPr="0032579A" w:rsidRDefault="00830533">
      <w:pPr>
        <w:rPr>
          <w:rFonts w:ascii="Times New Roman" w:hAnsi="Times New Roman" w:cs="Times New Roman"/>
        </w:rPr>
      </w:pPr>
    </w:p>
    <w:p w14:paraId="2E827A85" w14:textId="325CFBD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“Two dozen coupling rings,” Selora said. “Three seals. Cable. </w:t>
      </w:r>
      <w:r w:rsidR="00E512B4">
        <w:rPr>
          <w:rFonts w:ascii="Times New Roman" w:hAnsi="Times New Roman" w:cs="Times New Roman"/>
          <w:color w:val="000000"/>
        </w:rPr>
        <w:t>Some g</w:t>
      </w:r>
      <w:r w:rsidRPr="0032579A">
        <w:rPr>
          <w:rFonts w:ascii="Times New Roman" w:hAnsi="Times New Roman" w:cs="Times New Roman"/>
          <w:color w:val="000000"/>
        </w:rPr>
        <w:t>rease</w:t>
      </w:r>
      <w:r w:rsidR="00E512B4">
        <w:rPr>
          <w:rFonts w:ascii="Times New Roman" w:hAnsi="Times New Roman" w:cs="Times New Roman"/>
          <w:color w:val="000000"/>
        </w:rPr>
        <w:t xml:space="preserve"> and four sets of</w:t>
      </w:r>
      <w:r w:rsidRPr="0032579A">
        <w:rPr>
          <w:rFonts w:ascii="Times New Roman" w:hAnsi="Times New Roman" w:cs="Times New Roman"/>
          <w:color w:val="000000"/>
        </w:rPr>
        <w:t xml:space="preserve"> hands who know how to reseat a lid without cracking the lip.”</w:t>
      </w:r>
    </w:p>
    <w:p w14:paraId="5EA307CC" w14:textId="77777777" w:rsidR="00830533" w:rsidRPr="0032579A" w:rsidRDefault="00830533">
      <w:pPr>
        <w:rPr>
          <w:rFonts w:ascii="Times New Roman" w:hAnsi="Times New Roman" w:cs="Times New Roman"/>
        </w:rPr>
      </w:pPr>
    </w:p>
    <w:p w14:paraId="2F6F01E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“And for that?” the woman asked.</w:t>
      </w:r>
    </w:p>
    <w:p w14:paraId="50A84711" w14:textId="77777777" w:rsidR="00830533" w:rsidRPr="0032579A" w:rsidRDefault="00830533">
      <w:pPr>
        <w:rPr>
          <w:rFonts w:ascii="Times New Roman" w:hAnsi="Times New Roman" w:cs="Times New Roman"/>
        </w:rPr>
      </w:pPr>
    </w:p>
    <w:p w14:paraId="62BB3CB4" w14:textId="5EDF5B79"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E512B4">
        <w:rPr>
          <w:rFonts w:ascii="Times New Roman" w:hAnsi="Times New Roman" w:cs="Times New Roman"/>
          <w:color w:val="000000"/>
        </w:rPr>
        <w:t>A measure of w</w:t>
      </w:r>
      <w:r w:rsidRPr="0032579A">
        <w:rPr>
          <w:rFonts w:ascii="Times New Roman" w:hAnsi="Times New Roman" w:cs="Times New Roman"/>
          <w:color w:val="000000"/>
        </w:rPr>
        <w:t>ater</w:t>
      </w:r>
      <w:r w:rsidR="00E512B4">
        <w:rPr>
          <w:rFonts w:ascii="Times New Roman" w:hAnsi="Times New Roman" w:cs="Times New Roman"/>
          <w:color w:val="000000"/>
        </w:rPr>
        <w:t xml:space="preserve"> and b</w:t>
      </w:r>
      <w:r w:rsidRPr="0032579A">
        <w:rPr>
          <w:rFonts w:ascii="Times New Roman" w:hAnsi="Times New Roman" w:cs="Times New Roman"/>
          <w:color w:val="000000"/>
        </w:rPr>
        <w:t>arley. One night under a roof,” Selora said. “And a record with your names in it.”</w:t>
      </w:r>
    </w:p>
    <w:p w14:paraId="4414A3F3" w14:textId="77777777" w:rsidR="00830533" w:rsidRPr="0032579A" w:rsidRDefault="00830533">
      <w:pPr>
        <w:rPr>
          <w:rFonts w:ascii="Times New Roman" w:hAnsi="Times New Roman" w:cs="Times New Roman"/>
        </w:rPr>
      </w:pPr>
    </w:p>
    <w:p w14:paraId="66E283F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woman snorted. “Names don’t boil.”</w:t>
      </w:r>
    </w:p>
    <w:p w14:paraId="1AED3050" w14:textId="77777777" w:rsidR="00830533" w:rsidRPr="0032579A" w:rsidRDefault="00830533">
      <w:pPr>
        <w:rPr>
          <w:rFonts w:ascii="Times New Roman" w:hAnsi="Times New Roman" w:cs="Times New Roman"/>
        </w:rPr>
      </w:pPr>
    </w:p>
    <w:p w14:paraId="18632C8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 Selora said. “But they don’t blow away, either.”</w:t>
      </w:r>
    </w:p>
    <w:p w14:paraId="2FB00B1D" w14:textId="77777777" w:rsidR="00830533" w:rsidRPr="0032579A" w:rsidRDefault="00830533">
      <w:pPr>
        <w:rPr>
          <w:rFonts w:ascii="Times New Roman" w:hAnsi="Times New Roman" w:cs="Times New Roman"/>
        </w:rPr>
      </w:pPr>
    </w:p>
    <w:p w14:paraId="0FA729B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woman stared at the datapad like someone eyeing a trap. Then she cut her gaze to Verdan. He was not close enough to threaten, not far enough to be uninterested. He met her eyes and did not look away.</w:t>
      </w:r>
    </w:p>
    <w:p w14:paraId="1AF8CEBE" w14:textId="77777777" w:rsidR="00830533" w:rsidRPr="0032579A" w:rsidRDefault="00830533">
      <w:pPr>
        <w:rPr>
          <w:rFonts w:ascii="Times New Roman" w:hAnsi="Times New Roman" w:cs="Times New Roman"/>
        </w:rPr>
      </w:pPr>
    </w:p>
    <w:p w14:paraId="5620006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“Show me the rings,” she said.</w:t>
      </w:r>
    </w:p>
    <w:p w14:paraId="24BC3DCC" w14:textId="77777777" w:rsidR="00830533" w:rsidRPr="0032579A" w:rsidRDefault="00830533">
      <w:pPr>
        <w:rPr>
          <w:rFonts w:ascii="Times New Roman" w:hAnsi="Times New Roman" w:cs="Times New Roman"/>
        </w:rPr>
      </w:pPr>
    </w:p>
    <w:p w14:paraId="649B6E6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held up a handful, thin circles cut clean, edges sanded enough to spare fingers without wasting time to prettify.</w:t>
      </w:r>
    </w:p>
    <w:p w14:paraId="39E8826C" w14:textId="77777777" w:rsidR="00830533" w:rsidRPr="0032579A" w:rsidRDefault="00830533">
      <w:pPr>
        <w:rPr>
          <w:rFonts w:ascii="Times New Roman" w:hAnsi="Times New Roman" w:cs="Times New Roman"/>
        </w:rPr>
      </w:pPr>
    </w:p>
    <w:p w14:paraId="27E04AD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woman tipped her head. “Two barrels of water. A half measure of barley. Shelter in the storehouse. Keep your record.”</w:t>
      </w:r>
    </w:p>
    <w:p w14:paraId="62A4F41F" w14:textId="77777777" w:rsidR="00830533" w:rsidRPr="0032579A" w:rsidRDefault="00830533">
      <w:pPr>
        <w:rPr>
          <w:rFonts w:ascii="Times New Roman" w:hAnsi="Times New Roman" w:cs="Times New Roman"/>
        </w:rPr>
      </w:pPr>
    </w:p>
    <w:p w14:paraId="6D36426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full measure,” Selora said. “And we leave you a seal.”</w:t>
      </w:r>
    </w:p>
    <w:p w14:paraId="559EF80F" w14:textId="77777777" w:rsidR="00830533" w:rsidRPr="0032579A" w:rsidRDefault="00830533">
      <w:pPr>
        <w:rPr>
          <w:rFonts w:ascii="Times New Roman" w:hAnsi="Times New Roman" w:cs="Times New Roman"/>
        </w:rPr>
      </w:pPr>
    </w:p>
    <w:p w14:paraId="4E9F349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“Half and the seal,” the woman said.</w:t>
      </w:r>
    </w:p>
    <w:p w14:paraId="4CB12FDD" w14:textId="77777777" w:rsidR="00830533" w:rsidRPr="0032579A" w:rsidRDefault="00830533">
      <w:pPr>
        <w:rPr>
          <w:rFonts w:ascii="Times New Roman" w:hAnsi="Times New Roman" w:cs="Times New Roman"/>
        </w:rPr>
      </w:pPr>
    </w:p>
    <w:p w14:paraId="4486152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considered. “Half,” she agreed. “And two names.”</w:t>
      </w:r>
    </w:p>
    <w:p w14:paraId="66E6CAF7" w14:textId="77777777" w:rsidR="00830533" w:rsidRPr="0032579A" w:rsidRDefault="00830533">
      <w:pPr>
        <w:rPr>
          <w:rFonts w:ascii="Times New Roman" w:hAnsi="Times New Roman" w:cs="Times New Roman"/>
        </w:rPr>
      </w:pPr>
    </w:p>
    <w:p w14:paraId="3F05565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woman looked like she did not want to ask. She did anyway.</w:t>
      </w:r>
    </w:p>
    <w:p w14:paraId="4ACE6E65" w14:textId="77777777" w:rsidR="00830533" w:rsidRPr="0032579A" w:rsidRDefault="00830533">
      <w:pPr>
        <w:rPr>
          <w:rFonts w:ascii="Times New Roman" w:hAnsi="Times New Roman" w:cs="Times New Roman"/>
        </w:rPr>
      </w:pPr>
    </w:p>
    <w:p w14:paraId="6C6DFF44" w14:textId="77777777" w:rsidR="00830533" w:rsidRPr="0032579A" w:rsidRDefault="00000000">
      <w:pPr>
        <w:rPr>
          <w:rFonts w:ascii="Times New Roman" w:hAnsi="Times New Roman" w:cs="Times New Roman"/>
        </w:rPr>
      </w:pPr>
      <w:r w:rsidRPr="0032579A">
        <w:rPr>
          <w:rFonts w:ascii="Times New Roman" w:hAnsi="Times New Roman" w:cs="Times New Roman"/>
          <w:b/>
          <w:color w:val="000000"/>
        </w:rPr>
        <w:t>“Whose?”</w:t>
      </w:r>
    </w:p>
    <w:p w14:paraId="52E6C718" w14:textId="77777777" w:rsidR="00830533" w:rsidRPr="0032579A" w:rsidRDefault="00830533">
      <w:pPr>
        <w:rPr>
          <w:rFonts w:ascii="Times New Roman" w:hAnsi="Times New Roman" w:cs="Times New Roman"/>
        </w:rPr>
      </w:pPr>
    </w:p>
    <w:p w14:paraId="7A70B311" w14:textId="4CCC08E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“Yours,” Selora said. “And </w:t>
      </w:r>
      <w:r w:rsidR="00E512B4">
        <w:rPr>
          <w:rFonts w:ascii="Times New Roman" w:hAnsi="Times New Roman" w:cs="Times New Roman"/>
          <w:color w:val="000000"/>
        </w:rPr>
        <w:t>whoever knew</w:t>
      </w:r>
      <w:r w:rsidRPr="0032579A">
        <w:rPr>
          <w:rFonts w:ascii="Times New Roman" w:hAnsi="Times New Roman" w:cs="Times New Roman"/>
          <w:color w:val="000000"/>
        </w:rPr>
        <w:t xml:space="preserve"> how to set </w:t>
      </w:r>
      <w:r w:rsidR="00E512B4">
        <w:rPr>
          <w:rFonts w:ascii="Times New Roman" w:hAnsi="Times New Roman" w:cs="Times New Roman"/>
          <w:color w:val="000000"/>
        </w:rPr>
        <w:t xml:space="preserve">that </w:t>
      </w:r>
      <w:r w:rsidRPr="0032579A">
        <w:rPr>
          <w:rFonts w:ascii="Times New Roman" w:hAnsi="Times New Roman" w:cs="Times New Roman"/>
          <w:color w:val="000000"/>
        </w:rPr>
        <w:t>brace.”</w:t>
      </w:r>
    </w:p>
    <w:p w14:paraId="50927ABA" w14:textId="77777777" w:rsidR="00830533" w:rsidRPr="0032579A" w:rsidRDefault="00830533">
      <w:pPr>
        <w:rPr>
          <w:rFonts w:ascii="Times New Roman" w:hAnsi="Times New Roman" w:cs="Times New Roman"/>
        </w:rPr>
      </w:pPr>
    </w:p>
    <w:p w14:paraId="1E7B0C9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woman’s mouth twitched despite herself. “You think it’s a man?”</w:t>
      </w:r>
    </w:p>
    <w:p w14:paraId="719F8ABF" w14:textId="77777777" w:rsidR="00830533" w:rsidRPr="0032579A" w:rsidRDefault="00830533">
      <w:pPr>
        <w:rPr>
          <w:rFonts w:ascii="Times New Roman" w:hAnsi="Times New Roman" w:cs="Times New Roman"/>
        </w:rPr>
      </w:pPr>
    </w:p>
    <w:p w14:paraId="109AA592" w14:textId="0EF6ED67" w:rsidR="00830533" w:rsidRPr="0032579A" w:rsidRDefault="00000000">
      <w:pPr>
        <w:rPr>
          <w:rFonts w:ascii="Times New Roman" w:hAnsi="Times New Roman" w:cs="Times New Roman"/>
        </w:rPr>
      </w:pPr>
      <w:r w:rsidRPr="0032579A">
        <w:rPr>
          <w:rFonts w:ascii="Times New Roman" w:hAnsi="Times New Roman" w:cs="Times New Roman"/>
          <w:color w:val="000000"/>
        </w:rPr>
        <w:t>Selora’s mouth matched it. “I think the one</w:t>
      </w:r>
      <w:r w:rsidR="00E512B4" w:rsidRPr="00E512B4">
        <w:rPr>
          <w:rFonts w:ascii="Times New Roman" w:hAnsi="Times New Roman" w:cs="Times New Roman"/>
          <w:color w:val="000000"/>
        </w:rPr>
        <w:t xml:space="preserve"> who can do it won’t care what we write down, so long as the brace holds</w:t>
      </w:r>
      <w:r w:rsidRPr="0032579A">
        <w:rPr>
          <w:rFonts w:ascii="Times New Roman" w:hAnsi="Times New Roman" w:cs="Times New Roman"/>
          <w:color w:val="000000"/>
        </w:rPr>
        <w:t>”</w:t>
      </w:r>
    </w:p>
    <w:p w14:paraId="17CE7FF9" w14:textId="77777777" w:rsidR="00830533" w:rsidRPr="0032579A" w:rsidRDefault="00830533">
      <w:pPr>
        <w:rPr>
          <w:rFonts w:ascii="Times New Roman" w:hAnsi="Times New Roman" w:cs="Times New Roman"/>
        </w:rPr>
      </w:pPr>
    </w:p>
    <w:p w14:paraId="68103431"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The woman was quiet a long time. Then she nodded and held out a hand. Selora took it.</w:t>
      </w:r>
    </w:p>
    <w:p w14:paraId="141D0723" w14:textId="77777777" w:rsidR="00E512B4" w:rsidRPr="0032579A" w:rsidRDefault="00E512B4">
      <w:pPr>
        <w:rPr>
          <w:rFonts w:ascii="Times New Roman" w:hAnsi="Times New Roman" w:cs="Times New Roman"/>
        </w:rPr>
      </w:pPr>
    </w:p>
    <w:p w14:paraId="380DA5CB" w14:textId="77777777" w:rsidR="00E512B4" w:rsidRPr="0032579A" w:rsidRDefault="00E512B4" w:rsidP="00E512B4">
      <w:pPr>
        <w:spacing w:after="0"/>
        <w:jc w:val="center"/>
        <w:rPr>
          <w:rFonts w:ascii="Times New Roman" w:hAnsi="Times New Roman" w:cs="Times New Roman"/>
        </w:rPr>
      </w:pPr>
      <w:r w:rsidRPr="0032579A">
        <w:rPr>
          <w:rFonts w:ascii="Times New Roman" w:hAnsi="Times New Roman" w:cs="Times New Roman"/>
        </w:rPr>
        <w:t>***</w:t>
      </w:r>
    </w:p>
    <w:p w14:paraId="50AF399B" w14:textId="77777777" w:rsidR="00830533" w:rsidRPr="0032579A" w:rsidRDefault="00830533">
      <w:pPr>
        <w:rPr>
          <w:rFonts w:ascii="Times New Roman" w:hAnsi="Times New Roman" w:cs="Times New Roman"/>
        </w:rPr>
      </w:pPr>
    </w:p>
    <w:p w14:paraId="6D41C82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worked through the long heat. Darran reseated the lid with Verdan’s hand on his shoulder to feel the right moment when stone speaks through skin. Phalin showed a girl how to shave slivers of wood and wedge them under a brace until a door hung true and stopped complaining about its job. Selora keyed names into the datapad while the woman with the shale eyes watched and pretended not to care.</w:t>
      </w:r>
    </w:p>
    <w:p w14:paraId="0FA92A29" w14:textId="77777777" w:rsidR="00830533" w:rsidRPr="0032579A" w:rsidRDefault="00830533">
      <w:pPr>
        <w:rPr>
          <w:rFonts w:ascii="Times New Roman" w:hAnsi="Times New Roman" w:cs="Times New Roman"/>
        </w:rPr>
      </w:pPr>
    </w:p>
    <w:p w14:paraId="67C3293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dusk, a boy brought them water in clean cups. He looked at Selora’s pad as if the glow on the screen might be food.</w:t>
      </w:r>
    </w:p>
    <w:p w14:paraId="4510A694" w14:textId="77777777" w:rsidR="00830533" w:rsidRPr="0032579A" w:rsidRDefault="00830533">
      <w:pPr>
        <w:rPr>
          <w:rFonts w:ascii="Times New Roman" w:hAnsi="Times New Roman" w:cs="Times New Roman"/>
        </w:rPr>
      </w:pPr>
    </w:p>
    <w:p w14:paraId="2AD34AD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“What’s your name?” Selora asked him.</w:t>
      </w:r>
    </w:p>
    <w:p w14:paraId="06E9FF9B" w14:textId="77777777" w:rsidR="00830533" w:rsidRPr="0032579A" w:rsidRDefault="00830533">
      <w:pPr>
        <w:rPr>
          <w:rFonts w:ascii="Times New Roman" w:hAnsi="Times New Roman" w:cs="Times New Roman"/>
        </w:rPr>
      </w:pPr>
    </w:p>
    <w:p w14:paraId="59FFA25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“Rell,” he said, and swallowed like the word might cost him.</w:t>
      </w:r>
    </w:p>
    <w:p w14:paraId="3F02E26E" w14:textId="77777777" w:rsidR="00830533" w:rsidRPr="0032579A" w:rsidRDefault="00830533">
      <w:pPr>
        <w:rPr>
          <w:rFonts w:ascii="Times New Roman" w:hAnsi="Times New Roman" w:cs="Times New Roman"/>
        </w:rPr>
      </w:pPr>
    </w:p>
    <w:p w14:paraId="6CB56A1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keyed it in. She keyed it carefully.</w:t>
      </w:r>
    </w:p>
    <w:p w14:paraId="06B466FA" w14:textId="77777777" w:rsidR="00830533" w:rsidRPr="0032579A" w:rsidRDefault="00830533">
      <w:pPr>
        <w:rPr>
          <w:rFonts w:ascii="Times New Roman" w:hAnsi="Times New Roman" w:cs="Times New Roman"/>
        </w:rPr>
      </w:pPr>
    </w:p>
    <w:p w14:paraId="51DF3E4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“Now it exists twice,” she said, and put the pad to sleep to save its charge.</w:t>
      </w:r>
    </w:p>
    <w:p w14:paraId="7C6582EF" w14:textId="77777777" w:rsidR="00830533" w:rsidRPr="0032579A" w:rsidRDefault="00830533">
      <w:pPr>
        <w:rPr>
          <w:rFonts w:ascii="Times New Roman" w:hAnsi="Times New Roman" w:cs="Times New Roman"/>
        </w:rPr>
      </w:pPr>
    </w:p>
    <w:p w14:paraId="5D5CF3C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Rell grinned like a tooth had grown in a hole where none had been.</w:t>
      </w:r>
    </w:p>
    <w:p w14:paraId="5201C561" w14:textId="77777777" w:rsidR="00830533" w:rsidRPr="0032579A" w:rsidRDefault="00830533">
      <w:pPr>
        <w:rPr>
          <w:rFonts w:ascii="Times New Roman" w:hAnsi="Times New Roman" w:cs="Times New Roman"/>
        </w:rPr>
      </w:pPr>
    </w:p>
    <w:p w14:paraId="28FE062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were three hours out from the hamlet, a clean moon climbing, when Darran drew even with Verdan and Selora at the front.</w:t>
      </w:r>
    </w:p>
    <w:p w14:paraId="343E35C5" w14:textId="77777777" w:rsidR="00830533" w:rsidRPr="0032579A" w:rsidRDefault="00830533">
      <w:pPr>
        <w:rPr>
          <w:rFonts w:ascii="Times New Roman" w:hAnsi="Times New Roman" w:cs="Times New Roman"/>
        </w:rPr>
      </w:pPr>
    </w:p>
    <w:p w14:paraId="51A1A43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didn’t leave a coupling ring,” he said, accusing and hopeful at once.</w:t>
      </w:r>
    </w:p>
    <w:p w14:paraId="412620DC" w14:textId="77777777" w:rsidR="00830533" w:rsidRPr="0032579A" w:rsidRDefault="00830533">
      <w:pPr>
        <w:rPr>
          <w:rFonts w:ascii="Times New Roman" w:hAnsi="Times New Roman" w:cs="Times New Roman"/>
        </w:rPr>
      </w:pPr>
    </w:p>
    <w:p w14:paraId="6EC75EF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did not turn. “We left a brace.”</w:t>
      </w:r>
    </w:p>
    <w:p w14:paraId="719297F8" w14:textId="77777777" w:rsidR="00830533" w:rsidRPr="0032579A" w:rsidRDefault="00830533">
      <w:pPr>
        <w:rPr>
          <w:rFonts w:ascii="Times New Roman" w:hAnsi="Times New Roman" w:cs="Times New Roman"/>
        </w:rPr>
      </w:pPr>
    </w:p>
    <w:p w14:paraId="1FDD038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thought about it. He nodded slowly and then faster. “Right.”</w:t>
      </w:r>
    </w:p>
    <w:p w14:paraId="7CDC0975" w14:textId="77777777" w:rsidR="00830533" w:rsidRPr="0032579A" w:rsidRDefault="00830533">
      <w:pPr>
        <w:rPr>
          <w:rFonts w:ascii="Times New Roman" w:hAnsi="Times New Roman" w:cs="Times New Roman"/>
        </w:rPr>
      </w:pPr>
    </w:p>
    <w:p w14:paraId="2063C40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dropped back to walk beside Teg and Mara, and Selora let out a breath she hadn’t known she’d kept.</w:t>
      </w:r>
    </w:p>
    <w:p w14:paraId="2E649B43" w14:textId="77777777" w:rsidR="00830533" w:rsidRPr="0032579A" w:rsidRDefault="00830533">
      <w:pPr>
        <w:rPr>
          <w:rFonts w:ascii="Times New Roman" w:hAnsi="Times New Roman" w:cs="Times New Roman"/>
        </w:rPr>
      </w:pPr>
    </w:p>
    <w:p w14:paraId="64A514D5" w14:textId="605A65D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“You did it,” Verdan said. “You </w:t>
      </w:r>
      <w:r w:rsidR="00E512B4">
        <w:rPr>
          <w:rFonts w:ascii="Times New Roman" w:hAnsi="Times New Roman" w:cs="Times New Roman"/>
          <w:color w:val="000000"/>
        </w:rPr>
        <w:t>make it all count</w:t>
      </w:r>
      <w:r w:rsidRPr="0032579A">
        <w:rPr>
          <w:rFonts w:ascii="Times New Roman" w:hAnsi="Times New Roman" w:cs="Times New Roman"/>
          <w:color w:val="000000"/>
        </w:rPr>
        <w:t>.”</w:t>
      </w:r>
    </w:p>
    <w:p w14:paraId="2C1D11C3" w14:textId="77777777" w:rsidR="00830533" w:rsidRPr="0032579A" w:rsidRDefault="00830533">
      <w:pPr>
        <w:rPr>
          <w:rFonts w:ascii="Times New Roman" w:hAnsi="Times New Roman" w:cs="Times New Roman"/>
        </w:rPr>
      </w:pPr>
    </w:p>
    <w:p w14:paraId="723F2C4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Selora’s mouth didn’t smile yet, but it remembered how. “I only recorded what you were already doing,” she said.</w:t>
      </w:r>
    </w:p>
    <w:p w14:paraId="7C924960" w14:textId="77777777" w:rsidR="00830533" w:rsidRPr="0032579A" w:rsidRDefault="00830533">
      <w:pPr>
        <w:rPr>
          <w:rFonts w:ascii="Times New Roman" w:hAnsi="Times New Roman" w:cs="Times New Roman"/>
        </w:rPr>
      </w:pPr>
    </w:p>
    <w:p w14:paraId="1315E0E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 Verdan said after a while. “You made it so it doesn’t vanish when we sleep.”</w:t>
      </w:r>
    </w:p>
    <w:p w14:paraId="4961256D" w14:textId="77777777" w:rsidR="00830533" w:rsidRPr="0032579A" w:rsidRDefault="00830533">
      <w:pPr>
        <w:rPr>
          <w:rFonts w:ascii="Times New Roman" w:hAnsi="Times New Roman" w:cs="Times New Roman"/>
        </w:rPr>
      </w:pPr>
    </w:p>
    <w:p w14:paraId="2EE5B2F2"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They walked in a quiet that did not need to be filled.</w:t>
      </w:r>
    </w:p>
    <w:p w14:paraId="65059A48" w14:textId="77777777" w:rsidR="00E512B4" w:rsidRPr="0032579A" w:rsidRDefault="00E512B4">
      <w:pPr>
        <w:rPr>
          <w:rFonts w:ascii="Times New Roman" w:hAnsi="Times New Roman" w:cs="Times New Roman"/>
        </w:rPr>
      </w:pPr>
    </w:p>
    <w:p w14:paraId="38A77F4A" w14:textId="77777777" w:rsidR="00E512B4" w:rsidRPr="0032579A" w:rsidRDefault="00E512B4" w:rsidP="00E512B4">
      <w:pPr>
        <w:spacing w:after="0"/>
        <w:jc w:val="center"/>
        <w:rPr>
          <w:rFonts w:ascii="Times New Roman" w:hAnsi="Times New Roman" w:cs="Times New Roman"/>
        </w:rPr>
      </w:pPr>
      <w:r w:rsidRPr="0032579A">
        <w:rPr>
          <w:rFonts w:ascii="Times New Roman" w:hAnsi="Times New Roman" w:cs="Times New Roman"/>
        </w:rPr>
        <w:t>***</w:t>
      </w:r>
    </w:p>
    <w:p w14:paraId="3D0EBA6B" w14:textId="77777777" w:rsidR="00830533" w:rsidRPr="0032579A" w:rsidRDefault="00830533">
      <w:pPr>
        <w:rPr>
          <w:rFonts w:ascii="Times New Roman" w:hAnsi="Times New Roman" w:cs="Times New Roman"/>
        </w:rPr>
      </w:pPr>
    </w:p>
    <w:p w14:paraId="79125FC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next day brought heat and flat ground and the kind of wind that makes a mouth drier even as it brings no dust. The line stretched thin by afternoon. Derya began to limp. Phalin coughed until he nearly bent double. Verdan shortened the pace. No one complained out loud. Selora did not try to speak them into endurance; she cut rags for Phalin’s mouth and re-wrapped Derya’s ankle with a strip of cloth soaked in the last of last night’s cool water.</w:t>
      </w:r>
    </w:p>
    <w:p w14:paraId="50F23FDF" w14:textId="77777777" w:rsidR="00830533" w:rsidRPr="0032579A" w:rsidRDefault="00830533">
      <w:pPr>
        <w:rPr>
          <w:rFonts w:ascii="Times New Roman" w:hAnsi="Times New Roman" w:cs="Times New Roman"/>
        </w:rPr>
      </w:pPr>
    </w:p>
    <w:p w14:paraId="7889265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ground changed toward evening—small things, the way the grit lay in a line, the smell of old grease carried farther than it should have. Verdan raised a hand.</w:t>
      </w:r>
    </w:p>
    <w:p w14:paraId="40912A74" w14:textId="77777777" w:rsidR="00830533" w:rsidRPr="0032579A" w:rsidRDefault="00830533">
      <w:pPr>
        <w:rPr>
          <w:rFonts w:ascii="Times New Roman" w:hAnsi="Times New Roman" w:cs="Times New Roman"/>
        </w:rPr>
      </w:pPr>
    </w:p>
    <w:p w14:paraId="1C16836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“Down,” he said, quiet and sure.</w:t>
      </w:r>
    </w:p>
    <w:p w14:paraId="26BACE8C" w14:textId="77777777" w:rsidR="00830533" w:rsidRPr="0032579A" w:rsidRDefault="00830533">
      <w:pPr>
        <w:rPr>
          <w:rFonts w:ascii="Times New Roman" w:hAnsi="Times New Roman" w:cs="Times New Roman"/>
        </w:rPr>
      </w:pPr>
    </w:p>
    <w:p w14:paraId="67928E1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slipped behind metal and stone. Dust went still.</w:t>
      </w:r>
    </w:p>
    <w:p w14:paraId="7C615819" w14:textId="77777777" w:rsidR="00830533" w:rsidRPr="0032579A" w:rsidRDefault="00830533">
      <w:pPr>
        <w:rPr>
          <w:rFonts w:ascii="Times New Roman" w:hAnsi="Times New Roman" w:cs="Times New Roman"/>
        </w:rPr>
      </w:pPr>
    </w:p>
    <w:p w14:paraId="3D7DB82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Two riders crested the low rise on skiffs without running lights. Scouts. Not the three-skiff swagger of beings looking to steal and bruise. These were thin and wary, eyes moving the way men do when hunger has taught them the difference between caution and cowardice.</w:t>
      </w:r>
    </w:p>
    <w:p w14:paraId="1B0FBBB8" w14:textId="77777777" w:rsidR="00830533" w:rsidRPr="0032579A" w:rsidRDefault="00830533">
      <w:pPr>
        <w:rPr>
          <w:rFonts w:ascii="Times New Roman" w:hAnsi="Times New Roman" w:cs="Times New Roman"/>
        </w:rPr>
      </w:pPr>
    </w:p>
    <w:p w14:paraId="45A130C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slowed when they saw that the line had disappeared.</w:t>
      </w:r>
    </w:p>
    <w:p w14:paraId="53D80459" w14:textId="77777777" w:rsidR="00830533" w:rsidRPr="0032579A" w:rsidRDefault="00830533">
      <w:pPr>
        <w:rPr>
          <w:rFonts w:ascii="Times New Roman" w:hAnsi="Times New Roman" w:cs="Times New Roman"/>
        </w:rPr>
      </w:pPr>
    </w:p>
    <w:p w14:paraId="212BB8E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looked at each other.</w:t>
      </w:r>
    </w:p>
    <w:p w14:paraId="256239D6" w14:textId="77777777" w:rsidR="00830533" w:rsidRPr="0032579A" w:rsidRDefault="00830533">
      <w:pPr>
        <w:rPr>
          <w:rFonts w:ascii="Times New Roman" w:hAnsi="Times New Roman" w:cs="Times New Roman"/>
        </w:rPr>
      </w:pPr>
    </w:p>
    <w:p w14:paraId="4451832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turned, both together, and cut back across the rise toward the west.</w:t>
      </w:r>
    </w:p>
    <w:p w14:paraId="062098A1" w14:textId="77777777" w:rsidR="00830533" w:rsidRPr="0032579A" w:rsidRDefault="00830533">
      <w:pPr>
        <w:rPr>
          <w:rFonts w:ascii="Times New Roman" w:hAnsi="Times New Roman" w:cs="Times New Roman"/>
        </w:rPr>
      </w:pPr>
    </w:p>
    <w:p w14:paraId="2B8C13D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held his breath until his chest hurt and then let it go in a small, quiet hiss.</w:t>
      </w:r>
    </w:p>
    <w:p w14:paraId="37E1A6D3" w14:textId="77777777" w:rsidR="00830533" w:rsidRPr="0032579A" w:rsidRDefault="00830533">
      <w:pPr>
        <w:rPr>
          <w:rFonts w:ascii="Times New Roman" w:hAnsi="Times New Roman" w:cs="Times New Roman"/>
        </w:rPr>
      </w:pPr>
    </w:p>
    <w:p w14:paraId="66C9BB5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“Why didn’t we take them?” Teg whispered, thumb unconsciously brushing the safety of his old rifle.</w:t>
      </w:r>
    </w:p>
    <w:p w14:paraId="642454B7" w14:textId="77777777" w:rsidR="00830533" w:rsidRPr="0032579A" w:rsidRDefault="00830533">
      <w:pPr>
        <w:rPr>
          <w:rFonts w:ascii="Times New Roman" w:hAnsi="Times New Roman" w:cs="Times New Roman"/>
        </w:rPr>
      </w:pPr>
    </w:p>
    <w:p w14:paraId="60D2CA18" w14:textId="5DA97FFC"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E512B4" w:rsidRPr="00E512B4">
        <w:rPr>
          <w:rFonts w:ascii="Times New Roman" w:hAnsi="Times New Roman" w:cs="Times New Roman"/>
          <w:color w:val="000000"/>
        </w:rPr>
        <w:t>Because when eyes are already on you, you don’t give them more reason to look</w:t>
      </w:r>
      <w:r w:rsidRPr="0032579A">
        <w:rPr>
          <w:rFonts w:ascii="Times New Roman" w:hAnsi="Times New Roman" w:cs="Times New Roman"/>
          <w:color w:val="000000"/>
        </w:rPr>
        <w:t>,” Verdan said.</w:t>
      </w:r>
    </w:p>
    <w:p w14:paraId="119FDDDA" w14:textId="77777777" w:rsidR="00830533" w:rsidRPr="0032579A" w:rsidRDefault="00830533">
      <w:pPr>
        <w:rPr>
          <w:rFonts w:ascii="Times New Roman" w:hAnsi="Times New Roman" w:cs="Times New Roman"/>
        </w:rPr>
      </w:pPr>
    </w:p>
    <w:p w14:paraId="3D0EB39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Selora’s hand brushed the datapad through the cloth. She did not key anything.</w:t>
      </w:r>
    </w:p>
    <w:p w14:paraId="780C4E97" w14:textId="77777777" w:rsidR="00830533" w:rsidRPr="0032579A" w:rsidRDefault="00830533">
      <w:pPr>
        <w:rPr>
          <w:rFonts w:ascii="Times New Roman" w:hAnsi="Times New Roman" w:cs="Times New Roman"/>
        </w:rPr>
      </w:pPr>
    </w:p>
    <w:p w14:paraId="0B2FF38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 yet.</w:t>
      </w:r>
    </w:p>
    <w:p w14:paraId="68953B9C" w14:textId="77777777" w:rsidR="00E512B4" w:rsidRPr="0032579A" w:rsidRDefault="00E512B4" w:rsidP="00E512B4">
      <w:pPr>
        <w:spacing w:after="0"/>
        <w:jc w:val="center"/>
        <w:rPr>
          <w:rFonts w:ascii="Times New Roman" w:hAnsi="Times New Roman" w:cs="Times New Roman"/>
        </w:rPr>
      </w:pPr>
      <w:r w:rsidRPr="0032579A">
        <w:rPr>
          <w:rFonts w:ascii="Times New Roman" w:hAnsi="Times New Roman" w:cs="Times New Roman"/>
        </w:rPr>
        <w:t>***</w:t>
      </w:r>
    </w:p>
    <w:p w14:paraId="499EB233" w14:textId="77777777" w:rsidR="00830533" w:rsidRPr="0032579A" w:rsidRDefault="00830533">
      <w:pPr>
        <w:rPr>
          <w:rFonts w:ascii="Times New Roman" w:hAnsi="Times New Roman" w:cs="Times New Roman"/>
        </w:rPr>
      </w:pPr>
    </w:p>
    <w:p w14:paraId="682729C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found another comm relay at the next day’s edge and left another cache. Selora scratched the small arrow on the door frame with a bit of alloy, and Darran ran his finger over it until his nail went black with dust.</w:t>
      </w:r>
    </w:p>
    <w:p w14:paraId="417B0D5D" w14:textId="77777777" w:rsidR="00830533" w:rsidRPr="0032579A" w:rsidRDefault="00830533">
      <w:pPr>
        <w:rPr>
          <w:rFonts w:ascii="Times New Roman" w:hAnsi="Times New Roman" w:cs="Times New Roman"/>
        </w:rPr>
      </w:pPr>
    </w:p>
    <w:p w14:paraId="28BC809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 if someone takes too much?” he asked.</w:t>
      </w:r>
    </w:p>
    <w:p w14:paraId="629E6949" w14:textId="77777777" w:rsidR="00830533" w:rsidRPr="0032579A" w:rsidRDefault="00830533">
      <w:pPr>
        <w:rPr>
          <w:rFonts w:ascii="Times New Roman" w:hAnsi="Times New Roman" w:cs="Times New Roman"/>
        </w:rPr>
      </w:pPr>
    </w:p>
    <w:p w14:paraId="723A117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“Then we tighten our belts,” Verdan said. “And next time, we leave a smaller jar.”</w:t>
      </w:r>
    </w:p>
    <w:p w14:paraId="38BC5340" w14:textId="77777777" w:rsidR="00830533" w:rsidRPr="0032579A" w:rsidRDefault="00830533">
      <w:pPr>
        <w:rPr>
          <w:rFonts w:ascii="Times New Roman" w:hAnsi="Times New Roman" w:cs="Times New Roman"/>
        </w:rPr>
      </w:pPr>
    </w:p>
    <w:p w14:paraId="2BD29C7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frowned. “That’s not fair.”</w:t>
      </w:r>
    </w:p>
    <w:p w14:paraId="49C83487" w14:textId="77777777" w:rsidR="00830533" w:rsidRPr="0032579A" w:rsidRDefault="00830533">
      <w:pPr>
        <w:rPr>
          <w:rFonts w:ascii="Times New Roman" w:hAnsi="Times New Roman" w:cs="Times New Roman"/>
        </w:rPr>
      </w:pPr>
    </w:p>
    <w:p w14:paraId="2093EF98" w14:textId="0F263174"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E512B4">
        <w:rPr>
          <w:rFonts w:ascii="Times New Roman" w:hAnsi="Times New Roman" w:cs="Times New Roman"/>
          <w:color w:val="000000"/>
        </w:rPr>
        <w:t>No, but i</w:t>
      </w:r>
      <w:r w:rsidRPr="0032579A">
        <w:rPr>
          <w:rFonts w:ascii="Times New Roman" w:hAnsi="Times New Roman" w:cs="Times New Roman"/>
          <w:color w:val="000000"/>
        </w:rPr>
        <w:t>t keeps us moving,” Verdan said.</w:t>
      </w:r>
    </w:p>
    <w:p w14:paraId="665B57CF" w14:textId="77777777" w:rsidR="00830533" w:rsidRPr="0032579A" w:rsidRDefault="00830533">
      <w:pPr>
        <w:rPr>
          <w:rFonts w:ascii="Times New Roman" w:hAnsi="Times New Roman" w:cs="Times New Roman"/>
        </w:rPr>
      </w:pPr>
    </w:p>
    <w:p w14:paraId="594485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looked at Darran and saw how his jaw set when he thought something should be different than it was. She pointed at the jar.</w:t>
      </w:r>
    </w:p>
    <w:p w14:paraId="34D0CEDF" w14:textId="77777777" w:rsidR="00830533" w:rsidRPr="0032579A" w:rsidRDefault="00830533">
      <w:pPr>
        <w:rPr>
          <w:rFonts w:ascii="Times New Roman" w:hAnsi="Times New Roman" w:cs="Times New Roman"/>
        </w:rPr>
      </w:pPr>
    </w:p>
    <w:p w14:paraId="499D1B7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“Write the lesson,” she said.</w:t>
      </w:r>
    </w:p>
    <w:p w14:paraId="2B32EDD6" w14:textId="77777777" w:rsidR="00830533" w:rsidRPr="0032579A" w:rsidRDefault="00830533">
      <w:pPr>
        <w:rPr>
          <w:rFonts w:ascii="Times New Roman" w:hAnsi="Times New Roman" w:cs="Times New Roman"/>
        </w:rPr>
      </w:pPr>
    </w:p>
    <w:p w14:paraId="5BDAE32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scraped a line in the dirt with a stick. “Take only what you need,” he said, and burned the words into himself by saying them out loud.</w:t>
      </w:r>
    </w:p>
    <w:p w14:paraId="7749937A" w14:textId="77777777" w:rsidR="00830533" w:rsidRPr="0032579A" w:rsidRDefault="00830533">
      <w:pPr>
        <w:rPr>
          <w:rFonts w:ascii="Times New Roman" w:hAnsi="Times New Roman" w:cs="Times New Roman"/>
        </w:rPr>
      </w:pPr>
    </w:p>
    <w:p w14:paraId="5CABABA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nodded. “Again.”</w:t>
      </w:r>
    </w:p>
    <w:p w14:paraId="40E40027" w14:textId="77777777" w:rsidR="00830533" w:rsidRPr="0032579A" w:rsidRDefault="00830533">
      <w:pPr>
        <w:rPr>
          <w:rFonts w:ascii="Times New Roman" w:hAnsi="Times New Roman" w:cs="Times New Roman"/>
        </w:rPr>
      </w:pPr>
    </w:p>
    <w:p w14:paraId="05E6A8A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said it again. The wind erased the line.</w:t>
      </w:r>
    </w:p>
    <w:p w14:paraId="7CE07890" w14:textId="77777777" w:rsidR="00830533" w:rsidRPr="0032579A" w:rsidRDefault="00830533">
      <w:pPr>
        <w:rPr>
          <w:rFonts w:ascii="Times New Roman" w:hAnsi="Times New Roman" w:cs="Times New Roman"/>
        </w:rPr>
      </w:pPr>
    </w:p>
    <w:p w14:paraId="4A7E161C"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He said it a third time before sleep.</w:t>
      </w:r>
    </w:p>
    <w:p w14:paraId="12905B25" w14:textId="77777777" w:rsidR="00E512B4" w:rsidRPr="0032579A" w:rsidRDefault="00E512B4">
      <w:pPr>
        <w:rPr>
          <w:rFonts w:ascii="Times New Roman" w:hAnsi="Times New Roman" w:cs="Times New Roman"/>
        </w:rPr>
      </w:pPr>
    </w:p>
    <w:p w14:paraId="4743D8E0" w14:textId="77777777" w:rsidR="00E512B4" w:rsidRPr="0032579A" w:rsidRDefault="00E512B4" w:rsidP="00E512B4">
      <w:pPr>
        <w:spacing w:after="0"/>
        <w:jc w:val="center"/>
        <w:rPr>
          <w:rFonts w:ascii="Times New Roman" w:hAnsi="Times New Roman" w:cs="Times New Roman"/>
        </w:rPr>
      </w:pPr>
      <w:r w:rsidRPr="0032579A">
        <w:rPr>
          <w:rFonts w:ascii="Times New Roman" w:hAnsi="Times New Roman" w:cs="Times New Roman"/>
        </w:rPr>
        <w:t>***</w:t>
      </w:r>
    </w:p>
    <w:p w14:paraId="62231C4B" w14:textId="77777777" w:rsidR="00830533" w:rsidRPr="0032579A" w:rsidRDefault="00830533">
      <w:pPr>
        <w:rPr>
          <w:rFonts w:ascii="Times New Roman" w:hAnsi="Times New Roman" w:cs="Times New Roman"/>
        </w:rPr>
      </w:pPr>
    </w:p>
    <w:p w14:paraId="7801473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 the tenth day after the raiders and the relay tower, after the hamlet that had taken names into a pad like borrowed light, after the skiff scouts who had not taken them, the line crested a low ridge and saw something that looked like untenanted stone.</w:t>
      </w:r>
    </w:p>
    <w:p w14:paraId="64158D8D" w14:textId="77777777" w:rsidR="00830533" w:rsidRPr="0032579A" w:rsidRDefault="00830533">
      <w:pPr>
        <w:rPr>
          <w:rFonts w:ascii="Times New Roman" w:hAnsi="Times New Roman" w:cs="Times New Roman"/>
        </w:rPr>
      </w:pPr>
    </w:p>
    <w:p w14:paraId="29E4373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 wasn’t.</w:t>
      </w:r>
    </w:p>
    <w:p w14:paraId="3326D60E" w14:textId="77777777" w:rsidR="00830533" w:rsidRPr="0032579A" w:rsidRDefault="00830533">
      <w:pPr>
        <w:rPr>
          <w:rFonts w:ascii="Times New Roman" w:hAnsi="Times New Roman" w:cs="Times New Roman"/>
        </w:rPr>
      </w:pPr>
    </w:p>
    <w:p w14:paraId="73EE9CD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 was a mine entrance collapsed in on itself, the outbuildings caved and leaning, but one door hung true on a frame that had been sunk plumb by a hand that knew what plumb meant. The sun threw a sword of light across the threshold. Inside, the air smelled cooler, like old earth that had not been asked to host fire for a while.</w:t>
      </w:r>
    </w:p>
    <w:p w14:paraId="2403E86E" w14:textId="77777777" w:rsidR="00830533" w:rsidRPr="0032579A" w:rsidRDefault="00830533">
      <w:pPr>
        <w:rPr>
          <w:rFonts w:ascii="Times New Roman" w:hAnsi="Times New Roman" w:cs="Times New Roman"/>
        </w:rPr>
      </w:pPr>
    </w:p>
    <w:p w14:paraId="44F8956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stood in the doorway and looked and listened. The hairs on his arm did not rise. He stepped in.</w:t>
      </w:r>
    </w:p>
    <w:p w14:paraId="0F88A1A2" w14:textId="77777777" w:rsidR="00830533" w:rsidRPr="0032579A" w:rsidRDefault="00830533">
      <w:pPr>
        <w:rPr>
          <w:rFonts w:ascii="Times New Roman" w:hAnsi="Times New Roman" w:cs="Times New Roman"/>
        </w:rPr>
      </w:pPr>
    </w:p>
    <w:p w14:paraId="07AD781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first room held a table and a rack of tools so rusted they were more sculpture than use. The second held a cistern. Dry. The third held nothing but shelves and a jar with something inside wrapped in oiled cloth.</w:t>
      </w:r>
    </w:p>
    <w:p w14:paraId="24E461E5" w14:textId="77777777" w:rsidR="00830533" w:rsidRPr="0032579A" w:rsidRDefault="00830533">
      <w:pPr>
        <w:rPr>
          <w:rFonts w:ascii="Times New Roman" w:hAnsi="Times New Roman" w:cs="Times New Roman"/>
        </w:rPr>
      </w:pPr>
    </w:p>
    <w:p w14:paraId="688C64B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opened it with careful hands. Inside were thin plasteel sheets, etched in neat lines — shift logs, ore counts, names, days without accident, days with. She ran a thumb across the top plate and felt grit that was older than her datapad and less forgiving.</w:t>
      </w:r>
    </w:p>
    <w:p w14:paraId="6D015244" w14:textId="77777777" w:rsidR="00830533" w:rsidRPr="0032579A" w:rsidRDefault="00830533">
      <w:pPr>
        <w:rPr>
          <w:rFonts w:ascii="Times New Roman" w:hAnsi="Times New Roman" w:cs="Times New Roman"/>
        </w:rPr>
      </w:pPr>
    </w:p>
    <w:p w14:paraId="66BDEFF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leaned in. “What is it?”</w:t>
      </w:r>
    </w:p>
    <w:p w14:paraId="1FABBAE9" w14:textId="77777777" w:rsidR="00830533" w:rsidRPr="0032579A" w:rsidRDefault="00830533">
      <w:pPr>
        <w:rPr>
          <w:rFonts w:ascii="Times New Roman" w:hAnsi="Times New Roman" w:cs="Times New Roman"/>
        </w:rPr>
      </w:pPr>
    </w:p>
    <w:p w14:paraId="1A2E50D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ledger,” Selora said. “Older than ours.”</w:t>
      </w:r>
    </w:p>
    <w:p w14:paraId="7DE10E6A" w14:textId="77777777" w:rsidR="00830533" w:rsidRPr="0032579A" w:rsidRDefault="00830533">
      <w:pPr>
        <w:rPr>
          <w:rFonts w:ascii="Times New Roman" w:hAnsi="Times New Roman" w:cs="Times New Roman"/>
        </w:rPr>
      </w:pPr>
    </w:p>
    <w:p w14:paraId="3DF2FA6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“What do we do with it?” Darran asked.</w:t>
      </w:r>
    </w:p>
    <w:p w14:paraId="2D7E4CF7" w14:textId="77777777" w:rsidR="00830533" w:rsidRPr="0032579A" w:rsidRDefault="00830533">
      <w:pPr>
        <w:rPr>
          <w:rFonts w:ascii="Times New Roman" w:hAnsi="Times New Roman" w:cs="Times New Roman"/>
        </w:rPr>
      </w:pPr>
    </w:p>
    <w:p w14:paraId="615B74F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looked at Verdan. Verdan looked at the shelves, at the cistern, at the way the building’s bones still held.</w:t>
      </w:r>
    </w:p>
    <w:p w14:paraId="0CA44F9A" w14:textId="77777777" w:rsidR="00830533" w:rsidRPr="0032579A" w:rsidRDefault="00830533">
      <w:pPr>
        <w:rPr>
          <w:rFonts w:ascii="Times New Roman" w:hAnsi="Times New Roman" w:cs="Times New Roman"/>
        </w:rPr>
      </w:pPr>
    </w:p>
    <w:p w14:paraId="168E8F2E" w14:textId="57B4338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He shook his head once. “We leave it like we found it. We take what we need, we mark that we were here, </w:t>
      </w:r>
      <w:r w:rsidR="00E512B4">
        <w:rPr>
          <w:rFonts w:ascii="Times New Roman" w:hAnsi="Times New Roman" w:cs="Times New Roman"/>
          <w:color w:val="000000"/>
        </w:rPr>
        <w:t xml:space="preserve">and </w:t>
      </w:r>
      <w:r w:rsidRPr="0032579A">
        <w:rPr>
          <w:rFonts w:ascii="Times New Roman" w:hAnsi="Times New Roman" w:cs="Times New Roman"/>
          <w:color w:val="000000"/>
        </w:rPr>
        <w:t>we mov</w:t>
      </w:r>
      <w:r w:rsidR="00E512B4">
        <w:rPr>
          <w:rFonts w:ascii="Times New Roman" w:hAnsi="Times New Roman" w:cs="Times New Roman"/>
          <w:color w:val="000000"/>
        </w:rPr>
        <w:t xml:space="preserve">e on,” he said. </w:t>
      </w:r>
    </w:p>
    <w:p w14:paraId="76178F14" w14:textId="77777777" w:rsidR="00830533" w:rsidRPr="0032579A" w:rsidRDefault="00830533">
      <w:pPr>
        <w:rPr>
          <w:rFonts w:ascii="Times New Roman" w:hAnsi="Times New Roman" w:cs="Times New Roman"/>
        </w:rPr>
      </w:pPr>
    </w:p>
    <w:p w14:paraId="00D8FB6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rubbed the etched lines between finger and thumb. They sounded like something that remembered rain when touched.</w:t>
      </w:r>
    </w:p>
    <w:p w14:paraId="1F30C807" w14:textId="77777777" w:rsidR="00830533" w:rsidRPr="0032579A" w:rsidRDefault="00830533">
      <w:pPr>
        <w:rPr>
          <w:rFonts w:ascii="Times New Roman" w:hAnsi="Times New Roman" w:cs="Times New Roman"/>
        </w:rPr>
      </w:pPr>
    </w:p>
    <w:p w14:paraId="2D767DD3" w14:textId="4DDA649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“Can we copy </w:t>
      </w:r>
      <w:r w:rsidR="00D95246">
        <w:rPr>
          <w:rFonts w:ascii="Times New Roman" w:hAnsi="Times New Roman" w:cs="Times New Roman"/>
          <w:color w:val="000000"/>
        </w:rPr>
        <w:t xml:space="preserve">the </w:t>
      </w:r>
      <w:r w:rsidRPr="0032579A">
        <w:rPr>
          <w:rFonts w:ascii="Times New Roman" w:hAnsi="Times New Roman" w:cs="Times New Roman"/>
          <w:color w:val="000000"/>
        </w:rPr>
        <w:t>names?” she asked, not knowing why she wanted to.</w:t>
      </w:r>
    </w:p>
    <w:p w14:paraId="35C5DF5B" w14:textId="77777777" w:rsidR="00830533" w:rsidRPr="0032579A" w:rsidRDefault="00830533">
      <w:pPr>
        <w:rPr>
          <w:rFonts w:ascii="Times New Roman" w:hAnsi="Times New Roman" w:cs="Times New Roman"/>
        </w:rPr>
      </w:pPr>
    </w:p>
    <w:p w14:paraId="0316842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 Verdan said. “Those names belong to this place. Ours belong to us.”</w:t>
      </w:r>
    </w:p>
    <w:p w14:paraId="11D7D4E3" w14:textId="77777777" w:rsidR="00830533" w:rsidRPr="0032579A" w:rsidRDefault="00830533">
      <w:pPr>
        <w:rPr>
          <w:rFonts w:ascii="Times New Roman" w:hAnsi="Times New Roman" w:cs="Times New Roman"/>
        </w:rPr>
      </w:pPr>
    </w:p>
    <w:p w14:paraId="200EB55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sealed the jar and set it on the shelf. Then she took the scrap of alloy and made a small mark on the inside of the door — a glyph no one would see unless they opened the door and looked back.</w:t>
      </w:r>
    </w:p>
    <w:p w14:paraId="6F50009B" w14:textId="77777777" w:rsidR="00830533" w:rsidRPr="0032579A" w:rsidRDefault="00830533">
      <w:pPr>
        <w:rPr>
          <w:rFonts w:ascii="Times New Roman" w:hAnsi="Times New Roman" w:cs="Times New Roman"/>
        </w:rPr>
      </w:pPr>
    </w:p>
    <w:p w14:paraId="6B341C0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 does that one mean?” Darran asked.</w:t>
      </w:r>
    </w:p>
    <w:p w14:paraId="492399E6" w14:textId="77777777" w:rsidR="00830533" w:rsidRPr="0032579A" w:rsidRDefault="00830533">
      <w:pPr>
        <w:rPr>
          <w:rFonts w:ascii="Times New Roman" w:hAnsi="Times New Roman" w:cs="Times New Roman"/>
        </w:rPr>
      </w:pPr>
    </w:p>
    <w:p w14:paraId="75D3DB4D" w14:textId="587E913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“It means, ‘We </w:t>
      </w:r>
      <w:r w:rsidR="00D95246" w:rsidRPr="0032579A">
        <w:rPr>
          <w:rFonts w:ascii="Times New Roman" w:hAnsi="Times New Roman" w:cs="Times New Roman"/>
          <w:color w:val="000000"/>
        </w:rPr>
        <w:t>passed,</w:t>
      </w:r>
      <w:r w:rsidRPr="0032579A">
        <w:rPr>
          <w:rFonts w:ascii="Times New Roman" w:hAnsi="Times New Roman" w:cs="Times New Roman"/>
          <w:color w:val="000000"/>
        </w:rPr>
        <w:t xml:space="preserve"> and we did not </w:t>
      </w:r>
      <w:r w:rsidR="00D95246">
        <w:rPr>
          <w:rFonts w:ascii="Times New Roman" w:hAnsi="Times New Roman" w:cs="Times New Roman"/>
          <w:color w:val="000000"/>
        </w:rPr>
        <w:t>disturb</w:t>
      </w:r>
      <w:r w:rsidRPr="0032579A">
        <w:rPr>
          <w:rFonts w:ascii="Times New Roman" w:hAnsi="Times New Roman" w:cs="Times New Roman"/>
          <w:color w:val="000000"/>
        </w:rPr>
        <w:t xml:space="preserve"> the past,’” Selora said.</w:t>
      </w:r>
    </w:p>
    <w:p w14:paraId="5B911581" w14:textId="77777777" w:rsidR="00830533" w:rsidRPr="0032579A" w:rsidRDefault="00830533">
      <w:pPr>
        <w:rPr>
          <w:rFonts w:ascii="Times New Roman" w:hAnsi="Times New Roman" w:cs="Times New Roman"/>
        </w:rPr>
      </w:pPr>
    </w:p>
    <w:p w14:paraId="67F2CB8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nodded, as if the sentence had a blade edge he could get behind.</w:t>
      </w:r>
    </w:p>
    <w:p w14:paraId="6876054D" w14:textId="77777777" w:rsidR="00830533" w:rsidRPr="0032579A" w:rsidRDefault="00830533">
      <w:pPr>
        <w:rPr>
          <w:rFonts w:ascii="Times New Roman" w:hAnsi="Times New Roman" w:cs="Times New Roman"/>
        </w:rPr>
      </w:pPr>
    </w:p>
    <w:p w14:paraId="12B65B5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left two cups of water in the cistern in a clay cup turned upside down to keep dust out and an arrow scratched in the dust pointing at the cup. They left a ring. They left.</w:t>
      </w:r>
    </w:p>
    <w:p w14:paraId="78DA5EC2" w14:textId="77777777" w:rsidR="00830533" w:rsidRPr="0032579A" w:rsidRDefault="00830533">
      <w:pPr>
        <w:rPr>
          <w:rFonts w:ascii="Times New Roman" w:hAnsi="Times New Roman" w:cs="Times New Roman"/>
        </w:rPr>
      </w:pPr>
    </w:p>
    <w:p w14:paraId="6C722FF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Outside, the wind had shifted. It smelled like rain that would not arrive, but might send clouds to cover them while they walked.</w:t>
      </w:r>
    </w:p>
    <w:p w14:paraId="73A7CBF5" w14:textId="77777777" w:rsidR="00830533" w:rsidRPr="0032579A" w:rsidRDefault="00830533">
      <w:pPr>
        <w:rPr>
          <w:rFonts w:ascii="Times New Roman" w:hAnsi="Times New Roman" w:cs="Times New Roman"/>
        </w:rPr>
      </w:pPr>
    </w:p>
    <w:p w14:paraId="0748682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walked.</w:t>
      </w:r>
    </w:p>
    <w:p w14:paraId="0A97104E" w14:textId="77777777" w:rsidR="00D95246" w:rsidRPr="0032579A" w:rsidRDefault="00D95246" w:rsidP="00D95246">
      <w:pPr>
        <w:spacing w:after="0"/>
        <w:jc w:val="center"/>
        <w:rPr>
          <w:rFonts w:ascii="Times New Roman" w:hAnsi="Times New Roman" w:cs="Times New Roman"/>
        </w:rPr>
      </w:pPr>
      <w:r w:rsidRPr="0032579A">
        <w:rPr>
          <w:rFonts w:ascii="Times New Roman" w:hAnsi="Times New Roman" w:cs="Times New Roman"/>
        </w:rPr>
        <w:t>***</w:t>
      </w:r>
    </w:p>
    <w:p w14:paraId="7FCF394F" w14:textId="77777777" w:rsidR="00830533" w:rsidRPr="0032579A" w:rsidRDefault="00830533">
      <w:pPr>
        <w:rPr>
          <w:rFonts w:ascii="Times New Roman" w:hAnsi="Times New Roman" w:cs="Times New Roman"/>
        </w:rPr>
      </w:pPr>
    </w:p>
    <w:p w14:paraId="4BD699E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By the time the stars came out that night, their line had learned how to lengthen and shorten without breaking, how to pass hand signals back without changing the meaning, how to turn a name into a thing that did not blow away when sleep came. The word “enough” had settled into their bones. The rule about coupling rings had become a private superstition that felt like armor.</w:t>
      </w:r>
    </w:p>
    <w:p w14:paraId="02DB768F" w14:textId="77777777" w:rsidR="00830533" w:rsidRPr="0032579A" w:rsidRDefault="00830533">
      <w:pPr>
        <w:rPr>
          <w:rFonts w:ascii="Times New Roman" w:hAnsi="Times New Roman" w:cs="Times New Roman"/>
        </w:rPr>
      </w:pPr>
    </w:p>
    <w:p w14:paraId="3860098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the back of the line, Darran walked with Teg and Mara and practiced saying his name without moving his lips. He did not know why that mattered. He only knew that it did.</w:t>
      </w:r>
    </w:p>
    <w:p w14:paraId="575AD8D0" w14:textId="77777777" w:rsidR="00830533" w:rsidRPr="0032579A" w:rsidRDefault="00830533">
      <w:pPr>
        <w:rPr>
          <w:rFonts w:ascii="Times New Roman" w:hAnsi="Times New Roman" w:cs="Times New Roman"/>
        </w:rPr>
      </w:pPr>
    </w:p>
    <w:p w14:paraId="533C80B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the front, Selora and Verdan walked side by side without needing to speak. Between them, the datapad rode, and the knife, and the map of the ground that cannot be drawn and must be learned with the soles of the feet. The low weight of their blasters rode easy on their hips, comfort more than threat.</w:t>
      </w:r>
    </w:p>
    <w:p w14:paraId="53222466" w14:textId="77777777" w:rsidR="00830533" w:rsidRPr="0032579A" w:rsidRDefault="00830533">
      <w:pPr>
        <w:rPr>
          <w:rFonts w:ascii="Times New Roman" w:hAnsi="Times New Roman" w:cs="Times New Roman"/>
        </w:rPr>
      </w:pPr>
    </w:p>
    <w:p w14:paraId="5FDB40E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night did not grow kinder. The world did not notice them. But their steps matched, and their breaths, and the small economy of their work turned friction into forward movement.</w:t>
      </w:r>
    </w:p>
    <w:p w14:paraId="7956EF88" w14:textId="77777777" w:rsidR="00830533" w:rsidRPr="0032579A" w:rsidRDefault="00830533">
      <w:pPr>
        <w:rPr>
          <w:rFonts w:ascii="Times New Roman" w:hAnsi="Times New Roman" w:cs="Times New Roman"/>
        </w:rPr>
      </w:pPr>
    </w:p>
    <w:p w14:paraId="1730250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walked until the ground changed again, the grit finer, the dust rising more easily. In the dark ahead, something clicked like metal thinking about failing and deciding not to. Verdan’s hand came up. The line sank to stillness. He listened. Selora listened with him. They heard only wind.</w:t>
      </w:r>
    </w:p>
    <w:p w14:paraId="2D093152" w14:textId="77777777" w:rsidR="00830533" w:rsidRPr="0032579A" w:rsidRDefault="00830533">
      <w:pPr>
        <w:rPr>
          <w:rFonts w:ascii="Times New Roman" w:hAnsi="Times New Roman" w:cs="Times New Roman"/>
        </w:rPr>
      </w:pPr>
    </w:p>
    <w:p w14:paraId="54B5DDF8" w14:textId="1102641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“Tomorrow,” Selora said, and it wasn’t a promise so much as a </w:t>
      </w:r>
      <w:r w:rsidR="00623C10">
        <w:rPr>
          <w:rFonts w:ascii="Times New Roman" w:hAnsi="Times New Roman" w:cs="Times New Roman"/>
          <w:color w:val="000000"/>
        </w:rPr>
        <w:t>certainty</w:t>
      </w:r>
      <w:r w:rsidRPr="0032579A">
        <w:rPr>
          <w:rFonts w:ascii="Times New Roman" w:hAnsi="Times New Roman" w:cs="Times New Roman"/>
          <w:color w:val="000000"/>
        </w:rPr>
        <w:t>.</w:t>
      </w:r>
    </w:p>
    <w:p w14:paraId="6011625C" w14:textId="77777777" w:rsidR="00830533" w:rsidRPr="0032579A" w:rsidRDefault="00830533">
      <w:pPr>
        <w:rPr>
          <w:rFonts w:ascii="Times New Roman" w:hAnsi="Times New Roman" w:cs="Times New Roman"/>
        </w:rPr>
      </w:pPr>
    </w:p>
    <w:p w14:paraId="15F75983" w14:textId="23C644C9" w:rsidR="00830533" w:rsidRPr="0032579A" w:rsidRDefault="00000000">
      <w:pPr>
        <w:rPr>
          <w:rFonts w:ascii="Times New Roman" w:hAnsi="Times New Roman" w:cs="Times New Roman"/>
        </w:rPr>
      </w:pPr>
      <w:r w:rsidRPr="0032579A">
        <w:rPr>
          <w:rFonts w:ascii="Times New Roman" w:hAnsi="Times New Roman" w:cs="Times New Roman"/>
          <w:color w:val="000000"/>
        </w:rPr>
        <w:t>“Tomorrow,” Verdan said, and then, because the word had become as much a tool as any knife: “Sleep.”</w:t>
      </w:r>
    </w:p>
    <w:p w14:paraId="4D31B441" w14:textId="77777777" w:rsidR="00830533" w:rsidRPr="0032579A" w:rsidRDefault="00830533">
      <w:pPr>
        <w:rPr>
          <w:rFonts w:ascii="Times New Roman" w:hAnsi="Times New Roman" w:cs="Times New Roman"/>
        </w:rPr>
      </w:pPr>
    </w:p>
    <w:p w14:paraId="06DD0E4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They slept with their packs under their heads and their hands on what mattered. The sky kept its counsel. The ground gave nothing away for free. And somewhere out beyond the ridge, an unknown.</w:t>
      </w:r>
    </w:p>
    <w:p w14:paraId="6978E25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would walk again before sun. That was the only plan that never changed.</w:t>
      </w:r>
    </w:p>
    <w:p w14:paraId="5D907182" w14:textId="77777777" w:rsidR="00830533" w:rsidRPr="0032579A" w:rsidRDefault="00830533">
      <w:pPr>
        <w:rPr>
          <w:rFonts w:ascii="Times New Roman" w:hAnsi="Times New Roman" w:cs="Times New Roman"/>
        </w:rPr>
      </w:pPr>
    </w:p>
    <w:p w14:paraId="095F67C4"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2C1C6E05"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III — Bones of Practice</w:t>
      </w:r>
    </w:p>
    <w:p w14:paraId="59B588E9" w14:textId="77777777" w:rsidR="00830533" w:rsidRDefault="00000000">
      <w:pPr>
        <w:jc w:val="center"/>
        <w:rPr>
          <w:rFonts w:ascii="Times New Roman" w:hAnsi="Times New Roman" w:cs="Times New Roman"/>
          <w:i/>
        </w:rPr>
      </w:pPr>
      <w:r w:rsidRPr="0032579A">
        <w:rPr>
          <w:rFonts w:ascii="Times New Roman" w:hAnsi="Times New Roman" w:cs="Times New Roman"/>
          <w:i/>
        </w:rPr>
        <w:t>*36 BBY*</w:t>
      </w:r>
    </w:p>
    <w:p w14:paraId="556E5E78" w14:textId="77777777" w:rsidR="0032579A" w:rsidRPr="0032579A" w:rsidRDefault="0032579A">
      <w:pPr>
        <w:jc w:val="center"/>
        <w:rPr>
          <w:rFonts w:ascii="Times New Roman" w:hAnsi="Times New Roman" w:cs="Times New Roman"/>
        </w:rPr>
      </w:pPr>
    </w:p>
    <w:p w14:paraId="18420B83" w14:textId="77777777" w:rsidR="000747ED" w:rsidRDefault="00000000">
      <w:pPr>
        <w:rPr>
          <w:rFonts w:ascii="Times New Roman" w:hAnsi="Times New Roman" w:cs="Times New Roman"/>
          <w:color w:val="000000"/>
        </w:rPr>
      </w:pPr>
      <w:r w:rsidRPr="0032579A">
        <w:rPr>
          <w:rFonts w:ascii="Times New Roman" w:hAnsi="Times New Roman" w:cs="Times New Roman"/>
          <w:color w:val="000000"/>
        </w:rPr>
        <w:t>They moved without announcing it.</w:t>
      </w:r>
      <w:r w:rsidRPr="0032579A">
        <w:rPr>
          <w:rFonts w:ascii="Times New Roman" w:hAnsi="Times New Roman" w:cs="Times New Roman"/>
          <w:color w:val="000000"/>
        </w:rPr>
        <w:br/>
      </w:r>
      <w:r w:rsidRPr="0032579A">
        <w:rPr>
          <w:rFonts w:ascii="Times New Roman" w:hAnsi="Times New Roman" w:cs="Times New Roman"/>
          <w:color w:val="000000"/>
        </w:rPr>
        <w:br/>
        <w:t xml:space="preserve">The need had teeth. Water cells were low—two empty skins between the group, one cracked pump that coughed like an old dog, and three mouths running toward fever. Selora had set the </w:t>
      </w:r>
      <w:r w:rsidR="000747ED">
        <w:rPr>
          <w:rFonts w:ascii="Times New Roman" w:hAnsi="Times New Roman" w:cs="Times New Roman"/>
          <w:color w:val="000000"/>
        </w:rPr>
        <w:t>data-pad</w:t>
      </w:r>
      <w:r w:rsidRPr="0032579A">
        <w:rPr>
          <w:rFonts w:ascii="Times New Roman" w:hAnsi="Times New Roman" w:cs="Times New Roman"/>
          <w:color w:val="000000"/>
        </w:rPr>
        <w:t xml:space="preserve"> down and </w:t>
      </w:r>
      <w:r w:rsidR="000747ED" w:rsidRPr="0032579A">
        <w:rPr>
          <w:rFonts w:ascii="Times New Roman" w:hAnsi="Times New Roman" w:cs="Times New Roman"/>
          <w:color w:val="000000"/>
        </w:rPr>
        <w:t>ran</w:t>
      </w:r>
      <w:r w:rsidRPr="0032579A">
        <w:rPr>
          <w:rFonts w:ascii="Times New Roman" w:hAnsi="Times New Roman" w:cs="Times New Roman"/>
          <w:color w:val="000000"/>
        </w:rPr>
        <w:t xml:space="preserve"> the numbers twice: exact amounts, exact names who would get a ration, and a single line marked in the margin like a blade: </w:t>
      </w:r>
      <w:r w:rsidRPr="000747ED">
        <w:rPr>
          <w:rFonts w:ascii="Times New Roman" w:hAnsi="Times New Roman" w:cs="Times New Roman"/>
          <w:i/>
          <w:iCs/>
          <w:color w:val="000000"/>
        </w:rPr>
        <w:t>Take only what we need. Leave bones.</w:t>
      </w:r>
      <w:r w:rsidRPr="0032579A">
        <w:rPr>
          <w:rFonts w:ascii="Times New Roman" w:hAnsi="Times New Roman" w:cs="Times New Roman"/>
          <w:color w:val="000000"/>
        </w:rPr>
        <w:t xml:space="preserve"> She closed the datapad and slid the glow into the folds of her pack. The rule stood between them like a knife.</w:t>
      </w:r>
      <w:r w:rsidRPr="0032579A">
        <w:rPr>
          <w:rFonts w:ascii="Times New Roman" w:hAnsi="Times New Roman" w:cs="Times New Roman"/>
          <w:color w:val="000000"/>
        </w:rPr>
        <w:br/>
      </w:r>
      <w:r w:rsidRPr="0032579A">
        <w:rPr>
          <w:rFonts w:ascii="Times New Roman" w:hAnsi="Times New Roman" w:cs="Times New Roman"/>
          <w:color w:val="000000"/>
        </w:rPr>
        <w:br/>
        <w:t>Verdan found the trail before dinner. It was nothing much—two sets of wider treads pressed into soft slag, a scatter of solder and blackened wire that had been tossed and left, a faint cigarette-smell of engine oil at the bend. He moved with the same economy that had saved them before: head low, shoulders compact, mind solving vectors instead of questions. Darran slid at his shoulder and matched the pace, his knife sheathed and silent. Behind them, the nomadic survivors hunkered low in a hollow, hands busy mending, eyes on the horizon.</w:t>
      </w:r>
      <w:r w:rsidRPr="0032579A">
        <w:rPr>
          <w:rFonts w:ascii="Times New Roman" w:hAnsi="Times New Roman" w:cs="Times New Roman"/>
          <w:color w:val="000000"/>
        </w:rPr>
        <w:br/>
      </w:r>
      <w:r w:rsidRPr="0032579A">
        <w:rPr>
          <w:rFonts w:ascii="Times New Roman" w:hAnsi="Times New Roman" w:cs="Times New Roman"/>
          <w:color w:val="000000"/>
        </w:rPr>
        <w:br/>
        <w:t>“Smugglers,” Verdan said without bitterness. Just information.</w:t>
      </w:r>
      <w:r w:rsidRPr="0032579A">
        <w:rPr>
          <w:rFonts w:ascii="Times New Roman" w:hAnsi="Times New Roman" w:cs="Times New Roman"/>
          <w:color w:val="000000"/>
        </w:rPr>
        <w:br/>
      </w:r>
      <w:r w:rsidRPr="0032579A">
        <w:rPr>
          <w:rFonts w:ascii="Times New Roman" w:hAnsi="Times New Roman" w:cs="Times New Roman"/>
          <w:color w:val="000000"/>
        </w:rPr>
        <w:br/>
        <w:t>“Small?” Selora asked. Her finger tapped the pad. She had already written three scavenging lists in the last month; she had learned to keep her wants in tidy rows.</w:t>
      </w:r>
      <w:r w:rsidRPr="0032579A">
        <w:rPr>
          <w:rFonts w:ascii="Times New Roman" w:hAnsi="Times New Roman" w:cs="Times New Roman"/>
          <w:color w:val="000000"/>
        </w:rPr>
        <w:br/>
      </w:r>
      <w:r w:rsidRPr="0032579A">
        <w:rPr>
          <w:rFonts w:ascii="Times New Roman" w:hAnsi="Times New Roman" w:cs="Times New Roman"/>
          <w:color w:val="000000"/>
        </w:rPr>
        <w:br/>
        <w:t xml:space="preserve">“Not a conveyor,” Verdan said. “Eight, maybe. </w:t>
      </w:r>
      <w:r w:rsidR="000747ED">
        <w:rPr>
          <w:rFonts w:ascii="Times New Roman" w:hAnsi="Times New Roman" w:cs="Times New Roman"/>
          <w:color w:val="000000"/>
        </w:rPr>
        <w:t>Probably with l</w:t>
      </w:r>
      <w:r w:rsidRPr="0032579A">
        <w:rPr>
          <w:rFonts w:ascii="Times New Roman" w:hAnsi="Times New Roman" w:cs="Times New Roman"/>
          <w:color w:val="000000"/>
        </w:rPr>
        <w:t xml:space="preserve">ight gear. They won’t expect </w:t>
      </w:r>
      <w:r w:rsidR="000747ED">
        <w:rPr>
          <w:rFonts w:ascii="Times New Roman" w:hAnsi="Times New Roman" w:cs="Times New Roman"/>
          <w:color w:val="000000"/>
        </w:rPr>
        <w:t>wastelands to</w:t>
      </w:r>
      <w:r w:rsidRPr="0032579A">
        <w:rPr>
          <w:rFonts w:ascii="Times New Roman" w:hAnsi="Times New Roman" w:cs="Times New Roman"/>
          <w:color w:val="000000"/>
        </w:rPr>
        <w:t xml:space="preserve"> have teeth.”</w:t>
      </w:r>
      <w:r w:rsidRPr="0032579A">
        <w:rPr>
          <w:rFonts w:ascii="Times New Roman" w:hAnsi="Times New Roman" w:cs="Times New Roman"/>
          <w:color w:val="000000"/>
        </w:rPr>
        <w:br/>
      </w:r>
      <w:r w:rsidRPr="0032579A">
        <w:rPr>
          <w:rFonts w:ascii="Times New Roman" w:hAnsi="Times New Roman" w:cs="Times New Roman"/>
          <w:color w:val="000000"/>
        </w:rPr>
        <w:br/>
        <w:t xml:space="preserve">Phalin spat a wet thread of cough into his palm and nodded once. “They like a fire, those ones. Easy to blind with a light.” His voice was rough as gravel but owned by practice. He and Havel—an old soldier with one eye milky and the memory of a gun in his shoulder—shouldered the older men’s role. They would hold distance, force mistakes, and conserve the little energy their weapons had. They had agreed to be </w:t>
      </w:r>
      <w:r w:rsidR="000747ED" w:rsidRPr="0032579A">
        <w:rPr>
          <w:rFonts w:ascii="Times New Roman" w:hAnsi="Times New Roman" w:cs="Times New Roman"/>
          <w:color w:val="000000"/>
        </w:rPr>
        <w:t>economical</w:t>
      </w:r>
      <w:r w:rsidRPr="0032579A">
        <w:rPr>
          <w:rFonts w:ascii="Times New Roman" w:hAnsi="Times New Roman" w:cs="Times New Roman"/>
          <w:color w:val="000000"/>
        </w:rPr>
        <w:t>; they had agreed to be precise.</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tapped another line into </w:t>
      </w:r>
      <w:r w:rsidR="000747ED">
        <w:rPr>
          <w:rFonts w:ascii="Times New Roman" w:hAnsi="Times New Roman" w:cs="Times New Roman"/>
          <w:color w:val="000000"/>
        </w:rPr>
        <w:t>her data-pad</w:t>
      </w:r>
      <w:r w:rsidRPr="0032579A">
        <w:rPr>
          <w:rFonts w:ascii="Times New Roman" w:hAnsi="Times New Roman" w:cs="Times New Roman"/>
          <w:color w:val="000000"/>
        </w:rPr>
        <w:t xml:space="preserve">: </w:t>
      </w:r>
      <w:r w:rsidRPr="000747ED">
        <w:rPr>
          <w:rFonts w:ascii="Times New Roman" w:hAnsi="Times New Roman" w:cs="Times New Roman"/>
          <w:i/>
          <w:iCs/>
          <w:color w:val="000000"/>
        </w:rPr>
        <w:t xml:space="preserve">*Water cells: 3 =&gt; 2 for group, 1 cache. Engine relay =&gt; repair priority. Fasteners: </w:t>
      </w:r>
      <w:r w:rsidR="000747ED" w:rsidRPr="000747ED">
        <w:rPr>
          <w:rFonts w:ascii="Times New Roman" w:hAnsi="Times New Roman" w:cs="Times New Roman"/>
          <w:i/>
          <w:iCs/>
          <w:color w:val="000000"/>
        </w:rPr>
        <w:t>20. *</w:t>
      </w:r>
      <w:r w:rsidRPr="0032579A">
        <w:rPr>
          <w:rFonts w:ascii="Times New Roman" w:hAnsi="Times New Roman" w:cs="Times New Roman"/>
          <w:color w:val="000000"/>
        </w:rPr>
        <w:t xml:space="preserve"> She closed the pad and looked at Verdan. </w:t>
      </w:r>
    </w:p>
    <w:p w14:paraId="708E123A" w14:textId="77777777" w:rsidR="009B47D3" w:rsidRDefault="00000000">
      <w:pPr>
        <w:rPr>
          <w:rFonts w:ascii="Times New Roman" w:hAnsi="Times New Roman" w:cs="Times New Roman"/>
          <w:color w:val="000000"/>
        </w:rPr>
      </w:pPr>
      <w:r w:rsidRPr="0032579A">
        <w:rPr>
          <w:rFonts w:ascii="Times New Roman" w:hAnsi="Times New Roman" w:cs="Times New Roman"/>
          <w:color w:val="000000"/>
        </w:rPr>
        <w:br/>
        <w:t xml:space="preserve">“We </w:t>
      </w:r>
      <w:r w:rsidR="000747ED">
        <w:rPr>
          <w:rFonts w:ascii="Times New Roman" w:hAnsi="Times New Roman" w:cs="Times New Roman"/>
          <w:color w:val="000000"/>
        </w:rPr>
        <w:t>take what we need and can carry</w:t>
      </w:r>
      <w:r w:rsidRPr="0032579A">
        <w:rPr>
          <w:rFonts w:ascii="Times New Roman" w:hAnsi="Times New Roman" w:cs="Times New Roman"/>
          <w:color w:val="000000"/>
        </w:rPr>
        <w:t>,” she said. “We do not burn anything. We</w:t>
      </w:r>
      <w:r w:rsidR="000747ED">
        <w:rPr>
          <w:rFonts w:ascii="Times New Roman" w:hAnsi="Times New Roman" w:cs="Times New Roman"/>
          <w:color w:val="000000"/>
        </w:rPr>
        <w:t>’ll leave marks somewhere nearby for the next traveler in need</w:t>
      </w:r>
      <w:r w:rsidRPr="0032579A">
        <w:rPr>
          <w:rFonts w:ascii="Times New Roman" w:hAnsi="Times New Roman" w:cs="Times New Roman"/>
          <w:color w:val="000000"/>
        </w:rPr>
        <w:t>.”</w:t>
      </w:r>
      <w:r w:rsidRPr="0032579A">
        <w:rPr>
          <w:rFonts w:ascii="Times New Roman" w:hAnsi="Times New Roman" w:cs="Times New Roman"/>
          <w:color w:val="000000"/>
        </w:rPr>
        <w:br/>
      </w:r>
      <w:r w:rsidRPr="0032579A">
        <w:rPr>
          <w:rFonts w:ascii="Times New Roman" w:hAnsi="Times New Roman" w:cs="Times New Roman"/>
          <w:color w:val="000000"/>
        </w:rPr>
        <w:br/>
        <w:t>Verdan nodded. “Enough.” The single word fell into place the way it always did—an end to talk and a beginning of motion.</w:t>
      </w:r>
    </w:p>
    <w:p w14:paraId="155E4012" w14:textId="77777777" w:rsidR="009B47D3" w:rsidRPr="0032579A" w:rsidRDefault="009B47D3" w:rsidP="009B47D3">
      <w:pPr>
        <w:spacing w:after="0"/>
        <w:jc w:val="center"/>
        <w:rPr>
          <w:rFonts w:ascii="Times New Roman" w:hAnsi="Times New Roman" w:cs="Times New Roman"/>
        </w:rPr>
      </w:pPr>
      <w:r w:rsidRPr="0032579A">
        <w:rPr>
          <w:rFonts w:ascii="Times New Roman" w:hAnsi="Times New Roman" w:cs="Times New Roman"/>
        </w:rPr>
        <w:lastRenderedPageBreak/>
        <w:t>***</w:t>
      </w:r>
    </w:p>
    <w:p w14:paraId="24523D58" w14:textId="562A90C2" w:rsidR="00830533" w:rsidRPr="0032579A" w:rsidRDefault="00000000">
      <w:pPr>
        <w:rPr>
          <w:rFonts w:ascii="Times New Roman" w:hAnsi="Times New Roman" w:cs="Times New Roman"/>
        </w:rPr>
      </w:pPr>
      <w:r w:rsidRPr="0032579A">
        <w:rPr>
          <w:rFonts w:ascii="Times New Roman" w:hAnsi="Times New Roman" w:cs="Times New Roman"/>
          <w:color w:val="000000"/>
        </w:rPr>
        <w:br/>
      </w:r>
      <w:r w:rsidRPr="0032579A">
        <w:rPr>
          <w:rFonts w:ascii="Times New Roman" w:hAnsi="Times New Roman" w:cs="Times New Roman"/>
          <w:color w:val="000000"/>
        </w:rPr>
        <w:br/>
        <w:t>They took the wind-scratched gullies as cover. The smugglers had set up near a shallow sump, a collapsed refueling crib with a stub of plate that threw heat into the air. Flames licked from a salvaged drum; the eight sat around it like jackals, passing something plastic and cheap, laughing too loud when men had need. Two more leaned by a hull with a patchwork engine, swapping coils and cursing the cold of a broken carburetor. One had a small scanner blinking blue beside his knee.</w:t>
      </w:r>
      <w:r w:rsidRPr="0032579A">
        <w:rPr>
          <w:rFonts w:ascii="Times New Roman" w:hAnsi="Times New Roman" w:cs="Times New Roman"/>
          <w:color w:val="000000"/>
        </w:rPr>
        <w:br/>
      </w:r>
      <w:r w:rsidRPr="0032579A">
        <w:rPr>
          <w:rFonts w:ascii="Times New Roman" w:hAnsi="Times New Roman" w:cs="Times New Roman"/>
          <w:color w:val="000000"/>
        </w:rPr>
        <w:br/>
        <w:t>Verdan flattened into the lee of a rib of rust. He counted in the language of soldiers: two at the fire, one on the hull, three at the lip of the ditch, two more within sprint of the skid path. Eight in all. Light, sloppy, tired. Perfect for what they needed.</w:t>
      </w:r>
      <w:r w:rsidRPr="0032579A">
        <w:rPr>
          <w:rFonts w:ascii="Times New Roman" w:hAnsi="Times New Roman" w:cs="Times New Roman"/>
          <w:color w:val="000000"/>
        </w:rPr>
        <w:br/>
      </w:r>
      <w:r w:rsidRPr="0032579A">
        <w:rPr>
          <w:rFonts w:ascii="Times New Roman" w:hAnsi="Times New Roman" w:cs="Times New Roman"/>
          <w:color w:val="000000"/>
        </w:rPr>
        <w:br/>
        <w:t>He clipped a tiny beacon from his pack and handed it to Phalin. “You and Havel take the ridge. Wait for the mark. One shot each, then hold. No throw</w:t>
      </w:r>
      <w:r w:rsidR="009B47D3">
        <w:rPr>
          <w:rFonts w:ascii="Times New Roman" w:hAnsi="Times New Roman" w:cs="Times New Roman"/>
          <w:color w:val="000000"/>
        </w:rPr>
        <w:t>ing shots</w:t>
      </w:r>
      <w:r w:rsidRPr="0032579A">
        <w:rPr>
          <w:rFonts w:ascii="Times New Roman" w:hAnsi="Times New Roman" w:cs="Times New Roman"/>
          <w:color w:val="000000"/>
        </w:rPr>
        <w:t>. No spray</w:t>
      </w:r>
      <w:r w:rsidR="009B47D3">
        <w:rPr>
          <w:rFonts w:ascii="Times New Roman" w:hAnsi="Times New Roman" w:cs="Times New Roman"/>
          <w:color w:val="000000"/>
        </w:rPr>
        <w:t>ing</w:t>
      </w:r>
      <w:r w:rsidRPr="0032579A">
        <w:rPr>
          <w:rFonts w:ascii="Times New Roman" w:hAnsi="Times New Roman" w:cs="Times New Roman"/>
          <w:color w:val="000000"/>
        </w:rPr>
        <w:t>.”</w:t>
      </w:r>
      <w:r w:rsidRPr="0032579A">
        <w:rPr>
          <w:rFonts w:ascii="Times New Roman" w:hAnsi="Times New Roman" w:cs="Times New Roman"/>
          <w:color w:val="000000"/>
        </w:rPr>
        <w:br/>
      </w:r>
      <w:r w:rsidRPr="0032579A">
        <w:rPr>
          <w:rFonts w:ascii="Times New Roman" w:hAnsi="Times New Roman" w:cs="Times New Roman"/>
          <w:color w:val="000000"/>
        </w:rPr>
        <w:br/>
        <w:t>Phalin’s cough rattled. “We’ll hold them slow.”</w:t>
      </w:r>
      <w:r w:rsidRPr="0032579A">
        <w:rPr>
          <w:rFonts w:ascii="Times New Roman" w:hAnsi="Times New Roman" w:cs="Times New Roman"/>
          <w:color w:val="000000"/>
        </w:rPr>
        <w:br/>
      </w:r>
      <w:r w:rsidRPr="0032579A">
        <w:rPr>
          <w:rFonts w:ascii="Times New Roman" w:hAnsi="Times New Roman" w:cs="Times New Roman"/>
          <w:color w:val="000000"/>
        </w:rPr>
        <w:br/>
        <w:t>“</w:t>
      </w:r>
      <w:r w:rsidR="009B47D3">
        <w:rPr>
          <w:rFonts w:ascii="Times New Roman" w:hAnsi="Times New Roman" w:cs="Times New Roman"/>
          <w:color w:val="000000"/>
        </w:rPr>
        <w:t>We will k</w:t>
      </w:r>
      <w:r w:rsidRPr="0032579A">
        <w:rPr>
          <w:rFonts w:ascii="Times New Roman" w:hAnsi="Times New Roman" w:cs="Times New Roman"/>
          <w:color w:val="000000"/>
        </w:rPr>
        <w:t>eep a spare,” Havel said, tapping the butt of his rifle like a benediction. “If one goes, the other keeps the rhythm.”</w:t>
      </w:r>
      <w:r w:rsidRPr="0032579A">
        <w:rPr>
          <w:rFonts w:ascii="Times New Roman" w:hAnsi="Times New Roman" w:cs="Times New Roman"/>
          <w:color w:val="000000"/>
        </w:rPr>
        <w:br/>
      </w:r>
      <w:r w:rsidRPr="0032579A">
        <w:rPr>
          <w:rFonts w:ascii="Times New Roman" w:hAnsi="Times New Roman" w:cs="Times New Roman"/>
          <w:color w:val="000000"/>
        </w:rPr>
        <w:br/>
        <w:t>Darran knelt and tied the strap of a small satchel, the kind used for knife oil and spare flints. He pressed his fingers against the leather until the knuckles whitened. Verdan looked at him and for a heartbeat Darran’s face betrayed a boy who wanted to be more honest to the world; then Darran folded it away and breathed slow.</w:t>
      </w:r>
      <w:r w:rsidRPr="0032579A">
        <w:rPr>
          <w:rFonts w:ascii="Times New Roman" w:hAnsi="Times New Roman" w:cs="Times New Roman"/>
          <w:color w:val="000000"/>
        </w:rPr>
        <w:br/>
      </w:r>
      <w:r w:rsidRPr="0032579A">
        <w:rPr>
          <w:rFonts w:ascii="Times New Roman" w:hAnsi="Times New Roman" w:cs="Times New Roman"/>
          <w:color w:val="000000"/>
        </w:rPr>
        <w:br/>
        <w:t>Selora</w:t>
      </w:r>
      <w:r w:rsidR="001261C7">
        <w:rPr>
          <w:rFonts w:ascii="Times New Roman" w:hAnsi="Times New Roman" w:cs="Times New Roman"/>
          <w:color w:val="000000"/>
        </w:rPr>
        <w:t xml:space="preserve"> </w:t>
      </w:r>
      <w:r w:rsidRPr="0032579A">
        <w:rPr>
          <w:rFonts w:ascii="Times New Roman" w:hAnsi="Times New Roman" w:cs="Times New Roman"/>
          <w:color w:val="000000"/>
        </w:rPr>
        <w:t>keyed the pad and closed it, the glow blinking like an eye going to sleep. “Cache points?” she asked.</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touched a notch on a battered axle half buried in dirt, the place they had used before. “Two,” he said. “One under the east lip where iron stacks. One under the slab by the old comm post. </w:t>
      </w:r>
      <w:r w:rsidR="008F6B65">
        <w:rPr>
          <w:rFonts w:ascii="Times New Roman" w:hAnsi="Times New Roman" w:cs="Times New Roman"/>
          <w:color w:val="000000"/>
        </w:rPr>
        <w:t>Put a r</w:t>
      </w:r>
      <w:r w:rsidRPr="0032579A">
        <w:rPr>
          <w:rFonts w:ascii="Times New Roman" w:hAnsi="Times New Roman" w:cs="Times New Roman"/>
          <w:color w:val="000000"/>
        </w:rPr>
        <w:t>ing under a fence post</w:t>
      </w:r>
      <w:r w:rsidR="008F6B65">
        <w:rPr>
          <w:rFonts w:ascii="Times New Roman" w:hAnsi="Times New Roman" w:cs="Times New Roman"/>
          <w:color w:val="000000"/>
        </w:rPr>
        <w:t xml:space="preserve"> when</w:t>
      </w:r>
      <w:r w:rsidRPr="0032579A">
        <w:rPr>
          <w:rFonts w:ascii="Times New Roman" w:hAnsi="Times New Roman" w:cs="Times New Roman"/>
          <w:color w:val="000000"/>
        </w:rPr>
        <w:t xml:space="preserve"> we pass on the return.”</w:t>
      </w:r>
      <w:r w:rsidRPr="0032579A">
        <w:rPr>
          <w:rFonts w:ascii="Times New Roman" w:hAnsi="Times New Roman" w:cs="Times New Roman"/>
          <w:color w:val="000000"/>
        </w:rPr>
        <w:br/>
      </w:r>
      <w:r w:rsidRPr="0032579A">
        <w:rPr>
          <w:rFonts w:ascii="Times New Roman" w:hAnsi="Times New Roman" w:cs="Times New Roman"/>
          <w:color w:val="000000"/>
        </w:rPr>
        <w:br/>
        <w:t xml:space="preserve">Hand signals moved through the group like a practiced language: palm down—hold; fist—stop; two fingers—split. Children and the less-hardened kept low, watching faces and learning the </w:t>
      </w:r>
      <w:r w:rsidR="002762C7">
        <w:rPr>
          <w:rFonts w:ascii="Times New Roman" w:hAnsi="Times New Roman" w:cs="Times New Roman"/>
          <w:color w:val="000000"/>
        </w:rPr>
        <w:t>signals.</w:t>
      </w:r>
      <w:r w:rsidRPr="0032579A">
        <w:rPr>
          <w:rFonts w:ascii="Times New Roman" w:hAnsi="Times New Roman" w:cs="Times New Roman"/>
          <w:color w:val="000000"/>
        </w:rPr>
        <w:br/>
      </w:r>
      <w:r w:rsidRPr="0032579A">
        <w:rPr>
          <w:rFonts w:ascii="Times New Roman" w:hAnsi="Times New Roman" w:cs="Times New Roman"/>
          <w:color w:val="000000"/>
        </w:rPr>
        <w:br/>
        <w:t>Phalin and Havel melted to the ridge with the quiet of old wolves. Their rifles were patched and counted—three shots each at best if they conserved. They set up in the sight-lines Verdan had picked: one flush on the left arc of the fire, the other aimed at the hull where movement would show first. They would not fix the world; they would make the world make a mistake.</w:t>
      </w:r>
      <w:r w:rsidRPr="0032579A">
        <w:rPr>
          <w:rFonts w:ascii="Times New Roman" w:hAnsi="Times New Roman" w:cs="Times New Roman"/>
          <w:color w:val="000000"/>
        </w:rPr>
        <w:br/>
      </w:r>
      <w:r w:rsidRPr="0032579A">
        <w:rPr>
          <w:rFonts w:ascii="Times New Roman" w:hAnsi="Times New Roman" w:cs="Times New Roman"/>
          <w:color w:val="000000"/>
        </w:rPr>
        <w:br/>
        <w:t xml:space="preserve">Night always makes small things loud. The smugglers’ laughter flared brighter because of the </w:t>
      </w:r>
      <w:r w:rsidRPr="0032579A">
        <w:rPr>
          <w:rFonts w:ascii="Times New Roman" w:hAnsi="Times New Roman" w:cs="Times New Roman"/>
          <w:color w:val="000000"/>
        </w:rPr>
        <w:lastRenderedPageBreak/>
        <w:t>dark, their movements casting long hands on the slag. One of them stoked the drum and leaned close; metal sang. Verdan nodded to Darran. They moved in the shadows like parts of a machine—their steps measured, their hands keeping the earth’s grammar. Knives against calves, knives tucked at belts; blasters cold in holsters to be used only if distance closed wrong. They advanced until they saw the edges of the fire’s light—the animals at the ringed bone of heat—then crawled in a pair of breaths.</w:t>
      </w:r>
      <w:r w:rsidRPr="0032579A">
        <w:rPr>
          <w:rFonts w:ascii="Times New Roman" w:hAnsi="Times New Roman" w:cs="Times New Roman"/>
          <w:color w:val="000000"/>
        </w:rPr>
        <w:br/>
      </w:r>
      <w:r w:rsidRPr="0032579A">
        <w:rPr>
          <w:rFonts w:ascii="Times New Roman" w:hAnsi="Times New Roman" w:cs="Times New Roman"/>
          <w:color w:val="000000"/>
        </w:rPr>
        <w:br/>
        <w:t xml:space="preserve">The oldest of the smugglers, a wide man with a throat like a collapsed sack, rose to stand with something like the intent to keep the world from shifting. Phalin’s first shot cracked like someone breaking a dry plank; the man by the hull jerked, then went still behind his hands, an accurate hit to the </w:t>
      </w:r>
      <w:r w:rsidR="0030252A">
        <w:rPr>
          <w:rFonts w:ascii="Times New Roman" w:hAnsi="Times New Roman" w:cs="Times New Roman"/>
          <w:color w:val="000000"/>
        </w:rPr>
        <w:t xml:space="preserve">chest </w:t>
      </w:r>
      <w:r w:rsidRPr="0032579A">
        <w:rPr>
          <w:rFonts w:ascii="Times New Roman" w:hAnsi="Times New Roman" w:cs="Times New Roman"/>
          <w:color w:val="000000"/>
        </w:rPr>
        <w:t xml:space="preserve">that </w:t>
      </w:r>
      <w:r w:rsidR="0030252A">
        <w:rPr>
          <w:rFonts w:ascii="Times New Roman" w:hAnsi="Times New Roman" w:cs="Times New Roman"/>
          <w:color w:val="000000"/>
        </w:rPr>
        <w:t>dropped him</w:t>
      </w:r>
      <w:r w:rsidRPr="0032579A">
        <w:rPr>
          <w:rFonts w:ascii="Times New Roman" w:hAnsi="Times New Roman" w:cs="Times New Roman"/>
          <w:color w:val="000000"/>
        </w:rPr>
        <w:t xml:space="preserve"> with a noise that did not suit a living man. Havel’s shot took the one nearest the drum in the calf; he went down howling, and the motion of his leg sent the drum wobbling. Two bodies threw the light into a new shape.</w:t>
      </w:r>
      <w:r w:rsidRPr="0032579A">
        <w:rPr>
          <w:rFonts w:ascii="Times New Roman" w:hAnsi="Times New Roman" w:cs="Times New Roman"/>
          <w:color w:val="000000"/>
        </w:rPr>
        <w:br/>
      </w:r>
      <w:r w:rsidRPr="0032579A">
        <w:rPr>
          <w:rFonts w:ascii="Times New Roman" w:hAnsi="Times New Roman" w:cs="Times New Roman"/>
          <w:color w:val="000000"/>
        </w:rPr>
        <w:br/>
        <w:t>The hunters let the noise make the enemy confused. Discipline turned the disorder into a map. The smugglers twisted, bawled</w:t>
      </w:r>
      <w:r w:rsidR="00BA1F7C" w:rsidRPr="0032579A">
        <w:rPr>
          <w:rFonts w:ascii="Times New Roman" w:hAnsi="Times New Roman" w:cs="Times New Roman"/>
          <w:color w:val="000000"/>
        </w:rPr>
        <w:t>, and reached</w:t>
      </w:r>
      <w:r w:rsidR="0030252A">
        <w:rPr>
          <w:rFonts w:ascii="Times New Roman" w:hAnsi="Times New Roman" w:cs="Times New Roman"/>
          <w:color w:val="000000"/>
        </w:rPr>
        <w:t xml:space="preserve"> for weapons</w:t>
      </w:r>
      <w:r w:rsidRPr="0032579A">
        <w:rPr>
          <w:rFonts w:ascii="Times New Roman" w:hAnsi="Times New Roman" w:cs="Times New Roman"/>
          <w:color w:val="000000"/>
        </w:rPr>
        <w:t xml:space="preserve">. The man with the scanner slammed it down and fumbled for a blaster. Another reached for the </w:t>
      </w:r>
      <w:r w:rsidR="00BA1F7C">
        <w:rPr>
          <w:rFonts w:ascii="Times New Roman" w:hAnsi="Times New Roman" w:cs="Times New Roman"/>
          <w:color w:val="000000"/>
        </w:rPr>
        <w:t>for a rifle</w:t>
      </w:r>
      <w:r w:rsidRPr="0032579A">
        <w:rPr>
          <w:rFonts w:ascii="Times New Roman" w:hAnsi="Times New Roman" w:cs="Times New Roman"/>
          <w:color w:val="000000"/>
        </w:rPr>
        <w:t>. Mistakes, little and glorious.</w:t>
      </w:r>
      <w:r w:rsidRPr="0032579A">
        <w:rPr>
          <w:rFonts w:ascii="Times New Roman" w:hAnsi="Times New Roman" w:cs="Times New Roman"/>
          <w:color w:val="000000"/>
        </w:rPr>
        <w:br/>
      </w:r>
      <w:r w:rsidRPr="0032579A">
        <w:rPr>
          <w:rFonts w:ascii="Times New Roman" w:hAnsi="Times New Roman" w:cs="Times New Roman"/>
          <w:color w:val="000000"/>
        </w:rPr>
        <w:br/>
        <w:t>Verdan and Darran stood when the ridge’s fire hit. The first man they met had his hands on a supply crate and a look that thought the fight belonged to large</w:t>
      </w:r>
      <w:r w:rsidR="00414496">
        <w:rPr>
          <w:rFonts w:ascii="Times New Roman" w:hAnsi="Times New Roman" w:cs="Times New Roman"/>
          <w:color w:val="000000"/>
        </w:rPr>
        <w:t xml:space="preserve">r men. </w:t>
      </w:r>
      <w:r w:rsidRPr="0032579A">
        <w:rPr>
          <w:rFonts w:ascii="Times New Roman" w:hAnsi="Times New Roman" w:cs="Times New Roman"/>
          <w:color w:val="000000"/>
        </w:rPr>
        <w:t>Verdan’s hand came up. The knife went in precise</w:t>
      </w:r>
      <w:r w:rsidR="00634E97">
        <w:rPr>
          <w:rFonts w:ascii="Times New Roman" w:hAnsi="Times New Roman" w:cs="Times New Roman"/>
          <w:color w:val="000000"/>
        </w:rPr>
        <w:t xml:space="preserve"> with no</w:t>
      </w:r>
      <w:r w:rsidRPr="0032579A">
        <w:rPr>
          <w:rFonts w:ascii="Times New Roman" w:hAnsi="Times New Roman" w:cs="Times New Roman"/>
          <w:color w:val="000000"/>
        </w:rPr>
        <w:t xml:space="preserve"> flourish. When the man fell it was like a hinge closing.</w:t>
      </w:r>
      <w:r w:rsidRPr="0032579A">
        <w:rPr>
          <w:rFonts w:ascii="Times New Roman" w:hAnsi="Times New Roman" w:cs="Times New Roman"/>
          <w:color w:val="000000"/>
        </w:rPr>
        <w:br/>
      </w:r>
      <w:r w:rsidRPr="0032579A">
        <w:rPr>
          <w:rFonts w:ascii="Times New Roman" w:hAnsi="Times New Roman" w:cs="Times New Roman"/>
          <w:color w:val="000000"/>
        </w:rPr>
        <w:br/>
        <w:t xml:space="preserve">Darran moved like a shadow that had found a body. The line between what he had been and what he was becoming narrowed. A robber lunged—too slow—and Darran’s palm hit the man’s throat with the flat of his hand until the robber’s eyes rolled away. The movement was taught and sharp, and Darran’s chest rose like someone who had finally learned that pain could be an instruction. Verdan </w:t>
      </w:r>
      <w:r w:rsidR="00212DDB">
        <w:rPr>
          <w:rFonts w:ascii="Times New Roman" w:hAnsi="Times New Roman" w:cs="Times New Roman"/>
          <w:color w:val="000000"/>
        </w:rPr>
        <w:t xml:space="preserve">griped his shoulder lightly to steady him then moved on. </w:t>
      </w:r>
      <w:r w:rsidRPr="0032579A">
        <w:rPr>
          <w:rFonts w:ascii="Times New Roman" w:hAnsi="Times New Roman" w:cs="Times New Roman"/>
          <w:color w:val="000000"/>
        </w:rPr>
        <w:br/>
      </w:r>
      <w:r w:rsidRPr="0032579A">
        <w:rPr>
          <w:rFonts w:ascii="Times New Roman" w:hAnsi="Times New Roman" w:cs="Times New Roman"/>
          <w:color w:val="000000"/>
        </w:rPr>
        <w:br/>
        <w:t xml:space="preserve">Two men tried to run. Havel’s single shot clipped a thrash of fabric and the runner staggered into a dip. The others were pinned and shouting, heads lifting to the sky. Phalin changed his position with the slow efficiency of someone who had kept steady watch for half a life; he took a shot only when a smuggler exposed his neck as he looked for </w:t>
      </w:r>
      <w:r w:rsidR="009E576C">
        <w:rPr>
          <w:rFonts w:ascii="Times New Roman" w:hAnsi="Times New Roman" w:cs="Times New Roman"/>
          <w:color w:val="000000"/>
        </w:rPr>
        <w:t>an escape</w:t>
      </w:r>
      <w:r w:rsidRPr="0032579A">
        <w:rPr>
          <w:rFonts w:ascii="Times New Roman" w:hAnsi="Times New Roman" w:cs="Times New Roman"/>
          <w:color w:val="000000"/>
        </w:rPr>
        <w:t xml:space="preserve">. The </w:t>
      </w:r>
      <w:r w:rsidR="009E576C">
        <w:rPr>
          <w:rFonts w:ascii="Times New Roman" w:hAnsi="Times New Roman" w:cs="Times New Roman"/>
          <w:color w:val="000000"/>
        </w:rPr>
        <w:t>blaster bolt</w:t>
      </w:r>
      <w:r w:rsidRPr="0032579A">
        <w:rPr>
          <w:rFonts w:ascii="Times New Roman" w:hAnsi="Times New Roman" w:cs="Times New Roman"/>
          <w:color w:val="000000"/>
        </w:rPr>
        <w:t xml:space="preserve"> folded him like a page.</w:t>
      </w:r>
      <w:r w:rsidRPr="0032579A">
        <w:rPr>
          <w:rFonts w:ascii="Times New Roman" w:hAnsi="Times New Roman" w:cs="Times New Roman"/>
          <w:color w:val="000000"/>
        </w:rPr>
        <w:br/>
      </w:r>
      <w:r w:rsidRPr="0032579A">
        <w:rPr>
          <w:rFonts w:ascii="Times New Roman" w:hAnsi="Times New Roman" w:cs="Times New Roman"/>
          <w:color w:val="000000"/>
        </w:rPr>
        <w:br/>
        <w:t>There were no grand charges. There were small, clinical moves: a throat sealed, a blade finding a joint, a blaster butt used to crack a skull when ammunition must be saved. Violence here was arithmetic. Each cost was calculated</w:t>
      </w:r>
      <w:r w:rsidR="009E576C">
        <w:rPr>
          <w:rFonts w:ascii="Times New Roman" w:hAnsi="Times New Roman" w:cs="Times New Roman"/>
          <w:color w:val="000000"/>
        </w:rPr>
        <w:t xml:space="preserve"> with a return. </w:t>
      </w:r>
    </w:p>
    <w:p w14:paraId="020825A0" w14:textId="3980FC4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One of the smugglers—a younger man with a face marred by soot—tried to pull something bright from his vest, a flash of reflected light. Havel’s eye caught it and he put a single, clean shot through the man’s wrist. The man howled, dropping the </w:t>
      </w:r>
      <w:r w:rsidR="009E576C">
        <w:rPr>
          <w:rFonts w:ascii="Times New Roman" w:hAnsi="Times New Roman" w:cs="Times New Roman"/>
          <w:color w:val="000000"/>
        </w:rPr>
        <w:t xml:space="preserve">flare pistol and spare flare rounds. </w:t>
      </w:r>
    </w:p>
    <w:p w14:paraId="0D9817A3" w14:textId="057CA44E" w:rsidR="00830533" w:rsidRPr="0032579A" w:rsidRDefault="00000000">
      <w:pPr>
        <w:rPr>
          <w:rFonts w:ascii="Times New Roman" w:hAnsi="Times New Roman" w:cs="Times New Roman"/>
        </w:rPr>
      </w:pPr>
      <w:r w:rsidRPr="0032579A">
        <w:rPr>
          <w:rFonts w:ascii="Times New Roman" w:hAnsi="Times New Roman" w:cs="Times New Roman"/>
          <w:color w:val="000000"/>
        </w:rPr>
        <w:t>The last of the smugglers found breath enough to lash out in panic, swinging a chain. Darran</w:t>
      </w:r>
      <w:r w:rsidR="009E576C">
        <w:rPr>
          <w:rFonts w:ascii="Times New Roman" w:hAnsi="Times New Roman" w:cs="Times New Roman"/>
          <w:color w:val="000000"/>
        </w:rPr>
        <w:t xml:space="preserve"> slipped under the chain and</w:t>
      </w:r>
      <w:r w:rsidRPr="0032579A">
        <w:rPr>
          <w:rFonts w:ascii="Times New Roman" w:hAnsi="Times New Roman" w:cs="Times New Roman"/>
          <w:color w:val="000000"/>
        </w:rPr>
        <w:t xml:space="preserve"> met his arm with his blade; the chain clanged and the man collapsed</w:t>
      </w:r>
      <w:r w:rsidR="003E1E59">
        <w:rPr>
          <w:rFonts w:ascii="Times New Roman" w:hAnsi="Times New Roman" w:cs="Times New Roman"/>
          <w:color w:val="000000"/>
        </w:rPr>
        <w:t xml:space="preserve">, </w:t>
      </w:r>
      <w:r w:rsidR="003E1E59">
        <w:rPr>
          <w:rFonts w:ascii="Times New Roman" w:hAnsi="Times New Roman" w:cs="Times New Roman"/>
          <w:color w:val="000000"/>
        </w:rPr>
        <w:lastRenderedPageBreak/>
        <w:t>clutching his arm</w:t>
      </w:r>
      <w:r w:rsidRPr="0032579A">
        <w:rPr>
          <w:rFonts w:ascii="Times New Roman" w:hAnsi="Times New Roman" w:cs="Times New Roman"/>
          <w:color w:val="000000"/>
        </w:rPr>
        <w:t>. Verdan took a step and ended the motion with an economy that had nothing to prove. It was over. The night returned to cold.</w:t>
      </w:r>
    </w:p>
    <w:p w14:paraId="1ECF77A6" w14:textId="3693615D"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worked quick. No swaggering. The team moved like a chain: disarm, bind, remove, catalog. Darran unbolted the crate lid with the blade </w:t>
      </w:r>
      <w:r w:rsidR="00355EC6">
        <w:rPr>
          <w:rFonts w:ascii="Times New Roman" w:hAnsi="Times New Roman" w:cs="Times New Roman"/>
          <w:color w:val="000000"/>
        </w:rPr>
        <w:t xml:space="preserve">as Verdan had taught him. </w:t>
      </w:r>
      <w:r w:rsidRPr="0032579A">
        <w:rPr>
          <w:rFonts w:ascii="Times New Roman" w:hAnsi="Times New Roman" w:cs="Times New Roman"/>
          <w:color w:val="000000"/>
        </w:rPr>
        <w:t>He slid the water cells out and felt the weight in his hands like a future.</w:t>
      </w:r>
      <w:r w:rsidRPr="0032579A">
        <w:rPr>
          <w:rFonts w:ascii="Times New Roman" w:hAnsi="Times New Roman" w:cs="Times New Roman"/>
          <w:color w:val="000000"/>
        </w:rPr>
        <w:br/>
      </w:r>
      <w:r w:rsidRPr="0032579A">
        <w:rPr>
          <w:rFonts w:ascii="Times New Roman" w:hAnsi="Times New Roman" w:cs="Times New Roman"/>
          <w:color w:val="000000"/>
        </w:rPr>
        <w:br/>
        <w:t>Verdan’s mouth did not move. He stripped wiring from the engine stub with a practiced flick, humming a coil into a tight loop and popping out the best conductor. Those wires, when woven into the nomadic survivors’ ram pump, would give days of life beyond the two mouths they had been feeding. He left the rest: shells, a few cracked plates, a scorched panel that would be crushed for banding. Every thing had a future or a cache.</w:t>
      </w:r>
      <w:r w:rsidRPr="0032579A">
        <w:rPr>
          <w:rFonts w:ascii="Times New Roman" w:hAnsi="Times New Roman" w:cs="Times New Roman"/>
          <w:color w:val="000000"/>
        </w:rPr>
        <w:br/>
      </w:r>
      <w:r w:rsidRPr="0032579A">
        <w:rPr>
          <w:rFonts w:ascii="Times New Roman" w:hAnsi="Times New Roman" w:cs="Times New Roman"/>
          <w:color w:val="000000"/>
        </w:rPr>
        <w:br/>
        <w:t>Selora counted out loud as she recorded, each entry a stitch: “Three water cells—two for group, one cache. Engine relay—salvageable, send to Phalin. Fasteners—twenty. Flare—one—set in east cache.: 3 dead, one disabled, 2 captured 2 fled.</w:t>
      </w:r>
    </w:p>
    <w:p w14:paraId="182DE4F6" w14:textId="72F11643"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She put the the scanner into the </w:t>
      </w:r>
      <w:r w:rsidR="00717443">
        <w:rPr>
          <w:rFonts w:ascii="Times New Roman" w:hAnsi="Times New Roman" w:cs="Times New Roman"/>
          <w:color w:val="000000"/>
        </w:rPr>
        <w:t>data-pad</w:t>
      </w:r>
      <w:r w:rsidRPr="0032579A">
        <w:rPr>
          <w:rFonts w:ascii="Times New Roman" w:hAnsi="Times New Roman" w:cs="Times New Roman"/>
          <w:color w:val="000000"/>
        </w:rPr>
        <w:t xml:space="preserve"> twice, once with </w:t>
      </w:r>
      <w:r w:rsidR="00717443">
        <w:rPr>
          <w:rFonts w:ascii="Times New Roman" w:hAnsi="Times New Roman" w:cs="Times New Roman"/>
          <w:color w:val="000000"/>
        </w:rPr>
        <w:t>a</w:t>
      </w:r>
      <w:r w:rsidRPr="0032579A">
        <w:rPr>
          <w:rFonts w:ascii="Times New Roman" w:hAnsi="Times New Roman" w:cs="Times New Roman"/>
          <w:color w:val="000000"/>
        </w:rPr>
        <w:t xml:space="preserve"> tick and once with the notation: </w:t>
      </w:r>
      <w:r w:rsidRPr="00717443">
        <w:rPr>
          <w:rFonts w:ascii="Times New Roman" w:hAnsi="Times New Roman" w:cs="Times New Roman"/>
          <w:i/>
          <w:iCs/>
          <w:color w:val="000000"/>
        </w:rPr>
        <w:t>Tool—repair or sell. Keep one spare</w:t>
      </w:r>
      <w:r w:rsidRPr="0032579A">
        <w:rPr>
          <w:rFonts w:ascii="Times New Roman" w:hAnsi="Times New Roman" w:cs="Times New Roman"/>
          <w:color w:val="000000"/>
        </w:rPr>
        <w:t>. Her hands were steadier than the rifles a hundred paces away.</w:t>
      </w:r>
      <w:r w:rsidRPr="0032579A">
        <w:rPr>
          <w:rFonts w:ascii="Times New Roman" w:hAnsi="Times New Roman" w:cs="Times New Roman"/>
          <w:color w:val="000000"/>
        </w:rPr>
        <w:br/>
      </w:r>
      <w:r w:rsidRPr="0032579A">
        <w:rPr>
          <w:rFonts w:ascii="Times New Roman" w:hAnsi="Times New Roman" w:cs="Times New Roman"/>
          <w:color w:val="000000"/>
        </w:rPr>
        <w:br/>
        <w:t xml:space="preserve">They tied the living to a long loop of cable and left them facing the way they had come so they could watch the road. Verdan did not brand them. Mercy was </w:t>
      </w:r>
      <w:r w:rsidR="00717443">
        <w:rPr>
          <w:rFonts w:ascii="Times New Roman" w:hAnsi="Times New Roman" w:cs="Times New Roman"/>
          <w:color w:val="000000"/>
        </w:rPr>
        <w:t xml:space="preserve">calculated </w:t>
      </w:r>
      <w:r w:rsidRPr="0032579A">
        <w:rPr>
          <w:rFonts w:ascii="Times New Roman" w:hAnsi="Times New Roman" w:cs="Times New Roman"/>
          <w:color w:val="000000"/>
        </w:rPr>
        <w:t>not sentiment. The two hurt men by the drum would live—held and moved away at dawn. The rest would be counted into the bones.</w:t>
      </w:r>
      <w:r w:rsidRPr="0032579A">
        <w:rPr>
          <w:rFonts w:ascii="Times New Roman" w:hAnsi="Times New Roman" w:cs="Times New Roman"/>
          <w:color w:val="000000"/>
        </w:rPr>
        <w:br/>
      </w:r>
      <w:r w:rsidRPr="0032579A">
        <w:rPr>
          <w:rFonts w:ascii="Times New Roman" w:hAnsi="Times New Roman" w:cs="Times New Roman"/>
          <w:color w:val="000000"/>
        </w:rPr>
        <w:br/>
        <w:t>Phalin moved down from the ridge with movement that was slower than his youth but sharper in purpose. Havel shook his head and laughed once, a sound like iron rubbed. “Kept a hand for the old days,” he said.</w:t>
      </w:r>
      <w:r w:rsidRPr="0032579A">
        <w:rPr>
          <w:rFonts w:ascii="Times New Roman" w:hAnsi="Times New Roman" w:cs="Times New Roman"/>
          <w:color w:val="000000"/>
        </w:rPr>
        <w:br/>
      </w:r>
      <w:r w:rsidRPr="0032579A">
        <w:rPr>
          <w:rFonts w:ascii="Times New Roman" w:hAnsi="Times New Roman" w:cs="Times New Roman"/>
          <w:color w:val="000000"/>
        </w:rPr>
        <w:br/>
        <w:t xml:space="preserve">“You kept two for the </w:t>
      </w:r>
      <w:r w:rsidR="00F6532E">
        <w:rPr>
          <w:rFonts w:ascii="Times New Roman" w:hAnsi="Times New Roman" w:cs="Times New Roman"/>
          <w:color w:val="000000"/>
        </w:rPr>
        <w:t>days we have now</w:t>
      </w:r>
      <w:r w:rsidRPr="0032579A">
        <w:rPr>
          <w:rFonts w:ascii="Times New Roman" w:hAnsi="Times New Roman" w:cs="Times New Roman"/>
          <w:color w:val="000000"/>
        </w:rPr>
        <w:t>,” Verdan said.</w:t>
      </w:r>
      <w:r w:rsidRPr="0032579A">
        <w:rPr>
          <w:rFonts w:ascii="Times New Roman" w:hAnsi="Times New Roman" w:cs="Times New Roman"/>
          <w:color w:val="000000"/>
        </w:rPr>
        <w:br/>
      </w:r>
      <w:r w:rsidRPr="0032579A">
        <w:rPr>
          <w:rFonts w:ascii="Times New Roman" w:hAnsi="Times New Roman" w:cs="Times New Roman"/>
          <w:color w:val="000000"/>
        </w:rPr>
        <w:br/>
        <w:t>They harvested everything of use. Fasteners went into a cloth sack; wires in a coil; a spark unit wrapped in oiled rag and slid into Darran’s pack. They took two blaster cells but left one in the crate with a scrap of cloth to mislead the first cautious man who might come after them. They cut the engine’s carb so it would not follow without attention but left the hull in a shape that might make a future thief think twice.</w:t>
      </w:r>
      <w:r w:rsidRPr="0032579A">
        <w:rPr>
          <w:rFonts w:ascii="Times New Roman" w:hAnsi="Times New Roman" w:cs="Times New Roman"/>
          <w:color w:val="000000"/>
        </w:rPr>
        <w:br/>
      </w:r>
      <w:r w:rsidRPr="0032579A">
        <w:rPr>
          <w:rFonts w:ascii="Times New Roman" w:hAnsi="Times New Roman" w:cs="Times New Roman"/>
          <w:color w:val="000000"/>
        </w:rPr>
        <w:br/>
        <w:t>Before they left, Selora took a small slab of alloy and scratched the tiny arrow on the inside of a hull seam where the next traveler might find it. She left a coupling ring under a cracked fence post three breaths down the path and made a</w:t>
      </w:r>
      <w:r w:rsidR="00623C10">
        <w:rPr>
          <w:rFonts w:ascii="Times New Roman" w:hAnsi="Times New Roman" w:cs="Times New Roman"/>
          <w:color w:val="000000"/>
        </w:rPr>
        <w:t>n entry in her data-pad</w:t>
      </w:r>
      <w:r w:rsidRPr="0032579A">
        <w:rPr>
          <w:rFonts w:ascii="Times New Roman" w:hAnsi="Times New Roman" w:cs="Times New Roman"/>
          <w:color w:val="000000"/>
        </w:rPr>
        <w:t xml:space="preserve">: </w:t>
      </w:r>
      <w:r w:rsidRPr="006636E0">
        <w:rPr>
          <w:rFonts w:ascii="Times New Roman" w:hAnsi="Times New Roman" w:cs="Times New Roman"/>
          <w:i/>
          <w:iCs/>
          <w:color w:val="000000"/>
        </w:rPr>
        <w:t xml:space="preserve">Ring left—east lip. Check cache in six days. </w:t>
      </w:r>
      <w:r w:rsidRPr="0032579A">
        <w:rPr>
          <w:rFonts w:ascii="Times New Roman" w:hAnsi="Times New Roman" w:cs="Times New Roman"/>
          <w:color w:val="000000"/>
        </w:rPr>
        <w:t>This was not charity. It was bookkeeping for survival.</w:t>
      </w:r>
      <w:r w:rsidRPr="0032579A">
        <w:rPr>
          <w:rFonts w:ascii="Times New Roman" w:hAnsi="Times New Roman" w:cs="Times New Roman"/>
          <w:color w:val="000000"/>
        </w:rPr>
        <w:br/>
      </w:r>
      <w:r w:rsidRPr="0032579A">
        <w:rPr>
          <w:rFonts w:ascii="Times New Roman" w:hAnsi="Times New Roman" w:cs="Times New Roman"/>
          <w:color w:val="000000"/>
        </w:rPr>
        <w:br/>
        <w:t xml:space="preserve">They moved like a thing that did not want to be seen: pack light, walk certain. Darran’s hands trembled once as he touched the water cell. Verdan closed his fingers around the boy’s wrist and </w:t>
      </w:r>
      <w:r w:rsidRPr="0032579A">
        <w:rPr>
          <w:rFonts w:ascii="Times New Roman" w:hAnsi="Times New Roman" w:cs="Times New Roman"/>
          <w:color w:val="000000"/>
        </w:rPr>
        <w:lastRenderedPageBreak/>
        <w:t xml:space="preserve">held it a breath long, an old benediction and a </w:t>
      </w:r>
      <w:r w:rsidR="006636E0" w:rsidRPr="0032579A">
        <w:rPr>
          <w:rFonts w:ascii="Times New Roman" w:hAnsi="Times New Roman" w:cs="Times New Roman"/>
          <w:color w:val="000000"/>
        </w:rPr>
        <w:t>promise</w:t>
      </w:r>
      <w:r w:rsidR="006636E0" w:rsidRPr="0032579A">
        <w:rPr>
          <w:rFonts w:ascii="Times New Roman" w:hAnsi="Times New Roman" w:cs="Times New Roman"/>
          <w:color w:val="000000"/>
        </w:rPr>
        <w:t xml:space="preserve"> </w:t>
      </w:r>
      <w:r w:rsidR="006636E0">
        <w:rPr>
          <w:rFonts w:ascii="Times New Roman" w:hAnsi="Times New Roman" w:cs="Times New Roman"/>
          <w:color w:val="000000"/>
        </w:rPr>
        <w:t xml:space="preserve">to the </w:t>
      </w:r>
      <w:r w:rsidRPr="0032579A">
        <w:rPr>
          <w:rFonts w:ascii="Times New Roman" w:hAnsi="Times New Roman" w:cs="Times New Roman"/>
          <w:color w:val="000000"/>
        </w:rPr>
        <w:t xml:space="preserve">fatherless. </w:t>
      </w:r>
      <w:r w:rsidRPr="0032579A">
        <w:rPr>
          <w:rFonts w:ascii="Times New Roman" w:hAnsi="Times New Roman" w:cs="Times New Roman"/>
          <w:color w:val="000000"/>
        </w:rPr>
        <w:br/>
      </w:r>
      <w:r w:rsidRPr="0032579A">
        <w:rPr>
          <w:rFonts w:ascii="Times New Roman" w:hAnsi="Times New Roman" w:cs="Times New Roman"/>
          <w:color w:val="000000"/>
        </w:rPr>
        <w:br/>
        <w:t>They threaded back through the gullies. The living smugglers stared at the lights on the ridge and at the scars left in the dirt. They would tell the story later with larger breaths and more mistakes. Let them. Let them carry fear; it makes better prey.</w:t>
      </w:r>
      <w:r w:rsidRPr="0032579A">
        <w:rPr>
          <w:rFonts w:ascii="Times New Roman" w:hAnsi="Times New Roman" w:cs="Times New Roman"/>
          <w:color w:val="000000"/>
        </w:rPr>
        <w:br/>
      </w:r>
      <w:r w:rsidRPr="0032579A">
        <w:rPr>
          <w:rFonts w:ascii="Times New Roman" w:hAnsi="Times New Roman" w:cs="Times New Roman"/>
          <w:color w:val="000000"/>
        </w:rPr>
        <w:br/>
        <w:t xml:space="preserve">By the slab where they kept caches, Selora and Phalin set two things out: a small pot welded from a widened tin where they put a measured ration of water for a future traveler, and a scrap-wrapped relay for them to use when things were dire. Selora keyed the </w:t>
      </w:r>
      <w:r w:rsidR="006636E0">
        <w:rPr>
          <w:rFonts w:ascii="Times New Roman" w:hAnsi="Times New Roman" w:cs="Times New Roman"/>
          <w:color w:val="000000"/>
        </w:rPr>
        <w:t>pad</w:t>
      </w:r>
      <w:r w:rsidRPr="0032579A">
        <w:rPr>
          <w:rFonts w:ascii="Times New Roman" w:hAnsi="Times New Roman" w:cs="Times New Roman"/>
          <w:color w:val="000000"/>
        </w:rPr>
        <w:t xml:space="preserve">: </w:t>
      </w:r>
      <w:r w:rsidRPr="006636E0">
        <w:rPr>
          <w:rFonts w:ascii="Times New Roman" w:hAnsi="Times New Roman" w:cs="Times New Roman"/>
          <w:i/>
          <w:iCs/>
          <w:color w:val="000000"/>
        </w:rPr>
        <w:t>Cache 1—east lip. Contents: 1 cell (emergency), 10 fasteners, 1 small relay. Cache 2—comm slab. Contents: 1 coil wire, 1 seal, 1 water cup</w:t>
      </w:r>
      <w:r w:rsidRPr="0032579A">
        <w:rPr>
          <w:rFonts w:ascii="Times New Roman" w:hAnsi="Times New Roman" w:cs="Times New Roman"/>
          <w:color w:val="000000"/>
        </w:rPr>
        <w:t>. She breathed the entries into the pad as if they were names of dead—careful, needed.</w:t>
      </w:r>
      <w:r w:rsidRPr="0032579A">
        <w:rPr>
          <w:rFonts w:ascii="Times New Roman" w:hAnsi="Times New Roman" w:cs="Times New Roman"/>
          <w:color w:val="000000"/>
        </w:rPr>
        <w:br/>
      </w:r>
      <w:r w:rsidRPr="0032579A">
        <w:rPr>
          <w:rFonts w:ascii="Times New Roman" w:hAnsi="Times New Roman" w:cs="Times New Roman"/>
          <w:color w:val="000000"/>
        </w:rPr>
        <w:br/>
        <w:t>They left hungry but no longer empty. The water cells would push them forward three days. The relay would keep the pump alive. The fasteners would make two harness repairs. That was enough.</w:t>
      </w:r>
      <w:r w:rsidRPr="0032579A">
        <w:rPr>
          <w:rFonts w:ascii="Times New Roman" w:hAnsi="Times New Roman" w:cs="Times New Roman"/>
          <w:color w:val="000000"/>
        </w:rPr>
        <w:br/>
      </w:r>
      <w:r w:rsidRPr="0032579A">
        <w:rPr>
          <w:rFonts w:ascii="Times New Roman" w:hAnsi="Times New Roman" w:cs="Times New Roman"/>
          <w:color w:val="000000"/>
        </w:rPr>
        <w:br/>
        <w:t>They did not kill in sport. They did not take trophies. They took geometry—how much would feed which mouth, what could be given to the next who walked light. They left the bones of the skiff stripped of anything useful and a ring to mark their passing.</w:t>
      </w:r>
      <w:r w:rsidRPr="0032579A">
        <w:rPr>
          <w:rFonts w:ascii="Times New Roman" w:hAnsi="Times New Roman" w:cs="Times New Roman"/>
          <w:color w:val="000000"/>
        </w:rPr>
        <w:br/>
      </w:r>
      <w:r w:rsidRPr="0032579A">
        <w:rPr>
          <w:rFonts w:ascii="Times New Roman" w:hAnsi="Times New Roman" w:cs="Times New Roman"/>
          <w:color w:val="000000"/>
        </w:rPr>
        <w:br/>
        <w:t>At dawn, the living men they had tied w</w:t>
      </w:r>
      <w:r w:rsidR="006636E0">
        <w:rPr>
          <w:rFonts w:ascii="Times New Roman" w:hAnsi="Times New Roman" w:cs="Times New Roman"/>
          <w:color w:val="000000"/>
        </w:rPr>
        <w:t xml:space="preserve">ould escape their bonds </w:t>
      </w:r>
      <w:r w:rsidRPr="0032579A">
        <w:rPr>
          <w:rFonts w:ascii="Times New Roman" w:hAnsi="Times New Roman" w:cs="Times New Roman"/>
          <w:color w:val="000000"/>
        </w:rPr>
        <w:t>with one clear message—watch your step and do not come back. When a man walks a road, words have weight; but so do hands and gauges. It was better, Verdan thought, that fear teach them than that glory emboldened them.</w:t>
      </w:r>
      <w:r w:rsidRPr="0032579A">
        <w:rPr>
          <w:rFonts w:ascii="Times New Roman" w:hAnsi="Times New Roman" w:cs="Times New Roman"/>
          <w:color w:val="000000"/>
        </w:rPr>
        <w:br/>
      </w:r>
      <w:r w:rsidRPr="0032579A">
        <w:rPr>
          <w:rFonts w:ascii="Times New Roman" w:hAnsi="Times New Roman" w:cs="Times New Roman"/>
          <w:color w:val="000000"/>
        </w:rPr>
        <w:br/>
        <w:t>Darran watched the man who had tried to pull a flare stumble across the plain. “Did we do</w:t>
      </w:r>
      <w:r w:rsidR="006636E0">
        <w:rPr>
          <w:rFonts w:ascii="Times New Roman" w:hAnsi="Times New Roman" w:cs="Times New Roman"/>
          <w:color w:val="000000"/>
        </w:rPr>
        <w:t xml:space="preserve"> al</w:t>
      </w:r>
      <w:r w:rsidRPr="0032579A">
        <w:rPr>
          <w:rFonts w:ascii="Times New Roman" w:hAnsi="Times New Roman" w:cs="Times New Roman"/>
          <w:color w:val="000000"/>
        </w:rPr>
        <w:t>right?” he asked later, voice small as the wind.</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did not look up from her </w:t>
      </w:r>
      <w:r w:rsidR="00623C10">
        <w:rPr>
          <w:rFonts w:ascii="Times New Roman" w:hAnsi="Times New Roman" w:cs="Times New Roman"/>
          <w:color w:val="000000"/>
        </w:rPr>
        <w:t>pad.</w:t>
      </w:r>
      <w:r w:rsidRPr="0032579A">
        <w:rPr>
          <w:rFonts w:ascii="Times New Roman" w:hAnsi="Times New Roman" w:cs="Times New Roman"/>
          <w:color w:val="000000"/>
        </w:rPr>
        <w:t xml:space="preserve"> “We took what we needed,” she said.</w:t>
      </w:r>
      <w:r w:rsidRPr="0032579A">
        <w:rPr>
          <w:rFonts w:ascii="Times New Roman" w:hAnsi="Times New Roman" w:cs="Times New Roman"/>
          <w:color w:val="000000"/>
        </w:rPr>
        <w:br/>
      </w:r>
      <w:r w:rsidRPr="0032579A">
        <w:rPr>
          <w:rFonts w:ascii="Times New Roman" w:hAnsi="Times New Roman" w:cs="Times New Roman"/>
          <w:color w:val="000000"/>
        </w:rPr>
        <w:br/>
        <w:t>“Was it enough?”</w:t>
      </w:r>
      <w:r w:rsidRPr="0032579A">
        <w:rPr>
          <w:rFonts w:ascii="Times New Roman" w:hAnsi="Times New Roman" w:cs="Times New Roman"/>
          <w:color w:val="000000"/>
        </w:rPr>
        <w:br/>
      </w:r>
      <w:r w:rsidRPr="0032579A">
        <w:rPr>
          <w:rFonts w:ascii="Times New Roman" w:hAnsi="Times New Roman" w:cs="Times New Roman"/>
          <w:color w:val="000000"/>
        </w:rPr>
        <w:br/>
        <w:t>Verdan’s reply was a slow curve of his mouth that was almost approval. “It will be,” he said. “It must be.” He handed Darran the extra coupling ring and watched the boy close his fist around it as if it were a key.</w:t>
      </w:r>
      <w:r w:rsidRPr="0032579A">
        <w:rPr>
          <w:rFonts w:ascii="Times New Roman" w:hAnsi="Times New Roman" w:cs="Times New Roman"/>
          <w:color w:val="000000"/>
        </w:rPr>
        <w:br/>
      </w:r>
      <w:r w:rsidRPr="0032579A">
        <w:rPr>
          <w:rFonts w:ascii="Times New Roman" w:hAnsi="Times New Roman" w:cs="Times New Roman"/>
          <w:color w:val="000000"/>
        </w:rPr>
        <w:br/>
        <w:t>When they moved out, the group’s line tightened and lengthened the way it always did. Selora tucked the pad back into the folds of her pack. Phalin and Havel walked with a steadier step despite their age. Darran kept the ring in his palm until the sun burned through the sky and then slid it under a rock by the fence post where they had promised.</w:t>
      </w:r>
      <w:r w:rsidRPr="0032579A">
        <w:rPr>
          <w:rFonts w:ascii="Times New Roman" w:hAnsi="Times New Roman" w:cs="Times New Roman"/>
          <w:color w:val="000000"/>
        </w:rPr>
        <w:br/>
      </w:r>
      <w:r w:rsidRPr="0032579A">
        <w:rPr>
          <w:rFonts w:ascii="Times New Roman" w:hAnsi="Times New Roman" w:cs="Times New Roman"/>
          <w:color w:val="000000"/>
        </w:rPr>
        <w:br/>
        <w:t xml:space="preserve">They walked with less hunger than before. They had taken what they needed and left more than their footprint—a pot to quench a stranger’s thirst, a relay to save an engine, a ring to tell that someone else had passed. </w:t>
      </w:r>
      <w:r w:rsidR="00623C10">
        <w:rPr>
          <w:rFonts w:ascii="Times New Roman" w:hAnsi="Times New Roman" w:cs="Times New Roman"/>
          <w:color w:val="000000"/>
        </w:rPr>
        <w:t xml:space="preserve">Selora’s data pad </w:t>
      </w:r>
      <w:r w:rsidRPr="0032579A">
        <w:rPr>
          <w:rFonts w:ascii="Times New Roman" w:hAnsi="Times New Roman" w:cs="Times New Roman"/>
          <w:color w:val="000000"/>
        </w:rPr>
        <w:t xml:space="preserve">had been filled that night not with names only, but </w:t>
      </w:r>
      <w:r w:rsidRPr="0032579A">
        <w:rPr>
          <w:rFonts w:ascii="Times New Roman" w:hAnsi="Times New Roman" w:cs="Times New Roman"/>
          <w:color w:val="000000"/>
        </w:rPr>
        <w:lastRenderedPageBreak/>
        <w:t>with small economies and the quiet arithmetic of survival.</w:t>
      </w:r>
      <w:r w:rsidRPr="0032579A">
        <w:rPr>
          <w:rFonts w:ascii="Times New Roman" w:hAnsi="Times New Roman" w:cs="Times New Roman"/>
          <w:color w:val="000000"/>
        </w:rPr>
        <w:br/>
      </w:r>
      <w:r w:rsidRPr="0032579A">
        <w:rPr>
          <w:rFonts w:ascii="Times New Roman" w:hAnsi="Times New Roman" w:cs="Times New Roman"/>
          <w:color w:val="000000"/>
        </w:rPr>
        <w:br/>
        <w:t>On the last ridge, Selora leaned to Verdan and touched his shoulder in the briefest sign of something like gratitude. He only nodded once. The word “Enough” sat between them like a rule carved into a bone.</w:t>
      </w:r>
      <w:r w:rsidRPr="0032579A">
        <w:rPr>
          <w:rFonts w:ascii="Times New Roman" w:hAnsi="Times New Roman" w:cs="Times New Roman"/>
          <w:color w:val="000000"/>
        </w:rPr>
        <w:br/>
      </w:r>
      <w:r w:rsidRPr="0032579A">
        <w:rPr>
          <w:rFonts w:ascii="Times New Roman" w:hAnsi="Times New Roman" w:cs="Times New Roman"/>
          <w:color w:val="000000"/>
        </w:rPr>
        <w:br/>
        <w:t>They would grow. They would learn more ways to strip and build. For tonight, the nomadic survivors had what they needed. And somewhere beyond the next rise, someone who found a ring under a fence post would know that they had walked this way and had left less than they had taken.</w:t>
      </w:r>
    </w:p>
    <w:p w14:paraId="33B57A0C" w14:textId="77777777" w:rsidR="00830533" w:rsidRPr="0032579A" w:rsidRDefault="00830533">
      <w:pPr>
        <w:rPr>
          <w:rFonts w:ascii="Times New Roman" w:hAnsi="Times New Roman" w:cs="Times New Roman"/>
        </w:rPr>
      </w:pPr>
    </w:p>
    <w:p w14:paraId="5417FF8A"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37B34187"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IV — First Loss</w:t>
      </w:r>
    </w:p>
    <w:p w14:paraId="72E59D33" w14:textId="77777777" w:rsidR="00830533" w:rsidRPr="0032579A" w:rsidRDefault="00000000">
      <w:pPr>
        <w:jc w:val="center"/>
        <w:rPr>
          <w:rFonts w:ascii="Times New Roman" w:hAnsi="Times New Roman" w:cs="Times New Roman"/>
        </w:rPr>
      </w:pPr>
      <w:r w:rsidRPr="0032579A">
        <w:rPr>
          <w:rFonts w:ascii="Times New Roman" w:hAnsi="Times New Roman" w:cs="Times New Roman"/>
          <w:i/>
        </w:rPr>
        <w:t>*36 BBY*</w:t>
      </w:r>
    </w:p>
    <w:p w14:paraId="6DCCA077" w14:textId="77777777" w:rsidR="00830533" w:rsidRPr="0032579A" w:rsidRDefault="00830533">
      <w:pPr>
        <w:rPr>
          <w:rFonts w:ascii="Times New Roman" w:hAnsi="Times New Roman" w:cs="Times New Roman"/>
        </w:rPr>
      </w:pPr>
    </w:p>
    <w:p w14:paraId="5E34E7A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plains of Mandalore stretched wide and hollow, dust rising in thin veils that stung the throat.</w:t>
      </w:r>
    </w:p>
    <w:p w14:paraId="2EA78CDE" w14:textId="77777777" w:rsidR="00830533" w:rsidRPr="0032579A" w:rsidRDefault="00830533">
      <w:pPr>
        <w:rPr>
          <w:rFonts w:ascii="Times New Roman" w:hAnsi="Times New Roman" w:cs="Times New Roman"/>
        </w:rPr>
      </w:pPr>
    </w:p>
    <w:p w14:paraId="6CD3F80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Once they had been grasslands. Now they were scar tissue — slag piles where mines had bitten too deep, ash flats where fuel-air bombardments had burned ecosystems to nothing. The air carried a metallic taste, iron and ozone tangled with the ghost of old industry. Even weeds found little purchase here.</w:t>
      </w:r>
    </w:p>
    <w:p w14:paraId="1ADE835A" w14:textId="77777777" w:rsidR="00830533" w:rsidRPr="0032579A" w:rsidRDefault="00830533">
      <w:pPr>
        <w:rPr>
          <w:rFonts w:ascii="Times New Roman" w:hAnsi="Times New Roman" w:cs="Times New Roman"/>
        </w:rPr>
      </w:pPr>
    </w:p>
    <w:p w14:paraId="6561DBB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nomadic survivors walked through it, a thin line against endless gray. Plates patched with wire clinked softly. Blasters rode low on fraying belts. Each step measured water against distance, hunger against the chance of finding something left behind in ruins.</w:t>
      </w:r>
    </w:p>
    <w:p w14:paraId="76365138" w14:textId="77777777" w:rsidR="00830533" w:rsidRPr="0032579A" w:rsidRDefault="00830533">
      <w:pPr>
        <w:rPr>
          <w:rFonts w:ascii="Times New Roman" w:hAnsi="Times New Roman" w:cs="Times New Roman"/>
        </w:rPr>
      </w:pPr>
    </w:p>
    <w:p w14:paraId="1CD6C0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moved at the front. His eyes swept the ground with a soldier’s habit — cataloguing tread depth, smoke on the wind, sound carrying too far. On Mandalore, silence was a map, and noise meant someone else owned the ground.</w:t>
      </w:r>
    </w:p>
    <w:p w14:paraId="75A25717" w14:textId="77777777" w:rsidR="00830533" w:rsidRPr="0032579A" w:rsidRDefault="00830533">
      <w:pPr>
        <w:rPr>
          <w:rFonts w:ascii="Times New Roman" w:hAnsi="Times New Roman" w:cs="Times New Roman"/>
        </w:rPr>
      </w:pPr>
    </w:p>
    <w:p w14:paraId="6FF4009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crouched, fingers brushing slag. A tread mark pressed too deep, still sharp at the edges. A scuff where metal had scraped stone. The faint tang of half-burnt tibanna lingering, carried by the dry wind.</w:t>
      </w:r>
    </w:p>
    <w:p w14:paraId="7EC7AF24" w14:textId="77777777" w:rsidR="00830533" w:rsidRPr="0032579A" w:rsidRDefault="00830533">
      <w:pPr>
        <w:rPr>
          <w:rFonts w:ascii="Times New Roman" w:hAnsi="Times New Roman" w:cs="Times New Roman"/>
        </w:rPr>
      </w:pPr>
    </w:p>
    <w:p w14:paraId="4D96F5E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“Raiders,” he said.</w:t>
      </w:r>
    </w:p>
    <w:p w14:paraId="3363B80B" w14:textId="77777777" w:rsidR="00830533" w:rsidRPr="0032579A" w:rsidRDefault="00830533">
      <w:pPr>
        <w:rPr>
          <w:rFonts w:ascii="Times New Roman" w:hAnsi="Times New Roman" w:cs="Times New Roman"/>
        </w:rPr>
      </w:pPr>
    </w:p>
    <w:p w14:paraId="139848C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word slid down the line like a blade unsheathed.</w:t>
      </w:r>
    </w:p>
    <w:p w14:paraId="542CB868" w14:textId="77777777" w:rsidR="00830533" w:rsidRPr="0032579A" w:rsidRDefault="00830533">
      <w:pPr>
        <w:rPr>
          <w:rFonts w:ascii="Times New Roman" w:hAnsi="Times New Roman" w:cs="Times New Roman"/>
        </w:rPr>
      </w:pPr>
    </w:p>
    <w:p w14:paraId="52AB5D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pressed the datapad close to her chest, but her free hand dropped to the grip of her heavy blaster pistol. Darran shifted beside Verdan, jaw tight, knife slick in his hand. He was still young enough to think fury could hold back death.</w:t>
      </w:r>
    </w:p>
    <w:p w14:paraId="133D2A07" w14:textId="77777777" w:rsidR="00830533" w:rsidRPr="0032579A" w:rsidRDefault="00830533">
      <w:pPr>
        <w:rPr>
          <w:rFonts w:ascii="Times New Roman" w:hAnsi="Times New Roman" w:cs="Times New Roman"/>
        </w:rPr>
      </w:pPr>
    </w:p>
    <w:p w14:paraId="2C82053E" w14:textId="2C52C25C"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“They’ll push </w:t>
      </w:r>
      <w:r w:rsidR="005B3A77">
        <w:rPr>
          <w:rFonts w:ascii="Times New Roman" w:hAnsi="Times New Roman" w:cs="Times New Roman"/>
          <w:color w:val="000000"/>
        </w:rPr>
        <w:t xml:space="preserve">us </w:t>
      </w:r>
      <w:r w:rsidRPr="0032579A">
        <w:rPr>
          <w:rFonts w:ascii="Times New Roman" w:hAnsi="Times New Roman" w:cs="Times New Roman"/>
          <w:color w:val="000000"/>
        </w:rPr>
        <w:t>after sundown,” Verdan said. His tone was level, not a question.</w:t>
      </w:r>
    </w:p>
    <w:p w14:paraId="262506F1" w14:textId="77777777" w:rsidR="005B3A77" w:rsidRPr="0032579A" w:rsidRDefault="005B3A77" w:rsidP="005B3A77">
      <w:pPr>
        <w:spacing w:after="0"/>
        <w:jc w:val="center"/>
        <w:rPr>
          <w:rFonts w:ascii="Times New Roman" w:hAnsi="Times New Roman" w:cs="Times New Roman"/>
        </w:rPr>
      </w:pPr>
      <w:r w:rsidRPr="0032579A">
        <w:rPr>
          <w:rFonts w:ascii="Times New Roman" w:hAnsi="Times New Roman" w:cs="Times New Roman"/>
        </w:rPr>
        <w:lastRenderedPageBreak/>
        <w:t>***</w:t>
      </w:r>
    </w:p>
    <w:p w14:paraId="130FE5EE" w14:textId="77777777" w:rsidR="00830533" w:rsidRPr="0032579A" w:rsidRDefault="00830533">
      <w:pPr>
        <w:rPr>
          <w:rFonts w:ascii="Times New Roman" w:hAnsi="Times New Roman" w:cs="Times New Roman"/>
        </w:rPr>
      </w:pPr>
    </w:p>
    <w:p w14:paraId="63F49D1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the sun dropped behind the slag ridges, engines rose in the dark. Not the disciplined hum of city patrols. Rough, scavenged repulsors, whining and uneven. Pirate skiffs.</w:t>
      </w:r>
    </w:p>
    <w:p w14:paraId="3A3BA66B" w14:textId="77777777" w:rsidR="00830533" w:rsidRPr="0032579A" w:rsidRDefault="00830533">
      <w:pPr>
        <w:rPr>
          <w:rFonts w:ascii="Times New Roman" w:hAnsi="Times New Roman" w:cs="Times New Roman"/>
        </w:rPr>
      </w:pPr>
    </w:p>
    <w:p w14:paraId="1D6C24A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Three of them came first, lights off, hulls patched with scavenged Mandalorian plating that still bore the faint outlines of sigils long forgotten. Behind them, four raiders walked on foot, rifles slung careless. They thought they had stumbled onto prey too tired to resist.</w:t>
      </w:r>
    </w:p>
    <w:p w14:paraId="58C6BC9C" w14:textId="77777777" w:rsidR="00830533" w:rsidRPr="0032579A" w:rsidRDefault="00830533">
      <w:pPr>
        <w:rPr>
          <w:rFonts w:ascii="Times New Roman" w:hAnsi="Times New Roman" w:cs="Times New Roman"/>
        </w:rPr>
      </w:pPr>
    </w:p>
    <w:p w14:paraId="5B3E916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lifted his hand. The line melted into slag and shadow. Old men and women took the rise. Children pressed under tarps stitched from shuttlecloth. Selora knelt beside a girder, datapad set in the dirt, pistol drawn in a two-handed grip.</w:t>
      </w:r>
    </w:p>
    <w:p w14:paraId="0A5BEE83" w14:textId="77777777" w:rsidR="00830533" w:rsidRPr="0032579A" w:rsidRDefault="00830533">
      <w:pPr>
        <w:rPr>
          <w:rFonts w:ascii="Times New Roman" w:hAnsi="Times New Roman" w:cs="Times New Roman"/>
        </w:rPr>
      </w:pPr>
    </w:p>
    <w:p w14:paraId="03D9DAE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raiders closed. Laughing, careless.</w:t>
      </w:r>
    </w:p>
    <w:p w14:paraId="57AEA18F" w14:textId="77777777" w:rsidR="00830533" w:rsidRPr="0032579A" w:rsidRDefault="00830533">
      <w:pPr>
        <w:rPr>
          <w:rFonts w:ascii="Times New Roman" w:hAnsi="Times New Roman" w:cs="Times New Roman"/>
        </w:rPr>
      </w:pPr>
    </w:p>
    <w:p w14:paraId="6178D12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hand cut down.</w:t>
      </w:r>
    </w:p>
    <w:p w14:paraId="72FC95B7" w14:textId="77777777" w:rsidR="00830533" w:rsidRPr="0032579A" w:rsidRDefault="00830533">
      <w:pPr>
        <w:rPr>
          <w:rFonts w:ascii="Times New Roman" w:hAnsi="Times New Roman" w:cs="Times New Roman"/>
        </w:rPr>
      </w:pPr>
    </w:p>
    <w:p w14:paraId="5F08716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ambush snapped like metal under strain.</w:t>
      </w:r>
    </w:p>
    <w:p w14:paraId="61F49526" w14:textId="77777777" w:rsidR="00830533" w:rsidRPr="0032579A" w:rsidRDefault="00830533">
      <w:pPr>
        <w:rPr>
          <w:rFonts w:ascii="Times New Roman" w:hAnsi="Times New Roman" w:cs="Times New Roman"/>
        </w:rPr>
      </w:pPr>
    </w:p>
    <w:p w14:paraId="7F0ACD3C" w14:textId="7715453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Phalin’s shot cracked first, an old </w:t>
      </w:r>
      <w:r w:rsidR="005B3A77">
        <w:rPr>
          <w:rFonts w:ascii="Times New Roman" w:hAnsi="Times New Roman" w:cs="Times New Roman"/>
          <w:color w:val="000000"/>
        </w:rPr>
        <w:t xml:space="preserve">blaster </w:t>
      </w:r>
      <w:r w:rsidRPr="0032579A">
        <w:rPr>
          <w:rFonts w:ascii="Times New Roman" w:hAnsi="Times New Roman" w:cs="Times New Roman"/>
          <w:color w:val="000000"/>
        </w:rPr>
        <w:t>rifle coughing light. The lead rider tumbled from his skiff in a burst of sparks, body skidding across ash. Havel’s blaster barked next, low and sure, dropping one of the footmen before he could unsling his weapon.</w:t>
      </w:r>
    </w:p>
    <w:p w14:paraId="5C706F5B" w14:textId="77777777" w:rsidR="00830533" w:rsidRPr="0032579A" w:rsidRDefault="00830533">
      <w:pPr>
        <w:rPr>
          <w:rFonts w:ascii="Times New Roman" w:hAnsi="Times New Roman" w:cs="Times New Roman"/>
        </w:rPr>
      </w:pPr>
    </w:p>
    <w:p w14:paraId="606CD9F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fired in the same breath. Her bolt caught another raider square in the hip, dropping him hard against slag. She shifted her aim before he even hit the ground, sight already marking the next shape.</w:t>
      </w:r>
    </w:p>
    <w:p w14:paraId="4AF1AAE6" w14:textId="77777777" w:rsidR="00830533" w:rsidRPr="0032579A" w:rsidRDefault="00830533">
      <w:pPr>
        <w:rPr>
          <w:rFonts w:ascii="Times New Roman" w:hAnsi="Times New Roman" w:cs="Times New Roman"/>
        </w:rPr>
      </w:pPr>
    </w:p>
    <w:p w14:paraId="343603CF" w14:textId="6830C6D0" w:rsidR="00830533" w:rsidRPr="0032579A" w:rsidRDefault="00000000">
      <w:pPr>
        <w:rPr>
          <w:rFonts w:ascii="Times New Roman" w:hAnsi="Times New Roman" w:cs="Times New Roman"/>
        </w:rPr>
      </w:pPr>
      <w:r w:rsidRPr="0032579A">
        <w:rPr>
          <w:rFonts w:ascii="Times New Roman" w:hAnsi="Times New Roman" w:cs="Times New Roman"/>
          <w:color w:val="000000"/>
        </w:rPr>
        <w:t>Verdan moved with silence,</w:t>
      </w:r>
      <w:r w:rsidR="005B3A77">
        <w:rPr>
          <w:rFonts w:ascii="Times New Roman" w:hAnsi="Times New Roman" w:cs="Times New Roman"/>
          <w:color w:val="000000"/>
        </w:rPr>
        <w:t xml:space="preserve"> blaster in hand and</w:t>
      </w:r>
      <w:r w:rsidRPr="0032579A">
        <w:rPr>
          <w:rFonts w:ascii="Times New Roman" w:hAnsi="Times New Roman" w:cs="Times New Roman"/>
          <w:color w:val="000000"/>
        </w:rPr>
        <w:t xml:space="preserve"> knife drawn. Darran lunged, blade flashing wide, nearly losing himself until Verdan’s blaster punched through the chest of the raider reaching for him.</w:t>
      </w:r>
    </w:p>
    <w:p w14:paraId="173CF644" w14:textId="77777777" w:rsidR="00830533" w:rsidRPr="0032579A" w:rsidRDefault="00830533">
      <w:pPr>
        <w:rPr>
          <w:rFonts w:ascii="Times New Roman" w:hAnsi="Times New Roman" w:cs="Times New Roman"/>
        </w:rPr>
      </w:pPr>
    </w:p>
    <w:p w14:paraId="18C04EE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fight was fast. Brutal. No more than a handful of heartbeats.</w:t>
      </w:r>
    </w:p>
    <w:p w14:paraId="24A05A66" w14:textId="77777777" w:rsidR="00830533" w:rsidRPr="0032579A" w:rsidRDefault="00830533">
      <w:pPr>
        <w:rPr>
          <w:rFonts w:ascii="Times New Roman" w:hAnsi="Times New Roman" w:cs="Times New Roman"/>
        </w:rPr>
      </w:pPr>
    </w:p>
    <w:p w14:paraId="36B8CA6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And then Jerek fell.</w:t>
      </w:r>
    </w:p>
    <w:p w14:paraId="6A39B8F7" w14:textId="77777777" w:rsidR="00830533" w:rsidRPr="0032579A" w:rsidRDefault="00830533">
      <w:pPr>
        <w:rPr>
          <w:rFonts w:ascii="Times New Roman" w:hAnsi="Times New Roman" w:cs="Times New Roman"/>
        </w:rPr>
      </w:pPr>
    </w:p>
    <w:p w14:paraId="4379DCF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boy — seventeen, too thin, still carrying the hesitation of someone not yet hardened by violence — stepped into open ground. A raider’s last bolt caught him under the ribs. He staggered, dropped his knife, and went down gasping. Dust swallowed the sound.</w:t>
      </w:r>
    </w:p>
    <w:p w14:paraId="351F6FB0" w14:textId="77777777" w:rsidR="00830533" w:rsidRPr="0032579A" w:rsidRDefault="00830533">
      <w:pPr>
        <w:rPr>
          <w:rFonts w:ascii="Times New Roman" w:hAnsi="Times New Roman" w:cs="Times New Roman"/>
        </w:rPr>
      </w:pPr>
    </w:p>
    <w:p w14:paraId="120C790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Silence spread heavier than smoke.</w:t>
      </w:r>
    </w:p>
    <w:p w14:paraId="038AA21C" w14:textId="77777777" w:rsidR="00830533" w:rsidRPr="0032579A" w:rsidRDefault="00830533">
      <w:pPr>
        <w:rPr>
          <w:rFonts w:ascii="Times New Roman" w:hAnsi="Times New Roman" w:cs="Times New Roman"/>
        </w:rPr>
      </w:pPr>
    </w:p>
    <w:p w14:paraId="7879CCF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scanned the ground once more. No movement. No threat. He lowered his pistol.</w:t>
      </w:r>
    </w:p>
    <w:p w14:paraId="73B9BDF4" w14:textId="77777777" w:rsidR="00830533" w:rsidRPr="0032579A" w:rsidRDefault="00830533">
      <w:pPr>
        <w:rPr>
          <w:rFonts w:ascii="Times New Roman" w:hAnsi="Times New Roman" w:cs="Times New Roman"/>
        </w:rPr>
      </w:pPr>
    </w:p>
    <w:p w14:paraId="37B934C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“Clear,” he said.</w:t>
      </w:r>
    </w:p>
    <w:p w14:paraId="57296E02" w14:textId="77777777" w:rsidR="00830533" w:rsidRPr="0032579A" w:rsidRDefault="00830533">
      <w:pPr>
        <w:rPr>
          <w:rFonts w:ascii="Times New Roman" w:hAnsi="Times New Roman" w:cs="Times New Roman"/>
        </w:rPr>
      </w:pPr>
    </w:p>
    <w:p w14:paraId="6B6E2EC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word ended the fight. It did not end the cost.</w:t>
      </w:r>
    </w:p>
    <w:p w14:paraId="7D0538EB" w14:textId="77777777" w:rsidR="00830533" w:rsidRPr="0032579A" w:rsidRDefault="00830533">
      <w:pPr>
        <w:rPr>
          <w:rFonts w:ascii="Times New Roman" w:hAnsi="Times New Roman" w:cs="Times New Roman"/>
        </w:rPr>
      </w:pPr>
    </w:p>
    <w:p w14:paraId="4C658B3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gathered around the body.</w:t>
      </w:r>
    </w:p>
    <w:p w14:paraId="6E9B13A6" w14:textId="77777777" w:rsidR="00830533" w:rsidRPr="0032579A" w:rsidRDefault="00830533">
      <w:pPr>
        <w:rPr>
          <w:rFonts w:ascii="Times New Roman" w:hAnsi="Times New Roman" w:cs="Times New Roman"/>
        </w:rPr>
      </w:pPr>
    </w:p>
    <w:p w14:paraId="4E4DB08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Jerek’s eyes were still open, reflecting a dead sky. His chest rose once, shuddering, then stopped.</w:t>
      </w:r>
    </w:p>
    <w:p w14:paraId="15791F9B" w14:textId="77777777" w:rsidR="00830533" w:rsidRPr="0032579A" w:rsidRDefault="00830533">
      <w:pPr>
        <w:rPr>
          <w:rFonts w:ascii="Times New Roman" w:hAnsi="Times New Roman" w:cs="Times New Roman"/>
        </w:rPr>
      </w:pPr>
    </w:p>
    <w:p w14:paraId="62BE2F8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dropped to his knees. “No—” His hands pressed hard on the wound, trying to seal it, to force life back in. Blood soaked through his palms, hot, futile. “He was one of us. He—”</w:t>
      </w:r>
    </w:p>
    <w:p w14:paraId="353182E4" w14:textId="77777777" w:rsidR="00830533" w:rsidRPr="0032579A" w:rsidRDefault="00830533">
      <w:pPr>
        <w:rPr>
          <w:rFonts w:ascii="Times New Roman" w:hAnsi="Times New Roman" w:cs="Times New Roman"/>
        </w:rPr>
      </w:pPr>
    </w:p>
    <w:p w14:paraId="4777378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hand came down, heavy on his shoulder. “Enough.”</w:t>
      </w:r>
    </w:p>
    <w:p w14:paraId="439AE414" w14:textId="77777777" w:rsidR="00830533" w:rsidRPr="0032579A" w:rsidRDefault="00830533">
      <w:pPr>
        <w:rPr>
          <w:rFonts w:ascii="Times New Roman" w:hAnsi="Times New Roman" w:cs="Times New Roman"/>
        </w:rPr>
      </w:pPr>
    </w:p>
    <w:p w14:paraId="282CB48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word landed like stone.</w:t>
      </w:r>
    </w:p>
    <w:p w14:paraId="561649AD" w14:textId="77777777" w:rsidR="00830533" w:rsidRPr="0032579A" w:rsidRDefault="00830533">
      <w:pPr>
        <w:rPr>
          <w:rFonts w:ascii="Times New Roman" w:hAnsi="Times New Roman" w:cs="Times New Roman"/>
        </w:rPr>
      </w:pPr>
    </w:p>
    <w:p w14:paraId="30155940" w14:textId="0B5E46C2"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Selora holstered her pistol before kneeling at the boy’s side. Her face was pale, but her hands were already unbuckling Jerek’s chest plate. She wiped blood from the durasteel, set it aside. “</w:t>
      </w:r>
      <w:r w:rsidR="00C03736">
        <w:rPr>
          <w:rFonts w:ascii="Times New Roman" w:hAnsi="Times New Roman" w:cs="Times New Roman"/>
          <w:color w:val="000000"/>
        </w:rPr>
        <w:t>Its s</w:t>
      </w:r>
      <w:r w:rsidRPr="0032579A">
        <w:rPr>
          <w:rFonts w:ascii="Times New Roman" w:hAnsi="Times New Roman" w:cs="Times New Roman"/>
          <w:color w:val="000000"/>
        </w:rPr>
        <w:t xml:space="preserve">till good,” she said softly. She entered it into the </w:t>
      </w:r>
      <w:r w:rsidR="00C03736">
        <w:rPr>
          <w:rFonts w:ascii="Times New Roman" w:hAnsi="Times New Roman" w:cs="Times New Roman"/>
          <w:color w:val="000000"/>
        </w:rPr>
        <w:t>pad</w:t>
      </w:r>
      <w:r w:rsidRPr="0032579A">
        <w:rPr>
          <w:rFonts w:ascii="Times New Roman" w:hAnsi="Times New Roman" w:cs="Times New Roman"/>
          <w:color w:val="000000"/>
        </w:rPr>
        <w:t>: Plate, salvage. Blaster cell, drained. Knife, lost.</w:t>
      </w:r>
    </w:p>
    <w:p w14:paraId="3E0DB934" w14:textId="77777777" w:rsidR="00830533" w:rsidRPr="0032579A" w:rsidRDefault="00830533">
      <w:pPr>
        <w:rPr>
          <w:rFonts w:ascii="Times New Roman" w:hAnsi="Times New Roman" w:cs="Times New Roman"/>
        </w:rPr>
      </w:pPr>
    </w:p>
    <w:p w14:paraId="2F86C84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others moved with the rhythm they had learned. Havel pulled the boots free, handed them to Teg. Phalin stripped the power cell from the boy’s weapon, sliding it into Derya’s pack. Mara lifted the belt and holster, fitting them to her brother’s narrow waist.</w:t>
      </w:r>
    </w:p>
    <w:p w14:paraId="60BDEABD" w14:textId="77777777" w:rsidR="00830533" w:rsidRPr="0032579A" w:rsidRDefault="00830533">
      <w:pPr>
        <w:rPr>
          <w:rFonts w:ascii="Times New Roman" w:hAnsi="Times New Roman" w:cs="Times New Roman"/>
        </w:rPr>
      </w:pPr>
    </w:p>
    <w:p w14:paraId="70E32F2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Nothing wasted.</w:t>
      </w:r>
    </w:p>
    <w:p w14:paraId="56959502" w14:textId="77777777" w:rsidR="00830533" w:rsidRPr="0032579A" w:rsidRDefault="00830533">
      <w:pPr>
        <w:rPr>
          <w:rFonts w:ascii="Times New Roman" w:hAnsi="Times New Roman" w:cs="Times New Roman"/>
        </w:rPr>
      </w:pPr>
    </w:p>
    <w:p w14:paraId="438248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Only the flesh was left.</w:t>
      </w:r>
    </w:p>
    <w:p w14:paraId="7822D5CB" w14:textId="77777777" w:rsidR="00830533" w:rsidRPr="0032579A" w:rsidRDefault="00830533">
      <w:pPr>
        <w:rPr>
          <w:rFonts w:ascii="Times New Roman" w:hAnsi="Times New Roman" w:cs="Times New Roman"/>
        </w:rPr>
      </w:pPr>
    </w:p>
    <w:p w14:paraId="6B70C16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buried him shallow, knives and hands cutting into slag. The grave was hardly deeper than a body, but it was enough. Dust poured over his face, his chest, the stillness of his hands. Selora closed his eyes before the first handful fell.</w:t>
      </w:r>
    </w:p>
    <w:p w14:paraId="5FB8ABF0" w14:textId="77777777" w:rsidR="00830533" w:rsidRPr="0032579A" w:rsidRDefault="00830533">
      <w:pPr>
        <w:rPr>
          <w:rFonts w:ascii="Times New Roman" w:hAnsi="Times New Roman" w:cs="Times New Roman"/>
        </w:rPr>
      </w:pPr>
    </w:p>
    <w:p w14:paraId="4AA90B7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the dirt had covered him, Darran spun, voice raw. “That’s it? We strip him, bury him, walk on? They killed him! We should hunt them down, burn their camp, make them pay!”</w:t>
      </w:r>
    </w:p>
    <w:p w14:paraId="52291EE1" w14:textId="77777777" w:rsidR="00830533" w:rsidRPr="0032579A" w:rsidRDefault="00830533">
      <w:pPr>
        <w:rPr>
          <w:rFonts w:ascii="Times New Roman" w:hAnsi="Times New Roman" w:cs="Times New Roman"/>
        </w:rPr>
      </w:pPr>
    </w:p>
    <w:p w14:paraId="0E92915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faced him, calm and cold. “And what do we pay for it? More mouths hungry. More dead. Blood spent for nothing.”</w:t>
      </w:r>
    </w:p>
    <w:p w14:paraId="27DF0DF3" w14:textId="77777777" w:rsidR="00830533" w:rsidRPr="0032579A" w:rsidRDefault="00830533">
      <w:pPr>
        <w:rPr>
          <w:rFonts w:ascii="Times New Roman" w:hAnsi="Times New Roman" w:cs="Times New Roman"/>
        </w:rPr>
      </w:pPr>
    </w:p>
    <w:p w14:paraId="3326FE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Darran’s voice cracked into fury. “He mattered!”</w:t>
      </w:r>
    </w:p>
    <w:p w14:paraId="79FCF73D" w14:textId="77777777" w:rsidR="00830533" w:rsidRPr="0032579A" w:rsidRDefault="00830533">
      <w:pPr>
        <w:rPr>
          <w:rFonts w:ascii="Times New Roman" w:hAnsi="Times New Roman" w:cs="Times New Roman"/>
        </w:rPr>
      </w:pPr>
    </w:p>
    <w:p w14:paraId="78A5E175" w14:textId="4BC7C81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Verdan’s gaze cut into him. “And because he mattered, his death feeds the living. His armor, his weapon, his place in the line. If we bleed </w:t>
      </w:r>
      <w:r w:rsidR="00D43E29">
        <w:rPr>
          <w:rFonts w:ascii="Times New Roman" w:hAnsi="Times New Roman" w:cs="Times New Roman"/>
          <w:color w:val="000000"/>
        </w:rPr>
        <w:t xml:space="preserve">more in </w:t>
      </w:r>
      <w:r w:rsidRPr="0032579A">
        <w:rPr>
          <w:rFonts w:ascii="Times New Roman" w:hAnsi="Times New Roman" w:cs="Times New Roman"/>
          <w:color w:val="000000"/>
        </w:rPr>
        <w:t>anger, we betray hi</w:t>
      </w:r>
      <w:r w:rsidR="00D43E29">
        <w:rPr>
          <w:rFonts w:ascii="Times New Roman" w:hAnsi="Times New Roman" w:cs="Times New Roman"/>
          <w:color w:val="000000"/>
        </w:rPr>
        <w:t>s lose</w:t>
      </w:r>
      <w:r w:rsidRPr="0032579A">
        <w:rPr>
          <w:rFonts w:ascii="Times New Roman" w:hAnsi="Times New Roman" w:cs="Times New Roman"/>
          <w:color w:val="000000"/>
        </w:rPr>
        <w:t>.”</w:t>
      </w:r>
    </w:p>
    <w:p w14:paraId="0EC740EA" w14:textId="77777777" w:rsidR="00830533" w:rsidRPr="0032579A" w:rsidRDefault="00830533">
      <w:pPr>
        <w:rPr>
          <w:rFonts w:ascii="Times New Roman" w:hAnsi="Times New Roman" w:cs="Times New Roman"/>
        </w:rPr>
      </w:pPr>
    </w:p>
    <w:p w14:paraId="0D120AC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trembled, knife shaking in his hand. But he did not speak again. Verdan’s word still hung between them.</w:t>
      </w:r>
    </w:p>
    <w:p w14:paraId="08344FDC" w14:textId="77777777" w:rsidR="00830533" w:rsidRPr="0032579A" w:rsidRDefault="00830533">
      <w:pPr>
        <w:rPr>
          <w:rFonts w:ascii="Times New Roman" w:hAnsi="Times New Roman" w:cs="Times New Roman"/>
        </w:rPr>
      </w:pPr>
    </w:p>
    <w:p w14:paraId="59E85D0C" w14:textId="77777777" w:rsidR="00830533" w:rsidRPr="001F2087" w:rsidRDefault="00000000">
      <w:pPr>
        <w:rPr>
          <w:rFonts w:ascii="Times New Roman" w:hAnsi="Times New Roman" w:cs="Times New Roman"/>
          <w:bCs/>
        </w:rPr>
      </w:pPr>
      <w:r w:rsidRPr="001F2087">
        <w:rPr>
          <w:rFonts w:ascii="Times New Roman" w:hAnsi="Times New Roman" w:cs="Times New Roman"/>
          <w:bCs/>
          <w:color w:val="000000"/>
        </w:rPr>
        <w:lastRenderedPageBreak/>
        <w:t>“Enough.”</w:t>
      </w:r>
    </w:p>
    <w:p w14:paraId="5C752CFB" w14:textId="77777777" w:rsidR="001F2087" w:rsidRPr="0032579A" w:rsidRDefault="001F2087" w:rsidP="001F2087">
      <w:pPr>
        <w:spacing w:after="0"/>
        <w:jc w:val="center"/>
        <w:rPr>
          <w:rFonts w:ascii="Times New Roman" w:hAnsi="Times New Roman" w:cs="Times New Roman"/>
        </w:rPr>
      </w:pPr>
      <w:r w:rsidRPr="0032579A">
        <w:rPr>
          <w:rFonts w:ascii="Times New Roman" w:hAnsi="Times New Roman" w:cs="Times New Roman"/>
        </w:rPr>
        <w:t>***</w:t>
      </w:r>
    </w:p>
    <w:p w14:paraId="4246830E" w14:textId="77777777" w:rsidR="00830533" w:rsidRPr="0032579A" w:rsidRDefault="00830533">
      <w:pPr>
        <w:rPr>
          <w:rFonts w:ascii="Times New Roman" w:hAnsi="Times New Roman" w:cs="Times New Roman"/>
        </w:rPr>
      </w:pPr>
    </w:p>
    <w:p w14:paraId="261E86E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walked that night under Mandalore’s broken sky, domes faint in the distance like glass hearts cracked and bandaged with steel. Packs were heavier, but so was silence.</w:t>
      </w:r>
    </w:p>
    <w:p w14:paraId="7C2B1FF0" w14:textId="77777777" w:rsidR="00830533" w:rsidRPr="0032579A" w:rsidRDefault="00830533">
      <w:pPr>
        <w:rPr>
          <w:rFonts w:ascii="Times New Roman" w:hAnsi="Times New Roman" w:cs="Times New Roman"/>
        </w:rPr>
      </w:pPr>
    </w:p>
    <w:p w14:paraId="1D75455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walked beside Verdan, datapad tucked under her arm, pistol still low at her hip. She had recorded the redistribution, each item marked like scripture. “You didn’t tell him to be calm,” she said finally.</w:t>
      </w:r>
    </w:p>
    <w:p w14:paraId="36F18D32" w14:textId="77777777" w:rsidR="00830533" w:rsidRPr="0032579A" w:rsidRDefault="00830533">
      <w:pPr>
        <w:rPr>
          <w:rFonts w:ascii="Times New Roman" w:hAnsi="Times New Roman" w:cs="Times New Roman"/>
        </w:rPr>
      </w:pPr>
    </w:p>
    <w:p w14:paraId="6BC27D4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“Calm wastes breath,” Verdan replied.</w:t>
      </w:r>
    </w:p>
    <w:p w14:paraId="1F4DA70D" w14:textId="77777777" w:rsidR="00830533" w:rsidRPr="0032579A" w:rsidRDefault="00830533">
      <w:pPr>
        <w:rPr>
          <w:rFonts w:ascii="Times New Roman" w:hAnsi="Times New Roman" w:cs="Times New Roman"/>
        </w:rPr>
      </w:pPr>
    </w:p>
    <w:p w14:paraId="010E5A7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told him ‘enough.’”</w:t>
      </w:r>
    </w:p>
    <w:p w14:paraId="1EB2532A" w14:textId="77777777" w:rsidR="00830533" w:rsidRPr="0032579A" w:rsidRDefault="00830533">
      <w:pPr>
        <w:rPr>
          <w:rFonts w:ascii="Times New Roman" w:hAnsi="Times New Roman" w:cs="Times New Roman"/>
        </w:rPr>
      </w:pPr>
    </w:p>
    <w:p w14:paraId="3A2D3F5C" w14:textId="4B0EE702" w:rsidR="00830533" w:rsidRPr="0032579A" w:rsidRDefault="00000000">
      <w:pPr>
        <w:rPr>
          <w:rFonts w:ascii="Times New Roman" w:hAnsi="Times New Roman" w:cs="Times New Roman"/>
        </w:rPr>
      </w:pPr>
      <w:r w:rsidRPr="0032579A">
        <w:rPr>
          <w:rFonts w:ascii="Times New Roman" w:hAnsi="Times New Roman" w:cs="Times New Roman"/>
          <w:color w:val="000000"/>
        </w:rPr>
        <w:t>Verdan’s stride did not falter. “It was all the word needed to be.</w:t>
      </w:r>
      <w:r w:rsidR="00C45F81">
        <w:rPr>
          <w:rFonts w:ascii="Times New Roman" w:hAnsi="Times New Roman" w:cs="Times New Roman"/>
          <w:color w:val="000000"/>
        </w:rPr>
        <w:t xml:space="preserve"> There is a time and a place, that was neither.</w:t>
      </w:r>
      <w:r w:rsidRPr="0032579A">
        <w:rPr>
          <w:rFonts w:ascii="Times New Roman" w:hAnsi="Times New Roman" w:cs="Times New Roman"/>
          <w:color w:val="000000"/>
        </w:rPr>
        <w:t>”</w:t>
      </w:r>
    </w:p>
    <w:p w14:paraId="74E48E3D" w14:textId="77777777" w:rsidR="00830533" w:rsidRPr="0032579A" w:rsidRDefault="00830533">
      <w:pPr>
        <w:rPr>
          <w:rFonts w:ascii="Times New Roman" w:hAnsi="Times New Roman" w:cs="Times New Roman"/>
        </w:rPr>
      </w:pPr>
    </w:p>
    <w:p w14:paraId="7F31AC33" w14:textId="235E438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keyed one last line into the </w:t>
      </w:r>
      <w:r w:rsidR="00623C10">
        <w:rPr>
          <w:rFonts w:ascii="Times New Roman" w:hAnsi="Times New Roman" w:cs="Times New Roman"/>
          <w:color w:val="000000"/>
        </w:rPr>
        <w:t>pad</w:t>
      </w:r>
      <w:r w:rsidRPr="0032579A">
        <w:rPr>
          <w:rFonts w:ascii="Times New Roman" w:hAnsi="Times New Roman" w:cs="Times New Roman"/>
          <w:color w:val="000000"/>
        </w:rPr>
        <w:t>, her thumb pausing before she pressed it home:</w:t>
      </w:r>
    </w:p>
    <w:p w14:paraId="2FA80C0D" w14:textId="77777777" w:rsidR="00830533" w:rsidRPr="0032579A" w:rsidRDefault="00830533">
      <w:pPr>
        <w:rPr>
          <w:rFonts w:ascii="Times New Roman" w:hAnsi="Times New Roman" w:cs="Times New Roman"/>
        </w:rPr>
      </w:pPr>
    </w:p>
    <w:p w14:paraId="5CE31B5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dead feed the living.</w:t>
      </w:r>
    </w:p>
    <w:p w14:paraId="0F9E04C0" w14:textId="77777777" w:rsidR="00830533" w:rsidRPr="0032579A" w:rsidRDefault="00830533">
      <w:pPr>
        <w:rPr>
          <w:rFonts w:ascii="Times New Roman" w:hAnsi="Times New Roman" w:cs="Times New Roman"/>
        </w:rPr>
      </w:pPr>
    </w:p>
    <w:p w14:paraId="3C28E92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Behind them, Darran walked with the knife Jerek had dropped, jaw clenched, eyes fixed forward. Fury still burned, but it had no direction. Not yet.</w:t>
      </w:r>
    </w:p>
    <w:p w14:paraId="088662BB" w14:textId="77777777" w:rsidR="00830533" w:rsidRPr="0032579A" w:rsidRDefault="00830533">
      <w:pPr>
        <w:rPr>
          <w:rFonts w:ascii="Times New Roman" w:hAnsi="Times New Roman" w:cs="Times New Roman"/>
        </w:rPr>
      </w:pPr>
    </w:p>
    <w:p w14:paraId="26864B5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line of survivors stretched on through Mandalore’s poisoned dust, leaving behind a shallow grave and stripped raider husks. No banners. No trophies. Only bones.</w:t>
      </w:r>
    </w:p>
    <w:p w14:paraId="090442CA" w14:textId="77777777" w:rsidR="00830533" w:rsidRPr="0032579A" w:rsidRDefault="00830533">
      <w:pPr>
        <w:rPr>
          <w:rFonts w:ascii="Times New Roman" w:hAnsi="Times New Roman" w:cs="Times New Roman"/>
        </w:rPr>
      </w:pPr>
    </w:p>
    <w:p w14:paraId="0382E321" w14:textId="77777777" w:rsidR="00830533" w:rsidRPr="0032579A" w:rsidRDefault="00830533">
      <w:pPr>
        <w:rPr>
          <w:rFonts w:ascii="Times New Roman" w:hAnsi="Times New Roman" w:cs="Times New Roman"/>
        </w:rPr>
      </w:pPr>
    </w:p>
    <w:p w14:paraId="4F500EC0"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4D52CA92"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V — Bases in Ruins</w:t>
      </w:r>
    </w:p>
    <w:p w14:paraId="7C320F50" w14:textId="77777777" w:rsidR="00830533" w:rsidRDefault="00000000">
      <w:pPr>
        <w:jc w:val="center"/>
        <w:rPr>
          <w:rFonts w:ascii="Times New Roman" w:hAnsi="Times New Roman" w:cs="Times New Roman"/>
          <w:i/>
        </w:rPr>
      </w:pPr>
      <w:r w:rsidRPr="0032579A">
        <w:rPr>
          <w:rFonts w:ascii="Times New Roman" w:hAnsi="Times New Roman" w:cs="Times New Roman"/>
          <w:i/>
        </w:rPr>
        <w:t>*36 BBY*</w:t>
      </w:r>
    </w:p>
    <w:p w14:paraId="3A24E130" w14:textId="77777777" w:rsidR="0032579A" w:rsidRPr="0032579A" w:rsidRDefault="0032579A">
      <w:pPr>
        <w:jc w:val="center"/>
        <w:rPr>
          <w:rFonts w:ascii="Times New Roman" w:hAnsi="Times New Roman" w:cs="Times New Roman"/>
        </w:rPr>
      </w:pPr>
    </w:p>
    <w:p w14:paraId="27826CD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land shifted as they walked.</w:t>
      </w:r>
    </w:p>
    <w:p w14:paraId="5195786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For days it had been only flat scar tissue, ash blown thin across slag and stone, the horizon wavering like old glass. Now the ground broke into ridges, jagged runs of black and red where once-great conveyors had collapsed and left their skeletons in the dirt. Wind whistled through rusted struts, carrying the taste of metal sharper than dust.</w:t>
      </w:r>
    </w:p>
    <w:p w14:paraId="6E38BF2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slowed at the rise. His eyes tracked lines the way a soldier reads maps others cannot see. Rusted rail cut in a shallow curve toward the hollow ahead, disappearing into the mouth of a scarred hill. The ground near the entrance had sunk over time, leaving a gash where rock had sheared away to expose girders and concrete. Above the darkness, a sign still clung by a single bolt, the letters half-scoured by sand: Sector 12 Extraction Site.</w:t>
      </w:r>
    </w:p>
    <w:p w14:paraId="120A8D7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survivors fanned out behind him, quiet by habit. Selora shifted the datapad from one arm to the other, her other hand brushing the grip of her blaster pistol. Darran moved close at Verdan’s side, the knife he carried tapping against his thigh in restless rhythm. Old Phalin coughed into a rag, the sound muffled but ragged, and Havel rested his rifle on his shoulder like a staff, his blind eye milky but his good one sharp.</w:t>
      </w:r>
    </w:p>
    <w:p w14:paraId="39E2EF8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crouched, brushing a fingertip across the slag near the entry. Dust rose light as ash, undisturbed. No fresh tracks. No sign of fire or squatters. He breathed in. The air that wafted from the dark smelled of cold stone, not bodies or rot.</w:t>
      </w:r>
    </w:p>
    <w:p w14:paraId="520B858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stood.</w:t>
      </w:r>
    </w:p>
    <w:p w14:paraId="1F0D649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“Mine,” he said.</w:t>
      </w:r>
    </w:p>
    <w:p w14:paraId="5FD85C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word rippled through the line. Some faces tightened, others eased. Mines meant collapse and poison, but they also meant shelter and salvage.</w:t>
      </w:r>
    </w:p>
    <w:p w14:paraId="0A6FF8C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spoke first, voice steady as always. “A place like this could hold weight.”</w:t>
      </w:r>
    </w:p>
    <w:p w14:paraId="04A7F0B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Darran’s grip tightened on the knife. “It could be ours.”</w:t>
      </w:r>
    </w:p>
    <w:p w14:paraId="39CA711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did not dismiss the words. He looked at the jagged mouth of the hill and let silence weigh a moment. “If it holds, it holds for us,” he said at last. “But stone walls draw more than rain. Others will come sniffing.”</w:t>
      </w:r>
    </w:p>
    <w:p w14:paraId="2660C284" w14:textId="77777777" w:rsidR="00830533" w:rsidRPr="0032579A" w:rsidRDefault="00830533">
      <w:pPr>
        <w:rPr>
          <w:rFonts w:ascii="Times New Roman" w:hAnsi="Times New Roman" w:cs="Times New Roman"/>
        </w:rPr>
      </w:pPr>
    </w:p>
    <w:p w14:paraId="691308E8"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1A49AD03" w14:textId="77777777" w:rsidR="00830533" w:rsidRPr="0032579A" w:rsidRDefault="00830533">
      <w:pPr>
        <w:rPr>
          <w:rFonts w:ascii="Times New Roman" w:hAnsi="Times New Roman" w:cs="Times New Roman"/>
        </w:rPr>
      </w:pPr>
    </w:p>
    <w:p w14:paraId="7E756B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They moved in pairs. Verdan led point with Darran, Selora shadowing close with Phalin and Havel at the rear. The outer buildings stood like broken teeth: barracks long collapsed, roofs peeled away by decades of storms, skeletal beams jutting skyward. They moved through them slow, blasters low, blades loose.</w:t>
      </w:r>
    </w:p>
    <w:p w14:paraId="79A8AB7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catalogued as they went:  </w:t>
      </w:r>
      <w:r w:rsidRPr="0032579A">
        <w:rPr>
          <w:rFonts w:ascii="Times New Roman" w:hAnsi="Times New Roman" w:cs="Times New Roman"/>
          <w:color w:val="000000"/>
        </w:rPr>
        <w:br/>
        <w:t xml:space="preserve">- Signs of age only: rust thick on bolts, paint peeled to bare alloy.  </w:t>
      </w:r>
      <w:r w:rsidRPr="0032579A">
        <w:rPr>
          <w:rFonts w:ascii="Times New Roman" w:hAnsi="Times New Roman" w:cs="Times New Roman"/>
          <w:color w:val="000000"/>
        </w:rPr>
        <w:br/>
        <w:t xml:space="preserve">- No heat scars newer than a decade.  </w:t>
      </w:r>
      <w:r w:rsidRPr="0032579A">
        <w:rPr>
          <w:rFonts w:ascii="Times New Roman" w:hAnsi="Times New Roman" w:cs="Times New Roman"/>
          <w:color w:val="000000"/>
        </w:rPr>
        <w:br/>
        <w:t>- No spoor, no firepits.</w:t>
      </w:r>
    </w:p>
    <w:p w14:paraId="56C5E79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a broken mess hall wall, Selora paused. Faint lines had been carved into the duracrete: tallies and names etched with the patience of miners who had nothing but stone to write against. She brushed grit with her thumb, the lines clearer under touch.</w:t>
      </w:r>
    </w:p>
    <w:p w14:paraId="0152681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“Ledgers,” she murmured. “Older than any pad.”</w:t>
      </w:r>
    </w:p>
    <w:p w14:paraId="51702B3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leaned to see, eyes bright. “What do they say?”</w:t>
      </w:r>
    </w:p>
    <w:p w14:paraId="57360C2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“Shifts. Ore counts. Names of the dead.” Her voice had an edge of reverence.</w:t>
      </w:r>
    </w:p>
    <w:p w14:paraId="4F7C5A07" w14:textId="5F05A5BA"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Verdan’s gaze slid over them, uninterested in ghosts. “Names carved in stone don’t feed </w:t>
      </w:r>
      <w:r w:rsidR="00113751">
        <w:rPr>
          <w:rFonts w:ascii="Times New Roman" w:hAnsi="Times New Roman" w:cs="Times New Roman"/>
          <w:color w:val="000000"/>
        </w:rPr>
        <w:t>us Selora</w:t>
      </w:r>
      <w:r w:rsidRPr="0032579A">
        <w:rPr>
          <w:rFonts w:ascii="Times New Roman" w:hAnsi="Times New Roman" w:cs="Times New Roman"/>
          <w:color w:val="000000"/>
        </w:rPr>
        <w:t>.” He turned, scanning the slope. “</w:t>
      </w:r>
      <w:r w:rsidR="00113751">
        <w:rPr>
          <w:rFonts w:ascii="Times New Roman" w:hAnsi="Times New Roman" w:cs="Times New Roman"/>
          <w:color w:val="000000"/>
        </w:rPr>
        <w:t>We should k</w:t>
      </w:r>
      <w:r w:rsidRPr="0032579A">
        <w:rPr>
          <w:rFonts w:ascii="Times New Roman" w:hAnsi="Times New Roman" w:cs="Times New Roman"/>
          <w:color w:val="000000"/>
        </w:rPr>
        <w:t>eep moving.”</w:t>
      </w:r>
    </w:p>
    <w:p w14:paraId="7096AB0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let her hand linger one breath longer before she followed.</w:t>
      </w:r>
    </w:p>
    <w:p w14:paraId="5F2C7912" w14:textId="77777777" w:rsidR="00830533" w:rsidRPr="0032579A" w:rsidRDefault="00830533">
      <w:pPr>
        <w:rPr>
          <w:rFonts w:ascii="Times New Roman" w:hAnsi="Times New Roman" w:cs="Times New Roman"/>
        </w:rPr>
      </w:pPr>
    </w:p>
    <w:p w14:paraId="482D8AAB"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162DA7E0" w14:textId="77777777" w:rsidR="00830533" w:rsidRPr="0032579A" w:rsidRDefault="00830533">
      <w:pPr>
        <w:rPr>
          <w:rFonts w:ascii="Times New Roman" w:hAnsi="Times New Roman" w:cs="Times New Roman"/>
        </w:rPr>
      </w:pPr>
    </w:p>
    <w:p w14:paraId="140E63A4" w14:textId="3BA065D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cistern came first. Its stone collar was cracked but intact, the basin below dry but deep. Verdan crouched and tested the lip with his weight. Solid. “It could hold </w:t>
      </w:r>
      <w:r w:rsidR="00A16A96">
        <w:rPr>
          <w:rFonts w:ascii="Times New Roman" w:hAnsi="Times New Roman" w:cs="Times New Roman"/>
          <w:color w:val="000000"/>
        </w:rPr>
        <w:t xml:space="preserve">water </w:t>
      </w:r>
      <w:r w:rsidRPr="0032579A">
        <w:rPr>
          <w:rFonts w:ascii="Times New Roman" w:hAnsi="Times New Roman" w:cs="Times New Roman"/>
          <w:color w:val="000000"/>
        </w:rPr>
        <w:t>again,” he said. “</w:t>
      </w:r>
      <w:r w:rsidR="00113751">
        <w:rPr>
          <w:rFonts w:ascii="Times New Roman" w:hAnsi="Times New Roman" w:cs="Times New Roman"/>
          <w:color w:val="000000"/>
        </w:rPr>
        <w:t>If it rains that is.”</w:t>
      </w:r>
    </w:p>
    <w:p w14:paraId="071147A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pressed farther, past half-collapsed storage rooms. One door still hung true on its hinges. Verdan put a hand against it, listening. No echo of movement beyond. He shoved it open and glowlight spilled into a shaft cut straight into stone.</w:t>
      </w:r>
    </w:p>
    <w:p w14:paraId="3CF6603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group hesitated at the threshold.</w:t>
      </w:r>
    </w:p>
    <w:p w14:paraId="52D58DD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drew his knife, glowrod in the other hand. “With me.”</w:t>
      </w:r>
    </w:p>
    <w:p w14:paraId="65B07BD3" w14:textId="64B56547" w:rsidR="00830533" w:rsidRPr="0032579A" w:rsidRDefault="00000000">
      <w:pPr>
        <w:rPr>
          <w:rFonts w:ascii="Times New Roman" w:hAnsi="Times New Roman" w:cs="Times New Roman"/>
        </w:rPr>
      </w:pPr>
      <w:r w:rsidRPr="0032579A">
        <w:rPr>
          <w:rFonts w:ascii="Times New Roman" w:hAnsi="Times New Roman" w:cs="Times New Roman"/>
          <w:color w:val="000000"/>
        </w:rPr>
        <w:t>Darran stepped in without waiting, too quick, the eagerness of youth. Verdan caught his shoulder, slowed him. “</w:t>
      </w:r>
      <w:r w:rsidR="00A16A96">
        <w:rPr>
          <w:rFonts w:ascii="Times New Roman" w:hAnsi="Times New Roman" w:cs="Times New Roman"/>
          <w:color w:val="000000"/>
        </w:rPr>
        <w:t>We go slow. Quiet and sure</w:t>
      </w:r>
      <w:r w:rsidRPr="0032579A">
        <w:rPr>
          <w:rFonts w:ascii="Times New Roman" w:hAnsi="Times New Roman" w:cs="Times New Roman"/>
          <w:color w:val="000000"/>
        </w:rPr>
        <w:t>.”</w:t>
      </w:r>
    </w:p>
    <w:p w14:paraId="3E8B495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descended into the dark. Rails still ran down the center of the tunnel, pitted with rust but unbroken. Ore carts sat derelict, their frames eaten through, but the bones still carried weight. Farther in, the shaft opened into a cavern where support beams braced the ceiling. The air tasted different here — cooler, moving. Ventilation shafts still breathed.</w:t>
      </w:r>
    </w:p>
    <w:p w14:paraId="008A23F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Verdan turned slow, cataloguing. Two entrances, both narrow. Support beams thick enough to anchor barricades. Alcoves that could hide caches.</w:t>
      </w:r>
    </w:p>
    <w:p w14:paraId="4E938B6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“This will serve,” he said at last.</w:t>
      </w:r>
    </w:p>
    <w:p w14:paraId="0D570CB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grinned. “A stronghold.”</w:t>
      </w:r>
    </w:p>
    <w:p w14:paraId="5F8F8CD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eyes cut to him. “A den. Stronghold makes you think you can stay. A den is where you pass the storm.”</w:t>
      </w:r>
    </w:p>
    <w:p w14:paraId="2119FA9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Selora’s gaze flicked between them. “And storms pass,” she said softly.</w:t>
      </w:r>
    </w:p>
    <w:p w14:paraId="7CAED2A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always do,” Verdan said.</w:t>
      </w:r>
    </w:p>
    <w:p w14:paraId="59D38D02" w14:textId="77777777" w:rsidR="00830533" w:rsidRPr="0032579A" w:rsidRDefault="00830533">
      <w:pPr>
        <w:rPr>
          <w:rFonts w:ascii="Times New Roman" w:hAnsi="Times New Roman" w:cs="Times New Roman"/>
        </w:rPr>
      </w:pPr>
    </w:p>
    <w:p w14:paraId="23D55ED1"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4BA350A4" w14:textId="77777777" w:rsidR="00830533" w:rsidRPr="0032579A" w:rsidRDefault="00830533">
      <w:pPr>
        <w:rPr>
          <w:rFonts w:ascii="Times New Roman" w:hAnsi="Times New Roman" w:cs="Times New Roman"/>
        </w:rPr>
      </w:pPr>
    </w:p>
    <w:p w14:paraId="2B893F6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set to work before the sun dropped.</w:t>
      </w:r>
    </w:p>
    <w:p w14:paraId="4B52416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divided tasks with the precision of someone who carried numbers in her blood. Conveyor plates were stripped from collapsed machinery, dragged and stacked into barricades to narrow the entry. Ore cart wheels were lifted, cleaned, and fitted into a rope-pulley frame that Havel and Phalin hammered into place with pieces of rebar. Children carried buckets of rubble, pouring it into sacks that would become makeshift sandbags.</w:t>
      </w:r>
    </w:p>
    <w:p w14:paraId="2DA34D2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oversaw choke-points. He drove girders into the earth at the main entry, narrowing it to single-file. At the secondary shaft, he laid a pattern of rubble and loose wire that would snare a careless boot.</w:t>
      </w:r>
    </w:p>
    <w:p w14:paraId="6CD4ABD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Nothing was wasted.</w:t>
      </w:r>
    </w:p>
    <w:p w14:paraId="35D2021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cracked sheet of transparisteel was cut into jagged shards, wrapped in cloth to be used as blades or mirrors for signaling. Bent girders were hammered flat into plates for armor. Even the dust swept from the cistern floor was packed into jars, mixed with old resin to make mortar paste.</w:t>
      </w:r>
    </w:p>
    <w:p w14:paraId="54A63CC9" w14:textId="1B1DD019"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tallied everything into </w:t>
      </w:r>
      <w:r w:rsidR="0002681B">
        <w:rPr>
          <w:rFonts w:ascii="Times New Roman" w:hAnsi="Times New Roman" w:cs="Times New Roman"/>
          <w:color w:val="000000"/>
        </w:rPr>
        <w:t>her pad</w:t>
      </w:r>
      <w:r w:rsidRPr="0032579A">
        <w:rPr>
          <w:rFonts w:ascii="Times New Roman" w:hAnsi="Times New Roman" w:cs="Times New Roman"/>
          <w:color w:val="000000"/>
        </w:rPr>
        <w:t xml:space="preserve">, her voice carrying steady through the cavern:  </w:t>
      </w:r>
      <w:r w:rsidRPr="0032579A">
        <w:rPr>
          <w:rFonts w:ascii="Times New Roman" w:hAnsi="Times New Roman" w:cs="Times New Roman"/>
          <w:color w:val="000000"/>
        </w:rPr>
        <w:br/>
        <w:t>“Plates: six usable, three patch. Wheels: two. Rubble sacks: twelve. Transparisteel shards: seventeen.”</w:t>
      </w:r>
    </w:p>
    <w:p w14:paraId="0876D97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Each entry was written as if it were scripture. Each item became more than salvage — it was debt recorded, survival balanced.</w:t>
      </w:r>
    </w:p>
    <w:p w14:paraId="52817A07" w14:textId="77777777" w:rsidR="00830533" w:rsidRPr="0032579A" w:rsidRDefault="00830533">
      <w:pPr>
        <w:rPr>
          <w:rFonts w:ascii="Times New Roman" w:hAnsi="Times New Roman" w:cs="Times New Roman"/>
        </w:rPr>
      </w:pPr>
    </w:p>
    <w:p w14:paraId="4C33498A"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66991BA8" w14:textId="77777777" w:rsidR="00830533" w:rsidRPr="0032579A" w:rsidRDefault="00830533">
      <w:pPr>
        <w:rPr>
          <w:rFonts w:ascii="Times New Roman" w:hAnsi="Times New Roman" w:cs="Times New Roman"/>
        </w:rPr>
      </w:pPr>
    </w:p>
    <w:p w14:paraId="5B43A3F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At dusk, as the line sat eating thin stew stretched with roots and dust-grain, Darran spoke what had been burning in him since they arrived.</w:t>
      </w:r>
    </w:p>
    <w:p w14:paraId="4CF56C35" w14:textId="4767DC6F" w:rsidR="00830533" w:rsidRPr="0032579A" w:rsidRDefault="00000000">
      <w:pPr>
        <w:rPr>
          <w:rFonts w:ascii="Times New Roman" w:hAnsi="Times New Roman" w:cs="Times New Roman"/>
        </w:rPr>
      </w:pPr>
      <w:r w:rsidRPr="0032579A">
        <w:rPr>
          <w:rFonts w:ascii="Times New Roman" w:hAnsi="Times New Roman" w:cs="Times New Roman"/>
          <w:color w:val="000000"/>
        </w:rPr>
        <w:t>“We should stay</w:t>
      </w:r>
      <w:r w:rsidR="00A16A96">
        <w:rPr>
          <w:rFonts w:ascii="Times New Roman" w:hAnsi="Times New Roman" w:cs="Times New Roman"/>
          <w:color w:val="000000"/>
        </w:rPr>
        <w:t xml:space="preserve"> here</w:t>
      </w:r>
      <w:r w:rsidRPr="0032579A">
        <w:rPr>
          <w:rFonts w:ascii="Times New Roman" w:hAnsi="Times New Roman" w:cs="Times New Roman"/>
          <w:color w:val="000000"/>
        </w:rPr>
        <w:t>,” he said. “</w:t>
      </w:r>
      <w:r w:rsidR="00A16A96">
        <w:rPr>
          <w:rFonts w:ascii="Times New Roman" w:hAnsi="Times New Roman" w:cs="Times New Roman"/>
          <w:color w:val="000000"/>
        </w:rPr>
        <w:t>The walls keep the wind off, give us a place to sleep and its somewhere we could defend</w:t>
      </w:r>
      <w:r w:rsidRPr="0032579A">
        <w:rPr>
          <w:rFonts w:ascii="Times New Roman" w:hAnsi="Times New Roman" w:cs="Times New Roman"/>
          <w:color w:val="000000"/>
        </w:rPr>
        <w:t>.”</w:t>
      </w:r>
    </w:p>
    <w:p w14:paraId="7E44F94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murmur moved through the survivors. Tired eyes lifted, hungry for the thought of rest.</w:t>
      </w:r>
    </w:p>
    <w:p w14:paraId="371D0D30" w14:textId="032827C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watched them, then turned to Verdan. “They need more than a road under their feet. They need to know they </w:t>
      </w:r>
      <w:r w:rsidR="00A16A96">
        <w:rPr>
          <w:rFonts w:ascii="Times New Roman" w:hAnsi="Times New Roman" w:cs="Times New Roman"/>
          <w:color w:val="000000"/>
        </w:rPr>
        <w:t>have a place to return to</w:t>
      </w:r>
      <w:r w:rsidRPr="0032579A">
        <w:rPr>
          <w:rFonts w:ascii="Times New Roman" w:hAnsi="Times New Roman" w:cs="Times New Roman"/>
          <w:color w:val="000000"/>
        </w:rPr>
        <w:t>.”</w:t>
      </w:r>
    </w:p>
    <w:p w14:paraId="708FBAF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gaze swept the cavern, the faces lit by small fires cupped behind stone. He did not dismiss it. His voice came level, steady as the stone around them.</w:t>
      </w:r>
    </w:p>
    <w:p w14:paraId="55053980" w14:textId="01075313"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 den is shelter in a storm. But dens draw hunters as much as they shelter prey. We </w:t>
      </w:r>
      <w:r w:rsidR="00A16A96">
        <w:rPr>
          <w:rFonts w:ascii="Times New Roman" w:hAnsi="Times New Roman" w:cs="Times New Roman"/>
          <w:color w:val="000000"/>
        </w:rPr>
        <w:t xml:space="preserve">will </w:t>
      </w:r>
      <w:r w:rsidRPr="0032579A">
        <w:rPr>
          <w:rFonts w:ascii="Times New Roman" w:hAnsi="Times New Roman" w:cs="Times New Roman"/>
          <w:color w:val="000000"/>
        </w:rPr>
        <w:t>keep this place hidden. We stock it</w:t>
      </w:r>
      <w:r w:rsidR="00A16A96">
        <w:rPr>
          <w:rFonts w:ascii="Times New Roman" w:hAnsi="Times New Roman" w:cs="Times New Roman"/>
          <w:color w:val="000000"/>
        </w:rPr>
        <w:t xml:space="preserve"> and </w:t>
      </w:r>
      <w:r w:rsidR="00A16A96" w:rsidRPr="0032579A">
        <w:rPr>
          <w:rFonts w:ascii="Times New Roman" w:hAnsi="Times New Roman" w:cs="Times New Roman"/>
          <w:color w:val="000000"/>
        </w:rPr>
        <w:t>mark</w:t>
      </w:r>
      <w:r w:rsidRPr="0032579A">
        <w:rPr>
          <w:rFonts w:ascii="Times New Roman" w:hAnsi="Times New Roman" w:cs="Times New Roman"/>
          <w:color w:val="000000"/>
        </w:rPr>
        <w:t xml:space="preserve"> </w:t>
      </w:r>
      <w:r w:rsidR="00A16A96" w:rsidRPr="0032579A">
        <w:rPr>
          <w:rFonts w:ascii="Times New Roman" w:hAnsi="Times New Roman" w:cs="Times New Roman"/>
          <w:color w:val="000000"/>
        </w:rPr>
        <w:t>it,</w:t>
      </w:r>
      <w:r w:rsidR="00A16A96">
        <w:rPr>
          <w:rFonts w:ascii="Times New Roman" w:hAnsi="Times New Roman" w:cs="Times New Roman"/>
          <w:color w:val="000000"/>
        </w:rPr>
        <w:t xml:space="preserve"> and we will</w:t>
      </w:r>
      <w:r w:rsidRPr="0032579A">
        <w:rPr>
          <w:rFonts w:ascii="Times New Roman" w:hAnsi="Times New Roman" w:cs="Times New Roman"/>
          <w:color w:val="000000"/>
        </w:rPr>
        <w:t xml:space="preserve"> return when we must. But we </w:t>
      </w:r>
      <w:r w:rsidR="00A16A96">
        <w:rPr>
          <w:rFonts w:ascii="Times New Roman" w:hAnsi="Times New Roman" w:cs="Times New Roman"/>
          <w:color w:val="000000"/>
        </w:rPr>
        <w:t xml:space="preserve">cannot </w:t>
      </w:r>
      <w:r w:rsidR="00A16A96" w:rsidRPr="0032579A">
        <w:rPr>
          <w:rFonts w:ascii="Times New Roman" w:hAnsi="Times New Roman" w:cs="Times New Roman"/>
          <w:color w:val="000000"/>
        </w:rPr>
        <w:t>depend</w:t>
      </w:r>
      <w:r w:rsidRPr="0032579A">
        <w:rPr>
          <w:rFonts w:ascii="Times New Roman" w:hAnsi="Times New Roman" w:cs="Times New Roman"/>
          <w:color w:val="000000"/>
        </w:rPr>
        <w:t xml:space="preserve"> on it alone.”</w:t>
      </w:r>
    </w:p>
    <w:p w14:paraId="447BC95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let silence weigh. Then: “If you forget that, it will kill you.”</w:t>
      </w:r>
    </w:p>
    <w:p w14:paraId="5BE76F9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bristled, jaw tight. “Then what is the point of building if we never stay?”</w:t>
      </w:r>
    </w:p>
    <w:p w14:paraId="58B09FB0" w14:textId="21B46940"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met his eyes, unblinking. “Because when </w:t>
      </w:r>
      <w:r w:rsidR="00A16A96">
        <w:rPr>
          <w:rFonts w:ascii="Times New Roman" w:hAnsi="Times New Roman" w:cs="Times New Roman"/>
          <w:color w:val="000000"/>
        </w:rPr>
        <w:t xml:space="preserve">we </w:t>
      </w:r>
      <w:r w:rsidRPr="0032579A">
        <w:rPr>
          <w:rFonts w:ascii="Times New Roman" w:hAnsi="Times New Roman" w:cs="Times New Roman"/>
          <w:color w:val="000000"/>
        </w:rPr>
        <w:t>must return, it will hold. And that is worth more than any illusion of home.”</w:t>
      </w:r>
    </w:p>
    <w:p w14:paraId="0AEB06B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boy’s anger cracked but held. He looked away, knife clenched in his fist. Selora placed a quiet hand on the datapad. “Then this is the first,” she said.</w:t>
      </w:r>
    </w:p>
    <w:p w14:paraId="756E7EC3" w14:textId="77777777" w:rsidR="00830533" w:rsidRPr="0032579A" w:rsidRDefault="00830533">
      <w:pPr>
        <w:rPr>
          <w:rFonts w:ascii="Times New Roman" w:hAnsi="Times New Roman" w:cs="Times New Roman"/>
        </w:rPr>
      </w:pPr>
    </w:p>
    <w:p w14:paraId="2B01F394"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04EA4E9C" w14:textId="77777777" w:rsidR="00830533" w:rsidRPr="0032579A" w:rsidRDefault="00830533">
      <w:pPr>
        <w:rPr>
          <w:rFonts w:ascii="Times New Roman" w:hAnsi="Times New Roman" w:cs="Times New Roman"/>
        </w:rPr>
      </w:pPr>
    </w:p>
    <w:p w14:paraId="5A79B39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banked fires deep inside, hidden from the outside. Shadows flickered across stone beams that had not seen light in decades.</w:t>
      </w:r>
    </w:p>
    <w:p w14:paraId="09EADCA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Children slept easier than they had in weeks, stone overhead instead of empty sky. The wounded stretched out with relief. Even the old men eased, their breaths less ragged without dust in their throats.</w:t>
      </w:r>
    </w:p>
    <w:p w14:paraId="121ED83E" w14:textId="4DF9E0F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sat apart, copying faint carved names from the mess hall wall into her datapad, her thumb hovering as she typed each one. They were strangers, dead miners long gone, but she wrote them anyway — a quiet continuity, as if to weave the old bones </w:t>
      </w:r>
      <w:r w:rsidR="0002681B">
        <w:rPr>
          <w:rFonts w:ascii="Times New Roman" w:hAnsi="Times New Roman" w:cs="Times New Roman"/>
          <w:color w:val="000000"/>
        </w:rPr>
        <w:t xml:space="preserve">held weight in the present. </w:t>
      </w:r>
    </w:p>
    <w:p w14:paraId="445A8E8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curled against his pack, eyes half-closed, knife in hand. He slept deeper than usual, the weight of stone giving him comfort.</w:t>
      </w:r>
    </w:p>
    <w:p w14:paraId="6119A56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Verdan sat alone by the entry, sharpening his blade. Sparks flicked, hissing on stone. His eyes never left the dark beyond. He did not distrust the mine. But he knew its truth: stone that shelters can also trap. He spoke the thought aloud, voice low enough only the stone heard.</w:t>
      </w:r>
    </w:p>
    <w:p w14:paraId="2FEA751F" w14:textId="7BCC04FD"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94263E" w:rsidRPr="0094263E">
        <w:rPr>
          <w:rFonts w:ascii="Times New Roman" w:hAnsi="Times New Roman" w:cs="Times New Roman"/>
          <w:color w:val="000000"/>
        </w:rPr>
        <w:t xml:space="preserve">Stone keeps you safe, but it also </w:t>
      </w:r>
      <w:r w:rsidR="0094263E">
        <w:rPr>
          <w:rFonts w:ascii="Times New Roman" w:hAnsi="Times New Roman" w:cs="Times New Roman"/>
          <w:color w:val="000000"/>
        </w:rPr>
        <w:t>draws</w:t>
      </w:r>
      <w:r w:rsidR="0094263E" w:rsidRPr="0094263E">
        <w:rPr>
          <w:rFonts w:ascii="Times New Roman" w:hAnsi="Times New Roman" w:cs="Times New Roman"/>
          <w:color w:val="000000"/>
        </w:rPr>
        <w:t xml:space="preserve"> to whatever </w:t>
      </w:r>
      <w:r w:rsidR="0094263E">
        <w:rPr>
          <w:rFonts w:ascii="Times New Roman" w:hAnsi="Times New Roman" w:cs="Times New Roman"/>
          <w:color w:val="000000"/>
        </w:rPr>
        <w:t>seeks</w:t>
      </w:r>
      <w:r w:rsidR="0094263E" w:rsidRPr="0094263E">
        <w:rPr>
          <w:rFonts w:ascii="Times New Roman" w:hAnsi="Times New Roman" w:cs="Times New Roman"/>
          <w:color w:val="000000"/>
        </w:rPr>
        <w:t xml:space="preserve"> shelter</w:t>
      </w:r>
      <w:r w:rsidRPr="0032579A">
        <w:rPr>
          <w:rFonts w:ascii="Times New Roman" w:hAnsi="Times New Roman" w:cs="Times New Roman"/>
          <w:color w:val="000000"/>
        </w:rPr>
        <w:t xml:space="preserve">. </w:t>
      </w:r>
      <w:r w:rsidR="0094263E">
        <w:rPr>
          <w:rFonts w:ascii="Times New Roman" w:hAnsi="Times New Roman" w:cs="Times New Roman"/>
          <w:color w:val="000000"/>
        </w:rPr>
        <w:t>Don’t forget a coin has two sides</w:t>
      </w:r>
      <w:r w:rsidRPr="0032579A">
        <w:rPr>
          <w:rFonts w:ascii="Times New Roman" w:hAnsi="Times New Roman" w:cs="Times New Roman"/>
          <w:color w:val="000000"/>
        </w:rPr>
        <w:t>.”</w:t>
      </w:r>
    </w:p>
    <w:p w14:paraId="509BFBE7" w14:textId="77777777" w:rsidR="00830533" w:rsidRPr="0032579A" w:rsidRDefault="00830533">
      <w:pPr>
        <w:rPr>
          <w:rFonts w:ascii="Times New Roman" w:hAnsi="Times New Roman" w:cs="Times New Roman"/>
        </w:rPr>
      </w:pPr>
    </w:p>
    <w:p w14:paraId="0B1BBE5D"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4262A969" w14:textId="77777777" w:rsidR="00830533" w:rsidRPr="0032579A" w:rsidRDefault="00830533">
      <w:pPr>
        <w:rPr>
          <w:rFonts w:ascii="Times New Roman" w:hAnsi="Times New Roman" w:cs="Times New Roman"/>
        </w:rPr>
      </w:pPr>
    </w:p>
    <w:p w14:paraId="40CBBD4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Dawn came with the sound of scuffing outside. Not wind — boots.</w:t>
      </w:r>
    </w:p>
    <w:p w14:paraId="6328825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raised his hand, palm flat. The line froze.</w:t>
      </w:r>
    </w:p>
    <w:p w14:paraId="241C222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moved to the barricade, peering through the narrow gap. Shadows flickered against the pale light: four men, scavenger-raiders. Drawn by the smell of smoke or the sight of movement.</w:t>
      </w:r>
    </w:p>
    <w:p w14:paraId="665661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gave a single chop of his hand. Positions taken. Selora knelt behind a brace, pistol steady. Phalin and Havel flanked with rifles leveled. Darran crouched tight by the choke, knife white in his grip.</w:t>
      </w:r>
    </w:p>
    <w:p w14:paraId="1AF4801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first raider stepped into the narrowed entry, careless. Verdan’s hand shot forward, steel flashing. The knife went in under the ribs, sharp and precise. The man folded with no sound. Verdan caught him, eased him down so dust swallowed noise.</w:t>
      </w:r>
    </w:p>
    <w:p w14:paraId="30E316C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second pushed past, not yet realizing. Darran surged, too quick, blade wild. The raider’s blaster came half-up. Verdan’s voice cut sharp: “Here.”</w:t>
      </w:r>
    </w:p>
    <w:p w14:paraId="12EC8B2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shifted, reflex obeying command. His blade struck true where Verdan’s eyes had marked the line — between plates, clean. The raider went down choking. Darran’s chest heaved, but his grip was firm.</w:t>
      </w:r>
    </w:p>
    <w:p w14:paraId="17A35B5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Outside, the last two heard the scuffle. One rushed the corridor. Selora fired once, low and exact. The bolt punched through hip. The man fell screaming, weapon clattering. Havel finished him with a shot clean to the shoulder.</w:t>
      </w:r>
    </w:p>
    <w:p w14:paraId="70F4025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fourth turned to run. Phalin’s rifle cracked once. Dust leapt. The man staggered, then bolted limping into the wastes.</w:t>
      </w:r>
    </w:p>
    <w:p w14:paraId="5C0A35A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Silence fell again.</w:t>
      </w:r>
    </w:p>
    <w:p w14:paraId="0EB9C35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“Clear,” Verdan said.</w:t>
      </w:r>
    </w:p>
    <w:p w14:paraId="0788328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word carried more weight than any cheer.</w:t>
      </w:r>
    </w:p>
    <w:p w14:paraId="0F0849C8" w14:textId="77777777" w:rsidR="00830533" w:rsidRPr="0032579A" w:rsidRDefault="00830533">
      <w:pPr>
        <w:rPr>
          <w:rFonts w:ascii="Times New Roman" w:hAnsi="Times New Roman" w:cs="Times New Roman"/>
        </w:rPr>
      </w:pPr>
    </w:p>
    <w:p w14:paraId="4C03291D"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lastRenderedPageBreak/>
        <w:t>***</w:t>
      </w:r>
    </w:p>
    <w:p w14:paraId="304D24DD" w14:textId="77777777" w:rsidR="00830533" w:rsidRPr="0032579A" w:rsidRDefault="00830533">
      <w:pPr>
        <w:rPr>
          <w:rFonts w:ascii="Times New Roman" w:hAnsi="Times New Roman" w:cs="Times New Roman"/>
        </w:rPr>
      </w:pPr>
    </w:p>
    <w:p w14:paraId="06C03B9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stripped the bodies fast. Knives, blasters, plates, boots — every piece of use pulled and catalogued. Bones and useless scraps buried in a slag pit, the dirt tamped flat. No banners, no trophies, only what fed the living.</w:t>
      </w:r>
    </w:p>
    <w:p w14:paraId="17BA14FA" w14:textId="63DEBB9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recorded in the </w:t>
      </w:r>
      <w:r w:rsidR="0002681B">
        <w:rPr>
          <w:rFonts w:ascii="Times New Roman" w:hAnsi="Times New Roman" w:cs="Times New Roman"/>
          <w:color w:val="000000"/>
        </w:rPr>
        <w:t>pad</w:t>
      </w:r>
      <w:r w:rsidRPr="0032579A">
        <w:rPr>
          <w:rFonts w:ascii="Times New Roman" w:hAnsi="Times New Roman" w:cs="Times New Roman"/>
          <w:color w:val="000000"/>
        </w:rPr>
        <w:t xml:space="preserve">:  </w:t>
      </w:r>
      <w:r w:rsidRPr="0032579A">
        <w:rPr>
          <w:rFonts w:ascii="Times New Roman" w:hAnsi="Times New Roman" w:cs="Times New Roman"/>
          <w:color w:val="000000"/>
        </w:rPr>
        <w:br/>
        <w:t>“Three blasters, two knives, four plates, one cache expanded.”</w:t>
      </w:r>
    </w:p>
    <w:p w14:paraId="58C3727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walked the cavern with measured pace, checking barricades, entries, choke points. Satisfied, he gathered them at the cistern.</w:t>
      </w:r>
    </w:p>
    <w:p w14:paraId="5D0C240A" w14:textId="7A6D098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“We leave behind what feeds </w:t>
      </w:r>
      <w:r w:rsidR="0094263E">
        <w:rPr>
          <w:rFonts w:ascii="Times New Roman" w:hAnsi="Times New Roman" w:cs="Times New Roman"/>
          <w:color w:val="000000"/>
        </w:rPr>
        <w:t xml:space="preserve">us when </w:t>
      </w:r>
      <w:r w:rsidRPr="0032579A">
        <w:rPr>
          <w:rFonts w:ascii="Times New Roman" w:hAnsi="Times New Roman" w:cs="Times New Roman"/>
          <w:color w:val="000000"/>
        </w:rPr>
        <w:t>the next storm</w:t>
      </w:r>
      <w:r w:rsidR="0094263E">
        <w:rPr>
          <w:rFonts w:ascii="Times New Roman" w:hAnsi="Times New Roman" w:cs="Times New Roman"/>
          <w:color w:val="000000"/>
        </w:rPr>
        <w:t xml:space="preserve"> come</w:t>
      </w:r>
      <w:r w:rsidRPr="0032579A">
        <w:rPr>
          <w:rFonts w:ascii="Times New Roman" w:hAnsi="Times New Roman" w:cs="Times New Roman"/>
          <w:color w:val="000000"/>
        </w:rPr>
        <w:t xml:space="preserve">,” he said. “This place </w:t>
      </w:r>
      <w:r w:rsidR="0094263E">
        <w:rPr>
          <w:rFonts w:ascii="Times New Roman" w:hAnsi="Times New Roman" w:cs="Times New Roman"/>
          <w:color w:val="000000"/>
        </w:rPr>
        <w:t xml:space="preserve">will </w:t>
      </w:r>
      <w:r w:rsidRPr="0032579A">
        <w:rPr>
          <w:rFonts w:ascii="Times New Roman" w:hAnsi="Times New Roman" w:cs="Times New Roman"/>
          <w:color w:val="000000"/>
        </w:rPr>
        <w:t>hold</w:t>
      </w:r>
      <w:r w:rsidR="0094263E">
        <w:rPr>
          <w:rFonts w:ascii="Times New Roman" w:hAnsi="Times New Roman" w:cs="Times New Roman"/>
          <w:color w:val="000000"/>
        </w:rPr>
        <w:t xml:space="preserve"> for</w:t>
      </w:r>
      <w:r w:rsidRPr="0032579A">
        <w:rPr>
          <w:rFonts w:ascii="Times New Roman" w:hAnsi="Times New Roman" w:cs="Times New Roman"/>
          <w:color w:val="000000"/>
        </w:rPr>
        <w:t xml:space="preserve"> now. </w:t>
      </w:r>
      <w:r w:rsidR="0094263E">
        <w:rPr>
          <w:rFonts w:ascii="Times New Roman" w:hAnsi="Times New Roman" w:cs="Times New Roman"/>
          <w:color w:val="000000"/>
        </w:rPr>
        <w:t>But we will not stay, we will return when we need to</w:t>
      </w:r>
      <w:r w:rsidRPr="0032579A">
        <w:rPr>
          <w:rFonts w:ascii="Times New Roman" w:hAnsi="Times New Roman" w:cs="Times New Roman"/>
          <w:color w:val="000000"/>
        </w:rPr>
        <w:t>.”</w:t>
      </w:r>
    </w:p>
    <w:p w14:paraId="35CF6C6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packed two sealed jars of water into a false wall, tucked rations into clay pots, coiled wire and plates under stone. Selora carved a small arrow inside a seam of the cistern, hidden unless searched. No banners. Only a sign for those who knew what to look for.</w:t>
      </w:r>
    </w:p>
    <w:p w14:paraId="717F4E7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it was done, Darran stood staring at the darkened shaft. “This could be home,” he said again, quieter now.</w:t>
      </w:r>
    </w:p>
    <w:p w14:paraId="3BF10B6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rested a hand on his shoulder, grip steady. “Home is not a place. It is having a place to return to — and leaving it strong enough to hold when you are gone.”</w:t>
      </w:r>
    </w:p>
    <w:p w14:paraId="294F8434" w14:textId="229DE01D" w:rsidR="00830533" w:rsidRPr="0032579A" w:rsidRDefault="00000000">
      <w:pPr>
        <w:rPr>
          <w:rFonts w:ascii="Times New Roman" w:hAnsi="Times New Roman" w:cs="Times New Roman"/>
        </w:rPr>
      </w:pPr>
      <w:r w:rsidRPr="0032579A">
        <w:rPr>
          <w:rFonts w:ascii="Times New Roman" w:hAnsi="Times New Roman" w:cs="Times New Roman"/>
          <w:color w:val="000000"/>
        </w:rPr>
        <w:t>Selora closed the datapad, voice softer than her usual iron. “Then this is the first</w:t>
      </w:r>
      <w:r w:rsidR="0094263E">
        <w:rPr>
          <w:rFonts w:ascii="Times New Roman" w:hAnsi="Times New Roman" w:cs="Times New Roman"/>
          <w:color w:val="000000"/>
        </w:rPr>
        <w:t xml:space="preserve"> step</w:t>
      </w:r>
      <w:r w:rsidRPr="0032579A">
        <w:rPr>
          <w:rFonts w:ascii="Times New Roman" w:hAnsi="Times New Roman" w:cs="Times New Roman"/>
          <w:color w:val="000000"/>
        </w:rPr>
        <w:t>.”</w:t>
      </w:r>
    </w:p>
    <w:p w14:paraId="6A8F762F" w14:textId="77777777" w:rsidR="00830533" w:rsidRPr="0032579A" w:rsidRDefault="00830533">
      <w:pPr>
        <w:rPr>
          <w:rFonts w:ascii="Times New Roman" w:hAnsi="Times New Roman" w:cs="Times New Roman"/>
        </w:rPr>
      </w:pPr>
    </w:p>
    <w:p w14:paraId="1CB5EB3A"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0A0DD71B" w14:textId="77777777" w:rsidR="00830533" w:rsidRPr="0032579A" w:rsidRDefault="00830533">
      <w:pPr>
        <w:rPr>
          <w:rFonts w:ascii="Times New Roman" w:hAnsi="Times New Roman" w:cs="Times New Roman"/>
        </w:rPr>
      </w:pPr>
    </w:p>
    <w:p w14:paraId="5001E1C7" w14:textId="710557A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left at midday, dust rising behind them. The mine stood silent, its mouth dark, its walls seeded with hidden weight. To any who passed, it was ruin. To them, it was </w:t>
      </w:r>
      <w:r w:rsidR="00B04E15">
        <w:rPr>
          <w:rFonts w:ascii="Times New Roman" w:hAnsi="Times New Roman" w:cs="Times New Roman"/>
          <w:color w:val="000000"/>
        </w:rPr>
        <w:t>a cache and a reminder of the lives still to live</w:t>
      </w:r>
      <w:r w:rsidRPr="0032579A">
        <w:rPr>
          <w:rFonts w:ascii="Times New Roman" w:hAnsi="Times New Roman" w:cs="Times New Roman"/>
          <w:color w:val="000000"/>
        </w:rPr>
        <w:t>.</w:t>
      </w:r>
    </w:p>
    <w:p w14:paraId="733F674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walked on, lighter than before, not because the road had changed but because behind them something now waited.</w:t>
      </w:r>
    </w:p>
    <w:p w14:paraId="6269324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 a nest. Not yet a stronghold. But a base in ruins — the first stone in a path that would not wash away.</w:t>
      </w:r>
    </w:p>
    <w:p w14:paraId="78B9DB60"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0D21E412"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VI — Names and Trust</w:t>
      </w:r>
    </w:p>
    <w:p w14:paraId="6837331F" w14:textId="77777777" w:rsidR="00830533" w:rsidRPr="0032579A" w:rsidRDefault="00000000">
      <w:pPr>
        <w:jc w:val="center"/>
        <w:rPr>
          <w:rFonts w:ascii="Times New Roman" w:hAnsi="Times New Roman" w:cs="Times New Roman"/>
        </w:rPr>
      </w:pPr>
      <w:r w:rsidRPr="0032579A">
        <w:rPr>
          <w:rFonts w:ascii="Times New Roman" w:hAnsi="Times New Roman" w:cs="Times New Roman"/>
          <w:i/>
        </w:rPr>
        <w:t>*35 BBY*</w:t>
      </w:r>
    </w:p>
    <w:p w14:paraId="643E63C6" w14:textId="26213E67" w:rsidR="0002681B" w:rsidRDefault="00000000" w:rsidP="00B04E15">
      <w:pPr>
        <w:spacing w:after="0"/>
        <w:rPr>
          <w:rFonts w:ascii="Times New Roman" w:hAnsi="Times New Roman" w:cs="Times New Roman"/>
          <w:color w:val="000000"/>
        </w:rPr>
      </w:pPr>
      <w:r w:rsidRPr="0032579A">
        <w:rPr>
          <w:rFonts w:ascii="Times New Roman" w:hAnsi="Times New Roman" w:cs="Times New Roman"/>
          <w:color w:val="000000"/>
        </w:rPr>
        <w:br/>
        <w:t xml:space="preserve">The dust carried the memory of stone.  </w:t>
      </w:r>
      <w:r w:rsidRPr="0032579A">
        <w:rPr>
          <w:rFonts w:ascii="Times New Roman" w:hAnsi="Times New Roman" w:cs="Times New Roman"/>
          <w:color w:val="000000"/>
        </w:rPr>
        <w:br/>
      </w:r>
      <w:r w:rsidRPr="0032579A">
        <w:rPr>
          <w:rFonts w:ascii="Times New Roman" w:hAnsi="Times New Roman" w:cs="Times New Roman"/>
          <w:color w:val="000000"/>
        </w:rPr>
        <w:br/>
        <w:t xml:space="preserve">Every step away from the mine left faint imprints that wind began to erase even before the line of survivors had passed. By evening, there would be no trail, only slag and gray ash lying as it had lain for decades. The Sector 12 mine, stripped and seeded with caches, sank back into silence behind them. It was a ruin once more, empty to any who did not know how to read the </w:t>
      </w:r>
      <w:r w:rsidR="00B04E15">
        <w:rPr>
          <w:rFonts w:ascii="Times New Roman" w:hAnsi="Times New Roman" w:cs="Times New Roman"/>
          <w:color w:val="000000"/>
        </w:rPr>
        <w:t>symbols</w:t>
      </w:r>
      <w:r w:rsidRPr="0032579A">
        <w:rPr>
          <w:rFonts w:ascii="Times New Roman" w:hAnsi="Times New Roman" w:cs="Times New Roman"/>
          <w:color w:val="000000"/>
        </w:rPr>
        <w:t xml:space="preserve"> hidden in stone.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walked at the front. He did not look back. What mattered was not the mouth of the mine fading behind them, but the truth it had left in his people: they could return. Stone could hold for them.  </w:t>
      </w:r>
      <w:r w:rsidRPr="0032579A">
        <w:rPr>
          <w:rFonts w:ascii="Times New Roman" w:hAnsi="Times New Roman" w:cs="Times New Roman"/>
          <w:color w:val="000000"/>
        </w:rPr>
        <w:br/>
      </w:r>
      <w:r w:rsidRPr="0032579A">
        <w:rPr>
          <w:rFonts w:ascii="Times New Roman" w:hAnsi="Times New Roman" w:cs="Times New Roman"/>
          <w:color w:val="000000"/>
        </w:rPr>
        <w:br/>
        <w:t xml:space="preserve">That was the first taste of permanence since Sundari. He felt the weight of it pressing on the line, a subtle lift in shoulders, a longer stride. The mine had been their first den. Not home, but proof they could mark the land and come back to it. Shelter, not nest. That difference mattered.  </w:t>
      </w:r>
    </w:p>
    <w:p w14:paraId="3CE9E5B3" w14:textId="749070A5" w:rsidR="0002681B" w:rsidRPr="0032579A" w:rsidRDefault="00000000" w:rsidP="0002681B">
      <w:pPr>
        <w:spacing w:after="0"/>
        <w:jc w:val="center"/>
        <w:rPr>
          <w:rFonts w:ascii="Times New Roman" w:hAnsi="Times New Roman" w:cs="Times New Roman"/>
        </w:rPr>
      </w:pPr>
      <w:r w:rsidRPr="0032579A">
        <w:rPr>
          <w:rFonts w:ascii="Times New Roman" w:hAnsi="Times New Roman" w:cs="Times New Roman"/>
          <w:color w:val="000000"/>
        </w:rPr>
        <w:br/>
      </w:r>
      <w:r w:rsidRPr="0032579A">
        <w:rPr>
          <w:rFonts w:ascii="Times New Roman" w:hAnsi="Times New Roman" w:cs="Times New Roman"/>
          <w:color w:val="000000"/>
        </w:rPr>
        <w:br/>
      </w:r>
      <w:r w:rsidR="0002681B" w:rsidRPr="0032579A">
        <w:rPr>
          <w:rFonts w:ascii="Times New Roman" w:hAnsi="Times New Roman" w:cs="Times New Roman"/>
        </w:rPr>
        <w:t>***</w:t>
      </w:r>
    </w:p>
    <w:p w14:paraId="075603CC" w14:textId="1028A74C" w:rsidR="00B04E15" w:rsidRDefault="00000000">
      <w:pPr>
        <w:rPr>
          <w:rFonts w:ascii="Times New Roman" w:hAnsi="Times New Roman" w:cs="Times New Roman"/>
          <w:color w:val="000000"/>
        </w:rPr>
      </w:pPr>
      <w:r w:rsidRPr="0032579A">
        <w:rPr>
          <w:rFonts w:ascii="Times New Roman" w:hAnsi="Times New Roman" w:cs="Times New Roman"/>
          <w:color w:val="000000"/>
        </w:rPr>
        <w:br/>
      </w:r>
      <w:r w:rsidRPr="0032579A">
        <w:rPr>
          <w:rFonts w:ascii="Times New Roman" w:hAnsi="Times New Roman" w:cs="Times New Roman"/>
          <w:color w:val="000000"/>
        </w:rPr>
        <w:br/>
        <w:t xml:space="preserve">Night settled in a hollow cut by forgotten machinery. The husks of ore carts ringed them, broken wheels still locked in rails that went nowhere. Fires no larger than a palm cupped behind stone cast their glow across steel and tired faces.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sat apart at first, sharpening his blade with slow strokes. Sparks hissed into the dust and died, leaving only the rasp of steel on stone. Across the circle, Selora set her datapad on her knees, its cracked screen glowing faint. She had tallied supplies already — water cells balanced against mouths, ration bricks reduced to crumbs and thin stew — but tonight she lingered on the pad instead of closing it.  </w:t>
      </w:r>
      <w:r w:rsidRPr="0032579A">
        <w:rPr>
          <w:rFonts w:ascii="Times New Roman" w:hAnsi="Times New Roman" w:cs="Times New Roman"/>
          <w:color w:val="000000"/>
        </w:rPr>
        <w:br/>
      </w:r>
      <w:r w:rsidRPr="0032579A">
        <w:rPr>
          <w:rFonts w:ascii="Times New Roman" w:hAnsi="Times New Roman" w:cs="Times New Roman"/>
          <w:color w:val="000000"/>
        </w:rPr>
        <w:br/>
        <w:t xml:space="preserve">She raised her head. “We should speak </w:t>
      </w:r>
      <w:r w:rsidR="0094263E">
        <w:rPr>
          <w:rFonts w:ascii="Times New Roman" w:hAnsi="Times New Roman" w:cs="Times New Roman"/>
          <w:color w:val="000000"/>
        </w:rPr>
        <w:t xml:space="preserve">our </w:t>
      </w:r>
      <w:r w:rsidRPr="0032579A">
        <w:rPr>
          <w:rFonts w:ascii="Times New Roman" w:hAnsi="Times New Roman" w:cs="Times New Roman"/>
          <w:color w:val="000000"/>
        </w:rPr>
        <w:t xml:space="preserve">names,” she said.  </w:t>
      </w:r>
      <w:r w:rsidRPr="0032579A">
        <w:rPr>
          <w:rFonts w:ascii="Times New Roman" w:hAnsi="Times New Roman" w:cs="Times New Roman"/>
          <w:color w:val="000000"/>
        </w:rPr>
        <w:br/>
      </w:r>
      <w:r w:rsidRPr="0032579A">
        <w:rPr>
          <w:rFonts w:ascii="Times New Roman" w:hAnsi="Times New Roman" w:cs="Times New Roman"/>
          <w:color w:val="000000"/>
        </w:rPr>
        <w:br/>
        <w:t xml:space="preserve">The circle went still. Names had been traded in fragments these past months — shouted in fights, whispered in grief, written in Selora’s </w:t>
      </w:r>
      <w:r w:rsidR="00B04E15">
        <w:rPr>
          <w:rFonts w:ascii="Times New Roman" w:hAnsi="Times New Roman" w:cs="Times New Roman"/>
          <w:color w:val="000000"/>
        </w:rPr>
        <w:t xml:space="preserve">data-pad </w:t>
      </w:r>
      <w:r w:rsidRPr="0032579A">
        <w:rPr>
          <w:rFonts w:ascii="Times New Roman" w:hAnsi="Times New Roman" w:cs="Times New Roman"/>
          <w:color w:val="000000"/>
        </w:rPr>
        <w:t xml:space="preserve">as columns of function more than people. Farmer. Forager. Soldier. Seamstress. But Selora’s voice was steady now, carrying something heavier than mere inventory.  </w:t>
      </w:r>
      <w:r w:rsidRPr="0032579A">
        <w:rPr>
          <w:rFonts w:ascii="Times New Roman" w:hAnsi="Times New Roman" w:cs="Times New Roman"/>
          <w:color w:val="000000"/>
        </w:rPr>
        <w:br/>
      </w:r>
      <w:r w:rsidRPr="0032579A">
        <w:rPr>
          <w:rFonts w:ascii="Times New Roman" w:hAnsi="Times New Roman" w:cs="Times New Roman"/>
          <w:color w:val="000000"/>
        </w:rPr>
        <w:br/>
        <w:t>“</w:t>
      </w:r>
      <w:r w:rsidR="0094263E" w:rsidRPr="0094263E">
        <w:rPr>
          <w:rFonts w:ascii="Times New Roman" w:hAnsi="Times New Roman" w:cs="Times New Roman"/>
          <w:color w:val="000000"/>
        </w:rPr>
        <w:t>Not just for balance,” she went on. “For each other. We carry steel, and water, and food. We carry names the same way. Without them, we’re just mouths to feed. Names matter. They carry weight</w:t>
      </w:r>
      <w:r w:rsidR="0094263E">
        <w:rPr>
          <w:rFonts w:ascii="Times New Roman" w:hAnsi="Times New Roman" w:cs="Times New Roman"/>
          <w:color w:val="000000"/>
        </w:rPr>
        <w:t xml:space="preserve"> and hold meaning</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lastRenderedPageBreak/>
        <w:br/>
        <w:t xml:space="preserve">Her words stirred unease. In a land where raiders thrived and strangers betrayed, names were risks. A name was something to be stolen, twisted, or buried. But silence was heavier still.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let the silence stretch, testing it. He watched eyes shift around the circle, gauged the tension in shoulders, the way hands moved toward knives without meaning to. Identity was a currency. It had to be spent carefully.  </w:t>
      </w:r>
      <w:r w:rsidRPr="0032579A">
        <w:rPr>
          <w:rFonts w:ascii="Times New Roman" w:hAnsi="Times New Roman" w:cs="Times New Roman"/>
          <w:color w:val="000000"/>
        </w:rPr>
        <w:br/>
      </w:r>
      <w:r w:rsidRPr="0032579A">
        <w:rPr>
          <w:rFonts w:ascii="Times New Roman" w:hAnsi="Times New Roman" w:cs="Times New Roman"/>
          <w:color w:val="000000"/>
        </w:rPr>
        <w:br/>
        <w:t xml:space="preserve">Darran broke first. His jaw clenched, but he forced the word out as if it were a blade that had to be drawn. “Darran.”  </w:t>
      </w:r>
      <w:r w:rsidRPr="0032579A">
        <w:rPr>
          <w:rFonts w:ascii="Times New Roman" w:hAnsi="Times New Roman" w:cs="Times New Roman"/>
          <w:color w:val="000000"/>
        </w:rPr>
        <w:br/>
      </w:r>
      <w:r w:rsidRPr="0032579A">
        <w:rPr>
          <w:rFonts w:ascii="Times New Roman" w:hAnsi="Times New Roman" w:cs="Times New Roman"/>
          <w:color w:val="000000"/>
        </w:rPr>
        <w:br/>
        <w:t xml:space="preserve">The name hung in the dark, fragile and defiant.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nodded, thumb pressing the glowpad. “Darran,” she echoed, keying the letters. “Knife-hand. Young, but steady.”  </w:t>
      </w:r>
      <w:r w:rsidRPr="0032579A">
        <w:rPr>
          <w:rFonts w:ascii="Times New Roman" w:hAnsi="Times New Roman" w:cs="Times New Roman"/>
          <w:color w:val="000000"/>
        </w:rPr>
        <w:br/>
      </w:r>
      <w:r w:rsidRPr="0032579A">
        <w:rPr>
          <w:rFonts w:ascii="Times New Roman" w:hAnsi="Times New Roman" w:cs="Times New Roman"/>
          <w:color w:val="000000"/>
        </w:rPr>
        <w:br/>
        <w:t xml:space="preserve">Another voice followed, cracked with age. “Phalin.” The old man coughed into his rag. “Cough doesn’t stop me from watching a ridge.”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keyed it, her gaze respectful. “Phalin. Watchman.”  </w:t>
      </w:r>
      <w:r w:rsidRPr="0032579A">
        <w:rPr>
          <w:rFonts w:ascii="Times New Roman" w:hAnsi="Times New Roman" w:cs="Times New Roman"/>
          <w:color w:val="000000"/>
        </w:rPr>
        <w:br/>
      </w:r>
      <w:r w:rsidRPr="0032579A">
        <w:rPr>
          <w:rFonts w:ascii="Times New Roman" w:hAnsi="Times New Roman" w:cs="Times New Roman"/>
          <w:color w:val="000000"/>
        </w:rPr>
        <w:br/>
        <w:t>“Havel,” another rasped, his one good eye catching the firelight. He lifted the butt of his patched rifle like proof. “Old, but still sh</w:t>
      </w:r>
      <w:r w:rsidR="00B04E15">
        <w:rPr>
          <w:rFonts w:ascii="Times New Roman" w:hAnsi="Times New Roman" w:cs="Times New Roman"/>
          <w:color w:val="000000"/>
        </w:rPr>
        <w:t>o</w:t>
      </w:r>
      <w:r w:rsidRPr="0032579A">
        <w:rPr>
          <w:rFonts w:ascii="Times New Roman" w:hAnsi="Times New Roman" w:cs="Times New Roman"/>
          <w:color w:val="000000"/>
        </w:rPr>
        <w:t xml:space="preserve">ots true.”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marked him as “Havel. Rifle. Two eyes once, one now.” The </w:t>
      </w:r>
      <w:r w:rsidR="00B04E15">
        <w:rPr>
          <w:rFonts w:ascii="Times New Roman" w:hAnsi="Times New Roman" w:cs="Times New Roman"/>
          <w:color w:val="000000"/>
        </w:rPr>
        <w:t>words</w:t>
      </w:r>
      <w:r w:rsidRPr="0032579A">
        <w:rPr>
          <w:rFonts w:ascii="Times New Roman" w:hAnsi="Times New Roman" w:cs="Times New Roman"/>
          <w:color w:val="000000"/>
        </w:rPr>
        <w:t xml:space="preserve"> did not soften the truth.  </w:t>
      </w:r>
      <w:r w:rsidRPr="0032579A">
        <w:rPr>
          <w:rFonts w:ascii="Times New Roman" w:hAnsi="Times New Roman" w:cs="Times New Roman"/>
          <w:color w:val="000000"/>
        </w:rPr>
        <w:br/>
      </w:r>
      <w:r w:rsidRPr="0032579A">
        <w:rPr>
          <w:rFonts w:ascii="Times New Roman" w:hAnsi="Times New Roman" w:cs="Times New Roman"/>
          <w:color w:val="000000"/>
        </w:rPr>
        <w:br/>
        <w:t xml:space="preserve">Others followed: Derya with the scar across her cheek. Mara, sharp-eyed and fierce for her brother Teg, who limped but held tools with steady hands. Each name spoken aloud changed the air. It was not only information; it was weight. Each one marked a debt owed by the group, a place in the chain that could not be erased without weakening the whole.  </w:t>
      </w:r>
      <w:r w:rsidRPr="0032579A">
        <w:rPr>
          <w:rFonts w:ascii="Times New Roman" w:hAnsi="Times New Roman" w:cs="Times New Roman"/>
          <w:color w:val="000000"/>
        </w:rPr>
        <w:br/>
      </w:r>
      <w:r w:rsidRPr="0032579A">
        <w:rPr>
          <w:rFonts w:ascii="Times New Roman" w:hAnsi="Times New Roman" w:cs="Times New Roman"/>
          <w:color w:val="000000"/>
        </w:rPr>
        <w:br/>
        <w:t xml:space="preserve">At last, all eyes turned to Verdan.  </w:t>
      </w:r>
      <w:r w:rsidRPr="0032579A">
        <w:rPr>
          <w:rFonts w:ascii="Times New Roman" w:hAnsi="Times New Roman" w:cs="Times New Roman"/>
          <w:color w:val="000000"/>
        </w:rPr>
        <w:br/>
      </w:r>
      <w:r w:rsidRPr="0032579A">
        <w:rPr>
          <w:rFonts w:ascii="Times New Roman" w:hAnsi="Times New Roman" w:cs="Times New Roman"/>
          <w:color w:val="000000"/>
        </w:rPr>
        <w:br/>
        <w:t xml:space="preserve">He sat with his knife across his knees, stone in hand. The rasp had stilled. The silence pressed heavier than any before.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lifted his head. His gaze swept the circle once, slow and deliberate, as if measuring each face before giving what they asked.  </w:t>
      </w:r>
      <w:r w:rsidRPr="0032579A">
        <w:rPr>
          <w:rFonts w:ascii="Times New Roman" w:hAnsi="Times New Roman" w:cs="Times New Roman"/>
          <w:color w:val="000000"/>
        </w:rPr>
        <w:br/>
      </w:r>
      <w:r w:rsidRPr="0032579A">
        <w:rPr>
          <w:rFonts w:ascii="Times New Roman" w:hAnsi="Times New Roman" w:cs="Times New Roman"/>
          <w:color w:val="000000"/>
        </w:rPr>
        <w:br/>
        <w:t xml:space="preserve">“My name,” he said at last, “is </w:t>
      </w:r>
      <w:r w:rsidR="0094263E" w:rsidRPr="0094263E">
        <w:rPr>
          <w:rFonts w:ascii="Times New Roman" w:hAnsi="Times New Roman" w:cs="Times New Roman"/>
          <w:color w:val="000000"/>
        </w:rPr>
        <w:t>Evaar’la Verd</w:t>
      </w:r>
      <w:r w:rsidR="0094263E">
        <w:rPr>
          <w:rFonts w:ascii="Times New Roman" w:hAnsi="Times New Roman" w:cs="Times New Roman"/>
          <w:color w:val="000000"/>
        </w:rPr>
        <w:t xml:space="preserve">.” </w:t>
      </w:r>
      <w:r w:rsidRPr="0032579A">
        <w:rPr>
          <w:rFonts w:ascii="Times New Roman" w:hAnsi="Times New Roman" w:cs="Times New Roman"/>
          <w:color w:val="000000"/>
        </w:rPr>
        <w:t xml:space="preserve">The syllables of Mando’a carried a rawness older than the slag plains around them. </w:t>
      </w:r>
      <w:r w:rsidR="0094263E" w:rsidRPr="0094263E">
        <w:rPr>
          <w:rFonts w:ascii="Times New Roman" w:hAnsi="Times New Roman" w:cs="Times New Roman"/>
          <w:i/>
          <w:iCs/>
          <w:color w:val="000000"/>
        </w:rPr>
        <w:t>Evaar’la Verd</w:t>
      </w:r>
      <w:r w:rsidR="0094263E" w:rsidRPr="0094263E">
        <w:rPr>
          <w:rFonts w:ascii="Times New Roman" w:hAnsi="Times New Roman" w:cs="Times New Roman"/>
          <w:color w:val="000000"/>
        </w:rPr>
        <w:t xml:space="preserve"> </w:t>
      </w:r>
      <w:r w:rsidRPr="0032579A">
        <w:rPr>
          <w:rFonts w:ascii="Times New Roman" w:hAnsi="Times New Roman" w:cs="Times New Roman"/>
          <w:color w:val="000000"/>
        </w:rPr>
        <w:t xml:space="preserve">— </w:t>
      </w:r>
      <w:r w:rsidR="0094263E">
        <w:rPr>
          <w:rFonts w:ascii="Times New Roman" w:hAnsi="Times New Roman" w:cs="Times New Roman"/>
          <w:color w:val="000000"/>
        </w:rPr>
        <w:t>young warrior</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He let the old name hang before he added the one he had given them. “Verdan. That is the name I </w:t>
      </w:r>
      <w:r w:rsidRPr="0032579A">
        <w:rPr>
          <w:rFonts w:ascii="Times New Roman" w:hAnsi="Times New Roman" w:cs="Times New Roman"/>
          <w:color w:val="000000"/>
        </w:rPr>
        <w:lastRenderedPageBreak/>
        <w:t xml:space="preserve">walk with you. Write that in your </w:t>
      </w:r>
      <w:r w:rsidR="00B04E15">
        <w:rPr>
          <w:rFonts w:ascii="Times New Roman" w:hAnsi="Times New Roman" w:cs="Times New Roman"/>
          <w:color w:val="000000"/>
        </w:rPr>
        <w:t>data-pad</w:t>
      </w:r>
      <w:r w:rsidRPr="0032579A">
        <w:rPr>
          <w:rFonts w:ascii="Times New Roman" w:hAnsi="Times New Roman" w:cs="Times New Roman"/>
          <w:color w:val="000000"/>
        </w:rPr>
        <w:t xml:space="preserve">, Selora.”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Selora’s eyes sharpened, but she keyed it without hesitation. “Verdan,” she said aloud, so the sound carried to all. “Front of the line. </w:t>
      </w:r>
      <w:r w:rsidR="00B04E15">
        <w:rPr>
          <w:rFonts w:ascii="Times New Roman" w:hAnsi="Times New Roman" w:cs="Times New Roman"/>
          <w:color w:val="000000"/>
        </w:rPr>
        <w:t>Balance and memory</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The rasp of the whetstone resumed, but the circle was different now. The air carried more than the smell of smoke and metal. It carried weight, a recognition that identity was not accident. It was chosen, given, bound.  </w:t>
      </w:r>
      <w:r w:rsidRPr="0032579A">
        <w:rPr>
          <w:rFonts w:ascii="Times New Roman" w:hAnsi="Times New Roman" w:cs="Times New Roman"/>
          <w:color w:val="000000"/>
        </w:rPr>
        <w:br/>
      </w:r>
    </w:p>
    <w:p w14:paraId="63DC7CAC" w14:textId="77777777" w:rsidR="00B04E15" w:rsidRPr="0032579A" w:rsidRDefault="00B04E15" w:rsidP="00B04E15">
      <w:pPr>
        <w:spacing w:after="0"/>
        <w:jc w:val="center"/>
        <w:rPr>
          <w:rFonts w:ascii="Times New Roman" w:hAnsi="Times New Roman" w:cs="Times New Roman"/>
        </w:rPr>
      </w:pPr>
      <w:r w:rsidRPr="0032579A">
        <w:rPr>
          <w:rFonts w:ascii="Times New Roman" w:hAnsi="Times New Roman" w:cs="Times New Roman"/>
        </w:rPr>
        <w:t>***</w:t>
      </w:r>
    </w:p>
    <w:p w14:paraId="40FE238D" w14:textId="1898BCD0" w:rsidR="00B04E15" w:rsidRDefault="00000000">
      <w:pPr>
        <w:rPr>
          <w:rFonts w:ascii="Times New Roman" w:hAnsi="Times New Roman" w:cs="Times New Roman"/>
          <w:color w:val="000000"/>
        </w:rPr>
      </w:pPr>
      <w:r w:rsidRPr="0032579A">
        <w:rPr>
          <w:rFonts w:ascii="Times New Roman" w:hAnsi="Times New Roman" w:cs="Times New Roman"/>
          <w:color w:val="000000"/>
        </w:rPr>
        <w:br/>
        <w:t xml:space="preserve">When the last stew was scraped from pots, Selora set aside the datapad and spoke again.  </w:t>
      </w:r>
      <w:r w:rsidRPr="0032579A">
        <w:rPr>
          <w:rFonts w:ascii="Times New Roman" w:hAnsi="Times New Roman" w:cs="Times New Roman"/>
          <w:color w:val="000000"/>
        </w:rPr>
        <w:br/>
      </w:r>
      <w:r w:rsidRPr="0032579A">
        <w:rPr>
          <w:rFonts w:ascii="Times New Roman" w:hAnsi="Times New Roman" w:cs="Times New Roman"/>
          <w:color w:val="000000"/>
        </w:rPr>
        <w:br/>
        <w:t xml:space="preserve">“We repurpose steel,” she said. “We repurpose ruins. But people are no less than metal.”  </w:t>
      </w:r>
      <w:r w:rsidRPr="0032579A">
        <w:rPr>
          <w:rFonts w:ascii="Times New Roman" w:hAnsi="Times New Roman" w:cs="Times New Roman"/>
          <w:color w:val="000000"/>
        </w:rPr>
        <w:br/>
      </w:r>
      <w:r w:rsidRPr="0032579A">
        <w:rPr>
          <w:rFonts w:ascii="Times New Roman" w:hAnsi="Times New Roman" w:cs="Times New Roman"/>
          <w:color w:val="000000"/>
        </w:rPr>
        <w:br/>
        <w:t xml:space="preserve">She pointed at Derya’s scarred cheek. “Mason. Now seamstress, patching armor.”  </w:t>
      </w:r>
      <w:r w:rsidRPr="0032579A">
        <w:rPr>
          <w:rFonts w:ascii="Times New Roman" w:hAnsi="Times New Roman" w:cs="Times New Roman"/>
          <w:color w:val="000000"/>
        </w:rPr>
        <w:br/>
      </w:r>
      <w:r w:rsidRPr="0032579A">
        <w:rPr>
          <w:rFonts w:ascii="Times New Roman" w:hAnsi="Times New Roman" w:cs="Times New Roman"/>
          <w:color w:val="000000"/>
        </w:rPr>
        <w:br/>
        <w:t xml:space="preserve">At Teg’s limp. “Once a burden. Now salvager — small spaces need small steps.”  </w:t>
      </w:r>
      <w:r w:rsidRPr="0032579A">
        <w:rPr>
          <w:rFonts w:ascii="Times New Roman" w:hAnsi="Times New Roman" w:cs="Times New Roman"/>
          <w:color w:val="000000"/>
        </w:rPr>
        <w:br/>
      </w:r>
      <w:r w:rsidRPr="0032579A">
        <w:rPr>
          <w:rFonts w:ascii="Times New Roman" w:hAnsi="Times New Roman" w:cs="Times New Roman"/>
          <w:color w:val="000000"/>
        </w:rPr>
        <w:br/>
        <w:t xml:space="preserve">At Phalin’s ragged cough. “Cough or not, your eyes see further than ours.”  </w:t>
      </w:r>
      <w:r w:rsidRPr="0032579A">
        <w:rPr>
          <w:rFonts w:ascii="Times New Roman" w:hAnsi="Times New Roman" w:cs="Times New Roman"/>
          <w:color w:val="000000"/>
        </w:rPr>
        <w:br/>
      </w:r>
      <w:r w:rsidRPr="0032579A">
        <w:rPr>
          <w:rFonts w:ascii="Times New Roman" w:hAnsi="Times New Roman" w:cs="Times New Roman"/>
          <w:color w:val="000000"/>
        </w:rPr>
        <w:br/>
        <w:t xml:space="preserve">Her words drew mutters. One man spat into the dirt. “So we’re all scrap now? Broken pieces hammered into new shapes?”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met his eyes, calm and unflinching. “Yes. But better repurposed than wasted.”  </w:t>
      </w:r>
      <w:r w:rsidRPr="0032579A">
        <w:rPr>
          <w:rFonts w:ascii="Times New Roman" w:hAnsi="Times New Roman" w:cs="Times New Roman"/>
          <w:color w:val="000000"/>
        </w:rPr>
        <w:br/>
      </w:r>
      <w:r w:rsidRPr="0032579A">
        <w:rPr>
          <w:rFonts w:ascii="Times New Roman" w:hAnsi="Times New Roman" w:cs="Times New Roman"/>
          <w:color w:val="000000"/>
        </w:rPr>
        <w:br/>
        <w:t>Verdan’s knife clicked into its sheath. He spoke with the weight of stone grinding. “Use</w:t>
      </w:r>
      <w:r w:rsidR="004D3259">
        <w:rPr>
          <w:rFonts w:ascii="Times New Roman" w:hAnsi="Times New Roman" w:cs="Times New Roman"/>
          <w:color w:val="000000"/>
        </w:rPr>
        <w:t xml:space="preserve"> in a man</w:t>
      </w:r>
      <w:r w:rsidRPr="0032579A">
        <w:rPr>
          <w:rFonts w:ascii="Times New Roman" w:hAnsi="Times New Roman" w:cs="Times New Roman"/>
          <w:color w:val="000000"/>
        </w:rPr>
        <w:t xml:space="preserve"> is not insult. It is life. Waste</w:t>
      </w:r>
      <w:r w:rsidR="004D3259">
        <w:rPr>
          <w:rFonts w:ascii="Times New Roman" w:hAnsi="Times New Roman" w:cs="Times New Roman"/>
          <w:color w:val="000000"/>
        </w:rPr>
        <w:t xml:space="preserve"> it and it</w:t>
      </w:r>
      <w:r w:rsidRPr="0032579A">
        <w:rPr>
          <w:rFonts w:ascii="Times New Roman" w:hAnsi="Times New Roman" w:cs="Times New Roman"/>
          <w:color w:val="000000"/>
        </w:rPr>
        <w:t xml:space="preserve"> is death. Choose which </w:t>
      </w:r>
      <w:r w:rsidR="004D3259">
        <w:rPr>
          <w:rFonts w:ascii="Times New Roman" w:hAnsi="Times New Roman" w:cs="Times New Roman"/>
          <w:color w:val="000000"/>
        </w:rPr>
        <w:t>side of the coin</w:t>
      </w:r>
      <w:r w:rsidRPr="0032579A">
        <w:rPr>
          <w:rFonts w:ascii="Times New Roman" w:hAnsi="Times New Roman" w:cs="Times New Roman"/>
          <w:color w:val="000000"/>
        </w:rPr>
        <w:t xml:space="preserve"> you want to be </w:t>
      </w:r>
      <w:r w:rsidR="004D3259">
        <w:rPr>
          <w:rFonts w:ascii="Times New Roman" w:hAnsi="Times New Roman" w:cs="Times New Roman"/>
          <w:color w:val="000000"/>
        </w:rPr>
        <w:t>o</w:t>
      </w:r>
      <w:r w:rsidRPr="0032579A">
        <w:rPr>
          <w:rFonts w:ascii="Times New Roman" w:hAnsi="Times New Roman" w:cs="Times New Roman"/>
          <w:color w:val="000000"/>
        </w:rPr>
        <w:t xml:space="preserve">n.”  </w:t>
      </w:r>
      <w:r w:rsidRPr="0032579A">
        <w:rPr>
          <w:rFonts w:ascii="Times New Roman" w:hAnsi="Times New Roman" w:cs="Times New Roman"/>
          <w:color w:val="000000"/>
        </w:rPr>
        <w:br/>
      </w:r>
      <w:r w:rsidRPr="0032579A">
        <w:rPr>
          <w:rFonts w:ascii="Times New Roman" w:hAnsi="Times New Roman" w:cs="Times New Roman"/>
          <w:color w:val="000000"/>
        </w:rPr>
        <w:br/>
        <w:t xml:space="preserve">The man lowered his gaze. The point had been made.  </w:t>
      </w:r>
      <w:r w:rsidRPr="0032579A">
        <w:rPr>
          <w:rFonts w:ascii="Times New Roman" w:hAnsi="Times New Roman" w:cs="Times New Roman"/>
          <w:color w:val="000000"/>
        </w:rPr>
        <w:br/>
      </w:r>
    </w:p>
    <w:p w14:paraId="2FA75C57" w14:textId="77777777" w:rsidR="00B04E15" w:rsidRPr="0032579A" w:rsidRDefault="00B04E15" w:rsidP="00B04E15">
      <w:pPr>
        <w:spacing w:after="0"/>
        <w:jc w:val="center"/>
        <w:rPr>
          <w:rFonts w:ascii="Times New Roman" w:hAnsi="Times New Roman" w:cs="Times New Roman"/>
        </w:rPr>
      </w:pPr>
      <w:r w:rsidRPr="0032579A">
        <w:rPr>
          <w:rFonts w:ascii="Times New Roman" w:hAnsi="Times New Roman" w:cs="Times New Roman"/>
        </w:rPr>
        <w:t>***</w:t>
      </w:r>
    </w:p>
    <w:p w14:paraId="0AD58B73" w14:textId="40992461" w:rsidR="00B04E15" w:rsidRDefault="00000000">
      <w:pPr>
        <w:rPr>
          <w:rFonts w:ascii="Times New Roman" w:hAnsi="Times New Roman" w:cs="Times New Roman"/>
          <w:color w:val="000000"/>
        </w:rPr>
      </w:pPr>
      <w:r w:rsidRPr="0032579A">
        <w:rPr>
          <w:rFonts w:ascii="Times New Roman" w:hAnsi="Times New Roman" w:cs="Times New Roman"/>
          <w:color w:val="000000"/>
        </w:rPr>
        <w:br/>
        <w:t xml:space="preserve">The next morning, as they broke camp, Verdan walked the perimeter alone. His eyes marked the land the way others counted rations: slag ridges, old conveyors, the faint scuff of boots not theirs. When he returned, his voice was measured but sharp.  </w:t>
      </w:r>
      <w:r w:rsidRPr="0032579A">
        <w:rPr>
          <w:rFonts w:ascii="Times New Roman" w:hAnsi="Times New Roman" w:cs="Times New Roman"/>
          <w:color w:val="000000"/>
        </w:rPr>
        <w:br/>
      </w:r>
      <w:r w:rsidRPr="0032579A">
        <w:rPr>
          <w:rFonts w:ascii="Times New Roman" w:hAnsi="Times New Roman" w:cs="Times New Roman"/>
          <w:color w:val="000000"/>
        </w:rPr>
        <w:br/>
        <w:t xml:space="preserve">“We are walking blind,” he said to Selora and the old soldiers. “We know where to find water when we stumble on it. We know raiders are near only when they are already at our throats. We need more than strength and steel. We need </w:t>
      </w:r>
      <w:r w:rsidR="00B02037">
        <w:rPr>
          <w:rFonts w:ascii="Times New Roman" w:hAnsi="Times New Roman" w:cs="Times New Roman"/>
          <w:color w:val="000000"/>
        </w:rPr>
        <w:t>maps, locations, knowledge of the ground and terrain</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frowned. “A map?”  </w:t>
      </w:r>
      <w:r w:rsidRPr="0032579A">
        <w:rPr>
          <w:rFonts w:ascii="Times New Roman" w:hAnsi="Times New Roman" w:cs="Times New Roman"/>
          <w:color w:val="000000"/>
        </w:rPr>
        <w:br/>
      </w:r>
      <w:r w:rsidRPr="0032579A">
        <w:rPr>
          <w:rFonts w:ascii="Times New Roman" w:hAnsi="Times New Roman" w:cs="Times New Roman"/>
          <w:color w:val="000000"/>
        </w:rPr>
        <w:lastRenderedPageBreak/>
        <w:br/>
        <w:t xml:space="preserve">“A </w:t>
      </w:r>
      <w:r w:rsidR="00B02037">
        <w:rPr>
          <w:rFonts w:ascii="Times New Roman" w:hAnsi="Times New Roman" w:cs="Times New Roman"/>
          <w:color w:val="000000"/>
        </w:rPr>
        <w:t xml:space="preserve">map </w:t>
      </w:r>
      <w:r w:rsidRPr="0032579A">
        <w:rPr>
          <w:rFonts w:ascii="Times New Roman" w:hAnsi="Times New Roman" w:cs="Times New Roman"/>
          <w:color w:val="000000"/>
        </w:rPr>
        <w:t xml:space="preserve">of the wasteland,” Verdan replied. “Caches </w:t>
      </w:r>
      <w:r w:rsidR="00B02037">
        <w:rPr>
          <w:rFonts w:ascii="Times New Roman" w:hAnsi="Times New Roman" w:cs="Times New Roman"/>
          <w:color w:val="000000"/>
        </w:rPr>
        <w:t xml:space="preserve">we’ve </w:t>
      </w:r>
      <w:r w:rsidRPr="0032579A">
        <w:rPr>
          <w:rFonts w:ascii="Times New Roman" w:hAnsi="Times New Roman" w:cs="Times New Roman"/>
          <w:color w:val="000000"/>
        </w:rPr>
        <w:t xml:space="preserve">marked, raider camps </w:t>
      </w:r>
      <w:r w:rsidR="00B02037">
        <w:rPr>
          <w:rFonts w:ascii="Times New Roman" w:hAnsi="Times New Roman" w:cs="Times New Roman"/>
          <w:color w:val="000000"/>
        </w:rPr>
        <w:t xml:space="preserve">to be </w:t>
      </w:r>
      <w:r w:rsidRPr="0032579A">
        <w:rPr>
          <w:rFonts w:ascii="Times New Roman" w:hAnsi="Times New Roman" w:cs="Times New Roman"/>
          <w:color w:val="000000"/>
        </w:rPr>
        <w:t xml:space="preserve">avoided, smuggler routes noted. We must know where not to walk. Without it, we will </w:t>
      </w:r>
      <w:r w:rsidR="00B02037">
        <w:rPr>
          <w:rFonts w:ascii="Times New Roman" w:hAnsi="Times New Roman" w:cs="Times New Roman"/>
          <w:color w:val="000000"/>
        </w:rPr>
        <w:t xml:space="preserve">end up </w:t>
      </w:r>
      <w:r w:rsidRPr="0032579A">
        <w:rPr>
          <w:rFonts w:ascii="Times New Roman" w:hAnsi="Times New Roman" w:cs="Times New Roman"/>
          <w:color w:val="000000"/>
        </w:rPr>
        <w:t>bleed</w:t>
      </w:r>
      <w:r w:rsidR="00B02037">
        <w:rPr>
          <w:rFonts w:ascii="Times New Roman" w:hAnsi="Times New Roman" w:cs="Times New Roman"/>
          <w:color w:val="000000"/>
        </w:rPr>
        <w:t>ing</w:t>
      </w:r>
      <w:r w:rsidRPr="0032579A">
        <w:rPr>
          <w:rFonts w:ascii="Times New Roman" w:hAnsi="Times New Roman" w:cs="Times New Roman"/>
          <w:color w:val="000000"/>
        </w:rPr>
        <w:t xml:space="preserve"> blind</w:t>
      </w:r>
      <w:r w:rsidR="00B02037">
        <w:rPr>
          <w:rFonts w:ascii="Times New Roman" w:hAnsi="Times New Roman" w:cs="Times New Roman"/>
          <w:color w:val="000000"/>
        </w:rPr>
        <w:t xml:space="preserve"> and wasting resources</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Selora tapped her data</w:t>
      </w:r>
      <w:r w:rsidR="00B02037">
        <w:rPr>
          <w:rFonts w:ascii="Times New Roman" w:hAnsi="Times New Roman" w:cs="Times New Roman"/>
          <w:color w:val="000000"/>
        </w:rPr>
        <w:t>-</w:t>
      </w:r>
      <w:r w:rsidRPr="0032579A">
        <w:rPr>
          <w:rFonts w:ascii="Times New Roman" w:hAnsi="Times New Roman" w:cs="Times New Roman"/>
          <w:color w:val="000000"/>
        </w:rPr>
        <w:t xml:space="preserve">pad. “Two </w:t>
      </w:r>
      <w:r w:rsidR="00B02037">
        <w:rPr>
          <w:rFonts w:ascii="Times New Roman" w:hAnsi="Times New Roman" w:cs="Times New Roman"/>
          <w:color w:val="000000"/>
        </w:rPr>
        <w:t xml:space="preserve">records </w:t>
      </w:r>
      <w:r w:rsidRPr="0032579A">
        <w:rPr>
          <w:rFonts w:ascii="Times New Roman" w:hAnsi="Times New Roman" w:cs="Times New Roman"/>
          <w:color w:val="000000"/>
        </w:rPr>
        <w:t xml:space="preserve">then. One </w:t>
      </w:r>
      <w:r w:rsidR="00B02037">
        <w:rPr>
          <w:rFonts w:ascii="Times New Roman" w:hAnsi="Times New Roman" w:cs="Times New Roman"/>
          <w:color w:val="000000"/>
        </w:rPr>
        <w:t xml:space="preserve">for </w:t>
      </w:r>
      <w:r w:rsidRPr="0032579A">
        <w:rPr>
          <w:rFonts w:ascii="Times New Roman" w:hAnsi="Times New Roman" w:cs="Times New Roman"/>
          <w:color w:val="000000"/>
        </w:rPr>
        <w:t xml:space="preserve">names. One </w:t>
      </w:r>
      <w:r w:rsidR="00B02037">
        <w:rPr>
          <w:rFonts w:ascii="Times New Roman" w:hAnsi="Times New Roman" w:cs="Times New Roman"/>
          <w:color w:val="000000"/>
        </w:rPr>
        <w:t xml:space="preserve">for </w:t>
      </w:r>
      <w:r w:rsidRPr="0032579A">
        <w:rPr>
          <w:rFonts w:ascii="Times New Roman" w:hAnsi="Times New Roman" w:cs="Times New Roman"/>
          <w:color w:val="000000"/>
        </w:rPr>
        <w:t xml:space="preserve">roads.”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nodded once. “Stone holds names carved in it. </w:t>
      </w:r>
      <w:r w:rsidR="00B02037">
        <w:rPr>
          <w:rFonts w:ascii="Times New Roman" w:hAnsi="Times New Roman" w:cs="Times New Roman"/>
          <w:color w:val="000000"/>
        </w:rPr>
        <w:t>We will do the same in your pad</w:t>
      </w:r>
      <w:r w:rsidRPr="0032579A">
        <w:rPr>
          <w:rFonts w:ascii="Times New Roman" w:hAnsi="Times New Roman" w:cs="Times New Roman"/>
          <w:color w:val="000000"/>
        </w:rPr>
        <w:t xml:space="preserve">.”  </w:t>
      </w:r>
      <w:r w:rsidRPr="0032579A">
        <w:rPr>
          <w:rFonts w:ascii="Times New Roman" w:hAnsi="Times New Roman" w:cs="Times New Roman"/>
          <w:color w:val="000000"/>
        </w:rPr>
        <w:br/>
      </w:r>
    </w:p>
    <w:p w14:paraId="78A8D195" w14:textId="77777777" w:rsidR="00B04E15" w:rsidRPr="0032579A" w:rsidRDefault="00B04E15" w:rsidP="00B04E15">
      <w:pPr>
        <w:spacing w:after="0"/>
        <w:jc w:val="center"/>
        <w:rPr>
          <w:rFonts w:ascii="Times New Roman" w:hAnsi="Times New Roman" w:cs="Times New Roman"/>
        </w:rPr>
      </w:pPr>
      <w:r w:rsidRPr="0032579A">
        <w:rPr>
          <w:rFonts w:ascii="Times New Roman" w:hAnsi="Times New Roman" w:cs="Times New Roman"/>
        </w:rPr>
        <w:t>***</w:t>
      </w:r>
    </w:p>
    <w:p w14:paraId="06DF3DC4" w14:textId="3C26CDAE" w:rsidR="00B04E15" w:rsidRDefault="00000000">
      <w:pPr>
        <w:rPr>
          <w:rFonts w:ascii="Times New Roman" w:hAnsi="Times New Roman" w:cs="Times New Roman"/>
          <w:color w:val="000000"/>
        </w:rPr>
      </w:pPr>
      <w:r w:rsidRPr="0032579A">
        <w:rPr>
          <w:rFonts w:ascii="Times New Roman" w:hAnsi="Times New Roman" w:cs="Times New Roman"/>
          <w:color w:val="000000"/>
        </w:rPr>
        <w:br/>
        <w:t xml:space="preserve">That night they began. Around the fire, Selora opened a second file on her pad, its flicker weak but steady. She drew rough columns, but this </w:t>
      </w:r>
      <w:r w:rsidR="003A6433">
        <w:rPr>
          <w:rFonts w:ascii="Times New Roman" w:hAnsi="Times New Roman" w:cs="Times New Roman"/>
          <w:color w:val="000000"/>
        </w:rPr>
        <w:t>was not a set of numbers, but a map of places.</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“Base One,” she said, voice even. “Sector 12 mine. Cache: water jars, rations, plates.”  </w:t>
      </w:r>
      <w:r w:rsidRPr="0032579A">
        <w:rPr>
          <w:rFonts w:ascii="Times New Roman" w:hAnsi="Times New Roman" w:cs="Times New Roman"/>
          <w:color w:val="000000"/>
        </w:rPr>
        <w:br/>
      </w:r>
      <w:r w:rsidRPr="0032579A">
        <w:rPr>
          <w:rFonts w:ascii="Times New Roman" w:hAnsi="Times New Roman" w:cs="Times New Roman"/>
          <w:color w:val="000000"/>
        </w:rPr>
        <w:br/>
        <w:t xml:space="preserve">Darran leaned close, eyes bright in the firelight. “Mark the comm shacks too,” he urged. “Even the broken ones.”  </w:t>
      </w:r>
      <w:r w:rsidRPr="0032579A">
        <w:rPr>
          <w:rFonts w:ascii="Times New Roman" w:hAnsi="Times New Roman" w:cs="Times New Roman"/>
          <w:color w:val="000000"/>
        </w:rPr>
        <w:br/>
      </w:r>
      <w:r w:rsidRPr="0032579A">
        <w:rPr>
          <w:rFonts w:ascii="Times New Roman" w:hAnsi="Times New Roman" w:cs="Times New Roman"/>
          <w:color w:val="000000"/>
        </w:rPr>
        <w:br/>
        <w:t>Verdan gave him a single nod. “</w:t>
      </w:r>
      <w:r w:rsidR="00B02037">
        <w:rPr>
          <w:rFonts w:ascii="Times New Roman" w:hAnsi="Times New Roman" w:cs="Times New Roman"/>
          <w:color w:val="000000"/>
        </w:rPr>
        <w:t>The b</w:t>
      </w:r>
      <w:r w:rsidRPr="0032579A">
        <w:rPr>
          <w:rFonts w:ascii="Times New Roman" w:hAnsi="Times New Roman" w:cs="Times New Roman"/>
          <w:color w:val="000000"/>
        </w:rPr>
        <w:t xml:space="preserve">roken ground </w:t>
      </w:r>
      <w:r w:rsidR="00B02037">
        <w:rPr>
          <w:rFonts w:ascii="Times New Roman" w:hAnsi="Times New Roman" w:cs="Times New Roman"/>
          <w:color w:val="000000"/>
        </w:rPr>
        <w:t>is</w:t>
      </w:r>
      <w:r w:rsidRPr="0032579A">
        <w:rPr>
          <w:rFonts w:ascii="Times New Roman" w:hAnsi="Times New Roman" w:cs="Times New Roman"/>
          <w:color w:val="000000"/>
        </w:rPr>
        <w:t xml:space="preserve"> as much </w:t>
      </w:r>
      <w:r w:rsidR="00B02037">
        <w:rPr>
          <w:rFonts w:ascii="Times New Roman" w:hAnsi="Times New Roman" w:cs="Times New Roman"/>
          <w:color w:val="000000"/>
        </w:rPr>
        <w:t xml:space="preserve">a </w:t>
      </w:r>
      <w:r w:rsidR="00751490">
        <w:rPr>
          <w:rFonts w:ascii="Times New Roman" w:hAnsi="Times New Roman" w:cs="Times New Roman"/>
          <w:color w:val="000000"/>
        </w:rPr>
        <w:t xml:space="preserve">sign </w:t>
      </w:r>
      <w:r w:rsidRPr="0032579A">
        <w:rPr>
          <w:rFonts w:ascii="Times New Roman" w:hAnsi="Times New Roman" w:cs="Times New Roman"/>
          <w:color w:val="000000"/>
        </w:rPr>
        <w:t xml:space="preserve">as </w:t>
      </w:r>
      <w:r w:rsidR="00751490">
        <w:rPr>
          <w:rFonts w:ascii="Times New Roman" w:hAnsi="Times New Roman" w:cs="Times New Roman"/>
          <w:color w:val="000000"/>
        </w:rPr>
        <w:t xml:space="preserve">the </w:t>
      </w:r>
      <w:r w:rsidRPr="0032579A">
        <w:rPr>
          <w:rFonts w:ascii="Times New Roman" w:hAnsi="Times New Roman" w:cs="Times New Roman"/>
          <w:color w:val="000000"/>
        </w:rPr>
        <w:t xml:space="preserve">solid. Mark them.”  </w:t>
      </w:r>
      <w:r w:rsidRPr="0032579A">
        <w:rPr>
          <w:rFonts w:ascii="Times New Roman" w:hAnsi="Times New Roman" w:cs="Times New Roman"/>
          <w:color w:val="000000"/>
        </w:rPr>
        <w:br/>
      </w:r>
      <w:r w:rsidRPr="0032579A">
        <w:rPr>
          <w:rFonts w:ascii="Times New Roman" w:hAnsi="Times New Roman" w:cs="Times New Roman"/>
          <w:color w:val="000000"/>
        </w:rPr>
        <w:br/>
        <w:t xml:space="preserve">They spoke of wells, of hamlets, of raider tracks carved into slag. Selora recorded each in clipped words. Verdan added symbols in the dirt: arrows, circles, slashes. Primitive signs that could be carved into stone at cache sites. Only they would know what they meant.  </w:t>
      </w:r>
      <w:r w:rsidRPr="0032579A">
        <w:rPr>
          <w:rFonts w:ascii="Times New Roman" w:hAnsi="Times New Roman" w:cs="Times New Roman"/>
          <w:color w:val="000000"/>
        </w:rPr>
        <w:br/>
      </w:r>
    </w:p>
    <w:p w14:paraId="5EB61788" w14:textId="77777777" w:rsidR="00B04E15" w:rsidRPr="0032579A" w:rsidRDefault="00B04E15" w:rsidP="00B04E15">
      <w:pPr>
        <w:spacing w:after="0"/>
        <w:jc w:val="center"/>
        <w:rPr>
          <w:rFonts w:ascii="Times New Roman" w:hAnsi="Times New Roman" w:cs="Times New Roman"/>
        </w:rPr>
      </w:pPr>
      <w:r w:rsidRPr="0032579A">
        <w:rPr>
          <w:rFonts w:ascii="Times New Roman" w:hAnsi="Times New Roman" w:cs="Times New Roman"/>
        </w:rPr>
        <w:t>***</w:t>
      </w:r>
    </w:p>
    <w:p w14:paraId="0FA63C0C" w14:textId="67341640" w:rsidR="00B04E15" w:rsidRDefault="00000000">
      <w:pPr>
        <w:rPr>
          <w:rFonts w:ascii="Times New Roman" w:hAnsi="Times New Roman" w:cs="Times New Roman"/>
          <w:color w:val="000000"/>
        </w:rPr>
      </w:pPr>
      <w:r w:rsidRPr="0032579A">
        <w:rPr>
          <w:rFonts w:ascii="Times New Roman" w:hAnsi="Times New Roman" w:cs="Times New Roman"/>
          <w:color w:val="000000"/>
        </w:rPr>
        <w:br/>
      </w:r>
      <w:r w:rsidR="0070509B">
        <w:rPr>
          <w:rFonts w:ascii="Times New Roman" w:hAnsi="Times New Roman" w:cs="Times New Roman"/>
          <w:color w:val="000000"/>
        </w:rPr>
        <w:t>The map</w:t>
      </w:r>
      <w:r w:rsidRPr="0032579A">
        <w:rPr>
          <w:rFonts w:ascii="Times New Roman" w:hAnsi="Times New Roman" w:cs="Times New Roman"/>
          <w:color w:val="000000"/>
        </w:rPr>
        <w:t xml:space="preserve"> was not written without resistance.  </w:t>
      </w:r>
      <w:r w:rsidRPr="0032579A">
        <w:rPr>
          <w:rFonts w:ascii="Times New Roman" w:hAnsi="Times New Roman" w:cs="Times New Roman"/>
          <w:color w:val="000000"/>
        </w:rPr>
        <w:br/>
      </w:r>
      <w:r w:rsidRPr="0032579A">
        <w:rPr>
          <w:rFonts w:ascii="Times New Roman" w:hAnsi="Times New Roman" w:cs="Times New Roman"/>
          <w:color w:val="000000"/>
        </w:rPr>
        <w:br/>
        <w:t xml:space="preserve">Teg spat into the dust. “You’re leaving a trail. If raiders find the pad, they’ll use it to bleed us dry.”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held his gaze. “If we have no record, we </w:t>
      </w:r>
      <w:r w:rsidR="0070509B">
        <w:rPr>
          <w:rFonts w:ascii="Times New Roman" w:hAnsi="Times New Roman" w:cs="Times New Roman"/>
          <w:color w:val="000000"/>
        </w:rPr>
        <w:t xml:space="preserve">are </w:t>
      </w:r>
      <w:r w:rsidRPr="0032579A">
        <w:rPr>
          <w:rFonts w:ascii="Times New Roman" w:hAnsi="Times New Roman" w:cs="Times New Roman"/>
          <w:color w:val="000000"/>
        </w:rPr>
        <w:t>walk</w:t>
      </w:r>
      <w:r w:rsidR="0070509B">
        <w:rPr>
          <w:rFonts w:ascii="Times New Roman" w:hAnsi="Times New Roman" w:cs="Times New Roman"/>
          <w:color w:val="000000"/>
        </w:rPr>
        <w:t>ing</w:t>
      </w:r>
      <w:r w:rsidRPr="0032579A">
        <w:rPr>
          <w:rFonts w:ascii="Times New Roman" w:hAnsi="Times New Roman" w:cs="Times New Roman"/>
          <w:color w:val="000000"/>
        </w:rPr>
        <w:t xml:space="preserve"> blind. A </w:t>
      </w:r>
      <w:r w:rsidR="0070509B">
        <w:rPr>
          <w:rFonts w:ascii="Times New Roman" w:hAnsi="Times New Roman" w:cs="Times New Roman"/>
          <w:color w:val="000000"/>
        </w:rPr>
        <w:t xml:space="preserve">map </w:t>
      </w:r>
      <w:r w:rsidRPr="0032579A">
        <w:rPr>
          <w:rFonts w:ascii="Times New Roman" w:hAnsi="Times New Roman" w:cs="Times New Roman"/>
          <w:color w:val="000000"/>
        </w:rPr>
        <w:t xml:space="preserve">is dangerous if we lose it, yes. But blindness is more dangerous still.”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cut the dispute short with the weight of command. “Caches will be marked only with symbols. </w:t>
      </w:r>
      <w:r w:rsidR="0070509B">
        <w:rPr>
          <w:rFonts w:ascii="Times New Roman" w:hAnsi="Times New Roman" w:cs="Times New Roman"/>
          <w:color w:val="000000"/>
        </w:rPr>
        <w:t>The words will stay here</w:t>
      </w:r>
      <w:r w:rsidRPr="0032579A">
        <w:rPr>
          <w:rFonts w:ascii="Times New Roman" w:hAnsi="Times New Roman" w:cs="Times New Roman"/>
          <w:color w:val="000000"/>
        </w:rPr>
        <w:t xml:space="preserve">.” He tapped his temple. “And in her pad. </w:t>
      </w:r>
      <w:r w:rsidR="0070509B">
        <w:rPr>
          <w:rFonts w:ascii="Times New Roman" w:hAnsi="Times New Roman" w:cs="Times New Roman"/>
          <w:color w:val="000000"/>
        </w:rPr>
        <w:t>We will mark the stone with symbols known only to us</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Teg grumbled, but lowered his eyes. The decision was made.  </w:t>
      </w:r>
      <w:r w:rsidRPr="0032579A">
        <w:rPr>
          <w:rFonts w:ascii="Times New Roman" w:hAnsi="Times New Roman" w:cs="Times New Roman"/>
          <w:color w:val="000000"/>
        </w:rPr>
        <w:br/>
      </w:r>
    </w:p>
    <w:p w14:paraId="0872023C" w14:textId="77777777" w:rsidR="00B04E15" w:rsidRPr="0032579A" w:rsidRDefault="00B04E15" w:rsidP="00B04E15">
      <w:pPr>
        <w:spacing w:after="0"/>
        <w:jc w:val="center"/>
        <w:rPr>
          <w:rFonts w:ascii="Times New Roman" w:hAnsi="Times New Roman" w:cs="Times New Roman"/>
        </w:rPr>
      </w:pPr>
      <w:r w:rsidRPr="0032579A">
        <w:rPr>
          <w:rFonts w:ascii="Times New Roman" w:hAnsi="Times New Roman" w:cs="Times New Roman"/>
        </w:rPr>
        <w:t>***</w:t>
      </w:r>
    </w:p>
    <w:p w14:paraId="28B10906" w14:textId="5001D41D"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br/>
        <w:t xml:space="preserve">Later, when the others slept, Selora approached Verdan where he sat sharpening steel.  </w:t>
      </w:r>
      <w:r w:rsidRPr="0032579A">
        <w:rPr>
          <w:rFonts w:ascii="Times New Roman" w:hAnsi="Times New Roman" w:cs="Times New Roman"/>
          <w:color w:val="000000"/>
        </w:rPr>
        <w:br/>
      </w:r>
      <w:r w:rsidRPr="0032579A">
        <w:rPr>
          <w:rFonts w:ascii="Times New Roman" w:hAnsi="Times New Roman" w:cs="Times New Roman"/>
          <w:color w:val="000000"/>
        </w:rPr>
        <w:br/>
        <w:t xml:space="preserve">“You gave your true name,” she said.  </w:t>
      </w:r>
      <w:r w:rsidRPr="0032579A">
        <w:rPr>
          <w:rFonts w:ascii="Times New Roman" w:hAnsi="Times New Roman" w:cs="Times New Roman"/>
          <w:color w:val="000000"/>
        </w:rPr>
        <w:br/>
      </w:r>
      <w:r w:rsidRPr="0032579A">
        <w:rPr>
          <w:rFonts w:ascii="Times New Roman" w:hAnsi="Times New Roman" w:cs="Times New Roman"/>
          <w:color w:val="000000"/>
        </w:rPr>
        <w:br/>
        <w:t>Verdan’s hand stilled. “</w:t>
      </w:r>
      <w:r w:rsidR="000C4055">
        <w:rPr>
          <w:rFonts w:ascii="Times New Roman" w:hAnsi="Times New Roman" w:cs="Times New Roman"/>
          <w:color w:val="000000"/>
        </w:rPr>
        <w:t>Yes. N</w:t>
      </w:r>
      <w:r w:rsidRPr="0032579A">
        <w:rPr>
          <w:rFonts w:ascii="Times New Roman" w:hAnsi="Times New Roman" w:cs="Times New Roman"/>
          <w:color w:val="000000"/>
        </w:rPr>
        <w:t xml:space="preserve">ames matter.”  </w:t>
      </w:r>
      <w:r w:rsidRPr="0032579A">
        <w:rPr>
          <w:rFonts w:ascii="Times New Roman" w:hAnsi="Times New Roman" w:cs="Times New Roman"/>
          <w:color w:val="000000"/>
        </w:rPr>
        <w:br/>
      </w:r>
      <w:r w:rsidRPr="0032579A">
        <w:rPr>
          <w:rFonts w:ascii="Times New Roman" w:hAnsi="Times New Roman" w:cs="Times New Roman"/>
          <w:color w:val="000000"/>
        </w:rPr>
        <w:br/>
        <w:t xml:space="preserve">“You don’t give a name like that lightly.”  </w:t>
      </w:r>
      <w:r w:rsidRPr="0032579A">
        <w:rPr>
          <w:rFonts w:ascii="Times New Roman" w:hAnsi="Times New Roman" w:cs="Times New Roman"/>
          <w:color w:val="000000"/>
        </w:rPr>
        <w:br/>
      </w:r>
      <w:r w:rsidRPr="0032579A">
        <w:rPr>
          <w:rFonts w:ascii="Times New Roman" w:hAnsi="Times New Roman" w:cs="Times New Roman"/>
          <w:color w:val="000000"/>
        </w:rPr>
        <w:br/>
        <w:t>Verdan’s eyes stayed on the blade. “</w:t>
      </w:r>
      <w:r w:rsidR="000C4055" w:rsidRPr="000C4055">
        <w:rPr>
          <w:rFonts w:ascii="Times New Roman" w:hAnsi="Times New Roman" w:cs="Times New Roman"/>
          <w:color w:val="000000"/>
        </w:rPr>
        <w:t>A name ties you. Without it… you’re nothing</w:t>
      </w:r>
      <w:r w:rsidR="000C4055">
        <w:rPr>
          <w:rFonts w:ascii="Times New Roman" w:hAnsi="Times New Roman" w:cs="Times New Roman"/>
          <w:color w:val="000000"/>
        </w:rPr>
        <w:t>, just dust in the wind</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Selora studied him, then nodded once. “</w:t>
      </w:r>
      <w:r w:rsidR="000C4055">
        <w:rPr>
          <w:rFonts w:ascii="Times New Roman" w:hAnsi="Times New Roman" w:cs="Times New Roman"/>
          <w:color w:val="000000"/>
        </w:rPr>
        <w:t>Then it’s ours</w:t>
      </w:r>
      <w:r w:rsidRPr="0032579A">
        <w:rPr>
          <w:rFonts w:ascii="Times New Roman" w:hAnsi="Times New Roman" w:cs="Times New Roman"/>
          <w:color w:val="000000"/>
        </w:rPr>
        <w:t>.</w:t>
      </w:r>
      <w:r w:rsidR="000C4055">
        <w:rPr>
          <w:rFonts w:ascii="Times New Roman" w:hAnsi="Times New Roman" w:cs="Times New Roman"/>
          <w:color w:val="000000"/>
        </w:rPr>
        <w:t xml:space="preserve"> A gift freely given.</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r>
      <w:r w:rsidR="000C4055" w:rsidRPr="000C4055">
        <w:rPr>
          <w:rFonts w:ascii="Times New Roman" w:hAnsi="Times New Roman" w:cs="Times New Roman"/>
          <w:color w:val="000000"/>
        </w:rPr>
        <w:t>It wasn’t sentiment. Just something spoken plain, the way you mark a line in the book.</w:t>
      </w:r>
    </w:p>
    <w:p w14:paraId="2F2F0056" w14:textId="060CA7F3" w:rsidR="00B04E15" w:rsidRDefault="00000000">
      <w:pPr>
        <w:rPr>
          <w:rFonts w:ascii="Times New Roman" w:hAnsi="Times New Roman" w:cs="Times New Roman"/>
          <w:color w:val="000000"/>
        </w:rPr>
      </w:pPr>
      <w:r w:rsidRPr="0032579A">
        <w:rPr>
          <w:rFonts w:ascii="Times New Roman" w:hAnsi="Times New Roman" w:cs="Times New Roman"/>
          <w:color w:val="000000"/>
        </w:rPr>
        <w:t xml:space="preserve">He did not speak, only stood sentinel, eyes scanning every flicker in the dark. She did not disturb him, only set her </w:t>
      </w:r>
      <w:r w:rsidR="000C4055">
        <w:rPr>
          <w:rFonts w:ascii="Times New Roman" w:hAnsi="Times New Roman" w:cs="Times New Roman"/>
          <w:color w:val="000000"/>
        </w:rPr>
        <w:t xml:space="preserve">data-pad </w:t>
      </w:r>
      <w:r w:rsidRPr="0032579A">
        <w:rPr>
          <w:rFonts w:ascii="Times New Roman" w:hAnsi="Times New Roman" w:cs="Times New Roman"/>
          <w:color w:val="000000"/>
        </w:rPr>
        <w:t>down and kept the silence with him. When dawn cut the sky, he turned once, and she read a flicker of something softer in the shadow of his eyes.</w:t>
      </w:r>
      <w:r w:rsidRPr="0032579A">
        <w:rPr>
          <w:rFonts w:ascii="Times New Roman" w:hAnsi="Times New Roman" w:cs="Times New Roman"/>
          <w:color w:val="000000"/>
        </w:rPr>
        <w:br/>
      </w:r>
    </w:p>
    <w:p w14:paraId="3C3A3E4E" w14:textId="77777777" w:rsidR="00B04E15" w:rsidRPr="0032579A" w:rsidRDefault="00B04E15" w:rsidP="00B04E15">
      <w:pPr>
        <w:spacing w:after="0"/>
        <w:jc w:val="center"/>
        <w:rPr>
          <w:rFonts w:ascii="Times New Roman" w:hAnsi="Times New Roman" w:cs="Times New Roman"/>
        </w:rPr>
      </w:pPr>
      <w:r w:rsidRPr="0032579A">
        <w:rPr>
          <w:rFonts w:ascii="Times New Roman" w:hAnsi="Times New Roman" w:cs="Times New Roman"/>
        </w:rPr>
        <w:t>***</w:t>
      </w:r>
    </w:p>
    <w:p w14:paraId="2AB40013" w14:textId="7F8A6383" w:rsidR="00830533" w:rsidRPr="0032579A" w:rsidRDefault="00000000">
      <w:pPr>
        <w:rPr>
          <w:rFonts w:ascii="Times New Roman" w:hAnsi="Times New Roman" w:cs="Times New Roman"/>
        </w:rPr>
      </w:pPr>
      <w:r w:rsidRPr="0032579A">
        <w:rPr>
          <w:rFonts w:ascii="Times New Roman" w:hAnsi="Times New Roman" w:cs="Times New Roman"/>
          <w:color w:val="000000"/>
        </w:rPr>
        <w:br/>
        <w:t xml:space="preserve">Before dawn, Verdan gathered them. His voice was low but it carried.  </w:t>
      </w:r>
      <w:r w:rsidRPr="0032579A">
        <w:rPr>
          <w:rFonts w:ascii="Times New Roman" w:hAnsi="Times New Roman" w:cs="Times New Roman"/>
          <w:color w:val="000000"/>
        </w:rPr>
        <w:br/>
      </w:r>
      <w:r w:rsidRPr="0032579A">
        <w:rPr>
          <w:rFonts w:ascii="Times New Roman" w:hAnsi="Times New Roman" w:cs="Times New Roman"/>
          <w:color w:val="000000"/>
        </w:rPr>
        <w:br/>
        <w:t>“Every name matters. Every cache matters. Every road matters. W</w:t>
      </w:r>
      <w:r w:rsidR="000C4055">
        <w:rPr>
          <w:rFonts w:ascii="Times New Roman" w:hAnsi="Times New Roman" w:cs="Times New Roman"/>
          <w:color w:val="000000"/>
        </w:rPr>
        <w:t>e will w</w:t>
      </w:r>
      <w:r w:rsidRPr="0032579A">
        <w:rPr>
          <w:rFonts w:ascii="Times New Roman" w:hAnsi="Times New Roman" w:cs="Times New Roman"/>
          <w:color w:val="000000"/>
        </w:rPr>
        <w:t>aste nothing — not blood, not stone, not memory. This is how we</w:t>
      </w:r>
      <w:r w:rsidR="000C4055">
        <w:rPr>
          <w:rFonts w:ascii="Times New Roman" w:hAnsi="Times New Roman" w:cs="Times New Roman"/>
          <w:color w:val="000000"/>
        </w:rPr>
        <w:t xml:space="preserve"> will</w:t>
      </w:r>
      <w:r w:rsidRPr="0032579A">
        <w:rPr>
          <w:rFonts w:ascii="Times New Roman" w:hAnsi="Times New Roman" w:cs="Times New Roman"/>
          <w:color w:val="000000"/>
        </w:rPr>
        <w:t xml:space="preserve"> live.”  </w:t>
      </w:r>
      <w:r w:rsidRPr="0032579A">
        <w:rPr>
          <w:rFonts w:ascii="Times New Roman" w:hAnsi="Times New Roman" w:cs="Times New Roman"/>
          <w:color w:val="000000"/>
        </w:rPr>
        <w:br/>
      </w:r>
      <w:r w:rsidRPr="0032579A">
        <w:rPr>
          <w:rFonts w:ascii="Times New Roman" w:hAnsi="Times New Roman" w:cs="Times New Roman"/>
          <w:color w:val="000000"/>
        </w:rPr>
        <w:br/>
        <w:t xml:space="preserve">He let silence stretch, then his gaze hardened.  </w:t>
      </w:r>
      <w:r w:rsidRPr="0032579A">
        <w:rPr>
          <w:rFonts w:ascii="Times New Roman" w:hAnsi="Times New Roman" w:cs="Times New Roman"/>
          <w:color w:val="000000"/>
        </w:rPr>
        <w:br/>
      </w:r>
      <w:r w:rsidRPr="0032579A">
        <w:rPr>
          <w:rFonts w:ascii="Times New Roman" w:hAnsi="Times New Roman" w:cs="Times New Roman"/>
          <w:color w:val="000000"/>
        </w:rPr>
        <w:br/>
        <w:t>“House Vizsla wastes blood and stone on the altar of memory, chasing ghosts until nothing is left but ash. House Kryze wastes stone and memory to preserve blood, clutching at life without strength to endure. Both are</w:t>
      </w:r>
      <w:r w:rsidR="00435AAA">
        <w:rPr>
          <w:rFonts w:ascii="Times New Roman" w:hAnsi="Times New Roman" w:cs="Times New Roman"/>
          <w:color w:val="000000"/>
        </w:rPr>
        <w:t xml:space="preserve"> a</w:t>
      </w:r>
      <w:r w:rsidRPr="0032579A">
        <w:rPr>
          <w:rFonts w:ascii="Times New Roman" w:hAnsi="Times New Roman" w:cs="Times New Roman"/>
          <w:color w:val="000000"/>
        </w:rPr>
        <w:t xml:space="preserve"> waste. </w:t>
      </w:r>
      <w:r w:rsidR="00435AAA">
        <w:rPr>
          <w:rFonts w:ascii="Times New Roman" w:hAnsi="Times New Roman" w:cs="Times New Roman"/>
          <w:color w:val="000000"/>
        </w:rPr>
        <w:t xml:space="preserve">A waste of lives and of resources. </w:t>
      </w:r>
      <w:r w:rsidRPr="0032579A">
        <w:rPr>
          <w:rFonts w:ascii="Times New Roman" w:hAnsi="Times New Roman" w:cs="Times New Roman"/>
          <w:color w:val="000000"/>
        </w:rPr>
        <w:t xml:space="preserve">That is not how we live.”  </w:t>
      </w:r>
      <w:r w:rsidRPr="0032579A">
        <w:rPr>
          <w:rFonts w:ascii="Times New Roman" w:hAnsi="Times New Roman" w:cs="Times New Roman"/>
          <w:color w:val="000000"/>
        </w:rPr>
        <w:br/>
      </w:r>
      <w:r w:rsidRPr="0032579A">
        <w:rPr>
          <w:rFonts w:ascii="Times New Roman" w:hAnsi="Times New Roman" w:cs="Times New Roman"/>
          <w:color w:val="000000"/>
        </w:rPr>
        <w:br/>
        <w:t xml:space="preserve">He looked at the line of hollow faces, firelight catching in eyes that had not yet surrendered.  </w:t>
      </w:r>
      <w:r w:rsidRPr="0032579A">
        <w:rPr>
          <w:rFonts w:ascii="Times New Roman" w:hAnsi="Times New Roman" w:cs="Times New Roman"/>
          <w:color w:val="000000"/>
        </w:rPr>
        <w:br/>
      </w:r>
      <w:r w:rsidRPr="0032579A">
        <w:rPr>
          <w:rFonts w:ascii="Times New Roman" w:hAnsi="Times New Roman" w:cs="Times New Roman"/>
          <w:color w:val="000000"/>
        </w:rPr>
        <w:br/>
        <w:t xml:space="preserve">“We live </w:t>
      </w:r>
      <w:r w:rsidR="00435AAA">
        <w:rPr>
          <w:rFonts w:ascii="Times New Roman" w:hAnsi="Times New Roman" w:cs="Times New Roman"/>
          <w:color w:val="000000"/>
        </w:rPr>
        <w:t xml:space="preserve">not for </w:t>
      </w:r>
      <w:r w:rsidRPr="0032579A">
        <w:rPr>
          <w:rFonts w:ascii="Times New Roman" w:hAnsi="Times New Roman" w:cs="Times New Roman"/>
          <w:color w:val="000000"/>
        </w:rPr>
        <w:t>banners. No</w:t>
      </w:r>
      <w:r w:rsidR="00435AAA">
        <w:rPr>
          <w:rFonts w:ascii="Times New Roman" w:hAnsi="Times New Roman" w:cs="Times New Roman"/>
          <w:color w:val="000000"/>
        </w:rPr>
        <w:t>r do we live for</w:t>
      </w:r>
      <w:r w:rsidRPr="0032579A">
        <w:rPr>
          <w:rFonts w:ascii="Times New Roman" w:hAnsi="Times New Roman" w:cs="Times New Roman"/>
          <w:color w:val="000000"/>
        </w:rPr>
        <w:t xml:space="preserve"> ideology. </w:t>
      </w:r>
      <w:r w:rsidR="00435AAA">
        <w:rPr>
          <w:rFonts w:ascii="Times New Roman" w:hAnsi="Times New Roman" w:cs="Times New Roman"/>
          <w:color w:val="000000"/>
        </w:rPr>
        <w:t>We live for what we leave behind. For the things we build and for the people who survive to come after us</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The words hung heavier than any oath. Selora keyed them into </w:t>
      </w:r>
      <w:r w:rsidR="003A6433" w:rsidRPr="0032579A">
        <w:rPr>
          <w:rFonts w:ascii="Times New Roman" w:hAnsi="Times New Roman" w:cs="Times New Roman"/>
          <w:color w:val="000000"/>
        </w:rPr>
        <w:t>her</w:t>
      </w:r>
      <w:r w:rsidR="003A6433">
        <w:rPr>
          <w:rFonts w:ascii="Times New Roman" w:hAnsi="Times New Roman" w:cs="Times New Roman"/>
          <w:color w:val="000000"/>
        </w:rPr>
        <w:t xml:space="preserve"> data-pad</w:t>
      </w:r>
      <w:r w:rsidRPr="0032579A">
        <w:rPr>
          <w:rFonts w:ascii="Times New Roman" w:hAnsi="Times New Roman" w:cs="Times New Roman"/>
          <w:color w:val="000000"/>
        </w:rPr>
        <w:t>. Darran mouthed them until they sat in his chest like steel. And when they walked out into the wasteland, it was not just as wanderers, but as survivors who carried a creed sharper than any blade.</w:t>
      </w:r>
    </w:p>
    <w:p w14:paraId="5673AB06"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2E74E204"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VII — First Space Reach</w:t>
      </w:r>
    </w:p>
    <w:p w14:paraId="2DD5E775" w14:textId="77777777" w:rsidR="0032579A" w:rsidRDefault="00000000" w:rsidP="0032579A">
      <w:pPr>
        <w:jc w:val="center"/>
        <w:rPr>
          <w:rFonts w:ascii="Times New Roman" w:hAnsi="Times New Roman" w:cs="Times New Roman"/>
        </w:rPr>
      </w:pPr>
      <w:r w:rsidRPr="0032579A">
        <w:rPr>
          <w:rFonts w:ascii="Times New Roman" w:hAnsi="Times New Roman" w:cs="Times New Roman"/>
          <w:i/>
        </w:rPr>
        <w:t>*35 BBY*</w:t>
      </w:r>
    </w:p>
    <w:p w14:paraId="59EB328D" w14:textId="21185DD5" w:rsidR="00B04E15" w:rsidRDefault="00000000" w:rsidP="0002681B">
      <w:pPr>
        <w:spacing w:after="0"/>
        <w:rPr>
          <w:rFonts w:ascii="Times New Roman" w:hAnsi="Times New Roman" w:cs="Times New Roman"/>
          <w:color w:val="000000"/>
        </w:rPr>
      </w:pPr>
      <w:r w:rsidRPr="0032579A">
        <w:rPr>
          <w:rFonts w:ascii="Times New Roman" w:hAnsi="Times New Roman" w:cs="Times New Roman"/>
          <w:color w:val="000000"/>
        </w:rPr>
        <w:br/>
        <w:t xml:space="preserve">Dust had a way of settling even on victory. Weeks had passed since the mine, and the rhythm of survival had thickened into something like habit. The survivors had names now carried in Selora’s battered datapad and in memory besides. They had caches seeded along old roads, jars tucked into slag heaps, water rings buried where only those who knew the mark could find them.  </w:t>
      </w:r>
      <w:r w:rsidRPr="0032579A">
        <w:rPr>
          <w:rFonts w:ascii="Times New Roman" w:hAnsi="Times New Roman" w:cs="Times New Roman"/>
          <w:color w:val="000000"/>
        </w:rPr>
        <w:br/>
      </w:r>
      <w:r w:rsidRPr="0032579A">
        <w:rPr>
          <w:rFonts w:ascii="Times New Roman" w:hAnsi="Times New Roman" w:cs="Times New Roman"/>
          <w:color w:val="000000"/>
        </w:rPr>
        <w:br/>
        <w:t xml:space="preserve">But mouths multiplied faster than caches. Hunger rode every step with them, a companion never far.  </w:t>
      </w:r>
      <w:r w:rsidRPr="0032579A">
        <w:rPr>
          <w:rFonts w:ascii="Times New Roman" w:hAnsi="Times New Roman" w:cs="Times New Roman"/>
          <w:color w:val="000000"/>
        </w:rPr>
        <w:br/>
      </w:r>
      <w:r w:rsidRPr="0032579A">
        <w:rPr>
          <w:rFonts w:ascii="Times New Roman" w:hAnsi="Times New Roman" w:cs="Times New Roman"/>
          <w:color w:val="000000"/>
        </w:rPr>
        <w:br/>
        <w:t xml:space="preserve">It was Selora who noticed the Dome first.  </w:t>
      </w:r>
      <w:r w:rsidRPr="0032579A">
        <w:rPr>
          <w:rFonts w:ascii="Times New Roman" w:hAnsi="Times New Roman" w:cs="Times New Roman"/>
          <w:color w:val="000000"/>
        </w:rPr>
        <w:br/>
      </w:r>
      <w:r w:rsidRPr="0032579A">
        <w:rPr>
          <w:rFonts w:ascii="Times New Roman" w:hAnsi="Times New Roman" w:cs="Times New Roman"/>
          <w:color w:val="000000"/>
        </w:rPr>
        <w:br/>
        <w:t xml:space="preserve">From a distance, it looked like every other: transparisteel cracked, girders patching what war and time had torn. The air around its base shimmered with heat, exhaust haze rising from half-functioning repulsor gates. Inside, life would stink of sweat, oil, and desperation — but it would also mean food, water, and trade.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stood with arms folded, gaze on the Dome like he might test it for weaknesses the way he would test a blade. He did not trust cities. Stone walls trapped as much as they shielded. But even he admitted the truth: the line could not eat steel plates and coupling rings alone.  </w:t>
      </w:r>
      <w:r w:rsidRPr="0032579A">
        <w:rPr>
          <w:rFonts w:ascii="Times New Roman" w:hAnsi="Times New Roman" w:cs="Times New Roman"/>
          <w:color w:val="000000"/>
        </w:rPr>
        <w:br/>
      </w:r>
      <w:r w:rsidRPr="0032579A">
        <w:rPr>
          <w:rFonts w:ascii="Times New Roman" w:hAnsi="Times New Roman" w:cs="Times New Roman"/>
          <w:color w:val="000000"/>
        </w:rPr>
        <w:br/>
        <w:t>“We</w:t>
      </w:r>
      <w:r w:rsidR="00CA4483">
        <w:rPr>
          <w:rFonts w:ascii="Times New Roman" w:hAnsi="Times New Roman" w:cs="Times New Roman"/>
          <w:color w:val="000000"/>
        </w:rPr>
        <w:t>’ll</w:t>
      </w:r>
      <w:r w:rsidRPr="0032579A">
        <w:rPr>
          <w:rFonts w:ascii="Times New Roman" w:hAnsi="Times New Roman" w:cs="Times New Roman"/>
          <w:color w:val="000000"/>
        </w:rPr>
        <w:t xml:space="preserve"> go in quiet,” he said at last.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nodded once, expression unreadable. Darran shifted at his side, knife at his belt, eyes bright with the reckless hunger of youth.  </w:t>
      </w:r>
      <w:r w:rsidRPr="0032579A">
        <w:rPr>
          <w:rFonts w:ascii="Times New Roman" w:hAnsi="Times New Roman" w:cs="Times New Roman"/>
          <w:color w:val="000000"/>
        </w:rPr>
        <w:br/>
      </w:r>
    </w:p>
    <w:p w14:paraId="6BDD2BF0" w14:textId="77777777" w:rsidR="00B04E15" w:rsidRPr="0032579A" w:rsidRDefault="00B04E15" w:rsidP="00B04E15">
      <w:pPr>
        <w:spacing w:after="0"/>
        <w:jc w:val="center"/>
        <w:rPr>
          <w:rFonts w:ascii="Times New Roman" w:hAnsi="Times New Roman" w:cs="Times New Roman"/>
        </w:rPr>
      </w:pPr>
      <w:r w:rsidRPr="0032579A">
        <w:rPr>
          <w:rFonts w:ascii="Times New Roman" w:hAnsi="Times New Roman" w:cs="Times New Roman"/>
        </w:rPr>
        <w:t>***</w:t>
      </w:r>
    </w:p>
    <w:p w14:paraId="278BC7BF" w14:textId="4D6F08BC" w:rsidR="00B04E15" w:rsidRDefault="00000000" w:rsidP="0002681B">
      <w:pPr>
        <w:spacing w:after="0"/>
        <w:rPr>
          <w:rFonts w:ascii="Times New Roman" w:hAnsi="Times New Roman" w:cs="Times New Roman"/>
          <w:color w:val="000000"/>
        </w:rPr>
      </w:pPr>
      <w:r w:rsidRPr="0032579A">
        <w:rPr>
          <w:rFonts w:ascii="Times New Roman" w:hAnsi="Times New Roman" w:cs="Times New Roman"/>
          <w:color w:val="000000"/>
        </w:rPr>
        <w:br/>
        <w:t xml:space="preserve">Inside, the Dome breathed heavy. Stalls crowded close, their canopies patched with rags. The air smelled of fried root, coolant, and too many bodies sharing the same recycled filters.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and Selora walked with practiced calm — armor patched but clean, weapons concealed under drab cloth. The others waited outside the gates, hidden in slag hollows.  </w:t>
      </w:r>
      <w:r w:rsidRPr="0032579A">
        <w:rPr>
          <w:rFonts w:ascii="Times New Roman" w:hAnsi="Times New Roman" w:cs="Times New Roman"/>
          <w:color w:val="000000"/>
        </w:rPr>
        <w:br/>
      </w:r>
      <w:r w:rsidRPr="0032579A">
        <w:rPr>
          <w:rFonts w:ascii="Times New Roman" w:hAnsi="Times New Roman" w:cs="Times New Roman"/>
          <w:color w:val="000000"/>
        </w:rPr>
        <w:br/>
        <w:t xml:space="preserve">The first trade was easy. A pair of blasters scavenged from dead raiders went across the table for scrip and a few ration bricks. Weight they couldn’t afford to carry turned into food they desperately needed.  </w:t>
      </w:r>
      <w:r w:rsidRPr="0032579A">
        <w:rPr>
          <w:rFonts w:ascii="Times New Roman" w:hAnsi="Times New Roman" w:cs="Times New Roman"/>
          <w:color w:val="000000"/>
        </w:rPr>
        <w:br/>
      </w:r>
      <w:r w:rsidRPr="0032579A">
        <w:rPr>
          <w:rFonts w:ascii="Times New Roman" w:hAnsi="Times New Roman" w:cs="Times New Roman"/>
          <w:color w:val="000000"/>
        </w:rPr>
        <w:br/>
        <w:t xml:space="preserve">The second was sharper. A stall keeper eyed them with suspicion when Selora laid out the goods: an ignition coil, a handful of fasteners, two bent plates. Her voice did not waver.  </w:t>
      </w:r>
      <w:r w:rsidRPr="0032579A">
        <w:rPr>
          <w:rFonts w:ascii="Times New Roman" w:hAnsi="Times New Roman" w:cs="Times New Roman"/>
          <w:color w:val="000000"/>
        </w:rPr>
        <w:br/>
      </w:r>
      <w:r w:rsidRPr="0032579A">
        <w:rPr>
          <w:rFonts w:ascii="Times New Roman" w:hAnsi="Times New Roman" w:cs="Times New Roman"/>
          <w:color w:val="000000"/>
        </w:rPr>
        <w:br/>
        <w:t>“</w:t>
      </w:r>
      <w:r w:rsidR="00DE1AD1">
        <w:rPr>
          <w:rFonts w:ascii="Times New Roman" w:hAnsi="Times New Roman" w:cs="Times New Roman"/>
          <w:color w:val="000000"/>
        </w:rPr>
        <w:t>These for a pistol</w:t>
      </w:r>
      <w:r w:rsidRPr="0032579A">
        <w:rPr>
          <w:rFonts w:ascii="Times New Roman" w:hAnsi="Times New Roman" w:cs="Times New Roman"/>
          <w:color w:val="000000"/>
        </w:rPr>
        <w:t xml:space="preserve">,” she said.  </w:t>
      </w:r>
      <w:r w:rsidRPr="0032579A">
        <w:rPr>
          <w:rFonts w:ascii="Times New Roman" w:hAnsi="Times New Roman" w:cs="Times New Roman"/>
          <w:color w:val="000000"/>
        </w:rPr>
        <w:br/>
      </w:r>
      <w:r w:rsidRPr="0032579A">
        <w:rPr>
          <w:rFonts w:ascii="Times New Roman" w:hAnsi="Times New Roman" w:cs="Times New Roman"/>
          <w:color w:val="000000"/>
        </w:rPr>
        <w:lastRenderedPageBreak/>
        <w:br/>
        <w:t xml:space="preserve">The man laughed until Verdan’s shadow cut across the table. Then the laughter dried.  </w:t>
      </w:r>
      <w:r w:rsidRPr="0032579A">
        <w:rPr>
          <w:rFonts w:ascii="Times New Roman" w:hAnsi="Times New Roman" w:cs="Times New Roman"/>
          <w:color w:val="000000"/>
        </w:rPr>
        <w:br/>
      </w:r>
      <w:r w:rsidRPr="0032579A">
        <w:rPr>
          <w:rFonts w:ascii="Times New Roman" w:hAnsi="Times New Roman" w:cs="Times New Roman"/>
          <w:color w:val="000000"/>
        </w:rPr>
        <w:br/>
        <w:t xml:space="preserve">What came back across the cloth was a slim blaster pistol — compact, balanced, barely scuffed. Selora picked it up and slid it across to Darran. The boy’s hand closed around it like it was more than metal. It was the first weapon that truly fit him.  </w:t>
      </w:r>
      <w:r w:rsidRPr="0032579A">
        <w:rPr>
          <w:rFonts w:ascii="Times New Roman" w:hAnsi="Times New Roman" w:cs="Times New Roman"/>
          <w:color w:val="000000"/>
        </w:rPr>
        <w:br/>
      </w:r>
      <w:r w:rsidRPr="0032579A">
        <w:rPr>
          <w:rFonts w:ascii="Times New Roman" w:hAnsi="Times New Roman" w:cs="Times New Roman"/>
          <w:color w:val="000000"/>
        </w:rPr>
        <w:br/>
        <w:t xml:space="preserve">“Yours,” Verdan said simply.  </w:t>
      </w:r>
      <w:r w:rsidRPr="0032579A">
        <w:rPr>
          <w:rFonts w:ascii="Times New Roman" w:hAnsi="Times New Roman" w:cs="Times New Roman"/>
          <w:color w:val="000000"/>
        </w:rPr>
        <w:br/>
      </w:r>
      <w:r w:rsidRPr="0032579A">
        <w:rPr>
          <w:rFonts w:ascii="Times New Roman" w:hAnsi="Times New Roman" w:cs="Times New Roman"/>
          <w:color w:val="000000"/>
        </w:rPr>
        <w:br/>
        <w:t xml:space="preserve">Darran’s throat worked, but no words came. He holstered it with care, shoulders squaring as if a piece of weight had settled into him.  </w:t>
      </w:r>
      <w:r w:rsidRPr="0032579A">
        <w:rPr>
          <w:rFonts w:ascii="Times New Roman" w:hAnsi="Times New Roman" w:cs="Times New Roman"/>
          <w:color w:val="000000"/>
        </w:rPr>
        <w:br/>
      </w:r>
      <w:r w:rsidRPr="0032579A">
        <w:rPr>
          <w:rFonts w:ascii="Times New Roman" w:hAnsi="Times New Roman" w:cs="Times New Roman"/>
          <w:color w:val="000000"/>
        </w:rPr>
        <w:br/>
        <w:t xml:space="preserve">The last bargain took the longest. Selora haggled over glowing datacards, her tone as precise as her entries. At last she walked away with a transfer to her datapad: maps of the surrounding region, patchy but marked with warnings. Raider camps. Pirate paths. Smuggler lanes that could be avoided or, one day, exploited.  </w:t>
      </w:r>
      <w:r w:rsidRPr="0032579A">
        <w:rPr>
          <w:rFonts w:ascii="Times New Roman" w:hAnsi="Times New Roman" w:cs="Times New Roman"/>
          <w:color w:val="000000"/>
        </w:rPr>
        <w:br/>
      </w:r>
      <w:r w:rsidRPr="0032579A">
        <w:rPr>
          <w:rFonts w:ascii="Times New Roman" w:hAnsi="Times New Roman" w:cs="Times New Roman"/>
          <w:color w:val="000000"/>
        </w:rPr>
        <w:br/>
        <w:t xml:space="preserve">When they stepped back into the open air, Verdan caught her eye.  </w:t>
      </w:r>
      <w:r w:rsidRPr="0032579A">
        <w:rPr>
          <w:rFonts w:ascii="Times New Roman" w:hAnsi="Times New Roman" w:cs="Times New Roman"/>
          <w:color w:val="000000"/>
        </w:rPr>
        <w:br/>
      </w:r>
      <w:r w:rsidRPr="0032579A">
        <w:rPr>
          <w:rFonts w:ascii="Times New Roman" w:hAnsi="Times New Roman" w:cs="Times New Roman"/>
          <w:color w:val="000000"/>
        </w:rPr>
        <w:br/>
        <w:t xml:space="preserve">“Worth it?” he asked.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held the datapad close. “Names mark who we are. Maps mark where we live. Both matter.”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didn’t argue. He never did when she spoke that way.  </w:t>
      </w:r>
      <w:r w:rsidRPr="0032579A">
        <w:rPr>
          <w:rFonts w:ascii="Times New Roman" w:hAnsi="Times New Roman" w:cs="Times New Roman"/>
          <w:color w:val="000000"/>
        </w:rPr>
        <w:br/>
      </w:r>
    </w:p>
    <w:p w14:paraId="36EA4432" w14:textId="77777777" w:rsidR="00B04E15" w:rsidRPr="0032579A" w:rsidRDefault="00B04E15" w:rsidP="00B04E15">
      <w:pPr>
        <w:spacing w:after="0"/>
        <w:jc w:val="center"/>
        <w:rPr>
          <w:rFonts w:ascii="Times New Roman" w:hAnsi="Times New Roman" w:cs="Times New Roman"/>
        </w:rPr>
      </w:pPr>
      <w:r w:rsidRPr="0032579A">
        <w:rPr>
          <w:rFonts w:ascii="Times New Roman" w:hAnsi="Times New Roman" w:cs="Times New Roman"/>
        </w:rPr>
        <w:t>***</w:t>
      </w:r>
    </w:p>
    <w:p w14:paraId="11F7971D" w14:textId="77777777" w:rsidR="003A6433" w:rsidRDefault="00000000" w:rsidP="0002681B">
      <w:pPr>
        <w:spacing w:after="0"/>
        <w:rPr>
          <w:rFonts w:ascii="Times New Roman" w:hAnsi="Times New Roman" w:cs="Times New Roman"/>
          <w:color w:val="000000"/>
        </w:rPr>
      </w:pPr>
      <w:r w:rsidRPr="0032579A">
        <w:rPr>
          <w:rFonts w:ascii="Times New Roman" w:hAnsi="Times New Roman" w:cs="Times New Roman"/>
          <w:color w:val="000000"/>
        </w:rPr>
        <w:br/>
        <w:t xml:space="preserve">The Dome gave them food, water, and information — but not enough. Every </w:t>
      </w:r>
      <w:r w:rsidR="003A6433">
        <w:rPr>
          <w:rFonts w:ascii="Times New Roman" w:hAnsi="Times New Roman" w:cs="Times New Roman"/>
          <w:color w:val="000000"/>
        </w:rPr>
        <w:t xml:space="preserve">week the balance got thinner. </w:t>
      </w:r>
    </w:p>
    <w:p w14:paraId="0A522F6C" w14:textId="154610D6" w:rsidR="0002681B" w:rsidRDefault="00000000" w:rsidP="0002681B">
      <w:pPr>
        <w:spacing w:after="0"/>
        <w:rPr>
          <w:rFonts w:ascii="Times New Roman" w:hAnsi="Times New Roman" w:cs="Times New Roman"/>
          <w:color w:val="000000"/>
        </w:rPr>
      </w:pPr>
      <w:r w:rsidRPr="0032579A">
        <w:rPr>
          <w:rFonts w:ascii="Times New Roman" w:hAnsi="Times New Roman" w:cs="Times New Roman"/>
          <w:color w:val="000000"/>
        </w:rPr>
        <w:br/>
        <w:t xml:space="preserve">Phalin was the one who put it into words.  </w:t>
      </w:r>
      <w:r w:rsidRPr="0032579A">
        <w:rPr>
          <w:rFonts w:ascii="Times New Roman" w:hAnsi="Times New Roman" w:cs="Times New Roman"/>
          <w:color w:val="000000"/>
        </w:rPr>
        <w:br/>
      </w:r>
      <w:r w:rsidRPr="0032579A">
        <w:rPr>
          <w:rFonts w:ascii="Times New Roman" w:hAnsi="Times New Roman" w:cs="Times New Roman"/>
          <w:color w:val="000000"/>
        </w:rPr>
        <w:br/>
        <w:t xml:space="preserve">“The ground thins,” he said, voice rough with age and cough. “Sky still carries.”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echoed him, softer: “A ship means a navicomputer. A navicomputer means scans, maps, routes. Knowledge bigger than any datapad.”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looked over the faces around the fire. Weary. Thin. But still alive.  </w:t>
      </w:r>
      <w:r w:rsidRPr="0032579A">
        <w:rPr>
          <w:rFonts w:ascii="Times New Roman" w:hAnsi="Times New Roman" w:cs="Times New Roman"/>
          <w:color w:val="000000"/>
        </w:rPr>
        <w:br/>
      </w:r>
      <w:r w:rsidRPr="0032579A">
        <w:rPr>
          <w:rFonts w:ascii="Times New Roman" w:hAnsi="Times New Roman" w:cs="Times New Roman"/>
          <w:color w:val="000000"/>
        </w:rPr>
        <w:br/>
        <w:t>“</w:t>
      </w:r>
      <w:r w:rsidR="00DE1AD1">
        <w:rPr>
          <w:rFonts w:ascii="Times New Roman" w:hAnsi="Times New Roman" w:cs="Times New Roman"/>
          <w:color w:val="000000"/>
        </w:rPr>
        <w:t>The we need a</w:t>
      </w:r>
      <w:r w:rsidRPr="0032579A">
        <w:rPr>
          <w:rFonts w:ascii="Times New Roman" w:hAnsi="Times New Roman" w:cs="Times New Roman"/>
          <w:color w:val="000000"/>
        </w:rPr>
        <w:t xml:space="preserve"> ship,” he said. The word tasted dangerous.  </w:t>
      </w:r>
      <w:r w:rsidRPr="0032579A">
        <w:rPr>
          <w:rFonts w:ascii="Times New Roman" w:hAnsi="Times New Roman" w:cs="Times New Roman"/>
          <w:color w:val="000000"/>
        </w:rPr>
        <w:br/>
      </w:r>
      <w:r w:rsidRPr="0032579A">
        <w:rPr>
          <w:rFonts w:ascii="Times New Roman" w:hAnsi="Times New Roman" w:cs="Times New Roman"/>
          <w:color w:val="000000"/>
        </w:rPr>
        <w:br/>
      </w:r>
    </w:p>
    <w:p w14:paraId="57096771" w14:textId="77777777" w:rsidR="00B04E15" w:rsidRDefault="0002681B" w:rsidP="00B04E15">
      <w:pPr>
        <w:spacing w:after="0"/>
        <w:jc w:val="center"/>
        <w:rPr>
          <w:rFonts w:ascii="Times New Roman" w:hAnsi="Times New Roman" w:cs="Times New Roman"/>
        </w:rPr>
      </w:pPr>
      <w:r w:rsidRPr="0032579A">
        <w:rPr>
          <w:rFonts w:ascii="Times New Roman" w:hAnsi="Times New Roman" w:cs="Times New Roman"/>
        </w:rPr>
        <w:t>***</w:t>
      </w:r>
    </w:p>
    <w:p w14:paraId="5AA2A1DE" w14:textId="2D03D7CC" w:rsidR="0002681B" w:rsidRPr="0002681B" w:rsidRDefault="00000000" w:rsidP="00B04E15">
      <w:pPr>
        <w:spacing w:after="0"/>
        <w:rPr>
          <w:rFonts w:ascii="Times New Roman" w:hAnsi="Times New Roman" w:cs="Times New Roman"/>
        </w:rPr>
      </w:pPr>
      <w:r w:rsidRPr="0032579A">
        <w:rPr>
          <w:rFonts w:ascii="Times New Roman" w:hAnsi="Times New Roman" w:cs="Times New Roman"/>
          <w:color w:val="000000"/>
        </w:rPr>
        <w:lastRenderedPageBreak/>
        <w:br/>
      </w:r>
      <w:r w:rsidRPr="0032579A">
        <w:rPr>
          <w:rFonts w:ascii="Times New Roman" w:hAnsi="Times New Roman" w:cs="Times New Roman"/>
          <w:color w:val="000000"/>
        </w:rPr>
        <w:br/>
        <w:t xml:space="preserve">Two scouts returned before dawn, dust in their hair and urgency in their steps. They had found it: a shuttle grounded in a canyon, hull scarred and patched, crew small but armed.  </w:t>
      </w:r>
      <w:r w:rsidRPr="0032579A">
        <w:rPr>
          <w:rFonts w:ascii="Times New Roman" w:hAnsi="Times New Roman" w:cs="Times New Roman"/>
          <w:color w:val="000000"/>
        </w:rPr>
        <w:br/>
      </w:r>
      <w:r w:rsidRPr="0032579A">
        <w:rPr>
          <w:rFonts w:ascii="Times New Roman" w:hAnsi="Times New Roman" w:cs="Times New Roman"/>
          <w:color w:val="000000"/>
        </w:rPr>
        <w:br/>
        <w:t xml:space="preserve">“Sheathipede-class,” one said. “Separatist bones. Flies still.”  </w:t>
      </w:r>
      <w:r w:rsidRPr="0032579A">
        <w:rPr>
          <w:rFonts w:ascii="Times New Roman" w:hAnsi="Times New Roman" w:cs="Times New Roman"/>
          <w:color w:val="000000"/>
        </w:rPr>
        <w:br/>
      </w:r>
      <w:r w:rsidRPr="0032579A">
        <w:rPr>
          <w:rFonts w:ascii="Times New Roman" w:hAnsi="Times New Roman" w:cs="Times New Roman"/>
          <w:color w:val="000000"/>
        </w:rPr>
        <w:br/>
        <w:t xml:space="preserve">Smugglers, then. Raiders with bigger teeth.  </w:t>
      </w:r>
      <w:r w:rsidRPr="0032579A">
        <w:rPr>
          <w:rFonts w:ascii="Times New Roman" w:hAnsi="Times New Roman" w:cs="Times New Roman"/>
          <w:color w:val="000000"/>
        </w:rPr>
        <w:br/>
      </w:r>
      <w:r w:rsidRPr="0032579A">
        <w:rPr>
          <w:rFonts w:ascii="Times New Roman" w:hAnsi="Times New Roman" w:cs="Times New Roman"/>
          <w:color w:val="000000"/>
        </w:rPr>
        <w:br/>
        <w:t xml:space="preserve">Darran’s hand drifted to his new pistol. His eyes gleamed. “We take it.”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Selora’s voice cut across him. “We take what’s inside first. The navicomputer — scans, routes, smuggler lanes. That data feeds every step after this one. The hull is nothing without it.”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listened. The boy’s hunger. Selora’s calculation. The line’s need.  </w:t>
      </w:r>
      <w:r w:rsidRPr="0032579A">
        <w:rPr>
          <w:rFonts w:ascii="Times New Roman" w:hAnsi="Times New Roman" w:cs="Times New Roman"/>
          <w:color w:val="000000"/>
        </w:rPr>
        <w:br/>
      </w:r>
      <w:r w:rsidRPr="0032579A">
        <w:rPr>
          <w:rFonts w:ascii="Times New Roman" w:hAnsi="Times New Roman" w:cs="Times New Roman"/>
          <w:color w:val="000000"/>
        </w:rPr>
        <w:br/>
        <w:t xml:space="preserve">“If it flies, it becomes ours,” he said at last. “If it burns, we strip it to </w:t>
      </w:r>
      <w:r w:rsidR="00A644BD">
        <w:rPr>
          <w:rFonts w:ascii="Times New Roman" w:hAnsi="Times New Roman" w:cs="Times New Roman"/>
          <w:color w:val="000000"/>
        </w:rPr>
        <w:t xml:space="preserve">the </w:t>
      </w:r>
      <w:r w:rsidRPr="0032579A">
        <w:rPr>
          <w:rFonts w:ascii="Times New Roman" w:hAnsi="Times New Roman" w:cs="Times New Roman"/>
          <w:color w:val="000000"/>
        </w:rPr>
        <w:t xml:space="preserve">bones.”  </w:t>
      </w:r>
      <w:r w:rsidRPr="0032579A">
        <w:rPr>
          <w:rFonts w:ascii="Times New Roman" w:hAnsi="Times New Roman" w:cs="Times New Roman"/>
          <w:color w:val="000000"/>
        </w:rPr>
        <w:br/>
      </w:r>
    </w:p>
    <w:p w14:paraId="3103AC7E" w14:textId="2E2C37A9" w:rsidR="0002681B" w:rsidRPr="0002681B" w:rsidRDefault="0002681B" w:rsidP="0002681B">
      <w:pPr>
        <w:spacing w:after="0"/>
        <w:jc w:val="center"/>
        <w:rPr>
          <w:rFonts w:ascii="Times New Roman" w:hAnsi="Times New Roman" w:cs="Times New Roman"/>
        </w:rPr>
      </w:pPr>
      <w:r w:rsidRPr="0032579A">
        <w:rPr>
          <w:rFonts w:ascii="Times New Roman" w:hAnsi="Times New Roman" w:cs="Times New Roman"/>
        </w:rPr>
        <w:t>***</w:t>
      </w:r>
    </w:p>
    <w:p w14:paraId="469A3082" w14:textId="0F4F3040" w:rsidR="0002681B" w:rsidRDefault="00000000" w:rsidP="0002681B">
      <w:pPr>
        <w:spacing w:after="0"/>
        <w:rPr>
          <w:rFonts w:ascii="Times New Roman" w:hAnsi="Times New Roman" w:cs="Times New Roman"/>
          <w:color w:val="000000"/>
        </w:rPr>
      </w:pPr>
      <w:r w:rsidRPr="0032579A">
        <w:rPr>
          <w:rFonts w:ascii="Times New Roman" w:hAnsi="Times New Roman" w:cs="Times New Roman"/>
          <w:color w:val="000000"/>
        </w:rPr>
        <w:br/>
        <w:t xml:space="preserve">This time the line had more to bring. Blaster pistols scavenged and cleaned. Ammunition cached and rationed. Their doctrine had shifted: range first, knives only if forced.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Verdan’s plan was simple. Phalin and Havel would hold high cover, pistols steady. Verdan and Darran would work as a pair, bounding forward under fire, cutting angles. Selora would anchor the center with her heavy pistol, precise and disciplined.  </w:t>
      </w:r>
      <w:r w:rsidRPr="0032579A">
        <w:rPr>
          <w:rFonts w:ascii="Times New Roman" w:hAnsi="Times New Roman" w:cs="Times New Roman"/>
          <w:color w:val="000000"/>
        </w:rPr>
        <w:br/>
      </w:r>
      <w:r w:rsidRPr="0032579A">
        <w:rPr>
          <w:rFonts w:ascii="Times New Roman" w:hAnsi="Times New Roman" w:cs="Times New Roman"/>
          <w:color w:val="000000"/>
        </w:rPr>
        <w:br/>
        <w:t xml:space="preserve">“Keep distance,” Verdan said. “Use cover. We are not here to bleed for pride. We are here to take what </w:t>
      </w:r>
      <w:r w:rsidR="006861D3">
        <w:rPr>
          <w:rFonts w:ascii="Times New Roman" w:hAnsi="Times New Roman" w:cs="Times New Roman"/>
          <w:color w:val="000000"/>
        </w:rPr>
        <w:t>can feed us</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Darran nodded, jaw tight. Selora tapped the datapad once, a silent mark entered before battle.  </w:t>
      </w:r>
      <w:r w:rsidRPr="0032579A">
        <w:rPr>
          <w:rFonts w:ascii="Times New Roman" w:hAnsi="Times New Roman" w:cs="Times New Roman"/>
          <w:color w:val="000000"/>
        </w:rPr>
        <w:br/>
      </w:r>
      <w:r w:rsidRPr="0032579A">
        <w:rPr>
          <w:rFonts w:ascii="Times New Roman" w:hAnsi="Times New Roman" w:cs="Times New Roman"/>
          <w:color w:val="000000"/>
        </w:rPr>
        <w:br/>
      </w:r>
    </w:p>
    <w:p w14:paraId="54BE7292" w14:textId="77777777" w:rsidR="0002681B" w:rsidRPr="0032579A" w:rsidRDefault="0002681B" w:rsidP="0002681B">
      <w:pPr>
        <w:spacing w:after="0"/>
        <w:jc w:val="center"/>
        <w:rPr>
          <w:rFonts w:ascii="Times New Roman" w:hAnsi="Times New Roman" w:cs="Times New Roman"/>
        </w:rPr>
      </w:pPr>
      <w:r w:rsidRPr="0032579A">
        <w:rPr>
          <w:rFonts w:ascii="Times New Roman" w:hAnsi="Times New Roman" w:cs="Times New Roman"/>
        </w:rPr>
        <w:t>***</w:t>
      </w:r>
    </w:p>
    <w:p w14:paraId="0ECD88D6" w14:textId="526029E9" w:rsidR="0002681B" w:rsidRDefault="00000000" w:rsidP="0002681B">
      <w:pPr>
        <w:spacing w:after="0"/>
        <w:rPr>
          <w:rFonts w:ascii="Times New Roman" w:hAnsi="Times New Roman" w:cs="Times New Roman"/>
          <w:color w:val="000000"/>
        </w:rPr>
      </w:pPr>
      <w:r w:rsidRPr="0032579A">
        <w:rPr>
          <w:rFonts w:ascii="Times New Roman" w:hAnsi="Times New Roman" w:cs="Times New Roman"/>
          <w:color w:val="000000"/>
        </w:rPr>
        <w:br/>
      </w:r>
      <w:r w:rsidRPr="0032579A">
        <w:rPr>
          <w:rFonts w:ascii="Times New Roman" w:hAnsi="Times New Roman" w:cs="Times New Roman"/>
          <w:color w:val="000000"/>
        </w:rPr>
        <w:br/>
        <w:t xml:space="preserve">The canyon walls were high and jagged, wind scraping grit along the stone. The Sheathipede squatted in the shadow like a scarred insect, paint flaked, panels welded rough.  </w:t>
      </w:r>
      <w:r w:rsidRPr="0032579A">
        <w:rPr>
          <w:rFonts w:ascii="Times New Roman" w:hAnsi="Times New Roman" w:cs="Times New Roman"/>
          <w:color w:val="000000"/>
        </w:rPr>
        <w:br/>
      </w:r>
      <w:r w:rsidRPr="0032579A">
        <w:rPr>
          <w:rFonts w:ascii="Times New Roman" w:hAnsi="Times New Roman" w:cs="Times New Roman"/>
          <w:color w:val="000000"/>
        </w:rPr>
        <w:br/>
        <w:t xml:space="preserve">The smugglers had grown careless. Two at the ramp, one half-asleep by a crate, others deeper inside the hull.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signaled with a raised fist. The line spread out, sliding into cover.  </w:t>
      </w:r>
      <w:r w:rsidRPr="0032579A">
        <w:rPr>
          <w:rFonts w:ascii="Times New Roman" w:hAnsi="Times New Roman" w:cs="Times New Roman"/>
          <w:color w:val="000000"/>
        </w:rPr>
        <w:br/>
      </w:r>
      <w:r w:rsidRPr="0032579A">
        <w:rPr>
          <w:rFonts w:ascii="Times New Roman" w:hAnsi="Times New Roman" w:cs="Times New Roman"/>
          <w:color w:val="000000"/>
        </w:rPr>
        <w:br/>
      </w:r>
      <w:r w:rsidRPr="0032579A">
        <w:rPr>
          <w:rFonts w:ascii="Times New Roman" w:hAnsi="Times New Roman" w:cs="Times New Roman"/>
          <w:color w:val="000000"/>
        </w:rPr>
        <w:lastRenderedPageBreak/>
        <w:t xml:space="preserve">Phalin’s shot cracked first — low, precise. The sentry at the ramp dropped before he knew fear. Havel followed, his bolt punching another back into the hull.  </w:t>
      </w:r>
      <w:r w:rsidRPr="0032579A">
        <w:rPr>
          <w:rFonts w:ascii="Times New Roman" w:hAnsi="Times New Roman" w:cs="Times New Roman"/>
          <w:color w:val="000000"/>
        </w:rPr>
        <w:br/>
      </w:r>
      <w:r w:rsidRPr="0032579A">
        <w:rPr>
          <w:rFonts w:ascii="Times New Roman" w:hAnsi="Times New Roman" w:cs="Times New Roman"/>
          <w:color w:val="000000"/>
        </w:rPr>
        <w:br/>
        <w:t xml:space="preserve">Chaos blossomed.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and Darran rose from behind rock, pistols snapping in controlled bursts. Smuggler fire answered, wild and hurried. Bolts screamed off stone. Verdan crouched, shifted, fired again. Each shot measured. Each one costed against the risk of return.  </w:t>
      </w:r>
      <w:r w:rsidRPr="0032579A">
        <w:rPr>
          <w:rFonts w:ascii="Times New Roman" w:hAnsi="Times New Roman" w:cs="Times New Roman"/>
          <w:color w:val="000000"/>
        </w:rPr>
        <w:br/>
      </w:r>
      <w:r w:rsidRPr="0032579A">
        <w:rPr>
          <w:rFonts w:ascii="Times New Roman" w:hAnsi="Times New Roman" w:cs="Times New Roman"/>
          <w:color w:val="000000"/>
        </w:rPr>
        <w:br/>
        <w:t xml:space="preserve">Darran mirrored him — eager, but steadier than he had been weeks before. His bolts pinned a smuggler behind a crate until Verdan’s shot ended it.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moved like a metronome, heavy pistol booming, each bolt carving space where the others could move. Her voice carried between shots: “Push left! Cover right!”  </w:t>
      </w:r>
      <w:r w:rsidRPr="0032579A">
        <w:rPr>
          <w:rFonts w:ascii="Times New Roman" w:hAnsi="Times New Roman" w:cs="Times New Roman"/>
          <w:color w:val="000000"/>
        </w:rPr>
        <w:br/>
      </w:r>
      <w:r w:rsidRPr="0032579A">
        <w:rPr>
          <w:rFonts w:ascii="Times New Roman" w:hAnsi="Times New Roman" w:cs="Times New Roman"/>
          <w:color w:val="000000"/>
        </w:rPr>
        <w:br/>
        <w:t xml:space="preserve">The smugglers broke fast. They had numbers, but not discipline. Range kept the survivors safe, cover made them patient. Knives flashed only once, when a smuggler rushed the ramp in desperation. Verdan met him with steel, clean and final.  </w:t>
      </w:r>
      <w:r w:rsidRPr="0032579A">
        <w:rPr>
          <w:rFonts w:ascii="Times New Roman" w:hAnsi="Times New Roman" w:cs="Times New Roman"/>
          <w:color w:val="000000"/>
        </w:rPr>
        <w:br/>
      </w:r>
      <w:r w:rsidRPr="0032579A">
        <w:rPr>
          <w:rFonts w:ascii="Times New Roman" w:hAnsi="Times New Roman" w:cs="Times New Roman"/>
          <w:color w:val="000000"/>
        </w:rPr>
        <w:br/>
        <w:t xml:space="preserve">The fight ended as quickly as it began. Dust drifted. Bodies stilled. The shuttle stood waiting.  </w:t>
      </w:r>
    </w:p>
    <w:p w14:paraId="02C341DC" w14:textId="34A09053" w:rsidR="0002681B" w:rsidRPr="0032579A" w:rsidRDefault="00000000" w:rsidP="0002681B">
      <w:pPr>
        <w:spacing w:after="0"/>
        <w:jc w:val="center"/>
        <w:rPr>
          <w:rFonts w:ascii="Times New Roman" w:hAnsi="Times New Roman" w:cs="Times New Roman"/>
        </w:rPr>
      </w:pPr>
      <w:r w:rsidRPr="0032579A">
        <w:rPr>
          <w:rFonts w:ascii="Times New Roman" w:hAnsi="Times New Roman" w:cs="Times New Roman"/>
          <w:color w:val="000000"/>
        </w:rPr>
        <w:br/>
      </w:r>
      <w:r w:rsidRPr="0032579A">
        <w:rPr>
          <w:rFonts w:ascii="Times New Roman" w:hAnsi="Times New Roman" w:cs="Times New Roman"/>
          <w:color w:val="000000"/>
        </w:rPr>
        <w:br/>
      </w:r>
      <w:r w:rsidR="0002681B" w:rsidRPr="0032579A">
        <w:rPr>
          <w:rFonts w:ascii="Times New Roman" w:hAnsi="Times New Roman" w:cs="Times New Roman"/>
        </w:rPr>
        <w:t>***</w:t>
      </w:r>
    </w:p>
    <w:p w14:paraId="1A39C0A7" w14:textId="048C55F1" w:rsidR="0002681B" w:rsidRDefault="00000000" w:rsidP="0002681B">
      <w:pPr>
        <w:spacing w:after="0"/>
        <w:rPr>
          <w:rFonts w:ascii="Times New Roman" w:hAnsi="Times New Roman" w:cs="Times New Roman"/>
          <w:color w:val="000000"/>
        </w:rPr>
      </w:pPr>
      <w:r w:rsidRPr="0032579A">
        <w:rPr>
          <w:rFonts w:ascii="Times New Roman" w:hAnsi="Times New Roman" w:cs="Times New Roman"/>
          <w:color w:val="000000"/>
        </w:rPr>
        <w:br/>
      </w:r>
      <w:r w:rsidRPr="0032579A">
        <w:rPr>
          <w:rFonts w:ascii="Times New Roman" w:hAnsi="Times New Roman" w:cs="Times New Roman"/>
          <w:color w:val="000000"/>
        </w:rPr>
        <w:br/>
        <w:t xml:space="preserve">They swarmed the shuttle like ants on a carcass. Insignias were scorched away, hull patched with plates carried from earlier mines. Wiring was stripped, spliced, rethreaded with scavenged coils. Even cracked couplings were cut into rings and pocketed for caches.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went straight for the cockpit. Her hands moved over controls older than she was, coaxing life back into dead circuits. When the navicomputer blinked awake, her breath caught.  </w:t>
      </w:r>
      <w:r w:rsidRPr="0032579A">
        <w:rPr>
          <w:rFonts w:ascii="Times New Roman" w:hAnsi="Times New Roman" w:cs="Times New Roman"/>
          <w:color w:val="000000"/>
        </w:rPr>
        <w:br/>
      </w:r>
      <w:r w:rsidRPr="0032579A">
        <w:rPr>
          <w:rFonts w:ascii="Times New Roman" w:hAnsi="Times New Roman" w:cs="Times New Roman"/>
          <w:color w:val="000000"/>
        </w:rPr>
        <w:br/>
        <w:t xml:space="preserve">Scans of Mandalore’s surface. Terrain grids. Trade lanes etched across the planet like veins. Smuggler caches, coded routes, danger zones marked with jagged glyphs.  </w:t>
      </w:r>
      <w:r w:rsidRPr="0032579A">
        <w:rPr>
          <w:rFonts w:ascii="Times New Roman" w:hAnsi="Times New Roman" w:cs="Times New Roman"/>
          <w:color w:val="000000"/>
        </w:rPr>
        <w:br/>
      </w:r>
      <w:r w:rsidRPr="0032579A">
        <w:rPr>
          <w:rFonts w:ascii="Times New Roman" w:hAnsi="Times New Roman" w:cs="Times New Roman"/>
          <w:color w:val="000000"/>
        </w:rPr>
        <w:br/>
        <w:t xml:space="preserve">She transferred everything to her datapad, then again to spare drives. She wrote it by hand besides, scratching notes onto alloy scraps. Data was too precious to trust to a single vessel.  </w:t>
      </w:r>
      <w:r w:rsidRPr="0032579A">
        <w:rPr>
          <w:rFonts w:ascii="Times New Roman" w:hAnsi="Times New Roman" w:cs="Times New Roman"/>
          <w:color w:val="000000"/>
        </w:rPr>
        <w:br/>
      </w:r>
      <w:r w:rsidRPr="0032579A">
        <w:rPr>
          <w:rFonts w:ascii="Times New Roman" w:hAnsi="Times New Roman" w:cs="Times New Roman"/>
          <w:color w:val="000000"/>
        </w:rPr>
        <w:br/>
        <w:t xml:space="preserve">“One shuttle,” she murmured. “One map of skies. Both </w:t>
      </w:r>
      <w:r w:rsidR="006861D3">
        <w:rPr>
          <w:rFonts w:ascii="Times New Roman" w:hAnsi="Times New Roman" w:cs="Times New Roman"/>
          <w:color w:val="000000"/>
        </w:rPr>
        <w:t xml:space="preserve">are </w:t>
      </w:r>
      <w:r w:rsidRPr="0032579A">
        <w:rPr>
          <w:rFonts w:ascii="Times New Roman" w:hAnsi="Times New Roman" w:cs="Times New Roman"/>
          <w:color w:val="000000"/>
        </w:rPr>
        <w:t xml:space="preserve">ours.”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 stood behind her, watching the glow. “Maps won’t fight for us.”  </w:t>
      </w:r>
      <w:r w:rsidRPr="0032579A">
        <w:rPr>
          <w:rFonts w:ascii="Times New Roman" w:hAnsi="Times New Roman" w:cs="Times New Roman"/>
          <w:color w:val="000000"/>
        </w:rPr>
        <w:br/>
      </w:r>
      <w:r w:rsidRPr="0032579A">
        <w:rPr>
          <w:rFonts w:ascii="Times New Roman" w:hAnsi="Times New Roman" w:cs="Times New Roman"/>
          <w:color w:val="000000"/>
        </w:rPr>
        <w:br/>
        <w:t>“They will keep us from fighting where we don’t have to</w:t>
      </w:r>
      <w:r w:rsidR="006861D3">
        <w:rPr>
          <w:rFonts w:ascii="Times New Roman" w:hAnsi="Times New Roman" w:cs="Times New Roman"/>
          <w:color w:val="000000"/>
        </w:rPr>
        <w:t xml:space="preserve"> and show us where to fight when we need to</w:t>
      </w:r>
      <w:r w:rsidRPr="0032579A">
        <w:rPr>
          <w:rFonts w:ascii="Times New Roman" w:hAnsi="Times New Roman" w:cs="Times New Roman"/>
          <w:color w:val="000000"/>
        </w:rPr>
        <w:t xml:space="preserve">,” Selora answered.  </w:t>
      </w:r>
      <w:r w:rsidRPr="0032579A">
        <w:rPr>
          <w:rFonts w:ascii="Times New Roman" w:hAnsi="Times New Roman" w:cs="Times New Roman"/>
          <w:color w:val="000000"/>
        </w:rPr>
        <w:br/>
      </w:r>
      <w:r w:rsidRPr="0032579A">
        <w:rPr>
          <w:rFonts w:ascii="Times New Roman" w:hAnsi="Times New Roman" w:cs="Times New Roman"/>
          <w:color w:val="000000"/>
        </w:rPr>
        <w:lastRenderedPageBreak/>
        <w:br/>
        <w:t xml:space="preserve">He did not argue.  </w:t>
      </w:r>
    </w:p>
    <w:p w14:paraId="3EC3EC78" w14:textId="1382C12E" w:rsidR="0002681B" w:rsidRPr="0032579A" w:rsidRDefault="00000000" w:rsidP="0002681B">
      <w:pPr>
        <w:spacing w:after="0"/>
        <w:jc w:val="center"/>
        <w:rPr>
          <w:rFonts w:ascii="Times New Roman" w:hAnsi="Times New Roman" w:cs="Times New Roman"/>
        </w:rPr>
      </w:pPr>
      <w:r w:rsidRPr="0032579A">
        <w:rPr>
          <w:rFonts w:ascii="Times New Roman" w:hAnsi="Times New Roman" w:cs="Times New Roman"/>
          <w:color w:val="000000"/>
        </w:rPr>
        <w:br/>
      </w:r>
      <w:r w:rsidRPr="0032579A">
        <w:rPr>
          <w:rFonts w:ascii="Times New Roman" w:hAnsi="Times New Roman" w:cs="Times New Roman"/>
          <w:color w:val="000000"/>
        </w:rPr>
        <w:br/>
      </w:r>
      <w:r w:rsidR="0002681B" w:rsidRPr="0032579A">
        <w:rPr>
          <w:rFonts w:ascii="Times New Roman" w:hAnsi="Times New Roman" w:cs="Times New Roman"/>
        </w:rPr>
        <w:t>***</w:t>
      </w:r>
    </w:p>
    <w:p w14:paraId="4F25C894" w14:textId="102AB3F9" w:rsidR="0002681B" w:rsidRDefault="00000000" w:rsidP="0002681B">
      <w:pPr>
        <w:spacing w:after="0"/>
        <w:rPr>
          <w:rFonts w:ascii="Times New Roman" w:hAnsi="Times New Roman" w:cs="Times New Roman"/>
          <w:color w:val="000000"/>
        </w:rPr>
      </w:pPr>
      <w:r w:rsidRPr="0032579A">
        <w:rPr>
          <w:rFonts w:ascii="Times New Roman" w:hAnsi="Times New Roman" w:cs="Times New Roman"/>
          <w:color w:val="000000"/>
        </w:rPr>
        <w:br/>
      </w:r>
      <w:r w:rsidRPr="0032579A">
        <w:rPr>
          <w:rFonts w:ascii="Times New Roman" w:hAnsi="Times New Roman" w:cs="Times New Roman"/>
          <w:color w:val="000000"/>
        </w:rPr>
        <w:br/>
        <w:t xml:space="preserve">Repairs took days. They patched the hull with scrap, rewired couplings with salvaged cable, siphoned fuel from hidden caches.  </w:t>
      </w:r>
      <w:r w:rsidRPr="0032579A">
        <w:rPr>
          <w:rFonts w:ascii="Times New Roman" w:hAnsi="Times New Roman" w:cs="Times New Roman"/>
          <w:color w:val="000000"/>
        </w:rPr>
        <w:br/>
      </w:r>
      <w:r w:rsidRPr="0032579A">
        <w:rPr>
          <w:rFonts w:ascii="Times New Roman" w:hAnsi="Times New Roman" w:cs="Times New Roman"/>
          <w:color w:val="000000"/>
        </w:rPr>
        <w:br/>
        <w:t xml:space="preserve">When the shuttle finally roared, it was uneven, coughing smoke. But it lifted.  </w:t>
      </w:r>
      <w:r w:rsidRPr="0032579A">
        <w:rPr>
          <w:rFonts w:ascii="Times New Roman" w:hAnsi="Times New Roman" w:cs="Times New Roman"/>
          <w:color w:val="000000"/>
        </w:rPr>
        <w:br/>
      </w:r>
      <w:r w:rsidRPr="0032579A">
        <w:rPr>
          <w:rFonts w:ascii="Times New Roman" w:hAnsi="Times New Roman" w:cs="Times New Roman"/>
          <w:color w:val="000000"/>
        </w:rPr>
        <w:br/>
        <w:t xml:space="preserve">The survivors stood in the canyon, dust whipping their faces as the Sheathipede clawed skyward. Awe shone in their eyes — awe, and fear.  </w:t>
      </w:r>
      <w:r w:rsidRPr="0032579A">
        <w:rPr>
          <w:rFonts w:ascii="Times New Roman" w:hAnsi="Times New Roman" w:cs="Times New Roman"/>
          <w:color w:val="000000"/>
        </w:rPr>
        <w:br/>
      </w:r>
      <w:r w:rsidRPr="0032579A">
        <w:rPr>
          <w:rFonts w:ascii="Times New Roman" w:hAnsi="Times New Roman" w:cs="Times New Roman"/>
          <w:color w:val="000000"/>
        </w:rPr>
        <w:br/>
        <w:t xml:space="preserve">Darran whispered, “We could go anywhere.”  </w:t>
      </w:r>
      <w:r w:rsidRPr="0032579A">
        <w:rPr>
          <w:rFonts w:ascii="Times New Roman" w:hAnsi="Times New Roman" w:cs="Times New Roman"/>
          <w:color w:val="000000"/>
        </w:rPr>
        <w:br/>
      </w:r>
      <w:r w:rsidRPr="0032579A">
        <w:rPr>
          <w:rFonts w:ascii="Times New Roman" w:hAnsi="Times New Roman" w:cs="Times New Roman"/>
          <w:color w:val="000000"/>
        </w:rPr>
        <w:br/>
        <w:t xml:space="preserve">Verdan’s voice was steady. “No. We go only where </w:t>
      </w:r>
      <w:r w:rsidR="006861D3">
        <w:rPr>
          <w:rFonts w:ascii="Times New Roman" w:hAnsi="Times New Roman" w:cs="Times New Roman"/>
          <w:color w:val="000000"/>
        </w:rPr>
        <w:t>the cost is outweighed by survival</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The shuttle banked, scarred wings catching</w:t>
      </w:r>
      <w:r w:rsidR="00113751">
        <w:rPr>
          <w:rFonts w:ascii="Times New Roman" w:hAnsi="Times New Roman" w:cs="Times New Roman"/>
          <w:color w:val="000000"/>
        </w:rPr>
        <w:t xml:space="preserve"> the</w:t>
      </w:r>
      <w:r w:rsidRPr="0032579A">
        <w:rPr>
          <w:rFonts w:ascii="Times New Roman" w:hAnsi="Times New Roman" w:cs="Times New Roman"/>
          <w:color w:val="000000"/>
        </w:rPr>
        <w:t xml:space="preserve"> light, and for the first time the line looked upward not as prey fearing hunters, but as wolves tasting new ground.  </w:t>
      </w:r>
    </w:p>
    <w:p w14:paraId="29200A94" w14:textId="081956DB" w:rsidR="0002681B" w:rsidRPr="0032579A" w:rsidRDefault="00000000" w:rsidP="0002681B">
      <w:pPr>
        <w:spacing w:after="0"/>
        <w:jc w:val="center"/>
        <w:rPr>
          <w:rFonts w:ascii="Times New Roman" w:hAnsi="Times New Roman" w:cs="Times New Roman"/>
        </w:rPr>
      </w:pPr>
      <w:r w:rsidRPr="0032579A">
        <w:rPr>
          <w:rFonts w:ascii="Times New Roman" w:hAnsi="Times New Roman" w:cs="Times New Roman"/>
          <w:color w:val="000000"/>
        </w:rPr>
        <w:br/>
      </w:r>
      <w:r w:rsidR="0002681B" w:rsidRPr="0032579A">
        <w:rPr>
          <w:rFonts w:ascii="Times New Roman" w:hAnsi="Times New Roman" w:cs="Times New Roman"/>
        </w:rPr>
        <w:t>***</w:t>
      </w:r>
    </w:p>
    <w:p w14:paraId="50F9E46D" w14:textId="70FB51A9" w:rsidR="00830533" w:rsidRPr="0032579A" w:rsidRDefault="00000000" w:rsidP="0032579A">
      <w:pPr>
        <w:rPr>
          <w:rFonts w:ascii="Times New Roman" w:hAnsi="Times New Roman" w:cs="Times New Roman"/>
        </w:rPr>
      </w:pPr>
      <w:r w:rsidRPr="0032579A">
        <w:rPr>
          <w:rFonts w:ascii="Times New Roman" w:hAnsi="Times New Roman" w:cs="Times New Roman"/>
          <w:color w:val="000000"/>
        </w:rPr>
        <w:br/>
      </w:r>
      <w:r w:rsidRPr="0032579A">
        <w:rPr>
          <w:rFonts w:ascii="Times New Roman" w:hAnsi="Times New Roman" w:cs="Times New Roman"/>
          <w:color w:val="000000"/>
        </w:rPr>
        <w:br/>
        <w:t xml:space="preserve">The shuttle changed everything — and nothing. It gave them reach, speed, a chance at skies. But it also painted a larger target on their backs. Ships could not hide as footsteps could.  </w:t>
      </w:r>
      <w:r w:rsidRPr="0032579A">
        <w:rPr>
          <w:rFonts w:ascii="Times New Roman" w:hAnsi="Times New Roman" w:cs="Times New Roman"/>
          <w:color w:val="000000"/>
        </w:rPr>
        <w:br/>
      </w:r>
      <w:r w:rsidRPr="0032579A">
        <w:rPr>
          <w:rFonts w:ascii="Times New Roman" w:hAnsi="Times New Roman" w:cs="Times New Roman"/>
          <w:color w:val="000000"/>
        </w:rPr>
        <w:br/>
        <w:t>Verdan’s order was clear. “We use it sparing</w:t>
      </w:r>
      <w:r w:rsidR="006861D3">
        <w:rPr>
          <w:rFonts w:ascii="Times New Roman" w:hAnsi="Times New Roman" w:cs="Times New Roman"/>
          <w:color w:val="000000"/>
        </w:rPr>
        <w:t>ly</w:t>
      </w:r>
      <w:r w:rsidRPr="0032579A">
        <w:rPr>
          <w:rFonts w:ascii="Times New Roman" w:hAnsi="Times New Roman" w:cs="Times New Roman"/>
          <w:color w:val="000000"/>
        </w:rPr>
        <w:t xml:space="preserve">. </w:t>
      </w:r>
      <w:r w:rsidR="006861D3">
        <w:rPr>
          <w:rFonts w:ascii="Times New Roman" w:hAnsi="Times New Roman" w:cs="Times New Roman"/>
          <w:color w:val="000000"/>
        </w:rPr>
        <w:t>Only when using it is worth it. Never for pride or for show</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Selora backed him, though her eyes lingered on the navicomputer’s glow. “The sky is full of eyes. </w:t>
      </w:r>
      <w:r w:rsidR="006861D3">
        <w:rPr>
          <w:rFonts w:ascii="Times New Roman" w:hAnsi="Times New Roman" w:cs="Times New Roman"/>
          <w:color w:val="000000"/>
        </w:rPr>
        <w:t>When we use it, it will have to be hidden twice, some will try to follow</w:t>
      </w:r>
      <w:r w:rsidRPr="0032579A">
        <w:rPr>
          <w:rFonts w:ascii="Times New Roman" w:hAnsi="Times New Roman" w:cs="Times New Roman"/>
          <w:color w:val="000000"/>
        </w:rPr>
        <w:t xml:space="preserve">.”  </w:t>
      </w:r>
      <w:r w:rsidRPr="0032579A">
        <w:rPr>
          <w:rFonts w:ascii="Times New Roman" w:hAnsi="Times New Roman" w:cs="Times New Roman"/>
          <w:color w:val="000000"/>
        </w:rPr>
        <w:br/>
      </w:r>
      <w:r w:rsidRPr="0032579A">
        <w:rPr>
          <w:rFonts w:ascii="Times New Roman" w:hAnsi="Times New Roman" w:cs="Times New Roman"/>
          <w:color w:val="000000"/>
        </w:rPr>
        <w:br/>
        <w:t xml:space="preserve">The shuttle was no banner, no symbol. It was a tool. A bone repurposed into wing.  </w:t>
      </w:r>
      <w:r w:rsidRPr="0032579A">
        <w:rPr>
          <w:rFonts w:ascii="Times New Roman" w:hAnsi="Times New Roman" w:cs="Times New Roman"/>
          <w:color w:val="000000"/>
        </w:rPr>
        <w:br/>
      </w:r>
      <w:r w:rsidRPr="0032579A">
        <w:rPr>
          <w:rFonts w:ascii="Times New Roman" w:hAnsi="Times New Roman" w:cs="Times New Roman"/>
          <w:color w:val="000000"/>
        </w:rPr>
        <w:br/>
        <w:t xml:space="preserve">And from that day, the </w:t>
      </w:r>
      <w:r w:rsidR="002C4FB2" w:rsidRPr="002C4FB2">
        <w:rPr>
          <w:rFonts w:ascii="Times New Roman" w:hAnsi="Times New Roman" w:cs="Times New Roman"/>
          <w:color w:val="000000"/>
        </w:rPr>
        <w:t>Teroch</w:t>
      </w:r>
      <w:r w:rsidRPr="0032579A">
        <w:rPr>
          <w:rFonts w:ascii="Times New Roman" w:hAnsi="Times New Roman" w:cs="Times New Roman"/>
          <w:color w:val="000000"/>
        </w:rPr>
        <w:t xml:space="preserve"> were no longer bound to dust alone.</w:t>
      </w:r>
    </w:p>
    <w:p w14:paraId="1DBD06D0"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77BB0B89"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VIII — Web of Tongues</w:t>
      </w:r>
    </w:p>
    <w:p w14:paraId="5DB68CE4" w14:textId="77777777" w:rsidR="00830533" w:rsidRDefault="00000000">
      <w:pPr>
        <w:jc w:val="center"/>
        <w:rPr>
          <w:rFonts w:ascii="Times New Roman" w:hAnsi="Times New Roman" w:cs="Times New Roman"/>
          <w:i/>
        </w:rPr>
      </w:pPr>
      <w:r w:rsidRPr="0032579A">
        <w:rPr>
          <w:rFonts w:ascii="Times New Roman" w:hAnsi="Times New Roman" w:cs="Times New Roman"/>
          <w:i/>
        </w:rPr>
        <w:t>*35 BBY*</w:t>
      </w:r>
    </w:p>
    <w:p w14:paraId="3869836F" w14:textId="77777777" w:rsidR="0032579A" w:rsidRPr="0032579A" w:rsidRDefault="0032579A">
      <w:pPr>
        <w:jc w:val="center"/>
        <w:rPr>
          <w:rFonts w:ascii="Times New Roman" w:hAnsi="Times New Roman" w:cs="Times New Roman"/>
        </w:rPr>
      </w:pPr>
    </w:p>
    <w:p w14:paraId="3F47E61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Dust lay low on the world, a flat sheet the color of old iron. When wind lifted it, it came up in thin veils that tasted like metal and old fire. The line moved through it without hurry. Forty bodies, forty packs, forty mouths.</w:t>
      </w:r>
    </w:p>
    <w:p w14:paraId="4451C87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counted without numbers. He counted by weight. The way a pack strap cut a shoulder told him if a woman had eaten. The sound of a cough told him if a child needed water or rest. The pace of the old men told him how far they could push before a skirmish would break them. Every choice had a cost. Costs had to be paid with something other than blood.</w:t>
      </w:r>
    </w:p>
    <w:p w14:paraId="1084FA4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dome broke the horizon by midmorning—transparisteel patched with girders, panels stitched in ugly plates that still held air. Its ribs shone dull where someone had sanded them clean and then given up halfway. Heat bled from the port on its southern lip where a line of battered ships sat heavy on skids. Exhaust shimmer wrote ugly lines into the sky.</w:t>
      </w:r>
    </w:p>
    <w:p w14:paraId="5881C58A" w14:textId="236484E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stepped up beside him, the </w:t>
      </w:r>
      <w:r w:rsidR="00113751">
        <w:rPr>
          <w:rFonts w:ascii="Times New Roman" w:hAnsi="Times New Roman" w:cs="Times New Roman"/>
          <w:color w:val="000000"/>
        </w:rPr>
        <w:t xml:space="preserve">data-pad </w:t>
      </w:r>
      <w:r w:rsidRPr="0032579A">
        <w:rPr>
          <w:rFonts w:ascii="Times New Roman" w:hAnsi="Times New Roman" w:cs="Times New Roman"/>
          <w:color w:val="000000"/>
        </w:rPr>
        <w:t>under her arm wrapped in oilcloth, thin and stubborn. “Port’s alive,” she said. “At least enough to breathe and bargain.”</w:t>
      </w:r>
    </w:p>
    <w:p w14:paraId="058419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“Ports are traps,” Darran said from Verdan’s other side, too quick. He had grown a little, straightened out. The new pistol rode high and clean on his belt, grip wrapped in cloth he’d stitched himself. He kept a knife on the other hip as if the steel were an old habit he wasn’t ready to put down.</w:t>
      </w:r>
    </w:p>
    <w:p w14:paraId="37E1589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didn’t look at him. “Traps are where food piles up,” she said. “And rumors.”</w:t>
      </w:r>
    </w:p>
    <w:p w14:paraId="5B0FF41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studied the ribs of the dome, the pattern of the gate, the easy slouch of guards who were tired, not brave. He watched a skiff veer and cough and settle. The pilot hammered a panel with his fist. A dockhand laughed. Both of them looked like they wanted to sell something. Everyone did, in a place like this.</w:t>
      </w:r>
    </w:p>
    <w:p w14:paraId="0E1302E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go in quiet,” Verdan said. “We leave quieter.”</w:t>
      </w:r>
    </w:p>
    <w:p w14:paraId="0A62F96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line folded into the slag the way an animal sinks into brush. They disappeared in pairs among ribs of rusted conveyor and the low gullies cut by water that didn’t come anymore. Orders passed by the small grammar of hands and chins. Phalin and Havel took a ridge with a clear line on the gate. Derya set a stash of broken plate and fabric near a culvert to look like trash and hide two canteens and a coil. Children were counted off and left under the shade of a collapsed frame with Mara and Teg. The old and the wounded lay still and practiced patience.</w:t>
      </w:r>
    </w:p>
    <w:p w14:paraId="1207126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took five inside: himself, Selora, Darran, Derya, Havel’s nephew Rin. Rin had a calm that rode low in him like a heavy stone. He could watch and not look like he was watching. That had value.</w:t>
      </w:r>
    </w:p>
    <w:p w14:paraId="3459CA6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“Signals,” Verdan said, the words a habit more than a necessity now.</w:t>
      </w:r>
    </w:p>
    <w:p w14:paraId="73B72BE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“Down,” Darran said, palm flat.</w:t>
      </w:r>
    </w:p>
    <w:p w14:paraId="551C569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“Hold,” Derya said, fist.</w:t>
      </w:r>
    </w:p>
    <w:p w14:paraId="3B32F40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“Split,” Rin murmured, two fingers cutting left.</w:t>
      </w:r>
    </w:p>
    <w:p w14:paraId="2CC8EFE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nodded once. “Enough,” she said, because that ended the lesson and made it memory.</w:t>
      </w:r>
    </w:p>
    <w:p w14:paraId="33A8940A"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They walked.</w:t>
      </w:r>
    </w:p>
    <w:p w14:paraId="12EF35E5" w14:textId="77777777" w:rsidR="00C77209" w:rsidRDefault="00C77209">
      <w:pPr>
        <w:rPr>
          <w:rFonts w:ascii="Times New Roman" w:hAnsi="Times New Roman" w:cs="Times New Roman"/>
          <w:color w:val="000000"/>
        </w:rPr>
      </w:pPr>
    </w:p>
    <w:p w14:paraId="31B80B07" w14:textId="7C8BEB86" w:rsidR="00C77209" w:rsidRDefault="00C77209" w:rsidP="00C77209">
      <w:pPr>
        <w:jc w:val="center"/>
        <w:rPr>
          <w:rFonts w:ascii="Times New Roman" w:hAnsi="Times New Roman" w:cs="Times New Roman"/>
        </w:rPr>
      </w:pPr>
      <w:r w:rsidRPr="0032579A">
        <w:rPr>
          <w:rFonts w:ascii="Times New Roman" w:hAnsi="Times New Roman" w:cs="Times New Roman"/>
        </w:rPr>
        <w:t>***</w:t>
      </w:r>
    </w:p>
    <w:p w14:paraId="4C23643A" w14:textId="77777777" w:rsidR="00C77209" w:rsidRPr="0032579A" w:rsidRDefault="00C77209" w:rsidP="00C77209">
      <w:pPr>
        <w:jc w:val="center"/>
        <w:rPr>
          <w:rFonts w:ascii="Times New Roman" w:hAnsi="Times New Roman" w:cs="Times New Roman"/>
        </w:rPr>
      </w:pPr>
    </w:p>
    <w:p w14:paraId="654407A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gate swallowed them after the usual cough of seals. Inside air pressed thick—oil, smoke, sweat, hot metal, and old food. A hawker shouted about water with a voice that had been strong once and now only tried to sound that way. A skiff engine turned over in a broken cough, caught, and then died. Someone cursed in three languages at once.</w:t>
      </w:r>
    </w:p>
    <w:p w14:paraId="7DE7024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marked exits, choke points, vantage, and eyes. Two men leaned too still in the shadow of a cargo crate. A woman in long sleeves despite the heat kept a hand under her cloth. A child watched hands, not faces. None of it was new. All of it mattered.</w:t>
      </w:r>
    </w:p>
    <w:p w14:paraId="224EA7B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started simple. Derya set out three bent plates and a coil at a stall that had clean cups on the shelf and a rag that had been washed sometime this week. Selora let the stall keeper weigh them with her eyes and gave the price in ration and scrip—half up front, half after they poured. The woman pushed two wrapped bricks and a gourd of vinegar across without the theater of haggling. Her eyes flicked to Verdan’s shoulders, judged how much trouble it would be to make this her last sale of the day, and decided to be smart.</w:t>
      </w:r>
    </w:p>
    <w:p w14:paraId="3E842C1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don’t take debt,” Selora said.</w:t>
      </w:r>
    </w:p>
    <w:p w14:paraId="6F9CFC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“Neither do I,” the woman answered. That was respect in market shape.</w:t>
      </w:r>
    </w:p>
    <w:p w14:paraId="749CE00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moved on.</w:t>
      </w:r>
    </w:p>
    <w:p w14:paraId="414B6C9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a table near the port, a man sold couplings and screws by the piece. He had grease under his nails like a mason’s line in stone. Verdan watched his hands as he sorted sizes. The man sorted fast and wrong. He was stalling, pushing the larger screws to the top as if that would give him time to think of a better lie.</w:t>
      </w:r>
    </w:p>
    <w:p w14:paraId="0591ED65" w14:textId="497190B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“Two bundles,” Selora said. She paid fairly and did not smile. The man relaxed by a breath, curious despite himself. “Where do you </w:t>
      </w:r>
      <w:r w:rsidR="00113751">
        <w:rPr>
          <w:rFonts w:ascii="Times New Roman" w:hAnsi="Times New Roman" w:cs="Times New Roman"/>
          <w:color w:val="000000"/>
        </w:rPr>
        <w:t>come from</w:t>
      </w:r>
      <w:r w:rsidRPr="0032579A">
        <w:rPr>
          <w:rFonts w:ascii="Times New Roman" w:hAnsi="Times New Roman" w:cs="Times New Roman"/>
          <w:color w:val="000000"/>
        </w:rPr>
        <w:t>?” he asked.</w:t>
      </w:r>
    </w:p>
    <w:p w14:paraId="4A4CFDE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shrugged at the dome roof. “Under this sky.”</w:t>
      </w:r>
    </w:p>
    <w:p w14:paraId="06B65CD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“Everyone does.”</w:t>
      </w:r>
    </w:p>
    <w:p w14:paraId="1D13911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 everyone keeps moving.”</w:t>
      </w:r>
    </w:p>
    <w:p w14:paraId="12B23763" w14:textId="2D1EE42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His mouth twitched. He leaned in and spoke like he was telling a joke to the wind. “Don’t </w:t>
      </w:r>
      <w:r w:rsidR="00113751">
        <w:rPr>
          <w:rFonts w:ascii="Times New Roman" w:hAnsi="Times New Roman" w:cs="Times New Roman"/>
          <w:color w:val="000000"/>
        </w:rPr>
        <w:t>take</w:t>
      </w:r>
      <w:r w:rsidRPr="0032579A">
        <w:rPr>
          <w:rFonts w:ascii="Times New Roman" w:hAnsi="Times New Roman" w:cs="Times New Roman"/>
          <w:color w:val="000000"/>
        </w:rPr>
        <w:t xml:space="preserve"> the old slag road north. Raiders moved their camp to the ribs by the dry river. They</w:t>
      </w:r>
      <w:r w:rsidR="00113751">
        <w:rPr>
          <w:rFonts w:ascii="Times New Roman" w:hAnsi="Times New Roman" w:cs="Times New Roman"/>
          <w:color w:val="000000"/>
        </w:rPr>
        <w:t xml:space="preserve">’ll </w:t>
      </w:r>
      <w:r w:rsidRPr="0032579A">
        <w:rPr>
          <w:rFonts w:ascii="Times New Roman" w:hAnsi="Times New Roman" w:cs="Times New Roman"/>
          <w:color w:val="000000"/>
        </w:rPr>
        <w:t xml:space="preserve">take </w:t>
      </w:r>
      <w:r w:rsidR="00113751">
        <w:rPr>
          <w:rFonts w:ascii="Times New Roman" w:hAnsi="Times New Roman" w:cs="Times New Roman"/>
          <w:color w:val="000000"/>
        </w:rPr>
        <w:t xml:space="preserve">the </w:t>
      </w:r>
      <w:r w:rsidRPr="0032579A">
        <w:rPr>
          <w:rFonts w:ascii="Times New Roman" w:hAnsi="Times New Roman" w:cs="Times New Roman"/>
          <w:color w:val="000000"/>
        </w:rPr>
        <w:t xml:space="preserve">men first, goods second. </w:t>
      </w:r>
      <w:r w:rsidR="00113751">
        <w:rPr>
          <w:rFonts w:ascii="Times New Roman" w:hAnsi="Times New Roman" w:cs="Times New Roman"/>
          <w:color w:val="000000"/>
        </w:rPr>
        <w:t>Its f</w:t>
      </w:r>
      <w:r w:rsidRPr="0032579A">
        <w:rPr>
          <w:rFonts w:ascii="Times New Roman" w:hAnsi="Times New Roman" w:cs="Times New Roman"/>
          <w:color w:val="000000"/>
        </w:rPr>
        <w:t>aster coin if you sell the strong ones.”</w:t>
      </w:r>
    </w:p>
    <w:p w14:paraId="5A03997F" w14:textId="29749C59" w:rsidR="00830533" w:rsidRPr="0032579A" w:rsidRDefault="00000000">
      <w:pPr>
        <w:rPr>
          <w:rFonts w:ascii="Times New Roman" w:hAnsi="Times New Roman" w:cs="Times New Roman"/>
        </w:rPr>
      </w:pPr>
      <w:r w:rsidRPr="0032579A">
        <w:rPr>
          <w:rFonts w:ascii="Times New Roman" w:hAnsi="Times New Roman" w:cs="Times New Roman"/>
          <w:color w:val="000000"/>
        </w:rPr>
        <w:t>“Who buys</w:t>
      </w:r>
      <w:r w:rsidR="00113751">
        <w:rPr>
          <w:rFonts w:ascii="Times New Roman" w:hAnsi="Times New Roman" w:cs="Times New Roman"/>
          <w:color w:val="000000"/>
        </w:rPr>
        <w:t xml:space="preserve"> them</w:t>
      </w:r>
      <w:r w:rsidRPr="0032579A">
        <w:rPr>
          <w:rFonts w:ascii="Times New Roman" w:hAnsi="Times New Roman" w:cs="Times New Roman"/>
          <w:color w:val="000000"/>
        </w:rPr>
        <w:t>?” Verdan asked, plain into the space between them.</w:t>
      </w:r>
    </w:p>
    <w:p w14:paraId="57247062" w14:textId="6334669A" w:rsidR="00830533" w:rsidRPr="0032579A" w:rsidRDefault="00000000">
      <w:pPr>
        <w:rPr>
          <w:rFonts w:ascii="Times New Roman" w:hAnsi="Times New Roman" w:cs="Times New Roman"/>
        </w:rPr>
      </w:pPr>
      <w:r w:rsidRPr="0032579A">
        <w:rPr>
          <w:rFonts w:ascii="Times New Roman" w:hAnsi="Times New Roman" w:cs="Times New Roman"/>
          <w:color w:val="000000"/>
        </w:rPr>
        <w:t>The man looked up at that voice and then away. He touched a tooth with his tongue. “</w:t>
      </w:r>
      <w:r w:rsidR="00113751">
        <w:rPr>
          <w:rFonts w:ascii="Times New Roman" w:hAnsi="Times New Roman" w:cs="Times New Roman"/>
          <w:color w:val="000000"/>
        </w:rPr>
        <w:t>S</w:t>
      </w:r>
      <w:r w:rsidRPr="0032579A">
        <w:rPr>
          <w:rFonts w:ascii="Times New Roman" w:hAnsi="Times New Roman" w:cs="Times New Roman"/>
          <w:color w:val="000000"/>
        </w:rPr>
        <w:t>omeone off-world. I don’t sell people. I sell screws. But I hear the whistles at night when I leave the port. The</w:t>
      </w:r>
      <w:r w:rsidR="00113751">
        <w:rPr>
          <w:rFonts w:ascii="Times New Roman" w:hAnsi="Times New Roman" w:cs="Times New Roman"/>
          <w:color w:val="000000"/>
        </w:rPr>
        <w:t xml:space="preserve"> sound travels far across the wastelands</w:t>
      </w:r>
      <w:r w:rsidRPr="0032579A">
        <w:rPr>
          <w:rFonts w:ascii="Times New Roman" w:hAnsi="Times New Roman" w:cs="Times New Roman"/>
          <w:color w:val="000000"/>
        </w:rPr>
        <w:t>.”</w:t>
      </w:r>
    </w:p>
    <w:p w14:paraId="2BF831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Selora’s thumb worked the pad awake, its cracked face a dull light. She wrote small. She did not record his name. Names were debts. She wrote three lines with little ticks beside them and covered the pad again.</w:t>
      </w:r>
    </w:p>
    <w:p w14:paraId="6B9E22C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traded a scavenged ignition coil to a dockhand whose shirt stuck to him in a sheen of old sweat. He tested the coil with a meter that worked only if you shook it and swore when the needle jumped just enough to make him hopeful. “It’ll die,” he said. “Everything does,” Selora answered. The man laughed like someone who had forgotten it could be done.</w:t>
      </w:r>
    </w:p>
    <w:p w14:paraId="2CA94CA4" w14:textId="10886B1D" w:rsidR="00830533" w:rsidRPr="0032579A" w:rsidRDefault="00000000">
      <w:pPr>
        <w:rPr>
          <w:rFonts w:ascii="Times New Roman" w:hAnsi="Times New Roman" w:cs="Times New Roman"/>
        </w:rPr>
      </w:pPr>
      <w:r w:rsidRPr="0032579A">
        <w:rPr>
          <w:rFonts w:ascii="Times New Roman" w:hAnsi="Times New Roman" w:cs="Times New Roman"/>
          <w:color w:val="000000"/>
        </w:rPr>
        <w:t>He paid in food and then in half a rumor when Verdan didn’t move away. “Smugglers used to run the green band east,” the dockhand said. “Too many bad quiets out there now. No fire at night, no trash in the morning. Like someone pulled a line through the camps and swallowed them.” He sucked his teeth. “We don’t go east if the sky’s clear. Under cloud, maybe</w:t>
      </w:r>
      <w:r w:rsidR="00113751">
        <w:rPr>
          <w:rFonts w:ascii="Times New Roman" w:hAnsi="Times New Roman" w:cs="Times New Roman"/>
          <w:color w:val="000000"/>
        </w:rPr>
        <w:t>. Clouds hide more than they show.”</w:t>
      </w:r>
    </w:p>
    <w:p w14:paraId="75EDFE5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“Who?” Darran asked, too quick again. He braced for the answer like it would be a blow that would let him hit back.</w:t>
      </w:r>
    </w:p>
    <w:p w14:paraId="4642B2AF" w14:textId="7453B14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dockhand shrugged. “Don’t say names out loud. Banners </w:t>
      </w:r>
      <w:r w:rsidR="00113751">
        <w:rPr>
          <w:rFonts w:ascii="Times New Roman" w:hAnsi="Times New Roman" w:cs="Times New Roman"/>
          <w:color w:val="000000"/>
        </w:rPr>
        <w:t xml:space="preserve">take notice </w:t>
      </w:r>
      <w:r w:rsidRPr="0032579A">
        <w:rPr>
          <w:rFonts w:ascii="Times New Roman" w:hAnsi="Times New Roman" w:cs="Times New Roman"/>
          <w:color w:val="000000"/>
        </w:rPr>
        <w:t>when you feed them attention.” He wiped his hands. “You want news, you pay for news. Or you fix something so I listen when I should be working.”</w:t>
      </w:r>
    </w:p>
    <w:p w14:paraId="07CDB93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Selora’s mouth ticked. She set the coil aside, nudged Verdan with her elbow, and nodded at the dockside pump that wheezed like a dying animal when a woman tried to draw water.</w:t>
      </w:r>
    </w:p>
    <w:p w14:paraId="7A47646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knelt and listened with his hands. He traced the line by sound and touched the pump housing and felt the hollow thrum where it shouldn’t be. He asked the woman for a strip of cloth and a thin ring. She gave both, suspicion crowded out by desperation. He packed the ring into the bad seat under the lid and twisted with poverty’s patience until metal remembered how to hold. When he tightened the lid, the sound changed. The pump complained and then did its job.</w:t>
      </w:r>
    </w:p>
    <w:p w14:paraId="1FE45D3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Water ran.</w:t>
      </w:r>
    </w:p>
    <w:p w14:paraId="16D93365" w14:textId="49C618F6"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People who had learned to keep their faces blank still let it show. Selora did not take the woman’s thanks. </w:t>
      </w:r>
    </w:p>
    <w:p w14:paraId="25955B7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paid for air.</w:t>
      </w:r>
    </w:p>
    <w:p w14:paraId="6DE1EF4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fixer found them because Selora wanted to be found. You let a man like that think he found you. It was respect he could measure.</w:t>
      </w:r>
    </w:p>
    <w:p w14:paraId="0FA4EF2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His stall was less a stall than a hole cut into shadow with a cloth hung in front. He smelled like cold spice and old metal. His eyes were the kind that lived past the skin.</w:t>
      </w:r>
    </w:p>
    <w:p w14:paraId="457770E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“Thin coil, good meat,” he said, touching the wire with the back of his knuckles. “Ration bricks from down road, not Sundari. Port grease on your boots, but not enough. You just came in.” His smile was a knife that liked its work. “What do you want to buy?”</w:t>
      </w:r>
    </w:p>
    <w:p w14:paraId="1234121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“Breath,” Selora said.</w:t>
      </w:r>
    </w:p>
    <w:p w14:paraId="72A59ABE" w14:textId="77777777" w:rsidR="00830533" w:rsidRPr="00113751" w:rsidRDefault="00000000">
      <w:pPr>
        <w:rPr>
          <w:rFonts w:ascii="Times New Roman" w:hAnsi="Times New Roman" w:cs="Times New Roman"/>
          <w:bCs/>
        </w:rPr>
      </w:pPr>
      <w:r w:rsidRPr="00113751">
        <w:rPr>
          <w:rFonts w:ascii="Times New Roman" w:hAnsi="Times New Roman" w:cs="Times New Roman"/>
          <w:bCs/>
          <w:color w:val="000000"/>
        </w:rPr>
        <w:t>“Expensive.”</w:t>
      </w:r>
    </w:p>
    <w:p w14:paraId="562E6E4C" w14:textId="705BED00"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“We </w:t>
      </w:r>
      <w:r w:rsidR="00113751">
        <w:rPr>
          <w:rFonts w:ascii="Times New Roman" w:hAnsi="Times New Roman" w:cs="Times New Roman"/>
          <w:color w:val="000000"/>
        </w:rPr>
        <w:t>can</w:t>
      </w:r>
      <w:r w:rsidRPr="0032579A">
        <w:rPr>
          <w:rFonts w:ascii="Times New Roman" w:hAnsi="Times New Roman" w:cs="Times New Roman"/>
          <w:color w:val="000000"/>
        </w:rPr>
        <w:t xml:space="preserve"> pay.” She set down the coil and a folded cloth that hid two flat packets of concentrate. His eyes weighed them and then the line of Verdan’s shoulders. He did not raise the price. He did not lower it, either.</w:t>
      </w:r>
    </w:p>
    <w:p w14:paraId="4E4A3C7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talked in short lines like a man counting. Selora listened like someone counting back.</w:t>
      </w:r>
    </w:p>
    <w:p w14:paraId="10FD84EF" w14:textId="79071A8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“Raiders have stopped wasting bullets to make noise. They fire to </w:t>
      </w:r>
      <w:r w:rsidR="00113751">
        <w:rPr>
          <w:rFonts w:ascii="Times New Roman" w:hAnsi="Times New Roman" w:cs="Times New Roman"/>
          <w:color w:val="000000"/>
        </w:rPr>
        <w:t>take</w:t>
      </w:r>
      <w:r w:rsidRPr="0032579A">
        <w:rPr>
          <w:rFonts w:ascii="Times New Roman" w:hAnsi="Times New Roman" w:cs="Times New Roman"/>
          <w:color w:val="000000"/>
        </w:rPr>
        <w:t xml:space="preserve"> ground and keep it. They have a flag again. Black sigil. Old teeth painted new. Old men say Vizsla made their boys wear it in the last war. Boys now men say it keeps knives sharp.”</w:t>
      </w:r>
    </w:p>
    <w:p w14:paraId="68E17C0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“Where?” Verdan asked.</w:t>
      </w:r>
    </w:p>
    <w:p w14:paraId="2D60AD2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fixer made a small gesture with his chin. “North, where the slag ribs lean and make a shadow in noon sun. They’ve moved twice in a month—westward, toward the scavenger strip with the three broken towers. They don’t want Sundari to notice they’re practicing.”</w:t>
      </w:r>
    </w:p>
    <w:p w14:paraId="70E088DD" w14:textId="028635E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wrote: </w:t>
      </w:r>
      <w:r w:rsidRPr="00113751">
        <w:rPr>
          <w:rFonts w:ascii="Times New Roman" w:hAnsi="Times New Roman" w:cs="Times New Roman"/>
          <w:i/>
          <w:iCs/>
          <w:color w:val="000000"/>
        </w:rPr>
        <w:t>Raiders — north ribs — mobil</w:t>
      </w:r>
      <w:r w:rsidR="00113751" w:rsidRPr="00113751">
        <w:rPr>
          <w:rFonts w:ascii="Times New Roman" w:hAnsi="Times New Roman" w:cs="Times New Roman"/>
          <w:i/>
          <w:iCs/>
          <w:color w:val="000000"/>
        </w:rPr>
        <w:t>e</w:t>
      </w:r>
      <w:r w:rsidRPr="00113751">
        <w:rPr>
          <w:rFonts w:ascii="Times New Roman" w:hAnsi="Times New Roman" w:cs="Times New Roman"/>
          <w:i/>
          <w:iCs/>
          <w:color w:val="000000"/>
        </w:rPr>
        <w:t xml:space="preserve"> — west drift.</w:t>
      </w:r>
      <w:r w:rsidRPr="0032579A">
        <w:rPr>
          <w:rFonts w:ascii="Times New Roman" w:hAnsi="Times New Roman" w:cs="Times New Roman"/>
          <w:color w:val="000000"/>
        </w:rPr>
        <w:t xml:space="preserve"> Small. No flourishes.</w:t>
      </w:r>
    </w:p>
    <w:p w14:paraId="70EF673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“Smugglers,” he went on, “leave at dusk now, not dawn. They hug the ground longer. They’ve made a new stop in the red gulch where fuel smells like sugar. They don’t fly with lights in cloud anymore. Someone up high looks hard in clear skies.”</w:t>
      </w:r>
    </w:p>
    <w:p w14:paraId="2B58912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“Who’s buying?” Selora asked.</w:t>
      </w:r>
    </w:p>
    <w:p w14:paraId="7FC5B16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man tilted his head. “Off-world. Credits, not scrip. That’s not Sundari. That’s someone with a ship that doesn’t limp. Cargo marked as ore. Feels like people when it moves. I don’t like that. I like screws.” The words didn’t change his face. He wasn’t selling conscience, just facts.</w:t>
      </w:r>
    </w:p>
    <w:p w14:paraId="5E349323" w14:textId="156413F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wrote: </w:t>
      </w:r>
      <w:r w:rsidRPr="00113751">
        <w:rPr>
          <w:rFonts w:ascii="Times New Roman" w:hAnsi="Times New Roman" w:cs="Times New Roman"/>
          <w:i/>
          <w:iCs/>
          <w:color w:val="000000"/>
        </w:rPr>
        <w:t>Buyer — off-world — credits — ore cover — likely bodies.</w:t>
      </w:r>
      <w:r w:rsidRPr="0032579A">
        <w:rPr>
          <w:rFonts w:ascii="Times New Roman" w:hAnsi="Times New Roman" w:cs="Times New Roman"/>
          <w:color w:val="000000"/>
        </w:rPr>
        <w:t xml:space="preserve"> Next to it she scratched a small hollow circle. Not corroborated. Dangerous if wrong.</w:t>
      </w:r>
    </w:p>
    <w:p w14:paraId="21FD9F5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“And politics,” he said, humorless. “You can smell it when you pull a breath here. Vizsla boys recruit in the back alleys now. Open knives, quiet promises. Kryze sends soft-tongued men with good boots who talk about neutrality and peace. They get tomatoes if they’re lucky. Knives if they’re not. Sundari’s tax clerks count faster. All of them ask the port to hand over levies. The port laughs and pretends to pay.”</w:t>
      </w:r>
    </w:p>
    <w:p w14:paraId="19D6056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“Who keeps the ledgers?” Selora asked.</w:t>
      </w:r>
    </w:p>
    <w:p w14:paraId="429AEB0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man’s smile grew honest for a second. “Ledger? Everyone keeps a ledger. The dome keeps two. Sundari pretends their copy is the only one. I keep a ledger because I like to know when people are going to hurt me. You should keep one because you’re the kind that gets people that follow you hurt unless you write down the places you shouldn’t walk.”</w:t>
      </w:r>
    </w:p>
    <w:p w14:paraId="4C367F5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put down one more coil. He took it and stopped talking, which meant he had said everything he would say for now.</w:t>
      </w:r>
    </w:p>
    <w:p w14:paraId="61C0481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ate under a canvas that had once been bright red and now was the color of old blood. Darran chewed and watched and kept his hands still. Rin sat with his back to a girder and his eyes on nothing, which meant his eyes were on everything that mattered. Derya mended a strap. Verdan ate like he did everything—efficiently, forgetting nothing.</w:t>
      </w:r>
    </w:p>
    <w:p w14:paraId="289A23CC" w14:textId="5C449B8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“I can make a </w:t>
      </w:r>
      <w:r w:rsidR="00113751">
        <w:rPr>
          <w:rFonts w:ascii="Times New Roman" w:hAnsi="Times New Roman" w:cs="Times New Roman"/>
          <w:color w:val="000000"/>
        </w:rPr>
        <w:t>list</w:t>
      </w:r>
      <w:r w:rsidRPr="0032579A">
        <w:rPr>
          <w:rFonts w:ascii="Times New Roman" w:hAnsi="Times New Roman" w:cs="Times New Roman"/>
          <w:color w:val="000000"/>
        </w:rPr>
        <w:t xml:space="preserve"> for whispers,” Selora said when her mouth was empty.</w:t>
      </w:r>
    </w:p>
    <w:p w14:paraId="3C5C1E9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already do,” Verdan said.</w:t>
      </w:r>
    </w:p>
    <w:p w14:paraId="350EDD7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tapped the pad. “Not like this. Names, supplies, caches—those carry in rows. Rumors need different marks. Weight. Confidence. Action.”</w:t>
      </w:r>
    </w:p>
    <w:p w14:paraId="1652670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frowned. “Rumors are wind.”</w:t>
      </w:r>
    </w:p>
    <w:p w14:paraId="72469695" w14:textId="2E4287BC" w:rsidR="00830533" w:rsidRPr="00113751" w:rsidRDefault="00000000">
      <w:pPr>
        <w:rPr>
          <w:rFonts w:ascii="Times New Roman" w:hAnsi="Times New Roman" w:cs="Times New Roman"/>
          <w:i/>
          <w:iCs/>
        </w:rPr>
      </w:pPr>
      <w:r w:rsidRPr="0032579A">
        <w:rPr>
          <w:rFonts w:ascii="Times New Roman" w:hAnsi="Times New Roman" w:cs="Times New Roman"/>
          <w:color w:val="000000"/>
        </w:rPr>
        <w:t>“Shut up and</w:t>
      </w:r>
      <w:r w:rsidR="00113751">
        <w:rPr>
          <w:rFonts w:ascii="Times New Roman" w:hAnsi="Times New Roman" w:cs="Times New Roman"/>
          <w:color w:val="000000"/>
        </w:rPr>
        <w:t xml:space="preserve"> maybe you learn to</w:t>
      </w:r>
      <w:r w:rsidRPr="0032579A">
        <w:rPr>
          <w:rFonts w:ascii="Times New Roman" w:hAnsi="Times New Roman" w:cs="Times New Roman"/>
          <w:color w:val="000000"/>
        </w:rPr>
        <w:t xml:space="preserve"> listen to how the wind hits your face,” Selora said without heat. She balanced the pad across her knee and wrote a title at the top that looked like a scar made on metal. </w:t>
      </w:r>
      <w:r w:rsidRPr="00113751">
        <w:rPr>
          <w:rFonts w:ascii="Times New Roman" w:hAnsi="Times New Roman" w:cs="Times New Roman"/>
          <w:i/>
          <w:iCs/>
          <w:color w:val="000000"/>
        </w:rPr>
        <w:t xml:space="preserve">INTEL </w:t>
      </w:r>
    </w:p>
    <w:p w14:paraId="190BD0AF" w14:textId="65C370D8" w:rsidR="00830533" w:rsidRPr="00113751" w:rsidRDefault="00000000">
      <w:pPr>
        <w:rPr>
          <w:rFonts w:ascii="Times New Roman" w:hAnsi="Times New Roman" w:cs="Times New Roman"/>
          <w:i/>
          <w:iCs/>
        </w:rPr>
      </w:pPr>
      <w:r w:rsidRPr="0032579A">
        <w:rPr>
          <w:rFonts w:ascii="Times New Roman" w:hAnsi="Times New Roman" w:cs="Times New Roman"/>
          <w:color w:val="000000"/>
        </w:rPr>
        <w:t xml:space="preserve">She made four columns with a fingertip: </w:t>
      </w:r>
      <w:r w:rsidRPr="00113751">
        <w:rPr>
          <w:rFonts w:ascii="Times New Roman" w:hAnsi="Times New Roman" w:cs="Times New Roman"/>
          <w:i/>
          <w:iCs/>
          <w:color w:val="000000"/>
        </w:rPr>
        <w:t>SAY / SOURCE / WEIGHT / ACTION.</w:t>
      </w:r>
    </w:p>
    <w:p w14:paraId="75519B7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“What’s weight?” Darran asked.</w:t>
      </w:r>
    </w:p>
    <w:p w14:paraId="56C638E3" w14:textId="5918328A"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“How much we believe it before we test it,” she said. Her thumb hovered over the first entry. “Less for men who talk for </w:t>
      </w:r>
      <w:r w:rsidR="006803C4">
        <w:rPr>
          <w:rFonts w:ascii="Times New Roman" w:hAnsi="Times New Roman" w:cs="Times New Roman"/>
          <w:color w:val="000000"/>
        </w:rPr>
        <w:t>money</w:t>
      </w:r>
      <w:r w:rsidRPr="0032579A">
        <w:rPr>
          <w:rFonts w:ascii="Times New Roman" w:hAnsi="Times New Roman" w:cs="Times New Roman"/>
          <w:color w:val="000000"/>
        </w:rPr>
        <w:t>. More for old women who don’t care if we die</w:t>
      </w:r>
      <w:r w:rsidR="006803C4">
        <w:rPr>
          <w:rFonts w:ascii="Times New Roman" w:hAnsi="Times New Roman" w:cs="Times New Roman"/>
          <w:color w:val="000000"/>
        </w:rPr>
        <w:t xml:space="preserve"> and have no reason to lie</w:t>
      </w:r>
      <w:r w:rsidRPr="0032579A">
        <w:rPr>
          <w:rFonts w:ascii="Times New Roman" w:hAnsi="Times New Roman" w:cs="Times New Roman"/>
          <w:color w:val="000000"/>
        </w:rPr>
        <w:t>.”</w:t>
      </w:r>
    </w:p>
    <w:p w14:paraId="0D8144B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walked again. The port made different sounds in late afternoon: men swearing because things needed to be done before dark; engines turning over and dying and being hit with fists; the clatter of small change when docks paid small men to risk big things.</w:t>
      </w:r>
    </w:p>
    <w:p w14:paraId="3335072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 boy ran into Darran and then away. Darran’s hand went to his hip and came up with the new pistol still there. The boy hadn’t tried that hand. He had lifted a spare magazine from Darran’s </w:t>
      </w:r>
      <w:r w:rsidRPr="0032579A">
        <w:rPr>
          <w:rFonts w:ascii="Times New Roman" w:hAnsi="Times New Roman" w:cs="Times New Roman"/>
          <w:color w:val="000000"/>
        </w:rPr>
        <w:lastRenderedPageBreak/>
        <w:t>pocket. He didn’t get far. Rin stuck a boot out like he had reconsidered where to put it and the boy bit dust and came up spitting curses.</w:t>
      </w:r>
    </w:p>
    <w:p w14:paraId="1461312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Rin picked up the magazine and handed it back without lecturing. Darran looked humiliated and then angry and then something else. He put the magazine away and made it harder to find next time. He did not chase the boy. He did not hit him.</w:t>
      </w:r>
    </w:p>
    <w:p w14:paraId="6FA6620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“Listen,” Verdan said.</w:t>
      </w:r>
    </w:p>
    <w:p w14:paraId="5D0C8D3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listened.</w:t>
      </w:r>
    </w:p>
    <w:p w14:paraId="4592B154" w14:textId="7CEDDB8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patched a cable for a stallkeeper who had a cracked nail and a sharp mouth and a list of everything wrong with the world. She complained about Vizsla boys taking food and not paying and about Kryze men who talked like they were too clean to eat anything someone else had cooked. She complained about Sundari clerks who counted the same coin twice and called it law and about raiders who cut a girl’s hair to make a point. None of it was new. The way she said the name </w:t>
      </w:r>
      <w:r w:rsidRPr="006803C4">
        <w:rPr>
          <w:rFonts w:ascii="Times New Roman" w:hAnsi="Times New Roman" w:cs="Times New Roman"/>
          <w:i/>
          <w:iCs/>
          <w:color w:val="000000"/>
        </w:rPr>
        <w:t>Vizsla</w:t>
      </w:r>
      <w:r w:rsidRPr="0032579A">
        <w:rPr>
          <w:rFonts w:ascii="Times New Roman" w:hAnsi="Times New Roman" w:cs="Times New Roman"/>
          <w:color w:val="000000"/>
        </w:rPr>
        <w:t xml:space="preserve"> told Selora something weight could stick to.</w:t>
      </w:r>
    </w:p>
    <w:p w14:paraId="27A9B364" w14:textId="13A61D57" w:rsidR="00830533" w:rsidRPr="0032579A" w:rsidRDefault="00000000">
      <w:pPr>
        <w:rPr>
          <w:rFonts w:ascii="Times New Roman" w:hAnsi="Times New Roman" w:cs="Times New Roman"/>
        </w:rPr>
      </w:pPr>
      <w:r w:rsidRPr="0032579A">
        <w:rPr>
          <w:rFonts w:ascii="Times New Roman" w:hAnsi="Times New Roman" w:cs="Times New Roman"/>
          <w:color w:val="000000"/>
        </w:rPr>
        <w:t>Selora recorded in slow words</w:t>
      </w:r>
      <w:r w:rsidRPr="006803C4">
        <w:rPr>
          <w:rFonts w:ascii="Times New Roman" w:hAnsi="Times New Roman" w:cs="Times New Roman"/>
          <w:i/>
          <w:iCs/>
          <w:color w:val="000000"/>
        </w:rPr>
        <w:t>. STALLKEEPER / 40–50 / V. RECRUIT / K. MOCKED / TAX↑.</w:t>
      </w:r>
      <w:r w:rsidRPr="0032579A">
        <w:rPr>
          <w:rFonts w:ascii="Times New Roman" w:hAnsi="Times New Roman" w:cs="Times New Roman"/>
          <w:color w:val="000000"/>
        </w:rPr>
        <w:t xml:space="preserve"> She put two ticks under weight and then a third after she heard the same complaint from a water seller whose teeth were black and whose wrists shook.</w:t>
      </w:r>
    </w:p>
    <w:p w14:paraId="3453CEE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bought a map from a drunk who had been a pilot long enough to know how to lie with a straight face. Selora let him finish the story about the time he outran a Republic patrol. She fed him enough to steady his hands and then took the map anyway. After he left, she turned the pad and traced the map’s lines onto her own grids. The lines didn’t match the ones in the navicomputer. That was useful. You learned when maps lied by laying them over maps that lied less.</w:t>
      </w:r>
    </w:p>
    <w:p w14:paraId="0E3664DE" w14:textId="456645EA"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stopped near the port fence where a long-haul freighter slept on its belly like a tired beast. Three men in coveralls argued in low voices while a fourth watched the sky like a man waiting for a weather that didn’t come. Selora traded a strip of inclined plate for a look at the freighter’s manifest. The list said </w:t>
      </w:r>
      <w:r w:rsidRPr="006803C4">
        <w:rPr>
          <w:rFonts w:ascii="Times New Roman" w:hAnsi="Times New Roman" w:cs="Times New Roman"/>
          <w:i/>
          <w:iCs/>
          <w:color w:val="000000"/>
        </w:rPr>
        <w:t xml:space="preserve">ORE / ORE / </w:t>
      </w:r>
      <w:r w:rsidR="006803C4" w:rsidRPr="006803C4">
        <w:rPr>
          <w:rFonts w:ascii="Times New Roman" w:hAnsi="Times New Roman" w:cs="Times New Roman"/>
          <w:i/>
          <w:iCs/>
          <w:color w:val="000000"/>
        </w:rPr>
        <w:t>ORE</w:t>
      </w:r>
      <w:r w:rsidR="006803C4">
        <w:rPr>
          <w:rFonts w:ascii="Times New Roman" w:hAnsi="Times New Roman" w:cs="Times New Roman"/>
          <w:i/>
          <w:iCs/>
          <w:color w:val="000000"/>
        </w:rPr>
        <w:t xml:space="preserve"> </w:t>
      </w:r>
      <w:r w:rsidR="006803C4" w:rsidRPr="0032579A">
        <w:rPr>
          <w:rFonts w:ascii="Times New Roman" w:hAnsi="Times New Roman" w:cs="Times New Roman"/>
          <w:color w:val="000000"/>
        </w:rPr>
        <w:t>because</w:t>
      </w:r>
      <w:r w:rsidRPr="0032579A">
        <w:rPr>
          <w:rFonts w:ascii="Times New Roman" w:hAnsi="Times New Roman" w:cs="Times New Roman"/>
          <w:color w:val="000000"/>
        </w:rPr>
        <w:t xml:space="preserve"> lists tell the story they’re paid to tell. The tally marks in the margin told a different story. </w:t>
      </w:r>
      <w:r w:rsidRPr="006803C4">
        <w:rPr>
          <w:rFonts w:ascii="Times New Roman" w:hAnsi="Times New Roman" w:cs="Times New Roman"/>
          <w:i/>
          <w:iCs/>
          <w:color w:val="000000"/>
        </w:rPr>
        <w:t>Heads</w:t>
      </w:r>
      <w:r w:rsidR="006803C4">
        <w:rPr>
          <w:rFonts w:ascii="Times New Roman" w:hAnsi="Times New Roman" w:cs="Times New Roman"/>
          <w:i/>
          <w:iCs/>
          <w:color w:val="000000"/>
        </w:rPr>
        <w:t xml:space="preserve"> </w:t>
      </w:r>
      <w:r w:rsidRPr="0032579A">
        <w:rPr>
          <w:rFonts w:ascii="Times New Roman" w:hAnsi="Times New Roman" w:cs="Times New Roman"/>
          <w:color w:val="000000"/>
        </w:rPr>
        <w:t>in words a child could read. Not official. Enough.</w:t>
      </w:r>
    </w:p>
    <w:p w14:paraId="043E2B31" w14:textId="38C461F3" w:rsidR="00C77209" w:rsidRDefault="00000000" w:rsidP="00C77209">
      <w:pPr>
        <w:rPr>
          <w:rFonts w:ascii="Times New Roman" w:hAnsi="Times New Roman" w:cs="Times New Roman"/>
          <w:color w:val="000000"/>
        </w:rPr>
      </w:pPr>
      <w:r w:rsidRPr="0032579A">
        <w:rPr>
          <w:rFonts w:ascii="Times New Roman" w:hAnsi="Times New Roman" w:cs="Times New Roman"/>
          <w:color w:val="000000"/>
        </w:rPr>
        <w:t xml:space="preserve">She didn’t write the word </w:t>
      </w:r>
      <w:r w:rsidRPr="006803C4">
        <w:rPr>
          <w:rFonts w:ascii="Times New Roman" w:hAnsi="Times New Roman" w:cs="Times New Roman"/>
          <w:i/>
          <w:iCs/>
          <w:color w:val="000000"/>
        </w:rPr>
        <w:t>slaves</w:t>
      </w:r>
      <w:r w:rsidR="006803C4">
        <w:rPr>
          <w:rFonts w:ascii="Times New Roman" w:hAnsi="Times New Roman" w:cs="Times New Roman"/>
          <w:i/>
          <w:iCs/>
          <w:color w:val="000000"/>
        </w:rPr>
        <w:t xml:space="preserve"> </w:t>
      </w:r>
      <w:r w:rsidRPr="0032579A">
        <w:rPr>
          <w:rFonts w:ascii="Times New Roman" w:hAnsi="Times New Roman" w:cs="Times New Roman"/>
          <w:color w:val="000000"/>
        </w:rPr>
        <w:t xml:space="preserve">in </w:t>
      </w:r>
      <w:r w:rsidR="006861D3">
        <w:rPr>
          <w:rFonts w:ascii="Times New Roman" w:hAnsi="Times New Roman" w:cs="Times New Roman"/>
          <w:color w:val="000000"/>
        </w:rPr>
        <w:t>her data-pad.</w:t>
      </w:r>
      <w:r w:rsidRPr="0032579A">
        <w:rPr>
          <w:rFonts w:ascii="Times New Roman" w:hAnsi="Times New Roman" w:cs="Times New Roman"/>
          <w:color w:val="000000"/>
        </w:rPr>
        <w:t xml:space="preserve"> She wrote a mark she and Verdan had agreed would mean the same thing, and she felt her stomach turn like it always did when a line was heavier than it had been a minute before.</w:t>
      </w:r>
    </w:p>
    <w:p w14:paraId="4ABA047F" w14:textId="77777777" w:rsidR="00C77209" w:rsidRDefault="00C77209" w:rsidP="00C77209">
      <w:pPr>
        <w:rPr>
          <w:rFonts w:ascii="Times New Roman" w:hAnsi="Times New Roman" w:cs="Times New Roman"/>
          <w:color w:val="000000"/>
        </w:rPr>
      </w:pPr>
    </w:p>
    <w:p w14:paraId="600B979E" w14:textId="77777777" w:rsidR="00C77209" w:rsidRDefault="00C77209" w:rsidP="00C77209">
      <w:pPr>
        <w:jc w:val="center"/>
        <w:rPr>
          <w:rFonts w:ascii="Times New Roman" w:hAnsi="Times New Roman" w:cs="Times New Roman"/>
        </w:rPr>
      </w:pPr>
      <w:r w:rsidRPr="0032579A">
        <w:rPr>
          <w:rFonts w:ascii="Times New Roman" w:hAnsi="Times New Roman" w:cs="Times New Roman"/>
        </w:rPr>
        <w:t>***</w:t>
      </w:r>
    </w:p>
    <w:p w14:paraId="57C85B69" w14:textId="37C477AB" w:rsidR="00830533" w:rsidRPr="0032579A" w:rsidRDefault="00830533">
      <w:pPr>
        <w:rPr>
          <w:rFonts w:ascii="Times New Roman" w:hAnsi="Times New Roman" w:cs="Times New Roman"/>
        </w:rPr>
      </w:pPr>
    </w:p>
    <w:p w14:paraId="3C679EE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They left the dome at last as the port lights flickered and then steadied. The guards looked the same amount of tired as when they had gone in. That meant the world had not changed enough to kill them in the next minute.</w:t>
      </w:r>
    </w:p>
    <w:p w14:paraId="6E4853B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Outside, the air was cleaner because it had fewer people in it ruining it. The line rose out of slag and ribs and fell into step. The food and water went down the line without ceremony. Children’s hands cupped like bowls. Derya counted with her lips without speaking. Selora let the pad ride low in her arm until they reached the place she had chosen: a scoop of ground under a jut of plate that broke wind and lines of fire.</w:t>
      </w:r>
    </w:p>
    <w:p w14:paraId="67BFA19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“Circle,” Verdan said.</w:t>
      </w:r>
    </w:p>
    <w:p w14:paraId="3DA6F41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made a rough one. Old habit. The night sat down with them.</w:t>
      </w:r>
    </w:p>
    <w:p w14:paraId="1D6596E2" w14:textId="1EE712AD" w:rsidR="00830533" w:rsidRPr="0032579A" w:rsidRDefault="00000000" w:rsidP="006803C4">
      <w:pPr>
        <w:rPr>
          <w:rFonts w:ascii="Times New Roman" w:hAnsi="Times New Roman" w:cs="Times New Roman"/>
        </w:rPr>
      </w:pPr>
      <w:r w:rsidRPr="0032579A">
        <w:rPr>
          <w:rFonts w:ascii="Times New Roman" w:hAnsi="Times New Roman" w:cs="Times New Roman"/>
          <w:color w:val="000000"/>
        </w:rPr>
        <w:t xml:space="preserve">Selora opened the pad. The glow touched faces that didn’t need it to know where to look. </w:t>
      </w:r>
      <w:r w:rsidR="006803C4" w:rsidRPr="006803C4">
        <w:rPr>
          <w:rFonts w:ascii="Times New Roman" w:hAnsi="Times New Roman" w:cs="Times New Roman"/>
          <w:i/>
          <w:iCs/>
          <w:color w:val="000000"/>
        </w:rPr>
        <w:t>INTEL</w:t>
      </w:r>
    </w:p>
    <w:p w14:paraId="5D5A185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shifted. He had lived long enough now to know when something new started.</w:t>
      </w:r>
    </w:p>
    <w:p w14:paraId="6464C34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read the column heads. “Say, source, weight, action.”</w:t>
      </w:r>
    </w:p>
    <w:p w14:paraId="08A5714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“Action?” Phalin asked, his cough thicker after the dome air.</w:t>
      </w:r>
    </w:p>
    <w:p w14:paraId="4DF7D137" w14:textId="2935BD6F" w:rsidR="00830533" w:rsidRPr="0032579A" w:rsidRDefault="00000000">
      <w:pPr>
        <w:rPr>
          <w:rFonts w:ascii="Times New Roman" w:hAnsi="Times New Roman" w:cs="Times New Roman"/>
        </w:rPr>
      </w:pPr>
      <w:r w:rsidRPr="0032579A">
        <w:rPr>
          <w:rFonts w:ascii="Times New Roman" w:hAnsi="Times New Roman" w:cs="Times New Roman"/>
          <w:color w:val="000000"/>
        </w:rPr>
        <w:t>Selora nodded. “Not all rumors get action. Most get watch and wait. Some get a test. Some get a route change. Some get a plan.</w:t>
      </w:r>
      <w:r w:rsidR="006803C4">
        <w:rPr>
          <w:rFonts w:ascii="Times New Roman" w:hAnsi="Times New Roman" w:cs="Times New Roman"/>
          <w:color w:val="000000"/>
        </w:rPr>
        <w:t xml:space="preserve"> It’s all dependent on the source and how much we can trust it.</w:t>
      </w:r>
      <w:r w:rsidRPr="0032579A">
        <w:rPr>
          <w:rFonts w:ascii="Times New Roman" w:hAnsi="Times New Roman" w:cs="Times New Roman"/>
          <w:color w:val="000000"/>
        </w:rPr>
        <w:t xml:space="preserve">” She looked </w:t>
      </w:r>
      <w:r w:rsidR="006803C4" w:rsidRPr="0032579A">
        <w:rPr>
          <w:rFonts w:ascii="Times New Roman" w:hAnsi="Times New Roman" w:cs="Times New Roman"/>
          <w:color w:val="000000"/>
        </w:rPr>
        <w:t>at</w:t>
      </w:r>
      <w:r w:rsidRPr="0032579A">
        <w:rPr>
          <w:rFonts w:ascii="Times New Roman" w:hAnsi="Times New Roman" w:cs="Times New Roman"/>
          <w:color w:val="000000"/>
        </w:rPr>
        <w:t xml:space="preserve"> Verdan. He looked back and did not say anything </w:t>
      </w:r>
    </w:p>
    <w:p w14:paraId="372200B3" w14:textId="70C2C05C"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She read from the top and spoke </w:t>
      </w:r>
      <w:r w:rsidR="006803C4" w:rsidRPr="0032579A">
        <w:rPr>
          <w:rFonts w:ascii="Times New Roman" w:hAnsi="Times New Roman" w:cs="Times New Roman"/>
          <w:color w:val="000000"/>
        </w:rPr>
        <w:t>slowly</w:t>
      </w:r>
      <w:r w:rsidRPr="0032579A">
        <w:rPr>
          <w:rFonts w:ascii="Times New Roman" w:hAnsi="Times New Roman" w:cs="Times New Roman"/>
          <w:color w:val="000000"/>
        </w:rPr>
        <w:t>.</w:t>
      </w:r>
    </w:p>
    <w:p w14:paraId="2E81A513" w14:textId="7C81686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“Raiders have moved north, under the ribs, toward the three broken towers. Source: three. Stallholders, fixer, dockhand. Weight: three. Action—avoid slag road north until we can scout from </w:t>
      </w:r>
      <w:r w:rsidR="006803C4">
        <w:rPr>
          <w:rFonts w:ascii="Times New Roman" w:hAnsi="Times New Roman" w:cs="Times New Roman"/>
          <w:color w:val="000000"/>
        </w:rPr>
        <w:t xml:space="preserve">the east under </w:t>
      </w:r>
      <w:r w:rsidRPr="0032579A">
        <w:rPr>
          <w:rFonts w:ascii="Times New Roman" w:hAnsi="Times New Roman" w:cs="Times New Roman"/>
          <w:color w:val="000000"/>
        </w:rPr>
        <w:t>cloud</w:t>
      </w:r>
      <w:r w:rsidR="006803C4">
        <w:rPr>
          <w:rFonts w:ascii="Times New Roman" w:hAnsi="Times New Roman" w:cs="Times New Roman"/>
          <w:color w:val="000000"/>
        </w:rPr>
        <w:t xml:space="preserve"> cover</w:t>
      </w:r>
      <w:r w:rsidRPr="0032579A">
        <w:rPr>
          <w:rFonts w:ascii="Times New Roman" w:hAnsi="Times New Roman" w:cs="Times New Roman"/>
          <w:color w:val="000000"/>
        </w:rPr>
        <w:t>.”</w:t>
      </w:r>
    </w:p>
    <w:p w14:paraId="3EA69FC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Rin nodded. “Ground’s bad there anyway,” he said. “Good for ambush.”</w:t>
      </w:r>
    </w:p>
    <w:p w14:paraId="194C288D" w14:textId="242CDC11" w:rsidR="00830533" w:rsidRPr="0032579A" w:rsidRDefault="00000000">
      <w:pPr>
        <w:rPr>
          <w:rFonts w:ascii="Times New Roman" w:hAnsi="Times New Roman" w:cs="Times New Roman"/>
        </w:rPr>
      </w:pPr>
      <w:r w:rsidRPr="0032579A">
        <w:rPr>
          <w:rFonts w:ascii="Times New Roman" w:hAnsi="Times New Roman" w:cs="Times New Roman"/>
          <w:color w:val="000000"/>
        </w:rPr>
        <w:t>“Smugglers run at dusk. New buyer off-world. Credits, not scrip. Cargo marked as ore. Movement suggests people. Source: two. Fixer and dock manifest in margin. Weight: two and a circle. Action—watch freighter schedules. If we cut that line, we do it without telling the buyer we exist.”</w:t>
      </w:r>
    </w:p>
    <w:p w14:paraId="19BC76D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voice didn’t change. The line’s breath did.</w:t>
      </w:r>
    </w:p>
    <w:p w14:paraId="6E284390" w14:textId="5BC9D9F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“Politics: Vizsla recruiting open; Kryze mocked in market; Sundari taxes up. Source: five. Weight: two for what matters to us now. Action—none. Note which stalls carry which banners under the cloth, mark them </w:t>
      </w:r>
      <w:r w:rsidR="006803C4">
        <w:rPr>
          <w:rFonts w:ascii="Times New Roman" w:hAnsi="Times New Roman" w:cs="Times New Roman"/>
          <w:color w:val="000000"/>
        </w:rPr>
        <w:t>on the maps</w:t>
      </w:r>
      <w:r w:rsidRPr="0032579A">
        <w:rPr>
          <w:rFonts w:ascii="Times New Roman" w:hAnsi="Times New Roman" w:cs="Times New Roman"/>
          <w:color w:val="000000"/>
        </w:rPr>
        <w:t>. We don’t bleed for their colors, but we walk around their shadows.”</w:t>
      </w:r>
    </w:p>
    <w:p w14:paraId="19B4D84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frowned. “If Vizsla is making boys into knives, we should break the hands that teach them.”</w:t>
      </w:r>
    </w:p>
    <w:p w14:paraId="49D93A03" w14:textId="0229E6A3"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Selora tipped her head toward Verdan. He didn’t look at the boy. He looked at the map he had scratched with his heel and the little marks that meant </w:t>
      </w:r>
      <w:r w:rsidRPr="006803C4">
        <w:rPr>
          <w:rFonts w:ascii="Times New Roman" w:hAnsi="Times New Roman" w:cs="Times New Roman"/>
          <w:i/>
          <w:iCs/>
          <w:color w:val="000000"/>
        </w:rPr>
        <w:t>cache</w:t>
      </w:r>
      <w:r w:rsidR="006803C4">
        <w:rPr>
          <w:rFonts w:ascii="Times New Roman" w:hAnsi="Times New Roman" w:cs="Times New Roman"/>
          <w:i/>
          <w:iCs/>
          <w:color w:val="000000"/>
        </w:rPr>
        <w:t xml:space="preserve"> </w:t>
      </w:r>
      <w:r w:rsidRPr="0032579A">
        <w:rPr>
          <w:rFonts w:ascii="Times New Roman" w:hAnsi="Times New Roman" w:cs="Times New Roman"/>
          <w:color w:val="000000"/>
        </w:rPr>
        <w:t xml:space="preserve">and </w:t>
      </w:r>
      <w:r w:rsidRPr="006803C4">
        <w:rPr>
          <w:rFonts w:ascii="Times New Roman" w:hAnsi="Times New Roman" w:cs="Times New Roman"/>
          <w:i/>
          <w:iCs/>
          <w:color w:val="000000"/>
        </w:rPr>
        <w:t>water</w:t>
      </w:r>
      <w:r w:rsidRPr="0032579A">
        <w:rPr>
          <w:rFonts w:ascii="Times New Roman" w:hAnsi="Times New Roman" w:cs="Times New Roman"/>
          <w:color w:val="000000"/>
        </w:rPr>
        <w:t xml:space="preserve"> and </w:t>
      </w:r>
      <w:r w:rsidRPr="006803C4">
        <w:rPr>
          <w:rFonts w:ascii="Times New Roman" w:hAnsi="Times New Roman" w:cs="Times New Roman"/>
          <w:i/>
          <w:iCs/>
          <w:color w:val="000000"/>
        </w:rPr>
        <w:t>bad ground</w:t>
      </w:r>
      <w:r w:rsidRPr="0032579A">
        <w:rPr>
          <w:rFonts w:ascii="Times New Roman" w:hAnsi="Times New Roman" w:cs="Times New Roman"/>
          <w:color w:val="000000"/>
        </w:rPr>
        <w:t>.</w:t>
      </w:r>
    </w:p>
    <w:p w14:paraId="2D935D5B" w14:textId="3D67C97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“Knives handle themselves once you break the hand that holds them,” he said. “We don’t break hands yet. We build our own.” He looked at Darran then and the boy’s face stilled. “We do not </w:t>
      </w:r>
      <w:r w:rsidR="006803C4">
        <w:rPr>
          <w:rFonts w:ascii="Times New Roman" w:hAnsi="Times New Roman" w:cs="Times New Roman"/>
          <w:color w:val="000000"/>
        </w:rPr>
        <w:t xml:space="preserve">have even close to the strength to challenge </w:t>
      </w:r>
      <w:r w:rsidR="00F70895">
        <w:rPr>
          <w:rFonts w:ascii="Times New Roman" w:hAnsi="Times New Roman" w:cs="Times New Roman"/>
          <w:color w:val="000000"/>
        </w:rPr>
        <w:t>them,</w:t>
      </w:r>
      <w:r w:rsidR="006803C4">
        <w:rPr>
          <w:rFonts w:ascii="Times New Roman" w:hAnsi="Times New Roman" w:cs="Times New Roman"/>
          <w:color w:val="000000"/>
        </w:rPr>
        <w:t xml:space="preserve"> and we will not </w:t>
      </w:r>
      <w:r w:rsidRPr="0032579A">
        <w:rPr>
          <w:rFonts w:ascii="Times New Roman" w:hAnsi="Times New Roman" w:cs="Times New Roman"/>
          <w:color w:val="000000"/>
        </w:rPr>
        <w:t>bleed for their show.”</w:t>
      </w:r>
    </w:p>
    <w:p w14:paraId="097144D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continued.</w:t>
      </w:r>
    </w:p>
    <w:p w14:paraId="596B1C09" w14:textId="063EF7BC" w:rsidR="00830533" w:rsidRPr="0032579A" w:rsidRDefault="00000000">
      <w:pPr>
        <w:rPr>
          <w:rFonts w:ascii="Times New Roman" w:hAnsi="Times New Roman" w:cs="Times New Roman"/>
        </w:rPr>
      </w:pPr>
      <w:r w:rsidRPr="0032579A">
        <w:rPr>
          <w:rFonts w:ascii="Times New Roman" w:hAnsi="Times New Roman" w:cs="Times New Roman"/>
          <w:color w:val="000000"/>
        </w:rPr>
        <w:t>“Smugglers’ red gulch stop. Fuel smell</w:t>
      </w:r>
      <w:r w:rsidR="00FE22AB">
        <w:rPr>
          <w:rFonts w:ascii="Times New Roman" w:hAnsi="Times New Roman" w:cs="Times New Roman"/>
          <w:color w:val="000000"/>
        </w:rPr>
        <w:t>s</w:t>
      </w:r>
      <w:r w:rsidRPr="0032579A">
        <w:rPr>
          <w:rFonts w:ascii="Times New Roman" w:hAnsi="Times New Roman" w:cs="Times New Roman"/>
          <w:color w:val="000000"/>
        </w:rPr>
        <w:t xml:space="preserve"> sweet. Cloud hides. Source: dockhand, one. Weight: low. Action—Rin and Derya swing that way on our outbound, smell the ground. If it smells like fuel, we mark it. If it smells like something else, we mark it and don’t go back.”</w:t>
      </w:r>
    </w:p>
    <w:p w14:paraId="7D1F71F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Rin’s mouth made almost a smile. Derya grunted once, approval enough.</w:t>
      </w:r>
    </w:p>
    <w:p w14:paraId="3A64E641" w14:textId="6C525AC9"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“East is bad </w:t>
      </w:r>
      <w:r w:rsidR="00FE22AB">
        <w:rPr>
          <w:rFonts w:ascii="Times New Roman" w:hAnsi="Times New Roman" w:cs="Times New Roman"/>
          <w:color w:val="000000"/>
        </w:rPr>
        <w:t xml:space="preserve">and </w:t>
      </w:r>
      <w:r w:rsidRPr="0032579A">
        <w:rPr>
          <w:rFonts w:ascii="Times New Roman" w:hAnsi="Times New Roman" w:cs="Times New Roman"/>
          <w:color w:val="000000"/>
        </w:rPr>
        <w:t>quiet when sky is clear,” Selora said next. “Source: dockhand, drunk pilot’s story when he wasn’t selling hero tales. Weight: two. Action—move in cloud where we can</w:t>
      </w:r>
      <w:r w:rsidR="00FE22AB">
        <w:rPr>
          <w:rFonts w:ascii="Times New Roman" w:hAnsi="Times New Roman" w:cs="Times New Roman"/>
          <w:color w:val="000000"/>
        </w:rPr>
        <w:t xml:space="preserve"> confirm with cover</w:t>
      </w:r>
      <w:r w:rsidRPr="0032579A">
        <w:rPr>
          <w:rFonts w:ascii="Times New Roman" w:hAnsi="Times New Roman" w:cs="Times New Roman"/>
          <w:color w:val="000000"/>
        </w:rPr>
        <w:t xml:space="preserve">. If clear, we </w:t>
      </w:r>
      <w:r w:rsidR="00FE22AB">
        <w:rPr>
          <w:rFonts w:ascii="Times New Roman" w:hAnsi="Times New Roman" w:cs="Times New Roman"/>
          <w:color w:val="000000"/>
        </w:rPr>
        <w:t xml:space="preserve">can </w:t>
      </w:r>
      <w:r w:rsidRPr="0032579A">
        <w:rPr>
          <w:rFonts w:ascii="Times New Roman" w:hAnsi="Times New Roman" w:cs="Times New Roman"/>
          <w:color w:val="000000"/>
        </w:rPr>
        <w:t xml:space="preserve">move by slag ribs and low metal that makes our heat look like </w:t>
      </w:r>
      <w:r w:rsidR="00FE22AB">
        <w:rPr>
          <w:rFonts w:ascii="Times New Roman" w:hAnsi="Times New Roman" w:cs="Times New Roman"/>
          <w:color w:val="000000"/>
        </w:rPr>
        <w:t xml:space="preserve">the </w:t>
      </w:r>
      <w:r w:rsidRPr="0032579A">
        <w:rPr>
          <w:rFonts w:ascii="Times New Roman" w:hAnsi="Times New Roman" w:cs="Times New Roman"/>
          <w:color w:val="000000"/>
        </w:rPr>
        <w:t>ground.”</w:t>
      </w:r>
    </w:p>
    <w:p w14:paraId="4BE2227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closed the pad and then opened it again like she had remembered something and written it before she could forget.</w:t>
      </w:r>
    </w:p>
    <w:p w14:paraId="3D50A9F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“New category,” she said. “People.”</w:t>
      </w:r>
    </w:p>
    <w:p w14:paraId="5A960D5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“People?” Havel’s voice from the dark beyond the circle. He had settled to his belly with the rifle and still listened like a young man.</w:t>
      </w:r>
    </w:p>
    <w:p w14:paraId="498A0EC1" w14:textId="7D3482F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nodded. “Not names. We don’t write names. Types. Fixers who talk for coin and pride. Dockhands who talk for time. Stallholders who talk because their mouths need to move to match their hands.” She breathed and wrote the next lines as she spoke them. “Old women who </w:t>
      </w:r>
      <w:r w:rsidR="00FE22AB">
        <w:rPr>
          <w:rFonts w:ascii="Times New Roman" w:hAnsi="Times New Roman" w:cs="Times New Roman"/>
          <w:color w:val="000000"/>
        </w:rPr>
        <w:t>speak the truth because</w:t>
      </w:r>
      <w:r w:rsidRPr="0032579A">
        <w:rPr>
          <w:rFonts w:ascii="Times New Roman" w:hAnsi="Times New Roman" w:cs="Times New Roman"/>
          <w:color w:val="000000"/>
        </w:rPr>
        <w:t xml:space="preserve"> they do not need anything from us. Children who talk </w:t>
      </w:r>
      <w:r w:rsidR="00FE22AB">
        <w:rPr>
          <w:rFonts w:ascii="Times New Roman" w:hAnsi="Times New Roman" w:cs="Times New Roman"/>
          <w:color w:val="000000"/>
        </w:rPr>
        <w:t xml:space="preserve">because they are used </w:t>
      </w:r>
      <w:r w:rsidRPr="0032579A">
        <w:rPr>
          <w:rFonts w:ascii="Times New Roman" w:hAnsi="Times New Roman" w:cs="Times New Roman"/>
          <w:color w:val="000000"/>
        </w:rPr>
        <w:t>to set traps.”</w:t>
      </w:r>
    </w:p>
    <w:p w14:paraId="5064E7A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Darran’s ears burned. No one looked at him. That was also respect.</w:t>
      </w:r>
    </w:p>
    <w:p w14:paraId="4A175D23" w14:textId="0B19F5F9"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“Marks,” she said, tapping the screen with a fingernail. “Circle for dangerous. Slash for corroborated. Dot for heard again three times or more. Blank for single whisper that never repeats.” She paused. “We will make mistakes. We will not make the same mistake twice. We will walk slow on new words until </w:t>
      </w:r>
      <w:r w:rsidR="002C4442">
        <w:rPr>
          <w:rFonts w:ascii="Times New Roman" w:hAnsi="Times New Roman" w:cs="Times New Roman"/>
          <w:color w:val="000000"/>
        </w:rPr>
        <w:t xml:space="preserve">the </w:t>
      </w:r>
      <w:r w:rsidRPr="0032579A">
        <w:rPr>
          <w:rFonts w:ascii="Times New Roman" w:hAnsi="Times New Roman" w:cs="Times New Roman"/>
          <w:color w:val="000000"/>
        </w:rPr>
        <w:t>old ground proves them or breaks them.”</w:t>
      </w:r>
    </w:p>
    <w:p w14:paraId="7D5CEA6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mouth did not move. He looked around the circle, then down at the slab where someone had scratched a small arrow near the hinge of an old access door months ago. Those marks, and this one, and the next—it was all the same work. Teaching the ground to remember them when they had gone. Teaching themselves to remember what the ground had taught.</w:t>
      </w:r>
    </w:p>
    <w:p w14:paraId="709906F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stood, checked sky, sniffed for the lies dust tells when feet come where they shouldn’t. He didn’t smell anything but old iron and the faint fat stink of the stew.</w:t>
      </w:r>
    </w:p>
    <w:p w14:paraId="39AE4A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“Two watches,” he said. “No fires bigger than a fist. Sleep with your hands on what matters.”</w:t>
      </w:r>
    </w:p>
    <w:p w14:paraId="6E6B8B5F" w14:textId="5F9EBE3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bedded down the way they always did—packs under heads, weapons across ribs, children tucked between bodies that could wake fast. Darran lay on his back with his eyes open. The new pistol was warm against his hip. The knife was a cool weight on the other side. He turned his head toward Selora where the </w:t>
      </w:r>
      <w:r w:rsidR="00394165">
        <w:rPr>
          <w:rFonts w:ascii="Times New Roman" w:hAnsi="Times New Roman" w:cs="Times New Roman"/>
          <w:color w:val="000000"/>
        </w:rPr>
        <w:t>data-pad</w:t>
      </w:r>
      <w:r w:rsidRPr="0032579A">
        <w:rPr>
          <w:rFonts w:ascii="Times New Roman" w:hAnsi="Times New Roman" w:cs="Times New Roman"/>
          <w:color w:val="000000"/>
        </w:rPr>
        <w:t xml:space="preserve"> glowed </w:t>
      </w:r>
      <w:r w:rsidR="00394165">
        <w:rPr>
          <w:rFonts w:ascii="Times New Roman" w:hAnsi="Times New Roman" w:cs="Times New Roman"/>
          <w:color w:val="000000"/>
        </w:rPr>
        <w:t xml:space="preserve">like </w:t>
      </w:r>
      <w:r w:rsidRPr="0032579A">
        <w:rPr>
          <w:rFonts w:ascii="Times New Roman" w:hAnsi="Times New Roman" w:cs="Times New Roman"/>
          <w:color w:val="000000"/>
        </w:rPr>
        <w:t>a faint scar on her lap.</w:t>
      </w:r>
    </w:p>
    <w:p w14:paraId="2ECEBB0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made something new,” he said, voice low to keep from waking the little ones.</w:t>
      </w:r>
    </w:p>
    <w:p w14:paraId="4BEA4E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 recorded what we already do,” she said, softer. “You watch. You test. You remember. Now the pad does, too.”</w:t>
      </w:r>
    </w:p>
    <w:p w14:paraId="76D1114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was quiet a while. “Do you believe the fixer?”</w:t>
      </w:r>
    </w:p>
    <w:p w14:paraId="4D90E021" w14:textId="6A3B91F3" w:rsidR="00830533" w:rsidRPr="0032579A" w:rsidRDefault="00000000">
      <w:pPr>
        <w:rPr>
          <w:rFonts w:ascii="Times New Roman" w:hAnsi="Times New Roman" w:cs="Times New Roman"/>
        </w:rPr>
      </w:pPr>
      <w:r w:rsidRPr="0032579A">
        <w:rPr>
          <w:rFonts w:ascii="Times New Roman" w:hAnsi="Times New Roman" w:cs="Times New Roman"/>
          <w:color w:val="000000"/>
        </w:rPr>
        <w:t>“I believe he wants coin,” Selora said. “I believe he wants to be the man who knows</w:t>
      </w:r>
      <w:r w:rsidR="00DA7835">
        <w:rPr>
          <w:rFonts w:ascii="Times New Roman" w:hAnsi="Times New Roman" w:cs="Times New Roman"/>
          <w:color w:val="000000"/>
        </w:rPr>
        <w:t xml:space="preserve"> things</w:t>
      </w:r>
      <w:r w:rsidRPr="0032579A">
        <w:rPr>
          <w:rFonts w:ascii="Times New Roman" w:hAnsi="Times New Roman" w:cs="Times New Roman"/>
          <w:color w:val="000000"/>
        </w:rPr>
        <w:t>. That means he knows some things. I believe he can be wrong and still sound right. That makes him dangerous.”</w:t>
      </w:r>
    </w:p>
    <w:p w14:paraId="49F33E4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“Should we kill him?”</w:t>
      </w:r>
    </w:p>
    <w:p w14:paraId="13A855E0" w14:textId="3BB7BBBD" w:rsidR="00830533" w:rsidRPr="0032579A" w:rsidRDefault="00000000">
      <w:pPr>
        <w:rPr>
          <w:rFonts w:ascii="Times New Roman" w:hAnsi="Times New Roman" w:cs="Times New Roman"/>
        </w:rPr>
      </w:pPr>
      <w:r w:rsidRPr="0032579A">
        <w:rPr>
          <w:rFonts w:ascii="Times New Roman" w:hAnsi="Times New Roman" w:cs="Times New Roman"/>
          <w:color w:val="000000"/>
        </w:rPr>
        <w:t>Selora didn’t look up. “He is a mouth. If we cut his mouth, another will talk. If we give him nothing to say, he will still talk.” She touched the edge of the pad and added a small mark to the fixer’s line. “We listen</w:t>
      </w:r>
      <w:r w:rsidR="00524056">
        <w:rPr>
          <w:rFonts w:ascii="Times New Roman" w:hAnsi="Times New Roman" w:cs="Times New Roman"/>
          <w:color w:val="000000"/>
        </w:rPr>
        <w:t xml:space="preserve"> and we</w:t>
      </w:r>
      <w:r w:rsidRPr="0032579A">
        <w:rPr>
          <w:rFonts w:ascii="Times New Roman" w:hAnsi="Times New Roman" w:cs="Times New Roman"/>
          <w:color w:val="000000"/>
        </w:rPr>
        <w:t xml:space="preserve"> check. We never go where his words push us without wanting to go there already.”</w:t>
      </w:r>
    </w:p>
    <w:p w14:paraId="3BF33B6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thought about that until sleep took his knives and made them useless until morning.</w:t>
      </w:r>
    </w:p>
    <w:p w14:paraId="7D3BC89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didn’t sleep. He let his eyes half-close and his ears go wide and let the rhythm of the line tell him more than the pad. Wounds breathe different. Hunger dreams out loud. Men who want to run tuck their feet a certain way when they lie down. He had learned a lifetime of that and forgotten none of it.</w:t>
      </w:r>
    </w:p>
    <w:p w14:paraId="5D4B68C8" w14:textId="77777777" w:rsidR="00C77209" w:rsidRDefault="00000000" w:rsidP="00C77209">
      <w:pPr>
        <w:rPr>
          <w:rFonts w:ascii="Times New Roman" w:hAnsi="Times New Roman" w:cs="Times New Roman"/>
          <w:color w:val="000000"/>
        </w:rPr>
      </w:pPr>
      <w:r w:rsidRPr="0032579A">
        <w:rPr>
          <w:rFonts w:ascii="Times New Roman" w:hAnsi="Times New Roman" w:cs="Times New Roman"/>
          <w:color w:val="000000"/>
        </w:rPr>
        <w:t xml:space="preserve">Clouds slid in late and made the ground smell like a promise that would not be kept. He watched them and saw an idea in their shape. It had a hook and a cost and a line. He held it and did not say it. Plans said aloud before they had weight </w:t>
      </w:r>
      <w:r w:rsidR="00524056">
        <w:rPr>
          <w:rFonts w:ascii="Times New Roman" w:hAnsi="Times New Roman" w:cs="Times New Roman"/>
          <w:color w:val="000000"/>
        </w:rPr>
        <w:t xml:space="preserve">often </w:t>
      </w:r>
      <w:r w:rsidRPr="0032579A">
        <w:rPr>
          <w:rFonts w:ascii="Times New Roman" w:hAnsi="Times New Roman" w:cs="Times New Roman"/>
          <w:color w:val="000000"/>
        </w:rPr>
        <w:t>turned to smoke. He would ask for the pattern in the morning and see if the pieces wanted to lay down that way.</w:t>
      </w:r>
    </w:p>
    <w:p w14:paraId="46603F6B" w14:textId="77777777" w:rsidR="00C77209" w:rsidRDefault="00C77209" w:rsidP="00C77209">
      <w:pPr>
        <w:rPr>
          <w:rFonts w:ascii="Times New Roman" w:hAnsi="Times New Roman" w:cs="Times New Roman"/>
          <w:color w:val="000000"/>
        </w:rPr>
      </w:pPr>
    </w:p>
    <w:p w14:paraId="30FFA908" w14:textId="77777777" w:rsidR="00C77209" w:rsidRDefault="00C77209" w:rsidP="00C77209">
      <w:pPr>
        <w:jc w:val="center"/>
        <w:rPr>
          <w:rFonts w:ascii="Times New Roman" w:hAnsi="Times New Roman" w:cs="Times New Roman"/>
        </w:rPr>
      </w:pPr>
      <w:r w:rsidRPr="0032579A">
        <w:rPr>
          <w:rFonts w:ascii="Times New Roman" w:hAnsi="Times New Roman" w:cs="Times New Roman"/>
        </w:rPr>
        <w:t>***</w:t>
      </w:r>
    </w:p>
    <w:p w14:paraId="798C578C" w14:textId="5B0472B8" w:rsidR="00830533" w:rsidRPr="0032579A" w:rsidRDefault="00830533">
      <w:pPr>
        <w:rPr>
          <w:rFonts w:ascii="Times New Roman" w:hAnsi="Times New Roman" w:cs="Times New Roman"/>
        </w:rPr>
      </w:pPr>
    </w:p>
    <w:p w14:paraId="18078355" w14:textId="7BFA2460"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Dawn came with pale light, and with it the small noises </w:t>
      </w:r>
      <w:r w:rsidR="00C77209" w:rsidRPr="0032579A">
        <w:rPr>
          <w:rFonts w:ascii="Times New Roman" w:hAnsi="Times New Roman" w:cs="Times New Roman"/>
          <w:color w:val="000000"/>
        </w:rPr>
        <w:t xml:space="preserve">of </w:t>
      </w:r>
      <w:r w:rsidR="00C77209">
        <w:rPr>
          <w:rFonts w:ascii="Times New Roman" w:hAnsi="Times New Roman" w:cs="Times New Roman"/>
          <w:color w:val="000000"/>
        </w:rPr>
        <w:t xml:space="preserve">nomads </w:t>
      </w:r>
      <w:r w:rsidRPr="0032579A">
        <w:rPr>
          <w:rFonts w:ascii="Times New Roman" w:hAnsi="Times New Roman" w:cs="Times New Roman"/>
          <w:color w:val="000000"/>
        </w:rPr>
        <w:t xml:space="preserve">getting ready to </w:t>
      </w:r>
      <w:r w:rsidR="00C77209" w:rsidRPr="0032579A">
        <w:rPr>
          <w:rFonts w:ascii="Times New Roman" w:hAnsi="Times New Roman" w:cs="Times New Roman"/>
          <w:color w:val="000000"/>
        </w:rPr>
        <w:t>stay</w:t>
      </w:r>
      <w:r w:rsidRPr="0032579A">
        <w:rPr>
          <w:rFonts w:ascii="Times New Roman" w:hAnsi="Times New Roman" w:cs="Times New Roman"/>
          <w:color w:val="000000"/>
        </w:rPr>
        <w:t xml:space="preserve"> alive. Cups scraped, a cough that sounded better than the one last night, boots re-laced, straps fixed, a short hiss when a scar woke up angry and then forgave its owner for sleeping wrong.</w:t>
      </w:r>
    </w:p>
    <w:p w14:paraId="734615E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Selora opened the pad for water allocations and closed it with the soft patience that made its hinges last beyond their design. She held it up without looking at Verdan. “We have enough to walk a day and a half without drinking our luck.”</w:t>
      </w:r>
    </w:p>
    <w:p w14:paraId="62C2A6A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won’t,” Verdan said.</w:t>
      </w:r>
    </w:p>
    <w:p w14:paraId="607FC11C" w14:textId="5A23672D"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He scratched the ground and drew a map with the inside of his knife. Not the dome. Not the port. The ribs. The towers. The slag road they would not take. The low route that would keep them under cloud when the sky let them. A bend where red dirt gathered and held heat. The mark for a place </w:t>
      </w:r>
      <w:r w:rsidR="00C77209">
        <w:rPr>
          <w:rFonts w:ascii="Times New Roman" w:hAnsi="Times New Roman" w:cs="Times New Roman"/>
          <w:color w:val="000000"/>
        </w:rPr>
        <w:t>that sometimes hid fuel or raiders</w:t>
      </w:r>
      <w:r w:rsidRPr="0032579A">
        <w:rPr>
          <w:rFonts w:ascii="Times New Roman" w:hAnsi="Times New Roman" w:cs="Times New Roman"/>
          <w:color w:val="000000"/>
        </w:rPr>
        <w:t>.</w:t>
      </w:r>
    </w:p>
    <w:p w14:paraId="20203FB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pressed his thumb into a point until dust made a hard dot. “Here,” he said. “We look and don’t get seen.”</w:t>
      </w:r>
    </w:p>
    <w:p w14:paraId="1039229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Rin crouched and nodded once. “Gulch,” he said. “If it’s sweet, it’s fuel. If it’s not, it’s something we don’t want to smell and we walk with the wind in our faces so it doesn’t follow us.”</w:t>
      </w:r>
    </w:p>
    <w:p w14:paraId="7AF04C1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Derya checked her holster and the line of her sleeve where she kept a small coil. “What do we do if we see men with banners?”</w:t>
      </w:r>
    </w:p>
    <w:p w14:paraId="6FA44E1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“Count,” Verdan said. “Then leave.”</w:t>
      </w:r>
    </w:p>
    <w:p w14:paraId="0D54E80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“And if they see us?”</w:t>
      </w:r>
    </w:p>
    <w:p w14:paraId="0D56316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make them think they saw wind.” He looked at Darran. “Range first.”</w:t>
      </w:r>
    </w:p>
    <w:p w14:paraId="3EB1321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thumbed the pistol’s check without looking down. “Range first,” he said.</w:t>
      </w:r>
    </w:p>
    <w:p w14:paraId="2EDBDD7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Phalin coughed into his rag and spit and looked better for it. “You heard anything worth the bones we paid?” he asked Selora, because old men like to test new ideas for loose nails.</w:t>
      </w:r>
    </w:p>
    <w:p w14:paraId="43CB3BA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read him three entries without the pad, from memory, because words mean more if you can carry them without a screen. He grunted and leaned back and let the rifle ride easy on his knee. “We can use that,” he said, and that was a blessing in the language of their line.</w:t>
      </w:r>
    </w:p>
    <w:p w14:paraId="66BB41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rose. The circle widened into a line. The line started moving. The dome shrank behind them until it was only ribs and a story and a smell in their clothes that would take a day to shake.</w:t>
      </w:r>
    </w:p>
    <w:p w14:paraId="38CB51F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walked with the wind in their faces and with their shadows short because the sun had not made up its mind yet. They walked with new weight that did not ride in packs. They carried whispers like tools.</w:t>
      </w:r>
    </w:p>
    <w:p w14:paraId="6B1535F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Behind them, inside the dome, men in clean boots and men in none at all argued about taxes and knives and whether a woman should pay for water because she looked a certain way when she asked for it. Ships lifted badly, settled worse, and one or two flew well enough to matter.</w:t>
      </w:r>
    </w:p>
    <w:p w14:paraId="27C53E5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Ahead of them, the ground was the same: poisonous and patient. It would teach them or kill them, as it always had.</w:t>
      </w:r>
    </w:p>
    <w:p w14:paraId="54F687F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At the back of the line, Darran walked between Teg and Mara and tried something he hadn’t done since he was small. He shut up for a full minute and listened to the way a place sounded when it was about to lie. It didn’t teach him a word. It taught him a breath.</w:t>
      </w:r>
    </w:p>
    <w:p w14:paraId="10CB1D8C" w14:textId="67066370"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fell in beside Verdan. “We weighed </w:t>
      </w:r>
      <w:r w:rsidR="00C77209">
        <w:rPr>
          <w:rFonts w:ascii="Times New Roman" w:hAnsi="Times New Roman" w:cs="Times New Roman"/>
          <w:color w:val="000000"/>
        </w:rPr>
        <w:t>rumors against survival</w:t>
      </w:r>
      <w:r w:rsidRPr="0032579A">
        <w:rPr>
          <w:rFonts w:ascii="Times New Roman" w:hAnsi="Times New Roman" w:cs="Times New Roman"/>
          <w:color w:val="000000"/>
        </w:rPr>
        <w:t>,” she said, not proud, not asking.</w:t>
      </w:r>
    </w:p>
    <w:p w14:paraId="5B393F47" w14:textId="666308EC" w:rsidR="00830533" w:rsidRPr="0032579A" w:rsidRDefault="00000000">
      <w:pPr>
        <w:rPr>
          <w:rFonts w:ascii="Times New Roman" w:hAnsi="Times New Roman" w:cs="Times New Roman"/>
        </w:rPr>
      </w:pPr>
      <w:r w:rsidRPr="0032579A">
        <w:rPr>
          <w:rFonts w:ascii="Times New Roman" w:hAnsi="Times New Roman" w:cs="Times New Roman"/>
          <w:color w:val="000000"/>
        </w:rPr>
        <w:t>Verdan watched the ribs of the slag hills and the way light drew hard lines on them. “</w:t>
      </w:r>
      <w:r w:rsidR="00C77209">
        <w:rPr>
          <w:rFonts w:ascii="Times New Roman" w:hAnsi="Times New Roman" w:cs="Times New Roman"/>
          <w:color w:val="000000"/>
        </w:rPr>
        <w:t>We will turn them into truth</w:t>
      </w:r>
      <w:r w:rsidR="005D29F0">
        <w:rPr>
          <w:rFonts w:ascii="Times New Roman" w:hAnsi="Times New Roman" w:cs="Times New Roman"/>
          <w:color w:val="000000"/>
        </w:rPr>
        <w:t>s</w:t>
      </w:r>
      <w:r w:rsidRPr="0032579A">
        <w:rPr>
          <w:rFonts w:ascii="Times New Roman" w:hAnsi="Times New Roman" w:cs="Times New Roman"/>
          <w:color w:val="000000"/>
        </w:rPr>
        <w:t>,” he said.</w:t>
      </w:r>
    </w:p>
    <w:p w14:paraId="3E3D623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nodded. She didn’t write that down. Some lines you carried in bone.</w:t>
      </w:r>
    </w:p>
    <w:p w14:paraId="53ED55C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Clouds thickened over the red gulch by midday. The air took on a sweet that wasn’t sweet at all. Rin looked at Derya and Derya looked at Verdan and Verdan didn’t look at anyone. He changed the angle of his hand and the line shifted like a single thing.</w:t>
      </w:r>
    </w:p>
    <w:p w14:paraId="5301B5C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did not go in.</w:t>
      </w:r>
    </w:p>
    <w:p w14:paraId="03A7430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watched the gulch breathe and counted how long each breath took. They marked where heat made the air wobble without fire. They counted shadows that were shorter than they should have been and that meant men under tarp. They let the clouds thicken and thought about what it meant that smugglers liked dusk better than dawn now.</w:t>
      </w:r>
    </w:p>
    <w:p w14:paraId="4FA4E004"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Verdan’s hand rose and fell. The line moved away with the mistrust of men who had slept under stone enough times to know when a roof wanted to crush them.</w:t>
      </w:r>
    </w:p>
    <w:p w14:paraId="392FA261" w14:textId="77777777" w:rsidR="00703FF4" w:rsidRDefault="00703FF4" w:rsidP="00703FF4">
      <w:pPr>
        <w:rPr>
          <w:rFonts w:ascii="Times New Roman" w:hAnsi="Times New Roman" w:cs="Times New Roman"/>
          <w:color w:val="000000"/>
        </w:rPr>
      </w:pPr>
    </w:p>
    <w:p w14:paraId="737530B6" w14:textId="77777777" w:rsidR="00703FF4" w:rsidRDefault="00703FF4" w:rsidP="00703FF4">
      <w:pPr>
        <w:jc w:val="center"/>
        <w:rPr>
          <w:rFonts w:ascii="Times New Roman" w:hAnsi="Times New Roman" w:cs="Times New Roman"/>
        </w:rPr>
      </w:pPr>
      <w:r w:rsidRPr="0032579A">
        <w:rPr>
          <w:rFonts w:ascii="Times New Roman" w:hAnsi="Times New Roman" w:cs="Times New Roman"/>
        </w:rPr>
        <w:t>***</w:t>
      </w:r>
    </w:p>
    <w:p w14:paraId="2C8659CC" w14:textId="77777777" w:rsidR="00703FF4" w:rsidRPr="0032579A" w:rsidRDefault="00703FF4">
      <w:pPr>
        <w:rPr>
          <w:rFonts w:ascii="Times New Roman" w:hAnsi="Times New Roman" w:cs="Times New Roman"/>
        </w:rPr>
      </w:pPr>
    </w:p>
    <w:p w14:paraId="0332DB50" w14:textId="3EC165D9"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That night there was no dome and no port and no men with prices on air. There was only the line and the small sound of a </w:t>
      </w:r>
      <w:r w:rsidR="006861D3">
        <w:rPr>
          <w:rFonts w:ascii="Times New Roman" w:hAnsi="Times New Roman" w:cs="Times New Roman"/>
          <w:color w:val="000000"/>
        </w:rPr>
        <w:t xml:space="preserve">data-pad </w:t>
      </w:r>
      <w:r w:rsidRPr="0032579A">
        <w:rPr>
          <w:rFonts w:ascii="Times New Roman" w:hAnsi="Times New Roman" w:cs="Times New Roman"/>
          <w:color w:val="000000"/>
        </w:rPr>
        <w:t>being opened one more time.</w:t>
      </w:r>
    </w:p>
    <w:p w14:paraId="51144814" w14:textId="16FD5EC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wrote: </w:t>
      </w:r>
      <w:r w:rsidRPr="00703FF4">
        <w:rPr>
          <w:rFonts w:ascii="Times New Roman" w:hAnsi="Times New Roman" w:cs="Times New Roman"/>
          <w:i/>
          <w:iCs/>
          <w:color w:val="000000"/>
        </w:rPr>
        <w:t>Red Gulch — sweet — heat wavers — tarp shadows — dusk movement likely — no entry.</w:t>
      </w:r>
      <w:r w:rsidRPr="0032579A">
        <w:rPr>
          <w:rFonts w:ascii="Times New Roman" w:hAnsi="Times New Roman" w:cs="Times New Roman"/>
          <w:color w:val="000000"/>
        </w:rPr>
        <w:t xml:space="preserve"> She put three small slashes under </w:t>
      </w:r>
      <w:r w:rsidRPr="00703FF4">
        <w:rPr>
          <w:rFonts w:ascii="Times New Roman" w:hAnsi="Times New Roman" w:cs="Times New Roman"/>
          <w:i/>
          <w:iCs/>
          <w:color w:val="000000"/>
        </w:rPr>
        <w:t>weight</w:t>
      </w:r>
      <w:r w:rsidRPr="0032579A">
        <w:rPr>
          <w:rFonts w:ascii="Times New Roman" w:hAnsi="Times New Roman" w:cs="Times New Roman"/>
          <w:color w:val="000000"/>
        </w:rPr>
        <w:t xml:space="preserve"> because everyone had smelled it. She put </w:t>
      </w:r>
      <w:r w:rsidRPr="00703FF4">
        <w:rPr>
          <w:rFonts w:ascii="Times New Roman" w:hAnsi="Times New Roman" w:cs="Times New Roman"/>
          <w:i/>
          <w:iCs/>
          <w:color w:val="000000"/>
        </w:rPr>
        <w:t xml:space="preserve">ACTION: later — plan </w:t>
      </w:r>
      <w:r w:rsidR="00703FF4">
        <w:rPr>
          <w:rFonts w:ascii="Times New Roman" w:hAnsi="Times New Roman" w:cs="Times New Roman"/>
          <w:i/>
          <w:iCs/>
          <w:color w:val="000000"/>
        </w:rPr>
        <w:t>for</w:t>
      </w:r>
      <w:r w:rsidRPr="00703FF4">
        <w:rPr>
          <w:rFonts w:ascii="Times New Roman" w:hAnsi="Times New Roman" w:cs="Times New Roman"/>
          <w:i/>
          <w:iCs/>
          <w:color w:val="000000"/>
        </w:rPr>
        <w:t xml:space="preserve"> cloud</w:t>
      </w:r>
      <w:r w:rsidR="00703FF4">
        <w:rPr>
          <w:rFonts w:ascii="Times New Roman" w:hAnsi="Times New Roman" w:cs="Times New Roman"/>
          <w:i/>
          <w:iCs/>
          <w:color w:val="000000"/>
        </w:rPr>
        <w:t xml:space="preserve"> cover</w:t>
      </w:r>
      <w:r w:rsidRPr="00703FF4">
        <w:rPr>
          <w:rFonts w:ascii="Times New Roman" w:hAnsi="Times New Roman" w:cs="Times New Roman"/>
          <w:i/>
          <w:iCs/>
          <w:color w:val="000000"/>
        </w:rPr>
        <w:t>.</w:t>
      </w:r>
    </w:p>
    <w:p w14:paraId="121E141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looked at the scratch map he had laid down with the knife and wiped his hand over it and made it new. He drew a ship and then crossed it out. He drew a small rectangle for a cargo crate and left it intact. He drew a line that went nowhere now and might go somewhere later. He did not smile.</w:t>
      </w:r>
    </w:p>
    <w:p w14:paraId="26F490C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“What?” Selora asked, not because she couldn’t see.</w:t>
      </w:r>
    </w:p>
    <w:p w14:paraId="0F6278B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have bait,” he said, very quiet. “Now we need a hook.”</w:t>
      </w:r>
    </w:p>
    <w:p w14:paraId="4FBD98DC" w14:textId="58ABE334"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She didn’t answer. The </w:t>
      </w:r>
      <w:r w:rsidR="00703FF4">
        <w:rPr>
          <w:rFonts w:ascii="Times New Roman" w:hAnsi="Times New Roman" w:cs="Times New Roman"/>
          <w:color w:val="000000"/>
        </w:rPr>
        <w:t>data-pad</w:t>
      </w:r>
      <w:r w:rsidRPr="0032579A">
        <w:rPr>
          <w:rFonts w:ascii="Times New Roman" w:hAnsi="Times New Roman" w:cs="Times New Roman"/>
          <w:color w:val="000000"/>
        </w:rPr>
        <w:t xml:space="preserve"> shut with a small sound. The line went to sleep in a place that smelled like nothing and </w:t>
      </w:r>
      <w:r w:rsidR="00703FF4">
        <w:rPr>
          <w:rFonts w:ascii="Times New Roman" w:hAnsi="Times New Roman" w:cs="Times New Roman"/>
          <w:color w:val="000000"/>
        </w:rPr>
        <w:t>was safe</w:t>
      </w:r>
      <w:r w:rsidRPr="0032579A">
        <w:rPr>
          <w:rFonts w:ascii="Times New Roman" w:hAnsi="Times New Roman" w:cs="Times New Roman"/>
          <w:color w:val="000000"/>
        </w:rPr>
        <w:t xml:space="preserve">. The wind </w:t>
      </w:r>
      <w:r w:rsidR="00703FF4">
        <w:rPr>
          <w:rFonts w:ascii="Times New Roman" w:hAnsi="Times New Roman" w:cs="Times New Roman"/>
          <w:color w:val="000000"/>
        </w:rPr>
        <w:t>howled</w:t>
      </w:r>
      <w:r w:rsidRPr="0032579A">
        <w:rPr>
          <w:rFonts w:ascii="Times New Roman" w:hAnsi="Times New Roman" w:cs="Times New Roman"/>
          <w:color w:val="000000"/>
        </w:rPr>
        <w:t xml:space="preserve"> past them without stopping.</w:t>
      </w:r>
    </w:p>
    <w:p w14:paraId="379E195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Hunger lay down at their side like a dog they had not fed enough and would need to feed tomorrow. Knowledge lay down next to it and showed its teeth at anything that came close.</w:t>
      </w:r>
    </w:p>
    <w:p w14:paraId="473F349D" w14:textId="2AC60DAE" w:rsidR="00830533" w:rsidRPr="0032579A" w:rsidRDefault="00000000">
      <w:pPr>
        <w:rPr>
          <w:rFonts w:ascii="Times New Roman" w:hAnsi="Times New Roman" w:cs="Times New Roman"/>
        </w:rPr>
      </w:pPr>
      <w:r w:rsidRPr="0032579A">
        <w:rPr>
          <w:rFonts w:ascii="Times New Roman" w:hAnsi="Times New Roman" w:cs="Times New Roman"/>
          <w:color w:val="000000"/>
        </w:rPr>
        <w:t>They slept.</w:t>
      </w:r>
    </w:p>
    <w:p w14:paraId="5ED2373C"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62D6B8A5" w14:textId="42E41E68" w:rsidR="00830533" w:rsidRPr="0032579A" w:rsidRDefault="00000000" w:rsidP="0032579A">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IX — The Baited Hunt</w:t>
      </w:r>
    </w:p>
    <w:p w14:paraId="62768F12" w14:textId="77777777" w:rsidR="00830533" w:rsidRPr="0032579A" w:rsidRDefault="00000000">
      <w:pPr>
        <w:jc w:val="center"/>
        <w:rPr>
          <w:rFonts w:ascii="Times New Roman" w:hAnsi="Times New Roman" w:cs="Times New Roman"/>
        </w:rPr>
      </w:pPr>
      <w:r w:rsidRPr="0032579A">
        <w:rPr>
          <w:rFonts w:ascii="Times New Roman" w:hAnsi="Times New Roman" w:cs="Times New Roman"/>
          <w:i/>
        </w:rPr>
        <w:t>*34 BBY*</w:t>
      </w:r>
    </w:p>
    <w:p w14:paraId="795B8C6A" w14:textId="77777777" w:rsidR="00830533" w:rsidRPr="0032579A" w:rsidRDefault="00830533">
      <w:pPr>
        <w:rPr>
          <w:rFonts w:ascii="Times New Roman" w:hAnsi="Times New Roman" w:cs="Times New Roman"/>
        </w:rPr>
      </w:pPr>
    </w:p>
    <w:p w14:paraId="4826A76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Dust clung to everything. It sifted from seams in the old Sheathipede shuttle as though the hull itself exhaled grit. Verdan stood beneath its belly, palm flat on the cool plating, while Selora wrote in quiet strokes on her cracked datapad. The survivors gathered in the slag ridges behind them, packs stripped to bone weight, weapons clutched close. Even the children, too young to hold pistols, understood not to whisper now.</w:t>
      </w:r>
    </w:p>
    <w:p w14:paraId="0DF12603" w14:textId="77777777" w:rsidR="00830533" w:rsidRPr="0032579A" w:rsidRDefault="00830533">
      <w:pPr>
        <w:rPr>
          <w:rFonts w:ascii="Times New Roman" w:hAnsi="Times New Roman" w:cs="Times New Roman"/>
        </w:rPr>
      </w:pPr>
    </w:p>
    <w:p w14:paraId="774C03C6" w14:textId="4D9EDF2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had spent weeks threading scraps into a net that led here—half-truths bartered from traders, rumors bought with food, lies beaten from a pirate deckhand, and the faint hum of intercepted comm bursts caught by their salvaged receiver. Selora had weighed each one in her </w:t>
      </w:r>
      <w:r w:rsidR="00A644BD">
        <w:rPr>
          <w:rFonts w:ascii="Times New Roman" w:hAnsi="Times New Roman" w:cs="Times New Roman"/>
          <w:color w:val="000000"/>
        </w:rPr>
        <w:t>data-pad</w:t>
      </w:r>
      <w:r w:rsidRPr="0032579A">
        <w:rPr>
          <w:rFonts w:ascii="Times New Roman" w:hAnsi="Times New Roman" w:cs="Times New Roman"/>
          <w:color w:val="000000"/>
        </w:rPr>
        <w:t xml:space="preserve">: </w:t>
      </w:r>
      <w:r w:rsidRPr="00A644BD">
        <w:rPr>
          <w:rFonts w:ascii="Times New Roman" w:hAnsi="Times New Roman" w:cs="Times New Roman"/>
          <w:i/>
          <w:iCs/>
          <w:color w:val="000000"/>
        </w:rPr>
        <w:t>say / source / weight / action.</w:t>
      </w:r>
      <w:r w:rsidRPr="0032579A">
        <w:rPr>
          <w:rFonts w:ascii="Times New Roman" w:hAnsi="Times New Roman" w:cs="Times New Roman"/>
          <w:color w:val="000000"/>
        </w:rPr>
        <w:t xml:space="preserve"> At last the marks aligned into something sharper than chance.</w:t>
      </w:r>
    </w:p>
    <w:p w14:paraId="3A39B618" w14:textId="77777777" w:rsidR="00830533" w:rsidRPr="0032579A" w:rsidRDefault="00830533">
      <w:pPr>
        <w:rPr>
          <w:rFonts w:ascii="Times New Roman" w:hAnsi="Times New Roman" w:cs="Times New Roman"/>
        </w:rPr>
      </w:pPr>
    </w:p>
    <w:p w14:paraId="530B979A" w14:textId="4F021DA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She looked up from the pad. The glow off its battered screen washed her face pale. “Signals line up. </w:t>
      </w:r>
      <w:r w:rsidR="00A644BD">
        <w:rPr>
          <w:rFonts w:ascii="Times New Roman" w:hAnsi="Times New Roman" w:cs="Times New Roman"/>
          <w:color w:val="000000"/>
        </w:rPr>
        <w:t>The r</w:t>
      </w:r>
      <w:r w:rsidRPr="0032579A">
        <w:rPr>
          <w:rFonts w:ascii="Times New Roman" w:hAnsi="Times New Roman" w:cs="Times New Roman"/>
          <w:color w:val="000000"/>
        </w:rPr>
        <w:t>etrieval cadence repeats every three hours. Two micro-fighters left three nights past, chasing smugglers</w:t>
      </w:r>
      <w:r w:rsidR="00A644BD">
        <w:rPr>
          <w:rFonts w:ascii="Times New Roman" w:hAnsi="Times New Roman" w:cs="Times New Roman"/>
          <w:color w:val="000000"/>
        </w:rPr>
        <w:t xml:space="preserve"> who stuck their noses in</w:t>
      </w:r>
      <w:r w:rsidRPr="0032579A">
        <w:rPr>
          <w:rFonts w:ascii="Times New Roman" w:hAnsi="Times New Roman" w:cs="Times New Roman"/>
          <w:color w:val="000000"/>
        </w:rPr>
        <w:t>. Haven’t come back. Deckhand said the captain runs lean when they’re away.”</w:t>
      </w:r>
    </w:p>
    <w:p w14:paraId="7EC3C376" w14:textId="77777777" w:rsidR="00830533" w:rsidRPr="0032579A" w:rsidRDefault="00830533">
      <w:pPr>
        <w:rPr>
          <w:rFonts w:ascii="Times New Roman" w:hAnsi="Times New Roman" w:cs="Times New Roman"/>
        </w:rPr>
      </w:pPr>
    </w:p>
    <w:p w14:paraId="372E81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voice was level, but Verdan noticed the set of her shoulders—stiff, locked against strain.</w:t>
      </w:r>
    </w:p>
    <w:p w14:paraId="0E393988" w14:textId="77777777" w:rsidR="00830533" w:rsidRPr="0032579A" w:rsidRDefault="00830533">
      <w:pPr>
        <w:rPr>
          <w:rFonts w:ascii="Times New Roman" w:hAnsi="Times New Roman" w:cs="Times New Roman"/>
        </w:rPr>
      </w:pPr>
    </w:p>
    <w:p w14:paraId="4460D10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slid his hand across the shuttle’s pitted hull, tracing a gouge where blaster fire had cooked the metal brittle years ago. “Then we act now,” he said. His tone carried no drama, only the weight of fact. “And we don’t fool ourselves. We are not soldiers. We will pay for this in blood.”</w:t>
      </w:r>
    </w:p>
    <w:p w14:paraId="513EC87D" w14:textId="77777777" w:rsidR="00830533" w:rsidRPr="0032579A" w:rsidRDefault="00830533">
      <w:pPr>
        <w:rPr>
          <w:rFonts w:ascii="Times New Roman" w:hAnsi="Times New Roman" w:cs="Times New Roman"/>
        </w:rPr>
      </w:pPr>
    </w:p>
    <w:p w14:paraId="00618048" w14:textId="6291B37D" w:rsidR="00830533" w:rsidRPr="0032579A" w:rsidRDefault="00000000">
      <w:pPr>
        <w:rPr>
          <w:rFonts w:ascii="Times New Roman" w:hAnsi="Times New Roman" w:cs="Times New Roman"/>
        </w:rPr>
      </w:pPr>
      <w:r w:rsidRPr="0032579A">
        <w:rPr>
          <w:rFonts w:ascii="Times New Roman" w:hAnsi="Times New Roman" w:cs="Times New Roman"/>
          <w:color w:val="000000"/>
        </w:rPr>
        <w:t>The silence that followed was its own agreement. They had argued the choice thin over the last nights. Nothing left now but the doing.</w:t>
      </w:r>
    </w:p>
    <w:p w14:paraId="3782FA56" w14:textId="77777777" w:rsidR="00830533" w:rsidRPr="0032579A" w:rsidRDefault="00830533">
      <w:pPr>
        <w:rPr>
          <w:rFonts w:ascii="Times New Roman" w:hAnsi="Times New Roman" w:cs="Times New Roman"/>
        </w:rPr>
      </w:pPr>
    </w:p>
    <w:p w14:paraId="36CA8737"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01A86308" w14:textId="77777777" w:rsidR="00830533" w:rsidRPr="0032579A" w:rsidRDefault="00830533">
      <w:pPr>
        <w:rPr>
          <w:rFonts w:ascii="Times New Roman" w:hAnsi="Times New Roman" w:cs="Times New Roman"/>
        </w:rPr>
      </w:pPr>
    </w:p>
    <w:p w14:paraId="33EBED4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Every step here had been bought with rumor.</w:t>
      </w:r>
    </w:p>
    <w:p w14:paraId="7CFA2EDB" w14:textId="77777777" w:rsidR="00830533" w:rsidRPr="0032579A" w:rsidRDefault="00830533">
      <w:pPr>
        <w:rPr>
          <w:rFonts w:ascii="Times New Roman" w:hAnsi="Times New Roman" w:cs="Times New Roman"/>
        </w:rPr>
      </w:pPr>
    </w:p>
    <w:p w14:paraId="24E4752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A trader at a dome, fingers trembling around a ration cup, muttered that the corvette’s captain hated wasting time—he kept his ship close and his crew thin.</w:t>
      </w:r>
    </w:p>
    <w:p w14:paraId="6B6EC5C2" w14:textId="77777777" w:rsidR="00830533" w:rsidRPr="0032579A" w:rsidRDefault="00830533">
      <w:pPr>
        <w:rPr>
          <w:rFonts w:ascii="Times New Roman" w:hAnsi="Times New Roman" w:cs="Times New Roman"/>
        </w:rPr>
      </w:pPr>
    </w:p>
    <w:p w14:paraId="13A5A1F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captured raider, ribs purple from Darran’s boot, lied twice before spitting up the cadence of their comms.</w:t>
      </w:r>
    </w:p>
    <w:p w14:paraId="5442FEDB" w14:textId="77777777" w:rsidR="00830533" w:rsidRPr="0032579A" w:rsidRDefault="00830533">
      <w:pPr>
        <w:rPr>
          <w:rFonts w:ascii="Times New Roman" w:hAnsi="Times New Roman" w:cs="Times New Roman"/>
        </w:rPr>
      </w:pPr>
    </w:p>
    <w:p w14:paraId="2938030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An old scavenger with milk-white eyes swore he’d seen two fighters clamped under the corvette’s belly, remembered their silhouettes like birds too heavy for flight.</w:t>
      </w:r>
    </w:p>
    <w:p w14:paraId="64D82955" w14:textId="77777777" w:rsidR="00830533" w:rsidRPr="0032579A" w:rsidRDefault="00830533">
      <w:pPr>
        <w:rPr>
          <w:rFonts w:ascii="Times New Roman" w:hAnsi="Times New Roman" w:cs="Times New Roman"/>
        </w:rPr>
      </w:pPr>
    </w:p>
    <w:p w14:paraId="53B6984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Each scrap Selora recorded and measured, cross-checked and filed. Knowledge had been their only ration worth more than food. And when the lines all pointed the same way, necessity carried them forward.</w:t>
      </w:r>
    </w:p>
    <w:p w14:paraId="1EFC423F" w14:textId="77777777" w:rsidR="00830533" w:rsidRPr="0032579A" w:rsidRDefault="00830533">
      <w:pPr>
        <w:rPr>
          <w:rFonts w:ascii="Times New Roman" w:hAnsi="Times New Roman" w:cs="Times New Roman"/>
        </w:rPr>
      </w:pPr>
    </w:p>
    <w:p w14:paraId="4E8620A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ground had bled dry. Raiders pressed harder every week. Hunger gnawed at the line. The sky offered teeth if they were willing to bleed for them.</w:t>
      </w:r>
    </w:p>
    <w:p w14:paraId="5476DF81" w14:textId="77777777" w:rsidR="00830533" w:rsidRPr="0032579A" w:rsidRDefault="00830533">
      <w:pPr>
        <w:rPr>
          <w:rFonts w:ascii="Times New Roman" w:hAnsi="Times New Roman" w:cs="Times New Roman"/>
        </w:rPr>
      </w:pPr>
    </w:p>
    <w:p w14:paraId="6F6931B3"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3542226F" w14:textId="77777777" w:rsidR="00830533" w:rsidRPr="0032579A" w:rsidRDefault="00830533">
      <w:pPr>
        <w:rPr>
          <w:rFonts w:ascii="Times New Roman" w:hAnsi="Times New Roman" w:cs="Times New Roman"/>
        </w:rPr>
      </w:pPr>
    </w:p>
    <w:p w14:paraId="452FC90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corvette showed itself just after dawn.</w:t>
      </w:r>
    </w:p>
    <w:p w14:paraId="5540D190" w14:textId="77777777" w:rsidR="00830533" w:rsidRPr="0032579A" w:rsidRDefault="00830533">
      <w:pPr>
        <w:rPr>
          <w:rFonts w:ascii="Times New Roman" w:hAnsi="Times New Roman" w:cs="Times New Roman"/>
        </w:rPr>
      </w:pPr>
    </w:p>
    <w:p w14:paraId="32B452FC" w14:textId="2EB34AD4" w:rsidR="00830533" w:rsidRPr="0032579A" w:rsidRDefault="00000000">
      <w:pPr>
        <w:rPr>
          <w:rFonts w:ascii="Times New Roman" w:hAnsi="Times New Roman" w:cs="Times New Roman"/>
        </w:rPr>
      </w:pPr>
      <w:r w:rsidRPr="0032579A">
        <w:rPr>
          <w:rFonts w:ascii="Times New Roman" w:hAnsi="Times New Roman" w:cs="Times New Roman"/>
          <w:color w:val="000000"/>
        </w:rPr>
        <w:t>Verdan saw it first: a darker scar against pale cloud, edges too sharp to belong to stone. Through the battered rangefinder one of the elders still carried, the shape resolved—a triangular prow, flat-nosed, hull stitched in patchwork plates. Four clustered engine nozzles glimmered faint in the light. Ventral clamps hung empty, where fighters should have been.</w:t>
      </w:r>
    </w:p>
    <w:p w14:paraId="4AE066F0" w14:textId="77777777" w:rsidR="00830533" w:rsidRPr="0032579A" w:rsidRDefault="00830533">
      <w:pPr>
        <w:rPr>
          <w:rFonts w:ascii="Times New Roman" w:hAnsi="Times New Roman" w:cs="Times New Roman"/>
        </w:rPr>
      </w:pPr>
    </w:p>
    <w:p w14:paraId="1DD9D36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survivors stirred uneasily. Some swore under their breath, others simply stared. To them it looked like a mountain that had learned to fly.</w:t>
      </w:r>
    </w:p>
    <w:p w14:paraId="48905543" w14:textId="77777777" w:rsidR="00830533" w:rsidRPr="0032579A" w:rsidRDefault="00830533">
      <w:pPr>
        <w:rPr>
          <w:rFonts w:ascii="Times New Roman" w:hAnsi="Times New Roman" w:cs="Times New Roman"/>
        </w:rPr>
      </w:pPr>
    </w:p>
    <w:p w14:paraId="6423B75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lowered the scope and spoke so all could hear. “Corsair-class light corvette. Freeport build. Old model. Raiders use them for dens. Navy calls them Stratus hulls. Smugglers call them Corsairs.”</w:t>
      </w:r>
    </w:p>
    <w:p w14:paraId="493C7F4F" w14:textId="77777777" w:rsidR="00830533" w:rsidRPr="0032579A" w:rsidRDefault="00830533">
      <w:pPr>
        <w:rPr>
          <w:rFonts w:ascii="Times New Roman" w:hAnsi="Times New Roman" w:cs="Times New Roman"/>
        </w:rPr>
      </w:pPr>
    </w:p>
    <w:p w14:paraId="07B00FFE" w14:textId="6E91986E"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name dropped heavy between them. Naming a thing made it real.</w:t>
      </w:r>
    </w:p>
    <w:p w14:paraId="086227FE" w14:textId="77777777" w:rsidR="00830533" w:rsidRPr="0032579A" w:rsidRDefault="00830533">
      <w:pPr>
        <w:rPr>
          <w:rFonts w:ascii="Times New Roman" w:hAnsi="Times New Roman" w:cs="Times New Roman"/>
        </w:rPr>
      </w:pPr>
    </w:p>
    <w:p w14:paraId="38A4EEE6"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004C2831" w14:textId="77777777" w:rsidR="00830533" w:rsidRPr="0032579A" w:rsidRDefault="00830533">
      <w:pPr>
        <w:rPr>
          <w:rFonts w:ascii="Times New Roman" w:hAnsi="Times New Roman" w:cs="Times New Roman"/>
        </w:rPr>
      </w:pPr>
    </w:p>
    <w:p w14:paraId="04AE829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His voice carried certainty because he had lived inside one. Memory struck sharp as the sight of that scarred hull.</w:t>
      </w:r>
    </w:p>
    <w:p w14:paraId="35D3D94F" w14:textId="77777777" w:rsidR="00830533" w:rsidRPr="0032579A" w:rsidRDefault="00830533">
      <w:pPr>
        <w:rPr>
          <w:rFonts w:ascii="Times New Roman" w:hAnsi="Times New Roman" w:cs="Times New Roman"/>
        </w:rPr>
      </w:pPr>
    </w:p>
    <w:p w14:paraId="1B446B60" w14:textId="53216035" w:rsidR="00830533" w:rsidRPr="0032579A" w:rsidRDefault="00000000">
      <w:pPr>
        <w:rPr>
          <w:rFonts w:ascii="Times New Roman" w:hAnsi="Times New Roman" w:cs="Times New Roman"/>
        </w:rPr>
      </w:pPr>
      <w:r w:rsidRPr="0032579A">
        <w:rPr>
          <w:rFonts w:ascii="Times New Roman" w:hAnsi="Times New Roman" w:cs="Times New Roman"/>
          <w:color w:val="000000"/>
        </w:rPr>
        <w:t>He was a thin boy again,</w:t>
      </w:r>
      <w:r w:rsidR="00A644BD">
        <w:rPr>
          <w:rFonts w:ascii="Times New Roman" w:hAnsi="Times New Roman" w:cs="Times New Roman"/>
          <w:color w:val="000000"/>
        </w:rPr>
        <w:t xml:space="preserve"> a foundling with</w:t>
      </w:r>
      <w:r w:rsidRPr="0032579A">
        <w:rPr>
          <w:rFonts w:ascii="Times New Roman" w:hAnsi="Times New Roman" w:cs="Times New Roman"/>
          <w:color w:val="000000"/>
        </w:rPr>
        <w:t xml:space="preserve"> ribs showing beneath a patched tunic, standing on the bridge of a Corsair not so different from the one above. The air had stank of oil, sweat, and metal. Men in dented Mandalorian armor loomed around him—silent, stern, unyielding.</w:t>
      </w:r>
    </w:p>
    <w:p w14:paraId="2AD813FF" w14:textId="77777777" w:rsidR="00830533" w:rsidRPr="0032579A" w:rsidRDefault="00830533">
      <w:pPr>
        <w:rPr>
          <w:rFonts w:ascii="Times New Roman" w:hAnsi="Times New Roman" w:cs="Times New Roman"/>
        </w:rPr>
      </w:pPr>
    </w:p>
    <w:p w14:paraId="3E83FA7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had not offered praise. They had offered survival.</w:t>
      </w:r>
    </w:p>
    <w:p w14:paraId="682CCFD1" w14:textId="77777777" w:rsidR="00830533" w:rsidRPr="0032579A" w:rsidRDefault="00830533">
      <w:pPr>
        <w:rPr>
          <w:rFonts w:ascii="Times New Roman" w:hAnsi="Times New Roman" w:cs="Times New Roman"/>
        </w:rPr>
      </w:pPr>
    </w:p>
    <w:p w14:paraId="1A2D794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“Starboard thirty,” one barked, gauntlet slamming down on a chart. “Read the nav or die blind.”</w:t>
      </w:r>
    </w:p>
    <w:p w14:paraId="5D92E918" w14:textId="77777777" w:rsidR="00830533" w:rsidRPr="0032579A" w:rsidRDefault="00830533">
      <w:pPr>
        <w:rPr>
          <w:rFonts w:ascii="Times New Roman" w:hAnsi="Times New Roman" w:cs="Times New Roman"/>
        </w:rPr>
      </w:pPr>
    </w:p>
    <w:p w14:paraId="6805160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had cracked when he repeated the coordinates, but his fingers steadied on the console. He learned to watch drift, to feel the timing of burns. No one nodded approval. Another order simply followed.</w:t>
      </w:r>
    </w:p>
    <w:p w14:paraId="262C1D36" w14:textId="77777777" w:rsidR="00830533" w:rsidRPr="0032579A" w:rsidRDefault="00830533">
      <w:pPr>
        <w:rPr>
          <w:rFonts w:ascii="Times New Roman" w:hAnsi="Times New Roman" w:cs="Times New Roman"/>
        </w:rPr>
      </w:pPr>
    </w:p>
    <w:p w14:paraId="0569595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Years blurred into lessons given the same way. How to listen for the cough of an engine line ready to fail. How to plot a jump with half a navicomputer and twice the instinct. How to keep a ship alive long enough to make port.</w:t>
      </w:r>
    </w:p>
    <w:p w14:paraId="35952557" w14:textId="77777777" w:rsidR="00830533" w:rsidRPr="0032579A" w:rsidRDefault="00830533">
      <w:pPr>
        <w:rPr>
          <w:rFonts w:ascii="Times New Roman" w:hAnsi="Times New Roman" w:cs="Times New Roman"/>
        </w:rPr>
      </w:pPr>
    </w:p>
    <w:p w14:paraId="35C64011" w14:textId="2B56B43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never called him son. Never even used his name. Only </w:t>
      </w:r>
      <w:r w:rsidRPr="00A644BD">
        <w:rPr>
          <w:rFonts w:ascii="Times New Roman" w:hAnsi="Times New Roman" w:cs="Times New Roman"/>
          <w:i/>
          <w:iCs/>
          <w:color w:val="000000"/>
        </w:rPr>
        <w:t>boy</w:t>
      </w:r>
      <w:r w:rsidRPr="0032579A">
        <w:rPr>
          <w:rFonts w:ascii="Times New Roman" w:hAnsi="Times New Roman" w:cs="Times New Roman"/>
          <w:color w:val="000000"/>
        </w:rPr>
        <w:t xml:space="preserve">, or </w:t>
      </w:r>
      <w:r w:rsidRPr="00A644BD">
        <w:rPr>
          <w:rFonts w:ascii="Times New Roman" w:hAnsi="Times New Roman" w:cs="Times New Roman"/>
          <w:i/>
          <w:iCs/>
          <w:color w:val="000000"/>
        </w:rPr>
        <w:t>you</w:t>
      </w:r>
      <w:r w:rsidRPr="0032579A">
        <w:rPr>
          <w:rFonts w:ascii="Times New Roman" w:hAnsi="Times New Roman" w:cs="Times New Roman"/>
          <w:color w:val="000000"/>
        </w:rPr>
        <w:t>. But from their coldness he took tools he would never put down.</w:t>
      </w:r>
    </w:p>
    <w:p w14:paraId="11948E44" w14:textId="77777777" w:rsidR="00830533" w:rsidRPr="0032579A" w:rsidRDefault="00830533">
      <w:pPr>
        <w:rPr>
          <w:rFonts w:ascii="Times New Roman" w:hAnsi="Times New Roman" w:cs="Times New Roman"/>
        </w:rPr>
      </w:pPr>
    </w:p>
    <w:p w14:paraId="45E6BAAD" w14:textId="0E8DBCD3" w:rsidR="00830533" w:rsidRPr="0032579A" w:rsidRDefault="00000000">
      <w:pPr>
        <w:rPr>
          <w:rFonts w:ascii="Times New Roman" w:hAnsi="Times New Roman" w:cs="Times New Roman"/>
        </w:rPr>
      </w:pPr>
      <w:r w:rsidRPr="0032579A">
        <w:rPr>
          <w:rFonts w:ascii="Times New Roman" w:hAnsi="Times New Roman" w:cs="Times New Roman"/>
          <w:color w:val="000000"/>
        </w:rPr>
        <w:t>He had left them at a port on Mandalore, older, harder, with nothing but a knife, a few stolen lessons, and a gaze already stripped of softness.</w:t>
      </w:r>
    </w:p>
    <w:p w14:paraId="3F944967" w14:textId="77777777" w:rsidR="00830533" w:rsidRPr="0032579A" w:rsidRDefault="00830533">
      <w:pPr>
        <w:rPr>
          <w:rFonts w:ascii="Times New Roman" w:hAnsi="Times New Roman" w:cs="Times New Roman"/>
        </w:rPr>
      </w:pPr>
    </w:p>
    <w:p w14:paraId="36D0C3FE"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70F61607" w14:textId="77777777" w:rsidR="00830533" w:rsidRPr="0032579A" w:rsidRDefault="00830533">
      <w:pPr>
        <w:rPr>
          <w:rFonts w:ascii="Times New Roman" w:hAnsi="Times New Roman" w:cs="Times New Roman"/>
        </w:rPr>
      </w:pPr>
    </w:p>
    <w:p w14:paraId="2BB80A3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sky shimmered, and the Corsair above seemed to tilt closer. Verdan blinked away the memory, jaw setting like stone. The others watched him, waiting.</w:t>
      </w:r>
    </w:p>
    <w:p w14:paraId="4E6CF3F7" w14:textId="77777777" w:rsidR="00830533" w:rsidRPr="0032579A" w:rsidRDefault="00830533">
      <w:pPr>
        <w:rPr>
          <w:rFonts w:ascii="Times New Roman" w:hAnsi="Times New Roman" w:cs="Times New Roman"/>
        </w:rPr>
      </w:pPr>
    </w:p>
    <w:p w14:paraId="44D81A9B" w14:textId="19B0503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Selora’s voice filled the silence. “Crew forty to fifty at full. Half that when they run lean. Enough to </w:t>
      </w:r>
      <w:r w:rsidR="00014521">
        <w:rPr>
          <w:rFonts w:ascii="Times New Roman" w:hAnsi="Times New Roman" w:cs="Times New Roman"/>
          <w:color w:val="000000"/>
        </w:rPr>
        <w:t xml:space="preserve">be dangerous to us. </w:t>
      </w:r>
      <w:r w:rsidRPr="0032579A">
        <w:rPr>
          <w:rFonts w:ascii="Times New Roman" w:hAnsi="Times New Roman" w:cs="Times New Roman"/>
          <w:color w:val="000000"/>
        </w:rPr>
        <w:t xml:space="preserve"> Not enough to stop us if we </w:t>
      </w:r>
      <w:r w:rsidR="00014521">
        <w:rPr>
          <w:rFonts w:ascii="Times New Roman" w:hAnsi="Times New Roman" w:cs="Times New Roman"/>
          <w:color w:val="000000"/>
        </w:rPr>
        <w:t>strike</w:t>
      </w:r>
      <w:r w:rsidRPr="0032579A">
        <w:rPr>
          <w:rFonts w:ascii="Times New Roman" w:hAnsi="Times New Roman" w:cs="Times New Roman"/>
          <w:color w:val="000000"/>
        </w:rPr>
        <w:t xml:space="preserve"> hard.”</w:t>
      </w:r>
    </w:p>
    <w:p w14:paraId="318177EA" w14:textId="77777777" w:rsidR="00830533" w:rsidRPr="0032579A" w:rsidRDefault="00830533">
      <w:pPr>
        <w:rPr>
          <w:rFonts w:ascii="Times New Roman" w:hAnsi="Times New Roman" w:cs="Times New Roman"/>
        </w:rPr>
      </w:pPr>
    </w:p>
    <w:p w14:paraId="4EE20A0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Old Phalin spat grit, lips curled. “Big enough to matter. Weak enough to take.”</w:t>
      </w:r>
    </w:p>
    <w:p w14:paraId="50A8577C" w14:textId="77777777" w:rsidR="00830533" w:rsidRPr="0032579A" w:rsidRDefault="00830533">
      <w:pPr>
        <w:rPr>
          <w:rFonts w:ascii="Times New Roman" w:hAnsi="Times New Roman" w:cs="Times New Roman"/>
        </w:rPr>
      </w:pPr>
    </w:p>
    <w:p w14:paraId="68B765F5" w14:textId="58495BA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gave no smile, only the iron line of his jaw. “If it flies, it’s a prize. If it burns, we </w:t>
      </w:r>
      <w:r w:rsidR="00014521">
        <w:rPr>
          <w:rFonts w:ascii="Times New Roman" w:hAnsi="Times New Roman" w:cs="Times New Roman"/>
          <w:color w:val="000000"/>
        </w:rPr>
        <w:t>die having wasted the chance.</w:t>
      </w:r>
      <w:r w:rsidRPr="0032579A">
        <w:rPr>
          <w:rFonts w:ascii="Times New Roman" w:hAnsi="Times New Roman" w:cs="Times New Roman"/>
          <w:color w:val="000000"/>
        </w:rPr>
        <w:t xml:space="preserve"> Remember that.”</w:t>
      </w:r>
    </w:p>
    <w:p w14:paraId="5ECF649C"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558D5342" w14:textId="77777777" w:rsidR="00830533" w:rsidRPr="0032579A" w:rsidRDefault="00830533">
      <w:pPr>
        <w:rPr>
          <w:rFonts w:ascii="Times New Roman" w:hAnsi="Times New Roman" w:cs="Times New Roman"/>
        </w:rPr>
      </w:pPr>
    </w:p>
    <w:p w14:paraId="29BFE59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had practiced in slag gullies until lungs burned. It never looked like discipline, but repetition had worn some rhythm into them.</w:t>
      </w:r>
    </w:p>
    <w:p w14:paraId="41D6B64E" w14:textId="77777777" w:rsidR="00830533" w:rsidRPr="0032579A" w:rsidRDefault="00830533">
      <w:pPr>
        <w:rPr>
          <w:rFonts w:ascii="Times New Roman" w:hAnsi="Times New Roman" w:cs="Times New Roman"/>
        </w:rPr>
      </w:pPr>
    </w:p>
    <w:p w14:paraId="651CA4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The shuttle would play crippled, its beacon whispering distress in the cadence they had learned.</w:t>
      </w:r>
    </w:p>
    <w:p w14:paraId="16EE1DB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The corvette would send a retrieval boat—pirates never left salvage unclaimed.</w:t>
      </w:r>
    </w:p>
    <w:p w14:paraId="47F69E0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Survivors would fall on the boarding party, seize the boat, and ride it back into the Corsair’s belly.</w:t>
      </w:r>
    </w:p>
    <w:p w14:paraId="5B18E38E" w14:textId="77777777" w:rsidR="00830533" w:rsidRPr="0032579A" w:rsidRDefault="00830533">
      <w:pPr>
        <w:rPr>
          <w:rFonts w:ascii="Times New Roman" w:hAnsi="Times New Roman" w:cs="Times New Roman"/>
        </w:rPr>
      </w:pPr>
    </w:p>
    <w:p w14:paraId="64DEB23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 one pretended it would be clean. Grapnels slipped. Signals were missed. Darran moved too early, always. But they drilled anyway, because drilling was all they had.</w:t>
      </w:r>
    </w:p>
    <w:p w14:paraId="4E6732C8" w14:textId="77777777" w:rsidR="00830533" w:rsidRPr="0032579A" w:rsidRDefault="00830533">
      <w:pPr>
        <w:rPr>
          <w:rFonts w:ascii="Times New Roman" w:hAnsi="Times New Roman" w:cs="Times New Roman"/>
        </w:rPr>
      </w:pPr>
    </w:p>
    <w:p w14:paraId="78EB3735" w14:textId="06A9A165" w:rsidR="00830533" w:rsidRDefault="00000000">
      <w:pPr>
        <w:rPr>
          <w:rFonts w:ascii="Times New Roman" w:hAnsi="Times New Roman" w:cs="Times New Roman"/>
          <w:i/>
          <w:iCs/>
          <w:color w:val="000000"/>
        </w:rPr>
      </w:pPr>
      <w:r w:rsidRPr="0032579A">
        <w:rPr>
          <w:rFonts w:ascii="Times New Roman" w:hAnsi="Times New Roman" w:cs="Times New Roman"/>
          <w:color w:val="000000"/>
        </w:rPr>
        <w:t xml:space="preserve">Selora’s </w:t>
      </w:r>
      <w:r w:rsidR="00014521">
        <w:rPr>
          <w:rFonts w:ascii="Times New Roman" w:hAnsi="Times New Roman" w:cs="Times New Roman"/>
          <w:color w:val="000000"/>
        </w:rPr>
        <w:t xml:space="preserve">data past </w:t>
      </w:r>
      <w:r w:rsidRPr="0032579A">
        <w:rPr>
          <w:rFonts w:ascii="Times New Roman" w:hAnsi="Times New Roman" w:cs="Times New Roman"/>
          <w:color w:val="000000"/>
        </w:rPr>
        <w:t>tallied the cost</w:t>
      </w:r>
      <w:r w:rsidR="00014521">
        <w:rPr>
          <w:rFonts w:ascii="Times New Roman" w:hAnsi="Times New Roman" w:cs="Times New Roman"/>
          <w:color w:val="000000"/>
        </w:rPr>
        <w:t xml:space="preserve">. </w:t>
      </w:r>
      <w:r w:rsidR="00014521">
        <w:rPr>
          <w:rFonts w:ascii="Times New Roman" w:hAnsi="Times New Roman" w:cs="Times New Roman"/>
          <w:i/>
          <w:iCs/>
          <w:color w:val="000000"/>
        </w:rPr>
        <w:t>Ammunition, grenades, medical kits</w:t>
      </w:r>
      <w:r w:rsidR="00014521" w:rsidRPr="00014521">
        <w:rPr>
          <w:rFonts w:ascii="Times New Roman" w:hAnsi="Times New Roman" w:cs="Times New Roman"/>
          <w:i/>
          <w:iCs/>
          <w:color w:val="000000"/>
        </w:rPr>
        <w:t xml:space="preserve">, </w:t>
      </w:r>
      <w:r w:rsidRPr="00014521">
        <w:rPr>
          <w:rFonts w:ascii="Times New Roman" w:hAnsi="Times New Roman" w:cs="Times New Roman"/>
          <w:i/>
          <w:iCs/>
          <w:color w:val="000000"/>
        </w:rPr>
        <w:t>Expected casualties: seven to twelve.</w:t>
      </w:r>
    </w:p>
    <w:p w14:paraId="2DACB706" w14:textId="77777777" w:rsidR="00014521" w:rsidRPr="00014521" w:rsidRDefault="00014521">
      <w:pPr>
        <w:rPr>
          <w:rFonts w:ascii="Times New Roman" w:hAnsi="Times New Roman" w:cs="Times New Roman"/>
          <w:i/>
          <w:iCs/>
        </w:rPr>
      </w:pPr>
    </w:p>
    <w:p w14:paraId="72B1DD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hand didn’t shake when she wrote it, but her eyes lingered a moment longer on the number than the rest.</w:t>
      </w:r>
    </w:p>
    <w:p w14:paraId="73C1ED21" w14:textId="77777777" w:rsidR="00830533" w:rsidRPr="0032579A" w:rsidRDefault="00830533">
      <w:pPr>
        <w:rPr>
          <w:rFonts w:ascii="Times New Roman" w:hAnsi="Times New Roman" w:cs="Times New Roman"/>
        </w:rPr>
      </w:pPr>
    </w:p>
    <w:p w14:paraId="71B30A37"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32582326" w14:textId="77777777" w:rsidR="00830533" w:rsidRPr="0032579A" w:rsidRDefault="00830533">
      <w:pPr>
        <w:rPr>
          <w:rFonts w:ascii="Times New Roman" w:hAnsi="Times New Roman" w:cs="Times New Roman"/>
        </w:rPr>
      </w:pPr>
    </w:p>
    <w:p w14:paraId="7A49304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By nightfall they dragged the Sheathipede into an open scar of slag. The shuttle looked pitiful—scarred hull, cracked viewport, a panel pried wide so its guts spat faint sparks. Inside, a beacon pulsed a weak distress, tuned to the pirates’ retrieval frequency.</w:t>
      </w:r>
    </w:p>
    <w:p w14:paraId="64CE454C" w14:textId="77777777" w:rsidR="00830533" w:rsidRPr="0032579A" w:rsidRDefault="00830533">
      <w:pPr>
        <w:rPr>
          <w:rFonts w:ascii="Times New Roman" w:hAnsi="Times New Roman" w:cs="Times New Roman"/>
        </w:rPr>
      </w:pPr>
    </w:p>
    <w:p w14:paraId="58455A49" w14:textId="1DD11FF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Darran wiped sweat on his sleeve, pistol heavy at his hip. “They’ll smell </w:t>
      </w:r>
      <w:r w:rsidR="00014521">
        <w:rPr>
          <w:rFonts w:ascii="Times New Roman" w:hAnsi="Times New Roman" w:cs="Times New Roman"/>
          <w:color w:val="000000"/>
        </w:rPr>
        <w:t>the trap</w:t>
      </w:r>
      <w:r w:rsidRPr="0032579A">
        <w:rPr>
          <w:rFonts w:ascii="Times New Roman" w:hAnsi="Times New Roman" w:cs="Times New Roman"/>
          <w:color w:val="000000"/>
        </w:rPr>
        <w:t>.”</w:t>
      </w:r>
    </w:p>
    <w:p w14:paraId="77A58F03" w14:textId="77777777" w:rsidR="00830533" w:rsidRPr="0032579A" w:rsidRDefault="00830533">
      <w:pPr>
        <w:rPr>
          <w:rFonts w:ascii="Times New Roman" w:hAnsi="Times New Roman" w:cs="Times New Roman"/>
        </w:rPr>
      </w:pPr>
    </w:p>
    <w:p w14:paraId="256C66E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“They’ll come,” Verdan said. He crouched to check the beacon’s pulse. Each blink fell in time with Selora’s notes.</w:t>
      </w:r>
    </w:p>
    <w:p w14:paraId="4AB41BF5" w14:textId="77777777" w:rsidR="00830533" w:rsidRPr="0032579A" w:rsidRDefault="00830533">
      <w:pPr>
        <w:rPr>
          <w:rFonts w:ascii="Times New Roman" w:hAnsi="Times New Roman" w:cs="Times New Roman"/>
        </w:rPr>
      </w:pPr>
    </w:p>
    <w:p w14:paraId="7AA16BC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slid the datapad under her arm. Her voice softened, almost enough to pass for hope. “And when they do?”</w:t>
      </w:r>
    </w:p>
    <w:p w14:paraId="1DAFBE95" w14:textId="77777777" w:rsidR="00830533" w:rsidRPr="0032579A" w:rsidRDefault="00830533">
      <w:pPr>
        <w:rPr>
          <w:rFonts w:ascii="Times New Roman" w:hAnsi="Times New Roman" w:cs="Times New Roman"/>
        </w:rPr>
      </w:pPr>
    </w:p>
    <w:p w14:paraId="7A2F0A2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lifted his eyes to the looming scar of the Corsair in the sky. His answer was iron.</w:t>
      </w:r>
    </w:p>
    <w:p w14:paraId="79A58AED" w14:textId="77777777" w:rsidR="00830533" w:rsidRPr="0032579A" w:rsidRDefault="00830533">
      <w:pPr>
        <w:rPr>
          <w:rFonts w:ascii="Times New Roman" w:hAnsi="Times New Roman" w:cs="Times New Roman"/>
        </w:rPr>
      </w:pPr>
    </w:p>
    <w:p w14:paraId="5ECFA39A" w14:textId="34088B9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“Then </w:t>
      </w:r>
      <w:r w:rsidR="00E524E3">
        <w:rPr>
          <w:rFonts w:ascii="Times New Roman" w:hAnsi="Times New Roman" w:cs="Times New Roman"/>
          <w:color w:val="000000"/>
        </w:rPr>
        <w:t>we ambush them and take their ship for our den</w:t>
      </w:r>
      <w:r w:rsidRPr="0032579A">
        <w:rPr>
          <w:rFonts w:ascii="Times New Roman" w:hAnsi="Times New Roman" w:cs="Times New Roman"/>
          <w:color w:val="000000"/>
        </w:rPr>
        <w:t>.”</w:t>
      </w:r>
    </w:p>
    <w:p w14:paraId="5EC42E60" w14:textId="77777777" w:rsidR="00830533" w:rsidRPr="0032579A" w:rsidRDefault="00830533">
      <w:pPr>
        <w:rPr>
          <w:rFonts w:ascii="Times New Roman" w:hAnsi="Times New Roman" w:cs="Times New Roman"/>
        </w:rPr>
      </w:pPr>
    </w:p>
    <w:p w14:paraId="2733F424" w14:textId="77777777" w:rsidR="00830533" w:rsidRPr="0032579A" w:rsidRDefault="00830533">
      <w:pPr>
        <w:rPr>
          <w:rFonts w:ascii="Times New Roman" w:hAnsi="Times New Roman" w:cs="Times New Roman"/>
        </w:rPr>
      </w:pPr>
    </w:p>
    <w:p w14:paraId="0F29C5B3"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5092157B" w14:textId="77777777" w:rsidR="00830533" w:rsidRPr="0032579A" w:rsidRDefault="00830533">
      <w:pPr>
        <w:rPr>
          <w:rFonts w:ascii="Times New Roman" w:hAnsi="Times New Roman" w:cs="Times New Roman"/>
        </w:rPr>
      </w:pPr>
    </w:p>
    <w:p w14:paraId="0F4EE508" w14:textId="77777777" w:rsidR="00830533" w:rsidRPr="0032579A" w:rsidRDefault="00830533">
      <w:pPr>
        <w:rPr>
          <w:rFonts w:ascii="Times New Roman" w:hAnsi="Times New Roman" w:cs="Times New Roman"/>
        </w:rPr>
      </w:pPr>
    </w:p>
    <w:p w14:paraId="60B5131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withdrew into the ridges, faces drawn tight, weapons ready. Every breath seemed too loud. Above them the corvette shifted, scarred hull angling toward the false beacon, slow and hungry.</w:t>
      </w:r>
    </w:p>
    <w:p w14:paraId="1DAB03A6" w14:textId="77777777" w:rsidR="00830533" w:rsidRPr="0032579A" w:rsidRDefault="00830533">
      <w:pPr>
        <w:rPr>
          <w:rFonts w:ascii="Times New Roman" w:hAnsi="Times New Roman" w:cs="Times New Roman"/>
        </w:rPr>
      </w:pPr>
    </w:p>
    <w:p w14:paraId="44B7AF0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trap was set.</w:t>
      </w:r>
    </w:p>
    <w:p w14:paraId="4404DFAC" w14:textId="77777777" w:rsidR="00830533" w:rsidRPr="0032579A" w:rsidRDefault="00830533">
      <w:pPr>
        <w:rPr>
          <w:rFonts w:ascii="Times New Roman" w:hAnsi="Times New Roman" w:cs="Times New Roman"/>
        </w:rPr>
      </w:pPr>
    </w:p>
    <w:p w14:paraId="0A05AD11"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4D32686E" w14:textId="77777777" w:rsidR="00830533" w:rsidRPr="0032579A" w:rsidRDefault="00830533">
      <w:pPr>
        <w:rPr>
          <w:rFonts w:ascii="Times New Roman" w:hAnsi="Times New Roman" w:cs="Times New Roman"/>
        </w:rPr>
      </w:pPr>
    </w:p>
    <w:p w14:paraId="21DD16AF" w14:textId="2C71DA76" w:rsidR="00830533" w:rsidRPr="0032579A" w:rsidRDefault="00000000">
      <w:pPr>
        <w:rPr>
          <w:rFonts w:ascii="Times New Roman" w:hAnsi="Times New Roman" w:cs="Times New Roman"/>
        </w:rPr>
      </w:pPr>
      <w:r w:rsidRPr="0032579A">
        <w:rPr>
          <w:rFonts w:ascii="Times New Roman" w:hAnsi="Times New Roman" w:cs="Times New Roman"/>
          <w:color w:val="000000"/>
        </w:rPr>
        <w:t>Engines whispered down through the clouds</w:t>
      </w:r>
      <w:r w:rsidR="004E3830">
        <w:rPr>
          <w:rFonts w:ascii="Times New Roman" w:hAnsi="Times New Roman" w:cs="Times New Roman"/>
          <w:color w:val="000000"/>
        </w:rPr>
        <w:t xml:space="preserve"> hours later</w:t>
      </w:r>
      <w:r w:rsidRPr="0032579A">
        <w:rPr>
          <w:rFonts w:ascii="Times New Roman" w:hAnsi="Times New Roman" w:cs="Times New Roman"/>
          <w:color w:val="000000"/>
        </w:rPr>
        <w:t>.</w:t>
      </w:r>
    </w:p>
    <w:p w14:paraId="39BBFF6E" w14:textId="77777777" w:rsidR="00830533" w:rsidRPr="0032579A" w:rsidRDefault="00830533">
      <w:pPr>
        <w:rPr>
          <w:rFonts w:ascii="Times New Roman" w:hAnsi="Times New Roman" w:cs="Times New Roman"/>
        </w:rPr>
      </w:pPr>
    </w:p>
    <w:p w14:paraId="7C43003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survivors pressed flat in slag hollows, pistols hugged to ribs, knives ready. The shuttle lay open in the scar of ground, beacon pulsing weak—a dying heart crying for carrion.</w:t>
      </w:r>
    </w:p>
    <w:p w14:paraId="316C3558" w14:textId="77777777" w:rsidR="00830533" w:rsidRPr="0032579A" w:rsidRDefault="00830533">
      <w:pPr>
        <w:rPr>
          <w:rFonts w:ascii="Times New Roman" w:hAnsi="Times New Roman" w:cs="Times New Roman"/>
        </w:rPr>
      </w:pPr>
    </w:p>
    <w:p w14:paraId="1F47321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Shadow fell.</w:t>
      </w:r>
    </w:p>
    <w:p w14:paraId="0959238D" w14:textId="77777777" w:rsidR="00830533" w:rsidRPr="0032579A" w:rsidRDefault="00830533">
      <w:pPr>
        <w:rPr>
          <w:rFonts w:ascii="Times New Roman" w:hAnsi="Times New Roman" w:cs="Times New Roman"/>
        </w:rPr>
      </w:pPr>
    </w:p>
    <w:p w14:paraId="3BB59C7C" w14:textId="2DBE01E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 retrieval </w:t>
      </w:r>
      <w:r w:rsidR="00D07878">
        <w:rPr>
          <w:rFonts w:ascii="Times New Roman" w:hAnsi="Times New Roman" w:cs="Times New Roman"/>
          <w:color w:val="000000"/>
        </w:rPr>
        <w:t xml:space="preserve">shuttle </w:t>
      </w:r>
      <w:r w:rsidRPr="0032579A">
        <w:rPr>
          <w:rFonts w:ascii="Times New Roman" w:hAnsi="Times New Roman" w:cs="Times New Roman"/>
          <w:color w:val="000000"/>
        </w:rPr>
        <w:t>descended, hull patched and dented, engines coughing smoke. Its ventral clamps spread like jaws. Three figures in ragged armor spilled out, rifles slung low. Laughter carried faint on the wind.</w:t>
      </w:r>
    </w:p>
    <w:p w14:paraId="414106BB" w14:textId="77777777" w:rsidR="00830533" w:rsidRPr="0032579A" w:rsidRDefault="00830533">
      <w:pPr>
        <w:rPr>
          <w:rFonts w:ascii="Times New Roman" w:hAnsi="Times New Roman" w:cs="Times New Roman"/>
        </w:rPr>
      </w:pPr>
    </w:p>
    <w:p w14:paraId="76AC0AE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hand cut down.</w:t>
      </w:r>
    </w:p>
    <w:p w14:paraId="412BFB84" w14:textId="77777777" w:rsidR="00830533" w:rsidRPr="0032579A" w:rsidRDefault="00830533">
      <w:pPr>
        <w:rPr>
          <w:rFonts w:ascii="Times New Roman" w:hAnsi="Times New Roman" w:cs="Times New Roman"/>
        </w:rPr>
      </w:pPr>
    </w:p>
    <w:p w14:paraId="4F5CD37D" w14:textId="77777777" w:rsidR="00830533" w:rsidRPr="00C86887" w:rsidRDefault="00000000">
      <w:pPr>
        <w:rPr>
          <w:rFonts w:ascii="Times New Roman" w:hAnsi="Times New Roman" w:cs="Times New Roman"/>
          <w:bCs/>
        </w:rPr>
      </w:pPr>
      <w:r w:rsidRPr="00C86887">
        <w:rPr>
          <w:rFonts w:ascii="Times New Roman" w:hAnsi="Times New Roman" w:cs="Times New Roman"/>
          <w:bCs/>
          <w:color w:val="000000"/>
        </w:rPr>
        <w:t>“Now.”</w:t>
      </w:r>
    </w:p>
    <w:p w14:paraId="372A48C3" w14:textId="77777777" w:rsidR="00830533" w:rsidRPr="0032579A" w:rsidRDefault="00830533">
      <w:pPr>
        <w:rPr>
          <w:rFonts w:ascii="Times New Roman" w:hAnsi="Times New Roman" w:cs="Times New Roman"/>
        </w:rPr>
      </w:pPr>
    </w:p>
    <w:p w14:paraId="6C363F5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Fire burst from the ridges.</w:t>
      </w:r>
    </w:p>
    <w:p w14:paraId="78282EDD" w14:textId="77777777" w:rsidR="00830533" w:rsidRPr="0032579A" w:rsidRDefault="00830533">
      <w:pPr>
        <w:rPr>
          <w:rFonts w:ascii="Times New Roman" w:hAnsi="Times New Roman" w:cs="Times New Roman"/>
        </w:rPr>
      </w:pPr>
    </w:p>
    <w:p w14:paraId="389ABAB7" w14:textId="164CFDF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first pirate folded before his curse left his lips. The second spun, shoulder torn apart, rifle dropping. The third dove—too slow. A </w:t>
      </w:r>
      <w:r w:rsidR="00C86887">
        <w:rPr>
          <w:rFonts w:ascii="Times New Roman" w:hAnsi="Times New Roman" w:cs="Times New Roman"/>
          <w:color w:val="000000"/>
        </w:rPr>
        <w:t>blaster bolt</w:t>
      </w:r>
      <w:r w:rsidRPr="0032579A">
        <w:rPr>
          <w:rFonts w:ascii="Times New Roman" w:hAnsi="Times New Roman" w:cs="Times New Roman"/>
          <w:color w:val="000000"/>
        </w:rPr>
        <w:t xml:space="preserve"> caught his throat.</w:t>
      </w:r>
    </w:p>
    <w:p w14:paraId="22F9BDA6" w14:textId="77777777" w:rsidR="00830533" w:rsidRPr="0032579A" w:rsidRDefault="00830533">
      <w:pPr>
        <w:rPr>
          <w:rFonts w:ascii="Times New Roman" w:hAnsi="Times New Roman" w:cs="Times New Roman"/>
        </w:rPr>
      </w:pPr>
    </w:p>
    <w:p w14:paraId="61ED4180" w14:textId="29A4D62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w:t>
      </w:r>
      <w:r w:rsidR="00C86887">
        <w:rPr>
          <w:rFonts w:ascii="Times New Roman" w:hAnsi="Times New Roman" w:cs="Times New Roman"/>
          <w:color w:val="000000"/>
        </w:rPr>
        <w:t>shuttle’s</w:t>
      </w:r>
      <w:r w:rsidRPr="0032579A">
        <w:rPr>
          <w:rFonts w:ascii="Times New Roman" w:hAnsi="Times New Roman" w:cs="Times New Roman"/>
          <w:color w:val="000000"/>
        </w:rPr>
        <w:t xml:space="preserve"> pilot reacted faster. Engines flared, hull bucked upward. Grapnels flew. One rope snapped, sending a nomad crashing to slag, skull breaking </w:t>
      </w:r>
      <w:r w:rsidR="00C86887">
        <w:rPr>
          <w:rFonts w:ascii="Times New Roman" w:hAnsi="Times New Roman" w:cs="Times New Roman"/>
          <w:color w:val="000000"/>
        </w:rPr>
        <w:t>against</w:t>
      </w:r>
      <w:r w:rsidRPr="0032579A">
        <w:rPr>
          <w:rFonts w:ascii="Times New Roman" w:hAnsi="Times New Roman" w:cs="Times New Roman"/>
          <w:color w:val="000000"/>
        </w:rPr>
        <w:t xml:space="preserve"> stone. </w:t>
      </w:r>
      <w:r w:rsidR="00C86887">
        <w:rPr>
          <w:rFonts w:ascii="Times New Roman" w:hAnsi="Times New Roman" w:cs="Times New Roman"/>
          <w:color w:val="000000"/>
        </w:rPr>
        <w:t>More</w:t>
      </w:r>
      <w:r w:rsidRPr="0032579A">
        <w:rPr>
          <w:rFonts w:ascii="Times New Roman" w:hAnsi="Times New Roman" w:cs="Times New Roman"/>
          <w:color w:val="000000"/>
        </w:rPr>
        <w:t xml:space="preserve"> line</w:t>
      </w:r>
      <w:r w:rsidR="00C86887">
        <w:rPr>
          <w:rFonts w:ascii="Times New Roman" w:hAnsi="Times New Roman" w:cs="Times New Roman"/>
          <w:color w:val="000000"/>
        </w:rPr>
        <w:t>s</w:t>
      </w:r>
      <w:r w:rsidRPr="0032579A">
        <w:rPr>
          <w:rFonts w:ascii="Times New Roman" w:hAnsi="Times New Roman" w:cs="Times New Roman"/>
          <w:color w:val="000000"/>
        </w:rPr>
        <w:t xml:space="preserve"> held. Men and women hauled with desperate weight.</w:t>
      </w:r>
    </w:p>
    <w:p w14:paraId="65F6AE2E" w14:textId="77777777" w:rsidR="00830533" w:rsidRPr="0032579A" w:rsidRDefault="00830533">
      <w:pPr>
        <w:rPr>
          <w:rFonts w:ascii="Times New Roman" w:hAnsi="Times New Roman" w:cs="Times New Roman"/>
        </w:rPr>
      </w:pPr>
    </w:p>
    <w:p w14:paraId="4384FD04" w14:textId="3680ECBD"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 charge slapped against the hull. Blue light washed out as circuits screamed. The </w:t>
      </w:r>
      <w:r w:rsidR="00C86887">
        <w:rPr>
          <w:rFonts w:ascii="Times New Roman" w:hAnsi="Times New Roman" w:cs="Times New Roman"/>
          <w:color w:val="000000"/>
        </w:rPr>
        <w:t>shuttle</w:t>
      </w:r>
      <w:r w:rsidR="00C86887" w:rsidRPr="0032579A">
        <w:rPr>
          <w:rFonts w:ascii="Times New Roman" w:hAnsi="Times New Roman" w:cs="Times New Roman"/>
          <w:color w:val="000000"/>
        </w:rPr>
        <w:t xml:space="preserve"> lurched</w:t>
      </w:r>
      <w:r w:rsidRPr="0032579A">
        <w:rPr>
          <w:rFonts w:ascii="Times New Roman" w:hAnsi="Times New Roman" w:cs="Times New Roman"/>
          <w:color w:val="000000"/>
        </w:rPr>
        <w:t>, dropped hard back to ground.</w:t>
      </w:r>
    </w:p>
    <w:p w14:paraId="5FEB6847" w14:textId="77777777" w:rsidR="00830533" w:rsidRPr="0032579A" w:rsidRDefault="00830533">
      <w:pPr>
        <w:rPr>
          <w:rFonts w:ascii="Times New Roman" w:hAnsi="Times New Roman" w:cs="Times New Roman"/>
        </w:rPr>
      </w:pPr>
    </w:p>
    <w:p w14:paraId="650C6639" w14:textId="11D55CA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Screams. </w:t>
      </w:r>
      <w:r w:rsidR="00C86887">
        <w:rPr>
          <w:rFonts w:ascii="Times New Roman" w:hAnsi="Times New Roman" w:cs="Times New Roman"/>
          <w:color w:val="000000"/>
        </w:rPr>
        <w:t>Blaster fire</w:t>
      </w:r>
      <w:r w:rsidRPr="0032579A">
        <w:rPr>
          <w:rFonts w:ascii="Times New Roman" w:hAnsi="Times New Roman" w:cs="Times New Roman"/>
          <w:color w:val="000000"/>
        </w:rPr>
        <w:t xml:space="preserve">. Blood’s hot </w:t>
      </w:r>
      <w:r w:rsidR="00C86887">
        <w:rPr>
          <w:rFonts w:ascii="Times New Roman" w:hAnsi="Times New Roman" w:cs="Times New Roman"/>
          <w:color w:val="000000"/>
        </w:rPr>
        <w:t xml:space="preserve">iron </w:t>
      </w:r>
      <w:r w:rsidRPr="0032579A">
        <w:rPr>
          <w:rFonts w:ascii="Times New Roman" w:hAnsi="Times New Roman" w:cs="Times New Roman"/>
          <w:color w:val="000000"/>
        </w:rPr>
        <w:t>stink mixing with slag dust.</w:t>
      </w:r>
    </w:p>
    <w:p w14:paraId="27BA9145" w14:textId="77777777" w:rsidR="00830533" w:rsidRPr="0032579A" w:rsidRDefault="00830533">
      <w:pPr>
        <w:rPr>
          <w:rFonts w:ascii="Times New Roman" w:hAnsi="Times New Roman" w:cs="Times New Roman"/>
        </w:rPr>
      </w:pPr>
    </w:p>
    <w:p w14:paraId="3B63C182" w14:textId="12468CF9"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Darran was first to the hatch. He fired </w:t>
      </w:r>
      <w:r w:rsidR="005013D4" w:rsidRPr="0032579A">
        <w:rPr>
          <w:rFonts w:ascii="Times New Roman" w:hAnsi="Times New Roman" w:cs="Times New Roman"/>
          <w:color w:val="000000"/>
        </w:rPr>
        <w:t>wild</w:t>
      </w:r>
      <w:r w:rsidRPr="0032579A">
        <w:rPr>
          <w:rFonts w:ascii="Times New Roman" w:hAnsi="Times New Roman" w:cs="Times New Roman"/>
          <w:color w:val="000000"/>
        </w:rPr>
        <w:t xml:space="preserve"> bolts chewing </w:t>
      </w:r>
      <w:r w:rsidR="005013D4">
        <w:rPr>
          <w:rFonts w:ascii="Times New Roman" w:hAnsi="Times New Roman" w:cs="Times New Roman"/>
          <w:color w:val="000000"/>
        </w:rPr>
        <w:t xml:space="preserve">the </w:t>
      </w:r>
      <w:r w:rsidRPr="0032579A">
        <w:rPr>
          <w:rFonts w:ascii="Times New Roman" w:hAnsi="Times New Roman" w:cs="Times New Roman"/>
          <w:color w:val="000000"/>
        </w:rPr>
        <w:t xml:space="preserve">bulkhead. A pirate slammed him with a rifle </w:t>
      </w:r>
      <w:r w:rsidR="00EE5AAE" w:rsidRPr="0032579A">
        <w:rPr>
          <w:rFonts w:ascii="Times New Roman" w:hAnsi="Times New Roman" w:cs="Times New Roman"/>
          <w:color w:val="000000"/>
        </w:rPr>
        <w:t>butt,</w:t>
      </w:r>
      <w:r w:rsidR="005013D4">
        <w:rPr>
          <w:rFonts w:ascii="Times New Roman" w:hAnsi="Times New Roman" w:cs="Times New Roman"/>
          <w:color w:val="000000"/>
        </w:rPr>
        <w:t xml:space="preserve"> and he</w:t>
      </w:r>
      <w:r w:rsidRPr="0032579A">
        <w:rPr>
          <w:rFonts w:ascii="Times New Roman" w:hAnsi="Times New Roman" w:cs="Times New Roman"/>
          <w:color w:val="000000"/>
        </w:rPr>
        <w:t xml:space="preserve"> stumbled back, gasping. Verdan followed, pistol steady, blade low. His shot burned through the pirate’s chest before the man’s next breath.</w:t>
      </w:r>
    </w:p>
    <w:p w14:paraId="7D036FF7" w14:textId="77777777" w:rsidR="00830533" w:rsidRPr="0032579A" w:rsidRDefault="00830533">
      <w:pPr>
        <w:rPr>
          <w:rFonts w:ascii="Times New Roman" w:hAnsi="Times New Roman" w:cs="Times New Roman"/>
        </w:rPr>
      </w:pPr>
    </w:p>
    <w:p w14:paraId="07EB4B79" w14:textId="10ECBB5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Inside, space collapsed to meters. Blades flashed, pistols thundered. A nomad screamed as a bolt tore </w:t>
      </w:r>
      <w:r w:rsidR="00EE5AAE">
        <w:rPr>
          <w:rFonts w:ascii="Times New Roman" w:hAnsi="Times New Roman" w:cs="Times New Roman"/>
          <w:color w:val="000000"/>
        </w:rPr>
        <w:t>a hole in her stomach</w:t>
      </w:r>
      <w:r w:rsidRPr="0032579A">
        <w:rPr>
          <w:rFonts w:ascii="Times New Roman" w:hAnsi="Times New Roman" w:cs="Times New Roman"/>
          <w:color w:val="000000"/>
        </w:rPr>
        <w:t xml:space="preserve">. Another </w:t>
      </w:r>
      <w:r w:rsidR="00EE5AAE">
        <w:rPr>
          <w:rFonts w:ascii="Times New Roman" w:hAnsi="Times New Roman" w:cs="Times New Roman"/>
          <w:color w:val="000000"/>
        </w:rPr>
        <w:t>lost their footing and fell</w:t>
      </w:r>
      <w:r w:rsidRPr="0032579A">
        <w:rPr>
          <w:rFonts w:ascii="Times New Roman" w:hAnsi="Times New Roman" w:cs="Times New Roman"/>
          <w:color w:val="000000"/>
        </w:rPr>
        <w:t>—</w:t>
      </w:r>
      <w:r w:rsidR="00EE5AAE">
        <w:rPr>
          <w:rFonts w:ascii="Times New Roman" w:hAnsi="Times New Roman" w:cs="Times New Roman"/>
          <w:color w:val="000000"/>
        </w:rPr>
        <w:t xml:space="preserve"> a </w:t>
      </w:r>
      <w:r w:rsidRPr="0032579A">
        <w:rPr>
          <w:rFonts w:ascii="Times New Roman" w:hAnsi="Times New Roman" w:cs="Times New Roman"/>
          <w:color w:val="000000"/>
        </w:rPr>
        <w:t>pirate boot came down, crushing jaw with a crack. She didn’t rise again.</w:t>
      </w:r>
    </w:p>
    <w:p w14:paraId="68BB146E" w14:textId="77777777" w:rsidR="00830533" w:rsidRPr="0032579A" w:rsidRDefault="00830533">
      <w:pPr>
        <w:rPr>
          <w:rFonts w:ascii="Times New Roman" w:hAnsi="Times New Roman" w:cs="Times New Roman"/>
        </w:rPr>
      </w:pPr>
    </w:p>
    <w:p w14:paraId="6C0BB7FE" w14:textId="40060D6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fought like scavengers—messy, desperate. </w:t>
      </w:r>
      <w:r w:rsidR="00EE5AAE">
        <w:rPr>
          <w:rFonts w:ascii="Times New Roman" w:hAnsi="Times New Roman" w:cs="Times New Roman"/>
          <w:color w:val="000000"/>
        </w:rPr>
        <w:t>The p</w:t>
      </w:r>
      <w:r w:rsidRPr="0032579A">
        <w:rPr>
          <w:rFonts w:ascii="Times New Roman" w:hAnsi="Times New Roman" w:cs="Times New Roman"/>
          <w:color w:val="000000"/>
        </w:rPr>
        <w:t>irates fought like men who’d done it before. The difference showed.</w:t>
      </w:r>
    </w:p>
    <w:p w14:paraId="189E8B07" w14:textId="77777777" w:rsidR="00830533" w:rsidRPr="0032579A" w:rsidRDefault="00830533">
      <w:pPr>
        <w:rPr>
          <w:rFonts w:ascii="Times New Roman" w:hAnsi="Times New Roman" w:cs="Times New Roman"/>
        </w:rPr>
      </w:pPr>
    </w:p>
    <w:p w14:paraId="154859D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Bodies slammed into walls, boots thudded against ribs, pistols fired point-blank. Sparks sprayed as bolts tore circuits, smoke filling the cabin.</w:t>
      </w:r>
    </w:p>
    <w:p w14:paraId="13AB8631" w14:textId="77777777" w:rsidR="00830533" w:rsidRPr="0032579A" w:rsidRDefault="00830533">
      <w:pPr>
        <w:rPr>
          <w:rFonts w:ascii="Times New Roman" w:hAnsi="Times New Roman" w:cs="Times New Roman"/>
        </w:rPr>
      </w:pPr>
    </w:p>
    <w:p w14:paraId="3647CDA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Finally the last pirate in the bay choked on his blood, pistol clattering from limp fingers. Silence, broken only by gasps and the ragged sob of someone alive but bleeding.</w:t>
      </w:r>
    </w:p>
    <w:p w14:paraId="7BA98749" w14:textId="77777777" w:rsidR="00830533" w:rsidRPr="0032579A" w:rsidRDefault="00830533">
      <w:pPr>
        <w:rPr>
          <w:rFonts w:ascii="Times New Roman" w:hAnsi="Times New Roman" w:cs="Times New Roman"/>
        </w:rPr>
      </w:pPr>
    </w:p>
    <w:p w14:paraId="31B7F2E2" w14:textId="6E06985C" w:rsidR="00830533" w:rsidRPr="0032579A" w:rsidRDefault="00000000">
      <w:pPr>
        <w:rPr>
          <w:rFonts w:ascii="Times New Roman" w:hAnsi="Times New Roman" w:cs="Times New Roman"/>
        </w:rPr>
      </w:pPr>
      <w:r w:rsidRPr="0032579A">
        <w:rPr>
          <w:rFonts w:ascii="Times New Roman" w:hAnsi="Times New Roman" w:cs="Times New Roman"/>
          <w:color w:val="000000"/>
        </w:rPr>
        <w:t>Verdan shoved Darran to his feet. “</w:t>
      </w:r>
      <w:r w:rsidR="00EE5AAE">
        <w:rPr>
          <w:rFonts w:ascii="Times New Roman" w:hAnsi="Times New Roman" w:cs="Times New Roman"/>
          <w:color w:val="000000"/>
        </w:rPr>
        <w:t>Get up</w:t>
      </w:r>
      <w:r w:rsidRPr="0032579A">
        <w:rPr>
          <w:rFonts w:ascii="Times New Roman" w:hAnsi="Times New Roman" w:cs="Times New Roman"/>
          <w:color w:val="000000"/>
        </w:rPr>
        <w:t>. Move now.”</w:t>
      </w:r>
    </w:p>
    <w:p w14:paraId="78ED8936" w14:textId="77777777" w:rsidR="00830533" w:rsidRPr="0032579A" w:rsidRDefault="00830533">
      <w:pPr>
        <w:rPr>
          <w:rFonts w:ascii="Times New Roman" w:hAnsi="Times New Roman" w:cs="Times New Roman"/>
        </w:rPr>
      </w:pPr>
    </w:p>
    <w:p w14:paraId="5E994A65" w14:textId="5C4F8C8F" w:rsidR="00830533" w:rsidRPr="0032579A" w:rsidRDefault="00000000">
      <w:pPr>
        <w:rPr>
          <w:rFonts w:ascii="Times New Roman" w:hAnsi="Times New Roman" w:cs="Times New Roman"/>
        </w:rPr>
      </w:pPr>
      <w:r w:rsidRPr="0032579A">
        <w:rPr>
          <w:rFonts w:ascii="Times New Roman" w:hAnsi="Times New Roman" w:cs="Times New Roman"/>
          <w:color w:val="000000"/>
        </w:rPr>
        <w:t>They dragged the fallen aside, eyes closed with a hand if there was time. The living piled into blood-slick seats</w:t>
      </w:r>
      <w:r w:rsidR="00F76A7E">
        <w:rPr>
          <w:rFonts w:ascii="Times New Roman" w:hAnsi="Times New Roman" w:cs="Times New Roman"/>
          <w:color w:val="000000"/>
        </w:rPr>
        <w:t xml:space="preserve"> as the hatch</w:t>
      </w:r>
      <w:r w:rsidRPr="0032579A">
        <w:rPr>
          <w:rFonts w:ascii="Times New Roman" w:hAnsi="Times New Roman" w:cs="Times New Roman"/>
          <w:color w:val="000000"/>
        </w:rPr>
        <w:t xml:space="preserve"> sealed with a groan. </w:t>
      </w:r>
      <w:r w:rsidR="00F76A7E">
        <w:rPr>
          <w:rFonts w:ascii="Times New Roman" w:hAnsi="Times New Roman" w:cs="Times New Roman"/>
          <w:color w:val="000000"/>
        </w:rPr>
        <w:t>The shuttles e</w:t>
      </w:r>
      <w:r w:rsidRPr="0032579A">
        <w:rPr>
          <w:rFonts w:ascii="Times New Roman" w:hAnsi="Times New Roman" w:cs="Times New Roman"/>
          <w:color w:val="000000"/>
        </w:rPr>
        <w:t>ngines caught, sputtered, then steadied</w:t>
      </w:r>
      <w:r w:rsidR="00F76A7E">
        <w:rPr>
          <w:rFonts w:ascii="Times New Roman" w:hAnsi="Times New Roman" w:cs="Times New Roman"/>
          <w:color w:val="000000"/>
        </w:rPr>
        <w:t xml:space="preserve"> as the Shuttle lifted, </w:t>
      </w:r>
      <w:r w:rsidRPr="0032579A">
        <w:rPr>
          <w:rFonts w:ascii="Times New Roman" w:hAnsi="Times New Roman" w:cs="Times New Roman"/>
          <w:color w:val="000000"/>
        </w:rPr>
        <w:t>tether lines dragging dust. Above, the Corsair loomed—scarred prow blotting out the sun.</w:t>
      </w:r>
    </w:p>
    <w:p w14:paraId="39C7DBAF" w14:textId="77777777" w:rsidR="00830533" w:rsidRPr="0032579A" w:rsidRDefault="00830533">
      <w:pPr>
        <w:rPr>
          <w:rFonts w:ascii="Times New Roman" w:hAnsi="Times New Roman" w:cs="Times New Roman"/>
        </w:rPr>
      </w:pPr>
    </w:p>
    <w:p w14:paraId="1410F5D0" w14:textId="0B0768DF"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was iron. “We climb.”</w:t>
      </w:r>
    </w:p>
    <w:p w14:paraId="69B2EC8D" w14:textId="77777777" w:rsidR="00830533" w:rsidRPr="0032579A" w:rsidRDefault="00830533">
      <w:pPr>
        <w:rPr>
          <w:rFonts w:ascii="Times New Roman" w:hAnsi="Times New Roman" w:cs="Times New Roman"/>
        </w:rPr>
      </w:pPr>
    </w:p>
    <w:p w14:paraId="1029BBB6"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1FFE5BCA" w14:textId="77777777" w:rsidR="00830533" w:rsidRPr="0032579A" w:rsidRDefault="00830533">
      <w:pPr>
        <w:rPr>
          <w:rFonts w:ascii="Times New Roman" w:hAnsi="Times New Roman" w:cs="Times New Roman"/>
        </w:rPr>
      </w:pPr>
    </w:p>
    <w:p w14:paraId="2B86462B" w14:textId="23BDF708" w:rsidR="00830533" w:rsidRDefault="00000000">
      <w:pPr>
        <w:rPr>
          <w:rFonts w:ascii="Times New Roman" w:hAnsi="Times New Roman" w:cs="Times New Roman"/>
          <w:color w:val="000000"/>
        </w:rPr>
      </w:pPr>
      <w:r w:rsidRPr="0032579A">
        <w:rPr>
          <w:rFonts w:ascii="Times New Roman" w:hAnsi="Times New Roman" w:cs="Times New Roman"/>
          <w:color w:val="000000"/>
        </w:rPr>
        <w:t xml:space="preserve">The </w:t>
      </w:r>
      <w:r w:rsidR="00F76A7E">
        <w:rPr>
          <w:rFonts w:ascii="Times New Roman" w:hAnsi="Times New Roman" w:cs="Times New Roman"/>
          <w:color w:val="000000"/>
        </w:rPr>
        <w:t xml:space="preserve">shuttle </w:t>
      </w:r>
      <w:r w:rsidR="00F76A7E" w:rsidRPr="0032579A">
        <w:rPr>
          <w:rFonts w:ascii="Times New Roman" w:hAnsi="Times New Roman" w:cs="Times New Roman"/>
          <w:color w:val="000000"/>
        </w:rPr>
        <w:t>docked</w:t>
      </w:r>
      <w:r w:rsidRPr="0032579A">
        <w:rPr>
          <w:rFonts w:ascii="Times New Roman" w:hAnsi="Times New Roman" w:cs="Times New Roman"/>
          <w:color w:val="000000"/>
        </w:rPr>
        <w:t xml:space="preserve"> rough </w:t>
      </w:r>
      <w:r w:rsidR="00F76A7E">
        <w:rPr>
          <w:rFonts w:ascii="Times New Roman" w:hAnsi="Times New Roman" w:cs="Times New Roman"/>
          <w:color w:val="000000"/>
        </w:rPr>
        <w:t xml:space="preserve">in the corvette’s small open top hangar with the skids screeching as they landed. </w:t>
      </w:r>
    </w:p>
    <w:p w14:paraId="1B06F929" w14:textId="77777777" w:rsidR="00F76A7E" w:rsidRPr="0032579A" w:rsidRDefault="00F76A7E">
      <w:pPr>
        <w:rPr>
          <w:rFonts w:ascii="Times New Roman" w:hAnsi="Times New Roman" w:cs="Times New Roman"/>
        </w:rPr>
      </w:pPr>
    </w:p>
    <w:p w14:paraId="593EA36E" w14:textId="0B29723F"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Verdan went first. Pistol raised, knife in off-hand. Darran a step behind, jaw tight, </w:t>
      </w:r>
      <w:r w:rsidR="00F76A7E">
        <w:rPr>
          <w:rFonts w:ascii="Times New Roman" w:hAnsi="Times New Roman" w:cs="Times New Roman"/>
          <w:color w:val="000000"/>
        </w:rPr>
        <w:t xml:space="preserve">his cheek bruised and swelling. </w:t>
      </w:r>
      <w:r w:rsidRPr="0032579A">
        <w:rPr>
          <w:rFonts w:ascii="Times New Roman" w:hAnsi="Times New Roman" w:cs="Times New Roman"/>
          <w:color w:val="000000"/>
        </w:rPr>
        <w:t>Selora came after, eyes sharp though her knuckles were white on her pistol.</w:t>
      </w:r>
    </w:p>
    <w:p w14:paraId="53109B8F" w14:textId="77777777" w:rsidR="00830533" w:rsidRPr="0032579A" w:rsidRDefault="00830533">
      <w:pPr>
        <w:rPr>
          <w:rFonts w:ascii="Times New Roman" w:hAnsi="Times New Roman" w:cs="Times New Roman"/>
        </w:rPr>
      </w:pPr>
    </w:p>
    <w:p w14:paraId="3F2CACA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first corridor was narrow, steel groaning with age. Shadows thick. A pirate stepped into view, eyes widening. Selora shot first, bolt punching through his throat. He fell soundless.</w:t>
      </w:r>
    </w:p>
    <w:p w14:paraId="2FE8EF4B" w14:textId="77777777" w:rsidR="00830533" w:rsidRPr="0032579A" w:rsidRDefault="00830533">
      <w:pPr>
        <w:rPr>
          <w:rFonts w:ascii="Times New Roman" w:hAnsi="Times New Roman" w:cs="Times New Roman"/>
        </w:rPr>
      </w:pPr>
    </w:p>
    <w:p w14:paraId="1630DB8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Alarms began to howl.</w:t>
      </w:r>
    </w:p>
    <w:p w14:paraId="6B6378C0" w14:textId="77777777" w:rsidR="00830533" w:rsidRPr="0032579A" w:rsidRDefault="00830533">
      <w:pPr>
        <w:rPr>
          <w:rFonts w:ascii="Times New Roman" w:hAnsi="Times New Roman" w:cs="Times New Roman"/>
        </w:rPr>
      </w:pPr>
    </w:p>
    <w:p w14:paraId="621C575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ship woke like a wounded beast.</w:t>
      </w:r>
    </w:p>
    <w:p w14:paraId="745036C4" w14:textId="77777777" w:rsidR="00830533" w:rsidRPr="0032579A" w:rsidRDefault="00830533">
      <w:pPr>
        <w:rPr>
          <w:rFonts w:ascii="Times New Roman" w:hAnsi="Times New Roman" w:cs="Times New Roman"/>
        </w:rPr>
      </w:pPr>
    </w:p>
    <w:p w14:paraId="4451EEF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Corridors filled with shouts, boots pounding metal. Pirates boiled up from crew quarters, weapons raised.</w:t>
      </w:r>
    </w:p>
    <w:p w14:paraId="16488991" w14:textId="77777777" w:rsidR="00830533" w:rsidRPr="0032579A" w:rsidRDefault="00830533">
      <w:pPr>
        <w:rPr>
          <w:rFonts w:ascii="Times New Roman" w:hAnsi="Times New Roman" w:cs="Times New Roman"/>
        </w:rPr>
      </w:pPr>
    </w:p>
    <w:p w14:paraId="77D2365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survivors met them in tight halls, steel and plasma trading in suffocating space.</w:t>
      </w:r>
    </w:p>
    <w:p w14:paraId="0C8F4ADF" w14:textId="77777777" w:rsidR="00830533" w:rsidRPr="0032579A" w:rsidRDefault="00830533">
      <w:pPr>
        <w:rPr>
          <w:rFonts w:ascii="Times New Roman" w:hAnsi="Times New Roman" w:cs="Times New Roman"/>
        </w:rPr>
      </w:pPr>
    </w:p>
    <w:p w14:paraId="312F594C" w14:textId="6C72CBF5" w:rsidR="00830533" w:rsidRPr="0032579A" w:rsidRDefault="00000000" w:rsidP="0002681B">
      <w:pPr>
        <w:spacing w:after="0"/>
        <w:jc w:val="center"/>
        <w:rPr>
          <w:rFonts w:ascii="Times New Roman" w:hAnsi="Times New Roman" w:cs="Times New Roman"/>
        </w:rPr>
      </w:pPr>
      <w:r w:rsidRPr="0032579A">
        <w:rPr>
          <w:rFonts w:ascii="Times New Roman" w:hAnsi="Times New Roman" w:cs="Times New Roman"/>
        </w:rPr>
        <w:t>***</w:t>
      </w:r>
    </w:p>
    <w:p w14:paraId="30C62119" w14:textId="77777777" w:rsidR="00830533" w:rsidRPr="0032579A" w:rsidRDefault="00830533">
      <w:pPr>
        <w:rPr>
          <w:rFonts w:ascii="Times New Roman" w:hAnsi="Times New Roman" w:cs="Times New Roman"/>
        </w:rPr>
      </w:pPr>
    </w:p>
    <w:p w14:paraId="3BF08D1D" w14:textId="39FB830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At first it was shock and speed. Pirates fell before they could </w:t>
      </w:r>
      <w:r w:rsidR="00F76A7E">
        <w:rPr>
          <w:rFonts w:ascii="Times New Roman" w:hAnsi="Times New Roman" w:cs="Times New Roman"/>
          <w:color w:val="000000"/>
        </w:rPr>
        <w:t>process the attack</w:t>
      </w:r>
      <w:r w:rsidRPr="0032579A">
        <w:rPr>
          <w:rFonts w:ascii="Times New Roman" w:hAnsi="Times New Roman" w:cs="Times New Roman"/>
          <w:color w:val="000000"/>
        </w:rPr>
        <w:t>. Ambush momentum carried the survivors through the first junctions.</w:t>
      </w:r>
    </w:p>
    <w:p w14:paraId="1662789A" w14:textId="77777777" w:rsidR="00830533" w:rsidRPr="0032579A" w:rsidRDefault="00830533">
      <w:pPr>
        <w:rPr>
          <w:rFonts w:ascii="Times New Roman" w:hAnsi="Times New Roman" w:cs="Times New Roman"/>
        </w:rPr>
      </w:pPr>
    </w:p>
    <w:p w14:paraId="5AB96CA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But momentum dies.</w:t>
      </w:r>
    </w:p>
    <w:p w14:paraId="168B4D05" w14:textId="77777777" w:rsidR="00830533" w:rsidRPr="0032579A" w:rsidRDefault="00830533">
      <w:pPr>
        <w:rPr>
          <w:rFonts w:ascii="Times New Roman" w:hAnsi="Times New Roman" w:cs="Times New Roman"/>
        </w:rPr>
      </w:pPr>
    </w:p>
    <w:p w14:paraId="79166B5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crossfire chewed through two nomads at once, bodies thrown back against walls. A grenade rolled underfoot—Verdan kicked it back, but the blast still tore three down, one screaming with half a leg.</w:t>
      </w:r>
    </w:p>
    <w:p w14:paraId="6C1FEC99" w14:textId="77777777" w:rsidR="00830533" w:rsidRPr="0032579A" w:rsidRDefault="00830533">
      <w:pPr>
        <w:rPr>
          <w:rFonts w:ascii="Times New Roman" w:hAnsi="Times New Roman" w:cs="Times New Roman"/>
        </w:rPr>
      </w:pPr>
    </w:p>
    <w:p w14:paraId="1FC4924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Blood slicked the decks. Smoke choked lungs. Screams mixed with gunfire.</w:t>
      </w:r>
    </w:p>
    <w:p w14:paraId="532BBE60" w14:textId="77777777" w:rsidR="00830533" w:rsidRPr="0032579A" w:rsidRDefault="00830533">
      <w:pPr>
        <w:rPr>
          <w:rFonts w:ascii="Times New Roman" w:hAnsi="Times New Roman" w:cs="Times New Roman"/>
        </w:rPr>
      </w:pPr>
    </w:p>
    <w:p w14:paraId="50333EE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moved like a blade, cold and direct—shot, step, knife, step. He felt the line thinning behind him. Too many down. Too few still moving.</w:t>
      </w:r>
    </w:p>
    <w:p w14:paraId="59009EBF" w14:textId="77777777" w:rsidR="00830533" w:rsidRPr="0032579A" w:rsidRDefault="00830533">
      <w:pPr>
        <w:rPr>
          <w:rFonts w:ascii="Times New Roman" w:hAnsi="Times New Roman" w:cs="Times New Roman"/>
        </w:rPr>
      </w:pPr>
    </w:p>
    <w:p w14:paraId="07D6F12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raged loud, pistol spitting until it clicked empty. He drew his knife and lunged too far, almost gutted before Verdan dragged him back and fired over his shoulder. Darran’s breath came ragged, eyes wide with the shock of almost-ending.</w:t>
      </w:r>
    </w:p>
    <w:p w14:paraId="5BED86D5" w14:textId="77777777" w:rsidR="00830533" w:rsidRPr="0032579A" w:rsidRDefault="00830533">
      <w:pPr>
        <w:rPr>
          <w:rFonts w:ascii="Times New Roman" w:hAnsi="Times New Roman" w:cs="Times New Roman"/>
        </w:rPr>
      </w:pPr>
    </w:p>
    <w:p w14:paraId="425A7F48" w14:textId="179C88C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kept her fire measured, each shot </w:t>
      </w:r>
      <w:r w:rsidR="00A5011B">
        <w:rPr>
          <w:rFonts w:ascii="Times New Roman" w:hAnsi="Times New Roman" w:cs="Times New Roman"/>
          <w:color w:val="000000"/>
        </w:rPr>
        <w:t>final</w:t>
      </w:r>
      <w:r w:rsidRPr="0032579A">
        <w:rPr>
          <w:rFonts w:ascii="Times New Roman" w:hAnsi="Times New Roman" w:cs="Times New Roman"/>
          <w:color w:val="000000"/>
        </w:rPr>
        <w:t>. Her mouth moved, not praying but counting.</w:t>
      </w:r>
    </w:p>
    <w:p w14:paraId="24D1C832" w14:textId="77777777" w:rsidR="00830533" w:rsidRPr="0032579A" w:rsidRDefault="00830533">
      <w:pPr>
        <w:rPr>
          <w:rFonts w:ascii="Times New Roman" w:hAnsi="Times New Roman" w:cs="Times New Roman"/>
        </w:rPr>
      </w:pPr>
    </w:p>
    <w:p w14:paraId="1EF9F43E" w14:textId="77777777" w:rsidR="00830533" w:rsidRPr="0032579A" w:rsidRDefault="00830533">
      <w:pPr>
        <w:rPr>
          <w:rFonts w:ascii="Times New Roman" w:hAnsi="Times New Roman" w:cs="Times New Roman"/>
        </w:rPr>
      </w:pPr>
    </w:p>
    <w:p w14:paraId="761BAC56"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7DC5A99E" w14:textId="77777777" w:rsidR="00830533" w:rsidRPr="0032579A" w:rsidRDefault="00830533">
      <w:pPr>
        <w:rPr>
          <w:rFonts w:ascii="Times New Roman" w:hAnsi="Times New Roman" w:cs="Times New Roman"/>
        </w:rPr>
      </w:pPr>
    </w:p>
    <w:p w14:paraId="2309001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reached the bridge in pieces. Of thirty who boarded, barely twenty still stood, many bleeding.</w:t>
      </w:r>
    </w:p>
    <w:p w14:paraId="2B556F90" w14:textId="77777777" w:rsidR="00830533" w:rsidRPr="0032579A" w:rsidRDefault="00830533">
      <w:pPr>
        <w:rPr>
          <w:rFonts w:ascii="Times New Roman" w:hAnsi="Times New Roman" w:cs="Times New Roman"/>
        </w:rPr>
      </w:pPr>
    </w:p>
    <w:p w14:paraId="07A5AEC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bridge doors were barred. Verdan pressed his palm to cold steel. “Charges.”</w:t>
      </w:r>
    </w:p>
    <w:p w14:paraId="7A2F8685" w14:textId="77777777" w:rsidR="00830533" w:rsidRPr="0032579A" w:rsidRDefault="00830533">
      <w:pPr>
        <w:rPr>
          <w:rFonts w:ascii="Times New Roman" w:hAnsi="Times New Roman" w:cs="Times New Roman"/>
        </w:rPr>
      </w:pPr>
    </w:p>
    <w:p w14:paraId="0C48A84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One unstable grenade. He thumbed the primer. Everyone hit the deck.</w:t>
      </w:r>
    </w:p>
    <w:p w14:paraId="5A6CB7AF" w14:textId="77777777" w:rsidR="00830533" w:rsidRPr="0032579A" w:rsidRDefault="00830533">
      <w:pPr>
        <w:rPr>
          <w:rFonts w:ascii="Times New Roman" w:hAnsi="Times New Roman" w:cs="Times New Roman"/>
        </w:rPr>
      </w:pPr>
    </w:p>
    <w:p w14:paraId="17CF932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blast blew the lock. Smoke and sparks. They surged in.</w:t>
      </w:r>
    </w:p>
    <w:p w14:paraId="114C6209" w14:textId="77777777" w:rsidR="00830533" w:rsidRPr="0032579A" w:rsidRDefault="00830533">
      <w:pPr>
        <w:rPr>
          <w:rFonts w:ascii="Times New Roman" w:hAnsi="Times New Roman" w:cs="Times New Roman"/>
        </w:rPr>
      </w:pPr>
    </w:p>
    <w:p w14:paraId="3A59AF3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Three pirates held the bridge. One fell instantly. Another fought to the last, knife sinking into a nomad’s neck even as a bolt took him in the chest. The last dropped weapon and raised hands.</w:t>
      </w:r>
    </w:p>
    <w:p w14:paraId="1DA39072" w14:textId="77777777" w:rsidR="00830533" w:rsidRPr="0032579A" w:rsidRDefault="00830533">
      <w:pPr>
        <w:rPr>
          <w:rFonts w:ascii="Times New Roman" w:hAnsi="Times New Roman" w:cs="Times New Roman"/>
        </w:rPr>
      </w:pPr>
    </w:p>
    <w:p w14:paraId="26E9397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didn’t shoot him. He slammed the man to the console and growled, “Kill the alarms. Lock the doors.”</w:t>
      </w:r>
    </w:p>
    <w:p w14:paraId="5C4F1C3E" w14:textId="77777777" w:rsidR="00830533" w:rsidRPr="0032579A" w:rsidRDefault="00830533">
      <w:pPr>
        <w:rPr>
          <w:rFonts w:ascii="Times New Roman" w:hAnsi="Times New Roman" w:cs="Times New Roman"/>
        </w:rPr>
      </w:pPr>
    </w:p>
    <w:p w14:paraId="61FB5A5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pirate obeyed, trembling, blood dripping from a cut across his brow.</w:t>
      </w:r>
    </w:p>
    <w:p w14:paraId="02C52043" w14:textId="77777777" w:rsidR="00830533" w:rsidRPr="0032579A" w:rsidRDefault="00830533">
      <w:pPr>
        <w:rPr>
          <w:rFonts w:ascii="Times New Roman" w:hAnsi="Times New Roman" w:cs="Times New Roman"/>
        </w:rPr>
      </w:pPr>
    </w:p>
    <w:p w14:paraId="5F73525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bridge was theirs.</w:t>
      </w:r>
    </w:p>
    <w:p w14:paraId="662B2063" w14:textId="77777777" w:rsidR="00830533" w:rsidRPr="0032579A" w:rsidRDefault="00830533">
      <w:pPr>
        <w:rPr>
          <w:rFonts w:ascii="Times New Roman" w:hAnsi="Times New Roman" w:cs="Times New Roman"/>
        </w:rPr>
      </w:pPr>
    </w:p>
    <w:p w14:paraId="1F8650B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Verdan’s gaze swept the dead and the living. “Cost?”</w:t>
      </w:r>
    </w:p>
    <w:p w14:paraId="7ED2E1F4" w14:textId="77777777" w:rsidR="00830533" w:rsidRPr="0032579A" w:rsidRDefault="00830533">
      <w:pPr>
        <w:rPr>
          <w:rFonts w:ascii="Times New Roman" w:hAnsi="Times New Roman" w:cs="Times New Roman"/>
        </w:rPr>
      </w:pPr>
    </w:p>
    <w:p w14:paraId="7B33424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Selora’s voice was steady. “Eight down. Four too hurt to move. Fifteen left to hold.”</w:t>
      </w:r>
    </w:p>
    <w:p w14:paraId="78837D21" w14:textId="77777777" w:rsidR="00830533" w:rsidRPr="0032579A" w:rsidRDefault="00830533">
      <w:pPr>
        <w:rPr>
          <w:rFonts w:ascii="Times New Roman" w:hAnsi="Times New Roman" w:cs="Times New Roman"/>
        </w:rPr>
      </w:pPr>
    </w:p>
    <w:p w14:paraId="67645040" w14:textId="6678EC21" w:rsidR="00830533" w:rsidRPr="0032579A" w:rsidRDefault="00000000">
      <w:pPr>
        <w:rPr>
          <w:rFonts w:ascii="Times New Roman" w:hAnsi="Times New Roman" w:cs="Times New Roman"/>
        </w:rPr>
      </w:pPr>
      <w:r w:rsidRPr="0032579A">
        <w:rPr>
          <w:rFonts w:ascii="Times New Roman" w:hAnsi="Times New Roman" w:cs="Times New Roman"/>
          <w:color w:val="000000"/>
        </w:rPr>
        <w:t>Verdan nodded once.</w:t>
      </w:r>
      <w:r w:rsidR="008B5A03">
        <w:rPr>
          <w:rFonts w:ascii="Times New Roman" w:hAnsi="Times New Roman" w:cs="Times New Roman"/>
          <w:color w:val="000000"/>
        </w:rPr>
        <w:t xml:space="preserve"> </w:t>
      </w:r>
    </w:p>
    <w:p w14:paraId="355CCF2E" w14:textId="77777777" w:rsidR="00830533" w:rsidRPr="0032579A" w:rsidRDefault="00830533">
      <w:pPr>
        <w:rPr>
          <w:rFonts w:ascii="Times New Roman" w:hAnsi="Times New Roman" w:cs="Times New Roman"/>
        </w:rPr>
      </w:pPr>
    </w:p>
    <w:p w14:paraId="4484F7D8"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6AF3E8CE" w14:textId="77777777" w:rsidR="00830533" w:rsidRPr="0032579A" w:rsidRDefault="00830533">
      <w:pPr>
        <w:rPr>
          <w:rFonts w:ascii="Times New Roman" w:hAnsi="Times New Roman" w:cs="Times New Roman"/>
        </w:rPr>
      </w:pPr>
    </w:p>
    <w:p w14:paraId="2A3714AF" w14:textId="20C1CB49" w:rsidR="00830533" w:rsidRPr="0032579A" w:rsidRDefault="00000000">
      <w:pPr>
        <w:rPr>
          <w:rFonts w:ascii="Times New Roman" w:hAnsi="Times New Roman" w:cs="Times New Roman"/>
        </w:rPr>
      </w:pPr>
      <w:r w:rsidRPr="0032579A">
        <w:rPr>
          <w:rFonts w:ascii="Times New Roman" w:hAnsi="Times New Roman" w:cs="Times New Roman"/>
          <w:color w:val="000000"/>
        </w:rPr>
        <w:t>“No celebration,” Verdan snapped. “</w:t>
      </w:r>
      <w:r w:rsidR="008B5A03">
        <w:rPr>
          <w:rFonts w:ascii="Times New Roman" w:hAnsi="Times New Roman" w:cs="Times New Roman"/>
          <w:color w:val="000000"/>
        </w:rPr>
        <w:t>We go dark</w:t>
      </w:r>
      <w:r w:rsidRPr="0032579A">
        <w:rPr>
          <w:rFonts w:ascii="Times New Roman" w:hAnsi="Times New Roman" w:cs="Times New Roman"/>
          <w:color w:val="000000"/>
        </w:rPr>
        <w:t>. Now.”</w:t>
      </w:r>
    </w:p>
    <w:p w14:paraId="1E213C24" w14:textId="77777777" w:rsidR="00830533" w:rsidRPr="0032579A" w:rsidRDefault="00830533">
      <w:pPr>
        <w:rPr>
          <w:rFonts w:ascii="Times New Roman" w:hAnsi="Times New Roman" w:cs="Times New Roman"/>
        </w:rPr>
      </w:pPr>
    </w:p>
    <w:p w14:paraId="7C0CFE4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words cracked like a whip. The survivors moved, not smoothly but with the desperate rhythm of people who understood danger.</w:t>
      </w:r>
    </w:p>
    <w:p w14:paraId="1982E0E7" w14:textId="77777777" w:rsidR="00830533" w:rsidRPr="0032579A" w:rsidRDefault="00830533">
      <w:pPr>
        <w:rPr>
          <w:rFonts w:ascii="Times New Roman" w:hAnsi="Times New Roman" w:cs="Times New Roman"/>
        </w:rPr>
      </w:pPr>
    </w:p>
    <w:p w14:paraId="4CFAB6F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still blared alarms, systems screaming its location into the void. If the pirate fighters returned, they would find the ship lit up like a pyre.</w:t>
      </w:r>
    </w:p>
    <w:p w14:paraId="4948F7CB" w14:textId="77777777" w:rsidR="00830533" w:rsidRPr="0032579A" w:rsidRDefault="00830533">
      <w:pPr>
        <w:rPr>
          <w:rFonts w:ascii="Times New Roman" w:hAnsi="Times New Roman" w:cs="Times New Roman"/>
        </w:rPr>
      </w:pPr>
    </w:p>
    <w:p w14:paraId="0F570216" w14:textId="5B0151E4" w:rsidR="00830533" w:rsidRPr="0032579A" w:rsidRDefault="00000000">
      <w:pPr>
        <w:rPr>
          <w:rFonts w:ascii="Times New Roman" w:hAnsi="Times New Roman" w:cs="Times New Roman"/>
        </w:rPr>
      </w:pPr>
      <w:r w:rsidRPr="0032579A">
        <w:rPr>
          <w:rFonts w:ascii="Times New Roman" w:hAnsi="Times New Roman" w:cs="Times New Roman"/>
          <w:color w:val="000000"/>
        </w:rPr>
        <w:t>Selora shoved her datapad into the hands of a wiry man with burned knuckles. He had coaxed life from failing valves once. Now he dug into the comm panel, ripping wires until sparks spat and the transponder’s scream guttered into silence.</w:t>
      </w:r>
    </w:p>
    <w:p w14:paraId="17F7C995" w14:textId="77777777" w:rsidR="00830533" w:rsidRPr="0032579A" w:rsidRDefault="00830533">
      <w:pPr>
        <w:rPr>
          <w:rFonts w:ascii="Times New Roman" w:hAnsi="Times New Roman" w:cs="Times New Roman"/>
        </w:rPr>
      </w:pPr>
    </w:p>
    <w:p w14:paraId="17FD0677" w14:textId="5F73267A"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 girl no older than sixteen scrambled across the deck. </w:t>
      </w:r>
      <w:r w:rsidR="0057439D">
        <w:rPr>
          <w:rFonts w:ascii="Times New Roman" w:hAnsi="Times New Roman" w:cs="Times New Roman"/>
          <w:color w:val="000000"/>
        </w:rPr>
        <w:t xml:space="preserve">Previously she had been a </w:t>
      </w:r>
      <w:r w:rsidRPr="0032579A">
        <w:rPr>
          <w:rFonts w:ascii="Times New Roman" w:hAnsi="Times New Roman" w:cs="Times New Roman"/>
          <w:color w:val="000000"/>
        </w:rPr>
        <w:t>scavenger</w:t>
      </w:r>
      <w:r w:rsidR="0057439D">
        <w:rPr>
          <w:rFonts w:ascii="Times New Roman" w:hAnsi="Times New Roman" w:cs="Times New Roman"/>
          <w:color w:val="000000"/>
        </w:rPr>
        <w:t xml:space="preserve"> in Sundari, a</w:t>
      </w:r>
      <w:r w:rsidRPr="0032579A">
        <w:rPr>
          <w:rFonts w:ascii="Times New Roman" w:hAnsi="Times New Roman" w:cs="Times New Roman"/>
          <w:color w:val="000000"/>
        </w:rPr>
        <w:t xml:space="preserve"> child who pulled radios from trash</w:t>
      </w:r>
      <w:r w:rsidR="0057439D">
        <w:rPr>
          <w:rFonts w:ascii="Times New Roman" w:hAnsi="Times New Roman" w:cs="Times New Roman"/>
          <w:color w:val="000000"/>
        </w:rPr>
        <w:t>. Now s</w:t>
      </w:r>
      <w:r w:rsidRPr="0032579A">
        <w:rPr>
          <w:rFonts w:ascii="Times New Roman" w:hAnsi="Times New Roman" w:cs="Times New Roman"/>
          <w:color w:val="000000"/>
        </w:rPr>
        <w:t>he jammed her knife into the beacon core until it sputtered and died.</w:t>
      </w:r>
    </w:p>
    <w:p w14:paraId="60EDB295" w14:textId="77777777" w:rsidR="00830533" w:rsidRPr="0032579A" w:rsidRDefault="00830533">
      <w:pPr>
        <w:rPr>
          <w:rFonts w:ascii="Times New Roman" w:hAnsi="Times New Roman" w:cs="Times New Roman"/>
        </w:rPr>
      </w:pPr>
    </w:p>
    <w:p w14:paraId="19E8F68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heavyset woman, once a tailor, pressed her ear to the reactor console, listening the way she once listened for thread snapping. “Here,” she whispered, hand trembling over a lever. A farmer’s hands gripped it, dragged it down. The ship’s deep hum softened, dropping to a whisper like a held breath.</w:t>
      </w:r>
    </w:p>
    <w:p w14:paraId="1946E201" w14:textId="77777777" w:rsidR="00830533" w:rsidRPr="0032579A" w:rsidRDefault="00830533">
      <w:pPr>
        <w:rPr>
          <w:rFonts w:ascii="Times New Roman" w:hAnsi="Times New Roman" w:cs="Times New Roman"/>
        </w:rPr>
      </w:pPr>
    </w:p>
    <w:p w14:paraId="4F58F9FC" w14:textId="70181405"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A miner, wounded and bloody, crawled to a vent stack. He knew stone, and steel sang the same way under strain. He jammed his belt into a valve, forcing it half-shut, venting heat sideways into </w:t>
      </w:r>
      <w:r w:rsidR="0057439D">
        <w:rPr>
          <w:rFonts w:ascii="Times New Roman" w:hAnsi="Times New Roman" w:cs="Times New Roman"/>
          <w:color w:val="000000"/>
        </w:rPr>
        <w:t xml:space="preserve">the void. </w:t>
      </w:r>
    </w:p>
    <w:p w14:paraId="237B062D" w14:textId="77777777" w:rsidR="00830533" w:rsidRPr="0032579A" w:rsidRDefault="00830533">
      <w:pPr>
        <w:rPr>
          <w:rFonts w:ascii="Times New Roman" w:hAnsi="Times New Roman" w:cs="Times New Roman"/>
        </w:rPr>
      </w:pPr>
    </w:p>
    <w:p w14:paraId="41A8A6B8" w14:textId="4E50A5F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strode among them, voice hard as iron. “Kill </w:t>
      </w:r>
      <w:r w:rsidR="0057439D">
        <w:rPr>
          <w:rFonts w:ascii="Times New Roman" w:hAnsi="Times New Roman" w:cs="Times New Roman"/>
          <w:color w:val="000000"/>
        </w:rPr>
        <w:t xml:space="preserve">the ship </w:t>
      </w:r>
      <w:r w:rsidRPr="0032579A">
        <w:rPr>
          <w:rFonts w:ascii="Times New Roman" w:hAnsi="Times New Roman" w:cs="Times New Roman"/>
          <w:color w:val="000000"/>
        </w:rPr>
        <w:t xml:space="preserve">signatures. Mask </w:t>
      </w:r>
      <w:r w:rsidR="0057439D">
        <w:rPr>
          <w:rFonts w:ascii="Times New Roman" w:hAnsi="Times New Roman" w:cs="Times New Roman"/>
          <w:color w:val="000000"/>
        </w:rPr>
        <w:t xml:space="preserve">our </w:t>
      </w:r>
      <w:r w:rsidRPr="0032579A">
        <w:rPr>
          <w:rFonts w:ascii="Times New Roman" w:hAnsi="Times New Roman" w:cs="Times New Roman"/>
          <w:color w:val="000000"/>
        </w:rPr>
        <w:t>heat</w:t>
      </w:r>
      <w:r w:rsidR="0057439D">
        <w:rPr>
          <w:rFonts w:ascii="Times New Roman" w:hAnsi="Times New Roman" w:cs="Times New Roman"/>
          <w:color w:val="000000"/>
        </w:rPr>
        <w:t xml:space="preserve"> output as much as possible</w:t>
      </w:r>
      <w:r w:rsidRPr="0032579A">
        <w:rPr>
          <w:rFonts w:ascii="Times New Roman" w:hAnsi="Times New Roman" w:cs="Times New Roman"/>
          <w:color w:val="000000"/>
        </w:rPr>
        <w:t xml:space="preserve">. </w:t>
      </w:r>
      <w:r w:rsidR="0057439D">
        <w:rPr>
          <w:rFonts w:ascii="Times New Roman" w:hAnsi="Times New Roman" w:cs="Times New Roman"/>
          <w:color w:val="000000"/>
        </w:rPr>
        <w:t>We need to move</w:t>
      </w:r>
      <w:r w:rsidRPr="0032579A">
        <w:rPr>
          <w:rFonts w:ascii="Times New Roman" w:hAnsi="Times New Roman" w:cs="Times New Roman"/>
          <w:color w:val="000000"/>
        </w:rPr>
        <w:t>.”</w:t>
      </w:r>
    </w:p>
    <w:p w14:paraId="7E10A76C" w14:textId="77777777" w:rsidR="00830533" w:rsidRPr="0032579A" w:rsidRDefault="00830533">
      <w:pPr>
        <w:rPr>
          <w:rFonts w:ascii="Times New Roman" w:hAnsi="Times New Roman" w:cs="Times New Roman"/>
        </w:rPr>
      </w:pPr>
    </w:p>
    <w:p w14:paraId="5FF3DE7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One by one the alarms choked. Lights dimmed. Systems whispered into quiet. From the outside, the Corsair looked like drift—scarred steel adrift among rock.</w:t>
      </w:r>
    </w:p>
    <w:p w14:paraId="29AB0574" w14:textId="77777777" w:rsidR="00830533" w:rsidRPr="0032579A" w:rsidRDefault="00830533">
      <w:pPr>
        <w:rPr>
          <w:rFonts w:ascii="Times New Roman" w:hAnsi="Times New Roman" w:cs="Times New Roman"/>
        </w:rPr>
      </w:pPr>
    </w:p>
    <w:p w14:paraId="20FCF4C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last the engines pulsed once, barely more than a breath, nudging the ship into the cover of a nearby asteroid field. Jagged stone turned, shadows falling heavy over the hull. Dust scraped faint against plating like fingers on a drum.</w:t>
      </w:r>
    </w:p>
    <w:p w14:paraId="71BCF9AC" w14:textId="77777777" w:rsidR="00830533" w:rsidRPr="0032579A" w:rsidRDefault="00830533">
      <w:pPr>
        <w:rPr>
          <w:rFonts w:ascii="Times New Roman" w:hAnsi="Times New Roman" w:cs="Times New Roman"/>
        </w:rPr>
      </w:pPr>
    </w:p>
    <w:p w14:paraId="79C3230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Only then did Verdan lower his pistol. “Now we breathe.”</w:t>
      </w:r>
    </w:p>
    <w:p w14:paraId="530703D9" w14:textId="77777777" w:rsidR="00830533" w:rsidRPr="0032579A" w:rsidRDefault="00830533">
      <w:pPr>
        <w:rPr>
          <w:rFonts w:ascii="Times New Roman" w:hAnsi="Times New Roman" w:cs="Times New Roman"/>
        </w:rPr>
      </w:pPr>
    </w:p>
    <w:p w14:paraId="53E61B48" w14:textId="48868A41" w:rsidR="00830533" w:rsidRPr="0032579A" w:rsidRDefault="00000000" w:rsidP="0002681B">
      <w:pPr>
        <w:spacing w:after="0"/>
        <w:jc w:val="center"/>
        <w:rPr>
          <w:rFonts w:ascii="Times New Roman" w:hAnsi="Times New Roman" w:cs="Times New Roman"/>
        </w:rPr>
      </w:pPr>
      <w:r w:rsidRPr="0032579A">
        <w:rPr>
          <w:rFonts w:ascii="Times New Roman" w:hAnsi="Times New Roman" w:cs="Times New Roman"/>
        </w:rPr>
        <w:t>***</w:t>
      </w:r>
    </w:p>
    <w:p w14:paraId="65C9EA5B" w14:textId="77777777" w:rsidR="00830533" w:rsidRPr="0032579A" w:rsidRDefault="00830533">
      <w:pPr>
        <w:rPr>
          <w:rFonts w:ascii="Times New Roman" w:hAnsi="Times New Roman" w:cs="Times New Roman"/>
        </w:rPr>
      </w:pPr>
    </w:p>
    <w:p w14:paraId="0E3094A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gathered in the central bay, boots sticky with blood. Selora opened her pad, its cracked screen flickering.</w:t>
      </w:r>
    </w:p>
    <w:p w14:paraId="78C2A9B8" w14:textId="77777777" w:rsidR="00830533" w:rsidRPr="0032579A" w:rsidRDefault="00830533">
      <w:pPr>
        <w:rPr>
          <w:rFonts w:ascii="Times New Roman" w:hAnsi="Times New Roman" w:cs="Times New Roman"/>
        </w:rPr>
      </w:pPr>
    </w:p>
    <w:p w14:paraId="5EF5F1C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carried across the silence. “We keep what flies. We strip what wastes.”</w:t>
      </w:r>
    </w:p>
    <w:p w14:paraId="1C4840F9" w14:textId="77777777" w:rsidR="00830533" w:rsidRPr="0032579A" w:rsidRDefault="00830533">
      <w:pPr>
        <w:rPr>
          <w:rFonts w:ascii="Times New Roman" w:hAnsi="Times New Roman" w:cs="Times New Roman"/>
        </w:rPr>
      </w:pPr>
    </w:p>
    <w:p w14:paraId="18DC5FF2" w14:textId="77777777" w:rsidR="0057439D" w:rsidRPr="0057439D" w:rsidRDefault="0057439D" w:rsidP="0057439D">
      <w:pPr>
        <w:rPr>
          <w:rFonts w:ascii="Times New Roman" w:hAnsi="Times New Roman" w:cs="Times New Roman"/>
          <w:color w:val="000000"/>
          <w:lang/>
        </w:rPr>
      </w:pPr>
      <w:r w:rsidRPr="0057439D">
        <w:rPr>
          <w:rFonts w:ascii="Times New Roman" w:hAnsi="Times New Roman" w:cs="Times New Roman"/>
          <w:color w:val="000000"/>
          <w:lang/>
        </w:rPr>
        <w:t>Selora tapped the datapad as the words came, her stylus moving in short strokes. Bridge intact, navicomputer still alive. Reactor sealed, engines steady. Shields weak but holding. Two micro-fighters clamped and ready to fly. Fuel at sixty-two percent. Ammunition secure, rations untouched. Each note she set down was another thread tied against the dark, proof that what they carried forward had weight enough to keep them moving.</w:t>
      </w:r>
    </w:p>
    <w:p w14:paraId="6C1C03B7" w14:textId="77777777" w:rsidR="00830533" w:rsidRPr="0032579A" w:rsidRDefault="00830533">
      <w:pPr>
        <w:rPr>
          <w:rFonts w:ascii="Times New Roman" w:hAnsi="Times New Roman" w:cs="Times New Roman"/>
        </w:rPr>
      </w:pPr>
    </w:p>
    <w:p w14:paraId="09C77B7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Then came the bodies.</w:t>
      </w:r>
    </w:p>
    <w:p w14:paraId="44D7708C" w14:textId="77777777" w:rsidR="00830533" w:rsidRPr="0032579A" w:rsidRDefault="00830533">
      <w:pPr>
        <w:rPr>
          <w:rFonts w:ascii="Times New Roman" w:hAnsi="Times New Roman" w:cs="Times New Roman"/>
        </w:rPr>
      </w:pPr>
    </w:p>
    <w:p w14:paraId="1805842D" w14:textId="77ACDDC2"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Pirate</w:t>
      </w:r>
      <w:r w:rsidR="0057439D">
        <w:rPr>
          <w:rFonts w:ascii="Times New Roman" w:hAnsi="Times New Roman" w:cs="Times New Roman"/>
          <w:color w:val="000000"/>
        </w:rPr>
        <w:t xml:space="preserve"> corpses were </w:t>
      </w:r>
      <w:r w:rsidRPr="0032579A">
        <w:rPr>
          <w:rFonts w:ascii="Times New Roman" w:hAnsi="Times New Roman" w:cs="Times New Roman"/>
          <w:color w:val="000000"/>
        </w:rPr>
        <w:t xml:space="preserve">dragged into a pile, their boots </w:t>
      </w:r>
      <w:r w:rsidR="0057439D">
        <w:rPr>
          <w:rFonts w:ascii="Times New Roman" w:hAnsi="Times New Roman" w:cs="Times New Roman"/>
          <w:color w:val="000000"/>
        </w:rPr>
        <w:t>taken</w:t>
      </w:r>
      <w:r w:rsidRPr="0032579A">
        <w:rPr>
          <w:rFonts w:ascii="Times New Roman" w:hAnsi="Times New Roman" w:cs="Times New Roman"/>
          <w:color w:val="000000"/>
        </w:rPr>
        <w:t xml:space="preserve">, belts </w:t>
      </w:r>
      <w:r w:rsidR="0057439D">
        <w:rPr>
          <w:rFonts w:ascii="Times New Roman" w:hAnsi="Times New Roman" w:cs="Times New Roman"/>
          <w:color w:val="000000"/>
        </w:rPr>
        <w:t>pulled off and</w:t>
      </w:r>
      <w:r w:rsidRPr="0032579A">
        <w:rPr>
          <w:rFonts w:ascii="Times New Roman" w:hAnsi="Times New Roman" w:cs="Times New Roman"/>
          <w:color w:val="000000"/>
        </w:rPr>
        <w:t xml:space="preserve"> weapons stripped. Trinkets, letters</w:t>
      </w:r>
      <w:r w:rsidR="0057439D">
        <w:rPr>
          <w:rFonts w:ascii="Times New Roman" w:hAnsi="Times New Roman" w:cs="Times New Roman"/>
          <w:color w:val="000000"/>
        </w:rPr>
        <w:t xml:space="preserve"> and</w:t>
      </w:r>
      <w:r w:rsidRPr="0032579A">
        <w:rPr>
          <w:rFonts w:ascii="Times New Roman" w:hAnsi="Times New Roman" w:cs="Times New Roman"/>
          <w:color w:val="000000"/>
        </w:rPr>
        <w:t xml:space="preserve"> photos </w:t>
      </w:r>
      <w:r w:rsidR="0057439D">
        <w:rPr>
          <w:rFonts w:ascii="Times New Roman" w:hAnsi="Times New Roman" w:cs="Times New Roman"/>
          <w:color w:val="000000"/>
        </w:rPr>
        <w:t xml:space="preserve">were </w:t>
      </w:r>
      <w:r w:rsidRPr="0032579A">
        <w:rPr>
          <w:rFonts w:ascii="Times New Roman" w:hAnsi="Times New Roman" w:cs="Times New Roman"/>
          <w:color w:val="000000"/>
        </w:rPr>
        <w:t>thrown into bins or burned. Only use remained</w:t>
      </w:r>
      <w:r w:rsidR="0057439D">
        <w:rPr>
          <w:rFonts w:ascii="Times New Roman" w:hAnsi="Times New Roman" w:cs="Times New Roman"/>
          <w:color w:val="000000"/>
        </w:rPr>
        <w:t xml:space="preserve">. </w:t>
      </w:r>
    </w:p>
    <w:p w14:paraId="26AC799B" w14:textId="77777777" w:rsidR="00830533" w:rsidRPr="0032579A" w:rsidRDefault="00830533">
      <w:pPr>
        <w:rPr>
          <w:rFonts w:ascii="Times New Roman" w:hAnsi="Times New Roman" w:cs="Times New Roman"/>
        </w:rPr>
      </w:pPr>
    </w:p>
    <w:p w14:paraId="41C1FF2F" w14:textId="3E9CA82A" w:rsidR="00830533" w:rsidRPr="0032579A" w:rsidRDefault="00000000">
      <w:pPr>
        <w:rPr>
          <w:rFonts w:ascii="Times New Roman" w:hAnsi="Times New Roman" w:cs="Times New Roman"/>
        </w:rPr>
      </w:pPr>
      <w:r w:rsidRPr="0032579A">
        <w:rPr>
          <w:rFonts w:ascii="Times New Roman" w:hAnsi="Times New Roman" w:cs="Times New Roman"/>
          <w:color w:val="000000"/>
        </w:rPr>
        <w:t>Their own dead lay in a separate row. Eight bodies. Gear already redistributed, names spoken aloud in low voices. Not prayers—</w:t>
      </w:r>
      <w:r w:rsidR="0057439D">
        <w:rPr>
          <w:rFonts w:ascii="Times New Roman" w:hAnsi="Times New Roman" w:cs="Times New Roman"/>
          <w:color w:val="000000"/>
        </w:rPr>
        <w:t>a reminder of the balance</w:t>
      </w:r>
      <w:r w:rsidRPr="0032579A">
        <w:rPr>
          <w:rFonts w:ascii="Times New Roman" w:hAnsi="Times New Roman" w:cs="Times New Roman"/>
          <w:color w:val="000000"/>
        </w:rPr>
        <w:t>.</w:t>
      </w:r>
    </w:p>
    <w:p w14:paraId="4A6779AD" w14:textId="77777777" w:rsidR="00830533" w:rsidRPr="0032579A" w:rsidRDefault="00830533">
      <w:pPr>
        <w:rPr>
          <w:rFonts w:ascii="Times New Roman" w:hAnsi="Times New Roman" w:cs="Times New Roman"/>
        </w:rPr>
      </w:pPr>
    </w:p>
    <w:p w14:paraId="7EB3C640" w14:textId="2DCD98B0"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wrote without pause: </w:t>
      </w:r>
      <w:r w:rsidRPr="0057439D">
        <w:rPr>
          <w:rFonts w:ascii="Times New Roman" w:hAnsi="Times New Roman" w:cs="Times New Roman"/>
          <w:i/>
          <w:iCs/>
          <w:color w:val="000000"/>
        </w:rPr>
        <w:t>Casualties: eight. Wounded: four.</w:t>
      </w:r>
    </w:p>
    <w:p w14:paraId="51C96E60" w14:textId="77777777" w:rsidR="00830533" w:rsidRPr="0032579A" w:rsidRDefault="00830533">
      <w:pPr>
        <w:rPr>
          <w:rFonts w:ascii="Times New Roman" w:hAnsi="Times New Roman" w:cs="Times New Roman"/>
        </w:rPr>
      </w:pPr>
    </w:p>
    <w:p w14:paraId="379C2CB8" w14:textId="59C5194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stood over them, face unreadable. “Their </w:t>
      </w:r>
      <w:r w:rsidR="0057439D">
        <w:rPr>
          <w:rFonts w:ascii="Times New Roman" w:hAnsi="Times New Roman" w:cs="Times New Roman"/>
          <w:color w:val="000000"/>
        </w:rPr>
        <w:t>deaths</w:t>
      </w:r>
      <w:r w:rsidRPr="0032579A">
        <w:rPr>
          <w:rFonts w:ascii="Times New Roman" w:hAnsi="Times New Roman" w:cs="Times New Roman"/>
          <w:color w:val="000000"/>
        </w:rPr>
        <w:t xml:space="preserve"> bought us teeth. </w:t>
      </w:r>
      <w:r w:rsidR="0057439D">
        <w:rPr>
          <w:rFonts w:ascii="Times New Roman" w:hAnsi="Times New Roman" w:cs="Times New Roman"/>
          <w:color w:val="000000"/>
        </w:rPr>
        <w:t>Let’s</w:t>
      </w:r>
      <w:r w:rsidRPr="0032579A">
        <w:rPr>
          <w:rFonts w:ascii="Times New Roman" w:hAnsi="Times New Roman" w:cs="Times New Roman"/>
          <w:color w:val="000000"/>
        </w:rPr>
        <w:t xml:space="preserve"> not waste it.”</w:t>
      </w:r>
    </w:p>
    <w:p w14:paraId="7D6C727F" w14:textId="77777777" w:rsidR="00830533" w:rsidRPr="0032579A" w:rsidRDefault="00830533">
      <w:pPr>
        <w:rPr>
          <w:rFonts w:ascii="Times New Roman" w:hAnsi="Times New Roman" w:cs="Times New Roman"/>
        </w:rPr>
      </w:pPr>
    </w:p>
    <w:p w14:paraId="4471624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Darran’s jaw worked, fury and grief warring. He said nothing.</w:t>
      </w:r>
    </w:p>
    <w:p w14:paraId="2760E974" w14:textId="77777777" w:rsidR="00830533" w:rsidRPr="0032579A" w:rsidRDefault="00830533">
      <w:pPr>
        <w:rPr>
          <w:rFonts w:ascii="Times New Roman" w:hAnsi="Times New Roman" w:cs="Times New Roman"/>
        </w:rPr>
      </w:pPr>
    </w:p>
    <w:p w14:paraId="4BE8CDCC" w14:textId="77777777" w:rsidR="00830533" w:rsidRPr="0032579A" w:rsidRDefault="00000000">
      <w:pPr>
        <w:spacing w:after="0"/>
        <w:jc w:val="center"/>
        <w:rPr>
          <w:rFonts w:ascii="Times New Roman" w:hAnsi="Times New Roman" w:cs="Times New Roman"/>
        </w:rPr>
      </w:pPr>
      <w:r w:rsidRPr="0032579A">
        <w:rPr>
          <w:rFonts w:ascii="Times New Roman" w:hAnsi="Times New Roman" w:cs="Times New Roman"/>
        </w:rPr>
        <w:t>***</w:t>
      </w:r>
    </w:p>
    <w:p w14:paraId="50019A27" w14:textId="77777777" w:rsidR="00830533" w:rsidRPr="0032579A" w:rsidRDefault="00830533">
      <w:pPr>
        <w:rPr>
          <w:rFonts w:ascii="Times New Roman" w:hAnsi="Times New Roman" w:cs="Times New Roman"/>
        </w:rPr>
      </w:pPr>
    </w:p>
    <w:p w14:paraId="6883A95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lay hidden in asteroid shadow, engines cold, systems masked. For the first time, they had sky.</w:t>
      </w:r>
    </w:p>
    <w:p w14:paraId="1E03C938" w14:textId="77777777" w:rsidR="00830533" w:rsidRPr="0032579A" w:rsidRDefault="00830533">
      <w:pPr>
        <w:rPr>
          <w:rFonts w:ascii="Times New Roman" w:hAnsi="Times New Roman" w:cs="Times New Roman"/>
        </w:rPr>
      </w:pPr>
    </w:p>
    <w:p w14:paraId="124B2AAF" w14:textId="6BE542E0"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But Selora’s </w:t>
      </w:r>
      <w:r w:rsidR="0057439D">
        <w:rPr>
          <w:rFonts w:ascii="Times New Roman" w:hAnsi="Times New Roman" w:cs="Times New Roman"/>
          <w:color w:val="000000"/>
        </w:rPr>
        <w:t>count</w:t>
      </w:r>
      <w:r w:rsidRPr="0032579A">
        <w:rPr>
          <w:rFonts w:ascii="Times New Roman" w:hAnsi="Times New Roman" w:cs="Times New Roman"/>
          <w:color w:val="000000"/>
        </w:rPr>
        <w:t xml:space="preserve"> was merciless: fuel rationed, food low, wounded many. The ship gave them reach but not roots.</w:t>
      </w:r>
    </w:p>
    <w:p w14:paraId="68B13E09" w14:textId="77777777" w:rsidR="00830533" w:rsidRPr="0032579A" w:rsidRDefault="00830533">
      <w:pPr>
        <w:rPr>
          <w:rFonts w:ascii="Times New Roman" w:hAnsi="Times New Roman" w:cs="Times New Roman"/>
        </w:rPr>
      </w:pPr>
    </w:p>
    <w:p w14:paraId="72A5BD8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looked from her pad to his people. “This ship makes us hunters. But hunters still need ground.”</w:t>
      </w:r>
    </w:p>
    <w:p w14:paraId="5B64D136" w14:textId="77777777" w:rsidR="00830533" w:rsidRPr="0032579A" w:rsidRDefault="00830533">
      <w:pPr>
        <w:rPr>
          <w:rFonts w:ascii="Times New Roman" w:hAnsi="Times New Roman" w:cs="Times New Roman"/>
        </w:rPr>
      </w:pPr>
    </w:p>
    <w:p w14:paraId="45BAF77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Rumors whispered of a village under siege, its defenders breaking, its people scattered. Survivors there could fill the gaps their dead had left.</w:t>
      </w:r>
    </w:p>
    <w:p w14:paraId="30B514FB" w14:textId="77777777" w:rsidR="00830533" w:rsidRPr="0032579A" w:rsidRDefault="00830533">
      <w:pPr>
        <w:rPr>
          <w:rFonts w:ascii="Times New Roman" w:hAnsi="Times New Roman" w:cs="Times New Roman"/>
        </w:rPr>
      </w:pPr>
    </w:p>
    <w:p w14:paraId="2DF2BF38" w14:textId="500E5C23"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carried the weight of decision. “</w:t>
      </w:r>
      <w:r w:rsidR="0057439D" w:rsidRPr="0057439D">
        <w:rPr>
          <w:rFonts w:ascii="Times New Roman" w:hAnsi="Times New Roman" w:cs="Times New Roman"/>
          <w:color w:val="000000"/>
        </w:rPr>
        <w:t xml:space="preserve">The sky gave us our teeth, but it’s the ground that </w:t>
      </w:r>
      <w:r w:rsidR="0057439D">
        <w:rPr>
          <w:rFonts w:ascii="Times New Roman" w:hAnsi="Times New Roman" w:cs="Times New Roman"/>
          <w:color w:val="000000"/>
        </w:rPr>
        <w:t>will feed us for a time</w:t>
      </w:r>
      <w:r w:rsidR="0057439D" w:rsidRPr="0057439D">
        <w:rPr>
          <w:rFonts w:ascii="Times New Roman" w:hAnsi="Times New Roman" w:cs="Times New Roman"/>
          <w:color w:val="000000"/>
        </w:rPr>
        <w:t>. We</w:t>
      </w:r>
      <w:r w:rsidR="0057439D">
        <w:rPr>
          <w:rFonts w:ascii="Times New Roman" w:hAnsi="Times New Roman" w:cs="Times New Roman"/>
          <w:color w:val="000000"/>
        </w:rPr>
        <w:t>’re</w:t>
      </w:r>
      <w:r w:rsidR="0057439D" w:rsidRPr="0057439D">
        <w:rPr>
          <w:rFonts w:ascii="Times New Roman" w:hAnsi="Times New Roman" w:cs="Times New Roman"/>
          <w:color w:val="000000"/>
        </w:rPr>
        <w:t xml:space="preserve"> go</w:t>
      </w:r>
      <w:r w:rsidR="0057439D">
        <w:rPr>
          <w:rFonts w:ascii="Times New Roman" w:hAnsi="Times New Roman" w:cs="Times New Roman"/>
          <w:color w:val="000000"/>
        </w:rPr>
        <w:t>ing</w:t>
      </w:r>
      <w:r w:rsidR="0057439D" w:rsidRPr="0057439D">
        <w:rPr>
          <w:rFonts w:ascii="Times New Roman" w:hAnsi="Times New Roman" w:cs="Times New Roman"/>
          <w:color w:val="000000"/>
        </w:rPr>
        <w:t xml:space="preserve"> back</w:t>
      </w:r>
      <w:r w:rsidRPr="0032579A">
        <w:rPr>
          <w:rFonts w:ascii="Times New Roman" w:hAnsi="Times New Roman" w:cs="Times New Roman"/>
          <w:color w:val="000000"/>
        </w:rPr>
        <w:t>.”</w:t>
      </w:r>
    </w:p>
    <w:p w14:paraId="549E9F9C" w14:textId="77777777" w:rsidR="00830533" w:rsidRPr="0032579A" w:rsidRDefault="00830533">
      <w:pPr>
        <w:rPr>
          <w:rFonts w:ascii="Times New Roman" w:hAnsi="Times New Roman" w:cs="Times New Roman"/>
        </w:rPr>
      </w:pPr>
    </w:p>
    <w:p w14:paraId="28AB20E1" w14:textId="17DEE61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turned its scarred nose toward Mandalore.</w:t>
      </w:r>
    </w:p>
    <w:p w14:paraId="04A1E537" w14:textId="5D2DB567" w:rsidR="00830533" w:rsidRPr="0057439D" w:rsidRDefault="00000000" w:rsidP="0057439D">
      <w:pPr>
        <w:jc w:val="center"/>
        <w:rPr>
          <w:rFonts w:ascii="Times New Roman" w:hAnsi="Times New Roman" w:cs="Times New Roman"/>
        </w:rPr>
      </w:pPr>
      <w:r w:rsidRPr="0032579A">
        <w:rPr>
          <w:rFonts w:ascii="Times New Roman" w:hAnsi="Times New Roman" w:cs="Times New Roman"/>
        </w:rPr>
        <w:br w:type="page"/>
      </w:r>
      <w:r w:rsidRPr="0032579A">
        <w:rPr>
          <w:rFonts w:ascii="Times New Roman" w:hAnsi="Times New Roman" w:cs="Times New Roman"/>
          <w:color w:val="76923C"/>
          <w:sz w:val="32"/>
          <w:szCs w:val="32"/>
        </w:rPr>
        <w:lastRenderedPageBreak/>
        <w:t>Chapter X — A Refuge Taken</w:t>
      </w:r>
    </w:p>
    <w:p w14:paraId="51E32813" w14:textId="77777777" w:rsidR="00830533" w:rsidRPr="0032579A" w:rsidRDefault="00000000">
      <w:pPr>
        <w:jc w:val="center"/>
        <w:rPr>
          <w:rFonts w:ascii="Times New Roman" w:hAnsi="Times New Roman" w:cs="Times New Roman"/>
        </w:rPr>
      </w:pPr>
      <w:r w:rsidRPr="0032579A">
        <w:rPr>
          <w:rFonts w:ascii="Times New Roman" w:hAnsi="Times New Roman" w:cs="Times New Roman"/>
          <w:i/>
        </w:rPr>
        <w:t>*34BBY*</w:t>
      </w:r>
    </w:p>
    <w:p w14:paraId="3C52CF18" w14:textId="414039A9" w:rsidR="00830533" w:rsidRPr="0032579A" w:rsidRDefault="00830533" w:rsidP="0032579A">
      <w:pPr>
        <w:spacing w:after="0"/>
        <w:jc w:val="center"/>
        <w:rPr>
          <w:rFonts w:ascii="Times New Roman" w:hAnsi="Times New Roman" w:cs="Times New Roman"/>
        </w:rPr>
      </w:pPr>
    </w:p>
    <w:p w14:paraId="506C614E" w14:textId="57F0E501" w:rsidR="00830533" w:rsidRPr="0032579A" w:rsidRDefault="00000000">
      <w:pPr>
        <w:rPr>
          <w:rFonts w:ascii="Times New Roman" w:hAnsi="Times New Roman" w:cs="Times New Roman"/>
        </w:rPr>
      </w:pPr>
      <w:r w:rsidRPr="0032579A">
        <w:rPr>
          <w:rFonts w:ascii="Times New Roman" w:hAnsi="Times New Roman" w:cs="Times New Roman"/>
          <w:color w:val="000000"/>
        </w:rPr>
        <w:t>The Corsair still smelled of blood when Selora read her inventory aloud.</w:t>
      </w:r>
    </w:p>
    <w:p w14:paraId="68DDC14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stood in the hangar with her cracked datapad, the survivors gathered in a loose ring around her. Her voice was calm, stripped bare of anything that might soften the truth.</w:t>
      </w:r>
    </w:p>
    <w:p w14:paraId="1E4BC53D" w14:textId="77777777" w:rsidR="00830533" w:rsidRPr="0032579A" w:rsidRDefault="00830533">
      <w:pPr>
        <w:rPr>
          <w:rFonts w:ascii="Times New Roman" w:hAnsi="Times New Roman" w:cs="Times New Roman"/>
        </w:rPr>
      </w:pPr>
    </w:p>
    <w:p w14:paraId="5BDA7AD8" w14:textId="1B4A15C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“Bridge intact. Reactor sealed. Engines stable. Shields thin, but hold. Fuel at sixty-two percent. Ammunition crates sealed. Rations—” she glanced at her pad—“spoiled in part. Mold in the lower bay. Two Buzzard interceptors clamped to rails, unshielded, one or two guns apiece. One Theta T2C </w:t>
      </w:r>
      <w:r w:rsidR="00FF749E">
        <w:rPr>
          <w:rFonts w:ascii="Times New Roman" w:hAnsi="Times New Roman" w:cs="Times New Roman"/>
          <w:color w:val="000000"/>
        </w:rPr>
        <w:t>shuttle</w:t>
      </w:r>
      <w:r w:rsidRPr="0032579A">
        <w:rPr>
          <w:rFonts w:ascii="Times New Roman" w:hAnsi="Times New Roman" w:cs="Times New Roman"/>
          <w:color w:val="000000"/>
        </w:rPr>
        <w:t>.”</w:t>
      </w:r>
    </w:p>
    <w:p w14:paraId="67A78775" w14:textId="77777777" w:rsidR="00830533" w:rsidRPr="0032579A" w:rsidRDefault="00830533">
      <w:pPr>
        <w:rPr>
          <w:rFonts w:ascii="Times New Roman" w:hAnsi="Times New Roman" w:cs="Times New Roman"/>
        </w:rPr>
      </w:pPr>
    </w:p>
    <w:p w14:paraId="21048F4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eyes rose from the datapad, resting on the smaller hull parked beside the corvette’s wall. The battered Sheathipede shuttle sagged on its struts like a tired old animal. It had carried them into the sky, but it was already showing its age.</w:t>
      </w:r>
    </w:p>
    <w:p w14:paraId="46F9C00E" w14:textId="77777777" w:rsidR="00830533" w:rsidRPr="0032579A" w:rsidRDefault="00830533">
      <w:pPr>
        <w:rPr>
          <w:rFonts w:ascii="Times New Roman" w:hAnsi="Times New Roman" w:cs="Times New Roman"/>
        </w:rPr>
      </w:pPr>
    </w:p>
    <w:p w14:paraId="7649BF6F" w14:textId="0FA3B90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Theta is bones worth mending,” she said flatly. “The Sheathipede is not. Strip it. Wire, coils, frame stock. Feed what we can use into the Theta. What we don’t use, we throw into the </w:t>
      </w:r>
      <w:r w:rsidR="00AA6BAE">
        <w:rPr>
          <w:rFonts w:ascii="Times New Roman" w:hAnsi="Times New Roman" w:cs="Times New Roman"/>
          <w:color w:val="000000"/>
        </w:rPr>
        <w:t>void as a distraction</w:t>
      </w:r>
      <w:r w:rsidRPr="0032579A">
        <w:rPr>
          <w:rFonts w:ascii="Times New Roman" w:hAnsi="Times New Roman" w:cs="Times New Roman"/>
          <w:color w:val="000000"/>
        </w:rPr>
        <w:t>. Let raiders chase ghosts.”</w:t>
      </w:r>
    </w:p>
    <w:p w14:paraId="06420A2D" w14:textId="77777777" w:rsidR="00830533" w:rsidRPr="0032579A" w:rsidRDefault="00830533">
      <w:pPr>
        <w:rPr>
          <w:rFonts w:ascii="Times New Roman" w:hAnsi="Times New Roman" w:cs="Times New Roman"/>
        </w:rPr>
      </w:pPr>
    </w:p>
    <w:p w14:paraId="2E8D15C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There was no argument. The Sheathipede had given them what it could. Sentiment could not buy survival.</w:t>
      </w:r>
    </w:p>
    <w:p w14:paraId="758913F5" w14:textId="77777777" w:rsidR="00830533" w:rsidRPr="0032579A" w:rsidRDefault="00830533">
      <w:pPr>
        <w:rPr>
          <w:rFonts w:ascii="Times New Roman" w:hAnsi="Times New Roman" w:cs="Times New Roman"/>
        </w:rPr>
      </w:pPr>
    </w:p>
    <w:p w14:paraId="26CFA5B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cut it apart with torches and blades. Children carried stripped cables. Fighters hauled paneling down to Selora, who marked each piece before it was bolted to the Theta’s ribs. When all that remained was a husk of beams and wiring, Verdan ordered it winched out through the Corsair’s bay doors. It drifted into Mandalore’s orbit until it vanished against the stars, another carcass among many.</w:t>
      </w:r>
    </w:p>
    <w:p w14:paraId="07149C12" w14:textId="77777777" w:rsidR="00830533" w:rsidRPr="0032579A" w:rsidRDefault="00830533">
      <w:pPr>
        <w:rPr>
          <w:rFonts w:ascii="Times New Roman" w:hAnsi="Times New Roman" w:cs="Times New Roman"/>
        </w:rPr>
      </w:pPr>
    </w:p>
    <w:p w14:paraId="3CB4226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tapped her datapad and wrote the line that closed the day: Old bone gone. New bone stronger.</w:t>
      </w:r>
    </w:p>
    <w:p w14:paraId="0F595216" w14:textId="77777777" w:rsidR="00830533" w:rsidRPr="0032579A" w:rsidRDefault="00830533">
      <w:pPr>
        <w:rPr>
          <w:rFonts w:ascii="Times New Roman" w:hAnsi="Times New Roman" w:cs="Times New Roman"/>
        </w:rPr>
      </w:pPr>
    </w:p>
    <w:p w14:paraId="70AEDDC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work did not stop with the Sheathipede.</w:t>
      </w:r>
    </w:p>
    <w:p w14:paraId="7F7ECF37" w14:textId="77777777" w:rsidR="00830533" w:rsidRPr="0032579A" w:rsidRDefault="00830533">
      <w:pPr>
        <w:rPr>
          <w:rFonts w:ascii="Times New Roman" w:hAnsi="Times New Roman" w:cs="Times New Roman"/>
        </w:rPr>
      </w:pPr>
    </w:p>
    <w:p w14:paraId="3EE06C8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had been a raider’s den, and it showed. Blood clung to seams in the decking. Pirate banners of skin and cloth hung from bulkheads. The air recyclers still breathed the stink of smoke and rot.</w:t>
      </w:r>
    </w:p>
    <w:p w14:paraId="42B0B1D7" w14:textId="77777777" w:rsidR="00830533" w:rsidRPr="0032579A" w:rsidRDefault="00830533">
      <w:pPr>
        <w:rPr>
          <w:rFonts w:ascii="Times New Roman" w:hAnsi="Times New Roman" w:cs="Times New Roman"/>
        </w:rPr>
      </w:pPr>
    </w:p>
    <w:p w14:paraId="0FA3586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made another entry: “Remove stain. Remove smell. Ship must breathe different.”</w:t>
      </w:r>
    </w:p>
    <w:p w14:paraId="681551A7" w14:textId="77777777" w:rsidR="00AA6BAE" w:rsidRPr="0032579A" w:rsidRDefault="00AA6BAE" w:rsidP="00AA6BAE">
      <w:pPr>
        <w:rPr>
          <w:rFonts w:ascii="Times New Roman" w:hAnsi="Times New Roman" w:cs="Times New Roman"/>
        </w:rPr>
      </w:pPr>
    </w:p>
    <w:p w14:paraId="14EA61E4" w14:textId="77777777" w:rsidR="00AA6BAE" w:rsidRPr="0032579A" w:rsidRDefault="00AA6BAE" w:rsidP="00AA6BAE">
      <w:pPr>
        <w:spacing w:after="0"/>
        <w:jc w:val="center"/>
        <w:rPr>
          <w:rFonts w:ascii="Times New Roman" w:hAnsi="Times New Roman" w:cs="Times New Roman"/>
        </w:rPr>
      </w:pPr>
      <w:r w:rsidRPr="0032579A">
        <w:rPr>
          <w:rFonts w:ascii="Times New Roman" w:hAnsi="Times New Roman" w:cs="Times New Roman"/>
        </w:rPr>
        <w:t>***</w:t>
      </w:r>
    </w:p>
    <w:p w14:paraId="088426D7" w14:textId="77777777" w:rsidR="00830533" w:rsidRPr="0032579A" w:rsidRDefault="00830533">
      <w:pPr>
        <w:rPr>
          <w:rFonts w:ascii="Times New Roman" w:hAnsi="Times New Roman" w:cs="Times New Roman"/>
        </w:rPr>
      </w:pPr>
    </w:p>
    <w:p w14:paraId="50D2C66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So they scrubbed. Day after day, on hands and knees, rags pressed against decking until palms blistered. They burned the banners in sealed drums, black smoke venting into space. The recyclers were gutted and rebuilt with new filters, some pulled from the Sheathipede’s carcass, others scrounged from wreckage caches. At first the ship stank of scorched wiring and chemical scrub, but slowly the smell turned metallic, then sharp with oil. Not clean, but claimed.</w:t>
      </w:r>
    </w:p>
    <w:p w14:paraId="4111E4B0" w14:textId="77777777" w:rsidR="00830533" w:rsidRPr="0032579A" w:rsidRDefault="00830533">
      <w:pPr>
        <w:rPr>
          <w:rFonts w:ascii="Times New Roman" w:hAnsi="Times New Roman" w:cs="Times New Roman"/>
        </w:rPr>
      </w:pPr>
    </w:p>
    <w:p w14:paraId="667EFF2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By the second month, the Corsair felt different. The ship no longer whispered of raiders. It carried the sound of the people who scrubbed it raw.</w:t>
      </w:r>
    </w:p>
    <w:p w14:paraId="7EBA22B8" w14:textId="77777777" w:rsidR="00AA6BAE" w:rsidRPr="0032579A" w:rsidRDefault="00AA6BAE" w:rsidP="00AA6BAE">
      <w:pPr>
        <w:rPr>
          <w:rFonts w:ascii="Times New Roman" w:hAnsi="Times New Roman" w:cs="Times New Roman"/>
        </w:rPr>
      </w:pPr>
    </w:p>
    <w:p w14:paraId="45D2E434" w14:textId="77777777" w:rsidR="00AA6BAE" w:rsidRPr="0032579A" w:rsidRDefault="00AA6BAE" w:rsidP="00AA6BAE">
      <w:pPr>
        <w:spacing w:after="0"/>
        <w:jc w:val="center"/>
        <w:rPr>
          <w:rFonts w:ascii="Times New Roman" w:hAnsi="Times New Roman" w:cs="Times New Roman"/>
        </w:rPr>
      </w:pPr>
      <w:r w:rsidRPr="0032579A">
        <w:rPr>
          <w:rFonts w:ascii="Times New Roman" w:hAnsi="Times New Roman" w:cs="Times New Roman"/>
        </w:rPr>
        <w:t>***</w:t>
      </w:r>
    </w:p>
    <w:p w14:paraId="454FE0F3" w14:textId="77777777" w:rsidR="00830533" w:rsidRPr="0032579A" w:rsidRDefault="00830533">
      <w:pPr>
        <w:rPr>
          <w:rFonts w:ascii="Times New Roman" w:hAnsi="Times New Roman" w:cs="Times New Roman"/>
        </w:rPr>
      </w:pPr>
    </w:p>
    <w:p w14:paraId="24759236" w14:textId="27D822D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first flight of the Theta </w:t>
      </w:r>
      <w:r w:rsidR="00AA6BAE">
        <w:rPr>
          <w:rFonts w:ascii="Times New Roman" w:hAnsi="Times New Roman" w:cs="Times New Roman"/>
          <w:color w:val="000000"/>
        </w:rPr>
        <w:t>was to go</w:t>
      </w:r>
      <w:r w:rsidRPr="0032579A">
        <w:rPr>
          <w:rFonts w:ascii="Times New Roman" w:hAnsi="Times New Roman" w:cs="Times New Roman"/>
          <w:color w:val="000000"/>
        </w:rPr>
        <w:t xml:space="preserve"> back to </w:t>
      </w:r>
      <w:r w:rsidR="00AA6BAE" w:rsidRPr="0032579A">
        <w:rPr>
          <w:rFonts w:ascii="Times New Roman" w:hAnsi="Times New Roman" w:cs="Times New Roman"/>
          <w:color w:val="000000"/>
        </w:rPr>
        <w:t>Sector</w:t>
      </w:r>
      <w:r w:rsidRPr="0032579A">
        <w:rPr>
          <w:rFonts w:ascii="Times New Roman" w:hAnsi="Times New Roman" w:cs="Times New Roman"/>
          <w:color w:val="000000"/>
        </w:rPr>
        <w:t xml:space="preserve"> 12 mine</w:t>
      </w:r>
      <w:r w:rsidR="00AA6BAE">
        <w:rPr>
          <w:rFonts w:ascii="Times New Roman" w:hAnsi="Times New Roman" w:cs="Times New Roman"/>
          <w:color w:val="000000"/>
        </w:rPr>
        <w:t xml:space="preserve"> just hours after the ship was taken.</w:t>
      </w:r>
    </w:p>
    <w:p w14:paraId="4D76E37B" w14:textId="77777777" w:rsidR="00830533" w:rsidRPr="0032579A" w:rsidRDefault="00830533">
      <w:pPr>
        <w:rPr>
          <w:rFonts w:ascii="Times New Roman" w:hAnsi="Times New Roman" w:cs="Times New Roman"/>
        </w:rPr>
      </w:pPr>
    </w:p>
    <w:p w14:paraId="6501B28F" w14:textId="2D0373CE" w:rsidR="00830533" w:rsidRPr="0032579A" w:rsidRDefault="00000000">
      <w:pPr>
        <w:rPr>
          <w:rFonts w:ascii="Times New Roman" w:hAnsi="Times New Roman" w:cs="Times New Roman"/>
        </w:rPr>
      </w:pPr>
      <w:r w:rsidRPr="0032579A">
        <w:rPr>
          <w:rFonts w:ascii="Times New Roman" w:hAnsi="Times New Roman" w:cs="Times New Roman"/>
          <w:color w:val="000000"/>
        </w:rPr>
        <w:t>Phalin—gray-haired, his hands bent by age—flew the craft steady. Inside the mine, faces waited: mothers, children, defenders too wounded to leave. Supplies lay hidden in stone alcoves, jars sealed, ration bricks stacked, coils stashed away.</w:t>
      </w:r>
    </w:p>
    <w:p w14:paraId="0D2BFFBA" w14:textId="77777777" w:rsidR="00830533" w:rsidRPr="0032579A" w:rsidRDefault="00830533">
      <w:pPr>
        <w:rPr>
          <w:rFonts w:ascii="Times New Roman" w:hAnsi="Times New Roman" w:cs="Times New Roman"/>
        </w:rPr>
      </w:pPr>
    </w:p>
    <w:p w14:paraId="6BFE4BF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the Theta’s ramp fell, they came forward quietly, blinking against the lights. They carried tools, jars, whatever they could hold. Children clutched mothers’ robes, staring wide-eyed at the ship.</w:t>
      </w:r>
    </w:p>
    <w:p w14:paraId="15B67624" w14:textId="77777777" w:rsidR="00830533" w:rsidRPr="0032579A" w:rsidRDefault="00830533">
      <w:pPr>
        <w:rPr>
          <w:rFonts w:ascii="Times New Roman" w:hAnsi="Times New Roman" w:cs="Times New Roman"/>
        </w:rPr>
      </w:pPr>
    </w:p>
    <w:p w14:paraId="13DF0A5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Selora stood at the hatch, stylus poised. Each name was scratched into her ledger as they boarded. Every line added was another weight to the whole.</w:t>
      </w:r>
    </w:p>
    <w:p w14:paraId="6E9C551D" w14:textId="77777777" w:rsidR="00830533" w:rsidRPr="0032579A" w:rsidRDefault="00830533">
      <w:pPr>
        <w:rPr>
          <w:rFonts w:ascii="Times New Roman" w:hAnsi="Times New Roman" w:cs="Times New Roman"/>
        </w:rPr>
      </w:pPr>
    </w:p>
    <w:p w14:paraId="7E7A2B7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sealed the mine again with charges that collapsed its mouth, leaving behind the illusion of ruin. Ghosts could rest there. The living belonged to the ship.</w:t>
      </w:r>
    </w:p>
    <w:p w14:paraId="29BC61CD" w14:textId="77777777" w:rsidR="00AA6BAE" w:rsidRPr="0032579A" w:rsidRDefault="00AA6BAE" w:rsidP="00AA6BAE">
      <w:pPr>
        <w:rPr>
          <w:rFonts w:ascii="Times New Roman" w:hAnsi="Times New Roman" w:cs="Times New Roman"/>
        </w:rPr>
      </w:pPr>
    </w:p>
    <w:p w14:paraId="3B00BFF4" w14:textId="77777777" w:rsidR="00AA6BAE" w:rsidRPr="0032579A" w:rsidRDefault="00AA6BAE" w:rsidP="00AA6BAE">
      <w:pPr>
        <w:spacing w:after="0"/>
        <w:jc w:val="center"/>
        <w:rPr>
          <w:rFonts w:ascii="Times New Roman" w:hAnsi="Times New Roman" w:cs="Times New Roman"/>
        </w:rPr>
      </w:pPr>
      <w:r w:rsidRPr="0032579A">
        <w:rPr>
          <w:rFonts w:ascii="Times New Roman" w:hAnsi="Times New Roman" w:cs="Times New Roman"/>
        </w:rPr>
        <w:t>***</w:t>
      </w:r>
    </w:p>
    <w:p w14:paraId="3A18C787" w14:textId="77777777" w:rsidR="00830533" w:rsidRPr="0032579A" w:rsidRDefault="00830533">
      <w:pPr>
        <w:rPr>
          <w:rFonts w:ascii="Times New Roman" w:hAnsi="Times New Roman" w:cs="Times New Roman"/>
        </w:rPr>
      </w:pPr>
    </w:p>
    <w:p w14:paraId="63AB5EF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Three months passed.</w:t>
      </w:r>
    </w:p>
    <w:p w14:paraId="4067B453" w14:textId="77777777" w:rsidR="00830533" w:rsidRPr="0032579A" w:rsidRDefault="00830533">
      <w:pPr>
        <w:rPr>
          <w:rFonts w:ascii="Times New Roman" w:hAnsi="Times New Roman" w:cs="Times New Roman"/>
        </w:rPr>
      </w:pPr>
    </w:p>
    <w:p w14:paraId="657DB8A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became theirs piece by piece. Panels patched, wiring re-threaded, systems coaxed back to life. Children learned drills with wooden rods. Women cleaned rifles scavenged from raiders. Fighters ran through shooting lines until their hands blistered.</w:t>
      </w:r>
    </w:p>
    <w:p w14:paraId="2320E895" w14:textId="77777777" w:rsidR="00830533" w:rsidRPr="0032579A" w:rsidRDefault="00830533">
      <w:pPr>
        <w:rPr>
          <w:rFonts w:ascii="Times New Roman" w:hAnsi="Times New Roman" w:cs="Times New Roman"/>
        </w:rPr>
      </w:pPr>
    </w:p>
    <w:p w14:paraId="40876BC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Weapons were no longer scarce. Raiders killed aboard the Corsair had left crates of pistols, rifles, belts of magazines, tins of grenades. Some fighters chose pistols for speed. Others slung long rifles with taped stocks and scratched barrels. Verdan carried both, rifle across his chest, pistol heavy at his hip.</w:t>
      </w:r>
    </w:p>
    <w:p w14:paraId="263E8E5B" w14:textId="77777777" w:rsidR="00830533" w:rsidRPr="0032579A" w:rsidRDefault="00830533">
      <w:pPr>
        <w:rPr>
          <w:rFonts w:ascii="Times New Roman" w:hAnsi="Times New Roman" w:cs="Times New Roman"/>
        </w:rPr>
      </w:pPr>
    </w:p>
    <w:p w14:paraId="48E80376" w14:textId="0A9B7B10" w:rsidR="00830533" w:rsidRPr="0032579A" w:rsidRDefault="00AA6BAE">
      <w:pPr>
        <w:rPr>
          <w:rFonts w:ascii="Times New Roman" w:hAnsi="Times New Roman" w:cs="Times New Roman"/>
        </w:rPr>
      </w:pPr>
      <w:r>
        <w:rPr>
          <w:rFonts w:ascii="Times New Roman" w:hAnsi="Times New Roman" w:cs="Times New Roman"/>
          <w:color w:val="000000"/>
        </w:rPr>
        <w:t>Fighting changed</w:t>
      </w:r>
      <w:r w:rsidR="00000000" w:rsidRPr="0032579A">
        <w:rPr>
          <w:rFonts w:ascii="Times New Roman" w:hAnsi="Times New Roman" w:cs="Times New Roman"/>
          <w:color w:val="000000"/>
        </w:rPr>
        <w:t xml:space="preserve">. Range </w:t>
      </w:r>
      <w:r>
        <w:rPr>
          <w:rFonts w:ascii="Times New Roman" w:hAnsi="Times New Roman" w:cs="Times New Roman"/>
          <w:color w:val="000000"/>
        </w:rPr>
        <w:t xml:space="preserve">came </w:t>
      </w:r>
      <w:r w:rsidR="00000000" w:rsidRPr="0032579A">
        <w:rPr>
          <w:rFonts w:ascii="Times New Roman" w:hAnsi="Times New Roman" w:cs="Times New Roman"/>
          <w:color w:val="000000"/>
        </w:rPr>
        <w:t>first. Knives only when forced.</w:t>
      </w:r>
    </w:p>
    <w:p w14:paraId="07D9ADDF" w14:textId="77777777" w:rsidR="00830533" w:rsidRPr="0032579A" w:rsidRDefault="00830533">
      <w:pPr>
        <w:rPr>
          <w:rFonts w:ascii="Times New Roman" w:hAnsi="Times New Roman" w:cs="Times New Roman"/>
        </w:rPr>
      </w:pPr>
    </w:p>
    <w:p w14:paraId="44EFFBF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measured their progress. Darran, once loud with unchecked rage, checked corners now, firing shorter bursts. His anger still burned, but the brush with death on the Corsair had left him marked. Fear had become control.</w:t>
      </w:r>
    </w:p>
    <w:p w14:paraId="45A2C053" w14:textId="77777777" w:rsidR="00830533" w:rsidRPr="0032579A" w:rsidRDefault="00830533">
      <w:pPr>
        <w:rPr>
          <w:rFonts w:ascii="Times New Roman" w:hAnsi="Times New Roman" w:cs="Times New Roman"/>
        </w:rPr>
      </w:pPr>
    </w:p>
    <w:p w14:paraId="0FB8F876" w14:textId="626E848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But the Corsair demanded more than they had. Shifts doubled. Gunners slept at their posts. The filters Selora had patched strained under the load. The </w:t>
      </w:r>
      <w:r w:rsidR="00AA6BAE">
        <w:rPr>
          <w:rFonts w:ascii="Times New Roman" w:hAnsi="Times New Roman" w:cs="Times New Roman"/>
          <w:color w:val="000000"/>
        </w:rPr>
        <w:t>data-pad held the truth</w:t>
      </w:r>
      <w:r w:rsidRPr="0032579A">
        <w:rPr>
          <w:rFonts w:ascii="Times New Roman" w:hAnsi="Times New Roman" w:cs="Times New Roman"/>
          <w:color w:val="000000"/>
        </w:rPr>
        <w:t>: “Crew short. Too few hands. Ship larger than we are.”</w:t>
      </w:r>
    </w:p>
    <w:p w14:paraId="46208535" w14:textId="77777777" w:rsidR="00830533" w:rsidRPr="0032579A" w:rsidRDefault="00830533">
      <w:pPr>
        <w:rPr>
          <w:rFonts w:ascii="Times New Roman" w:hAnsi="Times New Roman" w:cs="Times New Roman"/>
        </w:rPr>
      </w:pPr>
    </w:p>
    <w:p w14:paraId="68A320E3" w14:textId="54612ACF" w:rsidR="00830533" w:rsidRPr="0032579A" w:rsidRDefault="00000000">
      <w:pPr>
        <w:rPr>
          <w:rFonts w:ascii="Times New Roman" w:hAnsi="Times New Roman" w:cs="Times New Roman"/>
        </w:rPr>
      </w:pPr>
      <w:r w:rsidRPr="0032579A">
        <w:rPr>
          <w:rFonts w:ascii="Times New Roman" w:hAnsi="Times New Roman" w:cs="Times New Roman"/>
          <w:color w:val="000000"/>
        </w:rPr>
        <w:t>Selora snapped the datapad shut. “We cannot hold th</w:t>
      </w:r>
      <w:r w:rsidR="007A4A10">
        <w:rPr>
          <w:rFonts w:ascii="Times New Roman" w:hAnsi="Times New Roman" w:cs="Times New Roman"/>
          <w:color w:val="000000"/>
        </w:rPr>
        <w:t>e ship as is Verdan</w:t>
      </w:r>
      <w:r w:rsidRPr="0032579A">
        <w:rPr>
          <w:rFonts w:ascii="Times New Roman" w:hAnsi="Times New Roman" w:cs="Times New Roman"/>
          <w:color w:val="000000"/>
        </w:rPr>
        <w:t>. We need more hands.”</w:t>
      </w:r>
    </w:p>
    <w:p w14:paraId="55318E1D" w14:textId="77777777" w:rsidR="00830533" w:rsidRPr="0032579A" w:rsidRDefault="00830533">
      <w:pPr>
        <w:rPr>
          <w:rFonts w:ascii="Times New Roman" w:hAnsi="Times New Roman" w:cs="Times New Roman"/>
        </w:rPr>
      </w:pPr>
    </w:p>
    <w:p w14:paraId="6925CCB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Verdan gave no reply. He had walked the halls. He knew she spoke the truth.</w:t>
      </w:r>
    </w:p>
    <w:p w14:paraId="5AEE5304" w14:textId="77777777" w:rsidR="00F75401" w:rsidRPr="0032579A" w:rsidRDefault="00F75401" w:rsidP="00F75401">
      <w:pPr>
        <w:rPr>
          <w:rFonts w:ascii="Times New Roman" w:hAnsi="Times New Roman" w:cs="Times New Roman"/>
        </w:rPr>
      </w:pPr>
    </w:p>
    <w:p w14:paraId="03F3A323" w14:textId="77777777" w:rsidR="00F75401" w:rsidRPr="0032579A" w:rsidRDefault="00F75401" w:rsidP="00F75401">
      <w:pPr>
        <w:spacing w:after="0"/>
        <w:jc w:val="center"/>
        <w:rPr>
          <w:rFonts w:ascii="Times New Roman" w:hAnsi="Times New Roman" w:cs="Times New Roman"/>
        </w:rPr>
      </w:pPr>
      <w:r w:rsidRPr="0032579A">
        <w:rPr>
          <w:rFonts w:ascii="Times New Roman" w:hAnsi="Times New Roman" w:cs="Times New Roman"/>
        </w:rPr>
        <w:t>***</w:t>
      </w:r>
    </w:p>
    <w:p w14:paraId="4EDF513C" w14:textId="77777777" w:rsidR="00830533" w:rsidRPr="0032579A" w:rsidRDefault="00830533">
      <w:pPr>
        <w:rPr>
          <w:rFonts w:ascii="Times New Roman" w:hAnsi="Times New Roman" w:cs="Times New Roman"/>
        </w:rPr>
      </w:pPr>
    </w:p>
    <w:p w14:paraId="683C507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Whispers came first, then proof.</w:t>
      </w:r>
    </w:p>
    <w:p w14:paraId="6CE81E73" w14:textId="77777777" w:rsidR="00830533" w:rsidRPr="0032579A" w:rsidRDefault="00830533">
      <w:pPr>
        <w:rPr>
          <w:rFonts w:ascii="Times New Roman" w:hAnsi="Times New Roman" w:cs="Times New Roman"/>
        </w:rPr>
      </w:pPr>
    </w:p>
    <w:p w14:paraId="1FE5229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smuggler spoke of smoke rising in the slag hills. Traders muttered about raiders tightening around a small village. Then the Corsair’s crude sensors confirmed it: jagged tiles stitched together a picture of slag ridges and conveyors long dead. At the center, huts huddled close, their roofs still burning. Around them, bright heat signatures moved—skiffs, raiders, a mounted gun that pulsed steady.</w:t>
      </w:r>
    </w:p>
    <w:p w14:paraId="346C6AE6" w14:textId="77777777" w:rsidR="00830533" w:rsidRPr="0032579A" w:rsidRDefault="00830533">
      <w:pPr>
        <w:rPr>
          <w:rFonts w:ascii="Times New Roman" w:hAnsi="Times New Roman" w:cs="Times New Roman"/>
        </w:rPr>
      </w:pPr>
    </w:p>
    <w:p w14:paraId="3E4DB8F2" w14:textId="326BDFDC"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circled the map. “Not </w:t>
      </w:r>
      <w:r w:rsidR="00F75401">
        <w:rPr>
          <w:rFonts w:ascii="Times New Roman" w:hAnsi="Times New Roman" w:cs="Times New Roman"/>
          <w:color w:val="000000"/>
        </w:rPr>
        <w:t xml:space="preserve">a </w:t>
      </w:r>
      <w:r w:rsidRPr="0032579A">
        <w:rPr>
          <w:rFonts w:ascii="Times New Roman" w:hAnsi="Times New Roman" w:cs="Times New Roman"/>
          <w:color w:val="000000"/>
        </w:rPr>
        <w:t>rumor. Siege.”</w:t>
      </w:r>
    </w:p>
    <w:p w14:paraId="46BCE904" w14:textId="77777777" w:rsidR="00830533" w:rsidRPr="0032579A" w:rsidRDefault="00830533">
      <w:pPr>
        <w:rPr>
          <w:rFonts w:ascii="Times New Roman" w:hAnsi="Times New Roman" w:cs="Times New Roman"/>
        </w:rPr>
      </w:pPr>
    </w:p>
    <w:p w14:paraId="584414C5" w14:textId="23746ECA" w:rsidR="00830533" w:rsidRPr="0032579A" w:rsidRDefault="00000000">
      <w:pPr>
        <w:rPr>
          <w:rFonts w:ascii="Times New Roman" w:hAnsi="Times New Roman" w:cs="Times New Roman"/>
        </w:rPr>
      </w:pPr>
      <w:r w:rsidRPr="0032579A">
        <w:rPr>
          <w:rFonts w:ascii="Times New Roman" w:hAnsi="Times New Roman" w:cs="Times New Roman"/>
          <w:color w:val="000000"/>
        </w:rPr>
        <w:t>“They have people,” she said. “We need people. If they die, we gain nothing. If we take them, we gain fighters, mothers</w:t>
      </w:r>
      <w:r w:rsidR="00770F21" w:rsidRPr="0032579A">
        <w:rPr>
          <w:rFonts w:ascii="Times New Roman" w:hAnsi="Times New Roman" w:cs="Times New Roman"/>
          <w:color w:val="000000"/>
        </w:rPr>
        <w:t>, and children</w:t>
      </w:r>
      <w:r w:rsidRPr="0032579A">
        <w:rPr>
          <w:rFonts w:ascii="Times New Roman" w:hAnsi="Times New Roman" w:cs="Times New Roman"/>
          <w:color w:val="000000"/>
        </w:rPr>
        <w:t>.</w:t>
      </w:r>
      <w:r w:rsidR="00770F21">
        <w:rPr>
          <w:rFonts w:ascii="Times New Roman" w:hAnsi="Times New Roman" w:cs="Times New Roman"/>
          <w:color w:val="000000"/>
        </w:rPr>
        <w:t xml:space="preserve"> This is an opportunity.</w:t>
      </w:r>
      <w:r w:rsidRPr="0032579A">
        <w:rPr>
          <w:rFonts w:ascii="Times New Roman" w:hAnsi="Times New Roman" w:cs="Times New Roman"/>
          <w:color w:val="000000"/>
        </w:rPr>
        <w:t>”</w:t>
      </w:r>
    </w:p>
    <w:p w14:paraId="46DDACFF" w14:textId="77777777" w:rsidR="00830533" w:rsidRPr="0032579A" w:rsidRDefault="00830533">
      <w:pPr>
        <w:rPr>
          <w:rFonts w:ascii="Times New Roman" w:hAnsi="Times New Roman" w:cs="Times New Roman"/>
        </w:rPr>
      </w:pPr>
    </w:p>
    <w:p w14:paraId="41428DE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looked across the gathered faces. They stood steady, waiting, no longer scattered.</w:t>
      </w:r>
    </w:p>
    <w:p w14:paraId="314A9389" w14:textId="77777777" w:rsidR="00830533" w:rsidRPr="0032579A" w:rsidRDefault="00830533">
      <w:pPr>
        <w:rPr>
          <w:rFonts w:ascii="Times New Roman" w:hAnsi="Times New Roman" w:cs="Times New Roman"/>
        </w:rPr>
      </w:pPr>
    </w:p>
    <w:p w14:paraId="150AC697" w14:textId="13504411"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770F21">
        <w:rPr>
          <w:rFonts w:ascii="Times New Roman" w:hAnsi="Times New Roman" w:cs="Times New Roman"/>
          <w:color w:val="000000"/>
        </w:rPr>
        <w:t>Then let’s go get them</w:t>
      </w:r>
      <w:r w:rsidRPr="0032579A">
        <w:rPr>
          <w:rFonts w:ascii="Times New Roman" w:hAnsi="Times New Roman" w:cs="Times New Roman"/>
          <w:color w:val="000000"/>
        </w:rPr>
        <w:t>,” he said.</w:t>
      </w:r>
    </w:p>
    <w:p w14:paraId="095009E9" w14:textId="77777777" w:rsidR="00770F21" w:rsidRPr="0032579A" w:rsidRDefault="00770F21" w:rsidP="00770F21">
      <w:pPr>
        <w:rPr>
          <w:rFonts w:ascii="Times New Roman" w:hAnsi="Times New Roman" w:cs="Times New Roman"/>
        </w:rPr>
      </w:pPr>
    </w:p>
    <w:p w14:paraId="5E98D8EE" w14:textId="77777777" w:rsidR="00770F21" w:rsidRPr="0032579A" w:rsidRDefault="00770F21" w:rsidP="00770F21">
      <w:pPr>
        <w:spacing w:after="0"/>
        <w:jc w:val="center"/>
        <w:rPr>
          <w:rFonts w:ascii="Times New Roman" w:hAnsi="Times New Roman" w:cs="Times New Roman"/>
        </w:rPr>
      </w:pPr>
      <w:r w:rsidRPr="0032579A">
        <w:rPr>
          <w:rFonts w:ascii="Times New Roman" w:hAnsi="Times New Roman" w:cs="Times New Roman"/>
        </w:rPr>
        <w:t>***</w:t>
      </w:r>
    </w:p>
    <w:p w14:paraId="7BA4912B" w14:textId="77777777" w:rsidR="00830533" w:rsidRPr="0032579A" w:rsidRDefault="00830533">
      <w:pPr>
        <w:rPr>
          <w:rFonts w:ascii="Times New Roman" w:hAnsi="Times New Roman" w:cs="Times New Roman"/>
        </w:rPr>
      </w:pPr>
    </w:p>
    <w:p w14:paraId="7362231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stayed hidden in canyon shadow. Only the Theta dropped.</w:t>
      </w:r>
    </w:p>
    <w:p w14:paraId="16E92EF5" w14:textId="77777777" w:rsidR="00830533" w:rsidRPr="0032579A" w:rsidRDefault="00830533">
      <w:pPr>
        <w:rPr>
          <w:rFonts w:ascii="Times New Roman" w:hAnsi="Times New Roman" w:cs="Times New Roman"/>
        </w:rPr>
      </w:pPr>
    </w:p>
    <w:p w14:paraId="0ABB1B6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Its patched engines roared as it punched into atmosphere. Dust boiled in its wake as the hull groaned against the descent.</w:t>
      </w:r>
    </w:p>
    <w:p w14:paraId="47166926" w14:textId="77777777" w:rsidR="00830533" w:rsidRPr="0032579A" w:rsidRDefault="00830533">
      <w:pPr>
        <w:rPr>
          <w:rFonts w:ascii="Times New Roman" w:hAnsi="Times New Roman" w:cs="Times New Roman"/>
        </w:rPr>
      </w:pPr>
    </w:p>
    <w:p w14:paraId="41CCBBE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Below, the village was broken: huts charred, barricades twisted, raiders crouched behind skiffs. The mounted gun thumped like a slow heartbeat.</w:t>
      </w:r>
    </w:p>
    <w:p w14:paraId="6650A836" w14:textId="77777777" w:rsidR="00830533" w:rsidRPr="0032579A" w:rsidRDefault="00830533">
      <w:pPr>
        <w:rPr>
          <w:rFonts w:ascii="Times New Roman" w:hAnsi="Times New Roman" w:cs="Times New Roman"/>
        </w:rPr>
      </w:pPr>
    </w:p>
    <w:p w14:paraId="3F521B0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Theta slammed down in the lee of a ridge. The ramp dropped like a jaw.</w:t>
      </w:r>
    </w:p>
    <w:p w14:paraId="4BE3953D" w14:textId="77777777" w:rsidR="00830533" w:rsidRPr="0032579A" w:rsidRDefault="00830533">
      <w:pPr>
        <w:rPr>
          <w:rFonts w:ascii="Times New Roman" w:hAnsi="Times New Roman" w:cs="Times New Roman"/>
        </w:rPr>
      </w:pPr>
    </w:p>
    <w:p w14:paraId="74E119C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led them out. Rifle raised, pistol heavy at his side. Three shots dropped three men before his boots hit the dirt: the skiff gunner, the loader at the mounted gun, the raider with a grenade raised high.</w:t>
      </w:r>
    </w:p>
    <w:p w14:paraId="7AA5DDB9" w14:textId="77777777" w:rsidR="00830533" w:rsidRPr="0032579A" w:rsidRDefault="00830533">
      <w:pPr>
        <w:rPr>
          <w:rFonts w:ascii="Times New Roman" w:hAnsi="Times New Roman" w:cs="Times New Roman"/>
        </w:rPr>
      </w:pPr>
    </w:p>
    <w:p w14:paraId="4837EF8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tribe poured after him.</w:t>
      </w:r>
    </w:p>
    <w:p w14:paraId="24ECE87C" w14:textId="77777777" w:rsidR="00830533" w:rsidRPr="0032579A" w:rsidRDefault="00830533">
      <w:pPr>
        <w:rPr>
          <w:rFonts w:ascii="Times New Roman" w:hAnsi="Times New Roman" w:cs="Times New Roman"/>
        </w:rPr>
      </w:pPr>
    </w:p>
    <w:p w14:paraId="2F9F99BD" w14:textId="05E34BD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moved with familiarity born of </w:t>
      </w:r>
      <w:r w:rsidR="00770F21">
        <w:rPr>
          <w:rFonts w:ascii="Times New Roman" w:hAnsi="Times New Roman" w:cs="Times New Roman"/>
          <w:color w:val="000000"/>
        </w:rPr>
        <w:t xml:space="preserve">simple </w:t>
      </w:r>
      <w:r w:rsidRPr="0032579A">
        <w:rPr>
          <w:rFonts w:ascii="Times New Roman" w:hAnsi="Times New Roman" w:cs="Times New Roman"/>
          <w:color w:val="000000"/>
        </w:rPr>
        <w:t>drills. Rifles cracked, pistols snapped, knives flashed when the range collapsed. They weren’t soldiers, but they moved together: shoulders angled, corners checked, bursts measured.</w:t>
      </w:r>
    </w:p>
    <w:p w14:paraId="18D9C672" w14:textId="77777777" w:rsidR="00830533" w:rsidRPr="0032579A" w:rsidRDefault="00830533">
      <w:pPr>
        <w:rPr>
          <w:rFonts w:ascii="Times New Roman" w:hAnsi="Times New Roman" w:cs="Times New Roman"/>
        </w:rPr>
      </w:pPr>
    </w:p>
    <w:p w14:paraId="759ED4A2" w14:textId="289F2696" w:rsidR="00830533" w:rsidRPr="0032579A" w:rsidRDefault="00000000">
      <w:pPr>
        <w:rPr>
          <w:rFonts w:ascii="Times New Roman" w:hAnsi="Times New Roman" w:cs="Times New Roman"/>
        </w:rPr>
      </w:pPr>
      <w:r w:rsidRPr="0032579A">
        <w:rPr>
          <w:rFonts w:ascii="Times New Roman" w:hAnsi="Times New Roman" w:cs="Times New Roman"/>
          <w:color w:val="000000"/>
        </w:rPr>
        <w:t>Selora’s pistol boomed slow and deliberate, anchoring the rhythm. Her voice cut the smoke. “</w:t>
      </w:r>
      <w:r w:rsidR="00040683">
        <w:rPr>
          <w:rFonts w:ascii="Times New Roman" w:hAnsi="Times New Roman" w:cs="Times New Roman"/>
          <w:color w:val="000000"/>
        </w:rPr>
        <w:t>Watch the left</w:t>
      </w:r>
      <w:r w:rsidRPr="0032579A">
        <w:rPr>
          <w:rFonts w:ascii="Times New Roman" w:hAnsi="Times New Roman" w:cs="Times New Roman"/>
          <w:color w:val="000000"/>
        </w:rPr>
        <w:t>! Range first!”</w:t>
      </w:r>
    </w:p>
    <w:p w14:paraId="69504728" w14:textId="77777777" w:rsidR="00830533" w:rsidRPr="0032579A" w:rsidRDefault="00830533">
      <w:pPr>
        <w:rPr>
          <w:rFonts w:ascii="Times New Roman" w:hAnsi="Times New Roman" w:cs="Times New Roman"/>
        </w:rPr>
      </w:pPr>
    </w:p>
    <w:p w14:paraId="47C6B08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surged forward, rifle hot. He was still reckless, still loud, but not blind. He checked his corners, covered a mother hauling a wounded man. Rage had learned measure.</w:t>
      </w:r>
    </w:p>
    <w:p w14:paraId="2C702E6C" w14:textId="77777777" w:rsidR="00830533" w:rsidRPr="0032579A" w:rsidRDefault="00830533">
      <w:pPr>
        <w:rPr>
          <w:rFonts w:ascii="Times New Roman" w:hAnsi="Times New Roman" w:cs="Times New Roman"/>
        </w:rPr>
      </w:pPr>
    </w:p>
    <w:p w14:paraId="66B1C23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defenders of the village joined them—gaunt, desperate, but unbroken. Together they surged. Raiders, expecting prey, met a tribe.</w:t>
      </w:r>
    </w:p>
    <w:p w14:paraId="4C74C824" w14:textId="77777777" w:rsidR="00830533" w:rsidRPr="0032579A" w:rsidRDefault="00830533">
      <w:pPr>
        <w:rPr>
          <w:rFonts w:ascii="Times New Roman" w:hAnsi="Times New Roman" w:cs="Times New Roman"/>
        </w:rPr>
      </w:pPr>
    </w:p>
    <w:p w14:paraId="372EF933" w14:textId="41B14C1A"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mounted gun stuttered, fell silent. One of the </w:t>
      </w:r>
      <w:r w:rsidR="00E93648">
        <w:rPr>
          <w:rFonts w:ascii="Times New Roman" w:hAnsi="Times New Roman" w:cs="Times New Roman"/>
          <w:color w:val="000000"/>
        </w:rPr>
        <w:t xml:space="preserve">nomad </w:t>
      </w:r>
      <w:r w:rsidRPr="0032579A">
        <w:rPr>
          <w:rFonts w:ascii="Times New Roman" w:hAnsi="Times New Roman" w:cs="Times New Roman"/>
          <w:color w:val="000000"/>
        </w:rPr>
        <w:t>Buzzard interceptors screamed low overhead, patched wings trailing smoke. Its guns stitched fire across a skiff until it cracked and rolled. Raiders broke. They scattered into dust.</w:t>
      </w:r>
    </w:p>
    <w:p w14:paraId="201AF77D" w14:textId="77777777" w:rsidR="00830533" w:rsidRPr="0032579A" w:rsidRDefault="00830533">
      <w:pPr>
        <w:rPr>
          <w:rFonts w:ascii="Times New Roman" w:hAnsi="Times New Roman" w:cs="Times New Roman"/>
        </w:rPr>
      </w:pPr>
    </w:p>
    <w:p w14:paraId="459547B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fight was short. Brutal. Final.</w:t>
      </w:r>
    </w:p>
    <w:p w14:paraId="0AECC7AB" w14:textId="77777777" w:rsidR="00830533" w:rsidRPr="0032579A" w:rsidRDefault="00830533">
      <w:pPr>
        <w:rPr>
          <w:rFonts w:ascii="Times New Roman" w:hAnsi="Times New Roman" w:cs="Times New Roman"/>
        </w:rPr>
      </w:pPr>
    </w:p>
    <w:p w14:paraId="49C16BC5" w14:textId="77777777" w:rsidR="00E93648" w:rsidRPr="0032579A" w:rsidRDefault="00E93648" w:rsidP="00E93648">
      <w:pPr>
        <w:rPr>
          <w:rFonts w:ascii="Times New Roman" w:hAnsi="Times New Roman" w:cs="Times New Roman"/>
        </w:rPr>
      </w:pPr>
    </w:p>
    <w:p w14:paraId="058E15BD" w14:textId="4C041E23" w:rsidR="00830533" w:rsidRPr="0032579A" w:rsidRDefault="00E93648" w:rsidP="00E93648">
      <w:pPr>
        <w:spacing w:after="0"/>
        <w:jc w:val="center"/>
        <w:rPr>
          <w:rFonts w:ascii="Times New Roman" w:hAnsi="Times New Roman" w:cs="Times New Roman"/>
        </w:rPr>
      </w:pPr>
      <w:r w:rsidRPr="0032579A">
        <w:rPr>
          <w:rFonts w:ascii="Times New Roman" w:hAnsi="Times New Roman" w:cs="Times New Roman"/>
        </w:rPr>
        <w:t>***</w:t>
      </w:r>
    </w:p>
    <w:p w14:paraId="36E4AAE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When silence fell, the tribe moved with purpose. Raiders were stripped where they lay—rifles, pistols, grenades, even boots. Skiffs were gutted for fuel and wiring. Bodies were pushed into fires, gear piled into crates.</w:t>
      </w:r>
    </w:p>
    <w:p w14:paraId="7D7C74EB" w14:textId="77777777" w:rsidR="00830533" w:rsidRPr="0032579A" w:rsidRDefault="00830533">
      <w:pPr>
        <w:rPr>
          <w:rFonts w:ascii="Times New Roman" w:hAnsi="Times New Roman" w:cs="Times New Roman"/>
        </w:rPr>
      </w:pPr>
    </w:p>
    <w:p w14:paraId="2A9E4CE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walked among them with her datapad, marking each weapon, each piece. Her words were habit now. “Waste nothing.”</w:t>
      </w:r>
    </w:p>
    <w:p w14:paraId="15F88180" w14:textId="77777777" w:rsidR="00830533" w:rsidRPr="0032579A" w:rsidRDefault="00830533">
      <w:pPr>
        <w:rPr>
          <w:rFonts w:ascii="Times New Roman" w:hAnsi="Times New Roman" w:cs="Times New Roman"/>
        </w:rPr>
      </w:pPr>
    </w:p>
    <w:p w14:paraId="798CC79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Theta ferried in waves. First the children, then the wounded, then fighters and salvage. Each run lifted in a boil of dust, returning to the Corsair’s belly. Each descent slammed the ramp open for more.</w:t>
      </w:r>
    </w:p>
    <w:p w14:paraId="28D1DF9F" w14:textId="77777777" w:rsidR="00830533" w:rsidRPr="0032579A" w:rsidRDefault="00830533">
      <w:pPr>
        <w:rPr>
          <w:rFonts w:ascii="Times New Roman" w:hAnsi="Times New Roman" w:cs="Times New Roman"/>
        </w:rPr>
      </w:pPr>
    </w:p>
    <w:p w14:paraId="167CA2A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By nightfall, the village was emptied. Flames ate the huts. Bones were left in the dirt. Only what could be carried lived on.</w:t>
      </w:r>
    </w:p>
    <w:p w14:paraId="5504F8A2" w14:textId="77777777" w:rsidR="00E93648" w:rsidRPr="0032579A" w:rsidRDefault="00E93648" w:rsidP="00E93648">
      <w:pPr>
        <w:rPr>
          <w:rFonts w:ascii="Times New Roman" w:hAnsi="Times New Roman" w:cs="Times New Roman"/>
        </w:rPr>
      </w:pPr>
    </w:p>
    <w:p w14:paraId="3AC3497A" w14:textId="77777777" w:rsidR="00E93648" w:rsidRPr="0032579A" w:rsidRDefault="00E93648" w:rsidP="00E93648">
      <w:pPr>
        <w:spacing w:after="0"/>
        <w:jc w:val="center"/>
        <w:rPr>
          <w:rFonts w:ascii="Times New Roman" w:hAnsi="Times New Roman" w:cs="Times New Roman"/>
        </w:rPr>
      </w:pPr>
      <w:r w:rsidRPr="0032579A">
        <w:rPr>
          <w:rFonts w:ascii="Times New Roman" w:hAnsi="Times New Roman" w:cs="Times New Roman"/>
        </w:rPr>
        <w:t>***</w:t>
      </w:r>
    </w:p>
    <w:p w14:paraId="1210B8E6" w14:textId="77777777" w:rsidR="00830533" w:rsidRPr="0032579A" w:rsidRDefault="00830533">
      <w:pPr>
        <w:rPr>
          <w:rFonts w:ascii="Times New Roman" w:hAnsi="Times New Roman" w:cs="Times New Roman"/>
        </w:rPr>
      </w:pPr>
    </w:p>
    <w:p w14:paraId="2691F7C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the Corsair’s bay, the rescued huddled under blankets. Wounded lay in neat rows. Stripped weapons clattered against bulkheads.</w:t>
      </w:r>
    </w:p>
    <w:p w14:paraId="48DBEEFA" w14:textId="77777777" w:rsidR="00830533" w:rsidRPr="0032579A" w:rsidRDefault="00830533">
      <w:pPr>
        <w:rPr>
          <w:rFonts w:ascii="Times New Roman" w:hAnsi="Times New Roman" w:cs="Times New Roman"/>
        </w:rPr>
      </w:pPr>
    </w:p>
    <w:p w14:paraId="386BCA8E" w14:textId="5F98678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read </w:t>
      </w:r>
      <w:r w:rsidR="00E93648">
        <w:rPr>
          <w:rFonts w:ascii="Times New Roman" w:hAnsi="Times New Roman" w:cs="Times New Roman"/>
          <w:color w:val="000000"/>
        </w:rPr>
        <w:t>from her data-pad</w:t>
      </w:r>
      <w:r w:rsidRPr="0032579A">
        <w:rPr>
          <w:rFonts w:ascii="Times New Roman" w:hAnsi="Times New Roman" w:cs="Times New Roman"/>
          <w:color w:val="000000"/>
        </w:rPr>
        <w:t>, voice steady.</w:t>
      </w:r>
    </w:p>
    <w:p w14:paraId="1A468C58" w14:textId="77777777" w:rsidR="00830533" w:rsidRPr="0032579A" w:rsidRDefault="00830533">
      <w:pPr>
        <w:rPr>
          <w:rFonts w:ascii="Times New Roman" w:hAnsi="Times New Roman" w:cs="Times New Roman"/>
        </w:rPr>
      </w:pPr>
    </w:p>
    <w:p w14:paraId="1F82CEE2" w14:textId="74C7CDD9" w:rsidR="00830533" w:rsidRPr="0032579A" w:rsidRDefault="00000000">
      <w:pPr>
        <w:rPr>
          <w:rFonts w:ascii="Times New Roman" w:hAnsi="Times New Roman" w:cs="Times New Roman"/>
        </w:rPr>
      </w:pPr>
      <w:r w:rsidRPr="0032579A">
        <w:rPr>
          <w:rFonts w:ascii="Times New Roman" w:hAnsi="Times New Roman" w:cs="Times New Roman"/>
          <w:color w:val="000000"/>
        </w:rPr>
        <w:t>“Recovered: thirty-three civilians. Seven defenders. Supplies—grain sealed, water casks half-spoiled, tools salvageable. Raiders stripped of rifles, pistols, power cells, grenades. Casualties: six dead, eleven wounded.”</w:t>
      </w:r>
    </w:p>
    <w:p w14:paraId="78476F71" w14:textId="77777777" w:rsidR="00830533" w:rsidRPr="0032579A" w:rsidRDefault="00830533">
      <w:pPr>
        <w:rPr>
          <w:rFonts w:ascii="Times New Roman" w:hAnsi="Times New Roman" w:cs="Times New Roman"/>
        </w:rPr>
      </w:pPr>
    </w:p>
    <w:p w14:paraId="678B3CD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closed the datapad.</w:t>
      </w:r>
    </w:p>
    <w:p w14:paraId="63AA92AB" w14:textId="77777777" w:rsidR="00830533" w:rsidRPr="0032579A" w:rsidRDefault="00830533">
      <w:pPr>
        <w:rPr>
          <w:rFonts w:ascii="Times New Roman" w:hAnsi="Times New Roman" w:cs="Times New Roman"/>
        </w:rPr>
      </w:pPr>
    </w:p>
    <w:p w14:paraId="21C9A6A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stood with rifle slung, pistol at his side. His eyes swept the faces—hollow, weary, but alive.</w:t>
      </w:r>
    </w:p>
    <w:p w14:paraId="500B2A29" w14:textId="77777777" w:rsidR="00830533" w:rsidRPr="0032579A" w:rsidRDefault="00830533">
      <w:pPr>
        <w:rPr>
          <w:rFonts w:ascii="Times New Roman" w:hAnsi="Times New Roman" w:cs="Times New Roman"/>
        </w:rPr>
      </w:pPr>
    </w:p>
    <w:p w14:paraId="575D4A66" w14:textId="0B73C43E"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E93648">
        <w:rPr>
          <w:rFonts w:ascii="Times New Roman" w:hAnsi="Times New Roman" w:cs="Times New Roman"/>
          <w:color w:val="000000"/>
        </w:rPr>
        <w:t>The balance holds. Costly, but necessary</w:t>
      </w:r>
      <w:r w:rsidRPr="0032579A">
        <w:rPr>
          <w:rFonts w:ascii="Times New Roman" w:hAnsi="Times New Roman" w:cs="Times New Roman"/>
          <w:color w:val="000000"/>
        </w:rPr>
        <w:t>,” he said.</w:t>
      </w:r>
    </w:p>
    <w:p w14:paraId="30FC0D49" w14:textId="77777777" w:rsidR="00830533" w:rsidRPr="0032579A" w:rsidRDefault="00830533">
      <w:pPr>
        <w:rPr>
          <w:rFonts w:ascii="Times New Roman" w:hAnsi="Times New Roman" w:cs="Times New Roman"/>
        </w:rPr>
      </w:pPr>
    </w:p>
    <w:p w14:paraId="1A80A666" w14:textId="4AAB40D0" w:rsidR="00830533" w:rsidRPr="0032579A" w:rsidRDefault="00000000">
      <w:pPr>
        <w:rPr>
          <w:rFonts w:ascii="Times New Roman" w:hAnsi="Times New Roman" w:cs="Times New Roman"/>
        </w:rPr>
      </w:pPr>
      <w:r w:rsidRPr="0032579A">
        <w:rPr>
          <w:rFonts w:ascii="Times New Roman" w:hAnsi="Times New Roman" w:cs="Times New Roman"/>
          <w:color w:val="000000"/>
        </w:rPr>
        <w:t>No one cheered. They didn’t need to.</w:t>
      </w:r>
      <w:r w:rsidR="00636687">
        <w:rPr>
          <w:rFonts w:ascii="Times New Roman" w:hAnsi="Times New Roman" w:cs="Times New Roman"/>
        </w:rPr>
        <w:t xml:space="preserve"> </w:t>
      </w:r>
      <w:r w:rsidRPr="0032579A">
        <w:rPr>
          <w:rFonts w:ascii="Times New Roman" w:hAnsi="Times New Roman" w:cs="Times New Roman"/>
          <w:color w:val="000000"/>
        </w:rPr>
        <w:t>They had fought together</w:t>
      </w:r>
      <w:r w:rsidR="00636687">
        <w:rPr>
          <w:rFonts w:ascii="Times New Roman" w:hAnsi="Times New Roman" w:cs="Times New Roman"/>
          <w:color w:val="000000"/>
        </w:rPr>
        <w:t>,</w:t>
      </w:r>
      <w:r w:rsidRPr="0032579A">
        <w:rPr>
          <w:rFonts w:ascii="Times New Roman" w:hAnsi="Times New Roman" w:cs="Times New Roman"/>
          <w:color w:val="000000"/>
        </w:rPr>
        <w:t xml:space="preserve"> bled together. They had moved as one.</w:t>
      </w:r>
      <w:r w:rsidR="00636687">
        <w:rPr>
          <w:rFonts w:ascii="Times New Roman" w:hAnsi="Times New Roman" w:cs="Times New Roman"/>
          <w:color w:val="000000"/>
        </w:rPr>
        <w:t xml:space="preserve"> No longer individual nomads and survivors, they had formed a tribe.</w:t>
      </w:r>
      <w:r w:rsidR="00636687">
        <w:rPr>
          <w:rFonts w:ascii="Times New Roman" w:hAnsi="Times New Roman" w:cs="Times New Roman"/>
        </w:rPr>
        <w:t xml:space="preserve"> </w:t>
      </w:r>
      <w:r w:rsidRPr="0032579A">
        <w:rPr>
          <w:rFonts w:ascii="Times New Roman" w:hAnsi="Times New Roman" w:cs="Times New Roman"/>
          <w:color w:val="000000"/>
        </w:rPr>
        <w:t>And though no name had yet been spoken, the Corsair carried it waiting in its bones.</w:t>
      </w:r>
    </w:p>
    <w:p w14:paraId="2E7E871E"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47125BF2"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XI — First Wolf Hunt</w:t>
      </w:r>
    </w:p>
    <w:p w14:paraId="7A6B45A3" w14:textId="4F8E44AF" w:rsidR="00830533" w:rsidRDefault="00000000" w:rsidP="0032579A">
      <w:pPr>
        <w:jc w:val="center"/>
        <w:rPr>
          <w:rFonts w:ascii="Times New Roman" w:hAnsi="Times New Roman" w:cs="Times New Roman"/>
        </w:rPr>
      </w:pPr>
      <w:r w:rsidRPr="0032579A">
        <w:rPr>
          <w:rFonts w:ascii="Times New Roman" w:hAnsi="Times New Roman" w:cs="Times New Roman"/>
          <w:i/>
        </w:rPr>
        <w:t>*34 BBY*</w:t>
      </w:r>
    </w:p>
    <w:p w14:paraId="001C1E47" w14:textId="77777777" w:rsidR="0032579A" w:rsidRPr="0032579A" w:rsidRDefault="0032579A" w:rsidP="0032579A">
      <w:pPr>
        <w:jc w:val="center"/>
        <w:rPr>
          <w:rFonts w:ascii="Times New Roman" w:hAnsi="Times New Roman" w:cs="Times New Roman"/>
        </w:rPr>
      </w:pPr>
    </w:p>
    <w:p w14:paraId="4EBA9B50" w14:textId="51C24656" w:rsidR="00830533" w:rsidRPr="0032579A" w:rsidRDefault="00000000">
      <w:pPr>
        <w:rPr>
          <w:rFonts w:ascii="Times New Roman" w:hAnsi="Times New Roman" w:cs="Times New Roman"/>
        </w:rPr>
      </w:pPr>
      <w:r w:rsidRPr="0032579A">
        <w:rPr>
          <w:rFonts w:ascii="Times New Roman" w:hAnsi="Times New Roman" w:cs="Times New Roman"/>
          <w:color w:val="000000"/>
        </w:rPr>
        <w:t>The Corsair no longer smelled of blood.</w:t>
      </w:r>
    </w:p>
    <w:p w14:paraId="67E52E8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year of labor had stripped it clean — not polished, not new, but claimed. Pirate banners burned in sealed drums. Deck plating scrubbed raw until hands blistered. Recyclers gutted and rebuilt with coils stolen from wrecks until the stink of rot gave way to the sharp tang of oil. The ship no longer whispered of raiders. It carried the sound of its new people — drills, boots, laughter cut short, children learning how to move in rhythm with steel.</w:t>
      </w:r>
    </w:p>
    <w:p w14:paraId="5E36801A" w14:textId="77777777" w:rsidR="00830533" w:rsidRPr="0032579A" w:rsidRDefault="00830533">
      <w:pPr>
        <w:rPr>
          <w:rFonts w:ascii="Times New Roman" w:hAnsi="Times New Roman" w:cs="Times New Roman"/>
        </w:rPr>
      </w:pPr>
    </w:p>
    <w:p w14:paraId="6BDD52D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Every compartment bore their mark. Cargo bays once used for contraband were partitioned with scrap plating into bunks stacked three high. Salvaged hammocks swung between girders, patched with cloth scavenged from old uniforms. The mess had been rebuilt out of a hold stripped of walls, long tables welded from scavenged bulkhead beams. The hangar rang constantly with work — blasters disassembled and reassembled, the Buzzards patched yet again, the Theta stripped and rewired until it flew steady enough.</w:t>
      </w:r>
    </w:p>
    <w:p w14:paraId="24BFE370" w14:textId="77777777" w:rsidR="00830533" w:rsidRPr="0032579A" w:rsidRDefault="00830533">
      <w:pPr>
        <w:rPr>
          <w:rFonts w:ascii="Times New Roman" w:hAnsi="Times New Roman" w:cs="Times New Roman"/>
        </w:rPr>
      </w:pPr>
    </w:p>
    <w:p w14:paraId="65ACAF7C" w14:textId="1BD336D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Selora’s </w:t>
      </w:r>
      <w:r w:rsidR="00636687">
        <w:rPr>
          <w:rFonts w:ascii="Times New Roman" w:hAnsi="Times New Roman" w:cs="Times New Roman"/>
          <w:color w:val="000000"/>
        </w:rPr>
        <w:t>data-pad</w:t>
      </w:r>
      <w:r w:rsidRPr="0032579A">
        <w:rPr>
          <w:rFonts w:ascii="Times New Roman" w:hAnsi="Times New Roman" w:cs="Times New Roman"/>
          <w:color w:val="000000"/>
        </w:rPr>
        <w:t xml:space="preserve"> told the truth none could ignore</w:t>
      </w:r>
      <w:r w:rsidR="00D46122">
        <w:rPr>
          <w:rFonts w:ascii="Times New Roman" w:hAnsi="Times New Roman" w:cs="Times New Roman"/>
          <w:color w:val="000000"/>
        </w:rPr>
        <w:t xml:space="preserve">. </w:t>
      </w:r>
      <w:r w:rsidRPr="0032579A">
        <w:rPr>
          <w:rFonts w:ascii="Times New Roman" w:hAnsi="Times New Roman" w:cs="Times New Roman"/>
          <w:color w:val="000000"/>
        </w:rPr>
        <w:t>Every line ended with the same words she whispered under her breath as she wrote: debt grows.</w:t>
      </w:r>
    </w:p>
    <w:p w14:paraId="2CD52208" w14:textId="77777777" w:rsidR="00830533" w:rsidRPr="0032579A" w:rsidRDefault="00830533">
      <w:pPr>
        <w:rPr>
          <w:rFonts w:ascii="Times New Roman" w:hAnsi="Times New Roman" w:cs="Times New Roman"/>
        </w:rPr>
      </w:pPr>
    </w:p>
    <w:p w14:paraId="07875BA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walked the ship daily. He spoke little, but silence followed him like a shadow. Men and women straightened when he passed. Children hushed. His eyes were enough. When he paused at a station, calloused hands moved faster. When he lingered in the hangar, fighters steadied their stances. He did not shout. His silence pressed heavier than words.</w:t>
      </w:r>
    </w:p>
    <w:p w14:paraId="6ED41232" w14:textId="77777777" w:rsidR="00830533" w:rsidRPr="0032579A" w:rsidRDefault="00830533">
      <w:pPr>
        <w:rPr>
          <w:rFonts w:ascii="Times New Roman" w:hAnsi="Times New Roman" w:cs="Times New Roman"/>
        </w:rPr>
      </w:pPr>
    </w:p>
    <w:p w14:paraId="58CB040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shouted for both of them. His voice cracked but carried, young yet already sharp. He ran squads of recruits through breach drills in stripped compartments, his pistol raised, his movements clipped. A year had burned away some of his recklessness, though the fire never dimmed. He barked orders, snapped at mistakes, and sometimes surged too far himself. But now he pulled his squad with him, covered them as often as he leapt ahead. Rage had found rhythm, if not yet restraint.</w:t>
      </w:r>
    </w:p>
    <w:p w14:paraId="7F661764" w14:textId="77777777" w:rsidR="00830533" w:rsidRPr="0032579A" w:rsidRDefault="00830533">
      <w:pPr>
        <w:rPr>
          <w:rFonts w:ascii="Times New Roman" w:hAnsi="Times New Roman" w:cs="Times New Roman"/>
        </w:rPr>
      </w:pPr>
    </w:p>
    <w:p w14:paraId="0A9C66E5" w14:textId="63860372" w:rsidR="00830533" w:rsidRPr="0032579A" w:rsidRDefault="00000000">
      <w:pPr>
        <w:rPr>
          <w:rFonts w:ascii="Times New Roman" w:hAnsi="Times New Roman" w:cs="Times New Roman"/>
        </w:rPr>
      </w:pPr>
      <w:r w:rsidRPr="0032579A">
        <w:rPr>
          <w:rFonts w:ascii="Times New Roman" w:hAnsi="Times New Roman" w:cs="Times New Roman"/>
          <w:color w:val="000000"/>
        </w:rPr>
        <w:t>Selora watched from the catwalk, datapad balanced against her hip. Her stylus tapped steady, marking every rifle checked, every cartridge counted, every ration brick broken in two. Numbers gave them shape, balance, and the cold reminder that every breath carried cost.</w:t>
      </w:r>
    </w:p>
    <w:p w14:paraId="2D241391" w14:textId="77777777" w:rsidR="00830533" w:rsidRPr="0032579A" w:rsidRDefault="00830533">
      <w:pPr>
        <w:rPr>
          <w:rFonts w:ascii="Times New Roman" w:hAnsi="Times New Roman" w:cs="Times New Roman"/>
        </w:rPr>
      </w:pPr>
    </w:p>
    <w:p w14:paraId="5C0F7A3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was no longer a raider’s den. It had become a body. They were its pulse. And already the body strained against hunger.</w:t>
      </w:r>
    </w:p>
    <w:p w14:paraId="273F17DD" w14:textId="77777777" w:rsidR="00636687" w:rsidRPr="0032579A" w:rsidRDefault="00636687" w:rsidP="00636687">
      <w:pPr>
        <w:rPr>
          <w:rFonts w:ascii="Times New Roman" w:hAnsi="Times New Roman" w:cs="Times New Roman"/>
        </w:rPr>
      </w:pPr>
    </w:p>
    <w:p w14:paraId="3A833EE5" w14:textId="77777777" w:rsidR="00636687" w:rsidRPr="0032579A" w:rsidRDefault="00636687" w:rsidP="00636687">
      <w:pPr>
        <w:spacing w:after="0"/>
        <w:jc w:val="center"/>
        <w:rPr>
          <w:rFonts w:ascii="Times New Roman" w:hAnsi="Times New Roman" w:cs="Times New Roman"/>
        </w:rPr>
      </w:pPr>
      <w:r w:rsidRPr="0032579A">
        <w:rPr>
          <w:rFonts w:ascii="Times New Roman" w:hAnsi="Times New Roman" w:cs="Times New Roman"/>
        </w:rPr>
        <w:t>***</w:t>
      </w:r>
    </w:p>
    <w:p w14:paraId="00B471BC" w14:textId="77777777" w:rsidR="00830533" w:rsidRPr="0032579A" w:rsidRDefault="00830533">
      <w:pPr>
        <w:rPr>
          <w:rFonts w:ascii="Times New Roman" w:hAnsi="Times New Roman" w:cs="Times New Roman"/>
        </w:rPr>
      </w:pPr>
    </w:p>
    <w:p w14:paraId="257BF44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Rumors spread faster than ships.</w:t>
      </w:r>
    </w:p>
    <w:p w14:paraId="1F56ACAC" w14:textId="77777777" w:rsidR="00830533" w:rsidRPr="0032579A" w:rsidRDefault="00830533">
      <w:pPr>
        <w:rPr>
          <w:rFonts w:ascii="Times New Roman" w:hAnsi="Times New Roman" w:cs="Times New Roman"/>
        </w:rPr>
      </w:pPr>
    </w:p>
    <w:p w14:paraId="5B2B0AE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Sundari, traders muttered of convoys stripped to metal in slag valleys. Smugglers whispered of shadows that struck in packs, vanishing before reprisal. Dockhands laughed nervously as they spoke of “wolves in the wasteland that leave only bones.”</w:t>
      </w:r>
    </w:p>
    <w:p w14:paraId="1D4E1BE5" w14:textId="77777777" w:rsidR="00830533" w:rsidRPr="0032579A" w:rsidRDefault="00830533">
      <w:pPr>
        <w:rPr>
          <w:rFonts w:ascii="Times New Roman" w:hAnsi="Times New Roman" w:cs="Times New Roman"/>
        </w:rPr>
      </w:pPr>
    </w:p>
    <w:p w14:paraId="26950539" w14:textId="013426D9"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recorded them in her Intel </w:t>
      </w:r>
      <w:r w:rsidR="00636687">
        <w:rPr>
          <w:rFonts w:ascii="Times New Roman" w:hAnsi="Times New Roman" w:cs="Times New Roman"/>
          <w:color w:val="000000"/>
        </w:rPr>
        <w:t>section:</w:t>
      </w:r>
      <w:r w:rsidR="00636687">
        <w:rPr>
          <w:rFonts w:ascii="Times New Roman" w:hAnsi="Times New Roman" w:cs="Times New Roman"/>
        </w:rPr>
        <w:t xml:space="preserve"> </w:t>
      </w:r>
      <w:r w:rsidRPr="00636687">
        <w:rPr>
          <w:rFonts w:ascii="Times New Roman" w:hAnsi="Times New Roman" w:cs="Times New Roman"/>
          <w:i/>
          <w:iCs/>
          <w:color w:val="000000"/>
        </w:rPr>
        <w:t>Say: wolves in the wasteland. Source: trader. Weight: uncertain.</w:t>
      </w:r>
      <w:r w:rsidR="00636687" w:rsidRPr="00636687">
        <w:rPr>
          <w:rFonts w:ascii="Times New Roman" w:hAnsi="Times New Roman" w:cs="Times New Roman"/>
          <w:i/>
          <w:iCs/>
        </w:rPr>
        <w:t xml:space="preserve"> </w:t>
      </w:r>
      <w:r w:rsidRPr="00636687">
        <w:rPr>
          <w:rFonts w:ascii="Times New Roman" w:hAnsi="Times New Roman" w:cs="Times New Roman"/>
          <w:i/>
          <w:iCs/>
          <w:color w:val="000000"/>
        </w:rPr>
        <w:t>Say: convoys stripped. Source: dockside rumor. Weight: two.</w:t>
      </w:r>
    </w:p>
    <w:p w14:paraId="3DF635FF" w14:textId="77777777" w:rsidR="00830533" w:rsidRPr="0032579A" w:rsidRDefault="00830533">
      <w:pPr>
        <w:rPr>
          <w:rFonts w:ascii="Times New Roman" w:hAnsi="Times New Roman" w:cs="Times New Roman"/>
        </w:rPr>
      </w:pPr>
    </w:p>
    <w:p w14:paraId="29824CC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But words had power without proof.</w:t>
      </w:r>
    </w:p>
    <w:p w14:paraId="06C76F25" w14:textId="77777777" w:rsidR="00830533" w:rsidRPr="0032579A" w:rsidRDefault="00830533">
      <w:pPr>
        <w:rPr>
          <w:rFonts w:ascii="Times New Roman" w:hAnsi="Times New Roman" w:cs="Times New Roman"/>
        </w:rPr>
      </w:pPr>
    </w:p>
    <w:p w14:paraId="2BFF888D" w14:textId="4FB6E9A3" w:rsidR="00830533" w:rsidRPr="0032579A" w:rsidRDefault="00000000">
      <w:pPr>
        <w:rPr>
          <w:rFonts w:ascii="Times New Roman" w:hAnsi="Times New Roman" w:cs="Times New Roman"/>
        </w:rPr>
      </w:pPr>
      <w:r w:rsidRPr="0032579A">
        <w:rPr>
          <w:rFonts w:ascii="Times New Roman" w:hAnsi="Times New Roman" w:cs="Times New Roman"/>
          <w:color w:val="000000"/>
        </w:rPr>
        <w:t>In the Corsair’s mess, a rescued villager spoke the name aloud. “</w:t>
      </w:r>
      <w:r w:rsidR="00D46122" w:rsidRPr="00D46122">
        <w:rPr>
          <w:rFonts w:ascii="Times New Roman" w:hAnsi="Times New Roman" w:cs="Times New Roman"/>
          <w:color w:val="000000"/>
        </w:rPr>
        <w:t>Burc’ya</w:t>
      </w:r>
      <w:r w:rsidR="00D46122">
        <w:rPr>
          <w:rFonts w:ascii="Times New Roman" w:hAnsi="Times New Roman" w:cs="Times New Roman"/>
          <w:color w:val="000000"/>
        </w:rPr>
        <w:t xml:space="preserve">, Teroch’burcya. </w:t>
      </w:r>
      <w:r w:rsidRPr="0032579A">
        <w:rPr>
          <w:rFonts w:ascii="Times New Roman" w:hAnsi="Times New Roman" w:cs="Times New Roman"/>
          <w:color w:val="000000"/>
        </w:rPr>
        <w:t xml:space="preserve">” He said it with </w:t>
      </w:r>
      <w:r w:rsidR="00D46122">
        <w:rPr>
          <w:rFonts w:ascii="Times New Roman" w:hAnsi="Times New Roman" w:cs="Times New Roman"/>
          <w:color w:val="000000"/>
        </w:rPr>
        <w:t>not in jest</w:t>
      </w:r>
      <w:r w:rsidRPr="0032579A">
        <w:rPr>
          <w:rFonts w:ascii="Times New Roman" w:hAnsi="Times New Roman" w:cs="Times New Roman"/>
          <w:color w:val="000000"/>
        </w:rPr>
        <w:t>. The word</w:t>
      </w:r>
      <w:r w:rsidR="00D46122">
        <w:rPr>
          <w:rFonts w:ascii="Times New Roman" w:hAnsi="Times New Roman" w:cs="Times New Roman"/>
          <w:color w:val="000000"/>
        </w:rPr>
        <w:t>s</w:t>
      </w:r>
      <w:r w:rsidRPr="0032579A">
        <w:rPr>
          <w:rFonts w:ascii="Times New Roman" w:hAnsi="Times New Roman" w:cs="Times New Roman"/>
          <w:color w:val="000000"/>
        </w:rPr>
        <w:t xml:space="preserve"> lingered, and no one corrected him.</w:t>
      </w:r>
    </w:p>
    <w:p w14:paraId="05266636" w14:textId="77777777" w:rsidR="00830533" w:rsidRPr="0032579A" w:rsidRDefault="00830533">
      <w:pPr>
        <w:rPr>
          <w:rFonts w:ascii="Times New Roman" w:hAnsi="Times New Roman" w:cs="Times New Roman"/>
        </w:rPr>
      </w:pPr>
    </w:p>
    <w:p w14:paraId="2D2BE90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heard it. He gave no answer. Silence was assent.</w:t>
      </w:r>
    </w:p>
    <w:p w14:paraId="089883D9" w14:textId="77777777" w:rsidR="00830533" w:rsidRPr="0032579A" w:rsidRDefault="00830533">
      <w:pPr>
        <w:rPr>
          <w:rFonts w:ascii="Times New Roman" w:hAnsi="Times New Roman" w:cs="Times New Roman"/>
        </w:rPr>
      </w:pPr>
    </w:p>
    <w:p w14:paraId="5E06D36D" w14:textId="2DA08EE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name smoldered in them. Not painted, not shouted, not declared — only carried in the way shoulders squared and eyes held steady. </w:t>
      </w:r>
      <w:r w:rsidR="00636687" w:rsidRPr="00636687">
        <w:rPr>
          <w:rFonts w:ascii="Times New Roman" w:hAnsi="Times New Roman" w:cs="Times New Roman"/>
          <w:i/>
          <w:iCs/>
          <w:color w:val="000000"/>
        </w:rPr>
        <w:t>Teroch’burcya</w:t>
      </w:r>
      <w:r w:rsidRPr="0032579A">
        <w:rPr>
          <w:rFonts w:ascii="Times New Roman" w:hAnsi="Times New Roman" w:cs="Times New Roman"/>
          <w:color w:val="000000"/>
        </w:rPr>
        <w:t xml:space="preserve">. </w:t>
      </w:r>
      <w:r w:rsidR="00636687">
        <w:rPr>
          <w:rFonts w:ascii="Times New Roman" w:hAnsi="Times New Roman" w:cs="Times New Roman"/>
          <w:color w:val="000000"/>
        </w:rPr>
        <w:t>Shadow w</w:t>
      </w:r>
      <w:r w:rsidRPr="0032579A">
        <w:rPr>
          <w:rFonts w:ascii="Times New Roman" w:hAnsi="Times New Roman" w:cs="Times New Roman"/>
          <w:color w:val="000000"/>
        </w:rPr>
        <w:t>olves.</w:t>
      </w:r>
    </w:p>
    <w:p w14:paraId="5E491DCC" w14:textId="77777777" w:rsidR="002C4FB2" w:rsidRPr="0032579A" w:rsidRDefault="002C4FB2" w:rsidP="002C4FB2">
      <w:pPr>
        <w:rPr>
          <w:rFonts w:ascii="Times New Roman" w:hAnsi="Times New Roman" w:cs="Times New Roman"/>
        </w:rPr>
      </w:pPr>
    </w:p>
    <w:p w14:paraId="3608FACB" w14:textId="77777777" w:rsidR="002C4FB2" w:rsidRPr="0032579A" w:rsidRDefault="002C4FB2" w:rsidP="002C4FB2">
      <w:pPr>
        <w:spacing w:after="0"/>
        <w:jc w:val="center"/>
        <w:rPr>
          <w:rFonts w:ascii="Times New Roman" w:hAnsi="Times New Roman" w:cs="Times New Roman"/>
        </w:rPr>
      </w:pPr>
      <w:r w:rsidRPr="0032579A">
        <w:rPr>
          <w:rFonts w:ascii="Times New Roman" w:hAnsi="Times New Roman" w:cs="Times New Roman"/>
        </w:rPr>
        <w:t>***</w:t>
      </w:r>
    </w:p>
    <w:p w14:paraId="45C73B4C" w14:textId="77777777" w:rsidR="00830533" w:rsidRPr="0032579A" w:rsidRDefault="00830533">
      <w:pPr>
        <w:rPr>
          <w:rFonts w:ascii="Times New Roman" w:hAnsi="Times New Roman" w:cs="Times New Roman"/>
        </w:rPr>
      </w:pPr>
    </w:p>
    <w:p w14:paraId="073A9C7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One evening, Selora read aloud, her voice flat, stylus poised.</w:t>
      </w:r>
    </w:p>
    <w:p w14:paraId="6E9244FE" w14:textId="77777777" w:rsidR="00830533" w:rsidRPr="0032579A" w:rsidRDefault="00830533">
      <w:pPr>
        <w:rPr>
          <w:rFonts w:ascii="Times New Roman" w:hAnsi="Times New Roman" w:cs="Times New Roman"/>
        </w:rPr>
      </w:pPr>
    </w:p>
    <w:p w14:paraId="7C6DBF7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“Population: one-three-two. Crew posts: ninety-seven filled. Children: twenty-three. Fighters: thirty-five. Rations: twelve days at half measure. Filters: one failing. Water casks: seven full, three spoiled.”</w:t>
      </w:r>
    </w:p>
    <w:p w14:paraId="1956B6A9" w14:textId="77777777" w:rsidR="00830533" w:rsidRPr="0032579A" w:rsidRDefault="00830533">
      <w:pPr>
        <w:rPr>
          <w:rFonts w:ascii="Times New Roman" w:hAnsi="Times New Roman" w:cs="Times New Roman"/>
        </w:rPr>
      </w:pPr>
    </w:p>
    <w:p w14:paraId="2EAA2C1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words struck like stones. No one moved. Spoons paused mid-lift.</w:t>
      </w:r>
    </w:p>
    <w:p w14:paraId="51694444" w14:textId="77777777" w:rsidR="00830533" w:rsidRPr="0032579A" w:rsidRDefault="00830533">
      <w:pPr>
        <w:rPr>
          <w:rFonts w:ascii="Times New Roman" w:hAnsi="Times New Roman" w:cs="Times New Roman"/>
        </w:rPr>
      </w:pPr>
    </w:p>
    <w:p w14:paraId="4E6CD8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leaned against the bulkhead, arms crossed. “Larger prey means larger eyes,” he said. His tone carried neither argument nor comfort, only fact.</w:t>
      </w:r>
    </w:p>
    <w:p w14:paraId="40B93F6C" w14:textId="77777777" w:rsidR="00830533" w:rsidRPr="0032579A" w:rsidRDefault="00830533">
      <w:pPr>
        <w:rPr>
          <w:rFonts w:ascii="Times New Roman" w:hAnsi="Times New Roman" w:cs="Times New Roman"/>
        </w:rPr>
      </w:pPr>
    </w:p>
    <w:p w14:paraId="1DC2E52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closed her datapad with a snap that echoed. “Necessity doesn’t ask.”</w:t>
      </w:r>
    </w:p>
    <w:p w14:paraId="58DEF279" w14:textId="77777777" w:rsidR="00830533" w:rsidRPr="0032579A" w:rsidRDefault="00830533">
      <w:pPr>
        <w:rPr>
          <w:rFonts w:ascii="Times New Roman" w:hAnsi="Times New Roman" w:cs="Times New Roman"/>
        </w:rPr>
      </w:pPr>
    </w:p>
    <w:p w14:paraId="7C08E0D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silence that followed was heavier than steel.</w:t>
      </w:r>
    </w:p>
    <w:p w14:paraId="118A15DD" w14:textId="77777777" w:rsidR="002C4FB2" w:rsidRPr="0032579A" w:rsidRDefault="002C4FB2" w:rsidP="002C4FB2">
      <w:pPr>
        <w:rPr>
          <w:rFonts w:ascii="Times New Roman" w:hAnsi="Times New Roman" w:cs="Times New Roman"/>
        </w:rPr>
      </w:pPr>
    </w:p>
    <w:p w14:paraId="79758A23" w14:textId="77777777" w:rsidR="002C4FB2" w:rsidRPr="0032579A" w:rsidRDefault="002C4FB2" w:rsidP="002C4FB2">
      <w:pPr>
        <w:spacing w:after="0"/>
        <w:jc w:val="center"/>
        <w:rPr>
          <w:rFonts w:ascii="Times New Roman" w:hAnsi="Times New Roman" w:cs="Times New Roman"/>
        </w:rPr>
      </w:pPr>
      <w:r w:rsidRPr="0032579A">
        <w:rPr>
          <w:rFonts w:ascii="Times New Roman" w:hAnsi="Times New Roman" w:cs="Times New Roman"/>
        </w:rPr>
        <w:t>***</w:t>
      </w:r>
    </w:p>
    <w:p w14:paraId="53586B47" w14:textId="77777777" w:rsidR="00830533" w:rsidRPr="0032579A" w:rsidRDefault="00830533">
      <w:pPr>
        <w:rPr>
          <w:rFonts w:ascii="Times New Roman" w:hAnsi="Times New Roman" w:cs="Times New Roman"/>
        </w:rPr>
      </w:pPr>
    </w:p>
    <w:p w14:paraId="021857C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Proof came not in food but in whispers.</w:t>
      </w:r>
    </w:p>
    <w:p w14:paraId="7AEBACED" w14:textId="77777777" w:rsidR="00830533" w:rsidRPr="0032579A" w:rsidRDefault="00830533">
      <w:pPr>
        <w:rPr>
          <w:rFonts w:ascii="Times New Roman" w:hAnsi="Times New Roman" w:cs="Times New Roman"/>
        </w:rPr>
      </w:pPr>
    </w:p>
    <w:p w14:paraId="3E55FF2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Smugglers carried tales of Naboo, a Core world strangled under blockade. Trade Federation battleships ringed it, choking skies, seizing shipments. Food and medicine meant for the Mid Rim now filled Neimoidian vaults. Convoys rerouted. Escorts stretched thin.</w:t>
      </w:r>
    </w:p>
    <w:p w14:paraId="042B54AB" w14:textId="77777777" w:rsidR="00830533" w:rsidRPr="0032579A" w:rsidRDefault="00830533">
      <w:pPr>
        <w:rPr>
          <w:rFonts w:ascii="Times New Roman" w:hAnsi="Times New Roman" w:cs="Times New Roman"/>
        </w:rPr>
      </w:pPr>
    </w:p>
    <w:p w14:paraId="0D5BC624" w14:textId="1AF3ED74" w:rsidR="00830533" w:rsidRPr="0032579A" w:rsidRDefault="00F43CBE">
      <w:pPr>
        <w:rPr>
          <w:rFonts w:ascii="Times New Roman" w:hAnsi="Times New Roman" w:cs="Times New Roman"/>
        </w:rPr>
      </w:pPr>
      <w:r>
        <w:rPr>
          <w:rFonts w:ascii="Times New Roman" w:hAnsi="Times New Roman" w:cs="Times New Roman"/>
          <w:color w:val="000000"/>
        </w:rPr>
        <w:t xml:space="preserve">A few overheard signals </w:t>
      </w:r>
      <w:r w:rsidR="00000000" w:rsidRPr="0032579A">
        <w:rPr>
          <w:rFonts w:ascii="Times New Roman" w:hAnsi="Times New Roman" w:cs="Times New Roman"/>
          <w:color w:val="000000"/>
        </w:rPr>
        <w:t>confirmed it.</w:t>
      </w:r>
    </w:p>
    <w:p w14:paraId="14CD1864" w14:textId="77777777" w:rsidR="00830533" w:rsidRPr="0032579A" w:rsidRDefault="00830533">
      <w:pPr>
        <w:rPr>
          <w:rFonts w:ascii="Times New Roman" w:hAnsi="Times New Roman" w:cs="Times New Roman"/>
        </w:rPr>
      </w:pPr>
    </w:p>
    <w:p w14:paraId="1B2D687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a cramped compartment repurposed as a listening post, a scavenger girl hunched over salvaged receivers, wires tangled like veins. Beside her, a scarred dockhand adjusted coils by hand, ear pressed to a battered headset. Static hissed, then clipped Neimoidian syllables broke through — convoy codes carried faint across void.</w:t>
      </w:r>
    </w:p>
    <w:p w14:paraId="380DFA58" w14:textId="77777777" w:rsidR="00830533" w:rsidRPr="0032579A" w:rsidRDefault="00830533">
      <w:pPr>
        <w:rPr>
          <w:rFonts w:ascii="Times New Roman" w:hAnsi="Times New Roman" w:cs="Times New Roman"/>
        </w:rPr>
      </w:pPr>
    </w:p>
    <w:p w14:paraId="0B49DCA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leaned close, stylus ready. She cross-checked whispers with signals, weighting each.</w:t>
      </w:r>
    </w:p>
    <w:p w14:paraId="463CB0E0" w14:textId="464A636B" w:rsidR="00830533" w:rsidRPr="00F43CBE" w:rsidRDefault="00000000">
      <w:pPr>
        <w:rPr>
          <w:rFonts w:ascii="Times New Roman" w:hAnsi="Times New Roman" w:cs="Times New Roman"/>
          <w:i/>
          <w:iCs/>
        </w:rPr>
      </w:pPr>
      <w:r w:rsidRPr="00F43CBE">
        <w:rPr>
          <w:rFonts w:ascii="Times New Roman" w:hAnsi="Times New Roman" w:cs="Times New Roman"/>
          <w:i/>
          <w:iCs/>
          <w:color w:val="000000"/>
        </w:rPr>
        <w:lastRenderedPageBreak/>
        <w:t>Say: Naboo blockade. Source: smugglers. Weight: three.</w:t>
      </w:r>
      <w:r w:rsidR="00F43CBE" w:rsidRPr="00F43CBE">
        <w:rPr>
          <w:rFonts w:ascii="Times New Roman" w:hAnsi="Times New Roman" w:cs="Times New Roman"/>
          <w:i/>
          <w:iCs/>
        </w:rPr>
        <w:t xml:space="preserve"> </w:t>
      </w:r>
      <w:r w:rsidRPr="00F43CBE">
        <w:rPr>
          <w:rFonts w:ascii="Times New Roman" w:hAnsi="Times New Roman" w:cs="Times New Roman"/>
          <w:i/>
          <w:iCs/>
          <w:color w:val="000000"/>
        </w:rPr>
        <w:t>Say: convoys thin. Source: raiders. Weight: two.</w:t>
      </w:r>
      <w:r w:rsidR="00F43CBE" w:rsidRPr="00F43CBE">
        <w:rPr>
          <w:rFonts w:ascii="Times New Roman" w:hAnsi="Times New Roman" w:cs="Times New Roman"/>
          <w:i/>
          <w:iCs/>
        </w:rPr>
        <w:t xml:space="preserve"> </w:t>
      </w:r>
      <w:r w:rsidRPr="00F43CBE">
        <w:rPr>
          <w:rFonts w:ascii="Times New Roman" w:hAnsi="Times New Roman" w:cs="Times New Roman"/>
          <w:i/>
          <w:iCs/>
          <w:color w:val="000000"/>
        </w:rPr>
        <w:t>Say: Naboo supplies rerouted. Source: intercepted comm. Weight: three.</w:t>
      </w:r>
    </w:p>
    <w:p w14:paraId="215A4CC2" w14:textId="77777777" w:rsidR="00830533" w:rsidRPr="0032579A" w:rsidRDefault="00830533">
      <w:pPr>
        <w:rPr>
          <w:rFonts w:ascii="Times New Roman" w:hAnsi="Times New Roman" w:cs="Times New Roman"/>
        </w:rPr>
      </w:pPr>
    </w:p>
    <w:p w14:paraId="203F631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brought the pad to Verdan. He studied the entries in silence, thumb brushing cracked glass.</w:t>
      </w:r>
    </w:p>
    <w:p w14:paraId="3AC8BD60" w14:textId="77777777" w:rsidR="00830533" w:rsidRPr="0032579A" w:rsidRDefault="00830533">
      <w:pPr>
        <w:rPr>
          <w:rFonts w:ascii="Times New Roman" w:hAnsi="Times New Roman" w:cs="Times New Roman"/>
        </w:rPr>
      </w:pPr>
    </w:p>
    <w:p w14:paraId="4215CDD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bleed Naboo,” he said at last. “But that blood feeds their fleets.”</w:t>
      </w:r>
    </w:p>
    <w:p w14:paraId="59857868" w14:textId="77777777" w:rsidR="00830533" w:rsidRPr="0032579A" w:rsidRDefault="00830533">
      <w:pPr>
        <w:rPr>
          <w:rFonts w:ascii="Times New Roman" w:hAnsi="Times New Roman" w:cs="Times New Roman"/>
        </w:rPr>
      </w:pPr>
    </w:p>
    <w:p w14:paraId="09CEBF7F" w14:textId="69E31D7E" w:rsidR="00830533" w:rsidRPr="0032579A" w:rsidRDefault="00000000">
      <w:pPr>
        <w:rPr>
          <w:rFonts w:ascii="Times New Roman" w:hAnsi="Times New Roman" w:cs="Times New Roman"/>
        </w:rPr>
      </w:pPr>
      <w:r w:rsidRPr="0032579A">
        <w:rPr>
          <w:rFonts w:ascii="Times New Roman" w:hAnsi="Times New Roman" w:cs="Times New Roman"/>
          <w:color w:val="000000"/>
        </w:rPr>
        <w:t>Selora’s eyes sharpened. “Then we bleed them. And their blood feeds us.”</w:t>
      </w:r>
    </w:p>
    <w:p w14:paraId="441A2283" w14:textId="77777777" w:rsidR="00F43CBE" w:rsidRPr="0032579A" w:rsidRDefault="00F43CBE" w:rsidP="00F43CBE">
      <w:pPr>
        <w:rPr>
          <w:rFonts w:ascii="Times New Roman" w:hAnsi="Times New Roman" w:cs="Times New Roman"/>
        </w:rPr>
      </w:pPr>
    </w:p>
    <w:p w14:paraId="39AAD611" w14:textId="77777777" w:rsidR="00F43CBE" w:rsidRPr="0032579A" w:rsidRDefault="00F43CBE" w:rsidP="00F43CBE">
      <w:pPr>
        <w:spacing w:after="0"/>
        <w:jc w:val="center"/>
        <w:rPr>
          <w:rFonts w:ascii="Times New Roman" w:hAnsi="Times New Roman" w:cs="Times New Roman"/>
        </w:rPr>
      </w:pPr>
      <w:r w:rsidRPr="0032579A">
        <w:rPr>
          <w:rFonts w:ascii="Times New Roman" w:hAnsi="Times New Roman" w:cs="Times New Roman"/>
        </w:rPr>
        <w:t>***</w:t>
      </w:r>
    </w:p>
    <w:p w14:paraId="024B8425" w14:textId="77777777" w:rsidR="00830533" w:rsidRPr="0032579A" w:rsidRDefault="00830533">
      <w:pPr>
        <w:rPr>
          <w:rFonts w:ascii="Times New Roman" w:hAnsi="Times New Roman" w:cs="Times New Roman"/>
        </w:rPr>
      </w:pPr>
    </w:p>
    <w:p w14:paraId="26191FB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crouched in an asteroid field near Mandalore. Its lights dimmed. Engines hushed. Jagged rock shadow turned its scarred hull into drifting stone.</w:t>
      </w:r>
    </w:p>
    <w:p w14:paraId="2CE35427" w14:textId="77777777" w:rsidR="00830533" w:rsidRPr="0032579A" w:rsidRDefault="00830533">
      <w:pPr>
        <w:rPr>
          <w:rFonts w:ascii="Times New Roman" w:hAnsi="Times New Roman" w:cs="Times New Roman"/>
        </w:rPr>
      </w:pPr>
    </w:p>
    <w:p w14:paraId="2820396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Through patched scopes, watchers marked three fat freighters heavy with containers, two escorts flying arcs too lazy for real defense.</w:t>
      </w:r>
    </w:p>
    <w:p w14:paraId="77461693" w14:textId="77777777" w:rsidR="00830533" w:rsidRPr="0032579A" w:rsidRDefault="00830533">
      <w:pPr>
        <w:rPr>
          <w:rFonts w:ascii="Times New Roman" w:hAnsi="Times New Roman" w:cs="Times New Roman"/>
        </w:rPr>
      </w:pPr>
    </w:p>
    <w:p w14:paraId="40A56F36" w14:textId="43B5E9E8" w:rsidR="00F43CBE" w:rsidRDefault="00000000" w:rsidP="00F43CBE">
      <w:pPr>
        <w:rPr>
          <w:rFonts w:ascii="Times New Roman" w:hAnsi="Times New Roman" w:cs="Times New Roman"/>
        </w:rPr>
      </w:pPr>
      <w:r w:rsidRPr="0032579A">
        <w:rPr>
          <w:rFonts w:ascii="Times New Roman" w:hAnsi="Times New Roman" w:cs="Times New Roman"/>
          <w:color w:val="000000"/>
        </w:rPr>
        <w:t xml:space="preserve">Verdan’s jaw was iron. “Too large </w:t>
      </w:r>
      <w:r w:rsidR="00F43CBE">
        <w:rPr>
          <w:rFonts w:ascii="Times New Roman" w:hAnsi="Times New Roman" w:cs="Times New Roman"/>
          <w:color w:val="000000"/>
        </w:rPr>
        <w:t>for us to hold. We go in, take what we can carry and burn the rest</w:t>
      </w:r>
      <w:r w:rsidRPr="0032579A">
        <w:rPr>
          <w:rFonts w:ascii="Times New Roman" w:hAnsi="Times New Roman" w:cs="Times New Roman"/>
          <w:color w:val="000000"/>
        </w:rPr>
        <w:t>.”</w:t>
      </w:r>
    </w:p>
    <w:p w14:paraId="5D375093" w14:textId="77777777" w:rsidR="00F43CBE" w:rsidRPr="0032579A" w:rsidRDefault="00F43CBE" w:rsidP="00F43CBE">
      <w:pPr>
        <w:rPr>
          <w:rFonts w:ascii="Times New Roman" w:hAnsi="Times New Roman" w:cs="Times New Roman"/>
        </w:rPr>
      </w:pPr>
    </w:p>
    <w:p w14:paraId="25A846EE" w14:textId="77777777" w:rsidR="00F43CBE" w:rsidRPr="0032579A" w:rsidRDefault="00F43CBE" w:rsidP="00F43CBE">
      <w:pPr>
        <w:spacing w:after="0"/>
        <w:jc w:val="center"/>
        <w:rPr>
          <w:rFonts w:ascii="Times New Roman" w:hAnsi="Times New Roman" w:cs="Times New Roman"/>
        </w:rPr>
      </w:pPr>
      <w:r w:rsidRPr="0032579A">
        <w:rPr>
          <w:rFonts w:ascii="Times New Roman" w:hAnsi="Times New Roman" w:cs="Times New Roman"/>
        </w:rPr>
        <w:t>***</w:t>
      </w:r>
    </w:p>
    <w:p w14:paraId="03D20194" w14:textId="77777777" w:rsidR="00830533" w:rsidRPr="0032579A" w:rsidRDefault="00830533">
      <w:pPr>
        <w:rPr>
          <w:rFonts w:ascii="Times New Roman" w:hAnsi="Times New Roman" w:cs="Times New Roman"/>
        </w:rPr>
      </w:pPr>
    </w:p>
    <w:p w14:paraId="2A93409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hangar buzzed with motion. Fighters strapped down ammunition belts, checked blaster packs, strapped armor plates over patched tunics. Children too young to fight hauled crates of spare power cells. Buzzard pilots slapped each other’s shoulders, muttering grim jokes about whether their engines would hold together for one more run.</w:t>
      </w:r>
    </w:p>
    <w:p w14:paraId="6E20BE2F" w14:textId="77777777" w:rsidR="00830533" w:rsidRPr="0032579A" w:rsidRDefault="00830533">
      <w:pPr>
        <w:rPr>
          <w:rFonts w:ascii="Times New Roman" w:hAnsi="Times New Roman" w:cs="Times New Roman"/>
        </w:rPr>
      </w:pPr>
    </w:p>
    <w:p w14:paraId="792D042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stood before them, rifle slung, pistol heavy at his hip. His voice carried low but sharp.</w:t>
      </w:r>
    </w:p>
    <w:p w14:paraId="4F059919" w14:textId="77777777" w:rsidR="00830533" w:rsidRPr="0032579A" w:rsidRDefault="00830533">
      <w:pPr>
        <w:rPr>
          <w:rFonts w:ascii="Times New Roman" w:hAnsi="Times New Roman" w:cs="Times New Roman"/>
        </w:rPr>
      </w:pPr>
    </w:p>
    <w:p w14:paraId="24CF25D5" w14:textId="44CC33A0"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“We are not soldiers. We are not here for glory. We </w:t>
      </w:r>
      <w:r w:rsidR="00F43CBE">
        <w:rPr>
          <w:rFonts w:ascii="Times New Roman" w:hAnsi="Times New Roman" w:cs="Times New Roman"/>
          <w:color w:val="000000"/>
        </w:rPr>
        <w:t>get in</w:t>
      </w:r>
      <w:r w:rsidRPr="0032579A">
        <w:rPr>
          <w:rFonts w:ascii="Times New Roman" w:hAnsi="Times New Roman" w:cs="Times New Roman"/>
          <w:color w:val="000000"/>
        </w:rPr>
        <w:t xml:space="preserve"> fast. We strip</w:t>
      </w:r>
      <w:r w:rsidR="00F43CBE">
        <w:rPr>
          <w:rFonts w:ascii="Times New Roman" w:hAnsi="Times New Roman" w:cs="Times New Roman"/>
          <w:color w:val="000000"/>
        </w:rPr>
        <w:t xml:space="preserve"> what we can take and we get out</w:t>
      </w:r>
      <w:r w:rsidRPr="0032579A">
        <w:rPr>
          <w:rFonts w:ascii="Times New Roman" w:hAnsi="Times New Roman" w:cs="Times New Roman"/>
          <w:color w:val="000000"/>
        </w:rPr>
        <w:t xml:space="preserve"> faster. No wasted shots. No wasted blood. Bring back what feeds us. Leave nothing but </w:t>
      </w:r>
      <w:r w:rsidR="00977B06">
        <w:rPr>
          <w:rFonts w:ascii="Times New Roman" w:hAnsi="Times New Roman" w:cs="Times New Roman"/>
          <w:color w:val="000000"/>
        </w:rPr>
        <w:t xml:space="preserve">useless </w:t>
      </w:r>
      <w:r w:rsidRPr="0032579A">
        <w:rPr>
          <w:rFonts w:ascii="Times New Roman" w:hAnsi="Times New Roman" w:cs="Times New Roman"/>
          <w:color w:val="000000"/>
        </w:rPr>
        <w:t>bones.”</w:t>
      </w:r>
    </w:p>
    <w:p w14:paraId="39EB1660" w14:textId="77777777" w:rsidR="00830533" w:rsidRPr="0032579A" w:rsidRDefault="00830533">
      <w:pPr>
        <w:rPr>
          <w:rFonts w:ascii="Times New Roman" w:hAnsi="Times New Roman" w:cs="Times New Roman"/>
        </w:rPr>
      </w:pPr>
    </w:p>
    <w:p w14:paraId="0AC62AF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 one cheered. They didn’t need to.</w:t>
      </w:r>
    </w:p>
    <w:p w14:paraId="05410C77" w14:textId="77777777" w:rsidR="00FC161E" w:rsidRPr="0032579A" w:rsidRDefault="00FC161E" w:rsidP="00FC161E">
      <w:pPr>
        <w:rPr>
          <w:rFonts w:ascii="Times New Roman" w:hAnsi="Times New Roman" w:cs="Times New Roman"/>
        </w:rPr>
      </w:pPr>
    </w:p>
    <w:p w14:paraId="2B87E8C1" w14:textId="77777777" w:rsidR="00FC161E" w:rsidRPr="0032579A" w:rsidRDefault="00FC161E" w:rsidP="00FC161E">
      <w:pPr>
        <w:spacing w:after="0"/>
        <w:jc w:val="center"/>
        <w:rPr>
          <w:rFonts w:ascii="Times New Roman" w:hAnsi="Times New Roman" w:cs="Times New Roman"/>
        </w:rPr>
      </w:pPr>
      <w:r w:rsidRPr="0032579A">
        <w:rPr>
          <w:rFonts w:ascii="Times New Roman" w:hAnsi="Times New Roman" w:cs="Times New Roman"/>
        </w:rPr>
        <w:t>***</w:t>
      </w:r>
    </w:p>
    <w:p w14:paraId="2E268EAB" w14:textId="77777777" w:rsidR="00830533" w:rsidRPr="0032579A" w:rsidRDefault="00830533">
      <w:pPr>
        <w:rPr>
          <w:rFonts w:ascii="Times New Roman" w:hAnsi="Times New Roman" w:cs="Times New Roman"/>
        </w:rPr>
      </w:pPr>
    </w:p>
    <w:p w14:paraId="183C137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Buzzards went first.</w:t>
      </w:r>
    </w:p>
    <w:p w14:paraId="53C43BF6" w14:textId="77777777" w:rsidR="00830533" w:rsidRPr="0032579A" w:rsidRDefault="00830533">
      <w:pPr>
        <w:rPr>
          <w:rFonts w:ascii="Times New Roman" w:hAnsi="Times New Roman" w:cs="Times New Roman"/>
        </w:rPr>
      </w:pPr>
    </w:p>
    <w:p w14:paraId="2A3D23E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Their patched wings shrieked, engines coughing smoke. They darted across void, firing in quick bursts. Not to kill — to sting, to pull.</w:t>
      </w:r>
    </w:p>
    <w:p w14:paraId="069674F0" w14:textId="77777777" w:rsidR="00830533" w:rsidRPr="0032579A" w:rsidRDefault="00830533">
      <w:pPr>
        <w:rPr>
          <w:rFonts w:ascii="Times New Roman" w:hAnsi="Times New Roman" w:cs="Times New Roman"/>
        </w:rPr>
      </w:pPr>
    </w:p>
    <w:p w14:paraId="5510DA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escorts swung wide, shields flaring. Buzzards peeled away, looping back, gnats too quick to swat. One drew fire until the escort’s reactor cracked bright and spilled flame. The second broke formation to pursue. A Buzzard stitched bolts into its flank until it spun apart, venting fire and smoke.</w:t>
      </w:r>
    </w:p>
    <w:p w14:paraId="02A9AC5B" w14:textId="77777777" w:rsidR="00830533" w:rsidRPr="0032579A" w:rsidRDefault="00830533">
      <w:pPr>
        <w:rPr>
          <w:rFonts w:ascii="Times New Roman" w:hAnsi="Times New Roman" w:cs="Times New Roman"/>
        </w:rPr>
      </w:pPr>
    </w:p>
    <w:p w14:paraId="4245BE8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Both escorts died burning.</w:t>
      </w:r>
    </w:p>
    <w:p w14:paraId="08AB25FA" w14:textId="77777777" w:rsidR="00830533" w:rsidRPr="0032579A" w:rsidRDefault="00830533">
      <w:pPr>
        <w:rPr>
          <w:rFonts w:ascii="Times New Roman" w:hAnsi="Times New Roman" w:cs="Times New Roman"/>
        </w:rPr>
      </w:pPr>
    </w:p>
    <w:p w14:paraId="28DCA5A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Then the Corsair moved.</w:t>
      </w:r>
    </w:p>
    <w:p w14:paraId="33CB326F" w14:textId="77777777" w:rsidR="00830533" w:rsidRPr="0032579A" w:rsidRDefault="00830533">
      <w:pPr>
        <w:rPr>
          <w:rFonts w:ascii="Times New Roman" w:hAnsi="Times New Roman" w:cs="Times New Roman"/>
        </w:rPr>
      </w:pPr>
    </w:p>
    <w:p w14:paraId="155AAC7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 loomed from shadow, engines roaring, turrets booming. Heavy bolts slammed into the nearest freighter, shields collapsing in blue shivers. Another salvo gutted its comm array, leaving it mute. The second freighter shuddered under fire, engines crippled.</w:t>
      </w:r>
    </w:p>
    <w:p w14:paraId="5296E011" w14:textId="77777777" w:rsidR="00830533" w:rsidRPr="0032579A" w:rsidRDefault="00830533">
      <w:pPr>
        <w:rPr>
          <w:rFonts w:ascii="Times New Roman" w:hAnsi="Times New Roman" w:cs="Times New Roman"/>
        </w:rPr>
      </w:pPr>
    </w:p>
    <w:p w14:paraId="011EC4A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was iron. “Theta.”</w:t>
      </w:r>
    </w:p>
    <w:p w14:paraId="146B9B75" w14:textId="77777777" w:rsidR="00830533" w:rsidRPr="0032579A" w:rsidRDefault="00830533">
      <w:pPr>
        <w:rPr>
          <w:rFonts w:ascii="Times New Roman" w:hAnsi="Times New Roman" w:cs="Times New Roman"/>
        </w:rPr>
      </w:pPr>
    </w:p>
    <w:p w14:paraId="7F3787FB" w14:textId="256AA2D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w:t>
      </w:r>
      <w:r w:rsidR="00FC161E">
        <w:rPr>
          <w:rFonts w:ascii="Times New Roman" w:hAnsi="Times New Roman" w:cs="Times New Roman"/>
          <w:color w:val="000000"/>
        </w:rPr>
        <w:t>shuttle</w:t>
      </w:r>
      <w:r w:rsidRPr="0032579A">
        <w:rPr>
          <w:rFonts w:ascii="Times New Roman" w:hAnsi="Times New Roman" w:cs="Times New Roman"/>
          <w:color w:val="000000"/>
        </w:rPr>
        <w:t xml:space="preserve"> </w:t>
      </w:r>
      <w:r w:rsidR="00FC161E">
        <w:rPr>
          <w:rFonts w:ascii="Times New Roman" w:hAnsi="Times New Roman" w:cs="Times New Roman"/>
          <w:color w:val="000000"/>
        </w:rPr>
        <w:t>lifted</w:t>
      </w:r>
      <w:r w:rsidRPr="0032579A">
        <w:rPr>
          <w:rFonts w:ascii="Times New Roman" w:hAnsi="Times New Roman" w:cs="Times New Roman"/>
          <w:color w:val="000000"/>
        </w:rPr>
        <w:t xml:space="preserve"> from the Corsair’s </w:t>
      </w:r>
      <w:r w:rsidR="00FC161E">
        <w:rPr>
          <w:rFonts w:ascii="Times New Roman" w:hAnsi="Times New Roman" w:cs="Times New Roman"/>
          <w:color w:val="000000"/>
        </w:rPr>
        <w:t>hangar</w:t>
      </w:r>
      <w:r w:rsidRPr="0032579A">
        <w:rPr>
          <w:rFonts w:ascii="Times New Roman" w:hAnsi="Times New Roman" w:cs="Times New Roman"/>
          <w:color w:val="000000"/>
        </w:rPr>
        <w:t>. Engines howled as it clawed toward the lead freighter. Raiders packed inside, rifles clutched, boots braced, eyes steady.</w:t>
      </w:r>
    </w:p>
    <w:p w14:paraId="1068A188" w14:textId="77777777" w:rsidR="00830533" w:rsidRPr="0032579A" w:rsidRDefault="00830533">
      <w:pPr>
        <w:rPr>
          <w:rFonts w:ascii="Times New Roman" w:hAnsi="Times New Roman" w:cs="Times New Roman"/>
        </w:rPr>
      </w:pPr>
    </w:p>
    <w:p w14:paraId="1909AB83" w14:textId="2C2923E1" w:rsidR="00830533" w:rsidRPr="0032579A" w:rsidRDefault="00000000">
      <w:pPr>
        <w:rPr>
          <w:rFonts w:ascii="Times New Roman" w:hAnsi="Times New Roman" w:cs="Times New Roman"/>
        </w:rPr>
      </w:pPr>
      <w:r w:rsidRPr="0032579A">
        <w:rPr>
          <w:rFonts w:ascii="Times New Roman" w:hAnsi="Times New Roman" w:cs="Times New Roman"/>
          <w:color w:val="000000"/>
        </w:rPr>
        <w:t>Selora’s voice filled the comms: “Range first. Knives only if forced. Strip</w:t>
      </w:r>
      <w:r w:rsidR="003E44A1">
        <w:rPr>
          <w:rFonts w:ascii="Times New Roman" w:hAnsi="Times New Roman" w:cs="Times New Roman"/>
          <w:color w:val="000000"/>
        </w:rPr>
        <w:t xml:space="preserve"> it</w:t>
      </w:r>
      <w:r w:rsidRPr="0032579A">
        <w:rPr>
          <w:rFonts w:ascii="Times New Roman" w:hAnsi="Times New Roman" w:cs="Times New Roman"/>
          <w:color w:val="000000"/>
        </w:rPr>
        <w:t xml:space="preserve"> fast.”</w:t>
      </w:r>
    </w:p>
    <w:p w14:paraId="2305708C" w14:textId="77777777" w:rsidR="00830533" w:rsidRPr="0032579A" w:rsidRDefault="00830533">
      <w:pPr>
        <w:rPr>
          <w:rFonts w:ascii="Times New Roman" w:hAnsi="Times New Roman" w:cs="Times New Roman"/>
        </w:rPr>
      </w:pPr>
    </w:p>
    <w:p w14:paraId="22BB67E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Theta slammed against the hatch. Mag-locks clamped. Torches screamed. Steel gave.</w:t>
      </w:r>
    </w:p>
    <w:p w14:paraId="415246C7" w14:textId="77777777" w:rsidR="003E44A1" w:rsidRPr="0032579A" w:rsidRDefault="003E44A1" w:rsidP="003E44A1">
      <w:pPr>
        <w:rPr>
          <w:rFonts w:ascii="Times New Roman" w:hAnsi="Times New Roman" w:cs="Times New Roman"/>
        </w:rPr>
      </w:pPr>
    </w:p>
    <w:p w14:paraId="0C722A8B" w14:textId="77777777" w:rsidR="003E44A1" w:rsidRPr="0032579A" w:rsidRDefault="003E44A1" w:rsidP="003E44A1">
      <w:pPr>
        <w:spacing w:after="0"/>
        <w:jc w:val="center"/>
        <w:rPr>
          <w:rFonts w:ascii="Times New Roman" w:hAnsi="Times New Roman" w:cs="Times New Roman"/>
        </w:rPr>
      </w:pPr>
      <w:r w:rsidRPr="0032579A">
        <w:rPr>
          <w:rFonts w:ascii="Times New Roman" w:hAnsi="Times New Roman" w:cs="Times New Roman"/>
        </w:rPr>
        <w:t>***</w:t>
      </w:r>
    </w:p>
    <w:p w14:paraId="54935D3C" w14:textId="77777777" w:rsidR="00830533" w:rsidRPr="0032579A" w:rsidRDefault="00830533">
      <w:pPr>
        <w:rPr>
          <w:rFonts w:ascii="Times New Roman" w:hAnsi="Times New Roman" w:cs="Times New Roman"/>
        </w:rPr>
      </w:pPr>
    </w:p>
    <w:p w14:paraId="346C9C2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went first.</w:t>
      </w:r>
    </w:p>
    <w:p w14:paraId="45AEE6A5" w14:textId="77777777" w:rsidR="00830533" w:rsidRPr="0032579A" w:rsidRDefault="00830533">
      <w:pPr>
        <w:rPr>
          <w:rFonts w:ascii="Times New Roman" w:hAnsi="Times New Roman" w:cs="Times New Roman"/>
        </w:rPr>
      </w:pPr>
    </w:p>
    <w:p w14:paraId="61D3326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Blaster fire filled the corridor — ranks of B1 battle droids, rifles jerking in clumsy volleys. Their fire was wild, but numbers pressed heavy. Bolts sparked from bulkheads. A raider fell screaming. Another dragged him back.</w:t>
      </w:r>
    </w:p>
    <w:p w14:paraId="7E41EA9D" w14:textId="77777777" w:rsidR="00830533" w:rsidRPr="0032579A" w:rsidRDefault="00830533">
      <w:pPr>
        <w:rPr>
          <w:rFonts w:ascii="Times New Roman" w:hAnsi="Times New Roman" w:cs="Times New Roman"/>
        </w:rPr>
      </w:pPr>
    </w:p>
    <w:p w14:paraId="41D28EA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“Push!” Verdan barked.</w:t>
      </w:r>
    </w:p>
    <w:p w14:paraId="45B6B198" w14:textId="77777777" w:rsidR="00830533" w:rsidRPr="0032579A" w:rsidRDefault="00830533">
      <w:pPr>
        <w:rPr>
          <w:rFonts w:ascii="Times New Roman" w:hAnsi="Times New Roman" w:cs="Times New Roman"/>
        </w:rPr>
      </w:pPr>
    </w:p>
    <w:p w14:paraId="0CC7FEC5" w14:textId="1ACD940B" w:rsidR="00830533" w:rsidRPr="0032579A" w:rsidRDefault="003E44A1">
      <w:pPr>
        <w:rPr>
          <w:rFonts w:ascii="Times New Roman" w:hAnsi="Times New Roman" w:cs="Times New Roman"/>
        </w:rPr>
      </w:pPr>
      <w:r>
        <w:rPr>
          <w:rFonts w:ascii="Times New Roman" w:hAnsi="Times New Roman" w:cs="Times New Roman"/>
          <w:color w:val="000000"/>
        </w:rPr>
        <w:t>The newly named Wolves</w:t>
      </w:r>
      <w:r w:rsidR="00000000" w:rsidRPr="0032579A">
        <w:rPr>
          <w:rFonts w:ascii="Times New Roman" w:hAnsi="Times New Roman" w:cs="Times New Roman"/>
          <w:color w:val="000000"/>
        </w:rPr>
        <w:t xml:space="preserve"> surged</w:t>
      </w:r>
      <w:r>
        <w:rPr>
          <w:rFonts w:ascii="Times New Roman" w:hAnsi="Times New Roman" w:cs="Times New Roman"/>
          <w:color w:val="000000"/>
        </w:rPr>
        <w:t xml:space="preserve"> forward.</w:t>
      </w:r>
      <w:r w:rsidR="00000000" w:rsidRPr="0032579A">
        <w:rPr>
          <w:rFonts w:ascii="Times New Roman" w:hAnsi="Times New Roman" w:cs="Times New Roman"/>
          <w:color w:val="000000"/>
        </w:rPr>
        <w:t xml:space="preserve"> Pistols cracked in rhythm</w:t>
      </w:r>
      <w:r>
        <w:rPr>
          <w:rFonts w:ascii="Times New Roman" w:hAnsi="Times New Roman" w:cs="Times New Roman"/>
          <w:color w:val="000000"/>
        </w:rPr>
        <w:t xml:space="preserve"> while</w:t>
      </w:r>
      <w:r w:rsidR="00000000" w:rsidRPr="0032579A">
        <w:rPr>
          <w:rFonts w:ascii="Times New Roman" w:hAnsi="Times New Roman" w:cs="Times New Roman"/>
          <w:color w:val="000000"/>
        </w:rPr>
        <w:t xml:space="preserve"> rifles spat fire. Droids toppled in </w:t>
      </w:r>
      <w:r w:rsidR="00186BF9" w:rsidRPr="0032579A">
        <w:rPr>
          <w:rFonts w:ascii="Times New Roman" w:hAnsi="Times New Roman" w:cs="Times New Roman"/>
          <w:color w:val="000000"/>
        </w:rPr>
        <w:t>heaps with</w:t>
      </w:r>
      <w:r w:rsidR="0002684A">
        <w:rPr>
          <w:rFonts w:ascii="Times New Roman" w:hAnsi="Times New Roman" w:cs="Times New Roman"/>
          <w:color w:val="000000"/>
        </w:rPr>
        <w:t xml:space="preserve"> their </w:t>
      </w:r>
      <w:r w:rsidR="00000000" w:rsidRPr="0032579A">
        <w:rPr>
          <w:rFonts w:ascii="Times New Roman" w:hAnsi="Times New Roman" w:cs="Times New Roman"/>
          <w:color w:val="000000"/>
        </w:rPr>
        <w:t>brittle frames scattering. Still they pressed, ranks jerking forward, rifles spitting.</w:t>
      </w:r>
    </w:p>
    <w:p w14:paraId="6F858A47" w14:textId="77777777" w:rsidR="00830533" w:rsidRPr="0032579A" w:rsidRDefault="00830533">
      <w:pPr>
        <w:rPr>
          <w:rFonts w:ascii="Times New Roman" w:hAnsi="Times New Roman" w:cs="Times New Roman"/>
        </w:rPr>
      </w:pPr>
    </w:p>
    <w:p w14:paraId="7116C74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charged too far, his pistol clicking empty. A bolt seared his shoulder, spinning him down. He would have fallen under steel feet if Verdan’s blade hadn’t cut the droid apart. Darran’s eyes burned as Verdan hauled him back.</w:t>
      </w:r>
    </w:p>
    <w:p w14:paraId="11E7771D" w14:textId="77777777" w:rsidR="00830533" w:rsidRPr="0032579A" w:rsidRDefault="00830533">
      <w:pPr>
        <w:rPr>
          <w:rFonts w:ascii="Times New Roman" w:hAnsi="Times New Roman" w:cs="Times New Roman"/>
        </w:rPr>
      </w:pPr>
    </w:p>
    <w:p w14:paraId="77D14D4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the bridge, the Neimoidian captain stood pale, robes stained with sweat. His voice cracked: “Hold them! Hold them, you clankers!”</w:t>
      </w:r>
    </w:p>
    <w:p w14:paraId="338F84E6" w14:textId="77777777" w:rsidR="00830533" w:rsidRPr="0032579A" w:rsidRDefault="00830533">
      <w:pPr>
        <w:rPr>
          <w:rFonts w:ascii="Times New Roman" w:hAnsi="Times New Roman" w:cs="Times New Roman"/>
        </w:rPr>
      </w:pPr>
    </w:p>
    <w:p w14:paraId="23EA443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bolt scorched the console beside him. He stumbled back, tripping over sparking limbs. His eyes darted, wide with terror.</w:t>
      </w:r>
    </w:p>
    <w:p w14:paraId="6D47076E" w14:textId="77777777" w:rsidR="00830533" w:rsidRPr="0032579A" w:rsidRDefault="00830533">
      <w:pPr>
        <w:rPr>
          <w:rFonts w:ascii="Times New Roman" w:hAnsi="Times New Roman" w:cs="Times New Roman"/>
        </w:rPr>
      </w:pPr>
    </w:p>
    <w:p w14:paraId="58F4FBE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cut the last droid down. Silence fell, broken only by smoke hissing from severed wires.</w:t>
      </w:r>
    </w:p>
    <w:p w14:paraId="618F2CD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Selora pushed past the wreckage. Her hands flew over the nav console, datapad linked in seconds.</w:t>
      </w:r>
    </w:p>
    <w:p w14:paraId="4CB8124A" w14:textId="77777777" w:rsidR="00830533" w:rsidRPr="0032579A" w:rsidRDefault="00830533">
      <w:pPr>
        <w:rPr>
          <w:rFonts w:ascii="Times New Roman" w:hAnsi="Times New Roman" w:cs="Times New Roman"/>
        </w:rPr>
      </w:pPr>
    </w:p>
    <w:p w14:paraId="4CA2871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“Cargo feeds us for weeks,” she muttered. “Routes feed us forever.”</w:t>
      </w:r>
    </w:p>
    <w:p w14:paraId="1225278B" w14:textId="77777777" w:rsidR="00830533" w:rsidRPr="0032579A" w:rsidRDefault="00830533">
      <w:pPr>
        <w:rPr>
          <w:rFonts w:ascii="Times New Roman" w:hAnsi="Times New Roman" w:cs="Times New Roman"/>
        </w:rPr>
      </w:pPr>
    </w:p>
    <w:p w14:paraId="366ABD1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Neimoidian script streamed down the screens: convoy schedules, orbital depots, staging posts carved across the Mid Rim. Naboo’s stolen grain rerouted. Patrol cadences precise to the hour.</w:t>
      </w:r>
    </w:p>
    <w:p w14:paraId="37E4DAAC" w14:textId="77777777" w:rsidR="00830533" w:rsidRPr="0032579A" w:rsidRDefault="00830533">
      <w:pPr>
        <w:rPr>
          <w:rFonts w:ascii="Times New Roman" w:hAnsi="Times New Roman" w:cs="Times New Roman"/>
        </w:rPr>
      </w:pPr>
    </w:p>
    <w:p w14:paraId="61A5BE9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breath caught. A map of prey.</w:t>
      </w:r>
    </w:p>
    <w:p w14:paraId="2E8E8DD7" w14:textId="77777777" w:rsidR="00830533" w:rsidRPr="0032579A" w:rsidRDefault="00830533">
      <w:pPr>
        <w:rPr>
          <w:rFonts w:ascii="Times New Roman" w:hAnsi="Times New Roman" w:cs="Times New Roman"/>
        </w:rPr>
      </w:pPr>
    </w:p>
    <w:p w14:paraId="2DE42DC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Alarms blared. Systems screamed intrusion. Droids stirred further down the corridors. Sparks rained as panels overloaded. Selora ignored it all. Her hands moved fast, copying to datapad, spare drives, even scratching notes onto alloy scraps.</w:t>
      </w:r>
    </w:p>
    <w:p w14:paraId="25BDC9E5" w14:textId="77777777" w:rsidR="00830533" w:rsidRPr="0032579A" w:rsidRDefault="00830533">
      <w:pPr>
        <w:rPr>
          <w:rFonts w:ascii="Times New Roman" w:hAnsi="Times New Roman" w:cs="Times New Roman"/>
        </w:rPr>
      </w:pPr>
    </w:p>
    <w:p w14:paraId="7CF7276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Neimoidian captain stammered, words spilling desperate. “Take cargo — leave ship — I will—”</w:t>
      </w:r>
    </w:p>
    <w:p w14:paraId="30AFE374" w14:textId="77777777" w:rsidR="00830533" w:rsidRPr="0032579A" w:rsidRDefault="00830533">
      <w:pPr>
        <w:rPr>
          <w:rFonts w:ascii="Times New Roman" w:hAnsi="Times New Roman" w:cs="Times New Roman"/>
        </w:rPr>
      </w:pPr>
    </w:p>
    <w:p w14:paraId="66B599C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gaze dismissed him. “You’ve already fed us.”</w:t>
      </w:r>
    </w:p>
    <w:p w14:paraId="5FDA444F" w14:textId="77777777" w:rsidR="00830533" w:rsidRPr="0032579A" w:rsidRDefault="00830533">
      <w:pPr>
        <w:rPr>
          <w:rFonts w:ascii="Times New Roman" w:hAnsi="Times New Roman" w:cs="Times New Roman"/>
        </w:rPr>
      </w:pPr>
    </w:p>
    <w:p w14:paraId="537B67AF" w14:textId="48A07C7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t>
      </w:r>
      <w:r w:rsidR="00186BF9">
        <w:rPr>
          <w:rFonts w:ascii="Times New Roman" w:hAnsi="Times New Roman" w:cs="Times New Roman"/>
          <w:color w:val="000000"/>
        </w:rPr>
        <w:t>spoke with a hint of pride.</w:t>
      </w:r>
      <w:r w:rsidRPr="0032579A">
        <w:rPr>
          <w:rFonts w:ascii="Times New Roman" w:hAnsi="Times New Roman" w:cs="Times New Roman"/>
          <w:color w:val="000000"/>
        </w:rPr>
        <w:t xml:space="preserve"> </w:t>
      </w:r>
      <w:r w:rsidR="00186BF9">
        <w:rPr>
          <w:rFonts w:ascii="Times New Roman" w:hAnsi="Times New Roman" w:cs="Times New Roman"/>
          <w:color w:val="000000"/>
        </w:rPr>
        <w:t>“</w:t>
      </w:r>
      <w:r w:rsidRPr="0032579A">
        <w:rPr>
          <w:rFonts w:ascii="Times New Roman" w:hAnsi="Times New Roman" w:cs="Times New Roman"/>
          <w:color w:val="000000"/>
        </w:rPr>
        <w:t>Convoy routes, depots, schedules — secured.</w:t>
      </w:r>
      <w:r w:rsidR="00186BF9">
        <w:rPr>
          <w:rFonts w:ascii="Times New Roman" w:hAnsi="Times New Roman" w:cs="Times New Roman"/>
          <w:color w:val="000000"/>
        </w:rPr>
        <w:t>”</w:t>
      </w:r>
    </w:p>
    <w:p w14:paraId="4FD4E07D" w14:textId="77777777" w:rsidR="00186BF9" w:rsidRPr="0032579A" w:rsidRDefault="00186BF9" w:rsidP="00186BF9">
      <w:pPr>
        <w:rPr>
          <w:rFonts w:ascii="Times New Roman" w:hAnsi="Times New Roman" w:cs="Times New Roman"/>
        </w:rPr>
      </w:pPr>
    </w:p>
    <w:p w14:paraId="34B4F8C6" w14:textId="77777777" w:rsidR="00186BF9" w:rsidRPr="0032579A" w:rsidRDefault="00186BF9" w:rsidP="00186BF9">
      <w:pPr>
        <w:spacing w:after="0"/>
        <w:jc w:val="center"/>
        <w:rPr>
          <w:rFonts w:ascii="Times New Roman" w:hAnsi="Times New Roman" w:cs="Times New Roman"/>
        </w:rPr>
      </w:pPr>
      <w:r w:rsidRPr="0032579A">
        <w:rPr>
          <w:rFonts w:ascii="Times New Roman" w:hAnsi="Times New Roman" w:cs="Times New Roman"/>
        </w:rPr>
        <w:t>***</w:t>
      </w:r>
    </w:p>
    <w:p w14:paraId="3E652AD0" w14:textId="77777777" w:rsidR="00830533" w:rsidRPr="0032579A" w:rsidRDefault="00830533">
      <w:pPr>
        <w:rPr>
          <w:rFonts w:ascii="Times New Roman" w:hAnsi="Times New Roman" w:cs="Times New Roman"/>
        </w:rPr>
      </w:pPr>
    </w:p>
    <w:p w14:paraId="4A283EDC" w14:textId="2D477A3C"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Supplies came first — crates of Naboo grain, medical cylinders, power cells — ferried in nets. Children </w:t>
      </w:r>
      <w:r w:rsidR="00186BF9">
        <w:rPr>
          <w:rFonts w:ascii="Times New Roman" w:hAnsi="Times New Roman" w:cs="Times New Roman"/>
          <w:color w:val="000000"/>
        </w:rPr>
        <w:t>helped to carry supplies</w:t>
      </w:r>
      <w:r w:rsidRPr="0032579A">
        <w:rPr>
          <w:rFonts w:ascii="Times New Roman" w:hAnsi="Times New Roman" w:cs="Times New Roman"/>
          <w:color w:val="000000"/>
        </w:rPr>
        <w:t xml:space="preserve"> beside fighters, sweat streaking their faces.</w:t>
      </w:r>
    </w:p>
    <w:p w14:paraId="05005AD6" w14:textId="77777777" w:rsidR="00830533" w:rsidRPr="0032579A" w:rsidRDefault="00830533">
      <w:pPr>
        <w:rPr>
          <w:rFonts w:ascii="Times New Roman" w:hAnsi="Times New Roman" w:cs="Times New Roman"/>
        </w:rPr>
      </w:pPr>
    </w:p>
    <w:p w14:paraId="79A9803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Then Selora’s drives, clutched close.</w:t>
      </w:r>
    </w:p>
    <w:p w14:paraId="76A8617E" w14:textId="77777777" w:rsidR="00830533" w:rsidRPr="0032579A" w:rsidRDefault="00830533">
      <w:pPr>
        <w:rPr>
          <w:rFonts w:ascii="Times New Roman" w:hAnsi="Times New Roman" w:cs="Times New Roman"/>
        </w:rPr>
      </w:pPr>
    </w:p>
    <w:p w14:paraId="34B122D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the last load was secured, Verdan gave the word. “Burn it.”</w:t>
      </w:r>
    </w:p>
    <w:p w14:paraId="0A93A7D9" w14:textId="77777777" w:rsidR="00830533" w:rsidRPr="0032579A" w:rsidRDefault="00830533">
      <w:pPr>
        <w:rPr>
          <w:rFonts w:ascii="Times New Roman" w:hAnsi="Times New Roman" w:cs="Times New Roman"/>
        </w:rPr>
      </w:pPr>
    </w:p>
    <w:p w14:paraId="5D9AD359" w14:textId="48A60903"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Charges </w:t>
      </w:r>
      <w:r w:rsidR="00186BF9">
        <w:rPr>
          <w:rFonts w:ascii="Times New Roman" w:hAnsi="Times New Roman" w:cs="Times New Roman"/>
          <w:color w:val="000000"/>
        </w:rPr>
        <w:t xml:space="preserve">were </w:t>
      </w:r>
      <w:r w:rsidRPr="0032579A">
        <w:rPr>
          <w:rFonts w:ascii="Times New Roman" w:hAnsi="Times New Roman" w:cs="Times New Roman"/>
          <w:color w:val="000000"/>
        </w:rPr>
        <w:t>planted</w:t>
      </w:r>
      <w:r w:rsidR="00186BF9">
        <w:rPr>
          <w:rFonts w:ascii="Times New Roman" w:hAnsi="Times New Roman" w:cs="Times New Roman"/>
          <w:color w:val="000000"/>
        </w:rPr>
        <w:t xml:space="preserve"> as the Wolves</w:t>
      </w:r>
      <w:r w:rsidRPr="0032579A">
        <w:rPr>
          <w:rFonts w:ascii="Times New Roman" w:hAnsi="Times New Roman" w:cs="Times New Roman"/>
          <w:color w:val="000000"/>
        </w:rPr>
        <w:t xml:space="preserve"> fell back</w:t>
      </w:r>
      <w:r w:rsidR="00186BF9">
        <w:rPr>
          <w:rFonts w:ascii="Times New Roman" w:hAnsi="Times New Roman" w:cs="Times New Roman"/>
          <w:color w:val="000000"/>
        </w:rPr>
        <w:t>. Then the</w:t>
      </w:r>
      <w:r w:rsidRPr="0032579A">
        <w:rPr>
          <w:rFonts w:ascii="Times New Roman" w:hAnsi="Times New Roman" w:cs="Times New Roman"/>
          <w:color w:val="000000"/>
        </w:rPr>
        <w:t xml:space="preserve"> Theta tore free.</w:t>
      </w:r>
    </w:p>
    <w:p w14:paraId="17AADAEC" w14:textId="77777777" w:rsidR="00830533" w:rsidRPr="0032579A" w:rsidRDefault="00830533">
      <w:pPr>
        <w:rPr>
          <w:rFonts w:ascii="Times New Roman" w:hAnsi="Times New Roman" w:cs="Times New Roman"/>
        </w:rPr>
      </w:pPr>
    </w:p>
    <w:p w14:paraId="109D3E31" w14:textId="66425DDD" w:rsidR="00830533" w:rsidRPr="0032579A" w:rsidRDefault="00000000">
      <w:pPr>
        <w:rPr>
          <w:rFonts w:ascii="Times New Roman" w:hAnsi="Times New Roman" w:cs="Times New Roman"/>
        </w:rPr>
      </w:pPr>
      <w:r w:rsidRPr="0032579A">
        <w:rPr>
          <w:rFonts w:ascii="Times New Roman" w:hAnsi="Times New Roman" w:cs="Times New Roman"/>
          <w:color w:val="000000"/>
        </w:rPr>
        <w:t>From the Corsair’s bridge they watched the freighters die. Engines vented, hulls cracked</w:t>
      </w:r>
      <w:r w:rsidR="00AF3188">
        <w:rPr>
          <w:rFonts w:ascii="Times New Roman" w:hAnsi="Times New Roman" w:cs="Times New Roman"/>
          <w:color w:val="000000"/>
        </w:rPr>
        <w:t xml:space="preserve"> open</w:t>
      </w:r>
      <w:r w:rsidRPr="0032579A">
        <w:rPr>
          <w:rFonts w:ascii="Times New Roman" w:hAnsi="Times New Roman" w:cs="Times New Roman"/>
          <w:color w:val="000000"/>
        </w:rPr>
        <w:t>, containers burst</w:t>
      </w:r>
      <w:r w:rsidR="00AF3188">
        <w:rPr>
          <w:rFonts w:ascii="Times New Roman" w:hAnsi="Times New Roman" w:cs="Times New Roman"/>
          <w:color w:val="000000"/>
        </w:rPr>
        <w:t>ing apart</w:t>
      </w:r>
      <w:r w:rsidRPr="0032579A">
        <w:rPr>
          <w:rFonts w:ascii="Times New Roman" w:hAnsi="Times New Roman" w:cs="Times New Roman"/>
          <w:color w:val="000000"/>
        </w:rPr>
        <w:t>. Droids drifted stiff. The Neimoidian captain never left his post. His scream cut short as fire consumed him.</w:t>
      </w:r>
    </w:p>
    <w:p w14:paraId="7B67A8F3" w14:textId="77777777" w:rsidR="00830533" w:rsidRPr="0032579A" w:rsidRDefault="00830533">
      <w:pPr>
        <w:rPr>
          <w:rFonts w:ascii="Times New Roman" w:hAnsi="Times New Roman" w:cs="Times New Roman"/>
        </w:rPr>
      </w:pPr>
    </w:p>
    <w:p w14:paraId="52C9799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Wreckage spun. Bones adrift in the dark.</w:t>
      </w:r>
    </w:p>
    <w:p w14:paraId="635B2FE5" w14:textId="77777777" w:rsidR="00B36840" w:rsidRPr="0032579A" w:rsidRDefault="00B36840" w:rsidP="00B36840">
      <w:pPr>
        <w:rPr>
          <w:rFonts w:ascii="Times New Roman" w:hAnsi="Times New Roman" w:cs="Times New Roman"/>
        </w:rPr>
      </w:pPr>
    </w:p>
    <w:p w14:paraId="3C495602" w14:textId="77777777" w:rsidR="00B36840" w:rsidRPr="0032579A" w:rsidRDefault="00B36840" w:rsidP="00B36840">
      <w:pPr>
        <w:spacing w:after="0"/>
        <w:jc w:val="center"/>
        <w:rPr>
          <w:rFonts w:ascii="Times New Roman" w:hAnsi="Times New Roman" w:cs="Times New Roman"/>
        </w:rPr>
      </w:pPr>
      <w:r w:rsidRPr="0032579A">
        <w:rPr>
          <w:rFonts w:ascii="Times New Roman" w:hAnsi="Times New Roman" w:cs="Times New Roman"/>
        </w:rPr>
        <w:t>***</w:t>
      </w:r>
    </w:p>
    <w:p w14:paraId="67BBC7B9" w14:textId="77777777" w:rsidR="00830533" w:rsidRPr="0032579A" w:rsidRDefault="00830533">
      <w:pPr>
        <w:rPr>
          <w:rFonts w:ascii="Times New Roman" w:hAnsi="Times New Roman" w:cs="Times New Roman"/>
        </w:rPr>
      </w:pPr>
    </w:p>
    <w:p w14:paraId="29E9FAB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slid deeper into shadow. Scarred. Alive.</w:t>
      </w:r>
    </w:p>
    <w:p w14:paraId="10453281" w14:textId="77777777" w:rsidR="00830533" w:rsidRPr="0032579A" w:rsidRDefault="00830533">
      <w:pPr>
        <w:rPr>
          <w:rFonts w:ascii="Times New Roman" w:hAnsi="Times New Roman" w:cs="Times New Roman"/>
        </w:rPr>
      </w:pPr>
    </w:p>
    <w:p w14:paraId="49AF2C6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the hangar, crates clattered onto deck. Children touched Naboo grain with awe, as if treasure had fallen from stars. Wounded drank from medical cylinders, groaning as pain eased. Fighters laughed thinly, relief sharp as knives.</w:t>
      </w:r>
    </w:p>
    <w:p w14:paraId="6047EF7E" w14:textId="77777777" w:rsidR="00830533" w:rsidRPr="0032579A" w:rsidRDefault="00830533">
      <w:pPr>
        <w:rPr>
          <w:rFonts w:ascii="Times New Roman" w:hAnsi="Times New Roman" w:cs="Times New Roman"/>
        </w:rPr>
      </w:pPr>
    </w:p>
    <w:p w14:paraId="42BBA0D2" w14:textId="447F840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read her </w:t>
      </w:r>
      <w:r w:rsidR="00B36840">
        <w:rPr>
          <w:rFonts w:ascii="Times New Roman" w:hAnsi="Times New Roman" w:cs="Times New Roman"/>
          <w:color w:val="000000"/>
        </w:rPr>
        <w:t xml:space="preserve">data entry </w:t>
      </w:r>
      <w:r w:rsidRPr="0032579A">
        <w:rPr>
          <w:rFonts w:ascii="Times New Roman" w:hAnsi="Times New Roman" w:cs="Times New Roman"/>
          <w:color w:val="000000"/>
        </w:rPr>
        <w:t>aloud:</w:t>
      </w:r>
    </w:p>
    <w:p w14:paraId="33156F48" w14:textId="77777777" w:rsidR="00830533" w:rsidRPr="0032579A" w:rsidRDefault="00830533">
      <w:pPr>
        <w:rPr>
          <w:rFonts w:ascii="Times New Roman" w:hAnsi="Times New Roman" w:cs="Times New Roman"/>
        </w:rPr>
      </w:pPr>
    </w:p>
    <w:p w14:paraId="585AF293" w14:textId="121AA84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“Recovered: food crates one-one-seven. Medical cylinders four-three. Power cells one-nine. Casualties: three dead, five wounded. Net gain: twelve weeks rations. Six weeks medicine. </w:t>
      </w:r>
      <w:r w:rsidR="00B36840">
        <w:rPr>
          <w:rFonts w:ascii="Times New Roman" w:hAnsi="Times New Roman" w:cs="Times New Roman"/>
          <w:color w:val="000000"/>
        </w:rPr>
        <w:t>Critical d</w:t>
      </w:r>
      <w:r w:rsidRPr="0032579A">
        <w:rPr>
          <w:rFonts w:ascii="Times New Roman" w:hAnsi="Times New Roman" w:cs="Times New Roman"/>
          <w:color w:val="000000"/>
        </w:rPr>
        <w:t>ata seized.”</w:t>
      </w:r>
    </w:p>
    <w:p w14:paraId="3418CDF1" w14:textId="77777777" w:rsidR="00830533" w:rsidRPr="0032579A" w:rsidRDefault="00830533">
      <w:pPr>
        <w:rPr>
          <w:rFonts w:ascii="Times New Roman" w:hAnsi="Times New Roman" w:cs="Times New Roman"/>
        </w:rPr>
      </w:pPr>
    </w:p>
    <w:p w14:paraId="36A1568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closed the pad.</w:t>
      </w:r>
    </w:p>
    <w:p w14:paraId="6681CA9E" w14:textId="77777777" w:rsidR="00830533" w:rsidRPr="0032579A" w:rsidRDefault="00830533">
      <w:pPr>
        <w:rPr>
          <w:rFonts w:ascii="Times New Roman" w:hAnsi="Times New Roman" w:cs="Times New Roman"/>
        </w:rPr>
      </w:pPr>
    </w:p>
    <w:p w14:paraId="1C46EB1D" w14:textId="51420254" w:rsidR="00830533" w:rsidRPr="0032579A" w:rsidRDefault="00000000">
      <w:pPr>
        <w:rPr>
          <w:rFonts w:ascii="Times New Roman" w:hAnsi="Times New Roman" w:cs="Times New Roman"/>
        </w:rPr>
      </w:pPr>
      <w:r w:rsidRPr="0032579A">
        <w:rPr>
          <w:rFonts w:ascii="Times New Roman" w:hAnsi="Times New Roman" w:cs="Times New Roman"/>
          <w:color w:val="000000"/>
        </w:rPr>
        <w:t>Darran grinned through blood. “First hunt in the sky</w:t>
      </w:r>
      <w:r w:rsidR="00B36840">
        <w:rPr>
          <w:rFonts w:ascii="Times New Roman" w:hAnsi="Times New Roman" w:cs="Times New Roman"/>
          <w:color w:val="000000"/>
        </w:rPr>
        <w:t xml:space="preserve"> and we</w:t>
      </w:r>
      <w:r w:rsidRPr="0032579A">
        <w:rPr>
          <w:rFonts w:ascii="Times New Roman" w:hAnsi="Times New Roman" w:cs="Times New Roman"/>
          <w:color w:val="000000"/>
        </w:rPr>
        <w:t xml:space="preserve"> cut them down.”</w:t>
      </w:r>
    </w:p>
    <w:p w14:paraId="67B67799" w14:textId="77777777" w:rsidR="00830533" w:rsidRPr="0032579A" w:rsidRDefault="00830533">
      <w:pPr>
        <w:rPr>
          <w:rFonts w:ascii="Times New Roman" w:hAnsi="Times New Roman" w:cs="Times New Roman"/>
        </w:rPr>
      </w:pPr>
    </w:p>
    <w:p w14:paraId="5E170E09" w14:textId="543D517A"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froze him. “</w:t>
      </w:r>
      <w:r w:rsidR="00B36840">
        <w:rPr>
          <w:rFonts w:ascii="Times New Roman" w:hAnsi="Times New Roman" w:cs="Times New Roman"/>
          <w:color w:val="000000"/>
        </w:rPr>
        <w:t>Not for triumph or glory. For survival. Remember that</w:t>
      </w:r>
      <w:r w:rsidRPr="0032579A">
        <w:rPr>
          <w:rFonts w:ascii="Times New Roman" w:hAnsi="Times New Roman" w:cs="Times New Roman"/>
          <w:color w:val="000000"/>
        </w:rPr>
        <w:t>.”</w:t>
      </w:r>
    </w:p>
    <w:p w14:paraId="358246DD" w14:textId="77777777" w:rsidR="00830533" w:rsidRPr="0032579A" w:rsidRDefault="00830533">
      <w:pPr>
        <w:rPr>
          <w:rFonts w:ascii="Times New Roman" w:hAnsi="Times New Roman" w:cs="Times New Roman"/>
        </w:rPr>
      </w:pPr>
    </w:p>
    <w:p w14:paraId="61E54CB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Silence held.</w:t>
      </w:r>
    </w:p>
    <w:p w14:paraId="3954A816" w14:textId="77777777" w:rsidR="00784962" w:rsidRPr="0032579A" w:rsidRDefault="00784962" w:rsidP="00784962">
      <w:pPr>
        <w:rPr>
          <w:rFonts w:ascii="Times New Roman" w:hAnsi="Times New Roman" w:cs="Times New Roman"/>
        </w:rPr>
      </w:pPr>
    </w:p>
    <w:p w14:paraId="7FC12A88" w14:textId="77777777" w:rsidR="00784962" w:rsidRPr="0032579A" w:rsidRDefault="00784962" w:rsidP="00784962">
      <w:pPr>
        <w:spacing w:after="0"/>
        <w:jc w:val="center"/>
        <w:rPr>
          <w:rFonts w:ascii="Times New Roman" w:hAnsi="Times New Roman" w:cs="Times New Roman"/>
        </w:rPr>
      </w:pPr>
      <w:r w:rsidRPr="0032579A">
        <w:rPr>
          <w:rFonts w:ascii="Times New Roman" w:hAnsi="Times New Roman" w:cs="Times New Roman"/>
        </w:rPr>
        <w:t>***</w:t>
      </w:r>
    </w:p>
    <w:p w14:paraId="45C3057D" w14:textId="77777777" w:rsidR="00830533" w:rsidRPr="0032579A" w:rsidRDefault="00830533">
      <w:pPr>
        <w:rPr>
          <w:rFonts w:ascii="Times New Roman" w:hAnsi="Times New Roman" w:cs="Times New Roman"/>
        </w:rPr>
      </w:pPr>
    </w:p>
    <w:p w14:paraId="65B65CB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Later, when fires dimmed and wounded slept, laughter sparked in the mess.</w:t>
      </w:r>
    </w:p>
    <w:p w14:paraId="20106759" w14:textId="77777777" w:rsidR="00830533" w:rsidRPr="0032579A" w:rsidRDefault="00830533">
      <w:pPr>
        <w:rPr>
          <w:rFonts w:ascii="Times New Roman" w:hAnsi="Times New Roman" w:cs="Times New Roman"/>
        </w:rPr>
      </w:pPr>
    </w:p>
    <w:p w14:paraId="30598D0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boy no older than fifteen spoke it first, half-jest, half-pride.</w:t>
      </w:r>
    </w:p>
    <w:p w14:paraId="76837119" w14:textId="77777777" w:rsidR="00830533" w:rsidRPr="0032579A" w:rsidRDefault="00830533">
      <w:pPr>
        <w:rPr>
          <w:rFonts w:ascii="Times New Roman" w:hAnsi="Times New Roman" w:cs="Times New Roman"/>
        </w:rPr>
      </w:pPr>
    </w:p>
    <w:p w14:paraId="2B96B11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call us wolves. Then this ship must be the Den.”</w:t>
      </w:r>
    </w:p>
    <w:p w14:paraId="4F146D23" w14:textId="77777777" w:rsidR="00830533" w:rsidRPr="0032579A" w:rsidRDefault="00830533">
      <w:pPr>
        <w:rPr>
          <w:rFonts w:ascii="Times New Roman" w:hAnsi="Times New Roman" w:cs="Times New Roman"/>
        </w:rPr>
      </w:pPr>
    </w:p>
    <w:p w14:paraId="5DABB0E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words carried.</w:t>
      </w:r>
    </w:p>
    <w:p w14:paraId="1EAD876D" w14:textId="77777777" w:rsidR="00830533" w:rsidRPr="0032579A" w:rsidRDefault="00830533">
      <w:pPr>
        <w:rPr>
          <w:rFonts w:ascii="Times New Roman" w:hAnsi="Times New Roman" w:cs="Times New Roman"/>
        </w:rPr>
      </w:pPr>
    </w:p>
    <w:p w14:paraId="0231125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first as a joke. Then with nods. Then with weight. Faces turned toward the bulkheads, scarred but theirs.</w:t>
      </w:r>
    </w:p>
    <w:p w14:paraId="2F99D18D" w14:textId="77777777" w:rsidR="00830533" w:rsidRPr="0032579A" w:rsidRDefault="00830533">
      <w:pPr>
        <w:rPr>
          <w:rFonts w:ascii="Times New Roman" w:hAnsi="Times New Roman" w:cs="Times New Roman"/>
        </w:rPr>
      </w:pPr>
    </w:p>
    <w:p w14:paraId="3B08D34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Wolf’s Den.</w:t>
      </w:r>
    </w:p>
    <w:p w14:paraId="5C9F5A4F" w14:textId="77777777" w:rsidR="00830533" w:rsidRPr="0032579A" w:rsidRDefault="00830533">
      <w:pPr>
        <w:rPr>
          <w:rFonts w:ascii="Times New Roman" w:hAnsi="Times New Roman" w:cs="Times New Roman"/>
        </w:rPr>
      </w:pPr>
    </w:p>
    <w:p w14:paraId="68587604" w14:textId="707326C3"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entered the name into her </w:t>
      </w:r>
      <w:r w:rsidR="00784962">
        <w:rPr>
          <w:rFonts w:ascii="Times New Roman" w:hAnsi="Times New Roman" w:cs="Times New Roman"/>
          <w:color w:val="000000"/>
        </w:rPr>
        <w:t>data pad with a soft smile.</w:t>
      </w:r>
    </w:p>
    <w:p w14:paraId="24B4782F" w14:textId="77777777" w:rsidR="00830533" w:rsidRPr="0032579A" w:rsidRDefault="00830533">
      <w:pPr>
        <w:rPr>
          <w:rFonts w:ascii="Times New Roman" w:hAnsi="Times New Roman" w:cs="Times New Roman"/>
        </w:rPr>
      </w:pPr>
    </w:p>
    <w:p w14:paraId="3A7358CC" w14:textId="7173C958" w:rsidR="00830533" w:rsidRPr="0032579A" w:rsidRDefault="00000000">
      <w:pPr>
        <w:rPr>
          <w:rFonts w:ascii="Times New Roman" w:hAnsi="Times New Roman" w:cs="Times New Roman"/>
        </w:rPr>
      </w:pPr>
      <w:r w:rsidRPr="0032579A">
        <w:rPr>
          <w:rFonts w:ascii="Times New Roman" w:hAnsi="Times New Roman" w:cs="Times New Roman"/>
          <w:color w:val="000000"/>
        </w:rPr>
        <w:t>Verdan heard</w:t>
      </w:r>
      <w:r w:rsidR="00784962">
        <w:rPr>
          <w:rFonts w:ascii="Times New Roman" w:hAnsi="Times New Roman" w:cs="Times New Roman"/>
          <w:color w:val="000000"/>
        </w:rPr>
        <w:t xml:space="preserve"> his lips twitching in faint humor and </w:t>
      </w:r>
      <w:r w:rsidRPr="0032579A">
        <w:rPr>
          <w:rFonts w:ascii="Times New Roman" w:hAnsi="Times New Roman" w:cs="Times New Roman"/>
          <w:color w:val="000000"/>
        </w:rPr>
        <w:t>said nothing. Silence was assent.</w:t>
      </w:r>
    </w:p>
    <w:p w14:paraId="76226D03" w14:textId="77777777" w:rsidR="00830533" w:rsidRPr="0032579A" w:rsidRDefault="00830533">
      <w:pPr>
        <w:rPr>
          <w:rFonts w:ascii="Times New Roman" w:hAnsi="Times New Roman" w:cs="Times New Roman"/>
        </w:rPr>
      </w:pPr>
    </w:p>
    <w:p w14:paraId="21BD034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Corsair — the Wolf’s Den — drifted quiet among stone, a predator hidden in shadow. Outside, wreckage spun slow, bones scattered across the void.</w:t>
      </w:r>
    </w:p>
    <w:p w14:paraId="7B82B065" w14:textId="77777777" w:rsidR="00B40C8E" w:rsidRDefault="00B40C8E">
      <w:pPr>
        <w:rPr>
          <w:rFonts w:ascii="Times New Roman" w:hAnsi="Times New Roman" w:cs="Times New Roman"/>
        </w:rPr>
      </w:pPr>
    </w:p>
    <w:p w14:paraId="5A6AA097" w14:textId="797877CF" w:rsidR="00830533" w:rsidRPr="0032579A" w:rsidRDefault="00B40C8E">
      <w:pPr>
        <w:rPr>
          <w:rFonts w:ascii="Times New Roman" w:hAnsi="Times New Roman" w:cs="Times New Roman"/>
        </w:rPr>
      </w:pPr>
      <w:r>
        <w:rPr>
          <w:rFonts w:ascii="Times New Roman" w:hAnsi="Times New Roman" w:cs="Times New Roman"/>
        </w:rPr>
        <w:t xml:space="preserve">The </w:t>
      </w:r>
      <w:r w:rsidR="00000000" w:rsidRPr="0032579A">
        <w:rPr>
          <w:rFonts w:ascii="Times New Roman" w:hAnsi="Times New Roman" w:cs="Times New Roman"/>
          <w:color w:val="000000"/>
        </w:rPr>
        <w:t>wolves had only just begun to hunt.</w:t>
      </w:r>
    </w:p>
    <w:p w14:paraId="479FB8D1" w14:textId="77777777" w:rsidR="00830533" w:rsidRPr="0032579A" w:rsidRDefault="00830533">
      <w:pPr>
        <w:rPr>
          <w:rFonts w:ascii="Times New Roman" w:hAnsi="Times New Roman" w:cs="Times New Roman"/>
        </w:rPr>
      </w:pPr>
    </w:p>
    <w:p w14:paraId="29B2F0CA" w14:textId="77777777" w:rsidR="00830533" w:rsidRPr="0032579A" w:rsidRDefault="00830533">
      <w:pPr>
        <w:rPr>
          <w:rFonts w:ascii="Times New Roman" w:hAnsi="Times New Roman" w:cs="Times New Roman"/>
        </w:rPr>
      </w:pPr>
    </w:p>
    <w:p w14:paraId="50CC44BB"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06C0ECF0" w14:textId="0C0321B8" w:rsidR="00830533" w:rsidRPr="0032579A" w:rsidRDefault="00000000" w:rsidP="0032579A">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XII — Quiet Politics</w:t>
      </w:r>
    </w:p>
    <w:p w14:paraId="324E7354" w14:textId="6FA4454A" w:rsidR="00830533" w:rsidRPr="0032579A" w:rsidRDefault="0032579A">
      <w:pPr>
        <w:jc w:val="center"/>
        <w:rPr>
          <w:rFonts w:ascii="Times New Roman" w:hAnsi="Times New Roman" w:cs="Times New Roman"/>
          <w:bCs/>
          <w:i/>
        </w:rPr>
      </w:pPr>
      <w:r>
        <w:rPr>
          <w:rFonts w:ascii="Times New Roman" w:hAnsi="Times New Roman" w:cs="Times New Roman"/>
          <w:bCs/>
          <w:i/>
          <w:color w:val="000000"/>
        </w:rPr>
        <w:t xml:space="preserve">*33 BBY* </w:t>
      </w:r>
    </w:p>
    <w:p w14:paraId="06AB2394" w14:textId="77777777" w:rsidR="00830533" w:rsidRPr="0032579A" w:rsidRDefault="00830533">
      <w:pPr>
        <w:rPr>
          <w:rFonts w:ascii="Times New Roman" w:hAnsi="Times New Roman" w:cs="Times New Roman"/>
        </w:rPr>
      </w:pPr>
    </w:p>
    <w:p w14:paraId="6E8091D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Wolf’s Den lay buried under the shoulder of a broken moon, a shadow inside shadow. Weld seams ran like healed scars down its flanks; plates overlapped in places like the scales of a creature that had learned to survive by growing armor over old wounds. No banners. No paint. The ship’s profile read as void-black until you were on top of it and the edges became lines of hammered durasteel and patchwork truth.</w:t>
      </w:r>
    </w:p>
    <w:p w14:paraId="5568FF30" w14:textId="77777777" w:rsidR="00830533" w:rsidRPr="0032579A" w:rsidRDefault="00830533">
      <w:pPr>
        <w:rPr>
          <w:rFonts w:ascii="Times New Roman" w:hAnsi="Times New Roman" w:cs="Times New Roman"/>
        </w:rPr>
      </w:pPr>
    </w:p>
    <w:p w14:paraId="3812B2E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Inside, it breathed like a thing remade. The hiss of air through rebuilt filters carried oil and metal, not rot. Pumps thumped steady in the underdeck. The hangar smelled of warm power cells and solvent, not old blood. Children learned to coil cable and carry it without dragging. Fighters worked in pairs: one stripped a rifle, the other read off parts in the order they’d been taught. When a bolt skittered across decking, three hands caught it before it vanished into a grate.</w:t>
      </w:r>
    </w:p>
    <w:p w14:paraId="4066E372" w14:textId="77777777" w:rsidR="00830533" w:rsidRPr="0032579A" w:rsidRDefault="00830533">
      <w:pPr>
        <w:rPr>
          <w:rFonts w:ascii="Times New Roman" w:hAnsi="Times New Roman" w:cs="Times New Roman"/>
        </w:rPr>
      </w:pPr>
    </w:p>
    <w:p w14:paraId="463072D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stood at the foot of the hangar catwalk, the ledger balanced on her palm, the stylus a metronome in her fingers.</w:t>
      </w:r>
    </w:p>
    <w:p w14:paraId="4BB2878F" w14:textId="77777777" w:rsidR="00830533" w:rsidRPr="0032579A" w:rsidRDefault="00830533">
      <w:pPr>
        <w:rPr>
          <w:rFonts w:ascii="Times New Roman" w:hAnsi="Times New Roman" w:cs="Times New Roman"/>
        </w:rPr>
      </w:pPr>
    </w:p>
    <w:p w14:paraId="1B07508B" w14:textId="6201834F"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3910E5" w:rsidRPr="003910E5">
        <w:rPr>
          <w:rFonts w:ascii="Times New Roman" w:hAnsi="Times New Roman" w:cs="Times New Roman"/>
          <w:color w:val="000000"/>
        </w:rPr>
        <w:t>Crew posts are filled,” Her voice wasn’t loud, but it carried. “We have ninety-nine all told. Twenty-six are children. Forty-two can fight with rifles or pistols, another ten are still training with wood stocks. Rations will last twenty days if we keep to half measure. Filters are patched—two are straining.”</w:t>
      </w:r>
    </w:p>
    <w:p w14:paraId="02A9A4F0" w14:textId="77777777" w:rsidR="00830533" w:rsidRPr="0032579A" w:rsidRDefault="00830533">
      <w:pPr>
        <w:rPr>
          <w:rFonts w:ascii="Times New Roman" w:hAnsi="Times New Roman" w:cs="Times New Roman"/>
        </w:rPr>
      </w:pPr>
    </w:p>
    <w:p w14:paraId="412946C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closed the pad with a soft click. The sound always traveled. It meant the numbers had been said and there was nothing clever to do about them but work.</w:t>
      </w:r>
    </w:p>
    <w:p w14:paraId="678C4376" w14:textId="77777777" w:rsidR="00830533" w:rsidRPr="0032579A" w:rsidRDefault="00830533">
      <w:pPr>
        <w:rPr>
          <w:rFonts w:ascii="Times New Roman" w:hAnsi="Times New Roman" w:cs="Times New Roman"/>
        </w:rPr>
      </w:pPr>
    </w:p>
    <w:p w14:paraId="0B05058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walked the ship the way a man checks a perimeter: eyes on hands, not faces; attention where bolts meet plates, not where flourishes make things look finished. When he stopped, people moved a little cleaner. When he stood still long enough to watch a drill, the rhythm tightened without words. He did not speak praise or scold. He watched until the point had been made and then moved on.</w:t>
      </w:r>
    </w:p>
    <w:p w14:paraId="5AB2931D" w14:textId="77777777" w:rsidR="00830533" w:rsidRPr="0032579A" w:rsidRDefault="00830533">
      <w:pPr>
        <w:rPr>
          <w:rFonts w:ascii="Times New Roman" w:hAnsi="Times New Roman" w:cs="Times New Roman"/>
        </w:rPr>
      </w:pPr>
    </w:p>
    <w:p w14:paraId="0FC2B5C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HWK-290 crouched under a run of jury-rigged lights at the far end of the hangar. Old Free Trader lines; sharp nose, underwing compartments, wings pocked with welds like pitted teeth. </w:t>
      </w:r>
      <w:r w:rsidRPr="0032579A">
        <w:rPr>
          <w:rFonts w:ascii="Times New Roman" w:hAnsi="Times New Roman" w:cs="Times New Roman"/>
          <w:color w:val="000000"/>
        </w:rPr>
        <w:lastRenderedPageBreak/>
        <w:t>They had taken it from smugglers who thought speed was a shield. They had stripped it, scrubbed it, threaded new veins where the old lines cracked. Now, when ground crew ran an engine test, the tone rose even and stayed there, like a breath held for the right moment.</w:t>
      </w:r>
    </w:p>
    <w:p w14:paraId="3BC43888" w14:textId="77777777" w:rsidR="00830533" w:rsidRPr="0032579A" w:rsidRDefault="00830533">
      <w:pPr>
        <w:rPr>
          <w:rFonts w:ascii="Times New Roman" w:hAnsi="Times New Roman" w:cs="Times New Roman"/>
        </w:rPr>
      </w:pPr>
    </w:p>
    <w:p w14:paraId="71B99DC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laid his palm flat on its skin and listened. The engine hum ran through bone. He gave a single nod. That was all the blessing a ship got here.</w:t>
      </w:r>
    </w:p>
    <w:p w14:paraId="78E7F752" w14:textId="77777777" w:rsidR="00830533" w:rsidRPr="0032579A" w:rsidRDefault="00830533">
      <w:pPr>
        <w:rPr>
          <w:rFonts w:ascii="Times New Roman" w:hAnsi="Times New Roman" w:cs="Times New Roman"/>
        </w:rPr>
      </w:pPr>
    </w:p>
    <w:p w14:paraId="7607FEFE" w14:textId="08026BA9" w:rsidR="00830533" w:rsidRPr="0032579A" w:rsidRDefault="00000000">
      <w:pPr>
        <w:rPr>
          <w:rFonts w:ascii="Times New Roman" w:hAnsi="Times New Roman" w:cs="Times New Roman"/>
        </w:rPr>
      </w:pPr>
      <w:r w:rsidRPr="0032579A">
        <w:rPr>
          <w:rFonts w:ascii="Times New Roman" w:hAnsi="Times New Roman" w:cs="Times New Roman"/>
          <w:color w:val="000000"/>
        </w:rPr>
        <w:t>“Old, but</w:t>
      </w:r>
      <w:r w:rsidR="0030216B">
        <w:rPr>
          <w:rFonts w:ascii="Times New Roman" w:hAnsi="Times New Roman" w:cs="Times New Roman"/>
          <w:color w:val="000000"/>
        </w:rPr>
        <w:t xml:space="preserve"> the</w:t>
      </w:r>
      <w:r w:rsidRPr="0032579A">
        <w:rPr>
          <w:rFonts w:ascii="Times New Roman" w:hAnsi="Times New Roman" w:cs="Times New Roman"/>
          <w:color w:val="000000"/>
        </w:rPr>
        <w:t xml:space="preserve"> bones</w:t>
      </w:r>
      <w:r w:rsidR="0030216B">
        <w:rPr>
          <w:rFonts w:ascii="Times New Roman" w:hAnsi="Times New Roman" w:cs="Times New Roman"/>
          <w:color w:val="000000"/>
        </w:rPr>
        <w:t xml:space="preserve"> are</w:t>
      </w:r>
      <w:r w:rsidRPr="0032579A">
        <w:rPr>
          <w:rFonts w:ascii="Times New Roman" w:hAnsi="Times New Roman" w:cs="Times New Roman"/>
          <w:color w:val="000000"/>
        </w:rPr>
        <w:t xml:space="preserve"> strong,” Selora had written when they first patched it. The </w:t>
      </w:r>
      <w:r w:rsidR="0030216B">
        <w:rPr>
          <w:rFonts w:ascii="Times New Roman" w:hAnsi="Times New Roman" w:cs="Times New Roman"/>
          <w:color w:val="000000"/>
        </w:rPr>
        <w:t>data-pad</w:t>
      </w:r>
      <w:r w:rsidRPr="0032579A">
        <w:rPr>
          <w:rFonts w:ascii="Times New Roman" w:hAnsi="Times New Roman" w:cs="Times New Roman"/>
          <w:color w:val="000000"/>
        </w:rPr>
        <w:t xml:space="preserve"> held more than parts; it held judgments. Those stuck longer than welds.</w:t>
      </w:r>
    </w:p>
    <w:p w14:paraId="2BCE605E" w14:textId="77777777" w:rsidR="00830533" w:rsidRPr="0032579A" w:rsidRDefault="00830533">
      <w:pPr>
        <w:rPr>
          <w:rFonts w:ascii="Times New Roman" w:hAnsi="Times New Roman" w:cs="Times New Roman"/>
        </w:rPr>
      </w:pPr>
    </w:p>
    <w:p w14:paraId="2753C6F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the early months, they had left only ash and metal ghosts in their wake. The first convoys they took were gutted and vented into the dark so there would be no pursuit, no beacon, no proof beyond rumor that wolves had passed.</w:t>
      </w:r>
    </w:p>
    <w:p w14:paraId="5405FE1A" w14:textId="77777777" w:rsidR="00830533" w:rsidRPr="0032579A" w:rsidRDefault="00830533">
      <w:pPr>
        <w:rPr>
          <w:rFonts w:ascii="Times New Roman" w:hAnsi="Times New Roman" w:cs="Times New Roman"/>
        </w:rPr>
      </w:pPr>
    </w:p>
    <w:p w14:paraId="04F200A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Hunger changed the math. So did the way the galaxy had started to tilt.</w:t>
      </w:r>
    </w:p>
    <w:p w14:paraId="530F5B35" w14:textId="77777777" w:rsidR="00830533" w:rsidRPr="0032579A" w:rsidRDefault="00830533">
      <w:pPr>
        <w:rPr>
          <w:rFonts w:ascii="Times New Roman" w:hAnsi="Times New Roman" w:cs="Times New Roman"/>
        </w:rPr>
      </w:pPr>
    </w:p>
    <w:p w14:paraId="0F2AF2F9" w14:textId="50F4A42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were not the only Mandalorians trying to survive a sector knifed thin by raiders and smugglers and Trade Federation greed. Small clans with domes like cracked ribs and farms like rusted diagrams clustered on worlds where the dust ate steel and men’s resolve in equal measure. The Wolves could pretend they hunted alone, but </w:t>
      </w:r>
      <w:r w:rsidR="0030216B">
        <w:rPr>
          <w:rFonts w:ascii="Times New Roman" w:hAnsi="Times New Roman" w:cs="Times New Roman"/>
          <w:color w:val="000000"/>
        </w:rPr>
        <w:t xml:space="preserve">reality </w:t>
      </w:r>
      <w:r w:rsidR="0030216B" w:rsidRPr="0032579A">
        <w:rPr>
          <w:rFonts w:ascii="Times New Roman" w:hAnsi="Times New Roman" w:cs="Times New Roman"/>
          <w:color w:val="000000"/>
        </w:rPr>
        <w:t>told</w:t>
      </w:r>
      <w:r w:rsidRPr="0032579A">
        <w:rPr>
          <w:rFonts w:ascii="Times New Roman" w:hAnsi="Times New Roman" w:cs="Times New Roman"/>
          <w:color w:val="000000"/>
        </w:rPr>
        <w:t xml:space="preserve"> a different story: filters wore faster when a dozen extra mouths boarded after a fight; rifles stayed useful longer when a clan down-valley had bolts to trade. The line between “us” and “ours” became </w:t>
      </w:r>
      <w:r w:rsidR="00923EA0">
        <w:rPr>
          <w:rFonts w:ascii="Times New Roman" w:hAnsi="Times New Roman" w:cs="Times New Roman"/>
          <w:color w:val="000000"/>
        </w:rPr>
        <w:t>thinner when no one waved banners.</w:t>
      </w:r>
    </w:p>
    <w:p w14:paraId="7DB7F173" w14:textId="77777777" w:rsidR="00830533" w:rsidRPr="0032579A" w:rsidRDefault="00830533">
      <w:pPr>
        <w:rPr>
          <w:rFonts w:ascii="Times New Roman" w:hAnsi="Times New Roman" w:cs="Times New Roman"/>
        </w:rPr>
      </w:pPr>
    </w:p>
    <w:p w14:paraId="14B6D56C" w14:textId="153D58B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said it first, making the thought into steel by speaking it: “We take what we need. </w:t>
      </w:r>
      <w:r w:rsidR="00923EA0">
        <w:rPr>
          <w:rFonts w:ascii="Times New Roman" w:hAnsi="Times New Roman" w:cs="Times New Roman"/>
          <w:color w:val="000000"/>
        </w:rPr>
        <w:t>But</w:t>
      </w:r>
      <w:r w:rsidRPr="0032579A">
        <w:rPr>
          <w:rFonts w:ascii="Times New Roman" w:hAnsi="Times New Roman" w:cs="Times New Roman"/>
          <w:color w:val="000000"/>
        </w:rPr>
        <w:t xml:space="preserve"> we </w:t>
      </w:r>
      <w:r w:rsidR="00923EA0">
        <w:rPr>
          <w:rFonts w:ascii="Times New Roman" w:hAnsi="Times New Roman" w:cs="Times New Roman"/>
          <w:color w:val="000000"/>
        </w:rPr>
        <w:t xml:space="preserve">should leave what we cannot carry close to those that can use it. </w:t>
      </w:r>
      <w:r w:rsidRPr="0032579A">
        <w:rPr>
          <w:rFonts w:ascii="Times New Roman" w:hAnsi="Times New Roman" w:cs="Times New Roman"/>
          <w:color w:val="000000"/>
        </w:rPr>
        <w:t>Bones that last.”</w:t>
      </w:r>
    </w:p>
    <w:p w14:paraId="45264176" w14:textId="77777777" w:rsidR="00830533" w:rsidRPr="0032579A" w:rsidRDefault="00830533">
      <w:pPr>
        <w:rPr>
          <w:rFonts w:ascii="Times New Roman" w:hAnsi="Times New Roman" w:cs="Times New Roman"/>
        </w:rPr>
      </w:pPr>
    </w:p>
    <w:p w14:paraId="67AA32A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met her eyes over the glow of the pad. He didn’t answer. He didn’t have to. His silence was the weight that made the thought settle into practice.</w:t>
      </w:r>
    </w:p>
    <w:p w14:paraId="0766AC0E" w14:textId="77777777" w:rsidR="00830533" w:rsidRPr="0032579A" w:rsidRDefault="00830533">
      <w:pPr>
        <w:rPr>
          <w:rFonts w:ascii="Times New Roman" w:hAnsi="Times New Roman" w:cs="Times New Roman"/>
        </w:rPr>
      </w:pPr>
    </w:p>
    <w:p w14:paraId="08E3581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So the work changed.</w:t>
      </w:r>
    </w:p>
    <w:p w14:paraId="420F1AF5" w14:textId="77777777" w:rsidR="00CF623B" w:rsidRDefault="00CF623B" w:rsidP="00CF623B">
      <w:pPr>
        <w:spacing w:after="0"/>
        <w:rPr>
          <w:rFonts w:ascii="Times New Roman" w:hAnsi="Times New Roman" w:cs="Times New Roman"/>
        </w:rPr>
      </w:pPr>
    </w:p>
    <w:p w14:paraId="1C74813B" w14:textId="3C8E819C" w:rsidR="00CF623B" w:rsidRPr="0032579A" w:rsidRDefault="00CF623B" w:rsidP="00CF623B">
      <w:pPr>
        <w:spacing w:after="0"/>
        <w:jc w:val="center"/>
        <w:rPr>
          <w:rFonts w:ascii="Times New Roman" w:hAnsi="Times New Roman" w:cs="Times New Roman"/>
        </w:rPr>
      </w:pPr>
      <w:r w:rsidRPr="0032579A">
        <w:rPr>
          <w:rFonts w:ascii="Times New Roman" w:hAnsi="Times New Roman" w:cs="Times New Roman"/>
        </w:rPr>
        <w:lastRenderedPageBreak/>
        <w:t>***</w:t>
      </w:r>
    </w:p>
    <w:p w14:paraId="6C80B59C" w14:textId="77777777" w:rsidR="00CF623B" w:rsidRDefault="00CF623B">
      <w:pPr>
        <w:rPr>
          <w:rFonts w:ascii="Times New Roman" w:hAnsi="Times New Roman" w:cs="Times New Roman"/>
          <w:color w:val="000000"/>
        </w:rPr>
      </w:pPr>
    </w:p>
    <w:p w14:paraId="3B3A754E" w14:textId="7F61F854" w:rsidR="00830533" w:rsidRPr="0032579A" w:rsidRDefault="00000000">
      <w:pPr>
        <w:rPr>
          <w:rFonts w:ascii="Times New Roman" w:hAnsi="Times New Roman" w:cs="Times New Roman"/>
        </w:rPr>
      </w:pPr>
      <w:r w:rsidRPr="0032579A">
        <w:rPr>
          <w:rFonts w:ascii="Times New Roman" w:hAnsi="Times New Roman" w:cs="Times New Roman"/>
          <w:color w:val="000000"/>
        </w:rPr>
        <w:t>On a freighter with its spine broken, they cut armor plates out carefully, traced with chalk where the ribs could be freed without collapsing the deck, then stacked them in strapped bundles and tethered them to a handrail with a low-power beacon that pulsed a timing pattern only Mandalorians would read as a mark. Water casks too heavy to move without wasting fuel were resealed and lashed in clusters near the bay mouth where a small tug could take them clean. Coils and cable were wound into nets, each bundle chalked with shallow slashes: not letters, but marks that told the right eyes what lay inside.</w:t>
      </w:r>
    </w:p>
    <w:p w14:paraId="4CB30063" w14:textId="77777777" w:rsidR="00830533" w:rsidRPr="0032579A" w:rsidRDefault="00830533">
      <w:pPr>
        <w:rPr>
          <w:rFonts w:ascii="Times New Roman" w:hAnsi="Times New Roman" w:cs="Times New Roman"/>
        </w:rPr>
      </w:pPr>
    </w:p>
    <w:p w14:paraId="0A22A1A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Another time, they crippled a convoy’s escorts, herded the freighters into the pull of a Kalevala moon, and left coolant rods and power cells lashed under a cargo gin where scanners would miss them unless you knew exactly where to look. Clan Karth found them two nights later; their skiffs ran steady for a season.</w:t>
      </w:r>
    </w:p>
    <w:p w14:paraId="6D9FFBF3" w14:textId="77777777" w:rsidR="00830533" w:rsidRPr="0032579A" w:rsidRDefault="00830533">
      <w:pPr>
        <w:rPr>
          <w:rFonts w:ascii="Times New Roman" w:hAnsi="Times New Roman" w:cs="Times New Roman"/>
        </w:rPr>
      </w:pPr>
    </w:p>
    <w:p w14:paraId="2D917E48" w14:textId="5DFD7F2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On a line near a dry blue world where Clan Veth’s dome reflected light like a bruise, they stripped food, medicine, and drive plates from a pair of </w:t>
      </w:r>
      <w:r w:rsidR="00CF623B">
        <w:rPr>
          <w:rFonts w:ascii="Times New Roman" w:hAnsi="Times New Roman" w:cs="Times New Roman"/>
          <w:color w:val="000000"/>
        </w:rPr>
        <w:t xml:space="preserve">smuggler </w:t>
      </w:r>
      <w:r w:rsidRPr="0032579A">
        <w:rPr>
          <w:rFonts w:ascii="Times New Roman" w:hAnsi="Times New Roman" w:cs="Times New Roman"/>
          <w:color w:val="000000"/>
        </w:rPr>
        <w:t>ore-bellies and then tethered sealed water drums in a climb line just above atmosphere, low enough that a battered shuttle could dip and go, high enough that raiders with ground eyes wouldn’t see the glint.</w:t>
      </w:r>
    </w:p>
    <w:p w14:paraId="41A6644D" w14:textId="77777777" w:rsidR="00830533" w:rsidRPr="0032579A" w:rsidRDefault="00830533">
      <w:pPr>
        <w:rPr>
          <w:rFonts w:ascii="Times New Roman" w:hAnsi="Times New Roman" w:cs="Times New Roman"/>
        </w:rPr>
      </w:pPr>
    </w:p>
    <w:p w14:paraId="2762B72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left no notes. No praise for themselves. Only bones stacked where bones could be found.</w:t>
      </w:r>
    </w:p>
    <w:p w14:paraId="11189967" w14:textId="77777777" w:rsidR="00830533" w:rsidRPr="0032579A" w:rsidRDefault="00830533">
      <w:pPr>
        <w:rPr>
          <w:rFonts w:ascii="Times New Roman" w:hAnsi="Times New Roman" w:cs="Times New Roman"/>
        </w:rPr>
      </w:pPr>
    </w:p>
    <w:p w14:paraId="77C1B62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Word carried, because word always does when it helps a man live.</w:t>
      </w:r>
    </w:p>
    <w:p w14:paraId="5D7680D6" w14:textId="77777777" w:rsidR="00830533" w:rsidRPr="0032579A" w:rsidRDefault="00830533">
      <w:pPr>
        <w:rPr>
          <w:rFonts w:ascii="Times New Roman" w:hAnsi="Times New Roman" w:cs="Times New Roman"/>
        </w:rPr>
      </w:pPr>
    </w:p>
    <w:p w14:paraId="26397D44" w14:textId="1212577D" w:rsidR="00830533" w:rsidRPr="0032579A" w:rsidRDefault="00000000">
      <w:pPr>
        <w:rPr>
          <w:rFonts w:ascii="Times New Roman" w:hAnsi="Times New Roman" w:cs="Times New Roman"/>
        </w:rPr>
      </w:pPr>
      <w:r w:rsidRPr="0032579A">
        <w:rPr>
          <w:rFonts w:ascii="Times New Roman" w:hAnsi="Times New Roman" w:cs="Times New Roman"/>
          <w:color w:val="000000"/>
        </w:rPr>
        <w:t>In Sundari’s markets, a dockhand with blackened teeth muttered to a woman selling coils that</w:t>
      </w:r>
      <w:r w:rsidR="00C77B8F">
        <w:rPr>
          <w:rFonts w:ascii="Times New Roman" w:hAnsi="Times New Roman" w:cs="Times New Roman"/>
          <w:color w:val="000000"/>
        </w:rPr>
        <w:t xml:space="preserve"> </w:t>
      </w:r>
      <w:r w:rsidRPr="0032579A">
        <w:rPr>
          <w:rFonts w:ascii="Times New Roman" w:hAnsi="Times New Roman" w:cs="Times New Roman"/>
          <w:color w:val="000000"/>
        </w:rPr>
        <w:t>wolves left things for Mandalorians. In a dome where the air scrubbers moaned at shift-change, a welder said his cousin’s clan had armor again, not because Vizsla had handed it down, but because the wreckage near the red ridge had been neatly bundled like someone expected him to take it. In a back room behind a supply counter, a clerk who counted faster than he spoke told a debt-ridden merchant that convoys riding the green band seemed to come home lighter when they crossed Mandalorian shadow—and pirates were quieter there now.</w:t>
      </w:r>
    </w:p>
    <w:p w14:paraId="06876649" w14:textId="77777777" w:rsidR="00830533" w:rsidRPr="0032579A" w:rsidRDefault="00830533">
      <w:pPr>
        <w:rPr>
          <w:rFonts w:ascii="Times New Roman" w:hAnsi="Times New Roman" w:cs="Times New Roman"/>
        </w:rPr>
      </w:pPr>
    </w:p>
    <w:p w14:paraId="136BA41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Whispers travel faster than ships. Whispers also draw eyes.</w:t>
      </w:r>
    </w:p>
    <w:p w14:paraId="18C13502" w14:textId="77777777" w:rsidR="00C77B8F" w:rsidRPr="0032579A" w:rsidRDefault="00C77B8F" w:rsidP="00C77B8F">
      <w:pPr>
        <w:rPr>
          <w:rFonts w:ascii="Times New Roman" w:hAnsi="Times New Roman" w:cs="Times New Roman"/>
        </w:rPr>
      </w:pPr>
    </w:p>
    <w:p w14:paraId="471B4925" w14:textId="77777777" w:rsidR="00C77B8F" w:rsidRPr="0032579A" w:rsidRDefault="00C77B8F" w:rsidP="00C77B8F">
      <w:pPr>
        <w:spacing w:after="0"/>
        <w:jc w:val="center"/>
        <w:rPr>
          <w:rFonts w:ascii="Times New Roman" w:hAnsi="Times New Roman" w:cs="Times New Roman"/>
        </w:rPr>
      </w:pPr>
      <w:r w:rsidRPr="0032579A">
        <w:rPr>
          <w:rFonts w:ascii="Times New Roman" w:hAnsi="Times New Roman" w:cs="Times New Roman"/>
        </w:rPr>
        <w:lastRenderedPageBreak/>
        <w:t>***</w:t>
      </w:r>
    </w:p>
    <w:p w14:paraId="4671D9E6" w14:textId="77777777" w:rsidR="00C77B8F" w:rsidRDefault="00C77B8F">
      <w:pPr>
        <w:rPr>
          <w:rFonts w:ascii="Times New Roman" w:hAnsi="Times New Roman" w:cs="Times New Roman"/>
          <w:color w:val="000000"/>
        </w:rPr>
      </w:pPr>
    </w:p>
    <w:p w14:paraId="40E4A16D" w14:textId="236FA01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first skiffs came at dusk and </w:t>
      </w:r>
      <w:r w:rsidR="00C77B8F">
        <w:rPr>
          <w:rFonts w:ascii="Times New Roman" w:hAnsi="Times New Roman" w:cs="Times New Roman"/>
          <w:color w:val="000000"/>
        </w:rPr>
        <w:t xml:space="preserve">even </w:t>
      </w:r>
      <w:r w:rsidRPr="0032579A">
        <w:rPr>
          <w:rFonts w:ascii="Times New Roman" w:hAnsi="Times New Roman" w:cs="Times New Roman"/>
          <w:color w:val="000000"/>
        </w:rPr>
        <w:t>then did not come all the way.</w:t>
      </w:r>
    </w:p>
    <w:p w14:paraId="1E11A7DE" w14:textId="77777777" w:rsidR="00830533" w:rsidRPr="0032579A" w:rsidRDefault="00830533">
      <w:pPr>
        <w:rPr>
          <w:rFonts w:ascii="Times New Roman" w:hAnsi="Times New Roman" w:cs="Times New Roman"/>
        </w:rPr>
      </w:pPr>
    </w:p>
    <w:p w14:paraId="2661BE4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waited with engines idling at the rim of the slag valley where the Wolf’s Den sat with lights banked, hull black and patient. Someone on one of those skiffs had a nervous hand and tapped a chain against a knee; the sound carried thin. The Wolves did not make them wait long enough for fear to turn to pride.</w:t>
      </w:r>
    </w:p>
    <w:p w14:paraId="0ECC657C" w14:textId="77777777" w:rsidR="00830533" w:rsidRPr="0032579A" w:rsidRDefault="00830533">
      <w:pPr>
        <w:rPr>
          <w:rFonts w:ascii="Times New Roman" w:hAnsi="Times New Roman" w:cs="Times New Roman"/>
        </w:rPr>
      </w:pPr>
    </w:p>
    <w:p w14:paraId="525DFD6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walked out alone. Rifle across his chest, not pointed. His step over broken ground made no more noise than the wind. Selora followed a pace and a half back, datapad under her arm, blaster at her hip. She had learned that men counted what a woman carried even when they told themselves they didn’t. She wanted them to count the ledger and the gun at the same time.</w:t>
      </w:r>
    </w:p>
    <w:p w14:paraId="7ACFD4A0" w14:textId="77777777" w:rsidR="00830533" w:rsidRPr="0032579A" w:rsidRDefault="00830533">
      <w:pPr>
        <w:rPr>
          <w:rFonts w:ascii="Times New Roman" w:hAnsi="Times New Roman" w:cs="Times New Roman"/>
        </w:rPr>
      </w:pPr>
    </w:p>
    <w:p w14:paraId="121CE76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Two men climbed down. Their armor had been welded and rewelded in lines that mapped years of accidents and repairs. Their helmets hung at their belts; they wanted their faces seen. That meant honesty, or a good imitation of it.</w:t>
      </w:r>
    </w:p>
    <w:p w14:paraId="79E615D5" w14:textId="77777777" w:rsidR="00830533" w:rsidRPr="0032579A" w:rsidRDefault="00830533">
      <w:pPr>
        <w:rPr>
          <w:rFonts w:ascii="Times New Roman" w:hAnsi="Times New Roman" w:cs="Times New Roman"/>
        </w:rPr>
      </w:pPr>
    </w:p>
    <w:p w14:paraId="0AE08E2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elder spoke first, because someone had to begin the debt.</w:t>
      </w:r>
    </w:p>
    <w:p w14:paraId="63BA5F15" w14:textId="77777777" w:rsidR="00830533" w:rsidRPr="0032579A" w:rsidRDefault="00830533">
      <w:pPr>
        <w:rPr>
          <w:rFonts w:ascii="Times New Roman" w:hAnsi="Times New Roman" w:cs="Times New Roman"/>
        </w:rPr>
      </w:pPr>
    </w:p>
    <w:p w14:paraId="7FDE9E9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“Your raids have cut pirates off our lanes,” he said. His voice sounded like a man who had inhaled too much dust in his life and then gone back for another breath anyway. “Our kin made it home without bleeding. Not all, but more than before.”</w:t>
      </w:r>
    </w:p>
    <w:p w14:paraId="1A75F6C5" w14:textId="77777777" w:rsidR="00830533" w:rsidRPr="0032579A" w:rsidRDefault="00830533">
      <w:pPr>
        <w:rPr>
          <w:rFonts w:ascii="Times New Roman" w:hAnsi="Times New Roman" w:cs="Times New Roman"/>
        </w:rPr>
      </w:pPr>
    </w:p>
    <w:p w14:paraId="3A88B22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Selora’s answer carried no warmth. “Then you already owe us.”</w:t>
      </w:r>
    </w:p>
    <w:p w14:paraId="5CD33037" w14:textId="77777777" w:rsidR="00830533" w:rsidRPr="0032579A" w:rsidRDefault="00830533">
      <w:pPr>
        <w:rPr>
          <w:rFonts w:ascii="Times New Roman" w:hAnsi="Times New Roman" w:cs="Times New Roman"/>
        </w:rPr>
      </w:pPr>
    </w:p>
    <w:p w14:paraId="2CED9768" w14:textId="647AB9B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younger of the two tensed, jaw tight enough to show in the muscle at his temple. The elder did not flinch. “We have schematics,” he said. “Shield lattice—pre-war work. We </w:t>
      </w:r>
      <w:r w:rsidR="00C77B8F">
        <w:rPr>
          <w:rFonts w:ascii="Times New Roman" w:hAnsi="Times New Roman" w:cs="Times New Roman"/>
          <w:color w:val="000000"/>
        </w:rPr>
        <w:t xml:space="preserve">will </w:t>
      </w:r>
      <w:r w:rsidRPr="0032579A">
        <w:rPr>
          <w:rFonts w:ascii="Times New Roman" w:hAnsi="Times New Roman" w:cs="Times New Roman"/>
          <w:color w:val="000000"/>
        </w:rPr>
        <w:t>trade them for your shadow on our convoys. We do not ask you to fly our banner. We ask for what you have already done,</w:t>
      </w:r>
      <w:r w:rsidR="00C77B8F">
        <w:rPr>
          <w:rFonts w:ascii="Times New Roman" w:hAnsi="Times New Roman" w:cs="Times New Roman"/>
          <w:color w:val="000000"/>
        </w:rPr>
        <w:t xml:space="preserve"> only</w:t>
      </w:r>
      <w:r w:rsidRPr="0032579A">
        <w:rPr>
          <w:rFonts w:ascii="Times New Roman" w:hAnsi="Times New Roman" w:cs="Times New Roman"/>
          <w:color w:val="000000"/>
        </w:rPr>
        <w:t xml:space="preserve"> more focused.”</w:t>
      </w:r>
    </w:p>
    <w:p w14:paraId="31D63A10" w14:textId="77777777" w:rsidR="00830533" w:rsidRPr="0032579A" w:rsidRDefault="00830533">
      <w:pPr>
        <w:rPr>
          <w:rFonts w:ascii="Times New Roman" w:hAnsi="Times New Roman" w:cs="Times New Roman"/>
        </w:rPr>
      </w:pPr>
    </w:p>
    <w:p w14:paraId="027E4405" w14:textId="5BCEB5AD"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Selora lifted the pad, thumbed it awake. Its cracked face glowed pale. “Schematics weigh more than thanks,” she said. “Protection weighs most of all. We don’t sell</w:t>
      </w:r>
      <w:r w:rsidR="00C77B8F">
        <w:rPr>
          <w:rFonts w:ascii="Times New Roman" w:hAnsi="Times New Roman" w:cs="Times New Roman"/>
          <w:color w:val="000000"/>
        </w:rPr>
        <w:t xml:space="preserve"> for pride. And payment is not coin. Payment is things that last, things we can use</w:t>
      </w:r>
      <w:r w:rsidRPr="0032579A">
        <w:rPr>
          <w:rFonts w:ascii="Times New Roman" w:hAnsi="Times New Roman" w:cs="Times New Roman"/>
          <w:color w:val="000000"/>
        </w:rPr>
        <w:t>.”</w:t>
      </w:r>
    </w:p>
    <w:p w14:paraId="41041CE1" w14:textId="77777777" w:rsidR="00830533" w:rsidRPr="0032579A" w:rsidRDefault="00830533">
      <w:pPr>
        <w:rPr>
          <w:rFonts w:ascii="Times New Roman" w:hAnsi="Times New Roman" w:cs="Times New Roman"/>
        </w:rPr>
      </w:pPr>
    </w:p>
    <w:p w14:paraId="55D4ABE5" w14:textId="29180FAD"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Verdan’s voice cut across like a line of chalk drawn hard. “If we bleed, it will not be for your colors. </w:t>
      </w:r>
      <w:r w:rsidR="00C77B8F">
        <w:rPr>
          <w:rFonts w:ascii="Times New Roman" w:hAnsi="Times New Roman" w:cs="Times New Roman"/>
          <w:color w:val="000000"/>
        </w:rPr>
        <w:t>We will call it a ledger</w:t>
      </w:r>
      <w:r w:rsidRPr="0032579A">
        <w:rPr>
          <w:rFonts w:ascii="Times New Roman" w:hAnsi="Times New Roman" w:cs="Times New Roman"/>
          <w:color w:val="000000"/>
        </w:rPr>
        <w:t>. If that ledger balances, we move. If it doesn’t, the void decides for you.”</w:t>
      </w:r>
    </w:p>
    <w:p w14:paraId="5AD35DF6" w14:textId="77777777" w:rsidR="00830533" w:rsidRPr="0032579A" w:rsidRDefault="00830533">
      <w:pPr>
        <w:rPr>
          <w:rFonts w:ascii="Times New Roman" w:hAnsi="Times New Roman" w:cs="Times New Roman"/>
        </w:rPr>
      </w:pPr>
    </w:p>
    <w:p w14:paraId="79C8842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older man’s mouth thinned. Then he gave the smallest nod that meant everything. “A ledger, not an oath,” he said. “Good.”</w:t>
      </w:r>
    </w:p>
    <w:p w14:paraId="1C839C13" w14:textId="77777777" w:rsidR="00830533" w:rsidRPr="0032579A" w:rsidRDefault="00830533">
      <w:pPr>
        <w:rPr>
          <w:rFonts w:ascii="Times New Roman" w:hAnsi="Times New Roman" w:cs="Times New Roman"/>
        </w:rPr>
      </w:pPr>
    </w:p>
    <w:p w14:paraId="000743C5" w14:textId="7C7EEFE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wrote. </w:t>
      </w:r>
      <w:r w:rsidRPr="00C77B8F">
        <w:rPr>
          <w:rFonts w:ascii="Times New Roman" w:hAnsi="Times New Roman" w:cs="Times New Roman"/>
          <w:i/>
          <w:iCs/>
          <w:color w:val="000000"/>
        </w:rPr>
        <w:t>Clan Xoren — shield lattice schematics. Debt: escort corridor (east slag run). Payment: silence, lattice</w:t>
      </w:r>
      <w:r w:rsidR="00C77B8F" w:rsidRPr="00C77B8F">
        <w:rPr>
          <w:rFonts w:ascii="Times New Roman" w:hAnsi="Times New Roman" w:cs="Times New Roman"/>
          <w:i/>
          <w:iCs/>
          <w:color w:val="000000"/>
        </w:rPr>
        <w:t xml:space="preserve"> and </w:t>
      </w:r>
      <w:r w:rsidRPr="00C77B8F">
        <w:rPr>
          <w:rFonts w:ascii="Times New Roman" w:hAnsi="Times New Roman" w:cs="Times New Roman"/>
          <w:i/>
          <w:iCs/>
          <w:color w:val="000000"/>
        </w:rPr>
        <w:t>bolt stock</w:t>
      </w:r>
      <w:r w:rsidRPr="0032579A">
        <w:rPr>
          <w:rFonts w:ascii="Times New Roman" w:hAnsi="Times New Roman" w:cs="Times New Roman"/>
          <w:color w:val="000000"/>
        </w:rPr>
        <w:t>.</w:t>
      </w:r>
    </w:p>
    <w:p w14:paraId="31BF9F41" w14:textId="77777777" w:rsidR="00830533" w:rsidRPr="0032579A" w:rsidRDefault="00830533">
      <w:pPr>
        <w:rPr>
          <w:rFonts w:ascii="Times New Roman" w:hAnsi="Times New Roman" w:cs="Times New Roman"/>
        </w:rPr>
      </w:pPr>
    </w:p>
    <w:p w14:paraId="1F4D4D6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did not offer her name. They did not offer theirs. You leave some things unspoken so they stay true.</w:t>
      </w:r>
    </w:p>
    <w:p w14:paraId="739FC9F3" w14:textId="77777777" w:rsidR="00830533" w:rsidRPr="0032579A" w:rsidRDefault="00830533">
      <w:pPr>
        <w:rPr>
          <w:rFonts w:ascii="Times New Roman" w:hAnsi="Times New Roman" w:cs="Times New Roman"/>
        </w:rPr>
      </w:pPr>
    </w:p>
    <w:p w14:paraId="5413657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 the ridge above, a boy named Rin breathed out, eased his finger off a trigger he had not been asked to pull, and said nothing.</w:t>
      </w:r>
    </w:p>
    <w:p w14:paraId="072764C4" w14:textId="77777777" w:rsidR="00830533" w:rsidRPr="0032579A" w:rsidRDefault="00830533">
      <w:pPr>
        <w:rPr>
          <w:rFonts w:ascii="Times New Roman" w:hAnsi="Times New Roman" w:cs="Times New Roman"/>
        </w:rPr>
      </w:pPr>
    </w:p>
    <w:p w14:paraId="0D5155F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That night, the HWK’s engines turned over under Selora’s hand. The ship woke like an animal wary of the dark but willing to go into it again if the one it trusted told it to.</w:t>
      </w:r>
    </w:p>
    <w:p w14:paraId="045BEFBA" w14:textId="77777777" w:rsidR="00830533" w:rsidRPr="0032579A" w:rsidRDefault="00830533">
      <w:pPr>
        <w:rPr>
          <w:rFonts w:ascii="Times New Roman" w:hAnsi="Times New Roman" w:cs="Times New Roman"/>
        </w:rPr>
      </w:pPr>
    </w:p>
    <w:p w14:paraId="560863D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“Check your vector,” she said.</w:t>
      </w:r>
    </w:p>
    <w:p w14:paraId="1AEC4FC9" w14:textId="77777777" w:rsidR="00830533" w:rsidRPr="0032579A" w:rsidRDefault="00830533">
      <w:pPr>
        <w:rPr>
          <w:rFonts w:ascii="Times New Roman" w:hAnsi="Times New Roman" w:cs="Times New Roman"/>
        </w:rPr>
      </w:pPr>
    </w:p>
    <w:p w14:paraId="76BD89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pilot—Hale, nineteen, steadier with a wire kit than a rifle—read the numbers from memory, then checked them anyway. “Locked. By the belt, then downspun to the green band. We come out under them, not in front.”</w:t>
      </w:r>
    </w:p>
    <w:p w14:paraId="604F83F4" w14:textId="77777777" w:rsidR="00830533" w:rsidRPr="0032579A" w:rsidRDefault="00830533">
      <w:pPr>
        <w:rPr>
          <w:rFonts w:ascii="Times New Roman" w:hAnsi="Times New Roman" w:cs="Times New Roman"/>
        </w:rPr>
      </w:pPr>
    </w:p>
    <w:p w14:paraId="65860CD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strapped in, the ledger set in its cradle. There were men who laughed at bringing a datapad into a cockpit. None of them lived here.</w:t>
      </w:r>
    </w:p>
    <w:p w14:paraId="62A889B2" w14:textId="77777777" w:rsidR="00830533" w:rsidRPr="0032579A" w:rsidRDefault="00830533">
      <w:pPr>
        <w:rPr>
          <w:rFonts w:ascii="Times New Roman" w:hAnsi="Times New Roman" w:cs="Times New Roman"/>
        </w:rPr>
      </w:pPr>
    </w:p>
    <w:p w14:paraId="76B764D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“Run silent to the belt,” she said, and the HWK slipped into the black like a knife laid flat on a table.</w:t>
      </w:r>
    </w:p>
    <w:p w14:paraId="74A3F9D2" w14:textId="77777777" w:rsidR="00830533" w:rsidRPr="0032579A" w:rsidRDefault="00830533">
      <w:pPr>
        <w:rPr>
          <w:rFonts w:ascii="Times New Roman" w:hAnsi="Times New Roman" w:cs="Times New Roman"/>
        </w:rPr>
      </w:pPr>
    </w:p>
    <w:p w14:paraId="51B3E13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Two bulk freighters showed on the scope as steady pulses, one escort as a brighter, tighter beat. The escort’s arc was lax. Overtime. Fatigue. A man who thought routine meant safety.</w:t>
      </w:r>
    </w:p>
    <w:p w14:paraId="7CD361BA" w14:textId="77777777" w:rsidR="00830533" w:rsidRPr="0032579A" w:rsidRDefault="00830533">
      <w:pPr>
        <w:rPr>
          <w:rFonts w:ascii="Times New Roman" w:hAnsi="Times New Roman" w:cs="Times New Roman"/>
        </w:rPr>
      </w:pPr>
    </w:p>
    <w:p w14:paraId="5459149B" w14:textId="53BF26C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“It always </w:t>
      </w:r>
      <w:r w:rsidR="00C77B8F">
        <w:rPr>
          <w:rFonts w:ascii="Times New Roman" w:hAnsi="Times New Roman" w:cs="Times New Roman"/>
          <w:color w:val="000000"/>
        </w:rPr>
        <w:t xml:space="preserve">seems like </w:t>
      </w:r>
      <w:r w:rsidR="009C5D21">
        <w:rPr>
          <w:rFonts w:ascii="Times New Roman" w:hAnsi="Times New Roman" w:cs="Times New Roman"/>
          <w:color w:val="000000"/>
        </w:rPr>
        <w:t>success</w:t>
      </w:r>
      <w:r w:rsidRPr="0032579A">
        <w:rPr>
          <w:rFonts w:ascii="Times New Roman" w:hAnsi="Times New Roman" w:cs="Times New Roman"/>
          <w:color w:val="000000"/>
        </w:rPr>
        <w:t xml:space="preserve">,” Verdan had said once, when a fighter asked why they still ran drills after a successful raid. “Until it </w:t>
      </w:r>
      <w:r w:rsidR="009C5D21">
        <w:rPr>
          <w:rFonts w:ascii="Times New Roman" w:hAnsi="Times New Roman" w:cs="Times New Roman"/>
          <w:color w:val="000000"/>
        </w:rPr>
        <w:t>isn</w:t>
      </w:r>
      <w:r w:rsidRPr="0032579A">
        <w:rPr>
          <w:rFonts w:ascii="Times New Roman" w:hAnsi="Times New Roman" w:cs="Times New Roman"/>
          <w:color w:val="000000"/>
        </w:rPr>
        <w:t>’t.”</w:t>
      </w:r>
    </w:p>
    <w:p w14:paraId="12A8FEB2" w14:textId="77777777" w:rsidR="001E027E" w:rsidRPr="0032579A" w:rsidRDefault="001E027E" w:rsidP="001E027E">
      <w:pPr>
        <w:rPr>
          <w:rFonts w:ascii="Times New Roman" w:hAnsi="Times New Roman" w:cs="Times New Roman"/>
        </w:rPr>
      </w:pPr>
    </w:p>
    <w:p w14:paraId="783FA9F5" w14:textId="77777777" w:rsidR="001E027E" w:rsidRPr="0032579A" w:rsidRDefault="001E027E" w:rsidP="001E027E">
      <w:pPr>
        <w:spacing w:after="0"/>
        <w:jc w:val="center"/>
        <w:rPr>
          <w:rFonts w:ascii="Times New Roman" w:hAnsi="Times New Roman" w:cs="Times New Roman"/>
        </w:rPr>
      </w:pPr>
      <w:r w:rsidRPr="0032579A">
        <w:rPr>
          <w:rFonts w:ascii="Times New Roman" w:hAnsi="Times New Roman" w:cs="Times New Roman"/>
        </w:rPr>
        <w:t>***</w:t>
      </w:r>
    </w:p>
    <w:p w14:paraId="787857D8" w14:textId="77777777" w:rsidR="00830533" w:rsidRPr="0032579A" w:rsidRDefault="00830533">
      <w:pPr>
        <w:rPr>
          <w:rFonts w:ascii="Times New Roman" w:hAnsi="Times New Roman" w:cs="Times New Roman"/>
        </w:rPr>
      </w:pPr>
    </w:p>
    <w:p w14:paraId="3BCEFBF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HWK slid behind a ragged spine of rock, then drifted out into open space just long enough for Hale to mark bearings with the neat precision of a child reciting catechism. Selora made three quick lines on the ledger and put weight marks beside them.</w:t>
      </w:r>
    </w:p>
    <w:p w14:paraId="0EA6294D" w14:textId="77777777" w:rsidR="00830533" w:rsidRPr="0032579A" w:rsidRDefault="00830533">
      <w:pPr>
        <w:rPr>
          <w:rFonts w:ascii="Times New Roman" w:hAnsi="Times New Roman" w:cs="Times New Roman"/>
        </w:rPr>
      </w:pPr>
    </w:p>
    <w:p w14:paraId="6BDF3213" w14:textId="02846D86" w:rsidR="00830533" w:rsidRDefault="001E027E">
      <w:pPr>
        <w:rPr>
          <w:rFonts w:ascii="Times New Roman" w:hAnsi="Times New Roman" w:cs="Times New Roman"/>
          <w:color w:val="000000"/>
        </w:rPr>
      </w:pPr>
      <w:r w:rsidRPr="001E027E">
        <w:rPr>
          <w:rFonts w:ascii="Times New Roman" w:hAnsi="Times New Roman" w:cs="Times New Roman"/>
          <w:color w:val="000000"/>
        </w:rPr>
        <w:t xml:space="preserve">The convoy moved heavy and slow, two cargo bellies with a single escort drifting between them. The </w:t>
      </w:r>
      <w:r>
        <w:rPr>
          <w:rFonts w:ascii="Times New Roman" w:hAnsi="Times New Roman" w:cs="Times New Roman"/>
          <w:color w:val="000000"/>
        </w:rPr>
        <w:t xml:space="preserve">escort </w:t>
      </w:r>
      <w:r w:rsidRPr="001E027E">
        <w:rPr>
          <w:rFonts w:ascii="Times New Roman" w:hAnsi="Times New Roman" w:cs="Times New Roman"/>
          <w:color w:val="000000"/>
        </w:rPr>
        <w:t>kept</w:t>
      </w:r>
      <w:r w:rsidRPr="001E027E">
        <w:rPr>
          <w:rFonts w:ascii="Times New Roman" w:hAnsi="Times New Roman" w:cs="Times New Roman"/>
          <w:color w:val="000000"/>
        </w:rPr>
        <w:t xml:space="preserve"> a lazy cadence, shields humming in a steady cycle that never broke rhythm. Easy to read. Easy to time. A sting to draw it out, a pull to scatter its focus, then the drowning strike to finish. Afterward, the bones would fall where they were meant to: water casks dropped into Veth’s orbit, plates bundled for Karth. The weight of it all settled into place like a plan already chosen</w:t>
      </w:r>
    </w:p>
    <w:p w14:paraId="17E9320F" w14:textId="77777777" w:rsidR="001E027E" w:rsidRPr="0032579A" w:rsidRDefault="001E027E">
      <w:pPr>
        <w:rPr>
          <w:rFonts w:ascii="Times New Roman" w:hAnsi="Times New Roman" w:cs="Times New Roman"/>
        </w:rPr>
      </w:pPr>
    </w:p>
    <w:p w14:paraId="6C90F4A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 your mark,” Selora said. “Call it.”</w:t>
      </w:r>
    </w:p>
    <w:p w14:paraId="10062D98" w14:textId="77777777" w:rsidR="00830533" w:rsidRPr="0032579A" w:rsidRDefault="00830533">
      <w:pPr>
        <w:rPr>
          <w:rFonts w:ascii="Times New Roman" w:hAnsi="Times New Roman" w:cs="Times New Roman"/>
        </w:rPr>
      </w:pPr>
    </w:p>
    <w:p w14:paraId="580FD6F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Hale swallowed and forgot to be young. “Mark.”</w:t>
      </w:r>
    </w:p>
    <w:p w14:paraId="72B79FA5" w14:textId="77777777" w:rsidR="00830533" w:rsidRPr="0032579A" w:rsidRDefault="00830533">
      <w:pPr>
        <w:rPr>
          <w:rFonts w:ascii="Times New Roman" w:hAnsi="Times New Roman" w:cs="Times New Roman"/>
        </w:rPr>
      </w:pPr>
    </w:p>
    <w:p w14:paraId="097460D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Buzzards peeled out of the Wolf’s Den’s belly as if the ship had grown wasp offspring—patched wings, engines that coughed smoke at startup and then ran angry-clean. They were not meant to live forever. They were meant to hurt hard, fast.</w:t>
      </w:r>
    </w:p>
    <w:p w14:paraId="50B33713" w14:textId="77777777" w:rsidR="00830533" w:rsidRPr="0032579A" w:rsidRDefault="00830533">
      <w:pPr>
        <w:rPr>
          <w:rFonts w:ascii="Times New Roman" w:hAnsi="Times New Roman" w:cs="Times New Roman"/>
        </w:rPr>
      </w:pPr>
    </w:p>
    <w:p w14:paraId="0654A52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escort turned awkwardly, shields flaring at the edges as the first Buzzard laced it with light. The second came in on a slant, not to kill but to pull. The escort followed the wrong one because men do, and that opened its belly for the third to rake fire across the seam where a plate had been hammered on fast and never quite fit.</w:t>
      </w:r>
    </w:p>
    <w:p w14:paraId="784F9291" w14:textId="77777777" w:rsidR="00830533" w:rsidRPr="0032579A" w:rsidRDefault="00830533">
      <w:pPr>
        <w:rPr>
          <w:rFonts w:ascii="Times New Roman" w:hAnsi="Times New Roman" w:cs="Times New Roman"/>
        </w:rPr>
      </w:pPr>
    </w:p>
    <w:p w14:paraId="1FB6ABA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“Crack,” Hale murmured, not triumph in his voice, just recognition. “There.”</w:t>
      </w:r>
    </w:p>
    <w:p w14:paraId="3DE30925" w14:textId="77777777" w:rsidR="00830533" w:rsidRPr="0032579A" w:rsidRDefault="00830533">
      <w:pPr>
        <w:rPr>
          <w:rFonts w:ascii="Times New Roman" w:hAnsi="Times New Roman" w:cs="Times New Roman"/>
        </w:rPr>
      </w:pPr>
    </w:p>
    <w:p w14:paraId="49E2991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escort spun. The Buzzard that had lured it away vaulted over and drove a last tight burst into the place where the crack had opened. The shield went from blue to nothing. The engine vented flame like breath in winter. The ship rolled and did not recover.</w:t>
      </w:r>
    </w:p>
    <w:p w14:paraId="15191B72" w14:textId="77777777" w:rsidR="00830533" w:rsidRPr="0032579A" w:rsidRDefault="00830533">
      <w:pPr>
        <w:rPr>
          <w:rFonts w:ascii="Times New Roman" w:hAnsi="Times New Roman" w:cs="Times New Roman"/>
        </w:rPr>
      </w:pPr>
    </w:p>
    <w:p w14:paraId="7F3EAE7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“Freighters?” Selora asked.</w:t>
      </w:r>
    </w:p>
    <w:p w14:paraId="22B71093" w14:textId="77777777" w:rsidR="00830533" w:rsidRPr="0032579A" w:rsidRDefault="00830533">
      <w:pPr>
        <w:rPr>
          <w:rFonts w:ascii="Times New Roman" w:hAnsi="Times New Roman" w:cs="Times New Roman"/>
        </w:rPr>
      </w:pPr>
    </w:p>
    <w:p w14:paraId="6403A40D" w14:textId="1E57E690" w:rsidR="00830533" w:rsidRPr="0032579A" w:rsidRDefault="00000000">
      <w:pPr>
        <w:rPr>
          <w:rFonts w:ascii="Times New Roman" w:hAnsi="Times New Roman" w:cs="Times New Roman"/>
        </w:rPr>
      </w:pPr>
      <w:r w:rsidRPr="0032579A">
        <w:rPr>
          <w:rFonts w:ascii="Times New Roman" w:hAnsi="Times New Roman" w:cs="Times New Roman"/>
          <w:color w:val="000000"/>
        </w:rPr>
        <w:t>“Breaking</w:t>
      </w:r>
      <w:r w:rsidR="009C6D3C">
        <w:rPr>
          <w:rFonts w:ascii="Times New Roman" w:hAnsi="Times New Roman" w:cs="Times New Roman"/>
          <w:color w:val="000000"/>
        </w:rPr>
        <w:t xml:space="preserve"> away</w:t>
      </w:r>
      <w:r w:rsidRPr="0032579A">
        <w:rPr>
          <w:rFonts w:ascii="Times New Roman" w:hAnsi="Times New Roman" w:cs="Times New Roman"/>
          <w:color w:val="000000"/>
        </w:rPr>
        <w:t>,” Hale said. “Slow. One trying to run, one trying to hide. Hiding one first.”</w:t>
      </w:r>
    </w:p>
    <w:p w14:paraId="7AB97FF4" w14:textId="77777777" w:rsidR="00830533" w:rsidRPr="0032579A" w:rsidRDefault="00830533">
      <w:pPr>
        <w:rPr>
          <w:rFonts w:ascii="Times New Roman" w:hAnsi="Times New Roman" w:cs="Times New Roman"/>
        </w:rPr>
      </w:pPr>
    </w:p>
    <w:p w14:paraId="396EAFCC" w14:textId="1530C6B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Wolf’s Den loomed then, not a predator announcing itself, but the shadow that falls when a bigger thing moves between you and the light. The turrets spoke twice to each freighter: once to take away </w:t>
      </w:r>
      <w:r w:rsidR="009C6D3C">
        <w:rPr>
          <w:rFonts w:ascii="Times New Roman" w:hAnsi="Times New Roman" w:cs="Times New Roman"/>
          <w:color w:val="000000"/>
        </w:rPr>
        <w:t>comms</w:t>
      </w:r>
      <w:r w:rsidRPr="0032579A">
        <w:rPr>
          <w:rFonts w:ascii="Times New Roman" w:hAnsi="Times New Roman" w:cs="Times New Roman"/>
          <w:color w:val="000000"/>
        </w:rPr>
        <w:t xml:space="preserve"> and once to take away </w:t>
      </w:r>
      <w:r w:rsidR="009C6D3C">
        <w:rPr>
          <w:rFonts w:ascii="Times New Roman" w:hAnsi="Times New Roman" w:cs="Times New Roman"/>
          <w:color w:val="000000"/>
        </w:rPr>
        <w:t xml:space="preserve">their </w:t>
      </w:r>
      <w:r w:rsidRPr="0032579A">
        <w:rPr>
          <w:rFonts w:ascii="Times New Roman" w:hAnsi="Times New Roman" w:cs="Times New Roman"/>
          <w:color w:val="000000"/>
        </w:rPr>
        <w:t>legs. After that it was hands and boots and masks, men and women who knew how to move down narrow corridors without firing more than they had to.</w:t>
      </w:r>
    </w:p>
    <w:p w14:paraId="665AFE32" w14:textId="77777777" w:rsidR="00830533" w:rsidRPr="0032579A" w:rsidRDefault="00830533">
      <w:pPr>
        <w:rPr>
          <w:rFonts w:ascii="Times New Roman" w:hAnsi="Times New Roman" w:cs="Times New Roman"/>
        </w:rPr>
      </w:pPr>
    </w:p>
    <w:p w14:paraId="4BD6C33E" w14:textId="0B4324DC"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made herself look when bodies were pulled aside. She wrote names if she had them, marks if she didn’t. </w:t>
      </w:r>
    </w:p>
    <w:p w14:paraId="090CFDC4" w14:textId="77777777" w:rsidR="00830533" w:rsidRPr="0032579A" w:rsidRDefault="00830533">
      <w:pPr>
        <w:rPr>
          <w:rFonts w:ascii="Times New Roman" w:hAnsi="Times New Roman" w:cs="Times New Roman"/>
        </w:rPr>
      </w:pPr>
    </w:p>
    <w:p w14:paraId="526FEC5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took what they needed. Food. Medicine. Power cells. Drive plates that matched none of their ships but would match someone else’s, which meant trade. They left what they had planned to leave: water drums sealed and lashed, a ladder of plate bundles strapped together so a small tug could catch one end and haul without breaking apart the whole, coils bound with chalk scratches that meant “cable, safe,” and a box with a bad hinge filled with small tools that felt like wealth in a place where a spanner could buy a week.</w:t>
      </w:r>
    </w:p>
    <w:p w14:paraId="2AC9CE65" w14:textId="77777777" w:rsidR="00830533" w:rsidRPr="0032579A" w:rsidRDefault="00830533">
      <w:pPr>
        <w:rPr>
          <w:rFonts w:ascii="Times New Roman" w:hAnsi="Times New Roman" w:cs="Times New Roman"/>
        </w:rPr>
      </w:pPr>
    </w:p>
    <w:p w14:paraId="1AFFD2E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When the HWK banked off the line of the hides they had tethered above Veth, the planet looked like someone had dragged a dark thumb across a bright coin. Hale glanced at it and then away; </w:t>
      </w:r>
      <w:r w:rsidRPr="0032579A">
        <w:rPr>
          <w:rFonts w:ascii="Times New Roman" w:hAnsi="Times New Roman" w:cs="Times New Roman"/>
          <w:color w:val="000000"/>
        </w:rPr>
        <w:lastRenderedPageBreak/>
        <w:t>you don’t stare long at a thing you can’t save. You drop what you can and move so another man can bend his head under his own roof and call his family not-hungry.</w:t>
      </w:r>
    </w:p>
    <w:p w14:paraId="634ADC6E" w14:textId="77777777" w:rsidR="00830533" w:rsidRPr="0032579A" w:rsidRDefault="00830533">
      <w:pPr>
        <w:rPr>
          <w:rFonts w:ascii="Times New Roman" w:hAnsi="Times New Roman" w:cs="Times New Roman"/>
        </w:rPr>
      </w:pPr>
    </w:p>
    <w:p w14:paraId="49F7531C" w14:textId="0E22DC7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Back aboard, Selora read the ledger aloud in the hangar because reading it out in the open mattered. “Bones left: Veth orbit, sealed drums. Karth line, plate ladder. Hesk run, cable and tools. Wolves’ </w:t>
      </w:r>
      <w:r w:rsidR="00486460" w:rsidRPr="0032579A">
        <w:rPr>
          <w:rFonts w:ascii="Times New Roman" w:hAnsi="Times New Roman" w:cs="Times New Roman"/>
          <w:color w:val="000000"/>
        </w:rPr>
        <w:t>take</w:t>
      </w:r>
      <w:r w:rsidRPr="0032579A">
        <w:rPr>
          <w:rFonts w:ascii="Times New Roman" w:hAnsi="Times New Roman" w:cs="Times New Roman"/>
          <w:color w:val="000000"/>
        </w:rPr>
        <w:t xml:space="preserve"> food, medicine, power</w:t>
      </w:r>
      <w:r w:rsidR="009C6D3C">
        <w:rPr>
          <w:rFonts w:ascii="Times New Roman" w:hAnsi="Times New Roman" w:cs="Times New Roman"/>
          <w:color w:val="000000"/>
        </w:rPr>
        <w:t xml:space="preserve">. For </w:t>
      </w:r>
      <w:r w:rsidR="005E7D9E">
        <w:rPr>
          <w:rFonts w:ascii="Times New Roman" w:hAnsi="Times New Roman" w:cs="Times New Roman"/>
          <w:color w:val="000000"/>
        </w:rPr>
        <w:t>now,</w:t>
      </w:r>
      <w:r w:rsidR="009C6D3C">
        <w:rPr>
          <w:rFonts w:ascii="Times New Roman" w:hAnsi="Times New Roman" w:cs="Times New Roman"/>
          <w:color w:val="000000"/>
        </w:rPr>
        <w:t xml:space="preserve"> </w:t>
      </w:r>
      <w:r w:rsidR="005E7D9E">
        <w:rPr>
          <w:rFonts w:ascii="Times New Roman" w:hAnsi="Times New Roman" w:cs="Times New Roman"/>
          <w:color w:val="000000"/>
        </w:rPr>
        <w:t>it’s</w:t>
      </w:r>
      <w:r w:rsidR="009C6D3C">
        <w:rPr>
          <w:rFonts w:ascii="Times New Roman" w:hAnsi="Times New Roman" w:cs="Times New Roman"/>
          <w:color w:val="000000"/>
        </w:rPr>
        <w:t xml:space="preserve"> enough</w:t>
      </w:r>
      <w:r w:rsidRPr="0032579A">
        <w:rPr>
          <w:rFonts w:ascii="Times New Roman" w:hAnsi="Times New Roman" w:cs="Times New Roman"/>
          <w:color w:val="000000"/>
        </w:rPr>
        <w:t>.”</w:t>
      </w:r>
    </w:p>
    <w:p w14:paraId="303C2946" w14:textId="77777777" w:rsidR="00830533" w:rsidRPr="0032579A" w:rsidRDefault="00830533">
      <w:pPr>
        <w:rPr>
          <w:rFonts w:ascii="Times New Roman" w:hAnsi="Times New Roman" w:cs="Times New Roman"/>
        </w:rPr>
      </w:pPr>
    </w:p>
    <w:p w14:paraId="0F081C9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Enough was never enough, but it meant they did not starve today. That was the only scale that counted.</w:t>
      </w:r>
    </w:p>
    <w:p w14:paraId="673A146D" w14:textId="77777777" w:rsidR="00F9780D" w:rsidRPr="0032579A" w:rsidRDefault="00F9780D" w:rsidP="00F9780D">
      <w:pPr>
        <w:rPr>
          <w:rFonts w:ascii="Times New Roman" w:hAnsi="Times New Roman" w:cs="Times New Roman"/>
        </w:rPr>
      </w:pPr>
    </w:p>
    <w:p w14:paraId="3A2E886B" w14:textId="77777777" w:rsidR="00F9780D" w:rsidRPr="0032579A" w:rsidRDefault="00F9780D" w:rsidP="00F9780D">
      <w:pPr>
        <w:spacing w:after="0"/>
        <w:jc w:val="center"/>
        <w:rPr>
          <w:rFonts w:ascii="Times New Roman" w:hAnsi="Times New Roman" w:cs="Times New Roman"/>
        </w:rPr>
      </w:pPr>
      <w:r w:rsidRPr="0032579A">
        <w:rPr>
          <w:rFonts w:ascii="Times New Roman" w:hAnsi="Times New Roman" w:cs="Times New Roman"/>
        </w:rPr>
        <w:t>***</w:t>
      </w:r>
    </w:p>
    <w:p w14:paraId="453D0B71" w14:textId="77777777" w:rsidR="00830533" w:rsidRPr="0032579A" w:rsidRDefault="00830533">
      <w:pPr>
        <w:rPr>
          <w:rFonts w:ascii="Times New Roman" w:hAnsi="Times New Roman" w:cs="Times New Roman"/>
        </w:rPr>
      </w:pPr>
    </w:p>
    <w:p w14:paraId="51ECD84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second envoys came hard on the heels of rumor. Three this time: two women and a man. Their armor was cleaner, their straps not frayed. They weren’t rich. They weren’t the kind who could afford to be. But they had kept the right things clean. That mattered to Selora more than polish on a pauldron.</w:t>
      </w:r>
    </w:p>
    <w:p w14:paraId="0632CB2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chose a dead moon for the meeting—smart. No one owned a dead moon except the last thing stubborn enough to claim it. The Wolves took the Theta down; the Wolf’s Den stayed quiet in shadow. Darran led the column from the ramp with his pistol holstered but his eyes bright. The fire was still there but now it had a rhythm to it you could set your step by.</w:t>
      </w:r>
    </w:p>
    <w:p w14:paraId="65A968F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set the ledger on a broken table and kept one hand on it like a priestess resting fingers on a text. Verdan stood to her right, eyes sweeping the room as a warrior does.</w:t>
      </w:r>
    </w:p>
    <w:p w14:paraId="2F2BDF7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older woman of the three spoke first. “Ore and food,” she said. The words came out like the start of a list she’d been repeating to herself for weeks. “If it reaches us, we endure the year. If it does not, we starve. We don’t ask for charity.”</w:t>
      </w:r>
    </w:p>
    <w:p w14:paraId="412879A6" w14:textId="77777777" w:rsidR="00830533" w:rsidRPr="0032579A" w:rsidRDefault="00830533">
      <w:pPr>
        <w:rPr>
          <w:rFonts w:ascii="Times New Roman" w:hAnsi="Times New Roman" w:cs="Times New Roman"/>
        </w:rPr>
      </w:pPr>
    </w:p>
    <w:p w14:paraId="48CFAF9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Selora’s mouth ticked, not a smile. “Good.”</w:t>
      </w:r>
    </w:p>
    <w:p w14:paraId="62902F56" w14:textId="77777777" w:rsidR="00830533" w:rsidRPr="0032579A" w:rsidRDefault="00830533">
      <w:pPr>
        <w:rPr>
          <w:rFonts w:ascii="Times New Roman" w:hAnsi="Times New Roman" w:cs="Times New Roman"/>
        </w:rPr>
      </w:pPr>
    </w:p>
    <w:p w14:paraId="5074DD45" w14:textId="5359E1A9"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“We </w:t>
      </w:r>
      <w:r w:rsidR="009A0FAB">
        <w:rPr>
          <w:rFonts w:ascii="Times New Roman" w:hAnsi="Times New Roman" w:cs="Times New Roman"/>
          <w:color w:val="000000"/>
        </w:rPr>
        <w:t xml:space="preserve">can </w:t>
      </w:r>
      <w:r w:rsidRPr="0032579A">
        <w:rPr>
          <w:rFonts w:ascii="Times New Roman" w:hAnsi="Times New Roman" w:cs="Times New Roman"/>
          <w:color w:val="000000"/>
        </w:rPr>
        <w:t>pay with shield arrays,” the man said quickly, like he’d been waiting to show he had something worthy. “Old Republic design. Not flashy. Not new</w:t>
      </w:r>
      <w:r w:rsidR="00B4161D">
        <w:rPr>
          <w:rFonts w:ascii="Times New Roman" w:hAnsi="Times New Roman" w:cs="Times New Roman"/>
          <w:color w:val="000000"/>
        </w:rPr>
        <w:t xml:space="preserve"> but st</w:t>
      </w:r>
      <w:r w:rsidRPr="0032579A">
        <w:rPr>
          <w:rFonts w:ascii="Times New Roman" w:hAnsi="Times New Roman" w:cs="Times New Roman"/>
          <w:color w:val="000000"/>
        </w:rPr>
        <w:t>rong.”</w:t>
      </w:r>
    </w:p>
    <w:p w14:paraId="2E59708A" w14:textId="77777777" w:rsidR="00830533" w:rsidRPr="0032579A" w:rsidRDefault="00830533">
      <w:pPr>
        <w:rPr>
          <w:rFonts w:ascii="Times New Roman" w:hAnsi="Times New Roman" w:cs="Times New Roman"/>
        </w:rPr>
      </w:pPr>
    </w:p>
    <w:p w14:paraId="383F3B1F" w14:textId="6F4DEF2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wrote arrays and put two weight marks beside the word. “Protection </w:t>
      </w:r>
      <w:r w:rsidR="00B4161D">
        <w:rPr>
          <w:rFonts w:ascii="Times New Roman" w:hAnsi="Times New Roman" w:cs="Times New Roman"/>
          <w:color w:val="000000"/>
        </w:rPr>
        <w:t>carries weight</w:t>
      </w:r>
      <w:r w:rsidRPr="0032579A">
        <w:rPr>
          <w:rFonts w:ascii="Times New Roman" w:hAnsi="Times New Roman" w:cs="Times New Roman"/>
          <w:color w:val="000000"/>
        </w:rPr>
        <w:t xml:space="preserve">,” she said. “Payment is </w:t>
      </w:r>
      <w:r w:rsidR="00B4161D">
        <w:rPr>
          <w:rFonts w:ascii="Times New Roman" w:hAnsi="Times New Roman" w:cs="Times New Roman"/>
          <w:color w:val="000000"/>
        </w:rPr>
        <w:t>resources that matter</w:t>
      </w:r>
      <w:r w:rsidRPr="0032579A">
        <w:rPr>
          <w:rFonts w:ascii="Times New Roman" w:hAnsi="Times New Roman" w:cs="Times New Roman"/>
          <w:color w:val="000000"/>
        </w:rPr>
        <w:t xml:space="preserve">. Arrays count. Ore counts. Silence counts </w:t>
      </w:r>
      <w:r w:rsidR="00B4161D">
        <w:rPr>
          <w:rFonts w:ascii="Times New Roman" w:hAnsi="Times New Roman" w:cs="Times New Roman"/>
          <w:color w:val="000000"/>
        </w:rPr>
        <w:t>the most</w:t>
      </w:r>
      <w:r w:rsidRPr="0032579A">
        <w:rPr>
          <w:rFonts w:ascii="Times New Roman" w:hAnsi="Times New Roman" w:cs="Times New Roman"/>
          <w:color w:val="000000"/>
        </w:rPr>
        <w:t>.”</w:t>
      </w:r>
    </w:p>
    <w:p w14:paraId="6CCBD7B2" w14:textId="77777777" w:rsidR="00830533" w:rsidRPr="0032579A" w:rsidRDefault="00830533">
      <w:pPr>
        <w:rPr>
          <w:rFonts w:ascii="Times New Roman" w:hAnsi="Times New Roman" w:cs="Times New Roman"/>
        </w:rPr>
      </w:pPr>
    </w:p>
    <w:p w14:paraId="631EB3C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youngest woman’s head came up at that. “Silence?” she said, anger in the word—not at the demand, but at being forced to say she would meet it.</w:t>
      </w:r>
    </w:p>
    <w:p w14:paraId="2BE4040E" w14:textId="77777777" w:rsidR="00830533" w:rsidRPr="0032579A" w:rsidRDefault="00830533">
      <w:pPr>
        <w:rPr>
          <w:rFonts w:ascii="Times New Roman" w:hAnsi="Times New Roman" w:cs="Times New Roman"/>
        </w:rPr>
      </w:pPr>
    </w:p>
    <w:p w14:paraId="657C6559" w14:textId="7432EFC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“If your voice puts our people in the path of </w:t>
      </w:r>
      <w:r w:rsidR="00F164B5">
        <w:rPr>
          <w:rFonts w:ascii="Times New Roman" w:hAnsi="Times New Roman" w:cs="Times New Roman"/>
          <w:color w:val="000000"/>
        </w:rPr>
        <w:t>a</w:t>
      </w:r>
      <w:r w:rsidRPr="0032579A">
        <w:rPr>
          <w:rFonts w:ascii="Times New Roman" w:hAnsi="Times New Roman" w:cs="Times New Roman"/>
          <w:color w:val="000000"/>
        </w:rPr>
        <w:t xml:space="preserve"> knife,” Selora said, “then your words are waste</w:t>
      </w:r>
      <w:r w:rsidR="008B14A9">
        <w:rPr>
          <w:rFonts w:ascii="Times New Roman" w:hAnsi="Times New Roman" w:cs="Times New Roman"/>
          <w:color w:val="000000"/>
        </w:rPr>
        <w:t xml:space="preserve"> of our time and our people</w:t>
      </w:r>
      <w:r w:rsidRPr="0032579A">
        <w:rPr>
          <w:rFonts w:ascii="Times New Roman" w:hAnsi="Times New Roman" w:cs="Times New Roman"/>
          <w:color w:val="000000"/>
        </w:rPr>
        <w:t>. We do not pay for waste.”</w:t>
      </w:r>
    </w:p>
    <w:p w14:paraId="7049067C" w14:textId="77777777" w:rsidR="00830533" w:rsidRPr="0032579A" w:rsidRDefault="00830533">
      <w:pPr>
        <w:rPr>
          <w:rFonts w:ascii="Times New Roman" w:hAnsi="Times New Roman" w:cs="Times New Roman"/>
        </w:rPr>
      </w:pPr>
    </w:p>
    <w:p w14:paraId="3C8AA64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younger woman started to speak again. The older lifted two fingers barely an inch. That was all it took. The young one shut her mouth and breathed through her nose.</w:t>
      </w:r>
    </w:p>
    <w:p w14:paraId="2E18D1F9" w14:textId="77777777" w:rsidR="00830533" w:rsidRPr="0032579A" w:rsidRDefault="00830533">
      <w:pPr>
        <w:rPr>
          <w:rFonts w:ascii="Times New Roman" w:hAnsi="Times New Roman" w:cs="Times New Roman"/>
        </w:rPr>
      </w:pPr>
    </w:p>
    <w:p w14:paraId="093C067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“And if you fail?” the older asked then, looking at Selora and then at Verdan as if weighing which would matter in the end.</w:t>
      </w:r>
    </w:p>
    <w:p w14:paraId="5ECFCD61" w14:textId="77777777" w:rsidR="00830533" w:rsidRPr="0032579A" w:rsidRDefault="00830533">
      <w:pPr>
        <w:rPr>
          <w:rFonts w:ascii="Times New Roman" w:hAnsi="Times New Roman" w:cs="Times New Roman"/>
        </w:rPr>
      </w:pPr>
    </w:p>
    <w:p w14:paraId="6506E225" w14:textId="5C6450C5" w:rsidR="00830533" w:rsidRPr="0032579A" w:rsidRDefault="00000000">
      <w:pPr>
        <w:rPr>
          <w:rFonts w:ascii="Times New Roman" w:hAnsi="Times New Roman" w:cs="Times New Roman"/>
        </w:rPr>
      </w:pPr>
      <w:r w:rsidRPr="0032579A">
        <w:rPr>
          <w:rFonts w:ascii="Times New Roman" w:hAnsi="Times New Roman" w:cs="Times New Roman"/>
          <w:color w:val="000000"/>
        </w:rPr>
        <w:t>Verdan stepped forward. He didn’t need to touch his knife. “Then we die,” he said. “Not you. That is our payment.”</w:t>
      </w:r>
    </w:p>
    <w:p w14:paraId="541E9276" w14:textId="77777777" w:rsidR="00830533" w:rsidRPr="0032579A" w:rsidRDefault="00830533">
      <w:pPr>
        <w:rPr>
          <w:rFonts w:ascii="Times New Roman" w:hAnsi="Times New Roman" w:cs="Times New Roman"/>
        </w:rPr>
      </w:pPr>
    </w:p>
    <w:p w14:paraId="33E59DB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silence that followed was not shock. It was the space where both sides checked to see if the truth had changed the shape of the room. It had. The wind sounded different through the broken arches. That was only in their heads. It was enough.</w:t>
      </w:r>
    </w:p>
    <w:p w14:paraId="0AE0886B" w14:textId="77777777" w:rsidR="00830533" w:rsidRPr="0032579A" w:rsidRDefault="00830533">
      <w:pPr>
        <w:rPr>
          <w:rFonts w:ascii="Times New Roman" w:hAnsi="Times New Roman" w:cs="Times New Roman"/>
        </w:rPr>
      </w:pPr>
    </w:p>
    <w:p w14:paraId="62DE2BE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drew a line. </w:t>
      </w:r>
      <w:r w:rsidRPr="00F9780D">
        <w:rPr>
          <w:rFonts w:ascii="Times New Roman" w:hAnsi="Times New Roman" w:cs="Times New Roman"/>
          <w:i/>
          <w:iCs/>
          <w:color w:val="000000"/>
        </w:rPr>
        <w:t>Clan Merros — arrays (2), ore allotment, map of vents. Debt: convoy protection on the long slag. Payment: silence, arrays, ten percent ore for three months</w:t>
      </w:r>
      <w:r w:rsidRPr="0032579A">
        <w:rPr>
          <w:rFonts w:ascii="Times New Roman" w:hAnsi="Times New Roman" w:cs="Times New Roman"/>
          <w:color w:val="000000"/>
        </w:rPr>
        <w:t>.</w:t>
      </w:r>
    </w:p>
    <w:p w14:paraId="00478EF2" w14:textId="77777777" w:rsidR="00830533" w:rsidRPr="0032579A" w:rsidRDefault="00830533">
      <w:pPr>
        <w:rPr>
          <w:rFonts w:ascii="Times New Roman" w:hAnsi="Times New Roman" w:cs="Times New Roman"/>
        </w:rPr>
      </w:pPr>
    </w:p>
    <w:p w14:paraId="544392B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younger woman swallowed visible pride like a man swallows blood from a bitten tongue. The older put her thumb on the table and pressed as if making an invisible seal in dust.</w:t>
      </w:r>
    </w:p>
    <w:p w14:paraId="3F601DD2" w14:textId="77777777" w:rsidR="00830533" w:rsidRPr="0032579A" w:rsidRDefault="00830533">
      <w:pPr>
        <w:rPr>
          <w:rFonts w:ascii="Times New Roman" w:hAnsi="Times New Roman" w:cs="Times New Roman"/>
        </w:rPr>
      </w:pPr>
    </w:p>
    <w:p w14:paraId="6564D10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“Done,” she said.</w:t>
      </w:r>
    </w:p>
    <w:p w14:paraId="67B3441E" w14:textId="77777777" w:rsidR="00830533" w:rsidRPr="0032579A" w:rsidRDefault="00830533">
      <w:pPr>
        <w:rPr>
          <w:rFonts w:ascii="Times New Roman" w:hAnsi="Times New Roman" w:cs="Times New Roman"/>
        </w:rPr>
      </w:pPr>
    </w:p>
    <w:p w14:paraId="2634489D" w14:textId="634960B5" w:rsidR="00F9780D" w:rsidRPr="0032579A" w:rsidRDefault="00000000" w:rsidP="00F9780D">
      <w:pPr>
        <w:rPr>
          <w:rFonts w:ascii="Times New Roman" w:hAnsi="Times New Roman" w:cs="Times New Roman"/>
        </w:rPr>
      </w:pPr>
      <w:r w:rsidRPr="0032579A">
        <w:rPr>
          <w:rFonts w:ascii="Times New Roman" w:hAnsi="Times New Roman" w:cs="Times New Roman"/>
          <w:color w:val="000000"/>
        </w:rPr>
        <w:t>They did not shake hands. Mandalorians do not need to touch to make something real. They simply agree, then go do it.</w:t>
      </w:r>
    </w:p>
    <w:p w14:paraId="3ED27D69" w14:textId="77777777" w:rsidR="00F9780D" w:rsidRPr="0032579A" w:rsidRDefault="00F9780D" w:rsidP="00F9780D">
      <w:pPr>
        <w:spacing w:after="0"/>
        <w:jc w:val="center"/>
        <w:rPr>
          <w:rFonts w:ascii="Times New Roman" w:hAnsi="Times New Roman" w:cs="Times New Roman"/>
        </w:rPr>
      </w:pPr>
      <w:r w:rsidRPr="0032579A">
        <w:rPr>
          <w:rFonts w:ascii="Times New Roman" w:hAnsi="Times New Roman" w:cs="Times New Roman"/>
        </w:rPr>
        <w:lastRenderedPageBreak/>
        <w:t>***</w:t>
      </w:r>
    </w:p>
    <w:p w14:paraId="11C90847" w14:textId="77777777" w:rsidR="00F9780D" w:rsidRDefault="00F9780D">
      <w:pPr>
        <w:rPr>
          <w:rFonts w:ascii="Times New Roman" w:hAnsi="Times New Roman" w:cs="Times New Roman"/>
          <w:color w:val="000000"/>
        </w:rPr>
      </w:pPr>
    </w:p>
    <w:p w14:paraId="09A3E8D4" w14:textId="0F7B8C7B" w:rsidR="00830533" w:rsidRPr="0032579A" w:rsidRDefault="00000000">
      <w:pPr>
        <w:rPr>
          <w:rFonts w:ascii="Times New Roman" w:hAnsi="Times New Roman" w:cs="Times New Roman"/>
        </w:rPr>
      </w:pPr>
      <w:r w:rsidRPr="0032579A">
        <w:rPr>
          <w:rFonts w:ascii="Times New Roman" w:hAnsi="Times New Roman" w:cs="Times New Roman"/>
          <w:color w:val="000000"/>
        </w:rPr>
        <w:t>The third envoys brought pride with them like a smell you could not scrub out of your clothes. Six warriors, rifles slung where everyone could see them, plates cleaned but not to parade shine. They asked to come aboard. Selora let them, because sometimes the risk you allow tells the other side what weight you truly carry.</w:t>
      </w:r>
    </w:p>
    <w:p w14:paraId="7027C62F" w14:textId="77777777" w:rsidR="00830533" w:rsidRPr="0032579A" w:rsidRDefault="00830533">
      <w:pPr>
        <w:rPr>
          <w:rFonts w:ascii="Times New Roman" w:hAnsi="Times New Roman" w:cs="Times New Roman"/>
        </w:rPr>
      </w:pPr>
    </w:p>
    <w:p w14:paraId="40EAE99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stood in the hangar under the Wolf’s Den’s ribs and tried not to show they were looking at everything. The woman who led them had a scar like a finger laid across her throat. She had lived because the blade had been turned aside by an inch at the last second. That told Selora more than any speech.</w:t>
      </w:r>
    </w:p>
    <w:p w14:paraId="0F1125A6" w14:textId="77777777" w:rsidR="00830533" w:rsidRPr="0032579A" w:rsidRDefault="00830533">
      <w:pPr>
        <w:rPr>
          <w:rFonts w:ascii="Times New Roman" w:hAnsi="Times New Roman" w:cs="Times New Roman"/>
        </w:rPr>
      </w:pPr>
    </w:p>
    <w:p w14:paraId="1FDDFD37" w14:textId="5682ADA6" w:rsidR="00830533" w:rsidRPr="0032579A" w:rsidRDefault="00000000">
      <w:pPr>
        <w:rPr>
          <w:rFonts w:ascii="Times New Roman" w:hAnsi="Times New Roman" w:cs="Times New Roman"/>
        </w:rPr>
      </w:pPr>
      <w:r w:rsidRPr="0032579A">
        <w:rPr>
          <w:rFonts w:ascii="Times New Roman" w:hAnsi="Times New Roman" w:cs="Times New Roman"/>
          <w:color w:val="000000"/>
        </w:rPr>
        <w:t>“We do not beg,” the woman said. “We</w:t>
      </w:r>
      <w:r w:rsidR="00F9780D">
        <w:rPr>
          <w:rFonts w:ascii="Times New Roman" w:hAnsi="Times New Roman" w:cs="Times New Roman"/>
          <w:color w:val="000000"/>
        </w:rPr>
        <w:t xml:space="preserve"> will</w:t>
      </w:r>
      <w:r w:rsidRPr="0032579A">
        <w:rPr>
          <w:rFonts w:ascii="Times New Roman" w:hAnsi="Times New Roman" w:cs="Times New Roman"/>
          <w:color w:val="000000"/>
        </w:rPr>
        <w:t xml:space="preserve"> trade. When smugglers squeeze our routes, we want your teeth </w:t>
      </w:r>
      <w:r w:rsidR="00F9780D">
        <w:rPr>
          <w:rFonts w:ascii="Times New Roman" w:hAnsi="Times New Roman" w:cs="Times New Roman"/>
          <w:color w:val="000000"/>
        </w:rPr>
        <w:t>on</w:t>
      </w:r>
      <w:r w:rsidRPr="0032579A">
        <w:rPr>
          <w:rFonts w:ascii="Times New Roman" w:hAnsi="Times New Roman" w:cs="Times New Roman"/>
          <w:color w:val="000000"/>
        </w:rPr>
        <w:t xml:space="preserve"> our side. We can make that worth your while.”</w:t>
      </w:r>
    </w:p>
    <w:p w14:paraId="2247EB64" w14:textId="77777777" w:rsidR="00830533" w:rsidRPr="0032579A" w:rsidRDefault="00830533">
      <w:pPr>
        <w:rPr>
          <w:rFonts w:ascii="Times New Roman" w:hAnsi="Times New Roman" w:cs="Times New Roman"/>
        </w:rPr>
      </w:pPr>
    </w:p>
    <w:p w14:paraId="3C1E2EF3" w14:textId="1058AFE5" w:rsidR="00830533" w:rsidRPr="0032579A" w:rsidRDefault="00000000">
      <w:pPr>
        <w:rPr>
          <w:rFonts w:ascii="Times New Roman" w:hAnsi="Times New Roman" w:cs="Times New Roman"/>
        </w:rPr>
      </w:pPr>
      <w:r w:rsidRPr="0032579A">
        <w:rPr>
          <w:rFonts w:ascii="Times New Roman" w:hAnsi="Times New Roman" w:cs="Times New Roman"/>
          <w:color w:val="000000"/>
        </w:rPr>
        <w:t>Selora rested her thumb on</w:t>
      </w:r>
      <w:r w:rsidR="00F9780D">
        <w:rPr>
          <w:rFonts w:ascii="Times New Roman" w:hAnsi="Times New Roman" w:cs="Times New Roman"/>
          <w:color w:val="000000"/>
        </w:rPr>
        <w:t xml:space="preserve"> the</w:t>
      </w:r>
      <w:r w:rsidRPr="0032579A">
        <w:rPr>
          <w:rFonts w:ascii="Times New Roman" w:hAnsi="Times New Roman" w:cs="Times New Roman"/>
          <w:color w:val="000000"/>
        </w:rPr>
        <w:t xml:space="preserve"> edge</w:t>
      </w:r>
      <w:r w:rsidR="00F9780D">
        <w:rPr>
          <w:rFonts w:ascii="Times New Roman" w:hAnsi="Times New Roman" w:cs="Times New Roman"/>
          <w:color w:val="000000"/>
        </w:rPr>
        <w:t xml:space="preserve"> of her data-pad</w:t>
      </w:r>
      <w:r w:rsidRPr="0032579A">
        <w:rPr>
          <w:rFonts w:ascii="Times New Roman" w:hAnsi="Times New Roman" w:cs="Times New Roman"/>
          <w:color w:val="000000"/>
        </w:rPr>
        <w:t xml:space="preserve">. “What’s </w:t>
      </w:r>
      <w:r w:rsidR="00F9780D">
        <w:rPr>
          <w:rFonts w:ascii="Times New Roman" w:hAnsi="Times New Roman" w:cs="Times New Roman"/>
          <w:color w:val="000000"/>
        </w:rPr>
        <w:t xml:space="preserve">it </w:t>
      </w:r>
      <w:r w:rsidRPr="0032579A">
        <w:rPr>
          <w:rFonts w:ascii="Times New Roman" w:hAnsi="Times New Roman" w:cs="Times New Roman"/>
          <w:color w:val="000000"/>
        </w:rPr>
        <w:t>worth?” she asked. She asked it flat. The answer mattered more this time. Pride pays badly unless you make it convert.</w:t>
      </w:r>
    </w:p>
    <w:p w14:paraId="6CFBEF06" w14:textId="77777777" w:rsidR="00830533" w:rsidRPr="0032579A" w:rsidRDefault="00830533">
      <w:pPr>
        <w:rPr>
          <w:rFonts w:ascii="Times New Roman" w:hAnsi="Times New Roman" w:cs="Times New Roman"/>
        </w:rPr>
      </w:pPr>
    </w:p>
    <w:p w14:paraId="180DB5B7" w14:textId="3794BFC6" w:rsidR="00830533" w:rsidRPr="0032579A" w:rsidRDefault="00000000">
      <w:pPr>
        <w:rPr>
          <w:rFonts w:ascii="Times New Roman" w:hAnsi="Times New Roman" w:cs="Times New Roman"/>
        </w:rPr>
      </w:pPr>
      <w:r w:rsidRPr="0032579A">
        <w:rPr>
          <w:rFonts w:ascii="Times New Roman" w:hAnsi="Times New Roman" w:cs="Times New Roman"/>
          <w:color w:val="000000"/>
        </w:rPr>
        <w:t>“Our forges,” the woman said. The words came out without drama. “Blanks and barrels. Plates cut clean</w:t>
      </w:r>
      <w:r w:rsidR="007574C0">
        <w:rPr>
          <w:rFonts w:ascii="Times New Roman" w:hAnsi="Times New Roman" w:cs="Times New Roman"/>
          <w:color w:val="000000"/>
        </w:rPr>
        <w:t xml:space="preserve"> and new</w:t>
      </w:r>
      <w:r w:rsidRPr="0032579A">
        <w:rPr>
          <w:rFonts w:ascii="Times New Roman" w:hAnsi="Times New Roman" w:cs="Times New Roman"/>
          <w:color w:val="000000"/>
        </w:rPr>
        <w:t xml:space="preserve">. We have </w:t>
      </w:r>
      <w:r w:rsidR="007574C0">
        <w:rPr>
          <w:rFonts w:ascii="Times New Roman" w:hAnsi="Times New Roman" w:cs="Times New Roman"/>
          <w:color w:val="000000"/>
        </w:rPr>
        <w:t xml:space="preserve">the </w:t>
      </w:r>
      <w:r w:rsidRPr="0032579A">
        <w:rPr>
          <w:rFonts w:ascii="Times New Roman" w:hAnsi="Times New Roman" w:cs="Times New Roman"/>
          <w:color w:val="000000"/>
        </w:rPr>
        <w:t xml:space="preserve">ore and the crew to make ore into </w:t>
      </w:r>
      <w:r w:rsidR="007574C0">
        <w:rPr>
          <w:rFonts w:ascii="Times New Roman" w:hAnsi="Times New Roman" w:cs="Times New Roman"/>
          <w:color w:val="000000"/>
        </w:rPr>
        <w:t>armor</w:t>
      </w:r>
      <w:r w:rsidRPr="0032579A">
        <w:rPr>
          <w:rFonts w:ascii="Times New Roman" w:hAnsi="Times New Roman" w:cs="Times New Roman"/>
          <w:color w:val="000000"/>
        </w:rPr>
        <w:t xml:space="preserve"> a man can wear between him and death. We lack </w:t>
      </w:r>
      <w:r w:rsidR="007574C0">
        <w:rPr>
          <w:rFonts w:ascii="Times New Roman" w:hAnsi="Times New Roman" w:cs="Times New Roman"/>
          <w:color w:val="000000"/>
        </w:rPr>
        <w:t>the ability to defend our trade lanes</w:t>
      </w:r>
      <w:r w:rsidRPr="0032579A">
        <w:rPr>
          <w:rFonts w:ascii="Times New Roman" w:hAnsi="Times New Roman" w:cs="Times New Roman"/>
          <w:color w:val="000000"/>
        </w:rPr>
        <w:t>.”</w:t>
      </w:r>
    </w:p>
    <w:p w14:paraId="6100DCC2" w14:textId="77777777" w:rsidR="00830533" w:rsidRPr="0032579A" w:rsidRDefault="00830533">
      <w:pPr>
        <w:rPr>
          <w:rFonts w:ascii="Times New Roman" w:hAnsi="Times New Roman" w:cs="Times New Roman"/>
        </w:rPr>
      </w:pPr>
    </w:p>
    <w:p w14:paraId="7921EFE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drew two columns and wrote forges in one, ore in the other. She put three weight marks beside the first, two beside the second, and waited. The hangar’s air carried the sound of a Buzzard’s engine turning over and then settling into a steady whine as a mechanic tuned fuel flow.</w:t>
      </w:r>
    </w:p>
    <w:p w14:paraId="25FDE45D" w14:textId="77777777" w:rsidR="00830533" w:rsidRPr="0032579A" w:rsidRDefault="00830533">
      <w:pPr>
        <w:rPr>
          <w:rFonts w:ascii="Times New Roman" w:hAnsi="Times New Roman" w:cs="Times New Roman"/>
        </w:rPr>
      </w:pPr>
    </w:p>
    <w:p w14:paraId="182E7D1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“And if we choose not to pay,” a man to the leader’s right asked, chin lifting just enough to make the question an edge.</w:t>
      </w:r>
    </w:p>
    <w:p w14:paraId="4A824CED" w14:textId="77777777" w:rsidR="00830533" w:rsidRPr="0032579A" w:rsidRDefault="00830533">
      <w:pPr>
        <w:rPr>
          <w:rFonts w:ascii="Times New Roman" w:hAnsi="Times New Roman" w:cs="Times New Roman"/>
        </w:rPr>
      </w:pPr>
    </w:p>
    <w:p w14:paraId="03CDEAF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stepped a half pace. Not into the man’s space. Into the conversation. “Then you starve,” he said, not a threat, an arithmetic. “The void does not care if your banners look clean.”</w:t>
      </w:r>
    </w:p>
    <w:p w14:paraId="0DBB57BA" w14:textId="77777777" w:rsidR="00830533" w:rsidRPr="0032579A" w:rsidRDefault="00830533">
      <w:pPr>
        <w:rPr>
          <w:rFonts w:ascii="Times New Roman" w:hAnsi="Times New Roman" w:cs="Times New Roman"/>
        </w:rPr>
      </w:pPr>
    </w:p>
    <w:p w14:paraId="6721402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scarred woman weighed that along her scar. Then she spat, not at them, but to the side so the floor would receive it. A deal was struck.</w:t>
      </w:r>
    </w:p>
    <w:p w14:paraId="01A7F4BD" w14:textId="77777777" w:rsidR="00830533" w:rsidRPr="0032579A" w:rsidRDefault="00830533">
      <w:pPr>
        <w:rPr>
          <w:rFonts w:ascii="Times New Roman" w:hAnsi="Times New Roman" w:cs="Times New Roman"/>
        </w:rPr>
      </w:pPr>
    </w:p>
    <w:p w14:paraId="2364A9D7" w14:textId="248FD59A"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wrote the line. </w:t>
      </w:r>
      <w:r w:rsidRPr="00803F6B">
        <w:rPr>
          <w:rFonts w:ascii="Times New Roman" w:hAnsi="Times New Roman" w:cs="Times New Roman"/>
          <w:i/>
          <w:iCs/>
          <w:color w:val="000000"/>
        </w:rPr>
        <w:t>Clan Drenar — forges (output share), ore, two gunsmiths lent three months. Debt: convoy shield on the red gulch run. Payment: silence, parts priority</w:t>
      </w:r>
      <w:r w:rsidR="00803F6B">
        <w:rPr>
          <w:rFonts w:ascii="Times New Roman" w:hAnsi="Times New Roman" w:cs="Times New Roman"/>
          <w:i/>
          <w:iCs/>
          <w:color w:val="000000"/>
        </w:rPr>
        <w:t>, armor</w:t>
      </w:r>
      <w:r w:rsidRPr="00803F6B">
        <w:rPr>
          <w:rFonts w:ascii="Times New Roman" w:hAnsi="Times New Roman" w:cs="Times New Roman"/>
          <w:i/>
          <w:iCs/>
          <w:color w:val="000000"/>
        </w:rPr>
        <w:t>.</w:t>
      </w:r>
    </w:p>
    <w:p w14:paraId="67D452E7" w14:textId="77777777" w:rsidR="00830533" w:rsidRPr="0032579A" w:rsidRDefault="00830533">
      <w:pPr>
        <w:rPr>
          <w:rFonts w:ascii="Times New Roman" w:hAnsi="Times New Roman" w:cs="Times New Roman"/>
        </w:rPr>
      </w:pPr>
    </w:p>
    <w:p w14:paraId="7F70E1A8" w14:textId="1FF8FF2C" w:rsidR="00830533" w:rsidRDefault="00A17263">
      <w:pPr>
        <w:rPr>
          <w:rFonts w:ascii="Times New Roman" w:hAnsi="Times New Roman" w:cs="Times New Roman"/>
          <w:color w:val="000000"/>
        </w:rPr>
      </w:pPr>
      <w:r w:rsidRPr="00A17263">
        <w:rPr>
          <w:rFonts w:ascii="Times New Roman" w:hAnsi="Times New Roman" w:cs="Times New Roman"/>
          <w:color w:val="000000"/>
        </w:rPr>
        <w:t xml:space="preserve">“Convoys don’t get songs just for showing up,” Verdan said. “They get another run to cut because they made it. That’s the work. Understand </w:t>
      </w:r>
      <w:r>
        <w:rPr>
          <w:rFonts w:ascii="Times New Roman" w:hAnsi="Times New Roman" w:cs="Times New Roman"/>
          <w:color w:val="000000"/>
        </w:rPr>
        <w:t>tha</w:t>
      </w:r>
      <w:r w:rsidRPr="00A17263">
        <w:rPr>
          <w:rFonts w:ascii="Times New Roman" w:hAnsi="Times New Roman" w:cs="Times New Roman"/>
          <w:color w:val="000000"/>
        </w:rPr>
        <w:t>t.”</w:t>
      </w:r>
    </w:p>
    <w:p w14:paraId="5ABC9265" w14:textId="77777777" w:rsidR="00A17263" w:rsidRPr="0032579A" w:rsidRDefault="00A17263">
      <w:pPr>
        <w:rPr>
          <w:rFonts w:ascii="Times New Roman" w:hAnsi="Times New Roman" w:cs="Times New Roman"/>
        </w:rPr>
      </w:pPr>
    </w:p>
    <w:p w14:paraId="288DDAF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do,” the woman said.</w:t>
      </w:r>
    </w:p>
    <w:p w14:paraId="65156BED" w14:textId="77777777" w:rsidR="00830533" w:rsidRPr="0032579A" w:rsidRDefault="00830533">
      <w:pPr>
        <w:rPr>
          <w:rFonts w:ascii="Times New Roman" w:hAnsi="Times New Roman" w:cs="Times New Roman"/>
        </w:rPr>
      </w:pPr>
    </w:p>
    <w:p w14:paraId="01DA402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 their way out, one of Drenar’s men paused under the HWK’s wing and ran a hand just shy of the metal without touching it. Selora marked him with a dot by memory: touches with his eyes. Can be taught. She did not write his name. She did not have it. She would not ask. Names were a different ledger.</w:t>
      </w:r>
    </w:p>
    <w:p w14:paraId="2CDC2F4D" w14:textId="77777777" w:rsidR="00830533" w:rsidRDefault="00830533">
      <w:pPr>
        <w:rPr>
          <w:rFonts w:ascii="Times New Roman" w:hAnsi="Times New Roman" w:cs="Times New Roman"/>
        </w:rPr>
      </w:pPr>
    </w:p>
    <w:p w14:paraId="78FDF85F" w14:textId="0CE78C4C" w:rsidR="00B625C8" w:rsidRDefault="00B625C8" w:rsidP="00B625C8">
      <w:pPr>
        <w:spacing w:after="0"/>
        <w:jc w:val="center"/>
        <w:rPr>
          <w:rFonts w:ascii="Times New Roman" w:hAnsi="Times New Roman" w:cs="Times New Roman"/>
        </w:rPr>
      </w:pPr>
      <w:r w:rsidRPr="0032579A">
        <w:rPr>
          <w:rFonts w:ascii="Times New Roman" w:hAnsi="Times New Roman" w:cs="Times New Roman"/>
        </w:rPr>
        <w:t>***</w:t>
      </w:r>
    </w:p>
    <w:p w14:paraId="034FE671" w14:textId="77777777" w:rsidR="00B625C8" w:rsidRPr="0032579A" w:rsidRDefault="00B625C8">
      <w:pPr>
        <w:rPr>
          <w:rFonts w:ascii="Times New Roman" w:hAnsi="Times New Roman" w:cs="Times New Roman"/>
        </w:rPr>
      </w:pPr>
    </w:p>
    <w:p w14:paraId="160F5E9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Politics did not stop to let anyone admire it. It moved like weather. There was no sudden blue, only a gray that turned less poisonous over days if you were lucky and you burned enough fuel feeding the pumps.</w:t>
      </w:r>
    </w:p>
    <w:p w14:paraId="66AD7C02" w14:textId="77777777" w:rsidR="00830533" w:rsidRPr="0032579A" w:rsidRDefault="00830533">
      <w:pPr>
        <w:rPr>
          <w:rFonts w:ascii="Times New Roman" w:hAnsi="Times New Roman" w:cs="Times New Roman"/>
        </w:rPr>
      </w:pPr>
    </w:p>
    <w:p w14:paraId="287B43CD" w14:textId="1FBED6F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began a new page and titled it with the point of her stylus: Politics. She made columns the way she had when the Intel </w:t>
      </w:r>
      <w:r w:rsidR="00B625C8">
        <w:rPr>
          <w:rFonts w:ascii="Times New Roman" w:hAnsi="Times New Roman" w:cs="Times New Roman"/>
          <w:color w:val="000000"/>
        </w:rPr>
        <w:t>lists</w:t>
      </w:r>
      <w:r w:rsidRPr="0032579A">
        <w:rPr>
          <w:rFonts w:ascii="Times New Roman" w:hAnsi="Times New Roman" w:cs="Times New Roman"/>
          <w:color w:val="000000"/>
        </w:rPr>
        <w:t xml:space="preserve"> first began: </w:t>
      </w:r>
      <w:r w:rsidRPr="00B625C8">
        <w:rPr>
          <w:rFonts w:ascii="Times New Roman" w:hAnsi="Times New Roman" w:cs="Times New Roman"/>
          <w:i/>
          <w:iCs/>
          <w:color w:val="000000"/>
        </w:rPr>
        <w:t>Say / Source / Weight / Action</w:t>
      </w:r>
      <w:r w:rsidRPr="0032579A">
        <w:rPr>
          <w:rFonts w:ascii="Times New Roman" w:hAnsi="Times New Roman" w:cs="Times New Roman"/>
          <w:color w:val="000000"/>
        </w:rPr>
        <w:t>. But the words under those headings had changed.</w:t>
      </w:r>
    </w:p>
    <w:p w14:paraId="1BE4D89B" w14:textId="77777777" w:rsidR="00830533" w:rsidRPr="0032579A" w:rsidRDefault="00830533">
      <w:pPr>
        <w:rPr>
          <w:rFonts w:ascii="Times New Roman" w:hAnsi="Times New Roman" w:cs="Times New Roman"/>
        </w:rPr>
      </w:pPr>
    </w:p>
    <w:p w14:paraId="3556709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Vizsla recruiting in the alleys — boys with knives and old teeth on banners; men with pasts telling them violence was the only way to prove they still belonged. Source: port fixer; stallholder; a boy with a cut hand who had watched and told because he feared being pulled in. Weight: three. Action: avoid recruiting blocks; mark stalls that feed them without fanfare.</w:t>
      </w:r>
    </w:p>
    <w:p w14:paraId="50298F11" w14:textId="77777777" w:rsidR="00830533" w:rsidRPr="0032579A" w:rsidRDefault="00830533">
      <w:pPr>
        <w:rPr>
          <w:rFonts w:ascii="Times New Roman" w:hAnsi="Times New Roman" w:cs="Times New Roman"/>
        </w:rPr>
      </w:pPr>
    </w:p>
    <w:p w14:paraId="65626CF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Kryze preaching neutrality — good boots, clean cloaks, soft talk. Tomatoes if lucky, knives if not. Source: water seller; dockhand; the woman who fixed the pump last season and was still angry. Weight: two. Action: none; mark where their tax clerks count faster; do not bleed for speeches.</w:t>
      </w:r>
    </w:p>
    <w:p w14:paraId="0BFA5DBA" w14:textId="77777777" w:rsidR="00830533" w:rsidRPr="0032579A" w:rsidRDefault="00830533">
      <w:pPr>
        <w:rPr>
          <w:rFonts w:ascii="Times New Roman" w:hAnsi="Times New Roman" w:cs="Times New Roman"/>
        </w:rPr>
      </w:pPr>
    </w:p>
    <w:p w14:paraId="1EEA6BE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Smugglers changing cadence — leaving at dusk, hugging cloud; red gulch favored now because the sky above it makes engines sound like nothing to the wrong ears. Source: comm intercept; Buzzard shadow; drunk pilot who told the truth once by accident and then tried to sell a lie. Weight: three. Action: protect red gulch run only with cloud, not clear; bones drops planned; do not be bait.</w:t>
      </w:r>
    </w:p>
    <w:p w14:paraId="223B6E9E" w14:textId="77777777" w:rsidR="00830533" w:rsidRPr="0032579A" w:rsidRDefault="00830533">
      <w:pPr>
        <w:rPr>
          <w:rFonts w:ascii="Times New Roman" w:hAnsi="Times New Roman" w:cs="Times New Roman"/>
        </w:rPr>
      </w:pPr>
    </w:p>
    <w:p w14:paraId="5D0F5F1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read it to Verdan in the mess while men and women ate soup that had been thin and would be thinner if the ore convoy went wrong. He didn’t interrupt. When she finished, he tapped one line with a knuckle.</w:t>
      </w:r>
    </w:p>
    <w:p w14:paraId="31C0D2D2" w14:textId="77777777" w:rsidR="00830533" w:rsidRPr="0032579A" w:rsidRDefault="00830533">
      <w:pPr>
        <w:rPr>
          <w:rFonts w:ascii="Times New Roman" w:hAnsi="Times New Roman" w:cs="Times New Roman"/>
        </w:rPr>
      </w:pPr>
    </w:p>
    <w:p w14:paraId="4D64A2B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“Knives you don’t see until they’re in your back,” he said.</w:t>
      </w:r>
    </w:p>
    <w:p w14:paraId="28C36448" w14:textId="77777777" w:rsidR="00830533" w:rsidRPr="0032579A" w:rsidRDefault="00830533">
      <w:pPr>
        <w:rPr>
          <w:rFonts w:ascii="Times New Roman" w:hAnsi="Times New Roman" w:cs="Times New Roman"/>
        </w:rPr>
      </w:pPr>
    </w:p>
    <w:p w14:paraId="6AEAE629" w14:textId="5A122113"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“Knives we </w:t>
      </w:r>
      <w:r w:rsidR="00B625C8">
        <w:rPr>
          <w:rFonts w:ascii="Times New Roman" w:hAnsi="Times New Roman" w:cs="Times New Roman"/>
          <w:color w:val="000000"/>
        </w:rPr>
        <w:t>need to ac</w:t>
      </w:r>
      <w:r w:rsidRPr="0032579A">
        <w:rPr>
          <w:rFonts w:ascii="Times New Roman" w:hAnsi="Times New Roman" w:cs="Times New Roman"/>
          <w:color w:val="000000"/>
        </w:rPr>
        <w:t>count</w:t>
      </w:r>
      <w:r w:rsidR="00B625C8">
        <w:rPr>
          <w:rFonts w:ascii="Times New Roman" w:hAnsi="Times New Roman" w:cs="Times New Roman"/>
          <w:color w:val="000000"/>
        </w:rPr>
        <w:t xml:space="preserve"> for</w:t>
      </w:r>
      <w:r w:rsidRPr="0032579A">
        <w:rPr>
          <w:rFonts w:ascii="Times New Roman" w:hAnsi="Times New Roman" w:cs="Times New Roman"/>
          <w:color w:val="000000"/>
        </w:rPr>
        <w:t xml:space="preserve"> before they move,” she answered.</w:t>
      </w:r>
    </w:p>
    <w:p w14:paraId="508CA216" w14:textId="77777777" w:rsidR="00830533" w:rsidRPr="0032579A" w:rsidRDefault="00830533">
      <w:pPr>
        <w:rPr>
          <w:rFonts w:ascii="Times New Roman" w:hAnsi="Times New Roman" w:cs="Times New Roman"/>
        </w:rPr>
      </w:pPr>
    </w:p>
    <w:p w14:paraId="3E33151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picked up his bowl and drank it to the bottom like a man who didn’t need taste to tell him he was alive.</w:t>
      </w:r>
    </w:p>
    <w:p w14:paraId="48BDBB52" w14:textId="77777777" w:rsidR="00830533" w:rsidRPr="0032579A" w:rsidRDefault="00830533">
      <w:pPr>
        <w:rPr>
          <w:rFonts w:ascii="Times New Roman" w:hAnsi="Times New Roman" w:cs="Times New Roman"/>
        </w:rPr>
      </w:pPr>
    </w:p>
    <w:p w14:paraId="3C16FC2C" w14:textId="77777777" w:rsidR="00464F53" w:rsidRPr="0032579A" w:rsidRDefault="00464F53" w:rsidP="00464F53">
      <w:pPr>
        <w:spacing w:after="0"/>
        <w:jc w:val="center"/>
        <w:rPr>
          <w:rFonts w:ascii="Times New Roman" w:hAnsi="Times New Roman" w:cs="Times New Roman"/>
        </w:rPr>
      </w:pPr>
      <w:r w:rsidRPr="0032579A">
        <w:rPr>
          <w:rFonts w:ascii="Times New Roman" w:hAnsi="Times New Roman" w:cs="Times New Roman"/>
        </w:rPr>
        <w:t>***</w:t>
      </w:r>
    </w:p>
    <w:p w14:paraId="66429C58" w14:textId="77777777" w:rsidR="00830533" w:rsidRPr="0032579A" w:rsidRDefault="00830533">
      <w:pPr>
        <w:rPr>
          <w:rFonts w:ascii="Times New Roman" w:hAnsi="Times New Roman" w:cs="Times New Roman"/>
        </w:rPr>
      </w:pPr>
    </w:p>
    <w:p w14:paraId="2474CB6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Clan Drenar came two Buzzards light and four rifles short because men who can work forges cannot always be spared to die on a ridge. The Wolves made up the difference with reach and planning. The HWK went far, fell quiet, and then came back with a vector line a boy could draw with a stick in the dust. The Wolf’s Den stirred its turrets once and the escorts sheared away just long enough for the ore carriers to slip under the shadow of rock that had stood since a time before men.</w:t>
      </w:r>
    </w:p>
    <w:p w14:paraId="2FAB72A0" w14:textId="77777777" w:rsidR="00830533" w:rsidRPr="0032579A" w:rsidRDefault="00830533">
      <w:pPr>
        <w:rPr>
          <w:rFonts w:ascii="Times New Roman" w:hAnsi="Times New Roman" w:cs="Times New Roman"/>
        </w:rPr>
      </w:pPr>
    </w:p>
    <w:p w14:paraId="5F593FE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On the far side, three skiffs with bad paint and worse temper waited because someone had to. They saw wolves in their sights and then did not because sight-lines lie if you rely on them. Darran’s squad took the left like water poured into a shape; Rin’s took the right like a blade </w:t>
      </w:r>
      <w:r w:rsidRPr="0032579A">
        <w:rPr>
          <w:rFonts w:ascii="Times New Roman" w:hAnsi="Times New Roman" w:cs="Times New Roman"/>
          <w:color w:val="000000"/>
        </w:rPr>
        <w:lastRenderedPageBreak/>
        <w:t>sliding into meat. Two shots each. One knife when a man thought bravado works close. It doesn’t if the other man has done this more times than talking about it.</w:t>
      </w:r>
    </w:p>
    <w:p w14:paraId="7DF5BB09" w14:textId="77777777" w:rsidR="00830533" w:rsidRPr="0032579A" w:rsidRDefault="00830533">
      <w:pPr>
        <w:rPr>
          <w:rFonts w:ascii="Times New Roman" w:hAnsi="Times New Roman" w:cs="Times New Roman"/>
        </w:rPr>
      </w:pPr>
    </w:p>
    <w:p w14:paraId="57154FF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convoy went through without glory. Men stacked ore at the Wolf’s Den’s mark and then moved on because moving on is the only celebration work permits.</w:t>
      </w:r>
    </w:p>
    <w:p w14:paraId="67A98EC5" w14:textId="77777777" w:rsidR="00830533" w:rsidRPr="0032579A" w:rsidRDefault="00830533">
      <w:pPr>
        <w:rPr>
          <w:rFonts w:ascii="Times New Roman" w:hAnsi="Times New Roman" w:cs="Times New Roman"/>
        </w:rPr>
      </w:pPr>
    </w:p>
    <w:p w14:paraId="6ED705D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After, in the quiet, Verdan found Darran washing a cut on his forearm that hadn’t bled enough to be a story, which made it important in the right way.</w:t>
      </w:r>
    </w:p>
    <w:p w14:paraId="4A06EC21" w14:textId="77777777" w:rsidR="00830533" w:rsidRPr="0032579A" w:rsidRDefault="00830533">
      <w:pPr>
        <w:rPr>
          <w:rFonts w:ascii="Times New Roman" w:hAnsi="Times New Roman" w:cs="Times New Roman"/>
        </w:rPr>
      </w:pPr>
    </w:p>
    <w:p w14:paraId="069D99A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kept range,” Verdan said.</w:t>
      </w:r>
    </w:p>
    <w:p w14:paraId="671CC2E8" w14:textId="77777777" w:rsidR="00830533" w:rsidRPr="0032579A" w:rsidRDefault="00830533">
      <w:pPr>
        <w:rPr>
          <w:rFonts w:ascii="Times New Roman" w:hAnsi="Times New Roman" w:cs="Times New Roman"/>
        </w:rPr>
      </w:pPr>
    </w:p>
    <w:p w14:paraId="556E284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nodded once. The boy he had pulled back by the collar on the Corsair still lived in him, loud, but now there was another voice that said: count first. “Rin flanked quicker than I thought,” he said. “I covered instead of racing him. It worked better.”</w:t>
      </w:r>
    </w:p>
    <w:p w14:paraId="7E0D12FF" w14:textId="77777777" w:rsidR="00830533" w:rsidRPr="0032579A" w:rsidRDefault="00830533">
      <w:pPr>
        <w:rPr>
          <w:rFonts w:ascii="Times New Roman" w:hAnsi="Times New Roman" w:cs="Times New Roman"/>
        </w:rPr>
      </w:pPr>
    </w:p>
    <w:p w14:paraId="569EB89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 did,” Verdan said. Praise, here, sounded like someone saying your knife is sharp before handing it back.</w:t>
      </w:r>
    </w:p>
    <w:p w14:paraId="221C9815" w14:textId="77777777" w:rsidR="00830533" w:rsidRDefault="00830533">
      <w:pPr>
        <w:rPr>
          <w:rFonts w:ascii="Times New Roman" w:hAnsi="Times New Roman" w:cs="Times New Roman"/>
        </w:rPr>
      </w:pPr>
    </w:p>
    <w:p w14:paraId="3D378C01" w14:textId="62E93285" w:rsidR="00464F53" w:rsidRDefault="00464F53" w:rsidP="00464F53">
      <w:pPr>
        <w:spacing w:after="0"/>
        <w:jc w:val="center"/>
        <w:rPr>
          <w:rFonts w:ascii="Times New Roman" w:hAnsi="Times New Roman" w:cs="Times New Roman"/>
        </w:rPr>
      </w:pPr>
      <w:r w:rsidRPr="0032579A">
        <w:rPr>
          <w:rFonts w:ascii="Times New Roman" w:hAnsi="Times New Roman" w:cs="Times New Roman"/>
        </w:rPr>
        <w:t>***</w:t>
      </w:r>
    </w:p>
    <w:p w14:paraId="7C822BAF" w14:textId="77777777" w:rsidR="00464F53" w:rsidRPr="0032579A" w:rsidRDefault="00464F53">
      <w:pPr>
        <w:rPr>
          <w:rFonts w:ascii="Times New Roman" w:hAnsi="Times New Roman" w:cs="Times New Roman"/>
        </w:rPr>
      </w:pPr>
    </w:p>
    <w:p w14:paraId="3E03109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fourth envoys were not expected and came anyway.</w:t>
      </w:r>
    </w:p>
    <w:p w14:paraId="169FEB63" w14:textId="77777777" w:rsidR="00830533" w:rsidRPr="0032579A" w:rsidRDefault="00830533">
      <w:pPr>
        <w:rPr>
          <w:rFonts w:ascii="Times New Roman" w:hAnsi="Times New Roman" w:cs="Times New Roman"/>
        </w:rPr>
      </w:pPr>
    </w:p>
    <w:p w14:paraId="101604D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did not wear sigils where eyes could see them. They came in a freighter that had been painted three times; each layer of color showed at the edges where a patch had peeled. Their leader had the posture of a man who hated asking but hated failing more.</w:t>
      </w:r>
    </w:p>
    <w:p w14:paraId="37C477B5" w14:textId="77777777" w:rsidR="00830533" w:rsidRPr="0032579A" w:rsidRDefault="00830533">
      <w:pPr>
        <w:rPr>
          <w:rFonts w:ascii="Times New Roman" w:hAnsi="Times New Roman" w:cs="Times New Roman"/>
        </w:rPr>
      </w:pPr>
    </w:p>
    <w:p w14:paraId="07313F2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asked to trade information.</w:t>
      </w:r>
    </w:p>
    <w:p w14:paraId="0750CAA9" w14:textId="77777777" w:rsidR="00830533" w:rsidRPr="0032579A" w:rsidRDefault="00830533">
      <w:pPr>
        <w:rPr>
          <w:rFonts w:ascii="Times New Roman" w:hAnsi="Times New Roman" w:cs="Times New Roman"/>
        </w:rPr>
      </w:pPr>
    </w:p>
    <w:p w14:paraId="417B62C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took them to a compartment whose door didn’t look like much from the hallway and shut it behind them. Verdan stood where he had to in case shut became trapped. The leader put a small </w:t>
      </w:r>
      <w:r w:rsidRPr="0032579A">
        <w:rPr>
          <w:rFonts w:ascii="Times New Roman" w:hAnsi="Times New Roman" w:cs="Times New Roman"/>
          <w:color w:val="000000"/>
        </w:rPr>
        <w:lastRenderedPageBreak/>
        <w:t>metal case on the table and pushed it forward and did not open it, because he trusted the ritual more than the thing inside it.</w:t>
      </w:r>
    </w:p>
    <w:p w14:paraId="358A2F29" w14:textId="77777777" w:rsidR="00830533" w:rsidRPr="0032579A" w:rsidRDefault="00830533">
      <w:pPr>
        <w:rPr>
          <w:rFonts w:ascii="Times New Roman" w:hAnsi="Times New Roman" w:cs="Times New Roman"/>
        </w:rPr>
      </w:pPr>
    </w:p>
    <w:p w14:paraId="114005D3" w14:textId="529BDE1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“Depot,” he said. “Not the big ones. Waystations. Where ore becomes food </w:t>
      </w:r>
      <w:r w:rsidR="00464F53">
        <w:rPr>
          <w:rFonts w:ascii="Times New Roman" w:hAnsi="Times New Roman" w:cs="Times New Roman"/>
          <w:color w:val="000000"/>
        </w:rPr>
        <w:t xml:space="preserve">that </w:t>
      </w:r>
      <w:r w:rsidRPr="0032579A">
        <w:rPr>
          <w:rFonts w:ascii="Times New Roman" w:hAnsi="Times New Roman" w:cs="Times New Roman"/>
          <w:color w:val="000000"/>
        </w:rPr>
        <w:t xml:space="preserve">becomes power </w:t>
      </w:r>
      <w:r w:rsidR="00464F53">
        <w:rPr>
          <w:rFonts w:ascii="Times New Roman" w:hAnsi="Times New Roman" w:cs="Times New Roman"/>
          <w:color w:val="000000"/>
        </w:rPr>
        <w:t xml:space="preserve">that </w:t>
      </w:r>
      <w:r w:rsidRPr="0032579A">
        <w:rPr>
          <w:rFonts w:ascii="Times New Roman" w:hAnsi="Times New Roman" w:cs="Times New Roman"/>
          <w:color w:val="000000"/>
        </w:rPr>
        <w:t>becomes</w:t>
      </w:r>
      <w:r w:rsidR="00464F53">
        <w:rPr>
          <w:rFonts w:ascii="Times New Roman" w:hAnsi="Times New Roman" w:cs="Times New Roman"/>
          <w:color w:val="000000"/>
        </w:rPr>
        <w:t xml:space="preserve"> a</w:t>
      </w:r>
      <w:r w:rsidRPr="0032579A">
        <w:rPr>
          <w:rFonts w:ascii="Times New Roman" w:hAnsi="Times New Roman" w:cs="Times New Roman"/>
          <w:color w:val="000000"/>
        </w:rPr>
        <w:t xml:space="preserve"> gun. The list is old by a season but the patterns are not. We</w:t>
      </w:r>
      <w:r w:rsidR="00464F53">
        <w:rPr>
          <w:rFonts w:ascii="Times New Roman" w:hAnsi="Times New Roman" w:cs="Times New Roman"/>
          <w:color w:val="000000"/>
        </w:rPr>
        <w:t xml:space="preserve"> will</w:t>
      </w:r>
      <w:r w:rsidRPr="0032579A">
        <w:rPr>
          <w:rFonts w:ascii="Times New Roman" w:hAnsi="Times New Roman" w:cs="Times New Roman"/>
          <w:color w:val="000000"/>
        </w:rPr>
        <w:t xml:space="preserve"> give it to you</w:t>
      </w:r>
      <w:r w:rsidR="00464F53">
        <w:rPr>
          <w:rFonts w:ascii="Times New Roman" w:hAnsi="Times New Roman" w:cs="Times New Roman"/>
          <w:color w:val="000000"/>
        </w:rPr>
        <w:t xml:space="preserve"> if </w:t>
      </w:r>
      <w:r w:rsidR="00464F53" w:rsidRPr="0032579A">
        <w:rPr>
          <w:rFonts w:ascii="Times New Roman" w:hAnsi="Times New Roman" w:cs="Times New Roman"/>
          <w:color w:val="000000"/>
        </w:rPr>
        <w:t>you</w:t>
      </w:r>
      <w:r w:rsidRPr="0032579A">
        <w:rPr>
          <w:rFonts w:ascii="Times New Roman" w:hAnsi="Times New Roman" w:cs="Times New Roman"/>
          <w:color w:val="000000"/>
        </w:rPr>
        <w:t xml:space="preserve"> keep raiders off our soft side for two cycles.”</w:t>
      </w:r>
    </w:p>
    <w:p w14:paraId="602C1F88" w14:textId="77777777" w:rsidR="00830533" w:rsidRPr="0032579A" w:rsidRDefault="00830533">
      <w:pPr>
        <w:rPr>
          <w:rFonts w:ascii="Times New Roman" w:hAnsi="Times New Roman" w:cs="Times New Roman"/>
        </w:rPr>
      </w:pPr>
    </w:p>
    <w:p w14:paraId="17C280D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raised a thumb, then lowered it. The man watched the motion like a hawk watching a wind eddy and not understanding it but knowing it mattered.</w:t>
      </w:r>
    </w:p>
    <w:p w14:paraId="1BD6A409" w14:textId="77777777" w:rsidR="00830533" w:rsidRPr="0032579A" w:rsidRDefault="00830533">
      <w:pPr>
        <w:rPr>
          <w:rFonts w:ascii="Times New Roman" w:hAnsi="Times New Roman" w:cs="Times New Roman"/>
        </w:rPr>
      </w:pPr>
    </w:p>
    <w:p w14:paraId="145FA984" w14:textId="0337131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“Two cycles is a long time,” she said. “If we move your threats off your back, they hunt someone else. </w:t>
      </w:r>
      <w:r w:rsidR="00464F53">
        <w:rPr>
          <w:rFonts w:ascii="Times New Roman" w:hAnsi="Times New Roman" w:cs="Times New Roman"/>
          <w:color w:val="000000"/>
        </w:rPr>
        <w:t xml:space="preserve">We lose others to protect </w:t>
      </w:r>
      <w:r w:rsidR="000B7419">
        <w:rPr>
          <w:rFonts w:ascii="Times New Roman" w:hAnsi="Times New Roman" w:cs="Times New Roman"/>
          <w:color w:val="000000"/>
        </w:rPr>
        <w:t>you,</w:t>
      </w:r>
      <w:r w:rsidR="00464F53">
        <w:rPr>
          <w:rFonts w:ascii="Times New Roman" w:hAnsi="Times New Roman" w:cs="Times New Roman"/>
          <w:color w:val="000000"/>
        </w:rPr>
        <w:t xml:space="preserve"> and the balance isn’t </w:t>
      </w:r>
      <w:r w:rsidR="00474F71">
        <w:rPr>
          <w:rFonts w:ascii="Times New Roman" w:hAnsi="Times New Roman" w:cs="Times New Roman"/>
          <w:color w:val="000000"/>
        </w:rPr>
        <w:t>balanced</w:t>
      </w:r>
      <w:r w:rsidRPr="0032579A">
        <w:rPr>
          <w:rFonts w:ascii="Times New Roman" w:hAnsi="Times New Roman" w:cs="Times New Roman"/>
          <w:color w:val="000000"/>
        </w:rPr>
        <w:t>. What do we do with that?”</w:t>
      </w:r>
    </w:p>
    <w:p w14:paraId="34F6E1EE" w14:textId="77777777" w:rsidR="00830533" w:rsidRPr="0032579A" w:rsidRDefault="00830533">
      <w:pPr>
        <w:rPr>
          <w:rFonts w:ascii="Times New Roman" w:hAnsi="Times New Roman" w:cs="Times New Roman"/>
        </w:rPr>
      </w:pPr>
    </w:p>
    <w:p w14:paraId="7E462B0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 don’t care,” the man said. He had not meant to say it that baldly. He didn’t take it back. “I care that my dome does not bury children for want of a cargo that left a dock full and came up empty because some man with no banner and a big hunger decided to become a story.”</w:t>
      </w:r>
    </w:p>
    <w:p w14:paraId="64EE3F0D" w14:textId="77777777" w:rsidR="00830533" w:rsidRPr="0032579A" w:rsidRDefault="00830533">
      <w:pPr>
        <w:rPr>
          <w:rFonts w:ascii="Times New Roman" w:hAnsi="Times New Roman" w:cs="Times New Roman"/>
        </w:rPr>
      </w:pPr>
    </w:p>
    <w:p w14:paraId="22F5D1E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opened the case. Inside were orderly lines of cards with tight writing and small diagrams. Hand-copied from a bigger thing, probably. She put one card in the middle of the table and turned it sideways, then another beneath it at a crossing angle, then a third above both so the lines made a shape.</w:t>
      </w:r>
    </w:p>
    <w:p w14:paraId="4B817DC1" w14:textId="77777777" w:rsidR="00830533" w:rsidRPr="0032579A" w:rsidRDefault="00830533">
      <w:pPr>
        <w:rPr>
          <w:rFonts w:ascii="Times New Roman" w:hAnsi="Times New Roman" w:cs="Times New Roman"/>
        </w:rPr>
      </w:pPr>
    </w:p>
    <w:p w14:paraId="41C226D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pattern,” she said.</w:t>
      </w:r>
    </w:p>
    <w:p w14:paraId="5059A647" w14:textId="77777777" w:rsidR="00830533" w:rsidRPr="0032579A" w:rsidRDefault="00830533">
      <w:pPr>
        <w:rPr>
          <w:rFonts w:ascii="Times New Roman" w:hAnsi="Times New Roman" w:cs="Times New Roman"/>
        </w:rPr>
      </w:pPr>
    </w:p>
    <w:p w14:paraId="1A4CE24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man nodded. “You see it.”</w:t>
      </w:r>
    </w:p>
    <w:p w14:paraId="1290F078" w14:textId="77777777" w:rsidR="00830533" w:rsidRPr="0032579A" w:rsidRDefault="00830533">
      <w:pPr>
        <w:rPr>
          <w:rFonts w:ascii="Times New Roman" w:hAnsi="Times New Roman" w:cs="Times New Roman"/>
        </w:rPr>
      </w:pPr>
    </w:p>
    <w:p w14:paraId="5D65F40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did too. You could tell by the way he leaned in, not enough to be seen as yielding, enough to show his brain had changed gear.</w:t>
      </w:r>
    </w:p>
    <w:p w14:paraId="2B506300" w14:textId="77777777" w:rsidR="00830533" w:rsidRPr="0032579A" w:rsidRDefault="00830533">
      <w:pPr>
        <w:rPr>
          <w:rFonts w:ascii="Times New Roman" w:hAnsi="Times New Roman" w:cs="Times New Roman"/>
        </w:rPr>
      </w:pPr>
    </w:p>
    <w:p w14:paraId="45F2CD6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“We don’t build oaths,” Selora said. “We build balance. Two cycles is heavy. One and a half.”</w:t>
      </w:r>
    </w:p>
    <w:p w14:paraId="0EBE5FBB" w14:textId="77777777" w:rsidR="00830533" w:rsidRPr="0032579A" w:rsidRDefault="00830533">
      <w:pPr>
        <w:rPr>
          <w:rFonts w:ascii="Times New Roman" w:hAnsi="Times New Roman" w:cs="Times New Roman"/>
        </w:rPr>
      </w:pPr>
    </w:p>
    <w:p w14:paraId="386B39B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“One and a half,” the man agreed, too fast for it to be theater. “And if you cut a convoy for yourselves off those lines, don’t do it under our shadow.”</w:t>
      </w:r>
    </w:p>
    <w:p w14:paraId="0491DE7A" w14:textId="77777777" w:rsidR="00830533" w:rsidRPr="0032579A" w:rsidRDefault="00830533">
      <w:pPr>
        <w:rPr>
          <w:rFonts w:ascii="Times New Roman" w:hAnsi="Times New Roman" w:cs="Times New Roman"/>
        </w:rPr>
      </w:pPr>
    </w:p>
    <w:p w14:paraId="6B109C4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“If we cut what you fed us,” Selora said, “we don’t let anyone trace the bite back to your hand.”</w:t>
      </w:r>
    </w:p>
    <w:p w14:paraId="77472A59" w14:textId="77777777" w:rsidR="00830533" w:rsidRPr="0032579A" w:rsidRDefault="00830533">
      <w:pPr>
        <w:rPr>
          <w:rFonts w:ascii="Times New Roman" w:hAnsi="Times New Roman" w:cs="Times New Roman"/>
        </w:rPr>
      </w:pPr>
    </w:p>
    <w:p w14:paraId="0030962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blinked. That was the moment he realized who he was sitting with: not scavengers pretending to be a pack, but a pack pretending to be only scavengers when it suited. He breathed out and some of the tight cut out of his shoulders.</w:t>
      </w:r>
    </w:p>
    <w:p w14:paraId="62FC95A7" w14:textId="77777777" w:rsidR="00830533" w:rsidRPr="0032579A" w:rsidRDefault="00830533">
      <w:pPr>
        <w:rPr>
          <w:rFonts w:ascii="Times New Roman" w:hAnsi="Times New Roman" w:cs="Times New Roman"/>
        </w:rPr>
      </w:pPr>
    </w:p>
    <w:p w14:paraId="0F0618D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She wrote it. </w:t>
      </w:r>
      <w:r w:rsidRPr="000B7419">
        <w:rPr>
          <w:rFonts w:ascii="Times New Roman" w:hAnsi="Times New Roman" w:cs="Times New Roman"/>
          <w:i/>
          <w:iCs/>
          <w:color w:val="000000"/>
        </w:rPr>
        <w:t>Anonymous (verified by pattern) — depot maps, waystations, cadence. Debt: shield two cycles (minus one month). Payment: data, silence, one future ask weighed.</w:t>
      </w:r>
    </w:p>
    <w:p w14:paraId="77F2B010" w14:textId="77777777" w:rsidR="00830533" w:rsidRPr="0032579A" w:rsidRDefault="00830533">
      <w:pPr>
        <w:rPr>
          <w:rFonts w:ascii="Times New Roman" w:hAnsi="Times New Roman" w:cs="Times New Roman"/>
        </w:rPr>
      </w:pPr>
    </w:p>
    <w:p w14:paraId="3459411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did not ask what “one future ask” meant. He was not a fool. He simply nodded and stood.</w:t>
      </w:r>
    </w:p>
    <w:p w14:paraId="5F23AD35" w14:textId="77777777" w:rsidR="00830533" w:rsidRPr="0032579A" w:rsidRDefault="00830533">
      <w:pPr>
        <w:rPr>
          <w:rFonts w:ascii="Times New Roman" w:hAnsi="Times New Roman" w:cs="Times New Roman"/>
        </w:rPr>
      </w:pPr>
    </w:p>
    <w:p w14:paraId="76B8A28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By the time the Wolf’s Den’s engines turned over for the third time that week, the ship had the shape of a thing that had to move to keep blood flowing. Staying in one place too long was bad for ships and men both.</w:t>
      </w:r>
    </w:p>
    <w:p w14:paraId="243FA11C" w14:textId="77777777" w:rsidR="00830533" w:rsidRPr="0032579A" w:rsidRDefault="00830533">
      <w:pPr>
        <w:rPr>
          <w:rFonts w:ascii="Times New Roman" w:hAnsi="Times New Roman" w:cs="Times New Roman"/>
        </w:rPr>
      </w:pPr>
    </w:p>
    <w:p w14:paraId="38146C1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walked the catwalk and watched bodies do the work of survival. She did not look heroic when she did it. She looked like a woman who had learned to do ten small right things in a row even when no one thanked her and then do them again tomorrow.</w:t>
      </w:r>
    </w:p>
    <w:p w14:paraId="02837BAF" w14:textId="77777777" w:rsidR="00830533" w:rsidRPr="0032579A" w:rsidRDefault="00830533">
      <w:pPr>
        <w:rPr>
          <w:rFonts w:ascii="Times New Roman" w:hAnsi="Times New Roman" w:cs="Times New Roman"/>
        </w:rPr>
      </w:pPr>
    </w:p>
    <w:p w14:paraId="092CAD70" w14:textId="4031AA3D" w:rsidR="00830533" w:rsidRPr="000B7419" w:rsidRDefault="00000000">
      <w:pPr>
        <w:rPr>
          <w:rFonts w:ascii="Times New Roman" w:hAnsi="Times New Roman" w:cs="Times New Roman"/>
          <w:color w:val="000000"/>
        </w:rPr>
      </w:pPr>
      <w:r w:rsidRPr="0032579A">
        <w:rPr>
          <w:rFonts w:ascii="Times New Roman" w:hAnsi="Times New Roman" w:cs="Times New Roman"/>
          <w:color w:val="000000"/>
        </w:rPr>
        <w:t xml:space="preserve">She paused over the HWK and tapped </w:t>
      </w:r>
      <w:r w:rsidR="000B7419">
        <w:rPr>
          <w:rFonts w:ascii="Times New Roman" w:hAnsi="Times New Roman" w:cs="Times New Roman"/>
          <w:color w:val="000000"/>
        </w:rPr>
        <w:t>the pad’s</w:t>
      </w:r>
      <w:r w:rsidRPr="0032579A">
        <w:rPr>
          <w:rFonts w:ascii="Times New Roman" w:hAnsi="Times New Roman" w:cs="Times New Roman"/>
          <w:color w:val="000000"/>
        </w:rPr>
        <w:t xml:space="preserve"> edge against her thigh.</w:t>
      </w:r>
    </w:p>
    <w:p w14:paraId="12065265" w14:textId="77777777" w:rsidR="00830533" w:rsidRPr="0032579A" w:rsidRDefault="00830533">
      <w:pPr>
        <w:rPr>
          <w:rFonts w:ascii="Times New Roman" w:hAnsi="Times New Roman" w:cs="Times New Roman"/>
        </w:rPr>
      </w:pPr>
    </w:p>
    <w:p w14:paraId="1793B9B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“Pilot Hale,” she called down.</w:t>
      </w:r>
    </w:p>
    <w:p w14:paraId="19483B39" w14:textId="77777777" w:rsidR="00830533" w:rsidRPr="0032579A" w:rsidRDefault="00830533">
      <w:pPr>
        <w:rPr>
          <w:rFonts w:ascii="Times New Roman" w:hAnsi="Times New Roman" w:cs="Times New Roman"/>
        </w:rPr>
      </w:pPr>
    </w:p>
    <w:p w14:paraId="0314A91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looked up, grease on his cheek. “Ma’am.”</w:t>
      </w:r>
    </w:p>
    <w:p w14:paraId="4AA80CCB" w14:textId="77777777" w:rsidR="00830533" w:rsidRPr="0032579A" w:rsidRDefault="00830533">
      <w:pPr>
        <w:rPr>
          <w:rFonts w:ascii="Times New Roman" w:hAnsi="Times New Roman" w:cs="Times New Roman"/>
        </w:rPr>
      </w:pPr>
    </w:p>
    <w:p w14:paraId="2BFFAEB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“Next time we drop bones near Veth,” she said, “cut a second ladder. Smaller bundles. Their tug stutters if the grab is heavier than a crate. Don’t make men break their backs trying to carry a gift.”</w:t>
      </w:r>
    </w:p>
    <w:p w14:paraId="0ADF5970" w14:textId="77777777" w:rsidR="00830533" w:rsidRPr="0032579A" w:rsidRDefault="00830533">
      <w:pPr>
        <w:rPr>
          <w:rFonts w:ascii="Times New Roman" w:hAnsi="Times New Roman" w:cs="Times New Roman"/>
        </w:rPr>
      </w:pPr>
    </w:p>
    <w:p w14:paraId="3576C9D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nodded and wrote the note on his wrist with a marker because memory is good until blood runs and then it is not.</w:t>
      </w:r>
    </w:p>
    <w:p w14:paraId="2929569B" w14:textId="77777777" w:rsidR="00830533" w:rsidRPr="0032579A" w:rsidRDefault="00830533">
      <w:pPr>
        <w:rPr>
          <w:rFonts w:ascii="Times New Roman" w:hAnsi="Times New Roman" w:cs="Times New Roman"/>
        </w:rPr>
      </w:pPr>
    </w:p>
    <w:p w14:paraId="31EC3F9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met her at the hangar mouth and watched the way the small moved in the space of the big. “You are building us debts,” he said. It wasn’t accusation.</w:t>
      </w:r>
    </w:p>
    <w:p w14:paraId="4F4F6D8C" w14:textId="77777777" w:rsidR="00830533" w:rsidRPr="0032579A" w:rsidRDefault="00830533">
      <w:pPr>
        <w:rPr>
          <w:rFonts w:ascii="Times New Roman" w:hAnsi="Times New Roman" w:cs="Times New Roman"/>
        </w:rPr>
      </w:pPr>
    </w:p>
    <w:p w14:paraId="352A85D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“Debts are bones,” she said. “Last longer than thanks.”</w:t>
      </w:r>
    </w:p>
    <w:p w14:paraId="3B5CD40F" w14:textId="77777777" w:rsidR="00830533" w:rsidRPr="0032579A" w:rsidRDefault="00830533">
      <w:pPr>
        <w:rPr>
          <w:rFonts w:ascii="Times New Roman" w:hAnsi="Times New Roman" w:cs="Times New Roman"/>
        </w:rPr>
      </w:pPr>
    </w:p>
    <w:p w14:paraId="7340063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His mouth ticked. It might have been a smile if the man had ever learned how to do that with his face. “Politics wastes breath.”</w:t>
      </w:r>
    </w:p>
    <w:p w14:paraId="7A3B1962" w14:textId="77777777" w:rsidR="00830533" w:rsidRPr="0032579A" w:rsidRDefault="00830533">
      <w:pPr>
        <w:rPr>
          <w:rFonts w:ascii="Times New Roman" w:hAnsi="Times New Roman" w:cs="Times New Roman"/>
        </w:rPr>
      </w:pPr>
    </w:p>
    <w:p w14:paraId="4849C7C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 if you account for it,” she said, not looking away.</w:t>
      </w:r>
    </w:p>
    <w:p w14:paraId="5182DF69" w14:textId="77777777" w:rsidR="00830533" w:rsidRPr="0032579A" w:rsidRDefault="00830533">
      <w:pPr>
        <w:rPr>
          <w:rFonts w:ascii="Times New Roman" w:hAnsi="Times New Roman" w:cs="Times New Roman"/>
        </w:rPr>
      </w:pPr>
    </w:p>
    <w:p w14:paraId="24C1941D" w14:textId="7D9627DD" w:rsidR="00830533" w:rsidRPr="0032579A" w:rsidRDefault="00000000">
      <w:pPr>
        <w:rPr>
          <w:rFonts w:ascii="Times New Roman" w:hAnsi="Times New Roman" w:cs="Times New Roman"/>
        </w:rPr>
      </w:pPr>
      <w:r w:rsidRPr="0032579A">
        <w:rPr>
          <w:rFonts w:ascii="Times New Roman" w:hAnsi="Times New Roman" w:cs="Times New Roman"/>
          <w:color w:val="000000"/>
        </w:rPr>
        <w:t>He nodded once, then again. “We</w:t>
      </w:r>
      <w:r w:rsidR="000B7419">
        <w:rPr>
          <w:rFonts w:ascii="Times New Roman" w:hAnsi="Times New Roman" w:cs="Times New Roman"/>
          <w:color w:val="000000"/>
        </w:rPr>
        <w:t xml:space="preserve"> will</w:t>
      </w:r>
      <w:r w:rsidRPr="0032579A">
        <w:rPr>
          <w:rFonts w:ascii="Times New Roman" w:hAnsi="Times New Roman" w:cs="Times New Roman"/>
          <w:color w:val="000000"/>
        </w:rPr>
        <w:t xml:space="preserve"> waste nothing,” he said. “Not metal. Not blood. Not words.”</w:t>
      </w:r>
    </w:p>
    <w:p w14:paraId="315BF5A0" w14:textId="77777777" w:rsidR="00830533" w:rsidRPr="0032579A" w:rsidRDefault="00830533">
      <w:pPr>
        <w:rPr>
          <w:rFonts w:ascii="Times New Roman" w:hAnsi="Times New Roman" w:cs="Times New Roman"/>
        </w:rPr>
      </w:pPr>
    </w:p>
    <w:p w14:paraId="2FEAD3D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 rumors,” she said.</w:t>
      </w:r>
    </w:p>
    <w:p w14:paraId="5ECDBB57" w14:textId="77777777" w:rsidR="00830533" w:rsidRPr="0032579A" w:rsidRDefault="00830533">
      <w:pPr>
        <w:rPr>
          <w:rFonts w:ascii="Times New Roman" w:hAnsi="Times New Roman" w:cs="Times New Roman"/>
        </w:rPr>
      </w:pPr>
    </w:p>
    <w:p w14:paraId="1598E973" w14:textId="2C51A6B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He grunted. “Those, we weigh. Then we turn them into </w:t>
      </w:r>
      <w:r w:rsidR="000B7419">
        <w:rPr>
          <w:rFonts w:ascii="Times New Roman" w:hAnsi="Times New Roman" w:cs="Times New Roman"/>
          <w:color w:val="000000"/>
        </w:rPr>
        <w:t>truths,</w:t>
      </w:r>
      <w:r w:rsidRPr="0032579A">
        <w:rPr>
          <w:rFonts w:ascii="Times New Roman" w:hAnsi="Times New Roman" w:cs="Times New Roman"/>
          <w:color w:val="000000"/>
        </w:rPr>
        <w:t xml:space="preserve"> or we leave them where they lie.”</w:t>
      </w:r>
    </w:p>
    <w:p w14:paraId="2640A962" w14:textId="77777777" w:rsidR="00830533" w:rsidRPr="0032579A" w:rsidRDefault="00830533">
      <w:pPr>
        <w:rPr>
          <w:rFonts w:ascii="Times New Roman" w:hAnsi="Times New Roman" w:cs="Times New Roman"/>
        </w:rPr>
      </w:pPr>
    </w:p>
    <w:p w14:paraId="19AEEED1" w14:textId="089CE77B" w:rsidR="00830533" w:rsidRDefault="00000000">
      <w:pPr>
        <w:rPr>
          <w:rFonts w:ascii="Times New Roman" w:hAnsi="Times New Roman" w:cs="Times New Roman"/>
          <w:color w:val="000000"/>
        </w:rPr>
      </w:pPr>
      <w:r w:rsidRPr="0032579A">
        <w:rPr>
          <w:rFonts w:ascii="Times New Roman" w:hAnsi="Times New Roman" w:cs="Times New Roman"/>
          <w:color w:val="000000"/>
        </w:rPr>
        <w:t xml:space="preserve">The </w:t>
      </w:r>
      <w:r w:rsidR="009803A6" w:rsidRPr="0032579A">
        <w:rPr>
          <w:rFonts w:ascii="Times New Roman" w:hAnsi="Times New Roman" w:cs="Times New Roman"/>
          <w:color w:val="000000"/>
        </w:rPr>
        <w:t>clan’s</w:t>
      </w:r>
      <w:r w:rsidRPr="0032579A">
        <w:rPr>
          <w:rFonts w:ascii="Times New Roman" w:hAnsi="Times New Roman" w:cs="Times New Roman"/>
          <w:color w:val="000000"/>
        </w:rPr>
        <w:t xml:space="preserve"> rumors reached back, as rumors </w:t>
      </w:r>
      <w:r w:rsidR="00CC2AE4">
        <w:rPr>
          <w:rFonts w:ascii="Times New Roman" w:hAnsi="Times New Roman" w:cs="Times New Roman"/>
          <w:color w:val="000000"/>
        </w:rPr>
        <w:t>do</w:t>
      </w:r>
      <w:r w:rsidRPr="0032579A">
        <w:rPr>
          <w:rFonts w:ascii="Times New Roman" w:hAnsi="Times New Roman" w:cs="Times New Roman"/>
          <w:color w:val="000000"/>
        </w:rPr>
        <w:t xml:space="preserve">, carrying their own </w:t>
      </w:r>
      <w:r w:rsidR="009803A6">
        <w:rPr>
          <w:rFonts w:ascii="Times New Roman" w:hAnsi="Times New Roman" w:cs="Times New Roman"/>
          <w:color w:val="000000"/>
        </w:rPr>
        <w:t>w</w:t>
      </w:r>
      <w:r w:rsidRPr="0032579A">
        <w:rPr>
          <w:rFonts w:ascii="Times New Roman" w:hAnsi="Times New Roman" w:cs="Times New Roman"/>
          <w:color w:val="000000"/>
        </w:rPr>
        <w:t>eight.</w:t>
      </w:r>
    </w:p>
    <w:p w14:paraId="713EFE9A" w14:textId="77777777" w:rsidR="009803A6" w:rsidRPr="0032579A" w:rsidRDefault="009803A6">
      <w:pPr>
        <w:rPr>
          <w:rFonts w:ascii="Times New Roman" w:hAnsi="Times New Roman" w:cs="Times New Roman"/>
        </w:rPr>
      </w:pPr>
    </w:p>
    <w:p w14:paraId="7C186966" w14:textId="77777777" w:rsidR="009803A6" w:rsidRPr="0032579A" w:rsidRDefault="009803A6" w:rsidP="009803A6">
      <w:pPr>
        <w:spacing w:after="0"/>
        <w:jc w:val="center"/>
        <w:rPr>
          <w:rFonts w:ascii="Times New Roman" w:hAnsi="Times New Roman" w:cs="Times New Roman"/>
        </w:rPr>
      </w:pPr>
      <w:r w:rsidRPr="0032579A">
        <w:rPr>
          <w:rFonts w:ascii="Times New Roman" w:hAnsi="Times New Roman" w:cs="Times New Roman"/>
        </w:rPr>
        <w:t>***</w:t>
      </w:r>
    </w:p>
    <w:p w14:paraId="670C9613" w14:textId="77777777" w:rsidR="00830533" w:rsidRPr="009803A6" w:rsidRDefault="00830533">
      <w:pPr>
        <w:rPr>
          <w:rFonts w:ascii="Times New Roman" w:hAnsi="Times New Roman" w:cs="Times New Roman"/>
          <w:b/>
          <w:bCs/>
        </w:rPr>
      </w:pPr>
    </w:p>
    <w:p w14:paraId="68E6420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In Sundari, a stallkeeper told a tax clerk that wolves had passed through a month ago and now she could keep the pumps working. The clerk wrote something down that would become a levy in </w:t>
      </w:r>
      <w:r w:rsidRPr="0032579A">
        <w:rPr>
          <w:rFonts w:ascii="Times New Roman" w:hAnsi="Times New Roman" w:cs="Times New Roman"/>
          <w:color w:val="000000"/>
        </w:rPr>
        <w:lastRenderedPageBreak/>
        <w:t>three weeks. The stallkeeper told Selora later, for free, because the water had run and she remembered who had tightened the seal on the first day a year back. Selora put a dot next to the stallkeeper’s name—not for sale.</w:t>
      </w:r>
    </w:p>
    <w:p w14:paraId="6480BCD2" w14:textId="77777777" w:rsidR="00830533" w:rsidRPr="0032579A" w:rsidRDefault="00830533">
      <w:pPr>
        <w:rPr>
          <w:rFonts w:ascii="Times New Roman" w:hAnsi="Times New Roman" w:cs="Times New Roman"/>
        </w:rPr>
      </w:pPr>
    </w:p>
    <w:p w14:paraId="39D8A4C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boy in the alleys said Vizsla boys had come with knives and promises. He’d run because his mother had told him not to wear a banner until he knew what color his blood looked like when it dried. Selora paid him in coil ties and water and did not put a dot beside his name. You don’t write down children if you can help it.</w:t>
      </w:r>
    </w:p>
    <w:p w14:paraId="4736FE26" w14:textId="77777777" w:rsidR="00830533" w:rsidRPr="0032579A" w:rsidRDefault="00830533">
      <w:pPr>
        <w:rPr>
          <w:rFonts w:ascii="Times New Roman" w:hAnsi="Times New Roman" w:cs="Times New Roman"/>
        </w:rPr>
      </w:pPr>
    </w:p>
    <w:p w14:paraId="23C0E20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man who smelled like engine coolant and fear said Kryze had sent good boots and soft words; he had thrown tomatoes because he could not throw the fear they made in him, and tomatoes rot slower than fear anyway. Selora marked Kryze—speeches with a slash that meant present but not pressing. She made a second mark for Sundari clerks count faster because fast counters get men killed more than slow knives do.</w:t>
      </w:r>
    </w:p>
    <w:p w14:paraId="39ACFC4B" w14:textId="77777777" w:rsidR="00830533" w:rsidRPr="0032579A" w:rsidRDefault="00830533">
      <w:pPr>
        <w:rPr>
          <w:rFonts w:ascii="Times New Roman" w:hAnsi="Times New Roman" w:cs="Times New Roman"/>
        </w:rPr>
      </w:pPr>
    </w:p>
    <w:p w14:paraId="3C578E7B" w14:textId="68B58CE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She read the page to the mess again, because repetition writes </w:t>
      </w:r>
      <w:r w:rsidR="00CC2AE4">
        <w:rPr>
          <w:rFonts w:ascii="Times New Roman" w:hAnsi="Times New Roman" w:cs="Times New Roman"/>
          <w:color w:val="000000"/>
        </w:rPr>
        <w:t>habits</w:t>
      </w:r>
      <w:r w:rsidRPr="0032579A">
        <w:rPr>
          <w:rFonts w:ascii="Times New Roman" w:hAnsi="Times New Roman" w:cs="Times New Roman"/>
          <w:color w:val="000000"/>
        </w:rPr>
        <w:t xml:space="preserve"> in</w:t>
      </w:r>
      <w:r w:rsidR="00CC2AE4">
        <w:rPr>
          <w:rFonts w:ascii="Times New Roman" w:hAnsi="Times New Roman" w:cs="Times New Roman"/>
          <w:color w:val="000000"/>
        </w:rPr>
        <w:t>to</w:t>
      </w:r>
      <w:r w:rsidRPr="0032579A">
        <w:rPr>
          <w:rFonts w:ascii="Times New Roman" w:hAnsi="Times New Roman" w:cs="Times New Roman"/>
          <w:color w:val="000000"/>
        </w:rPr>
        <w:t xml:space="preserve"> bone</w:t>
      </w:r>
      <w:r w:rsidR="00CC2AE4">
        <w:rPr>
          <w:rFonts w:ascii="Times New Roman" w:hAnsi="Times New Roman" w:cs="Times New Roman"/>
          <w:color w:val="000000"/>
        </w:rPr>
        <w:t>s</w:t>
      </w:r>
      <w:r w:rsidRPr="0032579A">
        <w:rPr>
          <w:rFonts w:ascii="Times New Roman" w:hAnsi="Times New Roman" w:cs="Times New Roman"/>
          <w:color w:val="000000"/>
        </w:rPr>
        <w:t>.</w:t>
      </w:r>
    </w:p>
    <w:p w14:paraId="0601D83C" w14:textId="77777777" w:rsidR="00830533" w:rsidRPr="0032579A" w:rsidRDefault="00830533">
      <w:pPr>
        <w:rPr>
          <w:rFonts w:ascii="Times New Roman" w:hAnsi="Times New Roman" w:cs="Times New Roman"/>
        </w:rPr>
      </w:pPr>
    </w:p>
    <w:p w14:paraId="0FD1173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“Nothing for free,” she said at the end, not as a threat, as a promise. “Not even silence.”</w:t>
      </w:r>
    </w:p>
    <w:p w14:paraId="63747344" w14:textId="77777777" w:rsidR="00830533" w:rsidRPr="0032579A" w:rsidRDefault="00830533">
      <w:pPr>
        <w:rPr>
          <w:rFonts w:ascii="Times New Roman" w:hAnsi="Times New Roman" w:cs="Times New Roman"/>
        </w:rPr>
      </w:pPr>
    </w:p>
    <w:p w14:paraId="0576F330"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Darran stood in the back with his squad, leaning on a rail. He listened without scowling. That was new. He caught Verdan’s eye and, without words, agreed to something neither of them would name. Afterwards, he took Rin and two others to the range and had them run a drill where the second man didn’t shoot for two beats and the third didn’t shoot at all. When they asked why, he said, “Because sometimes your job is not to kill. It’s to not tell anybody where you are.”</w:t>
      </w:r>
    </w:p>
    <w:p w14:paraId="52BF6979" w14:textId="77777777" w:rsidR="00761F74" w:rsidRPr="0032579A" w:rsidRDefault="00761F74">
      <w:pPr>
        <w:rPr>
          <w:rFonts w:ascii="Times New Roman" w:hAnsi="Times New Roman" w:cs="Times New Roman"/>
        </w:rPr>
      </w:pPr>
    </w:p>
    <w:p w14:paraId="24F65FE8" w14:textId="77777777" w:rsidR="00761F74" w:rsidRPr="0032579A" w:rsidRDefault="00761F74" w:rsidP="00761F74">
      <w:pPr>
        <w:spacing w:after="0"/>
        <w:jc w:val="center"/>
        <w:rPr>
          <w:rFonts w:ascii="Times New Roman" w:hAnsi="Times New Roman" w:cs="Times New Roman"/>
        </w:rPr>
      </w:pPr>
      <w:r w:rsidRPr="0032579A">
        <w:rPr>
          <w:rFonts w:ascii="Times New Roman" w:hAnsi="Times New Roman" w:cs="Times New Roman"/>
        </w:rPr>
        <w:t>***</w:t>
      </w:r>
    </w:p>
    <w:p w14:paraId="3F5C391A" w14:textId="77777777" w:rsidR="00830533" w:rsidRPr="0032579A" w:rsidRDefault="00830533">
      <w:pPr>
        <w:rPr>
          <w:rFonts w:ascii="Times New Roman" w:hAnsi="Times New Roman" w:cs="Times New Roman"/>
        </w:rPr>
      </w:pPr>
    </w:p>
    <w:p w14:paraId="50076AE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last negotiation of the month happened because a storm stalled over a ridge called the Three Teeth and made every ship sound wrong. Stalled weather changes men’s plans. Stalled plans make men brave or stupid.</w:t>
      </w:r>
    </w:p>
    <w:p w14:paraId="479D965B" w14:textId="77777777" w:rsidR="00830533" w:rsidRPr="0032579A" w:rsidRDefault="00830533">
      <w:pPr>
        <w:rPr>
          <w:rFonts w:ascii="Times New Roman" w:hAnsi="Times New Roman" w:cs="Times New Roman"/>
        </w:rPr>
      </w:pPr>
    </w:p>
    <w:p w14:paraId="039E0AD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envoy was alone and rode in a shuttle whose paint had been sanded down so many times it looked like bone. He asked for an hour and took fifteen minutes because the thing he had brought weighed enough that carrying it had shortened his breath.</w:t>
      </w:r>
    </w:p>
    <w:p w14:paraId="61135FAE" w14:textId="77777777" w:rsidR="00830533" w:rsidRPr="0032579A" w:rsidRDefault="00830533">
      <w:pPr>
        <w:rPr>
          <w:rFonts w:ascii="Times New Roman" w:hAnsi="Times New Roman" w:cs="Times New Roman"/>
        </w:rPr>
      </w:pPr>
    </w:p>
    <w:p w14:paraId="3F4A742C" w14:textId="35F0873E"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 staging yard,” he said. “Not the main show. The part behind the curtain. Nothing </w:t>
      </w:r>
      <w:r w:rsidR="00761F74">
        <w:rPr>
          <w:rFonts w:ascii="Times New Roman" w:hAnsi="Times New Roman" w:cs="Times New Roman"/>
          <w:color w:val="000000"/>
        </w:rPr>
        <w:t xml:space="preserve">is </w:t>
      </w:r>
      <w:r w:rsidRPr="0032579A">
        <w:rPr>
          <w:rFonts w:ascii="Times New Roman" w:hAnsi="Times New Roman" w:cs="Times New Roman"/>
          <w:color w:val="000000"/>
        </w:rPr>
        <w:t>on the books. A place where containers go to get new names and ships go to lose theirs. You can cut there without anyone knowing until after the fact.”</w:t>
      </w:r>
    </w:p>
    <w:p w14:paraId="26578D49" w14:textId="77777777" w:rsidR="00830533" w:rsidRPr="0032579A" w:rsidRDefault="00830533">
      <w:pPr>
        <w:rPr>
          <w:rFonts w:ascii="Times New Roman" w:hAnsi="Times New Roman" w:cs="Times New Roman"/>
        </w:rPr>
      </w:pPr>
    </w:p>
    <w:p w14:paraId="07D3E01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“How do you know it’s real?” Verdan asked.</w:t>
      </w:r>
    </w:p>
    <w:p w14:paraId="6647CF01" w14:textId="77777777" w:rsidR="00830533" w:rsidRPr="0032579A" w:rsidRDefault="00830533">
      <w:pPr>
        <w:rPr>
          <w:rFonts w:ascii="Times New Roman" w:hAnsi="Times New Roman" w:cs="Times New Roman"/>
        </w:rPr>
      </w:pPr>
    </w:p>
    <w:p w14:paraId="6BDD499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man folded his hands hard enough to make the bones grind. “Because my son went in on a crew. He wrote to his sister four times and then stopped. Men don’t stop writing to their sisters unless they think someone is going to read their letters and do something to them for writing.”</w:t>
      </w:r>
    </w:p>
    <w:p w14:paraId="235D9CE5" w14:textId="77777777" w:rsidR="00830533" w:rsidRPr="0032579A" w:rsidRDefault="00830533">
      <w:pPr>
        <w:rPr>
          <w:rFonts w:ascii="Times New Roman" w:hAnsi="Times New Roman" w:cs="Times New Roman"/>
        </w:rPr>
      </w:pPr>
    </w:p>
    <w:p w14:paraId="5958D21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“How do you want us to weigh this,” Selora asked, softer than she had spoken all day.</w:t>
      </w:r>
    </w:p>
    <w:p w14:paraId="3F80681D" w14:textId="77777777" w:rsidR="00830533" w:rsidRPr="0032579A" w:rsidRDefault="00830533">
      <w:pPr>
        <w:rPr>
          <w:rFonts w:ascii="Times New Roman" w:hAnsi="Times New Roman" w:cs="Times New Roman"/>
        </w:rPr>
      </w:pPr>
    </w:p>
    <w:p w14:paraId="3C26FD5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“As if it were your son,” he said, and his voice did not break on the word because a man can learn to be steel where it counts. “And because if you cut there, those who hurt him hurt less people after. That’s worth your ledger too.”</w:t>
      </w:r>
    </w:p>
    <w:p w14:paraId="3ED30160" w14:textId="77777777" w:rsidR="00830533" w:rsidRPr="0032579A" w:rsidRDefault="00830533">
      <w:pPr>
        <w:rPr>
          <w:rFonts w:ascii="Times New Roman" w:hAnsi="Times New Roman" w:cs="Times New Roman"/>
        </w:rPr>
      </w:pPr>
    </w:p>
    <w:p w14:paraId="3FE88D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did not promise. She wrote. </w:t>
      </w:r>
      <w:r w:rsidRPr="00761F74">
        <w:rPr>
          <w:rFonts w:ascii="Times New Roman" w:hAnsi="Times New Roman" w:cs="Times New Roman"/>
          <w:i/>
          <w:iCs/>
          <w:color w:val="000000"/>
        </w:rPr>
        <w:t>Staging yard (black)—location rough, cadence inferred, missing men. Debt: none yet. Action: verify with HWK; if true, plan bones for allies, not ash.</w:t>
      </w:r>
    </w:p>
    <w:p w14:paraId="5797A796" w14:textId="77777777" w:rsidR="00830533" w:rsidRPr="0032579A" w:rsidRDefault="00830533">
      <w:pPr>
        <w:rPr>
          <w:rFonts w:ascii="Times New Roman" w:hAnsi="Times New Roman" w:cs="Times New Roman"/>
        </w:rPr>
      </w:pPr>
    </w:p>
    <w:p w14:paraId="7004FDD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“Why bones for allies,” Darran asked her later, not unkind, just wanting to understand which way the blade would go.</w:t>
      </w:r>
    </w:p>
    <w:p w14:paraId="0A8AB424" w14:textId="77777777" w:rsidR="00830533" w:rsidRPr="0032579A" w:rsidRDefault="00830533">
      <w:pPr>
        <w:rPr>
          <w:rFonts w:ascii="Times New Roman" w:hAnsi="Times New Roman" w:cs="Times New Roman"/>
        </w:rPr>
      </w:pPr>
    </w:p>
    <w:p w14:paraId="062D81F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“Because if we turn everything to ash,” she said, “we starve a man today and buy a war tomorrow. Bones make men owe without banners. Oaths you can break. Ledgers keep coming due.”</w:t>
      </w:r>
    </w:p>
    <w:p w14:paraId="1ADF1BF3" w14:textId="77777777" w:rsidR="00830533" w:rsidRPr="0032579A" w:rsidRDefault="00830533">
      <w:pPr>
        <w:rPr>
          <w:rFonts w:ascii="Times New Roman" w:hAnsi="Times New Roman" w:cs="Times New Roman"/>
        </w:rPr>
      </w:pPr>
    </w:p>
    <w:p w14:paraId="7C3FF67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nodded. He did not pretend he liked it. He drilled his people anyway, and when he walked away, his gait had the tightness of a man whose anger had been told to carry weight and had agreed for now.</w:t>
      </w:r>
    </w:p>
    <w:p w14:paraId="3CE028F9" w14:textId="77777777" w:rsidR="00830533" w:rsidRPr="0032579A" w:rsidRDefault="00830533">
      <w:pPr>
        <w:rPr>
          <w:rFonts w:ascii="Times New Roman" w:hAnsi="Times New Roman" w:cs="Times New Roman"/>
        </w:rPr>
      </w:pPr>
    </w:p>
    <w:p w14:paraId="0FE3CFCA" w14:textId="77777777" w:rsidR="00761F74" w:rsidRPr="0032579A" w:rsidRDefault="00761F74" w:rsidP="00761F74">
      <w:pPr>
        <w:spacing w:after="0"/>
        <w:jc w:val="center"/>
        <w:rPr>
          <w:rFonts w:ascii="Times New Roman" w:hAnsi="Times New Roman" w:cs="Times New Roman"/>
        </w:rPr>
      </w:pPr>
      <w:r w:rsidRPr="0032579A">
        <w:rPr>
          <w:rFonts w:ascii="Times New Roman" w:hAnsi="Times New Roman" w:cs="Times New Roman"/>
        </w:rPr>
        <w:lastRenderedPageBreak/>
        <w:t>***</w:t>
      </w:r>
    </w:p>
    <w:p w14:paraId="6205B453" w14:textId="77777777" w:rsidR="00761F74" w:rsidRDefault="00761F74">
      <w:pPr>
        <w:rPr>
          <w:rFonts w:ascii="Times New Roman" w:hAnsi="Times New Roman" w:cs="Times New Roman"/>
          <w:color w:val="000000"/>
        </w:rPr>
      </w:pPr>
    </w:p>
    <w:p w14:paraId="7E90B331" w14:textId="67812F6F" w:rsidR="00830533" w:rsidRPr="0032579A" w:rsidRDefault="00000000">
      <w:pPr>
        <w:rPr>
          <w:rFonts w:ascii="Times New Roman" w:hAnsi="Times New Roman" w:cs="Times New Roman"/>
        </w:rPr>
      </w:pPr>
      <w:r w:rsidRPr="0032579A">
        <w:rPr>
          <w:rFonts w:ascii="Times New Roman" w:hAnsi="Times New Roman" w:cs="Times New Roman"/>
          <w:color w:val="000000"/>
        </w:rPr>
        <w:t>The Wolf’s Den turned slow in shadow. On the hull, condensation beaded where a heat line had been rerouted and then wicked away into vents. In the mess, a boy fell asleep with a spoon in his hand and woke when someone took it gently so it wouldn’t spill. In the bay, the Buzzards resettled in their clamps, metal ticking as it cooled. On the catwalk, Selora wrote one more line.</w:t>
      </w:r>
    </w:p>
    <w:p w14:paraId="10375DBC" w14:textId="77777777" w:rsidR="00830533" w:rsidRPr="0032579A" w:rsidRDefault="00830533">
      <w:pPr>
        <w:rPr>
          <w:rFonts w:ascii="Times New Roman" w:hAnsi="Times New Roman" w:cs="Times New Roman"/>
        </w:rPr>
      </w:pPr>
    </w:p>
    <w:p w14:paraId="37139D62" w14:textId="75FC9B21" w:rsidR="00830533" w:rsidRPr="0032579A" w:rsidRDefault="00000000">
      <w:pPr>
        <w:rPr>
          <w:rFonts w:ascii="Times New Roman" w:hAnsi="Times New Roman" w:cs="Times New Roman"/>
        </w:rPr>
      </w:pPr>
      <w:r w:rsidRPr="0032579A">
        <w:rPr>
          <w:rFonts w:ascii="Times New Roman" w:hAnsi="Times New Roman" w:cs="Times New Roman"/>
          <w:color w:val="000000"/>
        </w:rPr>
        <w:t>First pacts—quiet. Not oath</w:t>
      </w:r>
      <w:r w:rsidR="00C800EC">
        <w:rPr>
          <w:rFonts w:ascii="Times New Roman" w:hAnsi="Times New Roman" w:cs="Times New Roman"/>
          <w:color w:val="000000"/>
        </w:rPr>
        <w:t>s and no</w:t>
      </w:r>
      <w:r w:rsidRPr="0032579A">
        <w:rPr>
          <w:rFonts w:ascii="Times New Roman" w:hAnsi="Times New Roman" w:cs="Times New Roman"/>
          <w:color w:val="000000"/>
        </w:rPr>
        <w:t xml:space="preserve"> banner</w:t>
      </w:r>
      <w:r w:rsidR="00C800EC">
        <w:rPr>
          <w:rFonts w:ascii="Times New Roman" w:hAnsi="Times New Roman" w:cs="Times New Roman"/>
          <w:color w:val="000000"/>
        </w:rPr>
        <w:t>s</w:t>
      </w:r>
      <w:r w:rsidRPr="0032579A">
        <w:rPr>
          <w:rFonts w:ascii="Times New Roman" w:hAnsi="Times New Roman" w:cs="Times New Roman"/>
          <w:color w:val="000000"/>
        </w:rPr>
        <w:t xml:space="preserve">. </w:t>
      </w:r>
      <w:r w:rsidR="00761F74">
        <w:rPr>
          <w:rFonts w:ascii="Times New Roman" w:hAnsi="Times New Roman" w:cs="Times New Roman"/>
          <w:color w:val="000000"/>
        </w:rPr>
        <w:t xml:space="preserve">Debts owed. </w:t>
      </w:r>
    </w:p>
    <w:p w14:paraId="06899943" w14:textId="77777777" w:rsidR="00830533" w:rsidRPr="0032579A" w:rsidRDefault="00830533">
      <w:pPr>
        <w:rPr>
          <w:rFonts w:ascii="Times New Roman" w:hAnsi="Times New Roman" w:cs="Times New Roman"/>
        </w:rPr>
      </w:pPr>
    </w:p>
    <w:p w14:paraId="67C95EF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didn’t read it aloud. Some things you let the ship learn by itself.</w:t>
      </w:r>
    </w:p>
    <w:p w14:paraId="334C98A6" w14:textId="77777777" w:rsidR="00830533" w:rsidRPr="0032579A" w:rsidRDefault="00830533">
      <w:pPr>
        <w:rPr>
          <w:rFonts w:ascii="Times New Roman" w:hAnsi="Times New Roman" w:cs="Times New Roman"/>
        </w:rPr>
      </w:pPr>
    </w:p>
    <w:p w14:paraId="1C88E24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came up and stood beside her and watched the HWK with the satisfied suspicion a man gives a tool he trusts enough to test again tomorrow.</w:t>
      </w:r>
    </w:p>
    <w:p w14:paraId="4A5CE288" w14:textId="77777777" w:rsidR="00830533" w:rsidRPr="0032579A" w:rsidRDefault="00830533">
      <w:pPr>
        <w:rPr>
          <w:rFonts w:ascii="Times New Roman" w:hAnsi="Times New Roman" w:cs="Times New Roman"/>
        </w:rPr>
      </w:pPr>
    </w:p>
    <w:p w14:paraId="686B4C1A" w14:textId="25793AF3"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ship still needs a yard,” he said. The admission felt like a man showing his teeth to a friend and not a threat. “Repairs are mostly complete, but full work </w:t>
      </w:r>
      <w:r w:rsidR="00F52C61">
        <w:rPr>
          <w:rFonts w:ascii="Times New Roman" w:hAnsi="Times New Roman" w:cs="Times New Roman"/>
          <w:color w:val="000000"/>
        </w:rPr>
        <w:t>needs</w:t>
      </w:r>
      <w:r w:rsidRPr="0032579A">
        <w:rPr>
          <w:rFonts w:ascii="Times New Roman" w:hAnsi="Times New Roman" w:cs="Times New Roman"/>
          <w:color w:val="000000"/>
        </w:rPr>
        <w:t xml:space="preserve"> a dock. If we go to one, we paint a target on our backs.”</w:t>
      </w:r>
    </w:p>
    <w:p w14:paraId="77537355" w14:textId="77777777" w:rsidR="00830533" w:rsidRPr="0032579A" w:rsidRDefault="00830533">
      <w:pPr>
        <w:rPr>
          <w:rFonts w:ascii="Times New Roman" w:hAnsi="Times New Roman" w:cs="Times New Roman"/>
        </w:rPr>
      </w:pPr>
    </w:p>
    <w:p w14:paraId="577C87AD" w14:textId="0FC48FC9"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“We </w:t>
      </w:r>
      <w:r w:rsidR="00153E93">
        <w:rPr>
          <w:rFonts w:ascii="Times New Roman" w:hAnsi="Times New Roman" w:cs="Times New Roman"/>
          <w:color w:val="000000"/>
        </w:rPr>
        <w:t xml:space="preserve">could </w:t>
      </w:r>
      <w:r w:rsidRPr="0032579A">
        <w:rPr>
          <w:rFonts w:ascii="Times New Roman" w:hAnsi="Times New Roman" w:cs="Times New Roman"/>
          <w:color w:val="000000"/>
        </w:rPr>
        <w:t>go in someone else’s shadow,” Selora said. “After we make sure they owe us for it. Or after we pay in a way that doesn’t show. One thing at a time.”</w:t>
      </w:r>
    </w:p>
    <w:p w14:paraId="5F6DE52B" w14:textId="77777777" w:rsidR="00830533" w:rsidRPr="0032579A" w:rsidRDefault="00830533">
      <w:pPr>
        <w:rPr>
          <w:rFonts w:ascii="Times New Roman" w:hAnsi="Times New Roman" w:cs="Times New Roman"/>
        </w:rPr>
      </w:pPr>
    </w:p>
    <w:p w14:paraId="15FD7CF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nodded. He would have said waste nothing if it needed saying. It didn’t. The ship said it around them every time a pump kept working, every time a plate did not flex under a footfall, every time a filter turned dirty air into breath again.</w:t>
      </w:r>
    </w:p>
    <w:p w14:paraId="38B0ABA2" w14:textId="77777777" w:rsidR="00830533" w:rsidRPr="0032579A" w:rsidRDefault="00830533">
      <w:pPr>
        <w:rPr>
          <w:rFonts w:ascii="Times New Roman" w:hAnsi="Times New Roman" w:cs="Times New Roman"/>
        </w:rPr>
      </w:pPr>
    </w:p>
    <w:p w14:paraId="6CB548C1" w14:textId="33917A1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Outside the broken moon’s shoulder, in the long dark where men lie to themselves about what matters and then find out they were wrong, a rumor took root: the wolves stripped convoys, but they left bones that kept Mandalorians alive; they fought for </w:t>
      </w:r>
      <w:r w:rsidR="00172740">
        <w:rPr>
          <w:rFonts w:ascii="Times New Roman" w:hAnsi="Times New Roman" w:cs="Times New Roman"/>
          <w:color w:val="000000"/>
        </w:rPr>
        <w:t>survival</w:t>
      </w:r>
      <w:r w:rsidRPr="0032579A">
        <w:rPr>
          <w:rFonts w:ascii="Times New Roman" w:hAnsi="Times New Roman" w:cs="Times New Roman"/>
          <w:color w:val="000000"/>
        </w:rPr>
        <w:t>, not songs; they spoke little and kept quiet those who spoke for them too loud.</w:t>
      </w:r>
    </w:p>
    <w:p w14:paraId="01B50B54" w14:textId="77777777" w:rsidR="00830533" w:rsidRPr="0032579A" w:rsidRDefault="00830533">
      <w:pPr>
        <w:rPr>
          <w:rFonts w:ascii="Times New Roman" w:hAnsi="Times New Roman" w:cs="Times New Roman"/>
        </w:rPr>
      </w:pPr>
    </w:p>
    <w:p w14:paraId="198048B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clans began to count that rumor as if it were water and not air.</w:t>
      </w:r>
    </w:p>
    <w:p w14:paraId="69718A76" w14:textId="77777777" w:rsidR="00830533" w:rsidRPr="0032579A" w:rsidRDefault="00830533">
      <w:pPr>
        <w:rPr>
          <w:rFonts w:ascii="Times New Roman" w:hAnsi="Times New Roman" w:cs="Times New Roman"/>
        </w:rPr>
      </w:pPr>
    </w:p>
    <w:p w14:paraId="43D9D1B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And the Wolves cut along their edge, never wasting blood, never leaving what could be used to rust where it fell, teaching the galaxy in small bites that there is a difference between destruction and taking what you need—one scatters ash, the other leaves bones.</w:t>
      </w:r>
    </w:p>
    <w:p w14:paraId="1650500D" w14:textId="77777777" w:rsidR="00830533" w:rsidRPr="0032579A" w:rsidRDefault="00830533">
      <w:pPr>
        <w:rPr>
          <w:rFonts w:ascii="Times New Roman" w:hAnsi="Times New Roman" w:cs="Times New Roman"/>
        </w:rPr>
      </w:pPr>
    </w:p>
    <w:p w14:paraId="221BB70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difference, in time, becomes power. Not the kind that needs a banner. The kind that keeps breathing when banners burn.</w:t>
      </w:r>
    </w:p>
    <w:p w14:paraId="1C4932C7" w14:textId="77777777" w:rsidR="00830533" w:rsidRPr="0032579A" w:rsidRDefault="00830533">
      <w:pPr>
        <w:rPr>
          <w:rFonts w:ascii="Times New Roman" w:hAnsi="Times New Roman" w:cs="Times New Roman"/>
        </w:rPr>
      </w:pPr>
    </w:p>
    <w:p w14:paraId="100BD466" w14:textId="77777777" w:rsidR="00830533" w:rsidRPr="0032579A" w:rsidRDefault="00830533">
      <w:pPr>
        <w:rPr>
          <w:rFonts w:ascii="Times New Roman" w:hAnsi="Times New Roman" w:cs="Times New Roman"/>
        </w:rPr>
      </w:pPr>
    </w:p>
    <w:p w14:paraId="30DFF631"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1AF484ED"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XIII — A Slip in the Night</w:t>
      </w:r>
    </w:p>
    <w:p w14:paraId="319C4ABF" w14:textId="77777777" w:rsidR="00830533" w:rsidRPr="0032579A" w:rsidRDefault="00000000">
      <w:pPr>
        <w:jc w:val="center"/>
        <w:rPr>
          <w:rFonts w:ascii="Times New Roman" w:hAnsi="Times New Roman" w:cs="Times New Roman"/>
        </w:rPr>
      </w:pPr>
      <w:r w:rsidRPr="0032579A">
        <w:rPr>
          <w:rFonts w:ascii="Times New Roman" w:hAnsi="Times New Roman" w:cs="Times New Roman"/>
          <w:i/>
        </w:rPr>
        <w:t>*33 BBY*</w:t>
      </w:r>
    </w:p>
    <w:p w14:paraId="53EC4246" w14:textId="77777777" w:rsidR="00830533" w:rsidRPr="0032579A" w:rsidRDefault="00830533">
      <w:pPr>
        <w:jc w:val="center"/>
        <w:rPr>
          <w:rFonts w:ascii="Times New Roman" w:hAnsi="Times New Roman" w:cs="Times New Roman"/>
        </w:rPr>
      </w:pPr>
    </w:p>
    <w:p w14:paraId="29B75CC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dome smelled of dust and oil the way all Mandalorian domes did. Pumps worked behind the walls, pushing recycled air through filters that rattled when the current shifted. Selora’s stylus tapped her datapad in rhythm with each haggled word as she tallied what they carried and what they needed.</w:t>
      </w:r>
    </w:p>
    <w:p w14:paraId="7A7041D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moved beside her in silence, his eyes never still. He measured exits, the weight of each passerby’s stride, the cut of a cloak that might hide steel. His hand hovered near the knife at his hip, never touching it, but never far.</w:t>
      </w:r>
    </w:p>
    <w:p w14:paraId="3F9A003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supply run had started like any other: barter for water filters, ration bricks, fuel cells patched twice and ready for a third use. Yet it wasn’t the trade that stuck in their ears that day. It was the voices.</w:t>
      </w:r>
    </w:p>
    <w:p w14:paraId="1206F940" w14:textId="666FBC1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At the first stall, a dockhand with black teeth leaned across a coil spool and said to a buyer, “Wolves with </w:t>
      </w:r>
      <w:r w:rsidR="004E105A">
        <w:rPr>
          <w:rFonts w:ascii="Times New Roman" w:hAnsi="Times New Roman" w:cs="Times New Roman"/>
          <w:color w:val="000000"/>
        </w:rPr>
        <w:t xml:space="preserve">no </w:t>
      </w:r>
      <w:r w:rsidRPr="0032579A">
        <w:rPr>
          <w:rFonts w:ascii="Times New Roman" w:hAnsi="Times New Roman" w:cs="Times New Roman"/>
          <w:color w:val="000000"/>
        </w:rPr>
        <w:t>banner struck three nights back. Tore a convoy down to bones.”</w:t>
      </w:r>
    </w:p>
    <w:p w14:paraId="3094D9B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the next, a boy too young for his scars bragged, “I saw them myself — a Corsair painted blood-red, prow like a fang.”</w:t>
      </w:r>
    </w:p>
    <w:p w14:paraId="5971875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Later, in a tavern corner, a man slurred into his mug, “They leave bones neat, stacked like offerings. Not raiders. Wolves. Mandalorian wolves.”</w:t>
      </w:r>
    </w:p>
    <w:p w14:paraId="7362EFF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recorded each version without lifting her head. </w:t>
      </w:r>
      <w:r w:rsidRPr="00F51FE8">
        <w:rPr>
          <w:rFonts w:ascii="Times New Roman" w:hAnsi="Times New Roman" w:cs="Times New Roman"/>
          <w:i/>
          <w:iCs/>
          <w:color w:val="000000"/>
        </w:rPr>
        <w:t>Rumor: Wolves with banner. Source: dockhand, weight two. Rumor: Corsair painted red. Source: boy, weight one. Rumor: bones stacked, offering. Source: drunk, weight uncertain.</w:t>
      </w:r>
    </w:p>
    <w:p w14:paraId="359D009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turned the screen so Verdan could see the lines. He read, then looked past her into the press of the market.</w:t>
      </w:r>
    </w:p>
    <w:p w14:paraId="632C98A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“Every rumor draws teeth,” he said. “Ours or theirs.”</w:t>
      </w:r>
    </w:p>
    <w:p w14:paraId="40E99C9B" w14:textId="36BAD0B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Her voice was even, carrying only as far as him. “Rumor can also cut the hand that wields it. If we </w:t>
      </w:r>
      <w:r w:rsidR="00F51FE8">
        <w:rPr>
          <w:rFonts w:ascii="Times New Roman" w:hAnsi="Times New Roman" w:cs="Times New Roman"/>
          <w:color w:val="000000"/>
        </w:rPr>
        <w:t xml:space="preserve">don’t </w:t>
      </w:r>
      <w:r w:rsidRPr="0032579A">
        <w:rPr>
          <w:rFonts w:ascii="Times New Roman" w:hAnsi="Times New Roman" w:cs="Times New Roman"/>
          <w:color w:val="000000"/>
        </w:rPr>
        <w:t>shape it.”</w:t>
      </w:r>
    </w:p>
    <w:p w14:paraId="5D29C0E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silence weighed like iron. He did not agree, but he did not dismiss her. That was enough.</w:t>
      </w:r>
    </w:p>
    <w:p w14:paraId="25DA022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They left the dome with crates on grav-sleds and whispers in their wake. More dangerous than the crates were the stories. Selora closed her pad on the last line of the day: </w:t>
      </w:r>
      <w:r w:rsidRPr="00C03E83">
        <w:rPr>
          <w:rFonts w:ascii="Times New Roman" w:hAnsi="Times New Roman" w:cs="Times New Roman"/>
          <w:i/>
          <w:iCs/>
          <w:color w:val="000000"/>
        </w:rPr>
        <w:t>Rumor is a blade. Handle it, or bleed.</w:t>
      </w:r>
    </w:p>
    <w:p w14:paraId="37929B9E" w14:textId="77777777" w:rsidR="00830533" w:rsidRPr="0032579A" w:rsidRDefault="00830533">
      <w:pPr>
        <w:rPr>
          <w:rFonts w:ascii="Times New Roman" w:hAnsi="Times New Roman" w:cs="Times New Roman"/>
        </w:rPr>
      </w:pPr>
    </w:p>
    <w:p w14:paraId="162835D1" w14:textId="77777777" w:rsidR="00C03E83" w:rsidRPr="0032579A" w:rsidRDefault="00C03E83" w:rsidP="00C03E83">
      <w:pPr>
        <w:spacing w:after="0"/>
        <w:jc w:val="center"/>
        <w:rPr>
          <w:rFonts w:ascii="Times New Roman" w:hAnsi="Times New Roman" w:cs="Times New Roman"/>
        </w:rPr>
      </w:pPr>
      <w:r w:rsidRPr="0032579A">
        <w:rPr>
          <w:rFonts w:ascii="Times New Roman" w:hAnsi="Times New Roman" w:cs="Times New Roman"/>
        </w:rPr>
        <w:lastRenderedPageBreak/>
        <w:t>***</w:t>
      </w:r>
    </w:p>
    <w:p w14:paraId="2397EB3D" w14:textId="77777777" w:rsidR="00C03E83" w:rsidRDefault="00C03E83">
      <w:pPr>
        <w:rPr>
          <w:rFonts w:ascii="Times New Roman" w:hAnsi="Times New Roman" w:cs="Times New Roman"/>
          <w:color w:val="000000"/>
        </w:rPr>
      </w:pPr>
    </w:p>
    <w:p w14:paraId="0E68CE60" w14:textId="39EF1225" w:rsidR="00830533" w:rsidRPr="0032579A" w:rsidRDefault="00000000">
      <w:pPr>
        <w:rPr>
          <w:rFonts w:ascii="Times New Roman" w:hAnsi="Times New Roman" w:cs="Times New Roman"/>
        </w:rPr>
      </w:pPr>
      <w:r w:rsidRPr="0032579A">
        <w:rPr>
          <w:rFonts w:ascii="Times New Roman" w:hAnsi="Times New Roman" w:cs="Times New Roman"/>
          <w:color w:val="000000"/>
        </w:rPr>
        <w:t>The Wolf’s Den waited in shadow, buried against the shoulder of a broken moon. The corvette’s patched hull gleamed faint at the seams, but most of it vanished into void. Inside, the hangar throbbed with work.</w:t>
      </w:r>
    </w:p>
    <w:p w14:paraId="65C1E16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HWK crouched under floodlights stripped from a wreck, its panels already dulled by solvent and scrubbed clean of old paint. The Theta stood scaffolded, ribs exposed where children smeared paste into seams. Two Buzzards rested on their rails, wings folded like blades at rest.</w:t>
      </w:r>
    </w:p>
    <w:p w14:paraId="59F15D3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Fighters argued while they worked. One wanted teeth painted on the Buzzard’s nose. Another swore the Corsair should carry a sigil, a wolf’s head cut in red. Darran’s voice rose above them, hot with conviction.</w:t>
      </w:r>
    </w:p>
    <w:p w14:paraId="1B932D8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already name us wolves! Why not show it? A banner makes fear sharper.”</w:t>
      </w:r>
    </w:p>
    <w:p w14:paraId="78456BC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dropped from the catwalk, boots landing with a hard ring. The hangar fell quiet at the sound. He looked at Darran, then at the others, his face unreadable.</w:t>
      </w:r>
    </w:p>
    <w:p w14:paraId="1A43A64E" w14:textId="4F5E5B1E" w:rsidR="00830533" w:rsidRPr="0032579A" w:rsidRDefault="00000000">
      <w:pPr>
        <w:rPr>
          <w:rFonts w:ascii="Times New Roman" w:hAnsi="Times New Roman" w:cs="Times New Roman"/>
        </w:rPr>
      </w:pPr>
      <w:r w:rsidRPr="0032579A">
        <w:rPr>
          <w:rFonts w:ascii="Times New Roman" w:hAnsi="Times New Roman" w:cs="Times New Roman"/>
          <w:color w:val="000000"/>
        </w:rPr>
        <w:t>“Our banner is silence,” he said. “</w:t>
      </w:r>
      <w:r w:rsidR="00C03E83">
        <w:rPr>
          <w:rFonts w:ascii="Times New Roman" w:hAnsi="Times New Roman" w:cs="Times New Roman"/>
          <w:color w:val="000000"/>
        </w:rPr>
        <w:t>Colors and banners draw eyes, eyes that put you in their crosshairs or someone elses’</w:t>
      </w:r>
      <w:r w:rsidRPr="0032579A">
        <w:rPr>
          <w:rFonts w:ascii="Times New Roman" w:hAnsi="Times New Roman" w:cs="Times New Roman"/>
          <w:color w:val="000000"/>
        </w:rPr>
        <w:t xml:space="preserve"> You want a mark? This is it.” He held up a hand dipped in solvent. The gray streak across his palm shone under the lights. “</w:t>
      </w:r>
      <w:r w:rsidR="00C03E83">
        <w:rPr>
          <w:rFonts w:ascii="Times New Roman" w:hAnsi="Times New Roman" w:cs="Times New Roman"/>
          <w:color w:val="000000"/>
        </w:rPr>
        <w:t>We hunt in shadows</w:t>
      </w:r>
      <w:r w:rsidRPr="0032579A">
        <w:rPr>
          <w:rFonts w:ascii="Times New Roman" w:hAnsi="Times New Roman" w:cs="Times New Roman"/>
          <w:color w:val="000000"/>
        </w:rPr>
        <w:t xml:space="preserve">. Nothing </w:t>
      </w:r>
      <w:r w:rsidR="00C03E83">
        <w:rPr>
          <w:rFonts w:ascii="Times New Roman" w:hAnsi="Times New Roman" w:cs="Times New Roman"/>
          <w:color w:val="000000"/>
        </w:rPr>
        <w:t>less</w:t>
      </w:r>
      <w:r w:rsidRPr="0032579A">
        <w:rPr>
          <w:rFonts w:ascii="Times New Roman" w:hAnsi="Times New Roman" w:cs="Times New Roman"/>
          <w:color w:val="000000"/>
        </w:rPr>
        <w:t>.”</w:t>
      </w:r>
    </w:p>
    <w:p w14:paraId="304FB41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turned to Selora. “Record it.”</w:t>
      </w:r>
    </w:p>
    <w:p w14:paraId="7CBB865A" w14:textId="71DA73CC" w:rsidR="00830533" w:rsidRPr="0032579A" w:rsidRDefault="00000000">
      <w:pPr>
        <w:rPr>
          <w:rFonts w:ascii="Times New Roman" w:hAnsi="Times New Roman" w:cs="Times New Roman"/>
        </w:rPr>
      </w:pPr>
      <w:r w:rsidRPr="0032579A">
        <w:rPr>
          <w:rFonts w:ascii="Times New Roman" w:hAnsi="Times New Roman" w:cs="Times New Roman"/>
          <w:color w:val="000000"/>
        </w:rPr>
        <w:t>She wrote without hesitation. No colors. Camouflage. Survival.</w:t>
      </w:r>
    </w:p>
    <w:p w14:paraId="411E21E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That was the end of the argument.</w:t>
      </w:r>
    </w:p>
    <w:p w14:paraId="3C079AD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repainting became ritual. Children mixed solvent with dust until the paste turned heavy. Fighters climbed scaffolds and dragged brushes across hulls. The Wolf’s Den’s black steel became molten gray, broken with olive streaks. Matte, uneven, ugly to the eye but perfect to the void.</w:t>
      </w:r>
    </w:p>
    <w:p w14:paraId="0ACB467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murmured as she worked beside a boy no older than twelve, “Hull made shadow.” She tapped her datapad. “Shadow made armor.”</w:t>
      </w:r>
    </w:p>
    <w:p w14:paraId="335A93A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the floodlights dimmed, the ships faded into the hangar’s dark ribs until they seemed to vanish. Their new banner was invisibility.</w:t>
      </w:r>
    </w:p>
    <w:p w14:paraId="34DF3A65" w14:textId="77777777" w:rsidR="00830533" w:rsidRDefault="00830533">
      <w:pPr>
        <w:rPr>
          <w:rFonts w:ascii="Times New Roman" w:hAnsi="Times New Roman" w:cs="Times New Roman"/>
        </w:rPr>
      </w:pPr>
    </w:p>
    <w:p w14:paraId="7E0979CF" w14:textId="77777777" w:rsidR="00211228" w:rsidRPr="0032579A" w:rsidRDefault="00211228" w:rsidP="00211228">
      <w:pPr>
        <w:spacing w:after="0"/>
        <w:jc w:val="center"/>
        <w:rPr>
          <w:rFonts w:ascii="Times New Roman" w:hAnsi="Times New Roman" w:cs="Times New Roman"/>
        </w:rPr>
      </w:pPr>
      <w:r w:rsidRPr="0032579A">
        <w:rPr>
          <w:rFonts w:ascii="Times New Roman" w:hAnsi="Times New Roman" w:cs="Times New Roman"/>
        </w:rPr>
        <w:t>***</w:t>
      </w:r>
    </w:p>
    <w:p w14:paraId="0F6E26C1" w14:textId="77777777" w:rsidR="00211228" w:rsidRPr="0032579A" w:rsidRDefault="00211228">
      <w:pPr>
        <w:rPr>
          <w:rFonts w:ascii="Times New Roman" w:hAnsi="Times New Roman" w:cs="Times New Roman"/>
        </w:rPr>
      </w:pPr>
    </w:p>
    <w:p w14:paraId="73CB9753" w14:textId="77777777" w:rsidR="00211228" w:rsidRDefault="00000000">
      <w:pPr>
        <w:rPr>
          <w:rFonts w:ascii="Times New Roman" w:hAnsi="Times New Roman" w:cs="Times New Roman"/>
        </w:rPr>
      </w:pPr>
      <w:r w:rsidRPr="0032579A">
        <w:rPr>
          <w:rFonts w:ascii="Times New Roman" w:hAnsi="Times New Roman" w:cs="Times New Roman"/>
          <w:color w:val="000000"/>
        </w:rPr>
        <w:t>The first test came within days.</w:t>
      </w:r>
    </w:p>
    <w:p w14:paraId="32CA4914" w14:textId="3B137065"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A convoy drifted down the green band — two freighters, one escort too thin to matter. The Wolves struck clean. Buzzards raked fire across the escort’s flank, drawing it wide. The HWK slid in low, marking bearings. The Theta slammed its boarding clamps into the weaker freighter.</w:t>
      </w:r>
    </w:p>
    <w:p w14:paraId="15625DC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fight was over before it had time to grow teeth. One freighter gutted, the other stripped clean.</w:t>
      </w:r>
    </w:p>
    <w:p w14:paraId="79B583F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But they didn’t erase every trace. Not this time.</w:t>
      </w:r>
    </w:p>
    <w:p w14:paraId="4395B78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 Verdan’s order, they left a gutted hull to drift. They painted over scorch marks with pirate sigils burned into the plating. They lashed useless scrap together and set a beacon faint enough to suggest battle’s end, not survival’s trick.</w:t>
      </w:r>
    </w:p>
    <w:p w14:paraId="61ADE964" w14:textId="548867C8" w:rsidR="00830533" w:rsidRPr="00211228" w:rsidRDefault="00000000">
      <w:pPr>
        <w:rPr>
          <w:rFonts w:ascii="Times New Roman" w:hAnsi="Times New Roman" w:cs="Times New Roman"/>
          <w:i/>
          <w:iCs/>
        </w:rPr>
      </w:pPr>
      <w:r w:rsidRPr="0032579A">
        <w:rPr>
          <w:rFonts w:ascii="Times New Roman" w:hAnsi="Times New Roman" w:cs="Times New Roman"/>
          <w:color w:val="000000"/>
        </w:rPr>
        <w:t xml:space="preserve">Selora noted in her ledger: </w:t>
      </w:r>
      <w:r w:rsidRPr="00211228">
        <w:rPr>
          <w:rFonts w:ascii="Times New Roman" w:hAnsi="Times New Roman" w:cs="Times New Roman"/>
          <w:i/>
          <w:iCs/>
          <w:color w:val="000000"/>
        </w:rPr>
        <w:t>Bones planted. Our shadow lives elsewhere</w:t>
      </w:r>
      <w:r w:rsidR="00211228">
        <w:rPr>
          <w:rFonts w:ascii="Times New Roman" w:hAnsi="Times New Roman" w:cs="Times New Roman"/>
          <w:i/>
          <w:iCs/>
          <w:color w:val="000000"/>
        </w:rPr>
        <w:t xml:space="preserve"> through distraction</w:t>
      </w:r>
      <w:r w:rsidRPr="00211228">
        <w:rPr>
          <w:rFonts w:ascii="Times New Roman" w:hAnsi="Times New Roman" w:cs="Times New Roman"/>
          <w:i/>
          <w:iCs/>
          <w:color w:val="000000"/>
        </w:rPr>
        <w:t>.</w:t>
      </w:r>
    </w:p>
    <w:p w14:paraId="67DF822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raiders came sniffing two nights later, they found only the wreck. Word spread: the Wolves had been broken, the Corsair dead. That rumor fed them more than any crate.</w:t>
      </w:r>
    </w:p>
    <w:p w14:paraId="04904645" w14:textId="77777777" w:rsidR="00830533" w:rsidRDefault="00830533">
      <w:pPr>
        <w:rPr>
          <w:rFonts w:ascii="Times New Roman" w:hAnsi="Times New Roman" w:cs="Times New Roman"/>
        </w:rPr>
      </w:pPr>
    </w:p>
    <w:p w14:paraId="34D0B9B8" w14:textId="0D1B8D5E" w:rsidR="00211228" w:rsidRDefault="00211228" w:rsidP="00211228">
      <w:pPr>
        <w:spacing w:after="0"/>
        <w:jc w:val="center"/>
        <w:rPr>
          <w:rFonts w:ascii="Times New Roman" w:hAnsi="Times New Roman" w:cs="Times New Roman"/>
        </w:rPr>
      </w:pPr>
      <w:r w:rsidRPr="0032579A">
        <w:rPr>
          <w:rFonts w:ascii="Times New Roman" w:hAnsi="Times New Roman" w:cs="Times New Roman"/>
        </w:rPr>
        <w:t>***</w:t>
      </w:r>
    </w:p>
    <w:p w14:paraId="41236121" w14:textId="77777777" w:rsidR="00211228" w:rsidRPr="0032579A" w:rsidRDefault="00211228">
      <w:pPr>
        <w:rPr>
          <w:rFonts w:ascii="Times New Roman" w:hAnsi="Times New Roman" w:cs="Times New Roman"/>
        </w:rPr>
      </w:pPr>
    </w:p>
    <w:p w14:paraId="2DE4787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 was three months after the first strokes of molten gray and olive had dulled their hulls into shadow. In that time, raids had grown cleaner, quieter, their ships harder to see against rock and void. Whispers in domes spoke of wolves, but the Wolves themselves had learned to vanish.</w:t>
      </w:r>
    </w:p>
    <w:p w14:paraId="30EE5E4C" w14:textId="5464692B"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Ghtroc came to them not by luck but through </w:t>
      </w:r>
      <w:r w:rsidR="00211228">
        <w:rPr>
          <w:rFonts w:ascii="Times New Roman" w:hAnsi="Times New Roman" w:cs="Times New Roman"/>
          <w:color w:val="000000"/>
        </w:rPr>
        <w:t>signals again</w:t>
      </w:r>
      <w:r w:rsidRPr="0032579A">
        <w:rPr>
          <w:rFonts w:ascii="Times New Roman" w:hAnsi="Times New Roman" w:cs="Times New Roman"/>
          <w:color w:val="000000"/>
        </w:rPr>
        <w:t xml:space="preserve">. </w:t>
      </w:r>
      <w:r w:rsidR="00211228" w:rsidRPr="00211228">
        <w:rPr>
          <w:rFonts w:ascii="Times New Roman" w:hAnsi="Times New Roman" w:cs="Times New Roman"/>
          <w:color w:val="000000"/>
        </w:rPr>
        <w:t>Tirla Se</w:t>
      </w:r>
      <w:r w:rsidR="00211228">
        <w:rPr>
          <w:rFonts w:ascii="Times New Roman" w:hAnsi="Times New Roman" w:cs="Times New Roman"/>
          <w:color w:val="000000"/>
        </w:rPr>
        <w:t>n</w:t>
      </w:r>
      <w:r w:rsidR="00211228">
        <w:rPr>
          <w:rFonts w:ascii="Times New Roman" w:hAnsi="Times New Roman" w:cs="Times New Roman"/>
          <w:b/>
          <w:bCs/>
          <w:color w:val="000000"/>
        </w:rPr>
        <w:t xml:space="preserve">, </w:t>
      </w:r>
      <w:r w:rsidR="00211228">
        <w:rPr>
          <w:rFonts w:ascii="Times New Roman" w:hAnsi="Times New Roman" w:cs="Times New Roman"/>
          <w:color w:val="000000"/>
        </w:rPr>
        <w:t>the young girl from their patchwork listening post,</w:t>
      </w:r>
      <w:r w:rsidRPr="0032579A">
        <w:rPr>
          <w:rFonts w:ascii="Times New Roman" w:hAnsi="Times New Roman" w:cs="Times New Roman"/>
          <w:color w:val="000000"/>
        </w:rPr>
        <w:t xml:space="preserve"> intercepted a fragment of a convoy exchange — static bursts shaped into cadence, a bearing repeated too often to be chance. Selora laid it out in her </w:t>
      </w:r>
      <w:r w:rsidR="005A7857">
        <w:rPr>
          <w:rFonts w:ascii="Times New Roman" w:hAnsi="Times New Roman" w:cs="Times New Roman"/>
          <w:color w:val="000000"/>
        </w:rPr>
        <w:t>data-pad</w:t>
      </w:r>
      <w:r w:rsidRPr="0032579A">
        <w:rPr>
          <w:rFonts w:ascii="Times New Roman" w:hAnsi="Times New Roman" w:cs="Times New Roman"/>
          <w:color w:val="000000"/>
        </w:rPr>
        <w:t xml:space="preserve">: </w:t>
      </w:r>
      <w:r w:rsidRPr="005A7857">
        <w:rPr>
          <w:rFonts w:ascii="Times New Roman" w:hAnsi="Times New Roman" w:cs="Times New Roman"/>
          <w:i/>
          <w:iCs/>
          <w:color w:val="000000"/>
        </w:rPr>
        <w:t>Source: comm intercept, weight three. Action: test, confirm, strike.</w:t>
      </w:r>
    </w:p>
    <w:p w14:paraId="43A4671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shadowed the signal for days. The Buzzards drifted in silent arcs, HWK relaying position shifts, the Theta standing ready with clamps primed. The freighter finally showed, a broad-bellied Ghtroc moving heavy with fuel, engines worn thin from years without proper dock refit. No escort worth naming. The kind of target you cut once and carry away.</w:t>
      </w:r>
    </w:p>
    <w:p w14:paraId="1514DE1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strike went smooth. Buzzards bled ion fire across its shields until they sputtered. The HWK cut an intercept angle, forcing the freighter into a drift. The Theta locked clamps, and Verdan led the boarding team through steel burned open by torches.</w:t>
      </w:r>
    </w:p>
    <w:p w14:paraId="5C99CDC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Most of the crew folded fast. A few fired from behind makeshift cover, but fear beat discipline. Within minutes, the Wolves owned the corridors, the hold, the tanks. Fuel enough for weeks, berths enough to ease crowding. The first prize since the paint, proof that the shadow scheme bought them not just survival but strength.</w:t>
      </w:r>
    </w:p>
    <w:p w14:paraId="13795EC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Yet even in a clean fight, fire still burned.</w:t>
      </w:r>
    </w:p>
    <w:p w14:paraId="3235FDA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Darran pushed too far down the freighter’s spine, rifle hot, eyes eager. When a battered skiff broke free of clamps and lurched for open space, he broke with it, sprinting like a boy chasing glory.</w:t>
      </w:r>
    </w:p>
    <w:p w14:paraId="5C5148E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cut the chase short. One word, cold as void.</w:t>
      </w:r>
    </w:p>
    <w:p w14:paraId="3565F60C" w14:textId="77777777" w:rsidR="00830533" w:rsidRPr="005A7857" w:rsidRDefault="00000000">
      <w:pPr>
        <w:rPr>
          <w:rFonts w:ascii="Times New Roman" w:hAnsi="Times New Roman" w:cs="Times New Roman"/>
          <w:bCs/>
        </w:rPr>
      </w:pPr>
      <w:r w:rsidRPr="005A7857">
        <w:rPr>
          <w:rFonts w:ascii="Times New Roman" w:hAnsi="Times New Roman" w:cs="Times New Roman"/>
          <w:bCs/>
          <w:color w:val="000000"/>
        </w:rPr>
        <w:t>“Enough.”</w:t>
      </w:r>
    </w:p>
    <w:p w14:paraId="239CEC1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command froze him mid-stride. The skiff’s engines flared, then dwindled into dust beyond the viewport. Darran’s knuckles whitened on his rifle grip, jaw locked, fury smoldering.</w:t>
      </w:r>
    </w:p>
    <w:p w14:paraId="561953D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Later, in the Wolf’s Den’s mess, the smell of fuel still clung to clothes and hair. Selora sat across from him, datapad resting at her side while others ate in silence.</w:t>
      </w:r>
    </w:p>
    <w:p w14:paraId="24B24F2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“Every step too far is a trail an enemy can follow,” she told him. “Every chase you start, they can end on their terms. The hauler was the prize. You nearly traded it for one skiff not worth the fuel it burned.”</w:t>
      </w:r>
    </w:p>
    <w:p w14:paraId="6792474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stared at his bowl until the stew cooled. He did not answer. But his fire dimmed, banked under her words.</w:t>
      </w:r>
    </w:p>
    <w:p w14:paraId="71C65C8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lesson weighed heavier than the meal. The Ghtroc was theirs now — tanks broad, frame strong, a den worth keeping. Darran had nearly risked it for pride.</w:t>
      </w:r>
    </w:p>
    <w:p w14:paraId="151BF62F" w14:textId="77777777" w:rsidR="005A7857" w:rsidRDefault="005A7857" w:rsidP="005A7857">
      <w:pPr>
        <w:rPr>
          <w:rFonts w:ascii="Times New Roman" w:hAnsi="Times New Roman" w:cs="Times New Roman"/>
        </w:rPr>
      </w:pPr>
    </w:p>
    <w:p w14:paraId="6CC02ADC" w14:textId="77777777" w:rsidR="005A7857" w:rsidRDefault="005A7857" w:rsidP="005A7857">
      <w:pPr>
        <w:spacing w:after="0"/>
        <w:jc w:val="center"/>
        <w:rPr>
          <w:rFonts w:ascii="Times New Roman" w:hAnsi="Times New Roman" w:cs="Times New Roman"/>
        </w:rPr>
      </w:pPr>
      <w:r w:rsidRPr="0032579A">
        <w:rPr>
          <w:rFonts w:ascii="Times New Roman" w:hAnsi="Times New Roman" w:cs="Times New Roman"/>
        </w:rPr>
        <w:t>***</w:t>
      </w:r>
    </w:p>
    <w:p w14:paraId="627B11C5" w14:textId="77777777" w:rsidR="005A7857" w:rsidRDefault="005A7857" w:rsidP="005A7857">
      <w:pPr>
        <w:spacing w:after="0"/>
        <w:jc w:val="center"/>
        <w:rPr>
          <w:rFonts w:ascii="Times New Roman" w:hAnsi="Times New Roman" w:cs="Times New Roman"/>
        </w:rPr>
      </w:pPr>
    </w:p>
    <w:p w14:paraId="14E5C15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Wolf’s Den floated in silence, a shadow among shadows. Every ship in her hangar was olive and molten gray now, painted to vanish against rock and void. Even the Ghtroc, their first freighter prize, looked less like a hauler and more like a ghost ship when the floodlights dimmed.</w:t>
      </w:r>
    </w:p>
    <w:p w14:paraId="4D376599" w14:textId="062AEC78"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stood alone in the intelligence alcove, stylus tapping steady against her datapad as lines of static scrolled past the screens. She had learned to read rhythm where others heard only noise. </w:t>
      </w:r>
      <w:r w:rsidR="005A7857">
        <w:rPr>
          <w:rFonts w:ascii="Times New Roman" w:hAnsi="Times New Roman" w:cs="Times New Roman"/>
          <w:color w:val="000000"/>
        </w:rPr>
        <w:t>Tirla</w:t>
      </w:r>
      <w:r w:rsidRPr="0032579A">
        <w:rPr>
          <w:rFonts w:ascii="Times New Roman" w:hAnsi="Times New Roman" w:cs="Times New Roman"/>
          <w:color w:val="000000"/>
        </w:rPr>
        <w:t>, hunched over the comm console, glanced at her once and muttered, “Same cadence as last cycle.”</w:t>
      </w:r>
    </w:p>
    <w:p w14:paraId="6141787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caught it, isolated the burst, and mapped the pattern. Three pulses. Pause. Two pulses. Repeat. Not drift, not accident. Convoy chatter.</w:t>
      </w:r>
    </w:p>
    <w:p w14:paraId="27B878C7" w14:textId="05D9E7AD" w:rsidR="00830533" w:rsidRPr="005A7857" w:rsidRDefault="00000000">
      <w:pPr>
        <w:rPr>
          <w:rFonts w:ascii="Times New Roman" w:hAnsi="Times New Roman" w:cs="Times New Roman"/>
          <w:i/>
          <w:iCs/>
        </w:rPr>
      </w:pPr>
      <w:r w:rsidRPr="0032579A">
        <w:rPr>
          <w:rFonts w:ascii="Times New Roman" w:hAnsi="Times New Roman" w:cs="Times New Roman"/>
          <w:color w:val="000000"/>
        </w:rPr>
        <w:t xml:space="preserve">She wrote in clipped strokes: </w:t>
      </w:r>
      <w:r w:rsidRPr="005A7857">
        <w:rPr>
          <w:rFonts w:ascii="Times New Roman" w:hAnsi="Times New Roman" w:cs="Times New Roman"/>
          <w:i/>
          <w:iCs/>
          <w:color w:val="000000"/>
        </w:rPr>
        <w:t>S</w:t>
      </w:r>
      <w:r w:rsidR="005A7857" w:rsidRPr="005A7857">
        <w:rPr>
          <w:rFonts w:ascii="Times New Roman" w:hAnsi="Times New Roman" w:cs="Times New Roman"/>
          <w:i/>
          <w:iCs/>
          <w:color w:val="000000"/>
        </w:rPr>
        <w:t>ignal</w:t>
      </w:r>
      <w:r w:rsidR="005A7857">
        <w:rPr>
          <w:rFonts w:ascii="Times New Roman" w:hAnsi="Times New Roman" w:cs="Times New Roman"/>
          <w:i/>
          <w:iCs/>
          <w:color w:val="000000"/>
        </w:rPr>
        <w:t>s</w:t>
      </w:r>
      <w:r w:rsidR="005A7857" w:rsidRPr="005A7857">
        <w:rPr>
          <w:rFonts w:ascii="Times New Roman" w:hAnsi="Times New Roman" w:cs="Times New Roman"/>
          <w:i/>
          <w:iCs/>
          <w:color w:val="000000"/>
        </w:rPr>
        <w:t xml:space="preserve"> Intelligence (SIGINT)</w:t>
      </w:r>
      <w:r w:rsidRPr="005A7857">
        <w:rPr>
          <w:rFonts w:ascii="Times New Roman" w:hAnsi="Times New Roman" w:cs="Times New Roman"/>
          <w:i/>
          <w:iCs/>
          <w:color w:val="000000"/>
        </w:rPr>
        <w:t>: convoy cadence. Source: Hale. Weight: three.</w:t>
      </w:r>
    </w:p>
    <w:p w14:paraId="6AFE3F8F" w14:textId="0200E1F3"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 moment later, another entry scrolled onto her pad from memory — </w:t>
      </w:r>
      <w:r w:rsidR="005A7857">
        <w:rPr>
          <w:rFonts w:ascii="Times New Roman" w:hAnsi="Times New Roman" w:cs="Times New Roman"/>
          <w:color w:val="000000"/>
        </w:rPr>
        <w:t>Human intelligence (</w:t>
      </w:r>
      <w:r w:rsidRPr="0032579A">
        <w:rPr>
          <w:rFonts w:ascii="Times New Roman" w:hAnsi="Times New Roman" w:cs="Times New Roman"/>
          <w:color w:val="000000"/>
        </w:rPr>
        <w:t>HUMINT</w:t>
      </w:r>
      <w:r w:rsidR="005A7857">
        <w:rPr>
          <w:rFonts w:ascii="Times New Roman" w:hAnsi="Times New Roman" w:cs="Times New Roman"/>
          <w:color w:val="000000"/>
        </w:rPr>
        <w:t>),</w:t>
      </w:r>
      <w:r w:rsidRPr="0032579A">
        <w:rPr>
          <w:rFonts w:ascii="Times New Roman" w:hAnsi="Times New Roman" w:cs="Times New Roman"/>
          <w:color w:val="000000"/>
        </w:rPr>
        <w:t xml:space="preserve"> from a dockhand on Kalevala. Paid in ration bricks, the man had whispered that smugglers always moved ore at dusk along the green band, protected by two sharp-nosed fighters. He’d called one Republic make, the other Mandalorian steel.</w:t>
      </w:r>
    </w:p>
    <w:p w14:paraId="36D945E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Selora let the two sources sit side by side, then underlined them once. Two paths. Same line. Weight confirmed.</w:t>
      </w:r>
    </w:p>
    <w:p w14:paraId="485BEA5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carried from the shadows behind her. “What does it cost?”</w:t>
      </w:r>
    </w:p>
    <w:p w14:paraId="0938E3C5" w14:textId="0C7571A0" w:rsidR="00830533" w:rsidRPr="0032579A" w:rsidRDefault="00000000">
      <w:pPr>
        <w:rPr>
          <w:rFonts w:ascii="Times New Roman" w:hAnsi="Times New Roman" w:cs="Times New Roman"/>
        </w:rPr>
      </w:pPr>
      <w:r w:rsidRPr="0032579A">
        <w:rPr>
          <w:rFonts w:ascii="Times New Roman" w:hAnsi="Times New Roman" w:cs="Times New Roman"/>
          <w:color w:val="000000"/>
        </w:rPr>
        <w:t>“Convoy is routine,” she answered. “Escorts: heavier than pirates. Z-95 Headhunter, Mandal Motors Fang. Both worth taking, both w</w:t>
      </w:r>
      <w:r w:rsidR="005A7857">
        <w:rPr>
          <w:rFonts w:ascii="Times New Roman" w:hAnsi="Times New Roman" w:cs="Times New Roman"/>
          <w:color w:val="000000"/>
        </w:rPr>
        <w:t>e can</w:t>
      </w:r>
      <w:r w:rsidRPr="0032579A">
        <w:rPr>
          <w:rFonts w:ascii="Times New Roman" w:hAnsi="Times New Roman" w:cs="Times New Roman"/>
          <w:color w:val="000000"/>
        </w:rPr>
        <w:t xml:space="preserve"> </w:t>
      </w:r>
      <w:r w:rsidR="005A7857" w:rsidRPr="0032579A">
        <w:rPr>
          <w:rFonts w:ascii="Times New Roman" w:hAnsi="Times New Roman" w:cs="Times New Roman"/>
          <w:color w:val="000000"/>
        </w:rPr>
        <w:t>d</w:t>
      </w:r>
      <w:r w:rsidR="005A7857">
        <w:rPr>
          <w:rFonts w:ascii="Times New Roman" w:hAnsi="Times New Roman" w:cs="Times New Roman"/>
          <w:color w:val="000000"/>
        </w:rPr>
        <w:t>ie</w:t>
      </w:r>
      <w:r w:rsidRPr="0032579A">
        <w:rPr>
          <w:rFonts w:ascii="Times New Roman" w:hAnsi="Times New Roman" w:cs="Times New Roman"/>
          <w:color w:val="000000"/>
        </w:rPr>
        <w:t xml:space="preserve"> </w:t>
      </w:r>
      <w:r w:rsidR="005A7857">
        <w:rPr>
          <w:rFonts w:ascii="Times New Roman" w:hAnsi="Times New Roman" w:cs="Times New Roman"/>
          <w:color w:val="000000"/>
        </w:rPr>
        <w:t xml:space="preserve">to </w:t>
      </w:r>
      <w:r w:rsidRPr="0032579A">
        <w:rPr>
          <w:rFonts w:ascii="Times New Roman" w:hAnsi="Times New Roman" w:cs="Times New Roman"/>
          <w:color w:val="000000"/>
        </w:rPr>
        <w:t xml:space="preserve">if we’re careless. Freighter: YT-1210. Valuable hull. Holds more than the Ghtroc. Faster too. If the logs are true, </w:t>
      </w:r>
      <w:r w:rsidR="005A7857">
        <w:rPr>
          <w:rFonts w:ascii="Times New Roman" w:hAnsi="Times New Roman" w:cs="Times New Roman"/>
          <w:color w:val="000000"/>
        </w:rPr>
        <w:t xml:space="preserve">her </w:t>
      </w:r>
      <w:r w:rsidRPr="0032579A">
        <w:rPr>
          <w:rFonts w:ascii="Times New Roman" w:hAnsi="Times New Roman" w:cs="Times New Roman"/>
          <w:color w:val="000000"/>
        </w:rPr>
        <w:t>crew are disciplined. Not green.”</w:t>
      </w:r>
    </w:p>
    <w:p w14:paraId="6686B4D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eyes narrowed, steady as steel. “We test it.”</w:t>
      </w:r>
    </w:p>
    <w:p w14:paraId="58D45F6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logged the final line. </w:t>
      </w:r>
      <w:r w:rsidRPr="005A7857">
        <w:rPr>
          <w:rFonts w:ascii="Times New Roman" w:hAnsi="Times New Roman" w:cs="Times New Roman"/>
          <w:i/>
          <w:iCs/>
          <w:color w:val="000000"/>
        </w:rPr>
        <w:t>Action: strike, confirm, capture.</w:t>
      </w:r>
    </w:p>
    <w:p w14:paraId="1094C5FE" w14:textId="77777777" w:rsidR="005A7857" w:rsidRDefault="005A7857" w:rsidP="005A7857">
      <w:pPr>
        <w:rPr>
          <w:rFonts w:ascii="Times New Roman" w:hAnsi="Times New Roman" w:cs="Times New Roman"/>
        </w:rPr>
      </w:pPr>
    </w:p>
    <w:p w14:paraId="367C63F6" w14:textId="77777777" w:rsidR="005A7857" w:rsidRDefault="005A7857" w:rsidP="005A7857">
      <w:pPr>
        <w:spacing w:after="0"/>
        <w:jc w:val="center"/>
        <w:rPr>
          <w:rFonts w:ascii="Times New Roman" w:hAnsi="Times New Roman" w:cs="Times New Roman"/>
        </w:rPr>
      </w:pPr>
      <w:r w:rsidRPr="0032579A">
        <w:rPr>
          <w:rFonts w:ascii="Times New Roman" w:hAnsi="Times New Roman" w:cs="Times New Roman"/>
        </w:rPr>
        <w:t>***</w:t>
      </w:r>
    </w:p>
    <w:p w14:paraId="665C5D83" w14:textId="77777777" w:rsidR="00830533" w:rsidRPr="0032579A" w:rsidRDefault="00830533">
      <w:pPr>
        <w:rPr>
          <w:rFonts w:ascii="Times New Roman" w:hAnsi="Times New Roman" w:cs="Times New Roman"/>
        </w:rPr>
      </w:pPr>
    </w:p>
    <w:p w14:paraId="007C50C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pack gathered in the hangar that night. Ships loomed above them, steel ribs blending into shadow. Selora climbed onto a crate, datapad in hand, and read with the same clipped cadence she always used.</w:t>
      </w:r>
    </w:p>
    <w:p w14:paraId="3C344C4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“Convoy target: YT-1210 light freighter. Escort: Z-95 Headhunter, Fang fighter. Crew: armed. Weight: high. Action: capture intact. Escorts disabled if possible.”</w:t>
      </w:r>
    </w:p>
    <w:p w14:paraId="3D5FBD3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murmur rippled. They all knew the names. The Z-95 was old but deadly, faster than anything they owned. The Fang was worse, all teeth and speed, flown only by men who wanted to prove themselves killers.</w:t>
      </w:r>
    </w:p>
    <w:p w14:paraId="1CEA3EA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Darran’s jaw tightened, his voice sharp. “Then we take them fast. Hit hard, bleed them out, no running.”</w:t>
      </w:r>
    </w:p>
    <w:p w14:paraId="61730A99" w14:textId="5AA10FD0" w:rsidR="00830533" w:rsidRPr="0032579A" w:rsidRDefault="00000000">
      <w:pPr>
        <w:rPr>
          <w:rFonts w:ascii="Times New Roman" w:hAnsi="Times New Roman" w:cs="Times New Roman"/>
        </w:rPr>
      </w:pPr>
      <w:r w:rsidRPr="0032579A">
        <w:rPr>
          <w:rFonts w:ascii="Times New Roman" w:hAnsi="Times New Roman" w:cs="Times New Roman"/>
          <w:color w:val="000000"/>
        </w:rPr>
        <w:t>Selora’s eyes flicked to him once. “Fast gets you killed. Precision keeps</w:t>
      </w:r>
      <w:r w:rsidR="005A7857">
        <w:rPr>
          <w:rFonts w:ascii="Times New Roman" w:hAnsi="Times New Roman" w:cs="Times New Roman"/>
          <w:color w:val="000000"/>
        </w:rPr>
        <w:t xml:space="preserve"> the</w:t>
      </w:r>
      <w:r w:rsidRPr="0032579A">
        <w:rPr>
          <w:rFonts w:ascii="Times New Roman" w:hAnsi="Times New Roman" w:cs="Times New Roman"/>
          <w:color w:val="000000"/>
        </w:rPr>
        <w:t xml:space="preserve"> hulls</w:t>
      </w:r>
      <w:r w:rsidR="005A7857">
        <w:rPr>
          <w:rFonts w:ascii="Times New Roman" w:hAnsi="Times New Roman" w:cs="Times New Roman"/>
          <w:color w:val="000000"/>
        </w:rPr>
        <w:t xml:space="preserve"> we want to capture</w:t>
      </w:r>
      <w:r w:rsidRPr="0032579A">
        <w:rPr>
          <w:rFonts w:ascii="Times New Roman" w:hAnsi="Times New Roman" w:cs="Times New Roman"/>
          <w:color w:val="000000"/>
        </w:rPr>
        <w:t>.”</w:t>
      </w:r>
    </w:p>
    <w:p w14:paraId="156A7FA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bristled but said no more.</w:t>
      </w:r>
    </w:p>
    <w:p w14:paraId="31B0DF7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Rin, silent at the edge of the crowd, only folded his arms. His calm drew younger fighters nearer without words. Verdan’s gaze marked it, but he said nothing yet.</w:t>
      </w:r>
    </w:p>
    <w:p w14:paraId="697AE832" w14:textId="5B8940C0"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At last Verdan stepped forward, rifle across his chest, his voice carrying cold weight. “We strike </w:t>
      </w:r>
      <w:r w:rsidR="00490074">
        <w:rPr>
          <w:rFonts w:ascii="Times New Roman" w:hAnsi="Times New Roman" w:cs="Times New Roman"/>
          <w:color w:val="000000"/>
        </w:rPr>
        <w:t>from the shadows. The objective is to return with the ships and the fighters. Go.”</w:t>
      </w:r>
    </w:p>
    <w:p w14:paraId="2B2AB6EF" w14:textId="77777777" w:rsidR="00830533" w:rsidRPr="0032579A" w:rsidRDefault="00830533">
      <w:pPr>
        <w:rPr>
          <w:rFonts w:ascii="Times New Roman" w:hAnsi="Times New Roman" w:cs="Times New Roman"/>
        </w:rPr>
      </w:pPr>
    </w:p>
    <w:p w14:paraId="20B8B07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Wolves left dock in silence.</w:t>
      </w:r>
    </w:p>
    <w:p w14:paraId="4E714D32" w14:textId="77777777" w:rsidR="00490074" w:rsidRDefault="00490074" w:rsidP="00490074">
      <w:pPr>
        <w:rPr>
          <w:rFonts w:ascii="Times New Roman" w:hAnsi="Times New Roman" w:cs="Times New Roman"/>
        </w:rPr>
      </w:pPr>
    </w:p>
    <w:p w14:paraId="6BAB5499" w14:textId="77777777" w:rsidR="00490074" w:rsidRDefault="00490074" w:rsidP="00490074">
      <w:pPr>
        <w:spacing w:after="0"/>
        <w:jc w:val="center"/>
        <w:rPr>
          <w:rFonts w:ascii="Times New Roman" w:hAnsi="Times New Roman" w:cs="Times New Roman"/>
        </w:rPr>
      </w:pPr>
      <w:r w:rsidRPr="0032579A">
        <w:rPr>
          <w:rFonts w:ascii="Times New Roman" w:hAnsi="Times New Roman" w:cs="Times New Roman"/>
        </w:rPr>
        <w:lastRenderedPageBreak/>
        <w:t>***</w:t>
      </w:r>
    </w:p>
    <w:p w14:paraId="5B6BB7A6" w14:textId="77777777" w:rsidR="00490074" w:rsidRDefault="00490074">
      <w:pPr>
        <w:rPr>
          <w:rFonts w:ascii="Times New Roman" w:hAnsi="Times New Roman" w:cs="Times New Roman"/>
          <w:color w:val="000000"/>
        </w:rPr>
      </w:pPr>
    </w:p>
    <w:p w14:paraId="68567D33" w14:textId="20A7AB84" w:rsidR="00830533" w:rsidRPr="0032579A" w:rsidRDefault="00000000">
      <w:pPr>
        <w:rPr>
          <w:rFonts w:ascii="Times New Roman" w:hAnsi="Times New Roman" w:cs="Times New Roman"/>
        </w:rPr>
      </w:pPr>
      <w:r w:rsidRPr="0032579A">
        <w:rPr>
          <w:rFonts w:ascii="Times New Roman" w:hAnsi="Times New Roman" w:cs="Times New Roman"/>
          <w:color w:val="000000"/>
        </w:rPr>
        <w:t>Buzzards slipped first, their stubby wings catching faint starlight. The HWK peeled after, cutting low across rock. The Theta followed, clamps primed. The Ghtroc lumbered last, broad belly ready to swallow spoils.</w:t>
      </w:r>
    </w:p>
    <w:p w14:paraId="590E01A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For three days they drifted along the Kalevala band. No chatter, only Selora’s voice reading clipped updates from intercepted bursts. When the convoy appeared, it matched the ledger line for line: a YT-1210 freighter with ore holds fat, flanked by two predators.</w:t>
      </w:r>
    </w:p>
    <w:p w14:paraId="0962C56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Headhunter gleamed pale under starlight, nose long and heavy with cannons. The Fang slid alongside it like a blade, wings sharp, movements precise. Whoever flew it had teeth.</w:t>
      </w:r>
    </w:p>
    <w:p w14:paraId="2D3CCB4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whispered into comms. “Target confirmed. Escorts priority. Board when they bleed.”</w:t>
      </w:r>
    </w:p>
    <w:p w14:paraId="1050279C" w14:textId="1F3B3DF4" w:rsidR="00830533" w:rsidRPr="0032579A" w:rsidRDefault="00000000">
      <w:pPr>
        <w:rPr>
          <w:rFonts w:ascii="Times New Roman" w:hAnsi="Times New Roman" w:cs="Times New Roman"/>
        </w:rPr>
      </w:pPr>
      <w:r w:rsidRPr="0032579A">
        <w:rPr>
          <w:rFonts w:ascii="Times New Roman" w:hAnsi="Times New Roman" w:cs="Times New Roman"/>
          <w:color w:val="000000"/>
        </w:rPr>
        <w:t>Verdan’s voice followed, colder still. “</w:t>
      </w:r>
      <w:r w:rsidR="007D6C3C">
        <w:rPr>
          <w:rFonts w:ascii="Times New Roman" w:hAnsi="Times New Roman" w:cs="Times New Roman"/>
          <w:color w:val="000000"/>
        </w:rPr>
        <w:t>Execute</w:t>
      </w:r>
      <w:r w:rsidRPr="0032579A">
        <w:rPr>
          <w:rFonts w:ascii="Times New Roman" w:hAnsi="Times New Roman" w:cs="Times New Roman"/>
          <w:color w:val="000000"/>
        </w:rPr>
        <w:t>.”</w:t>
      </w:r>
    </w:p>
    <w:p w14:paraId="6E0C4EF4" w14:textId="77777777" w:rsidR="00830533" w:rsidRPr="0032579A" w:rsidRDefault="00830533">
      <w:pPr>
        <w:rPr>
          <w:rFonts w:ascii="Times New Roman" w:hAnsi="Times New Roman" w:cs="Times New Roman"/>
        </w:rPr>
      </w:pPr>
    </w:p>
    <w:p w14:paraId="693DEB3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void exploded into fire.</w:t>
      </w:r>
    </w:p>
    <w:p w14:paraId="077476B8" w14:textId="60479EA3" w:rsidR="00830533" w:rsidRPr="0032579A" w:rsidRDefault="00000000">
      <w:pPr>
        <w:rPr>
          <w:rFonts w:ascii="Times New Roman" w:hAnsi="Times New Roman" w:cs="Times New Roman"/>
        </w:rPr>
      </w:pPr>
      <w:r w:rsidRPr="0032579A">
        <w:rPr>
          <w:rFonts w:ascii="Times New Roman" w:hAnsi="Times New Roman" w:cs="Times New Roman"/>
          <w:color w:val="000000"/>
        </w:rPr>
        <w:t>Buzzard One streaked across the Headhunter’s nose, ion bursts flashing blue. The Z-95 rolled, cutting back with disciplined fire. A bolt caught Buzzard One’s wing, tearing plating away. Buzzard Two dove low, angling for the Fang, but the Mandalorian craft spun on its axis, nose snapping like a predator, cannons flashing. Shields flared white, alarms screamed.</w:t>
      </w:r>
      <w:r w:rsidR="00C12E58">
        <w:rPr>
          <w:rFonts w:ascii="Times New Roman" w:hAnsi="Times New Roman" w:cs="Times New Roman"/>
          <w:color w:val="000000"/>
        </w:rPr>
        <w:t xml:space="preserve"> The Wolf’s Den opened fire with her ion cannons, leaving both escorts drifting. </w:t>
      </w:r>
    </w:p>
    <w:p w14:paraId="19FB220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Hale kept the HWK steady, cutting wide arcs, slipping in and out of angles. “Marking vector,” he called. “Theta, move.”</w:t>
      </w:r>
    </w:p>
    <w:p w14:paraId="5254137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Theta roared forward, clamps locking onto the YT’s hull with a shudder. Metal screeched as torches bit deep. Inside, twenty-five Wolves stood ready, rifles clutched, grenades strapped to belts. Verdan at the front, Selora near the middle, Darran restless at the edge, Rin calm.</w:t>
      </w:r>
    </w:p>
    <w:p w14:paraId="7E7BC8A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hull gave. Smoke hissed. The Wolves surged in.</w:t>
      </w:r>
    </w:p>
    <w:p w14:paraId="6DCD4AEA" w14:textId="77777777" w:rsidR="00830533" w:rsidRPr="0032579A" w:rsidRDefault="00830533">
      <w:pPr>
        <w:rPr>
          <w:rFonts w:ascii="Times New Roman" w:hAnsi="Times New Roman" w:cs="Times New Roman"/>
        </w:rPr>
      </w:pPr>
    </w:p>
    <w:p w14:paraId="77BFDF4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freighter’s crew was ready.</w:t>
      </w:r>
    </w:p>
    <w:p w14:paraId="16E592C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Barricades welded from cargo crates turned corridors into kill zones. Turrets spat fire, bolts sparking against armor. The first man through dropped instantly, chestplate smoking. Another stumbled back, leg shredded. Grenades clattered and burst, white-hot, rattling teeth and filling the air with the stink of ozone.</w:t>
      </w:r>
    </w:p>
    <w:p w14:paraId="216F1F7C" w14:textId="0CE06FE1" w:rsidR="00830533" w:rsidRPr="0032579A" w:rsidRDefault="00000000">
      <w:pPr>
        <w:rPr>
          <w:rFonts w:ascii="Times New Roman" w:hAnsi="Times New Roman" w:cs="Times New Roman"/>
        </w:rPr>
      </w:pPr>
      <w:r w:rsidRPr="0032579A">
        <w:rPr>
          <w:rFonts w:ascii="Times New Roman" w:hAnsi="Times New Roman" w:cs="Times New Roman"/>
          <w:color w:val="000000"/>
        </w:rPr>
        <w:t>Selora advanced methodically, pistol raised. Each shot was deliberate, a metronome against chaos</w:t>
      </w:r>
      <w:r w:rsidR="00050119">
        <w:rPr>
          <w:rFonts w:ascii="Times New Roman" w:hAnsi="Times New Roman" w:cs="Times New Roman"/>
          <w:color w:val="000000"/>
        </w:rPr>
        <w:t xml:space="preserve"> while </w:t>
      </w:r>
      <w:r w:rsidRPr="0032579A">
        <w:rPr>
          <w:rFonts w:ascii="Times New Roman" w:hAnsi="Times New Roman" w:cs="Times New Roman"/>
          <w:color w:val="000000"/>
        </w:rPr>
        <w:t>Verdan moved like void given flesh. Rifle barking, knife flashing when range collapsed. He spoke no orders — his silence guided, his presence heavier than words.</w:t>
      </w:r>
    </w:p>
    <w:p w14:paraId="3F1789B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Darran surged forward too fast, chasing a break. A bolt scorched past his cheek, close enough to burn hair. Rin was there, calm as stone, fire precise. The threat dropped, and Rin’s eyes met Darran’s. No scorn, no praise. Only steadiness. Darran swallowed his fire and pressed on.</w:t>
      </w:r>
    </w:p>
    <w:p w14:paraId="050B76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Corridor by corridor, the Wolves bled forward. Barricades broke. Defenders fell. But every step cost.</w:t>
      </w:r>
    </w:p>
    <w:p w14:paraId="23DB00E1" w14:textId="666A53DD"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By the time the bridge doors blew, seven Wolves lay behind — three dead, four screaming </w:t>
      </w:r>
      <w:r w:rsidR="00FC30C7">
        <w:rPr>
          <w:rFonts w:ascii="Times New Roman" w:hAnsi="Times New Roman" w:cs="Times New Roman"/>
          <w:color w:val="000000"/>
        </w:rPr>
        <w:t>or whimpering in pain</w:t>
      </w:r>
      <w:r w:rsidRPr="0032579A">
        <w:rPr>
          <w:rFonts w:ascii="Times New Roman" w:hAnsi="Times New Roman" w:cs="Times New Roman"/>
          <w:color w:val="000000"/>
        </w:rPr>
        <w:t>. Smoke curled through the air as the freighter’s captain stood defiant, blaster shaking in his hand. Verdan’s rifle didn’t waver. The man dropped the weapon.</w:t>
      </w:r>
    </w:p>
    <w:p w14:paraId="23BD8B5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Silence fell, broken only by the groans of the wounded.</w:t>
      </w:r>
    </w:p>
    <w:p w14:paraId="3998172C" w14:textId="35B3655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Selora’s </w:t>
      </w:r>
      <w:r w:rsidR="00C12E58">
        <w:rPr>
          <w:rFonts w:ascii="Times New Roman" w:hAnsi="Times New Roman" w:cs="Times New Roman"/>
          <w:color w:val="000000"/>
        </w:rPr>
        <w:t xml:space="preserve">summed it up. </w:t>
      </w:r>
      <w:r w:rsidRPr="0032579A">
        <w:rPr>
          <w:rFonts w:ascii="Times New Roman" w:hAnsi="Times New Roman" w:cs="Times New Roman"/>
          <w:color w:val="000000"/>
        </w:rPr>
        <w:t>“Z-95 Headhunter. Fang fighter. YT-1210 freighter.</w:t>
      </w:r>
      <w:r w:rsidR="00C12E58">
        <w:rPr>
          <w:rFonts w:ascii="Times New Roman" w:hAnsi="Times New Roman" w:cs="Times New Roman"/>
          <w:color w:val="000000"/>
        </w:rPr>
        <w:t xml:space="preserve"> All captured. We lost seven, three dead and four wounded.”</w:t>
      </w:r>
    </w:p>
    <w:p w14:paraId="3E42D18E" w14:textId="77777777" w:rsidR="00C12E58" w:rsidRDefault="00C12E58" w:rsidP="00C12E58">
      <w:pPr>
        <w:rPr>
          <w:rFonts w:ascii="Times New Roman" w:hAnsi="Times New Roman" w:cs="Times New Roman"/>
        </w:rPr>
      </w:pPr>
    </w:p>
    <w:p w14:paraId="246E1B77" w14:textId="77777777" w:rsidR="00C12E58" w:rsidRDefault="00C12E58" w:rsidP="00C12E58">
      <w:pPr>
        <w:spacing w:after="0"/>
        <w:jc w:val="center"/>
        <w:rPr>
          <w:rFonts w:ascii="Times New Roman" w:hAnsi="Times New Roman" w:cs="Times New Roman"/>
        </w:rPr>
      </w:pPr>
      <w:r w:rsidRPr="0032579A">
        <w:rPr>
          <w:rFonts w:ascii="Times New Roman" w:hAnsi="Times New Roman" w:cs="Times New Roman"/>
        </w:rPr>
        <w:t>***</w:t>
      </w:r>
    </w:p>
    <w:p w14:paraId="1ABDC928" w14:textId="77777777" w:rsidR="00830533" w:rsidRPr="0032579A" w:rsidRDefault="00830533">
      <w:pPr>
        <w:rPr>
          <w:rFonts w:ascii="Times New Roman" w:hAnsi="Times New Roman" w:cs="Times New Roman"/>
        </w:rPr>
      </w:pPr>
    </w:p>
    <w:p w14:paraId="7DDAB2A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Wolf’s Den’s hangar groaned as it swallowed the prizes. The Z-95 scarred but alive, the Fang battered but still sharp, the YT-1210 looming broad.</w:t>
      </w:r>
    </w:p>
    <w:p w14:paraId="4A04E0E6" w14:textId="1A063D24"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wounded were carried to cots, medics cutting armor away to pack wounds with synthflesh. The dead lay shrouded, waiting for the void. Selora wrote each name, each weight. </w:t>
      </w:r>
      <w:r w:rsidR="00C12E58">
        <w:rPr>
          <w:rFonts w:ascii="Times New Roman" w:hAnsi="Times New Roman" w:cs="Times New Roman"/>
          <w:color w:val="000000"/>
        </w:rPr>
        <w:t>Her records</w:t>
      </w:r>
      <w:r w:rsidRPr="0032579A">
        <w:rPr>
          <w:rFonts w:ascii="Times New Roman" w:hAnsi="Times New Roman" w:cs="Times New Roman"/>
          <w:color w:val="000000"/>
        </w:rPr>
        <w:t xml:space="preserve"> remembered even if men tried not to.</w:t>
      </w:r>
    </w:p>
    <w:p w14:paraId="3834B9C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walked the line of stretchers, his silence steady, his eyes stopping on each face. When he paused beside Rin, crouched at a fighter’s side pressing a wound, the smallest nod passed between them. Rin’s steadiness had mattered more than fire.</w:t>
      </w:r>
    </w:p>
    <w:p w14:paraId="72059849" w14:textId="77777777" w:rsidR="00560EA2" w:rsidRDefault="00560EA2" w:rsidP="00560EA2">
      <w:pPr>
        <w:rPr>
          <w:rFonts w:ascii="Times New Roman" w:hAnsi="Times New Roman" w:cs="Times New Roman"/>
        </w:rPr>
      </w:pPr>
    </w:p>
    <w:p w14:paraId="5BB015B0" w14:textId="77777777" w:rsidR="00560EA2" w:rsidRDefault="00560EA2" w:rsidP="00560EA2">
      <w:pPr>
        <w:spacing w:after="0"/>
        <w:jc w:val="center"/>
        <w:rPr>
          <w:rFonts w:ascii="Times New Roman" w:hAnsi="Times New Roman" w:cs="Times New Roman"/>
        </w:rPr>
      </w:pPr>
      <w:r w:rsidRPr="0032579A">
        <w:rPr>
          <w:rFonts w:ascii="Times New Roman" w:hAnsi="Times New Roman" w:cs="Times New Roman"/>
        </w:rPr>
        <w:t>***</w:t>
      </w:r>
    </w:p>
    <w:p w14:paraId="59C832E1" w14:textId="77777777" w:rsidR="00830533" w:rsidRPr="0032579A" w:rsidRDefault="00830533">
      <w:pPr>
        <w:rPr>
          <w:rFonts w:ascii="Times New Roman" w:hAnsi="Times New Roman" w:cs="Times New Roman"/>
        </w:rPr>
      </w:pPr>
    </w:p>
    <w:p w14:paraId="7054B9E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YT-1210’s systems came alive one deck at a time under the Wolves’ hands. Selora oversaw the sweep, her datapad connected by a tether into the freighter’s nav core. The screen filled with fragments — routes, comm bursts, docking sequences — a life’s worth of smuggling burned into code.</w:t>
      </w:r>
    </w:p>
    <w:p w14:paraId="7D6DB14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Rin leaned close, silent as always, sorting data streams with the ease of someone who thought in patterns. He isolated a set of coordinates that repeated too neatly.</w:t>
      </w:r>
    </w:p>
    <w:p w14:paraId="7436FE7B" w14:textId="1834FDAD" w:rsidR="00830533" w:rsidRPr="0032579A" w:rsidRDefault="00000000">
      <w:pPr>
        <w:rPr>
          <w:rFonts w:ascii="Times New Roman" w:hAnsi="Times New Roman" w:cs="Times New Roman"/>
        </w:rPr>
      </w:pPr>
      <w:r w:rsidRPr="0032579A">
        <w:rPr>
          <w:rFonts w:ascii="Times New Roman" w:hAnsi="Times New Roman" w:cs="Times New Roman"/>
          <w:color w:val="000000"/>
        </w:rPr>
        <w:t>Selora tapped her stylus against the pad. “</w:t>
      </w:r>
      <w:r w:rsidR="00560EA2">
        <w:rPr>
          <w:rFonts w:ascii="Times New Roman" w:hAnsi="Times New Roman" w:cs="Times New Roman"/>
          <w:color w:val="000000"/>
        </w:rPr>
        <w:t>Thats not a convoy route. That’s deep in an asteroid field</w:t>
      </w:r>
      <w:r w:rsidRPr="0032579A">
        <w:rPr>
          <w:rFonts w:ascii="Times New Roman" w:hAnsi="Times New Roman" w:cs="Times New Roman"/>
          <w:color w:val="000000"/>
        </w:rPr>
        <w:t>.”</w:t>
      </w:r>
    </w:p>
    <w:p w14:paraId="7CCDA11A" w14:textId="14F45C9C"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Rin highlighted a secondary layer — maintenance schedules, comm handshakes. “</w:t>
      </w:r>
      <w:r w:rsidR="00560EA2">
        <w:rPr>
          <w:rFonts w:ascii="Times New Roman" w:hAnsi="Times New Roman" w:cs="Times New Roman"/>
          <w:color w:val="000000"/>
        </w:rPr>
        <w:t>Look, d</w:t>
      </w:r>
      <w:r w:rsidRPr="0032579A">
        <w:rPr>
          <w:rFonts w:ascii="Times New Roman" w:hAnsi="Times New Roman" w:cs="Times New Roman"/>
          <w:color w:val="000000"/>
        </w:rPr>
        <w:t xml:space="preserve">ock markers. Power cycles. </w:t>
      </w:r>
      <w:r w:rsidR="00560EA2">
        <w:rPr>
          <w:rFonts w:ascii="Times New Roman" w:hAnsi="Times New Roman" w:cs="Times New Roman"/>
          <w:color w:val="000000"/>
        </w:rPr>
        <w:t>This is y</w:t>
      </w:r>
      <w:r w:rsidRPr="0032579A">
        <w:rPr>
          <w:rFonts w:ascii="Times New Roman" w:hAnsi="Times New Roman" w:cs="Times New Roman"/>
          <w:color w:val="000000"/>
        </w:rPr>
        <w:t>ard work.”</w:t>
      </w:r>
    </w:p>
    <w:p w14:paraId="77AA5C5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appeared in the hatch, gaze cutting to the screen. “How big?”</w:t>
      </w:r>
    </w:p>
    <w:p w14:paraId="5DA5D6EA" w14:textId="5E1F89B9"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“Big enough to dock and refit freighters,” Selora answered. Her tone carried weight. “Logs show </w:t>
      </w:r>
      <w:r w:rsidR="00576379">
        <w:rPr>
          <w:rFonts w:ascii="Times New Roman" w:hAnsi="Times New Roman" w:cs="Times New Roman"/>
          <w:color w:val="000000"/>
        </w:rPr>
        <w:t>possibly something</w:t>
      </w:r>
      <w:r w:rsidRPr="0032579A">
        <w:rPr>
          <w:rFonts w:ascii="Times New Roman" w:hAnsi="Times New Roman" w:cs="Times New Roman"/>
          <w:color w:val="000000"/>
        </w:rPr>
        <w:t xml:space="preserve"> larger. Corvette-sized berth. </w:t>
      </w:r>
      <w:r w:rsidR="00576379">
        <w:rPr>
          <w:rFonts w:ascii="Times New Roman" w:hAnsi="Times New Roman" w:cs="Times New Roman"/>
          <w:color w:val="000000"/>
        </w:rPr>
        <w:t>Likely pretty c</w:t>
      </w:r>
      <w:r w:rsidRPr="0032579A">
        <w:rPr>
          <w:rFonts w:ascii="Times New Roman" w:hAnsi="Times New Roman" w:cs="Times New Roman"/>
          <w:color w:val="000000"/>
        </w:rPr>
        <w:t>rude. But it holds.”</w:t>
      </w:r>
    </w:p>
    <w:p w14:paraId="3E32B05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pack absorbed the words in silence. A pirate base, hidden on the edges of the Mandalorian sector, with a yard just large enough for a corvette. A nest. A prize. Or a trap worth springing.</w:t>
      </w:r>
    </w:p>
    <w:p w14:paraId="39A3D192" w14:textId="77777777" w:rsidR="00830533" w:rsidRPr="002578EE" w:rsidRDefault="00000000">
      <w:pPr>
        <w:rPr>
          <w:rFonts w:ascii="Times New Roman" w:hAnsi="Times New Roman" w:cs="Times New Roman"/>
          <w:i/>
          <w:iCs/>
        </w:rPr>
      </w:pPr>
      <w:r w:rsidRPr="0032579A">
        <w:rPr>
          <w:rFonts w:ascii="Times New Roman" w:hAnsi="Times New Roman" w:cs="Times New Roman"/>
          <w:color w:val="000000"/>
        </w:rPr>
        <w:t xml:space="preserve">Selora’s stylus moved again, etching the ledger line: </w:t>
      </w:r>
      <w:r w:rsidRPr="002578EE">
        <w:rPr>
          <w:rFonts w:ascii="Times New Roman" w:hAnsi="Times New Roman" w:cs="Times New Roman"/>
          <w:i/>
          <w:iCs/>
          <w:color w:val="000000"/>
        </w:rPr>
        <w:t>Intel: static base, asteroid field. Yard capacity: corvette. Source: captured YT-1210 logs. Weight: three. Action: watch, plan.</w:t>
      </w:r>
    </w:p>
    <w:p w14:paraId="5CABB151" w14:textId="427A1A5D"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Verdan’s voice was cold iron. “We mark it. We plan. </w:t>
      </w:r>
      <w:r w:rsidR="002578EE">
        <w:rPr>
          <w:rFonts w:ascii="Times New Roman" w:hAnsi="Times New Roman" w:cs="Times New Roman"/>
          <w:color w:val="000000"/>
        </w:rPr>
        <w:t>We will take it but not</w:t>
      </w:r>
      <w:r w:rsidRPr="0032579A">
        <w:rPr>
          <w:rFonts w:ascii="Times New Roman" w:hAnsi="Times New Roman" w:cs="Times New Roman"/>
          <w:color w:val="000000"/>
        </w:rPr>
        <w:t xml:space="preserve"> yet.”</w:t>
      </w:r>
    </w:p>
    <w:p w14:paraId="575EBF1E" w14:textId="77777777" w:rsidR="002578EE" w:rsidRDefault="002578EE" w:rsidP="002578EE">
      <w:pPr>
        <w:rPr>
          <w:rFonts w:ascii="Times New Roman" w:hAnsi="Times New Roman" w:cs="Times New Roman"/>
        </w:rPr>
      </w:pPr>
    </w:p>
    <w:p w14:paraId="68D6CB65" w14:textId="77777777" w:rsidR="002578EE" w:rsidRDefault="002578EE" w:rsidP="002578EE">
      <w:pPr>
        <w:spacing w:after="0"/>
        <w:jc w:val="center"/>
        <w:rPr>
          <w:rFonts w:ascii="Times New Roman" w:hAnsi="Times New Roman" w:cs="Times New Roman"/>
        </w:rPr>
      </w:pPr>
      <w:r w:rsidRPr="0032579A">
        <w:rPr>
          <w:rFonts w:ascii="Times New Roman" w:hAnsi="Times New Roman" w:cs="Times New Roman"/>
        </w:rPr>
        <w:t>***</w:t>
      </w:r>
    </w:p>
    <w:p w14:paraId="7987F06A" w14:textId="77777777" w:rsidR="002578EE" w:rsidRDefault="002578EE" w:rsidP="002578EE">
      <w:pPr>
        <w:spacing w:after="0"/>
        <w:jc w:val="center"/>
        <w:rPr>
          <w:rFonts w:ascii="Times New Roman" w:hAnsi="Times New Roman" w:cs="Times New Roman"/>
        </w:rPr>
      </w:pPr>
    </w:p>
    <w:p w14:paraId="4AB1C48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repainted prizes sat mute in the hangar, olive-gray and molten shadow. But the YT-1210 stood apart.</w:t>
      </w:r>
    </w:p>
    <w:p w14:paraId="20CDE4E3" w14:textId="40C802D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ordered the paint drums rolled past it, brushes left untouched. When questioned, she shook her head. “Not this one. This </w:t>
      </w:r>
      <w:r w:rsidR="009D5A9B" w:rsidRPr="0032579A">
        <w:rPr>
          <w:rFonts w:ascii="Times New Roman" w:hAnsi="Times New Roman" w:cs="Times New Roman"/>
          <w:color w:val="000000"/>
        </w:rPr>
        <w:t>hull,</w:t>
      </w:r>
      <w:r w:rsidR="009D5A9B">
        <w:rPr>
          <w:rFonts w:ascii="Times New Roman" w:hAnsi="Times New Roman" w:cs="Times New Roman"/>
          <w:color w:val="000000"/>
        </w:rPr>
        <w:t xml:space="preserve"> this color is known to the pirates. </w:t>
      </w:r>
      <w:r w:rsidRPr="0032579A">
        <w:rPr>
          <w:rFonts w:ascii="Times New Roman" w:hAnsi="Times New Roman" w:cs="Times New Roman"/>
          <w:color w:val="000000"/>
        </w:rPr>
        <w:t xml:space="preserve">If it vanishes into </w:t>
      </w:r>
      <w:r w:rsidR="009D5A9B">
        <w:rPr>
          <w:rFonts w:ascii="Times New Roman" w:hAnsi="Times New Roman" w:cs="Times New Roman"/>
          <w:color w:val="000000"/>
        </w:rPr>
        <w:t xml:space="preserve">our </w:t>
      </w:r>
      <w:r w:rsidRPr="0032579A">
        <w:rPr>
          <w:rFonts w:ascii="Times New Roman" w:hAnsi="Times New Roman" w:cs="Times New Roman"/>
          <w:color w:val="000000"/>
        </w:rPr>
        <w:t xml:space="preserve">shadow now, the lie dies with </w:t>
      </w:r>
      <w:r w:rsidR="009D5A9B" w:rsidRPr="0032579A">
        <w:rPr>
          <w:rFonts w:ascii="Times New Roman" w:hAnsi="Times New Roman" w:cs="Times New Roman"/>
          <w:color w:val="000000"/>
        </w:rPr>
        <w:t>it</w:t>
      </w:r>
      <w:r w:rsidR="009D5A9B">
        <w:rPr>
          <w:rFonts w:ascii="Times New Roman" w:hAnsi="Times New Roman" w:cs="Times New Roman"/>
          <w:color w:val="000000"/>
        </w:rPr>
        <w:t xml:space="preserve"> and we lose our advantage.”</w:t>
      </w:r>
    </w:p>
    <w:p w14:paraId="15401C11" w14:textId="77777777" w:rsidR="009D5A9B" w:rsidRDefault="00000000">
      <w:pPr>
        <w:rPr>
          <w:rFonts w:ascii="Times New Roman" w:hAnsi="Times New Roman" w:cs="Times New Roman"/>
          <w:color w:val="000000"/>
        </w:rPr>
      </w:pPr>
      <w:r w:rsidRPr="0032579A">
        <w:rPr>
          <w:rFonts w:ascii="Times New Roman" w:hAnsi="Times New Roman" w:cs="Times New Roman"/>
          <w:color w:val="000000"/>
        </w:rPr>
        <w:t>Crates marked with Drenar’s forge sigil were stacked along the wall, lids pried open to reveal simple plates and helmets. Not yet enough for all, not yet fitted for every fighter, but the promise was there. Men ran fingers along steel edges, some whispering thanks, others silent. Selora logged the first tally without ceremony:</w:t>
      </w:r>
    </w:p>
    <w:p w14:paraId="15D28A85" w14:textId="54211C1B" w:rsidR="00830533" w:rsidRDefault="00000000">
      <w:pPr>
        <w:rPr>
          <w:rFonts w:ascii="Times New Roman" w:hAnsi="Times New Roman" w:cs="Times New Roman"/>
          <w:i/>
          <w:iCs/>
          <w:color w:val="000000"/>
        </w:rPr>
      </w:pPr>
      <w:r w:rsidRPr="0032579A">
        <w:rPr>
          <w:rFonts w:ascii="Times New Roman" w:hAnsi="Times New Roman" w:cs="Times New Roman"/>
          <w:color w:val="000000"/>
        </w:rPr>
        <w:br/>
      </w:r>
      <w:r w:rsidRPr="009D5A9B">
        <w:rPr>
          <w:rFonts w:ascii="Times New Roman" w:hAnsi="Times New Roman" w:cs="Times New Roman"/>
          <w:i/>
          <w:iCs/>
          <w:color w:val="000000"/>
        </w:rPr>
        <w:t>Armor received — 18 sets complete, remainder en route. Source: Clan Drenar. Worth: lives held in fire. Population: 172. Combat-capable: 94. Dependents: 78. Note: growth from Kalevala raid survivors, plus two families folded from abandoned rigs. Action: ration scale adjusted.</w:t>
      </w:r>
    </w:p>
    <w:p w14:paraId="1B3F7504" w14:textId="77777777" w:rsidR="009D5A9B" w:rsidRPr="009D5A9B" w:rsidRDefault="009D5A9B">
      <w:pPr>
        <w:rPr>
          <w:rFonts w:ascii="Times New Roman" w:hAnsi="Times New Roman" w:cs="Times New Roman"/>
          <w:i/>
          <w:iCs/>
        </w:rPr>
      </w:pPr>
    </w:p>
    <w:p w14:paraId="4918D0A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stepped close, hand pressed flat to the freighter’s skin. His silence stretched, then ended in a single nod.</w:t>
      </w:r>
    </w:p>
    <w:p w14:paraId="580A7E2C" w14:textId="14F3B6B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“Armor remains as forged. And this. It passes as it is,” he said. “Let it wear their colors a while longer. A wolf in sheep’s clothing. When we hunt with it, they won’t see </w:t>
      </w:r>
      <w:r w:rsidR="009D5A9B">
        <w:rPr>
          <w:rFonts w:ascii="Times New Roman" w:hAnsi="Times New Roman" w:cs="Times New Roman"/>
          <w:color w:val="000000"/>
        </w:rPr>
        <w:t xml:space="preserve">our </w:t>
      </w:r>
      <w:r w:rsidRPr="0032579A">
        <w:rPr>
          <w:rFonts w:ascii="Times New Roman" w:hAnsi="Times New Roman" w:cs="Times New Roman"/>
          <w:color w:val="000000"/>
        </w:rPr>
        <w:t>teeth until they bleed.”</w:t>
      </w:r>
    </w:p>
    <w:p w14:paraId="25974B75" w14:textId="77777777" w:rsidR="00830533" w:rsidRPr="009D5A9B" w:rsidRDefault="00000000">
      <w:pPr>
        <w:rPr>
          <w:rFonts w:ascii="Times New Roman" w:hAnsi="Times New Roman" w:cs="Times New Roman"/>
          <w:i/>
          <w:iCs/>
        </w:rPr>
      </w:pPr>
      <w:r w:rsidRPr="0032579A">
        <w:rPr>
          <w:rFonts w:ascii="Times New Roman" w:hAnsi="Times New Roman" w:cs="Times New Roman"/>
          <w:color w:val="000000"/>
        </w:rPr>
        <w:t xml:space="preserve">Selora wrote the final line of the day. </w:t>
      </w:r>
      <w:r w:rsidRPr="009D5A9B">
        <w:rPr>
          <w:rFonts w:ascii="Times New Roman" w:hAnsi="Times New Roman" w:cs="Times New Roman"/>
          <w:i/>
          <w:iCs/>
          <w:color w:val="000000"/>
        </w:rPr>
        <w:t>YT-1210: untouched. Purpose: disguise. Cost: risk. Worth: plan.</w:t>
      </w:r>
    </w:p>
    <w:p w14:paraId="38368971" w14:textId="77777777" w:rsidR="00830533" w:rsidRPr="0032579A" w:rsidRDefault="00830533">
      <w:pPr>
        <w:rPr>
          <w:rFonts w:ascii="Times New Roman" w:hAnsi="Times New Roman" w:cs="Times New Roman"/>
        </w:rPr>
      </w:pPr>
    </w:p>
    <w:p w14:paraId="1F4387E6" w14:textId="0700EA2B" w:rsidR="00830533" w:rsidRPr="0032579A" w:rsidRDefault="009D5A9B">
      <w:pPr>
        <w:rPr>
          <w:rFonts w:ascii="Times New Roman" w:hAnsi="Times New Roman" w:cs="Times New Roman"/>
        </w:rPr>
      </w:pPr>
      <w:r>
        <w:rPr>
          <w:rFonts w:ascii="Times New Roman" w:hAnsi="Times New Roman" w:cs="Times New Roman"/>
          <w:color w:val="000000"/>
        </w:rPr>
        <w:t>She closed her data-pad</w:t>
      </w:r>
      <w:r w:rsidR="00000000" w:rsidRPr="0032579A">
        <w:rPr>
          <w:rFonts w:ascii="Times New Roman" w:hAnsi="Times New Roman" w:cs="Times New Roman"/>
          <w:color w:val="000000"/>
        </w:rPr>
        <w:t>, but the</w:t>
      </w:r>
      <w:r>
        <w:rPr>
          <w:rFonts w:ascii="Times New Roman" w:hAnsi="Times New Roman" w:cs="Times New Roman"/>
          <w:color w:val="000000"/>
        </w:rPr>
        <w:t>ir</w:t>
      </w:r>
      <w:r w:rsidR="00000000" w:rsidRPr="0032579A">
        <w:rPr>
          <w:rFonts w:ascii="Times New Roman" w:hAnsi="Times New Roman" w:cs="Times New Roman"/>
          <w:color w:val="000000"/>
        </w:rPr>
        <w:t xml:space="preserve"> chapter did not. For the first time, they had more than ships, more than spoils. They had a glimpse of something greater: an enemy’s den big enough to matter.</w:t>
      </w:r>
    </w:p>
    <w:p w14:paraId="7CC13F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Wolves slept that night with new shadows stirring — not of fear, but of intent.</w:t>
      </w:r>
    </w:p>
    <w:p w14:paraId="1CBB31A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static base in the rocks. A corvette yard. A wolf yet to bare its teeth.</w:t>
      </w:r>
    </w:p>
    <w:p w14:paraId="546C10E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Through the viewport, the fleet slid into darkness — Wolf’s Den, HWK, Theta, Ghtroc, Buzzards, and now the new prizes, painted in shadow. Against rock and void they vanished, bannerless, nameless. Their creed was absence. Their strength was silence.</w:t>
      </w:r>
    </w:p>
    <w:p w14:paraId="50D1743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slip in the night.</w:t>
      </w:r>
    </w:p>
    <w:p w14:paraId="0E634276" w14:textId="77777777" w:rsidR="00830533" w:rsidRPr="0032579A" w:rsidRDefault="00830533">
      <w:pPr>
        <w:rPr>
          <w:rFonts w:ascii="Times New Roman" w:hAnsi="Times New Roman" w:cs="Times New Roman"/>
        </w:rPr>
      </w:pPr>
    </w:p>
    <w:p w14:paraId="10F9675C"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4AFEFAA1"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XIV — The Teeth Behind Shadow</w:t>
      </w:r>
    </w:p>
    <w:p w14:paraId="32E1D3E5" w14:textId="77777777" w:rsidR="00830533" w:rsidRDefault="00000000">
      <w:pPr>
        <w:jc w:val="center"/>
        <w:rPr>
          <w:rFonts w:ascii="Times New Roman" w:hAnsi="Times New Roman" w:cs="Times New Roman"/>
          <w:i/>
        </w:rPr>
      </w:pPr>
      <w:r w:rsidRPr="0032579A">
        <w:rPr>
          <w:rFonts w:ascii="Times New Roman" w:hAnsi="Times New Roman" w:cs="Times New Roman"/>
          <w:i/>
        </w:rPr>
        <w:t>*32 BBY*</w:t>
      </w:r>
    </w:p>
    <w:p w14:paraId="51F5DB2E" w14:textId="77777777" w:rsidR="0032579A" w:rsidRPr="0032579A" w:rsidRDefault="0032579A">
      <w:pPr>
        <w:jc w:val="center"/>
        <w:rPr>
          <w:rFonts w:ascii="Times New Roman" w:hAnsi="Times New Roman" w:cs="Times New Roman"/>
        </w:rPr>
      </w:pPr>
    </w:p>
    <w:p w14:paraId="628F7DB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read the numbers under a bone of hangar light while sweat dried along her forearm. Around her, the Den breathed in fits—hydraulics hissed, welders sang, men moved like a machine that had learned to hold itself together by muscle and ledger. The YT-1210 crouched in pirate skin, its paint scorched and familiar to anyone from a dozen junk ports; Verdan had forbidden the brush. He wanted teeth hidden in the sheep’s coat.</w:t>
      </w:r>
    </w:p>
    <w:p w14:paraId="35D6E38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“Fuel units: four-three-two-zero,” Selora said, voice clipped. “Drive modules: two. Refit slots per day: six. Casualties: three KIA, nine WIA—stable. YT-1210: disguise — hold.”</w:t>
      </w:r>
    </w:p>
    <w:p w14:paraId="0FE4345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stylus left the thin black mark that sealed the line. Around her the crew moved with the private gravity of people who had promised fate to ink and steel. The word hold hung in the cavern and was understood: the freighter would keep its stripes until the Wolves needed its belly to carry a blade.</w:t>
      </w:r>
    </w:p>
    <w:p w14:paraId="40B80C0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doctrine changed on the second line.</w:t>
      </w:r>
    </w:p>
    <w:p w14:paraId="6FB3158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had not lacked ammunition long enough to be austere. The last months stacked batteries and cells and energy bricks into the Den until the men who once treated rounds like religion now considered them tools. The old mantra—range first, knives last—was obsolete for what the YT had offered them. The yard they had glimpsed in the captured logs would not be taken by a long, intimate fight; it would be taken by command of space and time. Blaster fire, rapid suppression, and disciplined movement would carve the opening. That required a different rhythm.</w:t>
      </w:r>
    </w:p>
    <w:p w14:paraId="444DCED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tapped a fresh page and wrote it in tidy strokes:</w:t>
      </w:r>
    </w:p>
    <w:p w14:paraId="7804A5B4" w14:textId="24786E3F" w:rsidR="00830533" w:rsidRPr="00E46549" w:rsidRDefault="00E46549">
      <w:pPr>
        <w:rPr>
          <w:rFonts w:ascii="Times New Roman" w:hAnsi="Times New Roman" w:cs="Times New Roman"/>
          <w:i/>
          <w:iCs/>
        </w:rPr>
      </w:pPr>
      <w:r w:rsidRPr="00E46549">
        <w:rPr>
          <w:rFonts w:ascii="Times New Roman" w:hAnsi="Times New Roman" w:cs="Times New Roman"/>
          <w:i/>
          <w:iCs/>
          <w:color w:val="000000"/>
        </w:rPr>
        <w:t>Tactics</w:t>
      </w:r>
      <w:r w:rsidR="00000000" w:rsidRPr="00E46549">
        <w:rPr>
          <w:rFonts w:ascii="Times New Roman" w:hAnsi="Times New Roman" w:cs="Times New Roman"/>
          <w:i/>
          <w:iCs/>
          <w:color w:val="000000"/>
        </w:rPr>
        <w:t xml:space="preserve"> </w:t>
      </w:r>
      <w:r w:rsidRPr="00E46549">
        <w:rPr>
          <w:rFonts w:ascii="Times New Roman" w:hAnsi="Times New Roman" w:cs="Times New Roman"/>
          <w:i/>
          <w:iCs/>
          <w:color w:val="000000"/>
        </w:rPr>
        <w:t>update</w:t>
      </w:r>
      <w:r>
        <w:rPr>
          <w:rFonts w:ascii="Times New Roman" w:hAnsi="Times New Roman" w:cs="Times New Roman"/>
          <w:i/>
          <w:iCs/>
          <w:color w:val="000000"/>
        </w:rPr>
        <w:t xml:space="preserve">: </w:t>
      </w:r>
      <w:r w:rsidR="00000000" w:rsidRPr="00E46549">
        <w:rPr>
          <w:rFonts w:ascii="Times New Roman" w:hAnsi="Times New Roman" w:cs="Times New Roman"/>
          <w:i/>
          <w:iCs/>
          <w:color w:val="000000"/>
        </w:rPr>
        <w:t>fire &amp; maneuver. Tactic: Element A—pin; Element B—flank &amp; wipe. Range-first revised: blaster suppression to enable maneuver. Knives: last resort. Time to turret control: ≤ 6:00.</w:t>
      </w:r>
    </w:p>
    <w:p w14:paraId="6555F2E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she read it, the ledger sounded less like prayer than law. Darran, standing against a stack of plates with his jaw set, wanted to argue the glory of close work, the intemperate heat of getting in and getting it done. Verdan’s silence did the argument for him. The pack had learned to translate Verdan’s quiet into boundaries; when his boots sounded on decking, things lined up. He stepped from shadow and said what no man wanted to waste breath on.</w:t>
      </w:r>
    </w:p>
    <w:p w14:paraId="2D54ACB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wolf in sheep’s clothing,” he said. “We hide teeth, then we place the bite where it hurts.”</w:t>
      </w:r>
    </w:p>
    <w:p w14:paraId="24719FD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did not explain. He did not need to. The plan required restraint and rhythm: one team kept the enemy honest and pinned—rounds and suppression that robbed a defender of aim—while another team used the opening to slide around and remove the enemy’s legs. The net result had to be clean: turrets turned, comm masts seized, clamps held. No long cat-and-mouse. No sentimental knife fights.</w:t>
      </w:r>
    </w:p>
    <w:p w14:paraId="360D2AD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week’s schedule was clinical: seven days, compressed. Each day had a surgical name—Secure, Cross-Check, Seed, Drill, Refit, Ghost, Dress. The objective was not to make soldiers of boys and women overnight but to make them move like one organism that could fit inside a hull and turn it into a gate. The Den breathed heavier now. More hands, more mouths. Selora marked it in the ledger between drill tallies:</w:t>
      </w:r>
      <w:r w:rsidRPr="0032579A">
        <w:rPr>
          <w:rFonts w:ascii="Times New Roman" w:hAnsi="Times New Roman" w:cs="Times New Roman"/>
          <w:color w:val="000000"/>
        </w:rPr>
        <w:br/>
        <w:t>Population: 189. Combat-capable: 102. Dependents: 87. Note: intake from captured freighters and drifters. Action: distribute tasks — salvage, cooking, watch.</w:t>
      </w:r>
    </w:p>
    <w:p w14:paraId="5B9AF86D" w14:textId="77777777" w:rsidR="00E46549" w:rsidRDefault="00E46549" w:rsidP="00E46549">
      <w:pPr>
        <w:rPr>
          <w:rFonts w:ascii="Times New Roman" w:hAnsi="Times New Roman" w:cs="Times New Roman"/>
        </w:rPr>
      </w:pPr>
    </w:p>
    <w:p w14:paraId="63395C0A" w14:textId="0D95638B" w:rsidR="00E46549" w:rsidRPr="00E46549" w:rsidRDefault="00E46549" w:rsidP="00E46549">
      <w:pPr>
        <w:spacing w:after="0"/>
        <w:jc w:val="center"/>
        <w:rPr>
          <w:rFonts w:ascii="Times New Roman" w:hAnsi="Times New Roman" w:cs="Times New Roman"/>
          <w:i/>
          <w:iCs/>
        </w:rPr>
      </w:pPr>
      <w:r w:rsidRPr="00E46549">
        <w:rPr>
          <w:rFonts w:ascii="Times New Roman" w:hAnsi="Times New Roman" w:cs="Times New Roman"/>
          <w:i/>
          <w:iCs/>
        </w:rPr>
        <w:t>Day One</w:t>
      </w:r>
    </w:p>
    <w:p w14:paraId="79BF13BE" w14:textId="77777777" w:rsidR="00E46549" w:rsidRDefault="00E46549" w:rsidP="00E46549">
      <w:pPr>
        <w:spacing w:after="0"/>
        <w:jc w:val="center"/>
        <w:rPr>
          <w:rFonts w:ascii="Times New Roman" w:hAnsi="Times New Roman" w:cs="Times New Roman"/>
        </w:rPr>
      </w:pPr>
    </w:p>
    <w:p w14:paraId="43167514" w14:textId="342E4E6E" w:rsidR="00830533" w:rsidRPr="0032579A" w:rsidRDefault="00E46549">
      <w:pPr>
        <w:rPr>
          <w:rFonts w:ascii="Times New Roman" w:hAnsi="Times New Roman" w:cs="Times New Roman"/>
        </w:rPr>
      </w:pPr>
      <w:r>
        <w:rPr>
          <w:rFonts w:ascii="Times New Roman" w:hAnsi="Times New Roman" w:cs="Times New Roman"/>
          <w:color w:val="000000"/>
        </w:rPr>
        <w:t>Tirla and Selora</w:t>
      </w:r>
      <w:r w:rsidR="00000000" w:rsidRPr="0032579A">
        <w:rPr>
          <w:rFonts w:ascii="Times New Roman" w:hAnsi="Times New Roman" w:cs="Times New Roman"/>
          <w:color w:val="000000"/>
        </w:rPr>
        <w:t xml:space="preserve"> worked at the comm console like priests of static. </w:t>
      </w:r>
      <w:r>
        <w:rPr>
          <w:rFonts w:ascii="Times New Roman" w:hAnsi="Times New Roman" w:cs="Times New Roman"/>
          <w:color w:val="000000"/>
        </w:rPr>
        <w:t>Tirla</w:t>
      </w:r>
      <w:r w:rsidR="00000000" w:rsidRPr="0032579A">
        <w:rPr>
          <w:rFonts w:ascii="Times New Roman" w:hAnsi="Times New Roman" w:cs="Times New Roman"/>
          <w:color w:val="000000"/>
        </w:rPr>
        <w:t xml:space="preserve"> read bursts like language; </w:t>
      </w:r>
      <w:r>
        <w:rPr>
          <w:rFonts w:ascii="Times New Roman" w:hAnsi="Times New Roman" w:cs="Times New Roman"/>
          <w:color w:val="000000"/>
        </w:rPr>
        <w:t xml:space="preserve">Selora </w:t>
      </w:r>
      <w:r w:rsidR="00000000" w:rsidRPr="0032579A">
        <w:rPr>
          <w:rFonts w:ascii="Times New Roman" w:hAnsi="Times New Roman" w:cs="Times New Roman"/>
          <w:color w:val="000000"/>
        </w:rPr>
        <w:t>traced vector runs until the orbital lanes looked like a map flattened by need. Together they thumbed the YT’s nav fragments until the image was clear: slips in an asteroid field, power cycles that pulsed like a heartbeat, turret rotations that happened on clockwork windows, courier cadences that repeated like laundry lines. The logs were brittle gifts. They told where the bones lay but also who kept the graves tidy.</w:t>
      </w:r>
    </w:p>
    <w:p w14:paraId="4F96480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set the crooked story in motion. You could not waltz into a pirate yard with honesty. You had to appear broken and profitable and too tired to fight. She fed forged manifests into broker feeds and set a small wreck rumor to burn: a blackened hull charred in the east rubble, a transponder broken at warp. Pirate ears wanted salvage and profit; rumor would give them a corpse to harvest and soothe their curiosity about a missing YT. The outward lie protected the inward truth.</w:t>
      </w:r>
    </w:p>
    <w:p w14:paraId="419BE9AB" w14:textId="2134F033" w:rsidR="00E46549" w:rsidRPr="00E46549" w:rsidRDefault="00000000">
      <w:pPr>
        <w:rPr>
          <w:rFonts w:ascii="Times New Roman" w:hAnsi="Times New Roman" w:cs="Times New Roman"/>
          <w:i/>
          <w:iCs/>
          <w:color w:val="000000"/>
        </w:rPr>
      </w:pPr>
      <w:r w:rsidRPr="0032579A">
        <w:rPr>
          <w:rFonts w:ascii="Times New Roman" w:hAnsi="Times New Roman" w:cs="Times New Roman"/>
          <w:color w:val="000000"/>
        </w:rPr>
        <w:t xml:space="preserve">She recorded the work: </w:t>
      </w:r>
      <w:r w:rsidRPr="00E46549">
        <w:rPr>
          <w:rFonts w:ascii="Times New Roman" w:hAnsi="Times New Roman" w:cs="Times New Roman"/>
          <w:i/>
          <w:iCs/>
          <w:color w:val="000000"/>
        </w:rPr>
        <w:t>Disguise: YT-1210 — forged manifest seeded. Wreck rumor: staged east rubble if claim probed.</w:t>
      </w:r>
    </w:p>
    <w:p w14:paraId="31663BD3" w14:textId="77777777" w:rsidR="00E46549" w:rsidRPr="00E46549" w:rsidRDefault="00E46549">
      <w:pPr>
        <w:rPr>
          <w:rFonts w:ascii="Times New Roman" w:hAnsi="Times New Roman" w:cs="Times New Roman"/>
          <w:color w:val="000000"/>
        </w:rPr>
      </w:pPr>
    </w:p>
    <w:p w14:paraId="44428B6C" w14:textId="77777777" w:rsidR="00830533" w:rsidRDefault="00000000" w:rsidP="00E46549">
      <w:pPr>
        <w:jc w:val="center"/>
        <w:rPr>
          <w:rFonts w:ascii="Times New Roman" w:hAnsi="Times New Roman" w:cs="Times New Roman"/>
          <w:i/>
          <w:iCs/>
          <w:color w:val="000000"/>
        </w:rPr>
      </w:pPr>
      <w:r w:rsidRPr="00E46549">
        <w:rPr>
          <w:rFonts w:ascii="Times New Roman" w:hAnsi="Times New Roman" w:cs="Times New Roman"/>
          <w:i/>
          <w:iCs/>
          <w:color w:val="000000"/>
        </w:rPr>
        <w:t>Day Two — SIGINT &amp; Cross-check.</w:t>
      </w:r>
    </w:p>
    <w:p w14:paraId="40C09428" w14:textId="77777777" w:rsidR="00E46549" w:rsidRPr="00E46549" w:rsidRDefault="00E46549" w:rsidP="00E46549">
      <w:pPr>
        <w:jc w:val="center"/>
        <w:rPr>
          <w:rFonts w:ascii="Times New Roman" w:hAnsi="Times New Roman" w:cs="Times New Roman"/>
          <w:i/>
          <w:iCs/>
        </w:rPr>
      </w:pPr>
    </w:p>
    <w:p w14:paraId="47EB954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layered log fragments with intercepted chatter. Scraps—young, fast, and brilliant with scavenged receivers—took comm bursts and cleaned them until a cadence appeared. Khalan’s name rose like a chorus; he ran a three-day loop that touched the yard. When two independent signals matched the YT’s logs, Selora’s weight mark for trust moved from two to three.</w:t>
      </w:r>
    </w:p>
    <w:p w14:paraId="33C9FBD0"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 xml:space="preserve">On a slate corner she wrote: </w:t>
      </w:r>
      <w:r w:rsidRPr="00E46549">
        <w:rPr>
          <w:rFonts w:ascii="Times New Roman" w:hAnsi="Times New Roman" w:cs="Times New Roman"/>
          <w:i/>
          <w:iCs/>
          <w:color w:val="000000"/>
        </w:rPr>
        <w:t>SIGINT: Khalan loop confirmed — cadence matches. Action: prioritize A window (slip cycle 04:10).</w:t>
      </w:r>
    </w:p>
    <w:p w14:paraId="68C40DB9" w14:textId="77777777" w:rsidR="00E46549" w:rsidRPr="0032579A" w:rsidRDefault="00E46549">
      <w:pPr>
        <w:rPr>
          <w:rFonts w:ascii="Times New Roman" w:hAnsi="Times New Roman" w:cs="Times New Roman"/>
        </w:rPr>
      </w:pPr>
    </w:p>
    <w:p w14:paraId="66CE378C" w14:textId="77777777" w:rsidR="00830533" w:rsidRDefault="00000000" w:rsidP="00E46549">
      <w:pPr>
        <w:jc w:val="center"/>
        <w:rPr>
          <w:rFonts w:ascii="Times New Roman" w:hAnsi="Times New Roman" w:cs="Times New Roman"/>
          <w:color w:val="000000"/>
        </w:rPr>
      </w:pPr>
      <w:r w:rsidRPr="00E46549">
        <w:rPr>
          <w:rFonts w:ascii="Times New Roman" w:hAnsi="Times New Roman" w:cs="Times New Roman"/>
          <w:i/>
          <w:iCs/>
          <w:color w:val="000000"/>
        </w:rPr>
        <w:t>Day Three — HUMINT</w:t>
      </w:r>
      <w:r w:rsidRPr="0032579A">
        <w:rPr>
          <w:rFonts w:ascii="Times New Roman" w:hAnsi="Times New Roman" w:cs="Times New Roman"/>
          <w:color w:val="000000"/>
        </w:rPr>
        <w:t>.</w:t>
      </w:r>
    </w:p>
    <w:p w14:paraId="02862279" w14:textId="77777777" w:rsidR="00E46549" w:rsidRPr="0032579A" w:rsidRDefault="00E46549" w:rsidP="00E46549">
      <w:pPr>
        <w:jc w:val="center"/>
        <w:rPr>
          <w:rFonts w:ascii="Times New Roman" w:hAnsi="Times New Roman" w:cs="Times New Roman"/>
        </w:rPr>
      </w:pPr>
    </w:p>
    <w:p w14:paraId="1035DFA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Two men went out under false faces and tired boots. They paid for gossip with ration bricks and returned with dockhand names—Moss, Jorek—small men and tethered minds who knew more than they should because life honors bread over language. The yard was not a rumor spanning the sector. It was a small, dirty place with small, dirty hands. That low awareness was an advantage. The fewer men who knew, the more likely confidence would be absolute.</w:t>
      </w:r>
    </w:p>
    <w:p w14:paraId="7DD21C26" w14:textId="66F231F3" w:rsidR="00830533" w:rsidRPr="00E46549" w:rsidRDefault="00000000">
      <w:pPr>
        <w:rPr>
          <w:rFonts w:ascii="Times New Roman" w:hAnsi="Times New Roman" w:cs="Times New Roman"/>
          <w:i/>
          <w:iCs/>
          <w:color w:val="000000"/>
        </w:rPr>
      </w:pPr>
      <w:r w:rsidRPr="0032579A">
        <w:rPr>
          <w:rFonts w:ascii="Times New Roman" w:hAnsi="Times New Roman" w:cs="Times New Roman"/>
          <w:color w:val="000000"/>
        </w:rPr>
        <w:t xml:space="preserve">Selora’s </w:t>
      </w:r>
      <w:r w:rsidR="00E46549">
        <w:rPr>
          <w:rFonts w:ascii="Times New Roman" w:hAnsi="Times New Roman" w:cs="Times New Roman"/>
          <w:color w:val="000000"/>
        </w:rPr>
        <w:t>data-pad</w:t>
      </w:r>
      <w:r w:rsidRPr="0032579A">
        <w:rPr>
          <w:rFonts w:ascii="Times New Roman" w:hAnsi="Times New Roman" w:cs="Times New Roman"/>
          <w:color w:val="000000"/>
        </w:rPr>
        <w:t xml:space="preserve"> received the notes: </w:t>
      </w:r>
      <w:r w:rsidRPr="00E46549">
        <w:rPr>
          <w:rFonts w:ascii="Times New Roman" w:hAnsi="Times New Roman" w:cs="Times New Roman"/>
          <w:i/>
          <w:iCs/>
          <w:color w:val="000000"/>
        </w:rPr>
        <w:t>HUMINT: Moss—dockhand; weight 2. Action: seed wreck rumor; verify with watch.</w:t>
      </w:r>
    </w:p>
    <w:p w14:paraId="6BFC54AF" w14:textId="77777777" w:rsidR="00E46549" w:rsidRPr="0032579A" w:rsidRDefault="00E46549">
      <w:pPr>
        <w:rPr>
          <w:rFonts w:ascii="Times New Roman" w:hAnsi="Times New Roman" w:cs="Times New Roman"/>
        </w:rPr>
      </w:pPr>
    </w:p>
    <w:p w14:paraId="008EE222" w14:textId="77777777" w:rsidR="00830533" w:rsidRDefault="00000000" w:rsidP="00E46549">
      <w:pPr>
        <w:jc w:val="center"/>
        <w:rPr>
          <w:rFonts w:ascii="Times New Roman" w:hAnsi="Times New Roman" w:cs="Times New Roman"/>
          <w:bCs/>
          <w:i/>
          <w:iCs/>
          <w:color w:val="000000"/>
        </w:rPr>
      </w:pPr>
      <w:r w:rsidRPr="00E46549">
        <w:rPr>
          <w:rFonts w:ascii="Times New Roman" w:hAnsi="Times New Roman" w:cs="Times New Roman"/>
          <w:bCs/>
          <w:i/>
          <w:iCs/>
          <w:color w:val="000000"/>
        </w:rPr>
        <w:t>Day Four — Compressed Drills.</w:t>
      </w:r>
    </w:p>
    <w:p w14:paraId="262F6E01" w14:textId="77777777" w:rsidR="00E46549" w:rsidRPr="00E46549" w:rsidRDefault="00E46549" w:rsidP="00E46549">
      <w:pPr>
        <w:jc w:val="center"/>
        <w:rPr>
          <w:rFonts w:ascii="Times New Roman" w:hAnsi="Times New Roman" w:cs="Times New Roman"/>
          <w:bCs/>
          <w:i/>
          <w:iCs/>
        </w:rPr>
      </w:pPr>
    </w:p>
    <w:p w14:paraId="0485DD7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stripped a hold into a mock corridor, welded pallets to make choke points and mounted practice turrets. The squads split into two elements for the first time that week. Element A was the pin—static teams trained to lay suppression down like a curtain of light, to force defenders to hold their heads down under the dull roar of energy fire. Element B was the maneuver element—mobile, lean, trained to use suppression windows to move shallow and fast, to re-route behind the enemy and remove the teeth.</w:t>
      </w:r>
    </w:p>
    <w:p w14:paraId="1E8CD62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ran a squad through the sequence until his breath measured the pattern. They practiced the rhythm: Element A lays the sound; Element B slips then explodes along the flank, pushing a wedge into the enemy’s side and finishing. Six minutes remained the target for turret node control; the first three minutes meant securing a choke and fixing a field, the last three minutes meant the techs sealed the flip.</w:t>
      </w:r>
    </w:p>
    <w:p w14:paraId="1C013C1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pack learned the language of pivots and overlaps. A pinned enemy could not bring its bigger guns to bear when men flanked them. Men who used to rush in with knives learned to hold their heat while others made the killing ground safe. There was a new shame in close work: it meant you had failed to use fire and movement correctly.</w:t>
      </w:r>
    </w:p>
    <w:p w14:paraId="766A502C" w14:textId="77777777" w:rsidR="00830533" w:rsidRDefault="00000000">
      <w:pPr>
        <w:rPr>
          <w:rFonts w:ascii="Times New Roman" w:hAnsi="Times New Roman" w:cs="Times New Roman"/>
          <w:i/>
          <w:iCs/>
          <w:color w:val="000000"/>
        </w:rPr>
      </w:pPr>
      <w:r w:rsidRPr="0032579A">
        <w:rPr>
          <w:rFonts w:ascii="Times New Roman" w:hAnsi="Times New Roman" w:cs="Times New Roman"/>
          <w:color w:val="000000"/>
        </w:rPr>
        <w:t xml:space="preserve">Selora wrote the drill’s hard line: </w:t>
      </w:r>
      <w:r w:rsidRPr="00E46549">
        <w:rPr>
          <w:rFonts w:ascii="Times New Roman" w:hAnsi="Times New Roman" w:cs="Times New Roman"/>
          <w:i/>
          <w:iCs/>
          <w:color w:val="000000"/>
        </w:rPr>
        <w:t>Breach → Pin → Maneuver → Turret overwrite — 6:00 goal. Fail → reassess.</w:t>
      </w:r>
    </w:p>
    <w:p w14:paraId="3227EE65" w14:textId="77777777" w:rsidR="00E46549" w:rsidRPr="0032579A" w:rsidRDefault="00E46549">
      <w:pPr>
        <w:rPr>
          <w:rFonts w:ascii="Times New Roman" w:hAnsi="Times New Roman" w:cs="Times New Roman"/>
        </w:rPr>
      </w:pPr>
    </w:p>
    <w:p w14:paraId="67929112" w14:textId="77777777" w:rsidR="00830533" w:rsidRDefault="00000000" w:rsidP="00E46549">
      <w:pPr>
        <w:jc w:val="center"/>
        <w:rPr>
          <w:rFonts w:ascii="Times New Roman" w:hAnsi="Times New Roman" w:cs="Times New Roman"/>
          <w:i/>
          <w:iCs/>
          <w:color w:val="000000"/>
        </w:rPr>
      </w:pPr>
      <w:r w:rsidRPr="00E46549">
        <w:rPr>
          <w:rFonts w:ascii="Times New Roman" w:hAnsi="Times New Roman" w:cs="Times New Roman"/>
          <w:i/>
          <w:iCs/>
          <w:color w:val="000000"/>
        </w:rPr>
        <w:t>Day Five — Refit &amp; Tech Rehearsals.</w:t>
      </w:r>
    </w:p>
    <w:p w14:paraId="05DB4A16" w14:textId="77777777" w:rsidR="00E46549" w:rsidRPr="00E46549" w:rsidRDefault="00E46549" w:rsidP="00E46549">
      <w:pPr>
        <w:jc w:val="center"/>
        <w:rPr>
          <w:rFonts w:ascii="Times New Roman" w:hAnsi="Times New Roman" w:cs="Times New Roman"/>
          <w:i/>
          <w:iCs/>
        </w:rPr>
      </w:pPr>
    </w:p>
    <w:p w14:paraId="7CD4431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Tech teams practiced the ugly magic of id auths and signature hashes until their wrists ached. Soot and Harek, Selora’s lead coders, worked under stopwatches to overwrite a presumed pirate signature and stamp the turret bank with a Wolf’s hash. They practiced the physical sequence too—running conduit swaps, replacing shuttle fuses, re-routing power feeds so a turret would answer a Wolf call sign instead of a pirate one.</w:t>
      </w:r>
    </w:p>
    <w:p w14:paraId="761FBF1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Ghtroc and the Den traded crews like organs—engineers crawled under plating and learned the knack of quick seams, med techs set up fast triage that could be erected in a corridor in two minutes. The Theta’s clamps were inspected until each mag latch sounded the same. These minutes were as precious as bullets; a jam in a clamp could cost everything.</w:t>
      </w:r>
    </w:p>
    <w:p w14:paraId="3AF2FCD2" w14:textId="740CCEF0" w:rsidR="00830533" w:rsidRPr="00E46549" w:rsidRDefault="00000000">
      <w:pPr>
        <w:rPr>
          <w:rFonts w:ascii="Times New Roman" w:hAnsi="Times New Roman" w:cs="Times New Roman"/>
          <w:i/>
          <w:iCs/>
          <w:color w:val="000000"/>
        </w:rPr>
      </w:pPr>
      <w:r w:rsidRPr="0032579A">
        <w:rPr>
          <w:rFonts w:ascii="Times New Roman" w:hAnsi="Times New Roman" w:cs="Times New Roman"/>
          <w:color w:val="000000"/>
        </w:rPr>
        <w:t xml:space="preserve">Selora’s </w:t>
      </w:r>
      <w:r w:rsidR="00E46549">
        <w:rPr>
          <w:rFonts w:ascii="Times New Roman" w:hAnsi="Times New Roman" w:cs="Times New Roman"/>
          <w:color w:val="000000"/>
        </w:rPr>
        <w:t>pad continued to</w:t>
      </w:r>
      <w:r w:rsidRPr="0032579A">
        <w:rPr>
          <w:rFonts w:ascii="Times New Roman" w:hAnsi="Times New Roman" w:cs="Times New Roman"/>
          <w:color w:val="000000"/>
        </w:rPr>
        <w:t xml:space="preserve"> fill with precise lines: </w:t>
      </w:r>
      <w:r w:rsidRPr="00E46549">
        <w:rPr>
          <w:rFonts w:ascii="Times New Roman" w:hAnsi="Times New Roman" w:cs="Times New Roman"/>
          <w:i/>
          <w:iCs/>
          <w:color w:val="000000"/>
        </w:rPr>
        <w:t>Refit slots/day — 6. Turret auth test — 3/3 under load. Maglock integrity — 100%.</w:t>
      </w:r>
    </w:p>
    <w:p w14:paraId="06B9B1B3" w14:textId="77777777" w:rsidR="00E46549" w:rsidRPr="0032579A" w:rsidRDefault="00E46549">
      <w:pPr>
        <w:rPr>
          <w:rFonts w:ascii="Times New Roman" w:hAnsi="Times New Roman" w:cs="Times New Roman"/>
        </w:rPr>
      </w:pPr>
    </w:p>
    <w:p w14:paraId="16D9DCEF" w14:textId="77777777" w:rsidR="00830533" w:rsidRDefault="00000000" w:rsidP="00E46549">
      <w:pPr>
        <w:jc w:val="center"/>
        <w:rPr>
          <w:rFonts w:ascii="Times New Roman" w:hAnsi="Times New Roman" w:cs="Times New Roman"/>
          <w:bCs/>
          <w:i/>
          <w:iCs/>
          <w:color w:val="000000"/>
        </w:rPr>
      </w:pPr>
      <w:r w:rsidRPr="00E46549">
        <w:rPr>
          <w:rFonts w:ascii="Times New Roman" w:hAnsi="Times New Roman" w:cs="Times New Roman"/>
          <w:bCs/>
          <w:i/>
          <w:iCs/>
          <w:color w:val="000000"/>
        </w:rPr>
        <w:t>Day Six — Ghost Runs.</w:t>
      </w:r>
    </w:p>
    <w:p w14:paraId="426BE978" w14:textId="77777777" w:rsidR="00E46549" w:rsidRPr="00E46549" w:rsidRDefault="00E46549" w:rsidP="00E46549">
      <w:pPr>
        <w:jc w:val="center"/>
        <w:rPr>
          <w:rFonts w:ascii="Times New Roman" w:hAnsi="Times New Roman" w:cs="Times New Roman"/>
          <w:bCs/>
          <w:i/>
          <w:iCs/>
        </w:rPr>
      </w:pPr>
    </w:p>
    <w:p w14:paraId="3EFD6BB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Pilots slit their engines and let rock hide them, practiced slings and microbursts that confused long-range reads. Hale learned to time returns to the beat of the yard’s patrols; Buzzard pilots practiced feints and tail runs until their hands moved without thought. Element A’s fire teams rehearsed holding arcs and suppression corridors while Element B practiced moving through that curtain and striking the flank.</w:t>
      </w:r>
    </w:p>
    <w:p w14:paraId="1B1AB389"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It was the first time the pattern felt less like an exercise and more like a ritual. The pack began to breathe to it. Even children on the edges learned to pass a battery without looking away. Courage looked less like a shout and more like a measured step.</w:t>
      </w:r>
    </w:p>
    <w:p w14:paraId="0323B8FB" w14:textId="77777777" w:rsidR="00E46549" w:rsidRPr="0032579A" w:rsidRDefault="00E46549">
      <w:pPr>
        <w:rPr>
          <w:rFonts w:ascii="Times New Roman" w:hAnsi="Times New Roman" w:cs="Times New Roman"/>
        </w:rPr>
      </w:pPr>
    </w:p>
    <w:p w14:paraId="6A665700" w14:textId="77777777" w:rsidR="00830533" w:rsidRDefault="00000000" w:rsidP="00E46549">
      <w:pPr>
        <w:jc w:val="center"/>
        <w:rPr>
          <w:rFonts w:ascii="Times New Roman" w:hAnsi="Times New Roman" w:cs="Times New Roman"/>
          <w:i/>
          <w:iCs/>
          <w:color w:val="000000"/>
        </w:rPr>
      </w:pPr>
      <w:r w:rsidRPr="00E46549">
        <w:rPr>
          <w:rFonts w:ascii="Times New Roman" w:hAnsi="Times New Roman" w:cs="Times New Roman"/>
          <w:i/>
          <w:iCs/>
          <w:color w:val="000000"/>
        </w:rPr>
        <w:t>Day Seven — Dress Rehearsal &amp; Lock.</w:t>
      </w:r>
    </w:p>
    <w:p w14:paraId="11BAD260" w14:textId="77777777" w:rsidR="00E46549" w:rsidRPr="00E46549" w:rsidRDefault="00E46549" w:rsidP="00E46549">
      <w:pPr>
        <w:jc w:val="center"/>
        <w:rPr>
          <w:rFonts w:ascii="Times New Roman" w:hAnsi="Times New Roman" w:cs="Times New Roman"/>
          <w:i/>
          <w:iCs/>
        </w:rPr>
      </w:pPr>
    </w:p>
    <w:p w14:paraId="732478B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ran the operation full dress. The YT carried its forged manifest and ragged crew faces. Selora hammered the false registry into the pirate broker’s feed and waited. For three hours nothing answered; then the broker’s line chirped acceptance—the wreck’s salvage would be taken in by the yard. A small noise broke out in the berths: laughter that tasted like static. The plan held.</w:t>
      </w:r>
    </w:p>
    <w:p w14:paraId="5938A70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Between the drills the men did other, softer things. They fed the children and told them small stories to keep the world from narrowing completely to steel and ledger. Selora made marginal notes on who could be trusted with what; these were not tactics but lifelines—a ledger of human currency not merely fuel. She tracked men who could file code with their eyes closed and boys who could hand a battery with the right knot.</w:t>
      </w:r>
    </w:p>
    <w:p w14:paraId="6D6D872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occupation of their time had a new hierarchy: Element A—the pin—was disciplined and heavy. They learned to make the enemy’s world small and bright with suppression. Element B—the maneuver—was thin and hungry for movement. They learned to exploit that compressed world with motion and edge, not brute stubbornness. Once they learned to move together, the enemy found itself stuck between a wall and a blade that did not need to be loud.</w:t>
      </w:r>
    </w:p>
    <w:p w14:paraId="1DE6861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Darran learned more in these days than in months of reckless anger. He wanted the edge of close work but kept being forced to wait. In one drill he lunged too early; his pistol clicked an empty shame that stung him worse than the reprimand. Verdan’s one word—“Enough”—wrapped around him like a bridle he had to accept. He let the line of suppression hold, watched Rin’s team arc to the flank, and saw the maneuver carve a hole. The prize went to the team that had been patient. Later, he sat with Selora and did not argue. The lesson was a coal he kept to use when needed, not a bonfire for others to be consumed by. The line between pin and maneuver had become creed. The old hunger-doctrine of knives and distance was dead. What they practiced now was movement written in fire — one element pinned the enemy, the other cut them open. Selora wrote it clean in the ledger with recorded details, too: battery counts, refit slot times, the cadence windows they now prized.</w:t>
      </w:r>
    </w:p>
    <w:p w14:paraId="2FB2C658" w14:textId="77777777" w:rsidR="00830533" w:rsidRPr="00E46549" w:rsidRDefault="00000000">
      <w:pPr>
        <w:rPr>
          <w:rFonts w:ascii="Times New Roman" w:hAnsi="Times New Roman" w:cs="Times New Roman"/>
          <w:i/>
          <w:iCs/>
        </w:rPr>
      </w:pPr>
      <w:r w:rsidRPr="00E46549">
        <w:rPr>
          <w:rFonts w:ascii="Times New Roman" w:hAnsi="Times New Roman" w:cs="Times New Roman"/>
          <w:i/>
          <w:iCs/>
          <w:color w:val="000000"/>
        </w:rPr>
        <w:t>Ambush calendar:</w:t>
      </w:r>
    </w:p>
    <w:p w14:paraId="786FFB54" w14:textId="77777777" w:rsidR="00830533" w:rsidRPr="00E46549" w:rsidRDefault="00000000">
      <w:pPr>
        <w:rPr>
          <w:rFonts w:ascii="Times New Roman" w:hAnsi="Times New Roman" w:cs="Times New Roman"/>
          <w:i/>
          <w:iCs/>
        </w:rPr>
      </w:pPr>
      <w:r w:rsidRPr="00E46549">
        <w:rPr>
          <w:rFonts w:ascii="Times New Roman" w:hAnsi="Times New Roman" w:cs="Times New Roman"/>
          <w:i/>
          <w:iCs/>
          <w:color w:val="000000"/>
        </w:rPr>
        <w:t>— Window A: slip cycle — 04:10 weekly (primary).</w:t>
      </w:r>
      <w:r w:rsidRPr="00E46549">
        <w:rPr>
          <w:rFonts w:ascii="Times New Roman" w:hAnsi="Times New Roman" w:cs="Times New Roman"/>
          <w:i/>
          <w:iCs/>
          <w:color w:val="000000"/>
        </w:rPr>
        <w:br/>
        <w:t>— Window B: generator spin-down — 16:40 daily (fallback).</w:t>
      </w:r>
      <w:r w:rsidRPr="00E46549">
        <w:rPr>
          <w:rFonts w:ascii="Times New Roman" w:hAnsi="Times New Roman" w:cs="Times New Roman"/>
          <w:i/>
          <w:iCs/>
          <w:color w:val="000000"/>
        </w:rPr>
        <w:br/>
        <w:t>— Courier cadence: Khalan — 3-day loop (intercept target).*</w:t>
      </w:r>
    </w:p>
    <w:p w14:paraId="7B09ABCA" w14:textId="4725600B" w:rsidR="00830533" w:rsidRPr="00E46549" w:rsidRDefault="00000000">
      <w:pPr>
        <w:rPr>
          <w:rFonts w:ascii="Times New Roman" w:hAnsi="Times New Roman" w:cs="Times New Roman"/>
          <w:i/>
          <w:iCs/>
        </w:rPr>
      </w:pPr>
      <w:r w:rsidRPr="00E46549">
        <w:rPr>
          <w:rFonts w:ascii="Times New Roman" w:hAnsi="Times New Roman" w:cs="Times New Roman"/>
          <w:i/>
          <w:iCs/>
          <w:color w:val="000000"/>
        </w:rPr>
        <w:t xml:space="preserve">Doctrine: Fire pins, flank cuts. </w:t>
      </w:r>
    </w:p>
    <w:p w14:paraId="3D10625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pen’s marks were cold. They were also promises.</w:t>
      </w:r>
    </w:p>
    <w:p w14:paraId="3899641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week forced other changes. Weapons handling changed in the way a man learns a new gait: a different center of gravity, a different rhythm. A man had to count the enemy’s breath and then order his own to match. Fire was not blind consumption but a tool to make motion possible. Element A held arcs steady and long; their job was to create the corridor for a blade to pass without touching it.</w:t>
      </w:r>
    </w:p>
    <w:p w14:paraId="6FA2BBC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the time came for technical rehearsals—circuit swaps, auth rewrites—the techs were bloody and spent but precise. Soot fit an auth signature into a turret node and it answered to a Wolf call sign in the mock setup. The physical act of replacing signature chips was a brutal ballet: hands under heat, code sliding through rigging as if they were swapping masks on a face. They drilled until their hands blistered and the code became muscle memory.</w:t>
      </w:r>
    </w:p>
    <w:p w14:paraId="510B665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the end of the week, Selora closed the ledger and read the final line aloud in the hangar, where coal and coolant and metal scent wrapped them tight.</w:t>
      </w:r>
    </w:p>
    <w:p w14:paraId="3D61DA5E" w14:textId="7FE252E8" w:rsidR="00830533" w:rsidRPr="0032579A" w:rsidRDefault="00000000">
      <w:pPr>
        <w:rPr>
          <w:rFonts w:ascii="Times New Roman" w:hAnsi="Times New Roman" w:cs="Times New Roman"/>
        </w:rPr>
      </w:pPr>
      <w:r w:rsidRPr="00E46549">
        <w:rPr>
          <w:rFonts w:ascii="Times New Roman" w:hAnsi="Times New Roman" w:cs="Times New Roman"/>
          <w:i/>
          <w:iCs/>
          <w:color w:val="000000"/>
        </w:rPr>
        <w:t>Final: Ingress window set — A: 04:10 weekly. Trojan: YT-1210. Objective: yard intact; turrets flipped; logs extracted. Contingency: abort &amp; re-seed rumor if manifest probed. Doctrine: fire &amp; maneuver—pin then flank.</w:t>
      </w:r>
      <w:r w:rsidRPr="0032579A">
        <w:rPr>
          <w:rFonts w:ascii="Times New Roman" w:hAnsi="Times New Roman" w:cs="Times New Roman"/>
          <w:color w:val="000000"/>
        </w:rPr>
        <w:t xml:space="preserve"> </w:t>
      </w:r>
    </w:p>
    <w:p w14:paraId="6E031BE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pack breathed in the order of the words and exhaled their readiness.</w:t>
      </w:r>
    </w:p>
    <w:p w14:paraId="0852E31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Dawn came quiet. Men checked belts as if checking their own ribs. Pilots kissed engines that had been fixed one too many times and strapped helmets on with hands that no longer trembled as much. Darran slotted his rifle and felt the weight of restraint in it—his anger banked like a weapon he kept for an emergency that might never come.</w:t>
      </w:r>
    </w:p>
    <w:p w14:paraId="6EDD8472" w14:textId="15E6E88D"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Verdan did not present himself with chest-thumping speeches. He walked between ready men and let his presence do the work. He set the squads, watching where eyes held and where they faltered, and he let them carry their pieces. His one public command folded the week into motion: “</w:t>
      </w:r>
      <w:r w:rsidR="00E46549">
        <w:rPr>
          <w:rFonts w:ascii="Times New Roman" w:hAnsi="Times New Roman" w:cs="Times New Roman"/>
          <w:color w:val="000000"/>
        </w:rPr>
        <w:t>Let’s</w:t>
      </w:r>
      <w:r w:rsidRPr="0032579A">
        <w:rPr>
          <w:rFonts w:ascii="Times New Roman" w:hAnsi="Times New Roman" w:cs="Times New Roman"/>
          <w:color w:val="000000"/>
        </w:rPr>
        <w:t xml:space="preserve"> go hunting.”</w:t>
      </w:r>
    </w:p>
    <w:p w14:paraId="432F0CF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moved in quiet that carried the weight of a blade. Element A took their places, bodies low and mean, guns angled to make the world of the enemy as small and dull as possible. Element B folded like a shadow, lean and ready to turn the pinned breathing into a broken arc. Selora’s ledger was warm in her hand, the ink fresh in places, and the pack stepped into the dark with a plan that was not about glory but arithmetic: the cost of a day’s work had to return more than the cost of the bodies in the line.</w:t>
      </w:r>
    </w:p>
    <w:p w14:paraId="7F121E3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week had sharpened them. It had rewritten the old code—blasters first, maneuver to finish, knives last. It had taught men to hold fire like a promise and to move like a story that ended with a controlled, efficient silence. They left the hangar with the YT’s pirate paint still black in the ribs and a new creed humming in their boots: pin, flank, wipe. Nothing more. Nothing less.</w:t>
      </w:r>
    </w:p>
    <w:p w14:paraId="0E769999" w14:textId="77777777" w:rsidR="007C76A4" w:rsidRDefault="007C76A4" w:rsidP="007C76A4">
      <w:pPr>
        <w:rPr>
          <w:rFonts w:ascii="Times New Roman" w:hAnsi="Times New Roman" w:cs="Times New Roman"/>
        </w:rPr>
      </w:pPr>
    </w:p>
    <w:p w14:paraId="76EF2977" w14:textId="77777777" w:rsidR="007C76A4" w:rsidRDefault="007C76A4" w:rsidP="007C76A4">
      <w:pPr>
        <w:spacing w:after="0"/>
        <w:jc w:val="center"/>
        <w:rPr>
          <w:rFonts w:ascii="Times New Roman" w:hAnsi="Times New Roman" w:cs="Times New Roman"/>
        </w:rPr>
      </w:pPr>
      <w:r w:rsidRPr="0032579A">
        <w:rPr>
          <w:rFonts w:ascii="Times New Roman" w:hAnsi="Times New Roman" w:cs="Times New Roman"/>
        </w:rPr>
        <w:t>***</w:t>
      </w:r>
    </w:p>
    <w:p w14:paraId="148A942C" w14:textId="77777777" w:rsidR="007C76A4" w:rsidRDefault="007C76A4" w:rsidP="007C76A4">
      <w:pPr>
        <w:spacing w:after="0"/>
        <w:jc w:val="center"/>
        <w:rPr>
          <w:rFonts w:ascii="Times New Roman" w:hAnsi="Times New Roman" w:cs="Times New Roman"/>
        </w:rPr>
      </w:pPr>
    </w:p>
    <w:p w14:paraId="4F3FF4F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YT-1210 drifted through the asteroid field like a sheep limping back to its pen. Scars still marred its hull, streaks of carbon scoring and half-patched welds left visible on purpose. In its wake, the Wolf’s Den and the rest of the fleet lingered just beyond sensor shadow, running cold. Only the freighter moved forward, a lure with teeth hidden in its belly.</w:t>
      </w:r>
    </w:p>
    <w:p w14:paraId="63A5561C" w14:textId="726F517D" w:rsidR="00830533" w:rsidRPr="0032579A" w:rsidRDefault="00000000">
      <w:pPr>
        <w:rPr>
          <w:rFonts w:ascii="Times New Roman" w:hAnsi="Times New Roman" w:cs="Times New Roman"/>
        </w:rPr>
      </w:pPr>
      <w:r w:rsidRPr="0032579A">
        <w:rPr>
          <w:rFonts w:ascii="Times New Roman" w:hAnsi="Times New Roman" w:cs="Times New Roman"/>
          <w:color w:val="000000"/>
        </w:rPr>
        <w:t>Selora stood at the comm station, stylus tapping her datapad in clipped rhythm. “Last burst received from base,” she said, reading the flicker of code from the captured nav core. “Call-sign matches. Pattern correct. If they doubt</w:t>
      </w:r>
      <w:r w:rsidR="007C76A4">
        <w:rPr>
          <w:rFonts w:ascii="Times New Roman" w:hAnsi="Times New Roman" w:cs="Times New Roman"/>
          <w:color w:val="000000"/>
        </w:rPr>
        <w:t xml:space="preserve"> us</w:t>
      </w:r>
      <w:r w:rsidRPr="0032579A">
        <w:rPr>
          <w:rFonts w:ascii="Times New Roman" w:hAnsi="Times New Roman" w:cs="Times New Roman"/>
          <w:color w:val="000000"/>
        </w:rPr>
        <w:t>, they</w:t>
      </w:r>
      <w:r w:rsidR="007C76A4">
        <w:rPr>
          <w:rFonts w:ascii="Times New Roman" w:hAnsi="Times New Roman" w:cs="Times New Roman"/>
          <w:color w:val="000000"/>
        </w:rPr>
        <w:t xml:space="preserve">’ll </w:t>
      </w:r>
      <w:r w:rsidRPr="0032579A">
        <w:rPr>
          <w:rFonts w:ascii="Times New Roman" w:hAnsi="Times New Roman" w:cs="Times New Roman"/>
          <w:color w:val="000000"/>
        </w:rPr>
        <w:t>doubt after docking.”</w:t>
      </w:r>
    </w:p>
    <w:p w14:paraId="58E55AB8" w14:textId="2EE19A5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stood behind her, rifle slung, helmet under one arm. His silence weighed like iron. When he finally spoke, it was simple. “Then we bleed them from </w:t>
      </w:r>
      <w:r w:rsidR="007C76A4">
        <w:rPr>
          <w:rFonts w:ascii="Times New Roman" w:hAnsi="Times New Roman" w:cs="Times New Roman"/>
          <w:color w:val="000000"/>
        </w:rPr>
        <w:t xml:space="preserve">the </w:t>
      </w:r>
      <w:r w:rsidRPr="0032579A">
        <w:rPr>
          <w:rFonts w:ascii="Times New Roman" w:hAnsi="Times New Roman" w:cs="Times New Roman"/>
          <w:color w:val="000000"/>
        </w:rPr>
        <w:t>inside.”</w:t>
      </w:r>
    </w:p>
    <w:p w14:paraId="71D629EB" w14:textId="3D6AF1F8" w:rsidR="00830533" w:rsidRPr="0032579A" w:rsidRDefault="00000000">
      <w:pPr>
        <w:rPr>
          <w:rFonts w:ascii="Times New Roman" w:hAnsi="Times New Roman" w:cs="Times New Roman"/>
        </w:rPr>
      </w:pPr>
      <w:r w:rsidRPr="0032579A">
        <w:rPr>
          <w:rFonts w:ascii="Times New Roman" w:hAnsi="Times New Roman" w:cs="Times New Roman"/>
          <w:color w:val="000000"/>
        </w:rPr>
        <w:t>The Wolves inside the freighter checked weapons one last time. Blaster packs were full. Knives sheathed tight. Grenades clipped to belts. They moved different now — not like a mob of survivors, but like a pack drilled in fire-and-maneuver. One element carried heavier rifles, set to pin. Another kept lighter carbines, ready to flank. Every fighter knew their role</w:t>
      </w:r>
      <w:r w:rsidR="007C76A4">
        <w:rPr>
          <w:rFonts w:ascii="Times New Roman" w:hAnsi="Times New Roman" w:cs="Times New Roman"/>
          <w:color w:val="000000"/>
        </w:rPr>
        <w:t>.</w:t>
      </w:r>
    </w:p>
    <w:p w14:paraId="40131DD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strapped a carbine across his chest, jaw tight. He muttered to Rin, who was quiet as always beside him. “No banners, no noise. Just teeth.” Rin only checked the safety on his pistol, eyes steady. Steadiness mattered more than words.</w:t>
      </w:r>
    </w:p>
    <w:p w14:paraId="386CE2E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asteroid base grew larger in the viewport, its bulk grafted into stone. Gun emplacements jutted from carved rock like thorns, but none turned their way. The YT-1210 passed checkpoints on thruster bursts, broadcasting the right codes, carrying the right scars. A sheep, limping home. The Wolves crouched in silence, ready to turn it into a wolf the moment steel ground against steel.</w:t>
      </w:r>
    </w:p>
    <w:p w14:paraId="44488B6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docking clamps bit. The freighter shuddered. The ramp dropped.</w:t>
      </w:r>
    </w:p>
    <w:p w14:paraId="2E19F5EB" w14:textId="3A4FBB47" w:rsidR="00830533" w:rsidRPr="0032579A" w:rsidRDefault="00000000">
      <w:pPr>
        <w:rPr>
          <w:rFonts w:ascii="Times New Roman" w:hAnsi="Times New Roman" w:cs="Times New Roman"/>
        </w:rPr>
      </w:pPr>
      <w:r w:rsidRPr="0032579A">
        <w:rPr>
          <w:rFonts w:ascii="Times New Roman" w:hAnsi="Times New Roman" w:cs="Times New Roman"/>
          <w:color w:val="000000"/>
        </w:rPr>
        <w:t>The Wolves surged forward — when the ramp fell, they did not look like scavengers or nomads. Forty-two raiders stood in plain Mandalorian steel, helmets dark, plates dull, every man and woman armored</w:t>
      </w:r>
      <w:r w:rsidR="007C76A4">
        <w:rPr>
          <w:rFonts w:ascii="Times New Roman" w:hAnsi="Times New Roman" w:cs="Times New Roman"/>
          <w:color w:val="000000"/>
        </w:rPr>
        <w:t xml:space="preserve">. </w:t>
      </w:r>
      <w:r w:rsidRPr="0032579A">
        <w:rPr>
          <w:rFonts w:ascii="Times New Roman" w:hAnsi="Times New Roman" w:cs="Times New Roman"/>
          <w:color w:val="000000"/>
        </w:rPr>
        <w:t xml:space="preserve">The trade with Clan Drenar had paid out in full weeks earlier, every crate tallied in Selora’s </w:t>
      </w:r>
      <w:r w:rsidR="007C76A4">
        <w:rPr>
          <w:rFonts w:ascii="Times New Roman" w:hAnsi="Times New Roman" w:cs="Times New Roman"/>
          <w:color w:val="000000"/>
        </w:rPr>
        <w:t>data-pad</w:t>
      </w:r>
      <w:r w:rsidRPr="0032579A">
        <w:rPr>
          <w:rFonts w:ascii="Times New Roman" w:hAnsi="Times New Roman" w:cs="Times New Roman"/>
          <w:color w:val="000000"/>
        </w:rPr>
        <w:t>. Plain but complete Mandalorian kits — gray breastplates, vambraces, greaves, and most importantly, helmets with narrow visors that turned survivors into shadows. They were not ornate. No sigils, no colors. Just matte steel cut to function.</w:t>
      </w:r>
    </w:p>
    <w:p w14:paraId="34FC14F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first volley of pirate fire cracked across the hangar, bolts sparking against raised gauntlets and chestplates. Helmets flared with reflected light, but the Wolves did not break. Suppression fire hammered down, armor ringing but holding.</w:t>
      </w:r>
    </w:p>
    <w:p w14:paraId="45BDCE8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“Element A, pin,” Verdan ordered, voice flattened by his helmet’s comm. The Wolves answered as one, rifles barking.</w:t>
      </w:r>
    </w:p>
    <w:p w14:paraId="1DA8053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Blaster fire roared in reply, bolts sparking from armored shoulders, glancing from chestplates. The Wolves crouched low, armored boots ringing as they braced. Behind them, Element B slipped wide, armor muted under scavenged cloaks, rifles leveled.</w:t>
      </w:r>
    </w:p>
    <w:p w14:paraId="51DD5E28" w14:textId="33F72459" w:rsidR="00830533" w:rsidRPr="0032579A" w:rsidRDefault="00000000">
      <w:pPr>
        <w:rPr>
          <w:rFonts w:ascii="Times New Roman" w:hAnsi="Times New Roman" w:cs="Times New Roman"/>
        </w:rPr>
      </w:pPr>
      <w:r w:rsidRPr="0032579A">
        <w:rPr>
          <w:rFonts w:ascii="Times New Roman" w:hAnsi="Times New Roman" w:cs="Times New Roman"/>
          <w:color w:val="000000"/>
        </w:rPr>
        <w:t>Selora advanced at the center of the line, visor dark, pistol steady. The sound of her voice over comms was cold and calm. “</w:t>
      </w:r>
      <w:r w:rsidR="007C76A4">
        <w:rPr>
          <w:rFonts w:ascii="Times New Roman" w:hAnsi="Times New Roman" w:cs="Times New Roman"/>
          <w:color w:val="000000"/>
        </w:rPr>
        <w:t xml:space="preserve">Suppression on the </w:t>
      </w:r>
      <w:r w:rsidRPr="0032579A">
        <w:rPr>
          <w:rFonts w:ascii="Times New Roman" w:hAnsi="Times New Roman" w:cs="Times New Roman"/>
          <w:color w:val="000000"/>
        </w:rPr>
        <w:t>left. Flank right.”</w:t>
      </w:r>
    </w:p>
    <w:p w14:paraId="3472077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flanking element swept wide, armor scraping stone as they moved through service hatches. Their rifles spoke in bursts, measured and clean. Pirates broke under fire that came from two sides at once, some scrambling for cover, others cut down where they stood.</w:t>
      </w:r>
    </w:p>
    <w:p w14:paraId="1594248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One pirate shot struck Darran square in the pauldron. The impact spun him, sparks flaring. He grunted but stayed upright, teeth bared inside his visor. Before he could lunge, Rin’s calm fire dropped the shooter. Darran gave a short, ragged laugh. “Armor holds,” he muttered, then rejoined the line.</w:t>
      </w:r>
    </w:p>
    <w:p w14:paraId="6F4A753B" w14:textId="30F95B7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armor was not invulnerability — two Wolves still fell where bolts struck joints and seams. But for the first time, they could take a volley and answer without breaking stride. Fire-and-maneuver was more than </w:t>
      </w:r>
      <w:r w:rsidR="007C76A4">
        <w:rPr>
          <w:rFonts w:ascii="Times New Roman" w:hAnsi="Times New Roman" w:cs="Times New Roman"/>
          <w:color w:val="000000"/>
        </w:rPr>
        <w:t>tactics</w:t>
      </w:r>
      <w:r w:rsidRPr="0032579A">
        <w:rPr>
          <w:rFonts w:ascii="Times New Roman" w:hAnsi="Times New Roman" w:cs="Times New Roman"/>
          <w:color w:val="000000"/>
        </w:rPr>
        <w:t xml:space="preserve"> now. It was survival made reliable by steel.</w:t>
      </w:r>
    </w:p>
    <w:p w14:paraId="168053FE"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In the corridors, helmets turned the Wolves into faceless shadows. Visors glowed faint under emergency lights, giving the impression of predators advancing through smoke. Pirates fired and fled, unnerved by the uniform, by the silence. They had expected scavengers. What pressed them now was something colder, hungrier, and disciplined.</w:t>
      </w:r>
    </w:p>
    <w:p w14:paraId="0134F56E" w14:textId="77777777" w:rsidR="00987D2C" w:rsidRDefault="00987D2C" w:rsidP="00987D2C">
      <w:pPr>
        <w:rPr>
          <w:rFonts w:ascii="Times New Roman" w:hAnsi="Times New Roman" w:cs="Times New Roman"/>
        </w:rPr>
      </w:pPr>
    </w:p>
    <w:p w14:paraId="67B82831" w14:textId="77777777" w:rsidR="00987D2C" w:rsidRDefault="00987D2C" w:rsidP="00987D2C">
      <w:pPr>
        <w:spacing w:after="0"/>
        <w:jc w:val="center"/>
        <w:rPr>
          <w:rFonts w:ascii="Times New Roman" w:hAnsi="Times New Roman" w:cs="Times New Roman"/>
        </w:rPr>
      </w:pPr>
      <w:r w:rsidRPr="0032579A">
        <w:rPr>
          <w:rFonts w:ascii="Times New Roman" w:hAnsi="Times New Roman" w:cs="Times New Roman"/>
        </w:rPr>
        <w:t>***</w:t>
      </w:r>
    </w:p>
    <w:p w14:paraId="21DEF3A0" w14:textId="77777777" w:rsidR="00987D2C" w:rsidRPr="0032579A" w:rsidRDefault="00987D2C">
      <w:pPr>
        <w:rPr>
          <w:rFonts w:ascii="Times New Roman" w:hAnsi="Times New Roman" w:cs="Times New Roman"/>
        </w:rPr>
      </w:pPr>
    </w:p>
    <w:p w14:paraId="5D9CB68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By the third hour, the base was theirs. The command center fell without glory — the pirate captain shot through the chest, his second throwing down arms before the Wolves even breached. </w:t>
      </w:r>
      <w:r w:rsidRPr="0032579A">
        <w:rPr>
          <w:rFonts w:ascii="Times New Roman" w:hAnsi="Times New Roman" w:cs="Times New Roman"/>
          <w:color w:val="000000"/>
        </w:rPr>
        <w:lastRenderedPageBreak/>
        <w:t>Screens still glowed with traffic schedules, smuggler routes, caches logged with careless pride. Selora’s eyes gleamed cold as she tapped each line into her ledger.</w:t>
      </w:r>
    </w:p>
    <w:p w14:paraId="60124C1A" w14:textId="311F57C3"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“Smuggler runs </w:t>
      </w:r>
      <w:r w:rsidR="00987D2C">
        <w:rPr>
          <w:rFonts w:ascii="Times New Roman" w:hAnsi="Times New Roman" w:cs="Times New Roman"/>
          <w:color w:val="000000"/>
        </w:rPr>
        <w:t xml:space="preserve">are </w:t>
      </w:r>
      <w:r w:rsidRPr="0032579A">
        <w:rPr>
          <w:rFonts w:ascii="Times New Roman" w:hAnsi="Times New Roman" w:cs="Times New Roman"/>
          <w:color w:val="000000"/>
        </w:rPr>
        <w:t xml:space="preserve">marked weekly. Ore, medicine, </w:t>
      </w:r>
      <w:r w:rsidR="00987D2C">
        <w:rPr>
          <w:rFonts w:ascii="Times New Roman" w:hAnsi="Times New Roman" w:cs="Times New Roman"/>
          <w:color w:val="000000"/>
        </w:rPr>
        <w:t xml:space="preserve">and </w:t>
      </w:r>
      <w:r w:rsidRPr="0032579A">
        <w:rPr>
          <w:rFonts w:ascii="Times New Roman" w:hAnsi="Times New Roman" w:cs="Times New Roman"/>
          <w:color w:val="000000"/>
        </w:rPr>
        <w:t xml:space="preserve">weapons. Resupply cadence </w:t>
      </w:r>
      <w:r w:rsidR="006E23F6">
        <w:rPr>
          <w:rFonts w:ascii="Times New Roman" w:hAnsi="Times New Roman" w:cs="Times New Roman"/>
          <w:color w:val="000000"/>
        </w:rPr>
        <w:t xml:space="preserve">is </w:t>
      </w:r>
      <w:r w:rsidRPr="0032579A">
        <w:rPr>
          <w:rFonts w:ascii="Times New Roman" w:hAnsi="Times New Roman" w:cs="Times New Roman"/>
          <w:color w:val="000000"/>
        </w:rPr>
        <w:t>irregular but patterned. Yard logs—” she tapped a side screen</w:t>
      </w:r>
      <w:r w:rsidR="00C053C2" w:rsidRPr="0032579A">
        <w:rPr>
          <w:rFonts w:ascii="Times New Roman" w:hAnsi="Times New Roman" w:cs="Times New Roman"/>
          <w:color w:val="000000"/>
        </w:rPr>
        <w:t>— “</w:t>
      </w:r>
      <w:r w:rsidR="000F10B7">
        <w:rPr>
          <w:rFonts w:ascii="Times New Roman" w:hAnsi="Times New Roman" w:cs="Times New Roman"/>
          <w:color w:val="000000"/>
        </w:rPr>
        <w:t xml:space="preserve">there is a </w:t>
      </w:r>
      <w:r w:rsidRPr="0032579A">
        <w:rPr>
          <w:rFonts w:ascii="Times New Roman" w:hAnsi="Times New Roman" w:cs="Times New Roman"/>
          <w:color w:val="000000"/>
        </w:rPr>
        <w:t xml:space="preserve">berth large enough for a corvette. They’ve serviced three in the past year. </w:t>
      </w:r>
      <w:r w:rsidR="00F0146D">
        <w:rPr>
          <w:rFonts w:ascii="Times New Roman" w:hAnsi="Times New Roman" w:cs="Times New Roman"/>
          <w:color w:val="000000"/>
        </w:rPr>
        <w:t>Better yet this base is large enough to be of us</w:t>
      </w:r>
      <w:r w:rsidRPr="0032579A">
        <w:rPr>
          <w:rFonts w:ascii="Times New Roman" w:hAnsi="Times New Roman" w:cs="Times New Roman"/>
          <w:color w:val="000000"/>
        </w:rPr>
        <w:t xml:space="preserve">e </w:t>
      </w:r>
      <w:r w:rsidR="00F0146D">
        <w:rPr>
          <w:rFonts w:ascii="Times New Roman" w:hAnsi="Times New Roman" w:cs="Times New Roman"/>
          <w:color w:val="000000"/>
        </w:rPr>
        <w:t xml:space="preserve">but small enough we </w:t>
      </w:r>
      <w:r w:rsidRPr="0032579A">
        <w:rPr>
          <w:rFonts w:ascii="Times New Roman" w:hAnsi="Times New Roman" w:cs="Times New Roman"/>
          <w:color w:val="000000"/>
        </w:rPr>
        <w:t>can hold it.”</w:t>
      </w:r>
    </w:p>
    <w:p w14:paraId="38FE681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stood over her shoulder, gaze on the map scrolling across the screen. “Then we hold it. Fortifications stay. Turrets stay. Every crate, every drum, every plate — ours.”</w:t>
      </w:r>
    </w:p>
    <w:p w14:paraId="12EC5B1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Wolves moved with practiced hunger. Crates of rations stacked in cargo bays were hauled aboard freighters. Fuel drums rolled down corridors. Weapons lockers emptied into nets. Even the pirates’ half-built hulls were stripped — coils, drives, shield nodes fed into the Wolves’ hungry hands. What could not be carried was left lashed in marked bundles, bones for the next clan that might stumble close.</w:t>
      </w:r>
    </w:p>
    <w:p w14:paraId="106ED97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the hangar, the Z-95 and Fang fighter — battered prizes from Kalevala — were clamped beside the Buzzards. Mechanics swarmed them with oil-stained hands, voices sharp but focused. The Wolf’s Den herself docked at the asteroid’s outer berth, her scarred hull now sheltered inside stone. For the first time, she could be mended without fear of eyes watching.</w:t>
      </w:r>
    </w:p>
    <w:p w14:paraId="079A9EB4" w14:textId="1834A78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read her </w:t>
      </w:r>
      <w:r w:rsidR="00C053C2">
        <w:rPr>
          <w:rFonts w:ascii="Times New Roman" w:hAnsi="Times New Roman" w:cs="Times New Roman"/>
          <w:color w:val="000000"/>
        </w:rPr>
        <w:t>data-pads balance sheet</w:t>
      </w:r>
      <w:r w:rsidRPr="0032579A">
        <w:rPr>
          <w:rFonts w:ascii="Times New Roman" w:hAnsi="Times New Roman" w:cs="Times New Roman"/>
          <w:color w:val="000000"/>
        </w:rPr>
        <w:t xml:space="preserve"> aloud to the gathered pack.</w:t>
      </w:r>
    </w:p>
    <w:p w14:paraId="51C71065" w14:textId="0AEC4FBD" w:rsidR="00830533" w:rsidRPr="0032579A" w:rsidRDefault="00000000">
      <w:pPr>
        <w:rPr>
          <w:rFonts w:ascii="Times New Roman" w:hAnsi="Times New Roman" w:cs="Times New Roman"/>
        </w:rPr>
      </w:pPr>
      <w:r w:rsidRPr="0032579A">
        <w:rPr>
          <w:rFonts w:ascii="Times New Roman" w:hAnsi="Times New Roman" w:cs="Times New Roman"/>
          <w:color w:val="000000"/>
        </w:rPr>
        <w:t>“Recovered: food crates one-six-nine. Fuel drums eight-four. Medical kits two-three. Spare drives and coils sufficient for freighter refit. Yard facilities: intact. Defenses: turrets operational. Casualties: eight wounded, two dead. Net gain: base secured</w:t>
      </w:r>
      <w:r w:rsidR="00C053C2">
        <w:rPr>
          <w:rFonts w:ascii="Times New Roman" w:hAnsi="Times New Roman" w:cs="Times New Roman"/>
          <w:color w:val="000000"/>
        </w:rPr>
        <w:t xml:space="preserve"> and our balance is in the green.”</w:t>
      </w:r>
    </w:p>
    <w:p w14:paraId="5CCCC49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Her voice did not rise, did not soften. It was steel laid plain.</w:t>
      </w:r>
    </w:p>
    <w:p w14:paraId="369E9CCA" w14:textId="7FECBFD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looked across the bay, his silence falling heavy. “This is no den we </w:t>
      </w:r>
      <w:r w:rsidR="00935938">
        <w:rPr>
          <w:rFonts w:ascii="Times New Roman" w:hAnsi="Times New Roman" w:cs="Times New Roman"/>
          <w:color w:val="000000"/>
        </w:rPr>
        <w:t>come back to.</w:t>
      </w:r>
      <w:r w:rsidRPr="0032579A">
        <w:rPr>
          <w:rFonts w:ascii="Times New Roman" w:hAnsi="Times New Roman" w:cs="Times New Roman"/>
          <w:color w:val="000000"/>
        </w:rPr>
        <w:t xml:space="preserve"> This is more than mere stone. </w:t>
      </w:r>
      <w:r w:rsidR="00935938">
        <w:rPr>
          <w:rFonts w:ascii="Times New Roman" w:hAnsi="Times New Roman" w:cs="Times New Roman"/>
          <w:color w:val="000000"/>
        </w:rPr>
        <w:t>From here we can service our ships, defend our people and strike out</w:t>
      </w:r>
      <w:r w:rsidRPr="0032579A">
        <w:rPr>
          <w:rFonts w:ascii="Times New Roman" w:hAnsi="Times New Roman" w:cs="Times New Roman"/>
          <w:color w:val="000000"/>
        </w:rPr>
        <w:t>.”</w:t>
      </w:r>
    </w:p>
    <w:p w14:paraId="23D16E33" w14:textId="4B33D3D7" w:rsidR="00F60729" w:rsidRDefault="00000000" w:rsidP="00F60729">
      <w:pPr>
        <w:rPr>
          <w:rFonts w:ascii="Times New Roman" w:hAnsi="Times New Roman" w:cs="Times New Roman"/>
          <w:color w:val="000000"/>
        </w:rPr>
      </w:pPr>
      <w:r w:rsidRPr="0032579A">
        <w:rPr>
          <w:rFonts w:ascii="Times New Roman" w:hAnsi="Times New Roman" w:cs="Times New Roman"/>
          <w:color w:val="000000"/>
        </w:rPr>
        <w:t>No cheer rose. The Wolves did not cheer. They only squared shoulders, checked rifles, and went back to work.</w:t>
      </w:r>
    </w:p>
    <w:p w14:paraId="648884DD" w14:textId="77777777" w:rsidR="00F60729" w:rsidRPr="00F60729" w:rsidRDefault="00F60729" w:rsidP="00F60729">
      <w:pPr>
        <w:rPr>
          <w:rFonts w:ascii="Times New Roman" w:hAnsi="Times New Roman" w:cs="Times New Roman"/>
          <w:color w:val="000000"/>
        </w:rPr>
      </w:pPr>
    </w:p>
    <w:p w14:paraId="347D6FB9" w14:textId="77777777" w:rsidR="00F60729" w:rsidRDefault="00F60729" w:rsidP="00F60729">
      <w:pPr>
        <w:spacing w:after="0"/>
        <w:jc w:val="center"/>
        <w:rPr>
          <w:rFonts w:ascii="Times New Roman" w:hAnsi="Times New Roman" w:cs="Times New Roman"/>
        </w:rPr>
      </w:pPr>
      <w:r w:rsidRPr="0032579A">
        <w:rPr>
          <w:rFonts w:ascii="Times New Roman" w:hAnsi="Times New Roman" w:cs="Times New Roman"/>
        </w:rPr>
        <w:t>***</w:t>
      </w:r>
    </w:p>
    <w:p w14:paraId="45C4A3EC" w14:textId="77777777" w:rsidR="00F60729" w:rsidRPr="0032579A" w:rsidRDefault="00F60729">
      <w:pPr>
        <w:rPr>
          <w:rFonts w:ascii="Times New Roman" w:hAnsi="Times New Roman" w:cs="Times New Roman"/>
        </w:rPr>
      </w:pPr>
    </w:p>
    <w:p w14:paraId="3C7644C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For days they stripped, mended, rebuilt. The Wolf’s Den took on plates cut clean, her wounds patched deeper than field repairs allowed. Freighters rotated through the yard, hulls reinforced, engines overhauled. Buzzards received new coils, their shriek tempered into steadier flight.</w:t>
      </w:r>
    </w:p>
    <w:p w14:paraId="2038D4C5" w14:textId="77BA446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Selora’s </w:t>
      </w:r>
      <w:r w:rsidR="00F60729">
        <w:rPr>
          <w:rFonts w:ascii="Times New Roman" w:hAnsi="Times New Roman" w:cs="Times New Roman"/>
          <w:color w:val="000000"/>
        </w:rPr>
        <w:t xml:space="preserve">balance on her data-pad </w:t>
      </w:r>
      <w:r w:rsidRPr="0032579A">
        <w:rPr>
          <w:rFonts w:ascii="Times New Roman" w:hAnsi="Times New Roman" w:cs="Times New Roman"/>
          <w:color w:val="000000"/>
        </w:rPr>
        <w:t>grew thick with new lines: smuggler schedules marked for ambush, supply caches charted in asteroid belts, clans noted as potential debts to</w:t>
      </w:r>
      <w:r w:rsidR="008D7334">
        <w:rPr>
          <w:rFonts w:ascii="Times New Roman" w:hAnsi="Times New Roman" w:cs="Times New Roman"/>
          <w:color w:val="000000"/>
        </w:rPr>
        <w:t xml:space="preserve"> the</w:t>
      </w:r>
      <w:r w:rsidRPr="0032579A">
        <w:rPr>
          <w:rFonts w:ascii="Times New Roman" w:hAnsi="Times New Roman" w:cs="Times New Roman"/>
          <w:color w:val="000000"/>
        </w:rPr>
        <w:t xml:space="preserve"> balance. She weighed every rumor and every stolen code.</w:t>
      </w:r>
    </w:p>
    <w:p w14:paraId="3F473A9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The Wolves learned more than spoils. They learned which smugglers knew of this base, how often they docked, what routes they ran. Selora underlined each in her ledger. Targets: unwary, unknowing. Action: ambush on return. No rumor spread of base’s fall.</w:t>
      </w:r>
    </w:p>
    <w:p w14:paraId="2A9EC4F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base breathed different now. No longer a pirate’s nest, but a wolf’s den carved in stone.</w:t>
      </w:r>
    </w:p>
    <w:p w14:paraId="27F5F31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stood on the command deck, eyes fixed on the dark beyond the viewport. He spoke low, but every man and woman nearby felt the weight of it.</w:t>
      </w:r>
    </w:p>
    <w:p w14:paraId="217CAE20" w14:textId="476DB973" w:rsidR="00830533" w:rsidRPr="0032579A" w:rsidRDefault="00000000">
      <w:pPr>
        <w:rPr>
          <w:rFonts w:ascii="Times New Roman" w:hAnsi="Times New Roman" w:cs="Times New Roman"/>
        </w:rPr>
      </w:pPr>
      <w:r w:rsidRPr="0032579A">
        <w:rPr>
          <w:rFonts w:ascii="Times New Roman" w:hAnsi="Times New Roman" w:cs="Times New Roman"/>
          <w:color w:val="000000"/>
        </w:rPr>
        <w:t>“</w:t>
      </w:r>
      <w:r w:rsidR="00EB4751">
        <w:rPr>
          <w:rFonts w:ascii="Times New Roman" w:hAnsi="Times New Roman" w:cs="Times New Roman"/>
          <w:color w:val="000000"/>
        </w:rPr>
        <w:t>We have teeth her. We can leave more bones in the void as our hunts grow wider</w:t>
      </w:r>
      <w:r w:rsidRPr="0032579A">
        <w:rPr>
          <w:rFonts w:ascii="Times New Roman" w:hAnsi="Times New Roman" w:cs="Times New Roman"/>
          <w:color w:val="000000"/>
        </w:rPr>
        <w:t>.</w:t>
      </w:r>
      <w:r w:rsidR="00F50971">
        <w:rPr>
          <w:rFonts w:ascii="Times New Roman" w:hAnsi="Times New Roman" w:cs="Times New Roman"/>
          <w:color w:val="000000"/>
        </w:rPr>
        <w:t xml:space="preserve"> But others will come to take what they want to be theirs.</w:t>
      </w:r>
      <w:r w:rsidRPr="0032579A">
        <w:rPr>
          <w:rFonts w:ascii="Times New Roman" w:hAnsi="Times New Roman" w:cs="Times New Roman"/>
          <w:color w:val="000000"/>
        </w:rPr>
        <w:t>”</w:t>
      </w:r>
    </w:p>
    <w:p w14:paraId="4730CE80" w14:textId="7FEB151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closed her ledger on the day’s entries, the stylus mark sharp as a blade. “Then let them come. We </w:t>
      </w:r>
      <w:r w:rsidR="004A7639">
        <w:rPr>
          <w:rFonts w:ascii="Times New Roman" w:hAnsi="Times New Roman" w:cs="Times New Roman"/>
          <w:color w:val="000000"/>
        </w:rPr>
        <w:t xml:space="preserve">will </w:t>
      </w:r>
      <w:r w:rsidRPr="0032579A">
        <w:rPr>
          <w:rFonts w:ascii="Times New Roman" w:hAnsi="Times New Roman" w:cs="Times New Roman"/>
          <w:color w:val="000000"/>
        </w:rPr>
        <w:t>waste nothing.”</w:t>
      </w:r>
    </w:p>
    <w:p w14:paraId="366EEC4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Wolves had taken more than a base. They had taken silence, shadow, and the ground from which to shape the next hunt.</w:t>
      </w:r>
    </w:p>
    <w:p w14:paraId="586B2939" w14:textId="5B8403A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And in the asteroid’s dark heart, the Wolves sharpened their creed: fire and maneuver, pin and flank, </w:t>
      </w:r>
      <w:r w:rsidR="00B5030B">
        <w:rPr>
          <w:rFonts w:ascii="Times New Roman" w:hAnsi="Times New Roman" w:cs="Times New Roman"/>
          <w:color w:val="000000"/>
        </w:rPr>
        <w:t>success</w:t>
      </w:r>
      <w:r w:rsidRPr="0032579A">
        <w:rPr>
          <w:rFonts w:ascii="Times New Roman" w:hAnsi="Times New Roman" w:cs="Times New Roman"/>
          <w:color w:val="000000"/>
        </w:rPr>
        <w:t xml:space="preserve"> tallied in blood and steel.</w:t>
      </w:r>
    </w:p>
    <w:p w14:paraId="221949D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new season of raids waited — and the galaxy would not know until too late that the sheep they had marked was a wolf, teeth bared in the shadow of stone.</w:t>
      </w:r>
    </w:p>
    <w:p w14:paraId="54433352" w14:textId="77777777" w:rsidR="00EB4751" w:rsidRDefault="00EB4751" w:rsidP="00EB4751">
      <w:pPr>
        <w:rPr>
          <w:rFonts w:ascii="Times New Roman" w:hAnsi="Times New Roman" w:cs="Times New Roman"/>
        </w:rPr>
      </w:pPr>
    </w:p>
    <w:p w14:paraId="3114C3CE" w14:textId="77777777" w:rsidR="00EB4751" w:rsidRDefault="00EB4751" w:rsidP="00EB4751">
      <w:pPr>
        <w:spacing w:after="0"/>
        <w:jc w:val="center"/>
        <w:rPr>
          <w:rFonts w:ascii="Times New Roman" w:hAnsi="Times New Roman" w:cs="Times New Roman"/>
        </w:rPr>
      </w:pPr>
      <w:r w:rsidRPr="0032579A">
        <w:rPr>
          <w:rFonts w:ascii="Times New Roman" w:hAnsi="Times New Roman" w:cs="Times New Roman"/>
        </w:rPr>
        <w:t>***</w:t>
      </w:r>
    </w:p>
    <w:p w14:paraId="7DB64C24" w14:textId="77777777" w:rsidR="00830533" w:rsidRPr="0032579A" w:rsidRDefault="00830533">
      <w:pPr>
        <w:rPr>
          <w:rFonts w:ascii="Times New Roman" w:hAnsi="Times New Roman" w:cs="Times New Roman"/>
        </w:rPr>
      </w:pPr>
    </w:p>
    <w:p w14:paraId="55940B7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mess was nearly empty when Selora found him. Verdan sat alone at the end of the steel table, armor unbuckled at the chest, helmet resting beside a tin cup. His rifle leaned against the bench, within reach even in fatigue. The lights hummed overhead, pale and tired, casting hard shadows across the plates left cold and forgotten.</w:t>
      </w:r>
    </w:p>
    <w:p w14:paraId="2B88E751" w14:textId="77777777" w:rsidR="00830533" w:rsidRPr="0032579A" w:rsidRDefault="00830533">
      <w:pPr>
        <w:rPr>
          <w:rFonts w:ascii="Times New Roman" w:hAnsi="Times New Roman" w:cs="Times New Roman"/>
        </w:rPr>
      </w:pPr>
    </w:p>
    <w:p w14:paraId="3E1ED768" w14:textId="74AFC69A"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He hadn’t touched the tray in front of him. Bread gone stiff, stew congealed. Numbers still hung in the air — two dead, eight wounded, dozens more who would carry burns and scars. </w:t>
      </w:r>
    </w:p>
    <w:p w14:paraId="403A8779" w14:textId="77777777" w:rsidR="00830533" w:rsidRPr="0032579A" w:rsidRDefault="00830533">
      <w:pPr>
        <w:rPr>
          <w:rFonts w:ascii="Times New Roman" w:hAnsi="Times New Roman" w:cs="Times New Roman"/>
        </w:rPr>
      </w:pPr>
    </w:p>
    <w:p w14:paraId="206C0CD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She set her own tray down across from him with a deliberate clatter. Not hot, not fresh, but food all the same. “Eat,” she said, not as suggestion but as order.</w:t>
      </w:r>
    </w:p>
    <w:p w14:paraId="6C36674E" w14:textId="77777777" w:rsidR="00830533" w:rsidRPr="0032579A" w:rsidRDefault="00830533">
      <w:pPr>
        <w:rPr>
          <w:rFonts w:ascii="Times New Roman" w:hAnsi="Times New Roman" w:cs="Times New Roman"/>
        </w:rPr>
      </w:pPr>
    </w:p>
    <w:p w14:paraId="7E26003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eyes lifted, the cold weight of them steady, unblinking. He could silence a room with that look. But Selora didn’t flinch. She only folded her arms, waiting.</w:t>
      </w:r>
    </w:p>
    <w:p w14:paraId="12E21E29" w14:textId="77777777" w:rsidR="00830533" w:rsidRPr="0032579A" w:rsidRDefault="00830533">
      <w:pPr>
        <w:rPr>
          <w:rFonts w:ascii="Times New Roman" w:hAnsi="Times New Roman" w:cs="Times New Roman"/>
        </w:rPr>
      </w:pPr>
    </w:p>
    <w:p w14:paraId="07ABD3F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last, he picked up the spoon. The stew was tepid, but he ate, measured and quiet. She watched until the bowl was half gone before she touched her own, lifting bread to lips that trembled with exhaustion.</w:t>
      </w:r>
    </w:p>
    <w:p w14:paraId="65EEEEF0" w14:textId="77777777" w:rsidR="00830533" w:rsidRPr="0032579A" w:rsidRDefault="00830533">
      <w:pPr>
        <w:rPr>
          <w:rFonts w:ascii="Times New Roman" w:hAnsi="Times New Roman" w:cs="Times New Roman"/>
        </w:rPr>
      </w:pPr>
    </w:p>
    <w:p w14:paraId="1A5148FA" w14:textId="3B997522" w:rsidR="00830533" w:rsidRPr="0032579A" w:rsidRDefault="00000000">
      <w:pPr>
        <w:rPr>
          <w:rFonts w:ascii="Times New Roman" w:hAnsi="Times New Roman" w:cs="Times New Roman"/>
        </w:rPr>
      </w:pPr>
      <w:r w:rsidRPr="0032579A">
        <w:rPr>
          <w:rFonts w:ascii="Times New Roman" w:hAnsi="Times New Roman" w:cs="Times New Roman"/>
          <w:color w:val="000000"/>
        </w:rPr>
        <w:t>Silence stretched between them, not empty but heavy. The kind of silence that carried what words would only cheapen</w:t>
      </w:r>
      <w:r w:rsidR="002501DC">
        <w:rPr>
          <w:rFonts w:ascii="Times New Roman" w:hAnsi="Times New Roman" w:cs="Times New Roman"/>
          <w:color w:val="000000"/>
        </w:rPr>
        <w:t xml:space="preserve"> it</w:t>
      </w:r>
      <w:r w:rsidRPr="0032579A">
        <w:rPr>
          <w:rFonts w:ascii="Times New Roman" w:hAnsi="Times New Roman" w:cs="Times New Roman"/>
          <w:color w:val="000000"/>
        </w:rPr>
        <w:t>. Verdan’s shoulders eased by a fraction, the line of his jaw softening as he chewed. For a moment, he looked less like the wolf they all followed and more like a man burned by too many days of steel and blood.</w:t>
      </w:r>
    </w:p>
    <w:p w14:paraId="3B6965DA" w14:textId="77777777" w:rsidR="00830533" w:rsidRPr="0032579A" w:rsidRDefault="00830533">
      <w:pPr>
        <w:rPr>
          <w:rFonts w:ascii="Times New Roman" w:hAnsi="Times New Roman" w:cs="Times New Roman"/>
        </w:rPr>
      </w:pPr>
    </w:p>
    <w:p w14:paraId="55753D8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When his bowl was empty, she pushed hers toward him, half untouched. “Finish it,” she murmured.</w:t>
      </w:r>
    </w:p>
    <w:p w14:paraId="0DC63C03" w14:textId="77777777" w:rsidR="00830533" w:rsidRPr="0032579A" w:rsidRDefault="00830533">
      <w:pPr>
        <w:rPr>
          <w:rFonts w:ascii="Times New Roman" w:hAnsi="Times New Roman" w:cs="Times New Roman"/>
        </w:rPr>
      </w:pPr>
    </w:p>
    <w:p w14:paraId="08F8FC0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did. No words, no thanks. Only the briefest pause when his hand brushed hers on the rim of the tray, warm and human. A flicker, unspoken.</w:t>
      </w:r>
    </w:p>
    <w:p w14:paraId="52E8A60D" w14:textId="77777777" w:rsidR="00830533" w:rsidRPr="0032579A" w:rsidRDefault="00830533">
      <w:pPr>
        <w:rPr>
          <w:rFonts w:ascii="Times New Roman" w:hAnsi="Times New Roman" w:cs="Times New Roman"/>
        </w:rPr>
      </w:pPr>
    </w:p>
    <w:p w14:paraId="42372BF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let her head rest against her fist, eyes half-closed, and for the first time in days she allowed her body to fold. “Enough for tonight,” she whispered.</w:t>
      </w:r>
    </w:p>
    <w:p w14:paraId="599DB9FB" w14:textId="77777777" w:rsidR="00830533" w:rsidRPr="0032579A" w:rsidRDefault="00830533">
      <w:pPr>
        <w:rPr>
          <w:rFonts w:ascii="Times New Roman" w:hAnsi="Times New Roman" w:cs="Times New Roman"/>
        </w:rPr>
      </w:pPr>
    </w:p>
    <w:p w14:paraId="12F4AE93" w14:textId="0EA90736"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didn’t argue. He only stayed at the table beside her until she slipped into sleep, her </w:t>
      </w:r>
      <w:r w:rsidR="003E33E4">
        <w:rPr>
          <w:rFonts w:ascii="Times New Roman" w:hAnsi="Times New Roman" w:cs="Times New Roman"/>
          <w:color w:val="000000"/>
        </w:rPr>
        <w:t xml:space="preserve">data-pad </w:t>
      </w:r>
      <w:r w:rsidRPr="0032579A">
        <w:rPr>
          <w:rFonts w:ascii="Times New Roman" w:hAnsi="Times New Roman" w:cs="Times New Roman"/>
          <w:color w:val="000000"/>
        </w:rPr>
        <w:t>resting open at her elbow. For once, the silence between them wasn’t command or strategy. It was care — quiet, simple, human.</w:t>
      </w:r>
    </w:p>
    <w:p w14:paraId="4FD9EF74" w14:textId="77777777" w:rsidR="00830533" w:rsidRPr="0032579A" w:rsidRDefault="00000000">
      <w:pPr>
        <w:rPr>
          <w:rFonts w:ascii="Times New Roman" w:hAnsi="Times New Roman" w:cs="Times New Roman"/>
        </w:rPr>
      </w:pPr>
      <w:r w:rsidRPr="0032579A">
        <w:rPr>
          <w:rFonts w:ascii="Times New Roman" w:hAnsi="Times New Roman" w:cs="Times New Roman"/>
        </w:rPr>
        <w:br w:type="page"/>
      </w:r>
    </w:p>
    <w:p w14:paraId="76C41BDD" w14:textId="77777777" w:rsidR="00830533" w:rsidRPr="0032579A" w:rsidRDefault="00000000">
      <w:pPr>
        <w:pStyle w:val="Heading1"/>
        <w:jc w:val="center"/>
        <w:rPr>
          <w:rFonts w:ascii="Times New Roman" w:hAnsi="Times New Roman" w:cs="Times New Roman"/>
          <w:sz w:val="32"/>
          <w:szCs w:val="32"/>
        </w:rPr>
      </w:pPr>
      <w:r w:rsidRPr="0032579A">
        <w:rPr>
          <w:rFonts w:ascii="Times New Roman" w:hAnsi="Times New Roman" w:cs="Times New Roman"/>
          <w:color w:val="76923C"/>
          <w:sz w:val="32"/>
          <w:szCs w:val="32"/>
        </w:rPr>
        <w:lastRenderedPageBreak/>
        <w:t>Chapter XV — Wolves Among Ashes</w:t>
      </w:r>
    </w:p>
    <w:p w14:paraId="5C6DEE9C" w14:textId="77777777" w:rsidR="00830533" w:rsidRDefault="00000000">
      <w:pPr>
        <w:jc w:val="center"/>
        <w:rPr>
          <w:rFonts w:ascii="Times New Roman" w:hAnsi="Times New Roman" w:cs="Times New Roman"/>
          <w:i/>
        </w:rPr>
      </w:pPr>
      <w:r w:rsidRPr="0032579A">
        <w:rPr>
          <w:rFonts w:ascii="Times New Roman" w:hAnsi="Times New Roman" w:cs="Times New Roman"/>
          <w:i/>
        </w:rPr>
        <w:t>*32 BBY*</w:t>
      </w:r>
    </w:p>
    <w:p w14:paraId="24FFC071" w14:textId="77777777" w:rsidR="0032579A" w:rsidRPr="0032579A" w:rsidRDefault="0032579A">
      <w:pPr>
        <w:jc w:val="center"/>
        <w:rPr>
          <w:rFonts w:ascii="Times New Roman" w:hAnsi="Times New Roman" w:cs="Times New Roman"/>
        </w:rPr>
      </w:pPr>
    </w:p>
    <w:p w14:paraId="27E2411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Four months had passed since the pirate base fell. In that time, the Wolves changed. They grew, hardened, and began to look less like scattered survivors and more like something dangerous.</w:t>
      </w:r>
    </w:p>
    <w:p w14:paraId="2DE90DDE" w14:textId="726EC994" w:rsidR="00830533" w:rsidRPr="0032579A" w:rsidRDefault="00000000">
      <w:pPr>
        <w:rPr>
          <w:rFonts w:ascii="Times New Roman" w:hAnsi="Times New Roman" w:cs="Times New Roman"/>
        </w:rPr>
      </w:pPr>
      <w:r w:rsidRPr="0032579A">
        <w:rPr>
          <w:rFonts w:ascii="Times New Roman" w:hAnsi="Times New Roman" w:cs="Times New Roman"/>
          <w:color w:val="000000"/>
        </w:rPr>
        <w:t>Two villages</w:t>
      </w:r>
      <w:r w:rsidR="00C27D75">
        <w:rPr>
          <w:rFonts w:ascii="Times New Roman" w:hAnsi="Times New Roman" w:cs="Times New Roman"/>
          <w:color w:val="000000"/>
        </w:rPr>
        <w:t>, near dome cities</w:t>
      </w:r>
      <w:r w:rsidRPr="0032579A">
        <w:rPr>
          <w:rFonts w:ascii="Times New Roman" w:hAnsi="Times New Roman" w:cs="Times New Roman"/>
          <w:color w:val="000000"/>
        </w:rPr>
        <w:t>, worn down by pirate raids and starvation, threw in with them during trade runs. They brought tools, farmers, and half-empty storerooms. Not warriors, but people willing to work. The Wolves fed them, put rifles in their hands, and taught them enough to survive.</w:t>
      </w:r>
    </w:p>
    <w:p w14:paraId="60C5CA13" w14:textId="76480986" w:rsidR="00830533" w:rsidRPr="0032579A" w:rsidRDefault="00000000">
      <w:pPr>
        <w:rPr>
          <w:rFonts w:ascii="Times New Roman" w:hAnsi="Times New Roman" w:cs="Times New Roman"/>
        </w:rPr>
      </w:pPr>
      <w:r w:rsidRPr="0032579A">
        <w:rPr>
          <w:rFonts w:ascii="Times New Roman" w:hAnsi="Times New Roman" w:cs="Times New Roman"/>
          <w:color w:val="000000"/>
        </w:rPr>
        <w:t>Then came the broken clan. Seventy-five in all, led by Keldar Voss—a young chieftain scarred by battles and betrayal, too proud to kneel to Death Watch. Half his people still carried beskar, dented but serviceable. They came with a battered Kom’rak transport and three Fang fighters, and with them came legitimacy. For the first time, the Wolves were not just outsiders with ships; they were joined by</w:t>
      </w:r>
      <w:r w:rsidR="00F927CA">
        <w:rPr>
          <w:rFonts w:ascii="Times New Roman" w:hAnsi="Times New Roman" w:cs="Times New Roman"/>
          <w:color w:val="000000"/>
        </w:rPr>
        <w:t xml:space="preserve"> other</w:t>
      </w:r>
      <w:r w:rsidRPr="0032579A">
        <w:rPr>
          <w:rFonts w:ascii="Times New Roman" w:hAnsi="Times New Roman" w:cs="Times New Roman"/>
          <w:color w:val="000000"/>
        </w:rPr>
        <w:t xml:space="preserve"> Mandalorians who had chosen their banner.</w:t>
      </w:r>
    </w:p>
    <w:p w14:paraId="1EE61F3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Raids did the rest. A second HWK-290, a Barloz freighter, a captured Gozanti cruiser with two Buzzards intact, three more Z-95 Headhunters, a YT-1760, and an ST-70 assault ship stolen from a careless bounty hunter. Whatever could fly was patched and pressed into service. Whatever couldn’t was stripped for parts, down to the plating and wiring. Nothing wasted.</w:t>
      </w:r>
    </w:p>
    <w:p w14:paraId="7D48FC9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swelling fleet could no longer be run as scattered ships. Verdan broke it into three wolfpacks and placed each under captains he trusted. Survivors who had proven steady under fire, men and women who understood cost.</w:t>
      </w:r>
    </w:p>
    <w:p w14:paraId="740F04BE" w14:textId="42D83D0B" w:rsidR="00830533" w:rsidRPr="0032579A" w:rsidRDefault="00000000">
      <w:pPr>
        <w:rPr>
          <w:rFonts w:ascii="Times New Roman" w:hAnsi="Times New Roman" w:cs="Times New Roman"/>
        </w:rPr>
      </w:pPr>
      <w:r w:rsidRPr="0032579A">
        <w:rPr>
          <w:rFonts w:ascii="Times New Roman" w:hAnsi="Times New Roman" w:cs="Times New Roman"/>
          <w:color w:val="000000"/>
        </w:rPr>
        <w:t>Wolfpack One carried the Cumulus corvette, Wolf</w:t>
      </w:r>
      <w:r w:rsidR="00602650">
        <w:rPr>
          <w:rFonts w:ascii="Times New Roman" w:hAnsi="Times New Roman" w:cs="Times New Roman"/>
          <w:color w:val="000000"/>
        </w:rPr>
        <w:t>’s</w:t>
      </w:r>
      <w:r w:rsidRPr="0032579A">
        <w:rPr>
          <w:rFonts w:ascii="Times New Roman" w:hAnsi="Times New Roman" w:cs="Times New Roman"/>
          <w:color w:val="000000"/>
        </w:rPr>
        <w:t xml:space="preserve"> Den, with a HWK-290 and four Buzzard fighters. Their role was not endless battle but the Wolves’ word made good: clearing pirate haunts, shadowing trade convoys, and leaving behind salvageable wrecks—bones—for the clans who traded loyalty for protection.</w:t>
      </w:r>
    </w:p>
    <w:p w14:paraId="7F35EFC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Wolfpack Two formed around the Barloz, backed by the, now repainted, YT-1210 and two Z-95s. It was the hauler pack, the workhorse that dragged home bulk salvage and heavy prizes.</w:t>
      </w:r>
    </w:p>
    <w:p w14:paraId="4CF291A4" w14:textId="31C7801D" w:rsidR="00830533" w:rsidRPr="0032579A" w:rsidRDefault="00000000">
      <w:pPr>
        <w:rPr>
          <w:rFonts w:ascii="Times New Roman" w:hAnsi="Times New Roman" w:cs="Times New Roman"/>
        </w:rPr>
      </w:pPr>
      <w:r w:rsidRPr="0032579A">
        <w:rPr>
          <w:rFonts w:ascii="Times New Roman" w:hAnsi="Times New Roman" w:cs="Times New Roman"/>
          <w:color w:val="000000"/>
        </w:rPr>
        <w:t>Wolfpack Three was the hammer, with the captured Gozanti, a HWK-290, the ST-70, and two Z-95s. Their task was disabling larger prey and towing it screaming back to base.</w:t>
      </w:r>
    </w:p>
    <w:p w14:paraId="10CA1E6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Theta shuttle and YT-1760 were never assigned to combat. They ran as merchant haulers, carrying forged manifests and false names along smuggler lanes. Where raiders would be hunted, merchants could slip through. The Wolves wore both faces.</w:t>
      </w:r>
    </w:p>
    <w:p w14:paraId="34FCA5B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Kom’rak transport and its Fang escorts stayed close to the captured base. They augmented the Wolves static defense, as fast interceptors, and the giving them confidence that the hub would not be left undefended when wolfpacks roamed.</w:t>
      </w:r>
    </w:p>
    <w:p w14:paraId="5B6D3617" w14:textId="4784E455"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 xml:space="preserve">Inside the base, a command circle began to take shape. Verdan remained at the center, but he no longer carried everything himself. Selora built a small staff of </w:t>
      </w:r>
      <w:r w:rsidR="001A6E6C">
        <w:rPr>
          <w:rFonts w:ascii="Times New Roman" w:hAnsi="Times New Roman" w:cs="Times New Roman"/>
          <w:color w:val="000000"/>
        </w:rPr>
        <w:t>book</w:t>
      </w:r>
      <w:r w:rsidRPr="0032579A">
        <w:rPr>
          <w:rFonts w:ascii="Times New Roman" w:hAnsi="Times New Roman" w:cs="Times New Roman"/>
          <w:color w:val="000000"/>
        </w:rPr>
        <w:t>-keepers to track fuel, food, and supplies. Hale</w:t>
      </w:r>
      <w:r w:rsidR="00832C21">
        <w:rPr>
          <w:rFonts w:ascii="Times New Roman" w:hAnsi="Times New Roman" w:cs="Times New Roman"/>
          <w:color w:val="000000"/>
        </w:rPr>
        <w:t xml:space="preserve">, once a pilot, now </w:t>
      </w:r>
      <w:r w:rsidRPr="0032579A">
        <w:rPr>
          <w:rFonts w:ascii="Times New Roman" w:hAnsi="Times New Roman" w:cs="Times New Roman"/>
          <w:color w:val="000000"/>
        </w:rPr>
        <w:t>gathered slicers and salvagers</w:t>
      </w:r>
      <w:r w:rsidR="00832C21">
        <w:rPr>
          <w:rFonts w:ascii="Times New Roman" w:hAnsi="Times New Roman" w:cs="Times New Roman"/>
          <w:color w:val="000000"/>
        </w:rPr>
        <w:t xml:space="preserve"> like Tirla and formed them</w:t>
      </w:r>
      <w:r w:rsidRPr="0032579A">
        <w:rPr>
          <w:rFonts w:ascii="Times New Roman" w:hAnsi="Times New Roman" w:cs="Times New Roman"/>
          <w:color w:val="000000"/>
        </w:rPr>
        <w:t xml:space="preserve"> into a signals unit that sifted the noise of the sector for threats and prey. Keldar Voss took a seat at the table and spoke for his people, his voice calm and blunt.</w:t>
      </w:r>
    </w:p>
    <w:p w14:paraId="07C0F271" w14:textId="5C6758FF"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Doctrine followed. Verdan bound </w:t>
      </w:r>
      <w:r w:rsidR="00C43D1B">
        <w:rPr>
          <w:rFonts w:ascii="Times New Roman" w:hAnsi="Times New Roman" w:cs="Times New Roman"/>
          <w:color w:val="000000"/>
        </w:rPr>
        <w:t>survival</w:t>
      </w:r>
      <w:r w:rsidRPr="0032579A">
        <w:rPr>
          <w:rFonts w:ascii="Times New Roman" w:hAnsi="Times New Roman" w:cs="Times New Roman"/>
          <w:color w:val="000000"/>
        </w:rPr>
        <w:t xml:space="preserve"> into words</w:t>
      </w:r>
      <w:r w:rsidR="00C43D1B">
        <w:rPr>
          <w:rFonts w:ascii="Times New Roman" w:hAnsi="Times New Roman" w:cs="Times New Roman"/>
          <w:color w:val="000000"/>
        </w:rPr>
        <w:t xml:space="preserve">. </w:t>
      </w:r>
      <w:r w:rsidRPr="0032579A">
        <w:rPr>
          <w:rFonts w:ascii="Times New Roman" w:hAnsi="Times New Roman" w:cs="Times New Roman"/>
          <w:color w:val="000000"/>
        </w:rPr>
        <w:t>The rules were simple: strike fast, waste nothing, never bleed for pride, and make tomorrow stronger than today. The Wolves carried them as though they were scripture.</w:t>
      </w:r>
    </w:p>
    <w:p w14:paraId="1021839D" w14:textId="171140C1"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Strength brought hunger. More mouths to feed, more hulls to keep flying, more weapons to arm. Victories bought time, but never safety. Selora’s </w:t>
      </w:r>
      <w:r w:rsidR="00BE3D2C">
        <w:rPr>
          <w:rFonts w:ascii="Times New Roman" w:hAnsi="Times New Roman" w:cs="Times New Roman"/>
          <w:color w:val="000000"/>
        </w:rPr>
        <w:t xml:space="preserve">balances </w:t>
      </w:r>
      <w:r w:rsidRPr="0032579A">
        <w:rPr>
          <w:rFonts w:ascii="Times New Roman" w:hAnsi="Times New Roman" w:cs="Times New Roman"/>
          <w:color w:val="000000"/>
        </w:rPr>
        <w:t xml:space="preserve">showed the strain. Hale’s intercepts promised </w:t>
      </w:r>
      <w:r w:rsidR="00BE3D2C">
        <w:rPr>
          <w:rFonts w:ascii="Times New Roman" w:hAnsi="Times New Roman" w:cs="Times New Roman"/>
          <w:color w:val="000000"/>
        </w:rPr>
        <w:t>both opportunity and danger</w:t>
      </w:r>
      <w:r w:rsidRPr="0032579A">
        <w:rPr>
          <w:rFonts w:ascii="Times New Roman" w:hAnsi="Times New Roman" w:cs="Times New Roman"/>
          <w:color w:val="000000"/>
        </w:rPr>
        <w:t xml:space="preserve">. And Keldar Voss said it aloud: </w:t>
      </w:r>
      <w:r w:rsidR="00BE3D2C">
        <w:rPr>
          <w:rFonts w:ascii="Times New Roman" w:hAnsi="Times New Roman" w:cs="Times New Roman"/>
          <w:color w:val="000000"/>
        </w:rPr>
        <w:t>“I</w:t>
      </w:r>
      <w:r w:rsidRPr="0032579A">
        <w:rPr>
          <w:rFonts w:ascii="Times New Roman" w:hAnsi="Times New Roman" w:cs="Times New Roman"/>
          <w:color w:val="000000"/>
        </w:rPr>
        <w:t xml:space="preserve">f the </w:t>
      </w:r>
      <w:r w:rsidR="00BE3D2C">
        <w:rPr>
          <w:rFonts w:ascii="Times New Roman" w:hAnsi="Times New Roman" w:cs="Times New Roman"/>
          <w:color w:val="000000"/>
        </w:rPr>
        <w:t>we</w:t>
      </w:r>
      <w:r w:rsidRPr="0032579A">
        <w:rPr>
          <w:rFonts w:ascii="Times New Roman" w:hAnsi="Times New Roman" w:cs="Times New Roman"/>
          <w:color w:val="000000"/>
        </w:rPr>
        <w:t xml:space="preserve"> </w:t>
      </w:r>
      <w:r w:rsidR="00BE3D2C" w:rsidRPr="0032579A">
        <w:rPr>
          <w:rFonts w:ascii="Times New Roman" w:hAnsi="Times New Roman" w:cs="Times New Roman"/>
          <w:color w:val="000000"/>
        </w:rPr>
        <w:t>c</w:t>
      </w:r>
      <w:r w:rsidR="00BE3D2C">
        <w:rPr>
          <w:rFonts w:ascii="Times New Roman" w:hAnsi="Times New Roman" w:cs="Times New Roman"/>
          <w:color w:val="000000"/>
        </w:rPr>
        <w:t>an</w:t>
      </w:r>
      <w:r w:rsidR="00BE3D2C" w:rsidRPr="0032579A">
        <w:rPr>
          <w:rFonts w:ascii="Times New Roman" w:hAnsi="Times New Roman" w:cs="Times New Roman"/>
          <w:color w:val="000000"/>
        </w:rPr>
        <w:t>not</w:t>
      </w:r>
      <w:r w:rsidRPr="0032579A">
        <w:rPr>
          <w:rFonts w:ascii="Times New Roman" w:hAnsi="Times New Roman" w:cs="Times New Roman"/>
          <w:color w:val="000000"/>
        </w:rPr>
        <w:t xml:space="preserve"> balance what </w:t>
      </w:r>
      <w:r w:rsidR="00BE3D2C">
        <w:rPr>
          <w:rFonts w:ascii="Times New Roman" w:hAnsi="Times New Roman" w:cs="Times New Roman"/>
          <w:color w:val="000000"/>
        </w:rPr>
        <w:t>we</w:t>
      </w:r>
      <w:r w:rsidRPr="0032579A">
        <w:rPr>
          <w:rFonts w:ascii="Times New Roman" w:hAnsi="Times New Roman" w:cs="Times New Roman"/>
          <w:color w:val="000000"/>
        </w:rPr>
        <w:t xml:space="preserve"> t</w:t>
      </w:r>
      <w:r w:rsidR="00BE3D2C">
        <w:rPr>
          <w:rFonts w:ascii="Times New Roman" w:hAnsi="Times New Roman" w:cs="Times New Roman"/>
          <w:color w:val="000000"/>
        </w:rPr>
        <w:t>ake</w:t>
      </w:r>
      <w:r w:rsidRPr="0032579A">
        <w:rPr>
          <w:rFonts w:ascii="Times New Roman" w:hAnsi="Times New Roman" w:cs="Times New Roman"/>
          <w:color w:val="000000"/>
        </w:rPr>
        <w:t xml:space="preserve"> against what </w:t>
      </w:r>
      <w:r w:rsidR="00BE3D2C">
        <w:rPr>
          <w:rFonts w:ascii="Times New Roman" w:hAnsi="Times New Roman" w:cs="Times New Roman"/>
          <w:color w:val="000000"/>
        </w:rPr>
        <w:t>we</w:t>
      </w:r>
      <w:r w:rsidRPr="0032579A">
        <w:rPr>
          <w:rFonts w:ascii="Times New Roman" w:hAnsi="Times New Roman" w:cs="Times New Roman"/>
          <w:color w:val="000000"/>
        </w:rPr>
        <w:t xml:space="preserve"> consum</w:t>
      </w:r>
      <w:r w:rsidR="00BE3D2C">
        <w:rPr>
          <w:rFonts w:ascii="Times New Roman" w:hAnsi="Times New Roman" w:cs="Times New Roman"/>
          <w:color w:val="000000"/>
        </w:rPr>
        <w:t>e</w:t>
      </w:r>
      <w:r w:rsidRPr="0032579A">
        <w:rPr>
          <w:rFonts w:ascii="Times New Roman" w:hAnsi="Times New Roman" w:cs="Times New Roman"/>
          <w:color w:val="000000"/>
        </w:rPr>
        <w:t xml:space="preserve">, </w:t>
      </w:r>
      <w:r w:rsidR="00BE3D2C">
        <w:rPr>
          <w:rFonts w:ascii="Times New Roman" w:hAnsi="Times New Roman" w:cs="Times New Roman"/>
          <w:color w:val="000000"/>
        </w:rPr>
        <w:t>we</w:t>
      </w:r>
      <w:r w:rsidRPr="0032579A">
        <w:rPr>
          <w:rFonts w:ascii="Times New Roman" w:hAnsi="Times New Roman" w:cs="Times New Roman"/>
          <w:color w:val="000000"/>
        </w:rPr>
        <w:t xml:space="preserve"> w</w:t>
      </w:r>
      <w:r w:rsidR="00BE3D2C">
        <w:rPr>
          <w:rFonts w:ascii="Times New Roman" w:hAnsi="Times New Roman" w:cs="Times New Roman"/>
          <w:color w:val="000000"/>
        </w:rPr>
        <w:t>ill</w:t>
      </w:r>
      <w:r w:rsidRPr="0032579A">
        <w:rPr>
          <w:rFonts w:ascii="Times New Roman" w:hAnsi="Times New Roman" w:cs="Times New Roman"/>
          <w:color w:val="000000"/>
        </w:rPr>
        <w:t xml:space="preserve"> devour </w:t>
      </w:r>
      <w:r w:rsidR="00BE3D2C">
        <w:rPr>
          <w:rFonts w:ascii="Times New Roman" w:hAnsi="Times New Roman" w:cs="Times New Roman"/>
          <w:color w:val="000000"/>
        </w:rPr>
        <w:t>our</w:t>
      </w:r>
      <w:r w:rsidR="00BE3D2C" w:rsidRPr="0032579A">
        <w:rPr>
          <w:rFonts w:ascii="Times New Roman" w:hAnsi="Times New Roman" w:cs="Times New Roman"/>
          <w:color w:val="000000"/>
        </w:rPr>
        <w:t>selves</w:t>
      </w:r>
      <w:r w:rsidRPr="0032579A">
        <w:rPr>
          <w:rFonts w:ascii="Times New Roman" w:hAnsi="Times New Roman" w:cs="Times New Roman"/>
          <w:color w:val="000000"/>
        </w:rPr>
        <w:t xml:space="preserve"> long before </w:t>
      </w:r>
      <w:r w:rsidR="00BE3D2C">
        <w:rPr>
          <w:rFonts w:ascii="Times New Roman" w:hAnsi="Times New Roman" w:cs="Times New Roman"/>
          <w:color w:val="000000"/>
        </w:rPr>
        <w:t xml:space="preserve">the </w:t>
      </w:r>
      <w:r w:rsidRPr="0032579A">
        <w:rPr>
          <w:rFonts w:ascii="Times New Roman" w:hAnsi="Times New Roman" w:cs="Times New Roman"/>
          <w:color w:val="000000"/>
        </w:rPr>
        <w:t xml:space="preserve">Death Watch </w:t>
      </w:r>
      <w:r w:rsidR="00BE3D2C">
        <w:rPr>
          <w:rFonts w:ascii="Times New Roman" w:hAnsi="Times New Roman" w:cs="Times New Roman"/>
          <w:color w:val="000000"/>
        </w:rPr>
        <w:t>or others strike us down</w:t>
      </w:r>
      <w:r w:rsidRPr="0032579A">
        <w:rPr>
          <w:rFonts w:ascii="Times New Roman" w:hAnsi="Times New Roman" w:cs="Times New Roman"/>
          <w:color w:val="000000"/>
        </w:rPr>
        <w:t>.</w:t>
      </w:r>
      <w:r w:rsidR="00BE3D2C">
        <w:rPr>
          <w:rFonts w:ascii="Times New Roman" w:hAnsi="Times New Roman" w:cs="Times New Roman"/>
          <w:color w:val="000000"/>
        </w:rPr>
        <w:t>”</w:t>
      </w:r>
    </w:p>
    <w:p w14:paraId="70C2D81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Four months after the pirate base fell, the Wolves had teeth, numbers, and discipline. But a pack with only teeth was a terror that passed in the night. If they were to last, they needed a den.</w:t>
      </w:r>
    </w:p>
    <w:p w14:paraId="7DE954E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Wolves were no longer just Verdan’s shadow. They had lieutenants, quartermasters, and signalmen. They had the beginnings of a structure that could endure.</w:t>
      </w:r>
    </w:p>
    <w:p w14:paraId="0BEDF133" w14:textId="77777777" w:rsidR="00BE3D2C" w:rsidRDefault="00BE3D2C" w:rsidP="00BE3D2C">
      <w:pPr>
        <w:rPr>
          <w:rFonts w:ascii="Times New Roman" w:hAnsi="Times New Roman" w:cs="Times New Roman"/>
        </w:rPr>
      </w:pPr>
    </w:p>
    <w:p w14:paraId="424AF723" w14:textId="77777777" w:rsidR="00BE3D2C" w:rsidRDefault="00BE3D2C" w:rsidP="00BE3D2C">
      <w:pPr>
        <w:spacing w:after="0"/>
        <w:jc w:val="center"/>
        <w:rPr>
          <w:rFonts w:ascii="Times New Roman" w:hAnsi="Times New Roman" w:cs="Times New Roman"/>
        </w:rPr>
      </w:pPr>
      <w:r w:rsidRPr="0032579A">
        <w:rPr>
          <w:rFonts w:ascii="Times New Roman" w:hAnsi="Times New Roman" w:cs="Times New Roman"/>
        </w:rPr>
        <w:t>***</w:t>
      </w:r>
    </w:p>
    <w:p w14:paraId="4D033133" w14:textId="77777777" w:rsidR="00BE3D2C" w:rsidRDefault="00BE3D2C" w:rsidP="00BE3D2C">
      <w:pPr>
        <w:spacing w:after="0"/>
        <w:jc w:val="center"/>
        <w:rPr>
          <w:rFonts w:ascii="Times New Roman" w:hAnsi="Times New Roman" w:cs="Times New Roman"/>
        </w:rPr>
      </w:pPr>
    </w:p>
    <w:p w14:paraId="6F66CBD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arrival of Keldar Voss’s people had changed everything and was anything but smooth.</w:t>
      </w:r>
    </w:p>
    <w:p w14:paraId="55A7093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came scarred and hollow-eyed, armor battered, weapons old but still cared for. Half of them still bore the iron of Mandalore on their shoulders, the other half carried children and burdens heavier than packs. They brought discipline and steel, but also grief. In the hangars of the captured base, the Wolves and the clan faced each other in uneasy silence, strangers bound by necessity.</w:t>
      </w:r>
    </w:p>
    <w:p w14:paraId="0419649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Some of the clan’s warriors bristled at the idea of serving under Verdan. Mandalorians had always fought under their own banners, never at the call of outsiders. And some of the Wolves—smugglers, exiles, and survivors—met that pride with suspicion of their own. For weeks, every shared hall felt tight with tension.</w:t>
      </w:r>
    </w:p>
    <w:p w14:paraId="5D35A882" w14:textId="0CBE89B8" w:rsidR="00830533" w:rsidRPr="0032579A" w:rsidRDefault="00000000">
      <w:pPr>
        <w:rPr>
          <w:rFonts w:ascii="Times New Roman" w:hAnsi="Times New Roman" w:cs="Times New Roman"/>
        </w:rPr>
      </w:pPr>
      <w:r w:rsidRPr="0032579A">
        <w:rPr>
          <w:rFonts w:ascii="Times New Roman" w:hAnsi="Times New Roman" w:cs="Times New Roman"/>
          <w:color w:val="000000"/>
        </w:rPr>
        <w:t>It was Selora who began smoothing the edges. She had no patience for boasting. She sat with Voss and his captains, ledger in hand, and showed them how much food and fuel their ships would need, how much the Wolves already stretched to cover them. There was no argument in her voice, only arithmetic. “If you want</w:t>
      </w:r>
      <w:r w:rsidR="00BE3D2C">
        <w:rPr>
          <w:rFonts w:ascii="Times New Roman" w:hAnsi="Times New Roman" w:cs="Times New Roman"/>
          <w:color w:val="000000"/>
        </w:rPr>
        <w:t xml:space="preserve"> a</w:t>
      </w:r>
      <w:r w:rsidRPr="0032579A">
        <w:rPr>
          <w:rFonts w:ascii="Times New Roman" w:hAnsi="Times New Roman" w:cs="Times New Roman"/>
          <w:color w:val="000000"/>
        </w:rPr>
        <w:t xml:space="preserve"> tomorrow,” she said, “then we </w:t>
      </w:r>
      <w:r w:rsidR="00BE3D2C">
        <w:rPr>
          <w:rFonts w:ascii="Times New Roman" w:hAnsi="Times New Roman" w:cs="Times New Roman"/>
          <w:color w:val="000000"/>
        </w:rPr>
        <w:t xml:space="preserve">must </w:t>
      </w:r>
      <w:r w:rsidRPr="0032579A">
        <w:rPr>
          <w:rFonts w:ascii="Times New Roman" w:hAnsi="Times New Roman" w:cs="Times New Roman"/>
          <w:color w:val="000000"/>
        </w:rPr>
        <w:t xml:space="preserve">fight for </w:t>
      </w:r>
      <w:r w:rsidR="00BE3D2C">
        <w:rPr>
          <w:rFonts w:ascii="Times New Roman" w:hAnsi="Times New Roman" w:cs="Times New Roman"/>
          <w:color w:val="000000"/>
        </w:rPr>
        <w:t xml:space="preserve">a </w:t>
      </w:r>
      <w:r w:rsidRPr="0032579A">
        <w:rPr>
          <w:rFonts w:ascii="Times New Roman" w:hAnsi="Times New Roman" w:cs="Times New Roman"/>
          <w:color w:val="000000"/>
        </w:rPr>
        <w:t>tomorrow. Glory doesn’t feed anyone.”</w:t>
      </w:r>
    </w:p>
    <w:p w14:paraId="6E8E7C6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Rin took a different path. She sparred with their warriors in the practice halls. Blades, rifles, bare fists. She did not boast, she did not taunt—she only fought, efficient and unyielding, until even the proudest of them admitted respect.</w:t>
      </w:r>
    </w:p>
    <w:p w14:paraId="6B46B0C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 spoke least, but when tempers flared, he cut through with words sharp and plain. “You think honor feeds children? You think pride keeps hulls flying? We live because we waste nothing. If that shames you, then starve.” His bluntness silenced more arguments than any drawn blade.</w:t>
      </w:r>
    </w:p>
    <w:p w14:paraId="11F9128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Keldar Voss himself surprised them all. He listened more than he spoke. When he did speak, his voice was steady and cold, stripped of bravado. “My people are tired of watching their children buried. If this ‘pack’ you speak of keeps them alive, then they will fight as wolves.”</w:t>
      </w:r>
    </w:p>
    <w:p w14:paraId="1B4849C4" w14:textId="2641DA72"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Verdan answered with action. He called the commanders together in the base’s war hall, maps and ship manifests scattered across the table. For the first time, he spoke of doctrine not as instinct but as law. Combined arms. Coordinated strikes. Each pack a weapon with many edges. He </w:t>
      </w:r>
      <w:r w:rsidR="00BE3D2C">
        <w:rPr>
          <w:rFonts w:ascii="Times New Roman" w:hAnsi="Times New Roman" w:cs="Times New Roman"/>
          <w:color w:val="000000"/>
        </w:rPr>
        <w:t>spoke quietly</w:t>
      </w:r>
      <w:r w:rsidRPr="0032579A">
        <w:rPr>
          <w:rFonts w:ascii="Times New Roman" w:hAnsi="Times New Roman" w:cs="Times New Roman"/>
          <w:color w:val="000000"/>
        </w:rPr>
        <w:t xml:space="preserve">. “These are not suggestions. These </w:t>
      </w:r>
      <w:r w:rsidR="00BE3D2C">
        <w:rPr>
          <w:rFonts w:ascii="Times New Roman" w:hAnsi="Times New Roman" w:cs="Times New Roman"/>
          <w:color w:val="000000"/>
        </w:rPr>
        <w:t xml:space="preserve">methods </w:t>
      </w:r>
      <w:r w:rsidRPr="0032579A">
        <w:rPr>
          <w:rFonts w:ascii="Times New Roman" w:hAnsi="Times New Roman" w:cs="Times New Roman"/>
          <w:color w:val="000000"/>
        </w:rPr>
        <w:t>are how we fight. Take them</w:t>
      </w:r>
      <w:r w:rsidR="00BE3D2C">
        <w:rPr>
          <w:rFonts w:ascii="Times New Roman" w:hAnsi="Times New Roman" w:cs="Times New Roman"/>
          <w:color w:val="000000"/>
        </w:rPr>
        <w:t xml:space="preserve"> in</w:t>
      </w:r>
      <w:r w:rsidRPr="0032579A">
        <w:rPr>
          <w:rFonts w:ascii="Times New Roman" w:hAnsi="Times New Roman" w:cs="Times New Roman"/>
          <w:color w:val="000000"/>
        </w:rPr>
        <w:t>, learn them, and bleed for them if you must.”</w:t>
      </w:r>
    </w:p>
    <w:p w14:paraId="3F42A8B0" w14:textId="05C56A25"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Mandalorians </w:t>
      </w:r>
      <w:r w:rsidR="00AA6E6D">
        <w:rPr>
          <w:rFonts w:ascii="Times New Roman" w:hAnsi="Times New Roman" w:cs="Times New Roman"/>
          <w:color w:val="000000"/>
        </w:rPr>
        <w:t>were skeptical,</w:t>
      </w:r>
      <w:r w:rsidRPr="0032579A">
        <w:rPr>
          <w:rFonts w:ascii="Times New Roman" w:hAnsi="Times New Roman" w:cs="Times New Roman"/>
          <w:color w:val="000000"/>
        </w:rPr>
        <w:t xml:space="preserve"> but they did not cast them aside. The rules were not the words of raiders—they were the words of a commander who intended his people to live.</w:t>
      </w:r>
    </w:p>
    <w:p w14:paraId="7B4E428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first act of unity came days later, when one of the Fang fighters was repainted. Its lines remained sharp and proud, but the colors were changed—clan markings blended with the Wolves’ gray and crimson. It flew out of the hangar that night, a howl in its engines, and the sight of it silenced doubts.</w:t>
      </w:r>
    </w:p>
    <w:p w14:paraId="045AFFA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 second act followed, this one quieter. In the great hall of the pirate base, the Wolves presented Voss and his people with a banner. A grey wolf’s head, snarling, set against a field of olive green. It was to be flown only within the base—never on ships, never on raids. Secrecy remained paramount. But in the halls where they lived and ate, the banner hung high. Wolves and Mandalorians shared it as their own.</w:t>
      </w:r>
    </w:p>
    <w:p w14:paraId="320F400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Integration was not complete, not yet. Pride still lingered, arguments still sparked. But for the first time, Wolves and Mandalorians shared the same fire. They ate from the same pot, drilled in the same halls, and patrolled under the same banner. The pack had teeth now, and those teeth were sharper for the steel that had joined them.</w:t>
      </w:r>
    </w:p>
    <w:p w14:paraId="0E181E8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It was Hale who broke the moment of calm. Late one night, he brought intercepts to the council table—clean signals drawn from smuggler chatter and Death Watch bands. A supply convoy bound for Concordia. A Gozanti expected with weapons, rations, and parts enough to keep an outpost fed for months.</w:t>
      </w:r>
    </w:p>
    <w:p w14:paraId="4E577CDA" w14:textId="28B5A7C3"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Wolves listened in silence as Hale laid out the timing. Voss leaned forward, eyes cold. “If we strike there, we </w:t>
      </w:r>
      <w:r w:rsidR="00AA6E6D">
        <w:rPr>
          <w:rFonts w:ascii="Times New Roman" w:hAnsi="Times New Roman" w:cs="Times New Roman"/>
          <w:color w:val="000000"/>
        </w:rPr>
        <w:t xml:space="preserve">can </w:t>
      </w:r>
      <w:r w:rsidRPr="0032579A">
        <w:rPr>
          <w:rFonts w:ascii="Times New Roman" w:hAnsi="Times New Roman" w:cs="Times New Roman"/>
          <w:color w:val="000000"/>
        </w:rPr>
        <w:t>break Death Watch’s teeth. We take their food, their guns, and their pride.”</w:t>
      </w:r>
    </w:p>
    <w:p w14:paraId="1546C894" w14:textId="52AD9DD5" w:rsidR="00AA6E6D" w:rsidRDefault="00000000" w:rsidP="00AA6E6D">
      <w:pPr>
        <w:rPr>
          <w:rFonts w:ascii="Times New Roman" w:hAnsi="Times New Roman" w:cs="Times New Roman"/>
        </w:rPr>
      </w:pPr>
      <w:r w:rsidRPr="0032579A">
        <w:rPr>
          <w:rFonts w:ascii="Times New Roman" w:hAnsi="Times New Roman" w:cs="Times New Roman"/>
          <w:color w:val="000000"/>
        </w:rPr>
        <w:t xml:space="preserve">Verdan’s answer was simple. “Then we strike. </w:t>
      </w:r>
      <w:r w:rsidR="00AA6E6D">
        <w:rPr>
          <w:rFonts w:ascii="Times New Roman" w:hAnsi="Times New Roman" w:cs="Times New Roman"/>
          <w:color w:val="000000"/>
        </w:rPr>
        <w:t>We will take what we need to survive.”</w:t>
      </w:r>
    </w:p>
    <w:p w14:paraId="57898B30" w14:textId="77777777" w:rsidR="00AA6E6D" w:rsidRDefault="00AA6E6D" w:rsidP="00AA6E6D">
      <w:pPr>
        <w:spacing w:after="0"/>
        <w:jc w:val="center"/>
        <w:rPr>
          <w:rFonts w:ascii="Times New Roman" w:hAnsi="Times New Roman" w:cs="Times New Roman"/>
        </w:rPr>
      </w:pPr>
      <w:r w:rsidRPr="0032579A">
        <w:rPr>
          <w:rFonts w:ascii="Times New Roman" w:hAnsi="Times New Roman" w:cs="Times New Roman"/>
        </w:rPr>
        <w:lastRenderedPageBreak/>
        <w:t>***</w:t>
      </w:r>
    </w:p>
    <w:p w14:paraId="5AEF7F15" w14:textId="77777777" w:rsidR="00AA6E6D" w:rsidRDefault="00AA6E6D" w:rsidP="00AA6E6D">
      <w:pPr>
        <w:spacing w:after="0"/>
        <w:jc w:val="center"/>
        <w:rPr>
          <w:rFonts w:ascii="Times New Roman" w:hAnsi="Times New Roman" w:cs="Times New Roman"/>
        </w:rPr>
      </w:pPr>
    </w:p>
    <w:p w14:paraId="4EC4BCF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base grew quieter when news of Hale’s intercepts spread beyond the command circle. Death Watch. Concordia. A Gozanti due with supplies heavy enough to keep an outpost fed and armed for months.</w:t>
      </w:r>
    </w:p>
    <w:p w14:paraId="6C92048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decision, made before the council, spread through the base before the council even broke apart. This was not another raid—it was the test of everything he had hammered into the Wolves these past months.</w:t>
      </w:r>
    </w:p>
    <w:p w14:paraId="5294258F" w14:textId="77777777" w:rsidR="00AA6E6D" w:rsidRDefault="00AA6E6D" w:rsidP="00AA6E6D">
      <w:pPr>
        <w:rPr>
          <w:rFonts w:ascii="Times New Roman" w:hAnsi="Times New Roman" w:cs="Times New Roman"/>
        </w:rPr>
      </w:pPr>
    </w:p>
    <w:p w14:paraId="1871CC6C" w14:textId="60BC0D2B" w:rsidR="00AA6E6D" w:rsidRDefault="00AA6E6D" w:rsidP="00AA6E6D">
      <w:pPr>
        <w:spacing w:after="0"/>
        <w:jc w:val="center"/>
        <w:rPr>
          <w:rFonts w:ascii="Times New Roman" w:hAnsi="Times New Roman" w:cs="Times New Roman"/>
        </w:rPr>
      </w:pPr>
      <w:r w:rsidRPr="0032579A">
        <w:rPr>
          <w:rFonts w:ascii="Times New Roman" w:hAnsi="Times New Roman" w:cs="Times New Roman"/>
        </w:rPr>
        <w:t>***</w:t>
      </w:r>
    </w:p>
    <w:p w14:paraId="0D61DC4B" w14:textId="77777777" w:rsidR="00AA6E6D" w:rsidRDefault="00AA6E6D" w:rsidP="00AA6E6D">
      <w:pPr>
        <w:spacing w:after="0"/>
        <w:jc w:val="center"/>
        <w:rPr>
          <w:rFonts w:ascii="Times New Roman" w:hAnsi="Times New Roman" w:cs="Times New Roman"/>
        </w:rPr>
      </w:pPr>
    </w:p>
    <w:p w14:paraId="6395574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days before the raid were thick with purpose.</w:t>
      </w:r>
    </w:p>
    <w:p w14:paraId="7342649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In the hangars, Wolves drilled boarding actions against mock bulkheads built from freighter scraps. Teams sprinted through corridors, weapons at the ready, clearing rooms as instructors barked corrections. Mandalorian warriors joined them in silence, their armor battered but unbroken, jetpacks flaring as they dove from gantries to simulate drop assaults. Sparks rained from cutting torches as engineers tested breaching charges, the scent of scorched durasteel hanging in the air.</w:t>
      </w:r>
    </w:p>
    <w:p w14:paraId="551A8D6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Tension lingered, but where once there had been suspicion, now there was rhythm. Wolves and Mandalorians moved in tandem, different cadences slowly blending into one.</w:t>
      </w:r>
    </w:p>
    <w:p w14:paraId="76AEEB33" w14:textId="735E3CA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Selora buried herself in </w:t>
      </w:r>
      <w:r w:rsidR="00AA6E6D">
        <w:rPr>
          <w:rFonts w:ascii="Times New Roman" w:hAnsi="Times New Roman" w:cs="Times New Roman"/>
          <w:color w:val="000000"/>
        </w:rPr>
        <w:t>balance tables,</w:t>
      </w:r>
      <w:r w:rsidRPr="0032579A">
        <w:rPr>
          <w:rFonts w:ascii="Times New Roman" w:hAnsi="Times New Roman" w:cs="Times New Roman"/>
          <w:color w:val="000000"/>
        </w:rPr>
        <w:t xml:space="preserve"> a growing team of record-keepers hunched over datapads and slates. She moved among them like a hawk, demanding tallies on fuel cells, medkits, spare parts. Each line of figures ended lean. There was no cushion for error.</w:t>
      </w:r>
    </w:p>
    <w:p w14:paraId="2F81F45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Hale worked longer than all of them. His signals hall never slept. Screens flickered with data from listening posts and slicer taps. Young techs parsed chatter from smugglers, triangulated relay buoys, mapped patrol vectors. The low murmur of voices was broken only by the hiss of static and the click of keys. Hale’s eyes were red-rimmed, but steady.</w:t>
      </w:r>
    </w:p>
    <w:p w14:paraId="2788A94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Between the drills and the ledgers, a small group hunched over a projection of Concordia’s surface—Hale, his senior slicers, and Keldar Voss. They had turned every scrap of intercepted chatter into a picture of the outpost’s life.</w:t>
      </w:r>
    </w:p>
    <w:p w14:paraId="40D27DD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Hale pointed at clusters on the map. “Sentries run staggered posts along the eastern perimeter—two-man teams, rapid-relay buoys every three klicks. Barracks sit here and here, low berms and reinforced bulkheads. They keep a fast reaction force in the south hangar; that’s where pilots and shorter-range fighters park when supply runs hit. After a drop, most of their warriors spill into the central storage bays to move crates; they consolidate around the unloading docks while the manifest is checked. If we hit while they’re unloading, the human traffic will be highest in that zone.”</w:t>
      </w:r>
    </w:p>
    <w:p w14:paraId="66330077" w14:textId="4E962A67" w:rsidR="00830533" w:rsidRPr="0032579A" w:rsidRDefault="00EE720A">
      <w:pPr>
        <w:rPr>
          <w:rFonts w:ascii="Times New Roman" w:hAnsi="Times New Roman" w:cs="Times New Roman"/>
        </w:rPr>
      </w:pPr>
      <w:r>
        <w:rPr>
          <w:rFonts w:ascii="Times New Roman" w:hAnsi="Times New Roman" w:cs="Times New Roman"/>
          <w:color w:val="000000"/>
        </w:rPr>
        <w:lastRenderedPageBreak/>
        <w:t>Tirla</w:t>
      </w:r>
      <w:r w:rsidR="00000000" w:rsidRPr="0032579A">
        <w:rPr>
          <w:rFonts w:ascii="Times New Roman" w:hAnsi="Times New Roman" w:cs="Times New Roman"/>
          <w:color w:val="000000"/>
        </w:rPr>
        <w:t xml:space="preserve"> added, </w:t>
      </w:r>
      <w:r>
        <w:rPr>
          <w:rFonts w:ascii="Times New Roman" w:hAnsi="Times New Roman" w:cs="Times New Roman"/>
          <w:color w:val="000000"/>
        </w:rPr>
        <w:t xml:space="preserve">her </w:t>
      </w:r>
      <w:r w:rsidR="00000000" w:rsidRPr="0032579A">
        <w:rPr>
          <w:rFonts w:ascii="Times New Roman" w:hAnsi="Times New Roman" w:cs="Times New Roman"/>
          <w:color w:val="000000"/>
        </w:rPr>
        <w:t>voice low: “SIGINT shows a rotation—two patrol sweeps every six hours, with a heavier sweep ninety minutes after a delivered manifest. Their relay chatter spikes when a Gozanti docks. That’s our window: unload, wait the unloading lull, then hit before their heavier sweep cycles back.”</w:t>
      </w:r>
    </w:p>
    <w:p w14:paraId="4DA5C12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Keldar tapped the map where Hale had shown the south hangar. “Kom’rk is stored on the west edge of the central bay, near the heavy-crate stacks. Old, low maintenance. Pilots sleep two decks up. If the loading crews are distracted, the fighters won’t scramble fast enough.”</w:t>
      </w:r>
    </w:p>
    <w:p w14:paraId="6AEED80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Hale folded his hands, eyes hard. “Sentries will be thinned during unloading; morale chatter shows complacency. It’s a supply run—their men think themselves safe. They’ll be focused on cargo manifests, not on a masked Theta slipping through a blind spot.”</w:t>
      </w:r>
    </w:p>
    <w:p w14:paraId="67E2FBA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picture was blunt and useful. They knew where guards would mass, where fighters slept, when reinforcements would stir. The knowledge shaped the plan like a knife’s edge: strike the unloading zone first, seize the Kom’rk quickly, and be gone before the heavy sweep returned.</w:t>
      </w:r>
    </w:p>
    <w:p w14:paraId="09DD37F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spent most of his time walking. From hangar to barracks, to flight deck, to the Kom’rak bays where Voss’s warriors refitted their fighter. He spoke little, but where he passed, silence followed. Men and women straightened under his glance, as if his presence weighed more than words.</w:t>
      </w:r>
    </w:p>
    <w:p w14:paraId="06B8FA1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At last, the command circle gathered. The war hall was dim, the great table lit with projected maps.</w:t>
      </w:r>
    </w:p>
    <w:p w14:paraId="015E10E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“Phase One,” Hale began, his voice rasped with exhaustion but clear. “We wait until the Gozanti has made delivery. Supplies on deck. Outpost garrison swollen with crates and stock.”</w:t>
      </w:r>
    </w:p>
    <w:p w14:paraId="10BB46A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“Phase Two,” Rin continued, stabbing a finger at the plan. “Strike team descends in Theta and ST-70. We breach here”—she tapped the depot’s hangar—“and here, cutting power lines. Supplies seized, defenses sabotaged.”</w:t>
      </w:r>
    </w:p>
    <w:p w14:paraId="7B91911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“Phase Three,” Darran picked up, blunt and simple. “Wolfpack Three intercepts the Gozanti in orbit. Engines cut, crew bound, hull ours.”</w:t>
      </w:r>
    </w:p>
    <w:p w14:paraId="1A77F55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“Phase Four,” Selora concluded. “Withdrawal before reinforcements arrive. Supplies distributed. Ledger balanced.”</w:t>
      </w:r>
    </w:p>
    <w:p w14:paraId="070BBB8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All eyes turned to Voss. The clan leader leaned forward, one gloved hand pressed against the map. “There will be a Kom’rk in the depot. Old, but flyable. We take it, or we leave a blade behind.”</w:t>
      </w:r>
    </w:p>
    <w:p w14:paraId="682641B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gaze held his for a long moment. Then he spoke, voice low but steady. “We take it if it does not break the timetable. Not one breath longer. We fight for survival, not pride.”</w:t>
      </w:r>
    </w:p>
    <w:p w14:paraId="1E01A9BD" w14:textId="1520B5E6" w:rsidR="00F6065E" w:rsidRDefault="00000000" w:rsidP="00F6065E">
      <w:pPr>
        <w:rPr>
          <w:rFonts w:ascii="Times New Roman" w:hAnsi="Times New Roman" w:cs="Times New Roman"/>
        </w:rPr>
      </w:pPr>
      <w:r w:rsidRPr="0032579A">
        <w:rPr>
          <w:rFonts w:ascii="Times New Roman" w:hAnsi="Times New Roman" w:cs="Times New Roman"/>
          <w:color w:val="000000"/>
        </w:rPr>
        <w:t>The manuals sat on the table, slim books bound in ration paper. Their rules were plain: Get in. Hit hard. Get out.</w:t>
      </w:r>
    </w:p>
    <w:p w14:paraId="40D9807E" w14:textId="77777777" w:rsidR="00F6065E" w:rsidRDefault="00F6065E" w:rsidP="00F6065E">
      <w:pPr>
        <w:spacing w:after="0"/>
        <w:jc w:val="center"/>
        <w:rPr>
          <w:rFonts w:ascii="Times New Roman" w:hAnsi="Times New Roman" w:cs="Times New Roman"/>
        </w:rPr>
      </w:pPr>
      <w:r w:rsidRPr="0032579A">
        <w:rPr>
          <w:rFonts w:ascii="Times New Roman" w:hAnsi="Times New Roman" w:cs="Times New Roman"/>
        </w:rPr>
        <w:lastRenderedPageBreak/>
        <w:t>***</w:t>
      </w:r>
    </w:p>
    <w:p w14:paraId="27236532" w14:textId="77777777" w:rsidR="00F6065E" w:rsidRDefault="00F6065E" w:rsidP="00F6065E">
      <w:pPr>
        <w:spacing w:after="0"/>
        <w:jc w:val="center"/>
        <w:rPr>
          <w:rFonts w:ascii="Times New Roman" w:hAnsi="Times New Roman" w:cs="Times New Roman"/>
        </w:rPr>
      </w:pPr>
    </w:p>
    <w:p w14:paraId="6C8377A0"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Wolves came in scattered, ships broken into staggered lanes to mask their trail.</w:t>
      </w:r>
    </w:p>
    <w:p w14:paraId="0A91230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Wolfpack Three held in deep orbit—Gozanti, HWK-290, ST-70, and Z-95s waiting for the signal to strike. The Theta carried the strike team: Wolves and Mandalorians crammed shoulder to shoulder in its narrow bay, armor clicking, rifles locked.</w:t>
      </w:r>
    </w:p>
    <w:p w14:paraId="7CFA48D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hum of engines filled the silence. No one spoke much. Wolves checked weapons; Mandalorians ran hands across dented plates. Darran sat against the bulkhead, eyes closed, lips moving in a muttered prayer. Rin tightened her vambraces, her knife gleaming in her lap. Voss stood in the center, helmet down, radiating the calm of someone who had lost too much already to waste words.</w:t>
      </w:r>
    </w:p>
    <w:p w14:paraId="28C8626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Through the narrow viewports, Concordia loomed. A scarred moon, its surface gouged by mines long stripped bare, forests broken by steel-gray outposts hidden beneath the clouds. Somewhere down there, the Death Watch depot waited.</w:t>
      </w:r>
    </w:p>
    <w:p w14:paraId="2A72DEC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 stood in the cockpit, watching the descent. His reflection in the glass was pale, hard-edged. He said nothing. He did not need to.</w:t>
      </w:r>
    </w:p>
    <w:p w14:paraId="13DA6E30" w14:textId="77777777" w:rsidR="00830533" w:rsidRPr="0032579A" w:rsidRDefault="00830533">
      <w:pPr>
        <w:rPr>
          <w:rFonts w:ascii="Times New Roman" w:hAnsi="Times New Roman" w:cs="Times New Roman"/>
        </w:rPr>
      </w:pPr>
    </w:p>
    <w:p w14:paraId="53313B13" w14:textId="1E36F7F3" w:rsidR="00830533" w:rsidRDefault="00000000" w:rsidP="00F6065E">
      <w:pPr>
        <w:jc w:val="center"/>
        <w:rPr>
          <w:rFonts w:ascii="Times New Roman" w:hAnsi="Times New Roman" w:cs="Times New Roman"/>
          <w:bCs/>
          <w:i/>
          <w:iCs/>
          <w:color w:val="000000"/>
        </w:rPr>
      </w:pPr>
      <w:r w:rsidRPr="00F6065E">
        <w:rPr>
          <w:rFonts w:ascii="Times New Roman" w:hAnsi="Times New Roman" w:cs="Times New Roman"/>
          <w:bCs/>
          <w:i/>
          <w:iCs/>
          <w:color w:val="000000"/>
        </w:rPr>
        <w:t>Infiltration</w:t>
      </w:r>
    </w:p>
    <w:p w14:paraId="467F56EF" w14:textId="77777777" w:rsidR="00F6065E" w:rsidRPr="00F6065E" w:rsidRDefault="00F6065E" w:rsidP="00F6065E">
      <w:pPr>
        <w:jc w:val="center"/>
        <w:rPr>
          <w:rFonts w:ascii="Times New Roman" w:hAnsi="Times New Roman" w:cs="Times New Roman"/>
          <w:bCs/>
          <w:i/>
          <w:iCs/>
        </w:rPr>
      </w:pPr>
    </w:p>
    <w:p w14:paraId="22B416F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Death Watch Gozanti arrived on schedule, its engines flaring against the dark as it descended to the outpost. Crates of food, munitions, and spares were unloaded into hangars, guards checking manifests with careless precision.</w:t>
      </w:r>
    </w:p>
    <w:p w14:paraId="71E15A5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Wolves waited until the last crate touched deck.</w:t>
      </w:r>
    </w:p>
    <w:p w14:paraId="6D52C0CC"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Then the Theta and ST-70 swept in low, transponders masked, hulls painted dull gray. They slipped through the blind spots Hale’s team had mapped, landing hard inside the depot perimeter.</w:t>
      </w:r>
    </w:p>
    <w:p w14:paraId="1ABB3731"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The first alarms blared too late. By the time guards raised rifles, the Wolves were already moving.</w:t>
      </w:r>
    </w:p>
    <w:p w14:paraId="2FF28049" w14:textId="77777777" w:rsidR="00F6065E" w:rsidRPr="0032579A" w:rsidRDefault="00F6065E">
      <w:pPr>
        <w:rPr>
          <w:rFonts w:ascii="Times New Roman" w:hAnsi="Times New Roman" w:cs="Times New Roman"/>
        </w:rPr>
      </w:pPr>
    </w:p>
    <w:p w14:paraId="1B4107A1" w14:textId="3DD2F90C" w:rsidR="00830533" w:rsidRDefault="00000000" w:rsidP="00F6065E">
      <w:pPr>
        <w:jc w:val="center"/>
        <w:rPr>
          <w:rFonts w:ascii="Times New Roman" w:hAnsi="Times New Roman" w:cs="Times New Roman"/>
          <w:bCs/>
          <w:i/>
          <w:iCs/>
          <w:color w:val="000000"/>
        </w:rPr>
      </w:pPr>
      <w:r w:rsidRPr="00F6065E">
        <w:rPr>
          <w:rFonts w:ascii="Times New Roman" w:hAnsi="Times New Roman" w:cs="Times New Roman"/>
          <w:bCs/>
          <w:i/>
          <w:iCs/>
          <w:color w:val="000000"/>
        </w:rPr>
        <w:t>Assault</w:t>
      </w:r>
    </w:p>
    <w:p w14:paraId="2817834E" w14:textId="77777777" w:rsidR="00F6065E" w:rsidRPr="00F6065E" w:rsidRDefault="00F6065E" w:rsidP="00F6065E">
      <w:pPr>
        <w:jc w:val="center"/>
        <w:rPr>
          <w:rFonts w:ascii="Times New Roman" w:hAnsi="Times New Roman" w:cs="Times New Roman"/>
          <w:bCs/>
          <w:i/>
          <w:iCs/>
        </w:rPr>
      </w:pPr>
    </w:p>
    <w:p w14:paraId="28CE6124"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Theta’s ramp fell with a crash. Wolves surged out in disciplined lines, rifles barking red fire. Mandalorians thundered beside them in armor and jetpacks, the roar of thrusters drowning out shouts.</w:t>
      </w:r>
    </w:p>
    <w:p w14:paraId="107157A8"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Blasterfire cracked through the hangar. Sparks rained from gantries as bolts chewed into steel. The smell of ozone and burning cloth thickened the air.</w:t>
      </w:r>
    </w:p>
    <w:p w14:paraId="673C76A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Rin led the breach into the storerooms, blade flashing as she cut down the first defender who tried to hold the door. Her team followed, rifles clearing the corridors in precise bursts.</w:t>
      </w:r>
    </w:p>
    <w:p w14:paraId="15A0244F"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Darran’s squad moved like a hammer, grenades exploding against barricades, shrapnel rattling across walls. He shouted orders between bursts, his voice carrying above the chaos.</w:t>
      </w:r>
    </w:p>
    <w:p w14:paraId="3B9D9D0D"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Voss’s warriors took the skies of the hangar with jetpacks screaming, dropping fire into the ranks of Death Watch troopers. Their armored boots slammed down on catwalks, rifles cutting off retreat.</w:t>
      </w:r>
    </w:p>
    <w:p w14:paraId="289ED7F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Within minutes, the depot was theirs. Crates stacked high, ration bins sealed, ammunition bunkers marked with fresh sigils of the Wolves.</w:t>
      </w:r>
    </w:p>
    <w:p w14:paraId="70CFC2D8" w14:textId="77777777" w:rsidR="00830533" w:rsidRDefault="00000000">
      <w:pPr>
        <w:rPr>
          <w:rFonts w:ascii="Times New Roman" w:hAnsi="Times New Roman" w:cs="Times New Roman"/>
          <w:color w:val="000000"/>
        </w:rPr>
      </w:pPr>
      <w:r w:rsidRPr="0032579A">
        <w:rPr>
          <w:rFonts w:ascii="Times New Roman" w:hAnsi="Times New Roman" w:cs="Times New Roman"/>
          <w:color w:val="000000"/>
        </w:rPr>
        <w:t>In the central bay, the prize waited: a Kom’rk fighter, old but gleaming, struts firm beneath its weight. Voss himself oversaw the boarding, his warriors swarming the ship, powering its systems to life. The engines roared, dust swirling across the hangar floor.</w:t>
      </w:r>
    </w:p>
    <w:p w14:paraId="527117AE" w14:textId="77777777" w:rsidR="00F6065E" w:rsidRPr="0032579A" w:rsidRDefault="00F6065E">
      <w:pPr>
        <w:rPr>
          <w:rFonts w:ascii="Times New Roman" w:hAnsi="Times New Roman" w:cs="Times New Roman"/>
        </w:rPr>
      </w:pPr>
    </w:p>
    <w:p w14:paraId="6D72C76F" w14:textId="003A2CB6" w:rsidR="00830533" w:rsidRDefault="00F6065E" w:rsidP="00F6065E">
      <w:pPr>
        <w:jc w:val="center"/>
        <w:rPr>
          <w:rFonts w:ascii="Times New Roman" w:hAnsi="Times New Roman" w:cs="Times New Roman"/>
          <w:bCs/>
          <w:i/>
          <w:iCs/>
          <w:color w:val="000000"/>
        </w:rPr>
      </w:pPr>
      <w:r>
        <w:rPr>
          <w:rFonts w:ascii="Times New Roman" w:hAnsi="Times New Roman" w:cs="Times New Roman"/>
          <w:bCs/>
          <w:i/>
          <w:iCs/>
          <w:color w:val="000000"/>
        </w:rPr>
        <w:t>Wolfpack</w:t>
      </w:r>
      <w:r w:rsidR="00000000" w:rsidRPr="00F6065E">
        <w:rPr>
          <w:rFonts w:ascii="Times New Roman" w:hAnsi="Times New Roman" w:cs="Times New Roman"/>
          <w:bCs/>
          <w:i/>
          <w:iCs/>
          <w:color w:val="000000"/>
        </w:rPr>
        <w:t xml:space="preserve"> Engagement</w:t>
      </w:r>
    </w:p>
    <w:p w14:paraId="20D67005" w14:textId="77777777" w:rsidR="00F6065E" w:rsidRPr="00F6065E" w:rsidRDefault="00F6065E" w:rsidP="00F6065E">
      <w:pPr>
        <w:jc w:val="center"/>
        <w:rPr>
          <w:rFonts w:ascii="Times New Roman" w:hAnsi="Times New Roman" w:cs="Times New Roman"/>
          <w:bCs/>
          <w:i/>
          <w:iCs/>
        </w:rPr>
      </w:pPr>
    </w:p>
    <w:p w14:paraId="6759EDF9" w14:textId="0A42B107" w:rsidR="00830533" w:rsidRPr="0032579A" w:rsidRDefault="00000000">
      <w:pPr>
        <w:rPr>
          <w:rFonts w:ascii="Times New Roman" w:hAnsi="Times New Roman" w:cs="Times New Roman"/>
        </w:rPr>
      </w:pPr>
      <w:r w:rsidRPr="0032579A">
        <w:rPr>
          <w:rFonts w:ascii="Times New Roman" w:hAnsi="Times New Roman" w:cs="Times New Roman"/>
          <w:color w:val="000000"/>
        </w:rPr>
        <w:t>In orbit, Wolfpack Three struck like a blade</w:t>
      </w:r>
    </w:p>
    <w:p w14:paraId="000B6505" w14:textId="42CA56B7" w:rsidR="00830533" w:rsidRPr="0032579A" w:rsidRDefault="00000000">
      <w:pPr>
        <w:rPr>
          <w:rFonts w:ascii="Times New Roman" w:hAnsi="Times New Roman" w:cs="Times New Roman"/>
        </w:rPr>
      </w:pPr>
      <w:r w:rsidRPr="0032579A">
        <w:rPr>
          <w:rFonts w:ascii="Times New Roman" w:hAnsi="Times New Roman" w:cs="Times New Roman"/>
          <w:color w:val="000000"/>
        </w:rPr>
        <w:t xml:space="preserve">The Z-95s were wind—short, savage slashes through the void—dipping under the Gozanti’s turrets and weaving past flak. Their pilot-lights blinked like staccato prayers as they chewed at point defenses, drawing the cruiser’s aim away from the real threat: the HWK and </w:t>
      </w:r>
      <w:r w:rsidR="00F6065E">
        <w:rPr>
          <w:rFonts w:ascii="Times New Roman" w:hAnsi="Times New Roman" w:cs="Times New Roman"/>
          <w:color w:val="000000"/>
        </w:rPr>
        <w:t>Kom’Rak</w:t>
      </w:r>
      <w:r w:rsidRPr="0032579A">
        <w:rPr>
          <w:rFonts w:ascii="Times New Roman" w:hAnsi="Times New Roman" w:cs="Times New Roman"/>
          <w:color w:val="000000"/>
        </w:rPr>
        <w:t xml:space="preserve"> swinging in tight.</w:t>
      </w:r>
    </w:p>
    <w:p w14:paraId="502F1215"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HWK danced on the Gozanti’s blind spots, spitting accurate bursts that flickered across sensor feeds. Its pilot ran an old tactic: bait the turrets with a visible target while the Kom’Rak, that took the place of the ST-70, dove low and hard, tidy and lethal. The fighters guns found the Gozanti’s engine array and did not relent—the first salvo staggered the cruiser, throwing off burn vectors and sending a spray of conduit fragments into the black.</w:t>
      </w:r>
    </w:p>
    <w:p w14:paraId="38D5A259"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Then the clamps. The Wolfpack’s boarding clamps bit like cold teeth, latching onto flared plates with the terrible finality of a trap. A boom of compressed air and a shear of metal announced the breach; firefights cut along the hull like lightning. Wolves in dark armor coursed along the breach, magnetic boots finding purchase as they sprinted into corridors that stank of fuel and fear. The Gozanti’s crew fought back—grenades, close-quarters wrestling, a pilot trying to ram the bridge controls free—but the Wolves were method and momentum.</w:t>
      </w:r>
    </w:p>
    <w:p w14:paraId="52D1F2E5" w14:textId="1180C38B" w:rsidR="00F6065E" w:rsidRDefault="00000000" w:rsidP="00F6065E">
      <w:pPr>
        <w:rPr>
          <w:rFonts w:ascii="Times New Roman" w:hAnsi="Times New Roman" w:cs="Times New Roman"/>
          <w:color w:val="000000"/>
        </w:rPr>
      </w:pPr>
      <w:r w:rsidRPr="0032579A">
        <w:rPr>
          <w:rFonts w:ascii="Times New Roman" w:hAnsi="Times New Roman" w:cs="Times New Roman"/>
          <w:color w:val="000000"/>
        </w:rPr>
        <w:t xml:space="preserve">Inside the cruiser, corridors became a maze of smoke and shouted coordinates. An explosive detonated too close and a hatch blew, sucking out a cloud of dust and a man. Another Wolf pulled </w:t>
      </w:r>
      <w:r w:rsidRPr="0032579A">
        <w:rPr>
          <w:rFonts w:ascii="Times New Roman" w:hAnsi="Times New Roman" w:cs="Times New Roman"/>
          <w:color w:val="000000"/>
        </w:rPr>
        <w:lastRenderedPageBreak/>
        <w:t>a comrade back before he could tumble into the vacuum. The Kom’rak pilot threaded the needle, keeping the crippled cruiser from rolling, while the HWK scoured the decks for hot spots of resistance. Minutes felt like hours; the Wolves moved with a cold choreography until, piece by piece, the Gozanti went limp—her bridge dark, her guns silent, her crew bound. The void fell again to the sound of the pack’s breathing over comms and the faint, triumphant howl of returning fighters.</w:t>
      </w:r>
    </w:p>
    <w:p w14:paraId="3CBF1984" w14:textId="77777777" w:rsidR="00F6065E" w:rsidRDefault="00F6065E" w:rsidP="00F6065E">
      <w:pPr>
        <w:rPr>
          <w:rFonts w:ascii="Times New Roman" w:hAnsi="Times New Roman" w:cs="Times New Roman"/>
        </w:rPr>
      </w:pPr>
    </w:p>
    <w:p w14:paraId="5B601E8C" w14:textId="77777777" w:rsidR="00F6065E" w:rsidRDefault="00F6065E" w:rsidP="00F6065E">
      <w:pPr>
        <w:spacing w:after="0"/>
        <w:jc w:val="center"/>
        <w:rPr>
          <w:rFonts w:ascii="Times New Roman" w:hAnsi="Times New Roman" w:cs="Times New Roman"/>
        </w:rPr>
      </w:pPr>
      <w:r w:rsidRPr="0032579A">
        <w:rPr>
          <w:rFonts w:ascii="Times New Roman" w:hAnsi="Times New Roman" w:cs="Times New Roman"/>
        </w:rPr>
        <w:t>***</w:t>
      </w:r>
    </w:p>
    <w:p w14:paraId="09DF9042" w14:textId="77777777" w:rsidR="00830533" w:rsidRPr="0032579A" w:rsidRDefault="00830533">
      <w:pPr>
        <w:rPr>
          <w:rFonts w:ascii="Times New Roman" w:hAnsi="Times New Roman" w:cs="Times New Roman"/>
        </w:rPr>
      </w:pPr>
    </w:p>
    <w:p w14:paraId="0CD404F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haul was staggering. Months of food and fuel. Crates of rifles and grenades. Medical stores. And the Kom’rk fighter, wings folded like a sleeping hawk.</w:t>
      </w:r>
    </w:p>
    <w:p w14:paraId="3CCEA51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great hall throbbed with noise—Wolves and Mandalorians eating from the same pots, the scrape of crates dragged into place, the rough bark of laughter as men and women exhaled after too long holding breath. The hall belonged to them all, but Verdan stood apart at its edge, eyes fixed on the snarling wolf’s head that hung above the supplies.</w:t>
      </w:r>
    </w:p>
    <w:p w14:paraId="5EA0096B"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Selora found him there. She carried a mug of broth, steam curling in the torchlight, and pressed it into his hand without a word. For once, he didn’t resist. He drank, and the warmth cut through the cold lodged in his chest. She stayed beside him, shoulder brushing his, and together they watched the hall in silence.</w:t>
      </w:r>
    </w:p>
    <w:p w14:paraId="3C963233"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“You should sit,” she said at last, her voice pitched low. “Let them see you as more than stone.”</w:t>
      </w:r>
    </w:p>
    <w:p w14:paraId="6910B0A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mouth twitched, almost a smile. “Stone doesn’t crack.”</w:t>
      </w:r>
    </w:p>
    <w:p w14:paraId="40570177" w14:textId="4EEC81A7" w:rsidR="00830533" w:rsidRPr="0032579A" w:rsidRDefault="00000000">
      <w:pPr>
        <w:rPr>
          <w:rFonts w:ascii="Times New Roman" w:hAnsi="Times New Roman" w:cs="Times New Roman"/>
        </w:rPr>
      </w:pPr>
      <w:r w:rsidRPr="0032579A">
        <w:rPr>
          <w:rFonts w:ascii="Times New Roman" w:hAnsi="Times New Roman" w:cs="Times New Roman"/>
          <w:color w:val="000000"/>
        </w:rPr>
        <w:t>“Even mountains weather,” she answered, soft but sure. “Better they see you</w:t>
      </w:r>
      <w:r w:rsidR="00F6065E">
        <w:rPr>
          <w:rFonts w:ascii="Times New Roman" w:hAnsi="Times New Roman" w:cs="Times New Roman"/>
          <w:color w:val="000000"/>
        </w:rPr>
        <w:t xml:space="preserve"> as a</w:t>
      </w:r>
      <w:r w:rsidRPr="0032579A">
        <w:rPr>
          <w:rFonts w:ascii="Times New Roman" w:hAnsi="Times New Roman" w:cs="Times New Roman"/>
          <w:color w:val="000000"/>
        </w:rPr>
        <w:t xml:space="preserve"> human before they carve you into </w:t>
      </w:r>
      <w:r w:rsidR="00F6065E">
        <w:rPr>
          <w:rFonts w:ascii="Times New Roman" w:hAnsi="Times New Roman" w:cs="Times New Roman"/>
          <w:color w:val="000000"/>
        </w:rPr>
        <w:t xml:space="preserve">a </w:t>
      </w:r>
      <w:r w:rsidRPr="0032579A">
        <w:rPr>
          <w:rFonts w:ascii="Times New Roman" w:hAnsi="Times New Roman" w:cs="Times New Roman"/>
          <w:color w:val="000000"/>
        </w:rPr>
        <w:t>myth.”</w:t>
      </w:r>
    </w:p>
    <w:p w14:paraId="64E00E8A"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turned to her then, really turned—taking in the smudge of ash on her cheek, the tremor in her hands from too many sleepless nights bent over ledgers. For a heartbeat his mask slipped, and the weight he carried showed plain.</w:t>
      </w:r>
    </w:p>
    <w:p w14:paraId="029ABBF2"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“They follow because you keep them alive,” she added. “But they’ll stay because they believe you can be more than that.”</w:t>
      </w:r>
    </w:p>
    <w:p w14:paraId="0528F76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The hall’s noise blurred, fading into a muted hum. Verdan held her gaze, then gave a single nod—acceptance of a truth he didn’t want spoken aloud.</w:t>
      </w:r>
    </w:p>
    <w:p w14:paraId="0FA7DEA6"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He finished the broth and set the empty mug aside. Selora didn’t move from his side. They remained shoulder to shoulder while the pack feasted beneath the banner.</w:t>
      </w:r>
    </w:p>
    <w:p w14:paraId="36154191"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Later, in the war hall, Hale spread captured data across the table. Old Republic codes, broken but clear enough. Coordinates, telemetry, hints of abandoned facilities in the stars.</w:t>
      </w:r>
    </w:p>
    <w:p w14:paraId="688115E7"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Verdan’s eyes traced the lines. His voice was quiet, but every ear heard it.</w:t>
      </w:r>
    </w:p>
    <w:p w14:paraId="3B322652" w14:textId="67FFE22F" w:rsidR="00830533" w:rsidRPr="0032579A" w:rsidRDefault="00000000">
      <w:pPr>
        <w:rPr>
          <w:rFonts w:ascii="Times New Roman" w:hAnsi="Times New Roman" w:cs="Times New Roman"/>
        </w:rPr>
      </w:pPr>
      <w:r w:rsidRPr="0032579A">
        <w:rPr>
          <w:rFonts w:ascii="Times New Roman" w:hAnsi="Times New Roman" w:cs="Times New Roman"/>
          <w:color w:val="000000"/>
        </w:rPr>
        <w:lastRenderedPageBreak/>
        <w:t>“Supplies give us months. But months are not enough.”</w:t>
      </w:r>
    </w:p>
    <w:p w14:paraId="0DF4E4BE" w14:textId="77777777" w:rsidR="00830533" w:rsidRPr="0032579A" w:rsidRDefault="00000000">
      <w:pPr>
        <w:rPr>
          <w:rFonts w:ascii="Times New Roman" w:hAnsi="Times New Roman" w:cs="Times New Roman"/>
        </w:rPr>
      </w:pPr>
      <w:r w:rsidRPr="0032579A">
        <w:rPr>
          <w:rFonts w:ascii="Times New Roman" w:hAnsi="Times New Roman" w:cs="Times New Roman"/>
          <w:color w:val="000000"/>
        </w:rPr>
        <w:t>Outside, the banner of the Wolves hung high in olive green and gray, the snarling wolf’s head lit by torchlight, watching over them all.</w:t>
      </w:r>
    </w:p>
    <w:p w14:paraId="06F81568" w14:textId="77777777" w:rsidR="00830533" w:rsidRDefault="00830533"/>
    <w:sectPr w:rsidR="0083053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22026528">
    <w:abstractNumId w:val="8"/>
  </w:num>
  <w:num w:numId="2" w16cid:durableId="1020475169">
    <w:abstractNumId w:val="6"/>
  </w:num>
  <w:num w:numId="3" w16cid:durableId="1471557610">
    <w:abstractNumId w:val="5"/>
  </w:num>
  <w:num w:numId="4" w16cid:durableId="1279067709">
    <w:abstractNumId w:val="4"/>
  </w:num>
  <w:num w:numId="5" w16cid:durableId="729495366">
    <w:abstractNumId w:val="7"/>
  </w:num>
  <w:num w:numId="6" w16cid:durableId="81992341">
    <w:abstractNumId w:val="3"/>
  </w:num>
  <w:num w:numId="7" w16cid:durableId="1720320367">
    <w:abstractNumId w:val="2"/>
  </w:num>
  <w:num w:numId="8" w16cid:durableId="435057327">
    <w:abstractNumId w:val="1"/>
  </w:num>
  <w:num w:numId="9" w16cid:durableId="704868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521"/>
    <w:rsid w:val="0002681B"/>
    <w:rsid w:val="0002684A"/>
    <w:rsid w:val="00034616"/>
    <w:rsid w:val="00040683"/>
    <w:rsid w:val="00050119"/>
    <w:rsid w:val="0006063C"/>
    <w:rsid w:val="000747ED"/>
    <w:rsid w:val="000B7419"/>
    <w:rsid w:val="000C4055"/>
    <w:rsid w:val="000F10B7"/>
    <w:rsid w:val="000F60B1"/>
    <w:rsid w:val="000F7625"/>
    <w:rsid w:val="00113751"/>
    <w:rsid w:val="001261C7"/>
    <w:rsid w:val="00146DD3"/>
    <w:rsid w:val="0015074B"/>
    <w:rsid w:val="00153E93"/>
    <w:rsid w:val="00172740"/>
    <w:rsid w:val="00186BF9"/>
    <w:rsid w:val="001A6E6C"/>
    <w:rsid w:val="001E027E"/>
    <w:rsid w:val="001F2087"/>
    <w:rsid w:val="00211228"/>
    <w:rsid w:val="00212DDB"/>
    <w:rsid w:val="002501DC"/>
    <w:rsid w:val="002578EE"/>
    <w:rsid w:val="002753C5"/>
    <w:rsid w:val="002762C7"/>
    <w:rsid w:val="0029639D"/>
    <w:rsid w:val="002A75DC"/>
    <w:rsid w:val="002C4442"/>
    <w:rsid w:val="002C4FB2"/>
    <w:rsid w:val="0030216B"/>
    <w:rsid w:val="0030252A"/>
    <w:rsid w:val="003207C0"/>
    <w:rsid w:val="0032579A"/>
    <w:rsid w:val="00326F90"/>
    <w:rsid w:val="00355EC6"/>
    <w:rsid w:val="003910E5"/>
    <w:rsid w:val="00394165"/>
    <w:rsid w:val="003A6433"/>
    <w:rsid w:val="003B31C9"/>
    <w:rsid w:val="003E1E59"/>
    <w:rsid w:val="003E33E4"/>
    <w:rsid w:val="003E44A1"/>
    <w:rsid w:val="00414496"/>
    <w:rsid w:val="00435AAA"/>
    <w:rsid w:val="00446444"/>
    <w:rsid w:val="00464F53"/>
    <w:rsid w:val="00474F71"/>
    <w:rsid w:val="00486460"/>
    <w:rsid w:val="00490074"/>
    <w:rsid w:val="004923C1"/>
    <w:rsid w:val="004A1C93"/>
    <w:rsid w:val="004A7639"/>
    <w:rsid w:val="004D3259"/>
    <w:rsid w:val="004E105A"/>
    <w:rsid w:val="004E3830"/>
    <w:rsid w:val="005013D4"/>
    <w:rsid w:val="00524056"/>
    <w:rsid w:val="00560EA2"/>
    <w:rsid w:val="005634FE"/>
    <w:rsid w:val="0057439D"/>
    <w:rsid w:val="00576379"/>
    <w:rsid w:val="005875A8"/>
    <w:rsid w:val="005A7857"/>
    <w:rsid w:val="005B3A77"/>
    <w:rsid w:val="005D29F0"/>
    <w:rsid w:val="005E7D9E"/>
    <w:rsid w:val="00602650"/>
    <w:rsid w:val="00623C10"/>
    <w:rsid w:val="00634E97"/>
    <w:rsid w:val="00636687"/>
    <w:rsid w:val="006636E0"/>
    <w:rsid w:val="006803C4"/>
    <w:rsid w:val="006861D3"/>
    <w:rsid w:val="006E23F6"/>
    <w:rsid w:val="00703FF4"/>
    <w:rsid w:val="0070509B"/>
    <w:rsid w:val="00717443"/>
    <w:rsid w:val="00751490"/>
    <w:rsid w:val="007574C0"/>
    <w:rsid w:val="00761F74"/>
    <w:rsid w:val="00765301"/>
    <w:rsid w:val="00770F21"/>
    <w:rsid w:val="00784962"/>
    <w:rsid w:val="007A1AE2"/>
    <w:rsid w:val="007A4A10"/>
    <w:rsid w:val="007A7314"/>
    <w:rsid w:val="007C76A4"/>
    <w:rsid w:val="007D6C3C"/>
    <w:rsid w:val="00803F6B"/>
    <w:rsid w:val="00830533"/>
    <w:rsid w:val="00832C21"/>
    <w:rsid w:val="008B14A9"/>
    <w:rsid w:val="008B5A03"/>
    <w:rsid w:val="008D7334"/>
    <w:rsid w:val="008F6B65"/>
    <w:rsid w:val="00923EA0"/>
    <w:rsid w:val="00935938"/>
    <w:rsid w:val="0094263E"/>
    <w:rsid w:val="00977B06"/>
    <w:rsid w:val="009803A6"/>
    <w:rsid w:val="00987D2C"/>
    <w:rsid w:val="009A0FAB"/>
    <w:rsid w:val="009B47D3"/>
    <w:rsid w:val="009C5D21"/>
    <w:rsid w:val="009C6D3C"/>
    <w:rsid w:val="009D5A9B"/>
    <w:rsid w:val="009E576C"/>
    <w:rsid w:val="00A16A96"/>
    <w:rsid w:val="00A17263"/>
    <w:rsid w:val="00A31642"/>
    <w:rsid w:val="00A5011B"/>
    <w:rsid w:val="00A644BD"/>
    <w:rsid w:val="00AA1D8D"/>
    <w:rsid w:val="00AA6BAE"/>
    <w:rsid w:val="00AA6E6D"/>
    <w:rsid w:val="00AE4960"/>
    <w:rsid w:val="00AF3188"/>
    <w:rsid w:val="00B02037"/>
    <w:rsid w:val="00B0315A"/>
    <w:rsid w:val="00B04E15"/>
    <w:rsid w:val="00B36840"/>
    <w:rsid w:val="00B40C8E"/>
    <w:rsid w:val="00B4161D"/>
    <w:rsid w:val="00B47730"/>
    <w:rsid w:val="00B5030B"/>
    <w:rsid w:val="00B61C5E"/>
    <w:rsid w:val="00B625C8"/>
    <w:rsid w:val="00B71284"/>
    <w:rsid w:val="00BA1F7C"/>
    <w:rsid w:val="00BC540A"/>
    <w:rsid w:val="00BE3D2C"/>
    <w:rsid w:val="00C03736"/>
    <w:rsid w:val="00C03E83"/>
    <w:rsid w:val="00C053C2"/>
    <w:rsid w:val="00C12E58"/>
    <w:rsid w:val="00C27D75"/>
    <w:rsid w:val="00C43D1B"/>
    <w:rsid w:val="00C45F81"/>
    <w:rsid w:val="00C77209"/>
    <w:rsid w:val="00C77B8F"/>
    <w:rsid w:val="00C800EC"/>
    <w:rsid w:val="00C86887"/>
    <w:rsid w:val="00CA4483"/>
    <w:rsid w:val="00CB0664"/>
    <w:rsid w:val="00CC2AE4"/>
    <w:rsid w:val="00CF623B"/>
    <w:rsid w:val="00D07878"/>
    <w:rsid w:val="00D43E29"/>
    <w:rsid w:val="00D46122"/>
    <w:rsid w:val="00D77928"/>
    <w:rsid w:val="00D95246"/>
    <w:rsid w:val="00DA7835"/>
    <w:rsid w:val="00DE1AD1"/>
    <w:rsid w:val="00E00424"/>
    <w:rsid w:val="00E46549"/>
    <w:rsid w:val="00E512B4"/>
    <w:rsid w:val="00E524E3"/>
    <w:rsid w:val="00E93648"/>
    <w:rsid w:val="00EB4751"/>
    <w:rsid w:val="00EE5AAE"/>
    <w:rsid w:val="00EE720A"/>
    <w:rsid w:val="00EF4CD5"/>
    <w:rsid w:val="00F0146D"/>
    <w:rsid w:val="00F164B5"/>
    <w:rsid w:val="00F43CBE"/>
    <w:rsid w:val="00F50971"/>
    <w:rsid w:val="00F51FE8"/>
    <w:rsid w:val="00F52C61"/>
    <w:rsid w:val="00F6065E"/>
    <w:rsid w:val="00F60729"/>
    <w:rsid w:val="00F6532E"/>
    <w:rsid w:val="00F70895"/>
    <w:rsid w:val="00F75401"/>
    <w:rsid w:val="00F76A7E"/>
    <w:rsid w:val="00F927CA"/>
    <w:rsid w:val="00F9780D"/>
    <w:rsid w:val="00FC161E"/>
    <w:rsid w:val="00FC2349"/>
    <w:rsid w:val="00FC30C7"/>
    <w:rsid w:val="00FC693F"/>
    <w:rsid w:val="00FE22AB"/>
    <w:rsid w:val="00FF74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4AEF3A"/>
  <w14:defaultImageDpi w14:val="300"/>
  <w15:docId w15:val="{811DB865-04F4-44F3-9E0A-F8F33257F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137</Pages>
  <Words>37932</Words>
  <Characters>216216</Characters>
  <Application>Microsoft Office Word</Application>
  <DocSecurity>0</DocSecurity>
  <Lines>1801</Lines>
  <Paragraphs>507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253641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Evan Senecal</cp:lastModifiedBy>
  <cp:revision>163</cp:revision>
  <dcterms:created xsi:type="dcterms:W3CDTF">2013-12-23T23:15:00Z</dcterms:created>
  <dcterms:modified xsi:type="dcterms:W3CDTF">2025-09-29T04:10:00Z</dcterms:modified>
  <cp:category/>
</cp:coreProperties>
</file>