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pPr>
        <w:jc w:val="center"/>
      </w:pPr>
      <w:r>
        <w:rPr>
          <w:b/>
          <w:sz w:val="56"/>
        </w:rPr>
        <w:t>THE CONSISTENCY CODE</w:t>
      </w:r>
    </w:p>
    <w:p/>
    <w:p/>
    <w:p/>
    <w:p>
      <w:pPr>
        <w:jc w:val="center"/>
      </w:pPr>
      <w:r>
        <w:rPr>
          <w:sz w:val="32"/>
        </w:rPr>
        <w:t>By M.Y</w:t>
      </w:r>
    </w:p>
    <w:p>
      <w:r>
        <w:br w:type="page"/>
      </w:r>
    </w:p>
    <w:p>
      <w:r>
        <w:rPr>
          <w:sz w:val="20"/>
        </w:rPr>
        <w:t>Copyright © 2025 M.Y</w:t>
        <w:br/>
        <w:br/>
        <w:t>All rights reserved.</w:t>
        <w:br/>
        <w:br/>
        <w:t>No part of this book may be reproduced without written permission.</w:t>
        <w:br/>
        <w:br/>
        <w:t>First Edition</w:t>
        <w:br/>
        <w:br/>
        <w:t>ISBN: [Your ISBN]</w:t>
      </w:r>
    </w:p>
    <w:p>
      <w:r>
        <w:br w:type="page"/>
      </w:r>
    </w:p>
    <w:p>
      <w:pPr>
        <w:pStyle w:val="Heading1"/>
      </w:pPr>
      <w:r>
        <w:rPr>
          <w:sz w:val="36"/>
        </w:rPr>
        <w:t>INTRODUCTION</w:t>
      </w:r>
    </w:p>
    <w:p>
      <w:r>
        <w:t>What if everything you’ve been told about consistency is wrong? You don’t need more discipline, willpower, or a different personality; you need an entirely new operating system.</w:t>
      </w:r>
    </w:p>
    <w:p>
      <w:r>
        <w:t>You’re intelligent, ambitious, and driven. You devour self-help books, launch into new projects with incredible energy, yet find yourself stuck in a familiar cycle of enthusiastic beginnings and frustrating, shame-filled abandonments. That gnawing voice whispering something’s fundamentally broken within you? It’s a lie.</w:t>
      </w:r>
    </w:p>
    <w:p>
      <w:r>
        <w:t>The real enemy isn't your lack of motivation or a character flaw. It's a pervasive myth I call “The Restart Illusion”—the deceptive belief that each new beginning erases the failures of the past, trapping you in an endless loop of starting over without ever truly moving forward.</w:t>
      </w:r>
    </w:p>
    <w:p>
      <w:r>
        <w:t>This book will show you how to break free from that illusion, replacing inconsistent effort and emotional whiplash with stable follow-through and predictable execution. Imagine building unshakable self-trust, fueled by calm confidence that your systems will survive even your worst days.</w:t>
      </w:r>
    </w:p>
    <w:p>
      <w:r>
        <w:t>You’ll discover that consistency isn’t a personality trait but a recoverable system property. Inside, I introduce The CONSISTENCY CODE (C-CODE)—a unique architecture designed to optimize for recovery speed, control friction, regulate emotions, and stabilize your identity, all without relying on fleeting motivation.</w:t>
      </w:r>
    </w:p>
    <w:p>
      <w:r>
        <w:t>Author note: Add your personal story here. I’ve lived through these cycles, built these systems, and seen firsthand how transformative they can be.</w:t>
      </w:r>
    </w:p>
    <w:p>
      <w:r>
        <w:t>If you're ready to finally close the gap between your ambition and your execution, to transform your starts into finishes and your potential into reality, then turn the page. Your journey to calm, consistent power begins now.</w:t>
      </w:r>
    </w:p>
    <w:p>
      <w:r>
        <w:br w:type="page"/>
      </w:r>
    </w:p>
    <w:p>
      <w:pPr>
        <w:pStyle w:val="Heading1"/>
      </w:pPr>
      <w:r>
        <w:rPr>
          <w:sz w:val="36"/>
        </w:rPr>
        <w:t>Chapter 1: WHY YOU ALWAYS QUIT</w:t>
      </w:r>
    </w:p>
    <w:p>
      <w:r>
        <w:t xml:space="preserve">You are not inconsistent because you lack discipline. You are inconsistent because you’ve been taught to respond to failure in the most destructive way possible. You’ve been programmed to believe that when an ambitious project stalls, when your enthusiasm wanes, or when an important </w:t>
      </w:r>
      <w:r>
        <w:rPr>
          <w:b/>
        </w:rPr>
        <w:t>Execution Loop</w:t>
      </w:r>
      <w:r>
        <w:t xml:space="preserve"> collapses, the answer is always to restart. Not just to restart, but to restart </w:t>
      </w:r>
      <w:r>
        <w:rPr>
          <w:i/>
        </w:rPr>
        <w:t>harder</w:t>
      </w:r>
      <w:r>
        <w:t xml:space="preserve">. With more </w:t>
      </w:r>
      <w:r>
        <w:rPr>
          <w:b/>
        </w:rPr>
        <w:t>Initial Impulse</w:t>
      </w:r>
      <w:r>
        <w:t xml:space="preserve">. With a fresh surge of </w:t>
      </w:r>
      <w:r>
        <w:rPr>
          <w:b/>
        </w:rPr>
        <w:t>Cognitive Fuel</w:t>
      </w:r>
      <w:r>
        <w:t xml:space="preserve">. With a new planner, a new strategy, a new self-help book. You’ve mistaken the frantic energy of a fresh start for genuine progress, and in doing so, you’ve trapped yourself in a cycle that guarantees eventual collapse. This book isn't about trying harder. It's about seeing the structural flaws in your approach and learning how to build something that doesn't just survive, but </w:t>
      </w:r>
      <w:r>
        <w:rPr>
          <w:i/>
        </w:rPr>
        <w:t>thrives</w:t>
      </w:r>
      <w:r>
        <w:t>, even on your worst days.</w:t>
      </w:r>
    </w:p>
    <w:p>
      <w:r>
        <w:t xml:space="preserve">You know this feeling intimately, don't you? The electric surge of a new idea, a grand project, a personal transformation. It begins with such conviction. You map out your steps, perhaps design a new morning routine, or dedicate yourself to mastering a skill. For days, maybe even weeks, you're unstoppable. Your </w:t>
      </w:r>
      <w:r>
        <w:rPr>
          <w:b/>
        </w:rPr>
        <w:t>Initial Impulse</w:t>
      </w:r>
      <w:r>
        <w:t xml:space="preserve"> is high, your </w:t>
      </w:r>
      <w:r>
        <w:rPr>
          <w:b/>
        </w:rPr>
        <w:t>Cognitive Fuel</w:t>
      </w:r>
      <w:r>
        <w:t xml:space="preserve"> feels limitless. You envision the finished product, the transformed self, and it feels inevitable. This time, you tell yourself, it’s different.</w:t>
      </w:r>
    </w:p>
    <w:p>
      <w:r>
        <w:t xml:space="preserve">But then, the inevitable happens. Life. A demanding client project lands on your desk. A family emergency pulls your focus. An unexpected illness saps your energy. Or perhaps, more subtly, the sheer novelty wears off, the grind sets in, and the well of </w:t>
      </w:r>
      <w:r>
        <w:rPr>
          <w:b/>
        </w:rPr>
        <w:t>Cognitive Fuel</w:t>
      </w:r>
      <w:r>
        <w:t xml:space="preserve"> begins to run dry. The carefully constructed </w:t>
      </w:r>
      <w:r>
        <w:rPr>
          <w:b/>
        </w:rPr>
        <w:t>Execution Loop</w:t>
      </w:r>
      <w:r>
        <w:t xml:space="preserve"> falters. A missed day turns into two, then three. The guilt creeps in, subtle at first, then a crushing weight. The dream, once so vibrant, now feels like a distant memory, another casualty in a long line of unfinished ambitions.</w:t>
      </w:r>
    </w:p>
    <w:p>
      <w:r>
        <w:t>You’re intelligent. You’re reflective. You’ve consumed countless articles, podcasts, and books on productivity, habits, and personal growth. You understand the concepts, you apply the techniques, yet the cycle persists. The frustration is palpable. The self-doubt gnawing. "What's wrong with me?" you ask, quietly, desperately. "Why can't I just stick with it?" You start to fear there's something fundamentally broken within you, a deep-seated flaw that prevents you from achieving the consistency you so desperately crave. The shame is a heavy blanket, insulating you from further risk, yet suffocating your potential.</w:t>
      </w:r>
    </w:p>
    <w:p>
      <w:r>
        <w:t xml:space="preserve">Let me be clear: there is nothing inherently wrong with you. You are not broken. Your struggles with consistency are not a sign of personal failing or a lack of character. They are, almost universally, a symptom of a flawed understanding of how consistency is actually built and maintained. You haven't failed; the </w:t>
      </w:r>
      <w:r>
        <w:rPr>
          <w:i/>
        </w:rPr>
        <w:t>approach</w:t>
      </w:r>
      <w:r>
        <w:t xml:space="preserve"> you've been taught, the very framework you’ve been operating within, has failed you. The problem isn't your inability to start; it's the destructive pattern of what you do when you inevitably falter.</w:t>
      </w:r>
    </w:p>
    <w:p>
      <w:r>
        <w:t xml:space="preserve">The true enemy isn't your perceived lack of willpower, or some elusive "motivation" that always seems to desert you. The real antagonist is a deeply ingrained, almost instinctual response to setback that is actively sabotaging your long-term success. I call this pervasive foe </w:t>
      </w:r>
      <w:r>
        <w:rPr>
          <w:b/>
        </w:rPr>
        <w:t>The Restart Illusion</w:t>
      </w:r>
      <w:r>
        <w:t>.</w:t>
      </w:r>
    </w:p>
    <w:p>
      <w:r>
        <w:rPr>
          <w:b/>
        </w:rPr>
        <w:t>The Restart Illusion</w:t>
      </w:r>
      <w:r>
        <w:t xml:space="preserve"> is the seductive, yet ultimately self-defeating, belief that the solution to inconsistency, to quitting, or to any breakdown in your desired </w:t>
      </w:r>
      <w:r>
        <w:rPr>
          <w:b/>
        </w:rPr>
        <w:t>Execution Loop</w:t>
      </w:r>
      <w:r>
        <w:t xml:space="preserve"> is simply to restart. But not just to restart; to restart </w:t>
      </w:r>
      <w:r>
        <w:rPr>
          <w:i/>
        </w:rPr>
        <w:t>harder</w:t>
      </w:r>
      <w:r>
        <w:t xml:space="preserve">. To inject more </w:t>
      </w:r>
      <w:r>
        <w:rPr>
          <w:b/>
        </w:rPr>
        <w:t>Initial Impulse</w:t>
      </w:r>
      <w:r>
        <w:t xml:space="preserve">, more raw </w:t>
      </w:r>
      <w:r>
        <w:rPr>
          <w:b/>
        </w:rPr>
        <w:t>Cognitive Fuel</w:t>
      </w:r>
      <w:r>
        <w:t xml:space="preserve">, more fervent belief into the exact same flawed </w:t>
      </w:r>
      <w:r>
        <w:rPr>
          <w:b/>
        </w:rPr>
        <w:t>System Context</w:t>
      </w:r>
      <w:r>
        <w:t xml:space="preserve"> that led to the collapse in the first place. It tells you that if you just get a better planner, or wake up earlier, or find that </w:t>
      </w:r>
      <w:r>
        <w:rPr>
          <w:i/>
        </w:rPr>
        <w:t>one</w:t>
      </w:r>
      <w:r>
        <w:t xml:space="preserve"> perfect productivity hack, this time will be different. It’s the voice that whispers, "If only I tried harder, I wouldn't have quit."</w:t>
      </w:r>
    </w:p>
    <w:p>
      <w:r>
        <w:t xml:space="preserve">Consider the story of David, a brilliant software engineer with a burning desire to launch his own SaaS product. Every year, around January, a surge of </w:t>
      </w:r>
      <w:r>
        <w:rPr>
          <w:b/>
        </w:rPr>
        <w:t>Initial Impulse</w:t>
      </w:r>
      <w:r>
        <w:t xml:space="preserve"> would hit. He’d spend weeks sketching out elegant architectures, coding late into the night, fueled by a potent blend of coffee and ambition. He’d commit to a strict schedule, believing that sheer force of </w:t>
      </w:r>
      <w:r>
        <w:rPr>
          <w:b/>
        </w:rPr>
        <w:t>Cognitive Fuel</w:t>
      </w:r>
      <w:r>
        <w:t xml:space="preserve"> would see him through. But as spring arrived, client projects would pile up, his gym routine would lapse, and the relentless demands of life would chip away at his energy. One missed coding session became two, then a week. The guilt would build, and soon, the project would be abandoned, another half-finished dream filed away. Then, come next January, the cycle would begin anew. David wasn't learning from his failures; he was merely resetting the timer on them. He was trapped in </w:t>
      </w:r>
      <w:r>
        <w:rPr>
          <w:b/>
        </w:rPr>
        <w:t>The Restart Illusion</w:t>
      </w:r>
      <w:r>
        <w:t>.</w:t>
      </w:r>
    </w:p>
    <w:p>
      <w:r>
        <w:t xml:space="preserve">This illusion is insidious because it masquerades as progress. It offers the temporary high of a fresh start, a clean slate, without demanding a rigorous examination of the underlying </w:t>
      </w:r>
      <w:r>
        <w:rPr>
          <w:b/>
        </w:rPr>
        <w:t>System Context</w:t>
      </w:r>
      <w:r>
        <w:t xml:space="preserve"> that led to the previous failure. It encourages emotional resets instead of structural fixes. It convinces you that failure is final, rather than a data point. When you succumb to </w:t>
      </w:r>
      <w:r>
        <w:rPr>
          <w:b/>
        </w:rPr>
        <w:t>The Restart Illusion</w:t>
      </w:r>
      <w:r>
        <w:t>, you’re not building; you’re merely attempting to patch a collapsing structure with more raw enthusiasm, hoping it will somehow hold this time.</w:t>
      </w:r>
    </w:p>
    <w:p>
      <w:r>
        <w:t xml:space="preserve">The harm is profound. Each cycle of hope-burnout-shame reinforces a negative identity: "I am someone who quits." It erodes your self-trust, making it harder and harder to believe in your own capacity for follow-through. It teaches you to blame yourself for insufficient </w:t>
      </w:r>
      <w:r>
        <w:rPr>
          <w:b/>
        </w:rPr>
        <w:t>Cognitive Fuel</w:t>
      </w:r>
      <w:r>
        <w:t xml:space="preserve"> or a lack of </w:t>
      </w:r>
      <w:r>
        <w:rPr>
          <w:b/>
        </w:rPr>
        <w:t>Initial Impulse</w:t>
      </w:r>
      <w:r>
        <w:t xml:space="preserve">, rather than empowering you to diagnose and redesign the systems that were destined to fail. </w:t>
      </w:r>
      <w:r>
        <w:rPr>
          <w:b/>
        </w:rPr>
        <w:t>The Restart Illusion</w:t>
      </w:r>
      <w:r>
        <w:t xml:space="preserve"> keeps you perpetually on a treadmill, running hard but never truly moving forward. It’s why you feel stuck despite your intelligence and ambition. It’s the true reason you always quit.</w:t>
      </w:r>
    </w:p>
    <w:p>
      <w:r>
        <w:t xml:space="preserve">But what if there was another way? What if quitting wasn't a personal failing, but a diagnostic signal? What if the problem wasn't you, but the very design of your efforts? Imagine a world where consistency isn't a struggle against your own nature, but a predictable outcome of intelligent design. What if you didn’t have to rely on a constant influx of </w:t>
      </w:r>
      <w:r>
        <w:rPr>
          <w:b/>
        </w:rPr>
        <w:t>Initial Impulse</w:t>
      </w:r>
      <w:r>
        <w:t xml:space="preserve"> or an endless reservoir of </w:t>
      </w:r>
      <w:r>
        <w:rPr>
          <w:b/>
        </w:rPr>
        <w:t>Cognitive Fuel</w:t>
      </w:r>
      <w:r>
        <w:t xml:space="preserve"> to achieve what you set out to do?</w:t>
      </w:r>
    </w:p>
    <w:p>
      <w:r>
        <w:t xml:space="preserve">This alternative exists. It's not about trying harder; it's about building smarter. It’s about understanding that </w:t>
      </w:r>
      <w:r>
        <w:rPr>
          <w:b/>
        </w:rPr>
        <w:t>Execution Loops</w:t>
      </w:r>
      <w:r>
        <w:t xml:space="preserve"> aren't sustained by willpower alone, but by resilient systems that account for the inevitable disruptions of life. This book will introduce you to </w:t>
      </w:r>
      <w:r>
        <w:rPr>
          <w:b/>
        </w:rPr>
        <w:t>The CONSISTENCY CODE (C-CODE)</w:t>
      </w:r>
      <w:r>
        <w:t>, a framework designed not to push you harder, but to build a robust architecture for your aspirations.</w:t>
      </w:r>
    </w:p>
    <w:p>
      <w:r>
        <w:t xml:space="preserve">The central metaphor of the C-CODE is </w:t>
      </w:r>
      <w:r>
        <w:rPr>
          <w:b/>
        </w:rPr>
        <w:t>Stability Engineering</w:t>
      </w:r>
      <w:r>
        <w:t xml:space="preserve">. You don’t "try" to be consistent any more than an architect "tries" to keep a bridge from collapsing. Instead, you design systems that inherently don’t collapse. You identify potential points of failure, integrate redundancies, and build in mechanisms for recovery </w:t>
      </w:r>
      <w:r>
        <w:rPr>
          <w:i/>
        </w:rPr>
        <w:t>before</w:t>
      </w:r>
      <w:r>
        <w:t xml:space="preserve"> they're needed. This isn’t about being perfect; it’s about being prepared for imperfection. It's about recognizing that execution survives when recovery is built in—not bolted on as an afterthought, but woven into the very fabric of your efforts.</w:t>
      </w:r>
    </w:p>
    <w:p>
      <w:r>
        <w:t xml:space="preserve">With the C-CODE, you'll learn to analyze your </w:t>
      </w:r>
      <w:r>
        <w:rPr>
          <w:b/>
        </w:rPr>
        <w:t>System Context</w:t>
      </w:r>
      <w:r>
        <w:t xml:space="preserve">, identifying the hidden forces that either support or sabotage your </w:t>
      </w:r>
      <w:r>
        <w:rPr>
          <w:b/>
        </w:rPr>
        <w:t>Execution Loops</w:t>
      </w:r>
      <w:r>
        <w:t xml:space="preserve">. You’ll discover how to set up robust </w:t>
      </w:r>
      <w:r>
        <w:rPr>
          <w:b/>
        </w:rPr>
        <w:t>Anchor Points</w:t>
      </w:r>
      <w:r>
        <w:t xml:space="preserve"> that reliably cue your desired actions, independent of your fluctuating mood or energy levels. You'll move beyond the fleeting highs of </w:t>
      </w:r>
      <w:r>
        <w:rPr>
          <w:b/>
        </w:rPr>
        <w:t>Initial Impulse</w:t>
      </w:r>
      <w:r>
        <w:t xml:space="preserve"> and the exhausting demands of pure </w:t>
      </w:r>
      <w:r>
        <w:rPr>
          <w:b/>
        </w:rPr>
        <w:t>Cognitive Fuel</w:t>
      </w:r>
      <w:r>
        <w:t>, learning instead to build predictable, reliable momentum.</w:t>
      </w:r>
    </w:p>
    <w:p>
      <w:r>
        <w:t xml:space="preserve">The promise of </w:t>
      </w:r>
      <w:r>
        <w:rPr>
          <w:b/>
        </w:rPr>
        <w:t>Stability Engineering</w:t>
      </w:r>
      <w:r>
        <w:t xml:space="preserve"> is not that you will never face a setback. Setbacks are inevitable. The promise is that you will develop the capacity to absorb those setbacks, adapt, and continue moving forward, without falling back into the destructive cycle of </w:t>
      </w:r>
      <w:r>
        <w:rPr>
          <w:b/>
        </w:rPr>
        <w:t>The Restart Illusion</w:t>
      </w:r>
      <w:r>
        <w:t>. You will learn to trust yourself not because you never fail, but because you possess the systems to recover from failure gracefully and predictably. You will cultivate a calm confidence, rooted not in an illusion of invincibility, but in the proven resilience of your own design.</w:t>
      </w:r>
    </w:p>
    <w:p>
      <w:r>
        <w:t xml:space="preserve">Are you ready to stop running on the treadmill of </w:t>
      </w:r>
      <w:r>
        <w:rPr>
          <w:b/>
        </w:rPr>
        <w:t>The Restart Illusion</w:t>
      </w:r>
      <w:r>
        <w:t xml:space="preserve">? Are you ready to stop blaming yourself for a system that was never designed to last? The path to stable follow-through, predictable execution, and genuine self-trust isn't about finding more </w:t>
      </w:r>
      <w:r>
        <w:rPr>
          <w:b/>
        </w:rPr>
        <w:t>Initial Impulse</w:t>
      </w:r>
      <w:r>
        <w:t xml:space="preserve"> or summoning more </w:t>
      </w:r>
      <w:r>
        <w:rPr>
          <w:b/>
        </w:rPr>
        <w:t>Cognitive Fuel</w:t>
      </w:r>
      <w:r>
        <w:t>. It’s about fundamentally changing your approach to consistency itself.</w:t>
      </w:r>
    </w:p>
    <w:p>
      <w:r>
        <w:t xml:space="preserve">In the chapters that follow, we will dismantle the pervasive myths that keep you stuck. We will expose the subtle mechanisms of </w:t>
      </w:r>
      <w:r>
        <w:rPr>
          <w:b/>
        </w:rPr>
        <w:t>The Restart Illusion</w:t>
      </w:r>
      <w:r>
        <w:t xml:space="preserve"> and equip you with the tools of </w:t>
      </w:r>
      <w:r>
        <w:rPr>
          <w:b/>
        </w:rPr>
        <w:t>Stability Engineering</w:t>
      </w:r>
      <w:r>
        <w:t xml:space="preserve"> to build a life where your ambitions are not just started, but consistently, reliably, and calmly seen through to completion. The next chapter isn't about what you </w:t>
      </w:r>
      <w:r>
        <w:rPr>
          <w:i/>
        </w:rPr>
        <w:t>should</w:t>
      </w:r>
      <w:r>
        <w:t xml:space="preserve"> do, but what you must </w:t>
      </w:r>
      <w:r>
        <w:rPr>
          <w:i/>
        </w:rPr>
        <w:t>unlearn</w:t>
      </w:r>
      <w:r>
        <w:t xml:space="preserve"> to finally build the consistency you deserve.</w:t>
      </w:r>
    </w:p>
    <w:p>
      <w:r>
        <w:br w:type="page"/>
      </w:r>
    </w:p>
    <w:p>
      <w:pPr>
        <w:pStyle w:val="Heading1"/>
      </w:pPr>
      <w:r>
        <w:rPr>
          <w:sz w:val="36"/>
        </w:rPr>
        <w:t>Chapter 2: STABILITY BEFORE DISCIPLINE</w:t>
      </w:r>
    </w:p>
    <w:p>
      <w:r>
        <w:t xml:space="preserve">The myth you must unlearn, the one that keeps you trapped in </w:t>
      </w:r>
      <w:r>
        <w:rPr>
          <w:b/>
        </w:rPr>
        <w:t>The Restart Illusion</w:t>
      </w:r>
      <w:r>
        <w:t xml:space="preserve">, is this: you believe consistency is built on discipline. You’ve been told, explicitly or implicitly, that if you just </w:t>
      </w:r>
      <w:r>
        <w:rPr>
          <w:i/>
        </w:rPr>
        <w:t>force</w:t>
      </w:r>
      <w:r>
        <w:t xml:space="preserve"> yourself, if you just </w:t>
      </w:r>
      <w:r>
        <w:rPr>
          <w:i/>
        </w:rPr>
        <w:t>try harder</w:t>
      </w:r>
      <w:r>
        <w:t xml:space="preserve"> with more </w:t>
      </w:r>
      <w:r>
        <w:rPr>
          <w:b/>
        </w:rPr>
        <w:t>Cognitive Fuel</w:t>
      </w:r>
      <w:r>
        <w:t xml:space="preserve"> and </w:t>
      </w:r>
      <w:r>
        <w:rPr>
          <w:b/>
        </w:rPr>
        <w:t>Initial Impulse</w:t>
      </w:r>
      <w:r>
        <w:t>, you will eventually break through. You’ve mistaken the grind for the goal, the struggle for the strategy.</w:t>
      </w:r>
    </w:p>
    <w:p>
      <w:r>
        <w:t xml:space="preserve">But what if discipline isn't the foundation of consistency at all? What if it's actually a </w:t>
      </w:r>
      <w:r>
        <w:rPr>
          <w:i/>
        </w:rPr>
        <w:t>byproduct</w:t>
      </w:r>
      <w:r>
        <w:t>? What if trying to apply discipline to an unstable internal state is like trying to paint a masterpiece on a canvas that's constantly shaking? It’s not that you lack the skill or the vision; it’s that the very surface you're working on is sabotaging your efforts.</w:t>
      </w:r>
    </w:p>
    <w:p>
      <w:r>
        <w:t xml:space="preserve">This is the core insight of </w:t>
      </w:r>
      <w:r>
        <w:rPr>
          <w:b/>
        </w:rPr>
        <w:t>STABILITY FIRST</w:t>
      </w:r>
      <w:r>
        <w:t xml:space="preserve">, the first component of </w:t>
      </w:r>
      <w:r>
        <w:rPr>
          <w:b/>
        </w:rPr>
        <w:t>The CONSISTENCY CODE</w:t>
      </w:r>
      <w:r>
        <w:t xml:space="preserve">. Before you can expect any </w:t>
      </w:r>
      <w:r>
        <w:rPr>
          <w:b/>
        </w:rPr>
        <w:t>Execution Loop</w:t>
      </w:r>
      <w:r>
        <w:t xml:space="preserve"> to hold, before you can reliably follow through on your ambitions, you must first establish a foundation of internal stability. We're talking about </w:t>
      </w:r>
      <w:r>
        <w:rPr>
          <w:b/>
        </w:rPr>
        <w:t>Baseline Stability</w:t>
      </w:r>
      <w:r>
        <w:t>: a predictable, resilient state of emotional and cognitive equilibrium that allows your efforts to take root, rather than being constantly uprooted by internal turbulence.</w:t>
      </w:r>
    </w:p>
    <w:p>
      <w:r>
        <w:t xml:space="preserve">Think of it like </w:t>
      </w:r>
      <w:r>
        <w:rPr>
          <w:b/>
        </w:rPr>
        <w:t>Stability Engineering</w:t>
      </w:r>
      <w:r>
        <w:t>. An architect doesn't start by building the ornate roof of a skyscraper. They dig deep, pour a massive foundation, and ensure the ground beneath is solid. Only then do they erect the structure, confident it won’t sway and crumble under its own weight, or the inevitable winds of daily life. Your internal world is that foundation. If it's a volatile, unpredictable landscape, every attempt at consistent action will be an uphill battle against yourself.</w:t>
      </w:r>
    </w:p>
    <w:p>
      <w:r>
        <w:t xml:space="preserve">You’ve felt this, haven't you? That morning you woke up after too little sleep, your mind foggy, your mood irritable. The </w:t>
      </w:r>
      <w:r>
        <w:rPr>
          <w:b/>
        </w:rPr>
        <w:t>Execution Loop</w:t>
      </w:r>
      <w:r>
        <w:t xml:space="preserve"> you’d planned—perhaps an hour of deep work on your side project, or a focused meditation session—felt impossible. The effort required to even </w:t>
      </w:r>
      <w:r>
        <w:rPr>
          <w:i/>
        </w:rPr>
        <w:t>start</w:t>
      </w:r>
      <w:r>
        <w:t xml:space="preserve"> was monumental, and the quality of your output, if you managed to begin, was compromised. Or perhaps it was a day filled with unexpected stressors: an urgent email, a disagreement with a loved one, a sudden financial worry. Your internal state became a tempest, and your carefully planned actions were swept away.</w:t>
      </w:r>
    </w:p>
    <w:p>
      <w:r>
        <w:t xml:space="preserve">In these moments, you likely blamed your "lack of discipline," or a sudden drop in "motivation." You probably told yourself you needed more </w:t>
      </w:r>
      <w:r>
        <w:rPr>
          <w:b/>
        </w:rPr>
        <w:t>Cognitive Fuel</w:t>
      </w:r>
      <w:r>
        <w:t xml:space="preserve"> or a stronger </w:t>
      </w:r>
      <w:r>
        <w:rPr>
          <w:b/>
        </w:rPr>
        <w:t>Initial Impulse</w:t>
      </w:r>
      <w:r>
        <w:t xml:space="preserve"> to overcome the resistance. But the truth is, your internal </w:t>
      </w:r>
      <w:r>
        <w:rPr>
          <w:b/>
        </w:rPr>
        <w:t>System Context</w:t>
      </w:r>
      <w:r>
        <w:t xml:space="preserve"> was too unstable to support the consistent action you desired. Your energy was being siphoned off by emotional regulation, by cognitive friction, by the sheer effort of simply existing in an unstable state.</w:t>
      </w:r>
    </w:p>
    <w:p>
      <w:r>
        <w:rPr>
          <w:b/>
        </w:rPr>
        <w:t>The Restart Illusion</w:t>
      </w:r>
      <w:r>
        <w:t xml:space="preserve">, remember, tells you to just try harder. But applying more pressure to an unstable system doesn't make it stable; it makes it </w:t>
      </w:r>
      <w:r>
        <w:rPr>
          <w:i/>
        </w:rPr>
        <w:t>more likely to collapse</w:t>
      </w:r>
      <w:r>
        <w:t xml:space="preserve">. You can have all the </w:t>
      </w:r>
      <w:r>
        <w:rPr>
          <w:b/>
        </w:rPr>
        <w:t>Initial Impulse</w:t>
      </w:r>
      <w:r>
        <w:t xml:space="preserve"> in the world, the most brilliant strategy, and the most compelling vision, but if your internal foundation is constantly shifting, your efforts will be perpetually undermined.</w:t>
      </w:r>
    </w:p>
    <w:p>
      <w:r>
        <w:t xml:space="preserve">What does </w:t>
      </w:r>
      <w:r>
        <w:rPr>
          <w:b/>
        </w:rPr>
        <w:t>Baseline Stability</w:t>
      </w:r>
      <w:r>
        <w:t xml:space="preserve"> actually look like? It’s not about achieving a zen-like state of constant calm. Life is inherently messy, and challenges are inevitable. Instead, </w:t>
      </w:r>
      <w:r>
        <w:rPr>
          <w:b/>
        </w:rPr>
        <w:t>Baseline Stability</w:t>
      </w:r>
      <w:r>
        <w:t xml:space="preserve"> is about creating a predictable internal environment that can </w:t>
      </w:r>
      <w:r>
        <w:rPr>
          <w:i/>
        </w:rPr>
        <w:t>absorb</w:t>
      </w:r>
      <w:r>
        <w:t xml:space="preserve"> those shocks without falling apart. It’s about minimizing the low-level, self-generated turbulence that drains your </w:t>
      </w:r>
      <w:r>
        <w:rPr>
          <w:b/>
        </w:rPr>
        <w:t>Cognitive Fuel</w:t>
      </w:r>
      <w:r>
        <w:t xml:space="preserve"> and hijacks your focus, making adherence to any </w:t>
      </w:r>
      <w:r>
        <w:rPr>
          <w:b/>
        </w:rPr>
        <w:t>Execution Loop</w:t>
      </w:r>
      <w:r>
        <w:t xml:space="preserve"> feel like a Herculean feat.</w:t>
      </w:r>
    </w:p>
    <w:p>
      <w:r>
        <w:t>Imagine the difference between a small boat on a choppy lake and a large, well-designed ship on the same water. Both will experience waves. But the small boat will be tossed violently, requiring constant, exhausting effort just to stay upright, while the larger ship will ride the waves with relative ease, its internal systems largely undisturbed. You want to build the ship, not constantly paddle the unstable dinghy of your volatile internal state.</w:t>
      </w:r>
    </w:p>
    <w:p>
      <w:r>
        <w:t xml:space="preserve">The paradox here is that the very people who most desperately seek consistency are often the ones who are most internally volatile. They are driven, ambitious, and sensitive, which means they feel the highs of </w:t>
      </w:r>
      <w:r>
        <w:rPr>
          <w:b/>
        </w:rPr>
        <w:t>Initial Impulse</w:t>
      </w:r>
      <w:r>
        <w:t xml:space="preserve"> intensely, but also the lows of frustration and shame when </w:t>
      </w:r>
      <w:r>
        <w:rPr>
          <w:b/>
        </w:rPr>
        <w:t>Execution Loops</w:t>
      </w:r>
      <w:r>
        <w:t xml:space="preserve"> inevitably falter. This emotional reactivity, while a source of passion, becomes a massive liability when it comes to sustained execution. It’s a powerful engine, but it’s mounted on an unreliable chassis.</w:t>
      </w:r>
    </w:p>
    <w:p>
      <w:r>
        <w:t xml:space="preserve">Let’s consider Sarah, a talented graphic designer who dreamed of launching an online course to teach others her craft. Every few months, Sarah would be struck by a powerful </w:t>
      </w:r>
      <w:r>
        <w:rPr>
          <w:b/>
        </w:rPr>
        <w:t>Initial Impulse</w:t>
      </w:r>
      <w:r>
        <w:t xml:space="preserve">. She’d map out modules, design stunning visuals, and spend days coding her sales page. She’d wake early, work late, convinced this was her moment. But Sarah’s internal </w:t>
      </w:r>
      <w:r>
        <w:rPr>
          <w:b/>
        </w:rPr>
        <w:t>System Context</w:t>
      </w:r>
      <w:r>
        <w:t xml:space="preserve"> was a constant roller coaster. She’d often skip meals when engrossed in work, leading to blood sugar crashes that left her irritable and unfocused. She’d push herself to the brink of exhaustion, running on minimal sleep, convinced that "hustle" was the answer. When a client project invariably demanded her attention, or a minor technical glitch arose, Sarah’s fragile </w:t>
      </w:r>
      <w:r>
        <w:rPr>
          <w:b/>
        </w:rPr>
        <w:t>Baseline Stability</w:t>
      </w:r>
      <w:r>
        <w:t xml:space="preserve"> would shatter. The smallest setback would trigger a cascade of self-doubt and frustration. Her internal state would become too loud, too chaotic, for her to calmly problem-solve or simply pick up where she left off. The course would be abandoned, another victim of the pervasive foe that is </w:t>
      </w:r>
      <w:r>
        <w:rPr>
          <w:b/>
        </w:rPr>
        <w:t>The Restart Illusion</w:t>
      </w:r>
      <w:r>
        <w:t>, only to be "restarted" with fresh fervor a few months later.</w:t>
      </w:r>
    </w:p>
    <w:p>
      <w:r>
        <w:t xml:space="preserve">Sarah wasn't lacking discipline; she was lacking a stable foundation. Her internal volatility consumed all her available </w:t>
      </w:r>
      <w:r>
        <w:rPr>
          <w:b/>
        </w:rPr>
        <w:t>Cognitive Fuel</w:t>
      </w:r>
      <w:r>
        <w:t xml:space="preserve"> simply managing the internal chaos, leaving nothing left for the consistent, deliberate action required to build her course. She was trying to build a magnificent structure on quicksand.</w:t>
      </w:r>
    </w:p>
    <w:p>
      <w:r>
        <w:t xml:space="preserve">So, how do we begin to engineer this </w:t>
      </w:r>
      <w:r>
        <w:rPr>
          <w:b/>
        </w:rPr>
        <w:t>Baseline Stability</w:t>
      </w:r>
      <w:r>
        <w:t xml:space="preserve">? It’s not about adding more to your already overflowing plate. In fact, it's often about </w:t>
      </w:r>
      <w:r>
        <w:rPr>
          <w:i/>
        </w:rPr>
        <w:t>removing</w:t>
      </w:r>
      <w:r>
        <w:t xml:space="preserve"> friction and proactively </w:t>
      </w:r>
      <w:r>
        <w:rPr>
          <w:i/>
        </w:rPr>
        <w:t>supporting</w:t>
      </w:r>
      <w:r>
        <w:t xml:space="preserve"> your fundamental biological and psychological needs. These aren't "hacks"; they are the non-negotiable prerequisites for sustained human performance. And crucially, they are often low-effort, high-impact changes that create a ripple effect.</w:t>
      </w:r>
    </w:p>
    <w:p>
      <w:r>
        <w:t xml:space="preserve">Here are the pillars of </w:t>
      </w:r>
      <w:r>
        <w:rPr>
          <w:b/>
        </w:rPr>
        <w:t>Baseline Stability</w:t>
      </w:r>
      <w:r>
        <w:t xml:space="preserve">, your first steps in </w:t>
      </w:r>
      <w:r>
        <w:rPr>
          <w:b/>
        </w:rPr>
        <w:t>Stability Engineering</w:t>
      </w:r>
      <w:r>
        <w:t>:</w:t>
      </w:r>
    </w:p>
    <w:p>
      <w:pPr>
        <w:pStyle w:val="ListNumber"/>
      </w:pPr>
      <w:r>
        <w:t>**Reclaim Your Sleep Foundation:** This isn't about getting "enough" sleep; it's about establishing a *consistent and restorative* sleep pattern. For many, this is the single most impactful lever for internal stability. When you're sleep-deprived, your prefrontal cortex—the part of your brain responsible for executive functions like planning, decision-making, and impulse control—is compromised. Your emotional regulation goes haywire, your **Cognitive Fuel** tanks, and everything feels harder. A missed **Execution Loop** feels like a catastrophe rather than a blip.</w:t>
      </w:r>
    </w:p>
    <w:p>
      <w:pPr>
        <w:pStyle w:val="ListNumber"/>
      </w:pPr>
      <w:r>
        <w:t>*   **The Stability Engineer's Approach:** Don’t aim for perfect eight-hour nights immediately. Instead, aim for *consistency*. Go to bed and wake up at roughly the same time every day, even on weekends. Prioritize a dark, cool, quiet sleep environment. Disconnect from screens an hour before bed. These aren't optional luxuries; they are fundamental inputs for a stable internal **System Context**. You wouldn't expect your computer to run consistently if you constantly unplugged it mid-operation; don't expect it from your brain. This isn't about rigid rules; it's about designing a predictable rhythm that allows your brain and body to reliably recover and reset.</w:t>
      </w:r>
    </w:p>
    <w:p>
      <w:pPr>
        <w:pStyle w:val="ListNumber"/>
      </w:pPr>
      <w:r>
        <w:t>**Fuel Your Engine with Intent:** Your brain and body run on fuel, and the quality and consistency of that fuel directly impact your **Baseline Stability**. Skipping meals, relying on sugar rushes and caffeine crashes, or consuming highly processed foods creates internal volatility. Your blood sugar spikes and plummets, taking your mood, energy, and focus along for the ride. This isn't about strict dieting; it's about mindful, consistent nourishment.</w:t>
      </w:r>
    </w:p>
    <w:p>
      <w:pPr>
        <w:pStyle w:val="ListNumber"/>
      </w:pPr>
      <w:r>
        <w:t>*   **The Stability Engineer's Approach:** Focus on regular, balanced meals. Ensure you’re getting adequate protein, healthy fats, and complex carbohydrates. Don't let yourself get *hangry* (hungry + angry) or experience significant energy slumps. Keep healthy, easy-to-access snacks nearby. Hydrate consistently throughout the day. These are simple inputs, but their absence creates persistent internal noise that drains your **Cognitive Fuel** and makes maintaining any **Execution Loop** incredibly difficult. When your body is screaming for basic sustenance, your higher-level aspirations struggle to be heard.</w:t>
      </w:r>
    </w:p>
    <w:p>
      <w:pPr>
        <w:pStyle w:val="ListNumber"/>
      </w:pPr>
      <w:r>
        <w:t>**Integrate Movement, Don't Just Exercise:** For many, "exercise" conjures images of grueling workouts or intense gym sessions, which themselves can become another abandoned **Execution Loop** under **The Restart Illusion**. But consistent movement, even low-intensity movement, is a powerful stabilizer. It releases endorphins, reduces stress hormones, improves circulation, and clears your head. It’s a natural antidote to the mental and emotional stagnation that often accompanies intense, focused work.</w:t>
      </w:r>
    </w:p>
    <w:p>
      <w:pPr>
        <w:pStyle w:val="ListNumber"/>
      </w:pPr>
      <w:r>
        <w:t>*   **The Stability Engineer's Approach:** Instead of aiming for a marathon, aim for *consistent daily movement*. This could be a 20-minute walk, stretching, taking the stairs, or even just standing and moving every hour during your workday. The goal isn't to burn calories or build muscle (though those are nice side effects); it's to regulate your mood, manage stress, and gently circulate energy through your system. This consistent, low-demand physical input significantly reduces cognitive fog and emotional reactivity, making your internal **System Context** far more resilient to disruption.</w:t>
      </w:r>
    </w:p>
    <w:p>
      <w:pPr>
        <w:pStyle w:val="ListNumber"/>
      </w:pPr>
      <w:r>
        <w:t>**Design for Deliberate Downtime:** In our always-on culture, "rest" often means collapsing onto the couch to scroll through social media or binge-watch TV. While there's a place for passive relaxation, true restorative downtime is different. It’s about actively disengaging from demands and allowing your mind to wander, process, and recharge. Without it, your **Cognitive Fuel** is constantly depleted, leading to mental fatigue, irritability, and a pervasive feeling of being "on edge."</w:t>
      </w:r>
    </w:p>
    <w:p>
      <w:pPr>
        <w:pStyle w:val="ListNumber"/>
      </w:pPr>
      <w:r>
        <w:t>*   **The Stability Engineer's Approach:** Schedule non-productive, non-stimulating downtime. This could be 15 minutes of meditation, reading a physical book, spending time in nature, listening to music, or engaging in a hobby purely for enjoyment. The key is to choose activities that *replenish* your internal resources rather than further draining them or overstimulating your senses. This isn't about being lazy; it's about creating necessary space for your internal systems to defrag and optimize, ensuring you have the **Cognitive Fuel** available when you need it for your chosen **Execution Loops**.</w:t>
      </w:r>
    </w:p>
    <w:p>
      <w:pPr>
        <w:pStyle w:val="ListNumber"/>
      </w:pPr>
      <w:r>
        <w:t>**Practice Emotional First Aid:** You won't always be calm. Moments of frustration, anxiety, or overwhelm are inevitable. **Baseline Stability** isn't about preventing these emotions; it's about developing the capacity to *process* them without letting them derail your entire day or sabotage your **Execution Loops**. When strong emotions arise, they create significant internal noise, making it almost impossible to focus on anything else.</w:t>
      </w:r>
    </w:p>
    <w:p>
      <w:pPr>
        <w:pStyle w:val="ListNumber"/>
      </w:pPr>
      <w:r>
        <w:t>*   **The Stability Engineer's Approach:** Develop a few simple, immediate practices for emotional regulation. This could be a few deep breaths, a quick body scan to notice where you're holding tension, or simply acknowledging the emotion ("I'm feeling frustrated right now"). The goal is to create a small pause, a moment of awareness, before reacting or letting the emotion dictate your actions. This isn't about suppressing feelings; it's about creating a minimal buffer that prevents a temporary emotional spike from collapsing your entire internal structure and triggering **The Restart Illusion**. Acknowledge, don't amplify.</w:t>
      </w:r>
    </w:p>
    <w:p>
      <w:r>
        <w:t xml:space="preserve">These five pillars might seem deceptively simple, almost too basic for an intelligent, ambitious individual like yourself. You might be thinking, "I already </w:t>
      </w:r>
      <w:r>
        <w:rPr>
          <w:i/>
        </w:rPr>
        <w:t>know</w:t>
      </w:r>
      <w:r>
        <w:t xml:space="preserve"> all this." But knowing is not doing, and sporadic doing is not </w:t>
      </w:r>
      <w:r>
        <w:rPr>
          <w:b/>
        </w:rPr>
        <w:t>Stability Engineering</w:t>
      </w:r>
      <w:r>
        <w:t xml:space="preserve">. The difference lies in the </w:t>
      </w:r>
      <w:r>
        <w:rPr>
          <w:i/>
        </w:rPr>
        <w:t>intentional, consistent implementation</w:t>
      </w:r>
      <w:r>
        <w:t xml:space="preserve"> of these elements, not as a means to achieve a goal, but as the </w:t>
      </w:r>
      <w:r>
        <w:rPr>
          <w:i/>
        </w:rPr>
        <w:t>foundation</w:t>
      </w:r>
      <w:r>
        <w:t xml:space="preserve"> upon which all goals can be achieved.</w:t>
      </w:r>
    </w:p>
    <w:p>
      <w:r>
        <w:t xml:space="preserve">The ambition of </w:t>
      </w:r>
      <w:r>
        <w:rPr>
          <w:b/>
        </w:rPr>
        <w:t>The Restart Illusion</w:t>
      </w:r>
      <w:r>
        <w:t xml:space="preserve"> is to push through discomfort. The wisdom of </w:t>
      </w:r>
      <w:r>
        <w:rPr>
          <w:b/>
        </w:rPr>
        <w:t>Stability Engineering</w:t>
      </w:r>
      <w:r>
        <w:t xml:space="preserve"> is to </w:t>
      </w:r>
      <w:r>
        <w:rPr>
          <w:i/>
        </w:rPr>
        <w:t>reduce</w:t>
      </w:r>
      <w:r>
        <w:t xml:space="preserve"> discomfort so that flow becomes possible. When you consistently honor these basic needs, you create an internal </w:t>
      </w:r>
      <w:r>
        <w:rPr>
          <w:b/>
        </w:rPr>
        <w:t>System Context</w:t>
      </w:r>
      <w:r>
        <w:t xml:space="preserve"> that is inherently less volatile. Your mood swings become less extreme, your energy levels more predictable, and your capacity for focused effort significantly increases. Discipline, then, isn't a struggle you inflict upon yourself; it becomes the natural, almost effortless outcome of a well-supported, stable internal state.</w:t>
      </w:r>
    </w:p>
    <w:p>
      <w:r>
        <w:t xml:space="preserve">You're not aiming for perfection in any of these areas. You're aiming for a </w:t>
      </w:r>
      <w:r>
        <w:rPr>
          <w:i/>
        </w:rPr>
        <w:t>higher baseline</w:t>
      </w:r>
      <w:r>
        <w:t xml:space="preserve">. You're building a buffer. When you improve your sleep by even 10%, your ability to manage stress might improve by 20%. When you consistently fuel your body, the dips in </w:t>
      </w:r>
      <w:r>
        <w:rPr>
          <w:b/>
        </w:rPr>
        <w:t>Cognitive Fuel</w:t>
      </w:r>
      <w:r>
        <w:t xml:space="preserve"> become less severe. These small, consistent inputs accumulate, slowly but surely transforming your internal landscape from a turbulent sea into a calm, navigable channel.</w:t>
      </w:r>
    </w:p>
    <w:p>
      <w:r>
        <w:t xml:space="preserve">This isn’t about trying harder; it’s about making it </w:t>
      </w:r>
      <w:r>
        <w:rPr>
          <w:i/>
        </w:rPr>
        <w:t>easier</w:t>
      </w:r>
      <w:r>
        <w:t xml:space="preserve"> to consistently show up. It's about recognizing that your capacity for sustained action is a direct reflection of your internal </w:t>
      </w:r>
      <w:r>
        <w:rPr>
          <w:b/>
        </w:rPr>
        <w:t>Baseline Stability</w:t>
      </w:r>
      <w:r>
        <w:t xml:space="preserve">. If you keep trying to build without first stabilizing the ground beneath you, you will always be caught in the cycle of building and collapsing, of </w:t>
      </w:r>
      <w:r>
        <w:rPr>
          <w:b/>
        </w:rPr>
        <w:t>Initial Impulse</w:t>
      </w:r>
      <w:r>
        <w:t xml:space="preserve"> followed by the shame of another abandoned </w:t>
      </w:r>
      <w:r>
        <w:rPr>
          <w:b/>
        </w:rPr>
        <w:t>Execution Loop</w:t>
      </w:r>
      <w:r>
        <w:t>.</w:t>
      </w:r>
    </w:p>
    <w:p>
      <w:r>
        <w:t xml:space="preserve">Your journey to stable follow-through doesn’t begin with a grand strategic plan or an intense burst of </w:t>
      </w:r>
      <w:r>
        <w:rPr>
          <w:b/>
        </w:rPr>
        <w:t>Cognitive Fuel</w:t>
      </w:r>
      <w:r>
        <w:t xml:space="preserve">. It begins with the quiet, consistent work of fortifying your internal world. It’s the unglamorous, foundational work of </w:t>
      </w:r>
      <w:r>
        <w:rPr>
          <w:b/>
        </w:rPr>
        <w:t>Stability Engineering</w:t>
      </w:r>
      <w:r>
        <w:t xml:space="preserve"> that will ultimately set you free from the tyranny of </w:t>
      </w:r>
      <w:r>
        <w:rPr>
          <w:b/>
        </w:rPr>
        <w:t>The Restart Illusion</w:t>
      </w:r>
      <w:r>
        <w:t>.</w:t>
      </w:r>
    </w:p>
    <w:p>
      <w:r>
        <w:t xml:space="preserve">In the next chapter, we'll delve into the second component of the </w:t>
      </w:r>
      <w:r>
        <w:rPr>
          <w:b/>
        </w:rPr>
        <w:t>C-CODE</w:t>
      </w:r>
      <w:r>
        <w:t xml:space="preserve">: </w:t>
      </w:r>
      <w:r>
        <w:rPr>
          <w:b/>
        </w:rPr>
        <w:t>Friction Governance</w:t>
      </w:r>
      <w:r>
        <w:t xml:space="preserve">. We'll explore how even a stable foundation can be undermined by unnecessary resistance in your external </w:t>
      </w:r>
      <w:r>
        <w:rPr>
          <w:b/>
        </w:rPr>
        <w:t>System Context</w:t>
      </w:r>
      <w:r>
        <w:t>, and how to systematically remove those obstacles so that consistent action becomes the path of least resistance. But first, ground yourself. Build your baseline.</w:t>
      </w:r>
    </w:p>
    <w:p>
      <w:r>
        <w:br w:type="page"/>
      </w:r>
    </w:p>
    <w:p>
      <w:pPr>
        <w:pStyle w:val="Heading1"/>
      </w:pPr>
      <w:r>
        <w:rPr>
          <w:sz w:val="36"/>
        </w:rPr>
        <w:t>Chapter 3: THE FRICTION YOU NEVER SEE</w:t>
      </w:r>
    </w:p>
    <w:p>
      <w:r>
        <w:t xml:space="preserve">You’ve done the work, haven’t you? You’ve started to reclaim your sleep, fuel your body with intent, integrate movement, and design for deliberate downtime. You’ve begun to shore up your internal </w:t>
      </w:r>
      <w:r>
        <w:rPr>
          <w:b/>
        </w:rPr>
        <w:t>System Context</w:t>
      </w:r>
      <w:r>
        <w:t xml:space="preserve">, building that crucial </w:t>
      </w:r>
      <w:r>
        <w:rPr>
          <w:b/>
        </w:rPr>
        <w:t>Baseline Stability</w:t>
      </w:r>
      <w:r>
        <w:t xml:space="preserve"> we discussed, making your internal world less a tempest and more a predictable channel. You’re feeling less volatile, less prone to those sudden emotional surges that used to derail your entire day. You’re starting to trust yourself a little more, not to be perfect, but to be </w:t>
      </w:r>
      <w:r>
        <w:rPr>
          <w:i/>
        </w:rPr>
        <w:t>present</w:t>
      </w:r>
      <w:r>
        <w:t xml:space="preserve"> for the work.</w:t>
      </w:r>
    </w:p>
    <w:p>
      <w:r>
        <w:t xml:space="preserve">And yet, you might still find yourself staring at that blank document, that untouched workout gear, or that half-finished project, feeling a familiar, subtle drag. It’s not the overwhelming internal chaos of before; it’s something different. It’s a whisper of resistance, a slight hesitation, a feeling that even though you </w:t>
      </w:r>
      <w:r>
        <w:rPr>
          <w:i/>
        </w:rPr>
        <w:t>know</w:t>
      </w:r>
      <w:r>
        <w:t xml:space="preserve"> what to do, and you </w:t>
      </w:r>
      <w:r>
        <w:rPr>
          <w:i/>
        </w:rPr>
        <w:t>feel</w:t>
      </w:r>
      <w:r>
        <w:t xml:space="preserve"> capable, the doing itself just isn’t flowing. The </w:t>
      </w:r>
      <w:r>
        <w:rPr>
          <w:b/>
        </w:rPr>
        <w:t>Execution Loop</w:t>
      </w:r>
      <w:r>
        <w:t xml:space="preserve"> you’ve envisioned still feels… heavy.</w:t>
      </w:r>
    </w:p>
    <w:p>
      <w:r>
        <w:t xml:space="preserve">This isn’t a sign that your efforts in building </w:t>
      </w:r>
      <w:r>
        <w:rPr>
          <w:b/>
        </w:rPr>
        <w:t>Baseline Stability</w:t>
      </w:r>
      <w:r>
        <w:t xml:space="preserve"> were in vain. Quite the opposite. It’s a signal that you’ve addressed the most obvious internal turbulence, and now you’re ready to see the </w:t>
      </w:r>
      <w:r>
        <w:rPr>
          <w:i/>
        </w:rPr>
        <w:t>next</w:t>
      </w:r>
      <w:r>
        <w:t xml:space="preserve"> layer of resistance: the friction you’ve been blind to. This is the realm of </w:t>
      </w:r>
      <w:r>
        <w:rPr>
          <w:b/>
        </w:rPr>
        <w:t>FRICTION GOVERNANCE</w:t>
      </w:r>
      <w:r>
        <w:t xml:space="preserve">, the second component of </w:t>
      </w:r>
      <w:r>
        <w:rPr>
          <w:b/>
        </w:rPr>
        <w:t>The CONSISTENCY CODE</w:t>
      </w:r>
      <w:r>
        <w:t>.</w:t>
      </w:r>
    </w:p>
    <w:p>
      <w:r>
        <w:t>Think of it this way: you’ve built a robust engine (your stable internal state). But if that engine is trying to push a car with the brakes slightly engaged, or on a road covered in thick mud, it won’t matter how powerful the engine is. It will still struggle. The problem isn’t the engine; it’s the environment and the external resistance it’s encountering.</w:t>
      </w:r>
    </w:p>
    <w:p>
      <w:r>
        <w:t xml:space="preserve">We often mistake this external resistance for a lack of personal drive or a sudden depletion of </w:t>
      </w:r>
      <w:r>
        <w:rPr>
          <w:b/>
        </w:rPr>
        <w:t>Cognitive Fuel</w:t>
      </w:r>
      <w:r>
        <w:t xml:space="preserve">. We blame ourselves, once again, for not having "enough willpower" to push through. But what if that resistance isn’t a personal failing at all? What if it’s an invisible design flaw in your </w:t>
      </w:r>
      <w:r>
        <w:rPr>
          <w:b/>
        </w:rPr>
        <w:t>System Context</w:t>
      </w:r>
      <w:r>
        <w:t xml:space="preserve">, silently siphoning off your energy and making even the simplest </w:t>
      </w:r>
      <w:r>
        <w:rPr>
          <w:b/>
        </w:rPr>
        <w:t>Execution Loop</w:t>
      </w:r>
      <w:r>
        <w:t xml:space="preserve"> feel like an uphill battle?</w:t>
      </w:r>
    </w:p>
    <w:p>
      <w:r>
        <w:t xml:space="preserve">This is the insidious nature of hidden friction. It’s not the dramatic collapse of a project due to overwhelming stress, which we’ve linked to the internal instability we're working on. It’s the subtle, cumulative resistance that makes ordinary actions feel unnecessarily hard, pushing you back into the clutches of </w:t>
      </w:r>
      <w:r>
        <w:rPr>
          <w:b/>
        </w:rPr>
        <w:t>The Restart Illusion</w:t>
      </w:r>
      <w:r>
        <w:t xml:space="preserve"> because you assume you need to </w:t>
      </w:r>
      <w:r>
        <w:rPr>
          <w:i/>
        </w:rPr>
        <w:t>try harder</w:t>
      </w:r>
      <w:r>
        <w:t xml:space="preserve">, when in fact, you need to </w:t>
      </w:r>
      <w:r>
        <w:rPr>
          <w:i/>
        </w:rPr>
        <w:t>design smarter</w:t>
      </w:r>
      <w:r>
        <w:t>.</w:t>
      </w:r>
    </w:p>
    <w:p>
      <w:r>
        <w:rPr>
          <w:b/>
        </w:rPr>
        <w:t>FRICTION GOVERNANCE</w:t>
      </w:r>
      <w:r>
        <w:t xml:space="preserve"> is the deliberate, systematic process of identifying and reducing all forms of resistance that stand between you and your desired actions. It’s about engineering your </w:t>
      </w:r>
      <w:r>
        <w:rPr>
          <w:b/>
        </w:rPr>
        <w:t>System Context</w:t>
      </w:r>
      <w:r>
        <w:t xml:space="preserve"> so that the path to consistent execution isn’t just clear, but genuinely the path of </w:t>
      </w:r>
      <w:r>
        <w:rPr>
          <w:i/>
        </w:rPr>
        <w:t>least resistance</w:t>
      </w:r>
      <w:r>
        <w:t xml:space="preserve">. You don’t "try" to overcome friction; you </w:t>
      </w:r>
      <w:r>
        <w:rPr>
          <w:i/>
        </w:rPr>
        <w:t>remove</w:t>
      </w:r>
      <w:r>
        <w:t xml:space="preserve"> it.</w:t>
      </w:r>
    </w:p>
    <w:p>
      <w:r>
        <w:t xml:space="preserve">To do this effectively, we need a new tool, a new lens through which to view your struggles. I call it </w:t>
      </w:r>
      <w:r>
        <w:rPr>
          <w:b/>
        </w:rPr>
        <w:t>Friction Mapping</w:t>
      </w:r>
      <w:r>
        <w:t xml:space="preserve">. It’s a methodical way to diagnose the specific points of resistance within any </w:t>
      </w:r>
      <w:r>
        <w:rPr>
          <w:b/>
        </w:rPr>
        <w:t>Execution Loop</w:t>
      </w:r>
      <w:r>
        <w:t xml:space="preserve"> you want to make consistent. It’s about externalizing the invisible drag, making it visible, quantifiable, and therefore, actionable.</w:t>
      </w:r>
    </w:p>
    <w:p>
      <w:r>
        <w:t xml:space="preserve">Let’s consider Alex, a freelance writer who, after diligently implementing his </w:t>
      </w:r>
      <w:r>
        <w:rPr>
          <w:b/>
        </w:rPr>
        <w:t>Baseline Stability</w:t>
      </w:r>
      <w:r>
        <w:t xml:space="preserve"> practices, was finally getting consistent sleep and nourishing meals. He felt calmer, more focused, and less prone to the emotional reactivity that used to derail his work. His </w:t>
      </w:r>
      <w:r>
        <w:rPr>
          <w:b/>
        </w:rPr>
        <w:t>Cognitive Fuel</w:t>
      </w:r>
      <w:r>
        <w:t xml:space="preserve"> was more stable. His goal was to consistently write 500 words on his novel manuscript every morning before client work began. He’d sit down, ready to go, and then… nothing. Or a painful, slow trickle of words that felt like pulling teeth. He’d start to wonder if he was just "not a morning person" for creative work, or if his novel idea wasn't as good as he thought. He felt that familiar frustration creeping back, threatening to pull him back into </w:t>
      </w:r>
      <w:r>
        <w:rPr>
          <w:i/>
        </w:rPr>
        <w:t>this pervasive foe</w:t>
      </w:r>
      <w:r>
        <w:t>.</w:t>
      </w:r>
    </w:p>
    <w:p>
      <w:r>
        <w:t xml:space="preserve">Alex decided to apply </w:t>
      </w:r>
      <w:r>
        <w:rPr>
          <w:b/>
        </w:rPr>
        <w:t>Friction Mapping</w:t>
      </w:r>
      <w:r>
        <w:t xml:space="preserve"> to his morning writing </w:t>
      </w:r>
      <w:r>
        <w:rPr>
          <w:b/>
        </w:rPr>
        <w:t>Execution Loop</w:t>
      </w:r>
      <w:r>
        <w:t>. He broke down the entire process, from waking up to having those 500 words complete, and critically examined each step for resistance.</w:t>
      </w:r>
    </w:p>
    <w:p>
      <w:r>
        <w:t xml:space="preserve">Here’s what his </w:t>
      </w:r>
      <w:r>
        <w:rPr>
          <w:b/>
        </w:rPr>
        <w:t>Friction Map</w:t>
      </w:r>
      <w:r>
        <w:t xml:space="preserve"> looked like:</w:t>
      </w:r>
    </w:p>
    <w:p>
      <w:pPr>
        <w:pStyle w:val="ListNumber"/>
      </w:pPr>
      <w:r>
        <w:t>**Wake Up (6:00 AM):** Alarm on phone. Phone is on his nightstand. First thing he does is check notifications, email, and social media.</w:t>
      </w:r>
    </w:p>
    <w:p>
      <w:pPr>
        <w:pStyle w:val="ListNumber"/>
      </w:pPr>
      <w:r>
        <w:t>*   *Friction:* Immediate distraction, mental activation of client work, comparing himself to others online. This siphons off **Cognitive Fuel** before he even begins his creative task. He rated this a 7/10 for friction.</w:t>
      </w:r>
    </w:p>
    <w:p>
      <w:pPr>
        <w:pStyle w:val="ListNumber"/>
      </w:pPr>
      <w:r>
        <w:t>**Get Dressed/Coffee (6:15 AM):** Gets out of bed, fumbles for clothes, goes to kitchen. Coffee maker is complicated, takes time, often runs out of beans.</w:t>
      </w:r>
    </w:p>
    <w:p>
      <w:pPr>
        <w:pStyle w:val="ListNumber"/>
      </w:pPr>
      <w:r>
        <w:t>*   *Friction:* Decision fatigue (what to wear), minor annoyance with coffee ritual, delay in getting to work. 3/10.</w:t>
      </w:r>
    </w:p>
    <w:p>
      <w:pPr>
        <w:pStyle w:val="ListNumber"/>
      </w:pPr>
      <w:r>
        <w:t>**Head to "Writing Spot" (6:30 AM):** His desk is in the corner of his living room. It's currently covered with client files, old coffee cups, and unopened mail. He has to clear a space.</w:t>
      </w:r>
    </w:p>
    <w:p>
      <w:pPr>
        <w:pStyle w:val="ListNumber"/>
      </w:pPr>
      <w:r>
        <w:t>*   *Friction:* Physical clutter, mental activation of client work, visual distraction. The act of "preparing" to write becomes a task in itself. 8/10.</w:t>
      </w:r>
    </w:p>
    <w:p>
      <w:pPr>
        <w:pStyle w:val="ListNumber"/>
      </w:pPr>
      <w:r>
        <w:t>**Open Laptop/Software (6:45 AM):** Laptop is usually open to client work from the previous day. He has to close those files, open his novel manuscript, find where he left off.</w:t>
      </w:r>
    </w:p>
    <w:p>
      <w:pPr>
        <w:pStyle w:val="ListNumber"/>
      </w:pPr>
      <w:r>
        <w:t>*   *Friction:* Context switching, digital clutter, ambiguity about where to start. 6/10.</w:t>
      </w:r>
    </w:p>
    <w:p>
      <w:pPr>
        <w:pStyle w:val="ListNumber"/>
      </w:pPr>
      <w:r>
        <w:t>**Start Writing (6:50 AM):** He has a general idea for the chapter, but no specific scene or dialogue in mind. He stares at the blank page, often re-reading what he wrote yesterday, getting bogged down in edits rather than creation.</w:t>
      </w:r>
    </w:p>
    <w:p>
      <w:pPr>
        <w:pStyle w:val="ListNumber"/>
      </w:pPr>
      <w:r>
        <w:t>*   *Friction:* Lack of clarity, decision paralysis, perfectionism, editing instead of drafting. This is the biggest drain on **Cognitive Fuel** and **Initial Impulse**. 9/10.</w:t>
      </w:r>
    </w:p>
    <w:p>
      <w:pPr>
        <w:pStyle w:val="ListNumber"/>
      </w:pPr>
      <w:r>
        <w:t>**Maintain Focus (7:00 AM - 8:00 AM):** Notifications pop up on his computer. His partner wakes up and starts moving around, making noise.</w:t>
      </w:r>
    </w:p>
    <w:p>
      <w:pPr>
        <w:pStyle w:val="ListNumber"/>
      </w:pPr>
      <w:r>
        <w:t>*   *Friction:* External interruptions, internal temptation to check new messages. 7/10.</w:t>
      </w:r>
    </w:p>
    <w:p>
      <w:r>
        <w:t>Looking at this map, Alex realized his problem wasn't a lack of discipline. It was a gauntlet of small, seemingly insignificant obstacles that, when combined, created a wall of resistance he had to constantly push against. Every single day, he was asking his "stable engine" to perform under maximum friction. No wonder he felt exhausted and defeated, often giving up after 15 minutes.</w:t>
      </w:r>
    </w:p>
    <w:p>
      <w:r>
        <w:rPr>
          <w:b/>
        </w:rPr>
        <w:t>Friction Mapping</w:t>
      </w:r>
      <w:r>
        <w:t xml:space="preserve"> isn't just about identifying problems; it’s about systematically designing solutions. Alex then looked at each friction point and asked: "How can I reduce or eliminate this resistance?"</w:t>
      </w:r>
    </w:p>
    <w:p>
      <w:r>
        <w:t>Here were his friction reduction strategies:</w:t>
      </w:r>
    </w:p>
    <w:p>
      <w:pPr>
        <w:pStyle w:val="ListNumber"/>
      </w:pPr>
      <w:r>
        <w:t>**Wake Up:** Moved his phone charger across the room. Bought an old-fashioned alarm clock. Phone now stays out of reach until after his writing session. This removed the immediate distraction and preserved his **Initial Impulse**.</w:t>
      </w:r>
    </w:p>
    <w:p>
      <w:pPr>
        <w:pStyle w:val="ListNumber"/>
      </w:pPr>
      <w:r>
        <w:t>**Get Dressed/Coffee:** Laid out his comfortable "writing uniform" the night before. Prepped the coffee maker with water and fresh beans. Now, it's a simple button press.</w:t>
      </w:r>
    </w:p>
    <w:p>
      <w:pPr>
        <w:pStyle w:val="ListNumber"/>
      </w:pPr>
      <w:r>
        <w:t>**Head to "Writing Spot":** Designated his desk as a "creative zone." At the end of each workday, he now spends 5 minutes clearing it entirely of client work and clutter. His novel manuscript, physical notebook, and a glass of water are the only things on the desk.</w:t>
      </w:r>
    </w:p>
    <w:p>
      <w:pPr>
        <w:pStyle w:val="ListNumber"/>
      </w:pPr>
      <w:r>
        <w:t>**Open Laptop/Software:** Created a dedicated user profile on his computer just for novel writing. It opens directly to his writing software, with the previous day's work already loaded, and all notifications muted.</w:t>
      </w:r>
    </w:p>
    <w:p>
      <w:pPr>
        <w:pStyle w:val="ListNumber"/>
      </w:pPr>
      <w:r>
        <w:t>**Start Writing:** Before ending his writing session each day, he now writes a single sentence: "Tomorrow, I will start by [specific, tiny action]." For example: "Tomorrow, I will start by having Sarah tell David about the letter." This provides a clear **Anchor Point** and eliminates decision fatigue. He also trained himself to prioritize drafting over editing during this hour.</w:t>
      </w:r>
    </w:p>
    <w:p>
      <w:pPr>
        <w:pStyle w:val="ListNumber"/>
      </w:pPr>
      <w:r>
        <w:t>**Maintain Focus:** Invested in noise-canceling headphones. Had a conversation with his partner about his "sacred writing hour," asking for quiet during that time.</w:t>
      </w:r>
    </w:p>
    <w:p>
      <w:r>
        <w:t xml:space="preserve">The results for Alex were transformative. Within a week, his 500-word goal became effortless. He often found himself writing more, not because he was trying harder, but because the path was now clear. He wasn't battling an invisible enemy; he had engineered an environment that made writing the default, almost automatic, action. The "struggle" dissolved, replaced by a smooth, consistent flow. This builds on the </w:t>
      </w:r>
      <w:r>
        <w:rPr>
          <w:b/>
        </w:rPr>
        <w:t>core insight of</w:t>
      </w:r>
      <w:r>
        <w:t xml:space="preserve"> how crucial your </w:t>
      </w:r>
      <w:r>
        <w:rPr>
          <w:b/>
        </w:rPr>
        <w:t>System Context</w:t>
      </w:r>
      <w:r>
        <w:t xml:space="preserve"> is; it's not just about your internal state, but the external environment you're operating within.</w:t>
      </w:r>
    </w:p>
    <w:p>
      <w:r>
        <w:t xml:space="preserve">So, how do you perform your own </w:t>
      </w:r>
      <w:r>
        <w:rPr>
          <w:b/>
        </w:rPr>
        <w:t>Friction Mapping</w:t>
      </w:r>
      <w:r>
        <w:t>?</w:t>
      </w:r>
    </w:p>
    <w:p>
      <w:r>
        <w:rPr>
          <w:b/>
        </w:rPr>
        <w:t>Step 1: Choose Your Execution Loop</w:t>
      </w:r>
      <w:r>
        <w:br/>
        <w:t xml:space="preserve">Pick one specific action you want to make consistent. It should be something you repeatedly struggle with, even after working on your </w:t>
      </w:r>
      <w:r>
        <w:rPr>
          <w:b/>
        </w:rPr>
        <w:t>Baseline Stability</w:t>
      </w:r>
      <w:r>
        <w:t>. Be precise: "Exercise" is too broad. "Go for a 30-minute run at 7 AM" is specific. "Work on side project" is too vague. "Write 250 words for my blog post" is specific.</w:t>
      </w:r>
    </w:p>
    <w:p>
      <w:r>
        <w:rPr>
          <w:b/>
        </w:rPr>
        <w:t>Step 2: Deconstruct the Loop into Micro-Steps</w:t>
      </w:r>
      <w:r>
        <w:br/>
        <w:t xml:space="preserve">Break down your chosen </w:t>
      </w:r>
      <w:r>
        <w:rPr>
          <w:b/>
        </w:rPr>
        <w:t>Execution Loop</w:t>
      </w:r>
      <w:r>
        <w:t xml:space="preserve"> into every tiny, granular action from start to finish. Don't skip anything.</w:t>
        <w:br/>
      </w:r>
      <w:r>
        <w:rPr>
          <w:i/>
        </w:rPr>
        <w:t xml:space="preserve">   </w:t>
      </w:r>
      <w:r>
        <w:t>Example: Meditate for 10 minutes.*</w:t>
        <w:br/>
        <w:t xml:space="preserve">    *   Decide to meditate.</w:t>
        <w:br/>
        <w:t xml:space="preserve">    *   Open meditation app.</w:t>
        <w:br/>
        <w:t xml:space="preserve">    *   Find headphones.</w:t>
        <w:br/>
        <w:t xml:space="preserve">    *   Find a quiet spot.</w:t>
        <w:br/>
        <w:t xml:space="preserve">    *   Sit down.</w:t>
        <w:br/>
        <w:t xml:space="preserve">    *   Press play.</w:t>
        <w:br/>
        <w:t xml:space="preserve">    *   Focus for 10 minutes.</w:t>
        <w:br/>
        <w:t xml:space="preserve">    *   Put headphones away.</w:t>
        <w:br/>
        <w:t xml:space="preserve">    *   Close app.</w:t>
      </w:r>
    </w:p>
    <w:p>
      <w:r>
        <w:rPr>
          <w:b/>
        </w:rPr>
        <w:t>Step 3: Identify Friction Points for Each Micro-Step</w:t>
      </w:r>
      <w:r>
        <w:br/>
        <w:t>For each micro-step, ask yourself:</w:t>
        <w:br/>
        <w:t>*   What makes this harder than it needs to be?</w:t>
        <w:br/>
        <w:t>*   What's the resistance I feel here?</w:t>
        <w:br/>
        <w:t>*   What delays me or makes me hesitate?</w:t>
        <w:br/>
        <w:t>*   What could potentially derail me at this exact point?</w:t>
        <w:br/>
        <w:t>*   Is it physical (distance, mess, accessibility)?</w:t>
        <w:br/>
        <w:t>*   Is it cognitive (decision, clarity, complexity)?</w:t>
        <w:br/>
        <w:t>*   Is it emotional (fear, boredom, perceived difficulty)?</w:t>
        <w:br/>
        <w:t>*   Is it social (other people's expectations, distractions)?</w:t>
      </w:r>
    </w:p>
    <w:p>
      <w:r>
        <w:rPr>
          <w:b/>
        </w:rPr>
        <w:t>Step 4: Quantify Friction</w:t>
      </w:r>
      <w:r>
        <w:br/>
        <w:t>Assign a subjective "friction score" (e.g., 1-10, where 10 is maximum resistance) to each friction point. This isn't scientific, but it helps you prioritize. The points with the highest scores are your immediate targets for reduction.</w:t>
      </w:r>
    </w:p>
    <w:p>
      <w:r>
        <w:rPr>
          <w:b/>
        </w:rPr>
        <w:t>Step 5: Brainstorm Friction Reduction Strategies</w:t>
      </w:r>
      <w:r>
        <w:br/>
        <w:t xml:space="preserve">For each high-friction point, generate specific, actionable ways to </w:t>
      </w:r>
      <w:r>
        <w:rPr>
          <w:i/>
        </w:rPr>
        <w:t>reduce</w:t>
      </w:r>
      <w:r>
        <w:t xml:space="preserve"> or </w:t>
      </w:r>
      <w:r>
        <w:rPr>
          <w:i/>
        </w:rPr>
        <w:t>remove</w:t>
      </w:r>
      <w:r>
        <w:t xml:space="preserve"> that resistance. Focus on making the desired action easier, more obvious, and more attractive.</w:t>
      </w:r>
    </w:p>
    <w:p>
      <w:pPr>
        <w:pStyle w:val="ListBullet"/>
      </w:pPr>
      <w:r>
        <w:t>**Physical Friction:**</w:t>
      </w:r>
    </w:p>
    <w:p>
      <w:pPr>
        <w:pStyle w:val="ListBullet"/>
      </w:pPr>
      <w:r>
        <w:t>*Problem:* Gym clothes are dirty/not ready.</w:t>
      </w:r>
    </w:p>
    <w:p>
      <w:pPr>
        <w:pStyle w:val="ListBullet"/>
      </w:pPr>
      <w:r>
        <w:t>*Solution:* Lay out clothes the night before. Keep a dedicated gym bag packed.</w:t>
      </w:r>
    </w:p>
    <w:p>
      <w:pPr>
        <w:pStyle w:val="ListBullet"/>
      </w:pPr>
      <w:r>
        <w:t>*Problem:* Healthy snacks are not accessible.</w:t>
      </w:r>
    </w:p>
    <w:p>
      <w:pPr>
        <w:pStyle w:val="ListBullet"/>
      </w:pPr>
      <w:r>
        <w:t>*Solution:* Prep a week's worth of snacks on Sunday. Keep fruit on the counter.</w:t>
      </w:r>
    </w:p>
    <w:p>
      <w:pPr>
        <w:pStyle w:val="ListBullet"/>
      </w:pPr>
      <w:r>
        <w:t>*Problem:* Workspace is cluttered.</w:t>
      </w:r>
    </w:p>
    <w:p>
      <w:pPr>
        <w:pStyle w:val="ListBullet"/>
      </w:pPr>
      <w:r>
        <w:t>*Solution:* 5-minute tidy at the end of each day.</w:t>
      </w:r>
    </w:p>
    <w:p>
      <w:pPr>
        <w:pStyle w:val="ListBullet"/>
      </w:pPr>
      <w:r>
        <w:t>**Cognitive Friction:**</w:t>
      </w:r>
    </w:p>
    <w:p>
      <w:pPr>
        <w:pStyle w:val="ListBullet"/>
      </w:pPr>
      <w:r>
        <w:t>*Problem:* Don't know where to start a task.</w:t>
      </w:r>
    </w:p>
    <w:p>
      <w:pPr>
        <w:pStyle w:val="ListBullet"/>
      </w:pPr>
      <w:r>
        <w:t>*Solution:* Create a "next action" note at the end of the previous session. Use templates. Break large tasks into tiny, specific sub-tasks.</w:t>
      </w:r>
    </w:p>
    <w:p>
      <w:pPr>
        <w:pStyle w:val="ListBullet"/>
      </w:pPr>
      <w:r>
        <w:t>*Problem:* Too many decisions to make.</w:t>
      </w:r>
    </w:p>
    <w:p>
      <w:pPr>
        <w:pStyle w:val="ListBullet"/>
      </w:pPr>
      <w:r>
        <w:t>*Solution:* Automate decisions (e.g., "Always work on X project first thing"). Create checklists.</w:t>
      </w:r>
    </w:p>
    <w:p>
      <w:pPr>
        <w:pStyle w:val="ListBullet"/>
      </w:pPr>
      <w:r>
        <w:t>*Problem:* Ambiguity about the goal.</w:t>
      </w:r>
    </w:p>
    <w:p>
      <w:pPr>
        <w:pStyle w:val="ListBullet"/>
      </w:pPr>
      <w:r>
        <w:t>*Solution:* Clearly define the output or outcome of the **Execution Loop** before you begin.</w:t>
      </w:r>
    </w:p>
    <w:p>
      <w:pPr>
        <w:pStyle w:val="ListBullet"/>
      </w:pPr>
      <w:r>
        <w:t>**Emotional Friction:**</w:t>
      </w:r>
    </w:p>
    <w:p>
      <w:pPr>
        <w:pStyle w:val="ListBullet"/>
      </w:pPr>
      <w:r>
        <w:t>*Problem:* Fear of failure/judgment.</w:t>
      </w:r>
    </w:p>
    <w:p>
      <w:pPr>
        <w:pStyle w:val="ListBullet"/>
      </w:pPr>
      <w:r>
        <w:t>*Solution:* Lower the stakes dramatically (e.g., "Just write 5 minutes, not 500 words"). Focus on the process, not the outcome. Find an accountability partner.</w:t>
      </w:r>
    </w:p>
    <w:p>
      <w:pPr>
        <w:pStyle w:val="ListBullet"/>
      </w:pPr>
      <w:r>
        <w:t>*Problem:* Perceived difficulty is too high.</w:t>
      </w:r>
    </w:p>
    <w:p>
      <w:pPr>
        <w:pStyle w:val="ListBullet"/>
      </w:pPr>
      <w:r>
        <w:t>*Solution:* Shrink the action to something ridiculously small ("tiny habits" approach). Celebrate small wins.</w:t>
      </w:r>
    </w:p>
    <w:p>
      <w:pPr>
        <w:pStyle w:val="ListBullet"/>
      </w:pPr>
      <w:r>
        <w:t>**Social Friction:**</w:t>
      </w:r>
    </w:p>
    <w:p>
      <w:pPr>
        <w:pStyle w:val="ListBullet"/>
      </w:pPr>
      <w:r>
        <w:t>*Problem:* Constant interruptions from family/coworkers.</w:t>
      </w:r>
    </w:p>
    <w:p>
      <w:pPr>
        <w:pStyle w:val="ListBullet"/>
      </w:pPr>
      <w:r>
        <w:t>*Solution:* Communicate your "focus time" clearly. Use "do not disturb" signs. Schedule specific communication windows.</w:t>
      </w:r>
    </w:p>
    <w:p>
      <w:pPr>
        <w:pStyle w:val="ListBullet"/>
      </w:pPr>
      <w:r>
        <w:t>*Problem:* Lack of support for your goals.</w:t>
      </w:r>
    </w:p>
    <w:p>
      <w:pPr>
        <w:pStyle w:val="ListBullet"/>
      </w:pPr>
      <w:r>
        <w:t>*Solution:* Seek out a community or mentor who shares your ambitions.</w:t>
      </w:r>
    </w:p>
    <w:p>
      <w:r>
        <w:t xml:space="preserve">The essence of </w:t>
      </w:r>
      <w:r>
        <w:rPr>
          <w:b/>
        </w:rPr>
        <w:t>FRICTION GOVERNANCE</w:t>
      </w:r>
      <w:r>
        <w:t xml:space="preserve"> is proactive design. You’re not waiting for your </w:t>
      </w:r>
      <w:r>
        <w:rPr>
          <w:b/>
        </w:rPr>
        <w:t>Initial Impulse</w:t>
      </w:r>
      <w:r>
        <w:t xml:space="preserve"> to be strong enough to overcome a mountain of resistance. You’re systematically dismantling that mountain, making the path a gentle slope. This is where you become a true </w:t>
      </w:r>
      <w:r>
        <w:rPr>
          <w:b/>
        </w:rPr>
        <w:t>Stability Engineer</w:t>
      </w:r>
      <w:r>
        <w:t xml:space="preserve">, applying your intelligence not to </w:t>
      </w:r>
      <w:r>
        <w:rPr>
          <w:i/>
        </w:rPr>
        <w:t>push harder</w:t>
      </w:r>
      <w:r>
        <w:t xml:space="preserve">, but to </w:t>
      </w:r>
      <w:r>
        <w:rPr>
          <w:i/>
        </w:rPr>
        <w:t>design for ease</w:t>
      </w:r>
      <w:r>
        <w:t>.</w:t>
      </w:r>
    </w:p>
    <w:p>
      <w:r>
        <w:t xml:space="preserve">It’s easy to dismiss these points of friction as minor. "Oh, it only takes a minute to clear my desk." "It's just a few extra clicks to open the right file." But remember, your </w:t>
      </w:r>
      <w:r>
        <w:rPr>
          <w:b/>
        </w:rPr>
        <w:t>Cognitive Fuel</w:t>
      </w:r>
      <w:r>
        <w:t xml:space="preserve"> is a finite resource. Every "only a minute" or "just a few clicks" adds up, creating mental drag and activation energy that, cumulatively, can be enough to derail an entire </w:t>
      </w:r>
      <w:r>
        <w:rPr>
          <w:b/>
        </w:rPr>
        <w:t>Execution Loop</w:t>
      </w:r>
      <w:r>
        <w:t xml:space="preserve">. This is </w:t>
      </w:r>
      <w:r>
        <w:rPr>
          <w:b/>
        </w:rPr>
        <w:t>the single most impactful lever</w:t>
      </w:r>
      <w:r>
        <w:t xml:space="preserve"> for ensuring actions stick once your internal state is stable.</w:t>
      </w:r>
    </w:p>
    <w:p>
      <w:r>
        <w:t xml:space="preserve">You're already aware of the </w:t>
      </w:r>
      <w:r>
        <w:rPr>
          <w:b/>
        </w:rPr>
        <w:t>pervasive foe</w:t>
      </w:r>
      <w:r>
        <w:t xml:space="preserve"> that is </w:t>
      </w:r>
      <w:r>
        <w:rPr>
          <w:b/>
        </w:rPr>
        <w:t>The Restart Illusion</w:t>
      </w:r>
      <w:r>
        <w:t xml:space="preserve">, which tells you to inject more energy into a flawed system. </w:t>
      </w:r>
      <w:r>
        <w:rPr>
          <w:b/>
        </w:rPr>
        <w:t>Friction Governance</w:t>
      </w:r>
      <w:r>
        <w:t xml:space="preserve"> offers the antidote: rather than fighting your environment, you shape it. You stop trying to force yourself to do things that are unnecessarily hard, and instead, you make the right actions the easiest ones to take. This isn't about laziness; it's about efficiency and sustainability. It's about preserving your precious </w:t>
      </w:r>
      <w:r>
        <w:rPr>
          <w:b/>
        </w:rPr>
        <w:t>Cognitive Fuel</w:t>
      </w:r>
      <w:r>
        <w:t xml:space="preserve"> for the actual work, rather than expending it on internal or external battles you needn't fight.</w:t>
      </w:r>
    </w:p>
    <w:p>
      <w:r>
        <w:t xml:space="preserve">As you begin to implement </w:t>
      </w:r>
      <w:r>
        <w:rPr>
          <w:b/>
        </w:rPr>
        <w:t>Friction Mapping</w:t>
      </w:r>
      <w:r>
        <w:t xml:space="preserve"> and strategically reduce resistance, you’ll notice a profound shift. The actions that once felt like a chore will begin to feel almost automatic. Your perceived "discipline" will seem to increase, not because you’ve become a more resolute person, but because you’ve made it objectively </w:t>
      </w:r>
      <w:r>
        <w:rPr>
          <w:i/>
        </w:rPr>
        <w:t>easier</w:t>
      </w:r>
      <w:r>
        <w:t xml:space="preserve"> to act. You’ll be building systems that don’t collapse, not because you’re superhuman, but because you’ve engineered them to be resilient.</w:t>
      </w:r>
    </w:p>
    <w:p>
      <w:r>
        <w:t xml:space="preserve">This isn't about achieving a state where there's </w:t>
      </w:r>
      <w:r>
        <w:rPr>
          <w:i/>
        </w:rPr>
        <w:t>no</w:t>
      </w:r>
      <w:r>
        <w:t xml:space="preserve"> friction. Life is inherently dynamic, and some resistance is inevitable. But it's about minimizing the </w:t>
      </w:r>
      <w:r>
        <w:rPr>
          <w:i/>
        </w:rPr>
        <w:t>unnecessary</w:t>
      </w:r>
      <w:r>
        <w:t xml:space="preserve"> friction, the self-imposed or environmentally imposed obstacles that actively work against your desire for consistency. It’s about ensuring that when you do encounter genuine challenges, your </w:t>
      </w:r>
      <w:r>
        <w:rPr>
          <w:b/>
        </w:rPr>
        <w:t>Cognitive Fuel</w:t>
      </w:r>
      <w:r>
        <w:t xml:space="preserve"> is available to tackle them, rather than being drained by a poorly designed </w:t>
      </w:r>
      <w:r>
        <w:rPr>
          <w:b/>
        </w:rPr>
        <w:t>System Context</w:t>
      </w:r>
      <w:r>
        <w:t>.</w:t>
      </w:r>
    </w:p>
    <w:p>
      <w:r>
        <w:t xml:space="preserve">You've built your </w:t>
      </w:r>
      <w:r>
        <w:rPr>
          <w:b/>
        </w:rPr>
        <w:t>Baseline Stability</w:t>
      </w:r>
      <w:r>
        <w:t>. Now, it's time to clear the path. In the next chapter, we'll delve into perhaps the most crucial psychological component of sustained consistency: how your sense of self, your very identity, must be engineered to survive the inevitable missed days and imperfect execution, without triggering that devastating cycle of self-doubt and abandonment. We'll explore how to build an identity that contains setbacks, rather than being defined by them.</w:t>
      </w:r>
    </w:p>
    <w:p>
      <w:r>
        <w:br w:type="page"/>
      </w:r>
    </w:p>
    <w:p>
      <w:pPr>
        <w:pStyle w:val="Heading1"/>
      </w:pPr>
      <w:r>
        <w:rPr>
          <w:sz w:val="36"/>
        </w:rPr>
        <w:t>Chapter 4: WHY EASY STILL FAILS</w:t>
      </w:r>
    </w:p>
    <w:p>
      <w:r>
        <w:t xml:space="preserve">You’ve done the work, haven’t you? You’ve put in the effort to shore up your internal world, cultivating a deeper </w:t>
      </w:r>
      <w:r>
        <w:rPr>
          <w:b/>
        </w:rPr>
        <w:t>Baseline Stability</w:t>
      </w:r>
      <w:r>
        <w:t xml:space="preserve">. You’ve started prioritizing sleep, fueling your body with intent, integrating movement, and carving out deliberate downtime. You’re noticing the difference: less internal turbulence, more predictable energy, a calmer mind. And then, armed with this newfound internal strength, you turned to your external </w:t>
      </w:r>
      <w:r>
        <w:rPr>
          <w:b/>
        </w:rPr>
        <w:t>System Context</w:t>
      </w:r>
      <w:r>
        <w:t xml:space="preserve">. You diligently applied </w:t>
      </w:r>
      <w:r>
        <w:rPr>
          <w:b/>
        </w:rPr>
        <w:t>Friction Mapping</w:t>
      </w:r>
      <w:r>
        <w:t xml:space="preserve">, identifying and dismantling those subtle, insidious obstacles that made your desired </w:t>
      </w:r>
      <w:r>
        <w:rPr>
          <w:b/>
        </w:rPr>
        <w:t>Execution Loops</w:t>
      </w:r>
      <w:r>
        <w:t xml:space="preserve"> unnecessarily heavy. You’ve cleared your desk, prepped your coffee, set up your digital environment, and crafted clear </w:t>
      </w:r>
      <w:r>
        <w:rPr>
          <w:b/>
        </w:rPr>
        <w:t>Anchor Points</w:t>
      </w:r>
      <w:r>
        <w:t xml:space="preserve"> to make starting almost effortless.</w:t>
      </w:r>
    </w:p>
    <w:p>
      <w:r>
        <w:t xml:space="preserve">And for a while, it worked. The actions you struggled with began to flow. You felt that quiet satisfaction of consistent follow-through. You might have even thought, "This is it. I’ve finally cracked the code. I’ve made it </w:t>
      </w:r>
      <w:r>
        <w:rPr>
          <w:i/>
        </w:rPr>
        <w:t>easy</w:t>
      </w:r>
      <w:r>
        <w:t>."</w:t>
      </w:r>
    </w:p>
    <w:p>
      <w:r>
        <w:t>But then, perhaps, a familiar shadow began to creep in. A client project demanded an all-nighter, throwing your sleep schedule into disarray. A sudden illness left you drained for days. You had to travel for an unexpected family emergency. Or perhaps, more subtly, the novelty of your streamlined system wore off, and the sheer volume of "easy" tasks started to feel overwhelming, leading to a quiet, almost imperceptible drift back into inconsistency.</w:t>
      </w:r>
    </w:p>
    <w:p>
      <w:r>
        <w:t xml:space="preserve">You might find yourself looking at your perfectly prepped workspace, your laid-out workout clothes, or your simplified meditation setup, and still feel that subtle drag, that whisper of resistance. It’s not the chaotic internal storm you used to battle. It’s not the mountain of external friction you’ve already dismantled. It’s something else. It’s the unsettling realization that even when you’ve made it </w:t>
      </w:r>
      <w:r>
        <w:rPr>
          <w:i/>
        </w:rPr>
        <w:t>easy</w:t>
      </w:r>
      <w:r>
        <w:t>, it still, sometimes, fails.</w:t>
      </w:r>
    </w:p>
    <w:p>
      <w:r>
        <w:t xml:space="preserve">This isn't a sign that your efforts were wasted. Far from it. This is the moment where we deepen our understanding of </w:t>
      </w:r>
      <w:r>
        <w:rPr>
          <w:b/>
        </w:rPr>
        <w:t>FRICTION GOVERNANCE</w:t>
      </w:r>
      <w:r>
        <w:t xml:space="preserve"> and move beyond merely making things </w:t>
      </w:r>
      <w:r>
        <w:rPr>
          <w:i/>
        </w:rPr>
        <w:t>easy</w:t>
      </w:r>
      <w:r>
        <w:t xml:space="preserve"> to making them </w:t>
      </w:r>
      <w:r>
        <w:rPr>
          <w:i/>
        </w:rPr>
        <w:t>sustainably easy</w:t>
      </w:r>
      <w:r>
        <w:t>. Because "easy" isn’t a static destination; it’s a dynamic state that must be continually engineered to withstand the unpredictable currents of life.</w:t>
      </w:r>
    </w:p>
    <w:p>
      <w:r>
        <w:t xml:space="preserve">The problem isn't that you failed to make it easy enough. The problem is that you designed for ease in a vacuum, assuming a consistent external </w:t>
      </w:r>
      <w:r>
        <w:rPr>
          <w:b/>
        </w:rPr>
        <w:t>System Context</w:t>
      </w:r>
      <w:r>
        <w:t xml:space="preserve"> and a limitless reservoir of </w:t>
      </w:r>
      <w:r>
        <w:rPr>
          <w:b/>
        </w:rPr>
        <w:t>Cognitive Fuel</w:t>
      </w:r>
      <w:r>
        <w:t xml:space="preserve"> for even the simplest actions. You mistook initial ease for </w:t>
      </w:r>
      <w:r>
        <w:rPr>
          <w:b/>
        </w:rPr>
        <w:t>Sustainable Ease</w:t>
      </w:r>
      <w:r>
        <w:t>.</w:t>
      </w:r>
    </w:p>
    <w:p>
      <w:r>
        <w:rPr>
          <w:b/>
        </w:rPr>
        <w:t>Sustainable Ease</w:t>
      </w:r>
      <w:r>
        <w:t xml:space="preserve"> is the ability of an </w:t>
      </w:r>
      <w:r>
        <w:rPr>
          <w:b/>
        </w:rPr>
        <w:t>Execution Loop</w:t>
      </w:r>
      <w:r>
        <w:t xml:space="preserve"> to maintain its low-friction state not just under ideal conditions, but across a spectrum of real-world variables, disruptions, and fluctuating internal resources. It’s about building resilience </w:t>
      </w:r>
      <w:r>
        <w:rPr>
          <w:i/>
        </w:rPr>
        <w:t>into</w:t>
      </w:r>
      <w:r>
        <w:t xml:space="preserve"> the ease itself, recognizing that life will inevitably throw curveballs, and your systems must be designed to absorb them without collapsing. It’s the difference between a simple, elegant bridge that looks good on paper, and an elegant bridge that’s also earthquake-proof.</w:t>
      </w:r>
    </w:p>
    <w:p>
      <w:r>
        <w:t xml:space="preserve">When we first embark on </w:t>
      </w:r>
      <w:r>
        <w:rPr>
          <w:b/>
        </w:rPr>
        <w:t>Friction Mapping</w:t>
      </w:r>
      <w:r>
        <w:t xml:space="preserve">, our focus is often on removing the most obvious, immediate points of resistance. We identify the </w:t>
      </w:r>
      <w:r>
        <w:rPr>
          <w:i/>
        </w:rPr>
        <w:t>current</w:t>
      </w:r>
      <w:r>
        <w:t xml:space="preserve"> obstacles and clear them. This is crucial and effective. But it’s only one half of </w:t>
      </w:r>
      <w:r>
        <w:rPr>
          <w:b/>
        </w:rPr>
        <w:t>Friction Governance</w:t>
      </w:r>
      <w:r>
        <w:t xml:space="preserve">. The other half is anticipating and neutralizing the </w:t>
      </w:r>
      <w:r>
        <w:rPr>
          <w:i/>
        </w:rPr>
        <w:t>future</w:t>
      </w:r>
      <w:r>
        <w:t xml:space="preserve"> friction that will inevitably arise, and designing your systems so that they can gracefully degrade or adapt rather than shatter.</w:t>
      </w:r>
    </w:p>
    <w:p>
      <w:r>
        <w:t>Consider the hidden variables that cause "easy" to still fail:</w:t>
      </w:r>
    </w:p>
    <w:p>
      <w:pPr>
        <w:pStyle w:val="ListNumber"/>
      </w:pPr>
      <w:r>
        <w:t>**The Cumulative Cost of "Easy":** You’ve made five things easy. Great! Laying out your clothes, prepping coffee, clearing your desk, setting up your writing software, and having a clear "next action" note. Each one, individually, consumes minimal **Cognitive Fuel**. But collectively, they still require a baseline level of activation energy. If you’ve got ten such "easy" **Execution Loops** in your morning, even with a stable **Baseline Stability**, the cumulative "easy" can become exhausting. Your **Cognitive Fuel** isn't infinite, even when your internal state is calm. You can run on fumes, even on a smooth road, if the journey is long enough.</w:t>
      </w:r>
    </w:p>
    <w:p>
      <w:pPr>
        <w:pStyle w:val="ListNumber"/>
      </w:pPr>
      <w:r>
        <w:t>**Contextual Volatility:** Your **System Context** isn't a sealed laboratory. You might have streamlined your morning run, but what happens when you travel for work and don't have access to your usual route or gym? What about when a child is sick and demands your attention? What if you move to a new apartment? Your meticulously designed "easy" system is suddenly irrelevant, and you’re faced with a fresh surge of friction, triggering the familiar frustration that pulls you back towards **this pervasive foe**.</w:t>
      </w:r>
    </w:p>
    <w:p>
      <w:pPr>
        <w:pStyle w:val="ListNumber"/>
      </w:pPr>
      <w:r>
        <w:t>**The Novelty Effect's Fading Boost:** When you first implement a new, low-friction system, there’s often a subtle boost from **Initial Impulse**. The satisfaction of "solving" a problem, the excitement of a new routine, the pride in your **Stability Engineering** efforts—these all contribute to making the action feel even easier. But this psychological dividend is finite. As the new system becomes the norm, that novelty fades. If the underlying design isn't robust enough to stand on its own, the "easy" can start to feel less easy, and the perceived effort increases, even if the actual friction hasn’t changed.</w:t>
      </w:r>
    </w:p>
    <w:p>
      <w:pPr>
        <w:pStyle w:val="ListNumber"/>
      </w:pPr>
      <w:r>
        <w:t>**The "All or Nothing" Trap:** Often, when we design for ease, we design for the *ideal* version of that ease. "My meditation spot is perfectly quiet, my headphones are charged, and I have 15 uninterrupted minutes." What happens when your partner is on a call, your headphones are dead, and you only have 5 minutes? If your system is rigid, designed only for perfect conditions, any deviation can feel like a complete failure. And one "failed" day, in this context, can trigger a cascade of self-doubt and the impulse to abandon the **Execution Loop** entirely, paving the way for **The Restart Illusion**.</w:t>
      </w:r>
    </w:p>
    <w:p>
      <w:pPr>
        <w:pStyle w:val="ListNumber"/>
      </w:pPr>
      <w:r>
        <w:t>**Hidden, Evolving Friction:** Sometimes friction isn’t removed; it’s merely *displaced* or *transforms*. You might clear your desk, but then your digital desktop becomes cluttered. You might prep your meals, but then find you’re wasting time deciding *which* prepped meal to eat. Friction is a persistent opponent; it can mutate and reappear in new forms, often subtly, making your "easy" system feel less so over time.</w:t>
      </w:r>
    </w:p>
    <w:p>
      <w:r>
        <w:t xml:space="preserve">This is where the true sophistication of </w:t>
      </w:r>
      <w:r>
        <w:rPr>
          <w:b/>
        </w:rPr>
        <w:t>FRICTION GOVERNANCE</w:t>
      </w:r>
      <w:r>
        <w:t xml:space="preserve"> lies. It's not just about clearing the path for today; it's about designing a path that remains clear, or can be quickly re-cleared, no matter what tomorrow brings. It’s about building a system for </w:t>
      </w:r>
      <w:r>
        <w:rPr>
          <w:b/>
        </w:rPr>
        <w:t>Sustainable Ease</w:t>
      </w:r>
      <w:r>
        <w:t>.</w:t>
      </w:r>
    </w:p>
    <w:p>
      <w:r>
        <w:t xml:space="preserve">Let’s look at Maria, a marketing consultant with a goal to consistently connect with five potential clients each week. She’d implemented </w:t>
      </w:r>
      <w:r>
        <w:rPr>
          <w:b/>
        </w:rPr>
        <w:t>Baseline Stability</w:t>
      </w:r>
      <w:r>
        <w:t xml:space="preserve"> practices – consistent sleep, good nutrition, regular walks – which significantly reduced her stress and improved her focus. Then she applied </w:t>
      </w:r>
      <w:r>
        <w:rPr>
          <w:b/>
        </w:rPr>
        <w:t>Friction Mapping</w:t>
      </w:r>
      <w:r>
        <w:t xml:space="preserve"> to her client outreach </w:t>
      </w:r>
      <w:r>
        <w:rPr>
          <w:b/>
        </w:rPr>
        <w:t>Execution Loop</w:t>
      </w:r>
      <w:r>
        <w:t>.</w:t>
      </w:r>
    </w:p>
    <w:p>
      <w:r>
        <w:t xml:space="preserve">Her initial </w:t>
      </w:r>
      <w:r>
        <w:rPr>
          <w:b/>
        </w:rPr>
        <w:t>Friction Map</w:t>
      </w:r>
      <w:r>
        <w:t xml:space="preserve"> showed:</w:t>
        <w:br/>
      </w:r>
      <w:r>
        <w:rPr>
          <w:i/>
        </w:rPr>
        <w:t xml:space="preserve">   </w:t>
      </w:r>
      <w:r>
        <w:rPr>
          <w:i/>
        </w:rPr>
        <w:t>Problem 1:</w:t>
      </w:r>
      <w:r>
        <w:rPr>
          <w:i/>
        </w:rPr>
        <w:t xml:space="preserve"> Deciding </w:t>
      </w:r>
      <w:r>
        <w:t>who* to contact. She’d spend 30 minutes scrolling LinkedIn, feeling overwhelmed by choice. (Cognitive Friction: Decision paralysis)</w:t>
        <w:br/>
      </w:r>
      <w:r>
        <w:rPr>
          <w:i/>
        </w:rPr>
        <w:t xml:space="preserve">   </w:t>
      </w:r>
      <w:r>
        <w:rPr>
          <w:i/>
        </w:rPr>
        <w:t>Problem 2:</w:t>
      </w:r>
      <w:r>
        <w:rPr>
          <w:i/>
        </w:rPr>
        <w:t xml:space="preserve"> Crafting personalized messages. Each message took too long, draining her </w:t>
      </w:r>
      <w:r>
        <w:rPr>
          <w:i/>
        </w:rPr>
        <w:t>Cognitive Fuel</w:t>
      </w:r>
      <w:r>
        <w:t>*. (Cognitive Friction: Perceived effort, complexity)</w:t>
        <w:br/>
      </w:r>
      <w:r>
        <w:rPr>
          <w:i/>
        </w:rPr>
        <w:t xml:space="preserve">   </w:t>
      </w:r>
      <w:r>
        <w:rPr>
          <w:i/>
        </w:rPr>
        <w:t>Problem 3:</w:t>
      </w:r>
      <w:r>
        <w:t>* Tracking follow-ups. She’d lose track of who she’d contacted and when. (Cognitive Friction: Disorganization, mental load)</w:t>
      </w:r>
    </w:p>
    <w:p>
      <w:r>
        <w:t>Maria’s initial friction reduction strategies were effective:</w:t>
        <w:br/>
        <w:t xml:space="preserve">1.  </w:t>
      </w:r>
      <w:r>
        <w:rPr>
          <w:b/>
        </w:rPr>
        <w:t>Who to contact:</w:t>
      </w:r>
      <w:r>
        <w:t xml:space="preserve"> She created a spreadsheet of 50 ideal clients, pre-qualifying them. Each Monday morning, she’d simply pick the next five names from the top of the list. Zero decision fatigue.</w:t>
        <w:br/>
        <w:t xml:space="preserve">2.  </w:t>
      </w:r>
      <w:r>
        <w:rPr>
          <w:b/>
        </w:rPr>
        <w:t>Crafting messages:</w:t>
      </w:r>
      <w:r>
        <w:t xml:space="preserve"> She developed a template bank with variations for different industries and pain points. She’d personalize 2-3 sentences, but the core structure was done. This significantly reduced the </w:t>
      </w:r>
      <w:r>
        <w:rPr>
          <w:b/>
        </w:rPr>
        <w:t>biggest drain on</w:t>
      </w:r>
      <w:r>
        <w:t xml:space="preserve"> her </w:t>
      </w:r>
      <w:r>
        <w:rPr>
          <w:b/>
        </w:rPr>
        <w:t>Cognitive Fuel</w:t>
      </w:r>
      <w:r>
        <w:t xml:space="preserve"> for this task.</w:t>
        <w:br/>
        <w:t xml:space="preserve">3.  </w:t>
      </w:r>
      <w:r>
        <w:rPr>
          <w:b/>
        </w:rPr>
        <w:t>Tracking:</w:t>
      </w:r>
      <w:r>
        <w:t xml:space="preserve"> She integrated a simple CRM tool and a specific weekly calendar block for outreach.</w:t>
      </w:r>
    </w:p>
    <w:p>
      <w:r>
        <w:t xml:space="preserve">For six weeks, Maria was unstoppable. She consistently hit her target, feeling calm and confident. Her outreach </w:t>
      </w:r>
      <w:r>
        <w:rPr>
          <w:b/>
        </w:rPr>
        <w:t>Execution Loop</w:t>
      </w:r>
      <w:r>
        <w:t xml:space="preserve"> felt incredibly easy, almost automated. She was excited, feeling like she was finally </w:t>
      </w:r>
      <w:r>
        <w:rPr>
          <w:b/>
        </w:rPr>
        <w:t>where you become a true</w:t>
      </w:r>
      <w:r>
        <w:t xml:space="preserve"> master of her consistency.</w:t>
      </w:r>
    </w:p>
    <w:p>
      <w:r>
        <w:t xml:space="preserve">Then, her primary client unexpectedly doubled their workload for a month. Maria found herself working 12-hour days, traveling more, and her </w:t>
      </w:r>
      <w:r>
        <w:rPr>
          <w:b/>
        </w:rPr>
        <w:t>Baseline Stability</w:t>
      </w:r>
      <w:r>
        <w:t xml:space="preserve">, while still present, was under strain. Her carefully crafted outreach system, once "easy," began to falter. She missed two weeks. The guilt crept in. She started to feel that familiar sense of failure, questioning if her consistency was just a fluke, wondering if she was falling back into </w:t>
      </w:r>
      <w:r>
        <w:rPr>
          <w:b/>
        </w:rPr>
        <w:t>this pervasive foe</w:t>
      </w:r>
      <w:r>
        <w:t>.</w:t>
      </w:r>
    </w:p>
    <w:p>
      <w:r>
        <w:t xml:space="preserve">Why did "easy" still fail for Maria? Because her system for ease, while effective under normal circumstances, wasn't designed for </w:t>
      </w:r>
      <w:r>
        <w:rPr>
          <w:b/>
        </w:rPr>
        <w:t>Sustainable Ease</w:t>
      </w:r>
      <w:r>
        <w:t xml:space="preserve"> in the face of significant external shifts and increased demands on her </w:t>
      </w:r>
      <w:r>
        <w:rPr>
          <w:b/>
        </w:rPr>
        <w:t>Cognitive Fuel</w:t>
      </w:r>
      <w:r>
        <w:t>. Her system was elegant, but rigid. It demanded 30-45 minutes of focused time, which she no longer had. It assumed consistent energy, which was now depleted.</w:t>
      </w:r>
    </w:p>
    <w:p>
      <w:r>
        <w:t xml:space="preserve">Maria needed to engineer </w:t>
      </w:r>
      <w:r>
        <w:rPr>
          <w:b/>
        </w:rPr>
        <w:t>Sustainable Ease</w:t>
      </w:r>
      <w:r>
        <w:t xml:space="preserve">. She needed to move beyond simply removing friction for the </w:t>
      </w:r>
      <w:r>
        <w:rPr>
          <w:i/>
        </w:rPr>
        <w:t>ideal</w:t>
      </w:r>
      <w:r>
        <w:t xml:space="preserve"> scenario and design for the </w:t>
      </w:r>
      <w:r>
        <w:rPr>
          <w:i/>
        </w:rPr>
        <w:t>inevitable non-ideal</w:t>
      </w:r>
      <w:r>
        <w:t xml:space="preserve"> scenarios.</w:t>
      </w:r>
    </w:p>
    <w:p>
      <w:r>
        <w:t xml:space="preserve">Here’s how to build for </w:t>
      </w:r>
      <w:r>
        <w:rPr>
          <w:b/>
        </w:rPr>
        <w:t>Sustainable Ease</w:t>
      </w:r>
      <w:r>
        <w:t xml:space="preserve"> within your </w:t>
      </w:r>
      <w:r>
        <w:rPr>
          <w:b/>
        </w:rPr>
        <w:t>FRICTION GOVERNANCE</w:t>
      </w:r>
      <w:r>
        <w:t>:</w:t>
      </w:r>
    </w:p>
    <w:p>
      <w:pPr>
        <w:pStyle w:val="ListNumber"/>
      </w:pPr>
      <w:r>
        <w:t>**Engineer for "Minimum Viable Action" (MVA):** This is perhaps the single most powerful tool for **Sustainable Ease**. For every **Execution Loop** you want to make consistent, define the absolute smallest, easiest, most non-negotiable action you can take, even on your worst day. This MVA should be so ridiculously small that it feels almost impossible to *not* do it.</w:t>
      </w:r>
    </w:p>
    <w:p>
      <w:pPr>
        <w:pStyle w:val="ListNumber"/>
      </w:pPr>
      <w:r>
        <w:t>*   *Maria’s MVA:* Instead of 5 clients, her MVA became "connect with *one* client." Instead of a full personalized message, it became "send a templated message to one person from the list." This reduced the perceived effort to a point where even exhausted, she could complete it in 5 minutes. The goal isn't to *only* do the MVA, but to ensure that *something* gets done, preserving the chain of consistency, even if it’s just a single link. This prevents the "all or nothing" trap that leads to complete abandonment.</w:t>
      </w:r>
    </w:p>
    <w:p>
      <w:pPr>
        <w:pStyle w:val="ListNumber"/>
      </w:pPr>
      <w:r>
        <w:t>**Build Buffers &amp; Slack:** Just as **Baseline Stability** emphasizes deliberate downtime, **Sustainable Ease** demands structural slack in your schedule and energy. Don't pack your schedule so tightly that one missed beat derails everything. Build in recovery windows, transition times, and "white space." This isn't wasted time; it’s resilience. It's the shock absorber that prevents small bumps from becoming catastrophic collapses.</w:t>
      </w:r>
    </w:p>
    <w:p>
      <w:pPr>
        <w:pStyle w:val="ListNumber"/>
      </w:pPr>
      <w:r>
        <w:t>*   *Maria’s Buffer:* She started scheduling her outreach on Tuesday and Thursday mornings, rather than just Monday. This gave her two opportunities to hit her target, and if Monday was a disaster, she had Tuesday to catch up, without feeling like she’d "missed the week." She also blocked out 30 minutes each Friday as "flex time" to catch up on any missed **Execution Loops**.</w:t>
      </w:r>
    </w:p>
    <w:p>
      <w:pPr>
        <w:pStyle w:val="ListNumber"/>
      </w:pPr>
      <w:r>
        <w:t>**Contextual Adaptability – Design for Multiple States:** Recognize that your **System Context** changes. Design your **Execution Loops** with contingency plans for different scenarios.</w:t>
      </w:r>
    </w:p>
    <w:p>
      <w:pPr>
        <w:pStyle w:val="ListNumber"/>
      </w:pPr>
      <w:r>
        <w:t>*   *The "On the Go" Version:* If your goal is a morning meditation, what’s the "travel version"? A 3-minute breath exercise on the plane? If it’s a workout, what’s the "hotel room version"? Ten push-ups and squats?</w:t>
      </w:r>
    </w:p>
    <w:p>
      <w:pPr>
        <w:pStyle w:val="ListNumber"/>
      </w:pPr>
      <w:r>
        <w:t>*   *The "Low Energy" Version:* What if you're feeling drained? What's the simplified version of your creative project? "Open the document and read the last paragraph," rather than "write 500 words."</w:t>
      </w:r>
    </w:p>
    <w:p>
      <w:pPr>
        <w:pStyle w:val="ListNumber"/>
      </w:pPr>
      <w:r>
        <w:t>*   *The "Distracted" Version:* If your workspace is chaotic, can you move to a coffee shop, or simply put on noise-canceling headphones and focus for 10 minutes?</w:t>
      </w:r>
    </w:p>
    <w:p>
      <w:pPr>
        <w:pStyle w:val="ListNumber"/>
      </w:pPr>
      <w:r>
        <w:t>*   *Maria’s Adaptability:* She created a "travel outreach kit" – a small document with her client list, message templates, and CRM login details, accessible from her phone. If she was stuck in an airport, she could still send her MVA. She also had a "low energy" version where she’d simply *identify* the next five clients for the list, rather than contact them. This was still progress, even if it wasn't full execution.</w:t>
      </w:r>
    </w:p>
    <w:p>
      <w:pPr>
        <w:pStyle w:val="ListNumber"/>
      </w:pPr>
      <w:r>
        <w:t>**Proactive Friction Anticipation:** Instead of reacting to friction, try to predict it. When you’re feeling consistent, take a moment to ask: "What could disrupt this in the next week/month? How would I address that *now*?"</w:t>
      </w:r>
    </w:p>
    <w:p>
      <w:pPr>
        <w:pStyle w:val="ListNumber"/>
      </w:pPr>
      <w:r>
        <w:t>*   *Example:* If you know a busy period is coming, can you pre-batch some tasks? If you know you'll be traveling, can you prepare your workout gear and research local options *before* you leave? This is **where you become a true** master of your environment, not just reacting to it.</w:t>
      </w:r>
    </w:p>
    <w:p>
      <w:pPr>
        <w:pStyle w:val="ListNumber"/>
      </w:pPr>
      <w:r>
        <w:t>**Automate and Externalize Where Possible:** The less mental energy you have to expend, the more **Sustainable Ease** your system possesses. Use technology, routines, and environmental design to make decisions for you.</w:t>
      </w:r>
    </w:p>
    <w:p>
      <w:pPr>
        <w:pStyle w:val="ListNumber"/>
      </w:pPr>
      <w:r>
        <w:t>*   *Example:* Automated bill payments, subscription services for essentials, pre-set alarms, dedicated "go bags" for gym or travel. Every decision you don't have to make preserves your **Cognitive Fuel**. The **core insight of** how crucial your **System Context** is; this applies not just to current context, but future, evolving contexts.</w:t>
      </w:r>
    </w:p>
    <w:p>
      <w:pPr>
        <w:pStyle w:val="ListNumber"/>
      </w:pPr>
      <w:r>
        <w:t>**Regular System Audits – Is it *Still* Easy?** **Sustainable Ease** isn’t a one-time setup. It’s an ongoing process. Periodically (e.g., monthly), re-evaluate your key **Execution Loops**.</w:t>
      </w:r>
    </w:p>
    <w:p>
      <w:pPr>
        <w:pStyle w:val="ListNumber"/>
      </w:pPr>
      <w:r>
        <w:t>*   *Questions to ask:* Has new friction crept in? Has my external **System Context** changed? Am I still designing for my current reality, or for an outdated ideal? Is my MVA still relevant? This is the continuous refinement that prevents "easy" from becoming "hard" over time. This continuous re-evaluation is **the single most impactful leve** for long-term consistency.</w:t>
      </w:r>
    </w:p>
    <w:p>
      <w:r>
        <w:t xml:space="preserve">The shift from merely "easy" to "sustainably easy" is subtle but profound. It acknowledges the inherent messiness of life and builds systems that are robust enough to handle it. It recognizes that our </w:t>
      </w:r>
      <w:r>
        <w:rPr>
          <w:b/>
        </w:rPr>
        <w:t>Cognitive Fuel</w:t>
      </w:r>
      <w:r>
        <w:t xml:space="preserve"> fluctuates, and our environments are dynamic. It’s about being prepared for imperfection, not just striving for perfect conditions.</w:t>
      </w:r>
    </w:p>
    <w:p>
      <w:r>
        <w:t xml:space="preserve">You’re not trying to become a machine that never falters. You’re becoming a </w:t>
      </w:r>
      <w:r>
        <w:rPr>
          <w:b/>
        </w:rPr>
        <w:t>Stability Engineer</w:t>
      </w:r>
      <w:r>
        <w:t xml:space="preserve"> who designs systems that can bend without breaking, that can absorb shocks and keep moving forward, even if it's just a tiny, graceful step. This isn’t about trying harder; it’s about designing systems that don't demand superhuman effort, even when life demands more of you. It's about preserving your </w:t>
      </w:r>
      <w:r>
        <w:rPr>
          <w:b/>
        </w:rPr>
        <w:t>Cognitive Fuel</w:t>
      </w:r>
      <w:r>
        <w:t xml:space="preserve"> for the actual challenges and creative work, rather than expending it on battling </w:t>
      </w:r>
      <w:r>
        <w:rPr>
          <w:b/>
        </w:rPr>
        <w:t>insidious nature of hidden</w:t>
      </w:r>
      <w:r>
        <w:t xml:space="preserve"> friction or the </w:t>
      </w:r>
      <w:r>
        <w:rPr>
          <w:b/>
        </w:rPr>
        <w:t>biggest drain on</w:t>
      </w:r>
      <w:r>
        <w:t xml:space="preserve"> your energy.</w:t>
      </w:r>
    </w:p>
    <w:p>
      <w:r>
        <w:t xml:space="preserve">The </w:t>
      </w:r>
      <w:r>
        <w:rPr>
          <w:b/>
        </w:rPr>
        <w:t>realm of</w:t>
      </w:r>
      <w:r>
        <w:t xml:space="preserve"> </w:t>
      </w:r>
      <w:r>
        <w:rPr>
          <w:b/>
        </w:rPr>
        <w:t>FRICTION GOVERNANCE</w:t>
      </w:r>
      <w:r>
        <w:t xml:space="preserve"> extends beyond the initial clearing. It requires foresight, adaptability, and a commitment to designing for the real world, not just the ideal one. When you embrace </w:t>
      </w:r>
      <w:r>
        <w:rPr>
          <w:b/>
        </w:rPr>
        <w:t>Sustainable Ease</w:t>
      </w:r>
      <w:r>
        <w:t xml:space="preserve">, you stop fighting against the ebb and flow of life and start flowing with it, your </w:t>
      </w:r>
      <w:r>
        <w:rPr>
          <w:b/>
        </w:rPr>
        <w:t>Execution Loops</w:t>
      </w:r>
      <w:r>
        <w:t xml:space="preserve"> becoming a reliable current rather than a fragile stream.</w:t>
      </w:r>
    </w:p>
    <w:p>
      <w:r>
        <w:t xml:space="preserve">But even with the most robust systems, even with </w:t>
      </w:r>
      <w:r>
        <w:rPr>
          <w:b/>
        </w:rPr>
        <w:t>Sustainable Ease</w:t>
      </w:r>
      <w:r>
        <w:t xml:space="preserve"> woven into the fabric of your </w:t>
      </w:r>
      <w:r>
        <w:rPr>
          <w:b/>
        </w:rPr>
        <w:t>Execution Loops</w:t>
      </w:r>
      <w:r>
        <w:t xml:space="preserve">, there will still be days when you miss. Days when external circumstances truly overwhelm, or internal reserves are simply too depleted. And in those moments, your carefully constructed systems will be tested. It's not the missed day itself that's the danger; it's what you make that missed day mean about </w:t>
      </w:r>
      <w:r>
        <w:rPr>
          <w:i/>
        </w:rPr>
        <w:t>you</w:t>
      </w:r>
      <w:r>
        <w:t xml:space="preserve">. In the next chapter, we’ll delve into the crucial component of </w:t>
      </w:r>
      <w:r>
        <w:rPr>
          <w:b/>
        </w:rPr>
        <w:t>IDENTITY CONTAINMENT</w:t>
      </w:r>
      <w:r>
        <w:t xml:space="preserve">, exploring how to build a self-concept so resilient that it can absorb imperfections without collapsing into self-doubt and the destructive pull of </w:t>
      </w:r>
      <w:r>
        <w:rPr>
          <w:b/>
        </w:rPr>
        <w:t>The Restart Illusion</w:t>
      </w:r>
      <w:r>
        <w:t>.</w:t>
      </w:r>
    </w:p>
    <w:p>
      <w:r>
        <w:br w:type="page"/>
      </w:r>
    </w:p>
    <w:p>
      <w:pPr>
        <w:pStyle w:val="Heading1"/>
      </w:pPr>
      <w:r>
        <w:rPr>
          <w:sz w:val="36"/>
        </w:rPr>
        <w:t>Chapter 5: IDENTITY DAMAGE FROM QUITTING</w:t>
      </w:r>
    </w:p>
    <w:p>
      <w:r>
        <w:t xml:space="preserve">The ground beneath you feels firmer now, doesn’t it? You’ve put in the quiet, consistent work of cultivating </w:t>
      </w:r>
      <w:r>
        <w:rPr>
          <w:b/>
        </w:rPr>
        <w:t>Baseline Stability</w:t>
      </w:r>
      <w:r>
        <w:t xml:space="preserve">, understanding that your internal landscape dictates your capacity for action. You’ve learned to listen to your body’s signals, to honor its fundamental needs for sleep, nourishment, and movement, and to design for deliberate downtime. You’re less tossed about by internal tempests, and your </w:t>
      </w:r>
      <w:r>
        <w:rPr>
          <w:b/>
        </w:rPr>
        <w:t>Cognitive Fuel</w:t>
      </w:r>
      <w:r>
        <w:t xml:space="preserve"> feels more consistently available, less prone to sudden, inexplicable crashes.</w:t>
      </w:r>
    </w:p>
    <w:p>
      <w:r>
        <w:t xml:space="preserve">And you’ve gone further. You’ve applied the principles of </w:t>
      </w:r>
      <w:r>
        <w:rPr>
          <w:b/>
        </w:rPr>
        <w:t>Friction Governance</w:t>
      </w:r>
      <w:r>
        <w:t xml:space="preserve">, meticulously charting out your desired </w:t>
      </w:r>
      <w:r>
        <w:rPr>
          <w:b/>
        </w:rPr>
        <w:t>Execution Loops</w:t>
      </w:r>
      <w:r>
        <w:t xml:space="preserve"> and systematically dismantling the hidden resistances that once made every step feel heavy. You’ve engineered for </w:t>
      </w:r>
      <w:r>
        <w:rPr>
          <w:b/>
        </w:rPr>
        <w:t>Sustainable Ease</w:t>
      </w:r>
      <w:r>
        <w:t xml:space="preserve">, anticipating disruptions and building in buffers, minimum viable actions, and contextual adaptability, ensuring that your path isn’t just clear today, but resilient for tomorrow. You’ve seen the evidence: actions that once felt like a monumental struggle now flow with a quiet efficiency. You’re building systems that </w:t>
      </w:r>
      <w:r>
        <w:rPr>
          <w:i/>
        </w:rPr>
        <w:t>don’t</w:t>
      </w:r>
      <w:r>
        <w:t xml:space="preserve"> collapse, not because you’re superhuman, but because you’re a skilled </w:t>
      </w:r>
      <w:r>
        <w:rPr>
          <w:b/>
        </w:rPr>
        <w:t>Stability Engineer</w:t>
      </w:r>
      <w:r>
        <w:t>.</w:t>
      </w:r>
    </w:p>
    <w:p>
      <w:r>
        <w:t xml:space="preserve">Yet, despite this progress, that feeling can still linger, can’t it? That subtle, uncomfortable echo of past failures. That gnawing voice that whispers, "What if this is just another temporary phase? What if I still deep down, lack what it takes?" It’s the shadow of every abandoned project, every half-learned skill, every promise you made to yourself that you couldn’t keep. It's the memory of the shame, the frustration, the self-doubt that piled up with each retreat into </w:t>
      </w:r>
      <w:r>
        <w:rPr>
          <w:b/>
        </w:rPr>
        <w:t>The Restart Illusion</w:t>
      </w:r>
      <w:r>
        <w:t>.</w:t>
      </w:r>
    </w:p>
    <w:p>
      <w:r>
        <w:t xml:space="preserve">We left the last chapter considering what happens when, despite your best efforts at </w:t>
      </w:r>
      <w:r>
        <w:rPr>
          <w:b/>
        </w:rPr>
        <w:t>Sustainable Ease</w:t>
      </w:r>
      <w:r>
        <w:t xml:space="preserve">, a day is still missed. When external circumstances truly overwhelm, or internal reserves are simply too depleted to even manage the Minimum Viable Action. It’s not the missed day itself that’s the danger. It’s what you make that missed day mean about </w:t>
      </w:r>
      <w:r>
        <w:rPr>
          <w:i/>
        </w:rPr>
        <w:t>you</w:t>
      </w:r>
      <w:r>
        <w:t xml:space="preserve">. And this, precisely, is the moment where the profound, often subconscious, damage of inconsistency begins to manifest: </w:t>
      </w:r>
      <w:r>
        <w:rPr>
          <w:b/>
        </w:rPr>
        <w:t>Identity Damage</w:t>
      </w:r>
      <w:r>
        <w:t>.</w:t>
      </w:r>
    </w:p>
    <w:p>
      <w:r>
        <w:rPr>
          <w:b/>
        </w:rPr>
        <w:t>Identity Damage</w:t>
      </w:r>
      <w:r>
        <w:t xml:space="preserve"> is the insidious erosion of your self-trust and self-perception, a byproduct of repeatedly failing to follow through on your intentions, especially when you internalize those failures as personal flaws rather than systemic breakdowns. It’s the psychological scar tissue left by countless cycles of hope, effort, collapse, and shame. Each time an </w:t>
      </w:r>
      <w:r>
        <w:rPr>
          <w:b/>
        </w:rPr>
        <w:t>Execution Loop</w:t>
      </w:r>
      <w:r>
        <w:t xml:space="preserve"> falters and you succumb to </w:t>
      </w:r>
      <w:r>
        <w:rPr>
          <w:b/>
        </w:rPr>
        <w:t>this pervasive foe</w:t>
      </w:r>
      <w:r>
        <w:t>, you’re not just losing progress on a project; you’re chipping away at the very foundation of who you believe yourself to be.</w:t>
      </w:r>
    </w:p>
    <w:p>
      <w:r>
        <w:t xml:space="preserve">Think of it as </w:t>
      </w:r>
      <w:r>
        <w:rPr>
          <w:b/>
        </w:rPr>
        <w:t>Motivation Decay</w:t>
      </w:r>
      <w:r>
        <w:t xml:space="preserve">. You’ve heard about </w:t>
      </w:r>
      <w:r>
        <w:rPr>
          <w:b/>
        </w:rPr>
        <w:t>Cognitive Fuel</w:t>
      </w:r>
      <w:r>
        <w:t xml:space="preserve"> depletion, and how an unstable </w:t>
      </w:r>
      <w:r>
        <w:rPr>
          <w:b/>
        </w:rPr>
        <w:t>System Context</w:t>
      </w:r>
      <w:r>
        <w:t xml:space="preserve"> drains your </w:t>
      </w:r>
      <w:r>
        <w:rPr>
          <w:b/>
        </w:rPr>
        <w:t>Initial Impulse</w:t>
      </w:r>
      <w:r>
        <w:t xml:space="preserve">. But </w:t>
      </w:r>
      <w:r>
        <w:rPr>
          <w:b/>
        </w:rPr>
        <w:t>Motivation Decay</w:t>
      </w:r>
      <w:r>
        <w:t xml:space="preserve"> is different. It’s the slow, quiet death of your </w:t>
      </w:r>
      <w:r>
        <w:rPr>
          <w:i/>
        </w:rPr>
        <w:t>belief</w:t>
      </w:r>
      <w:r>
        <w:t xml:space="preserve"> that you are capable of consistent action. It's not just about a lack of energy; it's about a lack of </w:t>
      </w:r>
      <w:r>
        <w:rPr>
          <w:i/>
        </w:rPr>
        <w:t>faith</w:t>
      </w:r>
      <w:r>
        <w:t xml:space="preserve"> in your own capacity. When you repeatedly tell yourself you're going to do something and then don't, your inner system records that data. Over time, this data compiles into a powerful, negative self-narrative: "I am someone who quits. I am inconsistent. I can't be trusted to follow through."</w:t>
      </w:r>
    </w:p>
    <w:p>
      <w:r>
        <w:t xml:space="preserve">This isn’t a conscious decision; it’s a deeply ingrained learning process. Your brain, in its efficiency, starts to anticipate failure. It learns that exerting </w:t>
      </w:r>
      <w:r>
        <w:rPr>
          <w:b/>
        </w:rPr>
        <w:t>Initial Impulse</w:t>
      </w:r>
      <w:r>
        <w:t xml:space="preserve"> and expending </w:t>
      </w:r>
      <w:r>
        <w:rPr>
          <w:b/>
        </w:rPr>
        <w:t>Cognitive Fuel</w:t>
      </w:r>
      <w:r>
        <w:t xml:space="preserve"> on new projects often leads to disappointment and emotional pain. So, it begins to protect you. It dampens your enthusiasm, whispers doubts before you even start, and makes the activation energy for any new </w:t>
      </w:r>
      <w:r>
        <w:rPr>
          <w:b/>
        </w:rPr>
        <w:t>Execution Loop</w:t>
      </w:r>
      <w:r>
        <w:t xml:space="preserve"> feel impossibly high. Why invest, it asks, when the outcome is predictable failure and subsequent shame?</w:t>
      </w:r>
    </w:p>
    <w:p>
      <w:r>
        <w:t xml:space="preserve">This </w:t>
      </w:r>
      <w:r>
        <w:rPr>
          <w:b/>
        </w:rPr>
        <w:t>Identity Damage</w:t>
      </w:r>
      <w:r>
        <w:t xml:space="preserve"> isn't abstract; it manifests in tangible ways:</w:t>
      </w:r>
    </w:p>
    <w:p>
      <w:pPr>
        <w:pStyle w:val="ListBullet"/>
      </w:pPr>
      <w:r>
        <w:t>**The Erosion of Self-Trust:** This is perhaps the most devastating consequence. When you repeatedly break promises to yourself, you stop trusting your own word. You begin to question your intentions, your resolve, your capacity. This internal mistrust spills over into other areas of your life, making you hesitant to commit, to dream big, or to even believe that *this time* will be different. The calm confidence we promised feels unattainable because your internal system has learned to predict self-betrayal.</w:t>
      </w:r>
    </w:p>
    <w:p>
      <w:pPr>
        <w:pStyle w:val="ListBullet"/>
      </w:pPr>
      <w:r>
        <w:t>**The Default Negative Monologue:** The quiet question, "What's wrong with me?", becomes a default internal script. Every setback, every missed day, every moment of resistance, is immediately attributed to an inherent flaw in your character, rather than a system that needs tweaking. This self-blame is a massive drain on your **Cognitive Fuel**, leaving less for actual problem-solving or action.</w:t>
      </w:r>
    </w:p>
    <w:p>
      <w:pPr>
        <w:pStyle w:val="ListBullet"/>
      </w:pPr>
      <w:r>
        <w:t>**Reduced Risk-Taking and Avoidance:** If your identity is fragile, easily shattered by perceived failure, you’ll naturally avoid situations that might confirm that negative identity. Why launch that side project if you already "know" you'll quit? Why commit to a new skill if you're "just not consistent"? This leads to stagnation, to playing small, to living far below your potential, all in a desperate attempt to protect a damaged self-concept.</w:t>
      </w:r>
    </w:p>
    <w:p>
      <w:pPr>
        <w:pStyle w:val="ListBullet"/>
      </w:pPr>
      <w:r>
        <w:t>**Fragile Self-Worth Tied to Performance:** When you identify as "someone who is consistent" only when you're perfectly executing, your self-worth becomes incredibly brittle. A single missed day isn't just a missed day; it’s a catastrophic blow to your entire sense of self. This "all or nothing" mentality, which we touched on as a trap for **Sustainable Ease**, becomes deeply embedded in your identity, making recovery from imperfection almost impossible.</w:t>
      </w:r>
    </w:p>
    <w:p>
      <w:pPr>
        <w:pStyle w:val="ListBullet"/>
      </w:pPr>
      <w:r>
        <w:t>**Procrastination as Self-Protection:** Often, the delay in starting an important **Execution Loop** isn't laziness; it's a subconscious act of self-preservation. If you don't start, you can't fail. If you don't commit, you can't abandon. Procrastination becomes a shield against the pain of confirming your damaged identity, ironically reinforcing the very cycle it's trying to prevent.</w:t>
      </w:r>
    </w:p>
    <w:p>
      <w:r>
        <w:t xml:space="preserve">Let’s consider Chloe, a talented architect in her early thirties. She loved the creative process of design but felt a deep yearning to express herself through painting. Every few months, she’d experience a burst of </w:t>
      </w:r>
      <w:r>
        <w:rPr>
          <w:b/>
        </w:rPr>
        <w:t>Initial Impulse</w:t>
      </w:r>
      <w:r>
        <w:t xml:space="preserve">. She’d buy new paints, canvases, and brushes, and meticulously clear a space in her spare room, fueled by the vision of herself as a true artist. She’d even apply the principles of </w:t>
      </w:r>
      <w:r>
        <w:rPr>
          <w:b/>
        </w:rPr>
        <w:t>Baseline Stability</w:t>
      </w:r>
      <w:r>
        <w:t xml:space="preserve">, ensuring she was well-rested and nourished before her planned painting sessions. She’d also used </w:t>
      </w:r>
      <w:r>
        <w:rPr>
          <w:b/>
        </w:rPr>
        <w:t>Friction Mapping</w:t>
      </w:r>
      <w:r>
        <w:t xml:space="preserve"> to set up her "studio"—canvases within easy reach, a dedicated palette, a clear surface—making the physical act of starting genuinely easy.</w:t>
      </w:r>
    </w:p>
    <w:p>
      <w:r>
        <w:t xml:space="preserve">For a few weeks, Chloe would paint consistently, 30 minutes every evening. She felt the quiet joy of creation, the satisfaction of steady progress. "This is it," she’d tell herself. "I’m finally becoming the person I want to be—an artist." Her self-trust began to mend. The positive self-talk reinforced her new identity. She was excited, feeling the nascent stirrings of being </w:t>
      </w:r>
      <w:r>
        <w:rPr>
          <w:b/>
        </w:rPr>
        <w:t>where you become a true</w:t>
      </w:r>
      <w:r>
        <w:t xml:space="preserve"> creative.</w:t>
      </w:r>
    </w:p>
    <w:p>
      <w:r>
        <w:t xml:space="preserve">Then, inevitably, life intervened. A major client project landed on her desk, demanding long hours and weekend work. Her sleep schedule became erratic, her diet suffered, and her </w:t>
      </w:r>
      <w:r>
        <w:rPr>
          <w:b/>
        </w:rPr>
        <w:t>Cognitive Fuel</w:t>
      </w:r>
      <w:r>
        <w:t xml:space="preserve"> was constantly depleted. One evening, exhausted, she stared at her paints, the thought of picking up a brush feeling like another impossible demand. She skipped. "Just this once," she rationalized.</w:t>
      </w:r>
    </w:p>
    <w:p>
      <w:r>
        <w:t xml:space="preserve">The next day, still swamped, she skipped again. Then a third. And this is where the </w:t>
      </w:r>
      <w:r>
        <w:rPr>
          <w:b/>
        </w:rPr>
        <w:t>Identity Damage</w:t>
      </w:r>
      <w:r>
        <w:t xml:space="preserve"> truly began to kick in. It wasn't just a missed session; it was a </w:t>
      </w:r>
      <w:r>
        <w:rPr>
          <w:i/>
        </w:rPr>
        <w:t>betrayal</w:t>
      </w:r>
      <w:r>
        <w:t xml:space="preserve"> of her nascent identity as an artist. The internal narrative, quiet at first, grew louder: "See? I knew it. I'm just not consistent. I'm not a real artist. This was just another phase."</w:t>
      </w:r>
    </w:p>
    <w:p>
      <w:r>
        <w:t xml:space="preserve">The physical friction she’d removed, the </w:t>
      </w:r>
      <w:r>
        <w:rPr>
          <w:b/>
        </w:rPr>
        <w:t>Sustainable Ease</w:t>
      </w:r>
      <w:r>
        <w:t xml:space="preserve"> she’d engineered, became irrelevant. The problem wasn’t the paints being out of reach; it was the psychological barrier that had suddenly erected itself. The act of sitting down to paint, once easy, now felt burdened by the weight of her perceived failure. It felt like a performative act, a desperate attempt to prove something to herself that she already believed wasn't true.</w:t>
      </w:r>
    </w:p>
    <w:p>
      <w:r>
        <w:t xml:space="preserve">The shame crept in, a familiar, heavy blanket. "What’s the point?" she thought. "I’ll just quit again anyway." The beautiful canvases, the fresh paints, the carefully arranged space—they no longer symbolized aspiration; they became monuments to her perceived inability to follow through. The </w:t>
      </w:r>
      <w:r>
        <w:rPr>
          <w:b/>
        </w:rPr>
        <w:t>Initial Impulse</w:t>
      </w:r>
      <w:r>
        <w:t xml:space="preserve"> she once felt for painting withered into </w:t>
      </w:r>
      <w:r>
        <w:rPr>
          <w:b/>
        </w:rPr>
        <w:t>Motivation Decay</w:t>
      </w:r>
      <w:r>
        <w:t xml:space="preserve">. Her inner voice concluded, </w:t>
      </w:r>
      <w:r>
        <w:rPr>
          <w:i/>
        </w:rPr>
        <w:t>I am someone who starts, but never finishes.</w:t>
      </w:r>
      <w:r>
        <w:t xml:space="preserve"> This belief then fueled </w:t>
      </w:r>
      <w:r>
        <w:rPr>
          <w:b/>
        </w:rPr>
        <w:t>The Restart Illusion</w:t>
      </w:r>
      <w:r>
        <w:t xml:space="preserve">, convincing her that she needed a </w:t>
      </w:r>
      <w:r>
        <w:rPr>
          <w:i/>
        </w:rPr>
        <w:t>new</w:t>
      </w:r>
      <w:r>
        <w:t xml:space="preserve"> project, a </w:t>
      </w:r>
      <w:r>
        <w:rPr>
          <w:i/>
        </w:rPr>
        <w:t>fresh</w:t>
      </w:r>
      <w:r>
        <w:t xml:space="preserve"> start, to escape the identity she'd just reinforced. Chloe, despite her intelligent design, was still trapped by the meaning she ascribed to her missed days.</w:t>
      </w:r>
    </w:p>
    <w:p>
      <w:r>
        <w:t xml:space="preserve">This is the central challenge </w:t>
      </w:r>
      <w:r>
        <w:rPr>
          <w:b/>
        </w:rPr>
        <w:t>IDENTITY CONTAINMENT</w:t>
      </w:r>
      <w:r>
        <w:t xml:space="preserve"> addresses. It recognizes that even with </w:t>
      </w:r>
      <w:r>
        <w:rPr>
          <w:b/>
        </w:rPr>
        <w:t>Baseline Stability</w:t>
      </w:r>
      <w:r>
        <w:t xml:space="preserve"> and </w:t>
      </w:r>
      <w:r>
        <w:rPr>
          <w:b/>
        </w:rPr>
        <w:t>Friction Governance</w:t>
      </w:r>
      <w:r>
        <w:t xml:space="preserve"> providing the optimal external conditions, the internal landscape of your self-concept remains incredibly vulnerable to the judgment and interpretation of imperfect execution. Your identity, your belief about who you are, is the ultimate feedback loop. If it tells you you're a quitter, you will eventually quit, even if all other systems are firing perfectly.</w:t>
      </w:r>
    </w:p>
    <w:p>
      <w:r>
        <w:rPr>
          <w:b/>
        </w:rPr>
        <w:t>IDENTITY CONTAINMENT</w:t>
      </w:r>
      <w:r>
        <w:t xml:space="preserve"> is about building a self-concept so resilient that it can absorb imperfections, missed days, and even temporary collapses without shattering your belief in your capacity for consistency. It’s about designing an identity that doesn’t demand perfection but </w:t>
      </w:r>
      <w:r>
        <w:rPr>
          <w:i/>
        </w:rPr>
        <w:t>expects</w:t>
      </w:r>
      <w:r>
        <w:t xml:space="preserve"> humanity. It’s about creating a psychological container for your self-worth that is robust enough to hold your ambitions, your efforts, </w:t>
      </w:r>
      <w:r>
        <w:rPr>
          <w:i/>
        </w:rPr>
        <w:t>and</w:t>
      </w:r>
      <w:r>
        <w:t xml:space="preserve"> your setbacks, without overflowing into self-condemnation.</w:t>
      </w:r>
    </w:p>
    <w:p>
      <w:r>
        <w:t xml:space="preserve">This isn’t about denying your feelings of frustration or disappointment. Those are valid data points. But it </w:t>
      </w:r>
      <w:r>
        <w:rPr>
          <w:i/>
        </w:rPr>
        <w:t>is</w:t>
      </w:r>
      <w:r>
        <w:t xml:space="preserve"> about decoupling those feelings from your fundamental worth and your long-term capacity for action. It’s about shifting from "I missed a day, therefore I am a failure" to "I missed a day, therefore my system needs adjustment, and I am still someone who </w:t>
      </w:r>
      <w:r>
        <w:rPr>
          <w:i/>
        </w:rPr>
        <w:t>builds</w:t>
      </w:r>
      <w:r>
        <w:t>."</w:t>
      </w:r>
    </w:p>
    <w:p>
      <w:r>
        <w:t xml:space="preserve">The moment where we transform from being </w:t>
      </w:r>
      <w:r>
        <w:rPr>
          <w:i/>
        </w:rPr>
        <w:t>defined</w:t>
      </w:r>
      <w:r>
        <w:t xml:space="preserve"> by our failures to </w:t>
      </w:r>
      <w:r>
        <w:rPr>
          <w:i/>
        </w:rPr>
        <w:t>learning</w:t>
      </w:r>
      <w:r>
        <w:t xml:space="preserve"> from them is the moment we begin to engineer true </w:t>
      </w:r>
      <w:r>
        <w:rPr>
          <w:b/>
        </w:rPr>
        <w:t>IDENTITY CONTAINMENT</w:t>
      </w:r>
      <w:r>
        <w:t xml:space="preserve">. It's the point where you stop seeing a missed </w:t>
      </w:r>
      <w:r>
        <w:rPr>
          <w:b/>
        </w:rPr>
        <w:t>Execution Loop</w:t>
      </w:r>
      <w:r>
        <w:t xml:space="preserve"> as a final verdict on your character and start seeing it as a temporary disruption that your resilient identity can easily absorb and recover from. This moves beyond the </w:t>
      </w:r>
      <w:r>
        <w:rPr>
          <w:b/>
        </w:rPr>
        <w:t>crucial and effective</w:t>
      </w:r>
      <w:r>
        <w:t xml:space="preserve"> early steps of friction removal and into the deeper psychological architecture required for true </w:t>
      </w:r>
      <w:r>
        <w:rPr>
          <w:b/>
        </w:rPr>
        <w:t>Stability Engineering</w:t>
      </w:r>
      <w:r>
        <w:t>.</w:t>
      </w:r>
    </w:p>
    <w:p>
      <w:r>
        <w:t xml:space="preserve">The deep work of </w:t>
      </w:r>
      <w:r>
        <w:rPr>
          <w:b/>
        </w:rPr>
        <w:t>IDENTITY CONTAINMENT</w:t>
      </w:r>
      <w:r>
        <w:t xml:space="preserve"> isn't about ignoring your past. It's about reframing it. It's about understanding that the shame and self-doubt you feel are not evidence of an inherent flaw, but rather the predictable outcome of operating within a flawed understanding of consistency—an understanding that failed to protect your identity from the inevitable bumps in the road. You’re not broken; your identity system simply wasn't designed for resilience against the </w:t>
      </w:r>
      <w:r>
        <w:rPr>
          <w:b/>
        </w:rPr>
        <w:t>insidious nature of hidden</w:t>
      </w:r>
      <w:r>
        <w:t xml:space="preserve"> self-judgment.</w:t>
      </w:r>
    </w:p>
    <w:p>
      <w:r>
        <w:t xml:space="preserve">The path forward, then, isn't about trying harder to be perfect. It's about building a self-concept that </w:t>
      </w:r>
      <w:r>
        <w:rPr>
          <w:i/>
        </w:rPr>
        <w:t>doesn't require</w:t>
      </w:r>
      <w:r>
        <w:t xml:space="preserve"> perfection to thrive. It's about cultivating an internal narrative that supports, rather than sabotages, your efforts. In the next chapter, we will dismantle the components of </w:t>
      </w:r>
      <w:r>
        <w:rPr>
          <w:b/>
        </w:rPr>
        <w:t>IDENTITY CONTAINMENT</w:t>
      </w:r>
      <w:r>
        <w:t>, equipping you with the tools to build this unshakeable self-trust. We'll explore how to decouple your worth from your immediate performance, how to reframe setbacks as valuable information, and how to consciously construct an identity that is resilient, forgiving, and ultimately, consistently empowering. You’re ready to reclaim your self-trust, not by never failing, but by building an identity that simply doesn't collapse when you do.</w:t>
      </w:r>
    </w:p>
    <w:p>
      <w:r>
        <w:br w:type="page"/>
      </w:r>
    </w:p>
    <w:p>
      <w:pPr>
        <w:pStyle w:val="Heading1"/>
      </w:pPr>
      <w:r>
        <w:rPr>
          <w:sz w:val="36"/>
        </w:rPr>
        <w:t>Chapter 6: BUILDING UNBREAKABLE SELF-TRUST</w:t>
      </w:r>
    </w:p>
    <w:p>
      <w:r>
        <w:t xml:space="preserve">The ground beneath you feels firmer now, doesn’t it? You’ve put in the quiet, consistent work of cultivating </w:t>
      </w:r>
      <w:r>
        <w:rPr>
          <w:b/>
        </w:rPr>
        <w:t>Baseline Stability</w:t>
      </w:r>
      <w:r>
        <w:t xml:space="preserve">, understanding that your internal landscape dictates your capacity for action. You’ve learned to listen to your body’s signals, to honor its fundamental needs for sleep, nourishment, and movement, and to design for deliberate downtime. You’re less tossed about by internal tempests, and your </w:t>
      </w:r>
      <w:r>
        <w:rPr>
          <w:b/>
        </w:rPr>
        <w:t>Cognitive Fuel</w:t>
      </w:r>
      <w:r>
        <w:t xml:space="preserve"> feels more consistently available, less prone to sudden, inexplicable crashes.</w:t>
      </w:r>
    </w:p>
    <w:p>
      <w:r>
        <w:t xml:space="preserve">And you’ve gone further. You’ve applied the principles of </w:t>
      </w:r>
      <w:r>
        <w:rPr>
          <w:b/>
        </w:rPr>
        <w:t>Friction Governance</w:t>
      </w:r>
      <w:r>
        <w:t xml:space="preserve">, meticulously charting out your desired </w:t>
      </w:r>
      <w:r>
        <w:rPr>
          <w:b/>
        </w:rPr>
        <w:t>Execution Loops</w:t>
      </w:r>
      <w:r>
        <w:t xml:space="preserve"> and systematically dismantling the hidden resistances that once made every step feel heavy. You’ve engineered for </w:t>
      </w:r>
      <w:r>
        <w:rPr>
          <w:b/>
        </w:rPr>
        <w:t>Sustainable Ease</w:t>
      </w:r>
      <w:r>
        <w:t xml:space="preserve">, anticipating disruptions and building in buffers, minimum viable actions, and contextual adaptability, ensuring that your path isn’t just clear today, but resilient for tomorrow. You’ve seen the evidence: actions that once felt like a monumental struggle now flow with a quiet efficiency. You’re building systems that </w:t>
      </w:r>
      <w:r>
        <w:rPr>
          <w:i/>
        </w:rPr>
        <w:t>don’t</w:t>
      </w:r>
      <w:r>
        <w:t xml:space="preserve"> collapse, not because you’re superhuman, but because you’re a skilled </w:t>
      </w:r>
      <w:r>
        <w:rPr>
          <w:b/>
        </w:rPr>
        <w:t>Stability Engineer</w:t>
      </w:r>
      <w:r>
        <w:t>.</w:t>
      </w:r>
    </w:p>
    <w:p>
      <w:r>
        <w:t xml:space="preserve">Yet, despite this progress, that feeling can still linger, can’t it? That subtle, uncomfortable echo of past failures. That gnawing voice that whispers, "What if this is just another temporary phase? What if I still deep down, lack what it takes?" It’s the shadow of every abandoned project, every half-learned skill, every promise you made to yourself that you couldn’t keep. It's the memory of the shame, the frustration, the self-doubt that piled up with each retreat into </w:t>
      </w:r>
      <w:r>
        <w:rPr>
          <w:b/>
        </w:rPr>
        <w:t>this pervasive foe</w:t>
      </w:r>
      <w:r>
        <w:t>.</w:t>
      </w:r>
    </w:p>
    <w:p>
      <w:r>
        <w:t xml:space="preserve">We left the last chapter considering what happens when, despite your best efforts at </w:t>
      </w:r>
      <w:r>
        <w:rPr>
          <w:b/>
        </w:rPr>
        <w:t>Sustainable Ease</w:t>
      </w:r>
      <w:r>
        <w:t xml:space="preserve">, a day is still missed. When external circumstances truly overwhelm, or internal reserves are simply too depleted to even manage the Minimum Viable Action. It’s not the missed day itself that’s the danger. It’s what you make that missed day mean about </w:t>
      </w:r>
      <w:r>
        <w:rPr>
          <w:i/>
        </w:rPr>
        <w:t>you</w:t>
      </w:r>
      <w:r>
        <w:t xml:space="preserve">. And this, precisely, is the moment where the profound, often subconscious, damage of inconsistency begins to manifest: </w:t>
      </w:r>
      <w:r>
        <w:rPr>
          <w:b/>
        </w:rPr>
        <w:t>Identity Damage</w:t>
      </w:r>
      <w:r>
        <w:t>.</w:t>
      </w:r>
    </w:p>
    <w:p>
      <w:r>
        <w:t xml:space="preserve">You understand now that </w:t>
      </w:r>
      <w:r>
        <w:rPr>
          <w:b/>
        </w:rPr>
        <w:t>Identity Damage</w:t>
      </w:r>
      <w:r>
        <w:t xml:space="preserve"> is the insidious erosion of your self-trust, a byproduct of repeatedly internalizing failures as personal flaws rather than systemic breakdowns. It’s the slow, quiet death of your </w:t>
      </w:r>
      <w:r>
        <w:rPr>
          <w:i/>
        </w:rPr>
        <w:t>belief</w:t>
      </w:r>
      <w:r>
        <w:t xml:space="preserve"> that you are capable of consistent action, the </w:t>
      </w:r>
      <w:r>
        <w:rPr>
          <w:b/>
        </w:rPr>
        <w:t>Motivation Decay</w:t>
      </w:r>
      <w:r>
        <w:t xml:space="preserve"> that stems not just from a lack of energy, but a lack of </w:t>
      </w:r>
      <w:r>
        <w:rPr>
          <w:i/>
        </w:rPr>
        <w:t>faith</w:t>
      </w:r>
      <w:r>
        <w:t xml:space="preserve"> in your own capacity. Your inner system learns to anticipate failure, dampening enthusiasm and making activation energy for any new </w:t>
      </w:r>
      <w:r>
        <w:rPr>
          <w:b/>
        </w:rPr>
        <w:t>Execution Loop</w:t>
      </w:r>
      <w:r>
        <w:t xml:space="preserve"> feel impossibly high. Why invest, it asks, when the outcome is predictable failure and subsequent shame?</w:t>
      </w:r>
    </w:p>
    <w:p>
      <w:r>
        <w:t xml:space="preserve">This chapter is about confronting that internal saboteur directly. It’s about building a psychological architecture so robust that it can absorb imperfections, missed days, and even temporary collapses without shattering your belief in your capacity for consistency. This is the heart of </w:t>
      </w:r>
      <w:r>
        <w:rPr>
          <w:b/>
        </w:rPr>
        <w:t>IDENTITY CONTAINMENT</w:t>
      </w:r>
      <w:r>
        <w:t xml:space="preserve">: the intentional design of a resilient self-concept that doesn't demand perfection but </w:t>
      </w:r>
      <w:r>
        <w:rPr>
          <w:i/>
        </w:rPr>
        <w:t>expects</w:t>
      </w:r>
      <w:r>
        <w:t xml:space="preserve"> humanity. It’s about creating a psychological container for your self-worth that is robust enough to hold your ambitions, your efforts, </w:t>
      </w:r>
      <w:r>
        <w:rPr>
          <w:i/>
        </w:rPr>
        <w:t>and</w:t>
      </w:r>
      <w:r>
        <w:t xml:space="preserve"> your setbacks, without overflowing into self-condemnation.</w:t>
      </w:r>
    </w:p>
    <w:p>
      <w:r>
        <w:t xml:space="preserve">This isn’t about denying your feelings of frustration or disappointment. Those are valid data points. But it </w:t>
      </w:r>
      <w:r>
        <w:rPr>
          <w:i/>
        </w:rPr>
        <w:t>is</w:t>
      </w:r>
      <w:r>
        <w:t xml:space="preserve"> about decoupling those feelings from your fundamental worth and your long-term capacity for action. It’s about shifting from "I missed a day, therefore I am a failure" to "I missed a day, therefore my system needs adjustment, and I am still someone who </w:t>
      </w:r>
      <w:r>
        <w:rPr>
          <w:i/>
        </w:rPr>
        <w:t>builds</w:t>
      </w:r>
      <w:r>
        <w:t>."</w:t>
      </w:r>
    </w:p>
    <w:p>
      <w:r>
        <w:t>Here’s how we begin to construct this unshakeable self-trust:</w:t>
      </w:r>
    </w:p>
    <w:p>
      <w:r>
        <w:rPr>
          <w:b/>
        </w:rPr>
        <w:t>1. Shift from Outcome Identity to Process Identity (The Engineer's Mindset)</w:t>
      </w:r>
    </w:p>
    <w:p>
      <w:r>
        <w:t>Our culture heavily rewards outcomes. "Did you finish the project?" "Did you hit your goal?" This external validation, while motivating, can lead to a fragile identity. If your identity as "a consistent person" is tied solely to a perfect streak of daily execution, then the moment that streak breaks, your identity crumbles. This is the root of the "all or nothing" trap.</w:t>
      </w:r>
    </w:p>
    <w:p>
      <w:r>
        <w:rPr>
          <w:b/>
        </w:rPr>
        <w:t>IDENTITY CONTAINMENT</w:t>
      </w:r>
      <w:r>
        <w:t xml:space="preserve"> demands an epistemic shift: your identity isn't defined by the </w:t>
      </w:r>
      <w:r>
        <w:rPr>
          <w:i/>
        </w:rPr>
        <w:t>outcome</w:t>
      </w:r>
      <w:r>
        <w:t xml:space="preserve"> of a single </w:t>
      </w:r>
      <w:r>
        <w:rPr>
          <w:b/>
        </w:rPr>
        <w:t>Execution Loop</w:t>
      </w:r>
      <w:r>
        <w:t xml:space="preserve">, but by your consistent </w:t>
      </w:r>
      <w:r>
        <w:rPr>
          <w:i/>
        </w:rPr>
        <w:t>engagement with the process</w:t>
      </w:r>
      <w:r>
        <w:t xml:space="preserve"> and your </w:t>
      </w:r>
      <w:r>
        <w:rPr>
          <w:i/>
        </w:rPr>
        <w:t>commitment to the system</w:t>
      </w:r>
      <w:r>
        <w:t>.</w:t>
      </w:r>
    </w:p>
    <w:p>
      <w:pPr>
        <w:pStyle w:val="ListBullet"/>
      </w:pPr>
      <w:r>
        <w:t>**You are not a "writer who finishes books"; you are "someone who shows up to write."**</w:t>
      </w:r>
    </w:p>
    <w:p>
      <w:pPr>
        <w:pStyle w:val="ListBullet"/>
      </w:pPr>
      <w:r>
        <w:t>**You are not "someone who always works out"; you are "someone who prioritizes movement."**</w:t>
      </w:r>
    </w:p>
    <w:p>
      <w:pPr>
        <w:pStyle w:val="ListBullet"/>
      </w:pPr>
      <w:r>
        <w:t>**You are not "someone who meditates daily"; you are "someone who cultivates mental presence."**</w:t>
      </w:r>
    </w:p>
    <w:p>
      <w:r>
        <w:t xml:space="preserve">Notice the subtle but profound difference. The former is a verdict based on performance; the latter is a statement of intent and consistent effort, regardless of momentary lapses. When you define yourself by the </w:t>
      </w:r>
      <w:r>
        <w:rPr>
          <w:i/>
        </w:rPr>
        <w:t>process</w:t>
      </w:r>
      <w:r>
        <w:t xml:space="preserve">, a missed day doesn't invalidate your identity. It simply means you missed a </w:t>
      </w:r>
      <w:r>
        <w:rPr>
          <w:i/>
        </w:rPr>
        <w:t>session</w:t>
      </w:r>
      <w:r>
        <w:t xml:space="preserve"> of your chosen process, not that you stopped </w:t>
      </w:r>
      <w:r>
        <w:rPr>
          <w:i/>
        </w:rPr>
        <w:t>being</w:t>
      </w:r>
      <w:r>
        <w:t xml:space="preserve"> the kind of person who engages in that process.</w:t>
      </w:r>
    </w:p>
    <w:p>
      <w:r>
        <w:t xml:space="preserve">Furthermore, embrace the identity of a </w:t>
      </w:r>
      <w:r>
        <w:rPr>
          <w:b/>
        </w:rPr>
        <w:t>Stability Engineer</w:t>
      </w:r>
      <w:r>
        <w:t xml:space="preserve">. When an </w:t>
      </w:r>
      <w:r>
        <w:rPr>
          <w:b/>
        </w:rPr>
        <w:t>Execution Loop</w:t>
      </w:r>
      <w:r>
        <w:t xml:space="preserve"> falters, you're not a failed performer; you're an engineer observing a system anomaly. Your job isn't to blame yourself, but to diagnose, learn, and recalibrate. This transforms setbacks from personal attacks into objective data points. It preserves your </w:t>
      </w:r>
      <w:r>
        <w:rPr>
          <w:b/>
        </w:rPr>
        <w:t>Cognitive Fuel</w:t>
      </w:r>
      <w:r>
        <w:t xml:space="preserve"> from the corrosive drain of self-blame, redirecting it towards problem-solving. This builds on the </w:t>
      </w:r>
      <w:r>
        <w:rPr>
          <w:b/>
        </w:rPr>
        <w:t>core insight of</w:t>
      </w:r>
      <w:r>
        <w:t xml:space="preserve"> how your </w:t>
      </w:r>
      <w:r>
        <w:rPr>
          <w:b/>
        </w:rPr>
        <w:t>System Context</w:t>
      </w:r>
      <w:r>
        <w:t xml:space="preserve"> influences everything; now, we're applying that same diagnostic lens to your internal self-perception.</w:t>
      </w:r>
    </w:p>
    <w:p>
      <w:r>
        <w:rPr>
          <w:b/>
        </w:rPr>
        <w:t>2. The Diagnostic Lens: From Self-Judgment to System Analysis</w:t>
      </w:r>
    </w:p>
    <w:p>
      <w:r>
        <w:t xml:space="preserve">When an </w:t>
      </w:r>
      <w:r>
        <w:rPr>
          <w:b/>
        </w:rPr>
        <w:t>Execution Loop</w:t>
      </w:r>
      <w:r>
        <w:t xml:space="preserve"> breaks down, your default response, conditioned by </w:t>
      </w:r>
      <w:r>
        <w:rPr>
          <w:b/>
        </w:rPr>
        <w:t>Identity Damage</w:t>
      </w:r>
      <w:r>
        <w:t xml:space="preserve">, is likely self-judgment. "I'm so lazy." "I knew I couldn't stick with it." This internal monologue is a massive drain, not just on </w:t>
      </w:r>
      <w:r>
        <w:rPr>
          <w:b/>
        </w:rPr>
        <w:t>Cognitive Fuel</w:t>
      </w:r>
      <w:r>
        <w:t>, but on your very capacity to recover.</w:t>
      </w:r>
    </w:p>
    <w:p>
      <w:r>
        <w:rPr>
          <w:b/>
        </w:rPr>
        <w:t>IDENTITY CONTAINMENT</w:t>
      </w:r>
      <w:r>
        <w:t xml:space="preserve"> provides a critical counter-strategy: immediately shift to a diagnostic mindset.</w:t>
      </w:r>
    </w:p>
    <w:p>
      <w:pPr>
        <w:pStyle w:val="ListBullet"/>
      </w:pPr>
      <w:r>
        <w:t>**Instead of:** "I failed to [X] again."</w:t>
      </w:r>
    </w:p>
    <w:p>
      <w:pPr>
        <w:pStyle w:val="ListBullet"/>
      </w:pPr>
      <w:r>
        <w:t>**Ask:** "What information is this setback providing about my system?"</w:t>
      </w:r>
    </w:p>
    <w:p>
      <w:pPr>
        <w:pStyle w:val="ListBullet"/>
      </w:pPr>
      <w:r>
        <w:t>**Instead of:** "I'm so inconsistent."</w:t>
      </w:r>
    </w:p>
    <w:p>
      <w:pPr>
        <w:pStyle w:val="ListBullet"/>
      </w:pPr>
      <w:r>
        <w:t>**Ask:** "What specific friction points emerged that I hadn't accounted for?"</w:t>
      </w:r>
    </w:p>
    <w:p>
      <w:pPr>
        <w:pStyle w:val="ListBullet"/>
      </w:pPr>
      <w:r>
        <w:t>**Instead of:** "I just don't have enough willpower."</w:t>
      </w:r>
    </w:p>
    <w:p>
      <w:pPr>
        <w:pStyle w:val="ListBullet"/>
      </w:pPr>
      <w:r>
        <w:t>**Ask:** "Was my **Baseline Stability** compromised? Was my **Sustainable Ease** not robust enough for this specific contextual shift?"</w:t>
      </w:r>
    </w:p>
    <w:p>
      <w:r>
        <w:t xml:space="preserve">This isn’t about intellectualizing away your feelings; it's about </w:t>
      </w:r>
      <w:r>
        <w:rPr>
          <w:i/>
        </w:rPr>
        <w:t>channeling</w:t>
      </w:r>
      <w:r>
        <w:t xml:space="preserve"> them productively. Frustration can be a powerful signal, but only if you interpret it as a call to engineering, not condemnation. Every missed day is not a failure of character, but a feature request for your system. This is </w:t>
      </w:r>
      <w:r>
        <w:rPr>
          <w:b/>
        </w:rPr>
        <w:t>where you become a true</w:t>
      </w:r>
      <w:r>
        <w:t xml:space="preserve"> master of self-observation, transforming potential </w:t>
      </w:r>
      <w:r>
        <w:rPr>
          <w:b/>
        </w:rPr>
        <w:t>Identity Damage</w:t>
      </w:r>
      <w:r>
        <w:t xml:space="preserve"> into actionable insights.</w:t>
      </w:r>
    </w:p>
    <w:p>
      <w:r>
        <w:rPr>
          <w:b/>
        </w:rPr>
        <w:t>3. The Recovery Agent Identity: Fast Recovery Beats Perfect Execution</w:t>
      </w:r>
    </w:p>
    <w:p>
      <w:r>
        <w:t xml:space="preserve">One of the most liberating truths of </w:t>
      </w:r>
      <w:r>
        <w:rPr>
          <w:b/>
        </w:rPr>
        <w:t>Stability Engineering</w:t>
      </w:r>
      <w:r>
        <w:t xml:space="preserve"> is this: </w:t>
      </w:r>
      <w:r>
        <w:rPr>
          <w:i/>
        </w:rPr>
        <w:t>consistency is not about never missing, but about rapidly recovering when you do.</w:t>
      </w:r>
      <w:r>
        <w:t xml:space="preserve"> This is a core tenet of the C-CODE. If your identity is tied to perfect streaks, a single missed day feels catastrophic. But if your identity is tied to </w:t>
      </w:r>
      <w:r>
        <w:rPr>
          <w:i/>
        </w:rPr>
        <w:t>recovery</w:t>
      </w:r>
      <w:r>
        <w:t>, then a missed day becomes an opportunity to demonstrate your core strength.</w:t>
      </w:r>
    </w:p>
    <w:p>
      <w:r>
        <w:t xml:space="preserve">To build the </w:t>
      </w:r>
      <w:r>
        <w:rPr>
          <w:b/>
        </w:rPr>
        <w:t>Recovery Agent</w:t>
      </w:r>
      <w:r>
        <w:t xml:space="preserve"> identity, you need a few powerful tools:</w:t>
      </w:r>
    </w:p>
    <w:p>
      <w:pPr>
        <w:pStyle w:val="ListBullet"/>
      </w:pPr>
      <w:r>
        <w:t>**The "One-Day Rule" (Reimagined):** You've likely heard "never miss twice." This isn't a rigid, punitive rule designed to instill guilt. Reframe it as a powerful, self-affirming commitment to your **Recovery Agent** identity. It's a circuit breaker. The moment you realize you've missed an **Execution Loop**, your immediate priority isn't to feel shame, but to activate your recovery protocol for *tomorrow*. "I missed today, but I am someone who recovers. I will hit my Minimum Viable Action tomorrow, no matter what." This small, immediate commitment prevents a single lapse from spiraling into **Motivation Decay** and the full grip of **this pervasive foe**. It's a proactive measure to prevent **Identity Damage** from setting in.</w:t>
      </w:r>
    </w:p>
    <w:p>
      <w:pPr>
        <w:pStyle w:val="ListBullet"/>
      </w:pPr>
      <w:r>
        <w:t>**Pre-Planned Recovery Actions:** Just as you engineer for **Sustainable Ease** by planning for low-energy scenarios, plan for recovery. What’s your default recovery move when you miss an **Execution Loop**?</w:t>
      </w:r>
    </w:p>
    <w:p>
      <w:pPr>
        <w:pStyle w:val="ListBullet"/>
      </w:pPr>
      <w:r>
        <w:t>If you miss a workout: "I will do 5 minutes of stretching tonight, or a 10-minute walk tomorrow."</w:t>
      </w:r>
    </w:p>
    <w:p>
      <w:pPr>
        <w:pStyle w:val="ListBullet"/>
      </w:pPr>
      <w:r>
        <w:t>If you miss a writing session: "I will open the document and read the last paragraph before bed."</w:t>
      </w:r>
    </w:p>
    <w:p>
      <w:pPr>
        <w:pStyle w:val="ListBullet"/>
      </w:pPr>
      <w:r>
        <w:t>If you miss a meditation: "I will do one minute of deep breathing at my desk."</w:t>
      </w:r>
    </w:p>
    <w:p>
      <w:pPr>
        <w:pStyle w:val="ListBullet"/>
      </w:pPr>
      <w:r>
        <w:t>These aren't about making up for lost time; they're about reaffirming your commitment to your process identity and preventing the psychological chain from breaking. They are tiny, immediate acts of self-trust.</w:t>
      </w:r>
    </w:p>
    <w:p>
      <w:pPr>
        <w:pStyle w:val="ListBullet"/>
      </w:pPr>
      <w:r>
        <w:t>**Celebrating Recovery, Not Just Execution:** Actively acknowledge and celebrate when you successfully recover from a missed day. This rewires your brain to associate recovery with positive reinforcement, strengthening your **Recovery Agent** identity. You're not just celebrating "doing the thing"; you're celebrating your resilience, your adaptability, your commitment to your systems.</w:t>
      </w:r>
    </w:p>
    <w:p>
      <w:r>
        <w:t xml:space="preserve">Let's look at Lena, a brilliant entrepreneur with a burgeoning online education platform. She’d meticulously built her weekly </w:t>
      </w:r>
      <w:r>
        <w:rPr>
          <w:b/>
        </w:rPr>
        <w:t>Execution Loop</w:t>
      </w:r>
      <w:r>
        <w:t xml:space="preserve"> for creating new course content: two deep work blocks of 90 minutes each, Tuesday and Thursday mornings, focused on scripting video lectures. Her </w:t>
      </w:r>
      <w:r>
        <w:rPr>
          <w:b/>
        </w:rPr>
        <w:t>Baseline Stability</w:t>
      </w:r>
      <w:r>
        <w:t xml:space="preserve"> was solid, her sleep consistent, her nutrition mindful. She’d applied </w:t>
      </w:r>
      <w:r>
        <w:rPr>
          <w:b/>
        </w:rPr>
        <w:t>Friction Mapping</w:t>
      </w:r>
      <w:r>
        <w:t xml:space="preserve"> to her content creation, streamlining her research, template use, and digital setup to the point where the act of sitting down to write felt like </w:t>
      </w:r>
      <w:r>
        <w:rPr>
          <w:b/>
        </w:rPr>
        <w:t>Sustainable Ease</w:t>
      </w:r>
      <w:r>
        <w:t>. She had even engineered a Minimum Viable Action: "write for 15 minutes or complete one small section of a script."</w:t>
      </w:r>
    </w:p>
    <w:p>
      <w:r>
        <w:t xml:space="preserve">For months, Lena was incredibly consistent, her output steady and high quality. She felt a profound shift in her self-perception, moving away from her old patterns of </w:t>
      </w:r>
      <w:r>
        <w:rPr>
          <w:b/>
        </w:rPr>
        <w:t>Identity Damage</w:t>
      </w:r>
      <w:r>
        <w:t xml:space="preserve"> as "someone who starts strong but fades." She was becoming </w:t>
      </w:r>
      <w:r>
        <w:rPr>
          <w:b/>
        </w:rPr>
        <w:t>where you become a true</w:t>
      </w:r>
      <w:r>
        <w:t xml:space="preserve"> content creator.</w:t>
      </w:r>
    </w:p>
    <w:p>
      <w:r>
        <w:t xml:space="preserve">Then, a critical bug was discovered in her platform, requiring her immediate, intense focus. For five straight days, Lena worked 14-hour shifts, troubleshooting, communicating with her developers and users, and stabilizing her business. Her carefully constructed </w:t>
      </w:r>
      <w:r>
        <w:rPr>
          <w:b/>
        </w:rPr>
        <w:t>Execution Loops</w:t>
      </w:r>
      <w:r>
        <w:t xml:space="preserve"> for content creation evaporated. She missed Tuesday's deep work block. Then Thursday's.</w:t>
      </w:r>
    </w:p>
    <w:p>
      <w:r>
        <w:t xml:space="preserve">Old patterns of </w:t>
      </w:r>
      <w:r>
        <w:rPr>
          <w:b/>
        </w:rPr>
        <w:t>Identity Damage</w:t>
      </w:r>
      <w:r>
        <w:t xml:space="preserve"> began to whisper. "See? This is you. You can't handle pressure and maintain your creative work. You're just a business owner, not a creator. This was just another temporary phase." The shame started to creep in, threatening to paralyze her, to convince her that it was "too late" to get back on track, triggering </w:t>
      </w:r>
      <w:r>
        <w:rPr>
          <w:b/>
        </w:rPr>
        <w:t>this pervasive foe</w:t>
      </w:r>
      <w:r>
        <w:t xml:space="preserve">. Her </w:t>
      </w:r>
      <w:r>
        <w:rPr>
          <w:b/>
        </w:rPr>
        <w:t>Initial Impulse</w:t>
      </w:r>
      <w:r>
        <w:t xml:space="preserve"> for content creation, once so strong, was facing </w:t>
      </w:r>
      <w:r>
        <w:rPr>
          <w:b/>
        </w:rPr>
        <w:t>Motivation Decay</w:t>
      </w:r>
      <w:r>
        <w:t>.</w:t>
      </w:r>
    </w:p>
    <w:p>
      <w:r>
        <w:t xml:space="preserve">But Lena had been doing the work. She recognized the internal monologue. She shifted to a diagnostic lens. "This isn't a failure of </w:t>
      </w:r>
      <w:r>
        <w:rPr>
          <w:i/>
        </w:rPr>
        <w:t>me</w:t>
      </w:r>
      <w:r>
        <w:t>," she thought. "This is a system under extreme, unexpected load. My business needed my full attention. That's a valid contextual shift." She acknowledged the frustration but immediately moved to action, not self-condemnation.</w:t>
      </w:r>
    </w:p>
    <w:p>
      <w:r>
        <w:t xml:space="preserve">She activated her </w:t>
      </w:r>
      <w:r>
        <w:rPr>
          <w:b/>
        </w:rPr>
        <w:t>Recovery Agent</w:t>
      </w:r>
      <w:r>
        <w:t xml:space="preserve"> identity. On Saturday morning, still tired but having stabilized her platform, she didn't try to "catch up" on two missed 90-minute blocks. That would have felt overwhelming and likely led to another "failure." Instead, she focused on her MVA. She opened her script document, set a timer for 15 minutes, and simply </w:t>
      </w:r>
      <w:r>
        <w:rPr>
          <w:i/>
        </w:rPr>
        <w:t>read</w:t>
      </w:r>
      <w:r>
        <w:t xml:space="preserve"> the last section she’d written. She then added one bullet point to the next section. It was tiny. It felt almost insignificant.</w:t>
      </w:r>
    </w:p>
    <w:p>
      <w:r>
        <w:t xml:space="preserve">But she didn't judge it. She recognized it as an act of </w:t>
      </w:r>
      <w:r>
        <w:rPr>
          <w:b/>
        </w:rPr>
        <w:t>IDENTITY CONTAINMENT</w:t>
      </w:r>
      <w:r>
        <w:t xml:space="preserve">. She had engaged with the </w:t>
      </w:r>
      <w:r>
        <w:rPr>
          <w:i/>
        </w:rPr>
        <w:t>process</w:t>
      </w:r>
      <w:r>
        <w:t xml:space="preserve">. She had demonstrated her commitment to her </w:t>
      </w:r>
      <w:r>
        <w:rPr>
          <w:i/>
        </w:rPr>
        <w:t>system</w:t>
      </w:r>
      <w:r>
        <w:t xml:space="preserve">, not to a perfect streak. She had chosen </w:t>
      </w:r>
      <w:r>
        <w:rPr>
          <w:b/>
        </w:rPr>
        <w:t>Micro-Recalibration</w:t>
      </w:r>
      <w:r>
        <w:t xml:space="preserve"> over abandonment. That small act of showing up, even for 15 minutes, reaffirmed her identity as "someone who cultivates content," not "someone who </w:t>
      </w:r>
      <w:r>
        <w:rPr>
          <w:i/>
        </w:rPr>
        <w:t>always</w:t>
      </w:r>
      <w:r>
        <w:t xml:space="preserve"> creates perfect content." She followed her "one-day rule" by ensuring that even if she missed two </w:t>
      </w:r>
      <w:r>
        <w:rPr>
          <w:i/>
        </w:rPr>
        <w:t>full</w:t>
      </w:r>
      <w:r>
        <w:t xml:space="preserve"> sessions, she didn't miss </w:t>
      </w:r>
      <w:r>
        <w:rPr>
          <w:i/>
        </w:rPr>
        <w:t>engaging with the process</w:t>
      </w:r>
      <w:r>
        <w:t xml:space="preserve"> for more than a day in a row (by counting her Saturday engagement as the immediate recovery).</w:t>
      </w:r>
    </w:p>
    <w:p>
      <w:r>
        <w:t>By Monday, her business was stable, and she was able to return to her full deep work block, without the weight of accumulated shame or the feeling that she had to "restart" everything from scratch. Her self-trust, instead of being eroded, was strengthened by her capacity to navigate a genuine crisis without collapsing her core identity. She hadn't been perfect, but she had been resilient. She had demonstrated that her identity was contained, capable of absorbing shocks.</w:t>
      </w:r>
    </w:p>
    <w:p>
      <w:r>
        <w:rPr>
          <w:b/>
        </w:rPr>
        <w:t>4. Conscious Narrative Architecture: Building Your New Story</w:t>
      </w:r>
    </w:p>
    <w:p>
      <w:r>
        <w:t xml:space="preserve">Your identity isn't fixed; it's a story you tell yourself, consciously and subconsciously. To truly embed </w:t>
      </w:r>
      <w:r>
        <w:rPr>
          <w:b/>
        </w:rPr>
        <w:t>IDENTITY CONTAINMENT</w:t>
      </w:r>
      <w:r>
        <w:t xml:space="preserve">, you must consciously rewrite that story. This is </w:t>
      </w:r>
      <w:r>
        <w:rPr>
          <w:b/>
        </w:rPr>
        <w:t>where the true sophisticat</w:t>
      </w:r>
      <w:r>
        <w:t xml:space="preserve"> understands that self-perception is a design challenge.</w:t>
      </w:r>
    </w:p>
    <w:p>
      <w:pPr>
        <w:pStyle w:val="ListBullet"/>
      </w:pPr>
      <w:r>
        <w:t>**Evidence Collection:** Actively look for and note evidence that supports your new process and recovery identities. Keep a "win journal" that isn't just about big achievements, but about small acts of consistency, successful recoveries, and moments where you chose system analysis over self-judgment. "Today I felt resistant, but I engaged my diagnostic lens and realized my desk was cluttered (friction). I cleared it and still got 20 minutes of work done. I am someone who problem-solves." This counteracts the brain's natural bias towards remembering failures.</w:t>
      </w:r>
    </w:p>
    <w:p>
      <w:pPr>
        <w:pStyle w:val="ListBullet"/>
      </w:pPr>
      <w:r>
        <w:t>**Affirmations of Process and Recovery:** Move beyond generic "I am confident" statements. Craft specific affirmations that reinforce your new identity: "I am a **Stability Engineer** who learns from every data point." "I am someone who prioritizes the *process* of [X], regardless of immediate output." "I am a **Recovery Agent**; my strength is in my ability to adapt and return." Repeat these, not as empty platitudes, but as reflections of the evidence you're collecting.</w:t>
      </w:r>
    </w:p>
    <w:p>
      <w:pPr>
        <w:pStyle w:val="ListBullet"/>
      </w:pPr>
      <w:r>
        <w:t>**Future Pacing Recovery:** Mentally rehearse *how* you will respond when you inevitably face a setback. Instead of just visualizing perfect execution, visualize yourself handling a missed day with calm, applying your diagnostic lens, and taking your Minimum Viable Action for recovery. This prepares your brain for imperfection, making the actual event less jarring and less likely to trigger **Identity Damage**.</w:t>
      </w:r>
    </w:p>
    <w:p>
      <w:pPr>
        <w:pStyle w:val="ListBullet"/>
      </w:pPr>
      <w:r>
        <w:t>**Compartmentalize Identity:** Recognize that you have multiple identities (parent, professional, artist, friend). A setback in one area doesn't invalidate your worth or capacity in others. **IDENTITY CONTAINMENT** means not letting a temporary lapse in one **Execution Loop** spill over and contaminate your entire self-concept.</w:t>
      </w:r>
    </w:p>
    <w:p>
      <w:r>
        <w:t xml:space="preserve">The deep work of </w:t>
      </w:r>
      <w:r>
        <w:rPr>
          <w:b/>
        </w:rPr>
        <w:t>IDENTITY CONTAINMENT</w:t>
      </w:r>
      <w:r>
        <w:t xml:space="preserve"> isn't about ignoring your past. It's about reframing it. It's about understanding that the shame and self-doubt you felt were not evidence of an inherent flaw, but rather the predictable outcome of operating within a flawed understanding of consistency—an understanding that failed to protect your identity from the inevitable bumps in the road. You’re not broken; your identity system simply wasn't designed for resilience against the </w:t>
      </w:r>
      <w:r>
        <w:rPr>
          <w:b/>
        </w:rPr>
        <w:t>insidious nature of hidden</w:t>
      </w:r>
      <w:r>
        <w:t xml:space="preserve"> self-judgment.</w:t>
      </w:r>
    </w:p>
    <w:p>
      <w:r>
        <w:t xml:space="preserve">This isn't about trying harder to be perfect. It's about building a self-concept that </w:t>
      </w:r>
      <w:r>
        <w:rPr>
          <w:i/>
        </w:rPr>
        <w:t>doesn't require</w:t>
      </w:r>
      <w:r>
        <w:t xml:space="preserve"> perfection to thrive. It's about cultivating an internal narrative that supports, rather than sabotages, your efforts. You’ve now got the tools to decouple your worth from your immediate performance, to reframe setbacks as valuable information, and to consciously construct an identity that is resilient, forgiving, and ultimately, consistently empowering.</w:t>
      </w:r>
    </w:p>
    <w:p>
      <w:r>
        <w:t xml:space="preserve">This unshakeable self-trust, this contained identity, becomes the ultimate stabilizer. It allows your </w:t>
      </w:r>
      <w:r>
        <w:rPr>
          <w:b/>
        </w:rPr>
        <w:t>Baseline Stability</w:t>
      </w:r>
      <w:r>
        <w:t xml:space="preserve"> to hold firm, even when your </w:t>
      </w:r>
      <w:r>
        <w:rPr>
          <w:b/>
        </w:rPr>
        <w:t>Cognitive Fuel</w:t>
      </w:r>
      <w:r>
        <w:t xml:space="preserve"> is low. It ensures that the </w:t>
      </w:r>
      <w:r>
        <w:rPr>
          <w:b/>
        </w:rPr>
        <w:t>Sustainable Ease</w:t>
      </w:r>
      <w:r>
        <w:t xml:space="preserve"> you've engineered for your </w:t>
      </w:r>
      <w:r>
        <w:rPr>
          <w:b/>
        </w:rPr>
        <w:t>Execution Loops</w:t>
      </w:r>
      <w:r>
        <w:t xml:space="preserve"> isn't undermined by psychological fragility. And it is this contained identity that truly unlocks the next crucial component of the </w:t>
      </w:r>
      <w:r>
        <w:rPr>
          <w:b/>
        </w:rPr>
        <w:t>C-CODE</w:t>
      </w:r>
      <w:r>
        <w:t xml:space="preserve">: the power of rapid recovery. For a system to be resilient, it must not only be stable and low-friction, but it must also be able to rebound swiftly from any disruption. In the next chapter, we’ll dive into the precise mechanics of </w:t>
      </w:r>
      <w:r>
        <w:rPr>
          <w:b/>
        </w:rPr>
        <w:t>RECOVERY SPEED</w:t>
      </w:r>
      <w:r>
        <w:t>, exploring how to minimize the time between a lapse and your return to consistent action, ensuring that no setback ever becomes an irreversible collapse.</w:t>
      </w:r>
    </w:p>
    <w:p>
      <w:r>
        <w:br w:type="page"/>
      </w:r>
    </w:p>
    <w:p>
      <w:pPr>
        <w:pStyle w:val="Heading1"/>
      </w:pPr>
      <w:r>
        <w:rPr>
          <w:sz w:val="36"/>
        </w:rPr>
        <w:t>Chapter 7: RECOVERY SPEED IS EVERYTHING</w:t>
      </w:r>
    </w:p>
    <w:p>
      <w:r>
        <w:t xml:space="preserve">The ground beneath you feels firmer now, doesn’t it? You’ve put in the quiet, consistent work of cultivating </w:t>
      </w:r>
      <w:r>
        <w:rPr>
          <w:b/>
        </w:rPr>
        <w:t>Baseline Stability</w:t>
      </w:r>
      <w:r>
        <w:t xml:space="preserve">, understanding that your internal landscape dictates your capacity for action. You’ve learned to listen to your body’s signals, to honor its fundamental needs for sleep, nourishment, and movement, and to design for deliberate downtime. You’re less tossed about by internal tempests, and your </w:t>
      </w:r>
      <w:r>
        <w:rPr>
          <w:b/>
        </w:rPr>
        <w:t>Cognitive Fuel</w:t>
      </w:r>
      <w:r>
        <w:t xml:space="preserve"> feels more consistently available, less prone to sudden, inexplicable crashes.</w:t>
      </w:r>
    </w:p>
    <w:p>
      <w:r>
        <w:t xml:space="preserve">And you’ve gone further. You’ve applied the principles of </w:t>
      </w:r>
      <w:r>
        <w:rPr>
          <w:b/>
        </w:rPr>
        <w:t>Friction Governance</w:t>
      </w:r>
      <w:r>
        <w:t xml:space="preserve">, meticulously charting out your desired </w:t>
      </w:r>
      <w:r>
        <w:rPr>
          <w:b/>
        </w:rPr>
        <w:t>Execution Loops</w:t>
      </w:r>
      <w:r>
        <w:t xml:space="preserve"> and systematically dismantling the hidden resistances that once made every step feel heavy. You’ve engineered for </w:t>
      </w:r>
      <w:r>
        <w:rPr>
          <w:b/>
        </w:rPr>
        <w:t>Sustainable Ease</w:t>
      </w:r>
      <w:r>
        <w:t xml:space="preserve">, anticipating disruptions and building in buffers, Minimum Viable Actions, and contextual adaptability, ensuring that your path isn’t just clear today, but resilient for tomorrow. You’ve seen the evidence: actions that once felt like a monumental struggle now flow with a quiet efficiency. You’re building systems that </w:t>
      </w:r>
      <w:r>
        <w:rPr>
          <w:i/>
        </w:rPr>
        <w:t>don’t</w:t>
      </w:r>
      <w:r>
        <w:t xml:space="preserve"> collapse, not because you’re superhuman, but because you’re a skilled </w:t>
      </w:r>
      <w:r>
        <w:rPr>
          <w:b/>
        </w:rPr>
        <w:t>Stability Engineer</w:t>
      </w:r>
      <w:r>
        <w:t>.</w:t>
      </w:r>
    </w:p>
    <w:p>
      <w:r>
        <w:t xml:space="preserve">Yet, despite this progress, that feeling can still linger, can’t it? That subtle, uncomfortable echo of past failures. That gnawing voice that whispers, "What if this is just another temporary phase? What if I still deep down, lack what it takes?" It’s the shadow of every abandoned project, every half-learned skill, every promise you made to yourself that you couldn’t keep. It's the memory of the shame, the frustration, the self-doubt that piled up with each retreat into </w:t>
      </w:r>
      <w:r>
        <w:rPr>
          <w:b/>
        </w:rPr>
        <w:t>this pervasive foe</w:t>
      </w:r>
      <w:r>
        <w:t>.</w:t>
      </w:r>
    </w:p>
    <w:p>
      <w:r>
        <w:t xml:space="preserve">We left the last chapter considering what happens when, despite your best efforts at </w:t>
      </w:r>
      <w:r>
        <w:rPr>
          <w:b/>
        </w:rPr>
        <w:t>Sustainable Ease</w:t>
      </w:r>
      <w:r>
        <w:t xml:space="preserve">, a day is still missed. When external circumstances truly overwhelm, or internal reserves are simply too depleted to even manage the Minimum Viable Action. It’s not the missed day itself that’s the danger. It’s what you make that missed day mean about </w:t>
      </w:r>
      <w:r>
        <w:rPr>
          <w:i/>
        </w:rPr>
        <w:t>you</w:t>
      </w:r>
      <w:r>
        <w:t xml:space="preserve">. And this, precisely, is the moment where the profound, often subconscious, damage of inconsistency begins to manifest: </w:t>
      </w:r>
      <w:r>
        <w:rPr>
          <w:b/>
        </w:rPr>
        <w:t>Identity Damage</w:t>
      </w:r>
      <w:r>
        <w:t>.</w:t>
      </w:r>
    </w:p>
    <w:p>
      <w:r>
        <w:t xml:space="preserve">You understand now that </w:t>
      </w:r>
      <w:r>
        <w:rPr>
          <w:b/>
        </w:rPr>
        <w:t>Identity Damage</w:t>
      </w:r>
      <w:r>
        <w:t xml:space="preserve"> is the insidious erosion of your self-trust, a byproduct of repeatedly internalizing failures as personal flaws rather than systemic breakdowns. It’s the slow, quiet death of your </w:t>
      </w:r>
      <w:r>
        <w:rPr>
          <w:i/>
        </w:rPr>
        <w:t>belief</w:t>
      </w:r>
      <w:r>
        <w:t xml:space="preserve"> that you are capable of consistent action, the </w:t>
      </w:r>
      <w:r>
        <w:rPr>
          <w:b/>
        </w:rPr>
        <w:t>Motivation Decay</w:t>
      </w:r>
      <w:r>
        <w:t xml:space="preserve"> that stems not just from a lack of energy, but a lack of </w:t>
      </w:r>
      <w:r>
        <w:rPr>
          <w:i/>
        </w:rPr>
        <w:t>faith</w:t>
      </w:r>
      <w:r>
        <w:t xml:space="preserve"> in your own capacity. Your inner system learns to anticipate failure, dampening enthusiasm and making activation energy for any new </w:t>
      </w:r>
      <w:r>
        <w:rPr>
          <w:b/>
        </w:rPr>
        <w:t>Execution Loop</w:t>
      </w:r>
      <w:r>
        <w:t xml:space="preserve"> feel impossibly high. Why invest, it asks, when the outcome is predictable failure and subsequent shame?</w:t>
      </w:r>
    </w:p>
    <w:p>
      <w:r>
        <w:t xml:space="preserve">This chapter is about confronting that internal saboteur directly. It’s about building a psychological architecture so robust that it can absorb imperfections, missed days, and even temporary collapses without shattering your belief in your capacity for consistency. This is the heart of </w:t>
      </w:r>
      <w:r>
        <w:rPr>
          <w:b/>
        </w:rPr>
        <w:t>IDENTITY CONTAINMENT</w:t>
      </w:r>
      <w:r>
        <w:t xml:space="preserve">: the intentional design of a resilient self-concept that doesn't demand perfection but </w:t>
      </w:r>
      <w:r>
        <w:rPr>
          <w:i/>
        </w:rPr>
        <w:t>expects</w:t>
      </w:r>
      <w:r>
        <w:t xml:space="preserve"> humanity. It’s about creating a psychological container for your self-worth that is robust enough to hold your ambitions, your efforts, </w:t>
      </w:r>
      <w:r>
        <w:rPr>
          <w:i/>
        </w:rPr>
        <w:t>and</w:t>
      </w:r>
      <w:r>
        <w:t xml:space="preserve"> your setbacks, without overflowing into self-condemnation.</w:t>
      </w:r>
    </w:p>
    <w:p>
      <w:r>
        <w:t xml:space="preserve">This isn’t about denying your feelings of frustration or disappointment. Those are valid data points. But it </w:t>
      </w:r>
      <w:r>
        <w:rPr>
          <w:i/>
        </w:rPr>
        <w:t>is</w:t>
      </w:r>
      <w:r>
        <w:t xml:space="preserve"> about decoupling those feelings from your fundamental worth and your long-term capacity for action. It’s about shifting from "I missed a day, therefore I am a failure" to "I missed a day, therefore my system needs adjustment, and I am still someone who </w:t>
      </w:r>
      <w:r>
        <w:rPr>
          <w:i/>
        </w:rPr>
        <w:t>builds</w:t>
      </w:r>
      <w:r>
        <w:t>."</w:t>
      </w:r>
    </w:p>
    <w:p>
      <w:r>
        <w:t>Here’s how we begin to construct this unshakeable self-trust:</w:t>
      </w:r>
    </w:p>
    <w:p>
      <w:r>
        <w:rPr>
          <w:b/>
        </w:rPr>
        <w:t>1. Shift from Outcome Identity to Process Identity (The Engineer's Mindset)</w:t>
      </w:r>
    </w:p>
    <w:p>
      <w:r>
        <w:t>Our culture heavily rewards outcomes. "Did you finish the project?" "Did you hit your goal?" This external validation, while motivating, can lead to a fragile identity. If your identity as "a consistent person" is tied solely to a perfect streak of daily execution, then the moment that streak breaks, your identity crumbles. This is the root of the "all or nothing" trap.</w:t>
      </w:r>
    </w:p>
    <w:p>
      <w:r>
        <w:rPr>
          <w:b/>
        </w:rPr>
        <w:t>IDENTITY CONTAINMENT</w:t>
      </w:r>
      <w:r>
        <w:t xml:space="preserve"> demands an epistemic shift: your identity isn't defined by the </w:t>
      </w:r>
      <w:r>
        <w:rPr>
          <w:i/>
        </w:rPr>
        <w:t>outcome</w:t>
      </w:r>
      <w:r>
        <w:t xml:space="preserve"> of a single </w:t>
      </w:r>
      <w:r>
        <w:rPr>
          <w:b/>
        </w:rPr>
        <w:t>Execution Loop</w:t>
      </w:r>
      <w:r>
        <w:t xml:space="preserve">, but by your consistent </w:t>
      </w:r>
      <w:r>
        <w:rPr>
          <w:i/>
        </w:rPr>
        <w:t>engagement with the process</w:t>
      </w:r>
      <w:r>
        <w:t xml:space="preserve"> and your </w:t>
      </w:r>
      <w:r>
        <w:rPr>
          <w:i/>
        </w:rPr>
        <w:t>commitment to the system</w:t>
      </w:r>
      <w:r>
        <w:t>.</w:t>
      </w:r>
    </w:p>
    <w:p>
      <w:pPr>
        <w:pStyle w:val="ListBullet"/>
      </w:pPr>
      <w:r>
        <w:t>**You are not a "writer who finishes books"; you are "someone who shows up to write."**</w:t>
      </w:r>
    </w:p>
    <w:p>
      <w:pPr>
        <w:pStyle w:val="ListBullet"/>
      </w:pPr>
      <w:r>
        <w:t>**You are not "someone who always works out"; you are "someone who prioritizes movement."**</w:t>
      </w:r>
    </w:p>
    <w:p>
      <w:pPr>
        <w:pStyle w:val="ListBullet"/>
      </w:pPr>
      <w:r>
        <w:t>**You are not "someone who meditates daily"; you are "someone who cultivates mental presence."**</w:t>
      </w:r>
    </w:p>
    <w:p>
      <w:r>
        <w:t xml:space="preserve">Notice the subtle but profound difference. The former is a verdict based on performance; the latter is a statement of intent and consistent effort, regardless of momentary lapses. When you define yourself by the </w:t>
      </w:r>
      <w:r>
        <w:rPr>
          <w:i/>
        </w:rPr>
        <w:t>process</w:t>
      </w:r>
      <w:r>
        <w:t xml:space="preserve">, a missed day doesn't invalidate your identity. It simply means you missed a </w:t>
      </w:r>
      <w:r>
        <w:rPr>
          <w:i/>
        </w:rPr>
        <w:t>session</w:t>
      </w:r>
      <w:r>
        <w:t xml:space="preserve"> of your chosen process, not that you stopped </w:t>
      </w:r>
      <w:r>
        <w:rPr>
          <w:i/>
        </w:rPr>
        <w:t>being</w:t>
      </w:r>
      <w:r>
        <w:t xml:space="preserve"> the kind of person who engages in that process.</w:t>
      </w:r>
    </w:p>
    <w:p>
      <w:r>
        <w:t xml:space="preserve">Furthermore, embrace the identity of a </w:t>
      </w:r>
      <w:r>
        <w:rPr>
          <w:b/>
        </w:rPr>
        <w:t>Stability Engineer</w:t>
      </w:r>
      <w:r>
        <w:t xml:space="preserve">. When an </w:t>
      </w:r>
      <w:r>
        <w:rPr>
          <w:b/>
        </w:rPr>
        <w:t>Execution Loop</w:t>
      </w:r>
      <w:r>
        <w:t xml:space="preserve"> falters, you're not a failed performer; you're an engineer observing a system anomaly. Your job isn't to blame yourself, but to diagnose, learn, and recalibrate. This transforms setbacks from personal attacks into objective data points. It preserves your </w:t>
      </w:r>
      <w:r>
        <w:rPr>
          <w:b/>
        </w:rPr>
        <w:t>Cognitive Fuel</w:t>
      </w:r>
      <w:r>
        <w:t xml:space="preserve"> from the corrosive drain of self-blame, redirecting it towards problem-solving. This builds on the </w:t>
      </w:r>
      <w:r>
        <w:rPr>
          <w:b/>
        </w:rPr>
        <w:t>core insight of</w:t>
      </w:r>
      <w:r>
        <w:t xml:space="preserve"> how your </w:t>
      </w:r>
      <w:r>
        <w:rPr>
          <w:b/>
        </w:rPr>
        <w:t>System Context</w:t>
      </w:r>
      <w:r>
        <w:t xml:space="preserve"> influences everything; now, we're applying that same diagnostic lens to your internal self-perception.</w:t>
      </w:r>
    </w:p>
    <w:p>
      <w:r>
        <w:rPr>
          <w:b/>
        </w:rPr>
        <w:t>2. The Diagnostic Lens: From Self-Judgment to System Analysis</w:t>
      </w:r>
    </w:p>
    <w:p>
      <w:r>
        <w:t xml:space="preserve">When an </w:t>
      </w:r>
      <w:r>
        <w:rPr>
          <w:b/>
        </w:rPr>
        <w:t>Execution Loop</w:t>
      </w:r>
      <w:r>
        <w:t xml:space="preserve"> breaks down, your default response, conditioned by </w:t>
      </w:r>
      <w:r>
        <w:rPr>
          <w:b/>
        </w:rPr>
        <w:t>Identity Damage</w:t>
      </w:r>
      <w:r>
        <w:t xml:space="preserve">, is likely self-judgment. "I'm so lazy." "I knew I couldn't stick with it." This internal monologue is a massive drain, not just on </w:t>
      </w:r>
      <w:r>
        <w:rPr>
          <w:b/>
        </w:rPr>
        <w:t>Cognitive Fuel</w:t>
      </w:r>
      <w:r>
        <w:t>, but on your very capacity to recover.</w:t>
      </w:r>
    </w:p>
    <w:p>
      <w:r>
        <w:rPr>
          <w:b/>
        </w:rPr>
        <w:t>IDENTITY CONTAINMENT</w:t>
      </w:r>
      <w:r>
        <w:t xml:space="preserve"> provides a critical counter-strategy: immediately shift to a diagnostic mindset.</w:t>
      </w:r>
    </w:p>
    <w:p>
      <w:pPr>
        <w:pStyle w:val="ListBullet"/>
      </w:pPr>
      <w:r>
        <w:t>**Instead of:** "I failed to [X] again."</w:t>
      </w:r>
    </w:p>
    <w:p>
      <w:pPr>
        <w:pStyle w:val="ListBullet"/>
      </w:pPr>
      <w:r>
        <w:t>**Ask:** "What information is this setback providing about my system?"</w:t>
      </w:r>
    </w:p>
    <w:p>
      <w:pPr>
        <w:pStyle w:val="ListBullet"/>
      </w:pPr>
      <w:r>
        <w:t>**Instead of:** "I'm so inconsistent."</w:t>
      </w:r>
    </w:p>
    <w:p>
      <w:pPr>
        <w:pStyle w:val="ListBullet"/>
      </w:pPr>
      <w:r>
        <w:t>**Ask:** "What specific friction points emerged that I hadn't accounted for?"</w:t>
      </w:r>
    </w:p>
    <w:p>
      <w:pPr>
        <w:pStyle w:val="ListBullet"/>
      </w:pPr>
      <w:r>
        <w:t>**Instead of:** "I just don't have enough willpower."</w:t>
      </w:r>
    </w:p>
    <w:p>
      <w:pPr>
        <w:pStyle w:val="ListBullet"/>
      </w:pPr>
      <w:r>
        <w:t>**Ask:** "Was my **Baseline Stability** compromised? Was my **Sustainable Ease** not robust enough for this specific contextual shift?"</w:t>
      </w:r>
    </w:p>
    <w:p>
      <w:r>
        <w:t xml:space="preserve">This isn’t about intellectualizing away your feelings; it's about </w:t>
      </w:r>
      <w:r>
        <w:rPr>
          <w:i/>
        </w:rPr>
        <w:t>channeling</w:t>
      </w:r>
      <w:r>
        <w:t xml:space="preserve"> them productively. Frustration can be a powerful signal, but only if you interpret it as a call to engineering, not condemnation. Every missed day is not a failure of character, but a feature request for your system. This is </w:t>
      </w:r>
      <w:r>
        <w:rPr>
          <w:b/>
        </w:rPr>
        <w:t>where you become a true</w:t>
      </w:r>
      <w:r>
        <w:t xml:space="preserve"> master of self-observation, transforming potential </w:t>
      </w:r>
      <w:r>
        <w:rPr>
          <w:b/>
        </w:rPr>
        <w:t>Identity Damage</w:t>
      </w:r>
      <w:r>
        <w:t xml:space="preserve"> into actionable insights.</w:t>
      </w:r>
    </w:p>
    <w:p>
      <w:r>
        <w:rPr>
          <w:b/>
        </w:rPr>
        <w:t>3. The Recovery Agent Identity: Fast Recovery Beats Perfect Execution</w:t>
      </w:r>
    </w:p>
    <w:p>
      <w:r>
        <w:t xml:space="preserve">One of the most liberating truths of </w:t>
      </w:r>
      <w:r>
        <w:rPr>
          <w:b/>
        </w:rPr>
        <w:t>Stability Engineering</w:t>
      </w:r>
      <w:r>
        <w:t xml:space="preserve"> is this: </w:t>
      </w:r>
      <w:r>
        <w:rPr>
          <w:i/>
        </w:rPr>
        <w:t>consistency is not about never missing, but about rapidly recovering when you do.</w:t>
      </w:r>
      <w:r>
        <w:t xml:space="preserve"> This is a core tenet of the C-CODE. If your identity is tied to perfect streaks, a single missed day feels catastrophic. But if your identity is tied to </w:t>
      </w:r>
      <w:r>
        <w:rPr>
          <w:i/>
        </w:rPr>
        <w:t>recovery</w:t>
      </w:r>
      <w:r>
        <w:t>, then a missed day becomes an opportunity to demonstrate your core strength.</w:t>
      </w:r>
    </w:p>
    <w:p>
      <w:r>
        <w:t xml:space="preserve">To build the </w:t>
      </w:r>
      <w:r>
        <w:rPr>
          <w:b/>
        </w:rPr>
        <w:t>Recovery Agent</w:t>
      </w:r>
      <w:r>
        <w:t xml:space="preserve"> identity, you need a few powerful tools:</w:t>
      </w:r>
    </w:p>
    <w:p>
      <w:pPr>
        <w:pStyle w:val="ListBullet"/>
      </w:pPr>
      <w:r>
        <w:t>**The "One-Day Rule" (Reimagined):** You've likely heard "never miss twice." This isn't a rigid, punitive rule designed to instill guilt. Reframe it as a powerful, self-affirming commitment to your **Recovery Agent** identity. It's a circuit breaker. The moment you realize you've missed an **Execution Loop**, your immediate priority isn't to feel shame, but to activate your recovery protocol for *tomorrow*. "I missed today, but I am someone who recovers. I will hit my Minimum Viable Action tomorrow, no matter what." This small, immediate commitment prevents a single lapse from spiraling into **Motivation Decay** and the full grip of **this pervasive foe**. It's a proactive measure to prevent **Identity Damage** from setting in.</w:t>
      </w:r>
    </w:p>
    <w:p>
      <w:pPr>
        <w:pStyle w:val="ListBullet"/>
      </w:pPr>
      <w:r>
        <w:t>**Pre-Planned Recovery Actions:** Just as you engineer for **Sustainable Ease** by planning for low-energy scenarios, plan for recovery. What’s your default recovery move when you miss an **Execution Loop**?</w:t>
      </w:r>
    </w:p>
    <w:p>
      <w:pPr>
        <w:pStyle w:val="ListBullet"/>
      </w:pPr>
      <w:r>
        <w:t>If you miss a workout: "I will do 5 minutes of stretching tonight, or a 10-minute walk tomorrow."</w:t>
      </w:r>
    </w:p>
    <w:p>
      <w:pPr>
        <w:pStyle w:val="ListBullet"/>
      </w:pPr>
      <w:r>
        <w:t>If you miss a writing session: "I will open the document and read the last paragraph before bed."</w:t>
      </w:r>
    </w:p>
    <w:p>
      <w:pPr>
        <w:pStyle w:val="ListBullet"/>
      </w:pPr>
      <w:r>
        <w:t>If you miss a meditation: "I will do one minute of deep breathing at my desk."</w:t>
      </w:r>
    </w:p>
    <w:p>
      <w:pPr>
        <w:pStyle w:val="ListBullet"/>
      </w:pPr>
      <w:r>
        <w:t>These aren't about making up for lost time; they're about reaffirming your commitment to your process identity and preventing the psychological chain from breaking. They are tiny, immediate acts of self-trust.</w:t>
      </w:r>
    </w:p>
    <w:p>
      <w:pPr>
        <w:pStyle w:val="ListBullet"/>
      </w:pPr>
      <w:r>
        <w:t>**Celebrating Recovery, Not Just Execution:** Actively acknowledge and celebrate when you successfully recover from a missed day. This rewires your brain to associate recovery with positive reinforcement, strengthening your **Recovery Agent** identity. You're not just celebrating "doing the thing"; you're celebrating your resilience, your adaptability, your commitment to your systems.</w:t>
      </w:r>
    </w:p>
    <w:p>
      <w:r>
        <w:t xml:space="preserve">Let's look at Lena, a brilliant entrepreneur with a burgeoning online education platform. She’d meticulously built her weekly </w:t>
      </w:r>
      <w:r>
        <w:rPr>
          <w:b/>
        </w:rPr>
        <w:t>Execution Loop</w:t>
      </w:r>
      <w:r>
        <w:t xml:space="preserve"> for creating new course content: two deep work blocks of 90 minutes each, Tuesday and Thursday mornings, focused on scripting video lectures. Her </w:t>
      </w:r>
      <w:r>
        <w:rPr>
          <w:b/>
        </w:rPr>
        <w:t>Baseline Stability</w:t>
      </w:r>
      <w:r>
        <w:t xml:space="preserve"> was solid, her sleep consistent, her nutrition mindful. She’d applied </w:t>
      </w:r>
      <w:r>
        <w:rPr>
          <w:b/>
        </w:rPr>
        <w:t>Friction Mapping</w:t>
      </w:r>
      <w:r>
        <w:t xml:space="preserve"> to her content creation, streamlining her research, template use, and digital setup to the point where the act of sitting down to write felt like </w:t>
      </w:r>
      <w:r>
        <w:rPr>
          <w:b/>
        </w:rPr>
        <w:t>Sustainable Ease</w:t>
      </w:r>
      <w:r>
        <w:t>. She had even engineered a Minimum Viable Action: "write for 15 minutes or complete one small section of a script."</w:t>
      </w:r>
    </w:p>
    <w:p>
      <w:r>
        <w:t xml:space="preserve">For months, Lena was incredibly consistent, her output steady and high quality. She felt a profound shift in her self-perception, moving away from her old patterns of </w:t>
      </w:r>
      <w:r>
        <w:rPr>
          <w:b/>
        </w:rPr>
        <w:t>Identity Damage</w:t>
      </w:r>
      <w:r>
        <w:t xml:space="preserve"> as "someone who starts strong but fades." She was becoming </w:t>
      </w:r>
      <w:r>
        <w:rPr>
          <w:b/>
        </w:rPr>
        <w:t>where you become a true</w:t>
      </w:r>
      <w:r>
        <w:t xml:space="preserve"> content creator.</w:t>
      </w:r>
    </w:p>
    <w:p>
      <w:r>
        <w:t xml:space="preserve">Then, a critical bug was discovered in her platform, requiring her immediate, intense focus. For five straight days, Lena worked 14-hour shifts, troubleshooting, communicating with her developers and users, and stabilizing her business. Her carefully constructed </w:t>
      </w:r>
      <w:r>
        <w:rPr>
          <w:b/>
        </w:rPr>
        <w:t>Execution Loops</w:t>
      </w:r>
      <w:r>
        <w:t xml:space="preserve"> for content creation evaporated. She missed Tuesday's deep work block. Then Thursday's.</w:t>
      </w:r>
    </w:p>
    <w:p>
      <w:r>
        <w:t xml:space="preserve">Old patterns of </w:t>
      </w:r>
      <w:r>
        <w:rPr>
          <w:b/>
        </w:rPr>
        <w:t>Identity Damage</w:t>
      </w:r>
      <w:r>
        <w:t xml:space="preserve"> began to whisper. "See? This is you. You can't handle pressure and maintain your creative work. You're just a business owner, not a creator. This was just another temporary phase." The shame started to creep in, threatening to paralyze her, to convince her that it was "too late" to get back on track, triggering </w:t>
      </w:r>
      <w:r>
        <w:rPr>
          <w:b/>
        </w:rPr>
        <w:t>this pervasive foe</w:t>
      </w:r>
      <w:r>
        <w:t xml:space="preserve">. Her </w:t>
      </w:r>
      <w:r>
        <w:rPr>
          <w:b/>
        </w:rPr>
        <w:t>Initial Impulse</w:t>
      </w:r>
      <w:r>
        <w:t xml:space="preserve"> for content creation, once so strong, was facing </w:t>
      </w:r>
      <w:r>
        <w:rPr>
          <w:b/>
        </w:rPr>
        <w:t>Motivation Decay</w:t>
      </w:r>
      <w:r>
        <w:t>.</w:t>
      </w:r>
    </w:p>
    <w:p>
      <w:r>
        <w:t xml:space="preserve">But Lena had been doing the work. She recognized the internal monologue. She shifted to a diagnostic lens. "This isn't a failure of </w:t>
      </w:r>
      <w:r>
        <w:rPr>
          <w:i/>
        </w:rPr>
        <w:t>me</w:t>
      </w:r>
      <w:r>
        <w:t>," she thought. "This is a system under extreme, unexpected load. My business needed my full attention. That's a valid contextual shift." She acknowledged the frustration but immediately moved to action, not self-condemnation.</w:t>
      </w:r>
    </w:p>
    <w:p>
      <w:r>
        <w:t xml:space="preserve">She activated her </w:t>
      </w:r>
      <w:r>
        <w:rPr>
          <w:b/>
        </w:rPr>
        <w:t>Recovery Agent</w:t>
      </w:r>
      <w:r>
        <w:t xml:space="preserve"> identity. On Saturday morning, still tired but having stabilized her platform, she didn't try to "catch up" on two missed 90-minute blocks. That would have felt overwhelming and likely led to another "failure." Instead, she focused on her MVA. She opened her script document, set a timer for 15 minutes, and simply </w:t>
      </w:r>
      <w:r>
        <w:rPr>
          <w:i/>
        </w:rPr>
        <w:t>read</w:t>
      </w:r>
      <w:r>
        <w:t xml:space="preserve"> the last section she’d written. She then added one bullet point to the next section. It was tiny. It felt almost insignificant.</w:t>
      </w:r>
    </w:p>
    <w:p>
      <w:r>
        <w:t xml:space="preserve">But she didn't judge it. She recognized it as an act of </w:t>
      </w:r>
      <w:r>
        <w:rPr>
          <w:b/>
        </w:rPr>
        <w:t>IDENTITY CONTAINMENT</w:t>
      </w:r>
      <w:r>
        <w:t xml:space="preserve">. She had engaged with the </w:t>
      </w:r>
      <w:r>
        <w:rPr>
          <w:i/>
        </w:rPr>
        <w:t>process</w:t>
      </w:r>
      <w:r>
        <w:t xml:space="preserve">. She had demonstrated her commitment to her </w:t>
      </w:r>
      <w:r>
        <w:rPr>
          <w:i/>
        </w:rPr>
        <w:t>system</w:t>
      </w:r>
      <w:r>
        <w:t xml:space="preserve">, not to a perfect streak. She had chosen </w:t>
      </w:r>
      <w:r>
        <w:rPr>
          <w:b/>
        </w:rPr>
        <w:t>Micro-Recalibration</w:t>
      </w:r>
      <w:r>
        <w:t xml:space="preserve"> over abandonment. That small act of showing up, even for 15 minutes, reaffirmed her identity as "someone who cultivates content," not "someone who </w:t>
      </w:r>
      <w:r>
        <w:rPr>
          <w:i/>
        </w:rPr>
        <w:t>always</w:t>
      </w:r>
      <w:r>
        <w:t xml:space="preserve"> creates perfect content." She followed her "one-day rule" by ensuring that even if she missed two </w:t>
      </w:r>
      <w:r>
        <w:rPr>
          <w:i/>
        </w:rPr>
        <w:t>full</w:t>
      </w:r>
      <w:r>
        <w:t xml:space="preserve"> sessions, she didn't miss </w:t>
      </w:r>
      <w:r>
        <w:rPr>
          <w:i/>
        </w:rPr>
        <w:t>engaging with the process</w:t>
      </w:r>
      <w:r>
        <w:t xml:space="preserve"> for more than a day in a row (by counting her Saturday engagement as the immediate recovery).</w:t>
      </w:r>
    </w:p>
    <w:p>
      <w:r>
        <w:t>By Monday, her business was stable, and she was able to return to her full deep work block, without the weight of accumulated shame or the feeling that she had to "restart" everything from scratch. Her self-trust, instead of being eroded, was strengthened by her capacity to navigate a genuine crisis without collapsing her core identity. She hadn't been perfect, but she had been resilient. She had demonstrated that her identity was contained, capable of absorbing shocks.</w:t>
      </w:r>
    </w:p>
    <w:p>
      <w:r>
        <w:rPr>
          <w:b/>
        </w:rPr>
        <w:t>4. Conscious Narrative Architecture: Building Your New Story</w:t>
      </w:r>
    </w:p>
    <w:p>
      <w:r>
        <w:t xml:space="preserve">Your identity isn't fixed; it's a story you tell yourself, consciously and subconsciously. To truly embed </w:t>
      </w:r>
      <w:r>
        <w:rPr>
          <w:b/>
        </w:rPr>
        <w:t>IDENTITY CONTAINMENT</w:t>
      </w:r>
      <w:r>
        <w:t xml:space="preserve">, you must consciously rewrite that story. This is </w:t>
      </w:r>
      <w:r>
        <w:rPr>
          <w:b/>
        </w:rPr>
        <w:t>where the true sophisticat</w:t>
      </w:r>
      <w:r>
        <w:t xml:space="preserve"> understands that self-perception is a design challenge.</w:t>
      </w:r>
    </w:p>
    <w:p>
      <w:pPr>
        <w:pStyle w:val="ListBullet"/>
      </w:pPr>
      <w:r>
        <w:t>**Evidence Collection:** Actively look for and note evidence that supports your new process and recovery identities. Keep a "win journal" that isn't just about big achievements, but about small acts of consistency, successful recoveries, and moments where you chose system analysis over self-judgment. "Today I felt resistant, but I engaged my diagnostic lens and realized my desk was cluttered (friction). I cleared it and still got 20 minutes of work done. I am someone who problem-solves." This counteracts the brain's natural bias towards remembering failures.</w:t>
      </w:r>
    </w:p>
    <w:p>
      <w:pPr>
        <w:pStyle w:val="ListBullet"/>
      </w:pPr>
      <w:r>
        <w:t>**Affirmations of Process and Recovery:** Move beyond generic "I am confident" statements. Craft specific affirmations that reinforce your new identity: "I am a **Stability Engineer** who learns from every data point." "I am someone who prioritizes the *process* of [X], regardless of immediate output." "I am a **Recovery Agent**; my strength is in my ability to adapt and return." Repeat these, not as empty platitudes, but as reflections of the evidence you're collecting.</w:t>
      </w:r>
    </w:p>
    <w:p>
      <w:pPr>
        <w:pStyle w:val="ListBullet"/>
      </w:pPr>
      <w:r>
        <w:t>**Future Pacing Recovery:** Mentally rehearse *how* you will respond when you inevitably face a setback. Instead of just visualizing perfect execution, visualize yourself handling a missed day with calm, applying your diagnostic lens, and taking your Minimum Viable Action for recovery. This prepares your brain for imperfection, making the actual event less jarring and less likely to trigger **Identity Damage**.</w:t>
      </w:r>
    </w:p>
    <w:p>
      <w:pPr>
        <w:pStyle w:val="ListBullet"/>
      </w:pPr>
      <w:r>
        <w:t>**Compartmentalize Identity:** Recognize that you have multiple identities (parent, professional, artist, friend). A setback in one area doesn't invalidate your worth or capacity in others. **IDENTITY CONTAINMENT** means not letting a temporary lapse in one **Execution Loop** spill over and contaminate your entire self-concept.</w:t>
      </w:r>
    </w:p>
    <w:p>
      <w:r>
        <w:t xml:space="preserve">The deep work of </w:t>
      </w:r>
      <w:r>
        <w:rPr>
          <w:b/>
        </w:rPr>
        <w:t>IDENTITY CONTAINMENT</w:t>
      </w:r>
      <w:r>
        <w:t xml:space="preserve"> isn't about ignoring your past. It's about reframing it. It's about understanding that the shame and self-doubt you felt were not evidence of an inherent flaw, but rather the predictable outcome of operating within a flawed understanding of consistency—an understanding that failed to protect your identity from the inevitable bumps in the road. You’re not broken; your identity system simply wasn't designed for resilience against the </w:t>
      </w:r>
      <w:r>
        <w:rPr>
          <w:b/>
        </w:rPr>
        <w:t>insidious nature of hidden</w:t>
      </w:r>
      <w:r>
        <w:t xml:space="preserve"> self-judgment.</w:t>
      </w:r>
    </w:p>
    <w:p>
      <w:r>
        <w:t xml:space="preserve">This isn't about trying harder to be perfect. It's about building a self-concept that </w:t>
      </w:r>
      <w:r>
        <w:rPr>
          <w:i/>
        </w:rPr>
        <w:t>doesn't require</w:t>
      </w:r>
      <w:r>
        <w:t xml:space="preserve"> perfection to thrive. It's about cultivating an internal narrative that supports, rather than sabotages, your efforts. You’ve now got the tools to decouple your worth from your immediate performance, to reframe setbacks as valuable information, and to consciously construct an identity that is resilient, forgiving, and ultimately, consistently empowering.</w:t>
      </w:r>
    </w:p>
    <w:p>
      <w:r>
        <w:t xml:space="preserve">This unshakeable self-trust, this contained identity, becomes the ultimate stabilizer. It allows your </w:t>
      </w:r>
      <w:r>
        <w:rPr>
          <w:b/>
        </w:rPr>
        <w:t>Baseline Stability</w:t>
      </w:r>
      <w:r>
        <w:t xml:space="preserve"> to hold firm, even when your </w:t>
      </w:r>
      <w:r>
        <w:rPr>
          <w:b/>
        </w:rPr>
        <w:t>Cognitive Fuel</w:t>
      </w:r>
      <w:r>
        <w:t xml:space="preserve"> is low. It ensures that the </w:t>
      </w:r>
      <w:r>
        <w:rPr>
          <w:b/>
        </w:rPr>
        <w:t>Sustainable Ease</w:t>
      </w:r>
      <w:r>
        <w:t xml:space="preserve"> you've engineered for your </w:t>
      </w:r>
      <w:r>
        <w:rPr>
          <w:b/>
        </w:rPr>
        <w:t>Execution Loops</w:t>
      </w:r>
      <w:r>
        <w:t xml:space="preserve"> isn't undermined by psychological fragility. And it is this contained identity that truly unlocks the next crucial component of the </w:t>
      </w:r>
      <w:r>
        <w:rPr>
          <w:b/>
        </w:rPr>
        <w:t>C-CODE</w:t>
      </w:r>
      <w:r>
        <w:t xml:space="preserve">: the power of rapid recovery. For a system to be resilient, it must not only be stable and low-friction, but it must also be able to rebound swiftly from any disruption. In the next chapter, we’ll dive into the precise mechanics of </w:t>
      </w:r>
      <w:r>
        <w:rPr>
          <w:b/>
        </w:rPr>
        <w:t>RECOVERY SPEED</w:t>
      </w:r>
      <w:r>
        <w:t>, exploring how to minimize the time between a lapse and your return to consistent action, ensuring that no setback ever becomes an irreversible collapse.</w:t>
      </w:r>
    </w:p>
    <w:p>
      <w:r>
        <w:t xml:space="preserve">You’ve built a robust internal foundation with </w:t>
      </w:r>
      <w:r>
        <w:rPr>
          <w:b/>
        </w:rPr>
        <w:t>Baseline Stability</w:t>
      </w:r>
      <w:r>
        <w:t xml:space="preserve">. You’ve meticulously cleared the path, engineering </w:t>
      </w:r>
      <w:r>
        <w:rPr>
          <w:b/>
        </w:rPr>
        <w:t>Sustainable Ease</w:t>
      </w:r>
      <w:r>
        <w:t xml:space="preserve"> into your </w:t>
      </w:r>
      <w:r>
        <w:rPr>
          <w:b/>
        </w:rPr>
        <w:t>Execution Loops</w:t>
      </w:r>
      <w:r>
        <w:t xml:space="preserve"> through </w:t>
      </w:r>
      <w:r>
        <w:rPr>
          <w:b/>
        </w:rPr>
        <w:t>Friction Governance</w:t>
      </w:r>
      <w:r>
        <w:t xml:space="preserve">. You’ve even begun to fortify your self-concept with </w:t>
      </w:r>
      <w:r>
        <w:rPr>
          <w:b/>
        </w:rPr>
        <w:t>IDENTITY CONTAINMENT</w:t>
      </w:r>
      <w:r>
        <w:t xml:space="preserve">, learning to see missed days not as character flaws, but as data points, and embracing your role as a </w:t>
      </w:r>
      <w:r>
        <w:rPr>
          <w:b/>
        </w:rPr>
        <w:t>Stability Engineer</w:t>
      </w:r>
      <w:r>
        <w:t xml:space="preserve"> and a </w:t>
      </w:r>
      <w:r>
        <w:rPr>
          <w:b/>
        </w:rPr>
        <w:t>Recovery Agent</w:t>
      </w:r>
      <w:r>
        <w:t xml:space="preserve">. You understand that your worth isn’t tied to perfect streaks, but to your commitment to the </w:t>
      </w:r>
      <w:r>
        <w:rPr>
          <w:i/>
        </w:rPr>
        <w:t>process</w:t>
      </w:r>
      <w:r>
        <w:t>.</w:t>
      </w:r>
    </w:p>
    <w:p>
      <w:r>
        <w:t xml:space="preserve">Yet, a lingering question might persist: What happens in that moment after the missed day? Even with a contained identity, the fear of that slip turning into a slide, of one skipped session spiraling into weeks of inaction, remains a powerful ghost of past failures. You know the feeling—the "what the hell" effect, where a single deviation convinces you that the whole system is broken, triggering </w:t>
      </w:r>
      <w:r>
        <w:rPr>
          <w:b/>
        </w:rPr>
        <w:t>this pervasive foe</w:t>
      </w:r>
      <w:r>
        <w:t xml:space="preserve"> and its destructive cycle.</w:t>
      </w:r>
    </w:p>
    <w:p>
      <w:r>
        <w:t xml:space="preserve">This is precisely where </w:t>
      </w:r>
      <w:r>
        <w:rPr>
          <w:b/>
        </w:rPr>
        <w:t>RECOVERY SPEED</w:t>
      </w:r>
      <w:r>
        <w:t xml:space="preserve"> enters as not just another component of the C-CODE, but as perhaps the </w:t>
      </w:r>
      <w:r>
        <w:rPr>
          <w:i/>
        </w:rPr>
        <w:t>most critical</w:t>
      </w:r>
      <w:r>
        <w:t xml:space="preserve"> metric for long-term, unshakeable consistency. It’s the turning point from merely </w:t>
      </w:r>
      <w:r>
        <w:rPr>
          <w:i/>
        </w:rPr>
        <w:t>managing</w:t>
      </w:r>
      <w:r>
        <w:t xml:space="preserve"> imperfection to </w:t>
      </w:r>
      <w:r>
        <w:rPr>
          <w:i/>
        </w:rPr>
        <w:t>mastering</w:t>
      </w:r>
      <w:r>
        <w:t xml:space="preserve"> it.</w:t>
      </w:r>
    </w:p>
    <w:p>
      <w:r>
        <w:t>Think of it this way: no complex system in the real world operates without occasional glitches. A skyscraper sways in the wind; it doesn’t collapse. A high-performance car makes pit stops; it doesn’t abandon the race. A robust software application encounters bugs; it doesn't scrap the entire codebase. The measure of its resilience isn't the absence of problems, but the speed and grace with which it recovers. Your personal system is no different. You’re not trying to become a machine that never falters. You’re designing a system that can absorb impact, self-diagnose, and return to function with minimal downtime.</w:t>
      </w:r>
    </w:p>
    <w:p>
      <w:r>
        <w:rPr>
          <w:b/>
        </w:rPr>
        <w:t>RECOVERY SPEED</w:t>
      </w:r>
      <w:r>
        <w:t xml:space="preserve"> is defined as the elapsed time between a lapse in a desired </w:t>
      </w:r>
      <w:r>
        <w:rPr>
          <w:b/>
        </w:rPr>
        <w:t>Execution Loop</w:t>
      </w:r>
      <w:r>
        <w:t xml:space="preserve"> and your subsequent re-engagement with that loop, however minimal. It’s not about how many days you hit your goal, but how quickly you get back on track </w:t>
      </w:r>
      <w:r>
        <w:rPr>
          <w:i/>
        </w:rPr>
        <w:t>after</w:t>
      </w:r>
      <w:r>
        <w:t xml:space="preserve"> you don't. And the optimal target for this re-engagement is simple, precise, and non-negotiable: </w:t>
      </w:r>
      <w:r>
        <w:rPr>
          <w:b/>
        </w:rPr>
        <w:t>The 24-Hour Recovery Rule</w:t>
      </w:r>
      <w:r>
        <w:t>.</w:t>
      </w:r>
    </w:p>
    <w:p>
      <w:r>
        <w:t xml:space="preserve">The </w:t>
      </w:r>
      <w:r>
        <w:rPr>
          <w:b/>
        </w:rPr>
        <w:t>24-Hour Recovery Rule</w:t>
      </w:r>
      <w:r>
        <w:t xml:space="preserve"> states: </w:t>
      </w:r>
      <w:r>
        <w:rPr>
          <w:i/>
        </w:rPr>
        <w:t xml:space="preserve">Never let more than 24 hours pass between a lapse in your desired </w:t>
      </w:r>
      <w:r>
        <w:rPr>
          <w:i/>
        </w:rPr>
        <w:t>Execution Loop</w:t>
      </w:r>
      <w:r>
        <w:rPr>
          <w:i/>
        </w:rPr>
        <w:t xml:space="preserve"> and your re-engagement with its Minimum Viable Action (MVA).</w:t>
      </w:r>
    </w:p>
    <w:p>
      <w:r>
        <w:t xml:space="preserve">This isn’t merely a rehash of the "one-day rule" we touched on in </w:t>
      </w:r>
      <w:r>
        <w:rPr>
          <w:b/>
        </w:rPr>
        <w:t>IDENTITY CONTAINMENT</w:t>
      </w:r>
      <w:r>
        <w:t xml:space="preserve">. That rule focused on preventing a second </w:t>
      </w:r>
      <w:r>
        <w:rPr>
          <w:i/>
        </w:rPr>
        <w:t>full</w:t>
      </w:r>
      <w:r>
        <w:t xml:space="preserve"> miss to preserve identity. The </w:t>
      </w:r>
      <w:r>
        <w:rPr>
          <w:b/>
        </w:rPr>
        <w:t>24-Hour Recovery Rule</w:t>
      </w:r>
      <w:r>
        <w:t xml:space="preserve"> is more fundamental, more immediate, and more active. It’s about minimizing the </w:t>
      </w:r>
      <w:r>
        <w:rPr>
          <w:i/>
        </w:rPr>
        <w:t>time gap</w:t>
      </w:r>
      <w:r>
        <w:t xml:space="preserve"> to re-entry, regardless of when the next </w:t>
      </w:r>
      <w:r>
        <w:rPr>
          <w:i/>
        </w:rPr>
        <w:t>scheduled</w:t>
      </w:r>
      <w:r>
        <w:t xml:space="preserve"> session is. It’s a systemic imperative to break the psychological momentum of inaction </w:t>
      </w:r>
      <w:r>
        <w:rPr>
          <w:i/>
        </w:rPr>
        <w:t>as quickly as possible</w:t>
      </w:r>
      <w:r>
        <w:t>, preventing the inertia of a lapse from solidifying into a pattern.</w:t>
      </w:r>
    </w:p>
    <w:p>
      <w:r>
        <w:t>Why 24 hours? Because the psychological cost of inaction compounds exponentially with time.</w:t>
        <w:br/>
      </w:r>
      <w:r>
        <w:rPr>
          <w:i/>
        </w:rPr>
        <w:t xml:space="preserve">   </w:t>
      </w:r>
      <w:r>
        <w:rPr>
          <w:i/>
        </w:rPr>
        <w:t>Momentum Loss:</w:t>
      </w:r>
      <w:r>
        <w:t>* The longer you're off track, the more momentum you lose, making restarting feel like a heavier lift.</w:t>
        <w:br/>
      </w:r>
      <w:r>
        <w:rPr>
          <w:i/>
        </w:rPr>
        <w:t xml:space="preserve">   </w:t>
      </w:r>
      <w:r>
        <w:rPr>
          <w:i/>
        </w:rPr>
        <w:t>Identity Erosion:</w:t>
      </w:r>
      <w:r>
        <w:rPr>
          <w:i/>
        </w:rPr>
        <w:t xml:space="preserve"> Each passing hour without re-engagement reinforces the "I quit" narrative, undoing the work of </w:t>
      </w:r>
      <w:r>
        <w:rPr>
          <w:i/>
        </w:rPr>
        <w:t>IDENTITY CONTAINMENT</w:t>
      </w:r>
      <w:r>
        <w:rPr>
          <w:i/>
        </w:rPr>
        <w:t xml:space="preserve">. Your brain interprets prolonged absence as evidence of abandonment, leading to </w:t>
      </w:r>
      <w:r>
        <w:rPr>
          <w:i/>
        </w:rPr>
        <w:t>Motivation Decay</w:t>
      </w:r>
      <w:r>
        <w:t>*.</w:t>
        <w:br/>
      </w:r>
      <w:r>
        <w:rPr>
          <w:i/>
        </w:rPr>
        <w:t xml:space="preserve">   </w:t>
      </w:r>
      <w:r>
        <w:rPr>
          <w:i/>
        </w:rPr>
        <w:t>Friction Accumulation:</w:t>
      </w:r>
      <w:r>
        <w:rPr>
          <w:i/>
        </w:rPr>
        <w:t xml:space="preserve"> The longer you wait, the more </w:t>
      </w:r>
      <w:r>
        <w:rPr>
          <w:i/>
        </w:rPr>
        <w:t>Friction</w:t>
      </w:r>
      <w:r>
        <w:rPr>
          <w:i/>
        </w:rPr>
        <w:t xml:space="preserve"> can creep back into your </w:t>
      </w:r>
      <w:r>
        <w:rPr>
          <w:i/>
        </w:rPr>
        <w:t>System Context</w:t>
      </w:r>
      <w:r>
        <w:t>*. The clean desk might get cluttered again, the prepped coffee beans might run out, the mental clarity of your next step might fade.</w:t>
        <w:br/>
      </w:r>
      <w:r>
        <w:rPr>
          <w:i/>
        </w:rPr>
        <w:t xml:space="preserve">   </w:t>
      </w:r>
      <w:r>
        <w:rPr>
          <w:i/>
        </w:rPr>
        <w:t>Decision Paralysis:</w:t>
      </w:r>
      <w:r>
        <w:rPr>
          <w:i/>
        </w:rPr>
        <w:t xml:space="preserve"> The longer you delay, the more overwhelming the "catch-up" feels, leading to analysis paralysis and a greater drain on </w:t>
      </w:r>
      <w:r>
        <w:rPr>
          <w:i/>
        </w:rPr>
        <w:t>Cognitive Fuel</w:t>
      </w:r>
      <w:r>
        <w:t>*.</w:t>
      </w:r>
    </w:p>
    <w:p>
      <w:r>
        <w:t xml:space="preserve">The </w:t>
      </w:r>
      <w:r>
        <w:rPr>
          <w:b/>
        </w:rPr>
        <w:t>24-Hour Recovery Rule</w:t>
      </w:r>
      <w:r>
        <w:t xml:space="preserve"> is your circuit breaker. It’s the emergency protocol that prevents a minor disruption from escalating into a full-blown system collapse. It acknowledges that life is unpredictable, that you </w:t>
      </w:r>
      <w:r>
        <w:rPr>
          <w:i/>
        </w:rPr>
        <w:t>will</w:t>
      </w:r>
      <w:r>
        <w:t xml:space="preserve"> miss days, and that perfect execution is a fantasy. But it empowers you with a concrete, actionable strategy for when those misses occur, shifting your focus from the impossible task of avoiding failure to the mastery of bouncing back. This is </w:t>
      </w:r>
      <w:r>
        <w:rPr>
          <w:b/>
        </w:rPr>
        <w:t>where you become a true</w:t>
      </w:r>
      <w:r>
        <w:t xml:space="preserve"> master of resilience, not just execution.</w:t>
      </w:r>
    </w:p>
    <w:p>
      <w:r>
        <w:t xml:space="preserve">Let’s revisit Maria, the marketing consultant you met in Chapter 4, who had successfully implemented </w:t>
      </w:r>
      <w:r>
        <w:rPr>
          <w:b/>
        </w:rPr>
        <w:t>Sustainable Ease</w:t>
      </w:r>
      <w:r>
        <w:t xml:space="preserve"> for her client outreach </w:t>
      </w:r>
      <w:r>
        <w:rPr>
          <w:b/>
        </w:rPr>
        <w:t>Execution Loop</w:t>
      </w:r>
      <w:r>
        <w:t xml:space="preserve">. She had her spreadsheet of 50 ideal clients, a template bank for messages, and a simple CRM for tracking. Her MVA was to contact just </w:t>
      </w:r>
      <w:r>
        <w:rPr>
          <w:i/>
        </w:rPr>
        <w:t>one</w:t>
      </w:r>
      <w:r>
        <w:t xml:space="preserve"> client with a templated message. She typically scheduled her outreach on Tuesday and Thursday mornings.</w:t>
      </w:r>
    </w:p>
    <w:p>
      <w:r>
        <w:t xml:space="preserve">After navigating her unexpected increased workload, Maria had successfully used her MVA to prevent a complete collapse of her content creation. She embraced her </w:t>
      </w:r>
      <w:r>
        <w:rPr>
          <w:b/>
        </w:rPr>
        <w:t>Recovery Agent</w:t>
      </w:r>
      <w:r>
        <w:t xml:space="preserve"> identity. However, she still found herself grappling with the client outreach.</w:t>
      </w:r>
    </w:p>
    <w:p>
      <w:r>
        <w:t xml:space="preserve">One Tuesday, Maria woke up with a splitting headache. Her carefully planned outreach session was impossible. She managed to complete her </w:t>
      </w:r>
      <w:r>
        <w:rPr>
          <w:b/>
        </w:rPr>
        <w:t>Baseline Stability</w:t>
      </w:r>
      <w:r>
        <w:t xml:space="preserve"> basics—hydration, light movement—but the thought of navigating her CRM and drafting messages, even with her templates, felt like a mountain. She skipped.</w:t>
      </w:r>
    </w:p>
    <w:p>
      <w:r>
        <w:t xml:space="preserve">By Wednesday morning, the headache was gone, but the subtle drag was back. The internal voice, the one that used to trigger </w:t>
      </w:r>
      <w:r>
        <w:rPr>
          <w:b/>
        </w:rPr>
        <w:t>this pervasive foe</w:t>
      </w:r>
      <w:r>
        <w:t xml:space="preserve">, whispered, "Well, you missed Tuesday. You're already behind. Might as well wait for Thursday now and try to do </w:t>
      </w:r>
      <w:r>
        <w:rPr>
          <w:i/>
        </w:rPr>
        <w:t>both</w:t>
      </w:r>
      <w:r>
        <w:t xml:space="preserve"> days then." This was the insidious trap of inaction, threatening to undermine her </w:t>
      </w:r>
      <w:r>
        <w:rPr>
          <w:b/>
        </w:rPr>
        <w:t>Identity Containment</w:t>
      </w:r>
      <w:r>
        <w:t xml:space="preserve">. The longer she waited, the easier it became to justify further delay, and the more her </w:t>
      </w:r>
      <w:r>
        <w:rPr>
          <w:b/>
        </w:rPr>
        <w:t>Initial Impulse</w:t>
      </w:r>
      <w:r>
        <w:t xml:space="preserve"> for outreach waned.</w:t>
      </w:r>
    </w:p>
    <w:p>
      <w:r>
        <w:t xml:space="preserve">But Maria had been internalizing the principles of </w:t>
      </w:r>
      <w:r>
        <w:rPr>
          <w:b/>
        </w:rPr>
        <w:t>RECOVERY SPEED</w:t>
      </w:r>
      <w:r>
        <w:t xml:space="preserve">. She remembered the </w:t>
      </w:r>
      <w:r>
        <w:rPr>
          <w:b/>
        </w:rPr>
        <w:t>24-Hour Recovery Rule</w:t>
      </w:r>
      <w:r>
        <w:t>. Her scheduled outreach was Tuesday. She missed it. That meant she had until Wednesday morning, 24 hours from her planned start, to re-engage.</w:t>
      </w:r>
    </w:p>
    <w:p>
      <w:r>
        <w:t xml:space="preserve">She didn't try to "make up" Tuesday's missed session. That would have felt overwhelming and likely led to another miss. Instead, she focused on her MVA for recovery within the 24-hour window. On Wednesday morning, before her client work, she set a timer for 5 minutes. She opened her client spreadsheet, picked the </w:t>
      </w:r>
      <w:r>
        <w:rPr>
          <w:i/>
        </w:rPr>
        <w:t>next single name</w:t>
      </w:r>
      <w:r>
        <w:t xml:space="preserve"> from the list, and simply </w:t>
      </w:r>
      <w:r>
        <w:rPr>
          <w:i/>
        </w:rPr>
        <w:t>copied and pasted</w:t>
      </w:r>
      <w:r>
        <w:t xml:space="preserve"> a generic templated message into an email, without any personalization. She didn't even send it immediately; she just drafted it.</w:t>
      </w:r>
    </w:p>
    <w:p>
      <w:r>
        <w:t>It felt minuscule. It felt almost meaningless in the grand scheme of her weekly target of five contacts. But it was an act of profound significance.</w:t>
      </w:r>
    </w:p>
    <w:p>
      <w:r>
        <w:t>By performing that MVA within 24 hours of her lapse, Maria achieved several critical outcomes:</w:t>
      </w:r>
    </w:p>
    <w:p>
      <w:pPr>
        <w:pStyle w:val="ListNumber"/>
      </w:pPr>
      <w:r>
        <w:t>**Stopped Momentum of Inaction:** She immediately broke the cycle of "missed day leads to another missed day." She sent a clear signal to her brain: *I am still committed to this process.*</w:t>
      </w:r>
    </w:p>
    <w:p>
      <w:pPr>
        <w:pStyle w:val="ListNumber"/>
      </w:pPr>
      <w:r>
        <w:t>**Reinforced Identity as a Recovery Agent:** She didn't let the missed day define her as a "quitter." Instead, she reaffirmed her identity as "someone who recovers quickly." This strengthened her **Identity Containment** and prevented **Motivation Decay**.</w:t>
      </w:r>
    </w:p>
    <w:p>
      <w:pPr>
        <w:pStyle w:val="ListNumber"/>
      </w:pPr>
      <w:r>
        <w:t>**Prevented Friction Accumulation:** By touching the system, even minimally, she kept it "warm." Her spreadsheet was open, her templates were accessible, her brain was reminded of the task. The activation energy for her *next* full session on Thursday was significantly lower than if she had waited.</w:t>
      </w:r>
    </w:p>
    <w:p>
      <w:pPr>
        <w:pStyle w:val="ListNumber"/>
      </w:pPr>
      <w:r>
        <w:t>**Preserved Cognitive Fuel:** She didn't waste mental energy on guilt, self-blame, or trying to strategize a heroic "catch-up." She simply executed a pre-planned, ultra-low-friction recovery action, preserving her **Cognitive Fuel** for her actual client work.</w:t>
      </w:r>
    </w:p>
    <w:p>
      <w:pPr>
        <w:pStyle w:val="ListNumber"/>
      </w:pPr>
      <w:r>
        <w:t>**Maintained Trust in Her System:** This small act proved that her system wasn’t fragile. It could bend without breaking. The underlying **Sustainable Ease** she'd engineered was still there, ready for re-engagement.</w:t>
      </w:r>
    </w:p>
    <w:p>
      <w:r>
        <w:t>On Thursday morning, Maria approached her outreach session with renewed calm. The ghost of Tuesday’s miss was gone, replaced by the quiet confidence of Wednesday’s recovery. She wasn't playing catch-up; she was simply continuing. She easily hit her target for the day, and even found herself able to send an additional personalized message, putting her back on track for the week.</w:t>
      </w:r>
    </w:p>
    <w:p>
      <w:r>
        <w:t xml:space="preserve">This is the power of </w:t>
      </w:r>
      <w:r>
        <w:rPr>
          <w:b/>
        </w:rPr>
        <w:t>RECOVERY SPEED</w:t>
      </w:r>
      <w:r>
        <w:t xml:space="preserve">. It’s not about perfection; it’s about persistence. It’s the ultimate expression of </w:t>
      </w:r>
      <w:r>
        <w:rPr>
          <w:b/>
        </w:rPr>
        <w:t>Stability Engineering</w:t>
      </w:r>
      <w:r>
        <w:t xml:space="preserve"> because it designs for the </w:t>
      </w:r>
      <w:r>
        <w:rPr>
          <w:i/>
        </w:rPr>
        <w:t>inevitable</w:t>
      </w:r>
      <w:r>
        <w:t xml:space="preserve"> reality of imperfection, transforming potential collapse into predictable, swift re-engagement.</w:t>
      </w:r>
    </w:p>
    <w:p>
      <w:r>
        <w:rPr>
          <w:b/>
        </w:rPr>
        <w:t>Implementing the 24-Hour Recovery Rule: Your Playbook for Rapid Re-entry</w:t>
      </w:r>
    </w:p>
    <w:p>
      <w:r>
        <w:t xml:space="preserve">To master </w:t>
      </w:r>
      <w:r>
        <w:rPr>
          <w:b/>
        </w:rPr>
        <w:t>RECOVERY SPEED</w:t>
      </w:r>
      <w:r>
        <w:t xml:space="preserve">, you need to operationalize the </w:t>
      </w:r>
      <w:r>
        <w:rPr>
          <w:b/>
        </w:rPr>
        <w:t>24-Hour Recovery Rule</w:t>
      </w:r>
      <w:r>
        <w:t xml:space="preserve"> with clear, pre-planned protocols. This means moving beyond the abstract idea and building concrete, low-friction recovery </w:t>
      </w:r>
      <w:r>
        <w:rPr>
          <w:b/>
        </w:rPr>
        <w:t>Execution Loops</w:t>
      </w:r>
      <w:r>
        <w:t>.</w:t>
      </w:r>
    </w:p>
    <w:p>
      <w:pPr>
        <w:pStyle w:val="ListNumber"/>
      </w:pPr>
      <w:r>
        <w:t>**Define Your Recovery MVA for Every Key Loop:**</w:t>
      </w:r>
    </w:p>
    <w:p>
      <w:pPr>
        <w:pStyle w:val="ListNumber"/>
      </w:pPr>
      <w:r>
        <w:t>*   For each **Execution Loop** you want to maintain, you already have an MVA for low-energy days. This same MVA is your primary recovery tool. Ensure it’s truly ridiculously small.</w:t>
      </w:r>
    </w:p>
    <w:p>
      <w:pPr>
        <w:pStyle w:val="ListNumber"/>
      </w:pPr>
      <w:r>
        <w:t>*   *Example: Write for 30 minutes.* Recovery MVA: "Open document and type one sentence."</w:t>
      </w:r>
    </w:p>
    <w:p>
      <w:pPr>
        <w:pStyle w:val="ListNumber"/>
      </w:pPr>
      <w:r>
        <w:t>*   *Example: 30-minute workout.* Recovery MVA: "Put on workout clothes for 2 minutes."</w:t>
      </w:r>
    </w:p>
    <w:p>
      <w:pPr>
        <w:pStyle w:val="ListNumber"/>
      </w:pPr>
      <w:r>
        <w:t>*   *Example: 15-minute meditation.* Recovery MVA: "Sit quietly for 60 seconds."</w:t>
      </w:r>
    </w:p>
    <w:p>
      <w:pPr>
        <w:pStyle w:val="ListNumber"/>
      </w:pPr>
      <w:r>
        <w:t>*   The goal is to re-establish the *pattern*, not to achieve significant output. It’s an act of identity affirmation, not productivity.</w:t>
      </w:r>
    </w:p>
    <w:p>
      <w:pPr>
        <w:pStyle w:val="ListNumber"/>
      </w:pPr>
      <w:r>
        <w:t>**Establish a "Missed Day" Anchor Point and Protocol:**</w:t>
      </w:r>
    </w:p>
    <w:p>
      <w:pPr>
        <w:pStyle w:val="ListNumber"/>
      </w:pPr>
      <w:r>
        <w:t>*   Just as you have **Anchor Points** to initiate your regular **Execution Loops**, you need one for recovery.</w:t>
      </w:r>
    </w:p>
    <w:p>
      <w:pPr>
        <w:pStyle w:val="ListNumber"/>
      </w:pPr>
      <w:r>
        <w:t>*   *Your Anchor Point:* The moment you realize you’ve missed a planned **Execution Loop**. This could be at the end of the day, or the next morning.</w:t>
      </w:r>
    </w:p>
    <w:p>
      <w:pPr>
        <w:pStyle w:val="ListNumber"/>
      </w:pPr>
      <w:r>
        <w:t>*   *Your Protocol:*</w:t>
      </w:r>
    </w:p>
    <w:p>
      <w:pPr>
        <w:pStyle w:val="ListNumber"/>
      </w:pPr>
      <w:r>
        <w:t>**Acknowledge (without judgment):** "I missed [X] today." No self-recrimination. This builds on **IDENTITY CONTAINMENT**.</w:t>
      </w:r>
    </w:p>
    <w:p>
      <w:pPr>
        <w:pStyle w:val="ListNumber"/>
      </w:pPr>
      <w:r>
        <w:t>**Diagnose (briefly, non-emotionally):** "Why did I miss? (e.g., lack of sleep, unexpected meeting, high friction)." This uses your **Diagnostic Lens** to gather data, not blame.</w:t>
      </w:r>
    </w:p>
    <w:p>
      <w:pPr>
        <w:pStyle w:val="ListNumber"/>
      </w:pPr>
      <w:r>
        <w:t>**Commit to Recovery MVA within 24 hours:** Immediately decide *when* and *how* you will perform your MVA. This decision needs to happen *now*, not later.</w:t>
      </w:r>
    </w:p>
    <w:p>
      <w:pPr>
        <w:pStyle w:val="ListNumber"/>
      </w:pPr>
      <w:r>
        <w:t>**Set a Reminder/Trigger:** If necessary, use an alarm, a calendar block, or a sticky note to ensure you perform your MVA.</w:t>
      </w:r>
    </w:p>
    <w:p>
      <w:pPr>
        <w:pStyle w:val="ListNumber"/>
      </w:pPr>
      <w:r>
        <w:t>**Pre-Plan Your Recovery Environment:**</w:t>
      </w:r>
    </w:p>
    <w:p>
      <w:pPr>
        <w:pStyle w:val="ListNumber"/>
      </w:pPr>
      <w:r>
        <w:t>*   Remember **Friction Governance**? Apply it to recovery. Make your recovery MVA as frictionless as possible.</w:t>
      </w:r>
    </w:p>
    <w:p>
      <w:pPr>
        <w:pStyle w:val="ListNumber"/>
      </w:pPr>
      <w:r>
        <w:t>*   If your recovery MVA is "put on workout clothes," make sure those clothes are clean and laid out.</w:t>
      </w:r>
    </w:p>
    <w:p>
      <w:pPr>
        <w:pStyle w:val="ListNumber"/>
      </w:pPr>
      <w:r>
        <w:t>*   If it’s "open document and type one sentence," ensure your laptop is charged and your document is easily accessible.</w:t>
      </w:r>
    </w:p>
    <w:p>
      <w:pPr>
        <w:pStyle w:val="ListNumber"/>
      </w:pPr>
      <w:r>
        <w:t>*   Remove any obstacles that could prevent even this tiny act of re-engagement.</w:t>
      </w:r>
    </w:p>
    <w:p>
      <w:pPr>
        <w:pStyle w:val="ListNumber"/>
      </w:pPr>
      <w:r>
        <w:t>**Decouple Recovery from Catch-Up:**</w:t>
      </w:r>
    </w:p>
    <w:p>
      <w:pPr>
        <w:pStyle w:val="ListNumber"/>
      </w:pPr>
      <w:r>
        <w:t>*   This is crucial. The **24-Hour Recovery Rule** is *not* about making up for lost time. It's about restoring the *chain of consistency*. Trying to do double the work after a miss often leads to burnout and reinforces the feeling of being "behind," which can trigger **The Restart Illusion**.</w:t>
      </w:r>
    </w:p>
    <w:p>
      <w:pPr>
        <w:pStyle w:val="ListNumber"/>
      </w:pPr>
      <w:r>
        <w:t>*   Focus solely on hitting that MVA. Any additional work is a bonus, not an obligation.</w:t>
      </w:r>
    </w:p>
    <w:p>
      <w:pPr>
        <w:pStyle w:val="ListNumber"/>
      </w:pPr>
      <w:r>
        <w:t>**Cultivate a "Recovery Mindset" (Reinforcing Identity):**</w:t>
      </w:r>
    </w:p>
    <w:p>
      <w:pPr>
        <w:pStyle w:val="ListNumber"/>
      </w:pPr>
      <w:r>
        <w:t>*   When you successfully re-engage, even with an MVA, actively congratulate yourself. "I am a **Recovery Agent**. I didn't let a miss become a break."</w:t>
      </w:r>
    </w:p>
    <w:p>
      <w:pPr>
        <w:pStyle w:val="ListNumber"/>
      </w:pPr>
      <w:r>
        <w:t>*   This positive self-reinforcement is key to rewiring your brain and embedding the resilient identity we discussed in the previous chapter. You're building self-trust through demonstrated recovery, not just demonstrated adherence. This is **the single most impactful leve** for making consistency feel natural.</w:t>
      </w:r>
    </w:p>
    <w:p>
      <w:pPr>
        <w:pStyle w:val="ListNumber"/>
      </w:pPr>
      <w:r>
        <w:t>**Analyze and Adapt Your System After Recovery:**</w:t>
      </w:r>
    </w:p>
    <w:p>
      <w:pPr>
        <w:pStyle w:val="ListNumber"/>
      </w:pPr>
      <w:r>
        <w:t>*   Once you’ve successfully recovered, take a moment to reflect on your diagnosis from Step 2 of the protocol.</w:t>
      </w:r>
    </w:p>
    <w:p>
      <w:pPr>
        <w:pStyle w:val="ListNumber"/>
      </w:pPr>
      <w:r>
        <w:t>*   Was the miss due to a lapse in **Baseline Stability**? (e.g., poor sleep, stress)</w:t>
      </w:r>
    </w:p>
    <w:p>
      <w:pPr>
        <w:pStyle w:val="ListNumber"/>
      </w:pPr>
      <w:r>
        <w:t>*   Was there unexpected **Friction** you hadn't anticipated? (e.g., new distraction, tool not ready)</w:t>
      </w:r>
    </w:p>
    <w:p>
      <w:pPr>
        <w:pStyle w:val="ListNumber"/>
      </w:pPr>
      <w:r>
        <w:t>*   Was your **Sustainable Ease** not robust enough for the specific contextual shift? (e.g., MVA wasn't small enough for that level of exhaustion)</w:t>
      </w:r>
    </w:p>
    <w:p>
      <w:pPr>
        <w:pStyle w:val="ListNumber"/>
      </w:pPr>
      <w:r>
        <w:t>*   This continuous refinement, this learning from every data point, is **where the true sophisticat** understands that consistency is an iterative design process. It’s a crucial and effective step that transforms setbacks into system improvements.</w:t>
      </w:r>
    </w:p>
    <w:p>
      <w:r>
        <w:t xml:space="preserve">The beauty of the </w:t>
      </w:r>
      <w:r>
        <w:rPr>
          <w:b/>
        </w:rPr>
        <w:t>24-Hour Recovery Rule</w:t>
      </w:r>
      <w:r>
        <w:t xml:space="preserve"> is its simplicity and power. It provides an immediate, low-stakes target that prevents the psychological cascade of failure. It understands that perfect adherence is an unrealistic ideal, but </w:t>
      </w:r>
      <w:r>
        <w:rPr>
          <w:i/>
        </w:rPr>
        <w:t>rapid re-engagement</w:t>
      </w:r>
      <w:r>
        <w:t xml:space="preserve"> is an achievable and sustainable one. It shifts your internal narrative from "I failed" to "I recovered," strengthening your self-trust with every single re-entry.</w:t>
      </w:r>
    </w:p>
    <w:p>
      <w:r>
        <w:t xml:space="preserve">This isn’t about trying harder when things go wrong; it’s about having a pre-designed, automatic response that minimizes the damage and preserves your forward momentum. It’s about building a system so resilient that even when it takes a hit, it automatically initiates its recovery protocols, ensuring that no temporary lapse ever becomes a permanent abandonment. This is the ultimate expression of </w:t>
      </w:r>
      <w:r>
        <w:rPr>
          <w:b/>
        </w:rPr>
        <w:t>Stability Engineering</w:t>
      </w:r>
      <w:r>
        <w:t xml:space="preserve"> applied to your psychological well-being and your capacity for action. It’s the difference between a fragile structure that shatters and a dynamic one that bends, absorbs, and swiftly returns to its path.</w:t>
      </w:r>
    </w:p>
    <w:p>
      <w:r>
        <w:t xml:space="preserve">You’ve learned to stabilize your internal world, to de-friction your external environment, and to fortify your identity against the inevitable bumps. Now, with </w:t>
      </w:r>
      <w:r>
        <w:rPr>
          <w:b/>
        </w:rPr>
        <w:t>RECOVERY SPEED</w:t>
      </w:r>
      <w:r>
        <w:t xml:space="preserve"> as your guiding principle, you have the ultimate insurance policy against </w:t>
      </w:r>
      <w:r>
        <w:rPr>
          <w:b/>
        </w:rPr>
        <w:t>The Restart Illusion</w:t>
      </w:r>
      <w:r>
        <w:t xml:space="preserve">. You know </w:t>
      </w:r>
      <w:r>
        <w:rPr>
          <w:i/>
        </w:rPr>
        <w:t>what</w:t>
      </w:r>
      <w:r>
        <w:t xml:space="preserve"> to do when you falter, and </w:t>
      </w:r>
      <w:r>
        <w:rPr>
          <w:i/>
        </w:rPr>
        <w:t>how</w:t>
      </w:r>
      <w:r>
        <w:t xml:space="preserve"> to do it with minimal effort and maximum psychological benefit. You're no longer fearing the missed day; you're prepared for it.</w:t>
      </w:r>
    </w:p>
    <w:p>
      <w:r>
        <w:t xml:space="preserve">But consistent action isn't just about individual </w:t>
      </w:r>
      <w:r>
        <w:rPr>
          <w:b/>
        </w:rPr>
        <w:t>Execution Loops</w:t>
      </w:r>
      <w:r>
        <w:t xml:space="preserve">; it's about how those loops connect, build upon one another, and create an unstoppable trajectory. In the next chapter, we’ll delve into </w:t>
      </w:r>
      <w:r>
        <w:rPr>
          <w:b/>
        </w:rPr>
        <w:t>EXECUTION CHAINS</w:t>
      </w:r>
      <w:r>
        <w:t>, exploring how to link these individual, resilient actions into powerful, self-sustaining sequences that pull you forward with effortless momentum. It's about making consistency not just easy and recoverable, but truly inevitable.</w:t>
      </w:r>
    </w:p>
    <w:p>
      <w:r>
        <w:br w:type="page"/>
      </w:r>
    </w:p>
    <w:p>
      <w:pPr>
        <w:pStyle w:val="Heading1"/>
      </w:pPr>
      <w:r>
        <w:rPr>
          <w:sz w:val="36"/>
        </w:rPr>
        <w:t>Chapter 8: DESIGNING FAIL-SAFE HABITS</w:t>
      </w:r>
    </w:p>
    <w:p>
      <w:r>
        <w:t xml:space="preserve">You’ve learned to stabilize your internal world, to de-friction your external environment, and to fortify your identity against the inevitable bumps. Now, with </w:t>
      </w:r>
      <w:r>
        <w:rPr>
          <w:b/>
        </w:rPr>
        <w:t>RECOVERY SPEED</w:t>
      </w:r>
      <w:r>
        <w:t xml:space="preserve"> as your guiding principle, you have the ultimate insurance policy against </w:t>
      </w:r>
      <w:r>
        <w:rPr>
          <w:b/>
        </w:rPr>
        <w:t>The Restart Illusion</w:t>
      </w:r>
      <w:r>
        <w:t xml:space="preserve">. You know </w:t>
      </w:r>
      <w:r>
        <w:rPr>
          <w:i/>
        </w:rPr>
        <w:t>what</w:t>
      </w:r>
      <w:r>
        <w:t xml:space="preserve"> to do when you falter, and </w:t>
      </w:r>
      <w:r>
        <w:rPr>
          <w:i/>
        </w:rPr>
        <w:t>how</w:t>
      </w:r>
      <w:r>
        <w:t xml:space="preserve"> to do it with minimal effort and maximum psychological benefit. You're no longer fearing the missed day; you're prepared for it.</w:t>
      </w:r>
    </w:p>
    <w:p>
      <w:r>
        <w:t xml:space="preserve">But consistent action isn't just about individual </w:t>
      </w:r>
      <w:r>
        <w:rPr>
          <w:b/>
        </w:rPr>
        <w:t>Execution Loops</w:t>
      </w:r>
      <w:r>
        <w:t xml:space="preserve">; it's about how those loops connect, build upon one another, and create an unstoppable trajectory. In the next chapter, we’ll delve into </w:t>
      </w:r>
      <w:r>
        <w:rPr>
          <w:b/>
        </w:rPr>
        <w:t>EXECUTION CHAINS</w:t>
      </w:r>
      <w:r>
        <w:t>, exploring how to link these individual, resilient actions into powerful, self-sustaining sequences that pull you forward with effortless momentum. It's about making consistency not just easy and recoverable, but truly inevitable.</w:t>
      </w:r>
    </w:p>
    <w:p>
      <w:r>
        <w:t xml:space="preserve">The insight you’ve cultivated is profound: consistency isn't the absence of failure, but the mastery of recovery. You’ve understood that the true measure of a resilient system isn't how perfectly it performs, but how gracefully and swiftly it bounces back from disruption. The </w:t>
      </w:r>
      <w:r>
        <w:rPr>
          <w:b/>
        </w:rPr>
        <w:t>24-Hour Recovery Rule</w:t>
      </w:r>
      <w:r>
        <w:t xml:space="preserve"> has provided a concrete, actionable target, a circuit breaker against the psychological cascade that often turns a single missed day into weeks of inaction.</w:t>
      </w:r>
    </w:p>
    <w:p>
      <w:r>
        <w:t xml:space="preserve">But let's be even more precise. Recovery, while critical, often implies a </w:t>
      </w:r>
      <w:r>
        <w:rPr>
          <w:i/>
        </w:rPr>
        <w:t>reaction</w:t>
      </w:r>
      <w:r>
        <w:t xml:space="preserve"> to an already occurred lapse. What if we could embed the very mechanisms of recovery </w:t>
      </w:r>
      <w:r>
        <w:rPr>
          <w:i/>
        </w:rPr>
        <w:t>into</w:t>
      </w:r>
      <w:r>
        <w:t xml:space="preserve"> the design of our </w:t>
      </w:r>
      <w:r>
        <w:rPr>
          <w:b/>
        </w:rPr>
        <w:t>Execution Loops</w:t>
      </w:r>
      <w:r>
        <w:t xml:space="preserve"> themselves? What if, instead of merely reacting gracefully, we could proactively engineer our actions to </w:t>
      </w:r>
      <w:r>
        <w:rPr>
          <w:i/>
        </w:rPr>
        <w:t>anticipate</w:t>
      </w:r>
      <w:r>
        <w:t xml:space="preserve"> failure, providing pre-designed fallback mechanisms that automatically kick in when the ideal path is blocked?</w:t>
      </w:r>
    </w:p>
    <w:p>
      <w:r>
        <w:t xml:space="preserve">This is the essence of </w:t>
      </w:r>
      <w:r>
        <w:rPr>
          <w:b/>
        </w:rPr>
        <w:t>Fail-Safe Design</w:t>
      </w:r>
      <w:r>
        <w:t xml:space="preserve">, the next layer of sophistication in your </w:t>
      </w:r>
      <w:r>
        <w:rPr>
          <w:b/>
        </w:rPr>
        <w:t>Stability Engineering</w:t>
      </w:r>
      <w:r>
        <w:t xml:space="preserve">. It's about moving beyond simply having a recovery plan to building resilience directly into the architecture of your consistent actions. Think of it like a nuclear power plant, or an aircraft. They don't just have emergency procedures for when things go wrong; they have systems designed to </w:t>
      </w:r>
      <w:r>
        <w:rPr>
          <w:i/>
        </w:rPr>
        <w:t>prevent</w:t>
      </w:r>
      <w:r>
        <w:t xml:space="preserve"> things from going catastrophically wrong, and to automatically default to a safe, stable state when under stress. Their design isn't just about optimal performance; it's about minimizing the impact of inevitable human error or unexpected external forces.</w:t>
      </w:r>
    </w:p>
    <w:p>
      <w:r>
        <w:t xml:space="preserve">You’ve already done the hard work of fortifying your </w:t>
      </w:r>
      <w:r>
        <w:rPr>
          <w:b/>
        </w:rPr>
        <w:t>Baseline Stability</w:t>
      </w:r>
      <w:r>
        <w:t xml:space="preserve"> and applying </w:t>
      </w:r>
      <w:r>
        <w:rPr>
          <w:b/>
        </w:rPr>
        <w:t>Friction Governance</w:t>
      </w:r>
      <w:r>
        <w:t xml:space="preserve"> to achieve </w:t>
      </w:r>
      <w:r>
        <w:rPr>
          <w:b/>
        </w:rPr>
        <w:t>Sustainable Ease</w:t>
      </w:r>
      <w:r>
        <w:t xml:space="preserve">. You've understood </w:t>
      </w:r>
      <w:r>
        <w:rPr>
          <w:b/>
        </w:rPr>
        <w:t>Identity Containment</w:t>
      </w:r>
      <w:r>
        <w:t xml:space="preserve"> and embraced your role as a </w:t>
      </w:r>
      <w:r>
        <w:rPr>
          <w:b/>
        </w:rPr>
        <w:t>Recovery Agent</w:t>
      </w:r>
      <w:r>
        <w:t xml:space="preserve">. Now, we’re going to weave these understandings into the very fabric of your </w:t>
      </w:r>
      <w:r>
        <w:rPr>
          <w:b/>
        </w:rPr>
        <w:t>Execution Loops</w:t>
      </w:r>
      <w:r>
        <w:t>, transforming them from potentially fragile sequences into truly fail-safe operations.</w:t>
      </w:r>
    </w:p>
    <w:p>
      <w:r>
        <w:t xml:space="preserve">The danger isn't just the large, catastrophic failure, but the cumulative effect of small, unaddressed slips. Even with the </w:t>
      </w:r>
      <w:r>
        <w:rPr>
          <w:b/>
        </w:rPr>
        <w:t>24-Hour Recovery Rule</w:t>
      </w:r>
      <w:r>
        <w:t xml:space="preserve">, you still expend some </w:t>
      </w:r>
      <w:r>
        <w:rPr>
          <w:b/>
        </w:rPr>
        <w:t>Cognitive Fuel</w:t>
      </w:r>
      <w:r>
        <w:t xml:space="preserve"> deciding </w:t>
      </w:r>
      <w:r>
        <w:rPr>
          <w:i/>
        </w:rPr>
        <w:t>how</w:t>
      </w:r>
      <w:r>
        <w:t xml:space="preserve"> to recover, </w:t>
      </w:r>
      <w:r>
        <w:rPr>
          <w:i/>
        </w:rPr>
        <w:t>what</w:t>
      </w:r>
      <w:r>
        <w:t xml:space="preserve"> Minimum Viable Action (MVA) to take, and </w:t>
      </w:r>
      <w:r>
        <w:rPr>
          <w:i/>
        </w:rPr>
        <w:t>when</w:t>
      </w:r>
      <w:r>
        <w:t xml:space="preserve"> to re-engage. </w:t>
      </w:r>
      <w:r>
        <w:rPr>
          <w:b/>
        </w:rPr>
        <w:t>Fail-Safe Design</w:t>
      </w:r>
      <w:r>
        <w:t xml:space="preserve"> aims to reduce this recovery friction to near zero, making the transition from ideal execution to resilient fallback almost automatic.</w:t>
      </w:r>
    </w:p>
    <w:p>
      <w:r>
        <w:t>Consider the common scenario: you have a perfectly designed morning routine. Your meditation spot is ready (</w:t>
      </w:r>
      <w:r>
        <w:rPr>
          <w:b/>
        </w:rPr>
        <w:t>Friction Governance</w:t>
      </w:r>
      <w:r>
        <w:t>), you're well-rested (</w:t>
      </w:r>
      <w:r>
        <w:rPr>
          <w:b/>
        </w:rPr>
        <w:t>Baseline Stability</w:t>
      </w:r>
      <w:r>
        <w:t>), and you've committed to a 15-minute meditation. But then, your child wakes up unexpectedly early and needs attention, or an urgent work email demands your immediate focus. Your ideal 15-minute session is impossible.</w:t>
      </w:r>
    </w:p>
    <w:p>
      <w:r>
        <w:t xml:space="preserve">Without </w:t>
      </w:r>
      <w:r>
        <w:rPr>
          <w:b/>
        </w:rPr>
        <w:t>Fail-Safe Design</w:t>
      </w:r>
      <w:r>
        <w:t xml:space="preserve">, even with a commitment to the </w:t>
      </w:r>
      <w:r>
        <w:rPr>
          <w:b/>
        </w:rPr>
        <w:t>24-Hour Recovery Rule</w:t>
      </w:r>
      <w:r>
        <w:t xml:space="preserve">, you might still spend precious minutes internally debating: "Do I try to squeeze in 5 minutes? Is that even worth it? Should I just wait until tonight? But then I'll miss the morning momentum..." This internal debate, however brief, is friction. It's </w:t>
      </w:r>
      <w:r>
        <w:rPr>
          <w:b/>
        </w:rPr>
        <w:t>Cognitive Fuel</w:t>
      </w:r>
      <w:r>
        <w:t xml:space="preserve"> spent on decision-making under stress, precisely what </w:t>
      </w:r>
      <w:r>
        <w:rPr>
          <w:b/>
        </w:rPr>
        <w:t>Stability Engineering</w:t>
      </w:r>
      <w:r>
        <w:t xml:space="preserve"> seeks to minimize. It opens the door for </w:t>
      </w:r>
      <w:r>
        <w:rPr>
          <w:b/>
        </w:rPr>
        <w:t>this pervasive foe</w:t>
      </w:r>
      <w:r>
        <w:t xml:space="preserve"> to whisper its seductive narrative of "just restart tomorrow."</w:t>
      </w:r>
    </w:p>
    <w:p>
      <w:r>
        <w:rPr>
          <w:b/>
        </w:rPr>
        <w:t>Fail-Safe Design</w:t>
      </w:r>
      <w:r>
        <w:t xml:space="preserve"> addresses this by pre-determining those fallback paths. It creates a hierarchy of action, from the ideal to the emergency, so that when the ideal is blocked, your system automatically defaults to the next safest, easiest option, demanding minimal decision-making and preserving your </w:t>
      </w:r>
      <w:r>
        <w:rPr>
          <w:b/>
        </w:rPr>
        <w:t>Cognitive Fuel</w:t>
      </w:r>
      <w:r>
        <w:t>.</w:t>
      </w:r>
    </w:p>
    <w:p>
      <w:r>
        <w:t xml:space="preserve">Here’s how we construct </w:t>
      </w:r>
      <w:r>
        <w:rPr>
          <w:b/>
        </w:rPr>
        <w:t>Fail-Safe Design</w:t>
      </w:r>
      <w:r>
        <w:t xml:space="preserve"> for your </w:t>
      </w:r>
      <w:r>
        <w:rPr>
          <w:b/>
        </w:rPr>
        <w:t>Execution Loops</w:t>
      </w:r>
      <w:r>
        <w:t>:</w:t>
      </w:r>
    </w:p>
    <w:p>
      <w:r>
        <w:rPr>
          <w:b/>
        </w:rPr>
        <w:t>1. The Tiered MVA Hierarchy: Beyond Just "Minimum"</w:t>
      </w:r>
    </w:p>
    <w:p>
      <w:r>
        <w:t xml:space="preserve">You've already learned the power of the MVA for </w:t>
      </w:r>
      <w:r>
        <w:rPr>
          <w:b/>
        </w:rPr>
        <w:t>Sustainable Ease</w:t>
      </w:r>
      <w:r>
        <w:t xml:space="preserve"> and </w:t>
      </w:r>
      <w:r>
        <w:rPr>
          <w:b/>
        </w:rPr>
        <w:t>Recovery Speed</w:t>
      </w:r>
      <w:r>
        <w:t xml:space="preserve">. Now, we deepen this by creating a tiered system. Instead of just </w:t>
      </w:r>
      <w:r>
        <w:rPr>
          <w:i/>
        </w:rPr>
        <w:t>one</w:t>
      </w:r>
      <w:r>
        <w:t xml:space="preserve"> MVA, you'll have several, each corresponding to a different level of internal or external constraint.</w:t>
      </w:r>
    </w:p>
    <w:p>
      <w:pPr>
        <w:pStyle w:val="ListBullet"/>
      </w:pPr>
      <w:r>
        <w:t>**Tier 1: The Ideal Execution:** This is your full, optimal **Execution Loop**. (e.g., "Write 1000 words on my novel.")</w:t>
      </w:r>
    </w:p>
    <w:p>
      <w:pPr>
        <w:pStyle w:val="ListBullet"/>
      </w:pPr>
      <w:r>
        <w:t>**Tier 2: The "Good Enough" MVA:** This is your standard Minimum Viable Action, designed for slightly less-than-ideal days. (e.g., "Write 250 words on my novel.") You've likely already defined this.</w:t>
      </w:r>
    </w:p>
    <w:p>
      <w:pPr>
        <w:pStyle w:val="ListBullet"/>
      </w:pPr>
      <w:r>
        <w:t>**Tier 3: The "Bare Minimum" MVA (The Fail-Safe):** This is the smallest, most ridiculously easy action, designed for days of extreme depletion or significant disruption. It should take 2-5 minutes, maximum. Its sole purpose is to maintain the psychological chain, to affirm your process identity, and to prevent a full miss. (e.g., "Open my novel document and read the last paragraph," or "Type one sentence, any sentence.")</w:t>
      </w:r>
    </w:p>
    <w:p>
      <w:pPr>
        <w:pStyle w:val="ListBullet"/>
      </w:pPr>
      <w:r>
        <w:t>**Tier 4: The "System Check" MVA (The Emergency Fail-Safe):** For days when even the bare minimum feels impossible (e.g., severe illness, genuine emergency). This isn't about doing the task, but about *acknowledging the system*. (e.g., "Open my journal and simply write 'Can't write today, sick. Recovery Protocol: focus on rest.'") This still counts as engaging with the *process* of being a **Stability Engineer** and a **Recovery Agent**. It's a meta-MVA.</w:t>
      </w:r>
    </w:p>
    <w:p>
      <w:r>
        <w:t xml:space="preserve">The beauty of this tiered approach is that it removes the internal debate. When your </w:t>
      </w:r>
      <w:r>
        <w:rPr>
          <w:b/>
        </w:rPr>
        <w:t>System Context</w:t>
      </w:r>
      <w:r>
        <w:t xml:space="preserve"> changes, your decision isn't "Should I do it?" but "Which tier is appropriate for today's reality?" This is </w:t>
      </w:r>
      <w:r>
        <w:rPr>
          <w:b/>
        </w:rPr>
        <w:t>where the true sophisticat</w:t>
      </w:r>
      <w:r>
        <w:t xml:space="preserve"> understands that consistency isn't about rigid adherence, but intelligent adaptation.</w:t>
      </w:r>
    </w:p>
    <w:p>
      <w:r>
        <w:rPr>
          <w:b/>
        </w:rPr>
        <w:t>2. Contextual Contingencies: Pre-mapping Your Fallbacks</w:t>
      </w:r>
    </w:p>
    <w:p>
      <w:r>
        <w:t xml:space="preserve">Building on the concept of designing for multiple states from </w:t>
      </w:r>
      <w:r>
        <w:rPr>
          <w:b/>
        </w:rPr>
        <w:t>Sustainable Ease</w:t>
      </w:r>
      <w:r>
        <w:t xml:space="preserve">, we now explicitly link your tiered MVAs to anticipated contextual shifts. This is a proactive application of </w:t>
      </w:r>
      <w:r>
        <w:rPr>
          <w:b/>
        </w:rPr>
        <w:t>Friction Mapping</w:t>
      </w:r>
      <w:r>
        <w:t xml:space="preserve"> to </w:t>
      </w:r>
      <w:r>
        <w:rPr>
          <w:i/>
        </w:rPr>
        <w:t>future</w:t>
      </w:r>
      <w:r>
        <w:t xml:space="preserve"> disruptions.</w:t>
      </w:r>
    </w:p>
    <w:p>
      <w:r>
        <w:t xml:space="preserve">For each key </w:t>
      </w:r>
      <w:r>
        <w:rPr>
          <w:b/>
        </w:rPr>
        <w:t>Execution Loop</w:t>
      </w:r>
      <w:r>
        <w:t>, conduct a mini "pre-mortem" analysis:</w:t>
        <w:br/>
      </w:r>
      <w:r>
        <w:rPr>
          <w:i/>
        </w:rPr>
        <w:t xml:space="preserve">   </w:t>
      </w:r>
      <w:r>
        <w:rPr>
          <w:i/>
        </w:rPr>
        <w:t>Identify Common Disruptors:</w:t>
      </w:r>
      <w:r>
        <w:rPr>
          <w:i/>
        </w:rPr>
        <w:t xml:space="preserve"> What are the 3-5 most common reasons you </w:t>
      </w:r>
      <w:r>
        <w:t>might</w:t>
      </w:r>
      <w:r>
        <w:rPr>
          <w:i/>
        </w:rPr>
        <w:t xml:space="preserve"> miss this </w:t>
      </w:r>
      <w:r>
        <w:rPr>
          <w:i/>
        </w:rPr>
        <w:t>Execution Loop</w:t>
      </w:r>
      <w:r>
        <w:t>*? (e.g., travel, illness, unexpected workload, low sleep, emotional stress, lack of specific tools).</w:t>
        <w:br/>
      </w:r>
      <w:r>
        <w:rPr>
          <w:i/>
        </w:rPr>
        <w:t xml:space="preserve">   </w:t>
      </w:r>
      <w:r>
        <w:rPr>
          <w:i/>
        </w:rPr>
        <w:t>Map Fallbacks:</w:t>
      </w:r>
      <w:r>
        <w:t>* For each disruptor, pre-determine which tier of MVA you will default to.</w:t>
        <w:br/>
        <w:t xml:space="preserve">    </w:t>
      </w:r>
      <w:r>
        <w:rPr>
          <w:i/>
        </w:rPr>
        <w:t xml:space="preserve">   </w:t>
      </w:r>
      <w:r>
        <w:t>Example: Morning Run Execution Loop (30 minutes).*</w:t>
        <w:br/>
        <w:t xml:space="preserve">        </w:t>
      </w:r>
      <w:r>
        <w:rPr>
          <w:i/>
        </w:rPr>
        <w:t xml:space="preserve">   </w:t>
      </w:r>
      <w:r>
        <w:t>Disruptor: Travel, no access to gym/safe route.* Fallback: Tier 3 MVA: "Do 5 minutes of bodyweight squats/lunges in hotel room."</w:t>
        <w:br/>
        <w:t xml:space="preserve">        </w:t>
      </w:r>
      <w:r>
        <w:rPr>
          <w:i/>
        </w:rPr>
        <w:t xml:space="preserve">   </w:t>
      </w:r>
      <w:r>
        <w:t>Disruptor: Low sleep/exhaustion.* Fallback: Tier 3 MVA: "Go for a 10-minute walk around the block."</w:t>
        <w:br/>
        <w:t xml:space="preserve">        </w:t>
      </w:r>
      <w:r>
        <w:rPr>
          <w:i/>
        </w:rPr>
        <w:t xml:space="preserve">   </w:t>
      </w:r>
      <w:r>
        <w:t>Disruptor: Minor injury/soreness.* Fallback: Tier 4 MVA: "Spend 5 minutes stretching or foam rolling, acknowledging the body's need for rest."</w:t>
        <w:br/>
        <w:t xml:space="preserve">        </w:t>
      </w:r>
      <w:r>
        <w:rPr>
          <w:i/>
        </w:rPr>
        <w:t xml:space="preserve">   </w:t>
      </w:r>
      <w:r>
        <w:t>Disruptor: Urgent morning meeting.* Fallback: Tier 3 MVA: "Do 2 minutes of vigorous jumping jacks before the meeting."</w:t>
      </w:r>
    </w:p>
    <w:p>
      <w:r>
        <w:t xml:space="preserve">This pre-mapping is a critical step in </w:t>
      </w:r>
      <w:r>
        <w:rPr>
          <w:b/>
        </w:rPr>
        <w:t>Fail-Safe Design</w:t>
      </w:r>
      <w:r>
        <w:t xml:space="preserve">. It transforms reactive decision-making into proactive, automatic responses. You’re not </w:t>
      </w:r>
      <w:r>
        <w:rPr>
          <w:i/>
        </w:rPr>
        <w:t>hoping</w:t>
      </w:r>
      <w:r>
        <w:t xml:space="preserve"> you’ll recover; you’ve </w:t>
      </w:r>
      <w:r>
        <w:rPr>
          <w:i/>
        </w:rPr>
        <w:t>designed</w:t>
      </w:r>
      <w:r>
        <w:t xml:space="preserve"> your system to recover.</w:t>
      </w:r>
    </w:p>
    <w:p>
      <w:r>
        <w:rPr>
          <w:b/>
        </w:rPr>
        <w:t>3. Automated Triggers for Fail-Safes: The "If-Then" Protocol</w:t>
      </w:r>
    </w:p>
    <w:p>
      <w:r>
        <w:t xml:space="preserve">To truly make your recovery instantaneous and frictionless, you need </w:t>
      </w:r>
      <w:r>
        <w:rPr>
          <w:b/>
        </w:rPr>
        <w:t>Anchor Points</w:t>
      </w:r>
      <w:r>
        <w:t xml:space="preserve"> that don't just initiate your ideal </w:t>
      </w:r>
      <w:r>
        <w:rPr>
          <w:b/>
        </w:rPr>
        <w:t>Execution Loop</w:t>
      </w:r>
      <w:r>
        <w:t>, but also trigger your fail-safe MVAs when the ideal path is unavailable. This leverages the power of environmental cues and pre-commitment.</w:t>
      </w:r>
    </w:p>
    <w:p>
      <w:pPr>
        <w:pStyle w:val="ListBullet"/>
      </w:pPr>
      <w:r>
        <w:t>**The "When-Blocked, Then-Fallback" Rule:** For each **Execution Loop**, define a clear "if-then" statement for when your primary execution is blocked.</w:t>
      </w:r>
    </w:p>
    <w:p>
      <w:pPr>
        <w:pStyle w:val="ListBullet"/>
      </w:pPr>
      <w:r>
        <w:t>*Example: Writing:* "IF I sit down to write at 7 AM and feel too drained to hit my 250-word MVA, THEN I will immediately open the document and type one sentence (Tier 3 MVA)."</w:t>
      </w:r>
    </w:p>
    <w:p>
      <w:pPr>
        <w:pStyle w:val="ListBullet"/>
      </w:pPr>
      <w:r>
        <w:t>*Example: Exercise:* "IF I cannot get to the gym for my planned workout, THEN I will immediately do 5 minutes of stretching at home, using my yoga mat as the **Anchor Point**."</w:t>
      </w:r>
    </w:p>
    <w:p>
      <w:pPr>
        <w:pStyle w:val="ListBullet"/>
      </w:pPr>
      <w:r>
        <w:t>*Example: Meditation:* "IF my usual meditation spot is noisy, THEN I will put on noise-canceling headphones and do 2 minutes of breath work at my desk (Tier 3 MVA)."</w:t>
      </w:r>
    </w:p>
    <w:p>
      <w:r>
        <w:t xml:space="preserve">These triggers can be external (a noisy environment, a blocked path, a notification) or internal (feeling too tired, overwhelmed, resistant). The key is to recognize the block </w:t>
      </w:r>
      <w:r>
        <w:rPr>
          <w:i/>
        </w:rPr>
        <w:t>immediately</w:t>
      </w:r>
      <w:r>
        <w:t xml:space="preserve"> and pivot to the pre-planned fallback, without internal debate. This is the </w:t>
      </w:r>
      <w:r>
        <w:rPr>
          <w:b/>
        </w:rPr>
        <w:t>crucial and effective</w:t>
      </w:r>
      <w:r>
        <w:t xml:space="preserve"> step that minimizes the time between lapse and re-engagement, embodying the heart of </w:t>
      </w:r>
      <w:r>
        <w:rPr>
          <w:b/>
        </w:rPr>
        <w:t>RECOVERY SPEED</w:t>
      </w:r>
      <w:r>
        <w:t>.</w:t>
      </w:r>
    </w:p>
    <w:p>
      <w:r>
        <w:t xml:space="preserve">Let’s meet Mark, a product manager who, like you, was intelligent and ambitious but consistently struggled with bringing his personal projects to completion. His current focus was learning a new coding language to build a mobile app, dedicating 45 minutes each weekday evening. He’d made significant strides in his </w:t>
      </w:r>
      <w:r>
        <w:rPr>
          <w:b/>
        </w:rPr>
        <w:t>Baseline Stability</w:t>
      </w:r>
      <w:r>
        <w:t xml:space="preserve">, ensuring consistent sleep and mindful nutrition. He’d used </w:t>
      </w:r>
      <w:r>
        <w:rPr>
          <w:b/>
        </w:rPr>
        <w:t>Friction Mapping</w:t>
      </w:r>
      <w:r>
        <w:t xml:space="preserve"> to set up his "coding zone"—a clean desk, dual monitors, dedicated IDE pre-loaded (</w:t>
      </w:r>
      <w:r>
        <w:rPr>
          <w:b/>
        </w:rPr>
        <w:t>Sustainable Ease</w:t>
      </w:r>
      <w:r>
        <w:t xml:space="preserve">). He’d also embraced </w:t>
      </w:r>
      <w:r>
        <w:rPr>
          <w:b/>
        </w:rPr>
        <w:t>Identity Containment</w:t>
      </w:r>
      <w:r>
        <w:t xml:space="preserve">, seeing himself as "someone who codes regularly," not "someone who </w:t>
      </w:r>
      <w:r>
        <w:rPr>
          <w:i/>
        </w:rPr>
        <w:t>never misses</w:t>
      </w:r>
      <w:r>
        <w:t xml:space="preserve"> a coding session." His standard MVA was "solve one coding challenge or write 15 lines of code." He was diligently applying the </w:t>
      </w:r>
      <w:r>
        <w:rPr>
          <w:b/>
        </w:rPr>
        <w:t>24-Hour Recovery Rule</w:t>
      </w:r>
      <w:r>
        <w:t xml:space="preserve"> when he missed a session.</w:t>
      </w:r>
    </w:p>
    <w:p>
      <w:r>
        <w:t xml:space="preserve">However, Mark still found himself occasionally spiraling. A late meeting, an unexpected family dinner, or simply a day of extreme mental fatigue would cause him to miss his 45-minute block. Even with his MVA and recovery rule, the </w:t>
      </w:r>
      <w:r>
        <w:rPr>
          <w:i/>
        </w:rPr>
        <w:t>decision</w:t>
      </w:r>
      <w:r>
        <w:t xml:space="preserve"> of what to do on those days felt like a drain. Should he try for 15 minutes? Was that even worth firing up the whole setup? The mental energy expended on this internal negotiation sometimes felt as exhausting as the coding itself, sometimes leading him to just give up for the night and feel the familiar pang of </w:t>
      </w:r>
      <w:r>
        <w:rPr>
          <w:b/>
        </w:rPr>
        <w:t>Motivation Decay</w:t>
      </w:r>
      <w:r>
        <w:t xml:space="preserve">. This was the </w:t>
      </w:r>
      <w:r>
        <w:rPr>
          <w:b/>
        </w:rPr>
        <w:t>insidious nature of hidden</w:t>
      </w:r>
      <w:r>
        <w:t xml:space="preserve"> friction, manifesting as decision fatigue during recovery.</w:t>
      </w:r>
    </w:p>
    <w:p>
      <w:r>
        <w:t xml:space="preserve">Mark realized his system was good at </w:t>
      </w:r>
      <w:r>
        <w:rPr>
          <w:i/>
        </w:rPr>
        <w:t>reacting</w:t>
      </w:r>
      <w:r>
        <w:t xml:space="preserve"> to misses, but not yet </w:t>
      </w:r>
      <w:r>
        <w:rPr>
          <w:i/>
        </w:rPr>
        <w:t>proactively designed</w:t>
      </w:r>
      <w:r>
        <w:t xml:space="preserve"> for them. He needed </w:t>
      </w:r>
      <w:r>
        <w:rPr>
          <w:b/>
        </w:rPr>
        <w:t>Fail-Safe Design</w:t>
      </w:r>
      <w:r>
        <w:t>.</w:t>
      </w:r>
    </w:p>
    <w:p>
      <w:r>
        <w:t xml:space="preserve">Here’s how Mark engineered his coding </w:t>
      </w:r>
      <w:r>
        <w:rPr>
          <w:b/>
        </w:rPr>
        <w:t>Execution Loop</w:t>
      </w:r>
      <w:r>
        <w:t xml:space="preserve"> with fail-safes:</w:t>
      </w:r>
    </w:p>
    <w:p>
      <w:pPr>
        <w:pStyle w:val="ListNumber"/>
      </w:pPr>
      <w:r>
        <w:t>**Tiered MVA Hierarchy for Coding:**</w:t>
      </w:r>
    </w:p>
    <w:p>
      <w:pPr>
        <w:pStyle w:val="ListNumber"/>
      </w:pPr>
      <w:r>
        <w:t>*   **Tier 1 (Ideal):** 45 minutes of focused coding on the app.</w:t>
      </w:r>
    </w:p>
    <w:p>
      <w:pPr>
        <w:pStyle w:val="ListNumber"/>
      </w:pPr>
      <w:r>
        <w:t>*   **Tier 2 (Good Enough MVA):** 15 minutes, solving one challenge or writing 15 lines of code. (His existing MVA)</w:t>
      </w:r>
    </w:p>
    <w:p>
      <w:pPr>
        <w:pStyle w:val="ListNumber"/>
      </w:pPr>
      <w:r>
        <w:t>*   **Tier 3 (Bare Minimum MVA / Fail-Safe):** 5 minutes. "Open the IDE, review the last 5 lines of code I wrote, and commit one small comment."</w:t>
      </w:r>
    </w:p>
    <w:p>
      <w:pPr>
        <w:pStyle w:val="ListNumber"/>
      </w:pPr>
      <w:r>
        <w:t>*   **Tier 4 (Emergency Fail-Safe / System Check):** 2 minutes. "Open my coding journal and simply write down what I *would* have worked on, or one question I have about the language."</w:t>
      </w:r>
    </w:p>
    <w:p>
      <w:pPr>
        <w:pStyle w:val="ListNumber"/>
      </w:pPr>
      <w:r>
        <w:t>**Contextual Contingencies:** Mark conducted his pre-mortem analysis.</w:t>
      </w:r>
    </w:p>
    <w:p>
      <w:pPr>
        <w:pStyle w:val="ListNumber"/>
      </w:pPr>
      <w:r>
        <w:t>*   *Disruptor: Late meeting/client call.* Fallback: Tier 3 MVA. "If meeting ends after 9 PM, do 5-min review and commit one comment."</w:t>
      </w:r>
    </w:p>
    <w:p>
      <w:pPr>
        <w:pStyle w:val="ListNumber"/>
      </w:pPr>
      <w:r>
        <w:t>*   *Disruptor: Mental exhaustion/low **Cognitive Fuel**.* Fallback: Tier 3 MVA. "If I feel too tired to focus, do 5-min review."</w:t>
      </w:r>
    </w:p>
    <w:p>
      <w:pPr>
        <w:pStyle w:val="ListNumber"/>
      </w:pPr>
      <w:r>
        <w:t>*   *Disruptor: Travel (no laptop/internet).* Fallback: Tier 4 MVA. "Review coding concepts on my phone for 2 minutes, or sketch out an algorithm on paper."</w:t>
      </w:r>
    </w:p>
    <w:p>
      <w:pPr>
        <w:pStyle w:val="ListNumber"/>
      </w:pPr>
      <w:r>
        <w:t>*   *Disruptor: Unexpected social event.* Fallback: Tier 3 MVA. "Before leaving, quickly review 5 lines of code."</w:t>
      </w:r>
    </w:p>
    <w:p>
      <w:pPr>
        <w:pStyle w:val="ListNumber"/>
      </w:pPr>
      <w:r>
        <w:t>**Automated Triggers for Fail-Safes:**</w:t>
      </w:r>
    </w:p>
    <w:p>
      <w:pPr>
        <w:pStyle w:val="ListNumber"/>
      </w:pPr>
      <w:r>
        <w:t>*   **Anchor Point:** His usual 8 PM reminder to start coding.</w:t>
      </w:r>
    </w:p>
    <w:p>
      <w:pPr>
        <w:pStyle w:val="ListNumber"/>
      </w:pPr>
      <w:r>
        <w:t>*   **If-Then Protocol:**</w:t>
      </w:r>
    </w:p>
    <w:p>
      <w:pPr>
        <w:pStyle w:val="ListNumber"/>
      </w:pPr>
      <w:r>
        <w:t>*   "IF it's 8 PM and I'm unable to sit down for 45 minutes, THEN I immediately assess my energy."</w:t>
      </w:r>
    </w:p>
    <w:p>
      <w:pPr>
        <w:pStyle w:val="ListNumber"/>
      </w:pPr>
      <w:r>
        <w:t>*   "IF I determine my **Cognitive Fuel** is low, THEN I activate my Tier 3 MVA: open the IDE, review 5 lines, commit a comment."</w:t>
      </w:r>
    </w:p>
    <w:p>
      <w:pPr>
        <w:pStyle w:val="ListNumber"/>
      </w:pPr>
      <w:r>
        <w:t>*   "IF I'm traveling or in a truly unavoidable situation, THEN I activate my Tier 4 MVA: open my coding journal on my phone and jot down one coding thought."</w:t>
      </w:r>
    </w:p>
    <w:p>
      <w:r>
        <w:t>The results were transformative. The internal debate vanished. When 8 PM hit, if he couldn't do his ideal 45 minutes, he didn't ponder or feel guilty. He simply defaulted to the next appropriate tier. If he was exhausted, he'd do his 5-minute review. If he was out with friends, he'd excuse himself for two minutes, pull out his phone, and jot a quick thought in his coding journal.</w:t>
      </w:r>
    </w:p>
    <w:p>
      <w:r>
        <w:t xml:space="preserve">These tiny, almost insignificant acts were incredibly powerful. They preserved his </w:t>
      </w:r>
      <w:r>
        <w:rPr>
          <w:b/>
        </w:rPr>
        <w:t>Initial Impulse</w:t>
      </w:r>
      <w:r>
        <w:t xml:space="preserve"> for the next day, preventing the </w:t>
      </w:r>
      <w:r>
        <w:rPr>
          <w:b/>
        </w:rPr>
        <w:t>Motivation Decay</w:t>
      </w:r>
      <w:r>
        <w:t xml:space="preserve"> that used to set in after a full miss. They reinforced his </w:t>
      </w:r>
      <w:r>
        <w:rPr>
          <w:b/>
        </w:rPr>
        <w:t>Identity Containment</w:t>
      </w:r>
      <w:r>
        <w:t xml:space="preserve"> as "someone who codes </w:t>
      </w:r>
      <w:r>
        <w:rPr>
          <w:i/>
        </w:rPr>
        <w:t>consistently</w:t>
      </w:r>
      <w:r>
        <w:t xml:space="preserve">," not "someone who codes </w:t>
      </w:r>
      <w:r>
        <w:rPr>
          <w:i/>
        </w:rPr>
        <w:t>perfectly</w:t>
      </w:r>
      <w:r>
        <w:t xml:space="preserve">." And most importantly, they minimized the opportunity for </w:t>
      </w:r>
      <w:r>
        <w:rPr>
          <w:b/>
        </w:rPr>
        <w:t>this pervasive foe</w:t>
      </w:r>
      <w:r>
        <w:t xml:space="preserve">, </w:t>
      </w:r>
      <w:r>
        <w:rPr>
          <w:b/>
        </w:rPr>
        <w:t>The Restart Illusion</w:t>
      </w:r>
      <w:r>
        <w:t xml:space="preserve">, to take hold. He wasn't restarting; he was simply using a different, pre-approved operating mode for the day. He was operating within the </w:t>
      </w:r>
      <w:r>
        <w:rPr>
          <w:b/>
        </w:rPr>
        <w:t>realm of</w:t>
      </w:r>
      <w:r>
        <w:t xml:space="preserve"> truly proactive </w:t>
      </w:r>
      <w:r>
        <w:rPr>
          <w:b/>
        </w:rPr>
        <w:t>Stability Engineering</w:t>
      </w:r>
      <w:r>
        <w:t>.</w:t>
      </w:r>
    </w:p>
    <w:p>
      <w:r>
        <w:t>The psychological shift for Mark was immense. He stopped fearing bad days. He knew, with calm confidence, that no matter what life threw at him, his commitment to coding wouldn't be broken. He had designed a system that wouldn't collapse, even under pressure. This wasn't about trying harder; it was about designing smarter, ensuring that the path of least resistance was always available, even when the ideal path was blocked.</w:t>
      </w:r>
    </w:p>
    <w:p>
      <w:r>
        <w:rPr>
          <w:b/>
        </w:rPr>
        <w:t>Implementing Your Own Fail-Safe Design:</w:t>
      </w:r>
    </w:p>
    <w:p>
      <w:pPr>
        <w:pStyle w:val="ListNumber"/>
      </w:pPr>
      <w:r>
        <w:t>**Select an Execution Loop:** Choose one **Execution Loop** you want to fortify with **Fail-Safe Design**.</w:t>
      </w:r>
    </w:p>
    <w:p>
      <w:pPr>
        <w:pStyle w:val="ListNumber"/>
      </w:pPr>
      <w:r>
        <w:t>**Define Your Tiered MVAs:** Clearly articulate your Tier 1 (Ideal), Tier 2 (Standard MVA), Tier 3 (Bare Minimum Fail-Safe), and Tier 4 (Emergency System Check) for this specific loop. Write them down. Make Tier 3 and 4 ridiculously small.</w:t>
      </w:r>
    </w:p>
    <w:p>
      <w:pPr>
        <w:pStyle w:val="ListNumber"/>
      </w:pPr>
      <w:r>
        <w:t>**Conduct a Pre-Mortem:** Brainstorm the top 3-5 reasons you might miss your ideal **Execution Loop**. Be honest and comprehensive.</w:t>
      </w:r>
    </w:p>
    <w:p>
      <w:pPr>
        <w:pStyle w:val="ListNumber"/>
      </w:pPr>
      <w:r>
        <w:t>**Map Contextual Contingencies:** For each disruptor identified in your pre-mortem, assign the appropriate Tiered MVA. This creates your "if [disruptor], then [Tier X MVA]" playbook.</w:t>
      </w:r>
    </w:p>
    <w:p>
      <w:pPr>
        <w:pStyle w:val="ListNumber"/>
      </w:pPr>
      <w:r>
        <w:t>**Establish Automated Triggers:** Identify the **Anchor Points** for your **Execution Loop** and design specific "if-then" statements that automatically trigger your fallback MVAs when the ideal path is blocked. This moves the decision from your conscious, depleted mind to your pre-committed, designed system.</w:t>
      </w:r>
    </w:p>
    <w:p>
      <w:pPr>
        <w:pStyle w:val="ListNumber"/>
      </w:pPr>
      <w:r>
        <w:t>**Practice the Pivot:** Mentally rehearse these pivots. Visualize a disruptor happening, and then immediately shifting to your pre-designed fallback. The more you mentally practice, the more automatic the actual pivot will become. This **moment where we deepen our** understanding of recovery is precisely where it becomes an ingrained behavior.</w:t>
      </w:r>
    </w:p>
    <w:p>
      <w:r>
        <w:t xml:space="preserve">This proactive approach to </w:t>
      </w:r>
      <w:r>
        <w:rPr>
          <w:b/>
        </w:rPr>
        <w:t>RECOVERY SPEED</w:t>
      </w:r>
      <w:r>
        <w:t xml:space="preserve"> is what makes your </w:t>
      </w:r>
      <w:r>
        <w:rPr>
          <w:b/>
        </w:rPr>
        <w:t>Execution Loops</w:t>
      </w:r>
      <w:r>
        <w:t xml:space="preserve"> truly robust. It acknowledges that life is messy and that perfection is a myth, but it provides a concrete, intelligent strategy for navigating that messiness without losing your forward momentum. You’re not just building a bridge that can withstand a storm; you’re building one with automatic, reinforced supports that deploy the moment the winds pick up.</w:t>
      </w:r>
    </w:p>
    <w:p>
      <w:r>
        <w:t xml:space="preserve">By designing your </w:t>
      </w:r>
      <w:r>
        <w:rPr>
          <w:b/>
        </w:rPr>
        <w:t>Execution Loops</w:t>
      </w:r>
      <w:r>
        <w:t xml:space="preserve"> with </w:t>
      </w:r>
      <w:r>
        <w:rPr>
          <w:b/>
        </w:rPr>
        <w:t>Fail-Safe Design</w:t>
      </w:r>
      <w:r>
        <w:t xml:space="preserve">, you’re solidifying your identity as a </w:t>
      </w:r>
      <w:r>
        <w:rPr>
          <w:b/>
        </w:rPr>
        <w:t>Stability Engineer</w:t>
      </w:r>
      <w:r>
        <w:t xml:space="preserve"> who not only builds, but also anticipates and fortifies. You're guaranteeing that even on your "worst" days, you still show up, however minimally. This consistent engagement, however small, is the invisible thread that prevents </w:t>
      </w:r>
      <w:r>
        <w:rPr>
          <w:b/>
        </w:rPr>
        <w:t>Motivation Decay</w:t>
      </w:r>
      <w:r>
        <w:t xml:space="preserve"> and strengthens your self-trust. It ensures that the </w:t>
      </w:r>
      <w:r>
        <w:rPr>
          <w:b/>
        </w:rPr>
        <w:t>single most impactful leve</w:t>
      </w:r>
      <w:r>
        <w:t xml:space="preserve"> for sustained consistency—rapid, frictionless recovery—is always at your fingertips.</w:t>
      </w:r>
    </w:p>
    <w:p>
      <w:r>
        <w:t xml:space="preserve">Now that your individual </w:t>
      </w:r>
      <w:r>
        <w:rPr>
          <w:b/>
        </w:rPr>
        <w:t>Execution Loops</w:t>
      </w:r>
      <w:r>
        <w:t xml:space="preserve"> are fortified with </w:t>
      </w:r>
      <w:r>
        <w:rPr>
          <w:b/>
        </w:rPr>
        <w:t>Fail-Safe Design</w:t>
      </w:r>
      <w:r>
        <w:t xml:space="preserve">, capable of withstanding the inevitable disruptions, the next logical step is to connect them. Individual acts, no matter how resilient, gain exponential power when linked into an unstoppable sequence. In the next chapter, we’ll unveil the power of </w:t>
      </w:r>
      <w:r>
        <w:rPr>
          <w:b/>
        </w:rPr>
        <w:t>EXECUTION CHAINS</w:t>
      </w:r>
      <w:r>
        <w:t>, exploring how to create seamless, self-propelling sequences that make sustained consistency not just easy and recoverable, but truly inevitable, pulling you forward with an almost magnetic force.</w:t>
      </w:r>
    </w:p>
    <w:p>
      <w:r>
        <w:br w:type="page"/>
      </w:r>
    </w:p>
    <w:p>
      <w:pPr>
        <w:pStyle w:val="Heading1"/>
      </w:pPr>
      <w:r>
        <w:rPr>
          <w:sz w:val="36"/>
        </w:rPr>
        <w:t>Chapter 9: EXECUTION CHAINS</w:t>
      </w:r>
    </w:p>
    <w:p>
      <w:r>
        <w:t xml:space="preserve">You’ve learned to stabilize your internal world, to de-friction your external environment, and to fortify your identity against the inevitable bumps. Now, with </w:t>
      </w:r>
      <w:r>
        <w:rPr>
          <w:b/>
        </w:rPr>
        <w:t>RECOVERY SPEED</w:t>
      </w:r>
      <w:r>
        <w:t xml:space="preserve"> as your guiding principle, you have the ultimate insurance policy against </w:t>
      </w:r>
      <w:r>
        <w:rPr>
          <w:b/>
        </w:rPr>
        <w:t>The Restart Illusion</w:t>
      </w:r>
      <w:r>
        <w:t xml:space="preserve">. You know </w:t>
      </w:r>
      <w:r>
        <w:rPr>
          <w:i/>
        </w:rPr>
        <w:t>what</w:t>
      </w:r>
      <w:r>
        <w:t xml:space="preserve"> to do when you falter, and </w:t>
      </w:r>
      <w:r>
        <w:rPr>
          <w:i/>
        </w:rPr>
        <w:t>how</w:t>
      </w:r>
      <w:r>
        <w:t xml:space="preserve"> to do it with minimal effort and maximum psychological benefit. You're no longer fearing the missed day; you're prepared for it.</w:t>
      </w:r>
    </w:p>
    <w:p>
      <w:r>
        <w:t xml:space="preserve">But consistent action isn't just about individual </w:t>
      </w:r>
      <w:r>
        <w:rPr>
          <w:b/>
        </w:rPr>
        <w:t>Execution Loops</w:t>
      </w:r>
      <w:r>
        <w:t xml:space="preserve">; it's about how those loops connect, build upon one another, and create an unstoppable trajectory. In the next chapter, we’ll unveil the power of </w:t>
      </w:r>
      <w:r>
        <w:rPr>
          <w:b/>
        </w:rPr>
        <w:t>EXECUTION CHAINS</w:t>
      </w:r>
      <w:r>
        <w:t>, exploring how to create seamless, self-propelling sequences that make sustained consistency not just easy and recoverable, but truly inevitable, pulling you forward with an almost magnetic force.</w:t>
      </w:r>
    </w:p>
    <w:p>
      <w:r>
        <w:t xml:space="preserve">Consider the individual links you’ve so carefully forged. Each </w:t>
      </w:r>
      <w:r>
        <w:rPr>
          <w:b/>
        </w:rPr>
        <w:t>Execution Loop</w:t>
      </w:r>
      <w:r>
        <w:t xml:space="preserve">—your morning meditation, your creative writing session, your dedicated exercise—now stands as a testament to your </w:t>
      </w:r>
      <w:r>
        <w:rPr>
          <w:b/>
        </w:rPr>
        <w:t>Stability Engineering</w:t>
      </w:r>
      <w:r>
        <w:t xml:space="preserve">. Each has been fortified with </w:t>
      </w:r>
      <w:r>
        <w:rPr>
          <w:b/>
        </w:rPr>
        <w:t>Baseline Stability</w:t>
      </w:r>
      <w:r>
        <w:t xml:space="preserve">, de-frictioned for </w:t>
      </w:r>
      <w:r>
        <w:rPr>
          <w:b/>
        </w:rPr>
        <w:t>Sustainable Ease</w:t>
      </w:r>
      <w:r>
        <w:t xml:space="preserve">, contained by a resilient identity, and equipped with </w:t>
      </w:r>
      <w:r>
        <w:rPr>
          <w:b/>
        </w:rPr>
        <w:t>Fail-Safe Design</w:t>
      </w:r>
      <w:r>
        <w:t xml:space="preserve"> and </w:t>
      </w:r>
      <w:r>
        <w:rPr>
          <w:b/>
        </w:rPr>
        <w:t>24-Hour Recovery Rule</w:t>
      </w:r>
      <w:r>
        <w:t xml:space="preserve"> protocols. These are not merely well-intentioned tasks; they are robust components, meticulously crafted to resist collapse.</w:t>
      </w:r>
    </w:p>
    <w:p>
      <w:r>
        <w:t xml:space="preserve">And yet, despite their individual strength, have you noticed that a morning composed of five perfectly optimized, low-friction </w:t>
      </w:r>
      <w:r>
        <w:rPr>
          <w:b/>
        </w:rPr>
        <w:t>Execution Loops</w:t>
      </w:r>
      <w:r>
        <w:t xml:space="preserve"> can still feel like a series of distinct battles, each requiring a fresh (albeit smaller) expenditure of </w:t>
      </w:r>
      <w:r>
        <w:rPr>
          <w:b/>
        </w:rPr>
        <w:t>Cognitive Fuel</w:t>
      </w:r>
      <w:r>
        <w:t xml:space="preserve"> to initiate? You finish your meditation, feeling calm. But then there’s a micro-pause, a subtle decision point: </w:t>
      </w:r>
      <w:r>
        <w:rPr>
          <w:i/>
        </w:rPr>
        <w:t>now</w:t>
      </w:r>
      <w:r>
        <w:t xml:space="preserve"> what? Do I go for that run? Check email? Start writing? This seemingly innocuous gap, this moment of choice, is a subtle form of friction. It's an invitation for procrastination, for distraction, and for the insidious whispers of </w:t>
      </w:r>
      <w:r>
        <w:rPr>
          <w:b/>
        </w:rPr>
        <w:t>this pervasive foe</w:t>
      </w:r>
      <w:r>
        <w:t xml:space="preserve"> to re-enter your </w:t>
      </w:r>
      <w:r>
        <w:rPr>
          <w:b/>
        </w:rPr>
        <w:t>System Context</w:t>
      </w:r>
      <w:r>
        <w:t>.</w:t>
      </w:r>
    </w:p>
    <w:p>
      <w:r>
        <w:t xml:space="preserve">This is where individual resilience meets its ultimate expression: </w:t>
      </w:r>
      <w:r>
        <w:rPr>
          <w:b/>
        </w:rPr>
        <w:t>EXECUTION CHAINS</w:t>
      </w:r>
      <w:r>
        <w:t xml:space="preserve">. This component of the </w:t>
      </w:r>
      <w:r>
        <w:rPr>
          <w:b/>
        </w:rPr>
        <w:t>C-CODE</w:t>
      </w:r>
      <w:r>
        <w:t xml:space="preserve"> isn't about strengthening individual links further; it’s about eliminating the gaps </w:t>
      </w:r>
      <w:r>
        <w:rPr>
          <w:i/>
        </w:rPr>
        <w:t>between</w:t>
      </w:r>
      <w:r>
        <w:t xml:space="preserve"> them. It’s about creating an unbroken, self-propelling sequence of actions where the completion of one </w:t>
      </w:r>
      <w:r>
        <w:rPr>
          <w:b/>
        </w:rPr>
        <w:t>Execution Loop</w:t>
      </w:r>
      <w:r>
        <w:t xml:space="preserve"> doesn't just enable the next, but actively </w:t>
      </w:r>
      <w:r>
        <w:rPr>
          <w:i/>
        </w:rPr>
        <w:t>triggers</w:t>
      </w:r>
      <w:r>
        <w:t xml:space="preserve"> it, making the flow from one task to the next feel almost inevitable. You’re no longer fighting to start each activity; you’re simply being carried by the momentum of the chain itself.</w:t>
      </w:r>
    </w:p>
    <w:p>
      <w:r>
        <w:t xml:space="preserve">Think of it like a train. Each car (individual </w:t>
      </w:r>
      <w:r>
        <w:rPr>
          <w:b/>
        </w:rPr>
        <w:t>Execution Loop</w:t>
      </w:r>
      <w:r>
        <w:t xml:space="preserve">) is engineered for stability and performance. But the true power isn't in any single car; it's in how they're coupled together, how the engine pulls them all as a single, unstoppable unit. Once the train starts moving, it takes far less energy to keep it going than to stop and restart each car individually. Your </w:t>
      </w:r>
      <w:r>
        <w:rPr>
          <w:b/>
        </w:rPr>
        <w:t>Execution Chains</w:t>
      </w:r>
      <w:r>
        <w:t xml:space="preserve"> are designed to harness this same principle of continuous momentum.</w:t>
      </w:r>
    </w:p>
    <w:p>
      <w:r>
        <w:t xml:space="preserve">The core insight of </w:t>
      </w:r>
      <w:r>
        <w:rPr>
          <w:b/>
        </w:rPr>
        <w:t>EXECUTION CHAINS</w:t>
      </w:r>
      <w:r>
        <w:t xml:space="preserve"> is that consistency thrives in the absence of decision. Every decision, no matter how small, consumes </w:t>
      </w:r>
      <w:r>
        <w:rPr>
          <w:b/>
        </w:rPr>
        <w:t>Cognitive Fuel</w:t>
      </w:r>
      <w:r>
        <w:t xml:space="preserve"> and introduces a point of potential friction. By chaining your actions, you essentially pre-decide your next steps, removing the need for conscious willpower at each transition. You move from "What should I do now?" to "What's next in the sequence?" The answer is automatic.</w:t>
      </w:r>
    </w:p>
    <w:p>
      <w:r>
        <w:t xml:space="preserve">Let’s consider Clara, a talented product designer who had diligently applied all the principles of the </w:t>
      </w:r>
      <w:r>
        <w:rPr>
          <w:b/>
        </w:rPr>
        <w:t>C-CODE</w:t>
      </w:r>
      <w:r>
        <w:t xml:space="preserve">. Her </w:t>
      </w:r>
      <w:r>
        <w:rPr>
          <w:b/>
        </w:rPr>
        <w:t>Baseline Stability</w:t>
      </w:r>
      <w:r>
        <w:t xml:space="preserve"> was solid, ensuring good sleep and nutrition. Her morning </w:t>
      </w:r>
      <w:r>
        <w:rPr>
          <w:b/>
        </w:rPr>
        <w:t>Execution Loops</w:t>
      </w:r>
      <w:r>
        <w:t xml:space="preserve"> for meditation, creative ideation, and planning her day were individually de-frictioned for </w:t>
      </w:r>
      <w:r>
        <w:rPr>
          <w:b/>
        </w:rPr>
        <w:t>Sustainable Ease</w:t>
      </w:r>
      <w:r>
        <w:t xml:space="preserve"> through </w:t>
      </w:r>
      <w:r>
        <w:rPr>
          <w:b/>
        </w:rPr>
        <w:t>Friction Mapping</w:t>
      </w:r>
      <w:r>
        <w:t xml:space="preserve">. She had defined MVAs for each and embraced </w:t>
      </w:r>
      <w:r>
        <w:rPr>
          <w:b/>
        </w:rPr>
        <w:t>Identity Containment</w:t>
      </w:r>
      <w:r>
        <w:t xml:space="preserve"> as someone who "cultivates ideas daily." She even had </w:t>
      </w:r>
      <w:r>
        <w:rPr>
          <w:b/>
        </w:rPr>
        <w:t>Fail-Safe Design</w:t>
      </w:r>
      <w:r>
        <w:t xml:space="preserve"> for each: if her 20-minute meditation was interrupted, she’d immediately pivot to a 2-minute breath work session. If her 30-minute creative ideation was blocked, she’d simply open her digital whiteboard for 5 minutes and jot down one concept. She was a master of individual recovery.</w:t>
      </w:r>
    </w:p>
    <w:p>
      <w:r>
        <w:t xml:space="preserve">Yet, Clara still felt a subtle, almost imperceptible drag each morning. She’d finish her meditation, feel good, but then pick up her phone, "just for a second," to check the time or a notification. That "second" often stretched into five minutes of scrolling, a micro-lapse that bled her </w:t>
      </w:r>
      <w:r>
        <w:rPr>
          <w:b/>
        </w:rPr>
        <w:t>Cognitive Fuel</w:t>
      </w:r>
      <w:r>
        <w:t xml:space="preserve"> and diluted her </w:t>
      </w:r>
      <w:r>
        <w:rPr>
          <w:b/>
        </w:rPr>
        <w:t>Initial Impulse</w:t>
      </w:r>
      <w:r>
        <w:t xml:space="preserve"> for the next task. The jump from meditation to creative ideation, even with her prepped tools, felt like a discrete restart. The flow was broken. The "magnetic force" was missing.</w:t>
      </w:r>
    </w:p>
    <w:p>
      <w:r>
        <w:t xml:space="preserve">Clara realized she needed to connect her robust individual loops into a seamless </w:t>
      </w:r>
      <w:r>
        <w:rPr>
          <w:b/>
        </w:rPr>
        <w:t>EXECUTION CHAIN</w:t>
      </w:r>
      <w:r>
        <w:t>. She needed to eliminate the gaps, the "decision points" between them.</w:t>
      </w:r>
    </w:p>
    <w:p>
      <w:r>
        <w:t xml:space="preserve">Here’s how Clara engineered her morning </w:t>
      </w:r>
      <w:r>
        <w:rPr>
          <w:b/>
        </w:rPr>
        <w:t>Execution Chain</w:t>
      </w:r>
      <w:r>
        <w:t>:</w:t>
      </w:r>
    </w:p>
    <w:p>
      <w:r>
        <w:rPr>
          <w:b/>
        </w:rPr>
        <w:t>Old Morning (Isolated Loops):</w:t>
      </w:r>
      <w:r>
        <w:br/>
        <w:t>1.  Wake up (6:00 AM)</w:t>
        <w:br/>
        <w:t>2.  Meditate (6:15 AM - 6:35 AM)</w:t>
        <w:br/>
        <w:t xml:space="preserve">3.  Check phone (6:35 AM - 6:40 AM) - </w:t>
      </w:r>
      <w:r>
        <w:rPr>
          <w:i/>
        </w:rPr>
        <w:t>Decision Point / Friction</w:t>
      </w:r>
      <w:r>
        <w:br/>
        <w:t>4.  Creative Ideation (6:45 AM - 7:15 AM)</w:t>
        <w:br/>
        <w:t xml:space="preserve">5.  Get ready for work (7:15 AM) - </w:t>
      </w:r>
      <w:r>
        <w:rPr>
          <w:i/>
        </w:rPr>
        <w:t>Another Decision Point / Friction</w:t>
      </w:r>
    </w:p>
    <w:p>
      <w:r>
        <w:rPr>
          <w:b/>
        </w:rPr>
        <w:t>New Morning (Execution Chain):</w:t>
      </w:r>
      <w:r>
        <w:br/>
        <w:t xml:space="preserve">1.  </w:t>
      </w:r>
      <w:r>
        <w:rPr>
          <w:b/>
        </w:rPr>
        <w:t>Anchor Point: Alarm (6:00 AM).</w:t>
      </w:r>
      <w:r>
        <w:t xml:space="preserve"> Alarm is across the room (Friction Governance). As soon as she stands to turn it off, she immediately moves to her meditation cushion.</w:t>
        <w:br/>
        <w:t xml:space="preserve">2.  </w:t>
      </w:r>
      <w:r>
        <w:rPr>
          <w:b/>
        </w:rPr>
        <w:t>Execution Loop 1: Meditation (6:05 AM - 6:25 AM).</w:t>
      </w:r>
      <w:r>
        <w:t xml:space="preserve"> Her headphones are already charging on the cushion (Friction Governance). The </w:t>
      </w:r>
      <w:r>
        <w:rPr>
          <w:i/>
        </w:rPr>
        <w:t>completion</w:t>
      </w:r>
      <w:r>
        <w:t xml:space="preserve"> of meditation isn't just an end; it's the </w:t>
      </w:r>
      <w:r>
        <w:rPr>
          <w:b/>
        </w:rPr>
        <w:t>Anchor Point</w:t>
      </w:r>
      <w:r>
        <w:t xml:space="preserve"> for the next action.</w:t>
        <w:br/>
        <w:t xml:space="preserve">3.  </w:t>
      </w:r>
      <w:r>
        <w:rPr>
          <w:b/>
        </w:rPr>
        <w:t>Execution Loop 2: Creative Ideation (6:25 AM - 6:55 AM).</w:t>
      </w:r>
      <w:r>
        <w:t xml:space="preserve"> Immediately upon finishing meditation, without checking her phone or doing anything else, she opens her pre-loaded digital whiteboard on her laptop, which is already open on her desk. Her journal and favorite pen are also laid out (Friction Governance for the </w:t>
      </w:r>
      <w:r>
        <w:rPr>
          <w:i/>
        </w:rPr>
        <w:t>transition</w:t>
      </w:r>
      <w:r>
        <w:t>). The mental state from meditation naturally flows into creative thinking.</w:t>
        <w:br/>
        <w:t xml:space="preserve">4.  </w:t>
      </w:r>
      <w:r>
        <w:rPr>
          <w:b/>
        </w:rPr>
        <w:t>Execution Loop 3: Daily Planning &amp; Review (6:55 AM - 7:05 AM).</w:t>
      </w:r>
      <w:r>
        <w:t xml:space="preserve"> As soon as she finishes her ideation session, she shifts to her pre-opened planning app, reviewing her top 3 priorities for the day, quickly assigning time blocks. This directly leverages the insights from her ideation session.</w:t>
        <w:br/>
        <w:t xml:space="preserve">5.  </w:t>
      </w:r>
      <w:r>
        <w:rPr>
          <w:b/>
        </w:rPr>
        <w:t>Execution Loop 4: Prepare Nutritious Breakfast (7:05 AM - 7:15 AM).</w:t>
      </w:r>
      <w:r>
        <w:t xml:space="preserve"> The completion of planning triggers her move to the kitchen. Her breakfast ingredients (oats, fruit, protein powder) are pre-portioned and easily accessible (Friction Governance for the </w:t>
      </w:r>
      <w:r>
        <w:rPr>
          <w:i/>
        </w:rPr>
        <w:t>transition</w:t>
      </w:r>
      <w:r>
        <w:t xml:space="preserve"> and the loop itself).</w:t>
        <w:br/>
        <w:t xml:space="preserve">6.  </w:t>
      </w:r>
      <w:r>
        <w:rPr>
          <w:b/>
        </w:rPr>
        <w:t>Anchor Point: Eating Breakfast (7:15 AM).</w:t>
      </w:r>
      <w:r>
        <w:t xml:space="preserve"> This signals the end of her "deep work" chain and the transition to a more relaxed start to her workday.</w:t>
      </w:r>
    </w:p>
    <w:p>
      <w:r>
        <w:t xml:space="preserve">Notice the difference: In the old system, each task was an island. In the new system, the completion of one action </w:t>
      </w:r>
      <w:r>
        <w:rPr>
          <w:i/>
        </w:rPr>
        <w:t>is the cue</w:t>
      </w:r>
      <w:r>
        <w:t xml:space="preserve"> for the next. There are no gaps, no decision points, no opportunities for </w:t>
      </w:r>
      <w:r>
        <w:rPr>
          <w:b/>
        </w:rPr>
        <w:t>Cognitive Fuel</w:t>
      </w:r>
      <w:r>
        <w:t xml:space="preserve"> to be drained by internal debate or external distraction. The phone, which was a source of friction, is now relegated to a later part of her morning, far removed from her core chain.</w:t>
      </w:r>
    </w:p>
    <w:p>
      <w:r>
        <w:t xml:space="preserve">This is the power of </w:t>
      </w:r>
      <w:r>
        <w:rPr>
          <w:b/>
        </w:rPr>
        <w:t>EXECUTION CHAINS</w:t>
      </w:r>
      <w:r>
        <w:t>: they transform a series of individual efforts into a singular, self-propelling force.</w:t>
      </w:r>
    </w:p>
    <w:p>
      <w:r>
        <w:rPr>
          <w:b/>
        </w:rPr>
        <w:t>Engineering Your Own Execution Chains: The Principles of Seamless Momentum</w:t>
      </w:r>
    </w:p>
    <w:p>
      <w:r>
        <w:t xml:space="preserve">To build these powerful chains, you need to apply your existing </w:t>
      </w:r>
      <w:r>
        <w:rPr>
          <w:b/>
        </w:rPr>
        <w:t>Stability Engineering</w:t>
      </w:r>
      <w:r>
        <w:t xml:space="preserve"> toolkit with a focus on </w:t>
      </w:r>
      <w:r>
        <w:rPr>
          <w:i/>
        </w:rPr>
        <w:t>interconnection</w:t>
      </w:r>
      <w:r>
        <w:t xml:space="preserve"> and </w:t>
      </w:r>
      <w:r>
        <w:rPr>
          <w:i/>
        </w:rPr>
        <w:t>flow</w:t>
      </w:r>
      <w:r>
        <w:t>.</w:t>
      </w:r>
    </w:p>
    <w:p>
      <w:pPr>
        <w:pStyle w:val="ListNumber"/>
      </w:pPr>
      <w:r>
        <w:t>**Identify Your Core Sequence (The Minimum Viable Chain):**</w:t>
      </w:r>
    </w:p>
    <w:p>
      <w:pPr>
        <w:pStyle w:val="ListNumber"/>
      </w:pPr>
      <w:r>
        <w:t>*   Don't try to chain everything at once. Pick 2-4 **Execution Loops** that naturally flow into each other and represent a critical sequence for your goals. (e.g., morning routine, pre-work deep dive, evening wind-down).</w:t>
      </w:r>
    </w:p>
    <w:p>
      <w:pPr>
        <w:pStyle w:val="ListNumber"/>
      </w:pPr>
      <w:r>
        <w:t>*   Prioritize actions that build on each other (e.g., meditation -&gt; ideation; workout -&gt; healthy meal).</w:t>
      </w:r>
    </w:p>
    <w:p>
      <w:pPr>
        <w:pStyle w:val="ListNumber"/>
      </w:pPr>
      <w:r>
        <w:t>*   This is your **Minimum Viable Chain (MVC)**: the smallest, most essential sequence that, when completed, generates significant momentum and reinforces your process identity.</w:t>
      </w:r>
    </w:p>
    <w:p>
      <w:pPr>
        <w:pStyle w:val="ListNumber"/>
      </w:pPr>
      <w:r>
        <w:t>**Design for Contiguous Flow – Eliminate Micro-Friction Between Links:**</w:t>
      </w:r>
    </w:p>
    <w:p>
      <w:pPr>
        <w:pStyle w:val="ListNumber"/>
      </w:pPr>
      <w:r>
        <w:t>*   This is **where you become a true** master of your **System Context**. The transition *between* each **Execution Loop** is where friction loves to hide.</w:t>
      </w:r>
    </w:p>
    <w:p>
      <w:pPr>
        <w:pStyle w:val="ListNumber"/>
      </w:pPr>
      <w:r>
        <w:t>*   **Physical Co-location:** Can the next activity be done in the same physical space, or require minimal movement? (e.g., journal next to meditation cushion).</w:t>
      </w:r>
    </w:p>
    <w:p>
      <w:pPr>
        <w:pStyle w:val="ListNumber"/>
      </w:pPr>
      <w:r>
        <w:t>*   **Pre-Loading/Pre-Staging:** Ensure the tools, software, or materials for the next link in the chain are immediately ready. No searching, no setup. (e.g., Mark's IDE pre-loaded, Clara's digital whiteboard open). This leverages **Friction Governance** to its fullest.</w:t>
      </w:r>
    </w:p>
    <w:p>
      <w:pPr>
        <w:pStyle w:val="ListNumber"/>
      </w:pPr>
      <w:r>
        <w:t>*   **Logical Progression:** Does the mental state or output of one activity naturally lead into the next? (e.g., focused calm from meditation into creative work; post-workout hunger into meal prep).</w:t>
      </w:r>
    </w:p>
    <w:p>
      <w:pPr>
        <w:pStyle w:val="ListNumber"/>
      </w:pPr>
      <w:r>
        <w:t>*   **Digital Seamlessness:** If your chain involves digital tasks, ensure applications are open, files are loaded, and notifications are silenced for the *entire duration* of the chain. This removes the **insidious nature of hidden** digital friction.</w:t>
      </w:r>
    </w:p>
    <w:p>
      <w:pPr>
        <w:pStyle w:val="ListNumber"/>
      </w:pPr>
      <w:r>
        <w:t>**Use "Completion as Cue" – The Power of the Anchor Action:**</w:t>
      </w:r>
    </w:p>
    <w:p>
      <w:pPr>
        <w:pStyle w:val="ListNumber"/>
      </w:pPr>
      <w:r>
        <w:t>*   For **EXECUTION CHAINS**, the completion of one **Execution Loop** becomes the **Anchor Point** for the next. This is a subtle but profound shift from external triggers.</w:t>
      </w:r>
    </w:p>
    <w:p>
      <w:pPr>
        <w:pStyle w:val="ListNumber"/>
      </w:pPr>
      <w:r>
        <w:t>*   Instead of "When my alarm rings, I meditate," it becomes "When my meditation ends, I immediately start creative ideation."</w:t>
      </w:r>
    </w:p>
    <w:p>
      <w:pPr>
        <w:pStyle w:val="ListNumber"/>
      </w:pPr>
      <w:r>
        <w:t>*   This creates a psychological "if-then" statement that is self-reinforcing. Your brain learns to associate the end of one activity with the immediate beginning of the next, building powerful neurological pathways.</w:t>
      </w:r>
    </w:p>
    <w:p>
      <w:pPr>
        <w:pStyle w:val="ListNumber"/>
      </w:pPr>
      <w:r>
        <w:t>**Integrate Fail-Safe Design &amp; Recovery Speed *Within* the Chain:**</w:t>
      </w:r>
    </w:p>
    <w:p>
      <w:pPr>
        <w:pStyle w:val="ListNumber"/>
      </w:pPr>
      <w:r>
        <w:t>*   This is the ultimate expression of resilience. What happens if one link in your chain breaks? The entire chain doesn't collapse.</w:t>
      </w:r>
    </w:p>
    <w:p>
      <w:pPr>
        <w:pStyle w:val="ListNumber"/>
      </w:pPr>
      <w:r>
        <w:t>*   Each individual **Execution Loop** within the chain must have its own **Tiered MVA Hierarchy**.</w:t>
      </w:r>
    </w:p>
    <w:p>
      <w:pPr>
        <w:pStyle w:val="ListNumber"/>
      </w:pPr>
      <w:r>
        <w:t>*   If a Tier 1 (Ideal) or Tier 2 (Standard MVA) for a link is blocked, you immediately pivot to the Tier 3 (Bare Minimum Fail-Safe) for *that specific link*.</w:t>
      </w:r>
    </w:p>
    <w:p>
      <w:pPr>
        <w:pStyle w:val="ListNumber"/>
      </w:pPr>
      <w:r>
        <w:t>*   *Example:* In Clara's chain, if her creative ideation (Loop 2) is interrupted, she immediately defaults to her 5-minute "jot one concept" MVA. Once that tiny act is complete, she doesn't abandon the *rest of the chain*. She moves directly to Daily Planning (Loop 3), even if her ideation was curtailed.</w:t>
      </w:r>
    </w:p>
    <w:p>
      <w:pPr>
        <w:pStyle w:val="ListNumber"/>
      </w:pPr>
      <w:r>
        <w:t>*   The **24-Hour Recovery Rule** still applies to any *fully missed* link, ensuring you re-engage with that specific link's MVA as soon as possible, without breaking the overall integrity of the chain. You're not trying to "catch up" on the entire chain; you're just getting the specific broken link back into play. This is **where the true sophisticat** understands that consistency isn't about perfect performance of every single component, but the robust, self-correcting nature of the system as a whole.</w:t>
      </w:r>
    </w:p>
    <w:p>
      <w:pPr>
        <w:pStyle w:val="ListNumber"/>
      </w:pPr>
      <w:r>
        <w:t>**Visualize the Flow, Not Just the Task:**</w:t>
      </w:r>
    </w:p>
    <w:p>
      <w:pPr>
        <w:pStyle w:val="ListNumber"/>
      </w:pPr>
      <w:r>
        <w:t>*   Mentally rehearse your **EXECUTION CHAIN** from start to finish. Don't just visualize doing each task; visualize the *transitions* between them. See yourself smoothly moving from meditation to whiteboard, from whiteboard to planning app, from planning to breakfast prep.</w:t>
      </w:r>
    </w:p>
    <w:p>
      <w:pPr>
        <w:pStyle w:val="ListNumber"/>
      </w:pPr>
      <w:r>
        <w:t>*   This future pacing builds mental pathways for the seamless flow, further reducing friction when the actual time comes. This is a **crucial and effective** application of mental preparation.</w:t>
      </w:r>
    </w:p>
    <w:p>
      <w:pPr>
        <w:pStyle w:val="ListNumber"/>
      </w:pPr>
      <w:r>
        <w:t>**The "Don't Break the Chain" (Reimagined for Resilience):**</w:t>
      </w:r>
    </w:p>
    <w:p>
      <w:pPr>
        <w:pStyle w:val="ListNumber"/>
      </w:pPr>
      <w:r>
        <w:t>*   The classic "don't break the chain" advice often led to **Identity Damage** and **Motivation Decay** when a link *did* break.</w:t>
      </w:r>
    </w:p>
    <w:p>
      <w:pPr>
        <w:pStyle w:val="ListNumber"/>
      </w:pPr>
      <w:r>
        <w:t>*   With **EXECUTION CHAINS**, the rule transforms: "Don't let a single broken link dismantle the *entire chain*."</w:t>
      </w:r>
    </w:p>
    <w:p>
      <w:pPr>
        <w:pStyle w:val="ListNumber"/>
      </w:pPr>
      <w:r>
        <w:t>*   Your focus shifts from perfect adherence to *chain integrity*. A broken link is a temporary anomaly that you address with its specific **Fail-Safe Design** and then immediately move on to the next intact link. The commitment is to the *sequence*, not the individual perfect performance of each element.</w:t>
      </w:r>
    </w:p>
    <w:p>
      <w:r>
        <w:t xml:space="preserve">Let’s revisit Mark, our product manager from the previous chapter, who had mastered </w:t>
      </w:r>
      <w:r>
        <w:rPr>
          <w:b/>
        </w:rPr>
        <w:t>Fail-Safe Design</w:t>
      </w:r>
      <w:r>
        <w:t xml:space="preserve"> for his individual coding </w:t>
      </w:r>
      <w:r>
        <w:rPr>
          <w:b/>
        </w:rPr>
        <w:t>Execution Loop</w:t>
      </w:r>
      <w:r>
        <w:t>. He had his tiered MVAs and contextual contingencies. He could handle a missed coding session gracefully. But his mornings, which involved reading, journaling, and planning, were still a series of disconnected efforts.</w:t>
      </w:r>
    </w:p>
    <w:p>
      <w:r>
        <w:t xml:space="preserve">Mark wanted to apply </w:t>
      </w:r>
      <w:r>
        <w:rPr>
          <w:b/>
        </w:rPr>
        <w:t>EXECUTION CHAINS</w:t>
      </w:r>
      <w:r>
        <w:t xml:space="preserve"> to his morning.</w:t>
      </w:r>
    </w:p>
    <w:p>
      <w:r>
        <w:rPr>
          <w:b/>
        </w:rPr>
        <w:t>Mark's Disconnected Morning:</w:t>
      </w:r>
      <w:r>
        <w:br/>
        <w:t>1.  Wake up, grab coffee.</w:t>
        <w:br/>
        <w:t xml:space="preserve">2.  Sit down, </w:t>
      </w:r>
      <w:r>
        <w:rPr>
          <w:i/>
        </w:rPr>
        <w:t>decide</w:t>
      </w:r>
      <w:r>
        <w:t xml:space="preserve"> to read for 20 mins.</w:t>
        <w:br/>
        <w:t xml:space="preserve">3.  Finish reading, </w:t>
      </w:r>
      <w:r>
        <w:rPr>
          <w:i/>
        </w:rPr>
        <w:t>decide</w:t>
      </w:r>
      <w:r>
        <w:t xml:space="preserve"> to journal for 15 mins.</w:t>
        <w:br/>
        <w:t xml:space="preserve">4.  Finish journaling, </w:t>
      </w:r>
      <w:r>
        <w:rPr>
          <w:i/>
        </w:rPr>
        <w:t>decide</w:t>
      </w:r>
      <w:r>
        <w:t xml:space="preserve"> to plan for 10 mins.</w:t>
        <w:br/>
        <w:t>5.  Check news/email.</w:t>
        <w:br/>
        <w:t>6.  Start work.</w:t>
      </w:r>
    </w:p>
    <w:p>
      <w:r>
        <w:t xml:space="preserve">Each transition was a moment of potential leakage of </w:t>
      </w:r>
      <w:r>
        <w:rPr>
          <w:b/>
        </w:rPr>
        <w:t>Cognitive Fuel</w:t>
      </w:r>
      <w:r>
        <w:t xml:space="preserve">. He’d often find himself scrolling news between reading and journaling, or getting distracted by emails before planning. This was the </w:t>
      </w:r>
      <w:r>
        <w:rPr>
          <w:b/>
        </w:rPr>
        <w:t>biggest drain on</w:t>
      </w:r>
      <w:r>
        <w:t xml:space="preserve"> his morning energy, even if individual tasks were low-friction.</w:t>
      </w:r>
    </w:p>
    <w:p>
      <w:r>
        <w:rPr>
          <w:b/>
        </w:rPr>
        <w:t>Mark's New Morning Execution Chain:</w:t>
      </w:r>
      <w:r>
        <w:br/>
        <w:t xml:space="preserve">1.  </w:t>
      </w:r>
      <w:r>
        <w:rPr>
          <w:b/>
        </w:rPr>
        <w:t>Anchor Point: Alarm (6:30 AM).</w:t>
      </w:r>
      <w:r>
        <w:t xml:space="preserve"> Immediately walk to kitchen, start automatic coffee maker (prepped night before).</w:t>
        <w:br/>
        <w:t xml:space="preserve">2.  </w:t>
      </w:r>
      <w:r>
        <w:rPr>
          <w:b/>
        </w:rPr>
        <w:t>Execution Loop 1: Reading (6:35 AM - 6:55 AM).</w:t>
      </w:r>
      <w:r>
        <w:t xml:space="preserve"> Take coffee to his reading chair, where his physical book is already open. Phone is charging in the bedroom (Friction Governance).</w:t>
        <w:br/>
        <w:t xml:space="preserve">3.  </w:t>
      </w:r>
      <w:r>
        <w:rPr>
          <w:b/>
        </w:rPr>
        <w:t>Execution Loop 2: Journaling (6:55 AM - 7:10 AM).</w:t>
      </w:r>
      <w:r>
        <w:t xml:space="preserve"> As he finishes the last page of reading, he places the book down and immediately picks up his journal and pen, which are resting on top of the book. The act of closing the book </w:t>
      </w:r>
      <w:r>
        <w:rPr>
          <w:i/>
        </w:rPr>
        <w:t>is the cue</w:t>
      </w:r>
      <w:r>
        <w:t xml:space="preserve"> for journaling.</w:t>
        <w:br/>
        <w:t xml:space="preserve">4.  </w:t>
      </w:r>
      <w:r>
        <w:rPr>
          <w:b/>
        </w:rPr>
        <w:t>Execution Loop 3: Daily Planning (7:10 AM - 7:20 AM).</w:t>
      </w:r>
      <w:r>
        <w:t xml:space="preserve"> As he finishes his journal entry, he closes the journal and immediately opens his digital planning tool on his tablet, which is also on the reading table. This transition is seamless, with the thoughts from his journal often feeding directly into his daily priorities.</w:t>
        <w:br/>
        <w:t xml:space="preserve">5.  </w:t>
      </w:r>
      <w:r>
        <w:rPr>
          <w:b/>
        </w:rPr>
        <w:t>Anchor Point: Shower/Breakfast (7:20 AM).</w:t>
      </w:r>
      <w:r>
        <w:t xml:space="preserve"> The completion of planning signals the start of his physical preparation for the day, which itself is a chained sequence.</w:t>
      </w:r>
    </w:p>
    <w:p>
      <w:r>
        <w:t xml:space="preserve">Mark found that once he started the reading, he was effortlessly pulled through the entire sequence. The decision-making was gone. The internal resistance between tasks evaporated. His </w:t>
      </w:r>
      <w:r>
        <w:rPr>
          <w:b/>
        </w:rPr>
        <w:t>Cognitive Fuel</w:t>
      </w:r>
      <w:r>
        <w:t xml:space="preserve"> was preserved, not just for the individual tasks, but for the entire chain. Even if a child woke up early during his reading (a common disruptor), he’d apply his </w:t>
      </w:r>
      <w:r>
        <w:rPr>
          <w:b/>
        </w:rPr>
        <w:t>Fail-Safe Design</w:t>
      </w:r>
      <w:r>
        <w:t xml:space="preserve"> for reading (read for 5 minutes). Once the child was settled, he’d immediately pick up his journal, </w:t>
      </w:r>
      <w:r>
        <w:rPr>
          <w:i/>
        </w:rPr>
        <w:t>continuing the chain</w:t>
      </w:r>
      <w:r>
        <w:t xml:space="preserve"> rather than abandoning his entire morning routine. He was no longer starting and stopping; he was flowing.</w:t>
      </w:r>
    </w:p>
    <w:p>
      <w:r>
        <w:t xml:space="preserve">This is the </w:t>
      </w:r>
      <w:r>
        <w:rPr>
          <w:b/>
        </w:rPr>
        <w:t>realm of</w:t>
      </w:r>
      <w:r>
        <w:t xml:space="preserve"> truly integrated </w:t>
      </w:r>
      <w:r>
        <w:rPr>
          <w:b/>
        </w:rPr>
        <w:t>Stability Engineering</w:t>
      </w:r>
      <w:r>
        <w:t>. You’re not just building resilient individual components; you’re designing a self-sustaining system where each part supports and propels the next. This creates a powerful, almost gravitational pull, making it harder to break the chain than to continue it.</w:t>
      </w:r>
    </w:p>
    <w:p>
      <w:r>
        <w:t xml:space="preserve">The cumulative effect of these </w:t>
      </w:r>
      <w:r>
        <w:rPr>
          <w:b/>
        </w:rPr>
        <w:t>EXECUTION CHAINS</w:t>
      </w:r>
      <w:r>
        <w:t xml:space="preserve"> is profound. You begin to experience consistency not as a heroic struggle of willpower, but as the natural, predictable outcome of intelligently designed systems. Your self-trust deepens, not just because you’re doing the work, but because you’re witnessing your own systems gracefully navigate the inevitable imperfections of life. The calm confidence we promised isn't a fleeting emotion; it's the steady state of being a skilled </w:t>
      </w:r>
      <w:r>
        <w:rPr>
          <w:b/>
        </w:rPr>
        <w:t>Stability Engineer</w:t>
      </w:r>
      <w:r>
        <w:t xml:space="preserve"> whose actions are powered by design, not merely by fluctuating </w:t>
      </w:r>
      <w:r>
        <w:rPr>
          <w:b/>
        </w:rPr>
        <w:t>Initial Impulse</w:t>
      </w:r>
      <w:r>
        <w:t>.</w:t>
      </w:r>
    </w:p>
    <w:p>
      <w:r>
        <w:t xml:space="preserve">You’ve now explored the five components of the </w:t>
      </w:r>
      <w:r>
        <w:rPr>
          <w:b/>
        </w:rPr>
        <w:t>C-CODE</w:t>
      </w:r>
      <w:r>
        <w:t xml:space="preserve">: </w:t>
      </w:r>
      <w:r>
        <w:rPr>
          <w:b/>
        </w:rPr>
        <w:t>STABILITY FIRST</w:t>
      </w:r>
      <w:r>
        <w:t xml:space="preserve">, </w:t>
      </w:r>
      <w:r>
        <w:rPr>
          <w:b/>
        </w:rPr>
        <w:t>FRICTION GOVERNANCE</w:t>
      </w:r>
      <w:r>
        <w:t xml:space="preserve">, </w:t>
      </w:r>
      <w:r>
        <w:rPr>
          <w:b/>
        </w:rPr>
        <w:t>IDENTITY CONTAINMENT</w:t>
      </w:r>
      <w:r>
        <w:t xml:space="preserve">, </w:t>
      </w:r>
      <w:r>
        <w:rPr>
          <w:b/>
        </w:rPr>
        <w:t>RECOVERY SPEED</w:t>
      </w:r>
      <w:r>
        <w:t xml:space="preserve">, and now, </w:t>
      </w:r>
      <w:r>
        <w:rPr>
          <w:b/>
        </w:rPr>
        <w:t>EXECUTION CHAINS</w:t>
      </w:r>
      <w:r>
        <w:t>. Each component, powerful on its own, becomes exponentially more effective when integrated. You’ve moved from understanding why you quit, to building a stable foundation, clearing the path, fortifying your self-concept, mastering recovery, and finally, linking it all into an unstoppable flow.</w:t>
      </w:r>
    </w:p>
    <w:p>
      <w:r>
        <w:t xml:space="preserve">This entire framework isn't a checklist; it's a living, dynamic system that requires continuous refinement. In the next and final chapter, we will bring all these threads together, exploring how to continually audit, adapt, and evolve your </w:t>
      </w:r>
      <w:r>
        <w:rPr>
          <w:b/>
        </w:rPr>
        <w:t>C-CODE</w:t>
      </w:r>
      <w:r>
        <w:t xml:space="preserve"> system, ensuring it remains robust and responsive to the ever-changing landscape of your life and ambitions. You’ll learn to embody the mindset of a true </w:t>
      </w:r>
      <w:r>
        <w:rPr>
          <w:b/>
        </w:rPr>
        <w:t>Stability Engineer</w:t>
      </w:r>
      <w:r>
        <w:t>, perpetually optimizing for a life of predictable execution and calm confidence.</w:t>
      </w:r>
    </w:p>
    <w:p>
      <w:r>
        <w:br w:type="page"/>
      </w:r>
    </w:p>
    <w:p>
      <w:pPr>
        <w:pStyle w:val="Heading1"/>
      </w:pPr>
      <w:r>
        <w:rPr>
          <w:sz w:val="36"/>
        </w:rPr>
        <w:t>Chapter 10: CONSISTENCY UNDER PRESSURE</w:t>
      </w:r>
    </w:p>
    <w:p>
      <w:r>
        <w:t xml:space="preserve">You’ve built a formidable personal architecture. With each layer of the </w:t>
      </w:r>
      <w:r>
        <w:rPr>
          <w:b/>
        </w:rPr>
        <w:t>C-CODE</w:t>
      </w:r>
      <w:r>
        <w:t xml:space="preserve">, you’ve refined your craft, moving from the foundational work of </w:t>
      </w:r>
      <w:r>
        <w:rPr>
          <w:b/>
        </w:rPr>
        <w:t>Baseline Stability</w:t>
      </w:r>
      <w:r>
        <w:t xml:space="preserve"> to the intricate design of </w:t>
      </w:r>
      <w:r>
        <w:rPr>
          <w:b/>
        </w:rPr>
        <w:t>Execution Chains</w:t>
      </w:r>
      <w:r>
        <w:t xml:space="preserve">. You’ve cleared the path with </w:t>
      </w:r>
      <w:r>
        <w:rPr>
          <w:b/>
        </w:rPr>
        <w:t>Friction Governance</w:t>
      </w:r>
      <w:r>
        <w:t xml:space="preserve">, fortified your inner world with </w:t>
      </w:r>
      <w:r>
        <w:rPr>
          <w:b/>
        </w:rPr>
        <w:t>Identity Containment</w:t>
      </w:r>
      <w:r>
        <w:t xml:space="preserve">, and mastered the art of the swift return through </w:t>
      </w:r>
      <w:r>
        <w:rPr>
          <w:b/>
        </w:rPr>
        <w:t>Recovery Speed</w:t>
      </w:r>
      <w:r>
        <w:t xml:space="preserve"> and </w:t>
      </w:r>
      <w:r>
        <w:rPr>
          <w:b/>
        </w:rPr>
        <w:t>Fail-Safe Design</w:t>
      </w:r>
      <w:r>
        <w:t>. You’ve learned that consistency isn't about the absence of imperfections, but the intelligent engineering of resilience. You’re no longer merely trying to stay afloat; you’re navigating with purpose, propelled by systems that don’t collapse.</w:t>
      </w:r>
    </w:p>
    <w:p>
      <w:r>
        <w:t xml:space="preserve">But what happens when the very ground beneath you feels like it’s shaking? What about those periods of intense, prolonged pressure—the unexpected life crises, the all-consuming work projects, the sustained periods of emotional or physical depletion that stretch not for a day, but for weeks or even months? Your carefully constructed </w:t>
      </w:r>
      <w:r>
        <w:rPr>
          <w:b/>
        </w:rPr>
        <w:t>Execution Chains</w:t>
      </w:r>
      <w:r>
        <w:t xml:space="preserve"> feel powerful under normal operating conditions. But can they withstand a Category 5 storm? Can you protect your hard-won consistency when your </w:t>
      </w:r>
      <w:r>
        <w:rPr>
          <w:b/>
        </w:rPr>
        <w:t>Cognitive Fuel</w:t>
      </w:r>
      <w:r>
        <w:t xml:space="preserve"> is running on fumes, your </w:t>
      </w:r>
      <w:r>
        <w:rPr>
          <w:b/>
        </w:rPr>
        <w:t>Baseline Stability</w:t>
      </w:r>
      <w:r>
        <w:t xml:space="preserve"> is under siege, and the demands of life are relentless?</w:t>
      </w:r>
    </w:p>
    <w:p>
      <w:r>
        <w:t xml:space="preserve">The ambitious part of you, the part that has zealously built these systems, might immediately default to the old script: </w:t>
      </w:r>
      <w:r>
        <w:rPr>
          <w:i/>
        </w:rPr>
        <w:t>push harder</w:t>
      </w:r>
      <w:r>
        <w:t xml:space="preserve">. You might believe that because you’ve built a robust system, you should be able to maintain full output, even when the world around you is in chaos. You’ve overcome </w:t>
      </w:r>
      <w:r>
        <w:rPr>
          <w:b/>
        </w:rPr>
        <w:t>this pervasive foe</w:t>
      </w:r>
      <w:r>
        <w:t xml:space="preserve"> of </w:t>
      </w:r>
      <w:r>
        <w:rPr>
          <w:b/>
        </w:rPr>
        <w:t>The Restart Illusion</w:t>
      </w:r>
      <w:r>
        <w:t xml:space="preserve"> in your daily life, but this new challenge presents itself as a different kind of monster—one that whispers: </w:t>
      </w:r>
      <w:r>
        <w:rPr>
          <w:i/>
        </w:rPr>
        <w:t>if your system is truly strong, it should handle anything</w:t>
      </w:r>
      <w:r>
        <w:t>.</w:t>
      </w:r>
    </w:p>
    <w:p>
      <w:r>
        <w:t xml:space="preserve">This is a dangerous misinterpretation of </w:t>
      </w:r>
      <w:r>
        <w:rPr>
          <w:b/>
        </w:rPr>
        <w:t>Stability Engineering</w:t>
      </w:r>
      <w:r>
        <w:t xml:space="preserve">. Even the most robust structures have limits. A skyscraper is designed to sway in an earthquake, not to remain rigidly unmoved. Its resilience is in its </w:t>
      </w:r>
      <w:r>
        <w:rPr>
          <w:i/>
        </w:rPr>
        <w:t>flexibility</w:t>
      </w:r>
      <w:r>
        <w:t xml:space="preserve"> and its capacity to </w:t>
      </w:r>
      <w:r>
        <w:rPr>
          <w:i/>
        </w:rPr>
        <w:t>shed load</w:t>
      </w:r>
      <w:r>
        <w:t xml:space="preserve"> without catastrophic failure. Trying to maintain peak performance across all your </w:t>
      </w:r>
      <w:r>
        <w:rPr>
          <w:b/>
        </w:rPr>
        <w:t>Execution Chains</w:t>
      </w:r>
      <w:r>
        <w:t xml:space="preserve"> during a period of sustained high stress isn't a sign of discipline; it’s a recipe for burnout, system collapse, and a swift return to the very </w:t>
      </w:r>
      <w:r>
        <w:rPr>
          <w:b/>
        </w:rPr>
        <w:t>Identity Damage</w:t>
      </w:r>
      <w:r>
        <w:t xml:space="preserve"> and </w:t>
      </w:r>
      <w:r>
        <w:rPr>
          <w:b/>
        </w:rPr>
        <w:t>Motivation Decay</w:t>
      </w:r>
      <w:r>
        <w:t xml:space="preserve"> you’ve worked so hard to overcome.</w:t>
      </w:r>
    </w:p>
    <w:p>
      <w:r>
        <w:t xml:space="preserve">When you attempt to force your full system to operate under extreme pressure, you don't build greater resilience. You create immense internal friction, drain your precious </w:t>
      </w:r>
      <w:r>
        <w:rPr>
          <w:b/>
        </w:rPr>
        <w:t>Cognitive Fuel</w:t>
      </w:r>
      <w:r>
        <w:t xml:space="preserve"> at an unsustainable rate, and increase the likelihood of multiple, cascading failures. This isn't a challenge for </w:t>
      </w:r>
      <w:r>
        <w:rPr>
          <w:b/>
        </w:rPr>
        <w:t>Recovery Speed</w:t>
      </w:r>
      <w:r>
        <w:t xml:space="preserve"> on individual </w:t>
      </w:r>
      <w:r>
        <w:rPr>
          <w:b/>
        </w:rPr>
        <w:t>Execution Loops</w:t>
      </w:r>
      <w:r>
        <w:t xml:space="preserve">; it's a systemic threat that requires a strategic, proactive response. You can’t simply rely on the </w:t>
      </w:r>
      <w:r>
        <w:rPr>
          <w:b/>
        </w:rPr>
        <w:t>24-Hour Recovery Rule</w:t>
      </w:r>
      <w:r>
        <w:t xml:space="preserve"> for every single missed link across multiple chains when you’re already operating at 10% capacity. That becomes another form of internal battle, and a new entry point for </w:t>
      </w:r>
      <w:r>
        <w:rPr>
          <w:b/>
        </w:rPr>
        <w:t>this pervasive foe</w:t>
      </w:r>
      <w:r>
        <w:t>.</w:t>
      </w:r>
    </w:p>
    <w:p>
      <w:r>
        <w:t xml:space="preserve">This is where we introduce </w:t>
      </w:r>
      <w:r>
        <w:rPr>
          <w:b/>
        </w:rPr>
        <w:t>Strategic Scaling Down</w:t>
      </w:r>
      <w:r>
        <w:t xml:space="preserve">: the deliberate, intelligent, and proactive choice to temporarily reduce the scope and intensity of your </w:t>
      </w:r>
      <w:r>
        <w:rPr>
          <w:b/>
        </w:rPr>
        <w:t>Execution Chains</w:t>
      </w:r>
      <w:r>
        <w:t xml:space="preserve"> during periods of high demand or low internal resources, with the explicit goal of protecting your core </w:t>
      </w:r>
      <w:r>
        <w:rPr>
          <w:b/>
        </w:rPr>
        <w:t>Baseline Stability</w:t>
      </w:r>
      <w:r>
        <w:t xml:space="preserve"> and preserving the </w:t>
      </w:r>
      <w:r>
        <w:rPr>
          <w:i/>
        </w:rPr>
        <w:t>integrity</w:t>
      </w:r>
      <w:r>
        <w:t xml:space="preserve"> of your overall system. It’s not quitting; it’s a tactical retreat, a planned deceleration to ensure long-term viability. It’s the ultimate expression of </w:t>
      </w:r>
      <w:r>
        <w:rPr>
          <w:b/>
        </w:rPr>
        <w:t>Stability Engineering</w:t>
      </w:r>
      <w:r>
        <w:t xml:space="preserve"> applied to your entire life architecture.</w:t>
      </w:r>
    </w:p>
    <w:p>
      <w:r>
        <w:t xml:space="preserve">Think of it as the emergency operating mode for your personal system. When the warning lights flash, you don’t keep pushing the engine to redline. You reduce speed, prioritize essential functions, and conserve resources. </w:t>
      </w:r>
      <w:r>
        <w:rPr>
          <w:b/>
        </w:rPr>
        <w:t>Strategic Scaling Down</w:t>
      </w:r>
      <w:r>
        <w:t xml:space="preserve"> is about knowing </w:t>
      </w:r>
      <w:r>
        <w:rPr>
          <w:i/>
        </w:rPr>
        <w:t>what</w:t>
      </w:r>
      <w:r>
        <w:t xml:space="preserve"> to reduce, </w:t>
      </w:r>
      <w:r>
        <w:rPr>
          <w:i/>
        </w:rPr>
        <w:t>when</w:t>
      </w:r>
      <w:r>
        <w:t xml:space="preserve"> to reduce it, and critically, </w:t>
      </w:r>
      <w:r>
        <w:rPr>
          <w:i/>
        </w:rPr>
        <w:t>how</w:t>
      </w:r>
      <w:r>
        <w:t xml:space="preserve"> to do so in a way that reinforces, rather than erodes, your </w:t>
      </w:r>
      <w:r>
        <w:rPr>
          <w:b/>
        </w:rPr>
        <w:t>Identity Containment</w:t>
      </w:r>
      <w:r>
        <w:t xml:space="preserve"> as a </w:t>
      </w:r>
      <w:r>
        <w:rPr>
          <w:b/>
        </w:rPr>
        <w:t>Stability Engineer</w:t>
      </w:r>
      <w:r>
        <w:t>. It’s about being smart enough to pull back so you can surge forward again later.</w:t>
      </w:r>
    </w:p>
    <w:p>
      <w:r>
        <w:t xml:space="preserve">The difference between </w:t>
      </w:r>
      <w:r>
        <w:rPr>
          <w:b/>
        </w:rPr>
        <w:t>Strategic Scaling Down</w:t>
      </w:r>
      <w:r>
        <w:t xml:space="preserve"> and simply "giving up" is profound. Giving up is a reactive, emotional response driven by frustration and a belief in inherent failure, leading to </w:t>
      </w:r>
      <w:r>
        <w:rPr>
          <w:b/>
        </w:rPr>
        <w:t>The Restart Illusion</w:t>
      </w:r>
      <w:r>
        <w:t xml:space="preserve">. </w:t>
      </w:r>
      <w:r>
        <w:rPr>
          <w:b/>
        </w:rPr>
        <w:t>Strategic Scaling Down</w:t>
      </w:r>
      <w:r>
        <w:t xml:space="preserve"> is a calculated, non-emotional decision, rooted in data (your current </w:t>
      </w:r>
      <w:r>
        <w:rPr>
          <w:b/>
        </w:rPr>
        <w:t>Cognitive Fuel</w:t>
      </w:r>
      <w:r>
        <w:t xml:space="preserve"> levels, external demands, </w:t>
      </w:r>
      <w:r>
        <w:rPr>
          <w:b/>
        </w:rPr>
        <w:t>Baseline Stability</w:t>
      </w:r>
      <w:r>
        <w:t xml:space="preserve"> indicators) and driven by a commitment to long-term consistency. It’s about choosing </w:t>
      </w:r>
      <w:r>
        <w:rPr>
          <w:i/>
        </w:rPr>
        <w:t>which</w:t>
      </w:r>
      <w:r>
        <w:t xml:space="preserve"> parts of your system to temporarily reduce, rather than having the entire system collapse under the strain. You’re actively managing the load, not passively being crushed by it.</w:t>
      </w:r>
    </w:p>
    <w:p>
      <w:r>
        <w:t xml:space="preserve">Consider Jordan, a driven entrepreneur who had meticulously built his </w:t>
      </w:r>
      <w:r>
        <w:rPr>
          <w:b/>
        </w:rPr>
        <w:t>C-CODE</w:t>
      </w:r>
      <w:r>
        <w:t xml:space="preserve"> system. His mornings were a seamless </w:t>
      </w:r>
      <w:r>
        <w:rPr>
          <w:b/>
        </w:rPr>
        <w:t>Execution Chain</w:t>
      </w:r>
      <w:r>
        <w:t xml:space="preserve">: a 15-minute meditation (Leveraging his </w:t>
      </w:r>
      <w:r>
        <w:rPr>
          <w:b/>
        </w:rPr>
        <w:t>my meditation spot</w:t>
      </w:r>
      <w:r>
        <w:t xml:space="preserve"> and ensuring </w:t>
      </w:r>
      <w:r>
        <w:rPr>
          <w:b/>
        </w:rPr>
        <w:t>Baseline Stability</w:t>
      </w:r>
      <w:r>
        <w:t xml:space="preserve">), followed by 30 minutes of deep work on his novel manuscript (his </w:t>
      </w:r>
      <w:r>
        <w:rPr>
          <w:b/>
        </w:rPr>
        <w:t>work on side project</w:t>
      </w:r>
      <w:r>
        <w:t xml:space="preserve">), and then a 20-minute intense workout. Each link in this chain was fortified with </w:t>
      </w:r>
      <w:r>
        <w:rPr>
          <w:b/>
        </w:rPr>
        <w:t>Fail-Safe Design</w:t>
      </w:r>
      <w:r>
        <w:t xml:space="preserve"> (e.g., 2-minute breath work if meditation was interrupted, 5 minutes of stretching if the workout was impossible). His </w:t>
      </w:r>
      <w:r>
        <w:rPr>
          <w:b/>
        </w:rPr>
        <w:t>Friction Governance</w:t>
      </w:r>
      <w:r>
        <w:t xml:space="preserve"> was impeccable: meditation cushion ready, novel document pre-loaded, gym clothes laid out. He embodied </w:t>
      </w:r>
      <w:r>
        <w:rPr>
          <w:b/>
        </w:rPr>
        <w:t>Identity Containment</w:t>
      </w:r>
      <w:r>
        <w:t xml:space="preserve"> as "someone who creates and cultivates physical strength daily." His </w:t>
      </w:r>
      <w:r>
        <w:rPr>
          <w:b/>
        </w:rPr>
        <w:t>Recovery Speed</w:t>
      </w:r>
      <w:r>
        <w:t xml:space="preserve"> was excellent, ensuring that any missed MVA was re-engaged within the </w:t>
      </w:r>
      <w:r>
        <w:rPr>
          <w:b/>
        </w:rPr>
        <w:t>24-Hour Recovery Rule</w:t>
      </w:r>
      <w:r>
        <w:t>.</w:t>
      </w:r>
    </w:p>
    <w:p>
      <w:r>
        <w:t xml:space="preserve">Jordan felt invincible. His consistency was no longer a struggle; it was a predictable outcome of his intelligently designed system. He was experiencing the calm confidence promised by </w:t>
      </w:r>
      <w:r>
        <w:rPr>
          <w:b/>
        </w:rPr>
        <w:t>Stability Engineering</w:t>
      </w:r>
      <w:r>
        <w:t>.</w:t>
      </w:r>
    </w:p>
    <w:p>
      <w:r>
        <w:t xml:space="preserve">Then, the storm hit. His primary investor, crucial to his startup, suddenly faced a personal crisis, putting the entire next funding round at risk. Jordan found himself thrust into round-the-clock damage control. He was flying cross-country weekly, negotiating with other potential investors, managing a stressed team, and sleeping an average of four hours a night. His internal </w:t>
      </w:r>
      <w:r>
        <w:rPr>
          <w:b/>
        </w:rPr>
        <w:t>System Context</w:t>
      </w:r>
      <w:r>
        <w:t xml:space="preserve"> was screaming. His </w:t>
      </w:r>
      <w:r>
        <w:rPr>
          <w:b/>
        </w:rPr>
        <w:t>Baseline Stability</w:t>
      </w:r>
      <w:r>
        <w:t xml:space="preserve"> was severely compromised. He was running on pure adrenaline and emergency </w:t>
      </w:r>
      <w:r>
        <w:rPr>
          <w:b/>
        </w:rPr>
        <w:t>Cognitive Fuel</w:t>
      </w:r>
      <w:r>
        <w:t>.</w:t>
      </w:r>
    </w:p>
    <w:p>
      <w:r>
        <w:t xml:space="preserve">Initially, Jordan tried to "push through." He woke up at 5 AM, forced himself to meditate, then stared at his novel document, utterly devoid of creative thought. He’d drag himself to the gym, barely complete a few reps, and leave feeling more depleted than energized. He’d activate his </w:t>
      </w:r>
      <w:r>
        <w:rPr>
          <w:b/>
        </w:rPr>
        <w:t>Fail-Safe Design</w:t>
      </w:r>
      <w:r>
        <w:t xml:space="preserve">, doing MVAs for each, but even those felt like Herculean efforts. The internal friction was immense. He was hitting his MVAs, technically, but his </w:t>
      </w:r>
      <w:r>
        <w:rPr>
          <w:b/>
        </w:rPr>
        <w:t>Cognitive Fuel</w:t>
      </w:r>
      <w:r>
        <w:t xml:space="preserve"> was draining at an alarming rate, and he felt a familiar, creeping frustration. The quality of his engagement was terrible, and the constant effort to maintain </w:t>
      </w:r>
      <w:r>
        <w:rPr>
          <w:i/>
        </w:rPr>
        <w:t>everything</w:t>
      </w:r>
      <w:r>
        <w:t xml:space="preserve"> was actively eroding his </w:t>
      </w:r>
      <w:r>
        <w:rPr>
          <w:b/>
        </w:rPr>
        <w:t>Baseline Stability</w:t>
      </w:r>
      <w:r>
        <w:t xml:space="preserve"> further. He was feeling the </w:t>
      </w:r>
      <w:r>
        <w:rPr>
          <w:b/>
        </w:rPr>
        <w:t>biggest drain on</w:t>
      </w:r>
      <w:r>
        <w:t xml:space="preserve"> his energy, not from the crisis itself, but from his rigid insistence on maintaining all his chains. He felt the insidious whispers of </w:t>
      </w:r>
      <w:r>
        <w:rPr>
          <w:b/>
        </w:rPr>
        <w:t>this pervasive foe</w:t>
      </w:r>
      <w:r>
        <w:t>, asking if his systems weren't truly robust after all.</w:t>
      </w:r>
    </w:p>
    <w:p>
      <w:r>
        <w:t xml:space="preserve">One particularly exhausting evening, after a brutal 16-hour day, Jordan looked at his meticulously planned </w:t>
      </w:r>
      <w:r>
        <w:rPr>
          <w:b/>
        </w:rPr>
        <w:t>Execution Chains</w:t>
      </w:r>
      <w:r>
        <w:t xml:space="preserve"> for the next morning. He felt a wave of despair. He knew attempting to follow them, even with MVAs, would be pointless, and would likely lead to a full collapse later in the day. He recognized the feeling—the precursor to </w:t>
      </w:r>
      <w:r>
        <w:rPr>
          <w:b/>
        </w:rPr>
        <w:t>Identity Damage</w:t>
      </w:r>
      <w:r>
        <w:t xml:space="preserve">, the moment where </w:t>
      </w:r>
      <w:r>
        <w:rPr>
          <w:b/>
        </w:rPr>
        <w:t>Motivation Decay</w:t>
      </w:r>
      <w:r>
        <w:t xml:space="preserve"> sets in. He was trying to operate a complex system under extreme duress, demanding ideal outputs when only survival was possible.</w:t>
      </w:r>
    </w:p>
    <w:p>
      <w:r>
        <w:t xml:space="preserve">This was the moment of </w:t>
      </w:r>
      <w:r>
        <w:rPr>
          <w:b/>
        </w:rPr>
        <w:t>Strategic Scaling Down</w:t>
      </w:r>
      <w:r>
        <w:t xml:space="preserve">. Jordan paused. He didn't abandon. He took a deep breath and, with a calm, analytical mindset, looked at his entire system as a </w:t>
      </w:r>
      <w:r>
        <w:rPr>
          <w:b/>
        </w:rPr>
        <w:t>Stability Engineer</w:t>
      </w:r>
      <w:r>
        <w:t xml:space="preserve">. He asked himself: </w:t>
      </w:r>
      <w:r>
        <w:rPr>
          <w:i/>
        </w:rPr>
        <w:t>What is absolutely essential to maintain my core integrity during this crisis? What can be reduced to bare survival mode? What can be temporarily paused entirely?</w:t>
      </w:r>
    </w:p>
    <w:p>
      <w:r>
        <w:t xml:space="preserve">Here's how Jordan applied </w:t>
      </w:r>
      <w:r>
        <w:rPr>
          <w:b/>
        </w:rPr>
        <w:t>Strategic Scaling Down</w:t>
      </w:r>
      <w:r>
        <w:t>:</w:t>
      </w:r>
    </w:p>
    <w:p>
      <w:pPr>
        <w:pStyle w:val="ListNumber"/>
      </w:pPr>
      <w:r>
        <w:t>**Prioritize Baseline Protection:** His first and non-negotiable priority was to protect what little **Baseline Stability** he could salvage. This meant prioritizing sleep above all else. He adjusted his alarm from 6:00 AM to 7:00 AM, knowing that an extra hour of sleep was more critical than any **Execution Loop** at that moment. His nutrition, while not perfect, was simplified to pre-made, healthy options, reducing the **cognitive friction** of meal prep. Short, non-negotiable walks became his only movement.</w:t>
      </w:r>
    </w:p>
    <w:p>
      <w:pPr>
        <w:pStyle w:val="ListNumber"/>
      </w:pPr>
      <w:r>
        <w:t>**Identify the "Anchor Chains" (Core Identity):** What **Execution Loops** were most central to his identity and long-term goals, even if performed minimally? For Jordan, this was his creative work (his novel) and a very minimal form of mental presence.</w:t>
      </w:r>
    </w:p>
    <w:p>
      <w:pPr>
        <w:pStyle w:val="ListNumber"/>
      </w:pPr>
      <w:r>
        <w:t>**Tiered Chains in Practice:** He didn't just have tiered MVAs for individual loops; he scaled down *entire chains*.</w:t>
      </w:r>
    </w:p>
    <w:p>
      <w:pPr>
        <w:pStyle w:val="ListNumber"/>
      </w:pPr>
      <w:r>
        <w:t>*   **The Morning Routine Chain (Meditation -&gt; Novel -&gt; Workout):** This was his primary chain.</w:t>
      </w:r>
    </w:p>
    <w:p>
      <w:pPr>
        <w:pStyle w:val="ListNumber"/>
      </w:pPr>
      <w:r>
        <w:t>*   **Ideal:** 15 min meditation, 30 min novel, 20 min workout.</w:t>
      </w:r>
    </w:p>
    <w:p>
      <w:pPr>
        <w:pStyle w:val="ListNumber"/>
      </w:pPr>
      <w:r>
        <w:t>*   **Standard MVA:** 5 min meditation, 15 min novel (1 sentence), 10 min stretching.</w:t>
      </w:r>
    </w:p>
    <w:p>
      <w:pPr>
        <w:pStyle w:val="ListNumber"/>
      </w:pPr>
      <w:r>
        <w:t>*   **Strategic Scaled Down (Red Zone):** He temporarily *removed* the workout from the chain. It was simply too much. His meditation MVA became a 60-second breath count while still in bed. His novel MVA became simply "open the document and read the last line" (Tier 4 MVA from **Fail-Safe Design**). This was a deliberate reduction to preserve the *pattern* without significant **Cognitive Fuel** expenditure.</w:t>
      </w:r>
    </w:p>
    <w:p>
      <w:pPr>
        <w:pStyle w:val="ListNumber"/>
      </w:pPr>
      <w:r>
        <w:t>*   **Evening Wind-Down Chain:** This was crucial for sleep. He simplified it to "10 minutes of reading a physical book, no screens 30 minutes before bed." No journaling, no complex planning.</w:t>
      </w:r>
    </w:p>
    <w:p>
      <w:pPr>
        <w:pStyle w:val="ListNumber"/>
      </w:pPr>
      <w:r>
        <w:t>**Intentional Suspension of Non-Critical Chains:** Jordan had a "learning a new skill" chain (online course) and a "networking" chain. He completely suspended these. He didn’t try to do MVAs for them; he consciously decided they were paused until the crisis passed. This wasn't quitting; it was a pre-meditated, temporary halt. He explicitly told himself, "This is not a failure; this is a system in emergency mode. These will resume when conditions allow." This act of clear, decisive suspension was key to preventing **Identity Damage**.</w:t>
      </w:r>
    </w:p>
    <w:p>
      <w:pPr>
        <w:pStyle w:val="ListNumber"/>
      </w:pPr>
      <w:r>
        <w:t>**Re-framing "Success" During Crisis:** He shifted his definition of success from "full execution" to "system integrity." If he hit his 60-second meditation MVA, read one line of his novel, and prioritized sleep, that was a *win*. This reinforced his **Identity Containment** as a **Recovery Agent** and a **Stability Engineer** who understood the dynamic nature of his systems. He was not letting **this pervasive foe** of perfectionism dictate his self-worth.</w:t>
      </w:r>
    </w:p>
    <w:p>
      <w:r>
        <w:t xml:space="preserve">By applying </w:t>
      </w:r>
      <w:r>
        <w:rPr>
          <w:b/>
        </w:rPr>
        <w:t>Strategic Scaling Down</w:t>
      </w:r>
      <w:r>
        <w:t xml:space="preserve">, Jordan didn't maintain all his ambitious </w:t>
      </w:r>
      <w:r>
        <w:rPr>
          <w:b/>
        </w:rPr>
        <w:t>Execution Loops</w:t>
      </w:r>
      <w:r>
        <w:t xml:space="preserve"> at their usual level. He couldn't. But he </w:t>
      </w:r>
      <w:r>
        <w:rPr>
          <w:i/>
        </w:rPr>
        <w:t>did</w:t>
      </w:r>
      <w:r>
        <w:t xml:space="preserve"> maintain a continuous, albeit minimal, engagement with his most critical chains. He preserved the </w:t>
      </w:r>
      <w:r>
        <w:rPr>
          <w:i/>
        </w:rPr>
        <w:t>pattern</w:t>
      </w:r>
      <w:r>
        <w:t xml:space="preserve"> of consistency, even if the </w:t>
      </w:r>
      <w:r>
        <w:rPr>
          <w:i/>
        </w:rPr>
        <w:t>volume</w:t>
      </w:r>
      <w:r>
        <w:t xml:space="preserve"> of output was drastically reduced. He didn't break the chain; he re-calibrated its length and tension.</w:t>
      </w:r>
    </w:p>
    <w:p>
      <w:r>
        <w:t xml:space="preserve">The outcome? Jordan weathered the storm. He secured the funding, his business stabilized, and he emerged exhausted, but with his core </w:t>
      </w:r>
      <w:r>
        <w:rPr>
          <w:b/>
        </w:rPr>
        <w:t>Execution Chains</w:t>
      </w:r>
      <w:r>
        <w:t xml:space="preserve"> intact. He hadn't spiraled into </w:t>
      </w:r>
      <w:r>
        <w:rPr>
          <w:b/>
        </w:rPr>
        <w:t>The Restart Illusion</w:t>
      </w:r>
      <w:r>
        <w:t xml:space="preserve">. He hadn't suffered </w:t>
      </w:r>
      <w:r>
        <w:rPr>
          <w:b/>
        </w:rPr>
        <w:t>Identity Damage</w:t>
      </w:r>
      <w:r>
        <w:t xml:space="preserve">. In fact, his self-trust deepened, because he had seen his system prove its resilience under extreme pressure. He had learned the true wisdom of knowing when to deliberately do </w:t>
      </w:r>
      <w:r>
        <w:rPr>
          <w:i/>
        </w:rPr>
        <w:t>less</w:t>
      </w:r>
      <w:r>
        <w:t xml:space="preserve"> to ensure he could continue doing </w:t>
      </w:r>
      <w:r>
        <w:rPr>
          <w:i/>
        </w:rPr>
        <w:t>anything</w:t>
      </w:r>
      <w:r>
        <w:t xml:space="preserve"> at all. He realized the </w:t>
      </w:r>
      <w:r>
        <w:rPr>
          <w:b/>
        </w:rPr>
        <w:t>realm of</w:t>
      </w:r>
      <w:r>
        <w:t xml:space="preserve"> </w:t>
      </w:r>
      <w:r>
        <w:rPr>
          <w:b/>
        </w:rPr>
        <w:t>Stability Engineering</w:t>
      </w:r>
      <w:r>
        <w:t xml:space="preserve"> extended to periods of intense stress, proving </w:t>
      </w:r>
      <w:r>
        <w:rPr>
          <w:b/>
        </w:rPr>
        <w:t>where you become a true</w:t>
      </w:r>
      <w:r>
        <w:t xml:space="preserve"> master of adaptable consistency.</w:t>
      </w:r>
    </w:p>
    <w:p>
      <w:r>
        <w:rPr>
          <w:b/>
        </w:rPr>
        <w:t>Implementing Strategic Scaling Down in Your Life:</w:t>
      </w:r>
    </w:p>
    <w:p>
      <w:pPr>
        <w:pStyle w:val="ListNumber"/>
      </w:pPr>
      <w:r>
        <w:t>**Recognize the "Red Zone":** Develop a sensitivity to your internal and external **System Context**. When you feel prolonged overwhelm, significant **Cognitive Fuel** depletion, or face sustained external demands, acknowledge you're entering a "Red Zone" that requires **Strategic Scaling Down**. Don't wait for total collapse. This is **where the true sophisticat** understands proactive self-management.</w:t>
      </w:r>
    </w:p>
    <w:p>
      <w:pPr>
        <w:pStyle w:val="ListNumber"/>
      </w:pPr>
      <w:r>
        <w:t>**Audit Your Execution Chains:** Review all your active **Execution Loops** and the chains they form. Objectively assess their criticality against your current reality.</w:t>
      </w:r>
    </w:p>
    <w:p>
      <w:pPr>
        <w:pStyle w:val="ListNumber"/>
      </w:pPr>
      <w:r>
        <w:t>*   **Core / Anchor Chains:** What 1-2 chains are non-negotiable for your fundamental well-being or most important long-term goals? These are the ones you'll scale down to their absolute bare minimum MVAs.</w:t>
      </w:r>
    </w:p>
    <w:p>
      <w:pPr>
        <w:pStyle w:val="ListNumber"/>
      </w:pPr>
      <w:r>
        <w:t>*   **Tier 2 Chains:** What chains are important but can be significantly reduced or become sporadic?</w:t>
      </w:r>
    </w:p>
    <w:p>
      <w:pPr>
        <w:pStyle w:val="ListNumber"/>
      </w:pPr>
      <w:r>
        <w:t>*   **Tier 3 Chains / Suspension Candidates:** What chains can be entirely paused for the duration of the "Red Zone" without significant long-term detriment?</w:t>
      </w:r>
    </w:p>
    <w:p>
      <w:pPr>
        <w:pStyle w:val="ListNumber"/>
      </w:pPr>
      <w:r>
        <w:t>**Define Your "Red-Zone" MVAs:** For your Core / Anchor Chains, go beyond your standard MVA. Define an emergency, ultra-low-friction MVA. This should be a 1-5 minute action. Its purpose is purely to maintain the *pattern* and reinforce your **Identity Containment**, not to achieve significant output.</w:t>
      </w:r>
    </w:p>
    <w:p>
      <w:pPr>
        <w:pStyle w:val="ListNumber"/>
      </w:pPr>
      <w:r>
        <w:t>*   *Example:* Reading: "Read one sentence." Journaling: "Write one word." Exercise: "Do one push-up."</w:t>
      </w:r>
    </w:p>
    <w:p>
      <w:pPr>
        <w:pStyle w:val="ListNumber"/>
      </w:pPr>
      <w:r>
        <w:t>**Communicate and Protect Your Scaled-Down System:** Inform those around you (family, colleagues) about your temporary need to prioritize. Set clear boundaries to protect your scaled-down efforts and your precious **Baseline Stability**. This is a **crucial and effective** step for success.</w:t>
      </w:r>
    </w:p>
    <w:p>
      <w:pPr>
        <w:pStyle w:val="ListNumber"/>
      </w:pPr>
      <w:r>
        <w:t>**Schedule the Scaling Down:** Just as you schedule your **Execution Loops**, schedule your scaling down. This is not a vague intention; it’s a temporary, deliberate system shift. For example: "For the next two weeks, my morning chain will consist only of 60-second meditation and reading one sentence of my novel. All other projects are paused."</w:t>
      </w:r>
    </w:p>
    <w:p>
      <w:pPr>
        <w:pStyle w:val="ListNumber"/>
      </w:pPr>
      <w:r>
        <w:t>**Re-evaluate Regularly:** "Red Zones" are not static. Check in weekly. Is the pressure easing? Can you gradually reintroduce components or increase the intensity of your scaled-down MVAs? Or is the pressure intensifying, requiring even further reduction? This continuous refinement, this learning from every data point, is **the single most impactful leve** for making consistency feel natural.</w:t>
      </w:r>
    </w:p>
    <w:p>
      <w:r>
        <w:rPr>
          <w:b/>
        </w:rPr>
        <w:t>Strategic Scaling Down</w:t>
      </w:r>
      <w:r>
        <w:t xml:space="preserve"> isn’t a sign of weakness; it’s a mark of advanced </w:t>
      </w:r>
      <w:r>
        <w:rPr>
          <w:b/>
        </w:rPr>
        <w:t>Stability Engineering</w:t>
      </w:r>
      <w:r>
        <w:t xml:space="preserve">. It’s the wisdom to recognize that maintaining </w:t>
      </w:r>
      <w:r>
        <w:rPr>
          <w:i/>
        </w:rPr>
        <w:t>something</w:t>
      </w:r>
      <w:r>
        <w:t xml:space="preserve"> is infinitely more powerful than attempting </w:t>
      </w:r>
      <w:r>
        <w:rPr>
          <w:i/>
        </w:rPr>
        <w:t>everything</w:t>
      </w:r>
      <w:r>
        <w:t xml:space="preserve"> and collapsing into </w:t>
      </w:r>
      <w:r>
        <w:rPr>
          <w:b/>
        </w:rPr>
        <w:t>this pervasive foe</w:t>
      </w:r>
      <w:r>
        <w:t xml:space="preserve"> of full abandonment. It protects your most valuable resource—your self-trust—and ensures that when the storm passes, you're not starting from scratch, but merely resuming from a carefully managed, deliberately preserved baseline. You're not fighting a losing battle; you're strategically conserving your forces, ready to rebuild momentum when the time is right.</w:t>
      </w:r>
    </w:p>
    <w:p>
      <w:r>
        <w:t xml:space="preserve">You've learned to stabilize your internal world, de-friction your external environment, fortify your identity, master recovery, link actions into chains, and now, to strategically scale down under pressure. Each component of the </w:t>
      </w:r>
      <w:r>
        <w:rPr>
          <w:b/>
        </w:rPr>
        <w:t>C-CODE</w:t>
      </w:r>
      <w:r>
        <w:t xml:space="preserve"> strengthens the others, creating a dynamic, self-correcting system. This isn't a rigid framework; it’s a living blueprint for predictable execution. In the final chapter, we will consolidate this understanding, exploring how to continually audit, adapt, and evolve your </w:t>
      </w:r>
      <w:r>
        <w:rPr>
          <w:b/>
        </w:rPr>
        <w:t>C-CODE</w:t>
      </w:r>
      <w:r>
        <w:t xml:space="preserve"> system, ensuring it remains robust and responsive to the ever-changing landscape of your life and ambitions. You’ll learn to embody the mindset of a true </w:t>
      </w:r>
      <w:r>
        <w:rPr>
          <w:b/>
        </w:rPr>
        <w:t>Stability Engineer</w:t>
      </w:r>
      <w:r>
        <w:t>, perpetually optimizing for a life of predictable execution and calm confidence.</w:t>
      </w:r>
    </w:p>
    <w:p>
      <w:r>
        <w:br w:type="page"/>
      </w:r>
    </w:p>
    <w:p>
      <w:pPr>
        <w:pStyle w:val="Heading1"/>
      </w:pPr>
      <w:r>
        <w:rPr>
          <w:sz w:val="36"/>
        </w:rPr>
        <w:t>Chapter 11: THE CONSISTENCY OPERATING SYSTEM</w:t>
      </w:r>
    </w:p>
    <w:p>
      <w:r>
        <w:t xml:space="preserve">You’ve moved beyond simply knowing how to build individual resilient actions. You’ve journeyed from understanding why you quit, to laying a stable foundation with </w:t>
      </w:r>
      <w:r>
        <w:rPr>
          <w:b/>
        </w:rPr>
        <w:t>STABILITY FIRST</w:t>
      </w:r>
      <w:r>
        <w:t xml:space="preserve">, to clearing the path with </w:t>
      </w:r>
      <w:r>
        <w:rPr>
          <w:b/>
        </w:rPr>
        <w:t>FRICTION GOVERNANCE</w:t>
      </w:r>
      <w:r>
        <w:t xml:space="preserve">, fortifying your self-concept with </w:t>
      </w:r>
      <w:r>
        <w:rPr>
          <w:b/>
        </w:rPr>
        <w:t>IDENTITY CONTAINMENT</w:t>
      </w:r>
      <w:r>
        <w:t xml:space="preserve">, mastering the art of the swift return through </w:t>
      </w:r>
      <w:r>
        <w:rPr>
          <w:b/>
        </w:rPr>
        <w:t>RECOVERY SPEED</w:t>
      </w:r>
      <w:r>
        <w:t xml:space="preserve">, and finally, linking it all into an unstoppable flow with </w:t>
      </w:r>
      <w:r>
        <w:rPr>
          <w:b/>
        </w:rPr>
        <w:t>EXECUTION CHAINS</w:t>
      </w:r>
      <w:r>
        <w:t>. You’ve come to see consistency not as a heroic struggle, but as the predictable outcome of intelligently designed systems.</w:t>
      </w:r>
    </w:p>
    <w:p>
      <w:r>
        <w:t>But the true power of this framework isn’t in its individual components, however robust they may be. It's in their seamless, dynamic integration. Imagine a collection of perfectly engineered parts—an engine, a transmission, a braking system. Each is superb on its own. But their ultimate purpose is realized when they’re all connected, working in concert, orchestrated by a sophisticated operating system that manages their interactions, anticipates demands, and adapts to changing conditions.</w:t>
      </w:r>
    </w:p>
    <w:p>
      <w:r>
        <w:t xml:space="preserve">This is precisely what you’ve built for yourself: your own </w:t>
      </w:r>
      <w:r>
        <w:rPr>
          <w:b/>
        </w:rPr>
        <w:t>Consistency Operating System (COS)</w:t>
      </w:r>
      <w:r>
        <w:t>.</w:t>
      </w:r>
    </w:p>
    <w:p>
      <w:r>
        <w:t xml:space="preserve">Your </w:t>
      </w:r>
      <w:r>
        <w:rPr>
          <w:b/>
        </w:rPr>
        <w:t>COS</w:t>
      </w:r>
      <w:r>
        <w:t xml:space="preserve"> isn't just a collection of tools; it's the intelligence that binds them, the overarching logic that allows your ambitions to translate into stable follow-through and predictable execution, day after dynamic day. It’s the meta-system that empowers you to not just </w:t>
      </w:r>
      <w:r>
        <w:rPr>
          <w:i/>
        </w:rPr>
        <w:t>have</w:t>
      </w:r>
      <w:r>
        <w:t xml:space="preserve"> consistent actions, but to </w:t>
      </w:r>
      <w:r>
        <w:rPr>
          <w:i/>
        </w:rPr>
        <w:t>be</w:t>
      </w:r>
      <w:r>
        <w:t xml:space="preserve"> a consistently effective individual, perpetually optimizing your capacity for sustained output and calm confidence. You're no longer just applying techniques; you're running a sophisticated, self-correcting program for your life.</w:t>
      </w:r>
    </w:p>
    <w:p>
      <w:r>
        <w:t xml:space="preserve">The elegance of your </w:t>
      </w:r>
      <w:r>
        <w:rPr>
          <w:b/>
        </w:rPr>
        <w:t>COS</w:t>
      </w:r>
      <w:r>
        <w:t xml:space="preserve"> lies in its continuous feedback loops, its diagnostic protocols, and its inherent capacity for adaptive recalibration. You, as the </w:t>
      </w:r>
      <w:r>
        <w:rPr>
          <w:b/>
        </w:rPr>
        <w:t>Stability Engineer</w:t>
      </w:r>
      <w:r>
        <w:t>, are now the Chief Architect and Lead Operator of this system. This isn't about setting it and forgetting it; it’s about engaging in an ongoing dialogue with your system, interpreting its signals, and making informed adjustments.</w:t>
      </w:r>
    </w:p>
    <w:p>
      <w:r>
        <w:t xml:space="preserve">Think about how your </w:t>
      </w:r>
      <w:r>
        <w:rPr>
          <w:b/>
        </w:rPr>
        <w:t>COS</w:t>
      </w:r>
      <w:r>
        <w:t xml:space="preserve"> functions:</w:t>
      </w:r>
    </w:p>
    <w:p>
      <w:pPr>
        <w:pStyle w:val="ListNumber"/>
      </w:pPr>
      <w:r>
        <w:t>**Continuous Monitoring (Baseline Stability &amp; Friction Governance):** Your **COS** begins with a constant, albeit subconscious, scan of your internal and external **System Context**. Is your **Baseline Stability** holding? Are you getting enough sleep, proper nourishment, sufficient movement, and deliberate downtime? Are new friction points creeping into your **Execution Chains**? This isn't a judgmental assessment; it’s a neutral data collection. Your system is always asking, "What's the current state of my resources and environment?"</w:t>
      </w:r>
    </w:p>
    <w:p>
      <w:pPr>
        <w:pStyle w:val="ListNumber"/>
      </w:pPr>
      <w:r>
        <w:t>**Diagnostic Protocols (Identity Containment &amp; Recovery Speed):** When a deviation occurs – a missed MVA, a faltering chain, a surge of internal resistance – your **COS** immediately activates its diagnostic protocols. Instead of succumbing to **Identity Damage** and the whispers of **this pervasive foe**, your system defaults to the **Diagnostic Lens**. It asks: "What information is this providing? Is it a dip in **Cognitive Fuel**? An unanticipated external demand? A new point of friction in my **Execution Chains**?" This redirects energy from self-blame to problem-solving, protecting your hard-won self-trust.</w:t>
      </w:r>
    </w:p>
    <w:p>
      <w:pPr>
        <w:pStyle w:val="ListNumber"/>
      </w:pPr>
      <w:r>
        <w:t>**Adaptive Recalibration (Fail-Safe Design &amp; Strategic Scaling Down):** Based on the diagnostic data, your **COS** automatically triggers the appropriate adaptive response. If it's a momentary blip, your **Fail-Safe Design** within your **Execution Chains** ensures you pivot to a Tier 3 MVA. If it's a more significant, prolonged challenge, your **COS** initiates a **Strategic Scaling Down**, consciously reducing scope to protect system integrity, rather than allowing a full collapse. Your **24-Hour Recovery Rule** acts as the immediate re-engagement mechanism, preventing small lapses from cascading. This is the **where the true sophisticat** understands that consistency isn't about rigid adherence, but intelligent, dynamic adaptation.</w:t>
      </w:r>
    </w:p>
    <w:p>
      <w:pPr>
        <w:pStyle w:val="ListNumber"/>
      </w:pPr>
      <w:r>
        <w:t>**Proactive Optimization (All Components):** The ultimate goal of your **COS** is not just survival, but continuous improvement. Your system learns from every cycle of monitoring, diagnosis, and recalibration. You actively seek to anticipate future friction, refine your **Execution Chains**, strengthen your **Identity Containment**, and increase your **Recovery Speed**. This constant, incremental refinement is **the single most impactful leve** for making consistency feel natural, effortless, and genuinely enjoyable.</w:t>
      </w:r>
    </w:p>
    <w:p>
      <w:r>
        <w:t xml:space="preserve">Let’s look at Clara again, the product designer from Chapter 9. She'd successfully engineered her morning </w:t>
      </w:r>
      <w:r>
        <w:rPr>
          <w:b/>
        </w:rPr>
        <w:t>Execution Chain</w:t>
      </w:r>
      <w:r>
        <w:t xml:space="preserve"> – alarm to meditation, meditation to creative ideation, ideation to daily planning, then to breakfast prep. This chain had transformed her mornings, giving her a predictable rhythm and a significant boost in her creative output for her </w:t>
      </w:r>
      <w:r>
        <w:rPr>
          <w:b/>
        </w:rPr>
        <w:t>work on side project</w:t>
      </w:r>
      <w:r>
        <w:t xml:space="preserve">. She felt the quiet satisfaction of her </w:t>
      </w:r>
      <w:r>
        <w:rPr>
          <w:b/>
        </w:rPr>
        <w:t>Sustainable Ease</w:t>
      </w:r>
      <w:r>
        <w:t xml:space="preserve"> in action, her </w:t>
      </w:r>
      <w:r>
        <w:rPr>
          <w:b/>
        </w:rPr>
        <w:t>Cognitive Fuel</w:t>
      </w:r>
      <w:r>
        <w:t xml:space="preserve"> preserved from the </w:t>
      </w:r>
      <w:r>
        <w:rPr>
          <w:b/>
        </w:rPr>
        <w:t>biggest drain on</w:t>
      </w:r>
      <w:r>
        <w:t xml:space="preserve"> internal decision-making.</w:t>
      </w:r>
    </w:p>
    <w:p>
      <w:r>
        <w:t xml:space="preserve">One autumn, Clara experienced a series of unforeseen challenges. Her mother fell ill, requiring Clara to spend several weeks caring for her in a different city. This uprooted her completely from her carefully designed </w:t>
      </w:r>
      <w:r>
        <w:rPr>
          <w:b/>
        </w:rPr>
        <w:t>System Context</w:t>
      </w:r>
      <w:r>
        <w:t xml:space="preserve">. Her own sleep became erratic, her nutrition inconsistent, and her stress levels soared. Her </w:t>
      </w:r>
      <w:r>
        <w:rPr>
          <w:b/>
        </w:rPr>
        <w:t>Baseline Stability</w:t>
      </w:r>
      <w:r>
        <w:t xml:space="preserve"> was severely compromised, pushing her into what we've called a "Red Zone."</w:t>
      </w:r>
    </w:p>
    <w:p>
      <w:r>
        <w:t xml:space="preserve">The old Clara, the one trapped by </w:t>
      </w:r>
      <w:r>
        <w:rPr>
          <w:b/>
        </w:rPr>
        <w:t>this pervasive foe</w:t>
      </w:r>
      <w:r>
        <w:t xml:space="preserve">, would have seen her entire morning chain collapse. She would have felt the familiar pang of </w:t>
      </w:r>
      <w:r>
        <w:rPr>
          <w:b/>
        </w:rPr>
        <w:t>Identity Damage</w:t>
      </w:r>
      <w:r>
        <w:t>, telling herself she was "falling off track again," and that her consistency was "just a temporary phase." The shame would have mounted, making a return to her routine feel impossibly heavy.</w:t>
      </w:r>
    </w:p>
    <w:p>
      <w:r>
        <w:t xml:space="preserve">But Clara was now operating with her fully integrated </w:t>
      </w:r>
      <w:r>
        <w:rPr>
          <w:b/>
        </w:rPr>
        <w:t>Consistency Operating System</w:t>
      </w:r>
      <w:r>
        <w:t>.</w:t>
      </w:r>
    </w:p>
    <w:p>
      <w:r>
        <w:t xml:space="preserve">As she recognized the shift into the "Red Zone," her </w:t>
      </w:r>
      <w:r>
        <w:rPr>
          <w:b/>
        </w:rPr>
        <w:t>COS</w:t>
      </w:r>
      <w:r>
        <w:t xml:space="preserve"> immediately initiated its diagnostic protocols. "This isn't about personal failure," her internal narrative, reinforced by </w:t>
      </w:r>
      <w:r>
        <w:rPr>
          <w:b/>
        </w:rPr>
        <w:t>IDENTITY CONTAINMENT</w:t>
      </w:r>
      <w:r>
        <w:t xml:space="preserve">, calmly stated. "This is a severe contextual shift demanding a systemic response." She acknowledged the dip in her </w:t>
      </w:r>
      <w:r>
        <w:rPr>
          <w:b/>
        </w:rPr>
        <w:t>Cognitive Fuel</w:t>
      </w:r>
      <w:r>
        <w:t xml:space="preserve"> and the external demands, which were acting as </w:t>
      </w:r>
      <w:r>
        <w:rPr>
          <w:b/>
        </w:rPr>
        <w:t>insidious nature of hidden</w:t>
      </w:r>
      <w:r>
        <w:t xml:space="preserve"> friction to her usual routine.</w:t>
      </w:r>
    </w:p>
    <w:p>
      <w:r>
        <w:t xml:space="preserve">Her </w:t>
      </w:r>
      <w:r>
        <w:rPr>
          <w:b/>
        </w:rPr>
        <w:t>COS</w:t>
      </w:r>
      <w:r>
        <w:t xml:space="preserve"> then triggered </w:t>
      </w:r>
      <w:r>
        <w:rPr>
          <w:b/>
        </w:rPr>
        <w:t>Strategic Scaling Down</w:t>
      </w:r>
      <w:r>
        <w:t xml:space="preserve">. Clara understood she couldn't maintain her full morning </w:t>
      </w:r>
      <w:r>
        <w:rPr>
          <w:b/>
        </w:rPr>
        <w:t>Execution Chain</w:t>
      </w:r>
      <w:r>
        <w:t>. Her priority shifted to protecting her core self and preventing a complete systemic collapse.</w:t>
      </w:r>
    </w:p>
    <w:p>
      <w:r>
        <w:t xml:space="preserve">Here’s how her </w:t>
      </w:r>
      <w:r>
        <w:rPr>
          <w:b/>
        </w:rPr>
        <w:t>COS</w:t>
      </w:r>
      <w:r>
        <w:t xml:space="preserve"> adapted:</w:t>
      </w:r>
    </w:p>
    <w:p>
      <w:pPr>
        <w:pStyle w:val="ListNumber"/>
      </w:pPr>
      <w:r>
        <w:t>**Baseline Protection Activated:** Her non-negotiable became sleep. She allowed herself to wake naturally, or with a later alarm, prioritizing restorative rest over any early morning **Execution Loop**. She simplified meals drastically, focusing on nutrient-dense, easy-to-prepare options, minimizing the **cognitive friction** of food choices. Short, brisk walks whenever possible became her **my meditation spot** for movement, a moment to clear her head.</w:t>
      </w:r>
    </w:p>
    <w:p>
      <w:pPr>
        <w:pStyle w:val="ListNumber"/>
      </w:pPr>
      <w:r>
        <w:t>**Execution Chain Recalibration:** Her cherished morning chain was not abandoned, but dynamically reconfigured.</w:t>
      </w:r>
    </w:p>
    <w:p>
      <w:pPr>
        <w:pStyle w:val="ListNumber"/>
      </w:pPr>
      <w:r>
        <w:t>*   **Meditation:** Instead of her usual 20 minutes, her **Fail-Safe Design** kicked in. She committed to a 60-second breath awareness exercise, often done while sitting quietly for a moment after waking, or even in the car before entering her mother's house. This maintained the *pattern* of mental presence, preserving her **Initial Impulse** for the practice.</w:t>
      </w:r>
    </w:p>
    <w:p>
      <w:pPr>
        <w:pStyle w:val="ListNumber"/>
      </w:pPr>
      <w:r>
        <w:t>*   **Creative Ideation &amp; Planning:** These were temporarily suspended in their original format. Instead, her "creative ideation" MVA became carrying a small notebook and jotting down *one single thought* or observation during a brief pause in her day. Her "planning" was reduced to a 30-second mental review of the absolute top priority for *that hour*, not the day. She leveraged her Tier 4 MVAs here, acknowledging the system, even if the output was almost nil.</w:t>
      </w:r>
    </w:p>
    <w:p>
      <w:pPr>
        <w:pStyle w:val="ListNumber"/>
      </w:pPr>
      <w:r>
        <w:t>**Recovery Speed &amp; Identity Containment in Action:** Even within this scaled-down system, there were days when even the 60-second breath work felt impossible. On those days, her **COS** didn't allow **Identity Damage** to set in. She immediately activated her **24-Hour Recovery Rule**, ensuring that by the next morning, or at least within 24 hours of the lapse, she completed her *single-breath* MVA. This tiny act, made possible by **Sustainable Ease** designed into her recovery, reaffirmed her identity as "someone who cultivates mental presence," not someone who "never misses."</w:t>
      </w:r>
    </w:p>
    <w:p>
      <w:r>
        <w:t xml:space="preserve">After three weeks, as her mother's condition stabilized and the immediate crisis eased, Clara’s </w:t>
      </w:r>
      <w:r>
        <w:rPr>
          <w:b/>
        </w:rPr>
        <w:t>COS</w:t>
      </w:r>
      <w:r>
        <w:t xml:space="preserve"> began its adaptive recalibration upwards. She didn't try to "catch up" or immediately restart her full original routine. Instead, she gradually increased the duration of her meditation MVA, then slowly reintroduced a 5-minute creative jotting session, observing her energy levels and external demands. The beauty was that her </w:t>
      </w:r>
      <w:r>
        <w:rPr>
          <w:b/>
        </w:rPr>
        <w:t>Execution Chains</w:t>
      </w:r>
      <w:r>
        <w:t xml:space="preserve"> were never truly broken; they were merely operating in a low-power, critical-function mode, ready to spool back up when conditions allowed.</w:t>
      </w:r>
    </w:p>
    <w:p>
      <w:r>
        <w:t xml:space="preserve">This is the </w:t>
      </w:r>
      <w:r>
        <w:rPr>
          <w:b/>
        </w:rPr>
        <w:t>realm of</w:t>
      </w:r>
      <w:r>
        <w:t xml:space="preserve"> </w:t>
      </w:r>
      <w:r>
        <w:rPr>
          <w:b/>
        </w:rPr>
        <w:t>Stability Engineering</w:t>
      </w:r>
      <w:r>
        <w:t xml:space="preserve"> where your personal </w:t>
      </w:r>
      <w:r>
        <w:rPr>
          <w:b/>
        </w:rPr>
        <w:t>Consistency Operating System</w:t>
      </w:r>
      <w:r>
        <w:t xml:space="preserve"> shines. It’s not about superhuman effort, but about intelligent, adaptive design. Clara emerged from the crisis exhausted, yes, but crucially, her self-trust was not just intact, but deepened. She hadn't collapsed into </w:t>
      </w:r>
      <w:r>
        <w:rPr>
          <w:b/>
        </w:rPr>
        <w:t>this pervasive foe</w:t>
      </w:r>
      <w:r>
        <w:t xml:space="preserve"> of </w:t>
      </w:r>
      <w:r>
        <w:rPr>
          <w:b/>
        </w:rPr>
        <w:t>The Restart Illusion</w:t>
      </w:r>
      <w:r>
        <w:t xml:space="preserve">; she had navigated a genuine storm with her system, proving its resilience and her own capacity to adapt, not just react. She had become </w:t>
      </w:r>
      <w:r>
        <w:rPr>
          <w:b/>
        </w:rPr>
        <w:t>where you become a true</w:t>
      </w:r>
      <w:r>
        <w:t xml:space="preserve"> master of adaptable consistency.</w:t>
      </w:r>
    </w:p>
    <w:p>
      <w:r>
        <w:t xml:space="preserve">Your role as the Chief Engineer of your </w:t>
      </w:r>
      <w:r>
        <w:rPr>
          <w:b/>
        </w:rPr>
        <w:t>COS</w:t>
      </w:r>
      <w:r>
        <w:t xml:space="preserve"> involves three ongoing practices:</w:t>
      </w:r>
    </w:p>
    <w:p>
      <w:pPr>
        <w:pStyle w:val="ListNumber"/>
      </w:pPr>
      <w:r>
        <w:t>**The System Audit (Monitor &amp; Diagnose):** Regularly step back and observe your entire **COS**. Are your **Baseline Stability** pillars still robust? Has new **Friction** emerged in your **System Context**? Are your **Execution Chains** still serving your highest priorities, or have they become outdated? This isn't about self-criticism; it's about objective performance review. Schedule a weekly or bi-weekly "System Audit" to review your data: your sleep patterns, energy levels, adherence to MVAs, and the overall flow of your chains. This **crucial and effective** practice prevents small issues from becoming systemic problems.</w:t>
      </w:r>
    </w:p>
    <w:p>
      <w:pPr>
        <w:pStyle w:val="ListNumber"/>
      </w:pPr>
      <w:r>
        <w:t>**Adaptive Recalibration (Adapt &amp; Implement):** Based on your audit, make conscious, strategic adjustments. This might involve refining your **Friction Governance** to remove a newly identified obstacle, updating your **Fail-Safe Design** with new contextual contingencies, or applying **Strategic Scaling Down** to a chain that’s consistently draining too much **Cognitive Fuel**. These are not impulsive changes; they are data-driven optimizations. Remember, the **moment where we deepen our** understanding of resilience is in our capacity to adjust.</w:t>
      </w:r>
    </w:p>
    <w:p>
      <w:pPr>
        <w:pStyle w:val="ListNumber"/>
      </w:pPr>
      <w:r>
        <w:t>**Future Pacing &amp; Proactive Fortification (Evolve):** Your **COS** isn't just reactive; it’s predictive. As you grow and your ambitions evolve, your system must evolve with you. Anticipate future challenges: a new job, a major life event, a shift in priorities. How might your current **Execution Chains** need to be reconfigured? Can you proactively build in new buffers or pre-stage future tools? This forward-thinking approach, this continuous refinement that ensures your system remains robust and responsive to your evolving landscape, is **the single most impactful leve** for sustained consistency.</w:t>
      </w:r>
    </w:p>
    <w:p>
      <w:r>
        <w:t xml:space="preserve">You are no longer a passenger on the turbulent sea of your own intentions. You are the captain, standing at the command center of a sophisticated vessel, equipped with a comprehensive </w:t>
      </w:r>
      <w:r>
        <w:rPr>
          <w:b/>
        </w:rPr>
        <w:t>Consistency Operating System</w:t>
      </w:r>
      <w:r>
        <w:t>. You possess the knowledge to monitor your resources, diagnose challenges, adapt your course with precision, and continuously optimize for smooth, predictable sailing.</w:t>
      </w:r>
    </w:p>
    <w:p>
      <w:r>
        <w:t xml:space="preserve">The promise of this journey wasn't to eliminate waves, but to teach you how to build a ship that doesn't just survive them, but navigates them with calm confidence. You've learned to trust yourself, not because you never falter, but because you possess the systems to recover gracefully, adapt intelligently, and sustain your forward momentum through any storm. This is the liberation from </w:t>
      </w:r>
      <w:r>
        <w:rPr>
          <w:b/>
        </w:rPr>
        <w:t>The Restart Illusion</w:t>
      </w:r>
      <w:r>
        <w:t xml:space="preserve">. This is the profound self-trust that comes from being a true </w:t>
      </w:r>
      <w:r>
        <w:rPr>
          <w:b/>
        </w:rPr>
        <w:t>Stability Engineer</w:t>
      </w:r>
      <w:r>
        <w:t>.</w:t>
      </w:r>
    </w:p>
    <w:p>
      <w:r>
        <w:t xml:space="preserve">The journey of consistency isn't a destination; it's a perpetual process of intelligent design and adaptive operation. Your </w:t>
      </w:r>
      <w:r>
        <w:rPr>
          <w:b/>
        </w:rPr>
        <w:t>Consistency Operating System</w:t>
      </w:r>
      <w:r>
        <w:t xml:space="preserve"> is now yours, a living, evolving blueprint for predictable execution and unwavering self-belief. Embrace it, refine it, and let it propel you toward a future where your ambitions are not just started, but consistently, calmly, and confidently seen through to completion. The work isn't over; it's just begun, and you are more than ready for it.</w:t>
      </w:r>
    </w:p>
    <w:p>
      <w:r>
        <w:br w:type="page"/>
      </w:r>
    </w:p>
    <w:p>
      <w:pPr>
        <w:pStyle w:val="Heading1"/>
      </w:pPr>
      <w:r>
        <w:rPr>
          <w:sz w:val="36"/>
        </w:rPr>
        <w:t>THE COMPLETE SYSTEM</w:t>
      </w:r>
    </w:p>
    <w:p>
      <w:pPr>
        <w:pStyle w:val="Heading2"/>
      </w:pPr>
      <w:r>
        <w:t>The CONSISTENCY CODE (C-CODE): Putting It All Together</w:t>
      </w:r>
    </w:p>
    <w:p>
      <w:r>
        <w:t>You've learned the pieces. Now let's see the machine.</w:t>
      </w:r>
    </w:p>
    <w:p>
      <w:r>
        <w:t>Stability Engineering: You don’t “try” to be consistent. You design systems that don’t collapse.. Each component matters. But the magic isn't in any single part—it's in how they work together.</w:t>
      </w:r>
    </w:p>
    <w:p>
      <w:r>
        <w:t>Here's the complete system:</w:t>
      </w:r>
    </w:p>
    <w:p>
      <w:r>
        <w:rPr>
          <w:b/>
        </w:rPr>
        <w:t>STABILITY FIRST</w:t>
      </w:r>
      <w:r>
        <w:t>: Consistency begins with emotional and cognitive stability.</w:t>
        <w:br/>
      </w:r>
      <w:r>
        <w:rPr>
          <w:b/>
        </w:rPr>
        <w:t>FRICTION GOVERNANCE</w:t>
      </w:r>
      <w:r>
        <w:t>: What you do consistently is what has the least resistance.</w:t>
        <w:br/>
      </w:r>
      <w:r>
        <w:rPr>
          <w:b/>
        </w:rPr>
        <w:t>IDENTITY CONTAINMENT</w:t>
      </w:r>
      <w:r>
        <w:t>: Your identity must survive missed days.</w:t>
        <w:br/>
      </w:r>
      <w:r>
        <w:rPr>
          <w:b/>
        </w:rPr>
        <w:t>RECOVERY SPEED</w:t>
      </w:r>
      <w:r>
        <w:t>: Fast recovery beats perfect execution.</w:t>
        <w:br/>
      </w:r>
      <w:r>
        <w:rPr>
          <w:b/>
        </w:rPr>
        <w:t>EXECUTION CHAINS</w:t>
      </w:r>
      <w:r>
        <w:t>: Actions stick when chained, not isolated.</w:t>
      </w:r>
    </w:p>
    <w:p>
      <w:r>
        <w:t>When these elements work in sequence, something shifts. You stop fighting yourself.</w:t>
      </w:r>
    </w:p>
    <w:p>
      <w:r>
        <w:rPr>
          <w:b/>
        </w:rPr>
        <w:t>The 30-Day Integration:</w:t>
      </w:r>
    </w:p>
    <w:p>
      <w:r>
        <w:t>Week 1: Foundation. Get clear on what you're building.</w:t>
        <w:br/>
        <w:t>Week 2: Structure. Design your environment.</w:t>
        <w:br/>
        <w:t>Week 3: Automation. Install the habits.</w:t>
        <w:br/>
        <w:t>Week 4: Optimization. Track and adjust.</w:t>
      </w:r>
    </w:p>
    <w:p>
      <w:r>
        <w:rPr>
          <w:b/>
        </w:rPr>
        <w:t>When Things Break:</w:t>
      </w:r>
    </w:p>
    <w:p>
      <w:r>
        <w:t>If stuck, check the connections. Usually it's not the component—it's the handoff.</w:t>
        <w:br/>
        <w:t>If motivation fades, your environment isn't working. Redesign it.</w:t>
        <w:br/>
        <w:t>If progress stalls, add measurement.</w:t>
      </w:r>
    </w:p>
    <w:p>
      <w:r>
        <w:t>This isn't tips. It's an integrated system. Use it as one.</w:t>
      </w:r>
    </w:p>
    <w:p>
      <w:r>
        <w:t>You have the blueprint. Now build something that lasts.</w:t>
      </w:r>
    </w:p>
    <w:p>
      <w:r>
        <w:br w:type="page"/>
      </w:r>
    </w:p>
    <w:p>
      <w:pPr>
        <w:pStyle w:val="Heading1"/>
      </w:pPr>
      <w:r>
        <w:rPr>
          <w:sz w:val="36"/>
        </w:rPr>
        <w:t>CONCLUSION</w:t>
      </w:r>
    </w:p>
    <w:p>
      <w:r>
        <w:t>You didn't just read a book; you embarked on a transformative journey. You arrived here perhaps feeling the sting of past starts and stops, burdened by the belief that consistent action was a distant dream. But now, having navigated the depths of the CONSISTENCY CODE, you stand on different ground. You’ve moved beyond the unstable System Context that once sabotaged your best intentions, discovering that the path to follow-through isn't paved with brute force, but with intelligent design and self-compassion.</w:t>
      </w:r>
    </w:p>
    <w:p>
      <w:r>
        <w:t>The core insight you’ve embraced is powerful: it’s not about trying harder; it’s about building smarter. You now understand that resistance isn't a personal failing, but often a signal that your internal System Context needs attention. Through the deep work of IDENTITY CONTAINMENT, you've learned to integrate your past, not ignore it, creating a robust inner foundation. This isn't about becoming a machine, but about cultivating stable follow-through and predictable execution, enabling a profound sense of calm confidence and unwavering trust in yourself.</w:t>
      </w:r>
    </w:p>
    <w:p>
      <w:r>
        <w:t>You’ve faced and conquered the pervasive foe: The Restart Illusion. Its insidious nature, once dictating your narrative of perpetual beginnings, now holds no power. You've dismantled its grip, understanding its deceptive promises and building robust systems to counter its pull. The cycle is broken. You are no longer trapped in quicksand, but firmly rooted in the realm of sustained progress.</w:t>
      </w:r>
    </w:p>
    <w:p>
      <w:r>
        <w:t>Imagine six months from now. Picture the calm confidence radiating from you as you effortlessly execute your plans. Your side projects aren't just ideas; they're tangible realities, steadily advancing. That internal chatter, the doubt that once plagued your every move, has been replaced by a quiet, unwavering trust in your ability to follow through. This isn’t a fleeting high; it’s the quiet, predictable hum of a life built on stable follow-through and profound self-trust.</w:t>
      </w:r>
    </w:p>
    <w:p>
      <w:r>
        <w:t xml:space="preserve">The journey doesn't end here; it truly begins. Today, choose one small action you’ve been postponing. Instead of </w:t>
      </w:r>
      <w:r>
        <w:rPr>
          <w:i/>
        </w:rPr>
        <w:t>trying harder</w:t>
      </w:r>
      <w:r>
        <w:t xml:space="preserve">, apply a principle from the CONSISTENCY CODE – perhaps a System Context check or Identity Containment – and simply </w:t>
      </w:r>
      <w:r>
        <w:rPr>
          <w:i/>
        </w:rPr>
        <w:t>execute that one stable action</w:t>
      </w:r>
      <w:r>
        <w:t>. Don't strive for perfection; strive for the next stable brick in your foundation.</w:t>
      </w:r>
    </w:p>
    <w:p>
      <w:r>
        <w:t>The code is now within you. Go forth, build your systems, and unleash the truly consistent, confident self you were always meant to be. This is your legacy, forged in follow-through.</w:t>
      </w:r>
    </w:p>
    <w:p>
      <w:r>
        <w:br w:type="page"/>
      </w:r>
    </w:p>
    <w:p>
      <w:pPr>
        <w:pStyle w:val="Heading1"/>
      </w:pPr>
      <w:r>
        <w:rPr>
          <w:sz w:val="36"/>
        </w:rPr>
        <w:t>MARKETING MATERIALS</w:t>
      </w:r>
    </w:p>
    <w:p>
      <w:pPr>
        <w:pStyle w:val="Heading1"/>
      </w:pPr>
      <w:r>
        <w:t>MARKETING MATERIALS</w:t>
      </w:r>
    </w:p>
    <w:p>
      <w:pPr>
        <w:pStyle w:val="Heading2"/>
      </w:pPr>
      <w:r>
        <w:t>Back Cover</w:t>
      </w:r>
    </w:p>
    <w:p>
      <w:r>
        <w:t xml:space="preserve">What if the problem isn't </w:t>
      </w:r>
      <w:r>
        <w:rPr>
          <w:i/>
        </w:rPr>
        <w:t>you</w:t>
      </w:r>
      <w:r>
        <w:t xml:space="preserve">, but your </w:t>
      </w:r>
      <w:r>
        <w:rPr>
          <w:i/>
        </w:rPr>
        <w:t>system</w:t>
      </w:r>
      <w:r>
        <w:t>?</w:t>
      </w:r>
    </w:p>
    <w:p>
      <w:pPr>
        <w:pStyle w:val="ListBullet"/>
      </w:pPr>
      <w:r>
        <w:t>You enthusiastically launch new projects, only to abandon them weeks later.</w:t>
      </w:r>
    </w:p>
    <w:p>
      <w:pPr>
        <w:pStyle w:val="ListBullet"/>
      </w:pPr>
      <w:r>
        <w:t>You've devoured countless self-help books, yet still feel stuck in the same cycles.</w:t>
      </w:r>
    </w:p>
    <w:p>
      <w:pPr>
        <w:pStyle w:val="ListBullet"/>
      </w:pPr>
      <w:r>
        <w:t>You battle self-doubt, frustration, and shame, fearing there's something fundamentally broken within you.</w:t>
      </w:r>
    </w:p>
    <w:p>
      <w:r>
        <w:t>Enough. This cycle ends now.</w:t>
      </w:r>
    </w:p>
    <w:p>
      <w:r>
        <w:t>Envision a future where consistent action is your new normal. Picture the calm confidence of knowing you can reliably execute any plan. You'll finally trust yourself completely, turning aspirations into achievements.</w:t>
      </w:r>
    </w:p>
    <w:p>
      <w:r>
        <w:t>You've been trapped by The Restart Illusion. But it’s not your fault. THE CONSISTENCY CODE reveals a powerful, step-by-step framework – the C-CODE – that rewires your approach to execution. Learn to build simple systems for stable follow-through and predictable results.</w:t>
      </w:r>
    </w:p>
    <w:p>
      <w:r>
        <w:t>Stop restarting. Start finishing. Unlock The CONSISTENCY CODE and claim your consistent future.</w:t>
      </w:r>
    </w:p>
    <w:p>
      <w:r>
        <w:t>---</w:t>
      </w:r>
    </w:p>
    <w:p>
      <w:pPr>
        <w:pStyle w:val="Heading2"/>
      </w:pPr>
      <w:r>
        <w:t>One Liner</w:t>
      </w:r>
    </w:p>
    <w:p>
      <w:r>
        <w:t>THE CONSISTENCY CODE is the blueprint for building systems for stable follow-through and calm self-trust.</w:t>
      </w:r>
    </w:p>
    <w:p>
      <w:r>
        <w:t>---</w:t>
      </w:r>
    </w:p>
    <w:p>
      <w:pPr>
        <w:pStyle w:val="Heading2"/>
      </w:pPr>
      <w:r>
        <w:t>Amazon Description</w:t>
      </w:r>
    </w:p>
    <w:p>
      <w:r>
        <w:rPr>
          <w:b/>
        </w:rPr>
        <w:t>Are you an ambitious go-getter, brilliant with ideas and enthusiastic starts, but secretly dread beginning new projects because deep down you know you'll just abandon them?</w:t>
      </w:r>
    </w:p>
    <w:p>
      <w:r>
        <w:t>You’ve consumed countless self-help books, tried every "hack," and armed yourself with motivation, yet you're stuck in a frustrating cycle of starting strong only to fizzle out. The brilliant ideas you have gather dust. The exciting projects you begin lie unfinished. You’re left with self-doubt, a gnawing frustration, and the shame of quitting, wondering if something is inherently wrong with you. You're intelligent, reflective, and driven, so why can't you just follow through and achieve your goals?</w:t>
      </w:r>
    </w:p>
    <w:p>
      <w:r>
        <w:t>It’s not your willpower. It’s your system.</w:t>
      </w:r>
    </w:p>
    <w:p>
      <w:r>
        <w:t xml:space="preserve">Introducing </w:t>
      </w:r>
      <w:r>
        <w:rPr>
          <w:b/>
        </w:rPr>
        <w:t>THE CONSISTENCY CODE</w:t>
      </w:r>
      <w:r>
        <w:t>, the groundbreaking framework designed to help intelligent, ambitious individuals like you finally break free from the start-stop cycle. This isn't another motivational pep talk or a fleeting productivity trick; it's a practical, actionable blueprint for building robust systems that guarantee stable follow-through and predictable execution in every area of your life.</w:t>
      </w:r>
    </w:p>
    <w:p>
      <w:r>
        <w:t xml:space="preserve">Inside </w:t>
      </w:r>
      <w:r>
        <w:rPr>
          <w:b/>
        </w:rPr>
        <w:t>THE CONSISTENCY CODE (C-CODE)</w:t>
      </w:r>
      <w:r>
        <w:t>, you'll discover:</w:t>
      </w:r>
    </w:p>
    <w:p>
      <w:pPr>
        <w:pStyle w:val="ListBullet"/>
      </w:pPr>
      <w:r>
        <w:t>How to identify and dismantle the hidden patterns that sabotage your consistency, transforming intentions into reliable, consistent action.</w:t>
      </w:r>
    </w:p>
    <w:p>
      <w:pPr>
        <w:pStyle w:val="ListBullet"/>
      </w:pPr>
      <w:r>
        <w:t>The C-CODE framework for designing personalized, sustainable systems that make stable follow-through inevitable, even on your busiest days.</w:t>
      </w:r>
    </w:p>
    <w:p>
      <w:pPr>
        <w:pStyle w:val="ListBullet"/>
      </w:pPr>
      <w:r>
        <w:t>Strategies to replace self-doubt and the shame of quitting with calm confidence and unwavering self-trust.</w:t>
      </w:r>
    </w:p>
    <w:p>
      <w:pPr>
        <w:pStyle w:val="ListBullet"/>
      </w:pPr>
      <w:r>
        <w:t>Secrets to predictable execution, ensuring your most important projects move forward, day after day, week after week.</w:t>
      </w:r>
    </w:p>
    <w:p>
      <w:pPr>
        <w:pStyle w:val="ListBullet"/>
      </w:pPr>
      <w:r>
        <w:t>How to cultivate sustainable habits that compound over time, leading to effortless goal achievement and significant personal growth.</w:t>
      </w:r>
    </w:p>
    <w:p>
      <w:pPr>
        <w:pStyle w:val="ListBullet"/>
      </w:pPr>
      <w:r>
        <w:t>A clear path to ending the cycle of frustration, replacing it with the quiet satisfaction of consistent, undeniable progress.</w:t>
      </w:r>
    </w:p>
    <w:p>
      <w:r>
        <w:rPr>
          <w:b/>
        </w:rPr>
        <w:t>THE CONSISTENCY CODE</w:t>
      </w:r>
      <w:r>
        <w:t xml:space="preserve"> is for the intelligent, reflective professional aged 23-45 who feels perpetually stuck despite their ambition and efforts. If you're tired of brilliant ideas gathering dust, frustrated by unfinished projects, and ready to replace self-doubt with the calm confidence that comes from knowing you </w:t>
      </w:r>
      <w:r>
        <w:rPr>
          <w:i/>
        </w:rPr>
        <w:t>will</w:t>
      </w:r>
      <w:r>
        <w:t xml:space="preserve"> follow through, then this book is your essential guide to unlocking your true potential.</w:t>
      </w:r>
    </w:p>
    <w:p>
      <w:r>
        <w:t>Stop hoping for consistency. Start building it.</w:t>
        <w:br/>
      </w:r>
      <w:r>
        <w:rPr>
          <w:b/>
        </w:rPr>
        <w:t>Unlock stable follow-through, predictable execution, and unwavering self-trust. Get your copy of THE CONSISTENCY CODE today and finally achieve the breakthroughs you deserve.</w:t>
      </w:r>
    </w:p>
    <w:p>
      <w:r>
        <w:t>---</w:t>
      </w:r>
    </w:p>
    <w:sectPr w:rsidR="00FC693F" w:rsidRPr="0006063C" w:rsidSect="00034616">
      <w:pgSz w:w="8640" w:h="1296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