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20EBC" w14:textId="7E8A5A48" w:rsidR="00930F33" w:rsidRDefault="00930F33">
      <w:pPr>
        <w:spacing w:after="0"/>
        <w:rPr>
          <w:lang w:eastAsia="zh-CN"/>
        </w:rPr>
      </w:pPr>
    </w:p>
    <w:p w14:paraId="31CC0D9A" w14:textId="77777777" w:rsidR="00622BBB" w:rsidRDefault="00000000">
      <w:proofErr w:type="spellStart"/>
      <w:r>
        <w:rPr>
          <w:rFonts w:ascii="Arial" w:hAnsi="Arial"/>
          <w:sz w:val="48"/>
        </w:rPr>
        <w:t>bdq-wbzk-xdt</w:t>
      </w:r>
      <w:proofErr w:type="spellEnd"/>
      <w:r>
        <w:rPr>
          <w:rFonts w:ascii="Arial" w:hAnsi="Arial"/>
          <w:sz w:val="48"/>
        </w:rPr>
        <w:t xml:space="preserve"> (2025-03-03 12_36 GMT-7)</w:t>
      </w:r>
    </w:p>
    <w:p w14:paraId="7C329579" w14:textId="77777777" w:rsidR="00622BBB" w:rsidRDefault="00000000">
      <w:r>
        <w:rPr>
          <w:rFonts w:ascii="Arial" w:hAnsi="Arial"/>
          <w:color w:val="4F6880"/>
        </w:rPr>
        <w:t xml:space="preserve">Sun, Apr 06, </w:t>
      </w:r>
      <w:proofErr w:type="gramStart"/>
      <w:r>
        <w:rPr>
          <w:rFonts w:ascii="Arial" w:hAnsi="Arial"/>
          <w:color w:val="4F6880"/>
        </w:rPr>
        <w:t>2025</w:t>
      </w:r>
      <w:proofErr w:type="gramEnd"/>
      <w:r>
        <w:rPr>
          <w:rFonts w:ascii="Arial" w:hAnsi="Arial"/>
          <w:color w:val="4F6880"/>
        </w:rPr>
        <w:t xml:space="preserve"> 7:01PM • 2:16:25</w:t>
      </w:r>
    </w:p>
    <w:p w14:paraId="3B9D3C91" w14:textId="77777777" w:rsidR="00622BBB" w:rsidRDefault="00000000">
      <w:pPr>
        <w:spacing w:before="440" w:after="0"/>
      </w:pPr>
      <w:r>
        <w:rPr>
          <w:rFonts w:ascii="Arial" w:hAnsi="Arial"/>
          <w:b/>
          <w:color w:val="4F6880"/>
        </w:rPr>
        <w:t>SUMMARY KEYWORDS</w:t>
      </w:r>
    </w:p>
    <w:p w14:paraId="1A295906" w14:textId="77777777" w:rsidR="00622BBB" w:rsidRDefault="00000000">
      <w:r>
        <w:rPr>
          <w:rFonts w:ascii="Arial" w:hAnsi="Arial"/>
          <w:color w:val="4F6880"/>
        </w:rPr>
        <w:t>abuse, fatherhood, childhood trauma, emotional abuse, physical abuse, family dynamics, coping mechanisms, self-harm, support systems, resilience, mental health, legal battles, financial struggles, personal growth, community impact, abuse, work ethic, freedom, gratitude, parental alienation, social media, book promotion, copywriting, strategy, marketing, branding, consulting, ADHD, support, resilience</w:t>
      </w:r>
    </w:p>
    <w:p w14:paraId="3F49068F" w14:textId="77777777" w:rsidR="00622BBB" w:rsidRDefault="00000000">
      <w:pPr>
        <w:spacing w:before="440" w:after="0"/>
      </w:pPr>
      <w:r>
        <w:rPr>
          <w:rFonts w:ascii="Arial" w:hAnsi="Arial"/>
          <w:b/>
          <w:color w:val="4F6880"/>
        </w:rPr>
        <w:t>SPEAKERS</w:t>
      </w:r>
    </w:p>
    <w:p w14:paraId="6F8D6B72" w14:textId="5594CF7D" w:rsidR="00622BBB" w:rsidRDefault="00BD2C83">
      <w:r>
        <w:rPr>
          <w:rFonts w:ascii="Arial" w:hAnsi="Arial"/>
          <w:color w:val="4F6880"/>
        </w:rPr>
        <w:t xml:space="preserve">Jeremy, Speaker 3, </w:t>
      </w:r>
      <w:r w:rsidR="009D15AC">
        <w:rPr>
          <w:rFonts w:ascii="Arial" w:hAnsi="Arial"/>
          <w:color w:val="4F6880"/>
        </w:rPr>
        <w:t>Erica</w:t>
      </w:r>
    </w:p>
    <w:p w14:paraId="1F5FE9E7" w14:textId="77777777" w:rsidR="00622BBB" w:rsidRDefault="00622BBB">
      <w:pPr>
        <w:spacing w:after="0"/>
      </w:pPr>
    </w:p>
    <w:p w14:paraId="3D9D1590" w14:textId="77777777" w:rsidR="00622BBB" w:rsidRDefault="00622BBB">
      <w:pPr>
        <w:spacing w:after="0"/>
      </w:pPr>
    </w:p>
    <w:p w14:paraId="4E511C90" w14:textId="77777777" w:rsidR="00622BBB" w:rsidRDefault="00000000">
      <w:pPr>
        <w:spacing w:after="0"/>
      </w:pPr>
      <w:r>
        <w:rPr>
          <w:rFonts w:ascii="Arial" w:hAnsi="Arial"/>
        </w:rPr>
        <w:t xml:space="preserve">Yeah, okay, so let's look at this wrong one. Come on. Erica, okay, so like, we can, we can move on to that. We talked about fears, so we're </w:t>
      </w:r>
      <w:proofErr w:type="spellStart"/>
      <w:r>
        <w:rPr>
          <w:rFonts w:ascii="Arial" w:hAnsi="Arial"/>
        </w:rPr>
        <w:t>gonna</w:t>
      </w:r>
      <w:proofErr w:type="spellEnd"/>
      <w:r>
        <w:rPr>
          <w:rFonts w:ascii="Arial" w:hAnsi="Arial"/>
        </w:rPr>
        <w:t xml:space="preserve"> move </w:t>
      </w:r>
      <w:proofErr w:type="gramStart"/>
      <w:r>
        <w:rPr>
          <w:rFonts w:ascii="Arial" w:hAnsi="Arial"/>
        </w:rPr>
        <w:t>this actually</w:t>
      </w:r>
      <w:proofErr w:type="gramEnd"/>
      <w:r>
        <w:rPr>
          <w:rFonts w:ascii="Arial" w:hAnsi="Arial"/>
        </w:rPr>
        <w:t>.</w:t>
      </w:r>
    </w:p>
    <w:p w14:paraId="18C1A5B1" w14:textId="77777777" w:rsidR="00622BBB" w:rsidRDefault="00622BBB">
      <w:pPr>
        <w:spacing w:after="0"/>
      </w:pPr>
    </w:p>
    <w:p w14:paraId="57FE47EC" w14:textId="1EF57E3D" w:rsidR="00622BBB" w:rsidRDefault="00BD2C83">
      <w:pPr>
        <w:spacing w:after="0"/>
      </w:pPr>
      <w:r>
        <w:rPr>
          <w:rFonts w:ascii="Arial" w:hAnsi="Arial"/>
          <w:b/>
        </w:rPr>
        <w:t>Erica</w:t>
      </w:r>
    </w:p>
    <w:p w14:paraId="511A13A8" w14:textId="77777777" w:rsidR="00622BBB" w:rsidRDefault="00000000">
      <w:pPr>
        <w:spacing w:after="0"/>
      </w:pPr>
      <w:r>
        <w:rPr>
          <w:rFonts w:ascii="Arial" w:hAnsi="Arial"/>
        </w:rPr>
        <w:t>But you see how I'm like, bullet pointing this out so we can kind of break it down into individual sections. Okay?</w:t>
      </w:r>
    </w:p>
    <w:p w14:paraId="7070F596" w14:textId="77777777" w:rsidR="00622BBB" w:rsidRDefault="00622BBB">
      <w:pPr>
        <w:spacing w:after="0"/>
      </w:pPr>
    </w:p>
    <w:p w14:paraId="388A685D" w14:textId="6E6ADEA9" w:rsidR="00622BBB" w:rsidRDefault="00BD2C83">
      <w:pPr>
        <w:spacing w:after="0"/>
      </w:pPr>
      <w:r>
        <w:rPr>
          <w:rFonts w:ascii="Arial" w:hAnsi="Arial"/>
          <w:b/>
        </w:rPr>
        <w:t xml:space="preserve">Jeremy  </w:t>
      </w:r>
    </w:p>
    <w:p w14:paraId="30D28EC7" w14:textId="77777777" w:rsidR="00622BBB" w:rsidRDefault="00000000">
      <w:pPr>
        <w:spacing w:after="0"/>
      </w:pPr>
      <w:r>
        <w:rPr>
          <w:rFonts w:ascii="Arial" w:hAnsi="Arial"/>
        </w:rPr>
        <w:t>Actually, and I, and we have, I have pictures of her for my first held her in the hospital too, that you can add to the video.</w:t>
      </w:r>
    </w:p>
    <w:p w14:paraId="18BC3DB7" w14:textId="77777777" w:rsidR="00622BBB" w:rsidRDefault="00622BBB">
      <w:pPr>
        <w:spacing w:after="0"/>
      </w:pPr>
    </w:p>
    <w:p w14:paraId="08984BA8" w14:textId="3FB5BD06" w:rsidR="00622BBB" w:rsidRDefault="00BD2C83">
      <w:pPr>
        <w:spacing w:after="0"/>
      </w:pPr>
      <w:r>
        <w:rPr>
          <w:rFonts w:ascii="Arial" w:hAnsi="Arial"/>
          <w:b/>
        </w:rPr>
        <w:t>Erica</w:t>
      </w:r>
    </w:p>
    <w:p w14:paraId="559B2C05" w14:textId="77777777" w:rsidR="00622BBB" w:rsidRDefault="00000000">
      <w:pPr>
        <w:spacing w:after="0"/>
      </w:pPr>
      <w:r>
        <w:rPr>
          <w:rFonts w:ascii="Arial" w:hAnsi="Arial"/>
        </w:rPr>
        <w:t xml:space="preserve">Yes, yes. Um, all right, so that's kind of like on being a father. </w:t>
      </w:r>
      <w:proofErr w:type="gramStart"/>
      <w:r>
        <w:rPr>
          <w:rFonts w:ascii="Arial" w:hAnsi="Arial"/>
        </w:rPr>
        <w:t>So</w:t>
      </w:r>
      <w:proofErr w:type="gramEnd"/>
      <w:r>
        <w:rPr>
          <w:rFonts w:ascii="Arial" w:hAnsi="Arial"/>
        </w:rPr>
        <w:t xml:space="preserve"> what did you know fathers? What did this mean to you now? So now you have Paisley like, yeah. What did you start to think? Oh,</w:t>
      </w:r>
    </w:p>
    <w:p w14:paraId="3CF49A4D" w14:textId="77777777" w:rsidR="00622BBB" w:rsidRDefault="00622BBB">
      <w:pPr>
        <w:spacing w:after="0"/>
      </w:pPr>
    </w:p>
    <w:p w14:paraId="0ED057B0" w14:textId="61B779C2" w:rsidR="00622BBB" w:rsidRDefault="00BD2C83">
      <w:pPr>
        <w:spacing w:after="0"/>
      </w:pPr>
      <w:r>
        <w:rPr>
          <w:rFonts w:ascii="Arial" w:hAnsi="Arial"/>
          <w:b/>
        </w:rPr>
        <w:t xml:space="preserve">Jeremy  </w:t>
      </w:r>
    </w:p>
    <w:p w14:paraId="69C0BB00" w14:textId="77777777" w:rsidR="00622BBB" w:rsidRDefault="00000000">
      <w:pPr>
        <w:spacing w:after="0"/>
      </w:pPr>
      <w:r>
        <w:rPr>
          <w:rFonts w:ascii="Arial" w:hAnsi="Arial"/>
        </w:rPr>
        <w:t xml:space="preserve">it's so after I kind of like, oh crap, this is real, it was immediately like, I'm not. I'm </w:t>
      </w:r>
      <w:proofErr w:type="spellStart"/>
      <w:r>
        <w:rPr>
          <w:rFonts w:ascii="Arial" w:hAnsi="Arial"/>
        </w:rPr>
        <w:t>gonna</w:t>
      </w:r>
      <w:proofErr w:type="spellEnd"/>
      <w:r>
        <w:rPr>
          <w:rFonts w:ascii="Arial" w:hAnsi="Arial"/>
        </w:rPr>
        <w:t xml:space="preserve"> do everything I can not to repeat the cycle I went through. I'm </w:t>
      </w:r>
      <w:proofErr w:type="spellStart"/>
      <w:r>
        <w:rPr>
          <w:rFonts w:ascii="Arial" w:hAnsi="Arial"/>
        </w:rPr>
        <w:t>gonna</w:t>
      </w:r>
      <w:proofErr w:type="spellEnd"/>
      <w:r>
        <w:rPr>
          <w:rFonts w:ascii="Arial" w:hAnsi="Arial"/>
        </w:rPr>
        <w:t xml:space="preserve"> give her the best of everything, the best life. She's not </w:t>
      </w:r>
      <w:proofErr w:type="spellStart"/>
      <w:r>
        <w:rPr>
          <w:rFonts w:ascii="Arial" w:hAnsi="Arial"/>
        </w:rPr>
        <w:t>gonna</w:t>
      </w:r>
      <w:proofErr w:type="spellEnd"/>
      <w:r>
        <w:rPr>
          <w:rFonts w:ascii="Arial" w:hAnsi="Arial"/>
        </w:rPr>
        <w:t xml:space="preserve"> grow up hurting like I did. She's going to have a childhood. She's going to she's going to be able to be a child and basically fix all the stuff that I missed out on. And I didn't know what that was like. I didn't know how to obviously, because all that, but I just knew that I was not going to repeat the same cycle. I</w:t>
      </w:r>
    </w:p>
    <w:p w14:paraId="21D2D474" w14:textId="77777777" w:rsidR="00622BBB" w:rsidRDefault="00622BBB">
      <w:pPr>
        <w:spacing w:after="0"/>
      </w:pPr>
    </w:p>
    <w:p w14:paraId="302D3DBC" w14:textId="77777777" w:rsidR="00622BBB" w:rsidRDefault="00622BBB">
      <w:pPr>
        <w:spacing w:after="0"/>
      </w:pPr>
    </w:p>
    <w:p w14:paraId="52A615BC" w14:textId="77777777" w:rsidR="00622BBB" w:rsidRDefault="00000000">
      <w:pPr>
        <w:spacing w:after="0"/>
      </w:pPr>
      <w:r>
        <w:rPr>
          <w:rFonts w:ascii="Arial" w:hAnsi="Arial"/>
        </w:rPr>
        <w:t>Beautiful, beautiful, beautiful, all right,</w:t>
      </w:r>
    </w:p>
    <w:p w14:paraId="489CAF3A" w14:textId="77777777" w:rsidR="00622BBB" w:rsidRDefault="00622BBB">
      <w:pPr>
        <w:spacing w:after="0"/>
      </w:pPr>
    </w:p>
    <w:p w14:paraId="3DFB2D6C" w14:textId="2E92F8D1" w:rsidR="00622BBB" w:rsidRDefault="00BD2C83">
      <w:pPr>
        <w:spacing w:after="0"/>
      </w:pPr>
      <w:r>
        <w:rPr>
          <w:rFonts w:ascii="Arial" w:hAnsi="Arial"/>
          <w:b/>
        </w:rPr>
        <w:t>Erica</w:t>
      </w:r>
    </w:p>
    <w:p w14:paraId="680A4A8B" w14:textId="77777777" w:rsidR="00622BBB" w:rsidRDefault="00000000">
      <w:pPr>
        <w:spacing w:after="0"/>
      </w:pPr>
      <w:r>
        <w:rPr>
          <w:rFonts w:ascii="Arial" w:hAnsi="Arial"/>
        </w:rPr>
        <w:t xml:space="preserve">dreams and intentions, what did you want to do differently? </w:t>
      </w:r>
      <w:proofErr w:type="gramStart"/>
      <w:r>
        <w:rPr>
          <w:rFonts w:ascii="Arial" w:hAnsi="Arial"/>
        </w:rPr>
        <w:t>So</w:t>
      </w:r>
      <w:proofErr w:type="gramEnd"/>
      <w:r>
        <w:rPr>
          <w:rFonts w:ascii="Arial" w:hAnsi="Arial"/>
        </w:rPr>
        <w:t xml:space="preserve"> let's kind of break this down. I know we just talked about this a little bit, but like they're</w:t>
      </w:r>
    </w:p>
    <w:p w14:paraId="6DDAAD2E" w14:textId="77777777" w:rsidR="00622BBB" w:rsidRDefault="00622BBB">
      <w:pPr>
        <w:spacing w:after="0"/>
      </w:pPr>
    </w:p>
    <w:p w14:paraId="7932B31F" w14:textId="2AA9E4F7" w:rsidR="00622BBB" w:rsidRDefault="00BD2C83">
      <w:pPr>
        <w:spacing w:after="0"/>
      </w:pPr>
      <w:r>
        <w:rPr>
          <w:rFonts w:ascii="Arial" w:hAnsi="Arial"/>
          <w:b/>
        </w:rPr>
        <w:t xml:space="preserve">Jeremy  </w:t>
      </w:r>
    </w:p>
    <w:p w14:paraId="290E9E61" w14:textId="77777777" w:rsidR="00622BBB" w:rsidRDefault="00000000">
      <w:pPr>
        <w:spacing w:after="0"/>
      </w:pPr>
      <w:r>
        <w:rPr>
          <w:rFonts w:ascii="Arial" w:hAnsi="Arial"/>
        </w:rPr>
        <w:t xml:space="preserve">going to be loved. I'm sorry say it again, they're going to be loved like I'm going to show them unconditional love. They're going to value </w:t>
      </w:r>
      <w:proofErr w:type="spellStart"/>
      <w:r>
        <w:rPr>
          <w:rFonts w:ascii="Arial" w:hAnsi="Arial"/>
        </w:rPr>
        <w:t>i</w:t>
      </w:r>
      <w:proofErr w:type="spellEnd"/>
      <w:r>
        <w:rPr>
          <w:rFonts w:ascii="Arial" w:hAnsi="Arial"/>
        </w:rPr>
        <w:t xml:space="preserve"> their lives. They're going to value the relationship. They will not be abused. I'm going to be the best father ever. Like, it's like, they're </w:t>
      </w:r>
      <w:proofErr w:type="spellStart"/>
      <w:r>
        <w:rPr>
          <w:rFonts w:ascii="Arial" w:hAnsi="Arial"/>
        </w:rPr>
        <w:t>gonna</w:t>
      </w:r>
      <w:proofErr w:type="spellEnd"/>
      <w:r>
        <w:rPr>
          <w:rFonts w:ascii="Arial" w:hAnsi="Arial"/>
        </w:rPr>
        <w:t xml:space="preserve"> be supported, and that's what I did, is, yeah, like, I put away she first started college once early. They're </w:t>
      </w:r>
      <w:proofErr w:type="spellStart"/>
      <w:r>
        <w:rPr>
          <w:rFonts w:ascii="Arial" w:hAnsi="Arial"/>
        </w:rPr>
        <w:t>gonna</w:t>
      </w:r>
      <w:proofErr w:type="spellEnd"/>
      <w:r>
        <w:rPr>
          <w:rFonts w:ascii="Arial" w:hAnsi="Arial"/>
        </w:rPr>
        <w:t xml:space="preserve"> be able to be a </w:t>
      </w:r>
      <w:proofErr w:type="spellStart"/>
      <w:r>
        <w:rPr>
          <w:rFonts w:ascii="Arial" w:hAnsi="Arial"/>
        </w:rPr>
        <w:t>child like</w:t>
      </w:r>
      <w:proofErr w:type="spellEnd"/>
      <w:r>
        <w:rPr>
          <w:rFonts w:ascii="Arial" w:hAnsi="Arial"/>
        </w:rPr>
        <w:t xml:space="preserve">, have a healthy relationship, and be able to laugh, smile and authentically, like, love being a </w:t>
      </w:r>
      <w:proofErr w:type="spellStart"/>
      <w:r>
        <w:rPr>
          <w:rFonts w:ascii="Arial" w:hAnsi="Arial"/>
        </w:rPr>
        <w:t>child like</w:t>
      </w:r>
      <w:proofErr w:type="spellEnd"/>
      <w:r>
        <w:rPr>
          <w:rFonts w:ascii="Arial" w:hAnsi="Arial"/>
        </w:rPr>
        <w:t xml:space="preserve">, that's the biggest I guess that's one of the biggest things, is she's </w:t>
      </w:r>
      <w:proofErr w:type="spellStart"/>
      <w:r>
        <w:rPr>
          <w:rFonts w:ascii="Arial" w:hAnsi="Arial"/>
        </w:rPr>
        <w:t>gonna</w:t>
      </w:r>
      <w:proofErr w:type="spellEnd"/>
      <w:r>
        <w:rPr>
          <w:rFonts w:ascii="Arial" w:hAnsi="Arial"/>
        </w:rPr>
        <w:t xml:space="preserve"> be my princess. And she has been my princess, like, it's I'm </w:t>
      </w:r>
      <w:proofErr w:type="spellStart"/>
      <w:r>
        <w:rPr>
          <w:rFonts w:ascii="Arial" w:hAnsi="Arial"/>
        </w:rPr>
        <w:t>gonna</w:t>
      </w:r>
      <w:proofErr w:type="spellEnd"/>
      <w:r>
        <w:rPr>
          <w:rFonts w:ascii="Arial" w:hAnsi="Arial"/>
        </w:rPr>
        <w:t xml:space="preserve"> give her everything. I guess as soon as I held her like she was wrapped, I'd wrap around her finger, like immediately, and like, she's </w:t>
      </w:r>
      <w:proofErr w:type="spellStart"/>
      <w:r>
        <w:rPr>
          <w:rFonts w:ascii="Arial" w:hAnsi="Arial"/>
        </w:rPr>
        <w:t>gonna</w:t>
      </w:r>
      <w:proofErr w:type="spellEnd"/>
      <w:r>
        <w:rPr>
          <w:rFonts w:ascii="Arial" w:hAnsi="Arial"/>
        </w:rPr>
        <w:t xml:space="preserve"> have the best of everything. I</w:t>
      </w:r>
    </w:p>
    <w:p w14:paraId="30DEBB4B" w14:textId="77777777" w:rsidR="00622BBB" w:rsidRDefault="00622BBB">
      <w:pPr>
        <w:spacing w:after="0"/>
      </w:pPr>
    </w:p>
    <w:p w14:paraId="6BC3EDBB" w14:textId="22A18D0D" w:rsidR="00622BBB" w:rsidRDefault="00BD2C83">
      <w:pPr>
        <w:spacing w:after="0"/>
      </w:pPr>
      <w:r>
        <w:rPr>
          <w:rFonts w:ascii="Arial" w:hAnsi="Arial"/>
          <w:b/>
        </w:rPr>
        <w:t>Erica</w:t>
      </w:r>
    </w:p>
    <w:p w14:paraId="568415B2" w14:textId="77777777" w:rsidR="00622BBB" w:rsidRDefault="00000000">
      <w:pPr>
        <w:spacing w:after="0"/>
      </w:pPr>
      <w:r>
        <w:rPr>
          <w:rFonts w:ascii="Arial" w:hAnsi="Arial"/>
        </w:rPr>
        <w:t>did you have these fears up until when she was born? Or did you start to feel more comfortable before then? I'll</w:t>
      </w:r>
    </w:p>
    <w:p w14:paraId="244123C2" w14:textId="77777777" w:rsidR="00622BBB" w:rsidRDefault="00622BBB">
      <w:pPr>
        <w:spacing w:after="0"/>
      </w:pPr>
    </w:p>
    <w:p w14:paraId="72059800" w14:textId="68E340F2" w:rsidR="00622BBB" w:rsidRDefault="00BD2C83">
      <w:pPr>
        <w:spacing w:after="0"/>
      </w:pPr>
      <w:r>
        <w:rPr>
          <w:rFonts w:ascii="Arial" w:hAnsi="Arial"/>
          <w:b/>
        </w:rPr>
        <w:t xml:space="preserve">Jeremy  </w:t>
      </w:r>
    </w:p>
    <w:p w14:paraId="5BA51FA0" w14:textId="77777777" w:rsidR="00622BBB" w:rsidRDefault="00000000">
      <w:pPr>
        <w:spacing w:after="0"/>
      </w:pPr>
      <w:proofErr w:type="gramStart"/>
      <w:r>
        <w:rPr>
          <w:rFonts w:ascii="Arial" w:hAnsi="Arial"/>
        </w:rPr>
        <w:t>actually, honestly</w:t>
      </w:r>
      <w:proofErr w:type="gramEnd"/>
      <w:r>
        <w:rPr>
          <w:rFonts w:ascii="Arial" w:hAnsi="Arial"/>
        </w:rPr>
        <w:t>, one of the biggest fears is I didn't think it was</w:t>
      </w:r>
    </w:p>
    <w:p w14:paraId="68BB1F0E" w14:textId="77777777" w:rsidR="00622BBB" w:rsidRDefault="00622BBB">
      <w:pPr>
        <w:spacing w:after="0"/>
      </w:pPr>
    </w:p>
    <w:p w14:paraId="6DA3456F" w14:textId="77777777" w:rsidR="00622BBB" w:rsidRDefault="00622BBB">
      <w:pPr>
        <w:spacing w:after="0"/>
      </w:pPr>
    </w:p>
    <w:p w14:paraId="2BAB9C00" w14:textId="77777777" w:rsidR="00622BBB" w:rsidRDefault="00000000">
      <w:pPr>
        <w:spacing w:after="0"/>
      </w:pPr>
      <w:r>
        <w:rPr>
          <w:rFonts w:ascii="Arial" w:hAnsi="Arial"/>
        </w:rPr>
        <w:t xml:space="preserve">mine. Okay, that's </w:t>
      </w:r>
      <w:proofErr w:type="spellStart"/>
      <w:r>
        <w:rPr>
          <w:rFonts w:ascii="Arial" w:hAnsi="Arial"/>
        </w:rPr>
        <w:t>that's</w:t>
      </w:r>
      <w:proofErr w:type="spellEnd"/>
      <w:r>
        <w:rPr>
          <w:rFonts w:ascii="Arial" w:hAnsi="Arial"/>
        </w:rPr>
        <w:t xml:space="preserve"> good, because</w:t>
      </w:r>
    </w:p>
    <w:p w14:paraId="718C7C65" w14:textId="77777777" w:rsidR="00622BBB" w:rsidRDefault="00622BBB">
      <w:pPr>
        <w:spacing w:after="0"/>
      </w:pPr>
    </w:p>
    <w:p w14:paraId="358D2B13" w14:textId="2A693F58" w:rsidR="00622BBB" w:rsidRDefault="00BD2C83">
      <w:pPr>
        <w:spacing w:after="0"/>
      </w:pPr>
      <w:r>
        <w:rPr>
          <w:rFonts w:ascii="Arial" w:hAnsi="Arial"/>
          <w:b/>
        </w:rPr>
        <w:t xml:space="preserve">Jeremy  </w:t>
      </w:r>
    </w:p>
    <w:p w14:paraId="03BA3F76" w14:textId="77777777" w:rsidR="00622BBB" w:rsidRDefault="00000000">
      <w:pPr>
        <w:spacing w:after="0"/>
      </w:pPr>
      <w:r>
        <w:rPr>
          <w:rFonts w:ascii="Arial" w:hAnsi="Arial"/>
        </w:rPr>
        <w:t>she was having an extra marital affair with Nate. I.</w:t>
      </w:r>
    </w:p>
    <w:p w14:paraId="1B215741" w14:textId="77777777" w:rsidR="00622BBB" w:rsidRDefault="00622BBB">
      <w:pPr>
        <w:spacing w:after="0"/>
      </w:pPr>
    </w:p>
    <w:p w14:paraId="691D13BB" w14:textId="77777777" w:rsidR="00622BBB" w:rsidRDefault="00622BBB">
      <w:pPr>
        <w:spacing w:after="0"/>
      </w:pPr>
    </w:p>
    <w:p w14:paraId="1B8AD2D7" w14:textId="57228540" w:rsidR="00622BBB" w:rsidRDefault="00000000">
      <w:pPr>
        <w:spacing w:after="0"/>
      </w:pPr>
      <w:r>
        <w:rPr>
          <w:rFonts w:ascii="Arial" w:hAnsi="Arial"/>
        </w:rPr>
        <w:t xml:space="preserve">I did you have a DNA </w:t>
      </w:r>
      <w:r w:rsidR="00BD2C83">
        <w:rPr>
          <w:rFonts w:ascii="Arial" w:hAnsi="Arial"/>
        </w:rPr>
        <w:t>test</w:t>
      </w:r>
      <w:r>
        <w:rPr>
          <w:rFonts w:ascii="Arial" w:hAnsi="Arial"/>
        </w:rPr>
        <w:t>?</w:t>
      </w:r>
    </w:p>
    <w:p w14:paraId="37C736C8" w14:textId="77777777" w:rsidR="00622BBB" w:rsidRDefault="00622BBB">
      <w:pPr>
        <w:spacing w:after="0"/>
      </w:pPr>
    </w:p>
    <w:p w14:paraId="708D64BB" w14:textId="4DAA4615" w:rsidR="00622BBB" w:rsidRDefault="00BD2C83">
      <w:pPr>
        <w:spacing w:after="0"/>
      </w:pPr>
      <w:r>
        <w:rPr>
          <w:rFonts w:ascii="Arial" w:hAnsi="Arial"/>
          <w:b/>
        </w:rPr>
        <w:t xml:space="preserve">Jeremy  </w:t>
      </w:r>
    </w:p>
    <w:p w14:paraId="7B5E3E1C" w14:textId="77777777" w:rsidR="00622BBB" w:rsidRDefault="00000000">
      <w:pPr>
        <w:spacing w:after="0"/>
      </w:pPr>
      <w:r>
        <w:rPr>
          <w:rFonts w:ascii="Arial" w:hAnsi="Arial"/>
        </w:rPr>
        <w:t xml:space="preserve">No, because soon as she came out, I mean, she looks exactly like me, it was like, oh shit, that's, that's probably one of the first things. Is like, once I found out she's </w:t>
      </w:r>
      <w:proofErr w:type="gramStart"/>
      <w:r>
        <w:rPr>
          <w:rFonts w:ascii="Arial" w:hAnsi="Arial"/>
        </w:rPr>
        <w:t>actually mine</w:t>
      </w:r>
      <w:proofErr w:type="gramEnd"/>
      <w:r>
        <w:rPr>
          <w:rFonts w:ascii="Arial" w:hAnsi="Arial"/>
        </w:rPr>
        <w:t>, like it was like, oh shit. Like, this is real. Now. Okay.</w:t>
      </w:r>
    </w:p>
    <w:p w14:paraId="6981B2D4" w14:textId="77777777" w:rsidR="00622BBB" w:rsidRDefault="00622BBB">
      <w:pPr>
        <w:spacing w:after="0"/>
      </w:pPr>
    </w:p>
    <w:p w14:paraId="2FB65631" w14:textId="77777777" w:rsidR="00622BBB" w:rsidRDefault="00000000">
      <w:pPr>
        <w:spacing w:after="0"/>
      </w:pPr>
      <w:r>
        <w:rPr>
          <w:rFonts w:ascii="Arial" w:hAnsi="Arial"/>
          <w:b/>
        </w:rPr>
        <w:t xml:space="preserve">Speaker 3  </w:t>
      </w:r>
    </w:p>
    <w:p w14:paraId="01157437" w14:textId="77777777" w:rsidR="00622BBB" w:rsidRDefault="00000000">
      <w:pPr>
        <w:spacing w:after="0"/>
      </w:pPr>
      <w:r>
        <w:rPr>
          <w:rFonts w:ascii="Arial" w:hAnsi="Arial"/>
        </w:rPr>
        <w:t xml:space="preserve">All right, so </w:t>
      </w:r>
      <w:proofErr w:type="gramStart"/>
      <w:r>
        <w:rPr>
          <w:rFonts w:ascii="Arial" w:hAnsi="Arial"/>
        </w:rPr>
        <w:t>take a look</w:t>
      </w:r>
      <w:proofErr w:type="gramEnd"/>
      <w:r>
        <w:rPr>
          <w:rFonts w:ascii="Arial" w:hAnsi="Arial"/>
        </w:rPr>
        <w:t xml:space="preserve"> at that real quick. Can I scroll back up? Oh, sorry, P, a, </w:t>
      </w:r>
      <w:proofErr w:type="spellStart"/>
      <w:r>
        <w:rPr>
          <w:rFonts w:ascii="Arial" w:hAnsi="Arial"/>
        </w:rPr>
        <w:t>i</w:t>
      </w:r>
      <w:proofErr w:type="spellEnd"/>
      <w:r>
        <w:rPr>
          <w:rFonts w:ascii="Arial" w:hAnsi="Arial"/>
        </w:rPr>
        <w:t>, s, it's L, E, Y, yeah,</w:t>
      </w:r>
    </w:p>
    <w:p w14:paraId="2F18105D" w14:textId="77777777" w:rsidR="00622BBB" w:rsidRDefault="00622BBB">
      <w:pPr>
        <w:spacing w:after="0"/>
      </w:pPr>
    </w:p>
    <w:p w14:paraId="493883F9" w14:textId="77777777" w:rsidR="00622BBB" w:rsidRDefault="00622BBB">
      <w:pPr>
        <w:spacing w:after="0"/>
      </w:pPr>
    </w:p>
    <w:p w14:paraId="182BB1AD" w14:textId="77777777" w:rsidR="00622BBB" w:rsidRDefault="00000000">
      <w:pPr>
        <w:spacing w:after="0"/>
      </w:pPr>
      <w:r>
        <w:rPr>
          <w:rFonts w:ascii="Arial" w:hAnsi="Arial"/>
        </w:rPr>
        <w:t>that's there we go. I knew that was</w:t>
      </w:r>
    </w:p>
    <w:p w14:paraId="5F4BFD48" w14:textId="77777777" w:rsidR="00622BBB" w:rsidRDefault="00622BBB">
      <w:pPr>
        <w:spacing w:after="0"/>
      </w:pPr>
    </w:p>
    <w:p w14:paraId="01409F48" w14:textId="3D2F8359" w:rsidR="00622BBB" w:rsidRDefault="00BD2C83">
      <w:pPr>
        <w:spacing w:after="0"/>
      </w:pPr>
      <w:r>
        <w:rPr>
          <w:rFonts w:ascii="Arial" w:hAnsi="Arial"/>
          <w:b/>
        </w:rPr>
        <w:t xml:space="preserve">Jeremy  </w:t>
      </w:r>
    </w:p>
    <w:p w14:paraId="272B44C1" w14:textId="77777777" w:rsidR="00622BBB" w:rsidRDefault="00000000">
      <w:pPr>
        <w:spacing w:after="0"/>
      </w:pPr>
      <w:r>
        <w:rPr>
          <w:rFonts w:ascii="Arial" w:hAnsi="Arial"/>
        </w:rPr>
        <w:lastRenderedPageBreak/>
        <w:t xml:space="preserve">and, and I don't know how, if this is Magic relevance, but it's like, when we hooked up, it wasn't even we weren't even together. Like, that's the kind of thing is, like, we </w:t>
      </w:r>
      <w:proofErr w:type="spellStart"/>
      <w:r>
        <w:rPr>
          <w:rFonts w:ascii="Arial" w:hAnsi="Arial"/>
        </w:rPr>
        <w:t>we</w:t>
      </w:r>
      <w:proofErr w:type="spellEnd"/>
      <w:r>
        <w:rPr>
          <w:rFonts w:ascii="Arial" w:hAnsi="Arial"/>
        </w:rPr>
        <w:t xml:space="preserve"> weren't even together. </w:t>
      </w:r>
      <w:proofErr w:type="gramStart"/>
      <w:r>
        <w:rPr>
          <w:rFonts w:ascii="Arial" w:hAnsi="Arial"/>
        </w:rPr>
        <w:t>So</w:t>
      </w:r>
      <w:proofErr w:type="gramEnd"/>
      <w:r>
        <w:rPr>
          <w:rFonts w:ascii="Arial" w:hAnsi="Arial"/>
        </w:rPr>
        <w:t xml:space="preserve"> I didn't think it was mine, like, I wasn't even dating her at the time. We haven't seen each other for like, four or five months.</w:t>
      </w:r>
    </w:p>
    <w:p w14:paraId="41F97169" w14:textId="77777777" w:rsidR="00622BBB" w:rsidRDefault="00622BBB">
      <w:pPr>
        <w:spacing w:after="0"/>
      </w:pPr>
    </w:p>
    <w:p w14:paraId="1980B18F" w14:textId="77777777" w:rsidR="00622BBB" w:rsidRDefault="00622BBB">
      <w:pPr>
        <w:spacing w:after="0"/>
      </w:pPr>
    </w:p>
    <w:p w14:paraId="79288606" w14:textId="77777777" w:rsidR="00622BBB" w:rsidRDefault="00000000">
      <w:pPr>
        <w:spacing w:after="0"/>
      </w:pPr>
      <w:r>
        <w:rPr>
          <w:rFonts w:ascii="Arial" w:hAnsi="Arial"/>
        </w:rPr>
        <w:t>How did she get knocked up then?</w:t>
      </w:r>
    </w:p>
    <w:p w14:paraId="22AA9489" w14:textId="77777777" w:rsidR="00622BBB" w:rsidRDefault="00622BBB">
      <w:pPr>
        <w:spacing w:after="0"/>
      </w:pPr>
    </w:p>
    <w:p w14:paraId="05110518" w14:textId="31A4B5B1" w:rsidR="00622BBB" w:rsidRDefault="00BD2C83">
      <w:pPr>
        <w:spacing w:after="0"/>
      </w:pPr>
      <w:r>
        <w:rPr>
          <w:rFonts w:ascii="Arial" w:hAnsi="Arial"/>
          <w:b/>
        </w:rPr>
        <w:t xml:space="preserve">Jeremy  </w:t>
      </w:r>
    </w:p>
    <w:p w14:paraId="0E4B88C9" w14:textId="27312B66" w:rsidR="00622BBB" w:rsidRDefault="00000000">
      <w:pPr>
        <w:spacing w:after="0"/>
      </w:pPr>
      <w:r>
        <w:rPr>
          <w:rFonts w:ascii="Arial" w:hAnsi="Arial"/>
        </w:rPr>
        <w:t>Well, one night, one night after the bar, she was right down the road, and she said she got a new apartment with her friend, and they're having a party. And then I went there, and there was no party. It was just her. And then she said she's on birth control. And then, as we're at that point, like, she started yelling, giving me that baby. And I was like, What the fuck at the very end? And I knew at that time I had a Oh, shit. I think that was</w:t>
      </w:r>
      <w:r w:rsidR="00BD2C83">
        <w:rPr>
          <w:rFonts w:ascii="Arial" w:hAnsi="Arial"/>
        </w:rPr>
        <w:t xml:space="preserve"> </w:t>
      </w:r>
      <w:r>
        <w:rPr>
          <w:rFonts w:ascii="Arial" w:hAnsi="Arial"/>
        </w:rPr>
        <w:t>entrapment,</w:t>
      </w:r>
    </w:p>
    <w:p w14:paraId="02CB52ED" w14:textId="77777777" w:rsidR="00622BBB" w:rsidRDefault="00622BBB">
      <w:pPr>
        <w:spacing w:after="0"/>
      </w:pPr>
    </w:p>
    <w:p w14:paraId="4D3901A6" w14:textId="6EB2FDD6" w:rsidR="00622BBB" w:rsidRDefault="00BD2C83">
      <w:pPr>
        <w:spacing w:after="0"/>
      </w:pPr>
      <w:r>
        <w:rPr>
          <w:rFonts w:ascii="Arial" w:hAnsi="Arial"/>
          <w:b/>
        </w:rPr>
        <w:t xml:space="preserve">Jeremy  </w:t>
      </w:r>
    </w:p>
    <w:p w14:paraId="394B94AA" w14:textId="1DE0462C" w:rsidR="00622BBB" w:rsidRDefault="00000000">
      <w:pPr>
        <w:spacing w:after="0"/>
      </w:pPr>
      <w:r>
        <w:rPr>
          <w:rFonts w:ascii="Arial" w:hAnsi="Arial"/>
        </w:rPr>
        <w:t xml:space="preserve">and it's wild because it's the same way that. </w:t>
      </w:r>
      <w:proofErr w:type="gramStart"/>
      <w:r>
        <w:rPr>
          <w:rFonts w:ascii="Arial" w:hAnsi="Arial"/>
        </w:rPr>
        <w:t>So</w:t>
      </w:r>
      <w:proofErr w:type="gramEnd"/>
      <w:r>
        <w:rPr>
          <w:rFonts w:ascii="Arial" w:hAnsi="Arial"/>
        </w:rPr>
        <w:t xml:space="preserve"> it's the same way, like her mom got knocked up. It wasn't, it was on a blind date. </w:t>
      </w:r>
      <w:proofErr w:type="gramStart"/>
      <w:r>
        <w:rPr>
          <w:rFonts w:ascii="Arial" w:hAnsi="Arial"/>
        </w:rPr>
        <w:t>So</w:t>
      </w:r>
      <w:proofErr w:type="gramEnd"/>
      <w:r>
        <w:rPr>
          <w:rFonts w:ascii="Arial" w:hAnsi="Arial"/>
        </w:rPr>
        <w:t xml:space="preserve"> it's, it's, that's how she's that's how she's seen a normal relationship is something that's knocked up and </w:t>
      </w:r>
      <w:proofErr w:type="spellStart"/>
      <w:r>
        <w:rPr>
          <w:rFonts w:ascii="Arial" w:hAnsi="Arial"/>
        </w:rPr>
        <w:t>they're</w:t>
      </w:r>
      <w:proofErr w:type="spellEnd"/>
      <w:r>
        <w:rPr>
          <w:rFonts w:ascii="Arial" w:hAnsi="Arial"/>
        </w:rPr>
        <w:t>, they're forced to stay with each other. Okay, on a blind date, yeah, that's why she hates them, like</w:t>
      </w:r>
      <w:r w:rsidR="00BD2C83">
        <w:rPr>
          <w:rFonts w:ascii="Arial" w:hAnsi="Arial"/>
        </w:rPr>
        <w:t xml:space="preserve"> </w:t>
      </w:r>
      <w:r>
        <w:rPr>
          <w:rFonts w:ascii="Arial" w:hAnsi="Arial"/>
        </w:rPr>
        <w:t xml:space="preserve">she generates as </w:t>
      </w:r>
      <w:proofErr w:type="spellStart"/>
      <w:r>
        <w:rPr>
          <w:rFonts w:ascii="Arial" w:hAnsi="Arial"/>
        </w:rPr>
        <w:t>as</w:t>
      </w:r>
      <w:proofErr w:type="spellEnd"/>
      <w:r>
        <w:rPr>
          <w:rFonts w:ascii="Arial" w:hAnsi="Arial"/>
        </w:rPr>
        <w:t xml:space="preserve"> a leash, </w:t>
      </w:r>
      <w:proofErr w:type="gramStart"/>
      <w:r>
        <w:rPr>
          <w:rFonts w:ascii="Arial" w:hAnsi="Arial"/>
        </w:rPr>
        <w:t>Yes</w:t>
      </w:r>
      <w:proofErr w:type="gramEnd"/>
      <w:r>
        <w:rPr>
          <w:rFonts w:ascii="Arial" w:hAnsi="Arial"/>
        </w:rPr>
        <w:t>, yep, because yeah, to get me back in. Yep.</w:t>
      </w:r>
    </w:p>
    <w:p w14:paraId="23931F17" w14:textId="77777777" w:rsidR="00622BBB" w:rsidRDefault="00622BBB">
      <w:pPr>
        <w:spacing w:after="0"/>
      </w:pPr>
    </w:p>
    <w:p w14:paraId="5E1C8D52" w14:textId="77777777" w:rsidR="00622BBB" w:rsidRDefault="00622BBB">
      <w:pPr>
        <w:spacing w:after="0"/>
      </w:pPr>
    </w:p>
    <w:p w14:paraId="19A94FF3" w14:textId="71E4F919" w:rsidR="00622BBB" w:rsidRDefault="00BD2C83">
      <w:pPr>
        <w:spacing w:after="0"/>
      </w:pPr>
      <w:r>
        <w:rPr>
          <w:rFonts w:ascii="Arial" w:hAnsi="Arial"/>
          <w:b/>
        </w:rPr>
        <w:t>Erica</w:t>
      </w:r>
    </w:p>
    <w:p w14:paraId="0F6CE450" w14:textId="77777777" w:rsidR="00622BBB" w:rsidRDefault="00000000">
      <w:pPr>
        <w:spacing w:after="0"/>
      </w:pPr>
      <w:r>
        <w:rPr>
          <w:rFonts w:ascii="Arial" w:hAnsi="Arial"/>
        </w:rPr>
        <w:t>mom and dad were married when they had you. Oh, crap, yeah. And your sister, yeah, and you're the oldest, right? No,</w:t>
      </w:r>
    </w:p>
    <w:p w14:paraId="5F7F8C08" w14:textId="77777777" w:rsidR="00622BBB" w:rsidRDefault="00622BBB">
      <w:pPr>
        <w:spacing w:after="0"/>
      </w:pPr>
    </w:p>
    <w:p w14:paraId="3B2BE6DF" w14:textId="469F2651" w:rsidR="00622BBB" w:rsidRDefault="00BD2C83">
      <w:pPr>
        <w:spacing w:after="0"/>
      </w:pPr>
      <w:r>
        <w:rPr>
          <w:rFonts w:ascii="Arial" w:hAnsi="Arial"/>
          <w:b/>
        </w:rPr>
        <w:t xml:space="preserve">Jeremy  </w:t>
      </w:r>
    </w:p>
    <w:p w14:paraId="1E44DC4B" w14:textId="77777777" w:rsidR="00622BBB" w:rsidRDefault="00000000">
      <w:pPr>
        <w:spacing w:after="0"/>
      </w:pPr>
      <w:r>
        <w:rPr>
          <w:rFonts w:ascii="Arial" w:hAnsi="Arial"/>
        </w:rPr>
        <w:t xml:space="preserve">I'm the youngest. Well, I have a </w:t>
      </w:r>
      <w:proofErr w:type="gramStart"/>
      <w:r>
        <w:rPr>
          <w:rFonts w:ascii="Arial" w:hAnsi="Arial"/>
        </w:rPr>
        <w:t>step sister</w:t>
      </w:r>
      <w:proofErr w:type="gramEnd"/>
      <w:r>
        <w:rPr>
          <w:rFonts w:ascii="Arial" w:hAnsi="Arial"/>
        </w:rPr>
        <w:t>, so I'm actually middle, if you count all three,</w:t>
      </w:r>
    </w:p>
    <w:p w14:paraId="52C3F692" w14:textId="77777777" w:rsidR="00622BBB" w:rsidRDefault="00622BBB">
      <w:pPr>
        <w:spacing w:after="0"/>
      </w:pPr>
    </w:p>
    <w:p w14:paraId="42D72A43" w14:textId="77777777" w:rsidR="00622BBB" w:rsidRDefault="00622BBB">
      <w:pPr>
        <w:spacing w:after="0"/>
      </w:pPr>
    </w:p>
    <w:p w14:paraId="537D2368" w14:textId="77777777" w:rsidR="00622BBB" w:rsidRDefault="00000000">
      <w:pPr>
        <w:spacing w:after="0"/>
      </w:pPr>
      <w:r>
        <w:rPr>
          <w:rFonts w:ascii="Arial" w:hAnsi="Arial"/>
        </w:rPr>
        <w:t>but your mom and your dad, the sister</w:t>
      </w:r>
    </w:p>
    <w:p w14:paraId="02C4292C" w14:textId="77777777" w:rsidR="00622BBB" w:rsidRDefault="00622BBB">
      <w:pPr>
        <w:spacing w:after="0"/>
      </w:pPr>
    </w:p>
    <w:p w14:paraId="3A6C2F0A" w14:textId="767C2D32" w:rsidR="00622BBB" w:rsidRDefault="00BD2C83">
      <w:pPr>
        <w:spacing w:after="0"/>
      </w:pPr>
      <w:r>
        <w:rPr>
          <w:rFonts w:ascii="Arial" w:hAnsi="Arial"/>
          <w:b/>
        </w:rPr>
        <w:t xml:space="preserve">Jeremy  </w:t>
      </w:r>
    </w:p>
    <w:p w14:paraId="635552FF" w14:textId="77777777" w:rsidR="00622BBB" w:rsidRDefault="00000000">
      <w:pPr>
        <w:spacing w:after="0"/>
      </w:pPr>
      <w:r>
        <w:rPr>
          <w:rFonts w:ascii="Arial" w:hAnsi="Arial"/>
        </w:rPr>
        <w:t>that my sister I'm the younger my sister is three years older than me, and We were living in Utah at the time.</w:t>
      </w:r>
    </w:p>
    <w:p w14:paraId="5B5DF29A" w14:textId="77777777" w:rsidR="00622BBB" w:rsidRDefault="00622BBB">
      <w:pPr>
        <w:spacing w:after="0"/>
      </w:pPr>
    </w:p>
    <w:p w14:paraId="3E30E25A" w14:textId="27949AC6" w:rsidR="00622BBB" w:rsidRDefault="00BD2C83">
      <w:pPr>
        <w:spacing w:after="0"/>
      </w:pPr>
      <w:r>
        <w:rPr>
          <w:rFonts w:ascii="Arial" w:hAnsi="Arial"/>
          <w:b/>
        </w:rPr>
        <w:t>Erica</w:t>
      </w:r>
    </w:p>
    <w:p w14:paraId="74685974" w14:textId="77777777" w:rsidR="00622BBB" w:rsidRDefault="00000000">
      <w:pPr>
        <w:spacing w:after="0"/>
      </w:pPr>
      <w:r>
        <w:rPr>
          <w:rFonts w:ascii="Arial" w:hAnsi="Arial"/>
        </w:rPr>
        <w:t>How old were you when, like, did you notice, like, problems with mom and dad when you were young? Or Did dad just kind of no? So</w:t>
      </w:r>
    </w:p>
    <w:p w14:paraId="623CB146" w14:textId="77777777" w:rsidR="00622BBB" w:rsidRDefault="00622BBB">
      <w:pPr>
        <w:spacing w:after="0"/>
      </w:pPr>
    </w:p>
    <w:p w14:paraId="4D69A744" w14:textId="454C33A2" w:rsidR="00622BBB" w:rsidRDefault="00BD2C83">
      <w:pPr>
        <w:spacing w:after="0"/>
      </w:pPr>
      <w:r>
        <w:rPr>
          <w:rFonts w:ascii="Arial" w:hAnsi="Arial"/>
          <w:b/>
        </w:rPr>
        <w:t xml:space="preserve">Jeremy  </w:t>
      </w:r>
    </w:p>
    <w:p w14:paraId="6942B790" w14:textId="77777777" w:rsidR="00622BBB" w:rsidRDefault="00000000">
      <w:pPr>
        <w:spacing w:after="0"/>
      </w:pPr>
      <w:r>
        <w:rPr>
          <w:rFonts w:ascii="Arial" w:hAnsi="Arial"/>
        </w:rPr>
        <w:lastRenderedPageBreak/>
        <w:t xml:space="preserve">what happened is, I think when I was six months old, I guess my dad. He was getting caught cheating, so here and so we they made him move out. </w:t>
      </w:r>
      <w:proofErr w:type="gramStart"/>
      <w:r>
        <w:rPr>
          <w:rFonts w:ascii="Arial" w:hAnsi="Arial"/>
        </w:rPr>
        <w:t>So</w:t>
      </w:r>
      <w:proofErr w:type="gramEnd"/>
      <w:r>
        <w:rPr>
          <w:rFonts w:ascii="Arial" w:hAnsi="Arial"/>
        </w:rPr>
        <w:t xml:space="preserve"> he made my mom move out to California. </w:t>
      </w:r>
      <w:proofErr w:type="gramStart"/>
      <w:r>
        <w:rPr>
          <w:rFonts w:ascii="Arial" w:hAnsi="Arial"/>
        </w:rPr>
        <w:t>So</w:t>
      </w:r>
      <w:proofErr w:type="gramEnd"/>
      <w:r>
        <w:rPr>
          <w:rFonts w:ascii="Arial" w:hAnsi="Arial"/>
        </w:rPr>
        <w:t xml:space="preserve"> I actually was born in California.</w:t>
      </w:r>
    </w:p>
    <w:p w14:paraId="3F8903AD" w14:textId="77777777" w:rsidR="00622BBB" w:rsidRDefault="00622BBB">
      <w:pPr>
        <w:spacing w:after="0"/>
      </w:pPr>
    </w:p>
    <w:p w14:paraId="065EE110" w14:textId="77777777" w:rsidR="00622BBB" w:rsidRDefault="00622BBB">
      <w:pPr>
        <w:spacing w:after="0"/>
      </w:pPr>
    </w:p>
    <w:p w14:paraId="00ECD4CB" w14:textId="77777777" w:rsidR="00622BBB" w:rsidRDefault="00000000">
      <w:pPr>
        <w:spacing w:after="0"/>
      </w:pPr>
      <w:r>
        <w:rPr>
          <w:rFonts w:ascii="Arial" w:hAnsi="Arial"/>
        </w:rPr>
        <w:t>Okay, hold on, yeah. I</w:t>
      </w:r>
    </w:p>
    <w:p w14:paraId="18AC2925" w14:textId="77777777" w:rsidR="00622BBB" w:rsidRDefault="00622BBB">
      <w:pPr>
        <w:spacing w:after="0"/>
      </w:pPr>
    </w:p>
    <w:p w14:paraId="1FB3292A" w14:textId="777D6076" w:rsidR="00622BBB" w:rsidRDefault="00BD2C83">
      <w:pPr>
        <w:spacing w:after="0"/>
      </w:pPr>
      <w:r>
        <w:rPr>
          <w:rFonts w:ascii="Arial" w:hAnsi="Arial"/>
          <w:b/>
        </w:rPr>
        <w:t>Erica</w:t>
      </w:r>
    </w:p>
    <w:p w14:paraId="373F027E" w14:textId="77777777" w:rsidR="00622BBB" w:rsidRDefault="00000000">
      <w:pPr>
        <w:spacing w:after="0"/>
      </w:pPr>
      <w:r>
        <w:rPr>
          <w:rFonts w:ascii="Arial" w:hAnsi="Arial"/>
        </w:rPr>
        <w:t xml:space="preserve">and </w:t>
      </w:r>
      <w:proofErr w:type="gramStart"/>
      <w:r>
        <w:rPr>
          <w:rFonts w:ascii="Arial" w:hAnsi="Arial"/>
        </w:rPr>
        <w:t>so</w:t>
      </w:r>
      <w:proofErr w:type="gramEnd"/>
      <w:r>
        <w:rPr>
          <w:rFonts w:ascii="Arial" w:hAnsi="Arial"/>
        </w:rPr>
        <w:t xml:space="preserve"> dad got caught cheating in California,</w:t>
      </w:r>
    </w:p>
    <w:p w14:paraId="074F6FE2" w14:textId="77777777" w:rsidR="00622BBB" w:rsidRDefault="00622BBB">
      <w:pPr>
        <w:spacing w:after="0"/>
      </w:pPr>
    </w:p>
    <w:p w14:paraId="0D83F3A4" w14:textId="34B64241" w:rsidR="00622BBB" w:rsidRDefault="00BD2C83">
      <w:pPr>
        <w:spacing w:after="0"/>
      </w:pPr>
      <w:r>
        <w:rPr>
          <w:rFonts w:ascii="Arial" w:hAnsi="Arial"/>
          <w:b/>
        </w:rPr>
        <w:t xml:space="preserve">Jeremy  </w:t>
      </w:r>
    </w:p>
    <w:p w14:paraId="1A269972" w14:textId="77777777" w:rsidR="00622BBB" w:rsidRDefault="00000000">
      <w:pPr>
        <w:spacing w:after="0"/>
      </w:pPr>
      <w:proofErr w:type="gramStart"/>
      <w:r>
        <w:rPr>
          <w:rFonts w:ascii="Arial" w:hAnsi="Arial"/>
        </w:rPr>
        <w:t>no</w:t>
      </w:r>
      <w:proofErr w:type="gramEnd"/>
      <w:r>
        <w:rPr>
          <w:rFonts w:ascii="Arial" w:hAnsi="Arial"/>
        </w:rPr>
        <w:t xml:space="preserve"> here, which forced them to move to California, like he just wanted to get away from because things were starting to catch up to him. </w:t>
      </w:r>
      <w:proofErr w:type="gramStart"/>
      <w:r>
        <w:rPr>
          <w:rFonts w:ascii="Arial" w:hAnsi="Arial"/>
        </w:rPr>
        <w:t>So</w:t>
      </w:r>
      <w:proofErr w:type="gramEnd"/>
      <w:r>
        <w:rPr>
          <w:rFonts w:ascii="Arial" w:hAnsi="Arial"/>
        </w:rPr>
        <w:t xml:space="preserve"> he thought his getaway was Move it, move the family to California.</w:t>
      </w:r>
    </w:p>
    <w:p w14:paraId="55D96D19" w14:textId="77777777" w:rsidR="00622BBB" w:rsidRDefault="00622BBB">
      <w:pPr>
        <w:spacing w:after="0"/>
      </w:pPr>
    </w:p>
    <w:p w14:paraId="113B4B40" w14:textId="03600439" w:rsidR="00622BBB" w:rsidRDefault="00BD2C83">
      <w:pPr>
        <w:spacing w:after="0"/>
      </w:pPr>
      <w:r>
        <w:rPr>
          <w:rFonts w:ascii="Arial" w:hAnsi="Arial"/>
          <w:b/>
        </w:rPr>
        <w:t>Erica</w:t>
      </w:r>
    </w:p>
    <w:p w14:paraId="2AC290B2" w14:textId="77777777" w:rsidR="00622BBB" w:rsidRDefault="00000000">
      <w:pPr>
        <w:spacing w:after="0"/>
      </w:pPr>
      <w:r>
        <w:rPr>
          <w:rFonts w:ascii="Arial" w:hAnsi="Arial"/>
        </w:rPr>
        <w:t>And this was before you were born. Yep, it was cheating, okay?</w:t>
      </w:r>
    </w:p>
    <w:p w14:paraId="0535CA38" w14:textId="77777777" w:rsidR="00622BBB" w:rsidRDefault="00622BBB">
      <w:pPr>
        <w:spacing w:after="0"/>
      </w:pPr>
    </w:p>
    <w:p w14:paraId="7B9B79BE" w14:textId="7B7A0D5B" w:rsidR="00622BBB" w:rsidRDefault="00BD2C83">
      <w:pPr>
        <w:spacing w:after="0"/>
      </w:pPr>
      <w:r>
        <w:rPr>
          <w:rFonts w:ascii="Arial" w:hAnsi="Arial"/>
          <w:b/>
        </w:rPr>
        <w:t xml:space="preserve">Jeremy  </w:t>
      </w:r>
    </w:p>
    <w:p w14:paraId="169A5F18" w14:textId="77777777" w:rsidR="00622BBB" w:rsidRDefault="00000000">
      <w:pPr>
        <w:spacing w:after="0"/>
      </w:pPr>
      <w:r>
        <w:rPr>
          <w:rFonts w:ascii="Arial" w:hAnsi="Arial"/>
        </w:rPr>
        <w:t>And I was, I don't remember, I can double check. I don't remember three or six months, but I was born in California, so they went out there and you kind of do the same, same thing. I</w:t>
      </w:r>
    </w:p>
    <w:p w14:paraId="3B3ED2F1" w14:textId="77777777" w:rsidR="00622BBB" w:rsidRDefault="00622BBB">
      <w:pPr>
        <w:spacing w:after="0"/>
      </w:pPr>
    </w:p>
    <w:p w14:paraId="742F3C5E" w14:textId="77777777" w:rsidR="00622BBB" w:rsidRDefault="00622BBB">
      <w:pPr>
        <w:spacing w:after="0"/>
      </w:pPr>
    </w:p>
    <w:p w14:paraId="532BD3AA" w14:textId="77777777" w:rsidR="00622BBB" w:rsidRDefault="00000000">
      <w:pPr>
        <w:spacing w:after="0"/>
      </w:pPr>
      <w:r>
        <w:rPr>
          <w:rFonts w:ascii="Arial" w:hAnsi="Arial"/>
        </w:rPr>
        <w:t>Okay,</w:t>
      </w:r>
    </w:p>
    <w:p w14:paraId="536401CA" w14:textId="77777777" w:rsidR="00622BBB" w:rsidRDefault="00622BBB">
      <w:pPr>
        <w:spacing w:after="0"/>
      </w:pPr>
    </w:p>
    <w:p w14:paraId="3EA584D7" w14:textId="1DD52C91" w:rsidR="00622BBB" w:rsidRDefault="00BD2C83">
      <w:pPr>
        <w:spacing w:after="0"/>
      </w:pPr>
      <w:r>
        <w:rPr>
          <w:rFonts w:ascii="Arial" w:hAnsi="Arial"/>
          <w:b/>
        </w:rPr>
        <w:t>Erica</w:t>
      </w:r>
    </w:p>
    <w:p w14:paraId="6EE5F981" w14:textId="77777777" w:rsidR="00622BBB" w:rsidRDefault="00000000">
      <w:pPr>
        <w:spacing w:after="0"/>
      </w:pPr>
      <w:proofErr w:type="gramStart"/>
      <w:r>
        <w:rPr>
          <w:rFonts w:ascii="Arial" w:hAnsi="Arial"/>
        </w:rPr>
        <w:t>so</w:t>
      </w:r>
      <w:proofErr w:type="gramEnd"/>
      <w:r>
        <w:rPr>
          <w:rFonts w:ascii="Arial" w:hAnsi="Arial"/>
        </w:rPr>
        <w:t xml:space="preserve"> you're born in California. You were there for, you think, six months. And</w:t>
      </w:r>
    </w:p>
    <w:p w14:paraId="07A1BC0F" w14:textId="77777777" w:rsidR="00622BBB" w:rsidRDefault="00622BBB">
      <w:pPr>
        <w:spacing w:after="0"/>
      </w:pPr>
    </w:p>
    <w:p w14:paraId="62B83808" w14:textId="25FC4F33" w:rsidR="00622BBB" w:rsidRDefault="00BD2C83">
      <w:pPr>
        <w:spacing w:after="0"/>
      </w:pPr>
      <w:r>
        <w:rPr>
          <w:rFonts w:ascii="Arial" w:hAnsi="Arial"/>
          <w:b/>
        </w:rPr>
        <w:t xml:space="preserve">Jeremy  </w:t>
      </w:r>
    </w:p>
    <w:p w14:paraId="504A67AB" w14:textId="77777777" w:rsidR="00622BBB" w:rsidRDefault="00000000">
      <w:pPr>
        <w:spacing w:after="0"/>
      </w:pPr>
      <w:proofErr w:type="gramStart"/>
      <w:r>
        <w:rPr>
          <w:rFonts w:ascii="Arial" w:hAnsi="Arial"/>
        </w:rPr>
        <w:t>so</w:t>
      </w:r>
      <w:proofErr w:type="gramEnd"/>
      <w:r>
        <w:rPr>
          <w:rFonts w:ascii="Arial" w:hAnsi="Arial"/>
        </w:rPr>
        <w:t xml:space="preserve"> I was born in Cali, yeah, so I think I was there for almost a year. I don't remember, like, okay, but so I was there. I was born in California, but my dad apparently had time to do the same shit. He was going to the bars and all that shit down there did the same shit. </w:t>
      </w:r>
      <w:proofErr w:type="gramStart"/>
      <w:r>
        <w:rPr>
          <w:rFonts w:ascii="Arial" w:hAnsi="Arial"/>
        </w:rPr>
        <w:t>So</w:t>
      </w:r>
      <w:proofErr w:type="gramEnd"/>
      <w:r>
        <w:rPr>
          <w:rFonts w:ascii="Arial" w:hAnsi="Arial"/>
        </w:rPr>
        <w:t xml:space="preserve"> my mom, I want to say, I was only two or three weeks old, and my mom moved back to California, or moved back to Utah, and that was Angela's relationship. She moved back to moving in with my grandma and grandpa.</w:t>
      </w:r>
    </w:p>
    <w:p w14:paraId="5177E004" w14:textId="77777777" w:rsidR="00622BBB" w:rsidRDefault="00622BBB">
      <w:pPr>
        <w:spacing w:after="0"/>
      </w:pPr>
    </w:p>
    <w:p w14:paraId="7ED9CB92" w14:textId="77777777" w:rsidR="00622BBB" w:rsidRDefault="00622BBB">
      <w:pPr>
        <w:spacing w:after="0"/>
      </w:pPr>
    </w:p>
    <w:p w14:paraId="0463A33E" w14:textId="77777777" w:rsidR="00622BBB" w:rsidRDefault="00000000">
      <w:pPr>
        <w:spacing w:after="0"/>
      </w:pPr>
      <w:r>
        <w:rPr>
          <w:rFonts w:ascii="Arial" w:hAnsi="Arial"/>
        </w:rPr>
        <w:t>Yeah, me and my sister</w:t>
      </w:r>
    </w:p>
    <w:p w14:paraId="7D7A3718" w14:textId="77777777" w:rsidR="00622BBB" w:rsidRDefault="00622BBB">
      <w:pPr>
        <w:spacing w:after="0"/>
      </w:pPr>
    </w:p>
    <w:p w14:paraId="54A08F0D" w14:textId="77777777" w:rsidR="00622BBB" w:rsidRDefault="00622BBB">
      <w:pPr>
        <w:spacing w:after="0"/>
      </w:pPr>
    </w:p>
    <w:p w14:paraId="2E9CBEF7" w14:textId="77777777" w:rsidR="00622BBB" w:rsidRDefault="00000000">
      <w:pPr>
        <w:spacing w:after="0"/>
      </w:pPr>
      <w:r>
        <w:rPr>
          <w:rFonts w:ascii="Arial" w:hAnsi="Arial"/>
        </w:rPr>
        <w:t>to Utah. I Yeah,</w:t>
      </w:r>
    </w:p>
    <w:p w14:paraId="4E56CA05" w14:textId="77777777" w:rsidR="00622BBB" w:rsidRDefault="00622BBB">
      <w:pPr>
        <w:spacing w:after="0"/>
      </w:pPr>
    </w:p>
    <w:p w14:paraId="7290F5CF" w14:textId="397E5565" w:rsidR="00622BBB" w:rsidRDefault="00BD2C83">
      <w:pPr>
        <w:spacing w:after="0"/>
      </w:pPr>
      <w:r>
        <w:rPr>
          <w:rFonts w:ascii="Arial" w:hAnsi="Arial"/>
          <w:b/>
        </w:rPr>
        <w:t>Erica</w:t>
      </w:r>
    </w:p>
    <w:p w14:paraId="3E32F7CA" w14:textId="77777777" w:rsidR="00622BBB" w:rsidRDefault="00000000">
      <w:pPr>
        <w:spacing w:after="0"/>
      </w:pPr>
      <w:r>
        <w:rPr>
          <w:rFonts w:ascii="Arial" w:hAnsi="Arial"/>
        </w:rPr>
        <w:t>okay, so at that point, dad was out of the picture. Yeah,</w:t>
      </w:r>
    </w:p>
    <w:p w14:paraId="4458E84F" w14:textId="77777777" w:rsidR="00622BBB" w:rsidRDefault="00622BBB">
      <w:pPr>
        <w:spacing w:after="0"/>
      </w:pPr>
    </w:p>
    <w:p w14:paraId="21D4F611" w14:textId="77777777" w:rsidR="00622BBB" w:rsidRDefault="00622BBB">
      <w:pPr>
        <w:spacing w:after="0"/>
      </w:pPr>
    </w:p>
    <w:p w14:paraId="01F0BC14" w14:textId="77777777" w:rsidR="00622BBB" w:rsidRDefault="00000000">
      <w:pPr>
        <w:spacing w:after="0"/>
      </w:pPr>
      <w:r>
        <w:rPr>
          <w:rFonts w:ascii="Arial" w:hAnsi="Arial"/>
        </w:rPr>
        <w:lastRenderedPageBreak/>
        <w:t>he was done at that point.</w:t>
      </w:r>
    </w:p>
    <w:p w14:paraId="0B6BECD6" w14:textId="77777777" w:rsidR="00622BBB" w:rsidRDefault="00622BBB">
      <w:pPr>
        <w:spacing w:after="0"/>
      </w:pPr>
    </w:p>
    <w:p w14:paraId="46698F9B" w14:textId="6E49ABB9" w:rsidR="00622BBB" w:rsidRDefault="00BD2C83">
      <w:pPr>
        <w:spacing w:after="0"/>
      </w:pPr>
      <w:r>
        <w:rPr>
          <w:rFonts w:ascii="Arial" w:hAnsi="Arial"/>
          <w:b/>
        </w:rPr>
        <w:t>Erica</w:t>
      </w:r>
    </w:p>
    <w:p w14:paraId="5AB7112D" w14:textId="77777777" w:rsidR="00622BBB" w:rsidRDefault="00000000">
      <w:pPr>
        <w:spacing w:after="0"/>
      </w:pPr>
      <w:r>
        <w:rPr>
          <w:rFonts w:ascii="Arial" w:hAnsi="Arial"/>
        </w:rPr>
        <w:t>Did you do you remember him? Did you ever see him?</w:t>
      </w:r>
    </w:p>
    <w:p w14:paraId="3C1AE123" w14:textId="77777777" w:rsidR="00622BBB" w:rsidRDefault="00622BBB">
      <w:pPr>
        <w:spacing w:after="0"/>
      </w:pPr>
    </w:p>
    <w:p w14:paraId="6E3BC3DE" w14:textId="77777777" w:rsidR="00622BBB" w:rsidRDefault="00622BBB">
      <w:pPr>
        <w:spacing w:after="0"/>
      </w:pPr>
    </w:p>
    <w:p w14:paraId="05D618C8" w14:textId="77777777" w:rsidR="00622BBB" w:rsidRDefault="00000000">
      <w:pPr>
        <w:spacing w:after="0"/>
      </w:pPr>
      <w:r>
        <w:rPr>
          <w:rFonts w:ascii="Arial" w:hAnsi="Arial"/>
        </w:rPr>
        <w:t>Oh, we tried to see him. So,</w:t>
      </w:r>
    </w:p>
    <w:p w14:paraId="01817153" w14:textId="77777777" w:rsidR="00622BBB" w:rsidRDefault="00622BBB">
      <w:pPr>
        <w:spacing w:after="0"/>
      </w:pPr>
    </w:p>
    <w:p w14:paraId="5DE52743" w14:textId="77777777" w:rsidR="00622BBB" w:rsidRDefault="00622BBB">
      <w:pPr>
        <w:spacing w:after="0"/>
      </w:pPr>
    </w:p>
    <w:p w14:paraId="3B201254" w14:textId="77777777" w:rsidR="00622BBB" w:rsidRDefault="00000000">
      <w:pPr>
        <w:spacing w:after="0"/>
      </w:pPr>
      <w:proofErr w:type="spellStart"/>
      <w:r>
        <w:rPr>
          <w:rFonts w:ascii="Arial" w:hAnsi="Arial"/>
        </w:rPr>
        <w:t>no</w:t>
      </w:r>
      <w:proofErr w:type="spellEnd"/>
      <w:r>
        <w:rPr>
          <w:rFonts w:ascii="Arial" w:hAnsi="Arial"/>
        </w:rPr>
        <w:t>, thanks.</w:t>
      </w:r>
    </w:p>
    <w:p w14:paraId="586BEF6A" w14:textId="77777777" w:rsidR="00622BBB" w:rsidRDefault="00622BBB">
      <w:pPr>
        <w:spacing w:after="0"/>
      </w:pPr>
    </w:p>
    <w:p w14:paraId="3FCC999D" w14:textId="04047379" w:rsidR="00622BBB" w:rsidRDefault="00BD2C83">
      <w:pPr>
        <w:spacing w:after="0"/>
      </w:pPr>
      <w:r>
        <w:rPr>
          <w:rFonts w:ascii="Arial" w:hAnsi="Arial"/>
          <w:b/>
        </w:rPr>
        <w:t xml:space="preserve">Jeremy  </w:t>
      </w:r>
    </w:p>
    <w:p w14:paraId="272DE94A" w14:textId="77777777" w:rsidR="00622BBB" w:rsidRDefault="00000000">
      <w:pPr>
        <w:spacing w:after="0"/>
      </w:pPr>
      <w:proofErr w:type="gramStart"/>
      <w:r>
        <w:rPr>
          <w:rFonts w:ascii="Arial" w:hAnsi="Arial"/>
        </w:rPr>
        <w:t>So</w:t>
      </w:r>
      <w:proofErr w:type="gramEnd"/>
      <w:r>
        <w:rPr>
          <w:rFonts w:ascii="Arial" w:hAnsi="Arial"/>
        </w:rPr>
        <w:t xml:space="preserve"> at that point, yeah, I was out. </w:t>
      </w:r>
      <w:proofErr w:type="gramStart"/>
      <w:r>
        <w:rPr>
          <w:rFonts w:ascii="Arial" w:hAnsi="Arial"/>
        </w:rPr>
        <w:t>So</w:t>
      </w:r>
      <w:proofErr w:type="gramEnd"/>
      <w:r>
        <w:rPr>
          <w:rFonts w:ascii="Arial" w:hAnsi="Arial"/>
        </w:rPr>
        <w:t xml:space="preserve"> he did, he did have, he did try to have he </w:t>
      </w:r>
      <w:proofErr w:type="spellStart"/>
      <w:r>
        <w:rPr>
          <w:rFonts w:ascii="Arial" w:hAnsi="Arial"/>
        </w:rPr>
        <w:t>he</w:t>
      </w:r>
      <w:proofErr w:type="spellEnd"/>
      <w:r>
        <w:rPr>
          <w:rFonts w:ascii="Arial" w:hAnsi="Arial"/>
        </w:rPr>
        <w:t xml:space="preserve"> did try to visit us. That's where that shit comes into play, where or </w:t>
      </w:r>
      <w:proofErr w:type="gramStart"/>
      <w:r>
        <w:rPr>
          <w:rFonts w:ascii="Arial" w:hAnsi="Arial"/>
        </w:rPr>
        <w:t>step dad</w:t>
      </w:r>
      <w:proofErr w:type="gramEnd"/>
      <w:r>
        <w:rPr>
          <w:rFonts w:ascii="Arial" w:hAnsi="Arial"/>
        </w:rPr>
        <w:t xml:space="preserve"> as an attorney. </w:t>
      </w:r>
      <w:proofErr w:type="gramStart"/>
      <w:r>
        <w:rPr>
          <w:rFonts w:ascii="Arial" w:hAnsi="Arial"/>
        </w:rPr>
        <w:t>So</w:t>
      </w:r>
      <w:proofErr w:type="gramEnd"/>
      <w:r>
        <w:rPr>
          <w:rFonts w:ascii="Arial" w:hAnsi="Arial"/>
        </w:rPr>
        <w:t xml:space="preserve"> my mom and step dad, like, got together like six months out of her divorce. Okay, so we're living in like Provo area. Long Provo but like I remember, it would been </w:t>
      </w:r>
      <w:proofErr w:type="gramStart"/>
      <w:r>
        <w:rPr>
          <w:rFonts w:ascii="Arial" w:hAnsi="Arial"/>
        </w:rPr>
        <w:t>later on</w:t>
      </w:r>
      <w:proofErr w:type="gramEnd"/>
      <w:r>
        <w:rPr>
          <w:rFonts w:ascii="Arial" w:hAnsi="Arial"/>
        </w:rPr>
        <w:t>, as only times I remember, I want to say five to about five to six, I want to say is, is when I remember him trying to come out. And we did go. We did go with him on a couple times, like we went to California on a couple of trips, but we hated him because of the alienation was going on, because we're being told that He abandoned us and blah, blah, blah.</w:t>
      </w:r>
    </w:p>
    <w:p w14:paraId="275B79C7" w14:textId="77777777" w:rsidR="00622BBB" w:rsidRDefault="00622BBB">
      <w:pPr>
        <w:spacing w:after="0"/>
      </w:pPr>
    </w:p>
    <w:p w14:paraId="7B5B7C1D" w14:textId="77777777" w:rsidR="00622BBB" w:rsidRDefault="00622BBB">
      <w:pPr>
        <w:spacing w:after="0"/>
      </w:pPr>
    </w:p>
    <w:p w14:paraId="7FB566E8" w14:textId="77777777" w:rsidR="00622BBB" w:rsidRDefault="00000000">
      <w:pPr>
        <w:spacing w:after="0"/>
      </w:pPr>
      <w:r>
        <w:rPr>
          <w:rFonts w:ascii="Arial" w:hAnsi="Arial"/>
        </w:rPr>
        <w:t>So, yeah,</w:t>
      </w:r>
    </w:p>
    <w:p w14:paraId="6D39D494" w14:textId="77777777" w:rsidR="00622BBB" w:rsidRDefault="00622BBB">
      <w:pPr>
        <w:spacing w:after="0"/>
      </w:pPr>
    </w:p>
    <w:p w14:paraId="5E9D2D2C" w14:textId="48E66261" w:rsidR="00622BBB" w:rsidRDefault="00BD2C83">
      <w:pPr>
        <w:spacing w:after="0"/>
      </w:pPr>
      <w:r>
        <w:rPr>
          <w:rFonts w:ascii="Arial" w:hAnsi="Arial"/>
          <w:b/>
        </w:rPr>
        <w:t xml:space="preserve">Jeremy  </w:t>
      </w:r>
    </w:p>
    <w:p w14:paraId="4EDAD11E" w14:textId="77777777" w:rsidR="00622BBB" w:rsidRDefault="00000000">
      <w:pPr>
        <w:spacing w:after="0"/>
      </w:pPr>
      <w:r>
        <w:rPr>
          <w:rFonts w:ascii="Arial" w:hAnsi="Arial"/>
        </w:rPr>
        <w:t xml:space="preserve">alien, alien, yeah, alienation has been, has been going on for a while at that point. And then I just remember he would tell us, we don't want to go with him, like he'd </w:t>
      </w:r>
      <w:proofErr w:type="spellStart"/>
      <w:r>
        <w:rPr>
          <w:rFonts w:ascii="Arial" w:hAnsi="Arial"/>
        </w:rPr>
        <w:t>he'd</w:t>
      </w:r>
      <w:proofErr w:type="spellEnd"/>
      <w:r>
        <w:rPr>
          <w:rFonts w:ascii="Arial" w:hAnsi="Arial"/>
        </w:rPr>
        <w:t xml:space="preserve"> be on the phone call, like he'd be next to us with phone calls with my </w:t>
      </w:r>
      <w:proofErr w:type="gramStart"/>
      <w:r>
        <w:rPr>
          <w:rFonts w:ascii="Arial" w:hAnsi="Arial"/>
        </w:rPr>
        <w:t>Dad</w:t>
      </w:r>
      <w:proofErr w:type="gramEnd"/>
      <w:r>
        <w:rPr>
          <w:rFonts w:ascii="Arial" w:hAnsi="Arial"/>
        </w:rPr>
        <w:t>, like coaching us what to say.</w:t>
      </w:r>
    </w:p>
    <w:p w14:paraId="3B954776" w14:textId="77777777" w:rsidR="00622BBB" w:rsidRDefault="00622BBB">
      <w:pPr>
        <w:spacing w:after="0"/>
      </w:pPr>
    </w:p>
    <w:p w14:paraId="68E3525B" w14:textId="77777777" w:rsidR="00622BBB" w:rsidRDefault="00622BBB">
      <w:pPr>
        <w:spacing w:after="0"/>
      </w:pPr>
    </w:p>
    <w:p w14:paraId="73DB5AC0" w14:textId="77777777" w:rsidR="00622BBB" w:rsidRDefault="00000000">
      <w:pPr>
        <w:spacing w:after="0"/>
      </w:pPr>
      <w:r>
        <w:rPr>
          <w:rFonts w:ascii="Arial" w:hAnsi="Arial"/>
        </w:rPr>
        <w:t>And</w:t>
      </w:r>
    </w:p>
    <w:p w14:paraId="413574F5" w14:textId="77777777" w:rsidR="00622BBB" w:rsidRDefault="00622BBB">
      <w:pPr>
        <w:spacing w:after="0"/>
      </w:pPr>
    </w:p>
    <w:p w14:paraId="3AD4A290" w14:textId="782DC033" w:rsidR="00622BBB" w:rsidRDefault="00BD2C83">
      <w:pPr>
        <w:spacing w:after="0"/>
      </w:pPr>
      <w:r>
        <w:rPr>
          <w:rFonts w:ascii="Arial" w:hAnsi="Arial"/>
          <w:b/>
        </w:rPr>
        <w:t xml:space="preserve">Jeremy  </w:t>
      </w:r>
    </w:p>
    <w:p w14:paraId="0A6D33B3" w14:textId="77777777" w:rsidR="00622BBB" w:rsidRDefault="00000000">
      <w:pPr>
        <w:spacing w:after="0"/>
      </w:pPr>
      <w:r>
        <w:rPr>
          <w:rFonts w:ascii="Arial" w:hAnsi="Arial"/>
        </w:rPr>
        <w:t>I remember we were kind of dicks, because I remember, uh, remember me and my sister. He had a station wagon, and me, my sister, were in the very, very back when it was loud, like lay down part the trunk, if you will. And I remember us holding up signs out the windows saying, save us. Uh, call somebody save us. Like, I remember holding, like we draw it on paper and put it up to the window with people who are passing.</w:t>
      </w:r>
    </w:p>
    <w:p w14:paraId="1A651526" w14:textId="77777777" w:rsidR="00622BBB" w:rsidRDefault="00622BBB">
      <w:pPr>
        <w:spacing w:after="0"/>
      </w:pPr>
    </w:p>
    <w:p w14:paraId="32E91258" w14:textId="77777777" w:rsidR="00622BBB" w:rsidRDefault="00622BBB">
      <w:pPr>
        <w:spacing w:after="0"/>
      </w:pPr>
    </w:p>
    <w:p w14:paraId="32719502" w14:textId="77777777" w:rsidR="00622BBB" w:rsidRDefault="00000000">
      <w:pPr>
        <w:spacing w:after="0"/>
      </w:pPr>
      <w:r>
        <w:rPr>
          <w:rFonts w:ascii="Arial" w:hAnsi="Arial"/>
        </w:rPr>
        <w:t>But</w:t>
      </w:r>
    </w:p>
    <w:p w14:paraId="4A6E3BCD" w14:textId="77777777" w:rsidR="00622BBB" w:rsidRDefault="00622BBB">
      <w:pPr>
        <w:spacing w:after="0"/>
      </w:pPr>
    </w:p>
    <w:p w14:paraId="01F90BA8" w14:textId="62702557" w:rsidR="00622BBB" w:rsidRDefault="00BD2C83">
      <w:pPr>
        <w:spacing w:after="0"/>
      </w:pPr>
      <w:r>
        <w:rPr>
          <w:rFonts w:ascii="Arial" w:hAnsi="Arial"/>
          <w:b/>
        </w:rPr>
        <w:t xml:space="preserve">Jeremy  </w:t>
      </w:r>
    </w:p>
    <w:p w14:paraId="4A40D9E3" w14:textId="77777777" w:rsidR="00622BBB" w:rsidRDefault="00000000">
      <w:pPr>
        <w:spacing w:after="0"/>
      </w:pPr>
      <w:r>
        <w:rPr>
          <w:rFonts w:ascii="Arial" w:hAnsi="Arial"/>
        </w:rPr>
        <w:t xml:space="preserve">like, then he'd always, he'd always, like, prepare us, like, if you're if you're abused, make sure you call us if you know. </w:t>
      </w:r>
      <w:proofErr w:type="gramStart"/>
      <w:r>
        <w:rPr>
          <w:rFonts w:ascii="Arial" w:hAnsi="Arial"/>
        </w:rPr>
        <w:t>So</w:t>
      </w:r>
      <w:proofErr w:type="gramEnd"/>
      <w:r>
        <w:rPr>
          <w:rFonts w:ascii="Arial" w:hAnsi="Arial"/>
        </w:rPr>
        <w:t xml:space="preserve"> like, always coaching us on the backside. And then that's when you know, I didn't </w:t>
      </w:r>
      <w:r>
        <w:rPr>
          <w:rFonts w:ascii="Arial" w:hAnsi="Arial"/>
        </w:rPr>
        <w:lastRenderedPageBreak/>
        <w:t xml:space="preserve">know it at the time, but that's when my also my dad, so like, us doing that to him, the rejection part. And then he, then he that I don't know, I think he was recording us, because I remember there was a stupid little had a little silver recorder button, a recorder box that he used for his attorney, shit. Mm, hmm. He had the same thing he would record us in the conversations that he was coaching us with, and then we had </w:t>
      </w:r>
      <w:proofErr w:type="gramStart"/>
      <w:r>
        <w:rPr>
          <w:rFonts w:ascii="Arial" w:hAnsi="Arial"/>
        </w:rPr>
        <w:t>pretty damn</w:t>
      </w:r>
      <w:proofErr w:type="gramEnd"/>
      <w:r>
        <w:rPr>
          <w:rFonts w:ascii="Arial" w:hAnsi="Arial"/>
        </w:rPr>
        <w:t xml:space="preserve"> sure he used that as leverage for reunification. That's when, that's when my dad stopped coming around, and that's when Paul was filing reunification like he'd have a visitation scheduled, and since he didn't have a lot of money, he'd always had to drive from California. </w:t>
      </w:r>
      <w:proofErr w:type="gramStart"/>
      <w:r>
        <w:rPr>
          <w:rFonts w:ascii="Arial" w:hAnsi="Arial"/>
        </w:rPr>
        <w:t>So</w:t>
      </w:r>
      <w:proofErr w:type="gramEnd"/>
      <w:r>
        <w:rPr>
          <w:rFonts w:ascii="Arial" w:hAnsi="Arial"/>
        </w:rPr>
        <w:t xml:space="preserve"> every time Paul wanted to fuck with him, he would file a motion for to make him appear in Utah. </w:t>
      </w:r>
      <w:proofErr w:type="gramStart"/>
      <w:r>
        <w:rPr>
          <w:rFonts w:ascii="Arial" w:hAnsi="Arial"/>
        </w:rPr>
        <w:t>So</w:t>
      </w:r>
      <w:proofErr w:type="gramEnd"/>
      <w:r>
        <w:rPr>
          <w:rFonts w:ascii="Arial" w:hAnsi="Arial"/>
        </w:rPr>
        <w:t xml:space="preserve"> he had to drive from California Utah to fight him. And in this reunification and all this other stuff. </w:t>
      </w:r>
      <w:proofErr w:type="gramStart"/>
      <w:r>
        <w:rPr>
          <w:rFonts w:ascii="Arial" w:hAnsi="Arial"/>
        </w:rPr>
        <w:t>So</w:t>
      </w:r>
      <w:proofErr w:type="gramEnd"/>
      <w:r>
        <w:rPr>
          <w:rFonts w:ascii="Arial" w:hAnsi="Arial"/>
        </w:rPr>
        <w:t xml:space="preserve"> he'd come up here for visitation of the schedule for summer, and I just remember him not showing up like we'd have our we had, like Paul let us pack our bags, like we packed our </w:t>
      </w:r>
      <w:proofErr w:type="spellStart"/>
      <w:r>
        <w:rPr>
          <w:rFonts w:ascii="Arial" w:hAnsi="Arial"/>
        </w:rPr>
        <w:t>our</w:t>
      </w:r>
      <w:proofErr w:type="spellEnd"/>
      <w:r>
        <w:rPr>
          <w:rFonts w:ascii="Arial" w:hAnsi="Arial"/>
        </w:rPr>
        <w:t xml:space="preserve"> suitcases, everything for like, a two week vacation, and he never showed up. And that's when I That's when he was like, </w:t>
      </w:r>
      <w:proofErr w:type="gramStart"/>
      <w:r>
        <w:rPr>
          <w:rFonts w:ascii="Arial" w:hAnsi="Arial"/>
        </w:rPr>
        <w:t>Oh</w:t>
      </w:r>
      <w:proofErr w:type="gramEnd"/>
      <w:r>
        <w:rPr>
          <w:rFonts w:ascii="Arial" w:hAnsi="Arial"/>
        </w:rPr>
        <w:t xml:space="preserve">, your dad doesn't love you. He's abandoned you. Blah, blah, blah. So that's when he really started digging into making us feel like we were abandoned, we weren't loved, and that that's why we should take his last name, and he would always remind us, like, I'm not like your dad, you know, like you'd always just find a way to dig into it. </w:t>
      </w:r>
      <w:proofErr w:type="gramStart"/>
      <w:r>
        <w:rPr>
          <w:rFonts w:ascii="Arial" w:hAnsi="Arial"/>
        </w:rPr>
        <w:t>So</w:t>
      </w:r>
      <w:proofErr w:type="gramEnd"/>
      <w:r>
        <w:rPr>
          <w:rFonts w:ascii="Arial" w:hAnsi="Arial"/>
        </w:rPr>
        <w:t xml:space="preserve"> we truly hated our father growing up, and we didn't know why. And that's in a lot of what happened to me or happened to Paisley, he's like, you hate him, but you don't know why. You have no base idea of why </w:t>
      </w:r>
      <w:proofErr w:type="gramStart"/>
      <w:r>
        <w:rPr>
          <w:rFonts w:ascii="Arial" w:hAnsi="Arial"/>
        </w:rPr>
        <w:t>the you</w:t>
      </w:r>
      <w:proofErr w:type="gramEnd"/>
      <w:r>
        <w:rPr>
          <w:rFonts w:ascii="Arial" w:hAnsi="Arial"/>
        </w:rPr>
        <w:t xml:space="preserve"> hate him. Just everything collects.</w:t>
      </w:r>
    </w:p>
    <w:p w14:paraId="34F3B99A" w14:textId="77777777" w:rsidR="00622BBB" w:rsidRDefault="00622BBB">
      <w:pPr>
        <w:spacing w:after="0"/>
      </w:pPr>
    </w:p>
    <w:p w14:paraId="05241527" w14:textId="145FE6BA" w:rsidR="00622BBB" w:rsidRDefault="00BD2C83">
      <w:pPr>
        <w:spacing w:after="0"/>
      </w:pPr>
      <w:r>
        <w:rPr>
          <w:rFonts w:ascii="Arial" w:hAnsi="Arial"/>
          <w:b/>
        </w:rPr>
        <w:t>Erica</w:t>
      </w:r>
    </w:p>
    <w:p w14:paraId="544C223A" w14:textId="77777777" w:rsidR="00622BBB" w:rsidRDefault="00000000">
      <w:pPr>
        <w:spacing w:after="0"/>
      </w:pPr>
      <w:r>
        <w:rPr>
          <w:rFonts w:ascii="Arial" w:hAnsi="Arial"/>
        </w:rPr>
        <w:t>Well, yeah, I mean being told all the time that your dad doesn't love you, being stood up when you're thinking you're supposed to be able to Yeah, the fact,</w:t>
      </w:r>
    </w:p>
    <w:p w14:paraId="07C9F998" w14:textId="77777777" w:rsidR="00622BBB" w:rsidRDefault="00622BBB">
      <w:pPr>
        <w:spacing w:after="0"/>
      </w:pPr>
    </w:p>
    <w:p w14:paraId="6A78EC9F" w14:textId="7DAEF2E6" w:rsidR="00622BBB" w:rsidRDefault="00BD2C83">
      <w:pPr>
        <w:spacing w:after="0"/>
      </w:pPr>
      <w:r>
        <w:rPr>
          <w:rFonts w:ascii="Arial" w:hAnsi="Arial"/>
          <w:b/>
        </w:rPr>
        <w:t xml:space="preserve">Jeremy  </w:t>
      </w:r>
    </w:p>
    <w:p w14:paraId="3C1A76A4" w14:textId="77777777" w:rsidR="00622BBB" w:rsidRDefault="00000000">
      <w:pPr>
        <w:spacing w:after="0"/>
      </w:pPr>
      <w:r>
        <w:rPr>
          <w:rFonts w:ascii="Arial" w:hAnsi="Arial"/>
        </w:rPr>
        <w:t xml:space="preserve">in the fact that </w:t>
      </w:r>
      <w:proofErr w:type="gramStart"/>
      <w:r>
        <w:rPr>
          <w:rFonts w:ascii="Arial" w:hAnsi="Arial"/>
        </w:rPr>
        <w:t>he</w:t>
      </w:r>
      <w:proofErr w:type="gramEnd"/>
      <w:r>
        <w:rPr>
          <w:rFonts w:ascii="Arial" w:hAnsi="Arial"/>
        </w:rPr>
        <w:t xml:space="preserve"> Paul filed a motion to stop him from because he's an attorney, he's a fuckface attorney, so the fact that he let us pack our bags thinking we would go with him. But he also knew at that same time that he filed an injunction for reunification to stop my dad from seeing me, from seeing us, so he would he willingly. He did it, knowing that we weren't going to be able to be seen anyways, because of what he did. I that's something that, like the abandonment thing is something that I've carried all my life. That's like one of the things I've worked on with EMV artists, like abandonment is one of my big things that</w:t>
      </w:r>
    </w:p>
    <w:p w14:paraId="5E46341D" w14:textId="77777777" w:rsidR="00622BBB" w:rsidRDefault="00622BBB">
      <w:pPr>
        <w:spacing w:after="0"/>
      </w:pPr>
    </w:p>
    <w:p w14:paraId="464A21C3" w14:textId="63394C3B" w:rsidR="00622BBB" w:rsidRDefault="00BD2C83">
      <w:pPr>
        <w:spacing w:after="0"/>
      </w:pPr>
      <w:r>
        <w:rPr>
          <w:rFonts w:ascii="Arial" w:hAnsi="Arial"/>
          <w:b/>
        </w:rPr>
        <w:t>Erica</w:t>
      </w:r>
    </w:p>
    <w:p w14:paraId="24FE1EE4" w14:textId="77777777" w:rsidR="00622BBB" w:rsidRDefault="00000000">
      <w:pPr>
        <w:spacing w:after="0"/>
      </w:pPr>
      <w:r>
        <w:rPr>
          <w:rFonts w:ascii="Arial" w:hAnsi="Arial"/>
        </w:rPr>
        <w:t>always comes up. Okay, so what was mom doing for all this?</w:t>
      </w:r>
    </w:p>
    <w:p w14:paraId="43F3DDA1" w14:textId="77777777" w:rsidR="00622BBB" w:rsidRDefault="00622BBB">
      <w:pPr>
        <w:spacing w:after="0"/>
      </w:pPr>
    </w:p>
    <w:p w14:paraId="7D8A4A4B" w14:textId="77777777" w:rsidR="00622BBB" w:rsidRDefault="00622BBB">
      <w:pPr>
        <w:spacing w:after="0"/>
      </w:pPr>
    </w:p>
    <w:p w14:paraId="3D511329" w14:textId="77777777" w:rsidR="00622BBB" w:rsidRDefault="00000000">
      <w:pPr>
        <w:spacing w:after="0"/>
      </w:pPr>
      <w:r>
        <w:rPr>
          <w:rFonts w:ascii="Arial" w:hAnsi="Arial"/>
        </w:rPr>
        <w:t xml:space="preserve">Mom </w:t>
      </w:r>
      <w:proofErr w:type="gramStart"/>
      <w:r>
        <w:rPr>
          <w:rFonts w:ascii="Arial" w:hAnsi="Arial"/>
        </w:rPr>
        <w:t>wasn't able to</w:t>
      </w:r>
      <w:proofErr w:type="gramEnd"/>
      <w:r>
        <w:rPr>
          <w:rFonts w:ascii="Arial" w:hAnsi="Arial"/>
        </w:rPr>
        <w:t xml:space="preserve"> have a voice.</w:t>
      </w:r>
    </w:p>
    <w:p w14:paraId="6A58E5BB" w14:textId="77777777" w:rsidR="00622BBB" w:rsidRDefault="00622BBB">
      <w:pPr>
        <w:spacing w:after="0"/>
      </w:pPr>
    </w:p>
    <w:p w14:paraId="6F722EF7" w14:textId="14EC95DF" w:rsidR="00622BBB" w:rsidRDefault="00BD2C83">
      <w:pPr>
        <w:spacing w:after="0"/>
      </w:pPr>
      <w:r>
        <w:rPr>
          <w:rFonts w:ascii="Arial" w:hAnsi="Arial"/>
          <w:b/>
        </w:rPr>
        <w:t>Erica</w:t>
      </w:r>
    </w:p>
    <w:p w14:paraId="0A80B97D" w14:textId="77777777" w:rsidR="00622BBB" w:rsidRDefault="00000000">
      <w:pPr>
        <w:spacing w:after="0"/>
      </w:pPr>
      <w:r>
        <w:rPr>
          <w:rFonts w:ascii="Arial" w:hAnsi="Arial"/>
        </w:rPr>
        <w:t xml:space="preserve">Do you think she felt a </w:t>
      </w:r>
      <w:proofErr w:type="gramStart"/>
      <w:r>
        <w:rPr>
          <w:rFonts w:ascii="Arial" w:hAnsi="Arial"/>
        </w:rPr>
        <w:t>bit</w:t>
      </w:r>
      <w:proofErr w:type="gramEnd"/>
      <w:r>
        <w:rPr>
          <w:rFonts w:ascii="Arial" w:hAnsi="Arial"/>
        </w:rPr>
        <w:t xml:space="preserve"> or do you think she felt abused or manipulated.</w:t>
      </w:r>
    </w:p>
    <w:p w14:paraId="0758985A" w14:textId="77777777" w:rsidR="00622BBB" w:rsidRDefault="00622BBB">
      <w:pPr>
        <w:spacing w:after="0"/>
      </w:pPr>
    </w:p>
    <w:p w14:paraId="6CD9610D" w14:textId="6B859ED2" w:rsidR="00622BBB" w:rsidRDefault="00BD2C83">
      <w:pPr>
        <w:spacing w:after="0"/>
      </w:pPr>
      <w:r>
        <w:rPr>
          <w:rFonts w:ascii="Arial" w:hAnsi="Arial"/>
          <w:b/>
        </w:rPr>
        <w:t xml:space="preserve">Jeremy  </w:t>
      </w:r>
    </w:p>
    <w:p w14:paraId="6A6D1DF1" w14:textId="77777777" w:rsidR="00622BBB" w:rsidRDefault="00000000">
      <w:pPr>
        <w:spacing w:after="0"/>
      </w:pPr>
      <w:r>
        <w:rPr>
          <w:rFonts w:ascii="Arial" w:hAnsi="Arial"/>
        </w:rPr>
        <w:t xml:space="preserve">She was getting no she was getting physically abused, emotionally abused, psychologically abused by him, like she had bruises on her. She was thrown down the stairs, broken collarbone. </w:t>
      </w:r>
      <w:proofErr w:type="gramStart"/>
      <w:r>
        <w:rPr>
          <w:rFonts w:ascii="Arial" w:hAnsi="Arial"/>
        </w:rPr>
        <w:t>So</w:t>
      </w:r>
      <w:proofErr w:type="gramEnd"/>
      <w:r>
        <w:rPr>
          <w:rFonts w:ascii="Arial" w:hAnsi="Arial"/>
        </w:rPr>
        <w:t xml:space="preserve"> she learned to </w:t>
      </w:r>
      <w:r>
        <w:rPr>
          <w:rFonts w:ascii="Arial" w:hAnsi="Arial"/>
        </w:rPr>
        <w:lastRenderedPageBreak/>
        <w:t>live in fear and to freeze do. And he would, like, sexually assault her in front of us, like he was very gross. He'd always come out naked and like, just,</w:t>
      </w:r>
    </w:p>
    <w:p w14:paraId="772287E1" w14:textId="77777777" w:rsidR="00622BBB" w:rsidRDefault="00622BBB">
      <w:pPr>
        <w:spacing w:after="0"/>
      </w:pPr>
    </w:p>
    <w:p w14:paraId="02C3C112" w14:textId="77777777" w:rsidR="00622BBB" w:rsidRDefault="00622BBB">
      <w:pPr>
        <w:spacing w:after="0"/>
      </w:pPr>
    </w:p>
    <w:p w14:paraId="2AD28C9B" w14:textId="77777777" w:rsidR="00622BBB" w:rsidRDefault="00000000">
      <w:pPr>
        <w:spacing w:after="0"/>
      </w:pPr>
      <w:r>
        <w:rPr>
          <w:rFonts w:ascii="Arial" w:hAnsi="Arial"/>
        </w:rPr>
        <w:t>yeah, he would, here's, okay, take your time. So, like,</w:t>
      </w:r>
    </w:p>
    <w:p w14:paraId="6A68F192" w14:textId="77777777" w:rsidR="00622BBB" w:rsidRDefault="00622BBB">
      <w:pPr>
        <w:spacing w:after="0"/>
      </w:pPr>
    </w:p>
    <w:p w14:paraId="57086805" w14:textId="04452087" w:rsidR="00622BBB" w:rsidRDefault="00BD2C83">
      <w:pPr>
        <w:spacing w:after="0"/>
      </w:pPr>
      <w:r>
        <w:rPr>
          <w:rFonts w:ascii="Arial" w:hAnsi="Arial"/>
          <w:b/>
        </w:rPr>
        <w:t xml:space="preserve">Jeremy  </w:t>
      </w:r>
    </w:p>
    <w:p w14:paraId="788B7CED" w14:textId="77777777" w:rsidR="00622BBB" w:rsidRDefault="00000000">
      <w:pPr>
        <w:spacing w:after="0"/>
      </w:pPr>
      <w:r>
        <w:rPr>
          <w:rFonts w:ascii="Arial" w:hAnsi="Arial"/>
        </w:rPr>
        <w:t>obviously, like I was being beat. He loved to spank me until, like, it started with paddles, like wooden paddles, or like wooden spoons.</w:t>
      </w:r>
    </w:p>
    <w:p w14:paraId="1A448CA2" w14:textId="77777777" w:rsidR="00622BBB" w:rsidRDefault="00622BBB">
      <w:pPr>
        <w:spacing w:after="0"/>
      </w:pPr>
    </w:p>
    <w:p w14:paraId="52D3D221" w14:textId="152D9A8F" w:rsidR="00622BBB" w:rsidRDefault="00BD2C83">
      <w:pPr>
        <w:spacing w:after="0"/>
      </w:pPr>
      <w:r>
        <w:rPr>
          <w:rFonts w:ascii="Arial" w:hAnsi="Arial"/>
          <w:b/>
        </w:rPr>
        <w:t>Erica</w:t>
      </w:r>
    </w:p>
    <w:p w14:paraId="23312D6F" w14:textId="77777777" w:rsidR="00622BBB" w:rsidRDefault="00000000">
      <w:pPr>
        <w:spacing w:after="0"/>
      </w:pPr>
      <w:r>
        <w:rPr>
          <w:rFonts w:ascii="Arial" w:hAnsi="Arial"/>
        </w:rPr>
        <w:t>Hold on just one second. Let's get to that in. In one second. How old did you see Mom abused before you started getting abused?</w:t>
      </w:r>
    </w:p>
    <w:p w14:paraId="30A8AEF3" w14:textId="77777777" w:rsidR="00622BBB" w:rsidRDefault="00622BBB">
      <w:pPr>
        <w:spacing w:after="0"/>
      </w:pPr>
    </w:p>
    <w:p w14:paraId="524C7FE3" w14:textId="77777777" w:rsidR="00622BBB" w:rsidRDefault="00622BBB">
      <w:pPr>
        <w:spacing w:after="0"/>
      </w:pPr>
    </w:p>
    <w:p w14:paraId="5BD2F89C" w14:textId="77777777" w:rsidR="00622BBB" w:rsidRDefault="00000000">
      <w:pPr>
        <w:spacing w:after="0"/>
      </w:pPr>
      <w:r>
        <w:rPr>
          <w:rFonts w:ascii="Arial" w:hAnsi="Arial"/>
        </w:rPr>
        <w:t>No, I don't remember any of that. I have a</w:t>
      </w:r>
    </w:p>
    <w:p w14:paraId="47986E02" w14:textId="77777777" w:rsidR="00622BBB" w:rsidRDefault="00622BBB">
      <w:pPr>
        <w:spacing w:after="0"/>
      </w:pPr>
    </w:p>
    <w:p w14:paraId="3DC12DCD" w14:textId="1A82992F" w:rsidR="00622BBB" w:rsidRDefault="00BD2C83">
      <w:pPr>
        <w:spacing w:after="0"/>
      </w:pPr>
      <w:r>
        <w:rPr>
          <w:rFonts w:ascii="Arial" w:hAnsi="Arial"/>
          <w:b/>
        </w:rPr>
        <w:t xml:space="preserve">Jeremy  </w:t>
      </w:r>
    </w:p>
    <w:p w14:paraId="3706DA9B" w14:textId="77777777" w:rsidR="00622BBB" w:rsidRDefault="00000000">
      <w:pPr>
        <w:spacing w:after="0"/>
      </w:pPr>
      <w:r>
        <w:rPr>
          <w:rFonts w:ascii="Arial" w:hAnsi="Arial"/>
        </w:rPr>
        <w:t xml:space="preserve">yes, I just remember that finally acknowledging what was happening and acknowledging that me and her were both being abused with my sister, Michelle, like and I don't know if I just have a block still or what, but all being abused around the same time, like it was also being apparent to me, and I was afraid to say anything to her, because obviously he what he told me was he's </w:t>
      </w:r>
      <w:proofErr w:type="spellStart"/>
      <w:r>
        <w:rPr>
          <w:rFonts w:ascii="Arial" w:hAnsi="Arial"/>
        </w:rPr>
        <w:t>gonna</w:t>
      </w:r>
      <w:proofErr w:type="spellEnd"/>
      <w:r>
        <w:rPr>
          <w:rFonts w:ascii="Arial" w:hAnsi="Arial"/>
        </w:rPr>
        <w:t xml:space="preserve"> kill my </w:t>
      </w:r>
      <w:proofErr w:type="spellStart"/>
      <w:r>
        <w:rPr>
          <w:rFonts w:ascii="Arial" w:hAnsi="Arial"/>
        </w:rPr>
        <w:t>my</w:t>
      </w:r>
      <w:proofErr w:type="spellEnd"/>
      <w:r>
        <w:rPr>
          <w:rFonts w:ascii="Arial" w:hAnsi="Arial"/>
        </w:rPr>
        <w:t xml:space="preserve"> mom, my sister in front of me, and we could watch kill me, that He would do fucked up shit, like it graduated from the wooden spoon. He would always pile driver's knuckle,</w:t>
      </w:r>
    </w:p>
    <w:p w14:paraId="1CFD2A94" w14:textId="77777777" w:rsidR="00622BBB" w:rsidRDefault="00622BBB">
      <w:pPr>
        <w:spacing w:after="0"/>
      </w:pPr>
    </w:p>
    <w:p w14:paraId="37572112" w14:textId="77777777" w:rsidR="00622BBB" w:rsidRDefault="00622BBB">
      <w:pPr>
        <w:spacing w:after="0"/>
      </w:pPr>
    </w:p>
    <w:p w14:paraId="249C76F3" w14:textId="77777777" w:rsidR="00622BBB" w:rsidRDefault="00000000">
      <w:pPr>
        <w:spacing w:after="0"/>
      </w:pPr>
      <w:r>
        <w:rPr>
          <w:rFonts w:ascii="Arial" w:hAnsi="Arial"/>
        </w:rPr>
        <w:t>middle of you start hold. Were you three? I</w:t>
      </w:r>
    </w:p>
    <w:p w14:paraId="218BFFBA" w14:textId="77777777" w:rsidR="00622BBB" w:rsidRDefault="00622BBB">
      <w:pPr>
        <w:spacing w:after="0"/>
      </w:pPr>
    </w:p>
    <w:p w14:paraId="12DE45EF" w14:textId="77777777" w:rsidR="00622BBB" w:rsidRDefault="00622BBB">
      <w:pPr>
        <w:spacing w:after="0"/>
      </w:pPr>
    </w:p>
    <w:p w14:paraId="742DA09C" w14:textId="77777777" w:rsidR="00622BBB" w:rsidRDefault="00000000">
      <w:pPr>
        <w:spacing w:after="0"/>
      </w:pPr>
      <w:r>
        <w:rPr>
          <w:rFonts w:ascii="Arial" w:hAnsi="Arial"/>
        </w:rPr>
        <w:t xml:space="preserve">Okay, I'm so sorry. I </w:t>
      </w:r>
      <w:proofErr w:type="gramStart"/>
      <w:r>
        <w:rPr>
          <w:rFonts w:ascii="Arial" w:hAnsi="Arial"/>
        </w:rPr>
        <w:t>have to</w:t>
      </w:r>
      <w:proofErr w:type="gramEnd"/>
      <w:r>
        <w:rPr>
          <w:rFonts w:ascii="Arial" w:hAnsi="Arial"/>
        </w:rPr>
        <w:t xml:space="preserve"> ask these questions.</w:t>
      </w:r>
    </w:p>
    <w:p w14:paraId="1577891F" w14:textId="77777777" w:rsidR="00622BBB" w:rsidRDefault="00622BBB">
      <w:pPr>
        <w:spacing w:after="0"/>
      </w:pPr>
    </w:p>
    <w:p w14:paraId="25D414E6" w14:textId="453CF4A6" w:rsidR="00622BBB" w:rsidRDefault="00BD2C83">
      <w:pPr>
        <w:spacing w:after="0"/>
      </w:pPr>
      <w:r>
        <w:rPr>
          <w:rFonts w:ascii="Arial" w:hAnsi="Arial"/>
          <w:b/>
        </w:rPr>
        <w:t xml:space="preserve">Jeremy  </w:t>
      </w:r>
    </w:p>
    <w:p w14:paraId="54327C97" w14:textId="77777777" w:rsidR="00622BBB" w:rsidRDefault="00000000">
      <w:pPr>
        <w:spacing w:after="0"/>
      </w:pPr>
      <w:r>
        <w:rPr>
          <w:rFonts w:ascii="Arial" w:hAnsi="Arial"/>
        </w:rPr>
        <w:t xml:space="preserve">I just remember like he once we started getting </w:t>
      </w:r>
      <w:proofErr w:type="gramStart"/>
      <w:r>
        <w:rPr>
          <w:rFonts w:ascii="Arial" w:hAnsi="Arial"/>
        </w:rPr>
        <w:t>once</w:t>
      </w:r>
      <w:proofErr w:type="gramEnd"/>
      <w:r>
        <w:rPr>
          <w:rFonts w:ascii="Arial" w:hAnsi="Arial"/>
        </w:rPr>
        <w:t xml:space="preserve"> I started getting used to the abuse, he would make me pull out my pants, and then he paddled me naked. And then when he had his paddle, he would make me turn around, and then he'd whack my penis with it, because he always bragging about how big his penis was. And then I'm a I'm a fucking whatever, and I have a small penis, and he would sit there and just fucking destroy me that way. I was just a fucking child.</w:t>
      </w:r>
    </w:p>
    <w:p w14:paraId="2FE2A02C" w14:textId="77777777" w:rsidR="00622BBB" w:rsidRDefault="00622BBB">
      <w:pPr>
        <w:spacing w:after="0"/>
      </w:pPr>
    </w:p>
    <w:p w14:paraId="2427805E" w14:textId="3CDFC09E" w:rsidR="00622BBB" w:rsidRDefault="00BD2C83">
      <w:pPr>
        <w:spacing w:after="0"/>
      </w:pPr>
      <w:r>
        <w:rPr>
          <w:rFonts w:ascii="Arial" w:hAnsi="Arial"/>
          <w:b/>
        </w:rPr>
        <w:t>Erica</w:t>
      </w:r>
    </w:p>
    <w:p w14:paraId="1A745B76" w14:textId="77777777" w:rsidR="00622BBB" w:rsidRDefault="00000000">
      <w:pPr>
        <w:spacing w:after="0"/>
      </w:pPr>
      <w:proofErr w:type="gramStart"/>
      <w:r>
        <w:rPr>
          <w:rFonts w:ascii="Arial" w:hAnsi="Arial"/>
        </w:rPr>
        <w:t>So</w:t>
      </w:r>
      <w:proofErr w:type="gramEnd"/>
      <w:r>
        <w:rPr>
          <w:rFonts w:ascii="Arial" w:hAnsi="Arial"/>
        </w:rPr>
        <w:t xml:space="preserve"> three, it started with spankings. It started with this, like,</w:t>
      </w:r>
    </w:p>
    <w:p w14:paraId="7CE57204" w14:textId="77777777" w:rsidR="00622BBB" w:rsidRDefault="00622BBB">
      <w:pPr>
        <w:spacing w:after="0"/>
      </w:pPr>
    </w:p>
    <w:p w14:paraId="0953ED7B" w14:textId="7AAD3FBF" w:rsidR="00622BBB" w:rsidRDefault="00BD2C83">
      <w:pPr>
        <w:spacing w:after="0"/>
      </w:pPr>
      <w:r>
        <w:rPr>
          <w:rFonts w:ascii="Arial" w:hAnsi="Arial"/>
          <w:b/>
        </w:rPr>
        <w:t xml:space="preserve">Jeremy  </w:t>
      </w:r>
    </w:p>
    <w:p w14:paraId="73CA3C0E" w14:textId="77777777" w:rsidR="00622BBB" w:rsidRDefault="00000000">
      <w:pPr>
        <w:spacing w:after="0"/>
      </w:pPr>
      <w:r>
        <w:rPr>
          <w:rFonts w:ascii="Arial" w:hAnsi="Arial"/>
        </w:rPr>
        <w:t xml:space="preserve">three was not severe. Three was more, just like I uh, like yelling at us and then, uh, pushing us, like pushing me, pushing me down and holding me down, um, making me stand in corners. Me and my </w:t>
      </w:r>
      <w:r>
        <w:rPr>
          <w:rFonts w:ascii="Arial" w:hAnsi="Arial"/>
        </w:rPr>
        <w:lastRenderedPageBreak/>
        <w:t xml:space="preserve">sister would have to stand in corners and put her nose in the corner. Um, at that point he was just spanking us with his bare hand, okay? And then by the time it got five and six, is when it started going to devices, okay? And then my asshole sister and </w:t>
      </w:r>
      <w:proofErr w:type="gramStart"/>
      <w:r>
        <w:rPr>
          <w:rFonts w:ascii="Arial" w:hAnsi="Arial"/>
        </w:rPr>
        <w:t>step brother</w:t>
      </w:r>
      <w:proofErr w:type="gramEnd"/>
      <w:r>
        <w:rPr>
          <w:rFonts w:ascii="Arial" w:hAnsi="Arial"/>
        </w:rPr>
        <w:t xml:space="preserve"> at the time, Anthony would have been his son, Jackson Hole, and that's when they bought him a paddle that says Jackson Hole was a souvenir. It was like he was probably three quarters of an inch thick, and that became his new toy.</w:t>
      </w:r>
    </w:p>
    <w:p w14:paraId="306EE404" w14:textId="77777777" w:rsidR="00622BBB" w:rsidRDefault="00622BBB">
      <w:pPr>
        <w:spacing w:after="0"/>
      </w:pPr>
    </w:p>
    <w:p w14:paraId="292E3BE8" w14:textId="77777777" w:rsidR="00622BBB" w:rsidRDefault="00622BBB">
      <w:pPr>
        <w:spacing w:after="0"/>
      </w:pPr>
    </w:p>
    <w:p w14:paraId="6DBCED93" w14:textId="77777777" w:rsidR="00622BBB" w:rsidRDefault="00000000">
      <w:pPr>
        <w:spacing w:after="0"/>
      </w:pPr>
      <w:r>
        <w:rPr>
          <w:rFonts w:ascii="Arial" w:hAnsi="Arial"/>
        </w:rPr>
        <w:t>Okay, so, and</w:t>
      </w:r>
    </w:p>
    <w:p w14:paraId="03F30662" w14:textId="77777777" w:rsidR="00622BBB" w:rsidRDefault="00622BBB">
      <w:pPr>
        <w:spacing w:after="0"/>
      </w:pPr>
    </w:p>
    <w:p w14:paraId="1D489952" w14:textId="62851FAB" w:rsidR="00622BBB" w:rsidRDefault="00BD2C83">
      <w:pPr>
        <w:spacing w:after="0"/>
      </w:pPr>
      <w:r>
        <w:rPr>
          <w:rFonts w:ascii="Arial" w:hAnsi="Arial"/>
          <w:b/>
        </w:rPr>
        <w:t xml:space="preserve">Jeremy  </w:t>
      </w:r>
    </w:p>
    <w:p w14:paraId="052EAFB7" w14:textId="77777777" w:rsidR="00622BBB" w:rsidRDefault="00000000">
      <w:pPr>
        <w:spacing w:after="0"/>
      </w:pPr>
      <w:r>
        <w:rPr>
          <w:rFonts w:ascii="Arial" w:hAnsi="Arial"/>
        </w:rPr>
        <w:t xml:space="preserve">they did it on purpose, because they were too old at the time to get that abuse, so they just channeled it towards me. And so like, that's when some, I'd say </w:t>
      </w:r>
      <w:proofErr w:type="gramStart"/>
      <w:r>
        <w:rPr>
          <w:rFonts w:ascii="Arial" w:hAnsi="Arial"/>
        </w:rPr>
        <w:t>the majority of</w:t>
      </w:r>
      <w:proofErr w:type="gramEnd"/>
      <w:r>
        <w:rPr>
          <w:rFonts w:ascii="Arial" w:hAnsi="Arial"/>
        </w:rPr>
        <w:t xml:space="preserve"> the abuse started about five and just progressively got worse.</w:t>
      </w:r>
    </w:p>
    <w:p w14:paraId="6B17B98C" w14:textId="77777777" w:rsidR="00622BBB" w:rsidRDefault="00622BBB">
      <w:pPr>
        <w:spacing w:after="0"/>
      </w:pPr>
    </w:p>
    <w:p w14:paraId="0836274C" w14:textId="77777777" w:rsidR="00622BBB" w:rsidRDefault="00622BBB">
      <w:pPr>
        <w:spacing w:after="0"/>
      </w:pPr>
    </w:p>
    <w:p w14:paraId="208E56C4" w14:textId="77777777" w:rsidR="00622BBB" w:rsidRDefault="00000000">
      <w:pPr>
        <w:spacing w:after="0"/>
      </w:pPr>
      <w:r>
        <w:rPr>
          <w:rFonts w:ascii="Arial" w:hAnsi="Arial"/>
        </w:rPr>
        <w:t>Okay, I</w:t>
      </w:r>
    </w:p>
    <w:p w14:paraId="0FA373F9" w14:textId="77777777" w:rsidR="00622BBB" w:rsidRDefault="00622BBB">
      <w:pPr>
        <w:spacing w:after="0"/>
      </w:pPr>
    </w:p>
    <w:p w14:paraId="0CA4D7F9" w14:textId="20375C4F" w:rsidR="00622BBB" w:rsidRDefault="00BD2C83">
      <w:pPr>
        <w:spacing w:after="0"/>
      </w:pPr>
      <w:r>
        <w:rPr>
          <w:rFonts w:ascii="Arial" w:hAnsi="Arial"/>
          <w:b/>
        </w:rPr>
        <w:t>Erica</w:t>
      </w:r>
    </w:p>
    <w:p w14:paraId="2AFE2DFF" w14:textId="77777777" w:rsidR="00622BBB" w:rsidRDefault="00000000">
      <w:pPr>
        <w:spacing w:after="0"/>
      </w:pPr>
      <w:r>
        <w:rPr>
          <w:rFonts w:ascii="Arial" w:hAnsi="Arial"/>
        </w:rPr>
        <w:t xml:space="preserve">Okay, we're going to come back to that, and then let's talk about Paul a little bit. </w:t>
      </w:r>
      <w:proofErr w:type="gramStart"/>
      <w:r>
        <w:rPr>
          <w:rFonts w:ascii="Arial" w:hAnsi="Arial"/>
        </w:rPr>
        <w:t>So</w:t>
      </w:r>
      <w:proofErr w:type="gramEnd"/>
      <w:r>
        <w:rPr>
          <w:rFonts w:ascii="Arial" w:hAnsi="Arial"/>
        </w:rPr>
        <w:t xml:space="preserve"> he was an attorney here in Utah.</w:t>
      </w:r>
    </w:p>
    <w:p w14:paraId="74374E80" w14:textId="77777777" w:rsidR="00622BBB" w:rsidRDefault="00622BBB">
      <w:pPr>
        <w:spacing w:after="0"/>
      </w:pPr>
    </w:p>
    <w:p w14:paraId="08CB6D8E" w14:textId="73FF7EB7" w:rsidR="00622BBB" w:rsidRDefault="00BD2C83">
      <w:pPr>
        <w:spacing w:after="0"/>
      </w:pPr>
      <w:r>
        <w:rPr>
          <w:rFonts w:ascii="Arial" w:hAnsi="Arial"/>
          <w:b/>
        </w:rPr>
        <w:t xml:space="preserve">Jeremy  </w:t>
      </w:r>
    </w:p>
    <w:p w14:paraId="7F36872C" w14:textId="77777777" w:rsidR="00622BBB" w:rsidRDefault="00000000">
      <w:pPr>
        <w:spacing w:after="0"/>
      </w:pPr>
      <w:r>
        <w:rPr>
          <w:rFonts w:ascii="Arial" w:hAnsi="Arial"/>
        </w:rPr>
        <w:t>Still is. He's he doesn't live in Utah, I suppose he lives in Texas, but he still has an active</w:t>
      </w:r>
    </w:p>
    <w:p w14:paraId="69EC91BA" w14:textId="77777777" w:rsidR="00622BBB" w:rsidRDefault="00622BBB">
      <w:pPr>
        <w:spacing w:after="0"/>
      </w:pPr>
    </w:p>
    <w:p w14:paraId="339F7865" w14:textId="77777777" w:rsidR="00622BBB" w:rsidRDefault="00622BBB">
      <w:pPr>
        <w:spacing w:after="0"/>
      </w:pPr>
    </w:p>
    <w:p w14:paraId="07DA7CC8" w14:textId="77777777" w:rsidR="00622BBB" w:rsidRDefault="00000000">
      <w:pPr>
        <w:spacing w:after="0"/>
      </w:pPr>
      <w:r>
        <w:rPr>
          <w:rFonts w:ascii="Arial" w:hAnsi="Arial"/>
        </w:rPr>
        <w:t>license. Okay?</w:t>
      </w:r>
    </w:p>
    <w:p w14:paraId="63F1C013" w14:textId="77777777" w:rsidR="00622BBB" w:rsidRDefault="00622BBB">
      <w:pPr>
        <w:spacing w:after="0"/>
      </w:pPr>
    </w:p>
    <w:p w14:paraId="4C627450" w14:textId="77777777" w:rsidR="00622BBB" w:rsidRDefault="00622BBB">
      <w:pPr>
        <w:spacing w:after="0"/>
      </w:pPr>
    </w:p>
    <w:p w14:paraId="781511FA" w14:textId="77777777" w:rsidR="00622BBB" w:rsidRDefault="00000000">
      <w:pPr>
        <w:spacing w:after="0"/>
      </w:pPr>
      <w:r>
        <w:rPr>
          <w:rFonts w:ascii="Arial" w:hAnsi="Arial"/>
        </w:rPr>
        <w:t>What kind of attorney remember?</w:t>
      </w:r>
    </w:p>
    <w:p w14:paraId="5B5F99C2" w14:textId="77777777" w:rsidR="00622BBB" w:rsidRDefault="00622BBB">
      <w:pPr>
        <w:spacing w:after="0"/>
      </w:pPr>
    </w:p>
    <w:p w14:paraId="7D9A7DB7" w14:textId="2B67B8D0" w:rsidR="00622BBB" w:rsidRDefault="00BD2C83">
      <w:pPr>
        <w:spacing w:after="0"/>
      </w:pPr>
      <w:r>
        <w:rPr>
          <w:rFonts w:ascii="Arial" w:hAnsi="Arial"/>
          <w:b/>
        </w:rPr>
        <w:t xml:space="preserve">Jeremy  </w:t>
      </w:r>
    </w:p>
    <w:p w14:paraId="2AD5D84F" w14:textId="77777777" w:rsidR="00622BBB" w:rsidRDefault="00000000">
      <w:pPr>
        <w:spacing w:after="0"/>
      </w:pPr>
      <w:r>
        <w:rPr>
          <w:rFonts w:ascii="Arial" w:hAnsi="Arial"/>
        </w:rPr>
        <w:t xml:space="preserve">Just he did everything, I mean, did civil, civil </w:t>
      </w:r>
      <w:proofErr w:type="spellStart"/>
      <w:r>
        <w:rPr>
          <w:rFonts w:ascii="Arial" w:hAnsi="Arial"/>
        </w:rPr>
        <w:t>shit</w:t>
      </w:r>
      <w:proofErr w:type="spellEnd"/>
      <w:r>
        <w:rPr>
          <w:rFonts w:ascii="Arial" w:hAnsi="Arial"/>
        </w:rPr>
        <w:t>, like all this divorce shit, all that stuff and criminal shit, like he kind of did a lot</w:t>
      </w:r>
    </w:p>
    <w:p w14:paraId="68D807DE" w14:textId="77777777" w:rsidR="00622BBB" w:rsidRDefault="00622BBB">
      <w:pPr>
        <w:spacing w:after="0"/>
      </w:pPr>
    </w:p>
    <w:p w14:paraId="42B2C031" w14:textId="67301EC2" w:rsidR="00622BBB" w:rsidRDefault="00BD2C83">
      <w:pPr>
        <w:spacing w:after="0"/>
      </w:pPr>
      <w:r>
        <w:rPr>
          <w:rFonts w:ascii="Arial" w:hAnsi="Arial"/>
          <w:b/>
        </w:rPr>
        <w:t>Erica</w:t>
      </w:r>
    </w:p>
    <w:p w14:paraId="5E83EAE5" w14:textId="77777777" w:rsidR="00622BBB" w:rsidRDefault="00000000">
      <w:pPr>
        <w:spacing w:after="0"/>
      </w:pPr>
      <w:r>
        <w:rPr>
          <w:rFonts w:ascii="Arial" w:hAnsi="Arial"/>
        </w:rPr>
        <w:t>general practice. Yeah, he had two kids.</w:t>
      </w:r>
    </w:p>
    <w:p w14:paraId="05D73DE5" w14:textId="77777777" w:rsidR="00622BBB" w:rsidRDefault="00622BBB">
      <w:pPr>
        <w:spacing w:after="0"/>
      </w:pPr>
    </w:p>
    <w:p w14:paraId="2D6E207B" w14:textId="6F6AC941" w:rsidR="00622BBB" w:rsidRDefault="00BD2C83">
      <w:pPr>
        <w:spacing w:after="0"/>
      </w:pPr>
      <w:r>
        <w:rPr>
          <w:rFonts w:ascii="Arial" w:hAnsi="Arial"/>
          <w:b/>
        </w:rPr>
        <w:t xml:space="preserve">Jeremy  </w:t>
      </w:r>
    </w:p>
    <w:p w14:paraId="74E0E18D" w14:textId="77777777" w:rsidR="00622BBB" w:rsidRDefault="00000000">
      <w:pPr>
        <w:spacing w:after="0"/>
      </w:pPr>
      <w:r>
        <w:rPr>
          <w:rFonts w:ascii="Arial" w:hAnsi="Arial"/>
        </w:rPr>
        <w:t>He has two Yeah, his older son is Anthony, that lived with us for probably half my childhood. And then his daughter's Tiffany, it's my sis. You</w:t>
      </w:r>
    </w:p>
    <w:p w14:paraId="7239DA60" w14:textId="77777777" w:rsidR="00622BBB" w:rsidRDefault="00622BBB">
      <w:pPr>
        <w:spacing w:after="0"/>
      </w:pPr>
    </w:p>
    <w:p w14:paraId="307B9454" w14:textId="21152A68" w:rsidR="00622BBB" w:rsidRDefault="00BD2C83">
      <w:pPr>
        <w:spacing w:after="0"/>
      </w:pPr>
      <w:r>
        <w:rPr>
          <w:rFonts w:ascii="Arial" w:hAnsi="Arial"/>
          <w:b/>
        </w:rPr>
        <w:t>Erica</w:t>
      </w:r>
    </w:p>
    <w:p w14:paraId="0FF6334F" w14:textId="77777777" w:rsidR="00622BBB" w:rsidRDefault="00000000">
      <w:pPr>
        <w:spacing w:after="0"/>
      </w:pPr>
      <w:r>
        <w:rPr>
          <w:rFonts w:ascii="Arial" w:hAnsi="Arial"/>
        </w:rPr>
        <w:t>younger and I, hey and I, are they older?</w:t>
      </w:r>
    </w:p>
    <w:p w14:paraId="731B1A8A" w14:textId="77777777" w:rsidR="00622BBB" w:rsidRDefault="00622BBB">
      <w:pPr>
        <w:spacing w:after="0"/>
      </w:pPr>
    </w:p>
    <w:p w14:paraId="71D60CDA" w14:textId="1A0485BF" w:rsidR="00622BBB" w:rsidRDefault="00BD2C83">
      <w:pPr>
        <w:spacing w:after="0"/>
      </w:pPr>
      <w:r>
        <w:rPr>
          <w:rFonts w:ascii="Arial" w:hAnsi="Arial"/>
          <w:b/>
        </w:rPr>
        <w:lastRenderedPageBreak/>
        <w:t xml:space="preserve">Jeremy  </w:t>
      </w:r>
    </w:p>
    <w:p w14:paraId="3BB7F69D" w14:textId="77777777" w:rsidR="00622BBB" w:rsidRDefault="00000000">
      <w:pPr>
        <w:spacing w:after="0"/>
      </w:pPr>
      <w:r>
        <w:rPr>
          <w:rFonts w:ascii="Arial" w:hAnsi="Arial"/>
        </w:rPr>
        <w:t>Tiffany's younger than me. She's born in 90, so she's eight years younger than</w:t>
      </w:r>
    </w:p>
    <w:p w14:paraId="1B7CC2C6" w14:textId="77777777" w:rsidR="00622BBB" w:rsidRDefault="00622BBB">
      <w:pPr>
        <w:spacing w:after="0"/>
      </w:pPr>
    </w:p>
    <w:p w14:paraId="1C48E253" w14:textId="77777777" w:rsidR="00622BBB" w:rsidRDefault="00622BBB">
      <w:pPr>
        <w:spacing w:after="0"/>
      </w:pPr>
    </w:p>
    <w:p w14:paraId="331F4D10" w14:textId="77777777" w:rsidR="00622BBB" w:rsidRDefault="00000000">
      <w:pPr>
        <w:spacing w:after="0"/>
      </w:pPr>
      <w:r>
        <w:rPr>
          <w:rFonts w:ascii="Arial" w:hAnsi="Arial"/>
        </w:rPr>
        <w:t>me. That's the one I raised.</w:t>
      </w:r>
    </w:p>
    <w:p w14:paraId="52DC4085" w14:textId="77777777" w:rsidR="00622BBB" w:rsidRDefault="00622BBB">
      <w:pPr>
        <w:spacing w:after="0"/>
      </w:pPr>
    </w:p>
    <w:p w14:paraId="66A402C2" w14:textId="77777777" w:rsidR="00622BBB" w:rsidRDefault="00622BBB">
      <w:pPr>
        <w:spacing w:after="0"/>
      </w:pPr>
    </w:p>
    <w:p w14:paraId="3D0AC184" w14:textId="77777777" w:rsidR="00622BBB" w:rsidRDefault="00000000">
      <w:pPr>
        <w:spacing w:after="0"/>
      </w:pPr>
      <w:r>
        <w:rPr>
          <w:rFonts w:ascii="Arial" w:hAnsi="Arial"/>
        </w:rPr>
        <w:t>You. Helped raise Tiffany,</w:t>
      </w:r>
    </w:p>
    <w:p w14:paraId="60AEB427" w14:textId="77777777" w:rsidR="00622BBB" w:rsidRDefault="00622BBB">
      <w:pPr>
        <w:spacing w:after="0"/>
      </w:pPr>
    </w:p>
    <w:p w14:paraId="294215C9" w14:textId="1E7574C8" w:rsidR="00622BBB" w:rsidRDefault="00BD2C83">
      <w:pPr>
        <w:spacing w:after="0"/>
      </w:pPr>
      <w:r>
        <w:rPr>
          <w:rFonts w:ascii="Arial" w:hAnsi="Arial"/>
          <w:b/>
        </w:rPr>
        <w:t xml:space="preserve">Jeremy  </w:t>
      </w:r>
    </w:p>
    <w:p w14:paraId="674A7CC9" w14:textId="77777777" w:rsidR="00622BBB" w:rsidRDefault="00000000">
      <w:pPr>
        <w:spacing w:after="0"/>
      </w:pPr>
      <w:r>
        <w:rPr>
          <w:rFonts w:ascii="Arial" w:hAnsi="Arial"/>
        </w:rPr>
        <w:t>yeah? Like I was a big part of her childhood, like I had to pretty much raise her after Paul left. So</w:t>
      </w:r>
    </w:p>
    <w:p w14:paraId="2FA210C6" w14:textId="77777777" w:rsidR="00622BBB" w:rsidRDefault="00622BBB">
      <w:pPr>
        <w:spacing w:after="0"/>
      </w:pPr>
    </w:p>
    <w:p w14:paraId="776A4907" w14:textId="77777777" w:rsidR="00622BBB" w:rsidRDefault="00622BBB">
      <w:pPr>
        <w:spacing w:after="0"/>
      </w:pPr>
    </w:p>
    <w:p w14:paraId="43808E39" w14:textId="77777777" w:rsidR="00622BBB" w:rsidRDefault="00000000">
      <w:pPr>
        <w:spacing w:after="0"/>
      </w:pPr>
      <w:r>
        <w:rPr>
          <w:rFonts w:ascii="Arial" w:hAnsi="Arial"/>
        </w:rPr>
        <w:t>this is,</w:t>
      </w:r>
    </w:p>
    <w:p w14:paraId="35DD0423" w14:textId="77777777" w:rsidR="00622BBB" w:rsidRDefault="00622BBB">
      <w:pPr>
        <w:spacing w:after="0"/>
      </w:pPr>
    </w:p>
    <w:p w14:paraId="7AF48DF9" w14:textId="1B6DBFA1" w:rsidR="00622BBB" w:rsidRDefault="00BD2C83">
      <w:pPr>
        <w:spacing w:after="0"/>
      </w:pPr>
      <w:r>
        <w:rPr>
          <w:rFonts w:ascii="Arial" w:hAnsi="Arial"/>
          <w:b/>
        </w:rPr>
        <w:t>Erica</w:t>
      </w:r>
    </w:p>
    <w:p w14:paraId="12F792CE" w14:textId="77777777" w:rsidR="00622BBB" w:rsidRDefault="00000000">
      <w:pPr>
        <w:spacing w:after="0"/>
      </w:pPr>
      <w:r>
        <w:rPr>
          <w:rFonts w:ascii="Arial" w:hAnsi="Arial"/>
        </w:rPr>
        <w:t>I apologize, your mom and your dad just had you. Do you have two sisters?</w:t>
      </w:r>
    </w:p>
    <w:p w14:paraId="3EC79A5D" w14:textId="77777777" w:rsidR="00622BBB" w:rsidRDefault="00622BBB">
      <w:pPr>
        <w:spacing w:after="0"/>
      </w:pPr>
    </w:p>
    <w:p w14:paraId="0A79BE1A" w14:textId="77777777" w:rsidR="00622BBB" w:rsidRDefault="00622BBB">
      <w:pPr>
        <w:spacing w:after="0"/>
      </w:pPr>
    </w:p>
    <w:p w14:paraId="7B7E9687" w14:textId="77777777" w:rsidR="00622BBB" w:rsidRDefault="00000000">
      <w:pPr>
        <w:spacing w:after="0"/>
      </w:pPr>
      <w:r>
        <w:rPr>
          <w:rFonts w:ascii="Arial" w:hAnsi="Arial"/>
        </w:rPr>
        <w:t>Yeah, my older ones, Michelle,</w:t>
      </w:r>
    </w:p>
    <w:p w14:paraId="4261A3E4" w14:textId="77777777" w:rsidR="00622BBB" w:rsidRDefault="00622BBB">
      <w:pPr>
        <w:spacing w:after="0"/>
      </w:pPr>
    </w:p>
    <w:p w14:paraId="36D93C91" w14:textId="77777777" w:rsidR="00622BBB" w:rsidRDefault="00622BBB">
      <w:pPr>
        <w:spacing w:after="0"/>
      </w:pPr>
    </w:p>
    <w:p w14:paraId="46F55F3E" w14:textId="77777777" w:rsidR="00622BBB" w:rsidRDefault="00000000">
      <w:pPr>
        <w:spacing w:after="0"/>
      </w:pPr>
      <w:r>
        <w:rPr>
          <w:rFonts w:ascii="Arial" w:hAnsi="Arial"/>
        </w:rPr>
        <w:t>okay, thank you. Thank you.</w:t>
      </w:r>
    </w:p>
    <w:p w14:paraId="4E539BD3" w14:textId="77777777" w:rsidR="00622BBB" w:rsidRDefault="00622BBB">
      <w:pPr>
        <w:spacing w:after="0"/>
      </w:pPr>
    </w:p>
    <w:p w14:paraId="788DC05F" w14:textId="77777777" w:rsidR="00622BBB" w:rsidRDefault="00622BBB">
      <w:pPr>
        <w:spacing w:after="0"/>
      </w:pPr>
    </w:p>
    <w:p w14:paraId="7119EABB" w14:textId="77777777" w:rsidR="00622BBB" w:rsidRDefault="00000000">
      <w:pPr>
        <w:spacing w:after="0"/>
      </w:pPr>
      <w:r>
        <w:rPr>
          <w:rFonts w:ascii="Arial" w:hAnsi="Arial"/>
        </w:rPr>
        <w:t>Okay, um,</w:t>
      </w:r>
    </w:p>
    <w:p w14:paraId="0A4EE945" w14:textId="77777777" w:rsidR="00622BBB" w:rsidRDefault="00622BBB">
      <w:pPr>
        <w:spacing w:after="0"/>
      </w:pPr>
    </w:p>
    <w:p w14:paraId="1057ADBF" w14:textId="7EC1F705" w:rsidR="00622BBB" w:rsidRDefault="00BD2C83">
      <w:pPr>
        <w:spacing w:after="0"/>
      </w:pPr>
      <w:r>
        <w:rPr>
          <w:rFonts w:ascii="Arial" w:hAnsi="Arial"/>
          <w:b/>
        </w:rPr>
        <w:t>Erica</w:t>
      </w:r>
    </w:p>
    <w:p w14:paraId="0EB13C46" w14:textId="77777777" w:rsidR="00622BBB" w:rsidRDefault="00000000">
      <w:pPr>
        <w:spacing w:after="0"/>
      </w:pPr>
      <w:r>
        <w:rPr>
          <w:rFonts w:ascii="Arial" w:hAnsi="Arial"/>
        </w:rPr>
        <w:t>did he come from a shit life? Do you know? Yes,</w:t>
      </w:r>
    </w:p>
    <w:p w14:paraId="406212A3" w14:textId="77777777" w:rsidR="00622BBB" w:rsidRDefault="00622BBB">
      <w:pPr>
        <w:spacing w:after="0"/>
      </w:pPr>
    </w:p>
    <w:p w14:paraId="0D71BC74" w14:textId="7DBCA596" w:rsidR="00622BBB" w:rsidRDefault="00BD2C83">
      <w:pPr>
        <w:spacing w:after="0"/>
      </w:pPr>
      <w:r>
        <w:rPr>
          <w:rFonts w:ascii="Arial" w:hAnsi="Arial"/>
          <w:b/>
        </w:rPr>
        <w:t xml:space="preserve">Jeremy  </w:t>
      </w:r>
    </w:p>
    <w:p w14:paraId="5F575B52" w14:textId="77777777" w:rsidR="00622BBB" w:rsidRDefault="00000000">
      <w:pPr>
        <w:spacing w:after="0"/>
      </w:pPr>
      <w:r>
        <w:rPr>
          <w:rFonts w:ascii="Arial" w:hAnsi="Arial"/>
        </w:rPr>
        <w:t xml:space="preserve">I talked to my mom about it, and all she said was, she tried to ask him one time, and all he said was, his dad was very </w:t>
      </w:r>
      <w:proofErr w:type="gramStart"/>
      <w:r>
        <w:rPr>
          <w:rFonts w:ascii="Arial" w:hAnsi="Arial"/>
        </w:rPr>
        <w:t>abusive</w:t>
      </w:r>
      <w:proofErr w:type="gramEnd"/>
      <w:r>
        <w:rPr>
          <w:rFonts w:ascii="Arial" w:hAnsi="Arial"/>
        </w:rPr>
        <w:t xml:space="preserve"> and he would not talk about anything else in that. I</w:t>
      </w:r>
    </w:p>
    <w:p w14:paraId="355746EF" w14:textId="77777777" w:rsidR="00622BBB" w:rsidRDefault="00622BBB">
      <w:pPr>
        <w:spacing w:after="0"/>
      </w:pPr>
    </w:p>
    <w:p w14:paraId="7049191C" w14:textId="7C2C80D2" w:rsidR="00622BBB" w:rsidRDefault="00BD2C83">
      <w:pPr>
        <w:spacing w:after="0"/>
      </w:pPr>
      <w:r>
        <w:rPr>
          <w:rFonts w:ascii="Arial" w:hAnsi="Arial"/>
          <w:b/>
        </w:rPr>
        <w:t>Erica</w:t>
      </w:r>
    </w:p>
    <w:p w14:paraId="3F5542A7" w14:textId="77777777" w:rsidR="00622BBB" w:rsidRDefault="00000000">
      <w:pPr>
        <w:spacing w:after="0"/>
      </w:pPr>
      <w:r>
        <w:rPr>
          <w:rFonts w:ascii="Arial" w:hAnsi="Arial"/>
        </w:rPr>
        <w:t>All right, go back into that one. So</w:t>
      </w:r>
    </w:p>
    <w:p w14:paraId="44EAE7B2" w14:textId="77777777" w:rsidR="00622BBB" w:rsidRDefault="00622BBB">
      <w:pPr>
        <w:spacing w:after="0"/>
      </w:pPr>
    </w:p>
    <w:p w14:paraId="02C76824" w14:textId="77777777" w:rsidR="00622BBB" w:rsidRDefault="00622BBB">
      <w:pPr>
        <w:spacing w:after="0"/>
      </w:pPr>
    </w:p>
    <w:p w14:paraId="36F2E3B4" w14:textId="77777777" w:rsidR="00622BBB" w:rsidRDefault="00000000">
      <w:pPr>
        <w:spacing w:after="0"/>
      </w:pPr>
      <w:r>
        <w:rPr>
          <w:rFonts w:ascii="Arial" w:hAnsi="Arial"/>
        </w:rPr>
        <w:t>starting at age five,</w:t>
      </w:r>
    </w:p>
    <w:p w14:paraId="1F1633D5" w14:textId="77777777" w:rsidR="00622BBB" w:rsidRDefault="00622BBB">
      <w:pPr>
        <w:spacing w:after="0"/>
      </w:pPr>
    </w:p>
    <w:p w14:paraId="31CF28C7" w14:textId="77777777" w:rsidR="00622BBB" w:rsidRDefault="00622BBB">
      <w:pPr>
        <w:spacing w:after="0"/>
      </w:pPr>
    </w:p>
    <w:p w14:paraId="735C2F2F" w14:textId="77777777" w:rsidR="00622BBB" w:rsidRDefault="00000000">
      <w:pPr>
        <w:spacing w:after="0"/>
      </w:pPr>
      <w:r>
        <w:rPr>
          <w:rFonts w:ascii="Arial" w:hAnsi="Arial"/>
        </w:rPr>
        <w:t>was Anthony ever abused?</w:t>
      </w:r>
    </w:p>
    <w:p w14:paraId="328B168F" w14:textId="77777777" w:rsidR="00622BBB" w:rsidRDefault="00622BBB">
      <w:pPr>
        <w:spacing w:after="0"/>
      </w:pPr>
    </w:p>
    <w:p w14:paraId="1CED48CA" w14:textId="552C5C60" w:rsidR="00622BBB" w:rsidRDefault="00BD2C83">
      <w:pPr>
        <w:spacing w:after="0"/>
      </w:pPr>
      <w:r>
        <w:rPr>
          <w:rFonts w:ascii="Arial" w:hAnsi="Arial"/>
          <w:b/>
        </w:rPr>
        <w:t xml:space="preserve">Jeremy  </w:t>
      </w:r>
    </w:p>
    <w:p w14:paraId="560E22E1" w14:textId="77777777" w:rsidR="00622BBB" w:rsidRDefault="00000000">
      <w:pPr>
        <w:spacing w:after="0"/>
      </w:pPr>
      <w:r>
        <w:rPr>
          <w:rFonts w:ascii="Arial" w:hAnsi="Arial"/>
        </w:rPr>
        <w:lastRenderedPageBreak/>
        <w:t>Yeah, he was thrown around. I've seen him thrown around and choked. That was one thing that he liked to do, and I didn't have until later, till about five. He started choking me about five, but he would choke Anthony and throw him against the wall, and it was same type of thing, not allowed to have an opinion. I</w:t>
      </w:r>
    </w:p>
    <w:p w14:paraId="775D0619" w14:textId="77777777" w:rsidR="00622BBB" w:rsidRDefault="00622BBB">
      <w:pPr>
        <w:spacing w:after="0"/>
      </w:pPr>
    </w:p>
    <w:p w14:paraId="46BFF0A8" w14:textId="6A013420" w:rsidR="00622BBB" w:rsidRDefault="00BD2C83">
      <w:pPr>
        <w:spacing w:after="0"/>
      </w:pPr>
      <w:r>
        <w:rPr>
          <w:rFonts w:ascii="Arial" w:hAnsi="Arial"/>
          <w:b/>
        </w:rPr>
        <w:t>Erica</w:t>
      </w:r>
    </w:p>
    <w:p w14:paraId="4C80355F" w14:textId="77777777" w:rsidR="00622BBB" w:rsidRDefault="00000000">
      <w:pPr>
        <w:spacing w:after="0"/>
      </w:pPr>
      <w:r>
        <w:rPr>
          <w:rFonts w:ascii="Arial" w:hAnsi="Arial"/>
        </w:rPr>
        <w:t xml:space="preserve">mean, not that it that makes </w:t>
      </w:r>
      <w:proofErr w:type="gramStart"/>
      <w:r>
        <w:rPr>
          <w:rFonts w:ascii="Arial" w:hAnsi="Arial"/>
        </w:rPr>
        <w:t>really much</w:t>
      </w:r>
      <w:proofErr w:type="gramEnd"/>
      <w:r>
        <w:rPr>
          <w:rFonts w:ascii="Arial" w:hAnsi="Arial"/>
        </w:rPr>
        <w:t xml:space="preserve"> of a difference, but what's that? But </w:t>
      </w:r>
      <w:proofErr w:type="gramStart"/>
      <w:r>
        <w:rPr>
          <w:rFonts w:ascii="Arial" w:hAnsi="Arial"/>
        </w:rPr>
        <w:t>so</w:t>
      </w:r>
      <w:proofErr w:type="gramEnd"/>
      <w:r>
        <w:rPr>
          <w:rFonts w:ascii="Arial" w:hAnsi="Arial"/>
        </w:rPr>
        <w:t xml:space="preserve"> it wasn't just you or your </w:t>
      </w:r>
      <w:proofErr w:type="spellStart"/>
      <w:r>
        <w:rPr>
          <w:rFonts w:ascii="Arial" w:hAnsi="Arial"/>
        </w:rPr>
        <w:t>your</w:t>
      </w:r>
      <w:proofErr w:type="spellEnd"/>
      <w:r>
        <w:rPr>
          <w:rFonts w:ascii="Arial" w:hAnsi="Arial"/>
        </w:rPr>
        <w:t xml:space="preserve"> sister. It was he abused pretty much everybody in</w:t>
      </w:r>
    </w:p>
    <w:p w14:paraId="6D8C5D45" w14:textId="77777777" w:rsidR="00622BBB" w:rsidRDefault="00622BBB">
      <w:pPr>
        <w:spacing w:after="0"/>
      </w:pPr>
    </w:p>
    <w:p w14:paraId="3CE2FF27" w14:textId="77777777" w:rsidR="00622BBB" w:rsidRDefault="00622BBB">
      <w:pPr>
        <w:spacing w:after="0"/>
      </w:pPr>
    </w:p>
    <w:p w14:paraId="6B6341F9" w14:textId="77777777" w:rsidR="00622BBB" w:rsidRDefault="00000000">
      <w:pPr>
        <w:spacing w:after="0"/>
      </w:pPr>
      <w:r>
        <w:rPr>
          <w:rFonts w:ascii="Arial" w:hAnsi="Arial"/>
        </w:rPr>
        <w:t>the family. He abused everybody in the family.</w:t>
      </w:r>
    </w:p>
    <w:p w14:paraId="59E6E03F" w14:textId="77777777" w:rsidR="00622BBB" w:rsidRDefault="00622BBB">
      <w:pPr>
        <w:spacing w:after="0"/>
      </w:pPr>
    </w:p>
    <w:p w14:paraId="0935B538" w14:textId="7E889048" w:rsidR="00622BBB" w:rsidRDefault="00BD2C83">
      <w:pPr>
        <w:spacing w:after="0"/>
      </w:pPr>
      <w:r>
        <w:rPr>
          <w:rFonts w:ascii="Arial" w:hAnsi="Arial"/>
          <w:b/>
        </w:rPr>
        <w:t>Erica</w:t>
      </w:r>
    </w:p>
    <w:p w14:paraId="6C75E122" w14:textId="77777777" w:rsidR="00622BBB" w:rsidRDefault="00000000">
      <w:pPr>
        <w:spacing w:after="0"/>
      </w:pPr>
      <w:r>
        <w:rPr>
          <w:rFonts w:ascii="Arial" w:hAnsi="Arial"/>
        </w:rPr>
        <w:t>Okay, so starting age five, that's when the more intense physical abuse started.</w:t>
      </w:r>
    </w:p>
    <w:p w14:paraId="014AD39C" w14:textId="77777777" w:rsidR="00622BBB" w:rsidRDefault="00622BBB">
      <w:pPr>
        <w:spacing w:after="0"/>
      </w:pPr>
    </w:p>
    <w:p w14:paraId="2EA4BDB2" w14:textId="447E5197" w:rsidR="00622BBB" w:rsidRDefault="00BD2C83">
      <w:pPr>
        <w:spacing w:after="0"/>
      </w:pPr>
      <w:r>
        <w:rPr>
          <w:rFonts w:ascii="Arial" w:hAnsi="Arial"/>
          <w:b/>
        </w:rPr>
        <w:t xml:space="preserve">Jeremy  </w:t>
      </w:r>
    </w:p>
    <w:p w14:paraId="010E2E16" w14:textId="760B9AE2" w:rsidR="00622BBB" w:rsidRDefault="00000000">
      <w:pPr>
        <w:spacing w:after="0"/>
      </w:pPr>
      <w:r>
        <w:rPr>
          <w:rFonts w:ascii="Arial" w:hAnsi="Arial"/>
        </w:rPr>
        <w:t xml:space="preserve">Yeah, that's when the choking started. The driving is his. It's his middle finger. </w:t>
      </w:r>
      <w:proofErr w:type="gramStart"/>
      <w:r>
        <w:rPr>
          <w:rFonts w:ascii="Arial" w:hAnsi="Arial"/>
        </w:rPr>
        <w:t>So</w:t>
      </w:r>
      <w:proofErr w:type="gramEnd"/>
      <w:r>
        <w:rPr>
          <w:rFonts w:ascii="Arial" w:hAnsi="Arial"/>
        </w:rPr>
        <w:t xml:space="preserve"> this this knuckle, he would sit there and pound it in your chest. And I'm talking like </w:t>
      </w:r>
      <w:proofErr w:type="gramStart"/>
      <w:r>
        <w:rPr>
          <w:rFonts w:ascii="Arial" w:hAnsi="Arial"/>
        </w:rPr>
        <w:t>2030,</w:t>
      </w:r>
      <w:proofErr w:type="gramEnd"/>
      <w:r>
        <w:rPr>
          <w:rFonts w:ascii="Arial" w:hAnsi="Arial"/>
        </w:rPr>
        <w:t xml:space="preserve"> times like I had bruises all over my chest as a kid. That's when, that's when the more severe paddle came out, more aggressive shit, before he started throwing me around in the walls. I </w:t>
      </w:r>
      <w:proofErr w:type="spellStart"/>
      <w:r>
        <w:rPr>
          <w:rFonts w:ascii="Arial" w:hAnsi="Arial"/>
        </w:rPr>
        <w:t>I</w:t>
      </w:r>
      <w:proofErr w:type="spellEnd"/>
      <w:r>
        <w:rPr>
          <w:rFonts w:ascii="Arial" w:hAnsi="Arial"/>
        </w:rPr>
        <w:t xml:space="preserve"> did. That's when he started coming downstairs. </w:t>
      </w:r>
      <w:proofErr w:type="gramStart"/>
      <w:r>
        <w:rPr>
          <w:rFonts w:ascii="Arial" w:hAnsi="Arial"/>
        </w:rPr>
        <w:t>So</w:t>
      </w:r>
      <w:proofErr w:type="gramEnd"/>
      <w:r>
        <w:rPr>
          <w:rFonts w:ascii="Arial" w:hAnsi="Arial"/>
        </w:rPr>
        <w:t xml:space="preserve"> he told my mom that he was tucking me in, or tucking us in, and that's when that psychological shit started happening, like he'd fucking come into the room and, like, get inches away from your fucking face and you could smell, you could smell this fucking could smell them. But like, I was in fear, because if I moved, he would start punching the knuckle or in the ribs, like he'd punch your rib cage, and then he'd fucking get mad at you, and because you're lying to him that you were sleeping and you really weren't. So then it became a psychological game for him, because then he would purposely make noise, like down the stairs, like stomps down the stairs, see if I was to see what I would do, where I had to go hide in closets, and I guess when, like, oh shit, he's coming, I have to hide under beds. We had a huge blanket pile out in the family room that literally figured out a way to hurry and jump in there and pull blankets over me, like, fold the blankets so he wouldn't fucking or on that. You can fucking you could hear him like, come around. I got caught under the bed before, and he dragged my ass out and then put his fucking knee right in my right, my lungs, my stomach, or I couldn't breathe. Sit there and he wouldn't move. He literally </w:t>
      </w:r>
      <w:proofErr w:type="gramStart"/>
      <w:r>
        <w:rPr>
          <w:rFonts w:ascii="Arial" w:hAnsi="Arial"/>
        </w:rPr>
        <w:t>sit</w:t>
      </w:r>
      <w:proofErr w:type="gramEnd"/>
      <w:r>
        <w:rPr>
          <w:rFonts w:ascii="Arial" w:hAnsi="Arial"/>
        </w:rPr>
        <w:t xml:space="preserve"> there and think you like, let you think that you're </w:t>
      </w:r>
      <w:proofErr w:type="spellStart"/>
      <w:r>
        <w:rPr>
          <w:rFonts w:ascii="Arial" w:hAnsi="Arial"/>
        </w:rPr>
        <w:t>gonna</w:t>
      </w:r>
      <w:proofErr w:type="spellEnd"/>
      <w:r>
        <w:rPr>
          <w:rFonts w:ascii="Arial" w:hAnsi="Arial"/>
        </w:rPr>
        <w:t xml:space="preserve"> die and be choking, you know, it's like, and he would, he would try to, like, pretend under the guy that you know wrestling. He would literally lay on you. And he was probably 200 and fucking 60 pounds. And he would literally just sit there and tell you, </w:t>
      </w:r>
      <w:proofErr w:type="spellStart"/>
      <w:r>
        <w:rPr>
          <w:rFonts w:ascii="Arial" w:hAnsi="Arial"/>
        </w:rPr>
        <w:t>thought</w:t>
      </w:r>
      <w:proofErr w:type="spellEnd"/>
      <w:r>
        <w:rPr>
          <w:rFonts w:ascii="Arial" w:hAnsi="Arial"/>
        </w:rPr>
        <w:t xml:space="preserve"> you're </w:t>
      </w:r>
      <w:proofErr w:type="spellStart"/>
      <w:r>
        <w:rPr>
          <w:rFonts w:ascii="Arial" w:hAnsi="Arial"/>
        </w:rPr>
        <w:t>gonna</w:t>
      </w:r>
      <w:proofErr w:type="spellEnd"/>
      <w:r>
        <w:rPr>
          <w:rFonts w:ascii="Arial" w:hAnsi="Arial"/>
        </w:rPr>
        <w:t xml:space="preserve"> like, I panicked because I thought I was </w:t>
      </w:r>
      <w:proofErr w:type="spellStart"/>
      <w:r>
        <w:rPr>
          <w:rFonts w:ascii="Arial" w:hAnsi="Arial"/>
        </w:rPr>
        <w:t>gonna</w:t>
      </w:r>
      <w:proofErr w:type="spellEnd"/>
      <w:r>
        <w:rPr>
          <w:rFonts w:ascii="Arial" w:hAnsi="Arial"/>
        </w:rPr>
        <w:t xml:space="preserve"> die on multiple occasions, like a lot, and that's when I started seeing him do that to Michelle. Because, you know, I would say probably, that probably was about eight, 910, I'd say eights, when I started seeing him, like, sexually assault Michelle, like, try to, like, you know, obviously lay with her, or not, like, wrestle with her and then grope her, because that's when she started developing boobs and he, You know, and she'd fucking go fucking sick, how far, you know. So could grab my biz, you know. </w:t>
      </w:r>
      <w:proofErr w:type="gramStart"/>
      <w:r>
        <w:rPr>
          <w:rFonts w:ascii="Arial" w:hAnsi="Arial"/>
        </w:rPr>
        <w:t>So</w:t>
      </w:r>
      <w:proofErr w:type="gramEnd"/>
      <w:r>
        <w:rPr>
          <w:rFonts w:ascii="Arial" w:hAnsi="Arial"/>
        </w:rPr>
        <w:t xml:space="preserve"> he thought it was funny, and that's when I would have to try to intervene. </w:t>
      </w:r>
      <w:proofErr w:type="gramStart"/>
      <w:r>
        <w:rPr>
          <w:rFonts w:ascii="Arial" w:hAnsi="Arial"/>
        </w:rPr>
        <w:t>So</w:t>
      </w:r>
      <w:proofErr w:type="gramEnd"/>
      <w:r>
        <w:rPr>
          <w:rFonts w:ascii="Arial" w:hAnsi="Arial"/>
        </w:rPr>
        <w:t xml:space="preserve"> he had a bad back, and I would get a running start, and I would pile drive his fucking back with my shoulder or my feet, or </w:t>
      </w:r>
      <w:r>
        <w:rPr>
          <w:rFonts w:ascii="Arial" w:hAnsi="Arial"/>
        </w:rPr>
        <w:lastRenderedPageBreak/>
        <w:t xml:space="preserve">whatever I could my elbows, just to fucking hurt them. </w:t>
      </w:r>
      <w:proofErr w:type="gramStart"/>
      <w:r>
        <w:rPr>
          <w:rFonts w:ascii="Arial" w:hAnsi="Arial"/>
        </w:rPr>
        <w:t>So</w:t>
      </w:r>
      <w:proofErr w:type="gramEnd"/>
      <w:r>
        <w:rPr>
          <w:rFonts w:ascii="Arial" w:hAnsi="Arial"/>
        </w:rPr>
        <w:t xml:space="preserve"> he'd let her go, and then I would get beat </w:t>
      </w:r>
      <w:r w:rsidR="00BD2C83">
        <w:rPr>
          <w:rFonts w:ascii="Arial" w:hAnsi="Arial"/>
        </w:rPr>
        <w:t>f</w:t>
      </w:r>
      <w:r>
        <w:rPr>
          <w:rFonts w:ascii="Arial" w:hAnsi="Arial"/>
        </w:rPr>
        <w:t>or saving her.</w:t>
      </w:r>
    </w:p>
    <w:p w14:paraId="180AA77F" w14:textId="77777777" w:rsidR="00622BBB" w:rsidRDefault="00622BBB">
      <w:pPr>
        <w:spacing w:after="0"/>
      </w:pPr>
    </w:p>
    <w:p w14:paraId="38B15547" w14:textId="77777777" w:rsidR="00622BBB" w:rsidRDefault="00622BBB">
      <w:pPr>
        <w:spacing w:after="0"/>
      </w:pPr>
    </w:p>
    <w:p w14:paraId="06215592" w14:textId="329A4F6A" w:rsidR="00622BBB" w:rsidRDefault="00BD2C83">
      <w:pPr>
        <w:spacing w:after="0"/>
      </w:pPr>
      <w:r>
        <w:rPr>
          <w:rFonts w:ascii="Arial" w:hAnsi="Arial"/>
          <w:b/>
        </w:rPr>
        <w:t xml:space="preserve">Jeremy  </w:t>
      </w:r>
    </w:p>
    <w:p w14:paraId="41DFF362" w14:textId="0888E7CD" w:rsidR="00622BBB" w:rsidRDefault="00000000">
      <w:pPr>
        <w:spacing w:after="0"/>
      </w:pPr>
      <w:r>
        <w:rPr>
          <w:rFonts w:ascii="Arial" w:hAnsi="Arial"/>
        </w:rPr>
        <w:t xml:space="preserve">I remember like about eight. Eight or 10 is when I started getting smart. So about eight is about eight when I started trying to pack my </w:t>
      </w:r>
      <w:proofErr w:type="spellStart"/>
      <w:r>
        <w:rPr>
          <w:rFonts w:ascii="Arial" w:hAnsi="Arial"/>
        </w:rPr>
        <w:t>my</w:t>
      </w:r>
      <w:proofErr w:type="spellEnd"/>
      <w:r>
        <w:rPr>
          <w:rFonts w:ascii="Arial" w:hAnsi="Arial"/>
        </w:rPr>
        <w:t xml:space="preserve"> underwear with toilet paper to him on my ass so that it would hurt less with his pa</w:t>
      </w:r>
      <w:r w:rsidR="00BD2C83">
        <w:rPr>
          <w:rFonts w:ascii="Arial" w:hAnsi="Arial"/>
        </w:rPr>
        <w:t>ddle</w:t>
      </w:r>
      <w:r>
        <w:rPr>
          <w:rFonts w:ascii="Arial" w:hAnsi="Arial"/>
        </w:rPr>
        <w:t xml:space="preserve">. And I remember he caught me one time. He's like, </w:t>
      </w:r>
      <w:proofErr w:type="gramStart"/>
      <w:r>
        <w:rPr>
          <w:rFonts w:ascii="Arial" w:hAnsi="Arial"/>
        </w:rPr>
        <w:t>Oh</w:t>
      </w:r>
      <w:proofErr w:type="gramEnd"/>
      <w:r>
        <w:rPr>
          <w:rFonts w:ascii="Arial" w:hAnsi="Arial"/>
        </w:rPr>
        <w:t xml:space="preserve">, so that's when he started making me go bare ass, when he beat me. And then that's when the sexual shit started with hitting me as well. And then it's about eight, was when I really started getting </w:t>
      </w:r>
      <w:proofErr w:type="gramStart"/>
      <w:r>
        <w:rPr>
          <w:rFonts w:ascii="Arial" w:hAnsi="Arial"/>
        </w:rPr>
        <w:t>the you</w:t>
      </w:r>
      <w:proofErr w:type="gramEnd"/>
      <w:r>
        <w:rPr>
          <w:rFonts w:ascii="Arial" w:hAnsi="Arial"/>
        </w:rPr>
        <w:t xml:space="preserve"> should kill yourself. You're not </w:t>
      </w:r>
      <w:proofErr w:type="spellStart"/>
      <w:r>
        <w:rPr>
          <w:rFonts w:ascii="Arial" w:hAnsi="Arial"/>
        </w:rPr>
        <w:t>gonna</w:t>
      </w:r>
      <w:proofErr w:type="spellEnd"/>
      <w:r>
        <w:rPr>
          <w:rFonts w:ascii="Arial" w:hAnsi="Arial"/>
        </w:rPr>
        <w:t xml:space="preserve"> amount to anything. You're worthless because I was worthless because I was Glenn's kid. You know, he like he liked that. I'll never amount to anything. Just tear you down till you had nothing less. </w:t>
      </w:r>
      <w:proofErr w:type="gramStart"/>
      <w:r>
        <w:rPr>
          <w:rFonts w:ascii="Arial" w:hAnsi="Arial"/>
        </w:rPr>
        <w:t>So</w:t>
      </w:r>
      <w:proofErr w:type="gramEnd"/>
      <w:r>
        <w:rPr>
          <w:rFonts w:ascii="Arial" w:hAnsi="Arial"/>
        </w:rPr>
        <w:t xml:space="preserve"> he's sexually assaulted me, and then I and he decided to try to teach me about the birds and the bees. </w:t>
      </w:r>
      <w:proofErr w:type="gramStart"/>
      <w:r>
        <w:rPr>
          <w:rFonts w:ascii="Arial" w:hAnsi="Arial"/>
        </w:rPr>
        <w:t>So</w:t>
      </w:r>
      <w:proofErr w:type="gramEnd"/>
      <w:r>
        <w:rPr>
          <w:rFonts w:ascii="Arial" w:hAnsi="Arial"/>
        </w:rPr>
        <w:t xml:space="preserve"> he started giving me his pornography magazines as playboys at eight. </w:t>
      </w:r>
      <w:proofErr w:type="gramStart"/>
      <w:r>
        <w:rPr>
          <w:rFonts w:ascii="Arial" w:hAnsi="Arial"/>
        </w:rPr>
        <w:t>So</w:t>
      </w:r>
      <w:proofErr w:type="gramEnd"/>
      <w:r>
        <w:rPr>
          <w:rFonts w:ascii="Arial" w:hAnsi="Arial"/>
        </w:rPr>
        <w:t xml:space="preserve"> then I learned how to sexually objectify women like he did. That's what he would do. You would hear him sexually. He would sexually objectify my mom. You hear him do it in public. And this is when, this is when that started with, like, we always had </w:t>
      </w:r>
      <w:proofErr w:type="gramStart"/>
      <w:r>
        <w:rPr>
          <w:rFonts w:ascii="Arial" w:hAnsi="Arial"/>
        </w:rPr>
        <w:t>a we'd</w:t>
      </w:r>
      <w:proofErr w:type="gramEnd"/>
      <w:r>
        <w:rPr>
          <w:rFonts w:ascii="Arial" w:hAnsi="Arial"/>
        </w:rPr>
        <w:t xml:space="preserve"> always go get a mug, like every Sunday, go get like, a mug, soda pop, right? And it's kind of like our family outing or whatever, but like every time we went with him, like for the grocery store or wherever it would be, he would always try to hide the tell that, tell my sister and everything to hide, and my mom, like forced my mom to hide from me, because he liked to, he liked to think that I was leaving them, or they would All go get in the car without me knowing, and I'd be walking around the grocery store like they left me in Disneyland. He liked to, he liked to think that I was always being left. </w:t>
      </w:r>
      <w:proofErr w:type="gramStart"/>
      <w:r>
        <w:rPr>
          <w:rFonts w:ascii="Arial" w:hAnsi="Arial"/>
        </w:rPr>
        <w:t>So</w:t>
      </w:r>
      <w:proofErr w:type="gramEnd"/>
      <w:r>
        <w:rPr>
          <w:rFonts w:ascii="Arial" w:hAnsi="Arial"/>
        </w:rPr>
        <w:t xml:space="preserve"> there's that fear of abandonment came from all the time. He would do that like we could, like going on vacations. That was his favorite fucking thing to do. That's when he, you know, as I am crying, try to get in the car as after they came back, because he would pull out of parking lots, literally </w:t>
      </w:r>
      <w:proofErr w:type="gramStart"/>
      <w:r>
        <w:rPr>
          <w:rFonts w:ascii="Arial" w:hAnsi="Arial"/>
        </w:rPr>
        <w:t>pull out</w:t>
      </w:r>
      <w:proofErr w:type="gramEnd"/>
      <w:r>
        <w:rPr>
          <w:rFonts w:ascii="Arial" w:hAnsi="Arial"/>
        </w:rPr>
        <w:t xml:space="preserve"> parking lots, and they'd sit there with the entire family at the other end of the parking lot. </w:t>
      </w:r>
      <w:proofErr w:type="gramStart"/>
      <w:r>
        <w:rPr>
          <w:rFonts w:ascii="Arial" w:hAnsi="Arial"/>
        </w:rPr>
        <w:t>So</w:t>
      </w:r>
      <w:proofErr w:type="gramEnd"/>
      <w:r>
        <w:rPr>
          <w:rFonts w:ascii="Arial" w:hAnsi="Arial"/>
        </w:rPr>
        <w:t xml:space="preserve"> I'd come out, and then all sudden, I'd sit down and cry in the middle of parking lot because they would lead me. And then I would try to get in the car, and he would, he would hit, he would hit the gas, and like, I tried to get in, he'd hit the gas, hit the gas, at the gas. And there's a couple occasions where he hit the gas, like, kind of take off, like, make you follow him. Like, you know, come get in. Oh no, you know, come get in. And it's like, I'm already fucking crying, I'm already hurt. And then, and then he would, there's a couple times where he retires halfway in, he fucking hit the gas, and then that's when I hit my back of my head on the metal pillar of the inside of the door. And then it would drop me and put me in the asphalt and just excruciating pain. I just like, I fucking got knocked unconscious </w:t>
      </w:r>
      <w:proofErr w:type="gramStart"/>
      <w:r>
        <w:rPr>
          <w:rFonts w:ascii="Arial" w:hAnsi="Arial"/>
        </w:rPr>
        <w:t>like</w:t>
      </w:r>
      <w:proofErr w:type="gramEnd"/>
      <w:r>
        <w:rPr>
          <w:rFonts w:ascii="Arial" w:hAnsi="Arial"/>
        </w:rPr>
        <w:t xml:space="preserve"> so I'd sit there, my head, my back, my head fucking throbbing, and then he'd sit there and yell at you, or he's </w:t>
      </w:r>
      <w:proofErr w:type="spellStart"/>
      <w:r>
        <w:rPr>
          <w:rFonts w:ascii="Arial" w:hAnsi="Arial"/>
        </w:rPr>
        <w:t>gonna</w:t>
      </w:r>
      <w:proofErr w:type="spellEnd"/>
      <w:r>
        <w:rPr>
          <w:rFonts w:ascii="Arial" w:hAnsi="Arial"/>
        </w:rPr>
        <w:t xml:space="preserve"> beat you. Get in the car. He's </w:t>
      </w:r>
      <w:proofErr w:type="spellStart"/>
      <w:r>
        <w:rPr>
          <w:rFonts w:ascii="Arial" w:hAnsi="Arial"/>
        </w:rPr>
        <w:t>gonna</w:t>
      </w:r>
      <w:proofErr w:type="spellEnd"/>
      <w:r>
        <w:rPr>
          <w:rFonts w:ascii="Arial" w:hAnsi="Arial"/>
        </w:rPr>
        <w:t xml:space="preserve"> fucking beat you more. You want something. His favorite thing to say was, you want something to cry about. After you're crying, you want something to cry about. So that's when I've started learning How to suppress my emotions. I at this time is when I we became as slaves. </w:t>
      </w:r>
      <w:proofErr w:type="gramStart"/>
      <w:r>
        <w:rPr>
          <w:rFonts w:ascii="Arial" w:hAnsi="Arial"/>
        </w:rPr>
        <w:t>So</w:t>
      </w:r>
      <w:proofErr w:type="gramEnd"/>
      <w:r>
        <w:rPr>
          <w:rFonts w:ascii="Arial" w:hAnsi="Arial"/>
        </w:rPr>
        <w:t xml:space="preserve"> we were all assigned a stomp. Anthony was a stop number one, </w:t>
      </w:r>
      <w:proofErr w:type="gramStart"/>
      <w:r>
        <w:rPr>
          <w:rFonts w:ascii="Arial" w:hAnsi="Arial"/>
        </w:rPr>
        <w:t>Shall</w:t>
      </w:r>
      <w:proofErr w:type="gramEnd"/>
      <w:r>
        <w:rPr>
          <w:rFonts w:ascii="Arial" w:hAnsi="Arial"/>
        </w:rPr>
        <w:t xml:space="preserve"> we stop? Number two? Stomp, stomp on the floor. Even, yeah, and, and you weren't. You weren't your </w:t>
      </w:r>
      <w:proofErr w:type="spellStart"/>
      <w:r>
        <w:rPr>
          <w:rFonts w:ascii="Arial" w:hAnsi="Arial"/>
        </w:rPr>
        <w:t>your</w:t>
      </w:r>
      <w:proofErr w:type="spellEnd"/>
      <w:r>
        <w:rPr>
          <w:rFonts w:ascii="Arial" w:hAnsi="Arial"/>
        </w:rPr>
        <w:t xml:space="preserve"> </w:t>
      </w:r>
      <w:proofErr w:type="gramStart"/>
      <w:r>
        <w:rPr>
          <w:rFonts w:ascii="Arial" w:hAnsi="Arial"/>
        </w:rPr>
        <w:t>name,</w:t>
      </w:r>
      <w:proofErr w:type="gramEnd"/>
      <w:r>
        <w:rPr>
          <w:rFonts w:ascii="Arial" w:hAnsi="Arial"/>
        </w:rPr>
        <w:t xml:space="preserve"> you know that was your identification number. Like we were called our names. We weren't called Son, we weren't called daughter, we weren't called we were called by our first name, and we were known by our sto</w:t>
      </w:r>
      <w:r w:rsidR="00BD2C83">
        <w:rPr>
          <w:rFonts w:ascii="Arial" w:hAnsi="Arial"/>
        </w:rPr>
        <w:t>m</w:t>
      </w:r>
      <w:r>
        <w:rPr>
          <w:rFonts w:ascii="Arial" w:hAnsi="Arial"/>
        </w:rPr>
        <w:t>ps, and</w:t>
      </w:r>
      <w:r w:rsidR="00BD2C83">
        <w:t xml:space="preserve"> </w:t>
      </w:r>
      <w:r>
        <w:rPr>
          <w:rFonts w:ascii="Arial" w:hAnsi="Arial"/>
        </w:rPr>
        <w:t>we would stomp on the floor number one, like he stomps once and Anthony, and</w:t>
      </w:r>
    </w:p>
    <w:p w14:paraId="4788C92C" w14:textId="77777777" w:rsidR="00622BBB" w:rsidRDefault="00622BBB">
      <w:pPr>
        <w:spacing w:after="0"/>
      </w:pPr>
    </w:p>
    <w:p w14:paraId="659A7D44" w14:textId="5124188C" w:rsidR="00622BBB" w:rsidRDefault="00BD2C83">
      <w:pPr>
        <w:spacing w:after="0"/>
      </w:pPr>
      <w:r>
        <w:rPr>
          <w:rFonts w:ascii="Arial" w:hAnsi="Arial"/>
          <w:b/>
        </w:rPr>
        <w:t xml:space="preserve">Jeremy  </w:t>
      </w:r>
    </w:p>
    <w:p w14:paraId="72C48333" w14:textId="77777777" w:rsidR="00622BBB" w:rsidRDefault="00000000">
      <w:pPr>
        <w:spacing w:after="0"/>
      </w:pPr>
      <w:r>
        <w:rPr>
          <w:rFonts w:ascii="Arial" w:hAnsi="Arial"/>
        </w:rPr>
        <w:t xml:space="preserve">if you had you had 30 seconds to get up there or he was going to beat you. If you didn't respond in 30 seconds, he was going to continue to beat you. </w:t>
      </w:r>
      <w:proofErr w:type="gramStart"/>
      <w:r>
        <w:rPr>
          <w:rFonts w:ascii="Arial" w:hAnsi="Arial"/>
        </w:rPr>
        <w:t>So</w:t>
      </w:r>
      <w:proofErr w:type="gramEnd"/>
      <w:r>
        <w:rPr>
          <w:rFonts w:ascii="Arial" w:hAnsi="Arial"/>
        </w:rPr>
        <w:t xml:space="preserve"> we all, soon as you hear a stop, we'd all fucking like, oh God. Like we all fucking just start shutting down in fear. Like, oh, fuck, oh, fuck, oh, fuck, don't beat me. Don't be me. He loved to do me. He loved to tournament. I was his favorite to tournament.</w:t>
      </w:r>
    </w:p>
    <w:p w14:paraId="77EA3223" w14:textId="77777777" w:rsidR="00622BBB" w:rsidRDefault="00622BBB">
      <w:pPr>
        <w:spacing w:after="0"/>
      </w:pPr>
    </w:p>
    <w:p w14:paraId="6E92573B" w14:textId="77777777" w:rsidR="00622BBB" w:rsidRDefault="00622BBB">
      <w:pPr>
        <w:spacing w:after="0"/>
      </w:pPr>
    </w:p>
    <w:p w14:paraId="73ACAE22" w14:textId="77777777" w:rsidR="00622BBB" w:rsidRDefault="00622BBB">
      <w:pPr>
        <w:spacing w:after="0"/>
      </w:pPr>
    </w:p>
    <w:p w14:paraId="42A13A2C" w14:textId="3EAAE431" w:rsidR="00622BBB" w:rsidRDefault="00BD2C83">
      <w:pPr>
        <w:spacing w:after="0"/>
      </w:pPr>
      <w:r>
        <w:rPr>
          <w:rFonts w:ascii="Arial" w:hAnsi="Arial"/>
          <w:b/>
        </w:rPr>
        <w:t xml:space="preserve">Jeremy  </w:t>
      </w:r>
    </w:p>
    <w:p w14:paraId="3E419283" w14:textId="6D8C675C" w:rsidR="00622BBB" w:rsidRDefault="00BD2C83">
      <w:pPr>
        <w:spacing w:after="0"/>
      </w:pPr>
      <w:r>
        <w:rPr>
          <w:rFonts w:ascii="Arial" w:hAnsi="Arial"/>
        </w:rPr>
        <w:t xml:space="preserve">So, like, we ended, obviously, though we had to, like, Anthony was out, like, doing his stuff. He was older at that point. He's probably, he was getting ready to, like, he's, he's almost ready to go serve his mission. And that's when he left before all this stuff. </w:t>
      </w:r>
      <w:proofErr w:type="gramStart"/>
      <w:r>
        <w:rPr>
          <w:rFonts w:ascii="Arial" w:hAnsi="Arial"/>
        </w:rPr>
        <w:t>So</w:t>
      </w:r>
      <w:proofErr w:type="gramEnd"/>
      <w:r>
        <w:rPr>
          <w:rFonts w:ascii="Arial" w:hAnsi="Arial"/>
        </w:rPr>
        <w:t xml:space="preserve"> he left when there's about 10, but so he's </w:t>
      </w:r>
      <w:proofErr w:type="spellStart"/>
      <w:r>
        <w:rPr>
          <w:rFonts w:ascii="Arial" w:hAnsi="Arial"/>
        </w:rPr>
        <w:t>gonna</w:t>
      </w:r>
      <w:proofErr w:type="spellEnd"/>
      <w:r>
        <w:rPr>
          <w:rFonts w:ascii="Arial" w:hAnsi="Arial"/>
        </w:rPr>
        <w:t xml:space="preserve"> go serve his mission all this stuff. But like, we had to go fucking. We had an acre yard. I had to till it all, like every week I had to till it all like he we were slaves. We had to make them dinner. We had to fix it. I had a person fixes Metamucil every fucking night as fiber. And this is, and then, you know, eight, the </w:t>
      </w:r>
      <w:proofErr w:type="gramStart"/>
      <w:r>
        <w:rPr>
          <w:rFonts w:ascii="Arial" w:hAnsi="Arial"/>
        </w:rPr>
        <w:t>eight year old</w:t>
      </w:r>
      <w:proofErr w:type="gramEnd"/>
      <w:r>
        <w:rPr>
          <w:rFonts w:ascii="Arial" w:hAnsi="Arial"/>
        </w:rPr>
        <w:t xml:space="preserve"> time frame is when they started beating us and making us lay with them. And you're just like, kill me now, like, I don't want to do this. It's, I just remember sitting there. It's like, </w:t>
      </w:r>
      <w:proofErr w:type="gramStart"/>
      <w:r>
        <w:rPr>
          <w:rFonts w:ascii="Arial" w:hAnsi="Arial"/>
        </w:rPr>
        <w:t>Why</w:t>
      </w:r>
      <w:proofErr w:type="gramEnd"/>
      <w:r>
        <w:rPr>
          <w:rFonts w:ascii="Arial" w:hAnsi="Arial"/>
        </w:rPr>
        <w:t>? Why? Why? Why</w:t>
      </w:r>
    </w:p>
    <w:p w14:paraId="749E6DF9" w14:textId="77777777" w:rsidR="00622BBB" w:rsidRDefault="00622BBB">
      <w:pPr>
        <w:spacing w:after="0"/>
      </w:pPr>
    </w:p>
    <w:p w14:paraId="7CEDE71C" w14:textId="77777777" w:rsidR="00622BBB" w:rsidRDefault="00622BBB">
      <w:pPr>
        <w:spacing w:after="0"/>
      </w:pPr>
    </w:p>
    <w:p w14:paraId="4DC80E8A" w14:textId="77777777" w:rsidR="00622BBB" w:rsidRDefault="00000000">
      <w:pPr>
        <w:spacing w:after="0"/>
      </w:pPr>
      <w:r>
        <w:rPr>
          <w:rFonts w:ascii="Arial" w:hAnsi="Arial"/>
        </w:rPr>
        <w:t>would he do anything,</w:t>
      </w:r>
    </w:p>
    <w:p w14:paraId="0EE2973B" w14:textId="77777777" w:rsidR="00622BBB" w:rsidRDefault="00622BBB">
      <w:pPr>
        <w:spacing w:after="0"/>
      </w:pPr>
    </w:p>
    <w:p w14:paraId="25D076C5" w14:textId="6AA13D7D" w:rsidR="00622BBB" w:rsidRDefault="00BD2C83">
      <w:pPr>
        <w:spacing w:after="0"/>
      </w:pPr>
      <w:r>
        <w:rPr>
          <w:rFonts w:ascii="Arial" w:hAnsi="Arial"/>
          <w:b/>
        </w:rPr>
        <w:t xml:space="preserve">Jeremy  </w:t>
      </w:r>
    </w:p>
    <w:p w14:paraId="49693038" w14:textId="77777777" w:rsidR="00622BBB" w:rsidRDefault="00000000">
      <w:pPr>
        <w:spacing w:after="0"/>
      </w:pPr>
      <w:r>
        <w:rPr>
          <w:rFonts w:ascii="Arial" w:hAnsi="Arial"/>
        </w:rPr>
        <w:t>Jeremy, just to break you, just to break you psychologically, I guess this, this, there's something wrong with him, but he'd love to fuck with you psychologically, like, like, stop it on the stairs. Like he would, he would watch. He would love to see the fear that was his main thing is fear you. He wanted to see he got satisfaction from seeing you fear Him,</w:t>
      </w:r>
    </w:p>
    <w:p w14:paraId="636BA736" w14:textId="77777777" w:rsidR="00622BBB" w:rsidRDefault="00622BBB">
      <w:pPr>
        <w:spacing w:after="0"/>
      </w:pPr>
    </w:p>
    <w:p w14:paraId="33FABEC6" w14:textId="2528EBD3" w:rsidR="00622BBB" w:rsidRDefault="00BD2C83">
      <w:pPr>
        <w:spacing w:after="0"/>
      </w:pPr>
      <w:r>
        <w:rPr>
          <w:rFonts w:ascii="Arial" w:hAnsi="Arial"/>
          <w:b/>
        </w:rPr>
        <w:t>Erica</w:t>
      </w:r>
    </w:p>
    <w:p w14:paraId="35758AF2" w14:textId="77777777" w:rsidR="00622BBB" w:rsidRDefault="00000000">
      <w:pPr>
        <w:spacing w:after="0"/>
      </w:pPr>
      <w:r>
        <w:rPr>
          <w:rFonts w:ascii="Arial" w:hAnsi="Arial"/>
        </w:rPr>
        <w:t>and at the same time, Mom's getting the same type of abuse, or is there?</w:t>
      </w:r>
    </w:p>
    <w:p w14:paraId="796037A8" w14:textId="77777777" w:rsidR="00622BBB" w:rsidRDefault="00622BBB">
      <w:pPr>
        <w:spacing w:after="0"/>
      </w:pPr>
    </w:p>
    <w:p w14:paraId="7B442EC0" w14:textId="7114EC72" w:rsidR="00622BBB" w:rsidRDefault="00BD2C83">
      <w:pPr>
        <w:spacing w:after="0"/>
      </w:pPr>
      <w:r>
        <w:rPr>
          <w:rFonts w:ascii="Arial" w:hAnsi="Arial"/>
          <w:b/>
        </w:rPr>
        <w:t xml:space="preserve">Jeremy  </w:t>
      </w:r>
    </w:p>
    <w:p w14:paraId="01C26C5F" w14:textId="77777777" w:rsidR="00622BBB" w:rsidRDefault="00000000">
      <w:pPr>
        <w:spacing w:after="0"/>
      </w:pPr>
      <w:r>
        <w:rPr>
          <w:rFonts w:ascii="Arial" w:hAnsi="Arial"/>
        </w:rPr>
        <w:t xml:space="preserve">Yeah, yeah. She was his. She was, she was a slave, too. </w:t>
      </w:r>
      <w:proofErr w:type="gramStart"/>
      <w:r>
        <w:rPr>
          <w:rFonts w:ascii="Arial" w:hAnsi="Arial"/>
        </w:rPr>
        <w:t>So</w:t>
      </w:r>
      <w:proofErr w:type="gramEnd"/>
      <w:r>
        <w:rPr>
          <w:rFonts w:ascii="Arial" w:hAnsi="Arial"/>
        </w:rPr>
        <w:t xml:space="preserve"> she he made her go to the office, and we'd have to go clean his office and all that shit. He she was his secretary, so she'd have to deal with the shit all day, and literally, just didn't want to. She'd come home to him like she'd make dinner and </w:t>
      </w:r>
      <w:proofErr w:type="spellStart"/>
      <w:r>
        <w:rPr>
          <w:rFonts w:ascii="Arial" w:hAnsi="Arial"/>
        </w:rPr>
        <w:t>and</w:t>
      </w:r>
      <w:proofErr w:type="spellEnd"/>
      <w:r>
        <w:rPr>
          <w:rFonts w:ascii="Arial" w:hAnsi="Arial"/>
        </w:rPr>
        <w:t xml:space="preserve"> that was that was it like she'd make dinner and she'd go downstairs and watch TV with me, or my sister like but that was my only safe places, when I had that relief, because I didn't want to go upstairs like you don't you don't even want to go out of your room. Or when I went out with my friends, I didn't want to come back. But my Yeah, my mom was suppressing all this stuff, just </w:t>
      </w:r>
      <w:proofErr w:type="spellStart"/>
      <w:r>
        <w:rPr>
          <w:rFonts w:ascii="Arial" w:hAnsi="Arial"/>
        </w:rPr>
        <w:t>just</w:t>
      </w:r>
      <w:proofErr w:type="spellEnd"/>
      <w:r>
        <w:rPr>
          <w:rFonts w:ascii="Arial" w:hAnsi="Arial"/>
        </w:rPr>
        <w:t xml:space="preserve"> freezing, like she just,</w:t>
      </w:r>
    </w:p>
    <w:p w14:paraId="1AC42C4A" w14:textId="77777777" w:rsidR="00622BBB" w:rsidRDefault="00622BBB">
      <w:pPr>
        <w:spacing w:after="0"/>
      </w:pPr>
    </w:p>
    <w:p w14:paraId="72E3DA10" w14:textId="4A104175" w:rsidR="00622BBB" w:rsidRDefault="00BD2C83">
      <w:pPr>
        <w:spacing w:after="0"/>
      </w:pPr>
      <w:r>
        <w:rPr>
          <w:rFonts w:ascii="Arial" w:hAnsi="Arial"/>
          <w:b/>
        </w:rPr>
        <w:t>Erica</w:t>
      </w:r>
    </w:p>
    <w:p w14:paraId="2A319E16" w14:textId="77777777" w:rsidR="00622BBB" w:rsidRDefault="00000000">
      <w:pPr>
        <w:spacing w:after="0"/>
      </w:pPr>
      <w:r>
        <w:rPr>
          <w:rFonts w:ascii="Arial" w:hAnsi="Arial"/>
        </w:rPr>
        <w:t>do you ever remember her fighting for you?</w:t>
      </w:r>
    </w:p>
    <w:p w14:paraId="4C8A78A6" w14:textId="77777777" w:rsidR="00622BBB" w:rsidRDefault="00622BBB">
      <w:pPr>
        <w:spacing w:after="0"/>
      </w:pPr>
    </w:p>
    <w:p w14:paraId="77435D28" w14:textId="3A8BFB26" w:rsidR="00622BBB" w:rsidRDefault="00BD2C83">
      <w:pPr>
        <w:spacing w:after="0"/>
      </w:pPr>
      <w:r>
        <w:rPr>
          <w:rFonts w:ascii="Arial" w:hAnsi="Arial"/>
          <w:b/>
        </w:rPr>
        <w:t xml:space="preserve">Jeremy  </w:t>
      </w:r>
    </w:p>
    <w:p w14:paraId="6E59B41A" w14:textId="77777777" w:rsidR="00622BBB" w:rsidRDefault="00000000">
      <w:pPr>
        <w:spacing w:after="0"/>
      </w:pPr>
      <w:r>
        <w:rPr>
          <w:rFonts w:ascii="Arial" w:hAnsi="Arial"/>
        </w:rPr>
        <w:t xml:space="preserve">She just </w:t>
      </w:r>
      <w:proofErr w:type="spellStart"/>
      <w:r>
        <w:rPr>
          <w:rFonts w:ascii="Arial" w:hAnsi="Arial"/>
        </w:rPr>
        <w:t>just</w:t>
      </w:r>
      <w:proofErr w:type="spellEnd"/>
      <w:r>
        <w:rPr>
          <w:rFonts w:ascii="Arial" w:hAnsi="Arial"/>
        </w:rPr>
        <w:t xml:space="preserve"> once, and that's when she was thrown down the stairs and broke her collarbone? I And like I said, she'd have bruises on her. I remember seeing her have swollen eyes, and she had put makeup on, and I never understood, like I was like, </w:t>
      </w:r>
      <w:proofErr w:type="gramStart"/>
      <w:r>
        <w:rPr>
          <w:rFonts w:ascii="Arial" w:hAnsi="Arial"/>
        </w:rPr>
        <w:t>What</w:t>
      </w:r>
      <w:proofErr w:type="gramEnd"/>
      <w:r>
        <w:rPr>
          <w:rFonts w:ascii="Arial" w:hAnsi="Arial"/>
        </w:rPr>
        <w:t xml:space="preserve"> happened to you? She wouldn't tell me. Like, every time there was anything like that, we couldn't talk like we'd have to, she </w:t>
      </w:r>
      <w:proofErr w:type="gramStart"/>
      <w:r>
        <w:rPr>
          <w:rFonts w:ascii="Arial" w:hAnsi="Arial"/>
        </w:rPr>
        <w:t>have</w:t>
      </w:r>
      <w:proofErr w:type="gramEnd"/>
      <w:r>
        <w:rPr>
          <w:rFonts w:ascii="Arial" w:hAnsi="Arial"/>
        </w:rPr>
        <w:t xml:space="preserve"> to stress us up. He was close like we weren't </w:t>
      </w:r>
      <w:proofErr w:type="gramStart"/>
      <w:r>
        <w:rPr>
          <w:rFonts w:ascii="Arial" w:hAnsi="Arial"/>
        </w:rPr>
        <w:t>allowed,</w:t>
      </w:r>
      <w:proofErr w:type="gramEnd"/>
      <w:r>
        <w:rPr>
          <w:rFonts w:ascii="Arial" w:hAnsi="Arial"/>
        </w:rPr>
        <w:t xml:space="preserve"> she wasn't allowed to talk to us.</w:t>
      </w:r>
    </w:p>
    <w:p w14:paraId="025F2AEE" w14:textId="77777777" w:rsidR="00622BBB" w:rsidRDefault="00622BBB">
      <w:pPr>
        <w:spacing w:after="0"/>
      </w:pPr>
    </w:p>
    <w:p w14:paraId="17FEAC14" w14:textId="77777777" w:rsidR="00622BBB" w:rsidRDefault="00622BBB">
      <w:pPr>
        <w:spacing w:after="0"/>
      </w:pPr>
    </w:p>
    <w:p w14:paraId="75736999" w14:textId="77777777" w:rsidR="00622BBB" w:rsidRDefault="00622BBB">
      <w:pPr>
        <w:spacing w:after="0"/>
      </w:pPr>
    </w:p>
    <w:p w14:paraId="67A7146E" w14:textId="449BD60E" w:rsidR="00622BBB" w:rsidRDefault="00BD2C83">
      <w:pPr>
        <w:spacing w:after="0"/>
      </w:pPr>
      <w:r>
        <w:rPr>
          <w:rFonts w:ascii="Arial" w:hAnsi="Arial"/>
          <w:b/>
        </w:rPr>
        <w:t xml:space="preserve">Jeremy  </w:t>
      </w:r>
    </w:p>
    <w:p w14:paraId="0FC7B7ED" w14:textId="5A19B136" w:rsidR="00622BBB" w:rsidRDefault="00BD2C83">
      <w:pPr>
        <w:spacing w:after="0"/>
      </w:pPr>
      <w:r>
        <w:rPr>
          <w:rFonts w:ascii="Arial" w:hAnsi="Arial"/>
        </w:rPr>
        <w:t xml:space="preserve">I And, and so when, when the shit started escalating the eight, that's when I started eating to take care of my depression. Became a fat kid and I started getting it everywhere. Okay, sorry, this is yes, like fifth grade is when I started struggling in school. I started having F's, D's and </w:t>
      </w:r>
      <w:proofErr w:type="gramStart"/>
      <w:r>
        <w:rPr>
          <w:rFonts w:ascii="Arial" w:hAnsi="Arial"/>
        </w:rPr>
        <w:t>F's</w:t>
      </w:r>
      <w:proofErr w:type="gramEnd"/>
      <w:r>
        <w:rPr>
          <w:rFonts w:ascii="Arial" w:hAnsi="Arial"/>
        </w:rPr>
        <w:t xml:space="preserve"> in fifth grade starting</w:t>
      </w:r>
    </w:p>
    <w:p w14:paraId="7BE7AB27" w14:textId="77777777" w:rsidR="00622BBB" w:rsidRDefault="00622BBB">
      <w:pPr>
        <w:spacing w:after="0"/>
      </w:pPr>
    </w:p>
    <w:p w14:paraId="019DEFE2" w14:textId="1C2AD342" w:rsidR="00622BBB" w:rsidRDefault="00BD2C83">
      <w:pPr>
        <w:spacing w:after="0"/>
      </w:pPr>
      <w:r>
        <w:rPr>
          <w:rFonts w:ascii="Arial" w:hAnsi="Arial"/>
          <w:b/>
        </w:rPr>
        <w:t>Erica</w:t>
      </w:r>
    </w:p>
    <w:p w14:paraId="23085631" w14:textId="77777777" w:rsidR="00622BBB" w:rsidRDefault="00000000">
      <w:pPr>
        <w:spacing w:after="0"/>
      </w:pPr>
      <w:r>
        <w:rPr>
          <w:rFonts w:ascii="Arial" w:hAnsi="Arial"/>
        </w:rPr>
        <w:t>an eight, or should I put that from eight to 10? What the gaining weight that being picked on at school. Well,</w:t>
      </w:r>
    </w:p>
    <w:p w14:paraId="11DF6C46" w14:textId="77777777" w:rsidR="00622BBB" w:rsidRDefault="00622BBB">
      <w:pPr>
        <w:spacing w:after="0"/>
      </w:pPr>
    </w:p>
    <w:p w14:paraId="43496992" w14:textId="3E8F9280" w:rsidR="00622BBB" w:rsidRDefault="00BD2C83">
      <w:pPr>
        <w:spacing w:after="0"/>
      </w:pPr>
      <w:r>
        <w:rPr>
          <w:rFonts w:ascii="Arial" w:hAnsi="Arial"/>
          <w:b/>
        </w:rPr>
        <w:t xml:space="preserve">Jeremy  </w:t>
      </w:r>
    </w:p>
    <w:p w14:paraId="7263E7B5" w14:textId="77777777" w:rsidR="00622BBB" w:rsidRDefault="00000000">
      <w:pPr>
        <w:spacing w:after="0"/>
      </w:pPr>
      <w:r>
        <w:rPr>
          <w:rFonts w:ascii="Arial" w:hAnsi="Arial"/>
        </w:rPr>
        <w:t xml:space="preserve">starting at eight is when it started getting bad. </w:t>
      </w:r>
      <w:proofErr w:type="gramStart"/>
      <w:r>
        <w:rPr>
          <w:rFonts w:ascii="Arial" w:hAnsi="Arial"/>
        </w:rPr>
        <w:t>So</w:t>
      </w:r>
      <w:proofErr w:type="gramEnd"/>
      <w:r>
        <w:rPr>
          <w:rFonts w:ascii="Arial" w:hAnsi="Arial"/>
        </w:rPr>
        <w:t xml:space="preserve"> it was eight to 12 is when I was a fat kid. It was just that's, that's what see. What? How old are you in fifth grade? So about eight, yeah, yeah. </w:t>
      </w:r>
      <w:proofErr w:type="gramStart"/>
      <w:r>
        <w:rPr>
          <w:rFonts w:ascii="Arial" w:hAnsi="Arial"/>
        </w:rPr>
        <w:t>So</w:t>
      </w:r>
      <w:proofErr w:type="gramEnd"/>
      <w:r>
        <w:rPr>
          <w:rFonts w:ascii="Arial" w:hAnsi="Arial"/>
        </w:rPr>
        <w:t xml:space="preserve"> fifth grade is fifth grade is when eight is when it started showing in my grades. And then I started gaining weight, and I was over 200 pounds at 10, over 240, at 12.</w:t>
      </w:r>
    </w:p>
    <w:p w14:paraId="7DBCEEDB" w14:textId="77777777" w:rsidR="00622BBB" w:rsidRDefault="00622BBB">
      <w:pPr>
        <w:spacing w:after="0"/>
      </w:pPr>
    </w:p>
    <w:p w14:paraId="54243B2C" w14:textId="75E17146" w:rsidR="00622BBB" w:rsidRDefault="00BD2C83">
      <w:pPr>
        <w:spacing w:after="0"/>
      </w:pPr>
      <w:r>
        <w:rPr>
          <w:rFonts w:ascii="Arial" w:hAnsi="Arial"/>
          <w:b/>
        </w:rPr>
        <w:t>Erica</w:t>
      </w:r>
    </w:p>
    <w:p w14:paraId="0CFEEB51" w14:textId="77777777" w:rsidR="00622BBB" w:rsidRDefault="00000000">
      <w:pPr>
        <w:spacing w:after="0"/>
      </w:pPr>
      <w:r>
        <w:rPr>
          <w:rFonts w:ascii="Arial" w:hAnsi="Arial"/>
        </w:rPr>
        <w:t>Did he ever use that as another reason to break you down?</w:t>
      </w:r>
    </w:p>
    <w:p w14:paraId="2A963E38" w14:textId="77777777" w:rsidR="00622BBB" w:rsidRDefault="00622BBB">
      <w:pPr>
        <w:spacing w:after="0"/>
      </w:pPr>
    </w:p>
    <w:p w14:paraId="60DDC23C" w14:textId="42568671" w:rsidR="00622BBB" w:rsidRDefault="00BD2C83">
      <w:pPr>
        <w:spacing w:after="0"/>
      </w:pPr>
      <w:r>
        <w:rPr>
          <w:rFonts w:ascii="Arial" w:hAnsi="Arial"/>
          <w:b/>
        </w:rPr>
        <w:t xml:space="preserve">Jeremy  </w:t>
      </w:r>
    </w:p>
    <w:p w14:paraId="3671541C" w14:textId="77777777" w:rsidR="00622BBB" w:rsidRDefault="00000000">
      <w:pPr>
        <w:spacing w:after="0"/>
      </w:pPr>
      <w:r>
        <w:rPr>
          <w:rFonts w:ascii="Arial" w:hAnsi="Arial"/>
        </w:rPr>
        <w:t xml:space="preserve">Yeah, it's fat. You're worthless, you're a piece of shit. Yeah, it's like, I heard it all day at school, and I heard it all day from him. It's just he'd like to make fun of he, like, he grabbed my fucking nipples. Like, nice, you know, look at my boobs all that shit. Like, he fat. Shame me. I </w:t>
      </w:r>
      <w:proofErr w:type="spellStart"/>
      <w:r>
        <w:rPr>
          <w:rFonts w:ascii="Arial" w:hAnsi="Arial"/>
        </w:rPr>
        <w:t>I</w:t>
      </w:r>
      <w:proofErr w:type="spellEnd"/>
      <w:r>
        <w:rPr>
          <w:rFonts w:ascii="Arial" w:hAnsi="Arial"/>
        </w:rPr>
        <w:t xml:space="preserve"> grab my </w:t>
      </w:r>
      <w:proofErr w:type="spellStart"/>
      <w:r>
        <w:rPr>
          <w:rFonts w:ascii="Arial" w:hAnsi="Arial"/>
        </w:rPr>
        <w:t>my</w:t>
      </w:r>
      <w:proofErr w:type="spellEnd"/>
      <w:r>
        <w:rPr>
          <w:rFonts w:ascii="Arial" w:hAnsi="Arial"/>
        </w:rPr>
        <w:t xml:space="preserve"> stomach and squish it together.</w:t>
      </w:r>
    </w:p>
    <w:p w14:paraId="34B4879F" w14:textId="77777777" w:rsidR="00622BBB" w:rsidRDefault="00622BBB">
      <w:pPr>
        <w:spacing w:after="0"/>
      </w:pPr>
    </w:p>
    <w:p w14:paraId="0CC3A340" w14:textId="3C14C153" w:rsidR="00622BBB" w:rsidRDefault="00BD2C83">
      <w:pPr>
        <w:spacing w:after="0"/>
      </w:pPr>
      <w:r>
        <w:rPr>
          <w:rFonts w:ascii="Arial" w:hAnsi="Arial"/>
          <w:b/>
        </w:rPr>
        <w:t>Erica</w:t>
      </w:r>
    </w:p>
    <w:p w14:paraId="485A827A" w14:textId="77777777" w:rsidR="00622BBB" w:rsidRDefault="00000000">
      <w:pPr>
        <w:spacing w:after="0"/>
      </w:pPr>
      <w:r>
        <w:rPr>
          <w:rFonts w:ascii="Arial" w:hAnsi="Arial"/>
        </w:rPr>
        <w:t>I'm okay, grade started dropping to D's and s. Do you remember like, did your teachers ever get involved? Were there any like marks or anything you ever asked about? I.</w:t>
      </w:r>
    </w:p>
    <w:p w14:paraId="534C4CF3" w14:textId="77777777" w:rsidR="00622BBB" w:rsidRDefault="00622BBB">
      <w:pPr>
        <w:spacing w:after="0"/>
      </w:pPr>
    </w:p>
    <w:p w14:paraId="3130DCD2" w14:textId="77777777" w:rsidR="00622BBB" w:rsidRDefault="00622BBB">
      <w:pPr>
        <w:spacing w:after="0"/>
      </w:pPr>
    </w:p>
    <w:p w14:paraId="3A943643" w14:textId="77777777" w:rsidR="00622BBB" w:rsidRDefault="00000000">
      <w:pPr>
        <w:spacing w:after="0"/>
      </w:pPr>
      <w:r>
        <w:rPr>
          <w:rFonts w:ascii="Arial" w:hAnsi="Arial"/>
        </w:rPr>
        <w:t>Wasn't any of it.</w:t>
      </w:r>
    </w:p>
    <w:p w14:paraId="62F2773D" w14:textId="77777777" w:rsidR="00622BBB" w:rsidRDefault="00622BBB">
      <w:pPr>
        <w:spacing w:after="0"/>
      </w:pPr>
    </w:p>
    <w:p w14:paraId="0AD54345" w14:textId="77777777" w:rsidR="00622BBB" w:rsidRDefault="00622BBB">
      <w:pPr>
        <w:spacing w:after="0"/>
      </w:pPr>
    </w:p>
    <w:p w14:paraId="328254F5" w14:textId="77777777" w:rsidR="00622BBB" w:rsidRDefault="00000000">
      <w:pPr>
        <w:spacing w:after="0"/>
      </w:pPr>
      <w:proofErr w:type="gramStart"/>
      <w:r>
        <w:rPr>
          <w:rFonts w:ascii="Arial" w:hAnsi="Arial"/>
        </w:rPr>
        <w:t>So</w:t>
      </w:r>
      <w:proofErr w:type="gramEnd"/>
      <w:r>
        <w:rPr>
          <w:rFonts w:ascii="Arial" w:hAnsi="Arial"/>
        </w:rPr>
        <w:t xml:space="preserve"> he had to be really good at hiding all</w:t>
      </w:r>
    </w:p>
    <w:p w14:paraId="4D01F8E5" w14:textId="77777777" w:rsidR="00622BBB" w:rsidRDefault="00622BBB">
      <w:pPr>
        <w:spacing w:after="0"/>
      </w:pPr>
    </w:p>
    <w:p w14:paraId="5FB64461" w14:textId="514BBD79" w:rsidR="00622BBB" w:rsidRDefault="00BD2C83">
      <w:pPr>
        <w:spacing w:after="0"/>
      </w:pPr>
      <w:r>
        <w:rPr>
          <w:rFonts w:ascii="Arial" w:hAnsi="Arial"/>
          <w:b/>
        </w:rPr>
        <w:lastRenderedPageBreak/>
        <w:t xml:space="preserve">Jeremy  </w:t>
      </w:r>
    </w:p>
    <w:p w14:paraId="6E6A193F" w14:textId="77777777" w:rsidR="00622BBB" w:rsidRDefault="00000000">
      <w:pPr>
        <w:spacing w:after="0"/>
      </w:pPr>
      <w:r>
        <w:rPr>
          <w:rFonts w:ascii="Arial" w:hAnsi="Arial"/>
        </w:rPr>
        <w:t xml:space="preserve">that. Really good at hiding it. Okay, like, then it's like I was trying to be active in scouts, because it was only a safe place to go, and I couldn't do certain things in scouts. I </w:t>
      </w:r>
      <w:proofErr w:type="spellStart"/>
      <w:r>
        <w:rPr>
          <w:rFonts w:ascii="Arial" w:hAnsi="Arial"/>
        </w:rPr>
        <w:t>no</w:t>
      </w:r>
      <w:proofErr w:type="spellEnd"/>
      <w:r>
        <w:rPr>
          <w:rFonts w:ascii="Arial" w:hAnsi="Arial"/>
        </w:rPr>
        <w:t xml:space="preserve"> and yeah, so I </w:t>
      </w:r>
      <w:proofErr w:type="gramStart"/>
      <w:r>
        <w:rPr>
          <w:rFonts w:ascii="Arial" w:hAnsi="Arial"/>
        </w:rPr>
        <w:t>actually became</w:t>
      </w:r>
      <w:proofErr w:type="gramEnd"/>
      <w:r>
        <w:rPr>
          <w:rFonts w:ascii="Arial" w:hAnsi="Arial"/>
        </w:rPr>
        <w:t xml:space="preserve"> a bed wetter after six I became a, well, that was five or six, I became a bedwetter, like after I already had it under control, and it probably till, yeah, six to 10, I don't know. I was just fucking scared to death. I</w:t>
      </w:r>
    </w:p>
    <w:p w14:paraId="7757882F" w14:textId="77777777" w:rsidR="00622BBB" w:rsidRDefault="00622BBB">
      <w:pPr>
        <w:spacing w:after="0"/>
      </w:pPr>
    </w:p>
    <w:p w14:paraId="74106E7A" w14:textId="3099A01D" w:rsidR="00622BBB" w:rsidRDefault="00BD2C83">
      <w:pPr>
        <w:spacing w:after="0"/>
      </w:pPr>
      <w:r>
        <w:rPr>
          <w:rFonts w:ascii="Arial" w:hAnsi="Arial"/>
          <w:b/>
        </w:rPr>
        <w:t>Erica</w:t>
      </w:r>
    </w:p>
    <w:p w14:paraId="356B44D1" w14:textId="77777777" w:rsidR="00622BBB" w:rsidRDefault="00000000">
      <w:pPr>
        <w:spacing w:after="0"/>
      </w:pPr>
      <w:r>
        <w:rPr>
          <w:rFonts w:ascii="Arial" w:hAnsi="Arial"/>
        </w:rPr>
        <w:t>Okay, so from eight to 12, you started gaining weight, your grades were dropping. He was fat shaming.</w:t>
      </w:r>
    </w:p>
    <w:p w14:paraId="6F3BE18F" w14:textId="77777777" w:rsidR="00622BBB" w:rsidRDefault="00622BBB">
      <w:pPr>
        <w:spacing w:after="0"/>
      </w:pPr>
    </w:p>
    <w:p w14:paraId="674930C5" w14:textId="53527964" w:rsidR="00622BBB" w:rsidRDefault="00BD2C83">
      <w:pPr>
        <w:spacing w:after="0"/>
      </w:pPr>
      <w:r>
        <w:rPr>
          <w:rFonts w:ascii="Arial" w:hAnsi="Arial"/>
          <w:b/>
        </w:rPr>
        <w:t xml:space="preserve">Jeremy  </w:t>
      </w:r>
    </w:p>
    <w:p w14:paraId="7DE0DF49" w14:textId="77777777" w:rsidR="00622BBB" w:rsidRDefault="00000000">
      <w:pPr>
        <w:spacing w:after="0"/>
      </w:pPr>
      <w:r>
        <w:rPr>
          <w:rFonts w:ascii="Arial" w:hAnsi="Arial"/>
        </w:rPr>
        <w:t xml:space="preserve">My </w:t>
      </w:r>
      <w:proofErr w:type="spellStart"/>
      <w:r>
        <w:rPr>
          <w:rFonts w:ascii="Arial" w:hAnsi="Arial"/>
        </w:rPr>
        <w:t>my</w:t>
      </w:r>
      <w:proofErr w:type="spellEnd"/>
      <w:r>
        <w:rPr>
          <w:rFonts w:ascii="Arial" w:hAnsi="Arial"/>
        </w:rPr>
        <w:t xml:space="preserve"> junior high grades were F's and D's. I, I would, I'd be lucky to get a C. That's when, that's when people at school were saying, </w:t>
      </w:r>
      <w:proofErr w:type="gramStart"/>
      <w:r>
        <w:rPr>
          <w:rFonts w:ascii="Arial" w:hAnsi="Arial"/>
        </w:rPr>
        <w:t>you</w:t>
      </w:r>
      <w:proofErr w:type="gramEnd"/>
      <w:r>
        <w:rPr>
          <w:rFonts w:ascii="Arial" w:hAnsi="Arial"/>
        </w:rPr>
        <w:t xml:space="preserve"> fat fuck blah, blah, blah, you'll kill yourself. Fat ass. Like they get they razz me in the hall. They trip me in the hall, knock my shit out of my hands and maybe pick it up.</w:t>
      </w:r>
    </w:p>
    <w:p w14:paraId="36E2FF09" w14:textId="77777777" w:rsidR="00622BBB" w:rsidRDefault="00622BBB">
      <w:pPr>
        <w:spacing w:after="0"/>
      </w:pPr>
    </w:p>
    <w:p w14:paraId="3D5EDE80" w14:textId="6E299C37" w:rsidR="00622BBB" w:rsidRDefault="00BD2C83">
      <w:pPr>
        <w:spacing w:after="0"/>
      </w:pPr>
      <w:r>
        <w:rPr>
          <w:rFonts w:ascii="Arial" w:hAnsi="Arial"/>
          <w:b/>
        </w:rPr>
        <w:t>Erica</w:t>
      </w:r>
    </w:p>
    <w:p w14:paraId="7B8AB35B" w14:textId="77777777" w:rsidR="00622BBB" w:rsidRDefault="00000000">
      <w:pPr>
        <w:spacing w:after="0"/>
      </w:pPr>
      <w:r>
        <w:rPr>
          <w:rFonts w:ascii="Arial" w:hAnsi="Arial"/>
        </w:rPr>
        <w:t>You are so strong for going through this with me. Thank you. I'm so sorry. Okay, and in the meantime, mom is still kind of just not doing anything. I</w:t>
      </w:r>
    </w:p>
    <w:p w14:paraId="130FA89E" w14:textId="77777777" w:rsidR="00622BBB" w:rsidRDefault="00622BBB">
      <w:pPr>
        <w:spacing w:after="0"/>
      </w:pPr>
    </w:p>
    <w:p w14:paraId="5AC460EE" w14:textId="2A91733C" w:rsidR="00622BBB" w:rsidRDefault="00BD2C83">
      <w:pPr>
        <w:spacing w:after="0"/>
      </w:pPr>
      <w:r>
        <w:rPr>
          <w:rFonts w:ascii="Arial" w:hAnsi="Arial"/>
          <w:b/>
        </w:rPr>
        <w:t xml:space="preserve">Jeremy  </w:t>
      </w:r>
    </w:p>
    <w:p w14:paraId="3AC778C2" w14:textId="77777777" w:rsidR="00622BBB" w:rsidRDefault="00000000">
      <w:pPr>
        <w:spacing w:after="0"/>
      </w:pPr>
      <w:r>
        <w:rPr>
          <w:rFonts w:ascii="Arial" w:hAnsi="Arial"/>
        </w:rPr>
        <w:t xml:space="preserve">and then, like parent teacher conference was the worst thing every for me, like I would get beat every parent teacher conference from fifth grade on, every fucking time </w:t>
      </w:r>
      <w:proofErr w:type="spellStart"/>
      <w:r>
        <w:rPr>
          <w:rFonts w:ascii="Arial" w:hAnsi="Arial"/>
        </w:rPr>
        <w:t>i</w:t>
      </w:r>
      <w:proofErr w:type="spellEnd"/>
    </w:p>
    <w:p w14:paraId="11706C57" w14:textId="77777777" w:rsidR="00622BBB" w:rsidRDefault="00622BBB">
      <w:pPr>
        <w:spacing w:after="0"/>
      </w:pPr>
    </w:p>
    <w:p w14:paraId="20F9127C" w14:textId="77777777" w:rsidR="00622BBB" w:rsidRDefault="00622BBB">
      <w:pPr>
        <w:spacing w:after="0"/>
      </w:pPr>
    </w:p>
    <w:p w14:paraId="0E46E076" w14:textId="77777777" w:rsidR="00622BBB" w:rsidRDefault="00000000">
      <w:pPr>
        <w:spacing w:after="0"/>
      </w:pPr>
      <w:r>
        <w:rPr>
          <w:rFonts w:ascii="Arial" w:hAnsi="Arial"/>
        </w:rPr>
        <w:t>Okay,</w:t>
      </w:r>
    </w:p>
    <w:p w14:paraId="501DD84C" w14:textId="77777777" w:rsidR="00622BBB" w:rsidRDefault="00622BBB">
      <w:pPr>
        <w:spacing w:after="0"/>
      </w:pPr>
    </w:p>
    <w:p w14:paraId="23FFB5C0" w14:textId="3319275C" w:rsidR="00622BBB" w:rsidRDefault="00BD2C83">
      <w:pPr>
        <w:spacing w:after="0"/>
      </w:pPr>
      <w:r>
        <w:rPr>
          <w:rFonts w:ascii="Arial" w:hAnsi="Arial"/>
          <w:b/>
        </w:rPr>
        <w:t>Erica</w:t>
      </w:r>
    </w:p>
    <w:p w14:paraId="23EC4DEF" w14:textId="77777777" w:rsidR="00622BBB" w:rsidRDefault="00000000">
      <w:pPr>
        <w:spacing w:after="0"/>
      </w:pPr>
      <w:r>
        <w:rPr>
          <w:rFonts w:ascii="Arial" w:hAnsi="Arial"/>
        </w:rPr>
        <w:t>when did you start hearing that if you said anything, he would kill your mom and your sister in front of you?</w:t>
      </w:r>
    </w:p>
    <w:p w14:paraId="3B7692BB" w14:textId="77777777" w:rsidR="00622BBB" w:rsidRDefault="00622BBB">
      <w:pPr>
        <w:spacing w:after="0"/>
      </w:pPr>
    </w:p>
    <w:p w14:paraId="4EE7DFA8" w14:textId="4B71C0E1" w:rsidR="00622BBB" w:rsidRDefault="00BD2C83">
      <w:pPr>
        <w:spacing w:after="0"/>
      </w:pPr>
      <w:r>
        <w:rPr>
          <w:rFonts w:ascii="Arial" w:hAnsi="Arial"/>
          <w:b/>
        </w:rPr>
        <w:t xml:space="preserve">Jeremy  </w:t>
      </w:r>
    </w:p>
    <w:p w14:paraId="307C1410" w14:textId="77777777" w:rsidR="00622BBB" w:rsidRDefault="00000000">
      <w:pPr>
        <w:spacing w:after="0"/>
      </w:pPr>
      <w:r>
        <w:rPr>
          <w:rFonts w:ascii="Arial" w:hAnsi="Arial"/>
        </w:rPr>
        <w:t>Six, because I started putting things together. That's why I started really understanding the abuse that we're all going through, like in that five, five to six range. I just my aha moment was like, you know, like, oh shit, seeing what Anthony is going through, seeing what Michelle is going through, and then my mom, and that's when I decided I had to stick up for my family, like I had to defend them. That's when I had to start defending this fucking jackass. It's four times my six times my size.</w:t>
      </w:r>
    </w:p>
    <w:p w14:paraId="231A7019" w14:textId="77777777" w:rsidR="00622BBB" w:rsidRDefault="00622BBB">
      <w:pPr>
        <w:spacing w:after="0"/>
      </w:pPr>
    </w:p>
    <w:p w14:paraId="484B3118" w14:textId="77777777" w:rsidR="00622BBB" w:rsidRDefault="00622BBB">
      <w:pPr>
        <w:spacing w:after="0"/>
      </w:pPr>
    </w:p>
    <w:p w14:paraId="07A74089" w14:textId="77777777" w:rsidR="00622BBB" w:rsidRDefault="00000000">
      <w:pPr>
        <w:spacing w:after="0"/>
      </w:pPr>
      <w:proofErr w:type="gramStart"/>
      <w:r>
        <w:rPr>
          <w:rFonts w:ascii="Arial" w:hAnsi="Arial"/>
        </w:rPr>
        <w:t>So</w:t>
      </w:r>
      <w:proofErr w:type="gramEnd"/>
      <w:r>
        <w:rPr>
          <w:rFonts w:ascii="Arial" w:hAnsi="Arial"/>
        </w:rPr>
        <w:t xml:space="preserve"> did you start fighting back? Oh, yeah.</w:t>
      </w:r>
    </w:p>
    <w:p w14:paraId="366380F1" w14:textId="77777777" w:rsidR="00622BBB" w:rsidRDefault="00622BBB">
      <w:pPr>
        <w:spacing w:after="0"/>
      </w:pPr>
    </w:p>
    <w:p w14:paraId="225667BB" w14:textId="59AC6311" w:rsidR="00622BBB" w:rsidRDefault="00BD2C83">
      <w:pPr>
        <w:spacing w:after="0"/>
      </w:pPr>
      <w:r>
        <w:rPr>
          <w:rFonts w:ascii="Arial" w:hAnsi="Arial"/>
          <w:b/>
        </w:rPr>
        <w:t xml:space="preserve">Jeremy  </w:t>
      </w:r>
    </w:p>
    <w:p w14:paraId="67D64407" w14:textId="77777777" w:rsidR="00622BBB" w:rsidRDefault="00000000">
      <w:pPr>
        <w:spacing w:after="0"/>
      </w:pPr>
      <w:r>
        <w:rPr>
          <w:rFonts w:ascii="Arial" w:hAnsi="Arial"/>
        </w:rPr>
        <w:t xml:space="preserve">I </w:t>
      </w:r>
      <w:proofErr w:type="spellStart"/>
      <w:r>
        <w:rPr>
          <w:rFonts w:ascii="Arial" w:hAnsi="Arial"/>
        </w:rPr>
        <w:t>I</w:t>
      </w:r>
      <w:proofErr w:type="spellEnd"/>
      <w:r>
        <w:rPr>
          <w:rFonts w:ascii="Arial" w:hAnsi="Arial"/>
        </w:rPr>
        <w:t xml:space="preserve"> couldn't fight back for me, but when my sister's getting touched, I sure shit went and torpedoed his back or jumped on him or and then I'd get beat. You know, my mom, she'd hurt my mom. I'd come at him, do what I do, what I could do, just be thrown to the floor or whatever. You know, he's like, again, choke me, like, push me up against a wall. Choke me is one of his favorite moves he did with me and </w:t>
      </w:r>
      <w:r>
        <w:rPr>
          <w:rFonts w:ascii="Arial" w:hAnsi="Arial"/>
        </w:rPr>
        <w:lastRenderedPageBreak/>
        <w:t xml:space="preserve">Anthony. But kind of the same thing that my kids went through is every time we would go somewhere, like on a family vacation. I only remember the negative. I only like he turned it into a fucking another time to abuse you like he'd make you eat shit. This is starting at six. He'd make you eat food, like </w:t>
      </w:r>
      <w:proofErr w:type="spellStart"/>
      <w:r>
        <w:rPr>
          <w:rFonts w:ascii="Arial" w:hAnsi="Arial"/>
        </w:rPr>
        <w:t>jello</w:t>
      </w:r>
      <w:proofErr w:type="spellEnd"/>
      <w:r>
        <w:rPr>
          <w:rFonts w:ascii="Arial" w:hAnsi="Arial"/>
        </w:rPr>
        <w:t xml:space="preserve"> shit. Again, is like nasty Jill of shit with fucking fruit in it. He'd make you eat that until you threw up, and then I would give him a reason to beat you in public. And I'm still surprised that nobody asked why. Like, maybe it was just a normal thing, I don't know, like he would make you do fucking, make you literally go stand in a corner while in public, and he'd make you grab his belt loop and follow him around, like here's little bitch while </w:t>
      </w:r>
      <w:proofErr w:type="gramStart"/>
      <w:r>
        <w:rPr>
          <w:rFonts w:ascii="Arial" w:hAnsi="Arial"/>
        </w:rPr>
        <w:t>Going</w:t>
      </w:r>
      <w:proofErr w:type="gramEnd"/>
      <w:r>
        <w:rPr>
          <w:rFonts w:ascii="Arial" w:hAnsi="Arial"/>
        </w:rPr>
        <w:t xml:space="preserve"> around Knott's Berry Farm while going around Disney Jackson Hole. And he'd do at home too, like he boiled lentils straight up lentils and force make you fucking eat them until you puked. I then you get to about 11 </w:t>
      </w:r>
      <w:proofErr w:type="spellStart"/>
      <w:r>
        <w:rPr>
          <w:rFonts w:ascii="Arial" w:hAnsi="Arial"/>
        </w:rPr>
        <w:t>ish</w:t>
      </w:r>
      <w:proofErr w:type="spellEnd"/>
      <w:r>
        <w:rPr>
          <w:rFonts w:ascii="Arial" w:hAnsi="Arial"/>
        </w:rPr>
        <w:t xml:space="preserve"> 11 to 12, It was when I had no </w:t>
      </w:r>
      <w:proofErr w:type="spellStart"/>
      <w:r>
        <w:rPr>
          <w:rFonts w:ascii="Arial" w:hAnsi="Arial"/>
        </w:rPr>
        <w:t>self esteem</w:t>
      </w:r>
      <w:proofErr w:type="spellEnd"/>
      <w:r>
        <w:rPr>
          <w:rFonts w:ascii="Arial" w:hAnsi="Arial"/>
        </w:rPr>
        <w:t xml:space="preserve"> like do. Uh, 1111. Is when I 11 to 12 is when I really started thinking, </w:t>
      </w:r>
      <w:proofErr w:type="gramStart"/>
      <w:r>
        <w:rPr>
          <w:rFonts w:ascii="Arial" w:hAnsi="Arial"/>
        </w:rPr>
        <w:t>How</w:t>
      </w:r>
      <w:proofErr w:type="gramEnd"/>
      <w:r>
        <w:rPr>
          <w:rFonts w:ascii="Arial" w:hAnsi="Arial"/>
        </w:rPr>
        <w:t xml:space="preserve"> do I get out of this? It's</w:t>
      </w:r>
    </w:p>
    <w:p w14:paraId="21FCAB3E" w14:textId="77777777" w:rsidR="00622BBB" w:rsidRDefault="00622BBB">
      <w:pPr>
        <w:spacing w:after="0"/>
      </w:pPr>
    </w:p>
    <w:p w14:paraId="7542362C" w14:textId="2D3F4307" w:rsidR="00622BBB" w:rsidRDefault="00BD2C83">
      <w:pPr>
        <w:spacing w:after="0"/>
      </w:pPr>
      <w:r>
        <w:rPr>
          <w:rFonts w:ascii="Arial" w:hAnsi="Arial"/>
          <w:b/>
        </w:rPr>
        <w:t>Erica</w:t>
      </w:r>
    </w:p>
    <w:p w14:paraId="08252F39" w14:textId="77777777" w:rsidR="00622BBB" w:rsidRDefault="00000000">
      <w:pPr>
        <w:spacing w:after="0"/>
      </w:pPr>
      <w:r>
        <w:rPr>
          <w:rFonts w:ascii="Arial" w:hAnsi="Arial"/>
        </w:rPr>
        <w:t>when the suit, when the basically intrusive thoughts started to really kind of take over. Yeah. All right, so there was Michelle, so it was Anthony, was the oldest, then you, then Michelle, and then Tiffany, yep,</w:t>
      </w:r>
    </w:p>
    <w:p w14:paraId="15914D4A" w14:textId="77777777" w:rsidR="00622BBB" w:rsidRDefault="00622BBB">
      <w:pPr>
        <w:spacing w:after="0"/>
      </w:pPr>
    </w:p>
    <w:p w14:paraId="024ED07A" w14:textId="77777777" w:rsidR="00622BBB" w:rsidRDefault="00622BBB">
      <w:pPr>
        <w:spacing w:after="0"/>
      </w:pPr>
    </w:p>
    <w:p w14:paraId="24A07B77" w14:textId="77777777" w:rsidR="00622BBB" w:rsidRDefault="00000000">
      <w:pPr>
        <w:spacing w:after="0"/>
      </w:pPr>
      <w:r>
        <w:rPr>
          <w:rFonts w:ascii="Arial" w:hAnsi="Arial"/>
        </w:rPr>
        <w:t>and my mom? What</w:t>
      </w:r>
    </w:p>
    <w:p w14:paraId="3BAD3EFA" w14:textId="77777777" w:rsidR="00622BBB" w:rsidRDefault="00622BBB">
      <w:pPr>
        <w:spacing w:after="0"/>
      </w:pPr>
    </w:p>
    <w:p w14:paraId="0055D6E3" w14:textId="77777777" w:rsidR="00622BBB" w:rsidRDefault="00000000">
      <w:pPr>
        <w:spacing w:after="0"/>
      </w:pPr>
      <w:r>
        <w:rPr>
          <w:rFonts w:ascii="Arial" w:hAnsi="Arial"/>
          <w:b/>
        </w:rPr>
        <w:t xml:space="preserve">Speaker 3  </w:t>
      </w:r>
    </w:p>
    <w:p w14:paraId="782182AD" w14:textId="77777777" w:rsidR="00622BBB" w:rsidRDefault="00000000">
      <w:pPr>
        <w:spacing w:after="0"/>
      </w:pPr>
      <w:r>
        <w:rPr>
          <w:rFonts w:ascii="Arial" w:hAnsi="Arial"/>
        </w:rPr>
        <w:t xml:space="preserve">was your dad's name? Glenn, two hands and your mom's name? Yep, Shirley, </w:t>
      </w:r>
      <w:proofErr w:type="spellStart"/>
      <w:r>
        <w:rPr>
          <w:rFonts w:ascii="Arial" w:hAnsi="Arial"/>
        </w:rPr>
        <w:t>sh</w:t>
      </w:r>
      <w:proofErr w:type="spellEnd"/>
      <w:r>
        <w:rPr>
          <w:rFonts w:ascii="Arial" w:hAnsi="Arial"/>
        </w:rPr>
        <w:t>, AR.</w:t>
      </w:r>
    </w:p>
    <w:p w14:paraId="389F1A3D" w14:textId="77777777" w:rsidR="00622BBB" w:rsidRDefault="00622BBB">
      <w:pPr>
        <w:spacing w:after="0"/>
      </w:pPr>
    </w:p>
    <w:p w14:paraId="4ABE73E5" w14:textId="77777777" w:rsidR="00622BBB" w:rsidRDefault="00622BBB">
      <w:pPr>
        <w:spacing w:after="0"/>
      </w:pPr>
    </w:p>
    <w:p w14:paraId="0770FAF3" w14:textId="77777777" w:rsidR="00622BBB" w:rsidRDefault="00000000">
      <w:pPr>
        <w:spacing w:after="0"/>
      </w:pPr>
      <w:r>
        <w:rPr>
          <w:rFonts w:ascii="Arial" w:hAnsi="Arial"/>
        </w:rPr>
        <w:t xml:space="preserve">L, E, N, Tiffany with an </w:t>
      </w:r>
      <w:proofErr w:type="spellStart"/>
      <w:r>
        <w:rPr>
          <w:rFonts w:ascii="Arial" w:hAnsi="Arial"/>
        </w:rPr>
        <w:t>i</w:t>
      </w:r>
      <w:proofErr w:type="spellEnd"/>
      <w:r>
        <w:rPr>
          <w:rFonts w:ascii="Arial" w:hAnsi="Arial"/>
        </w:rPr>
        <w:t>, thank you. Yeah, you already told me that.</w:t>
      </w:r>
    </w:p>
    <w:p w14:paraId="1457FF31" w14:textId="77777777" w:rsidR="00622BBB" w:rsidRDefault="00622BBB">
      <w:pPr>
        <w:spacing w:after="0"/>
      </w:pPr>
    </w:p>
    <w:p w14:paraId="0EE5B626" w14:textId="77777777" w:rsidR="00622BBB" w:rsidRDefault="00622BBB">
      <w:pPr>
        <w:spacing w:after="0"/>
      </w:pPr>
    </w:p>
    <w:p w14:paraId="1D897DE3" w14:textId="77777777" w:rsidR="00622BBB" w:rsidRDefault="00000000">
      <w:pPr>
        <w:spacing w:after="0"/>
      </w:pPr>
      <w:r>
        <w:rPr>
          <w:rFonts w:ascii="Arial" w:hAnsi="Arial"/>
        </w:rPr>
        <w:t>Paul, I'm sure.</w:t>
      </w:r>
    </w:p>
    <w:p w14:paraId="3EAF3C24" w14:textId="77777777" w:rsidR="00622BBB" w:rsidRDefault="00622BBB">
      <w:pPr>
        <w:spacing w:after="0"/>
      </w:pPr>
    </w:p>
    <w:p w14:paraId="63A30047" w14:textId="35B6DE10" w:rsidR="00622BBB" w:rsidRDefault="00BD2C83">
      <w:pPr>
        <w:spacing w:after="0"/>
      </w:pPr>
      <w:r>
        <w:rPr>
          <w:rFonts w:ascii="Arial" w:hAnsi="Arial"/>
          <w:b/>
        </w:rPr>
        <w:t>Erica</w:t>
      </w:r>
    </w:p>
    <w:p w14:paraId="7F4E7D67" w14:textId="77777777" w:rsidR="00622BBB" w:rsidRDefault="00000000">
      <w:pPr>
        <w:spacing w:after="0"/>
      </w:pPr>
      <w:r>
        <w:rPr>
          <w:rFonts w:ascii="Arial" w:hAnsi="Arial"/>
        </w:rPr>
        <w:t>Why won't it just stay the way I want it to? Okay, um, okay, so starting age 12,</w:t>
      </w:r>
    </w:p>
    <w:p w14:paraId="012DE1EA" w14:textId="77777777" w:rsidR="00622BBB" w:rsidRDefault="00622BBB">
      <w:pPr>
        <w:spacing w:after="0"/>
      </w:pPr>
    </w:p>
    <w:p w14:paraId="58408D79" w14:textId="47C0A002" w:rsidR="00622BBB" w:rsidRDefault="00BD2C83">
      <w:pPr>
        <w:spacing w:after="0"/>
      </w:pPr>
      <w:r>
        <w:rPr>
          <w:rFonts w:ascii="Arial" w:hAnsi="Arial"/>
          <w:b/>
        </w:rPr>
        <w:t xml:space="preserve">Jeremy  </w:t>
      </w:r>
    </w:p>
    <w:p w14:paraId="3F802F07" w14:textId="77777777" w:rsidR="00622BBB" w:rsidRDefault="00000000">
      <w:pPr>
        <w:spacing w:after="0"/>
      </w:pPr>
      <w:r>
        <w:rPr>
          <w:rFonts w:ascii="Arial" w:hAnsi="Arial"/>
        </w:rPr>
        <w:t xml:space="preserve">then, well, so about 10 is when the suicide started. That's like, I want to kill myself at 10 because I didn't. I didn't want to do this anymore, so and progressively just got worse, and then 1111. Is when I really </w:t>
      </w:r>
      <w:proofErr w:type="gramStart"/>
      <w:r>
        <w:rPr>
          <w:rFonts w:ascii="Arial" w:hAnsi="Arial"/>
        </w:rPr>
        <w:t>wanted</w:t>
      </w:r>
      <w:proofErr w:type="gramEnd"/>
      <w:r>
        <w:rPr>
          <w:rFonts w:ascii="Arial" w:hAnsi="Arial"/>
        </w:rPr>
        <w:t xml:space="preserve"> I thought maybe if I just killed him. So that's when I started watching where my mom puts the rat poison. </w:t>
      </w:r>
      <w:proofErr w:type="gramStart"/>
      <w:r>
        <w:rPr>
          <w:rFonts w:ascii="Arial" w:hAnsi="Arial"/>
        </w:rPr>
        <w:t>So</w:t>
      </w:r>
      <w:proofErr w:type="gramEnd"/>
      <w:r>
        <w:rPr>
          <w:rFonts w:ascii="Arial" w:hAnsi="Arial"/>
        </w:rPr>
        <w:t xml:space="preserve"> I had a plan to put rat poison in his Metamucil that he makes me not make and kill him.</w:t>
      </w:r>
    </w:p>
    <w:p w14:paraId="3398FD34" w14:textId="77777777" w:rsidR="00622BBB" w:rsidRDefault="00622BBB">
      <w:pPr>
        <w:spacing w:after="0"/>
      </w:pPr>
    </w:p>
    <w:p w14:paraId="0F368FAE" w14:textId="77777777" w:rsidR="00622BBB" w:rsidRDefault="00622BBB">
      <w:pPr>
        <w:spacing w:after="0"/>
      </w:pPr>
    </w:p>
    <w:p w14:paraId="3B32CD3E" w14:textId="77777777" w:rsidR="00622BBB" w:rsidRDefault="00000000">
      <w:pPr>
        <w:spacing w:after="0"/>
      </w:pPr>
      <w:proofErr w:type="gramStart"/>
      <w:r>
        <w:rPr>
          <w:rFonts w:ascii="Arial" w:hAnsi="Arial"/>
        </w:rPr>
        <w:t>So</w:t>
      </w:r>
      <w:proofErr w:type="gramEnd"/>
      <w:r>
        <w:rPr>
          <w:rFonts w:ascii="Arial" w:hAnsi="Arial"/>
        </w:rPr>
        <w:t xml:space="preserve"> it became Me or him, really At age 11,</w:t>
      </w:r>
    </w:p>
    <w:p w14:paraId="26F8A4DB" w14:textId="77777777" w:rsidR="00622BBB" w:rsidRDefault="00622BBB">
      <w:pPr>
        <w:spacing w:after="0"/>
      </w:pPr>
    </w:p>
    <w:p w14:paraId="2BD93D87" w14:textId="77777777" w:rsidR="00622BBB" w:rsidRDefault="00622BBB">
      <w:pPr>
        <w:spacing w:after="0"/>
      </w:pPr>
    </w:p>
    <w:p w14:paraId="481A20F6" w14:textId="77777777" w:rsidR="00622BBB" w:rsidRDefault="00000000">
      <w:pPr>
        <w:spacing w:after="0"/>
      </w:pPr>
      <w:proofErr w:type="gramStart"/>
      <w:r>
        <w:rPr>
          <w:rFonts w:ascii="Arial" w:hAnsi="Arial"/>
        </w:rPr>
        <w:lastRenderedPageBreak/>
        <w:t>definitely not</w:t>
      </w:r>
      <w:proofErr w:type="gramEnd"/>
      <w:r>
        <w:rPr>
          <w:rFonts w:ascii="Arial" w:hAnsi="Arial"/>
        </w:rPr>
        <w:t xml:space="preserve"> spoiled, right? I'll figure that out later. I.</w:t>
      </w:r>
    </w:p>
    <w:p w14:paraId="2D6F4AB2" w14:textId="77777777" w:rsidR="00622BBB" w:rsidRDefault="00622BBB">
      <w:pPr>
        <w:spacing w:after="0"/>
      </w:pPr>
    </w:p>
    <w:p w14:paraId="21915386" w14:textId="77777777" w:rsidR="00622BBB" w:rsidRDefault="00622BBB">
      <w:pPr>
        <w:spacing w:after="0"/>
      </w:pPr>
    </w:p>
    <w:p w14:paraId="5F3E12BF" w14:textId="77777777" w:rsidR="00622BBB" w:rsidRDefault="00000000">
      <w:pPr>
        <w:spacing w:after="0"/>
      </w:pPr>
      <w:r>
        <w:rPr>
          <w:rFonts w:ascii="Arial" w:hAnsi="Arial"/>
        </w:rPr>
        <w:t>Okay.</w:t>
      </w:r>
    </w:p>
    <w:p w14:paraId="6B6205C5" w14:textId="77777777" w:rsidR="00622BBB" w:rsidRDefault="00622BBB">
      <w:pPr>
        <w:spacing w:after="0"/>
      </w:pPr>
    </w:p>
    <w:p w14:paraId="2A845559" w14:textId="77777777" w:rsidR="00622BBB" w:rsidRDefault="00622BBB">
      <w:pPr>
        <w:spacing w:after="0"/>
      </w:pPr>
    </w:p>
    <w:p w14:paraId="31CAF7B2" w14:textId="77777777" w:rsidR="00622BBB" w:rsidRDefault="00000000">
      <w:pPr>
        <w:spacing w:after="0"/>
      </w:pPr>
      <w:r>
        <w:rPr>
          <w:rFonts w:ascii="Arial" w:hAnsi="Arial"/>
        </w:rPr>
        <w:t>Jesus, okay, um,</w:t>
      </w:r>
    </w:p>
    <w:p w14:paraId="528D42A0" w14:textId="77777777" w:rsidR="00622BBB" w:rsidRDefault="00622BBB">
      <w:pPr>
        <w:spacing w:after="0"/>
      </w:pPr>
    </w:p>
    <w:p w14:paraId="1041E199" w14:textId="77777777" w:rsidR="00622BBB" w:rsidRDefault="00622BBB">
      <w:pPr>
        <w:spacing w:after="0"/>
      </w:pPr>
    </w:p>
    <w:p w14:paraId="4A786C85" w14:textId="77777777" w:rsidR="00622BBB" w:rsidRDefault="00000000">
      <w:pPr>
        <w:spacing w:after="0"/>
      </w:pPr>
      <w:r>
        <w:rPr>
          <w:rFonts w:ascii="Arial" w:hAnsi="Arial"/>
        </w:rPr>
        <w:t>HL is my suicide attempt,</w:t>
      </w:r>
    </w:p>
    <w:p w14:paraId="08E7FE2A" w14:textId="77777777" w:rsidR="00622BBB" w:rsidRDefault="00622BBB">
      <w:pPr>
        <w:spacing w:after="0"/>
      </w:pPr>
    </w:p>
    <w:p w14:paraId="470E4E8D" w14:textId="4D2D6E65" w:rsidR="00622BBB" w:rsidRDefault="00BD2C83">
      <w:pPr>
        <w:spacing w:after="0"/>
      </w:pPr>
      <w:r>
        <w:rPr>
          <w:rFonts w:ascii="Arial" w:hAnsi="Arial"/>
          <w:b/>
        </w:rPr>
        <w:t xml:space="preserve">Jeremy  </w:t>
      </w:r>
    </w:p>
    <w:p w14:paraId="0AE84108" w14:textId="77777777" w:rsidR="00622BBB" w:rsidRDefault="00000000">
      <w:pPr>
        <w:spacing w:after="0"/>
      </w:pPr>
      <w:r>
        <w:rPr>
          <w:rFonts w:ascii="Arial" w:hAnsi="Arial"/>
        </w:rPr>
        <w:t xml:space="preserve">and </w:t>
      </w:r>
      <w:proofErr w:type="gramStart"/>
      <w:r>
        <w:rPr>
          <w:rFonts w:ascii="Arial" w:hAnsi="Arial"/>
        </w:rPr>
        <w:t>so</w:t>
      </w:r>
      <w:proofErr w:type="gramEnd"/>
      <w:r>
        <w:rPr>
          <w:rFonts w:ascii="Arial" w:hAnsi="Arial"/>
        </w:rPr>
        <w:t xml:space="preserve"> at age 12, it was my mom was abused one time severely, and was able to get a protective order against him. Okay? So, yeah, get the protective order should come first, because he was out of the house. Okay, do so then Paul broke </w:t>
      </w:r>
      <w:proofErr w:type="gramStart"/>
      <w:r>
        <w:rPr>
          <w:rFonts w:ascii="Arial" w:hAnsi="Arial"/>
        </w:rPr>
        <w:t>in to</w:t>
      </w:r>
      <w:proofErr w:type="gramEnd"/>
      <w:r>
        <w:rPr>
          <w:rFonts w:ascii="Arial" w:hAnsi="Arial"/>
        </w:rPr>
        <w:t xml:space="preserve"> the home while on the protective order, and started sexually abusing my mom. I tried to stop it. He punched me in the chest, knocked the wind out of me. I thought I was going to die, and he began to rape her in front of Me in the living room or in the House. I and then, after that, my mom was contemplating getting back with Paul for stability, for his money, basically stability, so she thought stability of the family was more important than the abuse that we were all suffering.</w:t>
      </w:r>
    </w:p>
    <w:p w14:paraId="0B13802A" w14:textId="77777777" w:rsidR="00622BBB" w:rsidRDefault="00622BBB">
      <w:pPr>
        <w:spacing w:after="0"/>
      </w:pPr>
    </w:p>
    <w:p w14:paraId="06287DD7" w14:textId="77777777" w:rsidR="00622BBB" w:rsidRDefault="00622BBB">
      <w:pPr>
        <w:spacing w:after="0"/>
      </w:pPr>
    </w:p>
    <w:p w14:paraId="5A704585" w14:textId="77777777" w:rsidR="00622BBB" w:rsidRDefault="00000000">
      <w:pPr>
        <w:spacing w:after="0"/>
      </w:pPr>
      <w:r>
        <w:rPr>
          <w:rFonts w:ascii="Arial" w:hAnsi="Arial"/>
        </w:rPr>
        <w:t xml:space="preserve">His mom was mom, not able to </w:t>
      </w:r>
      <w:proofErr w:type="gramStart"/>
      <w:r>
        <w:rPr>
          <w:rFonts w:ascii="Arial" w:hAnsi="Arial"/>
        </w:rPr>
        <w:t>did</w:t>
      </w:r>
      <w:proofErr w:type="gramEnd"/>
      <w:r>
        <w:rPr>
          <w:rFonts w:ascii="Arial" w:hAnsi="Arial"/>
        </w:rPr>
        <w:t xml:space="preserve"> she work?</w:t>
      </w:r>
    </w:p>
    <w:p w14:paraId="2027E3CC" w14:textId="77777777" w:rsidR="00622BBB" w:rsidRDefault="00622BBB">
      <w:pPr>
        <w:spacing w:after="0"/>
      </w:pPr>
    </w:p>
    <w:p w14:paraId="355AD2D7" w14:textId="4E815501" w:rsidR="00622BBB" w:rsidRDefault="00BD2C83">
      <w:pPr>
        <w:spacing w:after="0"/>
      </w:pPr>
      <w:r>
        <w:rPr>
          <w:rFonts w:ascii="Arial" w:hAnsi="Arial"/>
          <w:b/>
        </w:rPr>
        <w:t xml:space="preserve">Jeremy  </w:t>
      </w:r>
    </w:p>
    <w:p w14:paraId="785751C0" w14:textId="77777777" w:rsidR="00622BBB" w:rsidRDefault="00000000">
      <w:pPr>
        <w:spacing w:after="0"/>
      </w:pPr>
      <w:r>
        <w:rPr>
          <w:rFonts w:ascii="Arial" w:hAnsi="Arial"/>
        </w:rPr>
        <w:t>She was working for him, yep, so she was she was stuck, and she only had secretaries. She only knew how to do Secretary shit, so she didn't have the skills to really do much in the workplace.</w:t>
      </w:r>
    </w:p>
    <w:p w14:paraId="48E8362D" w14:textId="77777777" w:rsidR="00622BBB" w:rsidRDefault="00622BBB">
      <w:pPr>
        <w:spacing w:after="0"/>
      </w:pPr>
    </w:p>
    <w:p w14:paraId="0F7326E8" w14:textId="77777777" w:rsidR="00622BBB" w:rsidRDefault="00622BBB">
      <w:pPr>
        <w:spacing w:after="0"/>
      </w:pPr>
    </w:p>
    <w:p w14:paraId="4FA83B7E" w14:textId="77777777" w:rsidR="00622BBB" w:rsidRDefault="00000000">
      <w:pPr>
        <w:spacing w:after="0"/>
      </w:pPr>
      <w:proofErr w:type="gramStart"/>
      <w:r>
        <w:rPr>
          <w:rFonts w:ascii="Arial" w:hAnsi="Arial"/>
        </w:rPr>
        <w:t>So</w:t>
      </w:r>
      <w:proofErr w:type="gramEnd"/>
      <w:r>
        <w:rPr>
          <w:rFonts w:ascii="Arial" w:hAnsi="Arial"/>
        </w:rPr>
        <w:t xml:space="preserve"> she was kind of in a bad situation.</w:t>
      </w:r>
    </w:p>
    <w:p w14:paraId="03FF26DF" w14:textId="77777777" w:rsidR="00622BBB" w:rsidRDefault="00622BBB">
      <w:pPr>
        <w:spacing w:after="0"/>
      </w:pPr>
    </w:p>
    <w:p w14:paraId="6E82E12C" w14:textId="664E42BE" w:rsidR="00622BBB" w:rsidRDefault="00BD2C83">
      <w:pPr>
        <w:spacing w:after="0"/>
      </w:pPr>
      <w:r>
        <w:rPr>
          <w:rFonts w:ascii="Arial" w:hAnsi="Arial"/>
          <w:b/>
        </w:rPr>
        <w:t xml:space="preserve">Jeremy  </w:t>
      </w:r>
    </w:p>
    <w:p w14:paraId="2E053C9D" w14:textId="77777777" w:rsidR="00622BBB" w:rsidRDefault="00000000">
      <w:pPr>
        <w:spacing w:after="0"/>
      </w:pPr>
      <w:r>
        <w:rPr>
          <w:rFonts w:ascii="Arial" w:hAnsi="Arial"/>
        </w:rPr>
        <w:t>Mom, when mom decided that she was going to get back with Paul, that's when I decided I was not going to be around any longer.</w:t>
      </w:r>
    </w:p>
    <w:p w14:paraId="19F30E9B" w14:textId="77777777" w:rsidR="00622BBB" w:rsidRDefault="00622BBB">
      <w:pPr>
        <w:spacing w:after="0"/>
      </w:pPr>
    </w:p>
    <w:p w14:paraId="1C84134C" w14:textId="77777777" w:rsidR="00622BBB" w:rsidRDefault="00622BBB">
      <w:pPr>
        <w:spacing w:after="0"/>
      </w:pPr>
    </w:p>
    <w:p w14:paraId="11E50CED" w14:textId="77777777" w:rsidR="00622BBB" w:rsidRDefault="00000000">
      <w:pPr>
        <w:spacing w:after="0"/>
      </w:pPr>
      <w:r>
        <w:rPr>
          <w:rFonts w:ascii="Arial" w:hAnsi="Arial"/>
        </w:rPr>
        <w:t>Okay,</w:t>
      </w:r>
    </w:p>
    <w:p w14:paraId="1B2D8A0F" w14:textId="77777777" w:rsidR="00622BBB" w:rsidRDefault="00622BBB">
      <w:pPr>
        <w:spacing w:after="0"/>
      </w:pPr>
    </w:p>
    <w:p w14:paraId="3D163080" w14:textId="0036EF5E" w:rsidR="00622BBB" w:rsidRDefault="00BD2C83">
      <w:pPr>
        <w:spacing w:after="0"/>
      </w:pPr>
      <w:r>
        <w:rPr>
          <w:rFonts w:ascii="Arial" w:hAnsi="Arial"/>
          <w:b/>
        </w:rPr>
        <w:t>Erica</w:t>
      </w:r>
    </w:p>
    <w:p w14:paraId="174F6A2E" w14:textId="77777777" w:rsidR="00622BBB" w:rsidRDefault="00000000">
      <w:pPr>
        <w:spacing w:after="0"/>
      </w:pPr>
      <w:proofErr w:type="gramStart"/>
      <w:r>
        <w:rPr>
          <w:rFonts w:ascii="Arial" w:hAnsi="Arial"/>
        </w:rPr>
        <w:t>so</w:t>
      </w:r>
      <w:proofErr w:type="gramEnd"/>
      <w:r>
        <w:rPr>
          <w:rFonts w:ascii="Arial" w:hAnsi="Arial"/>
        </w:rPr>
        <w:t xml:space="preserve"> did he get back into the house? Or was this? Yeah,</w:t>
      </w:r>
    </w:p>
    <w:p w14:paraId="5CA92BB8" w14:textId="77777777" w:rsidR="00622BBB" w:rsidRDefault="00622BBB">
      <w:pPr>
        <w:spacing w:after="0"/>
      </w:pPr>
    </w:p>
    <w:p w14:paraId="60FF16D8" w14:textId="77120337" w:rsidR="00622BBB" w:rsidRDefault="00BD2C83">
      <w:pPr>
        <w:spacing w:after="0"/>
      </w:pPr>
      <w:r>
        <w:rPr>
          <w:rFonts w:ascii="Arial" w:hAnsi="Arial"/>
          <w:b/>
        </w:rPr>
        <w:t xml:space="preserve">Jeremy  </w:t>
      </w:r>
    </w:p>
    <w:p w14:paraId="351C56FA" w14:textId="77777777" w:rsidR="00622BBB" w:rsidRDefault="00000000">
      <w:pPr>
        <w:spacing w:after="0"/>
      </w:pPr>
      <w:r>
        <w:rPr>
          <w:rFonts w:ascii="Arial" w:hAnsi="Arial"/>
        </w:rPr>
        <w:t xml:space="preserve">it was just it was that contemplating she was </w:t>
      </w:r>
      <w:proofErr w:type="gramStart"/>
      <w:r>
        <w:rPr>
          <w:rFonts w:ascii="Arial" w:hAnsi="Arial"/>
        </w:rPr>
        <w:t>talking</w:t>
      </w:r>
      <w:proofErr w:type="gramEnd"/>
      <w:r>
        <w:rPr>
          <w:rFonts w:ascii="Arial" w:hAnsi="Arial"/>
        </w:rPr>
        <w:t xml:space="preserve"> and she was telling us she's going to get back with him. And I just cries. It, no.</w:t>
      </w:r>
    </w:p>
    <w:p w14:paraId="1B418DFD" w14:textId="77777777" w:rsidR="00622BBB" w:rsidRDefault="00622BBB">
      <w:pPr>
        <w:spacing w:after="0"/>
      </w:pPr>
    </w:p>
    <w:p w14:paraId="3CF0DC3B" w14:textId="77777777" w:rsidR="00622BBB" w:rsidRDefault="00622BBB">
      <w:pPr>
        <w:spacing w:after="0"/>
      </w:pPr>
    </w:p>
    <w:p w14:paraId="7F3D9B8C" w14:textId="77777777" w:rsidR="00622BBB" w:rsidRDefault="00000000">
      <w:pPr>
        <w:spacing w:after="0"/>
      </w:pPr>
      <w:r>
        <w:rPr>
          <w:rFonts w:ascii="Arial" w:hAnsi="Arial"/>
        </w:rPr>
        <w:t>And</w:t>
      </w:r>
    </w:p>
    <w:p w14:paraId="79853B13" w14:textId="77777777" w:rsidR="00622BBB" w:rsidRDefault="00622BBB">
      <w:pPr>
        <w:spacing w:after="0"/>
      </w:pPr>
    </w:p>
    <w:p w14:paraId="0738336E" w14:textId="203813CA" w:rsidR="00622BBB" w:rsidRDefault="00BD2C83">
      <w:pPr>
        <w:spacing w:after="0"/>
      </w:pPr>
      <w:r>
        <w:rPr>
          <w:rFonts w:ascii="Arial" w:hAnsi="Arial"/>
          <w:b/>
        </w:rPr>
        <w:t xml:space="preserve">Jeremy  </w:t>
      </w:r>
    </w:p>
    <w:p w14:paraId="1219A941" w14:textId="77777777" w:rsidR="00622BBB" w:rsidRDefault="00000000">
      <w:pPr>
        <w:spacing w:after="0"/>
      </w:pPr>
      <w:r>
        <w:rPr>
          <w:rFonts w:ascii="Arial" w:hAnsi="Arial"/>
        </w:rPr>
        <w:t xml:space="preserve">then after, probably, after a week, after she told </w:t>
      </w:r>
      <w:proofErr w:type="spellStart"/>
      <w:r>
        <w:rPr>
          <w:rFonts w:ascii="Arial" w:hAnsi="Arial"/>
        </w:rPr>
        <w:t>told</w:t>
      </w:r>
      <w:proofErr w:type="spellEnd"/>
      <w:r>
        <w:rPr>
          <w:rFonts w:ascii="Arial" w:hAnsi="Arial"/>
        </w:rPr>
        <w:t xml:space="preserve"> us what she's </w:t>
      </w:r>
      <w:proofErr w:type="spellStart"/>
      <w:r>
        <w:rPr>
          <w:rFonts w:ascii="Arial" w:hAnsi="Arial"/>
        </w:rPr>
        <w:t>gonna</w:t>
      </w:r>
      <w:proofErr w:type="spellEnd"/>
      <w:r>
        <w:rPr>
          <w:rFonts w:ascii="Arial" w:hAnsi="Arial"/>
        </w:rPr>
        <w:t xml:space="preserve"> she was, what she was thinking of doing, is when I started a good one piece of way to kill yourself. And that's what I found, that if you get a syringe and push air into your blood, thing, it's the most peaceful way to die. As soon as it hits your heart, it </w:t>
      </w:r>
      <w:proofErr w:type="gramStart"/>
      <w:r>
        <w:rPr>
          <w:rFonts w:ascii="Arial" w:hAnsi="Arial"/>
        </w:rPr>
        <w:t>stops</w:t>
      </w:r>
      <w:proofErr w:type="gramEnd"/>
      <w:r>
        <w:rPr>
          <w:rFonts w:ascii="Arial" w:hAnsi="Arial"/>
        </w:rPr>
        <w:t xml:space="preserve"> and you're done. </w:t>
      </w:r>
      <w:proofErr w:type="gramStart"/>
      <w:r>
        <w:rPr>
          <w:rFonts w:ascii="Arial" w:hAnsi="Arial"/>
        </w:rPr>
        <w:t>So</w:t>
      </w:r>
      <w:proofErr w:type="gramEnd"/>
      <w:r>
        <w:rPr>
          <w:rFonts w:ascii="Arial" w:hAnsi="Arial"/>
        </w:rPr>
        <w:t xml:space="preserve"> I bought a syringe from my friends at school, and I </w:t>
      </w:r>
      <w:proofErr w:type="spellStart"/>
      <w:r>
        <w:rPr>
          <w:rFonts w:ascii="Arial" w:hAnsi="Arial"/>
        </w:rPr>
        <w:t>I</w:t>
      </w:r>
      <w:proofErr w:type="spellEnd"/>
      <w:r>
        <w:rPr>
          <w:rFonts w:ascii="Arial" w:hAnsi="Arial"/>
        </w:rPr>
        <w:t xml:space="preserve"> decided to carry it out so my </w:t>
      </w:r>
      <w:proofErr w:type="spellStart"/>
      <w:r>
        <w:rPr>
          <w:rFonts w:ascii="Arial" w:hAnsi="Arial"/>
        </w:rPr>
        <w:t>my</w:t>
      </w:r>
      <w:proofErr w:type="spellEnd"/>
      <w:r>
        <w:rPr>
          <w:rFonts w:ascii="Arial" w:hAnsi="Arial"/>
        </w:rPr>
        <w:t xml:space="preserve"> sister, was dating a guy named Eddie. </w:t>
      </w:r>
      <w:proofErr w:type="gramStart"/>
      <w:r>
        <w:rPr>
          <w:rFonts w:ascii="Arial" w:hAnsi="Arial"/>
        </w:rPr>
        <w:t>Actually, she</w:t>
      </w:r>
      <w:proofErr w:type="gramEnd"/>
      <w:r>
        <w:rPr>
          <w:rFonts w:ascii="Arial" w:hAnsi="Arial"/>
        </w:rPr>
        <w:t xml:space="preserve"> was married to him.</w:t>
      </w:r>
    </w:p>
    <w:p w14:paraId="7D7ECF1E" w14:textId="77777777" w:rsidR="00622BBB" w:rsidRDefault="00622BBB">
      <w:pPr>
        <w:spacing w:after="0"/>
      </w:pPr>
    </w:p>
    <w:p w14:paraId="04DCAE0F" w14:textId="77777777" w:rsidR="00622BBB" w:rsidRDefault="00622BBB">
      <w:pPr>
        <w:spacing w:after="0"/>
      </w:pPr>
    </w:p>
    <w:p w14:paraId="210E282E" w14:textId="77777777" w:rsidR="00622BBB" w:rsidRDefault="00000000">
      <w:pPr>
        <w:spacing w:after="0"/>
      </w:pPr>
      <w:r>
        <w:rPr>
          <w:rFonts w:ascii="Arial" w:hAnsi="Arial"/>
        </w:rPr>
        <w:t xml:space="preserve">Michelle. Oh yeah, Michelle was. She married him </w:t>
      </w:r>
      <w:proofErr w:type="gramStart"/>
      <w:r>
        <w:rPr>
          <w:rFonts w:ascii="Arial" w:hAnsi="Arial"/>
        </w:rPr>
        <w:t>later on</w:t>
      </w:r>
      <w:proofErr w:type="gramEnd"/>
      <w:r>
        <w:rPr>
          <w:rFonts w:ascii="Arial" w:hAnsi="Arial"/>
        </w:rPr>
        <w:t>, but no, but she, he was. She was just dating him at that time.</w:t>
      </w:r>
    </w:p>
    <w:p w14:paraId="37281F10" w14:textId="77777777" w:rsidR="00622BBB" w:rsidRDefault="00622BBB">
      <w:pPr>
        <w:spacing w:after="0"/>
      </w:pPr>
    </w:p>
    <w:p w14:paraId="193C850D" w14:textId="3DC6BD22" w:rsidR="00622BBB" w:rsidRDefault="00BD2C83">
      <w:pPr>
        <w:spacing w:after="0"/>
      </w:pPr>
      <w:r>
        <w:rPr>
          <w:rFonts w:ascii="Arial" w:hAnsi="Arial"/>
          <w:b/>
        </w:rPr>
        <w:t xml:space="preserve">Jeremy  </w:t>
      </w:r>
    </w:p>
    <w:p w14:paraId="41C90E34" w14:textId="77777777" w:rsidR="00622BBB" w:rsidRDefault="00000000">
      <w:pPr>
        <w:spacing w:after="0"/>
      </w:pPr>
      <w:r>
        <w:rPr>
          <w:rFonts w:ascii="Arial" w:hAnsi="Arial"/>
        </w:rPr>
        <w:t>But man, he was actually the only one that treated me as a person, even though I was fat and I all the shit, but it's because he was a he grew up a fat kid too, so he had empathy towards me, and he's the only one that really he's the first time that anybody ever cared about me, that I ever felt</w:t>
      </w:r>
    </w:p>
    <w:p w14:paraId="5932A97F" w14:textId="77777777" w:rsidR="00622BBB" w:rsidRDefault="00622BBB">
      <w:pPr>
        <w:spacing w:after="0"/>
      </w:pPr>
    </w:p>
    <w:p w14:paraId="079D475B" w14:textId="75D2143F" w:rsidR="00622BBB" w:rsidRDefault="00BD2C83">
      <w:pPr>
        <w:spacing w:after="0"/>
      </w:pPr>
      <w:r>
        <w:rPr>
          <w:rFonts w:ascii="Arial" w:hAnsi="Arial"/>
          <w:b/>
        </w:rPr>
        <w:t>Erica</w:t>
      </w:r>
    </w:p>
    <w:p w14:paraId="37C715D9" w14:textId="77777777" w:rsidR="00622BBB" w:rsidRDefault="00000000">
      <w:pPr>
        <w:spacing w:after="0"/>
      </w:pPr>
      <w:r>
        <w:rPr>
          <w:rFonts w:ascii="Arial" w:hAnsi="Arial"/>
        </w:rPr>
        <w:t>hold that thought for just one second. Jeremy will be right back one second.</w:t>
      </w:r>
    </w:p>
    <w:p w14:paraId="6B9DEA9D" w14:textId="77777777" w:rsidR="00622BBB" w:rsidRDefault="00622BBB">
      <w:pPr>
        <w:spacing w:after="0"/>
      </w:pPr>
    </w:p>
    <w:p w14:paraId="243E7F80" w14:textId="77777777" w:rsidR="00622BBB" w:rsidRDefault="00622BBB">
      <w:pPr>
        <w:spacing w:after="0"/>
      </w:pPr>
    </w:p>
    <w:p w14:paraId="0CAE0BB9" w14:textId="77777777" w:rsidR="00622BBB" w:rsidRDefault="00000000">
      <w:pPr>
        <w:spacing w:after="0"/>
      </w:pPr>
      <w:r>
        <w:rPr>
          <w:rFonts w:ascii="Arial" w:hAnsi="Arial"/>
        </w:rPr>
        <w:t>Oh, I feel dirty. I</w:t>
      </w:r>
    </w:p>
    <w:p w14:paraId="0C0470DB" w14:textId="77777777" w:rsidR="00622BBB" w:rsidRDefault="00622BBB">
      <w:pPr>
        <w:spacing w:after="0"/>
      </w:pPr>
    </w:p>
    <w:p w14:paraId="216A4153" w14:textId="77777777" w:rsidR="00622BBB" w:rsidRDefault="00622BBB">
      <w:pPr>
        <w:spacing w:after="0"/>
      </w:pPr>
    </w:p>
    <w:p w14:paraId="0458D6BC" w14:textId="77777777" w:rsidR="00622BBB" w:rsidRDefault="00000000">
      <w:pPr>
        <w:spacing w:after="0"/>
      </w:pPr>
      <w:r>
        <w:rPr>
          <w:rFonts w:ascii="Arial" w:hAnsi="Arial"/>
        </w:rPr>
        <w:t>I'm here. Sorry. I</w:t>
      </w:r>
    </w:p>
    <w:p w14:paraId="5F32AC02" w14:textId="77777777" w:rsidR="00622BBB" w:rsidRDefault="00622BBB">
      <w:pPr>
        <w:spacing w:after="0"/>
      </w:pPr>
    </w:p>
    <w:p w14:paraId="35FDAE08" w14:textId="4DAD455C" w:rsidR="00622BBB" w:rsidRDefault="00BD2C83">
      <w:pPr>
        <w:spacing w:after="0"/>
      </w:pPr>
      <w:r>
        <w:rPr>
          <w:rFonts w:ascii="Arial" w:hAnsi="Arial"/>
          <w:b/>
        </w:rPr>
        <w:t>Erica</w:t>
      </w:r>
    </w:p>
    <w:p w14:paraId="600A328F" w14:textId="77777777" w:rsidR="00622BBB" w:rsidRDefault="00000000">
      <w:pPr>
        <w:spacing w:after="0"/>
      </w:pPr>
      <w:r>
        <w:rPr>
          <w:rFonts w:ascii="Arial" w:hAnsi="Arial"/>
        </w:rPr>
        <w:t xml:space="preserve">I mean, I know that you've gone through this in therapy. I know that you've </w:t>
      </w:r>
      <w:proofErr w:type="spellStart"/>
      <w:r>
        <w:rPr>
          <w:rFonts w:ascii="Arial" w:hAnsi="Arial"/>
        </w:rPr>
        <w:t>you've</w:t>
      </w:r>
      <w:proofErr w:type="spellEnd"/>
      <w:r>
        <w:rPr>
          <w:rFonts w:ascii="Arial" w:hAnsi="Arial"/>
        </w:rPr>
        <w:t xml:space="preserve"> had to talk about this multiple times. I'm </w:t>
      </w:r>
      <w:proofErr w:type="gramStart"/>
      <w:r>
        <w:rPr>
          <w:rFonts w:ascii="Arial" w:hAnsi="Arial"/>
        </w:rPr>
        <w:t>really proud</w:t>
      </w:r>
      <w:proofErr w:type="gramEnd"/>
      <w:r>
        <w:rPr>
          <w:rFonts w:ascii="Arial" w:hAnsi="Arial"/>
        </w:rPr>
        <w:t xml:space="preserve"> of how you're holding it together. We're </w:t>
      </w:r>
      <w:proofErr w:type="spellStart"/>
      <w:r>
        <w:rPr>
          <w:rFonts w:ascii="Arial" w:hAnsi="Arial"/>
        </w:rPr>
        <w:t>gonna</w:t>
      </w:r>
      <w:proofErr w:type="spellEnd"/>
      <w:r>
        <w:rPr>
          <w:rFonts w:ascii="Arial" w:hAnsi="Arial"/>
        </w:rPr>
        <w:t xml:space="preserve"> get this put together so well, you will never have to say it again.</w:t>
      </w:r>
    </w:p>
    <w:p w14:paraId="024286FF" w14:textId="77777777" w:rsidR="00622BBB" w:rsidRDefault="00622BBB">
      <w:pPr>
        <w:spacing w:after="0"/>
      </w:pPr>
    </w:p>
    <w:p w14:paraId="4D419F74" w14:textId="77777777" w:rsidR="00622BBB" w:rsidRDefault="00622BBB">
      <w:pPr>
        <w:spacing w:after="0"/>
      </w:pPr>
    </w:p>
    <w:p w14:paraId="698F1588" w14:textId="77777777" w:rsidR="00622BBB" w:rsidRDefault="00000000">
      <w:pPr>
        <w:spacing w:after="0"/>
      </w:pPr>
      <w:r>
        <w:rPr>
          <w:rFonts w:ascii="Arial" w:hAnsi="Arial"/>
        </w:rPr>
        <w:t>I like that. Okay,</w:t>
      </w:r>
    </w:p>
    <w:p w14:paraId="313A04EF" w14:textId="77777777" w:rsidR="00622BBB" w:rsidRDefault="00622BBB">
      <w:pPr>
        <w:spacing w:after="0"/>
      </w:pPr>
    </w:p>
    <w:p w14:paraId="19DC0856" w14:textId="4E288689" w:rsidR="00622BBB" w:rsidRDefault="00BD2C83">
      <w:pPr>
        <w:spacing w:after="0"/>
      </w:pPr>
      <w:r>
        <w:rPr>
          <w:rFonts w:ascii="Arial" w:hAnsi="Arial"/>
          <w:b/>
        </w:rPr>
        <w:t>Erica</w:t>
      </w:r>
    </w:p>
    <w:p w14:paraId="293897F8" w14:textId="77777777" w:rsidR="00622BBB" w:rsidRDefault="00000000">
      <w:pPr>
        <w:spacing w:after="0"/>
      </w:pPr>
      <w:r>
        <w:rPr>
          <w:rFonts w:ascii="Arial" w:hAnsi="Arial"/>
        </w:rPr>
        <w:t xml:space="preserve">you are never </w:t>
      </w:r>
      <w:proofErr w:type="spellStart"/>
      <w:r>
        <w:rPr>
          <w:rFonts w:ascii="Arial" w:hAnsi="Arial"/>
        </w:rPr>
        <w:t>gonna</w:t>
      </w:r>
      <w:proofErr w:type="spellEnd"/>
      <w:r>
        <w:rPr>
          <w:rFonts w:ascii="Arial" w:hAnsi="Arial"/>
        </w:rPr>
        <w:t xml:space="preserve"> have to say this again. Okay, um, so you bought the syringe from a friend at school, yep. And did you come home that day and </w:t>
      </w:r>
      <w:proofErr w:type="gramStart"/>
      <w:r>
        <w:rPr>
          <w:rFonts w:ascii="Arial" w:hAnsi="Arial"/>
        </w:rPr>
        <w:t>actually try</w:t>
      </w:r>
      <w:proofErr w:type="gramEnd"/>
      <w:r>
        <w:rPr>
          <w:rFonts w:ascii="Arial" w:hAnsi="Arial"/>
        </w:rPr>
        <w:t xml:space="preserve"> it? Or</w:t>
      </w:r>
    </w:p>
    <w:p w14:paraId="7B2ADEEE" w14:textId="77777777" w:rsidR="00622BBB" w:rsidRDefault="00622BBB">
      <w:pPr>
        <w:spacing w:after="0"/>
      </w:pPr>
    </w:p>
    <w:p w14:paraId="36B7487F" w14:textId="55977550" w:rsidR="00622BBB" w:rsidRDefault="00BD2C83">
      <w:pPr>
        <w:spacing w:after="0"/>
      </w:pPr>
      <w:r>
        <w:rPr>
          <w:rFonts w:ascii="Arial" w:hAnsi="Arial"/>
          <w:b/>
        </w:rPr>
        <w:t xml:space="preserve">Jeremy  </w:t>
      </w:r>
    </w:p>
    <w:p w14:paraId="306509AD" w14:textId="77777777" w:rsidR="00622BBB" w:rsidRDefault="00000000">
      <w:pPr>
        <w:spacing w:after="0"/>
      </w:pPr>
      <w:r>
        <w:rPr>
          <w:rFonts w:ascii="Arial" w:hAnsi="Arial"/>
        </w:rPr>
        <w:lastRenderedPageBreak/>
        <w:t xml:space="preserve">no, it took me about a week to get myself ready. I'd like, like, started cleaning my room and shit. </w:t>
      </w:r>
      <w:proofErr w:type="gramStart"/>
      <w:r>
        <w:rPr>
          <w:rFonts w:ascii="Arial" w:hAnsi="Arial"/>
        </w:rPr>
        <w:t>So</w:t>
      </w:r>
      <w:proofErr w:type="gramEnd"/>
      <w:r>
        <w:rPr>
          <w:rFonts w:ascii="Arial" w:hAnsi="Arial"/>
        </w:rPr>
        <w:t xml:space="preserve"> I, I was trying to leave my mom with the easiest way I can, I try to get rid of all the shit that she wouldn't have to clean up basically everything. And then so Eddie would come over, like every day or whatever. And </w:t>
      </w:r>
      <w:proofErr w:type="gramStart"/>
      <w:r>
        <w:rPr>
          <w:rFonts w:ascii="Arial" w:hAnsi="Arial"/>
        </w:rPr>
        <w:t>so</w:t>
      </w:r>
      <w:proofErr w:type="gramEnd"/>
      <w:r>
        <w:rPr>
          <w:rFonts w:ascii="Arial" w:hAnsi="Arial"/>
        </w:rPr>
        <w:t xml:space="preserve"> the day I decided to do it, I didn't think he was coming over.</w:t>
      </w:r>
    </w:p>
    <w:p w14:paraId="2F310E03" w14:textId="77777777" w:rsidR="00622BBB" w:rsidRDefault="00622BBB">
      <w:pPr>
        <w:spacing w:after="0"/>
      </w:pPr>
    </w:p>
    <w:p w14:paraId="07F34C9B" w14:textId="77777777" w:rsidR="00622BBB" w:rsidRDefault="00622BBB">
      <w:pPr>
        <w:spacing w:after="0"/>
      </w:pPr>
    </w:p>
    <w:p w14:paraId="1BCE7CAD" w14:textId="77777777" w:rsidR="00622BBB" w:rsidRDefault="00000000">
      <w:pPr>
        <w:spacing w:after="0"/>
      </w:pPr>
      <w:r>
        <w:rPr>
          <w:rFonts w:ascii="Arial" w:hAnsi="Arial"/>
        </w:rPr>
        <w:t>Okay, so let's get back into</w:t>
      </w:r>
    </w:p>
    <w:p w14:paraId="5B91AC52" w14:textId="77777777" w:rsidR="00622BBB" w:rsidRDefault="00622BBB">
      <w:pPr>
        <w:spacing w:after="0"/>
      </w:pPr>
    </w:p>
    <w:p w14:paraId="7E8CBDD2" w14:textId="72F1AE56" w:rsidR="00622BBB" w:rsidRDefault="00BD2C83">
      <w:pPr>
        <w:spacing w:after="0"/>
      </w:pPr>
      <w:r>
        <w:rPr>
          <w:rFonts w:ascii="Arial" w:hAnsi="Arial"/>
          <w:b/>
        </w:rPr>
        <w:t xml:space="preserve">Jeremy  </w:t>
      </w:r>
    </w:p>
    <w:p w14:paraId="785B210A" w14:textId="77777777" w:rsidR="00622BBB" w:rsidRDefault="00000000">
      <w:pPr>
        <w:spacing w:after="0"/>
      </w:pPr>
      <w:r>
        <w:rPr>
          <w:rFonts w:ascii="Arial" w:hAnsi="Arial"/>
        </w:rPr>
        <w:t xml:space="preserve">and there's a picture. There's a picture I want you to </w:t>
      </w:r>
      <w:proofErr w:type="spellStart"/>
      <w:r>
        <w:rPr>
          <w:rFonts w:ascii="Arial" w:hAnsi="Arial"/>
        </w:rPr>
        <w:t>to</w:t>
      </w:r>
      <w:proofErr w:type="spellEnd"/>
      <w:r>
        <w:rPr>
          <w:rFonts w:ascii="Arial" w:hAnsi="Arial"/>
        </w:rPr>
        <w:t xml:space="preserve"> show me at this age, okay, because I have no light in my eyes. It is dark is you can tell where I'm at, and that's one thing that I want to expand upon with my stories, because my kids still like Paisley, still smiling, great times, all that stuff. </w:t>
      </w:r>
      <w:proofErr w:type="gramStart"/>
      <w:r>
        <w:rPr>
          <w:rFonts w:ascii="Arial" w:hAnsi="Arial"/>
        </w:rPr>
        <w:t>So</w:t>
      </w:r>
      <w:proofErr w:type="gramEnd"/>
      <w:r>
        <w:rPr>
          <w:rFonts w:ascii="Arial" w:hAnsi="Arial"/>
        </w:rPr>
        <w:t xml:space="preserve"> it's I want to show the difference between a kid that's actually really being abused, that has no light, their light's been diminished. It's an obvious sign of abuse to </w:t>
      </w:r>
      <w:proofErr w:type="spellStart"/>
      <w:r>
        <w:rPr>
          <w:rFonts w:ascii="Arial" w:hAnsi="Arial"/>
        </w:rPr>
        <w:t>to</w:t>
      </w:r>
      <w:proofErr w:type="spellEnd"/>
      <w:r>
        <w:rPr>
          <w:rFonts w:ascii="Arial" w:hAnsi="Arial"/>
        </w:rPr>
        <w:t xml:space="preserve"> a child that, you know, smiles and so has a great time, even though not being physically abused, right? Like not being severely abused. </w:t>
      </w:r>
      <w:proofErr w:type="gramStart"/>
      <w:r>
        <w:rPr>
          <w:rFonts w:ascii="Arial" w:hAnsi="Arial"/>
        </w:rPr>
        <w:t>So</w:t>
      </w:r>
      <w:proofErr w:type="gramEnd"/>
      <w:r>
        <w:rPr>
          <w:rFonts w:ascii="Arial" w:hAnsi="Arial"/>
        </w:rPr>
        <w:t xml:space="preserve"> it's not now married. They were they were married, but they're divorced. So</w:t>
      </w:r>
    </w:p>
    <w:p w14:paraId="5B0F714B" w14:textId="77777777" w:rsidR="00622BBB" w:rsidRDefault="00622BBB">
      <w:pPr>
        <w:spacing w:after="0"/>
      </w:pPr>
    </w:p>
    <w:p w14:paraId="7A7A4367" w14:textId="77777777" w:rsidR="00622BBB" w:rsidRDefault="00622BBB">
      <w:pPr>
        <w:spacing w:after="0"/>
      </w:pPr>
    </w:p>
    <w:p w14:paraId="3F78BB9B" w14:textId="77777777" w:rsidR="00622BBB" w:rsidRDefault="00000000">
      <w:pPr>
        <w:spacing w:after="0"/>
      </w:pPr>
      <w:r>
        <w:rPr>
          <w:rFonts w:ascii="Arial" w:hAnsi="Arial"/>
        </w:rPr>
        <w:t>first, just say first husband or so. I So Eddie was not supposed to be there the day that I tried it. So</w:t>
      </w:r>
    </w:p>
    <w:p w14:paraId="15C20673" w14:textId="77777777" w:rsidR="00622BBB" w:rsidRDefault="00622BBB">
      <w:pPr>
        <w:spacing w:after="0"/>
      </w:pPr>
    </w:p>
    <w:p w14:paraId="4F7E14C9" w14:textId="2C69D0DB" w:rsidR="00622BBB" w:rsidRDefault="00BD2C83">
      <w:pPr>
        <w:spacing w:after="0"/>
      </w:pPr>
      <w:r>
        <w:rPr>
          <w:rFonts w:ascii="Arial" w:hAnsi="Arial"/>
          <w:b/>
        </w:rPr>
        <w:t>Erica</w:t>
      </w:r>
    </w:p>
    <w:p w14:paraId="32F046E6" w14:textId="77777777" w:rsidR="00622BBB" w:rsidRDefault="00000000">
      <w:pPr>
        <w:spacing w:after="0"/>
      </w:pPr>
      <w:r>
        <w:rPr>
          <w:rFonts w:ascii="Arial" w:hAnsi="Arial"/>
        </w:rPr>
        <w:t>Eddie would come over often, or yeah, come over often. I</w:t>
      </w:r>
    </w:p>
    <w:p w14:paraId="46DCC444" w14:textId="77777777" w:rsidR="00622BBB" w:rsidRDefault="00622BBB">
      <w:pPr>
        <w:spacing w:after="0"/>
      </w:pPr>
    </w:p>
    <w:p w14:paraId="1E622EF6" w14:textId="77777777" w:rsidR="00622BBB" w:rsidRDefault="00622BBB">
      <w:pPr>
        <w:spacing w:after="0"/>
      </w:pPr>
    </w:p>
    <w:p w14:paraId="37B04712" w14:textId="77777777" w:rsidR="00622BBB" w:rsidRDefault="00000000">
      <w:pPr>
        <w:spacing w:after="0"/>
      </w:pPr>
      <w:r>
        <w:rPr>
          <w:rFonts w:ascii="Arial" w:hAnsi="Arial"/>
        </w:rPr>
        <w:t>Okay, so</w:t>
      </w:r>
    </w:p>
    <w:p w14:paraId="00A33DC2" w14:textId="77777777" w:rsidR="00622BBB" w:rsidRDefault="00622BBB">
      <w:pPr>
        <w:spacing w:after="0"/>
      </w:pPr>
    </w:p>
    <w:p w14:paraId="1184E225" w14:textId="6D218799" w:rsidR="00622BBB" w:rsidRDefault="00BD2C83">
      <w:pPr>
        <w:spacing w:after="0"/>
      </w:pPr>
      <w:r>
        <w:rPr>
          <w:rFonts w:ascii="Arial" w:hAnsi="Arial"/>
          <w:b/>
        </w:rPr>
        <w:t>Erica</w:t>
      </w:r>
    </w:p>
    <w:p w14:paraId="31E44E6E" w14:textId="77777777" w:rsidR="00622BBB" w:rsidRDefault="00000000">
      <w:pPr>
        <w:spacing w:after="0"/>
      </w:pPr>
      <w:r>
        <w:rPr>
          <w:rFonts w:ascii="Arial" w:hAnsi="Arial"/>
        </w:rPr>
        <w:t>I'm. Okay, so Eddie wasn't supposed to be there, but he showed up. Yeah,</w:t>
      </w:r>
    </w:p>
    <w:p w14:paraId="1EA19EA7" w14:textId="77777777" w:rsidR="00622BBB" w:rsidRDefault="00622BBB">
      <w:pPr>
        <w:spacing w:after="0"/>
      </w:pPr>
    </w:p>
    <w:p w14:paraId="39502FD8" w14:textId="4B07553B" w:rsidR="00622BBB" w:rsidRDefault="00BD2C83">
      <w:pPr>
        <w:spacing w:after="0"/>
      </w:pPr>
      <w:r>
        <w:rPr>
          <w:rFonts w:ascii="Arial" w:hAnsi="Arial"/>
          <w:b/>
        </w:rPr>
        <w:t xml:space="preserve">Jeremy  </w:t>
      </w:r>
    </w:p>
    <w:p w14:paraId="54483205" w14:textId="77777777" w:rsidR="00622BBB" w:rsidRDefault="00000000">
      <w:pPr>
        <w:spacing w:after="0"/>
      </w:pPr>
      <w:proofErr w:type="gramStart"/>
      <w:r>
        <w:rPr>
          <w:rFonts w:ascii="Arial" w:hAnsi="Arial"/>
        </w:rPr>
        <w:t>so</w:t>
      </w:r>
      <w:proofErr w:type="gramEnd"/>
      <w:r>
        <w:rPr>
          <w:rFonts w:ascii="Arial" w:hAnsi="Arial"/>
        </w:rPr>
        <w:t xml:space="preserve"> I started, so I put on some just members of being dark music. Are</w:t>
      </w:r>
    </w:p>
    <w:p w14:paraId="70B3C2FA" w14:textId="77777777" w:rsidR="00622BBB" w:rsidRDefault="00622BBB">
      <w:pPr>
        <w:spacing w:after="0"/>
      </w:pPr>
    </w:p>
    <w:p w14:paraId="3B4BF6DE" w14:textId="744495B2" w:rsidR="00622BBB" w:rsidRDefault="00BD2C83">
      <w:pPr>
        <w:spacing w:after="0"/>
      </w:pPr>
      <w:r>
        <w:rPr>
          <w:rFonts w:ascii="Arial" w:hAnsi="Arial"/>
          <w:b/>
        </w:rPr>
        <w:t>Erica</w:t>
      </w:r>
    </w:p>
    <w:p w14:paraId="6C4A7AD6" w14:textId="77777777" w:rsidR="00622BBB" w:rsidRDefault="00000000">
      <w:pPr>
        <w:spacing w:after="0"/>
      </w:pPr>
      <w:proofErr w:type="gramStart"/>
      <w:r>
        <w:rPr>
          <w:rFonts w:ascii="Arial" w:hAnsi="Arial"/>
        </w:rPr>
        <w:t>you</w:t>
      </w:r>
      <w:proofErr w:type="gramEnd"/>
      <w:r>
        <w:rPr>
          <w:rFonts w:ascii="Arial" w:hAnsi="Arial"/>
        </w:rPr>
        <w:t xml:space="preserve"> okay? Do you need a second? Okay? You're doing great. I just remember the</w:t>
      </w:r>
    </w:p>
    <w:p w14:paraId="00575BEE" w14:textId="77777777" w:rsidR="00622BBB" w:rsidRDefault="00622BBB">
      <w:pPr>
        <w:spacing w:after="0"/>
      </w:pPr>
    </w:p>
    <w:p w14:paraId="326E7A6D" w14:textId="69736592" w:rsidR="00622BBB" w:rsidRDefault="00BD2C83">
      <w:pPr>
        <w:spacing w:after="0"/>
      </w:pPr>
      <w:r>
        <w:rPr>
          <w:rFonts w:ascii="Arial" w:hAnsi="Arial"/>
          <w:b/>
        </w:rPr>
        <w:t xml:space="preserve">Jeremy  </w:t>
      </w:r>
    </w:p>
    <w:p w14:paraId="535B6D95" w14:textId="77777777" w:rsidR="00622BBB" w:rsidRDefault="00000000">
      <w:pPr>
        <w:spacing w:after="0"/>
      </w:pPr>
      <w:r>
        <w:rPr>
          <w:rFonts w:ascii="Arial" w:hAnsi="Arial"/>
        </w:rPr>
        <w:t>dark music. It was like, I don't know. I didn't want to say it's grunge or something. I don't know it's something just some like</w:t>
      </w:r>
    </w:p>
    <w:p w14:paraId="7587C804" w14:textId="77777777" w:rsidR="00622BBB" w:rsidRDefault="00622BBB">
      <w:pPr>
        <w:spacing w:after="0"/>
      </w:pPr>
    </w:p>
    <w:p w14:paraId="751127F4" w14:textId="77777777" w:rsidR="00622BBB" w:rsidRDefault="00622BBB">
      <w:pPr>
        <w:spacing w:after="0"/>
      </w:pPr>
    </w:p>
    <w:p w14:paraId="2E36A810" w14:textId="77777777" w:rsidR="00622BBB" w:rsidRDefault="00000000">
      <w:pPr>
        <w:spacing w:after="0"/>
      </w:pPr>
      <w:r>
        <w:rPr>
          <w:rFonts w:ascii="Arial" w:hAnsi="Arial"/>
        </w:rPr>
        <w:t>Nirvana type shit.</w:t>
      </w:r>
    </w:p>
    <w:p w14:paraId="01DA415D" w14:textId="77777777" w:rsidR="00622BBB" w:rsidRDefault="00622BBB">
      <w:pPr>
        <w:spacing w:after="0"/>
      </w:pPr>
    </w:p>
    <w:p w14:paraId="2D0A2E34" w14:textId="77777777" w:rsidR="00622BBB" w:rsidRDefault="00622BBB">
      <w:pPr>
        <w:spacing w:after="0"/>
      </w:pPr>
    </w:p>
    <w:p w14:paraId="7A9B5B2E" w14:textId="77777777" w:rsidR="00622BBB" w:rsidRDefault="00000000">
      <w:pPr>
        <w:spacing w:after="0"/>
      </w:pPr>
      <w:r>
        <w:rPr>
          <w:rFonts w:ascii="Arial" w:hAnsi="Arial"/>
        </w:rPr>
        <w:t xml:space="preserve">Live. </w:t>
      </w:r>
      <w:proofErr w:type="gramStart"/>
      <w:r>
        <w:rPr>
          <w:rFonts w:ascii="Arial" w:hAnsi="Arial"/>
        </w:rPr>
        <w:t>Actually, I'm</w:t>
      </w:r>
      <w:proofErr w:type="gramEnd"/>
      <w:r>
        <w:rPr>
          <w:rFonts w:ascii="Arial" w:hAnsi="Arial"/>
        </w:rPr>
        <w:t xml:space="preserve"> pretty sure it was live. Oh</w:t>
      </w:r>
    </w:p>
    <w:p w14:paraId="3505DFD5" w14:textId="77777777" w:rsidR="00622BBB" w:rsidRDefault="00622BBB">
      <w:pPr>
        <w:spacing w:after="0"/>
      </w:pPr>
    </w:p>
    <w:p w14:paraId="3D68CC6A" w14:textId="77777777" w:rsidR="00622BBB" w:rsidRDefault="00622BBB">
      <w:pPr>
        <w:spacing w:after="0"/>
      </w:pPr>
    </w:p>
    <w:p w14:paraId="7876D6C5" w14:textId="77777777" w:rsidR="00622BBB" w:rsidRDefault="00000000">
      <w:pPr>
        <w:spacing w:after="0"/>
      </w:pPr>
      <w:r>
        <w:rPr>
          <w:rFonts w:ascii="Arial" w:hAnsi="Arial"/>
        </w:rPr>
        <w:t>shit, yeah.</w:t>
      </w:r>
    </w:p>
    <w:p w14:paraId="021A42B9" w14:textId="77777777" w:rsidR="00622BBB" w:rsidRDefault="00622BBB">
      <w:pPr>
        <w:spacing w:after="0"/>
      </w:pPr>
    </w:p>
    <w:p w14:paraId="447E7020" w14:textId="7AFFF574" w:rsidR="00622BBB" w:rsidRDefault="00BD2C83">
      <w:pPr>
        <w:spacing w:after="0"/>
      </w:pPr>
      <w:r>
        <w:rPr>
          <w:rFonts w:ascii="Arial" w:hAnsi="Arial"/>
          <w:b/>
        </w:rPr>
        <w:t xml:space="preserve">Jeremy  </w:t>
      </w:r>
    </w:p>
    <w:p w14:paraId="41A048F4" w14:textId="77777777" w:rsidR="00622BBB" w:rsidRDefault="00000000">
      <w:pPr>
        <w:spacing w:after="0"/>
      </w:pPr>
      <w:r>
        <w:rPr>
          <w:rFonts w:ascii="Arial" w:hAnsi="Arial"/>
        </w:rPr>
        <w:t>And I just talked myself into it. I said, I can't I, you know, it made sense to me, just I can't do this anymore. And I've tried to tell my mom about the abuse, she wouldn't listen.</w:t>
      </w:r>
    </w:p>
    <w:p w14:paraId="3D1B9481" w14:textId="77777777" w:rsidR="00622BBB" w:rsidRDefault="00622BBB">
      <w:pPr>
        <w:spacing w:after="0"/>
      </w:pPr>
    </w:p>
    <w:p w14:paraId="661CE6DD" w14:textId="77777777" w:rsidR="00622BBB" w:rsidRDefault="00622BBB">
      <w:pPr>
        <w:spacing w:after="0"/>
      </w:pPr>
    </w:p>
    <w:p w14:paraId="7DD1897E" w14:textId="77777777" w:rsidR="00622BBB" w:rsidRDefault="00000000">
      <w:pPr>
        <w:spacing w:after="0"/>
      </w:pPr>
      <w:r>
        <w:rPr>
          <w:rFonts w:ascii="Arial" w:hAnsi="Arial"/>
        </w:rPr>
        <w:t>I had an option. I</w:t>
      </w:r>
    </w:p>
    <w:p w14:paraId="6A94A57A" w14:textId="77777777" w:rsidR="00622BBB" w:rsidRDefault="00622BBB">
      <w:pPr>
        <w:spacing w:after="0"/>
      </w:pPr>
    </w:p>
    <w:p w14:paraId="639D1927" w14:textId="77777777" w:rsidR="00622BBB" w:rsidRDefault="00622BBB">
      <w:pPr>
        <w:spacing w:after="0"/>
      </w:pPr>
    </w:p>
    <w:p w14:paraId="1CDAD339" w14:textId="77777777" w:rsidR="00622BBB" w:rsidRDefault="00000000">
      <w:pPr>
        <w:spacing w:after="0"/>
      </w:pPr>
      <w:r>
        <w:rPr>
          <w:rFonts w:ascii="Arial" w:hAnsi="Arial"/>
        </w:rPr>
        <w:t>got distracted for a second,</w:t>
      </w:r>
    </w:p>
    <w:p w14:paraId="11E5F452" w14:textId="77777777" w:rsidR="00622BBB" w:rsidRDefault="00622BBB">
      <w:pPr>
        <w:spacing w:after="0"/>
      </w:pPr>
    </w:p>
    <w:p w14:paraId="3DDAB39F" w14:textId="4B998EF6" w:rsidR="00622BBB" w:rsidRDefault="00BD2C83">
      <w:pPr>
        <w:spacing w:after="0"/>
      </w:pPr>
      <w:r>
        <w:rPr>
          <w:rFonts w:ascii="Arial" w:hAnsi="Arial"/>
          <w:b/>
        </w:rPr>
        <w:t xml:space="preserve">Jeremy  </w:t>
      </w:r>
    </w:p>
    <w:p w14:paraId="0A29BFB2" w14:textId="77777777" w:rsidR="00622BBB" w:rsidRDefault="00000000">
      <w:pPr>
        <w:spacing w:after="0"/>
      </w:pPr>
      <w:r>
        <w:rPr>
          <w:rFonts w:ascii="Arial" w:hAnsi="Arial"/>
        </w:rPr>
        <w:t xml:space="preserve">so I talked myself into it like it made sense to me, like and then, you know, when you start, you actually force yourself to run that story through your head, like all the people that told you to go kill yourself, and when you tell you kill yourself, you're worthless, like you start purposely running that through your head. </w:t>
      </w:r>
      <w:proofErr w:type="gramStart"/>
      <w:r>
        <w:rPr>
          <w:rFonts w:ascii="Arial" w:hAnsi="Arial"/>
        </w:rPr>
        <w:t>So</w:t>
      </w:r>
      <w:proofErr w:type="gramEnd"/>
      <w:r>
        <w:rPr>
          <w:rFonts w:ascii="Arial" w:hAnsi="Arial"/>
        </w:rPr>
        <w:t xml:space="preserve"> then it all makes sense, like you're like, Yeah, I'm doing this for a reason. Like I'm </w:t>
      </w:r>
      <w:proofErr w:type="spellStart"/>
      <w:r>
        <w:rPr>
          <w:rFonts w:ascii="Arial" w:hAnsi="Arial"/>
        </w:rPr>
        <w:t>I'm</w:t>
      </w:r>
      <w:proofErr w:type="spellEnd"/>
      <w:r>
        <w:rPr>
          <w:rFonts w:ascii="Arial" w:hAnsi="Arial"/>
        </w:rPr>
        <w:t xml:space="preserve"> </w:t>
      </w:r>
      <w:proofErr w:type="gramStart"/>
      <w:r>
        <w:rPr>
          <w:rFonts w:ascii="Arial" w:hAnsi="Arial"/>
        </w:rPr>
        <w:t>actually going</w:t>
      </w:r>
      <w:proofErr w:type="gramEnd"/>
      <w:r>
        <w:rPr>
          <w:rFonts w:ascii="Arial" w:hAnsi="Arial"/>
        </w:rPr>
        <w:t xml:space="preserve"> to be better off. It's going to be better off for everyone if I'm not here. And you really do believe that you feel like you're a burden to the world.</w:t>
      </w:r>
    </w:p>
    <w:p w14:paraId="7EABB679" w14:textId="77777777" w:rsidR="00622BBB" w:rsidRDefault="00622BBB">
      <w:pPr>
        <w:spacing w:after="0"/>
      </w:pPr>
    </w:p>
    <w:p w14:paraId="1C84439C" w14:textId="77777777" w:rsidR="00622BBB" w:rsidRDefault="00622BBB">
      <w:pPr>
        <w:spacing w:after="0"/>
      </w:pPr>
    </w:p>
    <w:p w14:paraId="192270B2" w14:textId="77777777" w:rsidR="00622BBB" w:rsidRDefault="00000000">
      <w:pPr>
        <w:spacing w:after="0"/>
      </w:pPr>
      <w:proofErr w:type="gramStart"/>
      <w:r>
        <w:rPr>
          <w:rFonts w:ascii="Arial" w:hAnsi="Arial"/>
        </w:rPr>
        <w:t>So</w:t>
      </w:r>
      <w:proofErr w:type="gramEnd"/>
      <w:r>
        <w:rPr>
          <w:rFonts w:ascii="Arial" w:hAnsi="Arial"/>
        </w:rPr>
        <w:t xml:space="preserve"> I,</w:t>
      </w:r>
    </w:p>
    <w:p w14:paraId="594A18E8" w14:textId="77777777" w:rsidR="00622BBB" w:rsidRDefault="00622BBB">
      <w:pPr>
        <w:spacing w:after="0"/>
      </w:pPr>
    </w:p>
    <w:p w14:paraId="0AAA579F" w14:textId="77777777" w:rsidR="00622BBB" w:rsidRDefault="00622BBB">
      <w:pPr>
        <w:spacing w:after="0"/>
      </w:pPr>
    </w:p>
    <w:p w14:paraId="43F03259" w14:textId="77777777" w:rsidR="00622BBB" w:rsidRDefault="00000000">
      <w:pPr>
        <w:spacing w:after="0"/>
      </w:pPr>
      <w:proofErr w:type="gramStart"/>
      <w:r>
        <w:rPr>
          <w:rFonts w:ascii="Arial" w:hAnsi="Arial"/>
        </w:rPr>
        <w:t>so</w:t>
      </w:r>
      <w:proofErr w:type="gramEnd"/>
      <w:r>
        <w:rPr>
          <w:rFonts w:ascii="Arial" w:hAnsi="Arial"/>
        </w:rPr>
        <w:t xml:space="preserve"> I grabbed the shell of the pull the plunger out like it told me to do. I had to step by step. Good, yeah, step by step. How to on this?</w:t>
      </w:r>
    </w:p>
    <w:p w14:paraId="70C85406" w14:textId="77777777" w:rsidR="00622BBB" w:rsidRDefault="00622BBB">
      <w:pPr>
        <w:spacing w:after="0"/>
      </w:pPr>
    </w:p>
    <w:p w14:paraId="504C6643" w14:textId="77777777" w:rsidR="00622BBB" w:rsidRDefault="00622BBB">
      <w:pPr>
        <w:spacing w:after="0"/>
      </w:pPr>
    </w:p>
    <w:p w14:paraId="1DFBEA64" w14:textId="77777777" w:rsidR="00622BBB" w:rsidRDefault="00000000">
      <w:pPr>
        <w:spacing w:after="0"/>
      </w:pPr>
      <w:r>
        <w:rPr>
          <w:rFonts w:ascii="Arial" w:hAnsi="Arial"/>
        </w:rPr>
        <w:t>That sounds like you</w:t>
      </w:r>
    </w:p>
    <w:p w14:paraId="645BADD5" w14:textId="77777777" w:rsidR="00622BBB" w:rsidRDefault="00622BBB">
      <w:pPr>
        <w:spacing w:after="0"/>
      </w:pPr>
    </w:p>
    <w:p w14:paraId="2C28A45D" w14:textId="06AC7356" w:rsidR="00622BBB" w:rsidRDefault="00BD2C83">
      <w:pPr>
        <w:spacing w:after="0"/>
      </w:pPr>
      <w:r>
        <w:rPr>
          <w:rFonts w:ascii="Arial" w:hAnsi="Arial"/>
          <w:b/>
        </w:rPr>
        <w:t xml:space="preserve">Jeremy  </w:t>
      </w:r>
    </w:p>
    <w:p w14:paraId="2E36516A" w14:textId="77777777" w:rsidR="00622BBB" w:rsidRDefault="00000000">
      <w:pPr>
        <w:spacing w:after="0"/>
      </w:pPr>
      <w:r>
        <w:rPr>
          <w:rFonts w:ascii="Arial" w:hAnsi="Arial"/>
        </w:rPr>
        <w:t xml:space="preserve">upset. I printed it out and everything. I just held step by step. </w:t>
      </w:r>
      <w:proofErr w:type="gramStart"/>
      <w:r>
        <w:rPr>
          <w:rFonts w:ascii="Arial" w:hAnsi="Arial"/>
        </w:rPr>
        <w:t>So</w:t>
      </w:r>
      <w:proofErr w:type="gramEnd"/>
      <w:r>
        <w:rPr>
          <w:rFonts w:ascii="Arial" w:hAnsi="Arial"/>
        </w:rPr>
        <w:t xml:space="preserve"> pull plunger out, and, you know, it's like, like, yeah, pull all the way the plunger all out, so it's like, all the way up there, and I just, you know, I grabbed, I grabbed, is my fucking one of my socks, or something, my sock. I grabbed my sock and tried to, try to, like, tie a knot around my tourniquet so I could, so I could make something. I wasn't sure what I was doing, but I just saw the name, and I was like, oh.</w:t>
      </w:r>
    </w:p>
    <w:p w14:paraId="74DE09E0" w14:textId="77777777" w:rsidR="00622BBB" w:rsidRDefault="00622BBB">
      <w:pPr>
        <w:spacing w:after="0"/>
      </w:pPr>
    </w:p>
    <w:p w14:paraId="052DC353" w14:textId="72783549" w:rsidR="00622BBB" w:rsidRDefault="00BD2C83">
      <w:pPr>
        <w:spacing w:after="0"/>
      </w:pPr>
      <w:r>
        <w:rPr>
          <w:rFonts w:ascii="Arial" w:hAnsi="Arial"/>
          <w:b/>
        </w:rPr>
        <w:t>Erica</w:t>
      </w:r>
    </w:p>
    <w:p w14:paraId="47AAFED3" w14:textId="77777777" w:rsidR="00622BBB" w:rsidRDefault="00000000">
      <w:pPr>
        <w:spacing w:after="0"/>
      </w:pPr>
      <w:proofErr w:type="gramStart"/>
      <w:r>
        <w:rPr>
          <w:rFonts w:ascii="Arial" w:hAnsi="Arial"/>
        </w:rPr>
        <w:t>So</w:t>
      </w:r>
      <w:proofErr w:type="gramEnd"/>
      <w:r>
        <w:rPr>
          <w:rFonts w:ascii="Arial" w:hAnsi="Arial"/>
        </w:rPr>
        <w:t xml:space="preserve"> it took me, like they would do when you were getting your blood drawn or something.</w:t>
      </w:r>
    </w:p>
    <w:p w14:paraId="05FEBCEC" w14:textId="77777777" w:rsidR="00622BBB" w:rsidRDefault="00622BBB">
      <w:pPr>
        <w:spacing w:after="0"/>
      </w:pPr>
    </w:p>
    <w:p w14:paraId="18A25C2A" w14:textId="1D8070F0" w:rsidR="00622BBB" w:rsidRDefault="00BD2C83">
      <w:pPr>
        <w:spacing w:after="0"/>
      </w:pPr>
      <w:r>
        <w:rPr>
          <w:rFonts w:ascii="Arial" w:hAnsi="Arial"/>
          <w:b/>
        </w:rPr>
        <w:t xml:space="preserve">Jeremy  </w:t>
      </w:r>
    </w:p>
    <w:p w14:paraId="27B6741A" w14:textId="77777777" w:rsidR="00622BBB" w:rsidRDefault="00000000">
      <w:pPr>
        <w:spacing w:after="0"/>
      </w:pPr>
      <w:r>
        <w:rPr>
          <w:rFonts w:ascii="Arial" w:hAnsi="Arial"/>
        </w:rPr>
        <w:lastRenderedPageBreak/>
        <w:t xml:space="preserve">Yeah, a sock, yeah, with my stupid, nasty ass fucking knee highs I had, I just remember pulling it, and I was like, </w:t>
      </w:r>
      <w:proofErr w:type="gramStart"/>
      <w:r>
        <w:rPr>
          <w:rFonts w:ascii="Arial" w:hAnsi="Arial"/>
        </w:rPr>
        <w:t>Okay</w:t>
      </w:r>
      <w:proofErr w:type="gramEnd"/>
      <w:r>
        <w:rPr>
          <w:rFonts w:ascii="Arial" w:hAnsi="Arial"/>
        </w:rPr>
        <w:t xml:space="preserve">, I guess getting me easy, this is just, you know, so it hurt. It really </w:t>
      </w:r>
      <w:proofErr w:type="gramStart"/>
      <w:r>
        <w:rPr>
          <w:rFonts w:ascii="Arial" w:hAnsi="Arial"/>
        </w:rPr>
        <w:t>hurt, actually</w:t>
      </w:r>
      <w:proofErr w:type="gramEnd"/>
      <w:r>
        <w:rPr>
          <w:rFonts w:ascii="Arial" w:hAnsi="Arial"/>
        </w:rPr>
        <w:t xml:space="preserve">. </w:t>
      </w:r>
      <w:proofErr w:type="gramStart"/>
      <w:r>
        <w:rPr>
          <w:rFonts w:ascii="Arial" w:hAnsi="Arial"/>
        </w:rPr>
        <w:t>So</w:t>
      </w:r>
      <w:proofErr w:type="gramEnd"/>
      <w:r>
        <w:rPr>
          <w:rFonts w:ascii="Arial" w:hAnsi="Arial"/>
        </w:rPr>
        <w:t xml:space="preserve"> it took me probably five or six minutes to try to try to get it in, because it just kept fucking hurting me. I'm like, </w:t>
      </w:r>
      <w:proofErr w:type="gramStart"/>
      <w:r>
        <w:rPr>
          <w:rFonts w:ascii="Arial" w:hAnsi="Arial"/>
        </w:rPr>
        <w:t>Hey</w:t>
      </w:r>
      <w:proofErr w:type="gramEnd"/>
      <w:r>
        <w:rPr>
          <w:rFonts w:ascii="Arial" w:hAnsi="Arial"/>
        </w:rPr>
        <w:t xml:space="preserve">, come on. Come on. Come on. And </w:t>
      </w:r>
      <w:proofErr w:type="gramStart"/>
      <w:r>
        <w:rPr>
          <w:rFonts w:ascii="Arial" w:hAnsi="Arial"/>
        </w:rPr>
        <w:t>Well</w:t>
      </w:r>
      <w:proofErr w:type="gramEnd"/>
      <w:r>
        <w:rPr>
          <w:rFonts w:ascii="Arial" w:hAnsi="Arial"/>
        </w:rPr>
        <w:t>, meanwhile I was doing this is probably, probably a couple of hours have passed, and I guess Eddie showed up.</w:t>
      </w:r>
    </w:p>
    <w:p w14:paraId="1D90CFCE" w14:textId="77777777" w:rsidR="00622BBB" w:rsidRDefault="00622BBB">
      <w:pPr>
        <w:spacing w:after="0"/>
      </w:pPr>
    </w:p>
    <w:p w14:paraId="5780DAD1" w14:textId="77777777" w:rsidR="00622BBB" w:rsidRDefault="00622BBB">
      <w:pPr>
        <w:spacing w:after="0"/>
      </w:pPr>
    </w:p>
    <w:p w14:paraId="05575A9F" w14:textId="77777777" w:rsidR="00622BBB" w:rsidRDefault="00000000">
      <w:pPr>
        <w:spacing w:after="0"/>
      </w:pPr>
      <w:r>
        <w:rPr>
          <w:rFonts w:ascii="Arial" w:hAnsi="Arial"/>
        </w:rPr>
        <w:t>And</w:t>
      </w:r>
    </w:p>
    <w:p w14:paraId="033C3F50" w14:textId="77777777" w:rsidR="00622BBB" w:rsidRDefault="00622BBB">
      <w:pPr>
        <w:spacing w:after="0"/>
      </w:pPr>
    </w:p>
    <w:p w14:paraId="3955805B" w14:textId="43050D01" w:rsidR="00622BBB" w:rsidRDefault="00BD2C83">
      <w:pPr>
        <w:spacing w:after="0"/>
      </w:pPr>
      <w:r>
        <w:rPr>
          <w:rFonts w:ascii="Arial" w:hAnsi="Arial"/>
          <w:b/>
        </w:rPr>
        <w:t xml:space="preserve">Jeremy  </w:t>
      </w:r>
    </w:p>
    <w:p w14:paraId="202A07EB" w14:textId="77777777" w:rsidR="00622BBB" w:rsidRDefault="00000000">
      <w:pPr>
        <w:spacing w:after="0"/>
      </w:pPr>
      <w:r>
        <w:rPr>
          <w:rFonts w:ascii="Arial" w:hAnsi="Arial"/>
        </w:rPr>
        <w:t xml:space="preserve">I just remember, remember, as soon as </w:t>
      </w:r>
      <w:proofErr w:type="gramStart"/>
      <w:r>
        <w:rPr>
          <w:rFonts w:ascii="Arial" w:hAnsi="Arial"/>
        </w:rPr>
        <w:t>it</w:t>
      </w:r>
      <w:proofErr w:type="gramEnd"/>
      <w:r>
        <w:rPr>
          <w:rFonts w:ascii="Arial" w:hAnsi="Arial"/>
        </w:rPr>
        <w:t xml:space="preserve"> broke skin, I got a knock on the door, and it was Eddie. I had the door locked. It was one of those cheap touch ones, and I just remember looking up like, oh shit, oh shit, oh shit, oh shit. He's like, </w:t>
      </w:r>
      <w:proofErr w:type="gramStart"/>
      <w:r>
        <w:rPr>
          <w:rFonts w:ascii="Arial" w:hAnsi="Arial"/>
        </w:rPr>
        <w:t>What</w:t>
      </w:r>
      <w:proofErr w:type="gramEnd"/>
      <w:r>
        <w:rPr>
          <w:rFonts w:ascii="Arial" w:hAnsi="Arial"/>
        </w:rPr>
        <w:t xml:space="preserve"> are you doing? I </w:t>
      </w:r>
      <w:proofErr w:type="gramStart"/>
      <w:r>
        <w:rPr>
          <w:rFonts w:ascii="Arial" w:hAnsi="Arial"/>
        </w:rPr>
        <w:t>said</w:t>
      </w:r>
      <w:proofErr w:type="gramEnd"/>
      <w:r>
        <w:rPr>
          <w:rFonts w:ascii="Arial" w:hAnsi="Arial"/>
        </w:rPr>
        <w:t xml:space="preserve">. I tried to respond out my rib. Said nothing. I think I said nothing, but it probably came out </w:t>
      </w:r>
      <w:proofErr w:type="gramStart"/>
      <w:r>
        <w:rPr>
          <w:rFonts w:ascii="Arial" w:hAnsi="Arial"/>
        </w:rPr>
        <w:t>really shaky</w:t>
      </w:r>
      <w:proofErr w:type="gramEnd"/>
      <w:r>
        <w:rPr>
          <w:rFonts w:ascii="Arial" w:hAnsi="Arial"/>
        </w:rPr>
        <w:t>. I asked again, what are you doing? I'm like, nothing. And he slammed. Door with his it was didn't take much to bend those pieces of shit, but open with the shoulder. And I looked it. Looked to him, and I looked down. I looked him. I</w:t>
      </w:r>
    </w:p>
    <w:p w14:paraId="077E7939" w14:textId="77777777" w:rsidR="00622BBB" w:rsidRDefault="00622BBB">
      <w:pPr>
        <w:spacing w:after="0"/>
      </w:pPr>
    </w:p>
    <w:p w14:paraId="19FD31B0" w14:textId="2C0E6BBF" w:rsidR="00622BBB" w:rsidRDefault="00BD2C83">
      <w:pPr>
        <w:spacing w:after="0"/>
      </w:pPr>
      <w:r>
        <w:rPr>
          <w:rFonts w:ascii="Arial" w:hAnsi="Arial"/>
          <w:b/>
        </w:rPr>
        <w:t>Erica</w:t>
      </w:r>
    </w:p>
    <w:p w14:paraId="2167E656" w14:textId="77777777" w:rsidR="00622BBB" w:rsidRDefault="00000000">
      <w:pPr>
        <w:spacing w:after="0"/>
      </w:pPr>
      <w:r>
        <w:rPr>
          <w:rFonts w:ascii="Arial" w:hAnsi="Arial"/>
        </w:rPr>
        <w:t>Oh, my God, I can only imagine, oh, my god, okay,</w:t>
      </w:r>
    </w:p>
    <w:p w14:paraId="29FC29F7" w14:textId="77777777" w:rsidR="00622BBB" w:rsidRDefault="00622BBB">
      <w:pPr>
        <w:spacing w:after="0"/>
      </w:pPr>
    </w:p>
    <w:p w14:paraId="49E2AF76" w14:textId="77777777" w:rsidR="00622BBB" w:rsidRDefault="00622BBB">
      <w:pPr>
        <w:spacing w:after="0"/>
      </w:pPr>
    </w:p>
    <w:p w14:paraId="18722DB1" w14:textId="77777777" w:rsidR="00622BBB" w:rsidRDefault="00000000">
      <w:pPr>
        <w:spacing w:after="0"/>
      </w:pPr>
      <w:r>
        <w:rPr>
          <w:rFonts w:ascii="Arial" w:hAnsi="Arial"/>
        </w:rPr>
        <w:t>okay,</w:t>
      </w:r>
    </w:p>
    <w:p w14:paraId="6F4FA163" w14:textId="77777777" w:rsidR="00622BBB" w:rsidRDefault="00622BBB">
      <w:pPr>
        <w:spacing w:after="0"/>
      </w:pPr>
    </w:p>
    <w:p w14:paraId="5CEF34BF" w14:textId="2D855342" w:rsidR="00622BBB" w:rsidRDefault="00BD2C83">
      <w:pPr>
        <w:spacing w:after="0"/>
      </w:pPr>
      <w:r>
        <w:rPr>
          <w:rFonts w:ascii="Arial" w:hAnsi="Arial"/>
          <w:b/>
        </w:rPr>
        <w:t>Erica</w:t>
      </w:r>
    </w:p>
    <w:p w14:paraId="5FC75EDF" w14:textId="77777777" w:rsidR="00622BBB" w:rsidRDefault="00000000">
      <w:pPr>
        <w:spacing w:after="0"/>
      </w:pPr>
      <w:r>
        <w:rPr>
          <w:rFonts w:ascii="Arial" w:hAnsi="Arial"/>
        </w:rPr>
        <w:t xml:space="preserve">do you need to stop? We've been doing this for a little </w:t>
      </w:r>
      <w:proofErr w:type="gramStart"/>
      <w:r>
        <w:rPr>
          <w:rFonts w:ascii="Arial" w:hAnsi="Arial"/>
        </w:rPr>
        <w:t>bit,</w:t>
      </w:r>
      <w:proofErr w:type="gramEnd"/>
      <w:r>
        <w:rPr>
          <w:rFonts w:ascii="Arial" w:hAnsi="Arial"/>
        </w:rPr>
        <w:t xml:space="preserve"> you need to stop. No,</w:t>
      </w:r>
    </w:p>
    <w:p w14:paraId="7E8F88E5" w14:textId="77777777" w:rsidR="00622BBB" w:rsidRDefault="00622BBB">
      <w:pPr>
        <w:spacing w:after="0"/>
      </w:pPr>
    </w:p>
    <w:p w14:paraId="6383AB01" w14:textId="6B5A9AAB" w:rsidR="00622BBB" w:rsidRDefault="00BD2C83">
      <w:pPr>
        <w:spacing w:after="0"/>
      </w:pPr>
      <w:r>
        <w:rPr>
          <w:rFonts w:ascii="Arial" w:hAnsi="Arial"/>
          <w:b/>
        </w:rPr>
        <w:t xml:space="preserve">Jeremy  </w:t>
      </w:r>
    </w:p>
    <w:p w14:paraId="4D444245" w14:textId="77777777" w:rsidR="00622BBB" w:rsidRDefault="00000000">
      <w:pPr>
        <w:spacing w:after="0"/>
      </w:pPr>
      <w:r>
        <w:rPr>
          <w:rFonts w:ascii="Arial" w:hAnsi="Arial"/>
        </w:rPr>
        <w:t>he just came up and gave me a hug like I mattered you.</w:t>
      </w:r>
    </w:p>
    <w:p w14:paraId="4EAF230A" w14:textId="77777777" w:rsidR="00622BBB" w:rsidRDefault="00622BBB">
      <w:pPr>
        <w:spacing w:after="0"/>
      </w:pPr>
    </w:p>
    <w:p w14:paraId="2FE00589" w14:textId="77777777" w:rsidR="00622BBB" w:rsidRDefault="00622BBB">
      <w:pPr>
        <w:spacing w:after="0"/>
      </w:pPr>
    </w:p>
    <w:p w14:paraId="40411683" w14:textId="77777777" w:rsidR="00622BBB" w:rsidRDefault="00000000">
      <w:pPr>
        <w:spacing w:after="0"/>
      </w:pPr>
      <w:r>
        <w:rPr>
          <w:rFonts w:ascii="Arial" w:hAnsi="Arial"/>
        </w:rPr>
        <w:t>I don't know what happened after that. I don't know if he I don't know if he told my mom, I don't know if he told my sister. I don't know if he told anyone. All I knew was she decided not to get back with Paul.</w:t>
      </w:r>
    </w:p>
    <w:p w14:paraId="1C096CD8" w14:textId="77777777" w:rsidR="00622BBB" w:rsidRDefault="00622BBB">
      <w:pPr>
        <w:spacing w:after="0"/>
      </w:pPr>
    </w:p>
    <w:p w14:paraId="30A1585C" w14:textId="6B0D5C1F" w:rsidR="00622BBB" w:rsidRDefault="00BD2C83">
      <w:pPr>
        <w:spacing w:after="0"/>
      </w:pPr>
      <w:r>
        <w:rPr>
          <w:rFonts w:ascii="Arial" w:hAnsi="Arial"/>
          <w:b/>
        </w:rPr>
        <w:t>Erica</w:t>
      </w:r>
    </w:p>
    <w:p w14:paraId="38C79C9C" w14:textId="77777777" w:rsidR="00622BBB" w:rsidRDefault="00000000">
      <w:pPr>
        <w:spacing w:after="0"/>
      </w:pPr>
      <w:r>
        <w:rPr>
          <w:rFonts w:ascii="Arial" w:hAnsi="Arial"/>
        </w:rPr>
        <w:t xml:space="preserve">You could have saved your whole family. You realize that Jeremy, your moment of extreme weakness and broken, just broken, your moment of bravery, the world would be better without me. Bravery </w:t>
      </w:r>
      <w:proofErr w:type="gramStart"/>
      <w:r>
        <w:rPr>
          <w:rFonts w:ascii="Arial" w:hAnsi="Arial"/>
        </w:rPr>
        <w:t>actually could</w:t>
      </w:r>
      <w:proofErr w:type="gramEnd"/>
      <w:r>
        <w:rPr>
          <w:rFonts w:ascii="Arial" w:hAnsi="Arial"/>
        </w:rPr>
        <w:t xml:space="preserve"> have saved all of your lives. Yeah,</w:t>
      </w:r>
    </w:p>
    <w:p w14:paraId="5CCFE8AF" w14:textId="77777777" w:rsidR="00622BBB" w:rsidRDefault="00622BBB">
      <w:pPr>
        <w:spacing w:after="0"/>
      </w:pPr>
    </w:p>
    <w:p w14:paraId="2F1E5D83" w14:textId="4790EDA8" w:rsidR="00622BBB" w:rsidRDefault="00BD2C83">
      <w:pPr>
        <w:spacing w:after="0"/>
      </w:pPr>
      <w:r>
        <w:rPr>
          <w:rFonts w:ascii="Arial" w:hAnsi="Arial"/>
          <w:b/>
        </w:rPr>
        <w:t xml:space="preserve">Jeremy  </w:t>
      </w:r>
    </w:p>
    <w:p w14:paraId="3AF63F8F" w14:textId="77777777" w:rsidR="00622BBB" w:rsidRDefault="00000000">
      <w:pPr>
        <w:spacing w:after="0"/>
      </w:pPr>
      <w:r>
        <w:rPr>
          <w:rFonts w:ascii="Arial" w:hAnsi="Arial"/>
        </w:rPr>
        <w:t>I guess first time I felt like it mattered in my entire childhood, I</w:t>
      </w:r>
    </w:p>
    <w:p w14:paraId="13F12A0B" w14:textId="77777777" w:rsidR="00622BBB" w:rsidRDefault="00622BBB">
      <w:pPr>
        <w:spacing w:after="0"/>
      </w:pPr>
    </w:p>
    <w:p w14:paraId="25E69A5A" w14:textId="1BFEE489" w:rsidR="00622BBB" w:rsidRDefault="00BD2C83">
      <w:pPr>
        <w:spacing w:after="0"/>
      </w:pPr>
      <w:r>
        <w:rPr>
          <w:rFonts w:ascii="Arial" w:hAnsi="Arial"/>
          <w:b/>
        </w:rPr>
        <w:t>Erica</w:t>
      </w:r>
    </w:p>
    <w:p w14:paraId="1ABC2492" w14:textId="77777777" w:rsidR="00622BBB" w:rsidRDefault="00000000">
      <w:pPr>
        <w:spacing w:after="0"/>
      </w:pPr>
      <w:r>
        <w:rPr>
          <w:rFonts w:ascii="Arial" w:hAnsi="Arial"/>
        </w:rPr>
        <w:t>did Eddie talk to you at all, or did he just kind of, didn't?</w:t>
      </w:r>
    </w:p>
    <w:p w14:paraId="3ED3BF85" w14:textId="77777777" w:rsidR="00622BBB" w:rsidRDefault="00622BBB">
      <w:pPr>
        <w:spacing w:after="0"/>
      </w:pPr>
    </w:p>
    <w:p w14:paraId="5C6719EC" w14:textId="77777777" w:rsidR="00622BBB" w:rsidRDefault="00622BBB">
      <w:pPr>
        <w:spacing w:after="0"/>
      </w:pPr>
    </w:p>
    <w:p w14:paraId="5A8FDAF2" w14:textId="4A4BC1C9" w:rsidR="00622BBB" w:rsidRDefault="00000000">
      <w:pPr>
        <w:spacing w:after="0"/>
      </w:pPr>
      <w:r>
        <w:rPr>
          <w:rFonts w:ascii="Arial" w:hAnsi="Arial"/>
        </w:rPr>
        <w:t>He just gave me a hug</w:t>
      </w:r>
      <w:r w:rsidR="009D15AC">
        <w:rPr>
          <w:rFonts w:ascii="Arial" w:hAnsi="Arial"/>
        </w:rPr>
        <w:t xml:space="preserve"> </w:t>
      </w:r>
      <w:r>
        <w:rPr>
          <w:rFonts w:ascii="Arial" w:hAnsi="Arial"/>
        </w:rPr>
        <w:t>and, yeah, just put</w:t>
      </w:r>
      <w:r w:rsidR="009D15AC">
        <w:rPr>
          <w:rFonts w:ascii="Arial" w:hAnsi="Arial"/>
        </w:rPr>
        <w:t xml:space="preserve"> </w:t>
      </w:r>
      <w:r>
        <w:rPr>
          <w:rFonts w:ascii="Arial" w:hAnsi="Arial"/>
        </w:rPr>
        <w:t>it away, just, you know, just help me, love me, and</w:t>
      </w:r>
    </w:p>
    <w:p w14:paraId="5BCF4D5B" w14:textId="77777777" w:rsidR="00622BBB" w:rsidRDefault="00622BBB">
      <w:pPr>
        <w:spacing w:after="0"/>
      </w:pPr>
    </w:p>
    <w:p w14:paraId="3AD774ED" w14:textId="1E32B05E" w:rsidR="00622BBB" w:rsidRDefault="00BD2C83">
      <w:pPr>
        <w:spacing w:after="0"/>
      </w:pPr>
      <w:r>
        <w:rPr>
          <w:rFonts w:ascii="Arial" w:hAnsi="Arial"/>
          <w:b/>
        </w:rPr>
        <w:t xml:space="preserve">Jeremy  </w:t>
      </w:r>
    </w:p>
    <w:p w14:paraId="76AD6BE8" w14:textId="77777777" w:rsidR="00622BBB" w:rsidRDefault="00000000">
      <w:pPr>
        <w:spacing w:after="0"/>
      </w:pPr>
      <w:r>
        <w:rPr>
          <w:rFonts w:ascii="Arial" w:hAnsi="Arial"/>
        </w:rPr>
        <w:t>just a feeling that I, you know, that he's been through it, or something like that. There was just that feeling of, you know, what I'm going through.</w:t>
      </w:r>
    </w:p>
    <w:p w14:paraId="76118BE1" w14:textId="77777777" w:rsidR="00622BBB" w:rsidRDefault="00622BBB">
      <w:pPr>
        <w:spacing w:after="0"/>
      </w:pPr>
    </w:p>
    <w:p w14:paraId="1A302676" w14:textId="77777777" w:rsidR="00622BBB" w:rsidRDefault="00622BBB">
      <w:pPr>
        <w:spacing w:after="0"/>
      </w:pPr>
    </w:p>
    <w:p w14:paraId="444029C0" w14:textId="77777777" w:rsidR="00622BBB" w:rsidRDefault="00000000">
      <w:pPr>
        <w:spacing w:after="0"/>
      </w:pPr>
      <w:r>
        <w:rPr>
          <w:rFonts w:ascii="Arial" w:hAnsi="Arial"/>
        </w:rPr>
        <w:t>His dad was abusive too, so he went through this.</w:t>
      </w:r>
    </w:p>
    <w:p w14:paraId="6C8E7D05" w14:textId="77777777" w:rsidR="00622BBB" w:rsidRDefault="00622BBB">
      <w:pPr>
        <w:spacing w:after="0"/>
      </w:pPr>
    </w:p>
    <w:p w14:paraId="315F1397" w14:textId="644EA8CC" w:rsidR="00622BBB" w:rsidRDefault="00BD2C83">
      <w:pPr>
        <w:spacing w:after="0"/>
      </w:pPr>
      <w:r>
        <w:rPr>
          <w:rFonts w:ascii="Arial" w:hAnsi="Arial"/>
          <w:b/>
        </w:rPr>
        <w:t xml:space="preserve">Jeremy  </w:t>
      </w:r>
    </w:p>
    <w:p w14:paraId="277F5B8D" w14:textId="77777777" w:rsidR="00622BBB" w:rsidRDefault="00000000">
      <w:pPr>
        <w:spacing w:after="0"/>
      </w:pPr>
      <w:r>
        <w:rPr>
          <w:rFonts w:ascii="Arial" w:hAnsi="Arial"/>
        </w:rPr>
        <w:t xml:space="preserve">And then my mom, yeah, my mom decided not to get back with Paul, and I just remember her always worrying, like she was worrying about payments and bills, and how am I going to put you guys through school and </w:t>
      </w:r>
      <w:proofErr w:type="spellStart"/>
      <w:r>
        <w:rPr>
          <w:rFonts w:ascii="Arial" w:hAnsi="Arial"/>
        </w:rPr>
        <w:t>and</w:t>
      </w:r>
      <w:proofErr w:type="spellEnd"/>
      <w:r>
        <w:rPr>
          <w:rFonts w:ascii="Arial" w:hAnsi="Arial"/>
        </w:rPr>
        <w:t xml:space="preserve"> so I had An opportunity to get a job at 12, and I it was for one of the, actually the one of the guys that I went to school with ran gold, his parents old crest with growers in Kaysville.</w:t>
      </w:r>
    </w:p>
    <w:p w14:paraId="5BE805F0" w14:textId="77777777" w:rsidR="00622BBB" w:rsidRDefault="00622BBB">
      <w:pPr>
        <w:spacing w:after="0"/>
      </w:pPr>
    </w:p>
    <w:p w14:paraId="6F38C098" w14:textId="29ECBABC" w:rsidR="00622BBB" w:rsidRDefault="00BD2C83">
      <w:pPr>
        <w:spacing w:after="0"/>
      </w:pPr>
      <w:r>
        <w:rPr>
          <w:rFonts w:ascii="Arial" w:hAnsi="Arial"/>
          <w:b/>
        </w:rPr>
        <w:t>Erica</w:t>
      </w:r>
    </w:p>
    <w:p w14:paraId="6F418373" w14:textId="77777777" w:rsidR="00622BBB" w:rsidRDefault="00000000">
      <w:pPr>
        <w:spacing w:after="0"/>
      </w:pPr>
      <w:proofErr w:type="gramStart"/>
      <w:r>
        <w:rPr>
          <w:rFonts w:ascii="Arial" w:hAnsi="Arial"/>
        </w:rPr>
        <w:t>So</w:t>
      </w:r>
      <w:proofErr w:type="gramEnd"/>
      <w:r>
        <w:rPr>
          <w:rFonts w:ascii="Arial" w:hAnsi="Arial"/>
        </w:rPr>
        <w:t xml:space="preserve"> this is Hold on. I've lost where my bullet points are. I Okay, let's go. And this was around age 12 that you started</w:t>
      </w:r>
    </w:p>
    <w:p w14:paraId="3F5CB2E9" w14:textId="77777777" w:rsidR="00622BBB" w:rsidRDefault="00622BBB">
      <w:pPr>
        <w:spacing w:after="0"/>
      </w:pPr>
    </w:p>
    <w:p w14:paraId="62487048" w14:textId="1A5D8387" w:rsidR="00622BBB" w:rsidRDefault="00BD2C83">
      <w:pPr>
        <w:spacing w:after="0"/>
      </w:pPr>
      <w:r>
        <w:rPr>
          <w:rFonts w:ascii="Arial" w:hAnsi="Arial"/>
          <w:b/>
        </w:rPr>
        <w:t xml:space="preserve">Jeremy  </w:t>
      </w:r>
    </w:p>
    <w:p w14:paraId="6771B7BB" w14:textId="1A569EEC" w:rsidR="00622BBB" w:rsidRDefault="00000000">
      <w:pPr>
        <w:spacing w:after="0"/>
      </w:pPr>
      <w:r>
        <w:rPr>
          <w:rFonts w:ascii="Arial" w:hAnsi="Arial"/>
        </w:rPr>
        <w:t xml:space="preserve">after. It was about a month after my mom decided not to get back with Paul, so I felt like I needed to support the family and help her so that she didn't have to stress so much, </w:t>
      </w:r>
      <w:proofErr w:type="gramStart"/>
      <w:r>
        <w:rPr>
          <w:rFonts w:ascii="Arial" w:hAnsi="Arial"/>
        </w:rPr>
        <w:t>and also</w:t>
      </w:r>
      <w:proofErr w:type="gramEnd"/>
      <w:r>
        <w:rPr>
          <w:rFonts w:ascii="Arial" w:hAnsi="Arial"/>
        </w:rPr>
        <w:t xml:space="preserve"> so she never thought about allowing that fucking asshole back in our lives to abuse us again. </w:t>
      </w:r>
      <w:proofErr w:type="gramStart"/>
      <w:r>
        <w:rPr>
          <w:rFonts w:ascii="Arial" w:hAnsi="Arial"/>
        </w:rPr>
        <w:t>So</w:t>
      </w:r>
      <w:proofErr w:type="gramEnd"/>
      <w:r>
        <w:rPr>
          <w:rFonts w:ascii="Arial" w:hAnsi="Arial"/>
        </w:rPr>
        <w:t xml:space="preserve"> if it met me, getting a job and helping her and keeping him out of the house, I. Gladly</w:t>
      </w:r>
      <w:r w:rsidR="009D15AC">
        <w:rPr>
          <w:rFonts w:ascii="Arial" w:hAnsi="Arial"/>
        </w:rPr>
        <w:t xml:space="preserve"> </w:t>
      </w:r>
      <w:r>
        <w:rPr>
          <w:rFonts w:ascii="Arial" w:hAnsi="Arial"/>
        </w:rPr>
        <w:t>started working,</w:t>
      </w:r>
      <w:r w:rsidR="009D15AC">
        <w:rPr>
          <w:rFonts w:ascii="Arial" w:hAnsi="Arial"/>
        </w:rPr>
        <w:t xml:space="preserve"> </w:t>
      </w:r>
      <w:r>
        <w:rPr>
          <w:rFonts w:ascii="Arial" w:hAnsi="Arial"/>
        </w:rPr>
        <w:t>just so she wouldn't be fall back to security over safety. I</w:t>
      </w:r>
    </w:p>
    <w:p w14:paraId="10A26B8F" w14:textId="77777777" w:rsidR="00622BBB" w:rsidRDefault="00622BBB">
      <w:pPr>
        <w:spacing w:after="0"/>
      </w:pPr>
    </w:p>
    <w:p w14:paraId="420512A2" w14:textId="52E4789E" w:rsidR="00622BBB" w:rsidRDefault="00BD2C83">
      <w:pPr>
        <w:spacing w:after="0"/>
      </w:pPr>
      <w:r>
        <w:rPr>
          <w:rFonts w:ascii="Arial" w:hAnsi="Arial"/>
          <w:b/>
        </w:rPr>
        <w:t xml:space="preserve">Jeremy  </w:t>
      </w:r>
    </w:p>
    <w:p w14:paraId="5061F16D" w14:textId="7777F37C" w:rsidR="00622BBB" w:rsidRDefault="00000000">
      <w:pPr>
        <w:spacing w:after="0"/>
      </w:pPr>
      <w:r>
        <w:rPr>
          <w:rFonts w:ascii="Arial" w:hAnsi="Arial"/>
        </w:rPr>
        <w:t xml:space="preserve">This time, Michelle's working too soon, Michelle started working at like 14, so she had a job, and so really it was just me and Tiff that </w:t>
      </w:r>
      <w:proofErr w:type="gramStart"/>
      <w:r>
        <w:rPr>
          <w:rFonts w:ascii="Arial" w:hAnsi="Arial"/>
        </w:rPr>
        <w:t>really</w:t>
      </w:r>
      <w:proofErr w:type="gramEnd"/>
      <w:r>
        <w:rPr>
          <w:rFonts w:ascii="Arial" w:hAnsi="Arial"/>
        </w:rPr>
        <w:t xml:space="preserve"> I </w:t>
      </w:r>
      <w:proofErr w:type="spellStart"/>
      <w:r>
        <w:rPr>
          <w:rFonts w:ascii="Arial" w:hAnsi="Arial"/>
        </w:rPr>
        <w:t>I</w:t>
      </w:r>
      <w:proofErr w:type="spellEnd"/>
      <w:r>
        <w:rPr>
          <w:rFonts w:ascii="Arial" w:hAnsi="Arial"/>
        </w:rPr>
        <w:t xml:space="preserve"> just needed extra help. </w:t>
      </w:r>
      <w:proofErr w:type="gramStart"/>
      <w:r>
        <w:rPr>
          <w:rFonts w:ascii="Arial" w:hAnsi="Arial"/>
        </w:rPr>
        <w:t>So</w:t>
      </w:r>
      <w:proofErr w:type="gramEnd"/>
      <w:r>
        <w:rPr>
          <w:rFonts w:ascii="Arial" w:hAnsi="Arial"/>
        </w:rPr>
        <w:t xml:space="preserve"> she started working as a secretary for our neighbor in New York Life, and she wouldn't go home till like seven or whatever. </w:t>
      </w:r>
      <w:proofErr w:type="gramStart"/>
      <w:r>
        <w:rPr>
          <w:rFonts w:ascii="Arial" w:hAnsi="Arial"/>
        </w:rPr>
        <w:t>So</w:t>
      </w:r>
      <w:proofErr w:type="gramEnd"/>
      <w:r>
        <w:rPr>
          <w:rFonts w:ascii="Arial" w:hAnsi="Arial"/>
        </w:rPr>
        <w:t xml:space="preserve"> I would actually, I would go take the bus</w:t>
      </w:r>
      <w:r w:rsidR="009D15AC">
        <w:rPr>
          <w:rFonts w:ascii="Arial" w:hAnsi="Arial"/>
        </w:rPr>
        <w:t xml:space="preserve"> </w:t>
      </w:r>
      <w:r>
        <w:rPr>
          <w:rFonts w:ascii="Arial" w:hAnsi="Arial"/>
        </w:rPr>
        <w:t>to Crestwood growers.</w:t>
      </w:r>
    </w:p>
    <w:p w14:paraId="5877C80D" w14:textId="77777777" w:rsidR="00622BBB" w:rsidRDefault="00622BBB">
      <w:pPr>
        <w:spacing w:after="0"/>
      </w:pPr>
    </w:p>
    <w:p w14:paraId="06427251" w14:textId="2F3F433C" w:rsidR="00622BBB" w:rsidRDefault="00BD2C83">
      <w:pPr>
        <w:spacing w:after="0"/>
      </w:pPr>
      <w:r>
        <w:rPr>
          <w:rFonts w:ascii="Arial" w:hAnsi="Arial"/>
          <w:b/>
        </w:rPr>
        <w:t xml:space="preserve">Jeremy  </w:t>
      </w:r>
    </w:p>
    <w:p w14:paraId="3E284DDD" w14:textId="77777777" w:rsidR="00622BBB" w:rsidRDefault="00000000">
      <w:pPr>
        <w:spacing w:after="0"/>
      </w:pPr>
      <w:proofErr w:type="gramStart"/>
      <w:r>
        <w:rPr>
          <w:rFonts w:ascii="Arial" w:hAnsi="Arial"/>
        </w:rPr>
        <w:t>So</w:t>
      </w:r>
      <w:proofErr w:type="gramEnd"/>
      <w:r>
        <w:rPr>
          <w:rFonts w:ascii="Arial" w:hAnsi="Arial"/>
        </w:rPr>
        <w:t xml:space="preserve"> I was working. I was working weekends at first, and it became some nights and weekends. </w:t>
      </w:r>
      <w:proofErr w:type="gramStart"/>
      <w:r>
        <w:rPr>
          <w:rFonts w:ascii="Arial" w:hAnsi="Arial"/>
        </w:rPr>
        <w:t>So</w:t>
      </w:r>
      <w:proofErr w:type="gramEnd"/>
      <w:r>
        <w:rPr>
          <w:rFonts w:ascii="Arial" w:hAnsi="Arial"/>
        </w:rPr>
        <w:t xml:space="preserve"> I get off the bus on Friday and go work. What was the name of the business? Crestwood growers,</w:t>
      </w:r>
    </w:p>
    <w:p w14:paraId="2B3FF938" w14:textId="77777777" w:rsidR="00622BBB" w:rsidRDefault="00622BBB">
      <w:pPr>
        <w:spacing w:after="0"/>
      </w:pPr>
    </w:p>
    <w:p w14:paraId="50489C54" w14:textId="77777777" w:rsidR="00622BBB" w:rsidRDefault="00622BBB">
      <w:pPr>
        <w:spacing w:after="0"/>
      </w:pPr>
    </w:p>
    <w:p w14:paraId="0CA22B32" w14:textId="77777777" w:rsidR="00622BBB" w:rsidRDefault="00000000">
      <w:pPr>
        <w:spacing w:after="0"/>
      </w:pPr>
      <w:r>
        <w:rPr>
          <w:rFonts w:ascii="Arial" w:hAnsi="Arial"/>
        </w:rPr>
        <w:t>C, R, E, S, T,</w:t>
      </w:r>
    </w:p>
    <w:p w14:paraId="445FC720" w14:textId="77777777" w:rsidR="00622BBB" w:rsidRDefault="00622BBB">
      <w:pPr>
        <w:spacing w:after="0"/>
      </w:pPr>
    </w:p>
    <w:p w14:paraId="2966E5AD" w14:textId="7A68D1A6" w:rsidR="00622BBB" w:rsidRDefault="00BD2C83">
      <w:pPr>
        <w:spacing w:after="0"/>
      </w:pPr>
      <w:r>
        <w:rPr>
          <w:rFonts w:ascii="Arial" w:hAnsi="Arial"/>
          <w:b/>
        </w:rPr>
        <w:t xml:space="preserve">Jeremy  </w:t>
      </w:r>
    </w:p>
    <w:p w14:paraId="6B85E986" w14:textId="77777777" w:rsidR="00622BBB" w:rsidRDefault="00000000">
      <w:pPr>
        <w:spacing w:after="0"/>
      </w:pPr>
      <w:r>
        <w:rPr>
          <w:rFonts w:ascii="Arial" w:hAnsi="Arial"/>
        </w:rPr>
        <w:t xml:space="preserve">yep. Sorry. Growers and nursery, okay, they're </w:t>
      </w:r>
      <w:proofErr w:type="gramStart"/>
      <w:r>
        <w:rPr>
          <w:rFonts w:ascii="Arial" w:hAnsi="Arial"/>
        </w:rPr>
        <w:t>actually still</w:t>
      </w:r>
      <w:proofErr w:type="gramEnd"/>
      <w:r>
        <w:rPr>
          <w:rFonts w:ascii="Arial" w:hAnsi="Arial"/>
        </w:rPr>
        <w:t xml:space="preserve"> in business, I believe, but</w:t>
      </w:r>
    </w:p>
    <w:p w14:paraId="0B5CA50E" w14:textId="77777777" w:rsidR="00622BBB" w:rsidRDefault="00622BBB">
      <w:pPr>
        <w:spacing w:after="0"/>
      </w:pPr>
    </w:p>
    <w:p w14:paraId="7C34C8CC" w14:textId="77777777" w:rsidR="00622BBB" w:rsidRDefault="00622BBB">
      <w:pPr>
        <w:spacing w:after="0"/>
      </w:pPr>
    </w:p>
    <w:p w14:paraId="10083B97" w14:textId="77777777" w:rsidR="00622BBB" w:rsidRDefault="00000000">
      <w:pPr>
        <w:spacing w:after="0"/>
      </w:pPr>
      <w:r>
        <w:rPr>
          <w:rFonts w:ascii="Arial" w:hAnsi="Arial"/>
        </w:rPr>
        <w:lastRenderedPageBreak/>
        <w:t>you would work pretty much all weekends, yep,</w:t>
      </w:r>
    </w:p>
    <w:p w14:paraId="26E2BE8A" w14:textId="77777777" w:rsidR="00622BBB" w:rsidRDefault="00622BBB">
      <w:pPr>
        <w:spacing w:after="0"/>
      </w:pPr>
    </w:p>
    <w:p w14:paraId="63B46DD3" w14:textId="06795202" w:rsidR="00622BBB" w:rsidRDefault="00BD2C83">
      <w:pPr>
        <w:spacing w:after="0"/>
      </w:pPr>
      <w:r>
        <w:rPr>
          <w:rFonts w:ascii="Arial" w:hAnsi="Arial"/>
          <w:b/>
        </w:rPr>
        <w:t xml:space="preserve">Jeremy  </w:t>
      </w:r>
    </w:p>
    <w:p w14:paraId="23F27CB0" w14:textId="7D32C1B7" w:rsidR="00622BBB" w:rsidRDefault="00000000">
      <w:pPr>
        <w:spacing w:after="0"/>
      </w:pPr>
      <w:proofErr w:type="gramStart"/>
      <w:r>
        <w:rPr>
          <w:rFonts w:ascii="Arial" w:hAnsi="Arial"/>
        </w:rPr>
        <w:t>so</w:t>
      </w:r>
      <w:proofErr w:type="gramEnd"/>
      <w:r>
        <w:rPr>
          <w:rFonts w:ascii="Arial" w:hAnsi="Arial"/>
        </w:rPr>
        <w:t xml:space="preserve"> I get off the bus on Friday. Mom would pick me up like six at night, or I just ride </w:t>
      </w:r>
      <w:proofErr w:type="gramStart"/>
      <w:r>
        <w:rPr>
          <w:rFonts w:ascii="Arial" w:hAnsi="Arial"/>
        </w:rPr>
        <w:t>my</w:t>
      </w:r>
      <w:proofErr w:type="gramEnd"/>
      <w:r>
        <w:rPr>
          <w:rFonts w:ascii="Arial" w:hAnsi="Arial"/>
        </w:rPr>
        <w:t xml:space="preserve"> so I'd ride my bike. And then on the weekends, they had another place that was right down off of mountain hollow, closer at my house, at a whole </w:t>
      </w:r>
      <w:proofErr w:type="gramStart"/>
      <w:r>
        <w:rPr>
          <w:rFonts w:ascii="Arial" w:hAnsi="Arial"/>
        </w:rPr>
        <w:t>five acre</w:t>
      </w:r>
      <w:proofErr w:type="gramEnd"/>
      <w:r>
        <w:rPr>
          <w:rFonts w:ascii="Arial" w:hAnsi="Arial"/>
        </w:rPr>
        <w:t xml:space="preserve"> area, their main supply, their main area. </w:t>
      </w:r>
      <w:proofErr w:type="gramStart"/>
      <w:r>
        <w:rPr>
          <w:rFonts w:ascii="Arial" w:hAnsi="Arial"/>
        </w:rPr>
        <w:t>So</w:t>
      </w:r>
      <w:proofErr w:type="gramEnd"/>
      <w:r>
        <w:rPr>
          <w:rFonts w:ascii="Arial" w:hAnsi="Arial"/>
        </w:rPr>
        <w:t xml:space="preserve"> I'd bike up there and I'd work. And then during the week, I would take care, take care of Paisley</w:t>
      </w:r>
      <w:r w:rsidR="009D15AC">
        <w:rPr>
          <w:rFonts w:ascii="Arial" w:hAnsi="Arial"/>
        </w:rPr>
        <w:t xml:space="preserve"> </w:t>
      </w:r>
      <w:r>
        <w:rPr>
          <w:rFonts w:ascii="Arial" w:hAnsi="Arial"/>
        </w:rPr>
        <w:t>or Tiffany.</w:t>
      </w:r>
    </w:p>
    <w:p w14:paraId="28A621AA" w14:textId="77777777" w:rsidR="00622BBB" w:rsidRDefault="00622BBB">
      <w:pPr>
        <w:spacing w:after="0"/>
      </w:pPr>
    </w:p>
    <w:p w14:paraId="08663ECE" w14:textId="77777777" w:rsidR="00622BBB" w:rsidRDefault="00622BBB">
      <w:pPr>
        <w:spacing w:after="0"/>
      </w:pPr>
    </w:p>
    <w:p w14:paraId="55841DF8" w14:textId="77777777" w:rsidR="00622BBB" w:rsidRDefault="00000000">
      <w:pPr>
        <w:spacing w:after="0"/>
      </w:pPr>
      <w:r>
        <w:rPr>
          <w:rFonts w:ascii="Arial" w:hAnsi="Arial"/>
        </w:rPr>
        <w:t>Okay, I think we need to point that out. Hold on just a second. You.</w:t>
      </w:r>
    </w:p>
    <w:p w14:paraId="487E8CF8" w14:textId="77777777" w:rsidR="00622BBB" w:rsidRDefault="00622BBB">
      <w:pPr>
        <w:spacing w:after="0"/>
      </w:pPr>
    </w:p>
    <w:p w14:paraId="39F2EE65" w14:textId="77777777" w:rsidR="00622BBB" w:rsidRDefault="00622BBB">
      <w:pPr>
        <w:spacing w:after="0"/>
      </w:pPr>
    </w:p>
    <w:p w14:paraId="37B06C89" w14:textId="77777777" w:rsidR="00622BBB" w:rsidRDefault="00000000">
      <w:pPr>
        <w:spacing w:after="0"/>
      </w:pPr>
      <w:r>
        <w:rPr>
          <w:rFonts w:ascii="Arial" w:hAnsi="Arial"/>
        </w:rPr>
        <w:t>I'll get into that more later. Okay,</w:t>
      </w:r>
    </w:p>
    <w:p w14:paraId="0640A76E" w14:textId="77777777" w:rsidR="00622BBB" w:rsidRDefault="00622BBB">
      <w:pPr>
        <w:spacing w:after="0"/>
      </w:pPr>
    </w:p>
    <w:p w14:paraId="7963CA66" w14:textId="2FE1325A" w:rsidR="00622BBB" w:rsidRDefault="00BD2C83">
      <w:pPr>
        <w:spacing w:after="0"/>
      </w:pPr>
      <w:r>
        <w:rPr>
          <w:rFonts w:ascii="Arial" w:hAnsi="Arial"/>
          <w:b/>
        </w:rPr>
        <w:t xml:space="preserve">Jeremy  </w:t>
      </w:r>
    </w:p>
    <w:p w14:paraId="0458A80A" w14:textId="77777777" w:rsidR="00622BBB" w:rsidRDefault="00000000">
      <w:pPr>
        <w:spacing w:after="0"/>
      </w:pPr>
      <w:r>
        <w:rPr>
          <w:rFonts w:ascii="Arial" w:hAnsi="Arial"/>
        </w:rPr>
        <w:t xml:space="preserve">um, that's probably why. That's why, like, I already took care of TIFF. That's probably another reason that I didn't want to have a kid is I've already taken care of one. I was like, like, I was her father. Like, I just, I don't know, I was just, like, lost my childhood and but it </w:t>
      </w:r>
      <w:proofErr w:type="gramStart"/>
      <w:r>
        <w:rPr>
          <w:rFonts w:ascii="Arial" w:hAnsi="Arial"/>
        </w:rPr>
        <w:t>definitely was</w:t>
      </w:r>
      <w:proofErr w:type="gramEnd"/>
      <w:r>
        <w:rPr>
          <w:rFonts w:ascii="Arial" w:hAnsi="Arial"/>
        </w:rPr>
        <w:t xml:space="preserve"> I learned quick, like, I just learned what not to do. So, yeah, I was taking care of tiff like she'd get home from school, I would watch her from school, from time she got off school to making her dinner, like, that's where I learned to cook is I would just literally started, I get into the spice cabinet of my mom's and I would just taste test everything to see what tasted good. So that's how I learned how to cook, is taste testing</w:t>
      </w:r>
    </w:p>
    <w:p w14:paraId="58333A35" w14:textId="77777777" w:rsidR="00622BBB" w:rsidRDefault="00622BBB">
      <w:pPr>
        <w:spacing w:after="0"/>
      </w:pPr>
    </w:p>
    <w:p w14:paraId="404CF465" w14:textId="01F137B9" w:rsidR="00622BBB" w:rsidRDefault="00BD2C83">
      <w:pPr>
        <w:spacing w:after="0"/>
      </w:pPr>
      <w:r>
        <w:rPr>
          <w:rFonts w:ascii="Arial" w:hAnsi="Arial"/>
          <w:b/>
        </w:rPr>
        <w:t>Erica</w:t>
      </w:r>
    </w:p>
    <w:p w14:paraId="6348AB2B" w14:textId="77777777" w:rsidR="00622BBB" w:rsidRDefault="00000000">
      <w:pPr>
        <w:spacing w:after="0"/>
      </w:pPr>
      <w:r>
        <w:rPr>
          <w:rFonts w:ascii="Arial" w:hAnsi="Arial"/>
        </w:rPr>
        <w:t xml:space="preserve">word I are so much alike. That's how I cook. I don't use recipes really. I just based off what the smell is and like, I'll put two smells together and be like, </w:t>
      </w:r>
      <w:proofErr w:type="gramStart"/>
      <w:r>
        <w:rPr>
          <w:rFonts w:ascii="Arial" w:hAnsi="Arial"/>
        </w:rPr>
        <w:t>Hmm</w:t>
      </w:r>
      <w:proofErr w:type="gramEnd"/>
      <w:r>
        <w:rPr>
          <w:rFonts w:ascii="Arial" w:hAnsi="Arial"/>
        </w:rPr>
        <w:t>, does this work? Or that's hilarious. Okay, so cooking, helping her with her homework, I'm assuming.</w:t>
      </w:r>
    </w:p>
    <w:p w14:paraId="75DB80B6" w14:textId="77777777" w:rsidR="00622BBB" w:rsidRDefault="00622BBB">
      <w:pPr>
        <w:spacing w:after="0"/>
      </w:pPr>
    </w:p>
    <w:p w14:paraId="00E5BC22" w14:textId="00E3BF78" w:rsidR="00622BBB" w:rsidRDefault="00BD2C83">
      <w:pPr>
        <w:spacing w:after="0"/>
      </w:pPr>
      <w:r>
        <w:rPr>
          <w:rFonts w:ascii="Arial" w:hAnsi="Arial"/>
          <w:b/>
        </w:rPr>
        <w:t xml:space="preserve">Jeremy  </w:t>
      </w:r>
    </w:p>
    <w:p w14:paraId="086F1B21" w14:textId="77777777" w:rsidR="00622BBB" w:rsidRDefault="00000000">
      <w:pPr>
        <w:spacing w:after="0"/>
      </w:pPr>
      <w:r>
        <w:rPr>
          <w:rFonts w:ascii="Arial" w:hAnsi="Arial"/>
        </w:rPr>
        <w:t xml:space="preserve">Yeah. I. Everything, like getting her TV shows like it's just everything, like getting her bathed and ready for ready for the night, like, so my mom got home, she was in her </w:t>
      </w:r>
      <w:proofErr w:type="spellStart"/>
      <w:r>
        <w:rPr>
          <w:rFonts w:ascii="Arial" w:hAnsi="Arial"/>
        </w:rPr>
        <w:t>jamas</w:t>
      </w:r>
      <w:proofErr w:type="spellEnd"/>
      <w:r>
        <w:rPr>
          <w:rFonts w:ascii="Arial" w:hAnsi="Arial"/>
        </w:rPr>
        <w:t xml:space="preserve"> and ready to go. I</w:t>
      </w:r>
    </w:p>
    <w:p w14:paraId="29706C00" w14:textId="77777777" w:rsidR="00622BBB" w:rsidRDefault="00622BBB">
      <w:pPr>
        <w:spacing w:after="0"/>
      </w:pPr>
    </w:p>
    <w:p w14:paraId="58EC0504" w14:textId="77777777" w:rsidR="00622BBB" w:rsidRDefault="00622BBB">
      <w:pPr>
        <w:spacing w:after="0"/>
      </w:pPr>
    </w:p>
    <w:p w14:paraId="718957CF" w14:textId="77777777" w:rsidR="00622BBB" w:rsidRDefault="00000000">
      <w:pPr>
        <w:spacing w:after="0"/>
      </w:pPr>
      <w:r>
        <w:rPr>
          <w:rFonts w:ascii="Arial" w:hAnsi="Arial"/>
        </w:rPr>
        <w:t>Okay, so,</w:t>
      </w:r>
    </w:p>
    <w:p w14:paraId="3CFA9131" w14:textId="77777777" w:rsidR="00622BBB" w:rsidRDefault="00622BBB">
      <w:pPr>
        <w:spacing w:after="0"/>
      </w:pPr>
    </w:p>
    <w:p w14:paraId="73A0DB57" w14:textId="1F9DE213" w:rsidR="00622BBB" w:rsidRDefault="00BD2C83">
      <w:pPr>
        <w:spacing w:after="0"/>
      </w:pPr>
      <w:r>
        <w:rPr>
          <w:rFonts w:ascii="Arial" w:hAnsi="Arial"/>
          <w:b/>
        </w:rPr>
        <w:t>Erica</w:t>
      </w:r>
    </w:p>
    <w:p w14:paraId="7FA8BE00" w14:textId="47A72F40" w:rsidR="00622BBB" w:rsidRDefault="00000000">
      <w:pPr>
        <w:spacing w:after="0"/>
      </w:pPr>
      <w:r>
        <w:rPr>
          <w:rFonts w:ascii="Arial" w:hAnsi="Arial"/>
        </w:rPr>
        <w:t xml:space="preserve">okay, so now you're 12 years old. </w:t>
      </w:r>
    </w:p>
    <w:p w14:paraId="078E0D40" w14:textId="77777777" w:rsidR="00622BBB" w:rsidRDefault="00622BBB">
      <w:pPr>
        <w:spacing w:after="0"/>
      </w:pPr>
    </w:p>
    <w:p w14:paraId="6F9EFE7A" w14:textId="441F51F2" w:rsidR="00622BBB" w:rsidRDefault="00BD2C83">
      <w:pPr>
        <w:spacing w:after="0"/>
      </w:pPr>
      <w:r>
        <w:rPr>
          <w:rFonts w:ascii="Arial" w:hAnsi="Arial"/>
          <w:b/>
        </w:rPr>
        <w:t>Erica</w:t>
      </w:r>
    </w:p>
    <w:p w14:paraId="2FEB4BB9" w14:textId="7CFE7596" w:rsidR="00622BBB" w:rsidRDefault="00000000">
      <w:pPr>
        <w:spacing w:after="0"/>
      </w:pPr>
      <w:r>
        <w:rPr>
          <w:rFonts w:ascii="Arial" w:hAnsi="Arial"/>
        </w:rPr>
        <w:t xml:space="preserve"> </w:t>
      </w:r>
      <w:proofErr w:type="gramStart"/>
      <w:r>
        <w:rPr>
          <w:rFonts w:ascii="Arial" w:hAnsi="Arial"/>
        </w:rPr>
        <w:t>So</w:t>
      </w:r>
      <w:proofErr w:type="gramEnd"/>
      <w:r>
        <w:rPr>
          <w:rFonts w:ascii="Arial" w:hAnsi="Arial"/>
        </w:rPr>
        <w:t xml:space="preserve"> age 12, pretty much on right 12</w:t>
      </w:r>
      <w:r w:rsidR="00E7453A">
        <w:rPr>
          <w:rFonts w:ascii="Arial" w:hAnsi="Arial"/>
        </w:rPr>
        <w:t xml:space="preserve"> I was “</w:t>
      </w:r>
      <w:r>
        <w:rPr>
          <w:rFonts w:ascii="Arial" w:hAnsi="Arial"/>
        </w:rPr>
        <w:t>dad</w:t>
      </w:r>
      <w:r w:rsidR="00E7453A">
        <w:rPr>
          <w:rFonts w:ascii="Arial" w:hAnsi="Arial"/>
        </w:rPr>
        <w:t>”</w:t>
      </w:r>
      <w:r>
        <w:rPr>
          <w:rFonts w:ascii="Arial" w:hAnsi="Arial"/>
        </w:rPr>
        <w:t xml:space="preserve"> to her</w:t>
      </w:r>
    </w:p>
    <w:p w14:paraId="70C4B4BF" w14:textId="77777777" w:rsidR="00622BBB" w:rsidRDefault="00622BBB">
      <w:pPr>
        <w:spacing w:after="0"/>
      </w:pPr>
    </w:p>
    <w:p w14:paraId="4556FA99" w14:textId="529E69AB" w:rsidR="00622BBB" w:rsidRDefault="00BD2C83">
      <w:pPr>
        <w:spacing w:after="0"/>
      </w:pPr>
      <w:r>
        <w:rPr>
          <w:rFonts w:ascii="Arial" w:hAnsi="Arial"/>
          <w:b/>
        </w:rPr>
        <w:t>Erica</w:t>
      </w:r>
    </w:p>
    <w:p w14:paraId="34D8991F" w14:textId="77777777" w:rsidR="00622BBB" w:rsidRDefault="00000000">
      <w:pPr>
        <w:spacing w:after="0"/>
      </w:pPr>
      <w:r>
        <w:rPr>
          <w:rFonts w:ascii="Arial" w:hAnsi="Arial"/>
        </w:rPr>
        <w:t>dad. Were you going to school? Yeah,</w:t>
      </w:r>
    </w:p>
    <w:p w14:paraId="7477166C" w14:textId="77777777" w:rsidR="00622BBB" w:rsidRDefault="00622BBB">
      <w:pPr>
        <w:spacing w:after="0"/>
      </w:pPr>
    </w:p>
    <w:p w14:paraId="17A4171C" w14:textId="77777777" w:rsidR="00622BBB" w:rsidRDefault="00622BBB">
      <w:pPr>
        <w:spacing w:after="0"/>
      </w:pPr>
    </w:p>
    <w:p w14:paraId="0D1759FA" w14:textId="77777777" w:rsidR="00622BBB" w:rsidRDefault="00000000">
      <w:pPr>
        <w:spacing w:after="0"/>
      </w:pPr>
      <w:r>
        <w:rPr>
          <w:rFonts w:ascii="Arial" w:hAnsi="Arial"/>
        </w:rPr>
        <w:t>still being bullied, yeah.</w:t>
      </w:r>
    </w:p>
    <w:p w14:paraId="53E38643" w14:textId="77777777" w:rsidR="00622BBB" w:rsidRDefault="00622BBB">
      <w:pPr>
        <w:spacing w:after="0"/>
      </w:pPr>
    </w:p>
    <w:p w14:paraId="5AA2AC41" w14:textId="588AAAAA" w:rsidR="00622BBB" w:rsidRDefault="00BD2C83">
      <w:pPr>
        <w:spacing w:after="0"/>
      </w:pPr>
      <w:r>
        <w:rPr>
          <w:rFonts w:ascii="Arial" w:hAnsi="Arial"/>
          <w:b/>
        </w:rPr>
        <w:t xml:space="preserve">Jeremy  </w:t>
      </w:r>
    </w:p>
    <w:p w14:paraId="2DB71361" w14:textId="77777777" w:rsidR="00622BBB" w:rsidRDefault="00000000">
      <w:pPr>
        <w:spacing w:after="0"/>
      </w:pPr>
      <w:r>
        <w:rPr>
          <w:rFonts w:ascii="Arial" w:hAnsi="Arial"/>
        </w:rPr>
        <w:t>But that was only being bullied at school, so it was a lot easier to go about life,</w:t>
      </w:r>
    </w:p>
    <w:p w14:paraId="636F3AF1" w14:textId="77777777" w:rsidR="00622BBB" w:rsidRDefault="00622BBB">
      <w:pPr>
        <w:spacing w:after="0"/>
      </w:pPr>
    </w:p>
    <w:p w14:paraId="3D350D10" w14:textId="77777777" w:rsidR="00622BBB" w:rsidRDefault="00622BBB">
      <w:pPr>
        <w:spacing w:after="0"/>
      </w:pPr>
    </w:p>
    <w:p w14:paraId="3742ECAA" w14:textId="29681FBE" w:rsidR="00622BBB" w:rsidRDefault="00000000">
      <w:pPr>
        <w:spacing w:after="0"/>
      </w:pPr>
      <w:r>
        <w:rPr>
          <w:rFonts w:ascii="Arial" w:hAnsi="Arial"/>
        </w:rPr>
        <w:t xml:space="preserve">still being bullied, </w:t>
      </w:r>
      <w:r w:rsidR="00E7453A">
        <w:rPr>
          <w:rFonts w:ascii="Arial" w:hAnsi="Arial"/>
        </w:rPr>
        <w:t xml:space="preserve">which is a relief. </w:t>
      </w:r>
    </w:p>
    <w:p w14:paraId="1D7E0509" w14:textId="77777777" w:rsidR="00622BBB" w:rsidRDefault="00622BBB">
      <w:pPr>
        <w:spacing w:after="0"/>
      </w:pPr>
    </w:p>
    <w:p w14:paraId="0693E47E" w14:textId="5A965781" w:rsidR="00622BBB" w:rsidRDefault="00BD2C83">
      <w:pPr>
        <w:spacing w:after="0"/>
      </w:pPr>
      <w:r>
        <w:rPr>
          <w:rFonts w:ascii="Arial" w:hAnsi="Arial"/>
          <w:b/>
        </w:rPr>
        <w:t>Erica</w:t>
      </w:r>
    </w:p>
    <w:p w14:paraId="72B16E6B" w14:textId="4AA343BB" w:rsidR="00622BBB" w:rsidRDefault="00000000">
      <w:pPr>
        <w:spacing w:after="0"/>
      </w:pPr>
      <w:r>
        <w:rPr>
          <w:rFonts w:ascii="Arial" w:hAnsi="Arial"/>
        </w:rPr>
        <w:t>Okay, um, how many hours were you working? Do you know? Do you remember</w:t>
      </w:r>
    </w:p>
    <w:p w14:paraId="1BE5E500" w14:textId="77777777" w:rsidR="00622BBB" w:rsidRDefault="00622BBB">
      <w:pPr>
        <w:spacing w:after="0"/>
      </w:pPr>
    </w:p>
    <w:p w14:paraId="5D8EFAA7" w14:textId="77777777" w:rsidR="00622BBB" w:rsidRDefault="00622BBB">
      <w:pPr>
        <w:spacing w:after="0"/>
      </w:pPr>
    </w:p>
    <w:p w14:paraId="5132C7B6" w14:textId="77777777" w:rsidR="00622BBB" w:rsidRDefault="00000000">
      <w:pPr>
        <w:spacing w:after="0"/>
      </w:pPr>
      <w:r>
        <w:rPr>
          <w:rFonts w:ascii="Arial" w:hAnsi="Arial"/>
        </w:rPr>
        <w:t>I was probably</w:t>
      </w:r>
    </w:p>
    <w:p w14:paraId="2424724D" w14:textId="77777777" w:rsidR="00622BBB" w:rsidRDefault="00622BBB">
      <w:pPr>
        <w:spacing w:after="0"/>
      </w:pPr>
    </w:p>
    <w:p w14:paraId="2541BE01" w14:textId="481F1FF4" w:rsidR="00622BBB" w:rsidRDefault="00BD2C83">
      <w:pPr>
        <w:spacing w:after="0"/>
      </w:pPr>
      <w:r>
        <w:rPr>
          <w:rFonts w:ascii="Arial" w:hAnsi="Arial"/>
          <w:b/>
        </w:rPr>
        <w:t>Erica</w:t>
      </w:r>
    </w:p>
    <w:p w14:paraId="6622F185" w14:textId="77777777" w:rsidR="00622BBB" w:rsidRDefault="00000000">
      <w:pPr>
        <w:spacing w:after="0"/>
      </w:pPr>
      <w:r>
        <w:rPr>
          <w:rFonts w:ascii="Arial" w:hAnsi="Arial"/>
        </w:rPr>
        <w:t xml:space="preserve">12 years old working? I mean, just </w:t>
      </w:r>
      <w:proofErr w:type="spellStart"/>
      <w:r>
        <w:rPr>
          <w:rFonts w:ascii="Arial" w:hAnsi="Arial"/>
        </w:rPr>
        <w:t>just</w:t>
      </w:r>
      <w:proofErr w:type="spellEnd"/>
      <w:r>
        <w:rPr>
          <w:rFonts w:ascii="Arial" w:hAnsi="Arial"/>
        </w:rPr>
        <w:t xml:space="preserve"> My mind is blown so I could just put working but,</w:t>
      </w:r>
    </w:p>
    <w:p w14:paraId="65986E41" w14:textId="77777777" w:rsidR="00622BBB" w:rsidRDefault="00622BBB">
      <w:pPr>
        <w:spacing w:after="0"/>
      </w:pPr>
    </w:p>
    <w:p w14:paraId="23CAA5E2" w14:textId="624D858E" w:rsidR="00622BBB" w:rsidRDefault="00BD2C83">
      <w:pPr>
        <w:spacing w:after="0"/>
      </w:pPr>
      <w:r>
        <w:rPr>
          <w:rFonts w:ascii="Arial" w:hAnsi="Arial"/>
          <w:b/>
        </w:rPr>
        <w:t xml:space="preserve">Jeremy  </w:t>
      </w:r>
    </w:p>
    <w:p w14:paraId="304A82A7" w14:textId="77777777" w:rsidR="00622BBB" w:rsidRDefault="00000000">
      <w:pPr>
        <w:spacing w:after="0"/>
      </w:pPr>
      <w:r>
        <w:rPr>
          <w:rFonts w:ascii="Arial" w:hAnsi="Arial"/>
        </w:rPr>
        <w:t xml:space="preserve">man, I remember Saturdays were 12 to 12. Like </w:t>
      </w:r>
      <w:proofErr w:type="gramStart"/>
      <w:r>
        <w:rPr>
          <w:rFonts w:ascii="Arial" w:hAnsi="Arial"/>
        </w:rPr>
        <w:t>12 hour</w:t>
      </w:r>
      <w:proofErr w:type="gramEnd"/>
      <w:r>
        <w:rPr>
          <w:rFonts w:ascii="Arial" w:hAnsi="Arial"/>
        </w:rPr>
        <w:t xml:space="preserve"> days, it was seven to seven, or like seven to seven towards us. Like,</w:t>
      </w:r>
    </w:p>
    <w:p w14:paraId="3583194F" w14:textId="77777777" w:rsidR="00622BBB" w:rsidRDefault="00622BBB">
      <w:pPr>
        <w:spacing w:after="0"/>
      </w:pPr>
    </w:p>
    <w:p w14:paraId="016EC0F9" w14:textId="0D49578C" w:rsidR="00622BBB" w:rsidRDefault="00BD2C83">
      <w:pPr>
        <w:spacing w:after="0"/>
      </w:pPr>
      <w:r>
        <w:rPr>
          <w:rFonts w:ascii="Arial" w:hAnsi="Arial"/>
          <w:b/>
        </w:rPr>
        <w:t>Erica</w:t>
      </w:r>
    </w:p>
    <w:p w14:paraId="10EDB8B2" w14:textId="77777777" w:rsidR="00622BBB" w:rsidRDefault="00000000">
      <w:pPr>
        <w:spacing w:after="0"/>
      </w:pPr>
      <w:r>
        <w:rPr>
          <w:rFonts w:ascii="Arial" w:hAnsi="Arial"/>
        </w:rPr>
        <w:t>what if we just 20 hours a week? Yeah, it was</w:t>
      </w:r>
    </w:p>
    <w:p w14:paraId="0AD34CE6" w14:textId="77777777" w:rsidR="00622BBB" w:rsidRDefault="00622BBB">
      <w:pPr>
        <w:spacing w:after="0"/>
      </w:pPr>
    </w:p>
    <w:p w14:paraId="6739D66D" w14:textId="77777777" w:rsidR="00622BBB" w:rsidRDefault="00622BBB">
      <w:pPr>
        <w:spacing w:after="0"/>
      </w:pPr>
    </w:p>
    <w:p w14:paraId="30E40501" w14:textId="77777777" w:rsidR="00622BBB" w:rsidRDefault="00000000">
      <w:pPr>
        <w:spacing w:after="0"/>
      </w:pPr>
      <w:r>
        <w:rPr>
          <w:rFonts w:ascii="Arial" w:hAnsi="Arial"/>
        </w:rPr>
        <w:t>Yeah, easily, 20 to 25 hours a week. I</w:t>
      </w:r>
    </w:p>
    <w:p w14:paraId="36A0BAA6" w14:textId="77777777" w:rsidR="00622BBB" w:rsidRDefault="00622BBB">
      <w:pPr>
        <w:spacing w:after="0"/>
      </w:pPr>
    </w:p>
    <w:p w14:paraId="4F25507D" w14:textId="75C319D7" w:rsidR="00622BBB" w:rsidRDefault="00BD2C83">
      <w:pPr>
        <w:spacing w:after="0"/>
      </w:pPr>
      <w:r>
        <w:rPr>
          <w:rFonts w:ascii="Arial" w:hAnsi="Arial"/>
          <w:b/>
        </w:rPr>
        <w:t>Erica</w:t>
      </w:r>
    </w:p>
    <w:p w14:paraId="658DB19C" w14:textId="77777777" w:rsidR="00622BBB" w:rsidRDefault="00000000">
      <w:pPr>
        <w:spacing w:after="0"/>
      </w:pPr>
      <w:r>
        <w:rPr>
          <w:rFonts w:ascii="Arial" w:hAnsi="Arial"/>
        </w:rPr>
        <w:t>Uh, wow, Jeremy, if I thought I loved you before Jesus Christ like you are, you're probably the strongest man I've ever met in my life, and I always thought that was my dad. Okay, age 12, so like, did anything change, really, over the next two or three years? Was it still working, still filling the dad role?</w:t>
      </w:r>
    </w:p>
    <w:p w14:paraId="07E3A496" w14:textId="77777777" w:rsidR="00622BBB" w:rsidRDefault="00622BBB">
      <w:pPr>
        <w:spacing w:after="0"/>
      </w:pPr>
    </w:p>
    <w:p w14:paraId="432DCC15" w14:textId="2EB95747" w:rsidR="00622BBB" w:rsidRDefault="00BD2C83">
      <w:pPr>
        <w:spacing w:after="0"/>
      </w:pPr>
      <w:r>
        <w:rPr>
          <w:rFonts w:ascii="Arial" w:hAnsi="Arial"/>
          <w:b/>
        </w:rPr>
        <w:t xml:space="preserve">Jeremy  </w:t>
      </w:r>
    </w:p>
    <w:p w14:paraId="4EFB274E" w14:textId="77777777" w:rsidR="00622BBB" w:rsidRDefault="00000000">
      <w:pPr>
        <w:spacing w:after="0"/>
      </w:pPr>
      <w:r>
        <w:rPr>
          <w:rFonts w:ascii="Arial" w:hAnsi="Arial"/>
        </w:rPr>
        <w:t xml:space="preserve">Still? It's about like 15 is when I switched jobs. </w:t>
      </w:r>
      <w:proofErr w:type="gramStart"/>
      <w:r>
        <w:rPr>
          <w:rFonts w:ascii="Arial" w:hAnsi="Arial"/>
        </w:rPr>
        <w:t>So</w:t>
      </w:r>
      <w:proofErr w:type="gramEnd"/>
      <w:r>
        <w:rPr>
          <w:rFonts w:ascii="Arial" w:hAnsi="Arial"/>
        </w:rPr>
        <w:t xml:space="preserve"> I actually got a job with my bishop doing footings and foundations.</w:t>
      </w:r>
    </w:p>
    <w:p w14:paraId="141FC7D6" w14:textId="77777777" w:rsidR="00622BBB" w:rsidRDefault="00622BBB">
      <w:pPr>
        <w:spacing w:after="0"/>
      </w:pPr>
    </w:p>
    <w:p w14:paraId="224210D2" w14:textId="77777777" w:rsidR="00622BBB" w:rsidRDefault="00622BBB">
      <w:pPr>
        <w:spacing w:after="0"/>
      </w:pPr>
    </w:p>
    <w:p w14:paraId="5B8C04FB" w14:textId="77777777" w:rsidR="00622BBB" w:rsidRDefault="00000000">
      <w:pPr>
        <w:spacing w:after="0"/>
      </w:pPr>
      <w:r>
        <w:rPr>
          <w:rFonts w:ascii="Arial" w:hAnsi="Arial"/>
        </w:rPr>
        <w:t>Oh, were you Mormon? Yeah. Well,</w:t>
      </w:r>
    </w:p>
    <w:p w14:paraId="25A7EFF8" w14:textId="77777777" w:rsidR="00622BBB" w:rsidRDefault="00622BBB">
      <w:pPr>
        <w:spacing w:after="0"/>
      </w:pPr>
    </w:p>
    <w:p w14:paraId="36ADCE51" w14:textId="5983987C" w:rsidR="00622BBB" w:rsidRDefault="00BD2C83">
      <w:pPr>
        <w:spacing w:after="0"/>
      </w:pPr>
      <w:r>
        <w:rPr>
          <w:rFonts w:ascii="Arial" w:hAnsi="Arial"/>
          <w:b/>
        </w:rPr>
        <w:t xml:space="preserve">Jeremy  </w:t>
      </w:r>
    </w:p>
    <w:p w14:paraId="44D0CF5E" w14:textId="77777777" w:rsidR="00622BBB" w:rsidRDefault="00000000">
      <w:pPr>
        <w:spacing w:after="0"/>
      </w:pPr>
      <w:r>
        <w:rPr>
          <w:rFonts w:ascii="Arial" w:hAnsi="Arial"/>
        </w:rPr>
        <w:t>I grew I grew up in it until 12, until I had a choice, and that's when I stopped going</w:t>
      </w:r>
    </w:p>
    <w:p w14:paraId="19B0301A" w14:textId="77777777" w:rsidR="00622BBB" w:rsidRDefault="00622BBB">
      <w:pPr>
        <w:spacing w:after="0"/>
      </w:pPr>
    </w:p>
    <w:p w14:paraId="17321EF4" w14:textId="77777777" w:rsidR="00622BBB" w:rsidRDefault="00622BBB">
      <w:pPr>
        <w:spacing w:after="0"/>
      </w:pPr>
    </w:p>
    <w:p w14:paraId="253F0F85" w14:textId="28600D60" w:rsidR="00622BBB" w:rsidRDefault="00000000" w:rsidP="009D15AC">
      <w:pPr>
        <w:spacing w:after="0"/>
      </w:pPr>
      <w:proofErr w:type="spellStart"/>
      <w:r>
        <w:rPr>
          <w:rFonts w:ascii="Arial" w:hAnsi="Arial"/>
        </w:rPr>
        <w:lastRenderedPageBreak/>
        <w:t>t</w:t>
      </w:r>
      <w:r w:rsidR="00BD2C83">
        <w:rPr>
          <w:rFonts w:ascii="Arial" w:hAnsi="Arial"/>
          <w:b/>
        </w:rPr>
        <w:t>Jeremy</w:t>
      </w:r>
      <w:proofErr w:type="spellEnd"/>
      <w:r w:rsidR="00BD2C83">
        <w:rPr>
          <w:rFonts w:ascii="Arial" w:hAnsi="Arial"/>
          <w:b/>
        </w:rPr>
        <w:t xml:space="preserve">  </w:t>
      </w:r>
    </w:p>
    <w:p w14:paraId="7F432C77" w14:textId="77777777" w:rsidR="00622BBB" w:rsidRDefault="00000000">
      <w:pPr>
        <w:spacing w:after="0"/>
      </w:pPr>
      <w:r>
        <w:rPr>
          <w:rFonts w:ascii="Arial" w:hAnsi="Arial"/>
        </w:rPr>
        <w:t>was age 12. It was before all that happened with Paul, but we were playing at the neighbor's house, and he got mad at us because there's a huge dirt pile, and he yelled at us, or something like that. And then so we started walking away me and my buddy, and he said, don't you walk away from me. And he grabbed me by my hand, spun me around and fucking hit me in the face.</w:t>
      </w:r>
    </w:p>
    <w:p w14:paraId="4F0DD88D" w14:textId="77777777" w:rsidR="00622BBB" w:rsidRDefault="00622BBB">
      <w:pPr>
        <w:spacing w:after="0"/>
      </w:pPr>
    </w:p>
    <w:p w14:paraId="613974DC" w14:textId="77777777" w:rsidR="00622BBB" w:rsidRDefault="00622BBB">
      <w:pPr>
        <w:spacing w:after="0"/>
      </w:pPr>
    </w:p>
    <w:p w14:paraId="269DBF7D" w14:textId="57963E7F" w:rsidR="00622BBB" w:rsidRDefault="00000000">
      <w:pPr>
        <w:spacing w:after="0"/>
      </w:pPr>
      <w:r>
        <w:rPr>
          <w:rFonts w:ascii="Arial" w:hAnsi="Arial"/>
        </w:rPr>
        <w:t>Close fist, open fist. It</w:t>
      </w:r>
      <w:r w:rsidR="009D15AC">
        <w:rPr>
          <w:rFonts w:ascii="Arial" w:hAnsi="Arial"/>
        </w:rPr>
        <w:t xml:space="preserve"> </w:t>
      </w:r>
      <w:r>
        <w:rPr>
          <w:rFonts w:ascii="Arial" w:hAnsi="Arial"/>
        </w:rPr>
        <w:t>was closed. His fist.</w:t>
      </w:r>
    </w:p>
    <w:p w14:paraId="0CC7EA77" w14:textId="77777777" w:rsidR="00622BBB" w:rsidRDefault="00622BBB">
      <w:pPr>
        <w:spacing w:after="0"/>
      </w:pPr>
    </w:p>
    <w:p w14:paraId="6C7A98B7" w14:textId="11326B9E" w:rsidR="00622BBB" w:rsidRDefault="00BD2C83">
      <w:pPr>
        <w:spacing w:after="0"/>
      </w:pPr>
      <w:r>
        <w:rPr>
          <w:rFonts w:ascii="Arial" w:hAnsi="Arial"/>
          <w:b/>
        </w:rPr>
        <w:t xml:space="preserve">Jeremy  </w:t>
      </w:r>
    </w:p>
    <w:p w14:paraId="36419B3E" w14:textId="77777777" w:rsidR="00622BBB" w:rsidRDefault="00000000">
      <w:pPr>
        <w:spacing w:after="0"/>
      </w:pPr>
      <w:r>
        <w:rPr>
          <w:rFonts w:ascii="Arial" w:hAnsi="Arial"/>
        </w:rPr>
        <w:t xml:space="preserve">He was your neighbor across the street from us. His name is Dana Simonson. What is his name? Dana Simonson, yeah. You know, Dana, D, a n, </w:t>
      </w:r>
      <w:proofErr w:type="gramStart"/>
      <w:r>
        <w:rPr>
          <w:rFonts w:ascii="Arial" w:hAnsi="Arial"/>
        </w:rPr>
        <w:t>a</w:t>
      </w:r>
      <w:proofErr w:type="gramEnd"/>
      <w:r>
        <w:rPr>
          <w:rFonts w:ascii="Arial" w:hAnsi="Arial"/>
        </w:rPr>
        <w:t xml:space="preserve"> in a woman's name, okay,</w:t>
      </w:r>
    </w:p>
    <w:p w14:paraId="0DED6F9F" w14:textId="77777777" w:rsidR="00622BBB" w:rsidRDefault="00622BBB">
      <w:pPr>
        <w:spacing w:after="0"/>
      </w:pPr>
    </w:p>
    <w:p w14:paraId="68DFCEEC" w14:textId="22D817C3" w:rsidR="00622BBB" w:rsidRDefault="00BD2C83">
      <w:pPr>
        <w:spacing w:after="0"/>
      </w:pPr>
      <w:r>
        <w:rPr>
          <w:rFonts w:ascii="Arial" w:hAnsi="Arial"/>
          <w:b/>
        </w:rPr>
        <w:t>Erica</w:t>
      </w:r>
    </w:p>
    <w:p w14:paraId="6D121B5C" w14:textId="77777777" w:rsidR="00622BBB" w:rsidRDefault="00000000">
      <w:pPr>
        <w:spacing w:after="0"/>
      </w:pPr>
      <w:r>
        <w:rPr>
          <w:rFonts w:ascii="Arial" w:hAnsi="Arial"/>
        </w:rPr>
        <w:t xml:space="preserve">we all hated them, though. Love the fact that you are paying attention to </w:t>
      </w:r>
      <w:proofErr w:type="gramStart"/>
      <w:r>
        <w:rPr>
          <w:rFonts w:ascii="Arial" w:hAnsi="Arial"/>
        </w:rPr>
        <w:t>so</w:t>
      </w:r>
      <w:proofErr w:type="gramEnd"/>
      <w:r>
        <w:rPr>
          <w:rFonts w:ascii="Arial" w:hAnsi="Arial"/>
        </w:rPr>
        <w:t xml:space="preserve"> </w:t>
      </w:r>
      <w:proofErr w:type="spellStart"/>
      <w:r>
        <w:rPr>
          <w:rFonts w:ascii="Arial" w:hAnsi="Arial"/>
        </w:rPr>
        <w:t>So</w:t>
      </w:r>
      <w:proofErr w:type="spellEnd"/>
      <w:r>
        <w:rPr>
          <w:rFonts w:ascii="Arial" w:hAnsi="Arial"/>
        </w:rPr>
        <w:t xml:space="preserve"> you were just walking around with a friend. Yeah, we</w:t>
      </w:r>
    </w:p>
    <w:p w14:paraId="6AB07A47" w14:textId="77777777" w:rsidR="00622BBB" w:rsidRDefault="00622BBB">
      <w:pPr>
        <w:spacing w:after="0"/>
      </w:pPr>
    </w:p>
    <w:p w14:paraId="0F4FD854" w14:textId="6C936209" w:rsidR="00622BBB" w:rsidRDefault="00BD2C83">
      <w:pPr>
        <w:spacing w:after="0"/>
      </w:pPr>
      <w:r>
        <w:rPr>
          <w:rFonts w:ascii="Arial" w:hAnsi="Arial"/>
          <w:b/>
        </w:rPr>
        <w:t xml:space="preserve">Jeremy  </w:t>
      </w:r>
    </w:p>
    <w:p w14:paraId="360D3149" w14:textId="3580BE35" w:rsidR="00622BBB" w:rsidRDefault="00000000">
      <w:pPr>
        <w:spacing w:after="0"/>
      </w:pPr>
      <w:proofErr w:type="spellStart"/>
      <w:r>
        <w:rPr>
          <w:rFonts w:ascii="Arial" w:hAnsi="Arial"/>
        </w:rPr>
        <w:t>were</w:t>
      </w:r>
      <w:proofErr w:type="spellEnd"/>
      <w:r>
        <w:rPr>
          <w:rFonts w:ascii="Arial" w:hAnsi="Arial"/>
        </w:rPr>
        <w:t xml:space="preserve"> hanging around and </w:t>
      </w:r>
      <w:proofErr w:type="spellStart"/>
      <w:r>
        <w:rPr>
          <w:rFonts w:ascii="Arial" w:hAnsi="Arial"/>
        </w:rPr>
        <w:t>and</w:t>
      </w:r>
      <w:proofErr w:type="spellEnd"/>
      <w:r>
        <w:rPr>
          <w:rFonts w:ascii="Arial" w:hAnsi="Arial"/>
        </w:rPr>
        <w:t xml:space="preserve"> apparently, come find out he was </w:t>
      </w:r>
      <w:proofErr w:type="gramStart"/>
      <w:r>
        <w:rPr>
          <w:rFonts w:ascii="Arial" w:hAnsi="Arial"/>
        </w:rPr>
        <w:t>actually abusing</w:t>
      </w:r>
      <w:proofErr w:type="gramEnd"/>
      <w:r>
        <w:rPr>
          <w:rFonts w:ascii="Arial" w:hAnsi="Arial"/>
        </w:rPr>
        <w:t xml:space="preserve"> his kids. He was one of those guys. </w:t>
      </w:r>
      <w:proofErr w:type="gramStart"/>
      <w:r>
        <w:rPr>
          <w:rFonts w:ascii="Arial" w:hAnsi="Arial"/>
        </w:rPr>
        <w:t>So</w:t>
      </w:r>
      <w:proofErr w:type="gramEnd"/>
      <w:r>
        <w:rPr>
          <w:rFonts w:ascii="Arial" w:hAnsi="Arial"/>
        </w:rPr>
        <w:t xml:space="preserve"> the fact that he openly abused a neighbor kid without even thinking about it, just because he felt like he was disrespected, but he was abusing his own, his own sons, I </w:t>
      </w:r>
    </w:p>
    <w:p w14:paraId="7EF90434" w14:textId="56590D6A" w:rsidR="00622BBB" w:rsidRDefault="00000000">
      <w:pPr>
        <w:spacing w:after="0"/>
      </w:pPr>
      <w:r>
        <w:rPr>
          <w:rFonts w:ascii="Arial" w:hAnsi="Arial"/>
        </w:rPr>
        <w:t>was Just hanging out side outside, right with</w:t>
      </w:r>
      <w:r w:rsidR="009D15AC">
        <w:rPr>
          <w:rFonts w:ascii="Arial" w:hAnsi="Arial"/>
        </w:rPr>
        <w:t xml:space="preserve"> </w:t>
      </w:r>
      <w:r>
        <w:rPr>
          <w:rFonts w:ascii="Arial" w:hAnsi="Arial"/>
        </w:rPr>
        <w:t xml:space="preserve">her </w:t>
      </w:r>
      <w:proofErr w:type="gramStart"/>
      <w:r>
        <w:rPr>
          <w:rFonts w:ascii="Arial" w:hAnsi="Arial"/>
        </w:rPr>
        <w:t>driveway..</w:t>
      </w:r>
      <w:proofErr w:type="gramEnd"/>
      <w:r>
        <w:rPr>
          <w:rFonts w:ascii="Arial" w:hAnsi="Arial"/>
        </w:rPr>
        <w:t xml:space="preserve"> </w:t>
      </w:r>
      <w:proofErr w:type="gramStart"/>
      <w:r>
        <w:rPr>
          <w:rFonts w:ascii="Arial" w:hAnsi="Arial"/>
        </w:rPr>
        <w:t>So</w:t>
      </w:r>
      <w:proofErr w:type="gramEnd"/>
      <w:r>
        <w:rPr>
          <w:rFonts w:ascii="Arial" w:hAnsi="Arial"/>
        </w:rPr>
        <w:t xml:space="preserve"> our retaliation, my buddy that I was with got gasoline and wrote </w:t>
      </w:r>
      <w:r w:rsidR="009D15AC">
        <w:rPr>
          <w:rFonts w:ascii="Arial" w:hAnsi="Arial"/>
        </w:rPr>
        <w:t xml:space="preserve">fuck </w:t>
      </w:r>
      <w:r>
        <w:rPr>
          <w:rFonts w:ascii="Arial" w:hAnsi="Arial"/>
        </w:rPr>
        <w:t xml:space="preserve">you in his lawn, like huge. </w:t>
      </w:r>
      <w:proofErr w:type="gramStart"/>
      <w:r>
        <w:rPr>
          <w:rFonts w:ascii="Arial" w:hAnsi="Arial"/>
        </w:rPr>
        <w:t>So</w:t>
      </w:r>
      <w:proofErr w:type="gramEnd"/>
      <w:r>
        <w:rPr>
          <w:rFonts w:ascii="Arial" w:hAnsi="Arial"/>
        </w:rPr>
        <w:t xml:space="preserve"> he had to dig it</w:t>
      </w:r>
      <w:r w:rsidR="009D15AC">
        <w:rPr>
          <w:rFonts w:ascii="Arial" w:hAnsi="Arial"/>
        </w:rPr>
        <w:t xml:space="preserve"> </w:t>
      </w:r>
      <w:r>
        <w:rPr>
          <w:rFonts w:ascii="Arial" w:hAnsi="Arial"/>
        </w:rPr>
        <w:t>out. We need to</w:t>
      </w:r>
      <w:r w:rsidR="009D15AC">
        <w:rPr>
          <w:rFonts w:ascii="Arial" w:hAnsi="Arial"/>
        </w:rPr>
        <w:t xml:space="preserve"> </w:t>
      </w:r>
      <w:r>
        <w:rPr>
          <w:rFonts w:ascii="Arial" w:hAnsi="Arial"/>
        </w:rPr>
        <w:t>keep that open. Quite funny, I don't</w:t>
      </w:r>
      <w:r w:rsidR="009D15AC">
        <w:rPr>
          <w:rFonts w:ascii="Arial" w:hAnsi="Arial"/>
        </w:rPr>
        <w:t xml:space="preserve"> </w:t>
      </w:r>
      <w:r>
        <w:rPr>
          <w:rFonts w:ascii="Arial" w:hAnsi="Arial"/>
        </w:rPr>
        <w:t>know, hold it well. We'll let Tony make that decision.</w:t>
      </w:r>
    </w:p>
    <w:p w14:paraId="32233AD3" w14:textId="77777777" w:rsidR="00622BBB" w:rsidRDefault="00622BBB">
      <w:pPr>
        <w:spacing w:after="0"/>
      </w:pPr>
    </w:p>
    <w:p w14:paraId="0C9474EA" w14:textId="77777777" w:rsidR="00622BBB" w:rsidRDefault="00622BBB">
      <w:pPr>
        <w:spacing w:after="0"/>
      </w:pPr>
    </w:p>
    <w:p w14:paraId="794625A9" w14:textId="1F0031F4" w:rsidR="00622BBB" w:rsidRDefault="00BD2C83">
      <w:pPr>
        <w:spacing w:after="0"/>
      </w:pPr>
      <w:r>
        <w:rPr>
          <w:rFonts w:ascii="Arial" w:hAnsi="Arial"/>
          <w:b/>
        </w:rPr>
        <w:t>Erica</w:t>
      </w:r>
    </w:p>
    <w:p w14:paraId="22804BC8" w14:textId="31648CA7" w:rsidR="00622BBB" w:rsidRDefault="00000000">
      <w:pPr>
        <w:spacing w:after="0"/>
      </w:pPr>
      <w:r>
        <w:rPr>
          <w:rFonts w:ascii="Arial" w:hAnsi="Arial"/>
        </w:rPr>
        <w:t xml:space="preserve"> All right. Age to 15 on, that's when you started with who</w:t>
      </w:r>
    </w:p>
    <w:p w14:paraId="2EE7F82C" w14:textId="77777777" w:rsidR="00622BBB" w:rsidRDefault="00622BBB">
      <w:pPr>
        <w:spacing w:after="0"/>
      </w:pPr>
    </w:p>
    <w:p w14:paraId="14287286" w14:textId="6DAF9159" w:rsidR="00622BBB" w:rsidRDefault="00BD2C83">
      <w:pPr>
        <w:spacing w:after="0"/>
      </w:pPr>
      <w:r>
        <w:rPr>
          <w:rFonts w:ascii="Arial" w:hAnsi="Arial"/>
          <w:b/>
        </w:rPr>
        <w:t xml:space="preserve">Jeremy  </w:t>
      </w:r>
    </w:p>
    <w:p w14:paraId="6EBE3D8B" w14:textId="77777777" w:rsidR="00622BBB" w:rsidRDefault="00000000">
      <w:pPr>
        <w:spacing w:after="0"/>
      </w:pPr>
      <w:r>
        <w:rPr>
          <w:rFonts w:ascii="Arial" w:hAnsi="Arial"/>
        </w:rPr>
        <w:t>love is my bishop. It was of calm. It was of concrete, of construction, something like</w:t>
      </w:r>
    </w:p>
    <w:p w14:paraId="134BE68C" w14:textId="77777777" w:rsidR="00622BBB" w:rsidRDefault="00622BBB">
      <w:pPr>
        <w:spacing w:after="0"/>
      </w:pPr>
    </w:p>
    <w:p w14:paraId="61D855CF" w14:textId="5787B061" w:rsidR="00622BBB" w:rsidRDefault="00BD2C83">
      <w:pPr>
        <w:spacing w:after="0"/>
      </w:pPr>
      <w:r>
        <w:rPr>
          <w:rFonts w:ascii="Arial" w:hAnsi="Arial"/>
          <w:b/>
        </w:rPr>
        <w:t>Erica</w:t>
      </w:r>
    </w:p>
    <w:p w14:paraId="4360D4F1" w14:textId="77777777" w:rsidR="00622BBB" w:rsidRDefault="00000000">
      <w:pPr>
        <w:spacing w:after="0"/>
      </w:pPr>
      <w:r>
        <w:rPr>
          <w:rFonts w:ascii="Arial" w:hAnsi="Arial"/>
        </w:rPr>
        <w:t>that. Okay, you can type it in, if you think about it, um, okay, what were you doing? Construction,</w:t>
      </w:r>
    </w:p>
    <w:p w14:paraId="3D1D5451" w14:textId="2EE17D66" w:rsidR="00622BBB" w:rsidRDefault="00000000">
      <w:pPr>
        <w:spacing w:after="0"/>
      </w:pPr>
      <w:r>
        <w:rPr>
          <w:rFonts w:ascii="Arial" w:hAnsi="Arial"/>
        </w:rPr>
        <w:t xml:space="preserve">footings and </w:t>
      </w:r>
      <w:proofErr w:type="spellStart"/>
      <w:proofErr w:type="gramStart"/>
      <w:r>
        <w:rPr>
          <w:rFonts w:ascii="Arial" w:hAnsi="Arial"/>
        </w:rPr>
        <w:t>foundations,buddings</w:t>
      </w:r>
      <w:proofErr w:type="spellEnd"/>
      <w:proofErr w:type="gramEnd"/>
      <w:r>
        <w:rPr>
          <w:rFonts w:ascii="Arial" w:hAnsi="Arial"/>
        </w:rPr>
        <w:t xml:space="preserve"> and foundations.</w:t>
      </w:r>
    </w:p>
    <w:p w14:paraId="293879C6" w14:textId="77777777" w:rsidR="00622BBB" w:rsidRDefault="00622BBB">
      <w:pPr>
        <w:spacing w:after="0"/>
      </w:pPr>
    </w:p>
    <w:p w14:paraId="76A46C4E" w14:textId="46068B6B" w:rsidR="00622BBB" w:rsidRDefault="00BD2C83">
      <w:pPr>
        <w:spacing w:after="0"/>
      </w:pPr>
      <w:r>
        <w:rPr>
          <w:rFonts w:ascii="Arial" w:hAnsi="Arial"/>
          <w:b/>
        </w:rPr>
        <w:t xml:space="preserve">Jeremy  </w:t>
      </w:r>
    </w:p>
    <w:p w14:paraId="1CDBE233" w14:textId="77777777" w:rsidR="00622BBB" w:rsidRDefault="00000000">
      <w:pPr>
        <w:spacing w:after="0"/>
      </w:pPr>
      <w:r>
        <w:rPr>
          <w:rFonts w:ascii="Arial" w:hAnsi="Arial"/>
        </w:rPr>
        <w:t>It's called Love, love Utah, Inc, I think</w:t>
      </w:r>
    </w:p>
    <w:p w14:paraId="3A818DBA" w14:textId="77777777" w:rsidR="00622BBB" w:rsidRDefault="00622BBB">
      <w:pPr>
        <w:spacing w:after="0"/>
      </w:pPr>
    </w:p>
    <w:p w14:paraId="1726F230" w14:textId="3B5BF5DE" w:rsidR="00622BBB" w:rsidRDefault="00BD2C83">
      <w:pPr>
        <w:spacing w:after="0"/>
      </w:pPr>
      <w:r>
        <w:rPr>
          <w:rFonts w:ascii="Arial" w:hAnsi="Arial"/>
          <w:b/>
        </w:rPr>
        <w:t>Erica</w:t>
      </w:r>
    </w:p>
    <w:p w14:paraId="4C25D834" w14:textId="779A53E3" w:rsidR="00622BBB" w:rsidRDefault="00000000">
      <w:pPr>
        <w:spacing w:after="0"/>
      </w:pPr>
      <w:r>
        <w:rPr>
          <w:rFonts w:ascii="Arial" w:hAnsi="Arial"/>
        </w:rPr>
        <w:t xml:space="preserve">what's that 12 is when </w:t>
      </w:r>
      <w:r w:rsidR="00633270">
        <w:rPr>
          <w:rFonts w:ascii="Arial" w:hAnsi="Arial"/>
        </w:rPr>
        <w:t>you</w:t>
      </w:r>
      <w:r>
        <w:rPr>
          <w:rFonts w:ascii="Arial" w:hAnsi="Arial"/>
        </w:rPr>
        <w:t xml:space="preserve"> stopped practicing Mormon religion. Yeah,</w:t>
      </w:r>
    </w:p>
    <w:p w14:paraId="62E428A4" w14:textId="77777777" w:rsidR="00622BBB" w:rsidRDefault="00622BBB">
      <w:pPr>
        <w:spacing w:after="0"/>
      </w:pPr>
    </w:p>
    <w:p w14:paraId="65F80F0A" w14:textId="402894FE" w:rsidR="00622BBB" w:rsidRDefault="00BD2C83">
      <w:pPr>
        <w:spacing w:after="0"/>
      </w:pPr>
      <w:r>
        <w:rPr>
          <w:rFonts w:ascii="Arial" w:hAnsi="Arial"/>
          <w:b/>
        </w:rPr>
        <w:t xml:space="preserve">Jeremy  </w:t>
      </w:r>
    </w:p>
    <w:p w14:paraId="0238EC87" w14:textId="6070E0FC" w:rsidR="00074624" w:rsidRDefault="00000000" w:rsidP="00074624">
      <w:pPr>
        <w:spacing w:after="0"/>
      </w:pPr>
      <w:r>
        <w:rPr>
          <w:rFonts w:ascii="Arial" w:hAnsi="Arial"/>
        </w:rPr>
        <w:lastRenderedPageBreak/>
        <w:t>as soon as Paul left and we had. Choice. My mom tried to force us to go, but she didn't really believe in it either. So,</w:t>
      </w:r>
      <w:r w:rsidR="00074624">
        <w:rPr>
          <w:rFonts w:ascii="Arial" w:hAnsi="Arial"/>
        </w:rPr>
        <w:br/>
      </w:r>
      <w:r w:rsidR="00074624">
        <w:rPr>
          <w:rFonts w:ascii="Arial" w:hAnsi="Arial"/>
        </w:rPr>
        <w:br/>
      </w:r>
    </w:p>
    <w:p w14:paraId="2F3965F2" w14:textId="2AC8FCCC" w:rsidR="00074624" w:rsidRDefault="009D15AC" w:rsidP="00074624">
      <w:pPr>
        <w:spacing w:after="0"/>
      </w:pPr>
      <w:r>
        <w:t>Erica</w:t>
      </w:r>
      <w:r w:rsidR="00074624">
        <w:t xml:space="preserve"> Okay.</w:t>
      </w:r>
    </w:p>
    <w:p w14:paraId="7A03058B" w14:textId="77777777" w:rsidR="00AE7804" w:rsidRDefault="00AE7804" w:rsidP="00AE7804">
      <w:pPr>
        <w:spacing w:after="0"/>
      </w:pPr>
      <w:r>
        <w:t>Jeremy: It might be that because they've been in business 10 plus years. That might be it. Love Utah Inc. He was our bishop. yeah, so funding some foundations and one of my friends, Jared, worked for him. That was the son.</w:t>
      </w:r>
    </w:p>
    <w:p w14:paraId="60F88F38" w14:textId="77777777" w:rsidR="00AE7804" w:rsidRDefault="00AE7804" w:rsidP="00AE7804">
      <w:pPr>
        <w:spacing w:after="0"/>
      </w:pPr>
      <w:r>
        <w:t xml:space="preserve">Erica: All </w:t>
      </w:r>
      <w:proofErr w:type="gramStart"/>
      <w:r>
        <w:t>right, and</w:t>
      </w:r>
      <w:proofErr w:type="gramEnd"/>
      <w:r>
        <w:t xml:space="preserve"> still going to school. You were still going to school. How are your grades? Were your grades getting any better at that time? They were still shit.</w:t>
      </w:r>
    </w:p>
    <w:p w14:paraId="3A9B3C93" w14:textId="77777777" w:rsidR="00AE7804" w:rsidRDefault="00AE7804" w:rsidP="00AE7804">
      <w:pPr>
        <w:spacing w:after="0"/>
      </w:pPr>
      <w:r>
        <w:t>Jeremy: Shit.</w:t>
      </w:r>
    </w:p>
    <w:p w14:paraId="706F9616" w14:textId="77777777" w:rsidR="00AE7804" w:rsidRDefault="00AE7804" w:rsidP="00AE7804">
      <w:pPr>
        <w:spacing w:after="0"/>
      </w:pPr>
      <w:r>
        <w:t>Let's see, 1892.</w:t>
      </w:r>
    </w:p>
    <w:p w14:paraId="03DDBD29" w14:textId="77777777" w:rsidR="00AE7804" w:rsidRDefault="00AE7804" w:rsidP="00AE7804">
      <w:pPr>
        <w:spacing w:after="0"/>
      </w:pPr>
      <w:r>
        <w:t>Erica: What are you talking to me?</w:t>
      </w:r>
    </w:p>
    <w:p w14:paraId="6CAE8869" w14:textId="77777777" w:rsidR="00AE7804" w:rsidRDefault="00AE7804" w:rsidP="00AE7804">
      <w:pPr>
        <w:spacing w:after="0"/>
      </w:pPr>
      <w:r>
        <w:t>Jeremy: No, I'm just trying to think. like, because my social security starts in 1992.</w:t>
      </w:r>
    </w:p>
    <w:p w14:paraId="7EB41F06" w14:textId="77777777" w:rsidR="00AE7804" w:rsidRDefault="00AE7804" w:rsidP="00AE7804">
      <w:pPr>
        <w:spacing w:after="0"/>
      </w:pPr>
      <w:r>
        <w:t>I'm 93.</w:t>
      </w:r>
    </w:p>
    <w:p w14:paraId="5F17252F" w14:textId="77777777" w:rsidR="00AE7804" w:rsidRDefault="00AE7804" w:rsidP="00AE7804">
      <w:pPr>
        <w:spacing w:after="0"/>
      </w:pPr>
      <w:r>
        <w:t>Erica: I'm confused.</w:t>
      </w:r>
    </w:p>
    <w:p w14:paraId="15FA6D98" w14:textId="77777777" w:rsidR="00AE7804" w:rsidRDefault="00AE7804" w:rsidP="00AE7804">
      <w:pPr>
        <w:spacing w:after="0"/>
      </w:pPr>
      <w:r>
        <w:t>Jeremy: than 10.</w:t>
      </w:r>
    </w:p>
    <w:p w14:paraId="434B1AD0" w14:textId="77777777" w:rsidR="00AE7804" w:rsidRDefault="00AE7804" w:rsidP="00AE7804">
      <w:pPr>
        <w:spacing w:after="0"/>
      </w:pPr>
      <w:r>
        <w:t>Erica: Are you talking to yourself trying to figure something out?</w:t>
      </w:r>
    </w:p>
    <w:p w14:paraId="3350790D" w14:textId="77777777" w:rsidR="00AE7804" w:rsidRDefault="00AE7804" w:rsidP="00AE7804">
      <w:pPr>
        <w:spacing w:after="0"/>
      </w:pPr>
      <w:r>
        <w:t>Jeremy: I just un-booked my social security. It starts when I was in 92, which would have been 10.</w:t>
      </w:r>
    </w:p>
    <w:p w14:paraId="3140B93F" w14:textId="77777777" w:rsidR="00AE7804" w:rsidRDefault="00AE7804" w:rsidP="00AE7804">
      <w:pPr>
        <w:spacing w:after="0"/>
      </w:pPr>
      <w:r>
        <w:t>Erica: That's amazing. So really started working more like 10.</w:t>
      </w:r>
    </w:p>
    <w:p w14:paraId="1B0F7158" w14:textId="77777777" w:rsidR="00AE7804" w:rsidRDefault="00AE7804" w:rsidP="00AE7804">
      <w:pPr>
        <w:spacing w:after="0"/>
      </w:pPr>
      <w:r>
        <w:t xml:space="preserve">Well, OK, we'll leave it like that. </w:t>
      </w:r>
      <w:r>
        <w:rPr>
          <w:rFonts w:ascii="Times New Roman" w:hAnsi="Times New Roman" w:cs="Times New Roman"/>
        </w:rPr>
        <w:t>⁓</w:t>
      </w:r>
      <w:r>
        <w:t xml:space="preserve"> High school grades still shit.</w:t>
      </w:r>
    </w:p>
    <w:p w14:paraId="3A7BED13" w14:textId="77777777" w:rsidR="00AE7804" w:rsidRDefault="00AE7804" w:rsidP="00AE7804">
      <w:pPr>
        <w:spacing w:after="0"/>
      </w:pPr>
      <w:r>
        <w:t xml:space="preserve">Jeremy: So shit, because yeah, so. </w:t>
      </w:r>
      <w:r>
        <w:rPr>
          <w:rFonts w:ascii="Times New Roman" w:hAnsi="Times New Roman" w:cs="Times New Roman"/>
        </w:rPr>
        <w:t>⁓</w:t>
      </w:r>
    </w:p>
    <w:p w14:paraId="3F42BCE8" w14:textId="77777777" w:rsidR="00AE7804" w:rsidRDefault="00AE7804" w:rsidP="00AE7804">
      <w:pPr>
        <w:spacing w:after="0"/>
      </w:pPr>
      <w:r>
        <w:t>Erica: You found out later in life that you like aren't you ADHD like don't know how okay</w:t>
      </w:r>
    </w:p>
    <w:p w14:paraId="7E55E34C" w14:textId="77777777" w:rsidR="00AE7804" w:rsidRDefault="00AE7804" w:rsidP="00AE7804">
      <w:pPr>
        <w:spacing w:after="0"/>
      </w:pPr>
      <w:r>
        <w:t>Jeremy: Yeah, I tried to get into resource. said I was too smart, but.</w:t>
      </w:r>
    </w:p>
    <w:p w14:paraId="3FFDE4B4" w14:textId="77777777" w:rsidR="00AE7804" w:rsidRDefault="00AE7804" w:rsidP="00AE7804">
      <w:pPr>
        <w:spacing w:after="0"/>
      </w:pPr>
      <w:r>
        <w:t xml:space="preserve">I just didn't want to do it. </w:t>
      </w:r>
      <w:proofErr w:type="gramStart"/>
      <w:r>
        <w:t>So</w:t>
      </w:r>
      <w:proofErr w:type="gramEnd"/>
      <w:r>
        <w:t xml:space="preserve"> 15 is the footings and foundations were a lot harder on me. So that's when I started like getting muscle and started losing some weight. then my grandma, um, it's after Paul left, she, he tried to rip the house away from us. </w:t>
      </w:r>
      <w:proofErr w:type="gramStart"/>
      <w:r>
        <w:t>So</w:t>
      </w:r>
      <w:proofErr w:type="gramEnd"/>
      <w:r>
        <w:t xml:space="preserve"> he tried to sue my mom and make us homeless. Yeah. </w:t>
      </w:r>
      <w:proofErr w:type="gramStart"/>
      <w:r>
        <w:t>So</w:t>
      </w:r>
      <w:proofErr w:type="gramEnd"/>
      <w:r>
        <w:t xml:space="preserve"> then it required my grandma and grandpa to step in and sell everything they had to.</w:t>
      </w:r>
    </w:p>
    <w:p w14:paraId="0A3B9E3E" w14:textId="77777777" w:rsidR="00AE7804" w:rsidRDefault="00AE7804" w:rsidP="00AE7804">
      <w:pPr>
        <w:spacing w:after="0"/>
      </w:pPr>
      <w:r>
        <w:t>Erica: Paul</w:t>
      </w:r>
    </w:p>
    <w:p w14:paraId="2C3263A0" w14:textId="77777777" w:rsidR="00AE7804" w:rsidRDefault="00AE7804" w:rsidP="00AE7804">
      <w:pPr>
        <w:spacing w:after="0"/>
      </w:pPr>
      <w:r>
        <w:t>Jeremy: keep our house so they weren't almost. That lasted for, God, it lasted for almost a year. I just remember being a lot on my mom's plate and again, I was like, make sure she didn't default back into this hell hole. We didn't do anything, so.</w:t>
      </w:r>
    </w:p>
    <w:p w14:paraId="2424C652" w14:textId="77777777" w:rsidR="00AE7804" w:rsidRDefault="00AE7804" w:rsidP="00AE7804">
      <w:pPr>
        <w:spacing w:after="0"/>
      </w:pPr>
      <w:r>
        <w:rPr>
          <w:rFonts w:ascii="Times New Roman" w:hAnsi="Times New Roman" w:cs="Times New Roman"/>
        </w:rPr>
        <w:t>⁓</w:t>
      </w:r>
    </w:p>
    <w:p w14:paraId="31D8FF6C" w14:textId="77777777" w:rsidR="00AE7804" w:rsidRDefault="00AE7804" w:rsidP="00AE7804">
      <w:pPr>
        <w:spacing w:after="0"/>
      </w:pPr>
      <w:r>
        <w:t>Erica: Is that accurate?</w:t>
      </w:r>
    </w:p>
    <w:p w14:paraId="6CCB9E95" w14:textId="77777777" w:rsidR="00AE7804" w:rsidRDefault="00AE7804" w:rsidP="00AE7804">
      <w:pPr>
        <w:spacing w:after="0"/>
      </w:pPr>
      <w:r>
        <w:t>Jeremy: Yeah, you thought it was fun</w:t>
      </w:r>
    </w:p>
    <w:p w14:paraId="5A8FBDDA" w14:textId="77777777" w:rsidR="00AE7804" w:rsidRDefault="00AE7804" w:rsidP="00AE7804">
      <w:pPr>
        <w:spacing w:after="0"/>
      </w:pPr>
      <w:r>
        <w:t xml:space="preserve">Erica: Of course you did. </w:t>
      </w:r>
      <w:r>
        <w:rPr>
          <w:rFonts w:ascii="Times New Roman" w:hAnsi="Times New Roman" w:cs="Times New Roman"/>
        </w:rPr>
        <w:t>⁓</w:t>
      </w:r>
    </w:p>
    <w:p w14:paraId="57733A9F" w14:textId="77777777" w:rsidR="00AE7804" w:rsidRDefault="00AE7804" w:rsidP="00AE7804">
      <w:pPr>
        <w:spacing w:after="0"/>
      </w:pPr>
      <w:r>
        <w:t xml:space="preserve">Jeremy: My mom couldn't afford attorneys, so she had </w:t>
      </w:r>
      <w:proofErr w:type="gramStart"/>
      <w:r>
        <w:t>like</w:t>
      </w:r>
      <w:proofErr w:type="gramEnd"/>
      <w:r>
        <w:t xml:space="preserve"> the pro-</w:t>
      </w:r>
      <w:proofErr w:type="spellStart"/>
      <w:r>
        <w:t>voto</w:t>
      </w:r>
      <w:proofErr w:type="spellEnd"/>
      <w:r>
        <w:t xml:space="preserve"> type shit. She was just one of the people for the church in the ward.</w:t>
      </w:r>
    </w:p>
    <w:p w14:paraId="7A9CCB36" w14:textId="77777777" w:rsidR="00AE7804" w:rsidRDefault="00AE7804" w:rsidP="00AE7804">
      <w:pPr>
        <w:spacing w:after="0"/>
      </w:pPr>
      <w:r>
        <w:t xml:space="preserve">You know, we just, she didn't have anybody that was aggressive that could </w:t>
      </w:r>
      <w:proofErr w:type="gramStart"/>
      <w:r>
        <w:t>actually take</w:t>
      </w:r>
      <w:proofErr w:type="gramEnd"/>
      <w:r>
        <w:t xml:space="preserve"> on Paul. </w:t>
      </w:r>
      <w:proofErr w:type="gramStart"/>
      <w:r>
        <w:t>So</w:t>
      </w:r>
      <w:proofErr w:type="gramEnd"/>
      <w:r>
        <w:t xml:space="preserve"> my grandparents had to get involved and literally had to sell their entire fucking estate. They had a big farm and everything.</w:t>
      </w:r>
    </w:p>
    <w:p w14:paraId="6C2CD492" w14:textId="77777777" w:rsidR="00AE7804" w:rsidRDefault="00AE7804" w:rsidP="00AE7804">
      <w:pPr>
        <w:spacing w:after="0"/>
      </w:pPr>
      <w:r>
        <w:t>Erica: Mm.</w:t>
      </w:r>
    </w:p>
    <w:p w14:paraId="0EE3CBEB" w14:textId="77777777" w:rsidR="00AE7804" w:rsidRDefault="00AE7804" w:rsidP="00AE7804">
      <w:pPr>
        <w:spacing w:after="0"/>
      </w:pPr>
      <w:r>
        <w:lastRenderedPageBreak/>
        <w:t xml:space="preserve">Jeremy: It was, yeah. They used to </w:t>
      </w:r>
      <w:proofErr w:type="gramStart"/>
      <w:r>
        <w:t>actually want</w:t>
      </w:r>
      <w:proofErr w:type="gramEnd"/>
      <w:r>
        <w:t xml:space="preserve"> all the farmland around Davis High. Davis High was on their land.</w:t>
      </w:r>
    </w:p>
    <w:p w14:paraId="5412B8FB" w14:textId="77777777" w:rsidR="00AE7804" w:rsidRDefault="00AE7804" w:rsidP="00AE7804">
      <w:pPr>
        <w:spacing w:after="0"/>
      </w:pPr>
      <w:r>
        <w:t>Erica: Thank you.</w:t>
      </w:r>
    </w:p>
    <w:p w14:paraId="6D4F6161" w14:textId="77777777" w:rsidR="00AE7804" w:rsidRDefault="00AE7804" w:rsidP="00AE7804">
      <w:pPr>
        <w:spacing w:after="0"/>
      </w:pPr>
      <w:r>
        <w:t>Jeremy: Yeah.</w:t>
      </w:r>
    </w:p>
    <w:p w14:paraId="1957AB2B" w14:textId="77777777" w:rsidR="00AE7804" w:rsidRDefault="00AE7804" w:rsidP="00AE7804">
      <w:pPr>
        <w:spacing w:after="0"/>
      </w:pPr>
      <w:r>
        <w:t>Erica: Okay. Who is here?</w:t>
      </w:r>
    </w:p>
    <w:p w14:paraId="534E5DDF" w14:textId="77777777" w:rsidR="00AE7804" w:rsidRDefault="00AE7804" w:rsidP="00AE7804">
      <w:pPr>
        <w:spacing w:after="0"/>
      </w:pPr>
      <w:r>
        <w:t xml:space="preserve">Seriously, I'm </w:t>
      </w:r>
      <w:proofErr w:type="spellStart"/>
      <w:r>
        <w:t>gonna</w:t>
      </w:r>
      <w:proofErr w:type="spellEnd"/>
      <w:r>
        <w:t xml:space="preserve"> hit somebody.</w:t>
      </w:r>
    </w:p>
    <w:p w14:paraId="00741845" w14:textId="77777777" w:rsidR="00AE7804" w:rsidRDefault="00AE7804" w:rsidP="00AE7804">
      <w:pPr>
        <w:spacing w:after="0"/>
      </w:pPr>
      <w:r>
        <w:t xml:space="preserve">Jeremy: and I'm </w:t>
      </w:r>
      <w:proofErr w:type="spellStart"/>
      <w:r>
        <w:t>gonna</w:t>
      </w:r>
      <w:proofErr w:type="spellEnd"/>
      <w:r>
        <w:t xml:space="preserve"> turn it on.</w:t>
      </w:r>
    </w:p>
    <w:p w14:paraId="00D3C3E5" w14:textId="77777777" w:rsidR="00AE7804" w:rsidRDefault="00AE7804" w:rsidP="00AE7804">
      <w:pPr>
        <w:spacing w:after="0"/>
      </w:pPr>
      <w:r>
        <w:t>Erica: All right.</w:t>
      </w:r>
    </w:p>
    <w:p w14:paraId="570EDDD7" w14:textId="77777777" w:rsidR="00AE7804" w:rsidRDefault="00AE7804" w:rsidP="00AE7804">
      <w:pPr>
        <w:spacing w:after="0"/>
      </w:pPr>
      <w:r>
        <w:t>Jeremy: 7</w:t>
      </w:r>
    </w:p>
    <w:p w14:paraId="7061688A" w14:textId="77777777" w:rsidR="00AE7804" w:rsidRDefault="00AE7804" w:rsidP="00AE7804">
      <w:pPr>
        <w:spacing w:after="0"/>
      </w:pPr>
      <w:r>
        <w:t>Erica: Okay, so started to lose started losing weight started gaining muscle like this is where</w:t>
      </w:r>
    </w:p>
    <w:p w14:paraId="63F46925" w14:textId="77777777" w:rsidR="00AE7804" w:rsidRDefault="00AE7804" w:rsidP="00AE7804">
      <w:pPr>
        <w:spacing w:after="0"/>
      </w:pPr>
      <w:r>
        <w:t xml:space="preserve">Jeremy: So yeah, my grandma gave me her treadmill that she had at her house because she wasn't using it. I put it in my </w:t>
      </w:r>
      <w:proofErr w:type="gramStart"/>
      <w:r>
        <w:t>bedroom</w:t>
      </w:r>
      <w:proofErr w:type="gramEnd"/>
      <w:r>
        <w:t xml:space="preserve"> and I put my BYU hoodie on. I know, at the time, that's what I had. And I started running on that treadmill. I started running a mile over the summer.</w:t>
      </w:r>
    </w:p>
    <w:p w14:paraId="3272A9C0" w14:textId="77777777" w:rsidR="00AE7804" w:rsidRDefault="00AE7804" w:rsidP="00AE7804">
      <w:pPr>
        <w:spacing w:after="0"/>
      </w:pPr>
      <w:r>
        <w:t xml:space="preserve">And then I went to two miles, three miles, four miles, then five miles with a hoodie on and my hood up. Like I just wanted to sweat it all out. And </w:t>
      </w:r>
      <w:proofErr w:type="gramStart"/>
      <w:r>
        <w:t>so</w:t>
      </w:r>
      <w:proofErr w:type="gramEnd"/>
      <w:r>
        <w:t xml:space="preserve"> from ninth grade to 10th grade, I came back and I went from 250 pounds to 185.</w:t>
      </w:r>
    </w:p>
    <w:p w14:paraId="73E70782" w14:textId="77777777" w:rsidR="00AE7804" w:rsidRDefault="00AE7804" w:rsidP="00AE7804">
      <w:pPr>
        <w:spacing w:after="0"/>
      </w:pPr>
      <w:r>
        <w:t>Erica: My God, hold on up to five miles a day sometimes.</w:t>
      </w:r>
    </w:p>
    <w:p w14:paraId="0118017D" w14:textId="77777777" w:rsidR="00AE7804" w:rsidRDefault="00AE7804" w:rsidP="00AE7804">
      <w:pPr>
        <w:spacing w:after="0"/>
      </w:pPr>
      <w:r>
        <w:t>Jeremy: Yeah, five miles. It was every night.</w:t>
      </w:r>
    </w:p>
    <w:p w14:paraId="10FDC43F" w14:textId="77777777" w:rsidR="00AE7804" w:rsidRDefault="00AE7804" w:rsidP="00AE7804">
      <w:pPr>
        <w:spacing w:after="0"/>
      </w:pPr>
      <w:r>
        <w:t>Until I wore that fucking treadmill out.</w:t>
      </w:r>
    </w:p>
    <w:p w14:paraId="725E6254" w14:textId="77777777" w:rsidR="00AE7804" w:rsidRDefault="00AE7804" w:rsidP="00AE7804">
      <w:pPr>
        <w:spacing w:after="0"/>
      </w:pPr>
      <w:r>
        <w:t>I went from 250 to 185 at summer.</w:t>
      </w:r>
    </w:p>
    <w:p w14:paraId="29EF13C3" w14:textId="77777777" w:rsidR="00AE7804" w:rsidRDefault="00AE7804" w:rsidP="00AE7804">
      <w:pPr>
        <w:spacing w:after="0"/>
      </w:pPr>
      <w:r>
        <w:t>Erica: And that was in ninth grade.</w:t>
      </w:r>
    </w:p>
    <w:p w14:paraId="53D5D69D" w14:textId="77777777" w:rsidR="00AE7804" w:rsidRDefault="00AE7804" w:rsidP="00AE7804">
      <w:pPr>
        <w:spacing w:after="0"/>
      </w:pPr>
      <w:r>
        <w:t xml:space="preserve">Jeremy: </w:t>
      </w:r>
      <w:r>
        <w:rPr>
          <w:rFonts w:ascii="Times New Roman" w:hAnsi="Times New Roman" w:cs="Times New Roman"/>
        </w:rPr>
        <w:t>⁓</w:t>
      </w:r>
    </w:p>
    <w:p w14:paraId="4D971668" w14:textId="77777777" w:rsidR="00AE7804" w:rsidRDefault="00AE7804" w:rsidP="00AE7804">
      <w:pPr>
        <w:spacing w:after="0"/>
      </w:pPr>
      <w:r>
        <w:t>Erica: Going into ninth grade.</w:t>
      </w:r>
    </w:p>
    <w:p w14:paraId="384377A9" w14:textId="77777777" w:rsidR="00AE7804" w:rsidRDefault="00AE7804" w:rsidP="00AE7804">
      <w:pPr>
        <w:spacing w:after="0"/>
      </w:pPr>
      <w:r>
        <w:t xml:space="preserve">Jeremy: Let's see. I've been </w:t>
      </w:r>
      <w:proofErr w:type="gramStart"/>
      <w:r>
        <w:t>later on</w:t>
      </w:r>
      <w:proofErr w:type="gramEnd"/>
      <w:r>
        <w:t xml:space="preserve">. Sorry. I've been a sophomore to senior, no, junior to sophomore. what's, sophomore to junior. Holy shit. It's nine tenths. So that would have been, so that's ninth and tenth. Let's see. The sophomore year, I actually, </w:t>
      </w:r>
      <w:r>
        <w:rPr>
          <w:rFonts w:ascii="Times New Roman" w:hAnsi="Times New Roman" w:cs="Times New Roman"/>
        </w:rPr>
        <w:t>⁓</w:t>
      </w:r>
    </w:p>
    <w:p w14:paraId="0F526D1B" w14:textId="77777777" w:rsidR="00AE7804" w:rsidRDefault="00AE7804" w:rsidP="00AE7804">
      <w:pPr>
        <w:spacing w:after="0"/>
      </w:pPr>
      <w:r>
        <w:t xml:space="preserve">Erica: or that's ninth to tenth. </w:t>
      </w:r>
      <w:r>
        <w:rPr>
          <w:rFonts w:ascii="Times New Roman" w:hAnsi="Times New Roman" w:cs="Times New Roman"/>
        </w:rPr>
        <w:t>⁓</w:t>
      </w:r>
    </w:p>
    <w:p w14:paraId="68306F0F" w14:textId="77777777" w:rsidR="00AE7804" w:rsidRDefault="00AE7804" w:rsidP="00AE7804">
      <w:pPr>
        <w:spacing w:after="0"/>
      </w:pPr>
      <w:r>
        <w:t xml:space="preserve">Jeremy: took half of it off riding dirt bikes. </w:t>
      </w:r>
      <w:proofErr w:type="gramStart"/>
      <w:r>
        <w:t>So</w:t>
      </w:r>
      <w:proofErr w:type="gramEnd"/>
      <w:r>
        <w:t xml:space="preserve"> I stopped going to school completely.</w:t>
      </w:r>
    </w:p>
    <w:p w14:paraId="252192E1" w14:textId="77777777" w:rsidR="00AE7804" w:rsidRDefault="00AE7804" w:rsidP="00AE7804">
      <w:pPr>
        <w:spacing w:after="0"/>
      </w:pPr>
      <w:r>
        <w:t xml:space="preserve">Erica: Okay, wait, hold on. just totally missed that last 30 seconds and that sounded </w:t>
      </w:r>
      <w:proofErr w:type="gramStart"/>
      <w:r>
        <w:t>really important</w:t>
      </w:r>
      <w:proofErr w:type="gramEnd"/>
      <w:r>
        <w:t>. From 250 to 185 that summer, this was your freshman sophomore year.</w:t>
      </w:r>
    </w:p>
    <w:p w14:paraId="140C81F4" w14:textId="77777777" w:rsidR="00AE7804" w:rsidRDefault="00AE7804" w:rsidP="00AE7804">
      <w:pPr>
        <w:spacing w:after="0"/>
      </w:pPr>
      <w:r>
        <w:t>Jeremy: So. Yeah, so that's been.</w:t>
      </w:r>
    </w:p>
    <w:p w14:paraId="3EE23AAB" w14:textId="77777777" w:rsidR="00AE7804" w:rsidRDefault="00AE7804" w:rsidP="00AE7804">
      <w:pPr>
        <w:spacing w:after="0"/>
      </w:pPr>
      <w:r>
        <w:t xml:space="preserve">Erica: Or is junior year. </w:t>
      </w:r>
      <w:proofErr w:type="gramStart"/>
      <w:r>
        <w:t>So</w:t>
      </w:r>
      <w:proofErr w:type="gramEnd"/>
      <w:r>
        <w:t xml:space="preserve"> you went to school a fat kid. You come back a hot kid.</w:t>
      </w:r>
    </w:p>
    <w:p w14:paraId="07F18179" w14:textId="77777777" w:rsidR="00AE7804" w:rsidRDefault="00AE7804" w:rsidP="00AE7804">
      <w:pPr>
        <w:spacing w:after="0"/>
      </w:pPr>
      <w:r>
        <w:t xml:space="preserve">Jeremy: Yeah, so before that was so sophomore year would have been I just took half of it off because I didn't want to go. I that's yeah, I just I was putting my way through I was putting my way through school and all that shit. </w:t>
      </w:r>
      <w:proofErr w:type="gramStart"/>
      <w:r>
        <w:t>So</w:t>
      </w:r>
      <w:proofErr w:type="gramEnd"/>
      <w:r>
        <w:t xml:space="preserve"> I didn't really give a shit. So</w:t>
      </w:r>
    </w:p>
    <w:p w14:paraId="5700C025" w14:textId="77777777" w:rsidR="00AE7804" w:rsidRDefault="00AE7804" w:rsidP="00AE7804">
      <w:pPr>
        <w:spacing w:after="0"/>
      </w:pPr>
      <w:r>
        <w:t>Erica: Didn't go to half of...</w:t>
      </w:r>
    </w:p>
    <w:p w14:paraId="52D82654" w14:textId="77777777" w:rsidR="00AE7804" w:rsidRDefault="00AE7804" w:rsidP="00AE7804">
      <w:pPr>
        <w:spacing w:after="0"/>
      </w:pPr>
      <w:r>
        <w:t>Jeremy: So.</w:t>
      </w:r>
    </w:p>
    <w:p w14:paraId="49434B04" w14:textId="77777777" w:rsidR="00AE7804" w:rsidRDefault="00AE7804" w:rsidP="00AE7804">
      <w:pPr>
        <w:spacing w:after="0"/>
      </w:pPr>
      <w:r>
        <w:t>Erica: And so.</w:t>
      </w:r>
    </w:p>
    <w:p w14:paraId="35A1C4E0" w14:textId="77777777" w:rsidR="00AE7804" w:rsidRDefault="00AE7804" w:rsidP="00AE7804">
      <w:pPr>
        <w:spacing w:after="0"/>
      </w:pPr>
      <w:r>
        <w:t>Jeremy: Without riding dirt bikes with one of my buddies so we load up dirt bikes and</w:t>
      </w:r>
    </w:p>
    <w:p w14:paraId="1A0A98D9" w14:textId="77777777" w:rsidR="00AE7804" w:rsidRDefault="00AE7804" w:rsidP="00AE7804">
      <w:pPr>
        <w:spacing w:after="0"/>
      </w:pPr>
      <w:r>
        <w:t xml:space="preserve">And this time my mom was dating. </w:t>
      </w:r>
      <w:r>
        <w:rPr>
          <w:rFonts w:ascii="Times New Roman" w:hAnsi="Times New Roman" w:cs="Times New Roman"/>
        </w:rPr>
        <w:t>⁓</w:t>
      </w:r>
      <w:r>
        <w:t xml:space="preserve"> She was taking her heart or husband now Chris.</w:t>
      </w:r>
    </w:p>
    <w:p w14:paraId="23967DA6" w14:textId="77777777" w:rsidR="00AE7804" w:rsidRDefault="00AE7804" w:rsidP="00AE7804">
      <w:pPr>
        <w:spacing w:after="0"/>
      </w:pPr>
      <w:r>
        <w:t>So was being active, like, so I was working hard, being active, and my mom was taking Chris, and they got married this year.</w:t>
      </w:r>
    </w:p>
    <w:p w14:paraId="5F5F0159" w14:textId="77777777" w:rsidR="00AE7804" w:rsidRDefault="00AE7804" w:rsidP="00AE7804">
      <w:pPr>
        <w:spacing w:after="0"/>
      </w:pPr>
      <w:r>
        <w:t>Erica: Uh-uh.</w:t>
      </w:r>
    </w:p>
    <w:p w14:paraId="5AC3AE70" w14:textId="77777777" w:rsidR="00AE7804" w:rsidRDefault="00AE7804" w:rsidP="00AE7804">
      <w:pPr>
        <w:spacing w:after="0"/>
      </w:pPr>
      <w:r>
        <w:lastRenderedPageBreak/>
        <w:t>Jeremy: And this year, no, this year that we're talking about and they went on their honeymoon. And when they came home. I had wrecked my dirt bike that morning. And called my grandma. And.</w:t>
      </w:r>
    </w:p>
    <w:p w14:paraId="2007E93D" w14:textId="77777777" w:rsidR="00AE7804" w:rsidRDefault="00AE7804" w:rsidP="00AE7804">
      <w:pPr>
        <w:spacing w:after="0"/>
      </w:pPr>
      <w:r>
        <w:t xml:space="preserve">Her welcome home present was me laying on the floor, kitchen with my hand in ice, shattered three knuckles and my face was bleeding. My face hit a rock, my chin hit a rock and bounced off the rock and it split me open. So that was </w:t>
      </w:r>
      <w:proofErr w:type="spellStart"/>
      <w:r>
        <w:t>their</w:t>
      </w:r>
      <w:proofErr w:type="spellEnd"/>
      <w:r>
        <w:t xml:space="preserve">, </w:t>
      </w:r>
      <w:r>
        <w:rPr>
          <w:rFonts w:ascii="Times New Roman" w:hAnsi="Times New Roman" w:cs="Times New Roman"/>
        </w:rPr>
        <w:t>⁓</w:t>
      </w:r>
      <w:r>
        <w:t xml:space="preserve"> that was their welcome home gift.</w:t>
      </w:r>
    </w:p>
    <w:p w14:paraId="6A8B87DF" w14:textId="77777777" w:rsidR="00AE7804" w:rsidRDefault="00AE7804" w:rsidP="00AE7804">
      <w:pPr>
        <w:spacing w:after="0"/>
      </w:pPr>
      <w:r>
        <w:t>Erica: You had a basically broken hand broken face</w:t>
      </w:r>
    </w:p>
    <w:p w14:paraId="05E8777E" w14:textId="77777777" w:rsidR="00AE7804" w:rsidRDefault="00AE7804" w:rsidP="00AE7804">
      <w:pPr>
        <w:spacing w:after="0"/>
      </w:pPr>
      <w:r>
        <w:t xml:space="preserve">Jeremy: Yeah, shattered it and she didn't have insurance for me. </w:t>
      </w:r>
      <w:proofErr w:type="gramStart"/>
      <w:r>
        <w:t>So</w:t>
      </w:r>
      <w:proofErr w:type="gramEnd"/>
      <w:r>
        <w:t xml:space="preserve"> it was hell trying to get it put back together. They put me in a Chinese finger trap and started yanking on it. But that's after I bled for hours at the office. </w:t>
      </w:r>
      <w:proofErr w:type="gramStart"/>
      <w:r>
        <w:t>So</w:t>
      </w:r>
      <w:proofErr w:type="gramEnd"/>
      <w:r>
        <w:t xml:space="preserve"> they wouldn't let them treat me until she had all the paperwork done.</w:t>
      </w:r>
    </w:p>
    <w:p w14:paraId="423CCB74" w14:textId="77777777" w:rsidR="00AE7804" w:rsidRDefault="00AE7804" w:rsidP="00AE7804">
      <w:pPr>
        <w:spacing w:after="0"/>
      </w:pPr>
      <w:r>
        <w:t>Erica: Okay, mom's now dating Chris you're starting to lose weight gain muscle.</w:t>
      </w:r>
    </w:p>
    <w:p w14:paraId="31560133" w14:textId="77777777" w:rsidR="00AE7804" w:rsidRDefault="00AE7804" w:rsidP="00AE7804">
      <w:pPr>
        <w:spacing w:after="0"/>
      </w:pPr>
      <w:r>
        <w:t>Jeremy: Yeah, they got married and welcome to it. then, yeah, so half a sophomore year was off. then I started, which created that I ended up having to go to night school and summer school for that point forward to graduate.</w:t>
      </w:r>
    </w:p>
    <w:p w14:paraId="4B78D61F" w14:textId="77777777" w:rsidR="00AE7804" w:rsidRDefault="00AE7804" w:rsidP="00AE7804">
      <w:pPr>
        <w:spacing w:after="0"/>
      </w:pPr>
      <w:proofErr w:type="gramStart"/>
      <w:r>
        <w:t>So</w:t>
      </w:r>
      <w:proofErr w:type="gramEnd"/>
      <w:r>
        <w:t xml:space="preserve"> night summer school. Yeah, the end of that one so.</w:t>
      </w:r>
    </w:p>
    <w:p w14:paraId="75BB3FDF" w14:textId="77777777" w:rsidR="00AE7804" w:rsidRDefault="00AE7804" w:rsidP="00AE7804">
      <w:pPr>
        <w:spacing w:after="0"/>
      </w:pPr>
      <w:r>
        <w:t>Erica: Can you</w:t>
      </w:r>
    </w:p>
    <w:p w14:paraId="2B8E3B55" w14:textId="77777777" w:rsidR="00AE7804" w:rsidRDefault="00AE7804" w:rsidP="00AE7804">
      <w:pPr>
        <w:spacing w:after="0"/>
      </w:pPr>
      <w:r>
        <w:t>Jeremy: End of the welcome home to say night and summer school started. I took the first half of it off and I started having doing summer school after that.</w:t>
      </w:r>
    </w:p>
    <w:p w14:paraId="0A870652" w14:textId="77777777" w:rsidR="00AE7804" w:rsidRDefault="00AE7804" w:rsidP="00AE7804">
      <w:pPr>
        <w:spacing w:after="0"/>
      </w:pPr>
      <w:r>
        <w:t>Erica: Okay, there we go.</w:t>
      </w:r>
    </w:p>
    <w:p w14:paraId="790A347A" w14:textId="77777777" w:rsidR="00AE7804" w:rsidRDefault="00AE7804" w:rsidP="00AE7804">
      <w:pPr>
        <w:spacing w:after="0"/>
      </w:pPr>
      <w:r>
        <w:t>Jeremy: Yeah, but after that.</w:t>
      </w:r>
    </w:p>
    <w:p w14:paraId="178C3178" w14:textId="77777777" w:rsidR="00AE7804" w:rsidRDefault="00AE7804" w:rsidP="00AE7804">
      <w:pPr>
        <w:spacing w:after="0"/>
      </w:pPr>
      <w:r>
        <w:t xml:space="preserve">Erica: See how much easier it is when you have a </w:t>
      </w:r>
      <w:r>
        <w:rPr>
          <w:rFonts w:ascii="Times New Roman" w:hAnsi="Times New Roman" w:cs="Times New Roman"/>
        </w:rPr>
        <w:t>⁓</w:t>
      </w:r>
      <w:r>
        <w:t xml:space="preserve"> body double to go through this.</w:t>
      </w:r>
    </w:p>
    <w:p w14:paraId="785299E3" w14:textId="77777777" w:rsidR="00AE7804" w:rsidRDefault="00AE7804" w:rsidP="00AE7804">
      <w:pPr>
        <w:spacing w:after="0"/>
      </w:pPr>
      <w:r>
        <w:t>Jeremy: is</w:t>
      </w:r>
    </w:p>
    <w:p w14:paraId="13E69CBE" w14:textId="77777777" w:rsidR="00AE7804" w:rsidRDefault="00AE7804" w:rsidP="00AE7804">
      <w:pPr>
        <w:spacing w:after="0"/>
      </w:pPr>
      <w:r>
        <w:t>Erica: Okay, now you go back to junior year. What happens in your junior year?</w:t>
      </w:r>
    </w:p>
    <w:p w14:paraId="1117E17E" w14:textId="77777777" w:rsidR="00AE7804" w:rsidRDefault="00AE7804" w:rsidP="00AE7804">
      <w:pPr>
        <w:spacing w:after="0"/>
      </w:pPr>
      <w:r>
        <w:t xml:space="preserve">Jeremy: So junior year I came </w:t>
      </w:r>
      <w:proofErr w:type="gramStart"/>
      <w:r>
        <w:t>back</w:t>
      </w:r>
      <w:proofErr w:type="gramEnd"/>
      <w:r>
        <w:t xml:space="preserve"> and I got a first start. Nobody recognized me, they only recognized my voice.</w:t>
      </w:r>
    </w:p>
    <w:p w14:paraId="5C3268A7" w14:textId="77777777" w:rsidR="00AE7804" w:rsidRDefault="00AE7804" w:rsidP="00AE7804">
      <w:pPr>
        <w:spacing w:after="0"/>
      </w:pPr>
      <w:r>
        <w:t xml:space="preserve">Erica: Hi. </w:t>
      </w:r>
      <w:r>
        <w:rPr>
          <w:rFonts w:ascii="Times New Roman" w:hAnsi="Times New Roman" w:cs="Times New Roman"/>
        </w:rPr>
        <w:t>⁓</w:t>
      </w:r>
    </w:p>
    <w:p w14:paraId="14E5AC42" w14:textId="77777777" w:rsidR="00AE7804" w:rsidRDefault="00AE7804" w:rsidP="00AE7804">
      <w:pPr>
        <w:spacing w:after="0"/>
      </w:pPr>
      <w:r>
        <w:t xml:space="preserve">Jeremy: So, still hated school with a passion, still was getting shitty grades. </w:t>
      </w:r>
      <w:r>
        <w:rPr>
          <w:rFonts w:ascii="Times New Roman" w:hAnsi="Times New Roman" w:cs="Times New Roman"/>
        </w:rPr>
        <w:t>⁓</w:t>
      </w:r>
    </w:p>
    <w:p w14:paraId="4A0E0E6F" w14:textId="77777777" w:rsidR="00AE7804" w:rsidRDefault="00AE7804" w:rsidP="00AE7804">
      <w:pPr>
        <w:spacing w:after="0"/>
      </w:pPr>
      <w:r>
        <w:t>and still doing night and summer school.</w:t>
      </w:r>
    </w:p>
    <w:p w14:paraId="184C837B" w14:textId="77777777" w:rsidR="00AE7804" w:rsidRDefault="00AE7804" w:rsidP="00AE7804">
      <w:pPr>
        <w:spacing w:after="0"/>
      </w:pPr>
      <w:r>
        <w:t>Erica: While working.</w:t>
      </w:r>
    </w:p>
    <w:p w14:paraId="4A5CC047" w14:textId="77777777" w:rsidR="00AE7804" w:rsidRDefault="00AE7804" w:rsidP="00AE7804">
      <w:pPr>
        <w:spacing w:after="0"/>
      </w:pPr>
      <w:r>
        <w:t xml:space="preserve">Jeremy: Yeah. </w:t>
      </w:r>
      <w:proofErr w:type="gramStart"/>
      <w:r>
        <w:t>So</w:t>
      </w:r>
      <w:proofErr w:type="gramEnd"/>
      <w:r>
        <w:t xml:space="preserve"> this is the time where I'll.</w:t>
      </w:r>
    </w:p>
    <w:p w14:paraId="63493F47" w14:textId="77777777" w:rsidR="00AE7804" w:rsidRDefault="00AE7804" w:rsidP="00AE7804">
      <w:pPr>
        <w:spacing w:after="0"/>
      </w:pPr>
      <w:r>
        <w:t>Erica: I'll go ahead. Sorry.</w:t>
      </w:r>
    </w:p>
    <w:p w14:paraId="0C0D7EAF" w14:textId="77777777" w:rsidR="00AE7804" w:rsidRDefault="00AE7804" w:rsidP="00AE7804">
      <w:pPr>
        <w:spacing w:after="0"/>
      </w:pPr>
      <w:r>
        <w:t xml:space="preserve">Jeremy: </w:t>
      </w:r>
      <w:proofErr w:type="gramStart"/>
      <w:r>
        <w:t>So</w:t>
      </w:r>
      <w:proofErr w:type="gramEnd"/>
      <w:r>
        <w:t xml:space="preserve"> I was working, doing foundation still, but then I was like, you know what? This sucks. </w:t>
      </w:r>
      <w:proofErr w:type="gramStart"/>
      <w:r>
        <w:t>So</w:t>
      </w:r>
      <w:proofErr w:type="gramEnd"/>
      <w:r>
        <w:t xml:space="preserve"> I went to work for Target as a cashier and I only made it for about five or six months. And I said, I'm going back to construction. </w:t>
      </w:r>
      <w:proofErr w:type="gramStart"/>
      <w:r>
        <w:t>So</w:t>
      </w:r>
      <w:proofErr w:type="gramEnd"/>
      <w:r>
        <w:t xml:space="preserve"> I went back to construction.</w:t>
      </w:r>
    </w:p>
    <w:p w14:paraId="7CC1A4A9" w14:textId="77777777" w:rsidR="00AE7804" w:rsidRDefault="00AE7804" w:rsidP="00AE7804">
      <w:pPr>
        <w:spacing w:after="0"/>
      </w:pPr>
      <w:r>
        <w:t>Erica: Okay, keep that one second.</w:t>
      </w:r>
    </w:p>
    <w:p w14:paraId="2BD6E43A" w14:textId="77777777" w:rsidR="00AE7804" w:rsidRDefault="00AE7804" w:rsidP="00AE7804">
      <w:pPr>
        <w:spacing w:after="0"/>
      </w:pPr>
      <w:r>
        <w:t>Hey, hey, hey! Fucking...</w:t>
      </w:r>
    </w:p>
    <w:p w14:paraId="6DFE5039" w14:textId="77777777" w:rsidR="00AE7804" w:rsidRDefault="00AE7804" w:rsidP="00AE7804">
      <w:pPr>
        <w:spacing w:after="0"/>
      </w:pPr>
      <w:r>
        <w:t xml:space="preserve">Hey, let's go outside. No, no, no, no, no, no. </w:t>
      </w:r>
      <w:r>
        <w:rPr>
          <w:rFonts w:ascii="Times New Roman" w:hAnsi="Times New Roman" w:cs="Times New Roman"/>
        </w:rPr>
        <w:t>⁓</w:t>
      </w:r>
    </w:p>
    <w:p w14:paraId="50587BAA" w14:textId="77777777" w:rsidR="00AE7804" w:rsidRDefault="00AE7804" w:rsidP="00AE7804">
      <w:pPr>
        <w:spacing w:after="0"/>
      </w:pPr>
      <w:r>
        <w:t>No. Come on, go in here.</w:t>
      </w:r>
    </w:p>
    <w:p w14:paraId="6D8D0465" w14:textId="77777777" w:rsidR="00AE7804" w:rsidRDefault="00AE7804" w:rsidP="00AE7804">
      <w:pPr>
        <w:spacing w:after="0"/>
      </w:pPr>
      <w:r>
        <w:t>Over to you, Jeremy.</w:t>
      </w:r>
    </w:p>
    <w:p w14:paraId="55EE7626" w14:textId="77777777" w:rsidR="00AE7804" w:rsidRDefault="00AE7804" w:rsidP="00AE7804">
      <w:pPr>
        <w:spacing w:after="0"/>
      </w:pPr>
      <w:r>
        <w:t>not.</w:t>
      </w:r>
    </w:p>
    <w:p w14:paraId="38377988" w14:textId="77777777" w:rsidR="00AE7804" w:rsidRDefault="00AE7804" w:rsidP="00AE7804">
      <w:pPr>
        <w:spacing w:after="0"/>
      </w:pPr>
      <w:r>
        <w:t>Sorry, hold on. Lay down. Lay down.</w:t>
      </w:r>
    </w:p>
    <w:p w14:paraId="433E1532" w14:textId="77777777" w:rsidR="00AE7804" w:rsidRDefault="00AE7804" w:rsidP="00AE7804">
      <w:pPr>
        <w:spacing w:after="0"/>
      </w:pPr>
      <w:r>
        <w:t>No, you're going to chill. Lay down. Lay down. You're going to chill out. You're being annoying.</w:t>
      </w:r>
    </w:p>
    <w:p w14:paraId="3FC0013F" w14:textId="77777777" w:rsidR="00AE7804" w:rsidRDefault="00AE7804" w:rsidP="00AE7804">
      <w:pPr>
        <w:spacing w:after="0"/>
      </w:pPr>
      <w:r>
        <w:t>Okay, I lost everything.</w:t>
      </w:r>
    </w:p>
    <w:p w14:paraId="43FC9ECF" w14:textId="77777777" w:rsidR="00AE7804" w:rsidRDefault="00AE7804" w:rsidP="00AE7804">
      <w:pPr>
        <w:spacing w:after="0"/>
      </w:pPr>
      <w:r>
        <w:t>Sorry, I love my dogs, but they are loud and I'm taking up your time.</w:t>
      </w:r>
    </w:p>
    <w:p w14:paraId="4D654BA2" w14:textId="77777777" w:rsidR="00AE7804" w:rsidRDefault="00AE7804" w:rsidP="00AE7804">
      <w:pPr>
        <w:spacing w:after="0"/>
      </w:pPr>
      <w:r>
        <w:lastRenderedPageBreak/>
        <w:t xml:space="preserve">Okay, back to business. King, come here. </w:t>
      </w:r>
      <w:r>
        <w:rPr>
          <w:rFonts w:ascii="Times New Roman" w:hAnsi="Times New Roman" w:cs="Times New Roman"/>
        </w:rPr>
        <w:t>⁓</w:t>
      </w:r>
      <w:r>
        <w:t xml:space="preserve"> </w:t>
      </w:r>
      <w:proofErr w:type="gramStart"/>
      <w:r>
        <w:t>thanks</w:t>
      </w:r>
      <w:proofErr w:type="gramEnd"/>
      <w:r>
        <w:t>. Thank you for jumping in there like that, superstar.</w:t>
      </w:r>
    </w:p>
    <w:p w14:paraId="421356ED" w14:textId="77777777" w:rsidR="00AE7804" w:rsidRDefault="00AE7804" w:rsidP="00AE7804">
      <w:pPr>
        <w:spacing w:after="0"/>
      </w:pPr>
      <w:r>
        <w:t>I just opened it.</w:t>
      </w:r>
    </w:p>
    <w:p w14:paraId="7AFA8A1A" w14:textId="77777777" w:rsidR="00AE7804" w:rsidRDefault="00AE7804" w:rsidP="00AE7804">
      <w:pPr>
        <w:spacing w:after="0"/>
      </w:pPr>
      <w:r>
        <w:t xml:space="preserve">I'm just saying I just opened the door. Can you still hear </w:t>
      </w:r>
      <w:proofErr w:type="gramStart"/>
      <w:r>
        <w:t>me</w:t>
      </w:r>
      <w:proofErr w:type="gramEnd"/>
      <w:r>
        <w:t xml:space="preserve"> Jeremy?</w:t>
      </w:r>
    </w:p>
    <w:p w14:paraId="7890F6A3" w14:textId="77777777" w:rsidR="00AE7804" w:rsidRDefault="00AE7804" w:rsidP="00AE7804">
      <w:pPr>
        <w:spacing w:after="0"/>
      </w:pPr>
      <w:r>
        <w:t>Alright, decided to get out of construction.</w:t>
      </w:r>
    </w:p>
    <w:p w14:paraId="6C52BA55" w14:textId="77777777" w:rsidR="00AE7804" w:rsidRDefault="00AE7804" w:rsidP="00AE7804">
      <w:pPr>
        <w:spacing w:after="0"/>
      </w:pPr>
      <w:r>
        <w:t>Now stop, my turn. It's easier, all right.</w:t>
      </w:r>
    </w:p>
    <w:p w14:paraId="3CC3371B" w14:textId="77777777" w:rsidR="00AE7804" w:rsidRDefault="00AE7804" w:rsidP="00AE7804">
      <w:pPr>
        <w:spacing w:after="0"/>
      </w:pPr>
      <w:r>
        <w:t>Jeremy: Good.</w:t>
      </w:r>
    </w:p>
    <w:p w14:paraId="2825D3C3" w14:textId="77777777" w:rsidR="00AE7804" w:rsidRDefault="00AE7804" w:rsidP="00AE7804">
      <w:pPr>
        <w:spacing w:after="0"/>
      </w:pPr>
      <w:r>
        <w:t xml:space="preserve">Erica: </w:t>
      </w:r>
      <w:r>
        <w:rPr>
          <w:rFonts w:ascii="Times New Roman" w:hAnsi="Times New Roman" w:cs="Times New Roman"/>
        </w:rPr>
        <w:t>⁓</w:t>
      </w:r>
      <w:r>
        <w:t xml:space="preserve"> Anything special about Junior?</w:t>
      </w:r>
    </w:p>
    <w:p w14:paraId="4E39A838" w14:textId="77777777" w:rsidR="00AE7804" w:rsidRDefault="00AE7804" w:rsidP="00AE7804">
      <w:pPr>
        <w:spacing w:after="0"/>
      </w:pPr>
      <w:r>
        <w:t xml:space="preserve">Jeremy: No, I started bodybuilding. Started the body conditioning at the classes. So </w:t>
      </w:r>
      <w:proofErr w:type="gramStart"/>
      <w:r>
        <w:t>actually</w:t>
      </w:r>
      <w:proofErr w:type="gramEnd"/>
      <w:r>
        <w:t xml:space="preserve"> was running and stuff. first time that like I've ever led the class, the body conditioning class with bleachers runs and stuff like that. Like I was, I was fit. I was in </w:t>
      </w:r>
      <w:proofErr w:type="gramStart"/>
      <w:r>
        <w:t>shape</w:t>
      </w:r>
      <w:proofErr w:type="gramEnd"/>
      <w:r>
        <w:t xml:space="preserve"> and you know, it was actually a happy time in my life. I had a lot of friends from the Cowboys to</w:t>
      </w:r>
    </w:p>
    <w:p w14:paraId="14F75805" w14:textId="77777777" w:rsidR="00AE7804" w:rsidRDefault="00AE7804" w:rsidP="00AE7804">
      <w:pPr>
        <w:spacing w:after="0"/>
      </w:pPr>
      <w:r>
        <w:t>you know, the prep kids and.</w:t>
      </w:r>
    </w:p>
    <w:p w14:paraId="6FF86BF7" w14:textId="77777777" w:rsidR="00AE7804" w:rsidRDefault="00AE7804" w:rsidP="00AE7804">
      <w:pPr>
        <w:spacing w:after="0"/>
      </w:pPr>
      <w:proofErr w:type="gramStart"/>
      <w:r>
        <w:t>So</w:t>
      </w:r>
      <w:proofErr w:type="gramEnd"/>
      <w:r>
        <w:t xml:space="preserve"> it was a good change. Felt proud of myself, felt accomplished. If I can lead bleacher runs with all the other guys that were doing it, that were in track and shit, so they started trying to get me to come out for track, which I didn't want to, because I couldn't, obviously, because I was working full time after work.</w:t>
      </w:r>
    </w:p>
    <w:p w14:paraId="2852CCC1" w14:textId="77777777" w:rsidR="00AE7804" w:rsidRDefault="00AE7804" w:rsidP="00AE7804">
      <w:pPr>
        <w:spacing w:after="0"/>
      </w:pPr>
      <w:r>
        <w:t>couldn't afford to do it. man, you know, obviously if I wanted something like, you know, we only had like a $50 budget. Because all this time, this whole time after 12, we had to shop at Bishop's Warehouse for food. So,</w:t>
      </w:r>
    </w:p>
    <w:p w14:paraId="0B85E2DB" w14:textId="77777777" w:rsidR="00AE7804" w:rsidRDefault="00AE7804" w:rsidP="00AE7804">
      <w:pPr>
        <w:spacing w:after="0"/>
      </w:pPr>
      <w:r>
        <w:t>Erica: Well, that's why it's there.</w:t>
      </w:r>
    </w:p>
    <w:p w14:paraId="2A5C9DC3" w14:textId="77777777" w:rsidR="00AE7804" w:rsidRDefault="00AE7804" w:rsidP="00AE7804">
      <w:pPr>
        <w:spacing w:after="0"/>
      </w:pPr>
      <w:r>
        <w:t>That's why it's there to help people who want that situation.</w:t>
      </w:r>
    </w:p>
    <w:p w14:paraId="3E1D1024" w14:textId="77777777" w:rsidR="00AE7804" w:rsidRDefault="00AE7804" w:rsidP="00AE7804">
      <w:pPr>
        <w:spacing w:after="0"/>
      </w:pPr>
      <w:r>
        <w:t xml:space="preserve">Jeremy: And </w:t>
      </w:r>
      <w:proofErr w:type="gramStart"/>
      <w:r>
        <w:t>so</w:t>
      </w:r>
      <w:proofErr w:type="gramEnd"/>
      <w:r>
        <w:t xml:space="preserve"> we like had a $50 budget for school clothes. </w:t>
      </w:r>
      <w:proofErr w:type="gramStart"/>
      <w:r>
        <w:t>So</w:t>
      </w:r>
      <w:proofErr w:type="gramEnd"/>
      <w:r>
        <w:t xml:space="preserve"> we had to like shop at Kmart.</w:t>
      </w:r>
    </w:p>
    <w:p w14:paraId="7C0107CC" w14:textId="77777777" w:rsidR="00AE7804" w:rsidRDefault="00AE7804" w:rsidP="00AE7804">
      <w:pPr>
        <w:spacing w:after="0"/>
      </w:pPr>
      <w:r>
        <w:t>I should like that.</w:t>
      </w:r>
    </w:p>
    <w:p w14:paraId="4E950B54" w14:textId="77777777" w:rsidR="00AE7804" w:rsidRDefault="00AE7804" w:rsidP="00AE7804">
      <w:pPr>
        <w:spacing w:after="0"/>
      </w:pPr>
      <w:r>
        <w:t>Erica: Yeah, at that age, it's kind of.</w:t>
      </w:r>
    </w:p>
    <w:p w14:paraId="46E076D9" w14:textId="77777777" w:rsidR="00AE7804" w:rsidRDefault="00AE7804" w:rsidP="00AE7804">
      <w:pPr>
        <w:spacing w:after="0"/>
      </w:pPr>
      <w:r>
        <w:t xml:space="preserve">Jeremy: I had to shop at the big and tall because I was fat for there for a while and then I was like, hey, we're done doing this shit. </w:t>
      </w:r>
      <w:proofErr w:type="gramStart"/>
      <w:r>
        <w:t>So</w:t>
      </w:r>
      <w:proofErr w:type="gramEnd"/>
      <w:r>
        <w:t xml:space="preserve"> then I changed it. But no, like that and senior year was fun. </w:t>
      </w:r>
      <w:r>
        <w:rPr>
          <w:rFonts w:ascii="Times New Roman" w:hAnsi="Times New Roman" w:cs="Times New Roman"/>
        </w:rPr>
        <w:t>⁓</w:t>
      </w:r>
    </w:p>
    <w:p w14:paraId="2C3C3ACD" w14:textId="77777777" w:rsidR="00AE7804" w:rsidRDefault="00AE7804" w:rsidP="00AE7804">
      <w:pPr>
        <w:spacing w:after="0"/>
      </w:pPr>
      <w:r>
        <w:t xml:space="preserve">And I barely graduated, like I </w:t>
      </w:r>
      <w:proofErr w:type="spellStart"/>
      <w:r>
        <w:t>I</w:t>
      </w:r>
      <w:proofErr w:type="spellEnd"/>
      <w:r>
        <w:t xml:space="preserve"> literally came with all the summer school and night school from junior or from sophomore year on, I barely graduated with enough credits. The vice principal pretty much had my mom pay him off. </w:t>
      </w:r>
      <w:proofErr w:type="gramStart"/>
      <w:r>
        <w:t>So</w:t>
      </w:r>
      <w:proofErr w:type="gramEnd"/>
      <w:r>
        <w:t xml:space="preserve"> I had like over 21 years </w:t>
      </w:r>
      <w:r>
        <w:rPr>
          <w:rFonts w:ascii="Times New Roman" w:hAnsi="Times New Roman" w:cs="Times New Roman"/>
        </w:rPr>
        <w:t>⁓</w:t>
      </w:r>
      <w:r>
        <w:t xml:space="preserve"> that I couldn't graduate with. </w:t>
      </w:r>
      <w:proofErr w:type="gramStart"/>
      <w:r>
        <w:t>So</w:t>
      </w:r>
      <w:proofErr w:type="gramEnd"/>
      <w:r>
        <w:t xml:space="preserve"> he would not let me walk because of the use.</w:t>
      </w:r>
    </w:p>
    <w:p w14:paraId="1DA88764" w14:textId="77777777" w:rsidR="00AE7804" w:rsidRDefault="00AE7804" w:rsidP="00AE7804">
      <w:pPr>
        <w:spacing w:after="0"/>
      </w:pPr>
      <w:proofErr w:type="gramStart"/>
      <w:r>
        <w:t>So</w:t>
      </w:r>
      <w:proofErr w:type="gramEnd"/>
      <w:r>
        <w:t xml:space="preserve"> I didn't get to walk with my class. You know, I got it all done. </w:t>
      </w:r>
      <w:proofErr w:type="gramStart"/>
      <w:r>
        <w:t>So</w:t>
      </w:r>
      <w:proofErr w:type="gramEnd"/>
      <w:r>
        <w:t xml:space="preserve"> he made my mom's pay </w:t>
      </w:r>
      <w:r>
        <w:rPr>
          <w:rFonts w:ascii="Times New Roman" w:hAnsi="Times New Roman" w:cs="Times New Roman"/>
        </w:rPr>
        <w:t>⁓</w:t>
      </w:r>
      <w:r>
        <w:t xml:space="preserve"> Five dollars </w:t>
      </w:r>
      <w:proofErr w:type="spellStart"/>
      <w:r>
        <w:t>a</w:t>
      </w:r>
      <w:proofErr w:type="spellEnd"/>
      <w:r>
        <w:t xml:space="preserve"> you</w:t>
      </w:r>
    </w:p>
    <w:p w14:paraId="655ED4A7" w14:textId="77777777" w:rsidR="00AE7804" w:rsidRDefault="00AE7804" w:rsidP="00AE7804">
      <w:pPr>
        <w:spacing w:after="0"/>
      </w:pPr>
      <w:r>
        <w:t>And he said, leave the check blank so he can donate it to a nonprofit of his choice.</w:t>
      </w:r>
    </w:p>
    <w:p w14:paraId="0210F5E5" w14:textId="77777777" w:rsidR="00AE7804" w:rsidRDefault="00AE7804" w:rsidP="00AE7804">
      <w:pPr>
        <w:spacing w:after="0"/>
      </w:pPr>
      <w:r>
        <w:t xml:space="preserve">Erica: I'm </w:t>
      </w:r>
      <w:proofErr w:type="spellStart"/>
      <w:r>
        <w:t>gonna</w:t>
      </w:r>
      <w:proofErr w:type="spellEnd"/>
      <w:r>
        <w:t xml:space="preserve"> let you get into that one a little bit more We can come back to you. We're </w:t>
      </w:r>
      <w:proofErr w:type="spellStart"/>
      <w:r>
        <w:t>gonna</w:t>
      </w:r>
      <w:proofErr w:type="spellEnd"/>
      <w:r>
        <w:t xml:space="preserve"> add a little bit more We don't need to like but see how I'm just writing more like just short quick bullets This will make it much easier for when we film this and when Tony starts writing the book You know what I mean as he can look at so he'll ask more questions that he wants to get into </w:t>
      </w:r>
      <w:r>
        <w:rPr>
          <w:rFonts w:ascii="Times New Roman" w:hAnsi="Times New Roman" w:cs="Times New Roman"/>
        </w:rPr>
        <w:t>⁓</w:t>
      </w:r>
      <w:r>
        <w:t xml:space="preserve"> Okay, so I think we can do this at the same time</w:t>
      </w:r>
    </w:p>
    <w:p w14:paraId="5FB602E5" w14:textId="77777777" w:rsidR="00AE7804" w:rsidRDefault="00AE7804" w:rsidP="00AE7804">
      <w:pPr>
        <w:spacing w:after="0"/>
      </w:pPr>
      <w:r>
        <w:t xml:space="preserve">Senior year was just senior year. You graduated. You're still working construction. </w:t>
      </w:r>
      <w:r>
        <w:rPr>
          <w:rFonts w:ascii="Times New Roman" w:hAnsi="Times New Roman" w:cs="Times New Roman"/>
        </w:rPr>
        <w:t>⁓</w:t>
      </w:r>
    </w:p>
    <w:p w14:paraId="6499E794" w14:textId="77777777" w:rsidR="00AE7804" w:rsidRDefault="00AE7804" w:rsidP="00AE7804">
      <w:pPr>
        <w:spacing w:after="0"/>
      </w:pPr>
      <w:r>
        <w:t>You graduated. Still living at home? Yep.</w:t>
      </w:r>
    </w:p>
    <w:p w14:paraId="7F56082E" w14:textId="77777777" w:rsidR="00AE7804" w:rsidRDefault="00AE7804" w:rsidP="00AE7804">
      <w:pPr>
        <w:spacing w:after="0"/>
      </w:pPr>
      <w:r>
        <w:t xml:space="preserve">What happened after you graduated? </w:t>
      </w:r>
      <w:r>
        <w:rPr>
          <w:rFonts w:ascii="Times New Roman" w:hAnsi="Times New Roman" w:cs="Times New Roman"/>
        </w:rPr>
        <w:t>⁓</w:t>
      </w:r>
      <w:r>
        <w:t xml:space="preserve"> Anything else changed during that senior year that was like, pivotable, pivotable, pivotal? It sounds like your junior year was, you know, really when like in between your sophomore and junior years, really when things kind of changed for you mindset wise. Did anything else big like that happen in your senior year?</w:t>
      </w:r>
    </w:p>
    <w:p w14:paraId="2284D0BD" w14:textId="77777777" w:rsidR="00AE7804" w:rsidRDefault="00AE7804" w:rsidP="00AE7804">
      <w:pPr>
        <w:spacing w:after="0"/>
      </w:pPr>
      <w:r>
        <w:lastRenderedPageBreak/>
        <w:t xml:space="preserve">Jeremy: Yeah, not </w:t>
      </w:r>
      <w:proofErr w:type="gramStart"/>
      <w:r>
        <w:t>really just</w:t>
      </w:r>
      <w:proofErr w:type="gramEnd"/>
      <w:r>
        <w:t xml:space="preserve">. You know, I started going to the gym regularly and. Work out at work out fat Alberts. And latent with all the big boys and. </w:t>
      </w:r>
      <w:r>
        <w:rPr>
          <w:rFonts w:ascii="Times New Roman" w:hAnsi="Times New Roman" w:cs="Times New Roman"/>
        </w:rPr>
        <w:t>⁓</w:t>
      </w:r>
    </w:p>
    <w:p w14:paraId="5C48983C" w14:textId="77777777" w:rsidR="00AE7804" w:rsidRDefault="00AE7804" w:rsidP="00AE7804">
      <w:pPr>
        <w:spacing w:after="0"/>
      </w:pPr>
      <w:proofErr w:type="gramStart"/>
      <w:r>
        <w:t>So</w:t>
      </w:r>
      <w:proofErr w:type="gramEnd"/>
      <w:r>
        <w:t xml:space="preserve"> then I. </w:t>
      </w:r>
      <w:r>
        <w:rPr>
          <w:rFonts w:ascii="Times New Roman" w:hAnsi="Times New Roman" w:cs="Times New Roman"/>
        </w:rPr>
        <w:t>⁓</w:t>
      </w:r>
    </w:p>
    <w:p w14:paraId="68050AC3" w14:textId="77777777" w:rsidR="00AE7804" w:rsidRDefault="00AE7804" w:rsidP="00AE7804">
      <w:pPr>
        <w:spacing w:after="0"/>
      </w:pPr>
      <w:r>
        <w:t>Do that.</w:t>
      </w:r>
    </w:p>
    <w:p w14:paraId="247ADA4B" w14:textId="77777777" w:rsidR="00AE7804" w:rsidRDefault="00AE7804" w:rsidP="00AE7804">
      <w:pPr>
        <w:spacing w:after="0"/>
      </w:pPr>
      <w:proofErr w:type="gramStart"/>
      <w:r>
        <w:t>So</w:t>
      </w:r>
      <w:proofErr w:type="gramEnd"/>
      <w:r>
        <w:t xml:space="preserve"> I got, so after senior year, got, </w:t>
      </w:r>
      <w:r>
        <w:rPr>
          <w:rFonts w:ascii="Times New Roman" w:hAnsi="Times New Roman" w:cs="Times New Roman"/>
        </w:rPr>
        <w:t>⁓</w:t>
      </w:r>
      <w:r>
        <w:t xml:space="preserve"> I changed jobs again. I stopped doing footings and foundations. I went to doing landscaping with BH Incorporated.</w:t>
      </w:r>
    </w:p>
    <w:p w14:paraId="181547F7" w14:textId="77777777" w:rsidR="00AE7804" w:rsidRDefault="00AE7804" w:rsidP="00AE7804">
      <w:pPr>
        <w:spacing w:after="0"/>
      </w:pPr>
      <w:r>
        <w:t>Erica: One second, Jeremy, okay? Can you hold on just one second for me? Where's my...</w:t>
      </w:r>
    </w:p>
    <w:p w14:paraId="0376849C" w14:textId="77777777" w:rsidR="00AE7804" w:rsidRDefault="00AE7804" w:rsidP="00AE7804">
      <w:pPr>
        <w:spacing w:after="0"/>
      </w:pPr>
      <w:r>
        <w:t>Jason just came home so I was talking to him.</w:t>
      </w:r>
    </w:p>
    <w:p w14:paraId="74C9F8C9" w14:textId="77777777" w:rsidR="00AE7804" w:rsidRDefault="00AE7804" w:rsidP="00AE7804">
      <w:pPr>
        <w:spacing w:after="0"/>
      </w:pPr>
      <w:r>
        <w:t xml:space="preserve">This is kind of fun. I mean, not fun because we </w:t>
      </w:r>
      <w:proofErr w:type="gramStart"/>
      <w:r>
        <w:t>have to</w:t>
      </w:r>
      <w:proofErr w:type="gramEnd"/>
      <w:r>
        <w:t xml:space="preserve"> go through all that shit, but it's like we're getting into some of the better stuff. You know what I mean? I like that.</w:t>
      </w:r>
    </w:p>
    <w:p w14:paraId="035A25FE" w14:textId="77777777" w:rsidR="00AE7804" w:rsidRDefault="00AE7804" w:rsidP="00AE7804">
      <w:pPr>
        <w:spacing w:after="0"/>
      </w:pPr>
      <w:r>
        <w:t>Hey, move jobs.</w:t>
      </w:r>
    </w:p>
    <w:p w14:paraId="34703533" w14:textId="77777777" w:rsidR="00AE7804" w:rsidRDefault="00AE7804" w:rsidP="00AE7804">
      <w:pPr>
        <w:spacing w:after="0"/>
      </w:pPr>
      <w:r>
        <w:t>Jeremy: And see.</w:t>
      </w:r>
    </w:p>
    <w:p w14:paraId="4FB5BAA5" w14:textId="77777777" w:rsidR="00AE7804" w:rsidRDefault="00AE7804" w:rsidP="00AE7804">
      <w:pPr>
        <w:spacing w:after="0"/>
      </w:pPr>
      <w:r>
        <w:t xml:space="preserve">Erica: All right, I want to go back to. </w:t>
      </w:r>
      <w:r>
        <w:rPr>
          <w:rFonts w:ascii="Times New Roman" w:hAnsi="Times New Roman" w:cs="Times New Roman"/>
        </w:rPr>
        <w:t>⁓</w:t>
      </w:r>
    </w:p>
    <w:p w14:paraId="09C632F9" w14:textId="77777777" w:rsidR="00AE7804" w:rsidRDefault="00AE7804" w:rsidP="00AE7804">
      <w:pPr>
        <w:spacing w:after="0"/>
      </w:pPr>
      <w:r>
        <w:t xml:space="preserve">We're going to have to go back a little bit because I want to talk more about who Eddie is, right? Because it was such a pivotal moment, I think, in your life </w:t>
      </w:r>
      <w:r>
        <w:rPr>
          <w:rFonts w:ascii="Times New Roman" w:hAnsi="Times New Roman" w:cs="Times New Roman"/>
        </w:rPr>
        <w:t>⁓</w:t>
      </w:r>
      <w:r>
        <w:t xml:space="preserve"> that we need to include.</w:t>
      </w:r>
    </w:p>
    <w:p w14:paraId="139E2492" w14:textId="77777777" w:rsidR="00AE7804" w:rsidRDefault="00AE7804" w:rsidP="00AE7804">
      <w:pPr>
        <w:spacing w:after="0"/>
      </w:pPr>
      <w:r>
        <w:t>Needed to move that.</w:t>
      </w:r>
    </w:p>
    <w:p w14:paraId="34EDABAA" w14:textId="77777777" w:rsidR="00AE7804" w:rsidRDefault="00AE7804" w:rsidP="00AE7804">
      <w:pPr>
        <w:spacing w:after="0"/>
      </w:pPr>
      <w:r>
        <w:t>Okay, so Eddie was dating Michelle. How old were they?</w:t>
      </w:r>
    </w:p>
    <w:p w14:paraId="1CDF5C32" w14:textId="77777777" w:rsidR="00AE7804" w:rsidRDefault="00AE7804" w:rsidP="00AE7804">
      <w:pPr>
        <w:spacing w:after="0"/>
      </w:pPr>
      <w:r>
        <w:t xml:space="preserve">Jeremy: There was 12. </w:t>
      </w:r>
      <w:proofErr w:type="gramStart"/>
      <w:r>
        <w:t>So</w:t>
      </w:r>
      <w:proofErr w:type="gramEnd"/>
      <w:r>
        <w:t xml:space="preserve"> the idea was just plus 3. </w:t>
      </w:r>
      <w:r>
        <w:rPr>
          <w:rFonts w:ascii="Times New Roman" w:hAnsi="Times New Roman" w:cs="Times New Roman"/>
        </w:rPr>
        <w:t>⁓</w:t>
      </w:r>
    </w:p>
    <w:p w14:paraId="3FE0AFEC" w14:textId="77777777" w:rsidR="00AE7804" w:rsidRDefault="00AE7804" w:rsidP="00AE7804">
      <w:pPr>
        <w:spacing w:after="0"/>
      </w:pPr>
      <w:r>
        <w:t>Bye.</w:t>
      </w:r>
    </w:p>
    <w:p w14:paraId="29C9CEB2" w14:textId="77777777" w:rsidR="00AE7804" w:rsidRDefault="00AE7804" w:rsidP="00AE7804">
      <w:pPr>
        <w:spacing w:after="0"/>
      </w:pPr>
      <w:r>
        <w:t>She would have been just 16 at the time. And you would have been right around that. I think it was a year older than her.</w:t>
      </w:r>
    </w:p>
    <w:p w14:paraId="3E0B53F6" w14:textId="77777777" w:rsidR="00AE7804" w:rsidRDefault="00AE7804" w:rsidP="00AE7804">
      <w:pPr>
        <w:spacing w:after="0"/>
      </w:pPr>
      <w:r>
        <w:t xml:space="preserve">Erica: That's fine. 16 </w:t>
      </w:r>
      <w:proofErr w:type="spellStart"/>
      <w:r>
        <w:t>ish</w:t>
      </w:r>
      <w:proofErr w:type="spellEnd"/>
      <w:r>
        <w:t xml:space="preserve"> is perfect.</w:t>
      </w:r>
    </w:p>
    <w:p w14:paraId="53A0E147" w14:textId="77777777" w:rsidR="00AE7804" w:rsidRDefault="00AE7804" w:rsidP="00AE7804">
      <w:pPr>
        <w:spacing w:after="0"/>
      </w:pPr>
      <w:r>
        <w:t>Okay, so he would come around a lot. were in high school. You think he was abused too?</w:t>
      </w:r>
    </w:p>
    <w:p w14:paraId="5DEF439F" w14:textId="77777777" w:rsidR="00AE7804" w:rsidRDefault="00AE7804" w:rsidP="00AE7804">
      <w:pPr>
        <w:spacing w:after="0"/>
      </w:pPr>
      <w:r>
        <w:t xml:space="preserve">Jeremy: Yeah, he was. I know he was. We talked about it after all that stuff. He started </w:t>
      </w:r>
      <w:proofErr w:type="gramStart"/>
      <w:r>
        <w:t>opening up</w:t>
      </w:r>
      <w:proofErr w:type="gramEnd"/>
      <w:r>
        <w:t xml:space="preserve"> to me about his childhood. And I could see it with his </w:t>
      </w:r>
      <w:proofErr w:type="gramStart"/>
      <w:r>
        <w:t>dad,</w:t>
      </w:r>
      <w:proofErr w:type="gramEnd"/>
      <w:r>
        <w:t xml:space="preserve"> his dad had a short temper.</w:t>
      </w:r>
    </w:p>
    <w:p w14:paraId="3F021B01" w14:textId="77777777" w:rsidR="00AE7804" w:rsidRDefault="00AE7804" w:rsidP="00AE7804">
      <w:pPr>
        <w:spacing w:after="0"/>
      </w:pPr>
      <w:r>
        <w:t xml:space="preserve">Erica: </w:t>
      </w:r>
      <w:proofErr w:type="gramStart"/>
      <w:r>
        <w:t>So</w:t>
      </w:r>
      <w:proofErr w:type="gramEnd"/>
      <w:r>
        <w:t xml:space="preserve"> there's you and two other men and guys that we've already talked about here, well, other than your whole family who are experiencing this abuse. And this is in Utah. Are a lot of these people come from LDX families?</w:t>
      </w:r>
    </w:p>
    <w:p w14:paraId="4ED2D2F3" w14:textId="77777777" w:rsidR="00AE7804" w:rsidRDefault="00AE7804" w:rsidP="00AE7804">
      <w:pPr>
        <w:spacing w:after="0"/>
      </w:pPr>
      <w:r>
        <w:t>Was Eddie LDS?</w:t>
      </w:r>
    </w:p>
    <w:p w14:paraId="08F3891A" w14:textId="77777777" w:rsidR="00AE7804" w:rsidRDefault="00AE7804" w:rsidP="00AE7804">
      <w:pPr>
        <w:spacing w:after="0"/>
      </w:pPr>
      <w:r>
        <w:t>Jeremy: Yeah, they grew up with us too.</w:t>
      </w:r>
    </w:p>
    <w:p w14:paraId="01DF4F3D" w14:textId="77777777" w:rsidR="00AE7804" w:rsidRDefault="00AE7804" w:rsidP="00AE7804">
      <w:pPr>
        <w:spacing w:after="0"/>
      </w:pPr>
      <w:r>
        <w:t>Erica: What about the guy who punched you in the face?</w:t>
      </w:r>
    </w:p>
    <w:p w14:paraId="6EEF91C0" w14:textId="77777777" w:rsidR="00AE7804" w:rsidRDefault="00AE7804" w:rsidP="00AE7804">
      <w:pPr>
        <w:spacing w:after="0"/>
      </w:pPr>
      <w:r>
        <w:t xml:space="preserve">Jeremy: He was major LDS. Dana Simonson. He was the, he's one of those guys that like, judged others for not being as LDS as he was. Type thing. He was like, </w:t>
      </w:r>
      <w:r>
        <w:rPr>
          <w:rFonts w:ascii="Times New Roman" w:hAnsi="Times New Roman" w:cs="Times New Roman"/>
        </w:rPr>
        <w:t>⁓</w:t>
      </w:r>
    </w:p>
    <w:p w14:paraId="77B7749A" w14:textId="77777777" w:rsidR="00AE7804" w:rsidRDefault="00AE7804" w:rsidP="00AE7804">
      <w:pPr>
        <w:spacing w:after="0"/>
      </w:pPr>
      <w:r>
        <w:t>Erica: I don't</w:t>
      </w:r>
    </w:p>
    <w:p w14:paraId="54012078" w14:textId="77777777" w:rsidR="00AE7804" w:rsidRDefault="00AE7804" w:rsidP="00AE7804">
      <w:pPr>
        <w:spacing w:after="0"/>
      </w:pPr>
      <w:r>
        <w:t xml:space="preserve">Yeah, I'll schedule that. I just wanted to get you on the phone for a little while so I can start this. Let </w:t>
      </w:r>
      <w:proofErr w:type="gramStart"/>
      <w:r>
        <w:t>me actually</w:t>
      </w:r>
      <w:proofErr w:type="gramEnd"/>
      <w:r>
        <w:t xml:space="preserve">. </w:t>
      </w:r>
      <w:r>
        <w:rPr>
          <w:rFonts w:ascii="Times New Roman" w:hAnsi="Times New Roman" w:cs="Times New Roman"/>
        </w:rPr>
        <w:t>⁓</w:t>
      </w:r>
    </w:p>
    <w:p w14:paraId="4A47846B" w14:textId="77777777" w:rsidR="00AE7804" w:rsidRDefault="00AE7804" w:rsidP="00AE7804">
      <w:pPr>
        <w:spacing w:after="0"/>
      </w:pPr>
      <w:r>
        <w:t>You know, I'm just going to let's wrap up one more, just a little bit more here and then let's call it a quits for a day. Is that all right? We have done a lot, so I will get a hold of him once we're done and see when we can jump on and call with him again. Because if you and I can do a couple of these calls and just work out so much of this, he can write this story so much faster.</w:t>
      </w:r>
    </w:p>
    <w:p w14:paraId="34AFDB22" w14:textId="77777777" w:rsidR="00AE7804" w:rsidRDefault="00AE7804" w:rsidP="00AE7804">
      <w:pPr>
        <w:spacing w:after="0"/>
      </w:pPr>
      <w:r>
        <w:t xml:space="preserve">You know what I mean? It's because I know you so well that I'm able to get a lot of this like and ask the deeper questions. </w:t>
      </w:r>
      <w:proofErr w:type="gramStart"/>
      <w:r>
        <w:t>So</w:t>
      </w:r>
      <w:proofErr w:type="gramEnd"/>
      <w:r>
        <w:t xml:space="preserve"> all right, let's see. Where were we? Eddie, OK, yeah, let's </w:t>
      </w:r>
      <w:r>
        <w:rPr>
          <w:rFonts w:ascii="Times New Roman" w:hAnsi="Times New Roman" w:cs="Times New Roman"/>
        </w:rPr>
        <w:t>⁓</w:t>
      </w:r>
      <w:r>
        <w:t xml:space="preserve"> just wrap up. Like, why was he? What was important about him like?</w:t>
      </w:r>
    </w:p>
    <w:p w14:paraId="59766E28" w14:textId="77777777" w:rsidR="00AE7804" w:rsidRDefault="00AE7804" w:rsidP="00AE7804">
      <w:pPr>
        <w:spacing w:after="0"/>
      </w:pPr>
      <w:r>
        <w:lastRenderedPageBreak/>
        <w:t xml:space="preserve">Why did he make you feel that he </w:t>
      </w:r>
      <w:proofErr w:type="gramStart"/>
      <w:r>
        <w:t>play</w:t>
      </w:r>
      <w:proofErr w:type="gramEnd"/>
      <w:r>
        <w:t xml:space="preserve"> with you? Did he talk to you? Did I mean like, why did he make you feel special?</w:t>
      </w:r>
    </w:p>
    <w:p w14:paraId="2F6CE753" w14:textId="77777777" w:rsidR="00AE7804" w:rsidRDefault="00AE7804" w:rsidP="00AE7804">
      <w:pPr>
        <w:spacing w:after="0"/>
      </w:pPr>
      <w:r>
        <w:t>Jeremy: and I was the only one that treated me like a human.</w:t>
      </w:r>
    </w:p>
    <w:p w14:paraId="7FF3191D" w14:textId="77777777" w:rsidR="00AE7804" w:rsidRDefault="00AE7804" w:rsidP="00AE7804">
      <w:pPr>
        <w:spacing w:after="0"/>
      </w:pPr>
      <w:r>
        <w:t xml:space="preserve">He was nice to me, but he also helped me understand trucks and stuff. He taught me how to do lifts on trucks with him, because he'd lift his truck and all that stuff. He taught me automotive. </w:t>
      </w:r>
      <w:r>
        <w:rPr>
          <w:rFonts w:ascii="Times New Roman" w:hAnsi="Times New Roman" w:cs="Times New Roman"/>
        </w:rPr>
        <w:t>⁓</w:t>
      </w:r>
    </w:p>
    <w:p w14:paraId="2C17760E" w14:textId="77777777" w:rsidR="00AE7804" w:rsidRDefault="00AE7804" w:rsidP="00AE7804">
      <w:pPr>
        <w:spacing w:after="0"/>
      </w:pPr>
      <w:r>
        <w:t>You know, that was it.</w:t>
      </w:r>
    </w:p>
    <w:p w14:paraId="1B18CF21" w14:textId="77777777" w:rsidR="00AE7804" w:rsidRDefault="00AE7804" w:rsidP="00AE7804">
      <w:pPr>
        <w:spacing w:after="0"/>
      </w:pPr>
      <w:r>
        <w:t>And taught me about trucks like he just spent time with me like, you know, we go, you know, could go to the store or whatever you want to go with me, you know, like just I'm just actually saw me as a person not as a tangible object</w:t>
      </w:r>
    </w:p>
    <w:p w14:paraId="21CEE8E0" w14:textId="77777777" w:rsidR="00AE7804" w:rsidRDefault="00AE7804" w:rsidP="00AE7804">
      <w:pPr>
        <w:spacing w:after="0"/>
      </w:pPr>
      <w:r>
        <w:t>out as a slave, I guess. don't know.</w:t>
      </w:r>
    </w:p>
    <w:p w14:paraId="19C8A295" w14:textId="77777777" w:rsidR="00AE7804" w:rsidRDefault="00AE7804" w:rsidP="00AE7804">
      <w:pPr>
        <w:spacing w:after="0"/>
      </w:pPr>
      <w:r>
        <w:t xml:space="preserve">And I didn't have to do anything for him. It's the first time in my life. Like I've always had to do something for somebody else </w:t>
      </w:r>
      <w:proofErr w:type="gramStart"/>
      <w:r>
        <w:t>in order to</w:t>
      </w:r>
      <w:proofErr w:type="gramEnd"/>
      <w:r>
        <w:t xml:space="preserve"> have value. Like Paul, that's how I got taught. Like it's the first time I didn't have to do anything for another person to be valued.</w:t>
      </w:r>
    </w:p>
    <w:p w14:paraId="4111F35D" w14:textId="77777777" w:rsidR="00AE7804" w:rsidRDefault="00AE7804" w:rsidP="00AE7804">
      <w:pPr>
        <w:spacing w:after="0"/>
      </w:pPr>
      <w:r>
        <w:t xml:space="preserve">Erica: It was </w:t>
      </w:r>
      <w:proofErr w:type="gramStart"/>
      <w:r>
        <w:t>pretty important</w:t>
      </w:r>
      <w:proofErr w:type="gramEnd"/>
      <w:r>
        <w:t xml:space="preserve"> to you.</w:t>
      </w:r>
    </w:p>
    <w:p w14:paraId="68B20A54" w14:textId="77777777" w:rsidR="00AE7804" w:rsidRDefault="00AE7804" w:rsidP="00AE7804">
      <w:pPr>
        <w:spacing w:after="0"/>
      </w:pPr>
      <w:r>
        <w:t>Do you still talk to him?</w:t>
      </w:r>
    </w:p>
    <w:p w14:paraId="114326AA" w14:textId="77777777" w:rsidR="00AE7804" w:rsidRDefault="00AE7804" w:rsidP="00AE7804">
      <w:pPr>
        <w:spacing w:after="0"/>
      </w:pPr>
      <w:r>
        <w:t xml:space="preserve">Jeremy: No, he, uh, he ended up being out of the great, guy. he, uh, he ended up writing a bunch of check frauds and they call them fast Eddie. He ended up going to prison and shit, writing bad checks and trying to live a lifestyle that he couldn't maintain. Like he said, he's going to work with my sister, like they're married for almost two </w:t>
      </w:r>
      <w:proofErr w:type="gramStart"/>
      <w:r>
        <w:t>years</w:t>
      </w:r>
      <w:proofErr w:type="gramEnd"/>
      <w:r>
        <w:t xml:space="preserve"> and he never had a job. Like he just, he lived way outside of his.</w:t>
      </w:r>
    </w:p>
    <w:p w14:paraId="582EFBAF" w14:textId="77777777" w:rsidR="00AE7804" w:rsidRDefault="00AE7804" w:rsidP="00AE7804">
      <w:pPr>
        <w:spacing w:after="0"/>
      </w:pPr>
      <w:r>
        <w:t>his means and I think you just had to try to make that persona to feel like he was valued. So.</w:t>
      </w:r>
    </w:p>
    <w:p w14:paraId="1D7A3DB2" w14:textId="77777777" w:rsidR="00AE7804" w:rsidRDefault="00AE7804" w:rsidP="00AE7804">
      <w:pPr>
        <w:spacing w:after="0"/>
      </w:pPr>
      <w:r>
        <w:t xml:space="preserve">Like he'd buy a funny car on a check and then the check would </w:t>
      </w:r>
      <w:proofErr w:type="gramStart"/>
      <w:r>
        <w:t>bounce</w:t>
      </w:r>
      <w:proofErr w:type="gramEnd"/>
      <w:r>
        <w:t xml:space="preserve"> and he wouldn't return it. Like there's, there's some shit like that that was happening. But you said he owned a race team and all this other shit. it was, it was </w:t>
      </w:r>
      <w:proofErr w:type="gramStart"/>
      <w:r>
        <w:t>pretty wild</w:t>
      </w:r>
      <w:proofErr w:type="gramEnd"/>
      <w:r>
        <w:t xml:space="preserve"> when it all came down to it.</w:t>
      </w:r>
    </w:p>
    <w:p w14:paraId="759D9653" w14:textId="77777777" w:rsidR="00AE7804" w:rsidRDefault="00AE7804" w:rsidP="00AE7804">
      <w:pPr>
        <w:spacing w:after="0"/>
      </w:pPr>
      <w:r>
        <w:t>Erica: That's okay. I think it's interesting though that he showed you.</w:t>
      </w:r>
    </w:p>
    <w:p w14:paraId="399CE4FD" w14:textId="77777777" w:rsidR="00AE7804" w:rsidRDefault="00AE7804" w:rsidP="00AE7804">
      <w:pPr>
        <w:spacing w:after="0"/>
      </w:pPr>
      <w:r>
        <w:t xml:space="preserve">Jeremy: And then after my mom, one thing that I was doing too when I was growing up. after Crestwood Growers, I was also working for my neighbor. </w:t>
      </w:r>
      <w:proofErr w:type="gramStart"/>
      <w:r>
        <w:t>So</w:t>
      </w:r>
      <w:proofErr w:type="gramEnd"/>
      <w:r>
        <w:t xml:space="preserve"> I've been after.</w:t>
      </w:r>
    </w:p>
    <w:p w14:paraId="53099B0C" w14:textId="77777777" w:rsidR="00AE7804" w:rsidRDefault="00AE7804" w:rsidP="00AE7804">
      <w:pPr>
        <w:spacing w:after="0"/>
      </w:pPr>
      <w:r>
        <w:t xml:space="preserve">Erica: after </w:t>
      </w:r>
      <w:proofErr w:type="gramStart"/>
      <w:r>
        <w:t>my</w:t>
      </w:r>
      <w:proofErr w:type="gramEnd"/>
    </w:p>
    <w:p w14:paraId="328DECBC" w14:textId="77777777" w:rsidR="00AE7804" w:rsidRDefault="00AE7804" w:rsidP="00AE7804">
      <w:pPr>
        <w:spacing w:after="0"/>
      </w:pPr>
      <w:r>
        <w:t>What age was this?</w:t>
      </w:r>
    </w:p>
    <w:p w14:paraId="09BFA5D1" w14:textId="77777777" w:rsidR="00AE7804" w:rsidRDefault="00AE7804" w:rsidP="00AE7804">
      <w:pPr>
        <w:spacing w:after="0"/>
      </w:pPr>
      <w:r>
        <w:t>Jeremy: This would have been right after the divorce and stuff like that. So Crescent Growers was a couple years and then let's see, it'll be...</w:t>
      </w:r>
    </w:p>
    <w:p w14:paraId="1848FB46" w14:textId="77777777" w:rsidR="00AE7804" w:rsidRDefault="00AE7804" w:rsidP="00AE7804">
      <w:pPr>
        <w:spacing w:after="0"/>
      </w:pPr>
      <w:r>
        <w:rPr>
          <w:rFonts w:ascii="Times New Roman" w:hAnsi="Times New Roman" w:cs="Times New Roman"/>
        </w:rPr>
        <w:t>⁓</w:t>
      </w:r>
      <w:r>
        <w:t xml:space="preserve"> 12. </w:t>
      </w:r>
      <w:proofErr w:type="gramStart"/>
      <w:r>
        <w:t>So</w:t>
      </w:r>
      <w:proofErr w:type="gramEnd"/>
      <w:r>
        <w:t xml:space="preserve"> the same guy that my mom went to work for.</w:t>
      </w:r>
    </w:p>
    <w:p w14:paraId="42DC76AF" w14:textId="77777777" w:rsidR="00AE7804" w:rsidRDefault="00AE7804" w:rsidP="00AE7804">
      <w:pPr>
        <w:spacing w:after="0"/>
      </w:pPr>
      <w:r>
        <w:t>Erica: huh, at New York Life?</w:t>
      </w:r>
    </w:p>
    <w:p w14:paraId="1EC1F1A4" w14:textId="77777777" w:rsidR="00AE7804" w:rsidRDefault="00AE7804" w:rsidP="00AE7804">
      <w:pPr>
        <w:spacing w:after="0"/>
      </w:pPr>
      <w:r>
        <w:t xml:space="preserve">Jeremy: Yeah, so I started working nights and stuff at his house. </w:t>
      </w:r>
      <w:proofErr w:type="gramStart"/>
      <w:r>
        <w:t>So</w:t>
      </w:r>
      <w:proofErr w:type="gramEnd"/>
      <w:r>
        <w:t xml:space="preserve"> he and then on the weekends, so after Crestwood Grower, so let's see, it'd 12. Be about, I think it'd be about 14, age 14. </w:t>
      </w:r>
      <w:r>
        <w:rPr>
          <w:rFonts w:ascii="Times New Roman" w:hAnsi="Times New Roman" w:cs="Times New Roman"/>
        </w:rPr>
        <w:t>⁓</w:t>
      </w:r>
      <w:r>
        <w:t xml:space="preserve"> I stopped working for Crestwood Grillers and I </w:t>
      </w:r>
      <w:proofErr w:type="gramStart"/>
      <w:r>
        <w:t>actually went</w:t>
      </w:r>
      <w:proofErr w:type="gramEnd"/>
      <w:r>
        <w:t xml:space="preserve"> and worked for him.</w:t>
      </w:r>
    </w:p>
    <w:p w14:paraId="115FE0CB" w14:textId="77777777" w:rsidR="00AE7804" w:rsidRDefault="00AE7804" w:rsidP="00AE7804">
      <w:pPr>
        <w:spacing w:after="0"/>
      </w:pPr>
      <w:r>
        <w:t>Erica: 14th.</w:t>
      </w:r>
    </w:p>
    <w:p w14:paraId="263F98C6" w14:textId="77777777" w:rsidR="00AE7804" w:rsidRDefault="00AE7804" w:rsidP="00AE7804">
      <w:pPr>
        <w:spacing w:after="0"/>
      </w:pPr>
      <w:r>
        <w:t xml:space="preserve">Jeremy: At 14, yeah, so at 14 I've worked for </w:t>
      </w:r>
      <w:proofErr w:type="gramStart"/>
      <w:r>
        <w:t>him</w:t>
      </w:r>
      <w:proofErr w:type="gramEnd"/>
      <w:r>
        <w:t xml:space="preserve"> and I would, he taught me how to drive. It's kind of cool. </w:t>
      </w:r>
      <w:proofErr w:type="gramStart"/>
      <w:r>
        <w:t>So</w:t>
      </w:r>
      <w:proofErr w:type="gramEnd"/>
      <w:r>
        <w:t xml:space="preserve"> I worked for him on the side because he had a side business stuff. he, we would go down, he had a farm down in.</w:t>
      </w:r>
    </w:p>
    <w:p w14:paraId="70D4B347" w14:textId="77777777" w:rsidR="00AE7804" w:rsidRDefault="00AE7804" w:rsidP="00AE7804">
      <w:pPr>
        <w:spacing w:after="0"/>
      </w:pPr>
      <w:r>
        <w:t xml:space="preserve">Spanish Fork area. </w:t>
      </w:r>
      <w:proofErr w:type="gramStart"/>
      <w:r>
        <w:t>So</w:t>
      </w:r>
      <w:proofErr w:type="gramEnd"/>
      <w:r>
        <w:t xml:space="preserve"> we would go down on the weekends and I help them load hay and then we'd deliver it to people. And then that's on the weekends and then during the nights. a couple of weekends we do the hay thing and then a couple of the weekends we go up to Chalk Creek.</w:t>
      </w:r>
    </w:p>
    <w:p w14:paraId="2AEE9258" w14:textId="77777777" w:rsidR="00AE7804" w:rsidRDefault="00AE7804" w:rsidP="00AE7804">
      <w:pPr>
        <w:spacing w:after="0"/>
      </w:pPr>
      <w:r>
        <w:t>Erica: What would you do with the hey you'd bail the hey?</w:t>
      </w:r>
    </w:p>
    <w:p w14:paraId="1D711502" w14:textId="77777777" w:rsidR="00AE7804" w:rsidRDefault="00AE7804" w:rsidP="00AE7804">
      <w:pPr>
        <w:spacing w:after="0"/>
      </w:pPr>
      <w:r>
        <w:lastRenderedPageBreak/>
        <w:t xml:space="preserve">Jeremy: No, so he already had bailed, but we had loaded a massive </w:t>
      </w:r>
      <w:proofErr w:type="spellStart"/>
      <w:r>
        <w:t>flat bed</w:t>
      </w:r>
      <w:proofErr w:type="spellEnd"/>
      <w:r>
        <w:t xml:space="preserve"> trailer with hay. </w:t>
      </w:r>
      <w:proofErr w:type="gramStart"/>
      <w:r>
        <w:t>So</w:t>
      </w:r>
      <w:proofErr w:type="gramEnd"/>
      <w:r>
        <w:t xml:space="preserve"> I learned how to throw a hay and be a farmer pretty much. He taught me how to drive the truck down there in the hay fields.</w:t>
      </w:r>
    </w:p>
    <w:p w14:paraId="163FBBCE" w14:textId="77777777" w:rsidR="00AE7804" w:rsidRDefault="00AE7804" w:rsidP="00AE7804">
      <w:pPr>
        <w:spacing w:after="0"/>
      </w:pPr>
      <w:r>
        <w:t>And he had a badass truck. was a 72 Chev. One of the fucking coolest. still have like that. That truck to me is still one of the coolest fucking trucks ever. Yeah.</w:t>
      </w:r>
    </w:p>
    <w:p w14:paraId="26148BA7" w14:textId="77777777" w:rsidR="00AE7804" w:rsidRDefault="00AE7804" w:rsidP="00AE7804">
      <w:pPr>
        <w:spacing w:after="0"/>
      </w:pPr>
      <w:r>
        <w:t xml:space="preserve">Erica: </w:t>
      </w:r>
      <w:r>
        <w:rPr>
          <w:rFonts w:ascii="Times New Roman" w:hAnsi="Times New Roman" w:cs="Times New Roman"/>
        </w:rPr>
        <w:t>⁓</w:t>
      </w:r>
      <w:r>
        <w:t xml:space="preserve"> What was this guy's name?</w:t>
      </w:r>
    </w:p>
    <w:p w14:paraId="7D3E59E2" w14:textId="77777777" w:rsidR="00AE7804" w:rsidRDefault="00AE7804" w:rsidP="00AE7804">
      <w:pPr>
        <w:spacing w:after="0"/>
      </w:pPr>
      <w:r>
        <w:t>Jeremy: His name was Rod Bingham.</w:t>
      </w:r>
    </w:p>
    <w:p w14:paraId="5C0B3999" w14:textId="77777777" w:rsidR="00AE7804" w:rsidRDefault="00AE7804" w:rsidP="00AE7804">
      <w:pPr>
        <w:spacing w:after="0"/>
      </w:pPr>
      <w:r>
        <w:t>Erica: Rod.</w:t>
      </w:r>
    </w:p>
    <w:p w14:paraId="35AD7E38" w14:textId="77777777" w:rsidR="00AE7804" w:rsidRDefault="00AE7804" w:rsidP="00AE7804">
      <w:pPr>
        <w:spacing w:after="0"/>
      </w:pPr>
      <w:r>
        <w:t>Jeremy: Bingham, B-I-N-G-H-A-M, nope.</w:t>
      </w:r>
    </w:p>
    <w:p w14:paraId="5BD009CD" w14:textId="77777777" w:rsidR="00AE7804" w:rsidRDefault="00AE7804" w:rsidP="00AE7804">
      <w:pPr>
        <w:spacing w:after="0"/>
      </w:pPr>
      <w:r>
        <w:t>Erica: And he was your mom's father.</w:t>
      </w:r>
    </w:p>
    <w:p w14:paraId="5714E70C" w14:textId="77777777" w:rsidR="00AE7804" w:rsidRDefault="00AE7804" w:rsidP="00AE7804">
      <w:pPr>
        <w:spacing w:after="0"/>
      </w:pPr>
      <w:r>
        <w:t>Jeremy: Bye.</w:t>
      </w:r>
    </w:p>
    <w:p w14:paraId="57F08E93" w14:textId="77777777" w:rsidR="00AE7804" w:rsidRDefault="00AE7804" w:rsidP="00AE7804">
      <w:pPr>
        <w:spacing w:after="0"/>
      </w:pPr>
      <w:r>
        <w:rPr>
          <w:rFonts w:ascii="Times New Roman" w:hAnsi="Times New Roman" w:cs="Times New Roman"/>
        </w:rPr>
        <w:t>⁓</w:t>
      </w:r>
    </w:p>
    <w:p w14:paraId="429A87BA" w14:textId="77777777" w:rsidR="00AE7804" w:rsidRDefault="00AE7804" w:rsidP="00AE7804">
      <w:pPr>
        <w:spacing w:after="0"/>
      </w:pPr>
      <w:r>
        <w:t xml:space="preserve">Erica: the </w:t>
      </w:r>
      <w:r>
        <w:rPr>
          <w:rFonts w:ascii="Times New Roman" w:hAnsi="Times New Roman" w:cs="Times New Roman"/>
        </w:rPr>
        <w:t>⁓</w:t>
      </w:r>
    </w:p>
    <w:p w14:paraId="3D55BABE" w14:textId="77777777" w:rsidR="00AE7804" w:rsidRDefault="00AE7804" w:rsidP="00AE7804">
      <w:pPr>
        <w:spacing w:after="0"/>
      </w:pPr>
      <w:r>
        <w:t>Jeremy: That loading hay. And then on some of the weekends, we would go to Chalk Creek.</w:t>
      </w:r>
    </w:p>
    <w:p w14:paraId="1CE9F280" w14:textId="77777777" w:rsidR="00AE7804" w:rsidRDefault="00AE7804" w:rsidP="00AE7804">
      <w:pPr>
        <w:spacing w:after="0"/>
      </w:pPr>
      <w:r>
        <w:t>Erica: Like riding chalk?</w:t>
      </w:r>
    </w:p>
    <w:p w14:paraId="5608EC6B" w14:textId="77777777" w:rsidR="00AE7804" w:rsidRDefault="00AE7804" w:rsidP="00AE7804">
      <w:pPr>
        <w:spacing w:after="0"/>
      </w:pPr>
      <w:r>
        <w:t>Jeremy: I know how you spell that.</w:t>
      </w:r>
    </w:p>
    <w:p w14:paraId="2F62AF7F" w14:textId="77777777" w:rsidR="00AE7804" w:rsidRDefault="00AE7804" w:rsidP="00AE7804">
      <w:pPr>
        <w:spacing w:after="0"/>
      </w:pPr>
      <w:r>
        <w:t>Erica: There, that's okay.</w:t>
      </w:r>
    </w:p>
    <w:p w14:paraId="77F360D1" w14:textId="77777777" w:rsidR="00AE7804" w:rsidRDefault="00AE7804" w:rsidP="00AE7804">
      <w:pPr>
        <w:spacing w:after="0"/>
      </w:pPr>
      <w:r>
        <w:t>Jeremy: Dr. Cha, help me.</w:t>
      </w:r>
    </w:p>
    <w:p w14:paraId="4ED62F48" w14:textId="77777777" w:rsidR="00AE7804" w:rsidRDefault="00AE7804" w:rsidP="00AE7804">
      <w:pPr>
        <w:spacing w:after="0"/>
      </w:pPr>
      <w:r>
        <w:t>Erica: I'm sorry, how can I help you?</w:t>
      </w:r>
    </w:p>
    <w:p w14:paraId="09E0B2A7" w14:textId="77777777" w:rsidR="00AE7804" w:rsidRDefault="00AE7804" w:rsidP="00AE7804">
      <w:pPr>
        <w:spacing w:after="0"/>
      </w:pPr>
      <w:r>
        <w:t>There's a couple of them around here. You can use it. This green one. Is that what you're looking for? iPhone or?</w:t>
      </w:r>
    </w:p>
    <w:p w14:paraId="0C326DD0" w14:textId="77777777" w:rsidR="00AE7804" w:rsidRDefault="00AE7804" w:rsidP="00AE7804">
      <w:pPr>
        <w:spacing w:after="0"/>
      </w:pPr>
      <w:r>
        <w:t>I don't know these cords suck they don't charge very fast</w:t>
      </w:r>
    </w:p>
    <w:p w14:paraId="05AB806F" w14:textId="77777777" w:rsidR="00AE7804" w:rsidRDefault="00AE7804" w:rsidP="00AE7804">
      <w:pPr>
        <w:spacing w:after="0"/>
      </w:pPr>
      <w:r>
        <w:rPr>
          <w:rFonts w:ascii="Times New Roman" w:hAnsi="Times New Roman" w:cs="Times New Roman"/>
        </w:rPr>
        <w:t>⁓</w:t>
      </w:r>
    </w:p>
    <w:p w14:paraId="1F6ADAD3" w14:textId="77777777" w:rsidR="00AE7804" w:rsidRDefault="00AE7804" w:rsidP="00AE7804">
      <w:pPr>
        <w:spacing w:after="0"/>
      </w:pPr>
      <w:r>
        <w:t xml:space="preserve">Jeremy: Yeah, so we go to Chalk Creek, whatever how we spell it. Because he had </w:t>
      </w:r>
      <w:proofErr w:type="gramStart"/>
      <w:r>
        <w:t>a some</w:t>
      </w:r>
      <w:proofErr w:type="gramEnd"/>
      <w:r>
        <w:t xml:space="preserve"> land up there as well. And then he cut we cut down, he cut down </w:t>
      </w:r>
      <w:proofErr w:type="gramStart"/>
      <w:r>
        <w:t>the he</w:t>
      </w:r>
      <w:proofErr w:type="gramEnd"/>
      <w:r>
        <w:t xml:space="preserve"> cut down like trees. And then we'd load the tree. So that was the other thing I was doing for him is we go load the trees at Chalk Creek, big things and then he would come down to his lot.</w:t>
      </w:r>
    </w:p>
    <w:p w14:paraId="6159827A" w14:textId="77777777" w:rsidR="00AE7804" w:rsidRDefault="00AE7804" w:rsidP="00AE7804">
      <w:pPr>
        <w:spacing w:after="0"/>
      </w:pPr>
      <w:r>
        <w:t xml:space="preserve">which is he </w:t>
      </w:r>
      <w:proofErr w:type="gramStart"/>
      <w:r>
        <w:t>was</w:t>
      </w:r>
      <w:proofErr w:type="gramEnd"/>
      <w:r>
        <w:t xml:space="preserve"> our neighbor. </w:t>
      </w:r>
      <w:proofErr w:type="gramStart"/>
      <w:r>
        <w:t>So</w:t>
      </w:r>
      <w:proofErr w:type="gramEnd"/>
      <w:r>
        <w:t xml:space="preserve"> he was literally just to the south right across the road. And the last half of his acre was all firewood. </w:t>
      </w:r>
      <w:proofErr w:type="gramStart"/>
      <w:r>
        <w:t>So</w:t>
      </w:r>
      <w:proofErr w:type="gramEnd"/>
      <w:r>
        <w:t xml:space="preserve"> he would cut up the firewood and then I would go over and he had a machine that </w:t>
      </w:r>
      <w:r>
        <w:rPr>
          <w:rFonts w:ascii="Times New Roman" w:hAnsi="Times New Roman" w:cs="Times New Roman"/>
        </w:rPr>
        <w:t>⁓</w:t>
      </w:r>
      <w:r>
        <w:t xml:space="preserve"> would cut it, like cut it down into sticks. </w:t>
      </w:r>
      <w:proofErr w:type="gramStart"/>
      <w:r>
        <w:t>So</w:t>
      </w:r>
      <w:proofErr w:type="gramEnd"/>
      <w:r>
        <w:t xml:space="preserve"> like it would ram a piston in and you'd turn the wood and just chop it up. I was doing that on the nights at nights after work.</w:t>
      </w:r>
    </w:p>
    <w:p w14:paraId="41EF7A81" w14:textId="77777777" w:rsidR="00AE7804" w:rsidRDefault="00AE7804" w:rsidP="00AE7804">
      <w:pPr>
        <w:spacing w:after="0"/>
      </w:pPr>
      <w:r>
        <w:t>Erica: Mm-hmm.</w:t>
      </w:r>
    </w:p>
    <w:p w14:paraId="1B3B8E31" w14:textId="77777777" w:rsidR="00AE7804" w:rsidRDefault="00AE7804" w:rsidP="00AE7804">
      <w:pPr>
        <w:spacing w:after="0"/>
      </w:pPr>
      <w:r>
        <w:t xml:space="preserve">Jeremy: Or after school, I would go there and </w:t>
      </w:r>
      <w:proofErr w:type="spellStart"/>
      <w:r>
        <w:t>and</w:t>
      </w:r>
      <w:proofErr w:type="spellEnd"/>
      <w:r>
        <w:t xml:space="preserve"> do that. I'd go over </w:t>
      </w:r>
      <w:proofErr w:type="gramStart"/>
      <w:r>
        <w:t>there</w:t>
      </w:r>
      <w:proofErr w:type="gramEnd"/>
      <w:r>
        <w:t xml:space="preserve"> and I was still taking care of the yard. </w:t>
      </w:r>
      <w:proofErr w:type="gramStart"/>
      <w:r>
        <w:t>So</w:t>
      </w:r>
      <w:proofErr w:type="gramEnd"/>
      <w:r>
        <w:t xml:space="preserve"> the 12 on I was taking care of the yard home and my mom doing </w:t>
      </w:r>
      <w:proofErr w:type="spellStart"/>
      <w:r>
        <w:t>doing</w:t>
      </w:r>
      <w:proofErr w:type="spellEnd"/>
      <w:r>
        <w:t xml:space="preserve"> all that shit. Plus. Doing the working for him on the side.</w:t>
      </w:r>
    </w:p>
    <w:p w14:paraId="56CAB3C8" w14:textId="77777777" w:rsidR="00AE7804" w:rsidRDefault="00AE7804" w:rsidP="00AE7804">
      <w:pPr>
        <w:spacing w:after="0"/>
      </w:pPr>
      <w:r>
        <w:t>Erica: It sounds like you really like worked like 60 hours a week on all like just like with everything you're doing between taking care of everyone and.</w:t>
      </w:r>
    </w:p>
    <w:p w14:paraId="395FF286" w14:textId="77777777" w:rsidR="00AE7804" w:rsidRDefault="00AE7804" w:rsidP="00AE7804">
      <w:pPr>
        <w:spacing w:after="0"/>
      </w:pPr>
      <w:r>
        <w:t xml:space="preserve">Jeremy: And it's all I know. It's just, but for me it was freedom. Like that, I associated all the freedom because I didn't have to be around abuse anymore. </w:t>
      </w:r>
      <w:proofErr w:type="gramStart"/>
      <w:r>
        <w:t>So</w:t>
      </w:r>
      <w:proofErr w:type="gramEnd"/>
      <w:r>
        <w:t xml:space="preserve"> for me, it was like, I willingly was doing it and happily doing it because it meant my abuse was over. It was like my freedom from the abuse.</w:t>
      </w:r>
    </w:p>
    <w:p w14:paraId="30E7C39D" w14:textId="77777777" w:rsidR="00AE7804" w:rsidRDefault="00AE7804" w:rsidP="00AE7804">
      <w:pPr>
        <w:spacing w:after="0"/>
      </w:pPr>
      <w:r>
        <w:t>Erica: We will.</w:t>
      </w:r>
    </w:p>
    <w:p w14:paraId="46483C12" w14:textId="77777777" w:rsidR="00AE7804" w:rsidRDefault="00AE7804" w:rsidP="00AE7804">
      <w:pPr>
        <w:spacing w:after="0"/>
      </w:pPr>
      <w:r>
        <w:lastRenderedPageBreak/>
        <w:t xml:space="preserve">Okay, I think we have done amazing. I think we stop right now </w:t>
      </w:r>
      <w:r>
        <w:rPr>
          <w:rFonts w:ascii="Times New Roman" w:hAnsi="Times New Roman" w:cs="Times New Roman"/>
        </w:rPr>
        <w:t>⁓</w:t>
      </w:r>
      <w:r>
        <w:t xml:space="preserve"> for a little while and then, I mean, you're welcome to kind of fill these things out, but I think it's fun to talk back and forth on them, because I feel like we get a lot done.</w:t>
      </w:r>
    </w:p>
    <w:p w14:paraId="5C3556CE" w14:textId="77777777" w:rsidR="00AE7804" w:rsidRDefault="00AE7804" w:rsidP="00AE7804">
      <w:pPr>
        <w:spacing w:after="0"/>
      </w:pPr>
      <w:r>
        <w:t>Jeremy: Yeah, I like that too.</w:t>
      </w:r>
    </w:p>
    <w:p w14:paraId="054FF5A1" w14:textId="77777777" w:rsidR="00AE7804" w:rsidRDefault="00AE7804" w:rsidP="00AE7804">
      <w:pPr>
        <w:spacing w:after="0"/>
      </w:pPr>
      <w:r>
        <w:t xml:space="preserve">Erica: </w:t>
      </w:r>
      <w:r>
        <w:rPr>
          <w:rFonts w:ascii="Times New Roman" w:hAnsi="Times New Roman" w:cs="Times New Roman"/>
        </w:rPr>
        <w:t>⁓</w:t>
      </w:r>
      <w:r>
        <w:t xml:space="preserve"> I'm to go through and kind of clean this up, the formatting and stuff, cause that's driving me nuts. </w:t>
      </w:r>
      <w:proofErr w:type="gramStart"/>
      <w:r>
        <w:t>But,</w:t>
      </w:r>
      <w:proofErr w:type="gramEnd"/>
      <w:r>
        <w:t xml:space="preserve"> </w:t>
      </w:r>
      <w:r>
        <w:rPr>
          <w:rFonts w:ascii="Times New Roman" w:hAnsi="Times New Roman" w:cs="Times New Roman"/>
        </w:rPr>
        <w:t>⁓</w:t>
      </w:r>
      <w:r>
        <w:t xml:space="preserve"> all right. So awesome. I will get a hold of Tony and find out when we can talk next to show him what I've been doing. And then we need to figure out how to start having you record some of this. I am going to use some of this conversation. I'll edit it first and then send it to you for approval, </w:t>
      </w:r>
      <w:r>
        <w:rPr>
          <w:rFonts w:ascii="Times New Roman" w:hAnsi="Times New Roman" w:cs="Times New Roman"/>
        </w:rPr>
        <w:t>⁓</w:t>
      </w:r>
      <w:r>
        <w:t xml:space="preserve"> for shorts and stuff for social media.</w:t>
      </w:r>
    </w:p>
    <w:p w14:paraId="678EDE54" w14:textId="77777777" w:rsidR="00AE7804" w:rsidRDefault="00AE7804" w:rsidP="00AE7804">
      <w:pPr>
        <w:spacing w:after="0"/>
      </w:pPr>
      <w:r>
        <w:t>Okay, because you have done this and like...</w:t>
      </w:r>
    </w:p>
    <w:p w14:paraId="6EF4293C" w14:textId="77777777" w:rsidR="00AE7804" w:rsidRDefault="00AE7804" w:rsidP="00AE7804">
      <w:pPr>
        <w:spacing w:after="0"/>
      </w:pPr>
      <w:r>
        <w:t>You've been amazing. Like, you've done a really good job. I'm so proud of you. Okay. All right. Are we good here for right now?</w:t>
      </w:r>
    </w:p>
    <w:p w14:paraId="27DED224" w14:textId="77777777" w:rsidR="00AE7804" w:rsidRDefault="00AE7804" w:rsidP="00AE7804">
      <w:pPr>
        <w:spacing w:after="0"/>
      </w:pPr>
      <w:r>
        <w:t xml:space="preserve">Jeremy: Yeah. And it's just so the big three, mean, big three on my life. I've been like, my grandpa was the first one that taught me how to be a man. Right. Like he was my rock. He's probably my father growing up. Like he was one that he made me laugh. Like he was the one that got me out of my depression. Um, cause he just, he'd be a smart ass. He's like, he's such a gentle guy. military guy, </w:t>
      </w:r>
      <w:proofErr w:type="gramStart"/>
      <w:r>
        <w:t>world war</w:t>
      </w:r>
      <w:proofErr w:type="gramEnd"/>
      <w:r>
        <w:t xml:space="preserve"> two, like all that shit, but</w:t>
      </w:r>
    </w:p>
    <w:p w14:paraId="2A3085EC" w14:textId="77777777" w:rsidR="00AE7804" w:rsidRDefault="00AE7804" w:rsidP="00AE7804">
      <w:pPr>
        <w:spacing w:after="0"/>
      </w:pPr>
      <w:r>
        <w:t xml:space="preserve">He would wear goofy hats and like make my kids laugh and shit like that. It's Coolest guy ever like I </w:t>
      </w:r>
      <w:proofErr w:type="gramStart"/>
      <w:r>
        <w:t>he's</w:t>
      </w:r>
      <w:proofErr w:type="gramEnd"/>
      <w:r>
        <w:t xml:space="preserve"> my rock. He's been. He's been probably </w:t>
      </w:r>
      <w:proofErr w:type="gramStart"/>
      <w:r>
        <w:t>the he's</w:t>
      </w:r>
      <w:proofErr w:type="gramEnd"/>
      <w:r>
        <w:t xml:space="preserve"> the only guy looked up to. Is a good guy in my life and then when he passed and Eddie was the next and then and then after that would have been probably Rod Bingham. They all played different roles in my life. But Rod taught me how to work and work ethic and.</w:t>
      </w:r>
    </w:p>
    <w:p w14:paraId="04C85A95" w14:textId="228E7638" w:rsidR="00074624" w:rsidRDefault="00AE7804" w:rsidP="00AE7804">
      <w:pPr>
        <w:spacing w:after="0"/>
      </w:pPr>
      <w:r>
        <w:t xml:space="preserve">even the point of chewing my ass when I didn't say thank you to certain things. Because again, it's something I didn't know, I didn't see. But he chewed my </w:t>
      </w:r>
      <w:proofErr w:type="gramStart"/>
      <w:r>
        <w:t>ass</w:t>
      </w:r>
      <w:proofErr w:type="gramEnd"/>
      <w:r>
        <w:t xml:space="preserve"> and it was in a good way. I was like, I'm sorry. I didn't understand it. I didn't see it. So again, then that made me always question myself. Am I being grateful? Blah, blah. But yeah.</w:t>
      </w:r>
    </w:p>
    <w:sectPr w:rsidR="00074624" w:rsidSect="001216B9">
      <w:headerReference w:type="even" r:id="rId8"/>
      <w:headerReference w:type="default" r:id="rId9"/>
      <w:footerReference w:type="even" r:id="rId10"/>
      <w:footerReference w:type="default" r:id="rId11"/>
      <w:headerReference w:type="first" r:id="rId12"/>
      <w:footerReference w:type="first" r:id="rId13"/>
      <w:pgSz w:w="12240" w:h="15840"/>
      <w:pgMar w:top="1440" w:right="1080" w:bottom="1440" w:left="108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AED09" w14:textId="77777777" w:rsidR="005E0D89" w:rsidRDefault="005E0D89">
      <w:pPr>
        <w:spacing w:after="0" w:line="240" w:lineRule="auto"/>
      </w:pPr>
      <w:r>
        <w:separator/>
      </w:r>
    </w:p>
  </w:endnote>
  <w:endnote w:type="continuationSeparator" w:id="0">
    <w:p w14:paraId="76CD2AC3" w14:textId="77777777" w:rsidR="005E0D89" w:rsidRDefault="005E0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2650680"/>
      <w:docPartObj>
        <w:docPartGallery w:val="Page Numbers (Bottom of Page)"/>
        <w:docPartUnique/>
      </w:docPartObj>
    </w:sdtPr>
    <w:sdtContent>
      <w:p w14:paraId="2A7D9F1D" w14:textId="77777777" w:rsidR="001216B9" w:rsidRDefault="001216B9" w:rsidP="00A736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37484424"/>
      <w:docPartObj>
        <w:docPartGallery w:val="Page Numbers (Bottom of Page)"/>
        <w:docPartUnique/>
      </w:docPartObj>
    </w:sdtPr>
    <w:sdtContent>
      <w:p w14:paraId="304DE976" w14:textId="77777777" w:rsidR="001216B9" w:rsidRDefault="001216B9" w:rsidP="00A736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022A1C" w14:textId="77777777" w:rsidR="001216B9" w:rsidRDefault="001216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rPr>
      <w:id w:val="1113323662"/>
      <w:docPartObj>
        <w:docPartGallery w:val="Page Numbers (Bottom of Page)"/>
        <w:docPartUnique/>
      </w:docPartObj>
    </w:sdtPr>
    <w:sdtContent>
      <w:p w14:paraId="6120363C" w14:textId="77777777" w:rsidR="001216B9" w:rsidRPr="009C3AF0" w:rsidRDefault="001216B9" w:rsidP="00A73672">
        <w:pPr>
          <w:pStyle w:val="Footer"/>
          <w:framePr w:wrap="none" w:vAnchor="text" w:hAnchor="margin" w:xAlign="center" w:y="1"/>
          <w:rPr>
            <w:rStyle w:val="PageNumber"/>
            <w:rFonts w:ascii="Arial" w:hAnsi="Arial" w:cs="Arial"/>
          </w:rPr>
        </w:pPr>
        <w:r w:rsidRPr="009C3AF0">
          <w:rPr>
            <w:rStyle w:val="PageNumber"/>
            <w:rFonts w:ascii="Arial" w:hAnsi="Arial" w:cs="Arial"/>
          </w:rPr>
          <w:fldChar w:fldCharType="begin"/>
        </w:r>
        <w:r w:rsidRPr="009C3AF0">
          <w:rPr>
            <w:rStyle w:val="PageNumber"/>
            <w:rFonts w:ascii="Arial" w:hAnsi="Arial" w:cs="Arial"/>
          </w:rPr>
          <w:instrText xml:space="preserve"> PAGE </w:instrText>
        </w:r>
        <w:r w:rsidRPr="009C3AF0">
          <w:rPr>
            <w:rStyle w:val="PageNumber"/>
            <w:rFonts w:ascii="Arial" w:hAnsi="Arial" w:cs="Arial"/>
          </w:rPr>
          <w:fldChar w:fldCharType="separate"/>
        </w:r>
        <w:r w:rsidRPr="009C3AF0">
          <w:rPr>
            <w:rStyle w:val="PageNumber"/>
            <w:rFonts w:ascii="Arial" w:hAnsi="Arial" w:cs="Arial"/>
            <w:noProof/>
          </w:rPr>
          <w:t>- 1 -</w:t>
        </w:r>
        <w:r w:rsidRPr="009C3AF0">
          <w:rPr>
            <w:rStyle w:val="PageNumber"/>
            <w:rFonts w:ascii="Arial" w:hAnsi="Arial" w:cs="Arial"/>
          </w:rPr>
          <w:fldChar w:fldCharType="end"/>
        </w:r>
      </w:p>
    </w:sdtContent>
  </w:sdt>
  <w:p w14:paraId="2BCD7E67" w14:textId="77777777" w:rsidR="00930F33" w:rsidRPr="009C3AF0" w:rsidRDefault="001216B9">
    <w:pPr>
      <w:pStyle w:val="Footer"/>
      <w:rPr>
        <w:rFonts w:ascii="Arial" w:hAnsi="Arial" w:cs="Arial"/>
        <w:color w:val="BFBFBF" w:themeColor="background1" w:themeShade="BF"/>
      </w:rPr>
    </w:pPr>
    <w:r w:rsidRPr="009C3AF0">
      <w:rPr>
        <w:rFonts w:ascii="Arial" w:hAnsi="Arial" w:cs="Arial"/>
        <w:color w:val="BFBFBF" w:themeColor="background1" w:themeShade="BF"/>
      </w:rPr>
      <w:ptab w:relativeTo="margin" w:alignment="center" w:leader="none"/>
    </w:r>
    <w:r w:rsidRPr="009C3AF0">
      <w:rPr>
        <w:rFonts w:ascii="Arial" w:hAnsi="Arial" w:cs="Arial"/>
        <w:color w:val="BFBFBF" w:themeColor="background1" w:themeShade="BF"/>
      </w:rPr>
      <w:ptab w:relativeTo="margin" w:alignment="right" w:leader="none"/>
    </w:r>
    <w:r w:rsidRPr="009C3AF0">
      <w:rPr>
        <w:rFonts w:ascii="Arial" w:hAnsi="Arial" w:cs="Arial"/>
        <w:color w:val="BFBFBF" w:themeColor="background1" w:themeShade="BF"/>
      </w:rPr>
      <w:t xml:space="preserve">Transcribed by </w:t>
    </w:r>
    <w:hyperlink r:id="rId1" w:history="1">
      <w:r w:rsidRPr="006E2A8C">
        <w:rPr>
          <w:rStyle w:val="Hyperlink"/>
          <w:rFonts w:ascii="Arial" w:hAnsi="Arial" w:cs="Arial"/>
        </w:rPr>
        <w:t>https://otter.ai</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85BF1" w14:textId="77777777" w:rsidR="006E2A8C" w:rsidRDefault="006E2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FC5A5" w14:textId="77777777" w:rsidR="005E0D89" w:rsidRDefault="005E0D89">
      <w:pPr>
        <w:spacing w:after="0" w:line="240" w:lineRule="auto"/>
      </w:pPr>
      <w:r>
        <w:separator/>
      </w:r>
    </w:p>
  </w:footnote>
  <w:footnote w:type="continuationSeparator" w:id="0">
    <w:p w14:paraId="2ECCF840" w14:textId="77777777" w:rsidR="005E0D89" w:rsidRDefault="005E0D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1969" w14:textId="77777777" w:rsidR="006E2A8C" w:rsidRDefault="006E2A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DA4FC" w14:textId="77777777" w:rsidR="006E2A8C" w:rsidRDefault="006E2A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AA610" w14:textId="77777777" w:rsidR="006E2A8C" w:rsidRDefault="006E2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3472036">
    <w:abstractNumId w:val="8"/>
  </w:num>
  <w:num w:numId="2" w16cid:durableId="134638838">
    <w:abstractNumId w:val="6"/>
  </w:num>
  <w:num w:numId="3" w16cid:durableId="48963811">
    <w:abstractNumId w:val="5"/>
  </w:num>
  <w:num w:numId="4" w16cid:durableId="829830433">
    <w:abstractNumId w:val="4"/>
  </w:num>
  <w:num w:numId="5" w16cid:durableId="356005190">
    <w:abstractNumId w:val="7"/>
  </w:num>
  <w:num w:numId="6" w16cid:durableId="1590196267">
    <w:abstractNumId w:val="3"/>
  </w:num>
  <w:num w:numId="7" w16cid:durableId="518466034">
    <w:abstractNumId w:val="2"/>
  </w:num>
  <w:num w:numId="8" w16cid:durableId="1353873886">
    <w:abstractNumId w:val="1"/>
  </w:num>
  <w:num w:numId="9" w16cid:durableId="1421608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F87"/>
    <w:rsid w:val="00034616"/>
    <w:rsid w:val="00050A6B"/>
    <w:rsid w:val="0006063C"/>
    <w:rsid w:val="00066610"/>
    <w:rsid w:val="00074624"/>
    <w:rsid w:val="001216B9"/>
    <w:rsid w:val="0015074B"/>
    <w:rsid w:val="0029639D"/>
    <w:rsid w:val="00326F90"/>
    <w:rsid w:val="00335CC2"/>
    <w:rsid w:val="004A641F"/>
    <w:rsid w:val="004B593C"/>
    <w:rsid w:val="005E0D89"/>
    <w:rsid w:val="00622BBB"/>
    <w:rsid w:val="00633270"/>
    <w:rsid w:val="006E2A8C"/>
    <w:rsid w:val="007718B5"/>
    <w:rsid w:val="007749AF"/>
    <w:rsid w:val="00794EBC"/>
    <w:rsid w:val="007A79ED"/>
    <w:rsid w:val="00930F33"/>
    <w:rsid w:val="009C3AF0"/>
    <w:rsid w:val="009D15AC"/>
    <w:rsid w:val="00A12EE5"/>
    <w:rsid w:val="00A20D74"/>
    <w:rsid w:val="00AA1D8D"/>
    <w:rsid w:val="00AE7804"/>
    <w:rsid w:val="00B224C4"/>
    <w:rsid w:val="00B47730"/>
    <w:rsid w:val="00BA4C2B"/>
    <w:rsid w:val="00BD0140"/>
    <w:rsid w:val="00BD2C83"/>
    <w:rsid w:val="00C24502"/>
    <w:rsid w:val="00CB0664"/>
    <w:rsid w:val="00D57E81"/>
    <w:rsid w:val="00E3763A"/>
    <w:rsid w:val="00E7453A"/>
    <w:rsid w:val="00ED32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A34E49"/>
  <w14:defaultImageDpi w14:val="300"/>
  <w15:docId w15:val="{BBBC883F-E58E-BB4C-A526-B24797FD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1216B9"/>
  </w:style>
  <w:style w:type="character" w:styleId="Hyperlink">
    <w:name w:val="Hyperlink"/>
    <w:basedOn w:val="DefaultParagraphFont"/>
    <w:uiPriority w:val="99"/>
    <w:unhideWhenUsed/>
    <w:rsid w:val="006E2A8C"/>
    <w:rPr>
      <w:color w:val="0000FF" w:themeColor="hyperlink"/>
      <w:u w:val="single"/>
    </w:rPr>
  </w:style>
  <w:style w:type="character" w:styleId="UnresolvedMention">
    <w:name w:val="Unresolved Mention"/>
    <w:basedOn w:val="DefaultParagraphFont"/>
    <w:uiPriority w:val="99"/>
    <w:semiHidden/>
    <w:unhideWhenUsed/>
    <w:rsid w:val="006E2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otter.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11EC8-F1B9-C84B-81E7-620E13BCC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32</Pages>
  <Words>10234</Words>
  <Characters>58337</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68435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Tony Stark Policci</cp:lastModifiedBy>
  <cp:revision>4</cp:revision>
  <dcterms:created xsi:type="dcterms:W3CDTF">2025-04-25T04:24:00Z</dcterms:created>
  <dcterms:modified xsi:type="dcterms:W3CDTF">2025-04-25T19:25:00Z</dcterms:modified>
  <cp:category/>
</cp:coreProperties>
</file>