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5040"/>
      </w:pPr>
      <w:r>
        <w:t/>
      </w:r>
    </w:p>
    <w:p>
      <w:pPr>
        <w:jc w:val="center"/>
      </w:pPr>
      <w:r>
        <w:rPr/>
        <w:t xml:space="preserve"> The Whispering Pines Promise</w:t>
      </w:r>
    </w:p>
    <w:p>
      <w:pPr>
        <w:jc w:val="center"/>
      </w:pPr>
      <w:r>
        <w:t>by</w:t>
      </w:r>
    </w:p>
    <w:p>
      <w:pPr>
        <w:jc w:val="center"/>
      </w:pPr>
      <w:r>
        <w:t>Nilesh Wani</w:t>
      </w:r>
    </w:p>
    <w:p>
      <w:r>
        <w:br w:type="page"/>
      </w:r>
    </w:p>
    <w:p>
      <w:pPr>
        <w:spacing w:before="5040"/>
        <w:jc w:val="center"/>
      </w:pPr>
      <w:r>
        <w:rPr/>
        <w:t xml:space="preserve"> Front Matter</w:t>
      </w:r>
    </w:p>
    <w:p>
      <w:r>
        <w:t>To the quiet strength found in unexpected places, and to the courage it takes to open a door, even when you fear what might be waiting on the other side. This story is for the dreamers who navigate the quiet hum of longing, for the fiercely independent souls who secretly yearn for connection, and for everyone who believes that sometimes, the most profound journeys begin with a reluctant step into the unknown. May you find your own Havenwood, a place where healing whispers on the breeze and where the bravest act of all is simply to let yourself be seen. To my own enduring support system, who have always believed in the power of stories to illuminate the human heart, and to the brave, resilient spirit that drives us all to seek out love and belonging, even when the path is fraught with fear. This is for you.</w:t>
      </w:r>
    </w:p>
    <w:p>
      <w:r>
        <w:br w:type="page"/>
      </w:r>
    </w:p>
    <w:p>
      <w:pPr>
        <w:spacing w:before="5040"/>
        <w:jc w:val="center"/>
      </w:pPr>
      <w:r>
        <w:rPr/>
        <w:t xml:space="preserve"> Chapter 1: The Unforeseen Arrival</w:t>
      </w:r>
    </w:p>
    <w:p>
      <w:r>
        <w:t>The road twisted and turned like a ribbon unfurling through an emerald tapestry, each bend revealing a more breathtaking vista than the last. Havenwood wasn't just a town; it was an invitation to breathe, a gentle exhalation after the suffocating pace of the city. Rolling hills, softened by a perpetual golden light, sloped down to valleys carpeted with ancient, whispering pines. The air, even in the late afternoon, was crisp and clean, carrying the invigorating scent of pine needles and damp earth, a stark, welcome contrast to the exhaust fumes and stale air of downtown. It was the kind of place where time seemed to slow, not out of apathy, but out of a profound appreciation for the present moment. The houses, nestled amongst the trees or perched on gentle slopes, were a charming mix of weathered wood and stone, each with its own story etched into its façade. Window boxes overflowed with cheerful blooms, and smoke curled lazily from chimneys, hinting at cozy interiors and warm hearths. It felt like stepping into a sepia-toned photograph, a place where life unfolded at a rhythm dictated by the sun and the seasons, not the relentless tick of a clock.</w:t>
      </w:r>
    </w:p>
    <w:p>
      <w:r>
        <w:br/>
        <w:t>This was Havenwood. A name that conjured images of sheltered coves and peaceful sanctuaries, and for the most part, it delivered. The town square, a cluster of quaint shops and a gazebo draped in wisteria, was the heart of it all. A bubbling fountain, adorned with moss-covered cherubs, provided a gentle soundtrack to the murmur of conversations. Old-timers, their faces etched with the wisdom of years spent under Havenwood's skies, sat on park benches, their gazes soft and knowing. Children, their laughter echoing through the square, chased pigeons and each other, their energy unburdened by the anxieties of the outside world. Even the stray dogs seemed to move with a certain unhurried grace, as if they too understood the unspoken contract of tranquility Havenwood offered. The general atmosphere was one of deceptive tranquility, a surface so serene it almost felt too good to be true.</w:t>
      </w:r>
    </w:p>
    <w:p/>
    <w:p>
      <w:r>
        <w:br/>
        <w:t>But beneath that picturesque charm, the true character of Havenwood began to reveal itself, like the intricate carvings on an antique wooden chest. This was a town where everyone knew everyone else’s name, their history, and quite possibly, their deepest secrets. A place where a dropped loaf of bread at the bakery was an event that would be discussed over dinner tables miles away. Anonymity was a foreign concept here; privacy, a luxury rarely afforded to newcomers. Every arrival was an event, every unfamiliar face a subject of polite, yet persistent, curiosity. The close-knit nature of the community, while fostering a sense of belonging for those born and raised within its embrace, simultaneously cast a long shadow for any outsider who dared to step onto its hallowed ground. The whispering pines, which carried the scent of pine needles so pleasantly, also seemed to carry hushed conversations, their branches rustling with the secrets of a town that never truly slept. This was the inherent challenge, the unspoken hurdle, that awaited anyone who wasn't already woven into Havenwood's intricate social fabric. It was a gentle embrace, yes, but an embrace that held you firmly, its warmth tinged with the ever-present awareness of its watchful, interconnected gaze. The deceptive tranquility was not a façade of emptiness, but of an abundance of life, a vibrant, buzzing ecosystem of shared experiences and intertwined destinies, where even the smallest ripple could turn into a wave of town-wide discussion.</w:t>
      </w:r>
    </w:p>
    <w:p/>
    <w:p>
      <w:r>
        <w:br/>
        <w:t>The scent of pine needles, so potent and invigorating upon her arrival, had already begun to mingle with the faint, almost imperceptible, aroma of the local bakery. Eleanor Vance inhaled deeply, a small, involuntary sigh escaping her lips. It was a scent of comfort, of a life unhurried, and it was, she admitted with a pang of something akin to resentment, utterly at odds with her own carefully curated existence. Her city-worn senses, accustomed to the acrid tang of exhaust fumes and the sterile scent of polished chrome, found this natural perfume almost overwhelming. It was a sensory assault, albeit a pleasant one, designed to lull you into a false sense of security, to make you forget why you were here.</w:t>
      </w:r>
    </w:p>
    <w:p/>
    <w:p>
      <w:r>
        <w:br/>
        <w:t>Eleanor was, by all accounts, a woman sculpted by the demands of the urban jungle. At twenty-eight, her life was a testament to ambition, fueled by late nights, early mornings, and an unshakeable determination to climb the corporate ladder. Her tailored suits, her sharp heels, her impeccably styled dark hair – these were not just outward appearances, but the armor she wore, forged in the fires of a competitive environment. She was driven, pragmatic, and fiercely independent, a woman who believed that success was a matter of strategic planning and relentless execution. Her arrival in Havenwood, therefore, felt like a misplaced piece in a meticulously designed puzzle.</w:t>
      </w:r>
    </w:p>
    <w:p/>
    <w:p>
      <w:r>
        <w:br/>
        <w:t>The contrast between her own polished, controlled demeanor and the sleepy, almost languid pace of Havenwood was stark, a chasm that seemed to widen with every passing moment. The town square, with its quaint shops and unhurried residents, felt like a deliberate mockery of her own existence. Where were the bustling crowds, the cacophony of sirens, the urgent pulse of a city that never slept? Here, the loudest sound was the gentle splash of the fountain and the distant chirping of birds. It was peaceful, yes, but it was also disarmingly quiet, a quiet that felt loud in its very absence of urgency. It pressed in on her, this stillness, making her hyper-aware of her own breath, her own heartbeat, and the invisible weight she carried.</w:t>
      </w:r>
    </w:p>
    <w:p/>
    <w:p>
      <w:r>
        <w:br/>
        <w:t>This weight, the ‘temporary, compelling reason’ that had yanked her from her life, was a constant, humming presence beneath her outward composure. It was a secret she guarded with the same ferocity she applied to her professional endeavors, a secret that dictated her every move, her every thought. It was the anchor that had tethered her to this unfamiliar, charming, and utterly inconvenient town. She found herself instinctively pulling her shoulders back, her posture straightening, as if to project an aura of unshakeable confidence, a silent declaration that she was not here to linger, not here to be absorbed by Havenwood’s gentle embrace. She was a visitor, a temporary fixture, and she intended to remain precisely that.</w:t>
      </w:r>
    </w:p>
    <w:p/>
    <w:p>
      <w:r>
        <w:br/>
        <w:t xml:space="preserve">Her initial disdain for the small-town pace was a shield, a defense mechanism against the unexpected vulnerability that the sheer, unadulterated </w:t>
      </w:r>
    </w:p>
    <w:p>
      <w:pPr>
        <w:jc w:val="left"/>
      </w:pPr>
      <w:r>
        <w:rPr>
          <w:i/>
        </w:rPr>
        <w:t>niceness</w:t>
      </w:r>
      <w:r>
        <w:t xml:space="preserve"> of Havenwood evoked. The lack of anonymity was a more immediate, and frankly, irritating, concern. In the city, she could disappear into a sea of faces, a phantom navigating the urban labyrinth. Here, in Havenwood, she felt like a specimen under a microscope, her every action dissected, her every glance analyzed. The inherent lack of privacy was not just an inconvenience; it was a direct assault on her carefully constructed solitude, a territory she fiercely protected. Her city persona, built on efficiency and a certain detached professionalism, felt jarringly out of place, a brightly colored bird in a flock of muted sparrows. She resisted the urge to blend, to soften, to become another gentle ripple in Havenwood's serene pond. She was Eleanor Vance, the driven woman from the city, and this small town, with its pine-scented air and its deceptively tranquil charm, was merely a temporary obstacle on her predetermined path. Her resistance was a silent, stubborn declaration of her identity, an identity she was determined not to let Havenwood, or its welcoming, watchful eyes, erode. The initial impressions were not just of the town, but of herself within it, a stark confrontation with the boundaries she had so carefully erected. She observed the way people nodded to each other, the easy familiarity, the complete absence of the hurried, averted gazes she was accustomed to. It was alien, this pervasive sense of connection, and it made her feel acutely, uncomfortably, alone, yet paradoxically, utterly exposed.</w:t>
      </w:r>
    </w:p>
    <w:p>
      <w:r>
        <w:br/>
        <w:t>The coffee shop, aptly named "The Daily Grind," was the epicenter of Havenwood's social universe, a place where the aroma of freshly brewed coffee mingled with the even more potent scent of local gossip. Eleanor, needing a caffeine fix to fortify herself against the encroaching serenity, found herself drawn into its warm, inviting interior. She ordered a black coffee, her voice a little sharper than intended, and took a seat at a small, slightly wobbly table near the window, facing the bustling square. The shop was a microcosm of Havenwood itself: a charming, slightly worn interior, filled with mismatched furniture and the comforting hum of conversation. Patrons, ranging from weathered farmers in overalls to impeccably dressed older women with perfectly coiffed hair, greeted each other with familiar smiles and easy camaraderie.</w:t>
      </w:r>
    </w:p>
    <w:p/>
    <w:p>
      <w:r>
        <w:br/>
        <w:t>As she sipped her coffee, trying to maintain an air of detached observation, fragments of conversation began to drift towards her, like fallen leaves carried on a gentle breeze. They were snippets, disconnected phrases, yet the underlying current was unmistakable.</w:t>
      </w:r>
    </w:p>
    <w:p/>
    <w:p>
      <w:r>
        <w:br/>
        <w:t>"...heard she’s staying at the old Miller place..." a woman with a bright floral scarf was saying to her companion, her voice a hushed, excited murmur.</w:t>
      </w:r>
    </w:p>
    <w:p/>
    <w:p>
      <w:r>
        <w:br/>
        <w:t xml:space="preserve">"...never seen anyone like her around here before… so… </w:t>
      </w:r>
    </w:p>
    <w:p>
      <w:pPr>
        <w:jc w:val="left"/>
      </w:pPr>
      <w:r>
        <w:rPr>
          <w:i/>
        </w:rPr>
        <w:t>polished</w:t>
      </w:r>
      <w:r>
        <w:t>," another voice chimed in, laced with a mixture of fascination and suspicion.</w:t>
      </w:r>
    </w:p>
    <w:p>
      <w:r>
        <w:br/>
        <w:t xml:space="preserve">"...wonder what brings someone like </w:t>
      </w:r>
    </w:p>
    <w:p>
      <w:pPr>
        <w:jc w:val="left"/>
      </w:pPr>
      <w:r>
        <w:rPr>
          <w:i/>
        </w:rPr>
        <w:t>that</w:t>
      </w:r>
      <w:r>
        <w:t xml:space="preserve"> to Havenwood. It’s not exactly a tourist trap, is it?" a gruff male voice rumbled from a nearby table.</w:t>
      </w:r>
    </w:p>
    <w:p>
      <w:r>
        <w:br/>
        <w:t>Eleanor’s grip tightened on her mug. Polished. That was the word they’d landed on. It was meant as a descriptor, she supposed, but it felt like a judgment, a label that immediately set her apart. She could feel their eyes on her, even though she deliberately avoided direct contact. It was a subtle, almost imperceptible shift in the atmosphere, a collective turning of heads, a brief pause in the easy flow of conversation whenever she shifted in her seat or took a sip of coffee. They weren't being overtly rude, not by any stretch of the imagination. It was more of a… pervasive awareness. A keen, almost predatory, interest that was both unnerving and strangely flattering, in a perverse sort of way.</w:t>
      </w:r>
    </w:p>
    <w:p/>
    <w:p>
      <w:r>
        <w:br/>
        <w:t xml:space="preserve">The town’s watchful eyes were not just a figment of her paranoia; they were a tangible presence, a silent chorus that echoed her outsider status. Her very presence was a topic of discussion, a fresh narrative for the town's well-worn storybook. She could almost picture the conversations unfolding later, over dinner tables and at the general store. "Did you see Eleanor Vance today? She was wearing </w:t>
      </w:r>
    </w:p>
    <w:p>
      <w:pPr>
        <w:jc w:val="left"/>
      </w:pPr>
      <w:r>
        <w:rPr>
          <w:i/>
        </w:rPr>
        <w:t>heels</w:t>
      </w:r>
      <w:r>
        <w:t xml:space="preserve"> to the coffee shop!" or "She looks like she doesn't belong here, doesn't she? Like a dove in a flock of crows." It amplified her feeling of being an anomaly, a foreign entity in a land of familiar faces.</w:t>
      </w:r>
    </w:p>
    <w:p>
      <w:r>
        <w:br/>
        <w:t>This immediate immersion into the town’s gossip mill reinforced her desire to keep her guard up, to draw her walls even higher. Her reasons for being in Havenwood were her own, a burden she intended to carry alone. The thought of having them dissected, analyzed, and perhaps even misconstrued by this community was anathema to her. She wanted to fade into the background, to become a ghost in the machine, but Havenwood, in its own gentle, insistent way, seemed determined to make her a star player, whether she liked it or not. She finished her coffee quickly, the caffeine doing little to quell the unease simmering within her. As she stood to leave, she caught a glimpse of herself in the polished chrome of the coffee machine – a woman in a sharp, navy blazer, her expression carefully neutral, her eyes scanning the room with a practiced wariness. She looked like a city dweller, a predator in a pastoral landscape, and in that moment, she knew Havenwood had already begun to mark her as its own, a subject of endless fascination, a mystery waiting to be unraveled, or perhaps, simply, a story to be told and retold. The whispers on the breeze were not just idle chatter; they were the first tendrils of Havenwood’s embrace, a constant reminder that in this town, you were never truly alone, and never truly unseen. The very air seemed to thrum with an unspoken awareness of her presence, a collective consciousness that tracked her movements, cataloged her habits, and debated her intentions. It was an unnerving intimacy, an unsolicited intrusion into her carefully guarded life.</w:t>
      </w:r>
    </w:p>
    <w:p/>
    <w:p>
      <w:r>
        <w:br/>
        <w:t>He was a man carved from the very essence of Havenwood, his presence as natural and unassuming as the towering pines that ringed the town. Liam O’Connell moved with a quiet purpose, his hands, calloused and strong, bearing the marks of a life lived in honest labor. He was the town’s carpenter, a profession that naturally placed him at the heart of its daily rhythm, mending fences, building homes, and lending his sturdy presence to any community project that required a steady hand and a clear head. His understanding of Havenwood was innate, a deep-seated knowledge of its quirks, its traditions, and the unspoken rules that governed its inhabitants. He saw not just the picturesque charm, but the underlying currents of loyalty and resilience that bound its people together.</w:t>
      </w:r>
    </w:p>
    <w:p/>
    <w:p>
      <w:r>
        <w:br/>
        <w:t>Liam wasn't one for grand pronouncements or ostentatious displays. His contributions were often quiet, his presence a steady anchor. He could be found at the hardware store, discussing lumber prices with Mr. Henderson, or at the farmer's market, exchanging pleasantries with Mrs. Gable over the merits of her prize-winning tomatoes. He was a familiar fixture, as much a part of Havenwood as the babbling brook or the weathered clock tower in the town square. His unassuming nature, however, masked a keen observer’s eye and a deep well of empathy, qualities that often went unnoticed by those who didn't take the time to look beyond the surface.</w:t>
      </w:r>
    </w:p>
    <w:p/>
    <w:p>
      <w:r>
        <w:br/>
        <w:t>It was a Tuesday afternoon, the sun slanting through the trees, casting long shadows across the town square. Eleanor, her face a mask of polite indifference, was exiting the bakery, a small bag clutched in her hand. She was mid-stride, her focus fixed on the path ahead, when she almost collided with Liam, who was walking in the opposite direction, a toolbox slung over his shoulder.</w:t>
      </w:r>
    </w:p>
    <w:p/>
    <w:p>
      <w:r>
        <w:br/>
        <w:t>"Whoa there," he said, his voice a low, steady rumble, a hint of amusement in his eyes. He instinctively reached out a hand, not to steady her, but as a reflex, a natural extension of his concern.</w:t>
      </w:r>
    </w:p>
    <w:p/>
    <w:p>
      <w:r>
        <w:br/>
        <w:t>Eleanor flinched, a barely perceptible recoil, her eyes widening for a fraction of a second before she regained her composure. She hadn't expected the sudden proximity, the unexpected human contact. "Oh! I'm so sorry," she murmured, her voice tight. She stepped to the side, creating a small buffer between them. She registered his presence – tall, broad-shouldered, a worn flannel shirt clinging to his frame, his gaze direct and surprisingly kind. There was an earthiness about him, a grounded quality that was both foreign and intriguing.</w:t>
      </w:r>
    </w:p>
    <w:p/>
    <w:p>
      <w:r>
        <w:br/>
        <w:t>Liam gave a small nod, his gaze lingering on her for a moment longer than necessary. He noticed the tension in her shoulders, the guardedness in her eyes, the way she held herself as if bracing for an unseen blow. He’d seen that look before, in people who were hurting, or people who were running. "No harm done," he said, his voice gentle. "Just watch your step." He offered a brief, easy smile, the kind that was so commonplace in Havenwood it was almost invisible, and then continued on his way.</w:t>
      </w:r>
    </w:p>
    <w:p/>
    <w:p>
      <w:r>
        <w:br/>
        <w:t>Eleanor watched him go, a flicker of something she couldn’t quite identify stirring within her. It wasn't attraction, not yet. It was more of a fleeting awareness, a brief moment where her carefully constructed defenses had been momentarily breached by a simple act of unexpected courtesy. She found herself cataloging the details: the faint scent of sawdust that clung to him, the slight crinkle at the corners of his eyes, the quiet strength in his stride. It was a fleeting interaction, marked by a moment of mild annoyance from her side, a polite brush with someone who, by all rights, should have been as familiar to Havenwood as the town hall itself. Yet, for a brief, inexplicable instant, their paths had crossed, two disparate worlds brushing against each other in the heart of this idyllic, small town. It was an encounter so insignificant, so utterly unremarkable, yet it was the first tangible proof that her presence in Havenwood was not entirely solitary. He was a glimpse of the rooted, a living embodiment of the town’s enduring spirit, and in his unassuming presence, she saw a reflection of everything she wasn't, and perhaps, in the deepest, most hidden corners of her heart, everything she might one day yearn to be.</w:t>
      </w:r>
    </w:p>
    <w:p/>
    <w:p>
      <w:r>
        <w:br/>
        <w:t>Beneath the polished veneer of efficiency and unwavering ambition, Eleanor carried a quiet, persistent ache, a hollow space carved out by years of carefully suppressed longing. It was a yearning for something more, something deeper than the fleeting validation of professional success. She craved connection, a genuine, unvarnished bond with another human being, but the very idea of it sent a tremor of fear through her. This fear, a deep-seated tremor stemming from a core wound she rarely dared to acknowledge, had become an invisible cage, its bars forged from past betrayals and unmet expectations.</w:t>
      </w:r>
    </w:p>
    <w:p/>
    <w:p>
      <w:r>
        <w:br/>
        <w:t>Her drive, her relentless pursuit of career goals, was a masterful diversion, a meticulously constructed performance designed to keep the world, and more importantly, herself, at bay. The more she threw herself into her work, the less time she had to confront the gaping void within. Her carefully crafted independence was, in reality, a profound form of isolation, a self-imposed exile from the messy, unpredictable landscape of intimacy.</w:t>
      </w:r>
    </w:p>
    <w:p/>
    <w:p>
      <w:r>
        <w:br/>
        <w:t>She’d learned early on that vulnerability was a weakness, a liability that could be exploited. Trust was a fragile commodity, easily shattered, and once broken, almost impossible to mend. The echoes of past relationships, of promises whispered and then broken, of confidences shared and then weaponized, had instilled in her a deep-seated wariness. She had built her defenses brick by painstaking brick, each layer of armor designed to protect her from the sting of potential hurt. Her capable exterior, the confident stride, the sharp wit – these were all part of the act, a deliberate obfuscation of the melancholy that often settled upon her during the quiet hours of the night.</w:t>
      </w:r>
    </w:p>
    <w:p/>
    <w:p>
      <w:r>
        <w:br/>
        <w:t>When she was alone, when the city lights blurred outside her penthouse window and the silence of her luxurious apartment became deafening, the weight of her longing was almost unbearable. She’d trace the lines on her palm, imagining the paths not taken, the connections not made. There was a profound sense of isolation in her success, a hollowness that no amount of accolades or financial security could fill. It was a silent scream trapped within her chest, a desperate plea for solace that she couldn't articulate, even to herself.</w:t>
      </w:r>
    </w:p>
    <w:p/>
    <w:p>
      <w:r>
        <w:br/>
        <w:t>This internal struggle, this constant battle between her desire for connection and her paralyzing fear of it, cast a melancholic shadow over her otherwise capable demeanor. It was a subtle undercurrent, often masked by her sharp intellect and unwavering professionalism, but it was there, a constant reminder of the emotional stakes she carried. These stakes, rarely exposed to the harsh light of day, were the very things that would inevitably clash with her unexpected entanglement in Havenwood. The town, with its gentle embrace and its watchful eyes, was about to challenge the very foundations of her guarded existence, forcing her to confront the deepest, most hidden wounds that shaped her every interaction, and threatening to unravel the carefully woven tapestry of her solitude. The weight of her longing was a silent testament to a heart that yearned for something more, a heart that, despite all its defenses, was not entirely closed off to the possibility of love, or the terrifying prospect of its loss.</w:t>
      </w:r>
    </w:p>
    <w:p/>
    <w:p>
      <w:r>
        <w:t>The road twisted and turned like a ribbon unfurling through an emerald tapestry, each bend revealing a more breathtaking vista than the last. Havenwood wasn't just a town; it was an invitation to breathe, a gentle exhalation after the suffocating pace of the city. Rolling hills, softened by a perpetual golden light, sloped down to valleys carpeted with ancient, whispering pines. The air, even in the late afternoon, was crisp and clean, carrying the invigorating scent of pine needles and damp earth, a stark, welcome contrast to the exhaust fumes and stale air of downtown. It was the kind of place where time seemed to slow, not out of apathy, but out of a profound appreciation for the present moment. The houses, nestled amongst the trees or perched on gentle slopes, were a charming mix of weathered wood and stone, each with its own story etched into its façade. Window boxes overflowed with cheerful blooms, and smoke curled lazily from chimneys, hinting at cozy interiors and warm hearths. It felt like stepping into a sepia-toned photograph, a place where life unfolded at a rhythm dictated by the sun and the seasons, not the relentless tick of a clock.</w:t>
      </w:r>
    </w:p>
    <w:p>
      <w:r>
        <w:br/>
        <w:t>This was Havenwood. A name that conjured images of sheltered coves and peaceful sanctuaries, and for the most part, it delivered. The town square, a cluster of quaint shops and a gazebo draped in wisteria, was the heart of it all. A bubbling fountain, adorned with moss-covered cherubs, provided a gentle soundtrack to the murmur of conversations. Old-timers, their faces etched with the wisdom of years spent under Havenwood's skies, sat on park benches, their gazes soft and knowing. Children, their laughter echoing through the square, chased pigeons and each other, their energy unburdened by the anxieties of the outside world. Even the stray dogs seemed to move with a certain unhurried grace, as if they too understood the unspoken contract of tranquility Havenwood offered. The general atmosphere was one of deceptive tranquility, a surface so serene it almost felt too good to be true.</w:t>
      </w:r>
    </w:p>
    <w:p/>
    <w:p>
      <w:r>
        <w:br/>
        <w:t>But beneath that picturesque charm, the true character of Havenwood began to reveal itself, like the intricate carvings on an antique wooden chest. This was a town where everyone knew everyone else’s name, their history, and quite possibly, their deepest secrets. A place where a dropped loaf of bread at the bakery was an event that would be discussed over dinner tables miles away. Anonymity was a foreign concept here; privacy, a luxury rarely afforded to newcomers. Every arrival was an event, every unfamiliar face a subject of polite, yet persistent, curiosity. The close-knit nature of the community, while fostering a sense of belonging for those born and raised within its embrace, simultaneously cast a long shadow for any outsider who dared to step onto its hallowed ground. The whispering pines, which carried the scent of pine needles so pleasantly, also seemed to carry hushed conversations, their branches rustling with the secrets of a town that never truly slept. This was the inherent challenge, the unspoken hurdle, that awaited anyone who wasn't already woven into Havenwood's intricate social fabric. It was a gentle embrace, yes, but an embrace that held you firmly, its warmth tinged with the ever-present awareness of its watchful, interconnected gaze. The deceptive tranquility was not a façade of emptiness, but of an abundance of life, a vibrant, buzzing ecosystem of shared experiences and intertwined destinies, where even the smallest ripple could turn into a wave of town-wide discussion.</w:t>
      </w:r>
    </w:p>
    <w:p/>
    <w:p>
      <w:r>
        <w:br/>
        <w:t>The scent of pine needles, so potent and invigorating upon her arrival, had already begun to mingle with the faint, almost imperceptible, aroma of the local bakery. Eleanor Vance inhaled deeply, a small, involuntary sigh escaping her lips. It was a scent of comfort, of a life unhurried, and it was, she admitted with a pang of something akin to resentment, utterly at odds with her own carefully curated existence. Her city-worn senses, accustomed to the acrid tang of exhaust fumes and the sterile scent of polished chrome, found this natural perfume almost overwhelming. It was a sensory assault, albeit a pleasant one, designed to lull you into a false sense of security, to make you forget why you were here.</w:t>
      </w:r>
    </w:p>
    <w:p/>
    <w:p>
      <w:r>
        <w:br/>
        <w:t>Eleanor was, by all accounts, a woman sculpted by the demands of the urban jungle. At twenty-eight, her life was a testament to ambition, fueled by late nights, early mornings, and an unshakeable determination to climb the corporate ladder. Her tailored suits, her sharp heels, her impeccably styled dark hair – these were not just outward appearances, but the armor she wore, forged in the fires of a competitive environment. She was driven, pragmatic, and fiercely independent, a woman who believed that success was a matter of strategic planning and relentless execution. Her arrival in Havenwood, therefore, felt like a misplaced piece in a meticulously designed puzzle.</w:t>
      </w:r>
    </w:p>
    <w:p/>
    <w:p>
      <w:r>
        <w:br/>
        <w:t>The contrast between her own polished, controlled demeanor and the sleepy, almost languid pace of Havenwood was stark, a chasm that seemed to widen with every passing moment. The town square, with its quaint shops and unhurried residents, felt like a deliberate mockery of her own existence. Where were the bustling crowds, the cacophony of sirens, the urgent pulse of a city that never slept? Here, the loudest sound was the gentle splash of the fountain and the distant chirping of birds. It was peaceful, yes, but it was also disarmingly quiet, a quiet that felt loud in its very absence of urgency. It pressed in on her, this stillness, making her hyper-aware of her own breath, her own heartbeat, and the invisible weight she carried.</w:t>
      </w:r>
    </w:p>
    <w:p/>
    <w:p>
      <w:r>
        <w:br/>
        <w:t>This weight, the ‘temporary, compelling reason’ that had yanked her from her life, was a constant, humming presence beneath her outward composure. It was a secret she guarded with the same ferocity she applied to her professional endeavors, a secret that dictated her every move, her every thought. It was the anchor that had tethered her to this unfamiliar, charming, and utterly inconvenient town. She found herself instinctively pulling her shoulders back, her posture straightening, as if to project an aura of unshakeable confidence, a silent declaration that she was not here to linger, not here to be absorbed by Havenwood’s gentle embrace. She was a visitor, a temporary fixture, and she intended to remain precisely that.</w:t>
      </w:r>
    </w:p>
    <w:p/>
    <w:p>
      <w:r>
        <w:br/>
        <w:t xml:space="preserve">Her initial disdain for the small-town pace was a shield, a defense mechanism against the unexpected vulnerability that the sheer, unadulterated </w:t>
      </w:r>
    </w:p>
    <w:p>
      <w:pPr>
        <w:jc w:val="left"/>
      </w:pPr>
      <w:r>
        <w:rPr>
          <w:i/>
        </w:rPr>
        <w:t>niceness</w:t>
      </w:r>
      <w:r>
        <w:t xml:space="preserve"> of Havenwood evoked. The lack of anonymity was a more immediate, and frankly, irritating, concern. In the city, she could disappear into a sea of faces, a phantom navigating the urban labyrinth. Here, in Havenwood, she felt like a specimen under a microscope, her every action dissected, her every glance analyzed. The inherent lack of privacy was not just an inconvenience; it was a direct assault on her carefully constructed solitude, a territory she fiercely protected. Her city persona, built on efficiency and a certain detached professionalism, felt jarringly out of place, a brightly colored bird in a flock of muted sparrows. She resisted the urge to blend, to soften, to become another gentle ripple in Havenwood's serene pond. She was Eleanor Vance, the driven woman from the city, and this small town, with its pine-scented air and its deceptively tranquil charm, was merely a temporary obstacle on her predetermined path. Her resistance was a silent, stubborn declaration of her identity, an identity she was determined not to let Havenwood, or its welcoming, watchful eyes, erode. The initial impressions were not just of the town, but of herself within it, a stark confrontation with the boundaries she had so carefully erected. She observed the way people nodded to each other, the easy familiarity, the complete absence of the hurried, averted gazes she was accustomed to. It was alien, this pervasive sense of connection, and it made her feel acutely, uncomfortably, alone, yet paradoxically, utterly exposed.</w:t>
      </w:r>
    </w:p>
    <w:p>
      <w:r>
        <w:br/>
        <w:t>The coffee shop, aptly named "The Daily Grind," was the epicenter of Havenwood's social universe, a place where the aroma of freshly brewed coffee mingled with the even more potent scent of local gossip. Eleanor, needing a caffeine fix to fortify herself against the encroaching serenity, found herself drawn into its warm, inviting interior. She ordered a black coffee, her voice a little sharper than intended, and took a seat at a small, slightly wobbly table near the window, facing the bustling square. The shop was a microcosm of Havenwood itself: a charming, slightly worn interior, filled with mismatched furniture and the comforting hum of conversation. Patrons, ranging from weathered farmers in overalls to impeccably dressed older women with perfectly coiffed hair, greeted each other with familiar smiles and easy camaraderie.</w:t>
      </w:r>
    </w:p>
    <w:p/>
    <w:p>
      <w:r>
        <w:br/>
        <w:t>As she sipped her coffee, trying to maintain an air of detached observation, fragments of conversation began to drift towards her, like fallen leaves carried on a gentle breeze. They were snippets, disconnected phrases, yet the underlying current was unmistakable.</w:t>
      </w:r>
    </w:p>
    <w:p/>
    <w:p>
      <w:r>
        <w:br/>
        <w:t>"...heard she’s staying at the old Miller place..." a woman with a bright floral scarf was saying to her companion, her voice a hushed, excited murmur.</w:t>
      </w:r>
    </w:p>
    <w:p/>
    <w:p>
      <w:r>
        <w:br/>
        <w:t xml:space="preserve">"...never seen anyone like her around here before… so… </w:t>
      </w:r>
    </w:p>
    <w:p>
      <w:pPr>
        <w:jc w:val="left"/>
      </w:pPr>
      <w:r>
        <w:rPr>
          <w:i/>
        </w:rPr>
        <w:t>polished</w:t>
      </w:r>
      <w:r>
        <w:t>," another voice chimed in, laced with a mixture of fascination and suspicion.</w:t>
      </w:r>
    </w:p>
    <w:p>
      <w:r>
        <w:br/>
        <w:t xml:space="preserve">"...wonder what brings someone like </w:t>
      </w:r>
    </w:p>
    <w:p>
      <w:pPr>
        <w:jc w:val="left"/>
      </w:pPr>
      <w:r>
        <w:rPr>
          <w:i/>
        </w:rPr>
        <w:t>that</w:t>
      </w:r>
      <w:r>
        <w:t xml:space="preserve"> to Havenwood. It’s not exactly a tourist trap, is it?" a gruff male voice rumbled from a nearby table.</w:t>
      </w:r>
    </w:p>
    <w:p>
      <w:r>
        <w:br/>
        <w:t>Eleanor’s grip tightened on her mug. Polished. That was the word they’d landed on. It was meant as a descriptor, she supposed, but it felt like a judgment, a label that immediately set her apart. She could feel their eyes on her, even though she deliberately avoided direct contact. It was a subtle, almost imperceptible shift in the atmosphere, a collective turning of heads, a brief pause in the easy flow of conversation whenever she shifted in her seat or took a sip of coffee. They weren't being overtly rude, not by any stretch of the imagination. It was more of a… pervasive awareness. A keen, almost predatory, interest that was both unnerving and strangely flattering, in a perverse sort of way.</w:t>
      </w:r>
    </w:p>
    <w:p/>
    <w:p>
      <w:r>
        <w:br/>
        <w:t xml:space="preserve">The town’s watchful eyes were not just a figment of her paranoia; they were a tangible presence, a silent chorus that echoed her outsider status. Her very presence was a topic of discussion, a fresh narrative for the town's well-worn storybook. She could almost picture the conversations unfolding later, over dinner tables and at the general store. "Did you see Eleanor Vance today? She was wearing </w:t>
      </w:r>
    </w:p>
    <w:p>
      <w:pPr>
        <w:jc w:val="left"/>
      </w:pPr>
      <w:r>
        <w:rPr>
          <w:i/>
        </w:rPr>
        <w:t>heels</w:t>
      </w:r>
      <w:r>
        <w:t xml:space="preserve"> to the coffee shop!" or "She looks like she doesn't belong here, doesn't she? Like a dove in a flock of crows." It amplified her feeling of being an anomaly, a foreign entity in a land of familiar faces.</w:t>
      </w:r>
    </w:p>
    <w:p>
      <w:r>
        <w:br/>
        <w:t>This immediate immersion into the town’s gossip mill reinforced her desire to keep her guard up, to draw her walls even higher. Her reasons for being in Havenwood were her own, a burden she intended to carry alone. The thought of having them dissected, analyzed, and perhaps even misconstrued by this community was anathema to her. She wanted to fade into the background, to become a ghost in the machine, but Havenwood, in its own gentle, insistent way, seemed determined to make her a star player, whether she liked it or not. She finished her coffee quickly, the caffeine doing little to quell the unease simmering within her. As she stood to leave, she caught a glimpse of herself in the polished chrome of the coffee machine – a woman in a sharp, navy blazer, her expression carefully neutral, her eyes scanning the room with a practiced wariness. She looked like a city dweller, a predator in a pastoral landscape, and in that moment, she knew Havenwood had already begun to mark her as its own, a subject of endless fascination, a mystery waiting to be unraveled, or perhaps, simply, a story to be told and retold. The whispers on the breeze were not just idle chatter; they were the first tendrils of Havenwood’s embrace, a constant reminder that in this town, you were never truly alone, and never truly unseen. The very air seemed to thrum with an unspoken awareness of her presence, a collective consciousness that tracked her movements, cataloged her habits, and debated her intentions. It was an unnerving intimacy, an unsolicited intrusion into her carefully guarded life.</w:t>
      </w:r>
    </w:p>
    <w:p/>
    <w:p>
      <w:r>
        <w:br/>
        <w:t>He was a man carved from the very essence of Havenwood, his presence as natural and unassuming as the towering pines that ringed the town. Liam O’Connell moved with a quiet purpose, his hands, calloused and strong, bearing the marks of a life lived in honest labor. He was the town’s carpenter, a profession that naturally placed him at the heart of its daily rhythm, mending fences, building homes, and lending his sturdy presence to any community project that required a steady hand and a clear head. His understanding of Havenwood was innate, a deep-seated knowledge of its quirks, its traditions, and the unspoken rules that governed its inhabitants. He saw not just the picturesque charm, but the underlying currents of loyalty and resilience that bound its people together.</w:t>
      </w:r>
    </w:p>
    <w:p/>
    <w:p>
      <w:r>
        <w:br/>
        <w:t>Liam wasn't one for grand pronouncements or ostentatious displays. His contributions were often quiet, his presence a steady anchor. He could be found at the hardware store, discussing lumber prices with Mr. Henderson, or at the farmer's market, exchanging pleasantries with Mrs. Gable over the merits of her prize-winning tomatoes. He was a familiar fixture, as much a part of Havenwood as the babbling brook or the weathered clock tower in the town square. His unassuming nature, however, masked a keen observer’s eye and a deep well of empathy, qualities that often went unnoticed by those who didn't take the time to look beyond the surface.</w:t>
      </w:r>
    </w:p>
    <w:p/>
    <w:p>
      <w:r>
        <w:br/>
        <w:t>It was a Tuesday afternoon, the sun slanting through the trees, casting long shadows across the town square. Eleanor, her face a mask of polite indifference, was exiting the bakery, a small bag clutched in her hand. She was mid-stride, her focus fixed on the path ahead, when she almost collided with Liam, who was walking in the opposite direction, a toolbox slung over his shoulder.</w:t>
      </w:r>
    </w:p>
    <w:p/>
    <w:p>
      <w:r>
        <w:br/>
        <w:t>"Whoa there," he said, his voice a low, steady rumble, a hint of amusement in his eyes. He instinctively reached out a hand, not to steady her, but as a reflex, a natural extension of his concern.</w:t>
      </w:r>
    </w:p>
    <w:p/>
    <w:p>
      <w:r>
        <w:br/>
        <w:t>Eleanor flinched, a barely perceptible recoil, her eyes widening for a fraction of a second before she regained her composure. She hadn't expected the sudden proximity, the unexpected human contact. "Oh! I'm so sorry," she murmured, her voice tight. She stepped to the side, creating a small buffer between them. She registered his presence – tall, broad-shouldered, a worn flannel shirt clinging to his frame, his gaze direct and surprisingly kind. There was an earthiness about him, a grounded quality that was both foreign and intriguing.</w:t>
      </w:r>
    </w:p>
    <w:p/>
    <w:p>
      <w:r>
        <w:br/>
        <w:t>Liam gave a small nod, his gaze lingering on her for a moment longer than necessary. He noticed the tension in her shoulders, the guardedness in her eyes, the way she held herself as if bracing for an unseen blow. He’d seen that look before, in people who were hurting, or people who were running. "No harm done," he said, his voice gentle. "Just watch your step." He offered a brief, easy smile, the kind that was so commonplace in Havenwood it was almost invisible, and then continued on his way.</w:t>
      </w:r>
    </w:p>
    <w:p/>
    <w:p>
      <w:r>
        <w:br/>
        <w:t>Eleanor watched him go, a flicker of something she couldn’t quite identify stirring within her. It wasn't attraction, not yet. It was more of a fleeting awareness, a brief moment where her carefully constructed defenses had been momentarily breached by a simple act of unexpected courtesy. She found herself cataloging the details: the faint scent of sawdust that clung to him, the slight crinkle at the corners of his eyes, the quiet strength in his stride. It was a fleeting interaction, marked by a brief moment of mild annoyance from her side, a polite brush with someone who, by all rights, should have been as familiar to Havenwood as the town hall itself. Yet, for a brief, inexplicable instant, their paths had crossed, two disparate worlds brushing against each other in the heart of this idyllic, small town. It was an encounter so insignificant, so utterly unremarkable, yet it was the first tangible proof that her presence in Havenwood was not entirely solitary. He was a glimpse of the rooted, a living embodiment of the town’s enduring spirit, and in his unassuming presence, she saw a reflection of everything she wasn't, and perhaps, in the deepest, most hidden corners of her heart, everything she might one day yearn to be.</w:t>
      </w:r>
    </w:p>
    <w:p/>
    <w:p>
      <w:r>
        <w:br/>
        <w:t>Beneath the polished veneer of efficiency and unwavering ambition, Eleanor carried a quiet, persistent ache, a hollow space carved out by years of carefully suppressed longing. It was a yearning for something more, something deeper than the fleeting validation of professional success. She craved connection, a genuine, unvarnished bond with another human being, but the very idea of it sent a tremor of fear through her. This fear, a deep-seated tremor stemming from a core wound she rarely dared to acknowledge, had become an invisible cage, its bars forged from past betrayals and unmet expectations.</w:t>
      </w:r>
    </w:p>
    <w:p/>
    <w:p>
      <w:r>
        <w:br/>
        <w:t>Her drive, her relentless pursuit of career goals, was a masterful diversion, a meticulously constructed performance designed to keep the world, and more importantly, herself, at bay. The more she threw herself into her work, the less time she had to confront the gaping void within. Her carefully crafted independence was, in reality, a profound form of isolation, a self-imposed exile from the messy, unpredictable landscape of intimacy.</w:t>
      </w:r>
    </w:p>
    <w:p/>
    <w:p>
      <w:r>
        <w:br/>
        <w:t>She’d learned early on that vulnerability was a weakness, a liability that could be exploited. Trust was a fragile commodity, easily shattered, and once broken, almost impossible to mend. The echoes of past relationships, of promises whispered and then broken, of confidences shared and then weaponized, had instilled in her a deep-seated wariness. She had built her defenses brick by painstaking brick, each layer of armor designed to protect her from the sting of potential hurt. Her capable exterior, the confident stride, the sharp wit – these were all part of the act, a deliberate obfuscation of the melancholy that often settled upon her during the quiet hours of the night.</w:t>
      </w:r>
    </w:p>
    <w:p/>
    <w:p>
      <w:r>
        <w:br/>
        <w:t>When she was alone, when the city lights blurred outside her penthouse window and the silence of her luxurious apartment became deafening, the weight of her longing was almost unbearable. She’d trace the lines on her palm, imagining the paths not taken, the connections not made. There was a profound sense of isolation in her success, a hollowness that no amount of accolades or financial security could fill. It was a silent scream trapped within her chest, a desperate plea for solace that she couldn't articulate, even to herself.</w:t>
      </w:r>
    </w:p>
    <w:p/>
    <w:p>
      <w:r>
        <w:br/>
        <w:t>This internal struggle, this constant battle between her desire for connection and her paralyzing fear of it, cast a melancholic shadow over her otherwise capable demeanor. It was a subtle undercurrent, often masked by her sharp intellect and unwavering professionalism, but it was there, a constant reminder of the emotional stakes she carried. These stakes, rarely exposed to the harsh light of day, were the very things that would inevitably clash with her unexpected entanglement in Havenwood. The town, with its gentle embrace and its watchful eyes, was about to challenge the very foundations of her guarded existence, forcing her to confront the deepest, most hidden wounds that shaped her every interaction, and threatening to unravel the carefully woven tapestry of her solitude. The weight of her longing was a silent testament to a heart that yearned for something more, a heart that, despite all its defenses, was not entirely closed off to the possibility of love, or the terrifying prospect of its loss.</w:t>
      </w:r>
    </w:p>
    <w:p/>
    <w:p>
      <w:r>
        <w:t>The aroma of freshly brewed coffee, a dark, comforting scent that Eleanor had come to rely on as a momentary respite from the overwhelming olfactory symphony of Havenwood, hung thick in the air of "The Daily Grind." She’d chosen this particular establishment, not for its artisanal offerings – she barely registered the nuances of the brew beyond its ability to jolt her awake – but because it seemed to be the town's undisputed social nexus. It was a place where the veneer of quiet rural life cracked just enough to reveal the bustling, interconnected network beneath. She’d settled at a small, slightly rickety table by the window, the perfect vantage point to observe without being too obviously observed. Or so she’d thought.</w:t>
      </w:r>
    </w:p>
    <w:p>
      <w:r>
        <w:br/>
        <w:t>Her order, a simple black coffee, had been delivered with a practiced, almost perfunctory smile from the young woman behind the counter, whose name tag read "Chloe." Chloe’s smile, Eleanor suspected, was as much a part of her uniform as the faded apron. As Eleanor stirred a single packet of sugar into her coffee, a task she performed with the same meticulousness she applied to reviewing quarterly reports, the ambient murmur of conversation began to coalesce into distinct threads, each carrying its own particular flavor of local intrigue.</w:t>
      </w:r>
    </w:p>
    <w:p/>
    <w:p>
      <w:r>
        <w:br/>
        <w:t>“...said she’s staying at the old Miller place up on the ridge,” a woman’s voice, reedy and conspiratorial, floated over from a nearby table. Eleanor’s fork clinked against her mug, a tiny, betraying sound that she immediately regretted. She forced herself to remain still, her gaze fixed on the swirling depths of her coffee, as if suddenly fascinated by its dark, opaque surface. The Miller place. She’d only been there two days, and already the town’s rumor mill had identified her temporary residence. A shiver, unrelated to the cool autumn air seeping through the window frame, traced a path down her spine.</w:t>
      </w:r>
    </w:p>
    <w:p/>
    <w:p>
      <w:r>
        <w:br/>
        <w:t>“Oh, really?” a second voice, higher pitched and laced with what sounded like a manufactured surprise, chimed in. “I thought that place had been empty for years. Needs a lot of work, doesn’t it?”</w:t>
      </w:r>
    </w:p>
    <w:p/>
    <w:p>
      <w:r>
        <w:br/>
        <w:t>Eleanor took a slow, deliberate sip of her coffee, letting the warmth spread through her, a small, almost imperceptible shield against the sudden prickle of awareness. The old Miller place. It was a fixer-upper, to say the least, a crumbling Victorian relic that had been on the market for an eternity. Her ‘temporary, compelling reason’ for being in Havenwood involved the arduous, and deeply unpleasant, task of settling a distant relative’s estate, an estate that, unfortunately, included that very property. The irony was not lost on her. She was here to deal with dusty attics and forgotten legacies, and it seemed Havenwood was already busy crafting a narrative around her.</w:t>
      </w:r>
    </w:p>
    <w:p/>
    <w:p>
      <w:r>
        <w:br/>
        <w:t>“Well, she certainly looks the part, doesn’t she?” the first voice continued, the reedy tone now tinged with an almost clinical curiosity. Eleanor could feel the weight of unseen eyes, a subtle shift in the room’s energy. It wasn’t overt staring, nothing so crude. It was more of a collective awareness, a subtle turning of heads, a brief lull in the surrounding chatter whenever she shifted in her seat or reached for her mug. She imagined the conversations happening in hushed tones, the whispers weaving themselves into the fabric of Havenwood’s collective consciousness.</w:t>
      </w:r>
    </w:p>
    <w:p/>
    <w:p>
      <w:r>
        <w:br/>
        <w:t xml:space="preserve">“So… </w:t>
      </w:r>
    </w:p>
    <w:p>
      <w:pPr>
        <w:jc w:val="left"/>
      </w:pPr>
      <w:r>
        <w:rPr>
          <w:i/>
        </w:rPr>
        <w:t>polished</w:t>
      </w:r>
      <w:r>
        <w:t>,” the second voice added, and Eleanor’s jaw tightened infinitesimally. Polished. That was the word. It wasn’t a compliment, not in this context. It was a label, a declaration of her otherness, her inherent difference from the comfortable, worn familiarity of Havenwood. It set her apart, marked her as an outsider, a specimen to be observed and analyzed. She pictured the faces behind the voices: the woman with the floral scarf, the one with the perpetually worried expression who always ordered a scone. They were dissecting her, her clothes, her demeanor, her very presence, trying to fit her into a pre-existing category, or failing to do so, creating a new one.</w:t>
      </w:r>
    </w:p>
    <w:p>
      <w:r>
        <w:br/>
        <w:t>A gruff male voice from a table across the room, deeper and more resonant, joined the fray. “Haven’t seen anyone like her around here before. Comes from the city, I’d wager. They’re a different breed.”</w:t>
      </w:r>
    </w:p>
    <w:p/>
    <w:p>
      <w:r>
        <w:br/>
        <w:t xml:space="preserve">Eleanor’s heart hammered a little harder against her ribs. They were right, of course. She </w:t>
      </w:r>
    </w:p>
    <w:p>
      <w:pPr>
        <w:jc w:val="left"/>
      </w:pPr>
      <w:r>
        <w:rPr>
          <w:i/>
        </w:rPr>
        <w:t>was</w:t>
      </w:r>
      <w:r>
        <w:t xml:space="preserve"> from the city. Her life, a meticulously constructed edifice of ambition and achievement, was a universe away from the quiet rhythms of Havenwood. Her tailored blazer, a deep navy that always managed to project an aura of competence, felt suddenly conspicuous, an advertisement of her alien origins. Her heels, which she’d worn out of sheer habit, now felt like clunky, ill-fitting shoes on the delicate dance floor of small-town social interaction. She’d always prided herself on her ability to blend into any professional environment, to adapt and assimilate, but here, in Havenwood, her very essence seemed to scream ‘outsider.’</w:t>
      </w:r>
    </w:p>
    <w:p>
      <w:r>
        <w:br/>
        <w:t>The feeling of being under a microscope intensified. It was a constant, low-grade hum of awareness, a sensation that made her skin crawl. She found herself consciously lowering her gaze, her movements becoming more deliberate, more restrained, as if any sudden gesture might draw unwanted attention. Her city-trained instincts, honed by years of navigating crowded streets and avoiding unwanted interactions, urged her to retreat, to become invisible. But invisibility, she was quickly learning, was a luxury Havenwood did not readily afford its newcomers.</w:t>
      </w:r>
    </w:p>
    <w:p/>
    <w:p>
      <w:r>
        <w:br/>
        <w:t>The polite curiosity of the town was a subtle form of pressure, an insistent invitation to shed her armor, to reveal the reasons for her presence. And that, Eleanor knew with a chilling certainty, was the last thing she could afford to do. Her temporary stay was a necessary evil, a task she intended to complete with the utmost discretion, then retreat back to the familiar anonymity of her urban life. The thought of her carefully guarded reasons for being here being dissected, debated, and possibly even sensationalized by this close-knit community was deeply unsettling. Her core wound, the one she rarely allowed herself to touch, felt suddenly exposed, raw and vulnerable to the prying eyes and wagging tongues of Havenwood.</w:t>
      </w:r>
    </w:p>
    <w:p/>
    <w:p>
      <w:r>
        <w:br/>
        <w:t>She forced herself to focus on the coffee, its bitter warmth a grounding sensation. She needed to maintain her composure, to project an air of unshakeable confidence, even as a small voice in the back of her mind whispered doubts and anxieties. She wasn’t here to make friends, or to become a part of their charming, insular world. She was here on business, and business was best conducted with a healthy dose of detachment and a complete absence of personal entanglement.</w:t>
      </w:r>
    </w:p>
    <w:p/>
    <w:p>
      <w:r>
        <w:br/>
        <w:t>The snippets of conversation continued, a relentless tide of local observation.</w:t>
      </w:r>
    </w:p>
    <w:p/>
    <w:p>
      <w:r>
        <w:t>“...wonder if she’s got anyone back home waiting for her,” a younger voice, full of unvarnished curiosity, piped up.</w:t>
      </w:r>
    </w:p>
    <w:p>
      <w:r>
        <w:t>“She seems so… alone,” another voice, softer and tinged with a hint of sympathy, added.</w:t>
      </w:r>
    </w:p>
    <w:p>
      <w:r>
        <w:t>Eleanor’s hand trembled slightly as she lifted her mug. Alone. Yes, she was alone. And that was precisely how she wanted it. But the way they said it, the almost pitying undertone, felt like a judgment, another subtle jab at her carefully constructed independence. It implied a lack, a deficiency, rather than a deliberate choice.</w:t>
      </w:r>
    </w:p>
    <w:p>
      <w:r>
        <w:br/>
        <w:t>She could feel the narrative already taking shape: the mysterious city woman, arriving out of nowhere, living in the dilapidated Miller place, aloof and unapproachable. She was the exotic bird that had landed in their quiet aviary, the anomaly that disrupted the predictable pattern of their days. They would speculate, they would gossip, they would weave stories, and in the process, they would chip away at her defenses, whether she wanted them to or not.</w:t>
      </w:r>
    </w:p>
    <w:p/>
    <w:p>
      <w:r>
        <w:br/>
        <w:t xml:space="preserve">The sheer pervasiveness of it all was overwhelming. It wasn’t just the overheard conversations; it was the subtle glances, the lingering stares, the way conversations seemed to pause and then resume in hushed tones as she passed. It was a constant, palpable awareness of being watched, of being discussed, of being </w:t>
      </w:r>
    </w:p>
    <w:p>
      <w:pPr>
        <w:jc w:val="left"/>
      </w:pPr>
      <w:r>
        <w:rPr>
          <w:i/>
        </w:rPr>
        <w:t>known</w:t>
      </w:r>
      <w:r>
        <w:t>, in a way that felt both invasive and deeply unsettling. It was the very antithesis of the anonymity she craved, the quiet solitude she so desperately needed to process the complicated reasons for her presence in Havenwood.</w:t>
      </w:r>
    </w:p>
    <w:p>
      <w:r>
        <w:br/>
        <w:t>She finished her coffee in a few more swift, decisive gulps, the caffeine doing little to dispel the knot of unease that had tightened in her stomach. She couldn't stay here any longer, not without feeling like a trapped animal. She slid out of the booth, her movements precise and economical, her eyes scanning the room briefly, making sure not to meet anyone’s gaze directly.</w:t>
      </w:r>
    </w:p>
    <w:p/>
    <w:p>
      <w:r>
        <w:br/>
        <w:t>As she reached for her bag, she caught a glimpse of her reflection in the polished surface of the coffee machine. A woman with her shoulders back, her expression carefully neutral, her dark hair pulled into a sleek, no-nonsense ponytail. She looked like a stranger in a familiar land, a stark contrast to the comfortable, lived-in faces that surrounded her. She was an island in a sea of interconnectedness, and Havenwood, with its gentle, insistent whispers, seemed determined to pull her into its current, whether she was ready or not.</w:t>
      </w:r>
    </w:p>
    <w:p/>
    <w:p>
      <w:r>
        <w:br/>
        <w:t>Stepping out of "The Daily Grind" and back into the crisp autumn air, Eleanor took a deep breath, the scent of pine and damp earth now tinged with the lingering aroma of coffee and, she imagined, the faint, unmistakable scent of gossip. The whispers on the breeze, she realized, were not just a metaphor. They were the very essence of Havenwood, the invisible threads that bound its inhabitants together, and the silent, yet potent, force that was now beginning to ensnare her. She was an outsider, a subject of fascination, and her carefully guarded privacy was already being eroded by the town’s relentless, and undeniably effective, surveillance. Her resolve to remain detached, to keep her secrets locked away, hardened with each whispered word. The whispers were a challenge, and Eleanor Vance was not one to back down from a challenge, even if it meant weathering a storm of small-town scrutiny.</w:t>
      </w:r>
    </w:p>
    <w:p/>
    <w:p>
      <w:r>
        <w:t>The air in Havenwood was thick with the scent of fallen leaves and an unspoken history, a history that clung to the very eaves of the old buildings and whispered through the ancient oaks lining Main Street. For most, it was a comforting perfume, a familiar embrace. For Eleanor, it was an alien landscape, a sensory overload that she was still struggling to parse. Her retreat from "The Daily Grind" had been an act of self-preservation, a desperate attempt to escape the feeling of being perpetually observed. The town’s polite curiosity, she was discovering, was a far more insidious form of scrutiny than any she’d encountered in the cutthroat corridors of corporate law.</w:t>
      </w:r>
    </w:p>
    <w:p>
      <w:r>
        <w:br/>
        <w:t>She’d driven the winding road to the Miller place, the old Victorian perched precariously on the ridge overlooking the town, her knuckles white on the steering wheel. The house, with its peeling paint and sagging porch, felt like a metaphor for her current situation – a grand old structure burdened by neglect and the weight of unspoken expectations. Inside, the dust motes danced in the shafts of weak afternoon sunlight, illuminating the layers of disuse. She’d spent the afternoon wading through boxes of legal documents, wills, and faded photographs, each item a silent testament to a life lived and now concluded. It was a grim business, this cataloging of a forgotten existence, and it only amplified her own sense of isolation.</w:t>
      </w:r>
    </w:p>
    <w:p/>
    <w:p>
      <w:r>
        <w:br/>
        <w:t>The silence of the house was a stark contrast to the constant hum of the city, a silence that pressed in on her, amplifying the anxieties she’d tried so hard to suppress. She’d always thrived on structure, on predictable routines and measurable outcomes. Her life was a carefully orchestrated symphony of deadlines and deliverables. Here, in Havenwood, the rhythm was different, slower, more organic, and utterly disorienting. She craved the anonymity of her urban existence, the ability to melt into the anonymous throng, to be a ghost in the machine. But Havenwood, with its intimate interconnectedness, seemed determined to pull her out of the shadows and into its communal spotlight.</w:t>
      </w:r>
    </w:p>
    <w:p/>
    <w:p>
      <w:r>
        <w:br/>
        <w:t>It was as she was wrestling with a particularly stubborn jam in the attic door, her tailored trousers dusted with a fine layer of ancient debris, that she heard the sound. A low, steady rhythm, punctuated by the rhythmic clang of metal. It was the sound of someone working, someone with a purpose, a stark contrast to her own aimless rummaging. Curiosity, a rare and unwelcome guest, nudged at her. She’d been so consumed by her own internal turmoil that she hadn’t even considered the possibility of anyone else being in the vicinity.</w:t>
      </w:r>
    </w:p>
    <w:p/>
    <w:p>
      <w:r>
        <w:br/>
        <w:t>She eased the attic door open, a sliver of light escaping into the dim hallway, and peered down. Below, in the overgrown side yard, a man was meticulously tending to a sprawling vegetable garden, his movements economical and practiced. He was bent over, his back to her, his broad shoulders straining against the fabric of his worn flannel shirt. The afternoon sun, caught in the threads of his jeans, seemed to highlight the quiet determination in his posture. He was a fixture of the landscape, it seemed, as rooted as the gnarled apple trees that dotted the property.</w:t>
      </w:r>
    </w:p>
    <w:p/>
    <w:p>
      <w:r>
        <w:br/>
        <w:t>He straightened up then, wiping his brow with the back of a calloused hand, and for a brief moment, his gaze swept upwards, directly towards the attic window. Eleanor instinctively flinched back, pulling the door shut with a soft thud, her heart giving an unexpected jolt. It was a fleeting glance, nothing more, but it had the unnerving effect of being seen, truly seen, in her dishevelled, dusty state. She felt a flush creep up her neck, a childish embarrassment she hadn’t experienced in years.</w:t>
      </w:r>
    </w:p>
    <w:p/>
    <w:p>
      <w:r>
        <w:br/>
        <w:t>She didn’t recognize him, but then, she recognized very few people in this town. Her interactions had been limited to Chloe at the coffee shop and the stoic, no-nonsense lawyer who was guiding her through the probate process. This man, however, felt different. He looked like he belonged here, like he was an intrinsic part of the Havenwood tapestry. There was an earthiness about him, a groundedness that she, with her city-bred anxieties and carefully constructed composure, couldn’t hope to emulate.</w:t>
      </w:r>
    </w:p>
    <w:p/>
    <w:p>
      <w:r>
        <w:br/>
        <w:t>He began to whistle then, a low, melodic tune that drifted up through the trees, a sound so incongruous with her current stress that it almost made her smile. It was a simple, unpretentious melody, the kind that spoke of long summer days and quiet evenings. He worked with a quiet efficiency, his hands moving with a knowledge that only years of practice could bestow. He was clearing away the last of the summer’s bounty, preparing the soil for its winter rest, a cycle of growth and dormancy that felt as ancient as the hills themselves.</w:t>
      </w:r>
    </w:p>
    <w:p/>
    <w:p>
      <w:r>
        <w:br/>
        <w:t>Eleanor watched him for a few more moments, a strange sense of peace washing over her. He was a stark contrast to the nervous energy that pulsed through the town, a testament to a life lived in harmony with its surroundings. He wasn’t scrutinizing her, wasn’t trying to decipher her motives or categorize her with a label. He was simply existing, immersed in his task, a silent participant in the ongoing narrative of Havenwood.</w:t>
      </w:r>
    </w:p>
    <w:p/>
    <w:p>
      <w:r>
        <w:br/>
        <w:t>She finally turned away from the window, the image of his focused silhouette etched in her mind. The encounter, brief and unremarkable as it was, had offered a tiny, unexpected respite. It was a reminder that not everyone in Havenwood was intent on dissecting her life. There were people here, she realized, who were simply living their own lives, their rhythms dictated by the seasons and the land, not by the insatiable curiosity of gossip.</w:t>
      </w:r>
    </w:p>
    <w:p/>
    <w:p>
      <w:r>
        <w:br/>
        <w:t>Later that evening, as she sat in the dimly lit living room of the Miller place, surrounded by the ghosts of its past, she found herself replaying the brief glimpse of the man in the garden. She didn't know his name, or his story, but in that moment, he had represented something solid and real in a world that felt increasingly fluid and uncertain. It was a subtle shift, a minuscule crack in the wall of her carefully guarded isolation, but it was there nonetheless. She had arrived in Havenwood with a mission, to untangle a complicated legal knot, and to do so with absolute discretion. But the town, and its inhabitants, were proving to be far more complex than she had anticipated. And the man in the garden, a silent, unassuming presence, was the first hint of that complexity. She was here to settle an estate, to clear out the debris of a forgotten life, but she was beginning to suspect that in doing so, she might be inadvertently planting the seeds for something entirely new, something she hadn’t planned for, and certainly hadn’t anticipated. The silence of the house, once a source of unease, now felt… expectant. As if the very air was waiting for a new chapter to unfold, a chapter that might, just might, include an unassuming gardener and the quiet rhythm of his life. She wondered, idly, if he knew about the Miller place, if he’d seen her arrival, if he cared. The questions, like the dust motes in the afternoon sun, danced around her, unanswered. But for the first time since arriving in Havenwood, she felt a flicker of something other than apprehension. It was a nascent sense of intrigue, a quiet curiosity about the people who called this place home, and the unseen forces that shaped their lives. The roots of this town, she was beginning to understand, ran deeper than she had initially imagined.</w:t>
      </w:r>
    </w:p>
    <w:p/>
    <w:p>
      <w:r>
        <w:t>The silence of the Miller place, which had initially felt like a heavy shroud, was slowly transforming into a resonant hum in Eleanor’s consciousness. It wasn’t the oppressive quiet of isolation, but rather a vast, unwritten canvas. Each creaking floorboard, each rustle of leaves outside, seemed to be an invitation, a subtle beckoning towards an unknown melody. She had arrived in Havenwood armed with a meticulously crafted strategy for emotional self-preservation. Her career had been built on the bedrock of detachment, on the ability to dissect complex situations with clinical precision, to navigate the treacherous waters of human emotion without ever letting them breach the hull of her composure. This retreat, this supposed sabbatical, was meant to be a controlled experiment in solitude, a chance to recalibrate her internal compass away from the glaring spotlight of her previous life. Yet, even in the hushed sanctity of this old house, a different kind of silence began to seep in, one that wasn’t empty but pregnant with unspoken desires.</w:t>
      </w:r>
    </w:p>
    <w:p>
      <w:r>
        <w:br/>
        <w:t>It was a yearning she had long suppressed, a delicate tendril of longing that she’d meticulously pruned back with the sharp shears of logic and ambition. In the relentless pursuit of professional success, she had cultivated an image of unflappable competence, a façade so seamless it had become indistinguishable from her true self. She’d convinced herself that vulnerability was a weakness, an invitation for exploitation in the cutthroat arena she inhabited. The emotional scars from a childhood that had taught her the brutal efficacy of self-reliance ran deep, buried beneath layers of carefully acquired poise and a fiercely guarded independence. A formative betrayal, a swift and brutal severing of a bond she had believed to be unbreakable, had left an indelible imprint, a deep-seated fear of investing too much, of offering too much of herself, only to have it carelessly discarded. This wound, rarely acknowledged even in the quietest chambers of her own mind, dictated the parameters of her interactions, creating invisible barriers that kept others at a safe, predictable distance.</w:t>
      </w:r>
    </w:p>
    <w:p/>
    <w:p>
      <w:r>
        <w:br/>
        <w:t>Now, surrounded by the tangible echoes of a life lived and concluded, those carefully constructed walls felt less like fortifications and more like a prison. She found herself observing the quiet industry of the man in the garden not just with curiosity, but with a pang of something akin to envy. His movements were unhurried, his focus absolute, a testament to a life lived in sync with the natural world, a world that seemed to operate on principles of growth, resilience, and quiet interdependence. There was an inherent beauty in his rootedness, a stark contrast to her own existence, which often felt like a perpetual state of motion, a relentless forward momentum that left little room for introspection, let alone genuine connection. She admired the way his hands, weathered and strong, moved with such purpose, coaxing life from the soil. It was an act of creation, of nurturing, a stark departure from the often destructive nature of the legal battles she waged.</w:t>
      </w:r>
    </w:p>
    <w:p/>
    <w:p>
      <w:r>
        <w:br/>
        <w:t>The melancholy that sometimes settled over her, a subtle shadow beneath her capable exterior, was a constant companion. It wasn’t a dramatic despair, but a quiet ache, a persistent whisper of what was missing. She saw it reflected in the faded photographs she’d unearthed, in the carefully preserved letters that spoke of enduring affection and shared histories. These artifacts were not just remnants of Mrs. Miller’s past; they were potent reminders of the fundamental human need for belonging, for love, for the simple comfort of being known and accepted. She had always equated emotional intimacy with risk, with the potential for pain. The thought of exposing that raw, vulnerable core she kept so carefully hidden sent a tremor of apprehension through her.</w:t>
      </w:r>
    </w:p>
    <w:p/>
    <w:p>
      <w:r>
        <w:br/>
        <w:t>But the man in the garden, his silent, diligent work a balm to her frayed nerves, represented a different possibility. He was a living embodiment of the very things she had systematically denied herself. He was a tangible presence in a world that, for her, had become increasingly abstract, governed by contracts, precedents, and the cold logic of jurisprudence. His unpretentious melody, drifting on the crisp autumn air, was a stark reminder of a simpler existence, one that resonated with a deep, primal part of her being. It was a call to something elemental, a world where connection wasn't a calculated risk but an organic unfolding, a natural consequence of shared space and shared lives.</w:t>
      </w:r>
    </w:p>
    <w:p/>
    <w:p>
      <w:r>
        <w:br/>
        <w:t>She caught herself staring out of the window, her gaze drifting back towards the garden, a faint blush warming her cheeks. It was a childish reaction, a visceral response to being observed, but it also held a deeper significance. For the first time in a long time, she felt a flicker of something other than professional detachment. It was a nascent stirring, a quiet curiosity that bypassed her usual analytical filters and spoke directly to her more guarded emotions. The carefully constructed fortress of her independence, designed to protect her from the inevitable disappointments of emotional investment, felt subtly, almost imperceptibly, compromised. The emotional stakes were higher than she had anticipated when she’d agreed to handle the Miller estate. She had come to Havenwood to settle a past, to meticulously close a chapter. But the quiet presence of this unassuming gardener, a symbol of a life lived in harmony with the earth and its rhythms, suggested that her own story might be poised for an unforeseen and deeply personal new beginning. The longing, once a distant whisper, was beginning to find its voice, a tentative murmur in the vast, expectant silence of Havenwood.</w:t>
      </w:r>
    </w:p>
    <w:p/>
    <w:p>
      <w:r>
        <w:br w:type="page"/>
      </w:r>
    </w:p>
    <w:p>
      <w:pPr>
        <w:spacing w:before="5040"/>
        <w:jc w:val="center"/>
      </w:pPr>
      <w:r>
        <w:rPr/>
        <w:t xml:space="preserve"> Chapter 2: An Unavoidable Connection</w:t>
      </w:r>
    </w:p>
    <w:p>
      <w:r>
        <w:t>The shared catalyst that unexpectedly tethered Eleanor and Liam together wasn't a dramatic, life-altering event, but rather a series of seemingly minor circumstances that coalesced into an unavoidable partnership. It began with the impending annual Havenwood Harvest Festival, an event that held a surprising amount of civic and economic weight for the small town. Eleanor, as the appointed executor of the Miller estate and therefore the current caretaker of the sprawling Miller farm, was automatically designated to oversee the estate’s significant contribution to the festival: the donation of prize-winning pumpkins and a substantial portion of the farm’s late-season produce. This wasn't a request; it was a long-standing tradition, a charitable commitment that Mrs. Miller had upheld for decades, and one that Eleanor, despite her initial desire for detached efficiency, recognized as a contractual obligation she couldn't easily sidestep without considerable local backlash.</w:t>
      </w:r>
    </w:p>
    <w:p>
      <w:r>
        <w:br/>
        <w:t>Liam, on the other hand, was the unofficial mayor of Havenwood’s artisan community. His handcrafted wooden furniture and intricate carvings were a cornerstone of the festival's craft market, drawing visitors from neighboring towns and forming a vital revenue stream for local artisans. This year, however, the festival organizers had decided to introduce a new centerpiece attraction: a ‘farm-to-table’ showcase, highlighting the bounty of local farms and the culinary talent of Havenwood’s burgeoning food scene. The Miller farm, with its reputation for exceptional produce, was earmarked as the primary supplier, and Liam, due to his deep roots in the community and his established relationships with the festival committee, had been unofficially tasked with coordinating the agricultural side of this new venture. He was the bridge between the farms and the chefs, the man who understood the logistics of harvesting, transporting, and presenting the produce at its peak.</w:t>
      </w:r>
    </w:p>
    <w:p/>
    <w:p>
      <w:r>
        <w:br/>
        <w:t>The initial "forced proximity" wasn't a single, explosive incident, but a gradual, almost insidious weaving of their paths. Eleanor received a formal notification from the festival committee, a polite but firm document detailing her responsibilities. It was clear that neglecting these duties would not only reflect poorly on the Miller estate but could also jeopardize the festival's success, a consequence that would undoubtedly ripple through the town's tightly knit social fabric. The committee, having dealt with Mrs. Miller for years, had certain expectations, and Eleanor found herself bound by the unspoken, yet potent, legacy of her predecessor.</w:t>
      </w:r>
    </w:p>
    <w:p/>
    <w:p>
      <w:r>
        <w:br/>
        <w:t>Simultaneously, Liam received a similar directive, albeit less formal, from Agnes Gable, the formidable matriarch of the festival committee and a woman whose influence in Havenwood was akin to that of a benevolent queen. Agnes, with her sharp eyes and even sharper tongue, had a knack for identifying who could best serve the town’s interests, and she had firmly, if indirectly, pointed Liam towards Eleanor’s doorstep. "The Miller farm’s pumpkins are legendary, Liam," she’d stated, her voice carrying the weight of generations of Havenwood tradition. "And that young woman who’s taken over… she needs to understand what this festival means to us. You’ll need to work closely with her. Ensure everything runs smoothly. It’s for the good of the town, after all."</w:t>
      </w:r>
    </w:p>
    <w:p/>
    <w:p>
      <w:r>
        <w:br/>
        <w:t>The problem was that Liam, despite his amiable nature, had a meticulously planned schedule for the months leading up to the festival. He had a backlog of commissions that stretched well into the spring, and the added responsibility of coordinating the farm-to-table initiative threatened to derail his entire workflow. He couldn't simply delegate it; the success of the produce selection and presentation hinged on his specific knowledge of local growing conditions and the nuances of each farmer's harvest.</w:t>
      </w:r>
    </w:p>
    <w:p/>
    <w:p>
      <w:r>
        <w:br/>
        <w:t>Eleanor, too, had her own carefully constructed plan for her time in Havenwood. Her intention was to methodically sort through the estate’s affairs, catalog its assets, and prepare for its eventual sale. This festival involvement was an unwelcome complication, a deviation from her ordered retreat. She had come to Havenwood to escape the demands of her high-powered legal career, not to immerse herself in local agricultural politics and social obligations. Yet, the weight of tradition and community expectation was a powerful force in a place like Havenwood. Refusing to participate would be seen not as a sign of independence, but as an act of defiance, an insult to Mrs. Miller’s memory and to the town itself.</w:t>
      </w:r>
    </w:p>
    <w:p/>
    <w:p>
      <w:r>
        <w:br/>
        <w:t>Their first meeting was less an introduction and more a reluctant acknowledgment of their shared predicament. Eleanor found Liam standing in her driveway, a sturdy, weather-beaten truck laden with what looked like an excessive number of burlap sacks. He’d arrived precisely at the time she’d designated for her initial assessment of the farm's harvest readiness, a time she had intended to conduct alone, with meticulous notes and sterile objectivity.</w:t>
      </w:r>
    </w:p>
    <w:p/>
    <w:p>
      <w:r>
        <w:br/>
        <w:t>"Ms. Vance?" Liam had greeted her, a polite, almost apologetic smile on his face. His hands, calloused and dirt-stained, were evident of his work, a stark contrast to Eleanor's own impeccably manicured, though currently slightly grubby, nails. "I'm Liam Hayes. Agnes sent me. About the festival produce."</w:t>
      </w:r>
    </w:p>
    <w:p/>
    <w:p>
      <w:r>
        <w:br/>
        <w:t>Eleanor, caught slightly off guard by his directness and the sheer physicality of his presence, managed a tight, professional nod. "Mr. Hayes. I received the notification. I assume you're here to… assess what we have available." Her tone was carefully neutral, designed to maintain a professional distance.</w:t>
      </w:r>
    </w:p>
    <w:p/>
    <w:p>
      <w:r>
        <w:br/>
        <w:t>"More than assess, Ms. Vance," he corrected gently, gesturing towards the pumpkins peeking out from the sacks. "We need to start the selection process. Some of these need to be set aside for display, others for the chefs. It's a bit of an art, matching the right pumpkin to the right chef's vision, you know? And then there’s the timing. We need them at their absolute peak, but not so ripe they won't travel."</w:t>
      </w:r>
    </w:p>
    <w:p/>
    <w:p>
      <w:r>
        <w:br/>
        <w:t>Eleanor felt a familiar prickle of annoyance. The idea of "matching pumpkins to chefs" struck her as absurdly sentimental, a frivolous distraction from the practicalities of estate management. "Mr. Hayes, I'm sure the committee has a system in place for these matters. My primary concern is the efficient cataloging and valuation of the estate’s assets. This festival involvement is… a necessary, but temporary, diversion."</w:t>
      </w:r>
    </w:p>
    <w:p/>
    <w:p>
      <w:r>
        <w:br/>
        <w:t>Liam’s smile didn’t waver, but a hint of amusement flickered in his eyes. "A diversion that could cost the town a significant amount of revenue if not handled properly, Ms. Vance. And, believe me, Agnes Gable doesn't take kindly to disruptions." He paused, his gaze sweeping over the sprawling farm, the neglected orchards, the rows of late-blooming vegetables. "This place… it’s the heart of the festival's harvest. And right now, it needs a bit of attention. From what I understand, Mrs. Miller was… quite involved."</w:t>
      </w:r>
    </w:p>
    <w:p/>
    <w:p>
      <w:r>
        <w:br/>
        <w:t>The unspoken implication hung heavy in the air: that Eleanor, as the inheritor of this responsibility, had a duty to uphold that involvement. It wasn't just about the pumpkins; it was about the legacy. The stakes were higher than just her personal retreat. Her reputation as a competent executor, and by extension, her professional standing, was subtly tied to her ability to navigate these local complexities. A poorly managed estate, one that snubbed local traditions, would not look good. It would suggest a lack of diligence, a disregard for the very community Mrs. Miller had so clearly cherished.</w:t>
      </w:r>
    </w:p>
    <w:p/>
    <w:p>
      <w:r>
        <w:br/>
        <w:t>"I am aware of Mrs. Miller's contributions," Eleanor stated, her voice a little sharper than she intended. "However, my focus must remain on the legal and financial aspects of the estate. This… agricultural coordination… is not within my expertise."</w:t>
      </w:r>
    </w:p>
    <w:p/>
    <w:p>
      <w:r>
        <w:br/>
        <w:t>Liam stepped closer, his presence surprisingly grounding. "And that's precisely why we need to work together, Ms. Vance. You handle the paperwork, the valuations, the legal intricacies. I handle the harvest. I know the soil, I know the crops, and I know the people who will be buying them. We're essentially sharing the responsibility for this particular segment of the estate's obligations. Mrs. Miller’s commitment to the festival is a contractual obligation, in a sense, and we're both bound to fulfill it." He gestured to the truck again. "These pumpkins won’t pick themselves, and they won’t magically appear at the festival grounds at the right time. We have a deadline, and it's rapidly approaching. Leaving now, or even significantly delaying our efforts, would have serious consequences. The festival could lose a major draw, the local chefs would be disappointed, and Agnes Gable would likely find a way to make our lives… uncomfortable." He met her gaze directly. "We can't afford to let this fall apart, Ms. Vance. Not if we want to see this estate settled smoothly and without unnecessary friction with the town."</w:t>
      </w:r>
    </w:p>
    <w:p/>
    <w:p>
      <w:r>
        <w:br/>
        <w:t>The forced proximity wasn't a sudden event, but a slow, deliberate encroachment on Eleanor’s carefully guarded solitude. It was the shared responsibility for a significant local event, a commitment that couldn't be easily delegated or dismissed. The festival was a linchpin for Havenwood, a vital economic and social gathering. The Miller farm's participation, a tradition deeply ingrained by Mrs. Miller, was non-negotiable. Eleanor, as the estate’s executor, was inextricably linked to this obligation.</w:t>
      </w:r>
    </w:p>
    <w:p/>
    <w:p>
      <w:r>
        <w:br/>
        <w:t>Liam, as the recognized talent in the local artisan community and someone with intimate knowledge of Havenwood’s agricultural landscape, was similarly entwined. His role in coordinating the farm-to-table showcase, a new and ambitious venture for the festival, meant he couldn't simply step away. His expertise was essential for its success, and by extension, the festival's overall financial health. The consequences of either of them abandoning their roles were significant: a potential financial blow to the town, a dent in the festival's reputation, and the ire of Agnes Gable, a woman whose influence was as deep-seated as the roots of the ancient oaks in Havenwood.</w:t>
      </w:r>
    </w:p>
    <w:p/>
    <w:p>
      <w:r>
        <w:br/>
        <w:t>This wasn't a voluntary collaboration. It was a circumstance dictated by the town’s traditions and the festival's needs. Eleanor had come to Havenwood seeking quiet and order, a chance to process her life away from the clamor of her legal world. Liam, too, had his own responsibilities, his own carefully managed schedule. But the festival, like an insistent, blooming vine, had wrapped itself around their lives, demanding their attention, their shared effort, and their unavoidable presence together in the heart of Havenwood. The meticulously planned solitude Eleanor had sought was proving to be anything but. Instead, she found herself on a path that demanded interaction, negotiation, and a degree of shared purpose that her professional life had trained her to meticulously avoid. The harvest festival, in its earthy, unpretentious way, had become the unexpected catalyst, forcing them into a proximity that was as undeniable as the changing seasons.</w:t>
      </w:r>
    </w:p>
    <w:p/>
    <w:p>
      <w:r>
        <w:t>Eleanor Vance, a woman accustomed to the sterile efficiency of law firm boardrooms and the precise cadence of city life, found herself standing on a dew-kissed farm, the scent of damp earth and ripening produce a stark contrast to the crisp, recycled air of her former existence. Her carefully curated composure was already fraying at the edges, her meticulously planned schedule disrupted by the very essence of Havenwood. This was not the detached, orderly management she had envisioned for the Miller estate; this was a plunge into the chaotic, vibrant heart of a community she barely understood. The task at hand, overseeing the Miller farm's contribution to the annual Harvest Festival, felt less like an estate duty and more like a bizarrely pastoral detour.</w:t>
      </w:r>
    </w:p>
    <w:p>
      <w:r>
        <w:br/>
        <w:t>Liam Hayes, on the other hand, moved with the easy confidence of someone who belonged to the land. His hands, rough and stained with the honest work of soil and wood, spoke of a life lived outdoors, attuned to the rhythms of nature. He exuded a grounded energy, a stark counterpoint to Eleanor’s polished, almost brittle, sophistication. When he’d arrived at her driveway, his truck a testament to his practical, no-nonsense approach, Eleanor had felt an immediate, albeit unwelcome, sense of intrusion. His presence, solid and unyielding, seemed to embody everything she had tried to escape: the expectations, the demands, the messy entanglement of human connection.</w:t>
      </w:r>
    </w:p>
    <w:p/>
    <w:p>
      <w:r>
        <w:br/>
        <w:t>“Ms. Vance?” Liam had said, his voice carrying a gentle warmth that Eleanor, in her current frame of mind, interpreted as an unwelcome attempt at charm. He’d gestured to the overflowing sacks of pumpkins, a visual representation of the very obligation she wished to streamline and expedite. "Liam Hayes. Agnes sent me. About the festival produce.”</w:t>
      </w:r>
    </w:p>
    <w:p/>
    <w:p>
      <w:r>
        <w:br/>
        <w:t>Eleanor’s response had been clipped, her tone deliberately professional, a shield against the encroaching familiarity. "Mr. Hayes. I received the notification. I assume you're here to… assess what we have available." The words were intended to establish a clear boundary, a professional distance that would allow her to handle this with the same detached efficiency she applied to legal documents. She saw the farm’s produce as inventory, as assets to be cataloged and valued, not as the vibrant heart of a community celebration.</w:t>
      </w:r>
    </w:p>
    <w:p/>
    <w:p>
      <w:r>
        <w:br/>
        <w:t>Liam’s smile, however, held a subtle amusement that irked her. "More than assess, Ms. Vance," he’d corrected, his gaze sweeping over the verdant fields. "We need to start the selection process. Some of these need to be set aside for display, others for the chefs. It's a bit of an art, matching the right pumpkin to the right chef's vision, you know? And then there’s the timing. We need them at their absolute peak, but not so ripe they won't travel.”</w:t>
      </w:r>
    </w:p>
    <w:p/>
    <w:p>
      <w:r>
        <w:br/>
        <w:t>The notion of “matching pumpkins to chefs” struck Eleanor as an almost absurd sentimentality, a frivolous indulgence that had no place in the pragmatic management of an estate. Her mind, trained in the logic of contracts and deadlines, found the idea of subjective culinary pairings utterly inefficient. “Mr. Hayes,” she’d stated, her voice deliberately devoid of warmth, “I’m sure the committee has a system in place for these matters. My primary concern is the efficient cataloging and valuation of the estate’s assets. This festival involvement is… a necessary, but temporary, diversion.” She was here to sort through Mrs. Miller’s affairs, to prepare the farm for sale, not to engage in whimsical agricultural matchmaking.</w:t>
      </w:r>
    </w:p>
    <w:p/>
    <w:p>
      <w:r>
        <w:br/>
        <w:t>Liam’s eyes, a clear, honest blue, held a spark of something that Eleanor, despite her efforts, couldn’t quite dismiss as mere amusement. It was a quiet understanding, a recognition of the chasm that separated their perspectives. "A diversion that could cost the town a significant amount of revenue if not handled properly, Ms. Vance," he’d countered, his tone still polite, but with an undercurrent of steel. "And, believe me, Agnes Gable doesn't take kindly to disruptions." His gaze then drifted to the sprawling farmhouse, the slightly overgrown orchards, the rows of vegetables that seemed to hum with a latent energy. "This place… it’s the heart of the festival's harvest. And right now, it needs a bit of attention. From what I understand, Mrs. Miller was… quite involved."</w:t>
      </w:r>
    </w:p>
    <w:p/>
    <w:p>
      <w:r>
        <w:br/>
        <w:t>The unspoken implication hung between them, a tangible weight in the crisp morning air. Mrs. Miller’s legacy was not just in the land, but in the traditions she had meticulously cultivated. Eleanor, as her successor, was bound by those traditions, whether she liked it or not. The festival was not just an event; it was a reflection of the town’s identity, a tapestry woven with threads of community and shared purpose. To neglect it would be to unravel that tapestry, a transgression that would surely have repercussions far beyond the financial. Her reputation, as a capable executor, was subtly tied to her ability to navigate these local complexities, to honor the spirit of the community as much as the letter of the law.</w:t>
      </w:r>
    </w:p>
    <w:p/>
    <w:p>
      <w:r>
        <w:br/>
        <w:t>“I am aware of Mrs. Miller's contributions,” Eleanor said, her voice a fraction sharper than intended, betraying the prickle of irritation. “However, my focus must remain on the legal and financial aspects of the estate. This… agricultural coordination… is not within my expertise.” She projected an image of competence, of a woman who knew her limits and her strengths, and this particular task fell decidedly outside the latter.</w:t>
      </w:r>
    </w:p>
    <w:p/>
    <w:p>
      <w:r>
        <w:br/>
        <w:t>Liam took a step closer, his proximity surprisingly grounding, despite Eleanor’s intention to maintain a professional distance. He exuded a quiet authority, born not of legal precedent, but of an intimate knowledge of the land and its bounty. "And that's precisely why we need to work together, Ms. Vance," he stated, his gaze steady and direct. "You handle the paperwork, the valuations, the legal intricacies. I handle the harvest. I know the soil, I know the crops, and I know the people who will be buying them. We're essentially sharing the responsibility for this particular segment of the estate's obligations. Mrs. Miller’s commitment to the festival is a contractual obligation, in a sense, and we're both bound to fulfill it." He gestured to the truck again, its contents a tangible reminder of their shared predicament. "These pumpkins won’t pick themselves, and they won’t magically appear at the festival grounds at the right time. We have a deadline, and it's rapidly approaching. Leaving now, or even significantly delaying our efforts, would have serious consequences. The festival could lose a major draw, the local chefs would be disappointed, and Agnes Gable would likely find a way to make our lives… uncomfortable." He met her gaze directly, the earnestness in his eyes a stark contrast to her own guarded reserve. "We can't afford to let this fall apart, Ms. Vance. Not if we want to see this estate settled smoothly and without unnecessary friction with the town."</w:t>
      </w:r>
    </w:p>
    <w:p/>
    <w:p>
      <w:r>
        <w:br/>
        <w:t>The subtle shift in his tone, from polite suggestion to a statement of undeniable fact, resonated with Eleanor. He wasn’t just pointing out a logistical challenge; he was framing it as a shared responsibility, a necessary partnership to avoid a cascade of negative outcomes. His pragmatic assessment of the situation, while delivered with a disarming calm, highlighted the very real consequences of her detached approach. The legal framework she relied on, the meticulously constructed order she craved, was being challenged by the unyielding realities of a small town’s traditions and a community’s expectations.</w:t>
      </w:r>
    </w:p>
    <w:p/>
    <w:p>
      <w:r>
        <w:br/>
        <w:t>“So, you believe your… intimate knowledge of soil and produce… is indispensable?” Eleanor inquired, a hint of sarcasm lacing her words. She was a lawyer; her expertise lay in negotiation, in understanding complex legal frameworks, in dissecting contracts. The notion that his hands-on experience with pumpkins held equal or even greater value in this specific context chafed against her ingrained sense of professional hierarchy.</w:t>
      </w:r>
    </w:p>
    <w:p/>
    <w:p>
      <w:r>
        <w:br/>
        <w:t>Liam chuckled, a low, rumbling sound that seemed to echo the earthiness of the farm. "Indispensable might be a strong word, Ms. Vance," he admitted, running a hand through his already tousled hair. "But crucial? Absolutely. You see a legal obligation; I see a living thing that needs careful handling. You're thinking about the paperwork for the sale of these pumpkins; I'm thinking about the farmer who nurtured them, the soil they grew in, and the look on a child's face when they pick out the perfect Halloween jack-o'-lantern. It’s about more than just the transaction. It’s about the whole ecosystem, from the seed to the celebration.”</w:t>
      </w:r>
    </w:p>
    <w:p/>
    <w:p>
      <w:r>
        <w:br/>
        <w:t>Eleanor felt a familiar tension coil in her stomach. He spoke of “ecosystems” and “celebrations” with a reverence that felt alien to her. Her world was one of balance sheets and litigation, of quantifiable assets and demonstrable outcomes. The intangible elements he alluded to – the community spirit, the intrinsic value of tradition – were difficult for her to quantify, harder still to integrate into her meticulously ordered approach. “While I appreciate your… holistic perspective, Mr. Hayes,” she countered, her voice cool and measured, “my responsibility is to ensure the financial viability of the estate. Sentimental value, while perhaps charming, does not translate into tangible assets. We need to be practical. We need to select the best specimens for sale, ensure they are properly documented, and secure the best possible price.”</w:t>
      </w:r>
    </w:p>
    <w:p/>
    <w:p>
      <w:r>
        <w:br/>
        <w:t>“And I’m saying the ‘best possible price’ is intrinsically linked to the ‘best possible produce’ and a ‘well-attended festival’,” Liam replied, his gaze unwavering. “Those chefs who are coming? They’re not just looking for any old pumpkin; they’re looking for the stars of their dishes. They’re counting on the Miller farm’s reputation, a reputation that Mrs. Miller built over years of dedication. If we send them subpar produce, or if we fail to deliver on time, they’ll go elsewhere next year. And Agnes Gable will make sure everyone knows who was responsible.” He paused, his tone softening slightly. “It’s not just about selling pumpkins, Ms. Vance. It’s about maintaining trust. It’s about upholding a promise. And it’s about making sure this festival, which means so much to so many people here, is a success. Your expertise in the legal and financial aspects is vital, but so is mine in understanding the harvest itself. We’re not adversaries; we’re two parts of a whole, tasked with completing a job that’s larger than either of us.”</w:t>
      </w:r>
    </w:p>
    <w:p/>
    <w:p>
      <w:r>
        <w:br/>
        <w:t>His words, though presented as a pragmatic necessity, felt like a subtle indictment of her own perceived coldness. Eleanor, a woman who prided herself on her logical reasoning and objective judgment, felt a defensiveness rise within her. She wasn’t cold; she was efficient. She wasn’t detached; she was focused. Her entire career had been built on the foundation of detached objectivity, on the ability to separate emotion from fact, and to apply a rigorous, analytical approach to complex problems. This idyllic farm, with its earthy smells and the earnest pronouncements of Liam Hayes, was a stark reminder of the world she had deliberately left behind.</w:t>
      </w:r>
    </w:p>
    <w:p/>
    <w:p>
      <w:r>
        <w:br/>
        <w:t>“My intention,” Eleanor stated, her voice regaining its crisp, professional edge, “is to fulfill the estate’s obligations with the utmost expediency and efficiency. If that involves selecting pumpkins, then I will select pumpkins. However, I expect a clear, quantifiable plan of action. Vague notions of ‘ecosystems’ and ‘chef’s visions’ do not suffice when dealing with substantial assets.” She crossed her arms, a gesture that, in her urban professional life, signified a closed-off, unyielding stance. Here, it felt more like a futile attempt to ward off the encroaching influence of the farm, and the man who seemed to embody its very spirit.</w:t>
      </w:r>
    </w:p>
    <w:p/>
    <w:p>
      <w:r>
        <w:br/>
        <w:t>Liam observed her, his expression unreadable for a moment. Then, a slow smile spread across his face, a smile that reached his eyes and softened their directness. “A quantifiable plan of action, you say? Alright, Ms. Vance. I can do that.” He walked towards the truck, his movements fluid and purposeful. “Let’s start with these prize winners. We’ll need at least fifty for the display tables, perfect specimens, no blemishes. Then, we’ll need another hundred for the ‘pick-your-own’ event. We’ll categorize those by size and shape. And then, for the chefs… that’s where your ‘quantifiable’ approach might get a little… squishy. But we’ll work through it. One pumpkin at a time.” He picked up one of the larger gourds, its skin a deep, rich orange, and held it out to her. “Tell me, Ms. Vance, what do you see?”</w:t>
      </w:r>
    </w:p>
    <w:p/>
    <w:p>
      <w:r>
        <w:br/>
        <w:t>Eleanor eyed the pumpkin with a mixture of suspicion and reluctant curiosity. It was, undeniably, a fine specimen. Its surface was smooth, its stem sturdy, its weight substantial. But to her, it was merely a product, an item of commerce. “I see a high-quality pumpkin, Mr. Hayes,” she replied, her tone dry. “Potentially valuable for the festival. Assuming it meets the criteria for… display.”</w:t>
      </w:r>
    </w:p>
    <w:p/>
    <w:p>
      <w:r>
        <w:br/>
        <w:t>“And what are those criteria?” Liam pressed, his smile widening. “For you, I mean. As the executor of the Miller estate, what makes this pumpkin ‘valuable’ beyond its physical attributes?”</w:t>
      </w:r>
    </w:p>
    <w:p/>
    <w:p>
      <w:r>
        <w:br/>
        <w:t>Eleanor paused, a flicker of thought crossing her features. She had been trained to see value in numbers, in market demand, in the potential for profit. But here, in the heart of the Miller farm, surrounded by the tangible evidence of Mrs. Miller’s lifelong dedication, a different kind of value seemed to be at play. “Its value lies in its adherence to the established tradition,” she finally stated, her voice a little softer. “In its contribution to the festival’s reputation, and by extension, the Miller estate’s standing within the community. It represents a successful harvest, a continuation of Mrs. Miller’s commitment.”</w:t>
      </w:r>
    </w:p>
    <w:p/>
    <w:p>
      <w:r>
        <w:br/>
        <w:t>Liam nodded, a glint of approval in his eyes. "Exactly. So, you see the tangible and the intangible. The asset and the legacy. That's a good start, Ms. Vance. Now, let's see if we can make a plan that respects both." He set the pumpkin down gently and reached for another. "For the chefs, we’ll need variety. Some for roasting, some for pies, some for carving demonstrations. Each has different requirements. The farmers will tell me which varieties are best suited for each purpose, and I’ll translate that for you. We'll create a log of each selection, noting its origin, its intended use, and its estimated market value. How does that sound for a quantifiable plan?”</w:t>
      </w:r>
    </w:p>
    <w:p/>
    <w:p>
      <w:r>
        <w:br/>
        <w:t>The logic of his proposal was undeniable, even to Eleanor. It was a way to bridge the gap between her need for order and his understanding of the agricultural intricacies. It was a compromise, a concession to their vastly different approaches, but a compromise that allowed them to move forward. “That sounds… efficient, Mr. Hayes,” Eleanor conceded, a small, almost imperceptible softening of her posture. “Provided the log is maintained with meticulous accuracy.”</w:t>
      </w:r>
    </w:p>
    <w:p/>
    <w:p>
      <w:r>
        <w:br/>
        <w:t>“You have my word, Ms. Vance,” Liam said, his gaze holding hers. “And I have yours that we’ll work together to ensure the Miller farm’s contribution to this festival is not just a fulfillment of obligation, but a testament to Mrs. Miller’s enduring legacy. It’s a connection, after all, that we’re both bound to honor.”</w:t>
      </w:r>
    </w:p>
    <w:p/>
    <w:p>
      <w:r>
        <w:br/>
        <w:t>The initial friction between them, born of contrasting personalities and worldviews, had been acknowledged, if not entirely resolved. Eleanor, the meticulously organized executor from the city, and Liam, the grounded artisan deeply rooted in the community, were undeniably different. Her approach was driven by efficiency and tangible results, her mind a finely tuned instrument for legal and financial strategy. His was guided by a holistic understanding of nature, community, and tradition, his hands attuned to the earth and its bounty. Their first interactions were laced with a polite tension, a subtle probing of each other’s boundaries, a quiet testing of wills. Yet, beneath the surface of their polite disagreement, a nascent understanding began to form, a recognition that their disparate strengths, when combined, might just be what Havenwood, and the Miller estate, truly needed. The harvest festival, with its earthy demands and its undeniable communal significance, had become the crucible in which their unavoidable connection would be forged.</w:t>
      </w:r>
    </w:p>
    <w:p/>
    <w:p>
      <w:r>
        <w:t>Liam Hayes watched Eleanor Vance from across the sprawling pumpkin patch, a faint, almost imperceptible frown creasing his brow. Her city-bred elegance, so out of place amidst the earthy chaos of the harvest, was a constant, disquieting presence. He’d agreed to meet her, of course. Agnes Gable’s pronouncements were rarely optional, and Eleanor’s arrival as the executor of the Miller estate meant the farm, and by extension, his own life, was about to undergo an unwanted upheaval. But even in their brief, stilted exchange, he’d sensed a profound disconnect, a gulf wider than the one separating the city from Havenwood.</w:t>
      </w:r>
    </w:p>
    <w:p>
      <w:r>
        <w:br/>
        <w:t>His own life here was a carefully constructed edifice, built upon the bedrock of familiarity and routine. Havenwood was more than just a place; it was a tapestry woven from generations of Hayes’ hands in the soil, from the comforting rhythm of the seasons, from the unwavering loyalty of a community that felt more like family. He found solace in its predictability, a quiet strength in its enduring traditions. His roots ran deep, entwined with the very earth he cultivated, and for a long time, that had been enough. More than enough. It had been his sanctuary.</w:t>
      </w:r>
    </w:p>
    <w:p/>
    <w:p>
      <w:r>
        <w:br/>
        <w:t>Yet, sanctuary could also become a cage. The loss of his father, too soon, too abruptly, had left a fissure in his world, a hollow ache that even the most vibrant sunrise couldn’t quite fill. His father, a man who’d embodied the very spirit of Havenwood, had poured his heart and soul into this land, into the community, and into Liam. His sudden absence had taught Liam a brutal lesson about the fragility of life, about the sting of unexpected departure. Since then, he’d built walls, not of brick and mortar, but of quiet stoicism and a fierce protectiveness of his own emotional landscape. He’d learned to keep people at arm’s length, to guard against the possibility of further pain. Change, especially the kind that threatened to disrupt the carefully balanced ecosystem of his life, was met with a deep-seated wariness.</w:t>
      </w:r>
    </w:p>
    <w:p/>
    <w:p>
      <w:r>
        <w:br/>
        <w:t>Eleanor, with her sharp intellect and her air of detached efficiency, represented precisely the kind of change he’d spent years avoiding. Her very presence was an intrusion, a disruption to the predictable flow of his days. He saw the way she surveyed the farm, her gaze analytical, almost clinical, as if assessing it for its market value rather than its inherent beauty or historical significance. She spoke of “assets” and “obligations,” her words clipped and precise, devoid of the warmth and familiarity that permeated every other aspect of his life. It was a language he understood, a language of transactions and contracts, but it felt alien and cold when applied to the land he loved.</w:t>
      </w:r>
    </w:p>
    <w:p/>
    <w:p>
      <w:r>
        <w:br/>
        <w:t>He observed the slight tremor in her hands as she’d reached for a pumpkin, the almost imperceptible tightening of her jaw when he’d spoken of Mrs. Miller’s legacy. There was a vulnerability there, he suspected, hidden beneath layers of carefully constructed control. It was a guardedness that resonated with his own, though their manifestations were vastly different. His was a quiet, internal retreat, a deliberate dimming of his own light to avoid drawing unwanted attention or creating further attachments. Hers was a more overt, almost defensive, posture, a calculated distance that screamed of a need to maintain absolute control.</w:t>
      </w:r>
    </w:p>
    <w:p/>
    <w:p>
      <w:r>
        <w:br/>
        <w:t>“You’re looking at them like they’re liabilities, Ms. Vance,” Liam had said, his voice gentle, an attempt to bridge the gap that felt impossibly wide. He’d wanted to soften the harsh edges of her perception, to invite her to see what he saw: not just produce, but the culmination of a year’s worth of sun and rain, of dedicated labor, of the very essence of Havenwood’s spirit.</w:t>
      </w:r>
    </w:p>
    <w:p/>
    <w:p>
      <w:r>
        <w:br/>
        <w:t>Eleanor had blinked, her eyes, a cool, discerning shade of grey, meeting his. “I am assessing their suitability for the festival’s requirements, Mr. Hayes. And by extension, their value to the estate.”</w:t>
      </w:r>
    </w:p>
    <w:p/>
    <w:p>
      <w:r>
        <w:br/>
        <w:t>He’d sighed inwardly, the familiar ache of frustration a dull throb behind his ribs. It was like trying to explain the color of the sky to someone who only saw the numbers on a weather report. “Their suitability isn’t just about blemish-free skin or perfect symmetry, Ms. Vance. It’s about the story they tell. It’s about the pride of the farmer who grew them, the joy of the child who chooses the perfect one for their Halloween costume, the anticipation of the chefs who will transform them into culinary works of art. That’s the true value, the intangible.”</w:t>
      </w:r>
    </w:p>
    <w:p/>
    <w:p>
      <w:r>
        <w:br/>
        <w:t>He saw a flicker of something in her eyes then, a fleeting spark of curiosity, perhaps even a hint of understanding, before she’d masked it with her practiced composure. “Tangible value is what determines the financial success of the estate, Mr. Hayes. The intangible, while perhaps a pleasant sentiment, does not translate into balance sheets.”</w:t>
      </w:r>
    </w:p>
    <w:p/>
    <w:p>
      <w:r>
        <w:br/>
        <w:t>Liam had felt a strange pang, a surprising empathy for this woman who seemed so determinedly disconnected from the very heart of the matter. Her pragmatism, while understandable from her perspective, struck him as a profound loss, a willful blindness to the richness of life that lay beyond quantifiable metrics. He wondered what had made her so fiercely protective of her own emotional distance, what past experiences had taught her to prioritize logic and control above all else. Had she, too, experienced a betrayal, a loss that had forced her to retreat into herself, to build walls so high that no one could breach them?</w:t>
      </w:r>
    </w:p>
    <w:p/>
    <w:p>
      <w:r>
        <w:br/>
        <w:t>He shook his head, dismissing the intrusive thought. It wasn’t his place to pry, not yet. But her presence was a disruption, an unexpected complication in his otherwise orderly existence. She challenged his assumptions, unsettled his carefully cultivated calm. She was a riddle wrapped in an expensive suit, and for the first time in a long time, Liam Hayes found himself wondering if he might be intrigued enough to try and solve her. The thought was unsettling, a tiny ripple on the surface of his placid life, but a ripple nonetheless. He sensed, with a certainty that both unnerved and intrigued him, that Eleanor Vance was about to change more than just the financial projections for the Miller estate. She was about to stir something within him that he had long believed was dormant, perhaps even dead. The thought of that stirring, of the potential for disruption, was both a threat and an unexpected, almost forbidden, promise. He recognized a kindred spirit in her guardedness, a fellow traveler on the road of carefully constructed defenses, though her path had clearly led her through a different, more urban, wilderness. The contrast between their worlds was stark, yet the underlying currents of caution and a deeply buried vulnerability felt strangely, undeniably, familiar.</w:t>
      </w:r>
    </w:p>
    <w:p/>
    <w:p>
      <w:r>
        <w:t>The late afternoon sun cast long, distorted shadows across the worn floorboards of the Miller estate’s old barn, a space that smelled perpetually of dried hay, aged wood, and a faint, lingering scent of lavender from Mrs. Miller’s long-ago potpourri experiments. It was here, amidst the dust motes dancing in the slanting light, that Eleanor Vance and Liam Hayes found themselves thrown together, a forced juxtaposition that felt as natural as oil and water. Their initial meeting in the pumpkin patch had been a prelude, a tense preamble to the actual work that Agnes Gable, with her signature blend of gentle manipulation and firm insistence, had deemed necessary.</w:t>
      </w:r>
    </w:p>
    <w:p>
      <w:r>
        <w:br/>
        <w:t>“The inventory,” Agnes had stated, her voice unwavering as she’d addressed them both a few days prior in the comfortable, slightly cluttered parlor of the main house. “It’s extensive. And frankly, Eleanor, you’ll need a local’s knowledge for some of the… less obvious items. Liam, your father was privy to so many of Elias Miller’s workings. It only makes sense.” Liam had offered a tight nod, his jaw a study in polite stoicism, while Eleanor had offered a crisp, “Of course, Agnes.” The unspoken implication hung heavy in the air: they were to navigate the labyrinthine contents of the Miller estate together.</w:t>
      </w:r>
    </w:p>
    <w:p/>
    <w:p>
      <w:r>
        <w:br/>
        <w:t>Their first joint task was the cataloging of the estate’s extensive library. It wasn’t a grand collection by literary standards, but it was vast, a testament to Mrs. Miller’s voracious reading habits and Mr. Miller’s quiet appreciation for history. Books lined every wall, from the floor to the high, beamed ceilings, their spines a riot of faded cloth and cracked leather. Liam, his movements economical and sure, began by carefully dusting the shelves, his calloused hands surprisingly gentle with the delicate volumes. Eleanor, armed with a clipboard and a professional aura, moved with a more precise, almost clinical efficiency, her pen scratching industriously as she dictated titles and authors to her digital recorder.</w:t>
      </w:r>
    </w:p>
    <w:p/>
    <w:p>
      <w:r>
        <w:br/>
        <w:t>The barn’s vastness, usually a comforting expanse for Liam, suddenly felt claustrophobic, the silence between them punctuated only by the rustle of pages and the soft click of Eleanor’s pen. He found himself acutely aware of her proximity, of the faint scent of her perfume – something subtle, floral, but with an unexpected sharpness that reminded him of citrus – that wafted in his direction whenever she turned. He caught himself watching the way her brow furrowed in concentration, the slight pursing of her lips as she deciphered a faded inscription, the way her dark hair, pulled back in a neat, severe bun, had a few rebellious strands escaping to frame her face. These were involuntary observations, flickers of detail that registered on the periphery of his focus, yet refused to be entirely dismissed.</w:t>
      </w:r>
    </w:p>
    <w:p/>
    <w:p>
      <w:r>
        <w:br/>
        <w:t>“‘A Brief History of Local Agriculture, 1850-1920’,” Eleanor’s voice was clear, carrying easily through the hushed space. “Seems relevant given the circumstances, wouldn’t you agree, Mr. Hayes?”</w:t>
      </w:r>
    </w:p>
    <w:p/>
    <w:p>
      <w:r>
        <w:br/>
        <w:t>Liam paused, a leather-bound volume of forgotten poetry in his hands. He turned, meeting her cool grey gaze. “It is. Elias Miller was quite proud of his family’s contribution to the farming community here. He believed in preserving that history.” He hesitated, then added, “He used to say the land held stories, if you knew how to listen.”</w:t>
      </w:r>
    </w:p>
    <w:p/>
    <w:p>
      <w:r>
        <w:br/>
        <w:t>Eleanor’s pen stilled. She looked at him, a flicker of something unreadable in her eyes. Was it skepticism? Or a fleeting moment of curiosity? “Stories don’t typically appear on an inventory sheet, Mr. Hayes.” Her tone was polite, but the underlying pragmatism was a constant, firm boundary.</w:t>
      </w:r>
    </w:p>
    <w:p/>
    <w:p>
      <w:r>
        <w:br/>
        <w:t>“No, they don’t,” Liam conceded, turning back to his dusting. He understood her perspective, of course. She was here to sort, to value, to finalize an estate. But he couldn’t help but feel that she was missing a crucial layer, the very essence of what made this place, and the people who had lived and worked here, significant. He remembered his father, his deep, resonant voice sharing tales of Elias Miller, of his innovative farming techniques, his quiet generosity, his unwavering belief in the strength of community. Those were the ‘stories’ that mattered, the intangible threads that bound Havenwood together.</w:t>
      </w:r>
    </w:p>
    <w:p/>
    <w:p>
      <w:r>
        <w:br/>
        <w:t>The next day, their task shifted to the estate’s rather formidable collection of gardening tools. The shed was a treasure trove of implements, from delicate trowels to sturdy shovels, from ancient pruning shears that looked like medieval instruments of torture to a remarkably well-preserved, though undeniably antique, lawnmower. It was a physically demanding task, requiring them to move heavy objects, sort through rust-eaten metal, and navigate the cramped confines of the shed.</w:t>
      </w:r>
    </w:p>
    <w:p/>
    <w:p>
      <w:r>
        <w:br/>
        <w:t>“This hoe,” Eleanor said, her voice slightly strained as she wrestled a particularly heavy specimen from a cluttered shelf, “appears to have a rather… unique patina.”</w:t>
      </w:r>
    </w:p>
    <w:p/>
    <w:p>
      <w:r>
        <w:br/>
        <w:t>Liam chuckled, a low, rumbling sound that surprised even himself. “That’s rust, Ms. Vance. It’s seen a few seasons. Probably belonged to Elias Miller himself. He was a firm believer in ‘use it until it breaks, then fix it.’ No disposables in his time.”</w:t>
      </w:r>
    </w:p>
    <w:p/>
    <w:p>
      <w:r>
        <w:br/>
        <w:t>She looked at the hoe, then at Liam, a hint of a smile playing on her lips. It was a small thing, a fleeting softening of her usually composed expression, but he noticed it. He noticed the slight flush on her cheeks from the exertion, the way a stray strand of hair had fallen across her temple, the determined set of her jaw.</w:t>
      </w:r>
    </w:p>
    <w:p/>
    <w:p>
      <w:r>
        <w:br/>
        <w:t>“A commendable philosophy,” she admitted, setting the hoe down with a clatter. “Though perhaps not ideal for maximizing resale value for antiquated equipment.”</w:t>
      </w:r>
    </w:p>
    <w:p/>
    <w:p>
      <w:r>
        <w:br/>
        <w:t>“Perhaps,” Liam agreed, handing her a rag. “But it makes for a story, doesn’t it? Imagine the hands that held this, the earth it tilled.” He gestured towards a collection of hand-painted ceramic pots, stacked precariously near the door. “Mrs. Miller used to paint those herself. She’d sell them at the summer fair, raise money for the local school. They might not fetch much at auction, but they’re part of the estate’s character.”</w:t>
      </w:r>
    </w:p>
    <w:p/>
    <w:p>
      <w:r>
        <w:br/>
        <w:t>Eleanor ran a finger over the cool glaze of a pot depicting a cheerful, if slightly lopsided, sunflower. “I suppose… one could categorize them as ‘artisanal collectibles’,” she mused, a hint of wry amusement in her voice. “The market for vintage, hand-painted ceramics with provenance is surprisingly robust.”</w:t>
      </w:r>
    </w:p>
    <w:p/>
    <w:p>
      <w:r>
        <w:br/>
        <w:t>He was beginning to see a pattern. Eleanor Vance approached everything as a problem to be solved, a ledger to be balanced. But beneath the layers of corporate jargon and financial acumen, there were glimmers of something else. A sharp intelligence, certainly, but also an unexpected willingness to engage, to consider, even to attempt to translate his world into hers, however awkwardly.</w:t>
      </w:r>
    </w:p>
    <w:p/>
    <w:p>
      <w:r>
        <w:br/>
        <w:t>As they worked, the external plot, the reason for their forced proximity, began to subtly assert itself. Agnes Gable dropped by the barn with a stack of documents, her eyes twinkling with a mixture of concern and anticipation. “The town council is eager to hear your initial assessment of the Miller estate’s potential contribution to the upcoming Harvest Festival, Eleanor. They’re particularly interested in the apple orchard. Elias’s heirloom varietals are legendary. Liam, perhaps you could accompany Eleanor to the orchard tomorrow? Show her the best of what’s there. The festival committee is already talking about a ‘Miller Heritage Orchard’ display.”</w:t>
      </w:r>
    </w:p>
    <w:p/>
    <w:p>
      <w:r>
        <w:br/>
        <w:t>Liam felt a familiar knot of protectiveness tighten in his chest. The orchard was his domain, his pride. He knew every tree, every gnarled branch, every sweet-smelling blossom. Entrusting its presentation to Eleanor, to someone who saw it purely in terms of marketability, felt… disquieting. But he saw the earnestness in Agnes’s eyes, the genuine hope that this collaboration would benefit the community. And he saw, too, the way Eleanor’s gaze had sharpened at the mention of the orchard. It was a valuable asset, and she was clearly already calculating its potential.</w:t>
      </w:r>
    </w:p>
    <w:p/>
    <w:p>
      <w:r>
        <w:br/>
        <w:t>“I’ll be happy to show Ms. Vance the orchard,” Liam said, his voice carefully neutral.</w:t>
      </w:r>
    </w:p>
    <w:p/>
    <w:p>
      <w:r>
        <w:br/>
        <w:t>Eleanor nodded, her expression thoughtful. “I’ve heard about the Miller apples. Apparently, they’re quite unique.”</w:t>
      </w:r>
    </w:p>
    <w:p/>
    <w:p>
      <w:r>
        <w:br/>
        <w:t>“They are,” Liam confirmed, a warmth spreading through him as he thought of the crisp, sweet fruit. “The taste… it’s something you don’t find anymore. It’s the history in the soil, the careful cultivation over generations. It’s a taste of Havenwood.”</w:t>
      </w:r>
    </w:p>
    <w:p/>
    <w:p>
      <w:r>
        <w:br/>
        <w:t>Eleanor met his gaze, and for a fleeting moment, he saw not just the executor of an estate, but a woman trying to grasp a reality far removed from her own. “I’ll be interested to experience it,” she said, her voice softer than usual.</w:t>
      </w:r>
    </w:p>
    <w:p/>
    <w:p>
      <w:r>
        <w:br/>
        <w:t>The impending Harvest Festival, once a distant fixture in the rhythm of Havenwood, now loomed large, a tangible deadline that underscored the urgency of their task. The stakes, Liam sensed, were already beginning to escalate. This wasn’t just about cataloging dusty books or sorting rusty tools. It was about preserving a legacy, about ensuring the continued vitality of a community, and about navigating the complex, often challenging, terrain of human connection. And as he looked at Eleanor Vance, a woman as different from him as the bustling city was from the quiet hills of Havenwood, he couldn’t shake the feeling that their forced collaboration was just the beginning of a much larger, and far more intricate, story. The awkward silences, the polite exchanges, the involuntary observations – they were all small tremors, premonitions of the seismic shifts that lay ahead. He found himself watching her, not with the wariness he’d initially felt, but with a burgeoning, albeit reluctant, sense of anticipation. She was a puzzle, and he was starting to suspect he might be willing to invest more than just professional courtesy in trying to solve her. The thought was both terrifying and, in a way he couldn't yet articulate, undeniably exhilarating. The quiet strength of Havenwood had always been enough, but now, a new, unexpected element had been introduced into its carefully balanced ecosystem. And Liam Hayes, a man who cherished predictability, found himself on the precipice of embracing the most unpredictable force of all: change.</w:t>
      </w:r>
    </w:p>
    <w:p/>
    <w:p>
      <w:r>
        <w:t>Eleanor Vance prided herself on her control. It was a hard-won commodity, forged in the fires of demanding internships and the relentless pursuit of professional excellence. Here, amidst the bucolic serenity of Havenwood, that control felt like a fraying rope, tested by every shared glance, every unexpected moment of quiet understanding with Liam Hayes. She deployed her defenses like a seasoned general, erecting walls of polite detachment and strategic redirection. Her focus remained resolutely on the inventory, on the cold, hard facts that would eventually translate into quantifiable assets. This wasn't a place for sentimentality; it was a project, and she was the project manager.</w:t>
      </w:r>
    </w:p>
    <w:p>
      <w:r>
        <w:br/>
        <w:t xml:space="preserve">"The condition of the binding on this particular volume suggests it's been exposed to a significant amount of moisture," she stated, her voice crisp and professional as she carefully examined a historical ledger. She didn't look at Liam, who was meticulously sorting through a box of old photographs nearby. Her gaze was fixed on the aged paper, on the faint water stains that were, to her mind, just another data point. She noted the slight tremor in her own hand as she turned a brittle page and quickly clasped it with her other, forcing her fingers to stillness. </w:t>
      </w:r>
    </w:p>
    <w:p>
      <w:pPr>
        <w:jc w:val="left"/>
      </w:pPr>
      <w:r>
        <w:rPr>
          <w:i/>
        </w:rPr>
        <w:t>Focus, Eleanor. Just the facts.</w:t>
      </w:r>
    </w:p>
    <w:p>
      <w:r>
        <w:br/>
        <w:t>Liam hummed softly as he sorted through the faded images. "That one might have been from the great flood of '78," he offered, his tone conversational, as if they were discussing the weather. "The river overflowed its banks pretty bad that spring. Took out a good chunk of the south pasture and, I think, this corner of the old library annex." He held up a sepia-toned photograph of a stern-faced man with a thick beard, his arms crossed against his chest. "Looks a bit like Elias Miller, doesn't it?"</w:t>
      </w:r>
    </w:p>
    <w:p/>
    <w:p>
      <w:r>
        <w:br/>
        <w:t>Eleanor averted her eyes from the photograph, a prickle of unease tracing its way up her spine. She didn't want to see resemblances; she didn't want to connect faces to the abstract concept of "legacy." "The date of origin is more relevant than the likeness," she replied, her voice deliberately cool. "And the potential for mold damage. We'll need to have the conservator assess this section thoroughly." Her mind, however, was already cataloging the subtle shifts in Liam's posture, the way his shoulders relaxed when he spoke of local lore, a stark contrast to the tension that seemed to perpetually reside in her own. He seemed so… rooted. So at ease in this environment that felt so alien to her. It was unsettling.</w:t>
      </w:r>
    </w:p>
    <w:p/>
    <w:p>
      <w:r>
        <w:br/>
        <w:t xml:space="preserve">Later that afternoon, as they sifted through a collection of antique linens in a cedar-lined chest, Eleanor found herself caught in a wave of unexpected scent. The lavender was potent, mingled with the dry, woody aroma of the cedar. It was a comforting, almost nostalgic smell, and it did nothing to ease her internal disquiet. She remembered her own grandmother’s linen closet, a place she hadn’t visited in years, not since her grandmother’s passing. She pushed the thought away with practiced efficiency. </w:t>
      </w:r>
    </w:p>
    <w:p>
      <w:pPr>
        <w:jc w:val="left"/>
      </w:pPr>
      <w:r>
        <w:rPr>
          <w:i/>
        </w:rPr>
        <w:t>Irrelevant. Sentimental clutter.</w:t>
      </w:r>
    </w:p>
    <w:p>
      <w:r>
        <w:br/>
        <w:t>"These are beautifully embroidered," Liam commented, holding up a delicate tablecloth, its intricate floral pattern still remarkably vibrant. "Must have taken someone weeks to make." He paused, his fingers tracing a particularly intricate rose. "My grandmother used to say that the women of Havenwood took pride in their needlework. It was a way to pass down stories, in a way. Each stitch a small piece of their life."</w:t>
      </w:r>
    </w:p>
    <w:p/>
    <w:p>
      <w:r>
        <w:br/>
        <w:t>Eleanor’s jaw tightened almost imperceptibly. "They are of high quality," she conceded, meticulously noting the fabric type and the estimated stitch count in her ledger. "And the thread appears to be silk, which would add to their value. We'll have them professionally cleaned and appraised." She resisted the urge to comment on the "stories" woven into the fabric. It was a romantic notion, certainly, but utterly impractical from an estate valuation standpoint. Her purpose was to liquidate, to streamline, to extract tangible worth. Not to dwell on the ephemeral sentiments of bygone eras.</w:t>
      </w:r>
    </w:p>
    <w:p/>
    <w:p>
      <w:r>
        <w:br/>
        <w:t>She noticed Liam watching her, his expression unreadable. He had a way of observing her that felt both gentle and intensely discerning, as if he were trying to decipher a particularly complex equation. It made her feel exposed, and she instinctively recoiled, straightening her shoulders and adjusting her professional demeanor. "This section of the inventory is quite extensive," she stated, her voice taking on a slightly sharper edge, as if to create a physical barrier between them. "I propose we focus on completing the cataloging of the linens before we move on to the silver. Efficiency is key, Mr. Hayes."</w:t>
      </w:r>
    </w:p>
    <w:p/>
    <w:p>
      <w:r>
        <w:br/>
        <w:t>He didn't flinch at her tone, merely nodded. "Of course, Ms. Vance. Efficiency." But there was a subtle shift in his gaze, a flicker of something that looked like… disappointment? Or perhaps just a quiet resignation. He returned to his task, his movements deliberate and steady, but Eleanor couldn't shake the feeling that she had just erected a new, more formidable wall between them. Good. That was the point.</w:t>
      </w:r>
    </w:p>
    <w:p/>
    <w:p>
      <w:r>
        <w:br/>
        <w:t xml:space="preserve">Her internal monologue was a constant hum of assessment and self-preservation. </w:t>
      </w:r>
    </w:p>
    <w:p>
      <w:pPr>
        <w:jc w:val="left"/>
      </w:pPr>
      <w:r>
        <w:rPr>
          <w:i/>
        </w:rPr>
        <w:t>Havenwood. Such a quaint name. Quaint little town, quaint little problems.</w:t>
      </w:r>
      <w:r>
        <w:t xml:space="preserve"> She found herself mentally critiquing the antiquated methods employed by the estate’s previous custodians, the casual disregard for proper archival practices, the sheer volume of… stuff. It was overwhelming, a monument to procrastination and an aversion to modern efficiency. Liam's easy familiarity with it all, his apparent affection for these dusty relics, struck her as almost naive. He saw history; she saw inefficiencies. He saw stories; she saw potential liabilities and costs of disposal.</w:t>
      </w:r>
    </w:p>
    <w:p>
      <w:r>
        <w:br/>
        <w:t>"This entire wing of the house seems dedicated to preserving what amounts to… ephemera," she remarked later, as they stood in the dimly lit ballroom, surrounded by stacks of old newspapers and yellowed correspondence. The air was thick with the scent of decaying paper and old wood. "While I understand the archival value of certain documents, the sheer volume here is staggering. We'll need to prioritize ruthlessly. Perhaps a professional shredding service for anything that doesn't directly pertain to a significant financial asset or a legally binding document."</w:t>
      </w:r>
    </w:p>
    <w:p/>
    <w:p>
      <w:r>
        <w:br/>
        <w:t>Liam picked up a faded newspaper, its headlines proclaiming victory in a long-forgotten war. "This is how people here remember things, Eleanor," he said, his voice soft but firm. He avoided her gaze, his attention drawn to the smudged ink. "These aren't just papers; they're the collective memory of this town. The Harvest Festivals, the town council meetings, the births and deaths… it's all here. To just… shred it all feels like erasing people."</w:t>
      </w:r>
    </w:p>
    <w:p/>
    <w:p>
      <w:r>
        <w:br/>
        <w:t>Eleanor felt a familiar tightening in her chest. This was precisely the kind of emotional appeal that she had learned to guard against. "Mr. Hayes," she began, her tone carefully measured, "my mandate is to manage this estate for the benefit of its heirs and the community, not to curate a historical archive. While the sentimental value is acknowledged, we must operate within practical financial parameters. If a document doesn't have a demonstrable market value or a legal purpose, its storage and preservation represent a significant cost." She paused, letting the weight of her words settle. "We are professionals, here to perform a service. Sentimentality can be a costly indulgence."</w:t>
      </w:r>
    </w:p>
    <w:p/>
    <w:p>
      <w:r>
        <w:br/>
        <w:t>He finally looked at her, and the look in his eyes was not anger, but a deep, quiet sadness that unnerved her more than any outburst could have. It was the look of someone who understood something she stubbornly refused to acknowledge. "And what if the 'demonstrable market value' isn't always measured in dollars, Eleanor?" he asked, his voice barely above a whisper.</w:t>
      </w:r>
    </w:p>
    <w:p/>
    <w:p>
      <w:r>
        <w:br/>
        <w:t>Her breath hitched. He had used her first name. It was a small intimacy, a breach of the professional distance she had so carefully constructed, and it threw her off balance. She quickly regained her composure, her mind racing to find a suitable deflection. "The market, Mr. Hayes, is quite definitive in its valuation methods," she stated, forcing a smile that didn't reach her eyes. "Shall we return to the task at hand? There are still several boxes of ledgers in the west wing that require our attention. Time, as they say, is money." She turned, her back to him, and walked with determined strides towards the hallway, leaving him standing amidst the echoes of Havenwood’s past. She wouldn't let him see the tremor in her hands, the racing of her heart. She wouldn't let him see that his quiet sadness had managed to chip away, however minutely, at her carefully constructed defenses. She was here to do a job, and she would do it, detached and efficient, until it was done. Then, she would leave, and Havenwood, and Liam Hayes, would be nothing more than a chapter in a case file. She clung to that thought, a lifeline in the swirling currents of her discomfiture.</w:t>
      </w:r>
    </w:p>
    <w:p/>
    <w:p>
      <w:r>
        <w:br w:type="page"/>
      </w:r>
    </w:p>
    <w:p>
      <w:pPr>
        <w:spacing w:before="5040"/>
        <w:jc w:val="center"/>
      </w:pPr>
      <w:r>
        <w:rPr/>
        <w:t xml:space="preserve"> Chapter 3: Sparks in the Routine</w:t>
      </w:r>
    </w:p>
    <w:p>
      <w:r>
        <w:t>The initial friction had subsided, replaced by a low hum of professional engagement. Days bled into weeks, each one marked by the predictable rhythm of their shared endeavor. Eleanor, ever the architect of efficiency, had charted their progress with meticulous detail. Liam, with his innate understanding of the sprawling estate and its history, provided the intuitive compass. They had fallen into a routine, a carefully choreographed dance of inventory and organization, of cataloging and strategizing. The sprawling manor, once a labyrinth of overwhelming disarray, was gradually yielding to their methodical approach. Each room conquered, each box unpacked, each faded document deciphered, was a small victory, a testament to their burgeoning, if unspoken, partnership.</w:t>
      </w:r>
    </w:p>
    <w:p>
      <w:r>
        <w:br/>
        <w:t>Their mornings began with a shared cup of coffee on the sprawling veranda, the mist from the surrounding hills still clinging to the ancient oaks. Eleanor would review the day’s agenda, her tablet a beacon of organized purpose, while Liam, leaning against the weathered stone balustrade, would offer insights gleaned from his own quiet observations. He knew the quirks of the old house, the subtle shifts in light that indicated the time of day, the precise moment the aroma of baking bread would waft from the nearby village bakery. He possessed an almost sixth sense for the rhythms of Havenwood, a stark contrast to Eleanor’s imposed structure. Yet, in those shared moments of quiet contemplation, amidst the gentle chirping of unseen birds and the distant bleating of sheep, a fragile truce had settled between them.</w:t>
      </w:r>
    </w:p>
    <w:p/>
    <w:p>
      <w:r>
        <w:br/>
        <w:t>Their work took them to every corner of the estate. One day, they might be carefully unearthing generations of forgotten heirlooms from the dusty attic, the air thick with the scent of aged wood and mothballs. Eleanor, armed with archival gloves and a keen eye for value, would meticulously catalog each item, while Liam, with a storyteller’s gentle touch, would unfurl the narrative behind the object. He’d point out a faded portrait of a stern-faced matriarch, recounting tales of her formidable will and her rumored secret garden. Eleanor, while noting the potential market value of the antique frame, found herself, to her own surprise, listening. She’d catalog the signature on the back, the faint inscription in elegant script, and then, almost involuntarily, she'd ask, "And the garden? Was it as secret as they say?" Liam's answering smile, a subtle, knowing curve of his lips, was a quiet reward, a flicker of connection that chipped away at her carefully constructed professional distance.</w:t>
      </w:r>
    </w:p>
    <w:p/>
    <w:p>
      <w:r>
        <w:br/>
        <w:t>Another day would find them in the dimly lit library, surrounded by the comforting scent of aging paper and leather. They’d spend hours sorting through stacks of old ledgers, meticulously detailing property records, accounts, and correspondence. Eleanor thrived in this environment, the sheer volume of data a comforting challenge. She’d trace the flow of wealth and influence through the generations, her analytical mind piecing together the financial tapestry of the Hayes family. Liam, meanwhile, would often pause, his fingers brushing over a forgotten diary or a sheaf of pressed flowers tucked between the pages of a poetry book. He’d share anecdotes of the individuals whose lives these documents chronicled, painting vivid portraits with his words. He spoke of Elias Hayes, the patriarch who had expanded the estate with shrewd investments, and of his daughter, Clara, whose passionate letters revealed a life lived beyond the confines of societal expectations. Eleanor, while diligently recording the details of each transaction, found herself increasingly drawn into the human stories that Liam so readily unearthed. She’d cross-reference his anecdotal insights with the dry facts of the ledgers, discovering a fascinating synergy between the tangible and the intangible, the financial and the emotional.</w:t>
      </w:r>
    </w:p>
    <w:p/>
    <w:p>
      <w:r>
        <w:br/>
        <w:t>The external plot, as Eleanor had termed it in her internal assessments, continued to unfold with its own demanding pace. The legal complexities of managing such a vast and historically significant estate were proving to be far more intricate than initially anticipated. There were boundary disputes with neighboring landowners that required careful examination of ancient deeds, whispered rumors of hidden compartments and lost family fortunes that necessitated thorough, albeit often fruitless, searches, and the ever-present pressure from the distant heirs to expedite the liquidation process. These challenges required more than just meticulous cataloging; they demanded collaborative problem-solving, strategic thinking, and a shared commitment to finding solutions.</w:t>
      </w:r>
    </w:p>
    <w:p/>
    <w:p>
      <w:r>
        <w:br/>
        <w:t>One afternoon, a particularly thorny issue arose regarding a disputed parcel of land that had been a part of the estate for generations but lacked definitive proof of ownership in the current records. Eleanor, poring over microfiche in the local archives, found herself increasingly frustrated by the missing links in the chain of title. Liam, sensing her mounting agitation, offered to comb through the estate’s own extensive, and often chaotic, archives. He spent the better part of the day in the dimly lit servants' quarters, a place Eleanor had deemed too disorganized for her initial assessment. When he emerged, his hands smudged with ink and dust, he held a brittle, yellowed map, its edges frayed and its surface covered in archaic script. It wasn't a formal deed, but a hand-drawn sketch, annotated with personal notes and landmarks that corresponded precisely with the disputed boundary.</w:t>
      </w:r>
    </w:p>
    <w:p/>
    <w:p>
      <w:r>
        <w:br/>
        <w:t>"My great-grandfather's," Liam explained, his voice filled with a quiet pride as he carefully unfurled the map. "He had a way of marking things that felt more important to him than any official document. He’d draw his own records."</w:t>
      </w:r>
    </w:p>
    <w:p/>
    <w:p>
      <w:r>
        <w:br/>
        <w:t>Eleanor examined the map, her initial skepticism gradually giving way to a grudging admiration. The annotations, though informal, were remarkably precise. They detailed not just boundaries, but also the prevailing winds, the best fishing spots in the nearby river, and even the location of a particularly stubborn patch of thistles that his ancestor had apparently been determined to eradicate. It was a document imbued with personality, a testament to a life lived on the land, a far cry from the sterile legalities Eleanor typically dealt with.</w:t>
      </w:r>
    </w:p>
    <w:p/>
    <w:p>
      <w:r>
        <w:br/>
        <w:t>"This… this is significant," she admitted, her voice softer than usual. She looked at Liam, a new layer of respect in her gaze. He wasn't just a local guide; he was a custodian of his family's history, a living link to the past that she had been so eager to quantify and compartmentalize. "We'll need to have this authenticated, of course, but it provides a crucial piece of evidence."</w:t>
      </w:r>
    </w:p>
    <w:p/>
    <w:p>
      <w:r>
        <w:br/>
        <w:t>That evening, as they sat in the grand dining room, the flickering candlelight casting long shadows across the polished mahogany, a comfortable silence settled between them. The contentious boundary dispute had been resolved, thanks to Liam's unconventional resourcefulness. Eleanor found herself reflecting on their progress, not just on the estate’s inventory, but on their own working relationship. The initial awkwardness had long since evaporated, replaced by a smooth, efficient collaboration. They anticipated each other's needs, understood each other's strengths, and, most importantly, had learned to trust each other's judgment. The forced proximity had morphed into a structured routine, one that was proving surprisingly… productive.</w:t>
      </w:r>
    </w:p>
    <w:p/>
    <w:p>
      <w:r>
        <w:br/>
        <w:t>The familiar landmarks of Havenwood became the backdrops to their shared experiences. The old stone bridge, where they’d paused to admire the rushing river after a particularly productive day cataloging the estate’s extensive collection of fishing equipment. The ancient oak tree at the edge of the property, beneath which they’d spread out a blanket and shared a simple lunch of sandwiches and fruit, discussing the finer points of estate law and the merits of different preservation techniques. Even the quaint village market, where they’d occasionally ventured to procure supplies, had become a site of shared endeavor, their conversations punctuated by Liam’s friendly greetings to the local shopkeepers and Eleanor’s quiet observation of the community’s dynamics.</w:t>
      </w:r>
    </w:p>
    <w:p/>
    <w:p>
      <w:r>
        <w:br/>
        <w:t>One crisp autumn afternoon, they were working in the derelict greenhouse, a glass-and-iron structure that had once housed exotic orchids and vibrant blooms. Now, it was a tangle of overgrown vines and shattered panes, a testament to neglect. Their task was to clear out the debris and assess the structural integrity of the building, a potential candidate for restoration. Eleanor, ever practical, was already calculating the cost of repairs and the potential return on investment. Liam, however, saw something more. He pointed to a sturdy, albeit slightly crooked, stone planter that had somehow survived the general decay.</w:t>
      </w:r>
    </w:p>
    <w:p/>
    <w:p>
      <w:r>
        <w:br/>
        <w:t>"My grandmother loved this greenhouse," he said, his voice tinged with a nostalgic ache. "She used to spend hours in here, tending to her roses. She said the scent of the damp earth and the blossoms was the purest form of peace." He gently cleared away some of the encroaching ivy, revealing a faded inscription etched into the stone: "Per ardua ad astra."</w:t>
      </w:r>
    </w:p>
    <w:p/>
    <w:p>
      <w:r>
        <w:br/>
        <w:t>Eleanor read the Latin inscription aloud. "Through hardship to the stars," she translated, a faint smile touching her lips. It was a sentiment that resonated deeply with her own professional philosophy, a reminder that even in the face of adversity, perseverance could lead to great achievements. She looked at Liam, his face softened by the memory, and for the first time, she saw beyond the practical, local man. She saw the weight of his family's history, the quiet strength that had allowed him to navigate the complexities of his inheritance.</w:t>
      </w:r>
    </w:p>
    <w:p/>
    <w:p>
      <w:r>
        <w:br/>
        <w:t>"It’s a fitting motto for this place," she conceded, her professional detachment momentarily softening. "And perhaps for what we're doing here."</w:t>
      </w:r>
    </w:p>
    <w:p/>
    <w:p>
      <w:r>
        <w:br/>
        <w:t>Liam met her gaze, and in that shared moment of understanding, amidst the decay and the promise of rebirth, Eleanor felt a subtle shift within herself. Her defenses, once so formidable, were beginning to show hairline fractures. The routine, the constant interaction, the shared challenges, were slowly, almost imperceptibly, chipping away at the walls she had so carefully erected. She was still the project manager, focused on the objective, but the project itself was beginning to feel less like a case file and more like… something else entirely. Something that involved the quiet strength of a man who saw stories where she saw data, and who, with a gentle touch and a knowing smile, was slowly revealing the heart of Havenwood, and perhaps, something within her, too. The sparks, once fleeting and unexpected, were beginning to ignite into a steady, warming glow.</w:t>
      </w:r>
    </w:p>
    <w:p/>
    <w:p>
      <w:r>
        <w:t>The unspoken truce that had settled between Eleanor and Liam was, to her pragmatic mind, a finely tuned instrument of efficiency. It allowed them to navigate the vast, often emotionally charged landscape of Havenwood without unnecessary friction. Yet, as the weeks unfurled like the ancient tapestries they were carefully cataloging, Eleanor found herself observing a subtle yet undeniable evolution in their interactions. The polite, professional distance, once a carefully maintained barrier, was beginning to fray at the edges, replaced by something altogether more… playful.</w:t>
      </w:r>
    </w:p>
    <w:p>
      <w:r>
        <w:br/>
        <w:t>It began with small things, almost imperceptible shifts in their daily exchanges. A shared glance that lingered a beat too long, a quiet chuckle that escaped Eleanor's lips at one of Liam's observations, a playful jab from him that landed with surprising warmth. The banter, initially a tool of pure professional necessity, was morphing into a shield, a sophisticated mechanism for navigating the increasingly complex currents of their burgeoning connection. It was a low-stakes arena where they could test the waters, gauge reactions, and perhaps, without even realizing it, reveal slivers of their true selves.</w:t>
      </w:r>
    </w:p>
    <w:p/>
    <w:p>
      <w:r>
        <w:br/>
        <w:t>One blustery Tuesday, the kind where the wind howled around the eaves of Havenwood like a restless ghost, they found themselves tackling the daunting task of clearing out the estate’s old carriageshed. Dust motes danced in the shafts of weak sunlight that pierced the gloom, illuminating cobwebs thick enough to knit sweaters. Eleanor, ever the pragmatist, was meticulously organizing the tarnished brass fittings from a disused gig, her brow furrowed in concentration. Liam, meanwhile, was wrestling with a stubborn wheelbarrow, its rusted axle groaning in protest.</w:t>
      </w:r>
    </w:p>
    <w:p/>
    <w:p>
      <w:r>
        <w:br/>
        <w:t>"Having trouble with that relic, Liam?" Eleanor’s voice, usually sharp and to the point, held a teasing lilt. She didn't look up from her task, but her ears were tuned to his response.</w:t>
      </w:r>
    </w:p>
    <w:p/>
    <w:p>
      <w:r>
        <w:br/>
        <w:t>He grunted, putting his full weight into the effort. "This isn't just any relic, Eleanor. This is a testament to the ingenuity of bygone eras. Built to last, unlike some of these modern… contraptions." He shot her a sideways glance, a faint smirk playing on his lips. He knew her tablet was a marvel of modern technology, and he also knew she appreciated the sturdy, old-fashioned craftsmanship that permeated Havenwood.</w:t>
      </w:r>
    </w:p>
    <w:p/>
    <w:p>
      <w:r>
        <w:br/>
        <w:t>Eleanor finally looked up, a knowing smile gracing her features. "Ingenuity or just over-engineering? I suspect this particular piece of 'bygone ingenuity' spent more time being repaired than being used." She gestured with a gloved hand towards a collection of cracked leather harnesses piled in a corner. "Looks like it had a rather eventful life, if the state of its accessories is anything to go by."</w:t>
      </w:r>
    </w:p>
    <w:p/>
    <w:p>
      <w:r>
        <w:br/>
        <w:t>Liam let out a laugh, a deep, resonant sound that echoed in the cavernous space. "Ah, but that's the beauty of it, isn't it? Every scratch, every dent, every bit of rust tells a story. Unlike your tablet, which just presents data. No soul, no history." He finally managed to dislodge the wheelbarrow with a triumphant clatter.</w:t>
      </w:r>
    </w:p>
    <w:p/>
    <w:p>
      <w:r>
        <w:br/>
        <w:t>"My tablet," Eleanor retorted, stepping closer, her hands on her hips, "allows me to access centuries of information with a few taps. It has a soul of sorts – the collective knowledge of humanity. And it certainly doesn’t require brute force to operate."</w:t>
      </w:r>
    </w:p>
    <w:p/>
    <w:p>
      <w:r>
        <w:br/>
        <w:t>"But does it feel the satisfaction of a task accomplished with your own hands?" Liam challenged, leaning against the wheelbarrow, his gaze steady and warm. "Does it smell of oil and old leather and the promise of a journey taken? I think not."</w:t>
      </w:r>
    </w:p>
    <w:p/>
    <w:p>
      <w:r>
        <w:br/>
        <w:t>"The satisfaction of a well-executed plan is far more rewarding than the ache in your muscles," Eleanor countered, though the playful glint in her eyes betrayed her amusement. "And frankly, the smell of oil and old leather isn't exactly my preferred olfactory experience."</w:t>
      </w:r>
    </w:p>
    <w:p/>
    <w:p>
      <w:r>
        <w:br/>
        <w:t>"And here I thought you were a woman of many layers," Liam teased, his voice dropping to a mock-serious tone. "Perhaps there's a hidden romantic streak beneath that impeccably organized exterior. Someone who appreciates the romance of a dusty old shed."</w:t>
      </w:r>
    </w:p>
    <w:p/>
    <w:p>
      <w:r>
        <w:br/>
        <w:t>Eleanor felt a flush creep up her neck, a sensation she immediately tried to suppress. "My appreciation is for historical accuracy and efficient inventory management, Liam. Romance doesn't feature on the quarterly report."</w:t>
      </w:r>
    </w:p>
    <w:p/>
    <w:p>
      <w:r>
        <w:br/>
        <w:t>"Doesn't it?" He stepped closer, his eyes crinkling at the corners. "I've seen you linger over those old letters. The ones with the faded ink and the elaborate script. You read them with a certain… reverence. As if you're not just cataloging them, but feeling them."</w:t>
      </w:r>
    </w:p>
    <w:p/>
    <w:p>
      <w:r>
        <w:br/>
        <w:t>She turned away, busying herself with a particularly stubborn latch. "I'm assessing their historical significance. Their provenance. It's all part of the job."</w:t>
      </w:r>
    </w:p>
    <w:p/>
    <w:p>
      <w:r>
        <w:br/>
        <w:t>"Of course, it is," he agreed smoothly, his tone disarming. "But even the most rigorous academic can appreciate a well-turned phrase, a sigh captured on paper, a whispered secret across the years. Just as I appreciate the… efficiency with which you tackle chaos." He paused, his gaze tracing the line of her jaw. "It’s almost a dance, isn't it? You bring order, I bring the stories. And somewhere in between, we find the truth."</w:t>
      </w:r>
    </w:p>
    <w:p/>
    <w:p>
      <w:r>
        <w:br/>
        <w:t>The directness of his words, the unexpected intimacy in his gaze, momentarily silenced her. This was more than just playful teasing; it was an observation that hit a little too close to home. The banter, she realized, was not just a buffer, but a subtle exploration, a way for them to acknowledge the growing awareness between them without the pressure of explicit declaration.</w:t>
      </w:r>
    </w:p>
    <w:p/>
    <w:p>
      <w:r>
        <w:br/>
        <w:t>Later that week, a similar exchange unfolded during their midday break. They had opted for a simple picnic lunch, a welcome respite from the confines of dusty rooms. Eleanor had packed a meticulously arranged assortment of sandwiches and fruit, while Liam had contributed a thermos of strong, dark coffee and a bag of surprisingly delicious, locally baked scones. They sat on a checkered blanket spread beneath the ancient oak tree, the late afternoon sun casting dappled patterns on the grass.</w:t>
      </w:r>
    </w:p>
    <w:p/>
    <w:p>
      <w:r>
        <w:br/>
        <w:t>"So," Liam began, after a comfortable silence filled with the rustling of leaves and the distant bleating of sheep, "I've been meaning to ask about the… 'historical significance' of that peculiar contraption in the west wing. The one with all the levers and the intricate network of pipes."</w:t>
      </w:r>
    </w:p>
    <w:p/>
    <w:p>
      <w:r>
        <w:br/>
        <w:t>Eleanor took a delicate bite of her sandwich. "Ah, the antiquated ice-making machine. A fascinating piece of Victorian engineering, albeit highly inefficient by modern standards. It requires a constant supply of salt and a significant amount of manual labor to produce a paltry amount of ice."</w:t>
      </w:r>
    </w:p>
    <w:p/>
    <w:p>
      <w:r>
        <w:br/>
        <w:t>"Paltry?" Liam raised an eyebrow, a hint of amusement in his voice. "I seem to recall a story from my grandmother about how it was considered quite the marvel in its day. A source of immense pride for Elias Hayes, who apparently commissioned it himself. He used to boast about being able to serve ice-cold champagne even on the hottest summer days."</w:t>
      </w:r>
    </w:p>
    <w:p/>
    <w:p>
      <w:r>
        <w:br/>
        <w:t>Eleanor chewed thoughtfully. "Elias Hayes was certainly a man of… grand ambitions. The ledgers indicate a considerable expenditure on its installation and maintenance. However, the return on investment was, shall we say, negligible. It’s far more economical to purchase ice from the village."</w:t>
      </w:r>
    </w:p>
    <w:p/>
    <w:p>
      <w:r>
        <w:br/>
        <w:t>Liam chuckled. "Economical, yes. But does it have the same… panache? The sheer audacity of creating your own ice in the middle of nowhere, long before refrigeration was commonplace? That’s a story, Eleanor. That’s a statement."</w:t>
      </w:r>
    </w:p>
    <w:p/>
    <w:p>
      <w:r>
        <w:br/>
        <w:t>"It’s also a testament to the potential for excessive spending when historical context isn’t properly considered," she replied, her tone dry, but the corners of her mouth twitched.</w:t>
      </w:r>
    </w:p>
    <w:p/>
    <w:p>
      <w:r>
        <w:br/>
        <w:t>"And yet," Liam countered, leaning back on his elbows, his gaze fixed on the sun-drenched leaves, "you were the one who spent an hour poring over the schematics, deciphering the purpose of each individual lever. You weren't just cataloging it; you were… curious."</w:t>
      </w:r>
    </w:p>
    <w:p/>
    <w:p>
      <w:r>
        <w:br/>
        <w:t>Eleanor felt that familiar warmth prickle her skin. "Curiosity is a vital component of thorough research," she stated, trying to maintain a professional facade. "Understanding the ‘why’ behind an object often illuminates its historical context and its eventual decline."</w:t>
      </w:r>
    </w:p>
    <w:p/>
    <w:p>
      <w:r>
        <w:br/>
        <w:t>"Or," Liam said, turning his head to meet her gaze, his eyes sparkling with mischief, "perhaps you were secretly impressed by the sheer audacity of it all. Perhaps, just for a moment, you imagined yourself in your own ballgown, accepting a glass of ice-cold champagne, served by a butler who had personally coaxed ice from that magnificent, if impractical, machine."</w:t>
      </w:r>
    </w:p>
    <w:p/>
    <w:p>
      <w:r>
        <w:br/>
        <w:t>Eleanor couldn’t help it. A genuine laugh escaped her, surprising even herself. She took a sip of her coffee, her gaze meeting his. "The image is… amusing, Liam. But highly improbable. My focus remains on the practical realities of estate management."</w:t>
      </w:r>
    </w:p>
    <w:p/>
    <w:p>
      <w:r>
        <w:br/>
        <w:t>"And mine," he replied, his voice softening, the teasing edge giving way to a quieter sincerity, "is on the intangible realities. The stories that give these old stones life. The echoes of laughter and sorrow and ambition that fill these rooms. And I’m beginning to think," he paused, letting his words hang in the air between them, "that you’re starting to hear them too."</w:t>
      </w:r>
    </w:p>
    <w:p/>
    <w:p>
      <w:r>
        <w:br/>
        <w:t>His observation was so close to the truth that it left her momentarily speechless. He saw through her carefully constructed professional detachment, recognizing the nascent curiosity that was beginning to stir within her. The banter, it seemed, was not just a shield against awkwardness, but a bridge, a way to gently probe the boundaries of their unspoken attraction. It was a dance of wit and intellect, a prelude to something deeper, played out against the timeless backdrop of Havenwood. Each witty retort, each playful jab, was a subtle test, a way of gauging the other's reaction, of building a comfortable familiarity that was both professional and, increasingly, personal. The humor, she realized, was a sophisticated form of reconnaissance, allowing them to explore the territory of their burgeoning connection without the vulnerability of direct emotional expression. And with every shared laugh, every moment of playful sparring, Eleanor found herself wondering what lay beyond the carefully constructed facade, both for Liam, and for herself. The sparks, once fleeting and uncertain, were beginning to ignite into a steady, warming glow, fueled by the very words that were designed to keep them at bay.</w:t>
      </w:r>
    </w:p>
    <w:p/>
    <w:p>
      <w:r>
        <w:t>The relentless ticking of the grandfather clock in the great hall seemed to amplify the silence that had fallen between them. It was late afternoon, the kind of dreary, late-autumn day where the sky hung low and grey, threatening a perpetual twilight. Eleanor, usually so composed, felt a peculiar lassitude creeping into her bones. They had spent the better part of the morning wrestling with a particularly recalcitrant set of Elizabethan tapestries, their intricate threads fragile with age and prone to snagging. The sheer physical effort, coupled with the mental strain of cataloging each stitch and dye, had left her feeling drained.</w:t>
      </w:r>
    </w:p>
    <w:p>
      <w:r>
        <w:br/>
        <w:t>Liam, sensing her fatigue, had suggested a break, his voice softer than usual. He’d returned with two steaming mugs of tea, the fragrant aroma of Earl Grey a welcome counterpoint to the musty scent of the archive rooms. He’d settled onto a velvet-covered chaise lounge, his usual energetic posture replaced by a more relaxed lean. Eleanor, however, remained standing, tracing the faded floral pattern of a nearby rug with the toe of her sensible shoe, a small, almost imperceptible frown etched between her brows.</w:t>
      </w:r>
    </w:p>
    <w:p/>
    <w:p>
      <w:r>
        <w:br/>
        <w:t>“You alright, Eleanor?” Liam’s voice was a low murmur, devoid of its usual playful edge. He watched her, his gaze sharp and unexpectedly concerned. He’d seen her navigate complex historical conundrums with unwavering precision, her intellect a formidable force. He’d also witnessed her dry wit and her occasional, tightly controlled flashes of impatience when faced with inefficiency. But this quiet weariness, this subtle slump of her shoulders, was something new. It was a chink in the armor he hadn't anticipated.</w:t>
      </w:r>
    </w:p>
    <w:p/>
    <w:p>
      <w:r>
        <w:br/>
        <w:t>She shook her head, a small, almost imperceptible gesture, and then sighed, a sound that seemed to carry the weight of centuries of accumulated dust. “Just… tired,” she admitted, her voice barely a whisper. It was an oversimplification, she knew. It wasn’t just physical exhaustion. It was the gnawing frustration of a historical puzzle that refused to yield its secrets, the knowledge that there were gaps in the provenance, whispers of events hinted at but never fully explained in the estate’s fragmented records.</w:t>
      </w:r>
    </w:p>
    <w:p/>
    <w:p>
      <w:r>
        <w:br/>
        <w:t>Liam remained silent for a moment, letting her admission settle. He didn’t press, didn’t offer platitudes. He simply held her gaze, his expression a mixture of curiosity and a dawning understanding. He saw not the unflappable archivist, but a woman grappling with a burden, a subtle frustration that had, for a brief moment, broken through her carefully maintained composure. He found himself intrigued by this unguarded glimpse, a vulnerability that was far more compelling than her usual polished efficiency.</w:t>
      </w:r>
    </w:p>
    <w:p/>
    <w:p>
      <w:r>
        <w:br/>
        <w:t>He cleared his throat softly. “These tapestries are a beast, aren’t they? I swear, I felt like I was wrestling with a very old, very angry ghost for most of the morning.” He offered a small, tentative smile, a gesture of solidarity.</w:t>
      </w:r>
    </w:p>
    <w:p/>
    <w:p>
      <w:r>
        <w:br/>
        <w:t>Eleanor finally met his eyes, and a faint, almost reluctant smile touched her lips. “They are certainly… challenging. The degradation of the wool fibers is significant. And the dyes, some of them are so unstable, the slightest touch risks further damage.” She ran a hand over her temple, a gesture of unconscious weariness. “It’s like trying to decipher a dream once you wake up. The threads of the narrative are there, but the clarity is… elusive.”</w:t>
      </w:r>
    </w:p>
    <w:p/>
    <w:p>
      <w:r>
        <w:br/>
        <w:t>“Elusive, yes,” Liam echoed, nodding slowly. “But you’re still chasing it, aren’t you? Still trying to piece it all together.” He watched her closely, noting the way her eyes, usually so focused on the task at hand, seemed to drift, looking past him, as if seeing something in the shadows of the room. “What is it about this particular set that’s got you so… vexed?”</w:t>
      </w:r>
    </w:p>
    <w:p/>
    <w:p>
      <w:r>
        <w:br/>
        <w:t>She hesitated, her gaze flicking back to the tapestry-laden wall. “There’s a section,” she began, her voice lowering, “depicting a hunting scene. It’s meticulously rendered, every leaf, every feather. But there’s an anomaly. A figure, almost obscured by foliage, holding something… unusual. It doesn’t fit the iconography of the period, nor the known narrative of the Hayes family’s patronage of the arts. It’s a single detail, but it feels like a missing piece of a much larger puzzle. And the more I look, the less sense it makes.”</w:t>
      </w:r>
    </w:p>
    <w:p/>
    <w:p>
      <w:r>
        <w:br/>
        <w:t>Liam leaned forward, his earlier fatigue seemingly forgotten, replaced by a genuine interest. This was more than just an academic quibble; he could sense the passion, the underlying frustration of a scholar confronting an enigma. “A figure with something unusual? What do you mean, unusual?”</w:t>
      </w:r>
    </w:p>
    <w:p/>
    <w:p>
      <w:r>
        <w:br/>
        <w:t>Eleanor’s brow furrowed again, her mind clearly replaying the image. “It’s… metallic. And it has a strange, angular shape. Not a sword, not a spear, not any hunting implement I recognize. It’s almost… geometric. And the way it’s positioned, it’s as if the artist deliberately tried to conceal it, yet simultaneously draw attention to it. It’s contradictory.” She paused, her gaze distant. “It suggests something… anachronistic. Or perhaps a deliberate misdirection. And the materials indicate it’s not a natural element, not part of the hunting scene itself.”</w:t>
      </w:r>
    </w:p>
    <w:p/>
    <w:p>
      <w:r>
        <w:br/>
        <w:t>Liam watched her, captivated. He saw the flicker of intense concentration in her eyes, the subtle tightening of her jaw, signs of her intellect grappling with a problem. He recognized the look of a detective faced with an unsolvable clue, a historian confronted with a historical anomaly. And he saw, for the first time, a hint of something beyond pure academic pursuit in her fascination. It was a raw, almost desperate need to understand, a vulnerability that stemmed from her inability to conquer this particular piece of the past.</w:t>
      </w:r>
    </w:p>
    <w:p/>
    <w:p>
      <w:r>
        <w:br/>
        <w:t>“So, you’ve spent hours trying to identify it?” he asked, his voice gentle.</w:t>
      </w:r>
    </w:p>
    <w:p/>
    <w:p>
      <w:r>
        <w:br/>
        <w:t>She nodded, a slow, weary movement. “Days, Liam. I’ve cross-referenced every known artifact, every depiction of weaponry, even obscure agricultural tools. Nothing matches. It’s as if the artist invented it.” She let out another soft sigh, this one tinged with a hint of resignation. “It’s inefficient. A waste of time, really, when there are so many other cataloging tasks to complete. But I can’t… I can’t let it go.”</w:t>
      </w:r>
    </w:p>
    <w:p/>
    <w:p>
      <w:r>
        <w:br/>
        <w:t>Her admission hung in the air, a quiet confession of obsession, of a pursuit that had transcended mere professional duty. Liam saw a flicker of genuine distress in her eyes, a weariness that wasn't just physical, but deeply rooted in her intellectual frustration. It was a crack in her meticulously constructed facade of competence, a glimpse into the passionate, perhaps even obsessive, nature of her work. He realized that her dedication wasn’t just about ticking boxes and managing inventories; it was about unraveling mysteries, about bringing order to the chaos of the past. And sometimes, the past refused to be so easily tamed.</w:t>
      </w:r>
    </w:p>
    <w:p/>
    <w:p>
      <w:r>
        <w:br/>
        <w:t>He rose from the chaise, the worn velvet sighing beneath his weight. He walked over to the window, looking out at the darkening sky. “You know,” he said, his back to her, his voice thoughtful, “sometimes the most frustrating things are the most interesting. They’re the anomalies that make the rest of the picture come into focus.” He turned back to her, a soft smile playing on his lips. “Perhaps it wasn’t about fitting in with the rest of the scene. Perhaps it was about standing out. A deliberate statement, meant to be noticed by someone who understood.”</w:t>
      </w:r>
    </w:p>
    <w:p/>
    <w:p>
      <w:r>
        <w:br/>
        <w:t>Eleanor looked at him, a flicker of surprise in her eyes. His interpretation was a departure from her own analytical approach, a more narrative, almost intuitive, perspective. It wasn’t about identifying the object; it was about understanding its purpose within the broader context of communication, of intention.</w:t>
      </w:r>
    </w:p>
    <w:p/>
    <w:p>
      <w:r>
        <w:br/>
        <w:t>“A statement?” she mused, the word echoing in the quiet room.</w:t>
      </w:r>
    </w:p>
    <w:p/>
    <w:p>
      <w:r>
        <w:br/>
        <w:t>“Think about it,” Liam continued, stepping closer, his gaze steady. “If you wanted to send a message, a very specific message, to someone you knew would see it, you wouldn’t make it obvious to everyone. You’d weave it into the fabric of something familiar, something they were already looking at. A secret wink across centuries.” He paused, his eyes twinkling. “And what if that ‘unusual’ object wasn't meant to be recognized as a tool, but as a symbol? A symbol of something… unconventional?”</w:t>
      </w:r>
    </w:p>
    <w:p/>
    <w:p>
      <w:r>
        <w:br/>
        <w:t>Eleanor felt a strange stir within her, a reaction that was both intellectual and something else, something she couldn't quite define. Liam’s suggestion, so different from her own rigid methodology, offered a new avenue of thought, a fresh perspective that was both unsettling and exhilarating. He saw beyond the mere object, beyond the historical accuracy, and into the realm of human intention, of subtle communication.</w:t>
      </w:r>
    </w:p>
    <w:p/>
    <w:p>
      <w:r>
        <w:br/>
        <w:t>“A symbol,” she repeated, testing the word. She considered the intricate details of the tapestry, the subtle hints and hidden meanings that often resided within such elaborate works of art. Liam’s interpretation, while unorthodox, held a certain logic, a romanticized sensibility that was a stark contrast to her own pragmatism.</w:t>
      </w:r>
    </w:p>
    <w:p/>
    <w:p>
      <w:r>
        <w:br/>
        <w:t>“Exactly,” Liam said, his smile widening. “And perhaps that symbol was meant to be a key. A key to something else hidden within Havenwood. A story only a select few were meant to uncover.” He took another step closer, his presence filling the space between them. The air seemed to thicken, the unspoken tension that had been simmering beneath the surface of their interactions for weeks finally beginning to manifest. He saw the faint flush on her cheeks, the slight widening of her pupils, and he knew he had touched upon something real. This wasn’t just about a tapestry anymore. It was about the intricate, often hidden, narratives that existed between people, too.</w:t>
      </w:r>
    </w:p>
    <w:p/>
    <w:p>
      <w:r>
        <w:br/>
        <w:t>He reached out, his fingers lightly brushing a stray strand of hair from her cheek. The touch was brief, almost accidental, yet it sent a jolt through Eleanor. It was a moment of unexpected intimacy, a deviation from their established professional dance. He saw a flicker of surprise, and something akin to apprehension, in her eyes, but also a nascent curiosity that mirrored his own. The crack in her armor was widening, revealing not just frustration, but a deep-seated longing to understand, to connect with the stories that pulsed beneath the surface of Havenwood. And in that unguarded moment, Liam saw a reflection of his own fascination, a shared curiosity that transcended their professional roles. The unspoken question in his gaze was clear: what else lay hidden beneath her carefully cultivated composure?</w:t>
      </w:r>
    </w:p>
    <w:p/>
    <w:p>
      <w:r>
        <w:t>The muted afternoon light, filtered through the stained-glass windows of the library, cast an almost ethereal glow on the dusty tomes. Eleanor, her brow still furrowed from her earlier wrestle with the tapestry’s cryptic imagery, found her attention drawn to Liam’s focused energy. He had been poring over a collection of old estate ledgers, the brittle pages threatening to disintegrate with every turn. His usual breezy demeanor had been replaced by a quiet intensity, a stark contrast to the casual charm he often displayed. It was a side of him Eleanor was beginning to find… compelling.</w:t>
      </w:r>
    </w:p>
    <w:p>
      <w:r>
        <w:br/>
        <w:t>He had been tracing the financial records from the late 18th century, a period that seemed to hold a particular fascination for him. The entries were handwritten in a spidery script, a testament to an era where record-keeping was an art form, albeit a tedious one. Eleanor, having finally relinquished her obsessive focus on the tapestry’s anomaly, had drifted closer, drawn by the quiet hum of his concentration. The external plot, the overarching mystery of the Hayes family's hidden history, had taken a backseat for a moment, replaced by the immediate, tangible success of unearthing a small but significant detail.</w:t>
      </w:r>
    </w:p>
    <w:p/>
    <w:p>
      <w:r>
        <w:br/>
        <w:t>“It’s here,” Liam announced, his voice a low rumble that cut through the library’s hushed reverence. He tapped a specific entry with a slender finger, his eyes alight with a triumphant spark. “The purchase of ‘certain pigments and tinctures, for experimental use in artistic endeavors.’ Dated 1788. The timing aligns perfectly with the commission of the Hayes family portraits, the ones that were later deemed ‘unsuitable’ and stored away in the west wing.”</w:t>
      </w:r>
    </w:p>
    <w:p/>
    <w:p>
      <w:r>
        <w:br/>
        <w:t>Eleanor leaned in, her earlier weariness momentarily forgotten. The mention of “experimental use” and “unsuitable” portraits sent a shiver of anticipation down her spine. This was it – a tangible link, a breadcrumb trail leading them deeper into the labyrinth of Havenwood’s secrets. The anomaly on the tapestry, the cryptic symbols, the unexplained financial transactions – they were all beginning to coalesce, forming a pattern that was both intriguing and slightly unsettling.</w:t>
      </w:r>
    </w:p>
    <w:p/>
    <w:p>
      <w:r>
        <w:br/>
        <w:t>“Experimental pigments?” she echoed, her voice barely above a whisper. She ran a gloved finger over the faded ink, trying to decipher the archaic phrasing. “That could explain the unusual vibrancy and the unusual longevity of certain colors in those portraits. I’d always assumed it was a superior quality of paint, but the records indicated they were commissioned from a local supplier, not a renowned artist’s merchant.”</w:t>
      </w:r>
    </w:p>
    <w:p/>
    <w:p>
      <w:r>
        <w:br/>
        <w:t>Liam grinned, a genuine, unforced smile that crinkled the corners of his eyes. It was a rare sight, a glimpse of the man beneath the confident facade. “Exactly. And look at this next entry, a week later. ‘Expenses incurred for the discreet transport of several small, locked crates from the city, destination Havenwood.’ Discreet transport, Eleanor. That screams of something being… hidden.”</w:t>
      </w:r>
    </w:p>
    <w:p/>
    <w:p>
      <w:r>
        <w:br/>
        <w:t>A shared glance passed between them, a silent acknowledgment of their small victory. It wasn’t a grand revelation, no earth-shattering discovery that would rewrite history. But it was a piece of the puzzle, a solid, verifiable fact that corroborated their growing suspicions. The frustration that had been a constant companion for Eleanor that morning began to recede, replaced by a quiet satisfaction. They had, together, unearthed something significant.</w:t>
      </w:r>
    </w:p>
    <w:p/>
    <w:p>
      <w:r>
        <w:br/>
        <w:t>“It suggests a deliberate effort to conceal the nature of these materials,” Eleanor mused, her mind already racing with possibilities. “If they were simply paints, why the secrecy? Unless the ‘experimental use’ was something more… illicit, or perhaps even dangerous.”</w:t>
      </w:r>
    </w:p>
    <w:p/>
    <w:p>
      <w:r>
        <w:br/>
        <w:t>“Or perhaps,” Liam interjected, his tone taking on a speculative edge, “it was simply something the Hayes family didn’t want anyone else to know about. A private endeavor, a secret project that they funded with their own resources, away from prying eyes and public scrutiny.” He gestured to another line in the ledger. “And this recurring ‘account for specialized chemical compounds’ for the next five years… it’s a significant expenditure for mere artistic experimentation, wouldn’t you agree?”</w:t>
      </w:r>
    </w:p>
    <w:p/>
    <w:p>
      <w:r>
        <w:br/>
        <w:t>Eleanor nodded slowly, the pieces clicking into place with a satisfying thud. The “unsuitable” portraits, the secret deliveries, the ongoing purchase of specialized compounds – it all pointed towards a clandestine project, something far more complex than a simple artistic whim. The external plot was unfolding, revealing its intricate threads one by one, and she found herself not just observing, but actively participating in its unraveling.</w:t>
      </w:r>
    </w:p>
    <w:p/>
    <w:p>
      <w:r>
        <w:br/>
        <w:t>“It makes the anomaly on the tapestry even more pertinent,” she said, her voice gaining a new energy. “If they were experimenting with pigments and compounds, perhaps the figure on the tapestry isn’t holding a weapon or a tool at all. Perhaps it’s a representation of… a device. Something that utilized these experimental materials.”</w:t>
      </w:r>
    </w:p>
    <w:p/>
    <w:p>
      <w:r>
        <w:br/>
        <w:t>Liam’s eyes widened, a flicker of excitement mirroring her own. “A device? You mean, like a primitive scientific instrument? Or something… alchemical?”</w:t>
      </w:r>
    </w:p>
    <w:p/>
    <w:p>
      <w:r>
        <w:br/>
        <w:t>“The latter is more plausible, given the era and the clandestine nature of the purchases,” Eleanor conceded. “The fascination with the occult and esoteric sciences was prevalent in certain circles. If the Hayes family was involved in such pursuits, it would certainly explain their desire for secrecy. And it would also explain why certain portraits were deemed ‘unsuitable’ – perhaps they depicted something controversial, something that hinted at their forbidden knowledge.”</w:t>
      </w:r>
    </w:p>
    <w:p/>
    <w:p>
      <w:r>
        <w:br/>
        <w:t>He let out a low whistle, impressed by the leap of logic. “You’ve gone from a frustrating anomaly to a full-blown secret society in the space of ten minutes, Eleanor. I’m starting to understand why you’re so good at this.”</w:t>
      </w:r>
    </w:p>
    <w:p/>
    <w:p>
      <w:r>
        <w:br/>
        <w:t>The compliment, delivered with such genuine warmth, caught Eleanor off guard. She felt a faint blush creep up her neck, a reaction she hadn’t experienced in years, certainly not in a professional context. She usually deflected such praise, attributing her successes to meticulous research and logical deduction. But Liam’s acknowledgment felt different. It felt earned, a recognition of their shared effort.</w:t>
      </w:r>
    </w:p>
    <w:p/>
    <w:p>
      <w:r>
        <w:br/>
        <w:t>“It’s simply a matter of connecting the dots, Liam,” she said, though her voice lacked its usual crisp detachment. She met his gaze, a small, almost imperceptible smile touching her lips. “And you’ve provided a very significant dot to connect.”</w:t>
      </w:r>
    </w:p>
    <w:p/>
    <w:p>
      <w:r>
        <w:br/>
        <w:t>He returned the smile, a silent understanding passing between them. It was more than just professional courtesy; it was the dawning of a nascent respect, a grudging admiration for each other’s distinct but complementary skills. He had the intuition, the knack for seeing the broader narrative, while she possessed the rigorous intellect, the ability to dissect and analyze the minutiae. Together, they were a formidable team.</w:t>
      </w:r>
    </w:p>
    <w:p/>
    <w:p>
      <w:r>
        <w:br/>
        <w:t>“So,” Liam said, leaning back in his chair, the ledgers spread out before them, “if the Hayes family was dabbling in… let’s call it ‘esoteric science,’ what kind of experiments do you think they were conducting? And what does it have to do with the rest of the… shall we say, ‘unconventional’ happenings at Havenwood?”</w:t>
      </w:r>
    </w:p>
    <w:p/>
    <w:p>
      <w:r>
        <w:br/>
        <w:t>Eleanor’s gaze drifted back to the ledger, then to the imposing portraits that adorned the library walls, their eyes seeming to watch them with a silent, knowing gaze. The frustration from the morning had receded, replaced by a renewed sense of purpose. The external plot, once a distant, abstract puzzle, was now tangible, a web of interconnected clues that they were slowly, carefully, weaving together.</w:t>
      </w:r>
    </w:p>
    <w:p/>
    <w:p>
      <w:r>
        <w:br/>
        <w:t>“That,” she said, her voice filled with a quiet determination, “is what we need to find out.” She pointed to another entry, further down the page. “This mentions ‘specialized glasswork and metal components.’ It’s vague, but combined with the ‘chemical compounds,’ it paints a rather interesting picture. Perhaps we should see if we can locate any surviving examples of this ‘specialized glasswork’ in the estate’s inventory.”</w:t>
      </w:r>
    </w:p>
    <w:p/>
    <w:p>
      <w:r>
        <w:br/>
        <w:t>Liam’s eyes gleamed. “I like the way you think, Eleanor. Operation: Uncover the Hayes Family’s Secret Lab is officially underway.” He stood, stretching languidly. “I’ll head to the main archive. You can try cross-referencing the ‘specialized glasswork’ with the inventories for the outbuildings. The old workshop wing might be a good place to start. I seem to recall a rather peculiar collection of Victorian-era scientific equipment gathering dust there.”</w:t>
      </w:r>
    </w:p>
    <w:p/>
    <w:p>
      <w:r>
        <w:br/>
        <w:t>A shared sense of purpose, a palpable camaraderie, settled between them. The earlier tension, the subtle friction that had characterized their interactions, had been replaced by a comfortable synergy. They had achieved a small victory, a shared success that had, in its own quiet way, solidified their partnership. The external plot was no longer a solitary pursuit; it was a journey they were embarking on together, navigating its twists and turns with a growing sense of mutual trust and respect. The routine of Havenwood, once a monotonous backdrop, was now imbued with the thrill of discovery, each shared small victory a spark that illuminated the path ahead.</w:t>
      </w:r>
    </w:p>
    <w:p/>
    <w:p>
      <w:r>
        <w:br/>
        <w:t>As Eleanor moved towards the archive, her mind buzzed with renewed energy. The image of the figure on the tapestry, the metallic object held aloft, no longer seemed like a baffling anomaly, but rather a deliberate clue. The purchase of experimental pigments, the discreet deliveries of locked crates, the recurring expense of specialized compounds, the mention of specialized glasswork and metal components – it all began to coalesce into a coherent, albeit mysterious, narrative. The Hayes family, it seemed, had been engaged in something far more complex than mere art patronage. They had been engaged in a secret, perhaps even dangerous, pursuit.</w:t>
      </w:r>
    </w:p>
    <w:p/>
    <w:p>
      <w:r>
        <w:br/>
        <w:t>Liam had mentioned the old workshop wing, a vast, largely neglected area of the estate that housed an assortment of forgotten machinery and curiosities. It was the perfect place to begin searching for physical evidence of their experiments. Eleanor recalled seeing an incomplete inventory list for that wing during her initial orientation, a testament to its long-standing lack of attention. It was a daunting prospect, sifting through decades of accumulated detritus, but the thrill of the chase, the prospect of unearthing tangible proof of the Hayes family’s hidden endeavors, propelled her forward.</w:t>
      </w:r>
    </w:p>
    <w:p/>
    <w:p>
      <w:r>
        <w:br/>
        <w:t>She navigated the echoing corridors, the silence of the empty manor pressing in on her. The grand staircase, usually an imposing spectacle, now felt like a gateway to a forgotten realm. As she approached the entrance to the west wing, where the workshop was located, she couldn’t help but feel a prickle of anticipation. This was uncharted territory, both literally and figuratively.</w:t>
      </w:r>
    </w:p>
    <w:p/>
    <w:p>
      <w:r>
        <w:br/>
        <w:t>The workshop door groaned open, revealing a cavernous space filled with shadows and the faint scent of oil and metal. Dust motes danced in the shafts of light that pierced the grimy windows. Racks of tools, long since rusted and obsolete, lined the walls. Shelves overflowed with glass vials, their contents long evaporated, leaving behind only faint residues. In the center of the room, shrouded in a thick canvas tarp, stood a colossal, enigmatic contraption.</w:t>
      </w:r>
    </w:p>
    <w:p/>
    <w:p>
      <w:r>
        <w:br/>
        <w:t>Eleanor approached it cautiously, her heart hammering against her ribs. The tarp was heavy, and as she pulled it back, a gust of stale air filled her lungs. Beneath it lay a complex arrangement of brass tubing, glass spheres, and intricate gears. It was unlike anything she had ever seen, a steampunk-esque marvel of forgotten engineering. This was not merely a collection of old scientific equipment; it was a testament to a dedicated, perhaps obsessive, pursuit.</w:t>
      </w:r>
    </w:p>
    <w:p/>
    <w:p>
      <w:r>
        <w:br/>
        <w:t>Her eyes scanned the room, searching for any corresponding documentation, any ledgers or notebooks that might shed light on this peculiar apparatus. She found a heavy wooden chest tucked away in a corner, its latch surprisingly intact. With a sense of mounting excitement, she opened it. Inside, nestled amongst yellowed parchment and brittle paper, lay a series of leather-bound journals. The faded gold lettering on their spines read: “Havenwood Esoteric Society – Year of Our Lord 1790.”</w:t>
      </w:r>
    </w:p>
    <w:p/>
    <w:p>
      <w:r>
        <w:br/>
        <w:t>A thrill coursed through her. This was it. The missing link. The physical manifestation of the ‘experimental use’ Liam had uncovered in the ledgers. She carefully lifted the top journal, its pages brittle with age. The script within was similar to that of the estate ledgers, but more personal, more fervent. It detailed experiments with light, with energy, with what the author vaguely referred to as “transmutational forces.”</w:t>
      </w:r>
    </w:p>
    <w:p/>
    <w:p>
      <w:r>
        <w:br/>
        <w:t>She skimmed through the entries, her eyes widening with each revelation. The author, identified only as ‘Elias,’ described attempts to harness celestial energies, to refine raw materials into substances of unknown properties. There were diagrams of the apparatus in the workshop, detailed explanations of the ‘specialized glasswork’ and ‘metal components’ mentioned in the ledgers. And, most remarkably, there were references to a symbol, a unique sigil that appeared not only in the journals but also, Eleanor realized with a jolt, on the very tapestry she had been studying.</w:t>
      </w:r>
    </w:p>
    <w:p/>
    <w:p>
      <w:r>
        <w:br/>
        <w:t>The metallic object depicted in the hunting scene – it wasn't a weapon, nor a tool. It was a stylized representation of a focusing lens, a key component of Elias’s elaborate contraption. The ‘unusual’ nature of the object was its symbolic meaning, a coded reference to the esoteric experiments being conducted at Havenwood. The artist, commissioned to paint the Hayes family portraits, had been privy to these secrets and had woven the sigil into the tapestry as a subtle, almost hidden, testament to their clandestine society.</w:t>
      </w:r>
    </w:p>
    <w:p/>
    <w:p>
      <w:r>
        <w:br/>
        <w:t>As Eleanor immersed herself in the journals, the narrative of the external plot began to solidify with astonishing clarity. The Hayes family wasn't just a wealthy aristocratic lineage; they were part of a secret society, engaged in pursuits that were both revolutionary and potentially dangerous for their time. The ‘unsuitable’ portraits were not merely artistic failures, but rather veiled acknowledgments of their involvement, perhaps even depictions of their experiments or their esoteric beliefs.</w:t>
      </w:r>
    </w:p>
    <w:p/>
    <w:p>
      <w:r>
        <w:br/>
        <w:t>She found herself nodding in agreement with Elias’s musings, a strange sense of connection forming across the centuries. His intellectual curiosity, his relentless pursuit of knowledge, mirrored her own. It was a shared obsession, a common ground that transcended their different eras.</w:t>
      </w:r>
    </w:p>
    <w:p/>
    <w:p>
      <w:r>
        <w:br/>
        <w:t>Just then, the heavy workshop door creaked open again, and Liam stepped inside, a stack of dusty inventory sheets under his arm. He stopped short, his eyes widening as he took in the scene: Eleanor, illuminated by the dim light filtering through the windows, engrossed in a centuries-old journal, and the colossal, enigmatic apparatus dominating the center of the room.</w:t>
      </w:r>
    </w:p>
    <w:p/>
    <w:p>
      <w:r>
        <w:br/>
        <w:t>“Well,” he said, a slow smile spreading across his face, his voice filled with a mixture of awe and amusement, “it seems you found more than just ‘specialized glasswork.’ What have you stumbled upon here, Eleanor?”</w:t>
      </w:r>
    </w:p>
    <w:p/>
    <w:p>
      <w:r>
        <w:br/>
        <w:t>Eleanor looked up, a triumphant glint in her eyes. The weariness that had plagued her earlier was gone, replaced by a vibrant energy. She held up the journal, the faded sigil on its cover catching the light. “I believe,” she said, her voice resonating with a newfound confidence, “we’ve just uncovered the heart of the Havenwood Esoteric Society.”</w:t>
      </w:r>
    </w:p>
    <w:p/>
    <w:p>
      <w:r>
        <w:br/>
        <w:t>Liam walked over, his gaze sweeping across the intricate machinery, then returning to the journal in her hands. “Esoteric Society, huh? That explains a lot. So, the ‘experimental use’ wasn't just about pigments. It was about… this?” He gestured to the contraption.</w:t>
      </w:r>
    </w:p>
    <w:p/>
    <w:p>
      <w:r>
        <w:br/>
        <w:t>“Precisely,” Eleanor confirmed, her voice steady. “And the anomaly on the tapestry? It wasn’t an anomaly at all. It was a symbol, a key, that Elias himself designed. He was attempting to document their work, to leave a hidden record for those who might understand.” She tapped the journal. “And I think, Liam, we are those people.”</w:t>
      </w:r>
    </w:p>
    <w:p/>
    <w:p>
      <w:r>
        <w:br/>
        <w:t>A sense of shared accomplishment settled between them, a silent acknowledgment of their progress. The external plot, once a murky enigma, was now beginning to reveal its shape, its secrets laid bare by their combined efforts. The frustration had morphed into fascination, the tolerance into a burgeoning respect. They had not only found a tangible clue but had also forged a stronger partnership, their individual strengths weaving together to unravel the complex tapestry of Havenwood's hidden history. The routine of their days had been punctuated by this shared victory, a small but significant triumph that solidified their nascent alliance. The sparks that had begun to fly between them were no longer just fleeting moments of curiosity, but the glow of a shared quest, a collaborative endeavor that promised to illuminate the darkest corners of Havenwood.</w:t>
      </w:r>
    </w:p>
    <w:p/>
    <w:p>
      <w:r>
        <w:t>Eleanor found herself stealing glances at Liam more often than she cared to admit. It wasn’t a conscious effort, more a subtle magnetic pull that drew her attention whenever he was within her periphery. The library, once a sanctuary of quiet study, had become a stage where their individual performances were subtly scrutinized, each movement, each expression, a potential clue to the evolving narrative between them. She’d begun to notice the small, almost imperceptible things. The way his brow furrowed when he was deep in thought, a mirror of her own habitual habit. The gentle inclination of his head when he listened, not just waiting for his turn to speak, but truly absorbing what was being said.</w:t>
      </w:r>
    </w:p>
    <w:p>
      <w:r>
        <w:br/>
        <w:t>It was during a hushed conversation with Mrs. Gable, the estate’s archivist, that Eleanor witnessed a particularly telling interaction. Liam had been asking about the provenance of a certain set of antique gardening tools, his tone respectful, almost deferential. Mrs. Gable, a woman whose stern exterior was rarely softened, had actually smiled, a crinkling around her sharp eyes. She’d launched into a lengthy anecdote about how Liam, on his first few weeks at Havenwood, had noticed her struggling to replant a wilting rose bush near the main entrance. Without a word, he’d approached, assessed the situation with a quiet competence, and meticulously shown her a more effective way to support the delicate roots, using some of the very tools he was now inquiring about. He hadn’t sought recognition; he had simply seen a need and quietly addressed it. Eleanor felt a surprising warmth spread through her chest. It was a small act, easily overlooked, but it spoke volumes about the man Liam was when he wasn't engaged in their shared historical sleuthing. He possessed a grounded empathy, an awareness of the people around him that went beyond professional courtesy.</w:t>
      </w:r>
    </w:p>
    <w:p/>
    <w:p>
      <w:r>
        <w:br/>
        <w:t>Later that week, while sifting through some of the estate’s more mundane financial records in the servants’ quarters, Eleanor overheard a snippet of conversation between Liam and one of the groundskeepers, a gruff man named Arthur. Arthur was complaining about a persistent leak in the greenhouse roof, a problem that had apparently been ignored by previous caretakers. Liam listened patiently, his hands tucked into his pockets, his gaze steady. Instead of brushing it off or deferring it to someone else, he’d asked specific questions about the affected areas, the materials involved, and then, much to Arthur’s surprise, he’d simply said, “Tell you what, Arthur. I’ll take a look at it this weekend. I’ve got a bit of experience with that kind of thing, and it’ll be good to get out of these dusty rooms for a while.” Eleanor, unseen in the shadows of the adjacent room, felt a flicker of something akin to… admiration. It wasn't just his inherent kindness, but his willingness to get his hands dirty, to engage with the practicalities of maintaining the sprawling estate, that set him apart. It was a stark contrast to the image of a man solely interested in ancient manuscripts and historical enigmas. He was a man of action, capable and unpretentious.</w:t>
      </w:r>
    </w:p>
    <w:p/>
    <w:p>
      <w:r>
        <w:br/>
        <w:t>He also had a way of moving through Havenwood that felt ingrained, as if he belonged there in a way she, with her city-bred efficiency and her carefully curated professional persona, never could. He knew the names of the local tradespeople, understood the rhythms of the estate’s operations, and seemed to possess an innate understanding of its sprawling, complex history, not just the esoteric secrets they were currently unearthing. He spoke of the local flora with a surprising familiarity, pointing out rare species of moss growing on the north-facing walls, or identifying the calls of birds that flitted through the ancient oaks. It was as if Havenwood, with its layers of history and its quiet, almost melancholic beauty, had seeped into his very being.</w:t>
      </w:r>
    </w:p>
    <w:p/>
    <w:p>
      <w:r>
        <w:br/>
        <w:t>Conversely, Eleanor began to sense Liam observing her, not with the casual curiosity of a colleague, but with a growing perceptiveness. She noticed him watching her when she was engrossed in a particularly challenging piece of research, her brow furrowed in concentration, her lips moving silently as she pieced together fragments of information. He saw the way she’d meticulously organize her notes, the precise, almost ritualistic manner in which she handled fragile documents. He recognized the faint tremor in her hands when she’d uncovered something truly significant, a subtle tell that betrayed the controlled exterior she presented to the world.</w:t>
      </w:r>
    </w:p>
    <w:p/>
    <w:p>
      <w:r>
        <w:br/>
        <w:t>He’d also witnessed, on more than one occasion, the moments when her city polish seemed to wear thin. Once, after a particularly frustrating dead end in their research, she’d let out a sigh that was laced with a weariness that went deeper than mere intellectual fatigue. It was the sigh of someone carrying a burden, of someone who had perhaps spent too long chasing ghosts. He’d seen the subtle lines of strain around her eyes, the way she’d sometimes rub her temples as if warding off a persistent headache. He was beginning to see the person beneath the sharp intellect and the composed demeanor, a person who, he suspected, had navigated her own share of personal complexities.</w:t>
      </w:r>
    </w:p>
    <w:p/>
    <w:p>
      <w:r>
        <w:br/>
        <w:t>He’d found himself offering small gestures, almost unconsciously. A cup of tea left on her desk when he noticed she’d been working late. A quiet word of encouragement when she seemed particularly disheartened. He would find himself studying her reactions, the way her eyes would light up when she made a breakthrough, the way her shoulders would slump in defeat. He was intrigued by the intricate balance she struck between her formidable intellect and the underlying vulnerability she seemed determined to conceal. It was a fascinating dichotomy, and one he found himself increasingly drawn to.</w:t>
      </w:r>
    </w:p>
    <w:p/>
    <w:p>
      <w:r>
        <w:br/>
        <w:t>One crisp autumn afternoon, as they were examining a series of architectural drawings in the west wing, Eleanor paused, her gaze drifting to a framed photograph on a dusty side table. It depicted a younger Liam, laughing, surrounded by a group of boisterous-looking friends. He looked so different from the composed, focused man she knew now, so unburdened. She found herself wondering about his life before Havenwood, about the experiences that had shaped him.</w:t>
      </w:r>
    </w:p>
    <w:p/>
    <w:p>
      <w:r>
        <w:br/>
        <w:t>“That’s quite the collection of characters,” she commented, her voice carefully neutral, though a flicker of curiosity had ignited within her.</w:t>
      </w:r>
    </w:p>
    <w:p/>
    <w:p>
      <w:r>
        <w:br/>
        <w:t>Liam glanced at the photo, a faint smile touching his lips. “Those were the days,” he said, his tone wistful. “University friends. We thought we were invincible.” He then turned back to the architectural plans, but Eleanor noticed a subtle shift in his posture, a momentary withdrawal. It was as if a door had creaked open, revealing a glimpse of his past, only to be swiftly closed again.</w:t>
      </w:r>
    </w:p>
    <w:p/>
    <w:p>
      <w:r>
        <w:br/>
        <w:t>He, in turn, noticed the way Eleanor would sometimes absentmindedly trace the intricate patterns on the antique furniture, her fingers lingering on the carved wood as if seeking a connection to the past. He saw the subtle way she’d straighten her spine, an almost imperceptible act of self-correction, whenever she felt his gaze linger too long. It was as if she were constantly aware of being observed, of being judged, and was striving to maintain an impeccable facade.</w:t>
      </w:r>
    </w:p>
    <w:p/>
    <w:p>
      <w:r>
        <w:br/>
        <w:t>During a rare break in their intensive research, they found themselves taking a walk through the overgrown gardens. The air was cool and damp, carrying the scent of decaying leaves and damp earth. Eleanor, usually so focused and driven, seemed to momentarily let her guard down. She pointed out a particularly gnarled oak tree.</w:t>
      </w:r>
    </w:p>
    <w:p/>
    <w:p>
      <w:r>
        <w:br/>
        <w:t>“My grandmother had an oak tree like that,” she murmured, her voice soft, almost a whisper. “She used to tell me stories about it, about how it had stood for centuries, a silent witness to all that had transpired.” There was a faraway look in her eyes, a wistful longing that tugged at something within Liam. It was a fleeting glimpse of a more sentimental Eleanor, a side of her that was rarely, if ever, exposed. He realized then that her pursuit of history, her dedication to uncovering the past, was perhaps more than just a professional endeavor; it was a deeply personal quest, a way of connecting with something larger than herself, something enduring.</w:t>
      </w:r>
    </w:p>
    <w:p/>
    <w:p>
      <w:r>
        <w:br/>
        <w:t>He, too, found himself increasingly drawn to the unscripted moments. One evening, while working late in the library, a sudden storm had descended upon Havenwood, the wind howling like a banshee, rain lashing against the ancient windows. The power had flickered and died, plunging the vast room into an almost impenetrable darkness. Eleanor, startled, had let out a small gasp. Without a word, Liam had fumbled in his satchel and produced a small, powerful flashlight. He’d illuminated her worktable, the beam cutting through the oppressive gloom. As he held the light steady, their hands brushed. A jolt, electric and unexpected, passed between them. In that shared darkness, surrounded by the storm’s fury, Eleanor saw not just a colleague, but a man capable of quiet strength, of a protective instinct that went beyond the professional. She saw a flicker of something raw and genuine in his eyes, a reflection of her own surprised vulnerability.</w:t>
      </w:r>
    </w:p>
    <w:p/>
    <w:p>
      <w:r>
        <w:br/>
        <w:t>Liam, in turn, found himself noticing the subtle ways Eleanor’s meticulously constructed composure could falter. He’d seen her frustration when a particular line of inquiry led to a dead end, the slight slump of her shoulders betraying her disappointment. He’d also witnessed her quiet determination, the way she’d push past her fatigue, her eyes alight with a renewed resolve to uncover the truth. He recognized in her a similar drive, a relentless pursuit of knowledge that mirrored his own, albeit expressed in a different, more analytical manner. He was beginning to understand that beneath her polished exterior lay a complex individual, perhaps one who had faced her own share of challenges, and who found solace and purpose in the meticulous unraveling of historical enigmas.</w:t>
      </w:r>
    </w:p>
    <w:p/>
    <w:p>
      <w:r>
        <w:br/>
        <w:t>He found himself making small adjustments to his own routine, subtle shifts that acknowledged her presence. He’d ensure their coffee breaks coincided, offering a brief respite from their intensive work. He’d find excuses to linger near her workspace, offering a casual observation about a newly discovered document or a shared anecdote about a peculiar quirk of Havenwood’s history. He found a quiet satisfaction in these small interactions, in the gradual softening of their professional distance. He was starting to see her not just as a brilliant historian, but as a woman with a quiet strength, a hidden depth, and a weariness that suggested a life lived with more complexity than her outward presentation indicated.</w:t>
      </w:r>
    </w:p>
    <w:p/>
    <w:p>
      <w:r>
        <w:br/>
        <w:t>One afternoon, while cataloging some of the smaller artifacts unearthed from the groundskeeper’s cottage, Eleanor came across a child’s wooden spinning top, its paint faded but its form still intact. She picked it up, turning it over in her hands. A faint, almost imperceptible smile touched her lips, a wistful expression that Liam, from his position across the room, couldn't help but notice. It was a fleeting glimpse into a softer, more personal aspect of her personality, a stark contrast to the sharp, analytical mind she usually displayed. He realized then that her dedication to history wasn't just an intellectual pursuit; it was a profound connection, a way of understanding the human stories that lay buried beneath the layers of time.</w:t>
      </w:r>
    </w:p>
    <w:p/>
    <w:p>
      <w:r>
        <w:br/>
        <w:t>He, too, had begun to notice the subtle cracks in her carefully constructed city persona. He’d seen the way her jaw would tighten when she encountered a particularly frustrating piece of evidence, the almost imperceptible tremor in her hand when she’d been working for hours without a break. He’d also witnessed her quiet moments of reflection, the way she’d sometimes stare out of the library window, her gaze distant, as if lost in a world of her own making. It spoke of a certain weariness, a burden she carried that went beyond the demands of their current investigation. He suspected that her meticulous approach to research was, in part, a coping mechanism, a way of finding order and control in a world that might have offered her little of either.</w:t>
      </w:r>
    </w:p>
    <w:p/>
    <w:p>
      <w:r>
        <w:br/>
        <w:t>Their shared discoveries, their collaborative efforts, were weaving a new kind of connection between them, one that transcended the intellectual. It was built on unspoken observations, on shared silences, on the gradual unveiling of their individual complexities. The sparks that had ignited in the routine of Havenwood were beginning to glow, not with the heat of immediate passion, but with the steady warmth of growing awareness and a grudging, yet undeniable, respect. They were no longer just colleagues; they were becoming two individuals, each recognizing in the other a depth and a resilience that had been hidden beneath the surface, a shared understanding forged in the quiet corners of a historic estate.</w:t>
      </w:r>
    </w:p>
    <w:p/>
    <w:p>
      <w:r>
        <w:br w:type="page"/>
      </w:r>
    </w:p>
    <w:p>
      <w:pPr>
        <w:spacing w:before="5040"/>
        <w:jc w:val="center"/>
      </w:pPr>
      <w:r>
        <w:rPr/>
        <w:t xml:space="preserve"> Chapter 4: The Town's Secrets</w:t>
      </w:r>
    </w:p>
    <w:p>
      <w:r>
        <w:t>The air in Havenwood during the late autumn was thick with the scent of woodsmoke and decaying leaves, a scent that Eleanor found both comforting and a little melancholic. The pace of their research had picked up, the discovery of the hidden diary fragment in the library’s forgotten alcove spurring them on. Yet, amidst the intellectual intensity, the town itself continued to unfold its layers of quiet eccentricity. It was during a rare lull in their work, a brief respite before delving into the next phase of the investigation, that Eleanor first truly encountered the famed "Havenwood Howl."</w:t>
      </w:r>
    </w:p>
    <w:p>
      <w:r>
        <w:br/>
        <w:t>Liam had mentioned it in passing a few days prior, a vague reference to a local event, but Eleanor, engrossed in deciphering a particularly cryptic passage in the diary, had only half-heard him. Now, as dusk began to settle, painting the sky in hues of bruised purple and fiery orange, a low, mournful sound began to drift through the open windows of the estate. It started subtly, a single voice, then another, and soon, a chorus of what could only be described as synchronized wailing filled the air.</w:t>
      </w:r>
    </w:p>
    <w:p/>
    <w:p>
      <w:r>
        <w:br/>
        <w:t>“What in the world is that?” Eleanor asked, her head snapping up from the brittle pages of a centuries-old ledger. She had been meticulously cross-referencing property deeds, a task that required an almost monastic focus, and the sudden eruption of sound had startled her.</w:t>
      </w:r>
    </w:p>
    <w:p/>
    <w:p>
      <w:r>
        <w:br/>
        <w:t>Liam, who had been methodically sharpening a quill with a small, wicked-looking knife, looked up, a faint smile playing on his lips. “Ah,” he said, his voice calm, almost amused. “That would be the Havenwood Howl.”</w:t>
      </w:r>
    </w:p>
    <w:p/>
    <w:p>
      <w:r>
        <w:br/>
        <w:t>Eleanor blinked, a frown creasing her brow. “The Havenwood Howl? It sounds like a pack of distressed wolves.”</w:t>
      </w:r>
    </w:p>
    <w:p/>
    <w:p>
      <w:r>
        <w:br/>
        <w:t>“Close,” Liam chuckled, setting down the quill. “It’s a town tradition. Happens every year on the last full moon before the winter solstice. They say it’s to ward off the lingering spirits of summer, to officially usher in the lean months. Or, as some of the older folks put it, to let the earth know we’re ready for a good long nap.” He rose and walked to the window, peering out into the twilight. “Everyone in town participates. They gather in the town square, and at precisely sunset, they just… howl.”</w:t>
      </w:r>
    </w:p>
    <w:p/>
    <w:p>
      <w:r>
        <w:br/>
        <w:t>Eleanor stood, drawn to the window beside him. Below, in the darkening garden, she could see the faint glow of lanterns being lit around the perimeter of Havenwood village, a cluster of lights visible through the skeletal branches of the trees. The wailing, now a sustained chorus, seemed to grow in intensity, a primal, resonant sound that vibrated in her chest. It was unlike anything she had ever witnessed. In the bustling city she called home, traditions were often more formalized, more contained – a parade, a festival with designated performers, a historical reenactment. This, however, was raw, uninhibited.</w:t>
      </w:r>
    </w:p>
    <w:p/>
    <w:p>
      <w:r>
        <w:br/>
        <w:t>“So, everyone… just howls?” she asked, still struggling to comprehend the sheer communal nature of it.</w:t>
      </w:r>
    </w:p>
    <w:p/>
    <w:p>
      <w:r>
        <w:br/>
        <w:t>“Everyone who’s willing,” Liam clarified. “The children usually start it, giggling at first, then it builds. The older generation tends to be more dramatic with it, really putting their lungs into it. It’s a bit of a spectacle, I’ll admit. And certainly a bit bizarre to outsiders.” He glanced at her, his eyes twinkling. “You look utterly bewildered.”</w:t>
      </w:r>
    </w:p>
    <w:p/>
    <w:p>
      <w:r>
        <w:br/>
        <w:t>Eleanor couldn’t deny it. Her initial reaction was a mixture of fascination and a distinct sense of being out of her depth. She was a historian, accustomed to analyzing events from a distance, to dissecting motivations and understanding societal shifts through empirical evidence. This was… an emotional, visceral expression of community. “Bewildered is an understatement, Liam. It’s… certainly a unique way to mark the changing seasons. Do you participate?”</w:t>
      </w:r>
    </w:p>
    <w:p/>
    <w:p>
      <w:r>
        <w:br/>
        <w:t>Liam’s smile widened. “I’ve participated a few times. When I first came to Havenwood, it was quite the initiation. Old Mr. Abernathy, who’s been the town’s unofficial mayor for fifty years, practically dragged me to the square. Said a proper Havenwood resident had to experience the Howl at least once.” He paused, a thoughtful expression crossing his face. “It’s actually quite cathartic, in its own way. There’s a strange sense of release in just letting go and making… that noise.”</w:t>
      </w:r>
    </w:p>
    <w:p/>
    <w:p>
      <w:r>
        <w:br/>
        <w:t>He turned from the window, his gaze meeting hers. “Would you like to see it? Up close? It’s only about a ten-minute walk to the square.”</w:t>
      </w:r>
    </w:p>
    <w:p/>
    <w:p>
      <w:r>
        <w:br/>
        <w:t>Eleanor hesitated. Her instincts urged her to return to the dusty ledgers, to the tantalizing clues hidden within the estate’s history. But a different, newer instinct, one that had been growing with each shared moment with Liam, pulled her in another direction. She had come to Havenwood seeking answers about the past, but lately, she found herself increasingly curious about the present, about the people who inhabited this strange, enchanting place, and about the man who seemed to navigate its peculiar currents with such ease.</w:t>
      </w:r>
    </w:p>
    <w:p/>
    <w:p>
      <w:r>
        <w:br/>
        <w:t>“I… I suppose I should. It’s part of understanding the town, isn’t it?” she said, her voice betraying a hint of her usual academic justification, though her heart was doing a rather unacademic flutter.</w:t>
      </w:r>
    </w:p>
    <w:p/>
    <w:p>
      <w:r>
        <w:br/>
        <w:t>Liam’s smile was genuine, a warmth that reached his eyes. “Precisely. And besides,” he added, lowering his voice conspiratorially, “you haven’t truly lived until you’ve heard Mrs. Gable, our esteemed archivist, unleash a full-throated howl. It’s a sound that can curdle milk at fifty paces.”</w:t>
      </w:r>
    </w:p>
    <w:p/>
    <w:p>
      <w:r>
        <w:br/>
        <w:t>The walk to the town square was a journey through a different world. The single-lane road, usually quiet and deserted, was now dotted with figures heading in the same direction, silhouetted against the deepening twilight. Families walked hand-in-hand, children skipping ahead, their excited chatter mingling with the distant wailing. The scent of woodsmoke intensified, now joined by the comforting aroma of baking bread and mulled cider. It was clear that this was not just an event; it was a community ritual, a shared experience that bound the residents of Havenwood together.</w:t>
      </w:r>
    </w:p>
    <w:p/>
    <w:p>
      <w:r>
        <w:br/>
        <w:t>As they approached the square, the sound of the Howl grew exponentially louder, a cacophony of human voices, each unique yet unified in their purpose. Lanterns cast a warm, flickering glow, illuminating the faces of the gathered townsfolk. They were a diverse bunch – farmers in worn overalls, shopkeepers in their Sunday best, children with rosy cheeks and wide eyes, all crammed together, their breath misting in the cool air.</w:t>
      </w:r>
    </w:p>
    <w:p/>
    <w:p>
      <w:r>
        <w:br/>
        <w:t>Eleanor found herself momentarily overwhelmed by the sheer energy of the scene. It was a vibrant, unpretentious gathering, a far cry from the hushed reverence of the estate library. She felt a pang of her usual self-consciousness, a familiar urge to shrink into herself, to observe from the periphery. But Liam, sensing her hesitation, offered a reassuring smile and gently nudged her forward.</w:t>
      </w:r>
    </w:p>
    <w:p/>
    <w:p>
      <w:r>
        <w:br/>
        <w:t>“Don’t worry,” he whispered, his voice barely audible above the din. “No one expects you to join in unless you want to. Just observe. And try not to laugh too loudly if Silas the butcher gets carried away. He’s got a voice like a foghorn.”</w:t>
      </w:r>
    </w:p>
    <w:p/>
    <w:p>
      <w:r>
        <w:br/>
        <w:t>They found a spot near the edge of the square, close enough to feel the vibrations of the collective sound, yet far enough to avoid being swept up in the immediate fervor. Eleanor watched, utterly captivated. The Howl began anew, a fresh wave of vocalization sweeping through the crowd. It wasn't a mournful sound, as she had first perceived it. There was a wildness to it, a freedom, a letting go of the day-to-day worries and constraints. It was a sound of pure, unadulterated expression.</w:t>
      </w:r>
    </w:p>
    <w:p/>
    <w:p>
      <w:r>
        <w:br/>
        <w:t>She saw old Mrs. Gable, the formidable archivist, standing with her arms crossed, her normally severe expression softened by a strange, almost ecstatic joy. Her howl, while indeed powerful, was punctuated by a distinct yodel that made Silas the butcher’s foghorn sound positively delicate. Eleanor couldn't help but stifle a giggle. Liam nudged her gently. “Told you.”</w:t>
      </w:r>
    </w:p>
    <w:p/>
    <w:p>
      <w:r>
        <w:br/>
        <w:t>Liam himself seemed to relax, his earlier professional demeanor melting away. He wasn’t just an observer; he was a part of this. He pointed out different individuals, sharing snippets of their lives with Eleanor – the baker who always howled the loudest, the young couple who had met during last year’s Howl, the retired schoolteacher who claimed her howls could be heard all the way to the next county.</w:t>
      </w:r>
    </w:p>
    <w:p/>
    <w:p>
      <w:r>
        <w:br/>
        <w:t>“It’s a way of shedding,” Liam explained, his voice filled with a genuine affection for his adopted town. “Shedding the frustrations of the past year, the anxieties about the coming winter. It’s about communal release. And it’s about togetherness. When everyone is howling, everyone is… connected.”</w:t>
      </w:r>
    </w:p>
    <w:p/>
    <w:p>
      <w:r>
        <w:br/>
        <w:t>Eleanor watched the faces around her, the expressions of pure, uninhibited emotion. She saw laughter, tears, exhilaration, all mixed together in this strange, beautiful sonic tapestry. She, who had always prided herself on her analytical detachment, found herself feeling a curious pull, a longing to join in. It was a feeling she hadn't anticipated, a softening of her own carefully constructed walls.</w:t>
      </w:r>
    </w:p>
    <w:p/>
    <w:p>
      <w:r>
        <w:br/>
        <w:t>“It’s… powerful,” she admitted, her voice hushed with awe. “I’ve never seen anything like it.”</w:t>
      </w:r>
    </w:p>
    <w:p/>
    <w:p>
      <w:r>
        <w:br/>
        <w:t>“Havenwood has its ways,” Liam said, his gaze resting on her for a moment, a look of understanding in his eyes. “It’s a town that thrives on its quirks. It’s part of its charm. And its secret.” He smiled. “You’re beginning to see some of those secrets, aren’t you?”</w:t>
      </w:r>
    </w:p>
    <w:p/>
    <w:p>
      <w:r>
        <w:br/>
        <w:t>As the Howl began to wind down, replaced by cheerful chatter and the clinking of mugs as people shared drinks, Eleanor felt a profound shift within her. Her initial bewilderment had given way to a genuine appreciation. She had come to Havenwood seeking historical truths, but she was discovering something equally valuable – the truth of human connection, of community, of the simple, joyful act of collective expression. And as Liam stood beside her, a silent, understanding presence, she realized that perhaps, in unraveling the town’s quirky traditions, she was also beginning to unravel a part of herself. The intellectual puzzle of the estate was still paramount, but the human element, the vibrant, eccentric heart of Havenwood, was proving to be just as compelling. She felt a surprising sense of belonging, a feeling that transcended her status as an outsider, and it was a feeling she owed, in no small part, to Liam’s gentle guidance. He had not only explained the tradition; he had made her feel welcome within it. The Howl had been a strange, wonderful initiation, a reminder that even in the most meticulously researched past, the present held its own powerful, and sometimes howling, revelations. The journey into Havenwood's secrets was proving to be far more layered, and far more human, than she had ever anticipated. The palpable sense of community, the shared laughter and the lingering echoes of the howl, left her with a warmth that had nothing to do with the cooling autumn air and everything to do with the unexpected connections she was forging. It was a stark contrast to the solitary nature of her usual research, a reminder that history wasn't just found in dusty manuscripts; it was lived, and sometimes, howled, by the people who breathed life into the places that held its echoes.</w:t>
      </w:r>
    </w:p>
    <w:p/>
    <w:p>
      <w:r>
        <w:t>The air in Havenwood, thick with the scent of woodsmoke and decaying leaves, had previously held a comforting melancholy for Eleanor. The discovery of the diary fragment had ignited their research, but it was the bizarre communal ritual of the Havenwood Howl that had unexpectedly softened her academic detachment. Liam, her enigmatic companion, had navigated her through this peculiar tradition, revealing a layer of the town’s character that transcended historical records. His easy integration into the town’s eccentricities, his quiet amusement at her bewilderment, and the shared experience of the howl had subtly shifted her perspective, weaving a thread of personal curiosity into her historical investigation. She’d begun to see Havenwood not just as a repository of past secrets, but as a living, breathing entity, its present pulse as captivating as its history. The contrast between her solitary research and Liam’s connected existence had fostered a nascent sense of belonging, a feeling that surprised and intrigued her. The howl, in its raw, uninhibited expression, had been an initiation into this human element, a reminder that history was not just etched in stone and ink, but vibrantly lived by the people who inhabited its echoes. Liam’s presence had been a steady anchor, his understanding gaze a silent invitation to explore this evolving landscape of human connection alongside the unraveling mysteries of the estate.</w:t>
      </w:r>
    </w:p>
    <w:p>
      <w:r>
        <w:br/>
        <w:t>The following morning dawned with a crispness that hinted at the approaching winter, a stark contrast to the emotional warmth Eleanor had felt the previous evening. The lingering exhilaration from the Howl had begun to recede, replaced by the familiar hum of their research. They were engrossed in a new section of the estate’s archives, a collection of brittle, leather-bound ledgers detailing the estate’s finances from the mid-18th century. The meticulous entries, a testament to painstaking record-keeping, offered a granular view of the wealth and operations of the Blackwood family. Liam, with his uncanny ability to spot anomalies, was meticulously cross-referencing entries with shipping manifests unearthed from a damp, forgotten trunk in the cellar. Eleanor, meanwhile, was poring over property deeds, piecing together the intricate web of land ownership that had expanded and contracted over the generations. The rhythmic scratch of their quills and the rustle of parchment filled the grand study, a sound that had become the soundtrack to their shared pursuit.</w:t>
      </w:r>
    </w:p>
    <w:p/>
    <w:p>
      <w:r>
        <w:br/>
        <w:t>Suddenly, Liam paused, his quill hovering over a ledger. His brow furrowed, a sure sign that he had encountered something out of the ordinary. “Eleanor,” he began, his voice measured, “look at this. The acquisition of the Oakhaven estate. It’s dated 1762. Now, according to Mrs. Gable’s preliminary notes on the Oakhaven lineage, that property wasn't officially purchased by the Blackwoods until 1765. There’s a three-year discrepancy.”</w:t>
      </w:r>
    </w:p>
    <w:p/>
    <w:p>
      <w:r>
        <w:br/>
        <w:t>Eleanor, who had been lost in the labyrinthine details of a land survey from 1770, looked up. “Three years? Are you certain? Perhaps it was a preliminary agreement, a leasehold before full ownership transferred?” Her historian’s mind immediately sought logical explanations, attempting to reconcile the apparent contradiction.</w:t>
      </w:r>
    </w:p>
    <w:p/>
    <w:p>
      <w:r>
        <w:br/>
        <w:t>“That’s what I thought at first,” Liam conceded, tapping the ledger. “But the phrasing here is quite explicit: ‘purchased and taken possession of.’ It implies a complete transaction. And there’s no mention of any lease or holding period in the accompanying accounts. In fact, this ledger shows significant expenditure related to improvements on the Oakhaven lands beginning immediately after this 1762 date, as if they had already assumed full control.”</w:t>
      </w:r>
    </w:p>
    <w:p/>
    <w:p>
      <w:r>
        <w:br/>
        <w:t>He pushed the ledger across the polished oak table. Eleanor leaned in, her eyes scanning the neat, spidery script. The figures were substantial, detailing payments for timber, stone, and labor. It was undeniably consistent with full ownership, not a temporary arrangement. “That’s… peculiar. Mrs. Gable is usually so precise. I’ll have to double-check her initial Oakhaven documentation. But if this ledger is accurate, it suggests the Blackwoods had control of Oakhaven three years before it was legally theirs. That implies a clandestine or perhaps even an illicit acquisition.”</w:t>
      </w:r>
    </w:p>
    <w:p/>
    <w:p>
      <w:r>
        <w:br/>
        <w:t>As Eleanor began to formulate a plan to cross-reference the Blackwood ledgers with any available public records pertaining to Oakhaven from that period, a sudden, sharp rapping echoed through the study. It wasn’t the polite knock of a servant, nor the familiar cadence of Mrs. Gable delivering fresh tea. This was urgent, insistent. Liam exchanged a glance with Eleanor, his gaze sharp and questioning. He rose and moved towards the heavy oak door, his movements fluid and economical.</w:t>
      </w:r>
    </w:p>
    <w:p/>
    <w:p>
      <w:r>
        <w:br/>
        <w:t>He opened it to reveal Thomas Abernathy, the jovial, if somewhat formidable, owner of the village’s general store, his face etched with a concern that had replaced his usual rosy cheer. He was clutching a folded piece of paper, his knuckles white. “Mr. Thorne, Miss Vance,” Abernathy began, his voice uncharacteristically strained. “I’m afraid there’s been… a development. Something rather unfortunate.”</w:t>
      </w:r>
    </w:p>
    <w:p/>
    <w:p>
      <w:r>
        <w:br/>
        <w:t>“What is it, Thomas?” Liam asked, his tone calm but his eyes betraying a flicker of apprehension.</w:t>
      </w:r>
    </w:p>
    <w:p/>
    <w:p>
      <w:r>
        <w:br/>
        <w:t>“It’s about the Oakhaven road,” Abernathy continued, his gaze darting between Liam and Eleanor. “The bridge, you see. The old stone bridge that crosses Willow Creek, the one that connects Oakhaven to the rest of the valley. It’s gone. Collapsed sometime last night. Completely washed away by the creek, or so it looks. The entire span.”</w:t>
      </w:r>
    </w:p>
    <w:p/>
    <w:p>
      <w:r>
        <w:br/>
        <w:t>Eleanor’s breath hitched. The Oakhaven road was the only viable route connecting the Oakhaven estate to the outside world, aside from the heavily wooded, impassable trails that riddled the Blackwood lands. It was the lifeline for supplies, for communication, for anything needing to enter or leave the estate. “Gone? The entire bridge?” she echoed, the implications dawning on her.</w:t>
      </w:r>
    </w:p>
    <w:p/>
    <w:p>
      <w:r>
        <w:br/>
        <w:t>“Aye, completely,” Abernathy confirmed, his voice heavy. “The stream’s been swollen with the recent rains, but nothing like this. It’s as if it just… disintegrated. The mayor’s been notified, of course, but with the bridge out, Oakhaven is effectively cut off. No one can get in or out by vehicle. And it’ll be weeks, months, before they can even begin to think about rebuilding. Not with this weather.”</w:t>
      </w:r>
    </w:p>
    <w:p/>
    <w:p>
      <w:r>
        <w:br/>
        <w:t>Liam’s jaw tightened, his earlier concern solidifying into something more serious. “The Oakhaven bridge… that’s significant. We’ve been relying on that road for deliveries, and for our own access to certain archives in Oakhaven itself. Mrs. Gable mentioned a secondary archive of Blackwood correspondence located there, hadn’t she?”</w:t>
      </w:r>
    </w:p>
    <w:p/>
    <w:p>
      <w:r>
        <w:br/>
        <w:t>“She had,” Eleanor confirmed, her mind racing. “Letters, journals… potentially crucial to understanding the Oakhaven acquisition and other matters. If Oakhaven is cut off, accessing those archives just became a monumental task. We might not be able to get to them at all, not for a considerable time.” The historical puzzle had just become immeasurably more complex.</w:t>
      </w:r>
    </w:p>
    <w:p/>
    <w:p>
      <w:r>
        <w:br/>
        <w:t>Abernathy nodded grimly. “And it’s not just your research, Mr. Thorne, Miss Vance. There are a few families who live out on the Oakhaven side of the creek. Elderly couples, mostly. They’re effectively stranded. No way to get their provisions, no way for a doctor to reach them if needed. It’s a real predicament.” He handed the folded paper to Liam. “This is a notice from the mayor’s office. They’re asking for volunteers to help assess the situation on the Oakhaven side, and to see if any non-vehicular access can be established. I thought you both might… well, given your interest in the area, you might want to know.”</w:t>
      </w:r>
    </w:p>
    <w:p/>
    <w:p>
      <w:r>
        <w:br/>
        <w:t>Liam unfolded the paper, his eyes scanning the official notice. “Thank you, Thomas. We appreciate the heads-up. This is certainly… inconvenient timing.” He looked at Eleanor, a new layer of challenge in his gaze. The clandestine acquisition of Oakhaven, now compounded by its sudden inaccessibility, felt like more than a coincidence. “It seems our understanding of the Blackwood estate’s history has just become significantly more complicated. And potentially more dangerous.”</w:t>
      </w:r>
    </w:p>
    <w:p/>
    <w:p>
      <w:r>
        <w:br/>
        <w:t>The collapse of the Oakhaven bridge was more than just an inconvenience; it was an abrupt and alarming halt to their meticulously planned research. The secondary archive, containing what they believed to be vital correspondence, was now unreachable. This meant that their established timeline was obsolete, their progress stalled by an act of nature, or was it? The suspicious timing of the bridge’s collapse, so soon after their discovery of the potential illicit acquisition of Oakhaven, gnawed at Eleanor. It felt too coincidental to be mere chance. The Blackwood family, it seemed, had a talent for creating obstacles, even from beyond the grave.</w:t>
      </w:r>
    </w:p>
    <w:p/>
    <w:p>
      <w:r>
        <w:br/>
        <w:t>“We need to find an alternative route,” Eleanor stated, her voice firm, though a tremor of unease ran beneath it. “There must be some way to reach Oakhaven, even if it’s on foot.” Her academic mind, ever resilient, immediately began to strategize. The land was rough, unchartered in places, but they had already navigated more than their fair share of overgrown paths and forgotten trails during their explorations of the Blackwood estate.</w:t>
      </w:r>
    </w:p>
    <w:p/>
    <w:p>
      <w:r>
        <w:br/>
        <w:t>Liam nodded, his expression thoughtful. “There are old logging trails, I recall mention of them in some of the estate maps. They’re likely overgrown and treacherous, especially after the rain, but they might be our only option. It would mean leaving the vehicles behind and packing supplies for an extended trek. And the creek itself… Willow Creek can be deceptively powerful, even when it’s not in flood.”</w:t>
      </w:r>
    </w:p>
    <w:p/>
    <w:p>
      <w:r>
        <w:br/>
        <w:t>The prospect of a difficult, potentially dangerous trek through unfamiliar territory raised the stakes considerably. Their previously structured research had now become an expedition, demanding physical endurance and resourcefulness in equal measure. Eleanor, who had embraced the intellectual challenge of the estate, now found herself facing a more primal, immediate problem. This wasn’t about deciphering old ink; it was about traversing a physical landscape that seemed determined to keep its secrets.</w:t>
      </w:r>
    </w:p>
    <w:p/>
    <w:p>
      <w:r>
        <w:br/>
        <w:t>“How far is Oakhaven from here, if we were to take those logging trails?” Eleanor asked, already mentally cataloging the supplies they would need. Food, water purification, first-aid, sturdy footwear – the list began to form, a stark reminder of the shift in their focus.</w:t>
      </w:r>
    </w:p>
    <w:p/>
    <w:p>
      <w:r>
        <w:br/>
        <w:t>“It’s a significant distance,” Liam admitted, his gaze distant, as if tracing the route in his mind. “Several miles, winding through dense woodland. The direct route across the bridge was probably less than a mile from the estate’s edge. This will be more like ten, if not more. And we’d need to be sure of the terrain. There could be fallen trees, sinkholes, hidden ravines.” He paused, a hint of concern entering his voice. “It’s not exactly a casual stroll. It’s a commitment.”</w:t>
      </w:r>
    </w:p>
    <w:p/>
    <w:p>
      <w:r>
        <w:br/>
        <w:t>The commitment was palpable. It meant diverting all their energy and resources, not just to historical research, but to a physical journey that was entirely unplanned. It also meant a greater reliance on each other. Eleanor possessed a sharp analytical mind, adept at piecing together fragmented information, but Liam’s practical knowledge of the local terrain, his understanding of the woods, and his evident strength were now invaluable assets. Their interdependence, which had been subtly growing with each shared discovery and late-night conversation, was about to be tested in a far more direct and demanding way.</w:t>
      </w:r>
    </w:p>
    <w:p/>
    <w:p>
      <w:r>
        <w:br/>
        <w:t>“We have to try,” Eleanor insisted, her voice unwavering. “That archive in Oakhaven is crucial. We can’t just abandon it. And there are those families stranded. We have a responsibility, both as researchers investigating this estate and as people who can potentially help.” Her sense of duty, a driving force in her academic pursuits, now extended to the immediate needs of the community.</w:t>
      </w:r>
    </w:p>
    <w:p/>
    <w:p>
      <w:r>
        <w:br/>
        <w:t>Liam met her gaze, a flicker of respect in his eyes. “I understand. And I agree. It’s just that this complication changes everything. We’ll need to be prepared for… well, for anything. The Blackwoods were not known for their straightforward dealings. If they acquired Oakhaven through less than legitimate means, and now the access is suddenly severed, it’s hard to shake the feeling that this isn’t entirely accidental.”</w:t>
      </w:r>
    </w:p>
    <w:p/>
    <w:p>
      <w:r>
        <w:br/>
        <w:t>His suspicion hung in the air, a dark cloud over their plans. The historical mystery had taken a sharp turn into the realm of the potentially deliberate. “You think someone might have… caused the bridge to collapse?” Eleanor asked, the thought chilling her.</w:t>
      </w:r>
    </w:p>
    <w:p/>
    <w:p>
      <w:r>
        <w:br/>
        <w:t>“It’s a possibility we can’t ignore,” Liam replied, his voice low. “The creek is swollen, yes, but a complete collapse of a stone bridge built to withstand significant force… it suggests either extreme structural weakness that went unnoticed, or deliberate sabotage. Given the timing, the latter seems more plausible.”</w:t>
      </w:r>
    </w:p>
    <w:p/>
    <w:p>
      <w:r>
        <w:br/>
        <w:t>This added a new, unsettling dimension to their investigation. They weren’t just uncovering historical secrets; they were potentially stepping into a present-day danger, a situation where someone might be actively trying to prevent them from reaching Oakhaven. The town’s tight-knit community, which had previously offered comfort and unexpected solutions, might also harbor individuals who wished to keep certain secrets buried. Havenwood, with its cloistered nature and long-held traditions, could indeed hold solutions, but it could also conceal threats.</w:t>
      </w:r>
    </w:p>
    <w:p/>
    <w:p>
      <w:r>
        <w:br/>
        <w:t>“If someone deliberately brought down the bridge, they’re clearly trying to isolate Oakhaven,” Eleanor mused, pacing the study. “Why? What secrets are they so desperate to protect out there? And what connection does it have to the Blackwood family’s supposed acquisition of the property?”</w:t>
      </w:r>
    </w:p>
    <w:p/>
    <w:p>
      <w:r>
        <w:br/>
        <w:t>Liam picked up the estate map, spreading it out on the table. His finger traced a faint, dotted line through the dense woodland. “These old logging trails are our best bet. They were used decades ago, likely abandoned since. We’ll have to rely on the map and our instincts. It won’t be easy, but I believe we can make it.” He looked up, his expression resolute. “We’ll need to pack light but efficiently. Provisions for at least two days, water purification tablets, a compass, and a good first-aid kit. And we’ll need to be cautious. If this was an act of sabotage, whoever did it might still be watching.”</w:t>
      </w:r>
    </w:p>
    <w:p/>
    <w:p>
      <w:r>
        <w:br/>
        <w:t>The weight of the situation settled heavily upon Eleanor. Her carefully constructed world of historical inquiry had been abruptly thrust into the unpredictable reality of the present. The intellectual pursuit had become a physical endeavor, fraught with potential peril. Yet, as she looked at Liam, his determination a steady beacon, she felt a surge of resolve. The allure of the unknown, the drive to uncover the truth, was stronger than her apprehension. This unforeseen complication had not defeated them; it had merely reshaped their path, forcing them to rely on each other in ways they hadn’t anticipated, and revealing just how deeply intertwined the past and present of Havenwood truly were. The secrets of Oakhaven were now further removed, and potentially more fiercely guarded, than ever before, making their journey to uncover them all the more critical.</w:t>
      </w:r>
    </w:p>
    <w:p/>
    <w:p>
      <w:r>
        <w:t>Eleanor stared at the estate map spread out between them, the faint, dotted lines of the old logging trails seeming to mock her. The ink, barely visible in the dim light of the study, represented a Herculean effort, a trek that stretched the imagination and tested her physical resolve. Just hours ago, her world had been one of academic rigor, of meticulously cataloging facts and piecing together the narrative of generations past. Now, it had devolved into a desperate scramble to traverse an unknown wilderness, all because a bridge, crucial to their research, had conveniently decided to collapse.</w:t>
      </w:r>
    </w:p>
    <w:p>
      <w:r>
        <w:br/>
        <w:t>"This is… infuriating," Eleanor finally breathed, the words escaping her in a rush of pent-up emotion. Her hands clenched into fists on the polished oak table. "Absolutely, infuriating. Three years of unaccounted-for possession of Oakhaven, and now, just as we're on the cusp of potentially uncovering why, the only logical access is obliterated. It feels… deliberate, Liam. Doesn't it feel deliberate to you?"</w:t>
      </w:r>
    </w:p>
    <w:p/>
    <w:p>
      <w:r>
        <w:br/>
        <w:t>Liam’s gaze was fixed on the map, his jaw tight, but the tension in his shoulders betrayed a similar surge of frustration. He traced the supposed route with a calloused finger, his brow furrowed in concentration. "It's more than a feeling, Eleanor. It's a strong probability. The Blackwoods weren't known for their subtlety. If they acquired Oakhaven under dubious circumstances, and then something happened to sever that connection, especially at this precise moment…" He trailed off, shaking his head. "It's a convenient coincidence that borders on the absurd."</w:t>
      </w:r>
    </w:p>
    <w:p/>
    <w:p>
      <w:r>
        <w:br/>
        <w:t>"Convenient is an understatement," Eleanor retorted, leaning back in her chair, the polished wood cool against her suddenly clammy skin. "It's a monumental obstacle. Our access to the Oakhaven archives, the correspondence Mrs. Gable mentioned – it’s all sealed off. We might as well be trying to reach the moon." She ran a hand through her already dishevelled hair, the academic detachment she usually maintained completely shattered. This was beyond the theoretical; this was about tangible, physical barriers being erected to prevent them from finding answers. "What are we supposed to do, Liam? Wait weeks, months, for some semblance of normalcy to return to Havenwood’s infrastructure? By then, whoever is so keen on keeping Oakhaven's secrets hidden will have had ample time to… secure them further. Or perhaps, destroy them entirely."</w:t>
      </w:r>
    </w:p>
    <w:p/>
    <w:p>
      <w:r>
        <w:br/>
        <w:t>A frustrated sigh escaped Liam, a sound laden with a weariness that went beyond mere physical exertion. He met Eleanor’s gaze, and in that moment, the polite veneer of their professional association cracked, revealing a shared desperation. "I don't have an easy answer, Eleanor. The logging trails are our only option, and they are far from ideal. They're not maintained, they're likely choked with undergrowth, and they'll require us to leave everything behind save what we can carry. It's a significant risk."</w:t>
      </w:r>
    </w:p>
    <w:p/>
    <w:p>
      <w:r>
        <w:br/>
        <w:t>"And the alternative is to abandon the investigation?" Eleanor challenged, her voice rising slightly. "To accept that the Blackwood family's machinations, even generations later, are still capable of dictating the terms of our research? That we're so easily deterred by a collapsed bridge?" The thought was anathema to her. Her entire career had been built on persistence, on digging deeper when others might have given up. This was no different, except the stakes felt far more immediate, far more personal.</w:t>
      </w:r>
    </w:p>
    <w:p/>
    <w:p>
      <w:r>
        <w:br/>
        <w:t>Liam’s expression softened, a flicker of understanding in his eyes. He could see the genuine distress beneath her frustration. "No, we're not deterred. But we have to be realistic about the challenges. This isn't just a matter of a few hours' hike. We're talking about several miles of treacherous terrain, potentially through dense woodland, with no guarantee of easy passage. We'll need to be prepared for a journey that could take days. And if someone deliberately sabotaged that bridge, they might be watching the approaches. It’s not just the woods we have to contend with, but potentially human interference."</w:t>
      </w:r>
    </w:p>
    <w:p/>
    <w:p>
      <w:r>
        <w:br/>
        <w:t>The thought of being actively watched, of being in a situation where their very journey was being monitored, sent a fresh wave of unease through Eleanor. She’d come to Havenwood seeking historical truths, not to become entangled in potential present-day schemes. "So, you're saying we're walking into a trap?"</w:t>
      </w:r>
    </w:p>
    <w:p/>
    <w:p>
      <w:r>
        <w:br/>
        <w:t>"I'm saying we're walking into an unknown," Liam corrected gently, his voice a low rumble. "And we need to do so with our eyes wide open. We need to be cautious, observant. Every step will count. The terrain itself will be a challenge, but the possibility of encountering someone who doesn't want us to reach Oakhaven… that's the greater danger." He leaned forward, his elbows resting on the map, his gaze intense. "Are you truly ready for that, Eleanor? Because this is no longer just about deciphering old documents. This is about navigating a very real, and potentially dangerous, landscape."</w:t>
      </w:r>
    </w:p>
    <w:p/>
    <w:p>
      <w:r>
        <w:br/>
        <w:t>Eleanor met his gaze, her initial frustration slowly giving way to a steely resolve. The setback, the sheer audacity of it, had shocked her, but it hadn't broken her spirit. Instead, it had ignited a different kind of fire, a primal urge to push back against the forces trying to impede them. The shared vulnerability, the raw frustration that had momentarily surfaced, had forged a new layer to their connection. They were no longer just two researchers with a shared academic interest; they were a team, facing a formidable, and possibly malevolent, challenge together.</w:t>
      </w:r>
    </w:p>
    <w:p/>
    <w:p>
      <w:r>
        <w:br/>
        <w:t>"Ready?" Eleanor echoed, a small, almost defiant smile touching her lips. "Liam, I came here to uncover the secrets of the Blackwood estate. I wasn't expecting them to be so… actively guarded. But yes, I'm ready. If it means finding the truth about Oakhaven, about the Blackwoods, then I'll walk through fire, let alone treacherous logging trails. We have to try. We can't let this stop us." She pushed the map slightly towards him. "Show me those trails. Let's plan this. We’ll pack light, we’ll be careful, and we’ll find a way." The words were firm, her voice devoid of its earlier tremor. The shared frustration had solidified into a shared determination, a silent promise that they would face this adversity together, whatever the cost.</w:t>
      </w:r>
    </w:p>
    <w:p/>
    <w:p>
      <w:pPr>
        <w:jc w:val="left"/>
      </w:pPr>
      <w:r>
        <w:t xml:space="preserve">Liam found himself staring at the weathered sign, the paint peeling like sunburnt skin, the carved letters of ‘Willow Creek’ barely legible. It was a place he hadn’t consciously thought about in years, a place he’d actively </w:t>
      </w:r>
      <w:r>
        <w:rPr>
          <w:i/>
        </w:rPr>
        <w:t>tried</w:t>
      </w:r>
      <w:r>
        <w:t xml:space="preserve"> not to think about. The road leading into it, once a familiar ribbon of cracked asphalt and gravel, now seemed to unravel into a tapestry of overgrown weeds and forgotten memories. This was it, the detour. The bridge collapse had rerouted them, not just geographically, but emotionally. Eleanor, ever practical, had consulted the old county maps in the study, tracing a less-traveled path that would eventually loop them back towards Oakhaven, a path that unfortunately, or perhaps inevitably, led straight through Willow Creek.</w:t>
      </w:r>
    </w:p>
    <w:p>
      <w:r>
        <w:br/>
        <w:t>He’d been quiet since they’d agreed to the detour, a stillness that Eleanor had noted with a raised eyebrow. Her quiet observation was a silent question, and one he was loath to answer. He knew she was trying to understand him, to piece together the man behind the driven researcher, but some pieces were best left in the shadows. Willow Creek wasn't just a town; it was a repository of ghosts, a landscape etched with the raw edges of his childhood. His parents, his father’s struggles, the quiet desperation that had clung to their small house like damp rot – it all resided here.</w:t>
      </w:r>
    </w:p>
    <w:p/>
    <w:p>
      <w:r>
        <w:br/>
        <w:t>As the car bumped along the unkempt road, the familiar silhouette of the old general store, ‘Miller’s Mercantile,’ loomed into view. Its faded red paint and dusty windows were an unwelcome echo. He remembered the smell of it – a peculiar blend of fresh-cut wood, stale coffee, and something vaguely medicinal, the scent of a community trying to hold itself together with sheer will. He recalled his mother sending him there with a crumpled dollar bill, her voice laced with a hope he knew was often misplaced, asking him to get ‘just a few things,’ a plea that usually translated to stretching their meager resources as thin as possible.</w:t>
      </w:r>
    </w:p>
    <w:p/>
    <w:p>
      <w:r>
        <w:br/>
        <w:t>Eleanor, sensing his withdrawal, shifted in her seat. “This is… smaller than I imagined,” she murmured, her voice soft, trying to bridge the growing silence between them. She was looking out the window, her usual analytical gaze softened by a flicker of concern as she observed his rigid posture.</w:t>
      </w:r>
    </w:p>
    <w:p/>
    <w:p>
      <w:r>
        <w:br/>
        <w:t>Liam grunted, his eyes fixed on the roadside. “It’s… it’s changed.” He didn’t elaborate. How could he? How could he explain that the ‘change’ wasn’t just in the dilapidated storefronts or the encroaching wilderness, but in the very air of the place, a somberness that had settled deep into its bones, mirroring a somberness he’d carried within himself for so long? This was the town where his father had tried, and failed, to build a life for them. This was where the weight of expectation had crushed dreams, where the quiet dignity his father had strived for had been chipped away by circumstance.</w:t>
      </w:r>
    </w:p>
    <w:p/>
    <w:p>
      <w:r>
        <w:br/>
        <w:t>He saw the familiar, albeit neglected, sign for the post office, a place where his mother had often waited in line, a hopeful, weary expression on her face, for news that never seemed to come. He remembered her small, hopeful smiles when she talked about distant relatives, about possibilities that seemed to exist only in her imagination. Willow Creek was a constant reminder of the dreams that had withered on the vine, of the quiet sacrifices that had gone largely unnoticed.</w:t>
      </w:r>
    </w:p>
    <w:p/>
    <w:p>
      <w:r>
        <w:br/>
        <w:t>“My grandfather used to talk about towns like this,” Eleanor said, her voice a gentle hum, pulling him back from the precipice of memory. “Self-sufficient, close-knit. Where everyone knew everyone.”</w:t>
      </w:r>
    </w:p>
    <w:p/>
    <w:p>
      <w:r>
        <w:br/>
        <w:t>Liam’s jaw tightened. “They knew each other, alright,” he said, the words clipped. “They knew who was struggling, who was behind on their bills, who was trying too hard and failing.” It wasn’t the neighborly familiarity she might have imagined. It was the scrutiny, the quiet judgment, the unspoken pity that could be more damning than any outright condemnation. He remembered the hushed whispers when his father’s carpentry business faltered, the averted eyes when he’d had to sell off some of his tools.</w:t>
      </w:r>
    </w:p>
    <w:p/>
    <w:p>
      <w:r>
        <w:br/>
        <w:t>He steered the car past what used to be the town square, a patch of slightly less overgrown grass with a lone, weather-beaten bench. He remembered sitting there with his mother one sweltering summer afternoon, waiting for his father to finish a job that promised to pay them enough for groceries that week. She’d hummed a tuneless melody, her gaze fixed on the distant hills, a perpetual, almost wistful, hope in her eyes. He’d been too young to understand the weight of that hope, the precariousness of their situation, but he’d felt the unspoken tension, the fragile facade of normalcy they worked so hard to maintain.</w:t>
      </w:r>
    </w:p>
    <w:p/>
    <w:p>
      <w:r>
        <w:br/>
        <w:t xml:space="preserve">As they drove through the heart of Willow Creek, a wave of familiar faces, or rather, the </w:t>
      </w:r>
    </w:p>
    <w:p>
      <w:pPr>
        <w:jc w:val="left"/>
      </w:pPr>
      <w:r>
        <w:rPr>
          <w:i/>
        </w:rPr>
        <w:t>idea</w:t>
      </w:r>
      <w:r>
        <w:t xml:space="preserve"> of familiar faces, washed over him. He saw Mrs. Gable, not the woman he’d spoken to at Oakhaven, but a younger, sharper version, her face etched with a permanent disapproval he’d felt as a child, even when he hadn’t done anything wrong. He saw Mr. Henderson, the taciturn owner of the defunct gas station, his face a roadmap of hardship, a man who had never offered a kind word, only gruff pronouncements about the state of the world. These weren’t just memories; they were impressions etched into the very landscape, personified by the buildings and the roads.</w:t>
      </w:r>
    </w:p>
    <w:p>
      <w:r>
        <w:br/>
        <w:t>Eleanor’s gaze drifted from the buildings to Liam’s profile. She saw the subtle clenching of his jaw, the way his eyes seemed to scan the surroundings with a mixture of wariness and a deep, almost primal, familiarity. It was a stark contrast to the man who had navigated Oakhaven’s complexities with such confident assertiveness. Here, he was different. More contained, more guarded, as if the very act of being in Willow Creek stripped away layers of his composure, exposing a vulnerability he usually kept meticulously hidden.</w:t>
      </w:r>
    </w:p>
    <w:p/>
    <w:p>
      <w:r>
        <w:br/>
        <w:t>“You grew up around here?” she ventured, her voice deliberately gentle, an invitation rather than an interrogation.</w:t>
      </w:r>
    </w:p>
    <w:p/>
    <w:p>
      <w:r>
        <w:br/>
        <w:t>Liam’s response was a slow, measured breath. “Not exactly,” he said, his gaze still fixed on the passing scenery, as if reluctant to fully commit to the answer. “My… my family lived here for a while. Before Oakhaven.” The words were carefully chosen, devoid of the raw emotion that churned beneath the surface. He saw the old library, a small, brick building that had been a sanctuary for him as a child, a place where he could escape the suffocating atmosphere of his home and lose himself in stories. He remembered the stern, but kind, librarian who had never judged his tattered clothes or his quiet demeanor, who had simply placed books into his eager hands.</w:t>
      </w:r>
    </w:p>
    <w:p/>
    <w:p>
      <w:r>
        <w:br/>
        <w:t>“My father,” he continued, his voice dropping slightly, the carefully constructed neutrality beginning to fray, “he was a carpenter. He wanted to make a go of it here. Build something lasting.” He saw the remnants of a small workshop, its roof partially collapsed, a stark monument to ambition unfulfilled. “It didn’t quite work out.”</w:t>
      </w:r>
    </w:p>
    <w:p/>
    <w:p>
      <w:r>
        <w:br/>
        <w:t>Eleanor picked up on the subtle tremor in his voice, the almost imperceptible hitch in his breath. She recognized the tell-tale signs of a deep-seated pain, a wound that had never truly healed. His ‘grounded nature,’ as she had initially perceived it, wasn’t just a personality trait; it was a defense mechanism, a consequence of growing up in a world where stability was a luxury, not a given. His reluctance to form deep emotional ties, his pragmatism bordering on cynicism – it all began to make a profound kind of sense. He’d learned early on to rely only on himself, to expect disappointment, to build walls to protect himself from the inevitable falls.</w:t>
      </w:r>
    </w:p>
    <w:p/>
    <w:p>
      <w:r>
        <w:br/>
        <w:t>“It’s tough,” she offered, the words inadequate but heartfelt. “When things don’t go as planned. Especially when you’ve poured so much of yourself into it.”</w:t>
      </w:r>
    </w:p>
    <w:p/>
    <w:p>
      <w:r>
        <w:br/>
        <w:t>He finally turned to look at her, and in his eyes, she saw a flicker of something unguarded, a raw honesty that surprised her. “It’s more than tough, Eleanor. It’s… it’s a lesson in humility. A lesson in what you can’t control.” He paused, his gaze drifting back to the road. “My father… he was a good man. He worked himself to the bone. But sometimes, good intentions and hard work aren’t enough. Sometimes, life just… overwhelms you.”</w:t>
      </w:r>
    </w:p>
    <w:p/>
    <w:p>
      <w:r>
        <w:br/>
        <w:t>He pointed to a small, unassuming house with a perpetually unkempt garden, nestled between two slightly more prosperous-looking homes. “That was our place.” The words were quiet, almost a whisper, but they carried the weight of years. He remembered the chipped paint on the window frames, the squeaky screen door that always stuck, the worn patches on the carpet. He remembered the arguments, hushed but tense, that would spill out from behind closed doors, the silent tears his mother would shed when she thought no one was looking. He remembered the shame he’d sometimes felt, the desperate desire to be someone else, somewhere else.</w:t>
      </w:r>
    </w:p>
    <w:p/>
    <w:p>
      <w:r>
        <w:br/>
        <w:t>“I used to spend hours in the woods behind our house,” he confessed, the words tumbling out with a surprising ease, as if a dam had finally broken. “Just… running. Trying to outrun everything. The arguments, the worry, the feeling that we were always just one step away from… from nothing.” He saw the familiar tree line, the dense undergrowth that had once been his playground, his sanctuary. He remembered the thrill of exploration, the quiet solitude that had offered him a respite from the emotional turmoil of his home. It was in those woods that he’d learned to be resourceful, to rely on his own instincts, skills that had undoubtedly served him well in his later life.</w:t>
      </w:r>
    </w:p>
    <w:p/>
    <w:p>
      <w:r>
        <w:br/>
        <w:t>Eleanor listened intently, her own academic curiosity now intertwined with a deep, human empathy. She saw the foundations of his resilience, the quiet strength forged in the crucible of hardship. She understood now why he was so focused, so driven, so seemingly impervious to emotional appeals. He’d had to be. To survive, he’d had to build an unshakeable core of self-reliance, a belief that his own capabilities were the only true constants in a world that had proven otherwise.</w:t>
      </w:r>
    </w:p>
    <w:p/>
    <w:p>
      <w:r>
        <w:br/>
        <w:t>“It sounds like you learned a lot in those woods,” she said, her voice gentle.</w:t>
      </w:r>
    </w:p>
    <w:p/>
    <w:p>
      <w:r>
        <w:br/>
        <w:t>A faint, almost melancholic smile touched his lips. “I learned to observe,” he admitted. “To be aware of my surroundings. To anticipate. To find my way even when the path wasn’t clear. Survival, I suppose.” He glanced at her, a brief, searching look. “It’s probably why Oakhaven didn’t intimidate me at first. It was just another landscape to navigate.”</w:t>
      </w:r>
    </w:p>
    <w:p/>
    <w:p>
      <w:r>
        <w:br/>
        <w:t>“And now?” she prompted softly.</w:t>
      </w:r>
    </w:p>
    <w:p/>
    <w:p>
      <w:r>
        <w:br/>
        <w:t>He hesitated, his gaze sweeping over the somber buildings of Willow Creek. “Now,” he said, his voice tinged with a weariness that seemed to stretch back decades, “I remember that some landscapes hold more than just trees and trails. They hold… echoes. And sometimes, those echoes can be deafening.” He finally turned the car onto a less-trafficked road, one that led away from the center of town, towards the outskirts. He knew where it led. It led to the old Blackwood property, the one his father had briefly worked on before leaving Willow Creek for good. Another painful memory, another wound he’d tried to bury.</w:t>
      </w:r>
    </w:p>
    <w:p/>
    <w:p>
      <w:r>
        <w:br/>
        <w:t>“My father… he had a dispute with the Blackwoods here,” Liam said, the words heavy with unspoken history. “Over some work he did for them. They were… difficult. Demanding. And when it came time to pay, they found reasons to dispute the final invoice. Accused him of shoddy work, of overcharging.” He gripped the steering wheel tighter, the knuckles of his hand turning white. “It wasn’t true. He was meticulous. But they had the money, the influence. They could make things difficult. And they did.”</w:t>
      </w:r>
    </w:p>
    <w:p/>
    <w:p>
      <w:r>
        <w:br/>
        <w:t>Eleanor felt a pang of sympathy. This was the core of his unease, the deep-seated mistrust of power and privilege that he likely carried with him. It explained his inherent skepticism, his tendency to question motives, his grounded refusal to be swayed by appearances. He’d seen firsthand how wealth and status could be wielded as weapons, how truth could be twisted to serve the powerful.</w:t>
      </w:r>
    </w:p>
    <w:p/>
    <w:p>
      <w:r>
        <w:br/>
        <w:t>“He lost a lot of money on that job,” Liam continued, his voice low and rough. “It was… it was the beginning of the end for him, here. That dispute, combined with everything else. He never really recovered his confidence after that. Or his finances.” He looked out the window, his gaze distant. “It’s why… why Oakhaven felt like a… a bitter irony. To be so close to a place that represented such a significant defeat for him. A place that seemed to embody everything he’d struggled against.”</w:t>
      </w:r>
    </w:p>
    <w:p/>
    <w:p>
      <w:r>
        <w:br/>
        <w:t>He steered the car down a long, winding driveway, the gravel crunching loudly under the tires. The trees here were older, more imposing, their branches arching overhead like a somber canopy. Eleanor recognized the faint outline of what must have been a grand estate, now fallen into disrepair. This was it, the Blackwood property in Willow Creek.</w:t>
      </w:r>
    </w:p>
    <w:p/>
    <w:p>
      <w:r>
        <w:br/>
        <w:t>“My father used to say that some families just… owned the land,” Liam said, his voice barely audible. “Not just the dirt and the trees, but the very air. They decided who prospered and who didn’t. And they didn’t like it when someone tried to carve out their own space, their own success, without their permission.” He pulled the car to a stop, the engine falling silent, leaving only the chirping of unseen insects and the rustling of leaves.</w:t>
      </w:r>
    </w:p>
    <w:p/>
    <w:p>
      <w:r>
        <w:br/>
        <w:t>He looked at Eleanor, his expression complex. “This place,” he said, gesturing vaguely towards the decaying structure visible through the trees, “it’s a reminder. A reminder of how easily things can be taken away. How the powerful can crush the aspirations of others without a second thought. It’s why I’ve always… guarded what I’ve built. Why I don’t trust easily. Because I’ve seen what happens when you’re not careful. When you let your guard down.”</w:t>
      </w:r>
    </w:p>
    <w:p/>
    <w:p>
      <w:r>
        <w:br/>
        <w:t>He met her gaze, and for the first time, Eleanor saw not just the detached researcher, but the young boy who had learned to survive by observing, by anticipating, by building his walls high and strong. The encounter with Willow Creek, with its painful memories and unresolved grievances, had brought a new dimension to her understanding of him. His grounded nature wasn’t just a preference for solid foundations; it was a deeply ingrained survival instinct, a shield forged in the fires of his past. The Blackwoods, in their generations-long pursuit of Oakhaven, had inadvertently brought Liam face-to-face with the very roots of his caution, his reserve, and his quiet determination to stand on his own two feet, no matter how unstable the ground beneath him. He had come to Havenwood seeking answers about the past, but in Willow Creek, he was forced to confront the ghosts of his own.</w:t>
      </w:r>
    </w:p>
    <w:p/>
    <w:p>
      <w:pPr>
        <w:jc w:val="left"/>
      </w:pPr>
      <w:r>
        <w:t xml:space="preserve">The hum of Willow Creek, usually a low, almost imperceptible murmur of daily life, seemed to have amplified into a discernible buzz in the days following Eleanor and Liam’s arrival. It wasn’t the cheerful chatter of a community thriving, but the more clandestine hum of observation, of hushed conversations behind lace curtains and over garden fences. Liam had been right; the town </w:t>
      </w:r>
      <w:r>
        <w:rPr>
          <w:i/>
        </w:rPr>
        <w:t>knew</w:t>
      </w:r>
      <w:r>
        <w:t xml:space="preserve"> everyone. And now, it seemed, Willow Creek had a new, fascinating subject of dissection: the unlikely pair who had materialized from the outside world, seemingly out of nowhere, and were now a constant fixture in each other’s orbit.</w:t>
      </w:r>
    </w:p>
    <w:p>
      <w:r>
        <w:br/>
        <w:t>Eleanor first noticed it at Miller’s Mercantile. She’d gone in for milk and bread, Liam having insisted on stocking their temporary lodgings with essentials, and found herself the unwitting center of an intense, albeit subtle, scrutiny. Mrs. Gable, her eyes sharp behind her spectacles, had greeted her with a smile that didn't quite reach them. “Well, hello there, dear. Haven’t seen your face around here before. Are you visiting family?” Her tone was casual, yet the undercurrent of inquiry was as clear as the fresh-cut flowers on the counter.</w:t>
      </w:r>
    </w:p>
    <w:p/>
    <w:p>
      <w:r>
        <w:br/>
        <w:t>“Just passing through, for a bit,” Eleanor replied, keeping her own smile polite and noncommittal. She’d chosen a loose-fitting linen dress that day, hoping to blend in, to project an air of unassuming presence. It was a futile endeavor. In a town this size, any anomaly, any deviation from the established norm, was an instant beacon.</w:t>
      </w:r>
    </w:p>
    <w:p/>
    <w:p>
      <w:r>
        <w:br/>
        <w:t>“Passing through, are you now?” Mrs. Gable’s gaze flicked towards the counter, as if expecting Liam to materialize beside Eleanor at any moment. “Seems like you’ve been passing through quite a bit lately, with young Mr. Thorne.” The implication hung in the air, thick and undeniable. Liam Thorne, the quiet, brooding man who had resurfaced in Willow Creek after years away, and the enigmatic woman who accompanied him. The town, with its inherent boredom and insatiable appetite for narrative, had already begun to weave a story.</w:t>
      </w:r>
    </w:p>
    <w:p/>
    <w:p>
      <w:r>
        <w:br/>
        <w:t>Eleanor felt a faint blush creep up her neck. “Liam is… he’s helping me with some research,” she said, keeping her voice even. “We’re working on a project together.”</w:t>
      </w:r>
    </w:p>
    <w:p/>
    <w:p>
      <w:r>
        <w:br/>
        <w:t>“A project, you say?” Mrs. Gable leaned forward conspiratorially, lowering her voice to a stage whisper that carried across the small store. “Well, that’s… interesting. You two seem awfully dedicated to your ‘project.’ Saw you out by the old Blackwood place yesterday, didn’t we, Agnes?” She gestured to a stout woman busily rearranging a display of canned goods, who nodded vigorously, her cheeks flushed with the thrill of participation. “And this morning, you were both at the diner. Seems like your research takes you to all the… interesting spots.”</w:t>
      </w:r>
    </w:p>
    <w:p/>
    <w:p>
      <w:r>
        <w:br/>
        <w:t>Eleanor managed a tight smile. The ‘interesting spots’ were, in fact, the very places Liam felt held the key to his family’s history, the places connected to his father’s struggles. But to Willow Creek, it was merely fodder for speculation. She paid for her groceries, the simple transaction now feeling like an elaborate performance under the watchful eyes of Mrs. Gable and Agnes. As she walked out, she heard Mrs. Gable’s voice, tinged with an almost theatrical sigh, to Agnes. “Such a shame, really. You’d think he’d have found someone… more local. Someone who understands.”</w:t>
      </w:r>
    </w:p>
    <w:p/>
    <w:p>
      <w:r>
        <w:br/>
        <w:t>Outside, the air felt blessedly fresh. Eleanor took a deep breath, trying to shake off the unsettling feeling. She knew Liam would be waiting in the car, his usual stoic mask firmly in place. He’d probably heard the whispers too, or at least sensed the shift in the town’s atmosphere. He’d likely dismiss it with his usual pragmatism, a mere byproduct of their unavoidable presence. But Eleanor, as a relative outsider, found it more… unsettling. It was a constant reminder of her otherness, and a stark illustration of how quickly Willow Creek could dissect and repackage reality into its own salacious version.</w:t>
      </w:r>
    </w:p>
    <w:p/>
    <w:p>
      <w:r>
        <w:br/>
        <w:t>Later that evening, as they sat in the small living room of the rented cottage, the silence between them was charged with more than just unspoken thoughts. Liam was poring over some old maps, his brow furrowed in concentration, while Eleanor idly flipped through a book, the words blurring on the page.</w:t>
      </w:r>
    </w:p>
    <w:p/>
    <w:p>
      <w:r>
        <w:br/>
        <w:t>“Mrs. Gable at the Mercantile today,” Eleanor began, her voice deliberately casual. “She seemed… quite interested in our ‘project’.”</w:t>
      </w:r>
    </w:p>
    <w:p/>
    <w:p>
      <w:r>
        <w:br/>
        <w:t>Liam didn’t look up immediately, his finger tracing a line on the map. “The gossip mill runs on high octane in a town like this,” he said, his voice devoid of emotion, as if discussing the weather. “Everyone’s got time to watch everyone else.”</w:t>
      </w:r>
    </w:p>
    <w:p/>
    <w:p>
      <w:r>
        <w:br/>
        <w:t>“She implied… well, she implied we’re spending a lot of time together,” Eleanor continued, choosing her words carefully. “And that perhaps it’s more than just research.”</w:t>
      </w:r>
    </w:p>
    <w:p/>
    <w:p>
      <w:r>
        <w:br/>
        <w:t>Liam finally set the map down, turning to face her. His eyes, usually so guarded, held a flicker of something that might have been amusement, or perhaps just weary resignation. “Did she? I’m surprised she didn’t suggest we elope and save everyone the trouble of speculation.”</w:t>
      </w:r>
    </w:p>
    <w:p/>
    <w:p>
      <w:r>
        <w:br/>
        <w:t>Eleanor offered a small, genuine smile. “She did mention something about you finding someone ‘more local’.”</w:t>
      </w:r>
    </w:p>
    <w:p/>
    <w:p>
      <w:r>
        <w:br/>
        <w:t>Liam let out a short, dry laugh. “Oh, of course. Because what Willow Creek needs is for Liam Thorne to marry the mayor’s daughter and settle down to a life of quiet desperation, just like his father before him.” He paused, the humor draining from his face, replaced by a familiar shadow. “They like predictability. And we’re anything but.”</w:t>
      </w:r>
    </w:p>
    <w:p/>
    <w:p>
      <w:r>
        <w:br/>
        <w:t>“It’s… a bit much, isn’t it?” Eleanor admitted. “The constant feeling of being observed. It’s like living in a fishbowl.”</w:t>
      </w:r>
    </w:p>
    <w:p/>
    <w:p>
      <w:r>
        <w:br/>
        <w:t>“You’ll get used to it,” Liam said, though there was no real comfort in his words. “Or you’ll learn to ignore it. Which, frankly, is the better option.” He picked up a worn photograph from the side table, his thumb brushing over the faded image of his parents. “My father tried to build a life here, Eleanor. A quiet one. He wanted to be part of the fabric of this town. And in the end, the fabric just seemed to swallow him whole. He became a story. And stories, in Willow Creek, are meant to be retold, embellished, and often, judged.”</w:t>
      </w:r>
    </w:p>
    <w:p/>
    <w:p>
      <w:r>
        <w:br/>
        <w:t>“But we’re not them,” Eleanor said, her voice firm. “We’re not your parents. And this isn’t your father’s Willow Creek.”</w:t>
      </w:r>
    </w:p>
    <w:p/>
    <w:p>
      <w:r>
        <w:br/>
        <w:t>Liam looked at her, a long, appraising look. He saw the sincerity in her eyes, the quiet strength that had surprised him so many times since they’d met. She was right, of course. They were different. Their circumstances, their intentions, their very beings were a world away from the quiet struggles of his past. And yet, the town’s perception was a force unto itself, a relentless tide that threatened to pull them under its narrative.</w:t>
      </w:r>
    </w:p>
    <w:p/>
    <w:p>
      <w:r>
        <w:br/>
        <w:t>“No,” he conceded, a faint smile touching his lips. “We’re not. And maybe… maybe that’s why they’re so fascinated. We’re a glitch in their predictable algorithm.” He leaned back, a rare moment of relaxation settling over him. “I remember when I was a kid. If anything out of the ordinary happened – a new car in town, someone getting a new fence, a stray cat showing up – it was the talk of the town for weeks. They’d dissect it, analyze it, try to find the hidden meaning. And our lives, our comings and goings, especially now, are like a three-ring circus to them.”</w:t>
      </w:r>
    </w:p>
    <w:p/>
    <w:p>
      <w:r>
        <w:br/>
        <w:t>“So, what do we do?” Eleanor asked, her gaze meeting his. “Do we retreat? Do we try to minimize our interactions?”</w:t>
      </w:r>
    </w:p>
    <w:p/>
    <w:p>
      <w:r>
        <w:br/>
        <w:t>Liam shook his head. “No. That’s what they expect. That’s what they’ll interpret as confirmation of whatever their latest theory is.” He picked up the map again, his researcher’s instinct kicking in, his focus shifting from the town’s machinations to the tangible evidence of the past. “We continue. We do what we came here to do. We follow the leads. And if they want to talk, let them talk. It means they’re occupied. It means they’re not digging into the dirt of their own lives, which, I suspect, is far more interesting.”</w:t>
      </w:r>
    </w:p>
    <w:p/>
    <w:p>
      <w:r>
        <w:br/>
        <w:t>The next few days saw Eleanor and Liam continue their explorations. They visited the county archives, spent hours poring over old property records in the dimly lit basement of the town hall, and revisited the overgrown paths leading to forgotten homesteads. Their association was a constant. Liam, driven by the need to uncover the truth about his father’s past, and Eleanor, meticulously documenting every detail, every faded photograph, every hushed anecdote. They moved through Willow Creek like a well-oiled machine, a pair of outsiders bound by a shared purpose.</w:t>
      </w:r>
    </w:p>
    <w:p/>
    <w:p>
      <w:r>
        <w:br/>
        <w:t>And the town watched.</w:t>
      </w:r>
    </w:p>
    <w:p/>
    <w:p>
      <w:r>
        <w:br/>
        <w:t>At the local diner, Betty, the owner with a formidable memory for who ate what and with whom, would serve them with a knowing smile. “Another project meeting, you two?” she’d inquire, her eyes twinkling. “Must be a real challenging one, considering how much time you’re spending together.”</w:t>
      </w:r>
    </w:p>
    <w:p/>
    <w:p>
      <w:r>
        <w:br/>
        <w:t>At the post office, Mr. Henderson, the same man Liam remembered as taciturn and gruff from his childhood, would pause in his sorting of mail to offer a curt nod. Once, he even remarked, within earshot of Eleanor, “Heard you folks are stirring up old ghosts. Be careful what you awaken.” The warning, laced with a weariness that hinted at a deeper understanding of Willow Creek’s hidden currents, sent a shiver down Eleanor’s spine.</w:t>
      </w:r>
    </w:p>
    <w:p/>
    <w:p>
      <w:r>
        <w:br/>
        <w:t>The scrutiny wasn't always overt. Sometimes it was the subtle shift of heads as they walked down the street, the brief hush that fell over conversations when they entered a room, the lingering stares that followed them. It was a constant, low-grade pressure, a reminder that they were under a microscope.</w:t>
      </w:r>
    </w:p>
    <w:p/>
    <w:p>
      <w:r>
        <w:br/>
        <w:t>One afternoon, while examining old photographs at the town historical society – a small room crammed with dusty artifacts and fading portraits – Liam let out a frustrated sigh. “They’ve all got that same look,” he murmured, referring to the stern, unsmiling faces in the portraits. “As if they’re constantly judging the world.”</w:t>
      </w:r>
    </w:p>
    <w:p/>
    <w:p>
      <w:r>
        <w:br/>
        <w:t>“It’s a reflection of the town, perhaps,” Eleanor mused, carefully placing a glass negative back into its sleeve. “A certain… insularity. A resistance to change. And anyone who doesn’t fit their mold is automatically suspect.”</w:t>
      </w:r>
    </w:p>
    <w:p/>
    <w:p>
      <w:r>
        <w:br/>
        <w:t>“Or anyone who doesn’t have the ‘right’ lineage,” Liam added, his voice hardening slightly. “The families who’ve been here for generations. They’re the keepers of the narrative. They decide who’s respectable, who’s a cautionary tale, and who’s just… an outsider.”</w:t>
      </w:r>
    </w:p>
    <w:p/>
    <w:p>
      <w:r>
        <w:br/>
        <w:t>Eleanor nodded, understanding dawning. “And we, by virtue of being here, and by being so inextricably linked, are disrupting that narrative. We’re a puzzle they can’t quite solve.”</w:t>
      </w:r>
    </w:p>
    <w:p/>
    <w:p>
      <w:r>
        <w:br/>
        <w:t>Liam chuckled, a rare, genuine sound. “Maybe. Or maybe they’re just bored. And we’re providing them with a much-needed distraction.” He held up a photograph of a group of stern-faced men standing in front of the old Blackwood estate. “Look at this. The Blackwoods, my father’s contemporaries. You can practically see the disdain etched onto their faces. The arrogance.”</w:t>
      </w:r>
    </w:p>
    <w:p/>
    <w:p>
      <w:r>
        <w:br/>
        <w:t>“It’s easy to project our own interpretations onto historical images,” Eleanor cautioned gently, though she shared his sentiment. “We’re seeing this through your father’s experience, through your own lens.”</w:t>
      </w:r>
    </w:p>
    <w:p/>
    <w:p>
      <w:r>
        <w:br/>
        <w:t>“And yet,” Liam countered, his gaze fixed on the photograph, “there’s a power dynamic evident even in this static image. The way they stand, the expressions they wear. It speaks volumes. They believed they were above reproach, above consequence.” He looked from the photograph to Eleanor. “That’s the kind of power that can ruin lives, Eleanor. The kind that doesn’t admit fault, that crushes anyone who dares to challenge it.”</w:t>
      </w:r>
    </w:p>
    <w:p/>
    <w:p>
      <w:r>
        <w:br/>
        <w:t>The constant presence of the town’s unspoken judgment, however, began to create an unexpected side effect. While it was a source of annoyance for Liam, and a mild discomfort for Eleanor, it also seemed to forge a subtle bond between them. They became a unit, a self-contained entity navigating the prying eyes of Willow Creek. They’d catch each other’s gaze across a crowded room, a shared look of exasperation, or a silent acknowledgment of the absurdity of it all. Their conversations, once purely professional, began to drift into more personal territory, fueled by the shared experience of being under the town's relentless scrutiny.</w:t>
      </w:r>
    </w:p>
    <w:p/>
    <w:p>
      <w:r>
        <w:br/>
        <w:t>One evening, after a particularly long day of sifting through dusty documents, they found themselves sitting on the porch swing of the rented cottage, the twilight painting the sky in shades of lavender and rose. The air was thick with the scent of honeysuckle and the distant chirping of crickets.</w:t>
      </w:r>
    </w:p>
    <w:p/>
    <w:p>
      <w:r>
        <w:br/>
        <w:t>“You know,” Eleanor said, her voice soft, “I don’t think I’ve ever been in a place where people are so… invested in each other’s business.”</w:t>
      </w:r>
    </w:p>
    <w:p/>
    <w:p>
      <w:r>
        <w:br/>
        <w:t>Liam leaned his head back, his gaze fixed on the deepening sky. “It’s a survival mechanism, I think. In a place like this, where opportunities are scarce, people cling to what they have. And what they have is each other’s lives. It’s their entertainment. Their drama.”</w:t>
      </w:r>
    </w:p>
    <w:p/>
    <w:p>
      <w:r>
        <w:br/>
        <w:t>“It must be exhausting for your father’s memory,” Eleanor said, a note of sympathy in her voice. “To be turned into a piece of gossip, a local legend.”</w:t>
      </w:r>
    </w:p>
    <w:p/>
    <w:p>
      <w:r>
        <w:br/>
        <w:t>“He was more than a legend, Eleanor,” Liam said, his voice quiet. “He was a man. With hopes, with dreams, with failures. And this town… it has a way of reducing everyone to a simplified narrative. Black or white. Success or failure. Hero or villain.” He paused, a long, reflective silence settling between them. “And for a long time, I was terrified of becoming a villain in my own story. Or worse, just another footnote in Willow Creek’s endless gossip column.”</w:t>
      </w:r>
    </w:p>
    <w:p/>
    <w:p>
      <w:r>
        <w:br/>
        <w:t>Eleanor reached out, her hand brushing against his on the wooden armrest of the swing. It was a small gesture, almost accidental, but it sent a jolt through Liam. He didn’t pull away. Instead, his fingers subtly shifted, his thumb grazing the back of her hand.</w:t>
      </w:r>
    </w:p>
    <w:p/>
    <w:p>
      <w:r>
        <w:br/>
        <w:t>“You’re not a footnote, Liam,” she said, her voice steady and reassuring. “And you’re certainly not a villain.”</w:t>
      </w:r>
    </w:p>
    <w:p/>
    <w:p>
      <w:r>
        <w:br/>
        <w:t>He turned to look at her, and in the fading light, she saw a vulnerability in his eyes that he rarely allowed to surface. “I appreciate you saying that, Eleanor.”</w:t>
      </w:r>
    </w:p>
    <w:p/>
    <w:p>
      <w:r>
        <w:br/>
        <w:t xml:space="preserve">“It’s the truth,” she replied, her gaze unwavering. “And perhaps,” she added, a hint of playfulness entering her tone, “we should give them something </w:t>
      </w:r>
    </w:p>
    <w:p>
      <w:pPr>
        <w:jc w:val="left"/>
      </w:pPr>
      <w:r>
        <w:rPr>
          <w:i/>
        </w:rPr>
        <w:t>real</w:t>
      </w:r>
      <w:r>
        <w:t xml:space="preserve"> to talk about.”</w:t>
      </w:r>
    </w:p>
    <w:p>
      <w:r>
        <w:br/>
        <w:t>Liam’s eyebrows rose, a ghost of a smile playing on his lips. “And what, precisely, did you have in mind?”</w:t>
      </w:r>
    </w:p>
    <w:p/>
    <w:p>
      <w:r>
        <w:br/>
        <w:t>“Well,” Eleanor began, a mischievous glint in her eyes, “we could start having very animated arguments in public. Or perhaps, a very dramatic public embrace. We could stage a scene, really. Keep them on their toes.”</w:t>
      </w:r>
    </w:p>
    <w:p/>
    <w:p>
      <w:r>
        <w:br/>
        <w:t>Liam laughed, a full, rich sound that echoed in the quiet evening. “You know, Eleanor Vance, for a researcher, you have a rather theatrical streak.”</w:t>
      </w:r>
    </w:p>
    <w:p/>
    <w:p>
      <w:r>
        <w:br/>
        <w:t>“One must adapt to one’s environment, Liam,” she replied, her smile widening. “And in Willow Creek, it seems, the environment demands a certain… performance.”</w:t>
      </w:r>
    </w:p>
    <w:p/>
    <w:p>
      <w:r>
        <w:br/>
        <w:t>As they sat there, the town’s gossip mill churning away in the background, a new understanding bloomed between them. The external pressure, the constant observation, had inadvertently pushed them closer, creating a shared experience that transcended their individual pursuits. They were two outsiders, bound by circumstance, and now, by a quiet, unspoken alliance forged in the crucible of Willow Creek's insatiable curiosity. They had, in a strange way, found their own private bubble within the public eye, a space where their shared purpose and burgeoning connection could flourish, unseen and unheard by the prying eyes of the town. The whispers continued, the speculation no doubt rife, but for Liam and Eleanor, the cacophony of Willow Creek was slowly beginning to fade, replaced by the quiet hum of a shared secret, a burgeoning understanding, and the undeniable pull of two souls finding solace in each other amidst the whispers of a town determined to tell their story.</w:t>
      </w:r>
    </w:p>
    <w:p/>
    <w:p>
      <w:r>
        <w:br w:type="page"/>
      </w:r>
    </w:p>
    <w:p>
      <w:pPr>
        <w:spacing w:before="5040"/>
        <w:jc w:val="center"/>
      </w:pPr>
      <w:r>
        <w:rPr/>
        <w:t xml:space="preserve"> Chapter 5: Glimmers of Trust</w:t>
      </w:r>
    </w:p>
    <w:p>
      <w:r>
        <w:t>The relentless gaze of Havenwood, once a source of simmering annoyance for Eleanor, began to transform. It wasn't a sudden revelation, no dramatic epiphany under the twilight sky, but a slow, subtle erosion of her initial judgment. The townspeople, whom she’d initially pegged as insular and gossipy, started to reveal layers she hadn't bothered to look for. It was Liam, of course, who acted as her unwitting guide, his quiet presence a bridge to these otherwise guarded individuals. He’d always known them, in his own reserved way, and his interactions, however brief, seemed to unlock a different side of them for Eleanor.</w:t>
      </w:r>
    </w:p>
    <w:p>
      <w:r>
        <w:br/>
        <w:t>She found herself observing, not with the critical eye of an outsider assessing a foreign culture, but with a nascent curiosity, a budding sense of understanding. The way Mrs. Gable, despite her initial probing questions, always saved the freshest loaves of sourdough for Eleanor, knowing her preference. The way old Mr. Henderson, the postmaster, would offer a curt but genuine nod of greeting, a silent acknowledgment that spoke volumes in its brevity. These weren't grand gestures, but they were threads of authenticity, woven into the fabric of daily life, and Eleanor was finally beginning to see them.</w:t>
      </w:r>
    </w:p>
    <w:p/>
    <w:p>
      <w:r>
        <w:br/>
        <w:t>The initial disdain she’d harbored for Havenwood’s perceived provincialism began to soften. She’d arrived with a preconceived notion of small-town life, a judgment clouded by her own experiences and the rapid pace of her previous existence. But now, she started to notice the quiet rhythm of the town, the unhurried mornings, the unpretentious evenings. There was a sense of rootedness here, a deep-seated connection that transcended the superficial gossip she had first encountered. She saw the way families gathered on their porches, the easy camaraderie between neighbors, the unspoken understanding that bound them together. It was a stark contrast to the transient, often isolating nature of the city she’d left behind.</w:t>
      </w:r>
    </w:p>
    <w:p/>
    <w:p>
      <w:r>
        <w:br/>
        <w:t>Liam played a significant role in this shift. His own quiet stoicism, which she had once interpreted as aloofness, now seemed to reflect a deeper appreciation for the subtle nuances of Havenwood. He would point out, often with a wry smile, the intricate social codes, the unspoken rules that governed the town’s interactions. He’d explain the history behind certain families, the long-standing rivalries and alliances, painting a picture that was far more complex than her initial assessment. He never judged, never participated in the gossip, but his insights provided Eleanor with a context, a deeper understanding that dispelled her earlier prejudices.</w:t>
      </w:r>
    </w:p>
    <w:p/>
    <w:p>
      <w:r>
        <w:br/>
        <w:t>One afternoon, while they were examining old town records in the dusty archives of the library, Eleanor found herself watching Liam. He was engrossed in a faded ledger, his brow furrowed in concentration. The sunlight, filtering through the tall, arched windows, cast a warm glow on his face, highlighting the determined set of his jaw. He looked… at home. Not in the way one looks at a place they were born, but in the way one looks at a place they understand, a place whose intricacies they had painstakingly unraveled. And in that moment, Eleanor realized that Liam’s connection to Havenwood was not just about uncovering his father’s past, but about understanding the very essence of this place that had shaped him.</w:t>
      </w:r>
    </w:p>
    <w:p/>
    <w:p>
      <w:r>
        <w:br/>
        <w:t>She remembered her own initial impressions of Liam – the brooding intensity, the guarded demeanor. But the more time they spent together, the more she chipped away at his defenses, the more she saw the underlying kindness, the quiet strength, and the inherent decency. He possessed a loyalty, a deep-seated sense of responsibility that extended not only to his research but also to the people he encountered, even if it was expressed in his own understated way. He’d shared stories of his father, not with bitterness, but with a quiet sorrow, a desire to understand the man beyond the town’s simplified narrative. This willingness to delve into the complexities of his past, and by extension, the complexities of Havenwood, resonated with Eleanor.</w:t>
      </w:r>
    </w:p>
    <w:p/>
    <w:p>
      <w:r>
        <w:br/>
        <w:t>She began to notice the smaller details, the things she had previously dismissed as inconsequential. The way the local baker, a woman named Clara with flour perpetually dusting her apron, always had a warm word and a perfectly baked scone ready for Eleanor, even when Liam wasn’t with her. Clara would ask about Eleanor’s research, her genuine curiosity unburdened by the town’s usual undercurrent of suspicion. “Finding anything interesting, dear?” she’d ask, her eyes bright. “This town has its secrets, you know. But it’s a good heart underneath it all.” And Eleanor, to her own surprise, found herself agreeing.</w:t>
      </w:r>
    </w:p>
    <w:p/>
    <w:p>
      <w:r>
        <w:br/>
        <w:t>There were moments, too, when she witnessed acts of simple, unadorned kindness. She saw Liam help Mrs. Gable carry her groceries, not with a show of forced politeness, but with a quiet efficiency that spoke of genuine helpfulness. She saw him stop to help a stranded motorist, his demeanor calm and reassuring. These weren't calculated actions to impress anyone; they were simply the way Liam navigated the world, and by extension, the way he navigated Havenwood. And in observing him, Eleanor started to see the town not as a collective of judgmental observers, but as a collection of individuals, each with their own stories, their own struggles, and their own capacity for good.</w:t>
      </w:r>
    </w:p>
    <w:p/>
    <w:p>
      <w:r>
        <w:br/>
        <w:t xml:space="preserve">The slower pace of life, once a source of frustration, began to feel less like stagnation and more like a deliberate choice. She noticed the way people lingered in conversations, the unhurried rhythm of their days. It was a stark contrast to the constant rush and pressure of her previous life, where every moment was measured, every interaction optimized for efficiency. Here, in Havenwood, there was space for connection, for genuine human interaction, for simply </w:t>
      </w:r>
    </w:p>
    <w:p>
      <w:pPr>
        <w:jc w:val="left"/>
      </w:pPr>
      <w:r>
        <w:rPr>
          <w:i/>
        </w:rPr>
        <w:t>being</w:t>
      </w:r>
      <w:r>
        <w:t>.</w:t>
      </w:r>
    </w:p>
    <w:p>
      <w:r>
        <w:br/>
        <w:t>Liam’s presence was instrumental in this transition. He acted as a buffer, a translator, and a quiet advocate. When Eleanor felt the sting of an overly inquisitive question, Liam’s calm demeanor and polite deflection would often diffuse the situation. He would steer conversations away from sensitive topics, subtly redirecting the focus back to their research or to more neutral subjects. He never made her feel like an outsider, even when she clearly was one. Instead, he fostered a sense of shared purpose, a subtle “us against the world” mentality that, paradoxically, made her feel more accepted.</w:t>
      </w:r>
    </w:p>
    <w:p/>
    <w:p>
      <w:r>
        <w:br/>
        <w:t>One evening, as they were driving back to their rented cottage after a long day at the county records office, Eleanor found herself gazing out at the rolling hills surrounding Havenwood. The setting sun painted the sky in hues of orange and purple, casting a soft, ethereal glow over the landscape. The fields were dotted with wildflowers, and the air was thick with the scent of pine and damp earth. It was a scene of quiet, unassuming beauty, a beauty she had overlooked in her initial assessment of the town.</w:t>
      </w:r>
    </w:p>
    <w:p/>
    <w:p>
      <w:r>
        <w:br/>
        <w:t>“It’s… beautiful, isn’t it?” she murmured, more to herself than to Liam.</w:t>
      </w:r>
    </w:p>
    <w:p/>
    <w:p>
      <w:r>
        <w:br/>
        <w:t>Liam glanced at her, a flicker of surprise in his eyes. He followed her gaze, his expression softening as he took in the vista. “It is,” he agreed, his voice quiet. “You just have to look for it.”</w:t>
      </w:r>
    </w:p>
    <w:p/>
    <w:p>
      <w:r>
        <w:br/>
        <w:t>That simple statement – "You just have to look for it" – echoed in Eleanor’s mind. It was a profound truth, not just about Havenwood, but about life in general. Her initial judgment had been a failure to look, a hasty categorization based on superficial observations. She had been so focused on the perceived flaws, the gossip, the insularity, that she had missed the underlying beauty, the genuine connections, the quiet resilience of the town and its people.</w:t>
      </w:r>
    </w:p>
    <w:p/>
    <w:p>
      <w:r>
        <w:br/>
        <w:t>She started to appreciate the small things: the way Liam would share his research findings with her, not as a condescending lecture, but as a genuine exchange of ideas; the way he would listen intently to her observations, valuing her perspective; the way their shared pursuit had forged a bond that transcended their professional relationship. These moments, small as they were, chipped away at her cynicism, replacing it with a quiet sense of trust and a grudging admiration.</w:t>
      </w:r>
    </w:p>
    <w:p/>
    <w:p>
      <w:r>
        <w:br/>
        <w:t>The townsfolk, too, began to appear in a different light. She saw the underlying kindness in Mrs. Gable’s persistent questioning, recognizing it not as intrusive curiosity, but as a genuine, albeit clumsy, attempt at connection. She understood Mr. Henderson’s gruff warning about awakening old ghosts not as a threat, but as a genuine concern, a reflection of the town’s deep-seated awareness of its own history and the potential consequences of unearthing its buried truths. These were not the actions of malicious gossip mongers, but of people who were deeply invested in their community, in its past and its future.</w:t>
      </w:r>
    </w:p>
    <w:p/>
    <w:p>
      <w:r>
        <w:br/>
        <w:t>There was a certain authenticity to Havenwood that Eleanor had been blind to. The rawness of their emotions, the directness of their interactions, the unvarnished truth of their lives – these were not flaws, but characteristics of a place that hadn't yet been polished smooth by the relentless march of modern, superficial connectivity. Liam, with his own quiet authenticity, had shown her how to see it. He hadn’t forced her to change her perspective, but by simply being himself, and by quietly acknowledging the good in the people around him, he had paved the way for her own internal shift.</w:t>
      </w:r>
    </w:p>
    <w:p/>
    <w:p>
      <w:r>
        <w:br/>
        <w:t>She found herself less critical, less prone to snap judgments. When a conversation turned to local gossip, she would listen with a detached interest, understanding that it was a part of the town’s social currency, a way for people to connect and to feel a sense of belonging. She no longer felt the need to distance herself, to feign disinterest. Instead, she began to see it as a window into the town’s collective consciousness, a reflection of their shared experiences and their interconnected lives.</w:t>
      </w:r>
    </w:p>
    <w:p/>
    <w:p>
      <w:r>
        <w:br/>
        <w:t>This newfound appreciation extended to the slower pace of life. She realized that the unhurried rhythm of Havenwood allowed for deeper connections, for more meaningful interactions. In her previous life, conversations were often rushed, superficial, and transactional. Here, people took the time to truly listen, to engage, to share. It was a stark contrast, and Eleanor, to her surprise, found herself embracing it. She started to savor the quiet mornings, the unhurried conversations, the simple pleasure of watching the world go by without the pressure of constant productivity.</w:t>
      </w:r>
    </w:p>
    <w:p/>
    <w:p>
      <w:r>
        <w:br/>
        <w:t>Liam’s role in this was subtle but profound. He never imposed his views on her, never told her what to think or how to feel. Instead, he simply existed, his presence a constant, quiet reminder of the value of authenticity and genuine connection. He would share anecdotes about his father, not with bitterness or anger, but with a quiet melancholy, a desire to understand the man who had left such a complex legacy. This willingness to grapple with the complexities of his past, and by extension, the complexities of Havenwood, had a profound impact on Eleanor. She began to see that judgment was a facile response, and that understanding required a deeper, more empathetic engagement.</w:t>
      </w:r>
    </w:p>
    <w:p/>
    <w:p>
      <w:r>
        <w:br/>
        <w:t>The subtle shift in Eleanor's perspective wasn't something she could easily articulate. It was a quiet internal recalibration, a softening of her hardened edges. She still had her research to do, her own goals to achieve, but now, she approached Havenwood with a different lens. The town and its people were no longer just obstacles or subjects of observation; they were becoming, in their own quiet way, a part of her own unfolding story. The disdain had been replaced by a grudging appreciation, a nascent understanding, and a quiet acceptance of the imperfect, yet undeniably genuine, heart of Havenwood.</w:t>
      </w:r>
    </w:p>
    <w:p/>
    <w:p>
      <w:r>
        <w:t>The coffee, usually a comforting ritual, felt like a lukewarm adversary in Eleanor’s hands. She’d been meticulously dissecting Liam’s latest research findings, a practiced air of professional detachment clinging to her like the scent of old paper. Yet, beneath the surface of focused concentration, a subtle undercurrent of anticipation had begun to churn. It was a feeling she hadn't allowed herself to acknowledge, a fragile tendril of hope that she kept attempting to sever. She found herself stealing glances at Liam, who was meticulously cross-referencing dates in a leather-bound journal, his brow furrowed in that familiar, engrossing manner. His silence was a comfortable weight, one she had grown accustomed to, but today, it felt charged, pregnant with unspoken possibilities.</w:t>
      </w:r>
    </w:p>
    <w:p>
      <w:r>
        <w:br/>
        <w:t>She’d spent the morning wrestling with an internal debate, a familiar tug-of-war between her ingrained caution and a burgeoning desire to bridge the invisible chasm that still, despite their shared purpose, separated them. It wasn't about confessions of grand, life-altering secrets. Eleanor wasn't ready for that, and frankly, she doubted Liam was either. But there was a subtler form of revelation, a more delicate currency of trust she felt compelled to test. It was about offering a small piece of herself, not an obligation, but a deliberate offering, a carefully chosen morsel of her inner world.</w:t>
      </w:r>
    </w:p>
    <w:p/>
    <w:p>
      <w:r>
        <w:br/>
        <w:t>Her gaze drifted to the worn leather satchel tucked beside her chair, a constant reminder of the life she’d left behind. Within its depths lay a small, tarnished silver locket, a relic of her childhood. It wasn't anything extraordinary, just a simple trinket her mother had given her on her tenth birthday, a promise of protection, a whispered wish for safe passage through the turbulent waters of adolescence. Eleanor hadn't opened it in years, the memories it held too sharp, too deeply buried. But today, the thought of it felt strangely resonant.</w:t>
      </w:r>
    </w:p>
    <w:p/>
    <w:p>
      <w:r>
        <w:br/>
        <w:t>She took a slow, deliberate sip of her coffee, the warmth spreading through her. Liam looked up, his eyes meeting hers across the small, cluttered table. There was no overt invitation in his gaze, just a quiet, steady presence that somehow invited honesty. She could feel the familiar urge to retreat, to don her professional armor and steer the conversation back to the dry facts of historical research. But something held her back. This felt different. This felt like a threshold.</w:t>
      </w:r>
    </w:p>
    <w:p/>
    <w:p>
      <w:r>
        <w:br/>
        <w:t>“You know,” she began, her voice a little softer than intended, a careful calibration between casualness and sincerity, “I haven’t been in Havenwood for long, but I feel like I’ve been here forever sometimes.” She paused, watching his reaction. His expression remained unreadable, but he inclined his head slightly, an unspoken invitation to continue.</w:t>
      </w:r>
    </w:p>
    <w:p/>
    <w:p>
      <w:r>
        <w:br/>
        <w:t>“It’s the… the quiet, I suppose,” she elaborated, choosing her words with painstaking care. “Back home, life was a constant hum of urgency. Sirens, traffic, deadlines. You were always running, always trying to stay ahead of something. Here,” she gestured vaguely around the room, encompassing the dusty books, the sunlight slanting through the windows, “it’s like the world exhales. And sometimes,” she admitted, a tremor of honesty entering her voice, “it’s a little… disorienting. Like I’ve forgotten how to breathe at that pace.”</w:t>
      </w:r>
    </w:p>
    <w:p/>
    <w:p>
      <w:r>
        <w:br/>
        <w:t>She held her breath, bracing herself for any subtle shift in his demeanor. Would he dismiss it as a city dweller’s complaint? Would he offer a patronizing smile? Would he simply nod and move on, leaving her feeling exposed and foolish? She watched his eyes, searching for any hint of judgment, any flicker of superiority. But there was none.</w:t>
      </w:r>
    </w:p>
    <w:p/>
    <w:p>
      <w:r>
        <w:br/>
        <w:t>Liam’s gaze softened almost imperceptibly. He set down his pen, his movements deliberate, unhurried. “I understand that,” he said, his voice a low murmur that somehow carried more weight than any grand pronouncement. “The rhythm here is… different. It takes some getting used to.” He looked out the window for a moment, his gaze lost in the sun-dappled trees outside. “My father,” he began, and Eleanor felt a prickle of surprise. He rarely volunteered information about his father, and when he did, it was usually in the context of the historical research. “He used to say this town had a way of slowing you down, whether you liked it or not. He found it maddening, at first. Said he felt like he was in a time warp. But eventually,” Liam’s voice trailed off, a hint of something akin to wistfulness entering his tone, “he came to appreciate it.”</w:t>
      </w:r>
    </w:p>
    <w:p/>
    <w:p>
      <w:r>
        <w:br/>
        <w:t xml:space="preserve">Eleanor felt a warmth spread through her chest, a sensation entirely unrelated to the coffee. It wasn’t just that he had listened; it was that he had </w:t>
      </w:r>
    </w:p>
    <w:p>
      <w:pPr>
        <w:jc w:val="left"/>
      </w:pPr>
      <w:r>
        <w:rPr>
          <w:i/>
        </w:rPr>
        <w:t>understood</w:t>
      </w:r>
      <w:r>
        <w:t>. He hadn't just heard her words; he had grasped the underlying sentiment, the vulnerability she had so carefully exposed. He had offered not just sympathy, but a shared experience, a connection forged in the very quiet she had confessed to finding disorienting.</w:t>
      </w:r>
    </w:p>
    <w:p>
      <w:r>
        <w:br/>
        <w:t>“It’s the small things, isn’t it?” she found herself saying, emboldened by his response. “The way Mrs. Gable always has time for a chat, even when she’s knee-deep in dough. The way Mr. Henderson still meticulously folds every letter before he puts it in the mailbox. It’s so… intentional. Back where I’m from, efficiency is king. Everything is about speed, about getting to the next thing as quickly as possible. There’s not much room for… intentionality.”</w:t>
      </w:r>
    </w:p>
    <w:p/>
    <w:p>
      <w:r>
        <w:br/>
        <w:t>She watched him, a silent question hanging in the air. Was this too much? Had she overstepped? Her heart beat a little faster, the carefully constructed walls of her composure feeling suddenly fragile. She braced herself for a polite, but firm, redirection back to their work.</w:t>
      </w:r>
    </w:p>
    <w:p/>
    <w:p>
      <w:r>
        <w:br/>
        <w:t>Liam smiled then, a genuine, unforced smile that crinkled the corners of his eyes. “Intentionality,” he repeated, the word rolling around his tongue as if tasting its meaning. “That’s a good word for it. My mother was very intentional. Everything had its place, its purpose. She believed that if you did things with care, even the smallest task, it held a kind of quiet dignity.” He paused, his gaze drifting to a framed photograph on the mantelpiece – a younger, smiling woman Eleanor assumed was his mother. “She used to say that rushing through life was like reading a book by skimming the pages. You miss all the good stuff.”</w:t>
      </w:r>
    </w:p>
    <w:p/>
    <w:p>
      <w:r>
        <w:br/>
        <w:t>Eleanor felt a surprising prickle of tears at the corner of her eyes. It was the quiet dignity, the intentionality, the missing of the “good stuff.” These were concepts she had grappled with herself, silently, for years. The relentless pursuit of success, the constant pressure to achieve, had always felt hollow, a gilded cage. She had often felt a profound sense of disconnect, a feeling that she was going through the motions without truly experiencing the richness of life. And here, in this quiet, unassuming town, she was beginning to find echoes of that richness.</w:t>
      </w:r>
    </w:p>
    <w:p/>
    <w:p>
      <w:r>
        <w:br/>
        <w:t>“I… I have a locket,” she began, the words tumbling out before she could second-guess herself. “My mother gave it to me. It’s… it’s nothing special, really. Just a small silver thing. But I used to wear it all the time when I was younger. It felt like a shield, somehow.” She gestured vaguely towards her satchel. “I haven’t worn it in years. Haven’t even looked at it, truth be told. It’s in there.”</w:t>
      </w:r>
    </w:p>
    <w:p/>
    <w:p>
      <w:r>
        <w:br/>
        <w:t>She felt incredibly exposed, as if she had just revealed a hidden weakness. The act of even admitting to the locket, to its significance, felt like a monumental step. She had offered a sliver of her past, a tangible piece of her emotional history, not as a bid for sympathy, but as a test of his ability to hold her unsteady offering with care. She watched his face, her breath caught in her throat, searching for any flicker of judgment, any hint of dismissal.</w:t>
      </w:r>
    </w:p>
    <w:p/>
    <w:p>
      <w:r>
        <w:br/>
        <w:t>Liam’s eyes met hers, and for a long moment, he simply looked at her. There was no judgment, no prying curiosity, just a quiet, steady regard. He saw the hesitation in her posture, the slight tremor in her hands. And then, he offered a soft, reassuring smile.</w:t>
      </w:r>
    </w:p>
    <w:p/>
    <w:p>
      <w:r>
        <w:br/>
        <w:t>“It’s not about whether it’s special to anyone else, is it?” he said, his voice gentle. “It’s about what it means to you. That’s what matters.” He reached out, not to touch her, but to rest his hand on the table between them, a silent gesture of connection. “Sometimes,” he continued, his gaze steady, “the smallest things carry the most weight. They’re the anchors, aren’t they? The things that remind us where we came from, even when we’re trying to find our way somewhere new.”</w:t>
      </w:r>
    </w:p>
    <w:p/>
    <w:p>
      <w:r>
        <w:br/>
        <w:t>Eleanor felt a profound sense of relief wash over her. He hadn’t probed, hadn’t demanded details. He had simply accepted her offering, validating its significance without questioning it. This was it, she realized. This was the turning point. This carefully chosen, carefully delivered sliver of her past, her anxiety, her vulnerability, had been met not with judgment, but with understanding. It was a small thing, this shared moment over coffee, this tentative exchange of personal history. But in the quiet landscape of Havenwood, it felt like a monumental shift. The walls she had so meticulously built were beginning to crumble, not in a dramatic collapse, but in a slow, steady erosion, revealing the raw, hopeful landscape beneath. And in Liam’s quiet acceptance, she saw the first, true glimmers of trust. It was a fragile thing, this newfound connection, but it was real, and for the first time in a long time, Eleanor felt a flicker of genuine hope. The air in the room, once thick with professional detachment, now felt lighter, more breathable, imbued with the quiet promise of something more.</w:t>
      </w:r>
    </w:p>
    <w:p/>
    <w:p>
      <w:pPr>
        <w:jc w:val="left"/>
      </w:pPr>
      <w:r>
        <w:t xml:space="preserve">Liam’s response wasn’t immediate, but it wasn’t hesitant either. It was a thoughtful pause, a quiet acknowledgment of the space Eleanor had just ceded to him. He didn’t offer platitudes or dismiss her confession with a casual wave. Instead, his gaze remained steady, holding hers with an intensity that was both unnerving and deeply comforting. She watched the subtle shift in his expression, the way his eyes seemed to soften, absorbing the raw vulnerability she had just laid bare. It was an entirely different kind of attention than the focused, analytical gaze he usually directed at historical documents. This was an attention that saw </w:t>
      </w:r>
      <w:r>
        <w:rPr>
          <w:i/>
        </w:rPr>
        <w:t>her</w:t>
      </w:r>
      <w:r>
        <w:t>, not just the researcher beside him.</w:t>
      </w:r>
    </w:p>
    <w:p>
      <w:r>
        <w:br/>
        <w:t>“Anchors,” he repeated softly, the word resonating with a quiet depth. He turned his gaze towards the photograph on the mantelpiece, the one of his mother. A faint, almost imperceptible smile touched his lips. “My mother,” he began, his voice a low timbre that seemed to carry the weight of memory, “she had a collection of… well, you might call them ‘things.’ Not valuable in any monetary sense, but each one held a story for her. A pressed flower from her first garden, a smooth, grey stone from a beach we visited once, a chipped ceramic bird she’d found at a flea market when she was a girl.” He looked back at Eleanor, his expression open and unguarded. “She used to say each one was a ‘cornerstone of her memory.’ When she was feeling overwhelmed, or lost, she’d pick one up, hold it. It was a way of grounding herself, of remembering who she was, and where she’d come from.”</w:t>
      </w:r>
    </w:p>
    <w:p/>
    <w:p>
      <w:r>
        <w:br/>
        <w:t>His words hung in the air, a delicate echo of her own confession. He hadn't just listened; he had mirrored her sentiment with a story of his own, a carefully chosen anecdote that validated her feelings without making them about him. It wasn't a competition of vulnerability, but a gentle offering of shared human experience. The chipped ceramic bird, the pressed flower – these were as simple, and as profound, as her tarnished locket. He understood that the true value of these objects lay not in their material worth, but in the intangible weight of the memories they carried, the emotional anchors they provided.</w:t>
      </w:r>
    </w:p>
    <w:p/>
    <w:p>
      <w:r>
        <w:br/>
        <w:t>Eleanor felt a peculiar sensation, a warmth that bloomed in her chest, pushing back the persistent chill of her ingrained solitude. It was the feeling of being truly seen. Liam hadn't flinched at her admission of a childhood trinket. He hadn't questioned its significance or made her feel childish for clinging to such a thing. Instead, he had offered a parallel, a testament to the universal need for connection to our past, for those tangible touchstones that remind us of our journey. His quiet revelation about his mother’s collection felt like a gentle hand extended across the chasm that had, until this moment, felt so vast and insurmountable between them.</w:t>
      </w:r>
    </w:p>
    <w:p/>
    <w:p>
      <w:r>
        <w:br/>
        <w:t>“A cornerstone of memory,” Eleanor murmured, testing the phrase. It was beautiful, evocative. It captured precisely the feeling she had struggled to articulate. “That’s… that’s exactly it. It’s not just an object, is it? It’s a fragment of a feeling, a whisper of a time when things felt simpler, or perhaps just different.” She clasped her hands in her lap, her fingers intertwining as if to hold onto this newfound sense of connection. “My locket… it’s from my tenth birthday. My mother gave it to me. She was always so… practical. She wasn’t one for grand gestures. But this locket, she’d painstakingly polished it herself. I remember the faint scent of metal polish on her fingers for days afterwards. And she tied it with a tiny, pale blue ribbon, which she immediately removed because she said it would get in the way.” A small, genuine laugh escaped her, a sound that felt foreign and wonderful in the quiet room. “She said it was to keep me safe, but also to remind me that even small things could hold a lot of love.”</w:t>
      </w:r>
    </w:p>
    <w:p/>
    <w:p>
      <w:r>
        <w:br/>
        <w:t>She paused, a shyness creeping back into her voice. She had offered the locket, and now she was offering the story behind it. It felt like peeling back another layer, a more tender one. “I wore it every single day for years. It was my shield against… well, against everything, I suppose. Teenage angst, awkward school dances, the general uncertainty of growing up. And then, somewhere along the line, life got faster. The deadlines got bigger, the stakes got higher. And I just… stopped wearing it. I think I was afraid it was too childish, too sentimental. That it would somehow betray the ‘serious’ woman I was trying to become.”</w:t>
      </w:r>
    </w:p>
    <w:p/>
    <w:p>
      <w:r>
        <w:br/>
        <w:t>She looked at Liam, her heart thudding a nervous rhythm against her ribs. The air felt thick with anticipation, but not the anxious, self-conscious anticipation of before. This was a hopeful anticipation, a quiet eagerness to see how he would receive this further offering. His response so far had been so perfect, so deeply empathetic, that she found herself daring to believe he might understand this too.</w:t>
      </w:r>
    </w:p>
    <w:p/>
    <w:p>
      <w:r>
        <w:br/>
        <w:t>Liam listened intently, his gaze never wavering from her face. There was no judgment in his eyes, only a quiet, understanding stillness. When she finished speaking, he leaned back slightly in his chair, his hands resting loosely on the table. He didn’t rush to fill the silence, allowing her words to settle, to resonate.</w:t>
      </w:r>
    </w:p>
    <w:p/>
    <w:p>
      <w:r>
        <w:br/>
        <w:t>“There’s no shame in needing a shield, Eleanor,” he said finally, his voice a low, steady current of reassurance. “Especially when you’re growing up. Life can be… a lot. And sometimes, the things that seem small to others are the very things that hold us up when we feel like we’re about to topple over.” He paused, a thoughtful expression crossing his face. “I had a similar… well, not a locket, but a worn wooden soldier. My grandfather carved it for me when I was about seven. It was crude, all uneven edges and paint smudged in places. But I took it everywhere. Slept with it under my pillow. I even took it to school, tucked away in my pocket. If anyone ever tried to take it from me…” He trailed off, a shadow of remembered fierce protectiveness flickering in his eyes. “I don’t think I could have borne it.”</w:t>
      </w:r>
    </w:p>
    <w:p/>
    <w:p>
      <w:r>
        <w:br/>
        <w:t>He met her gaze, a faint, wry smile playing on his lips. “My parents eventually got tired of me carrying around this battered old toy. They’d try to ‘misplace’ it, hoping I’d forget. But I always found it. It was… important. It was mine. It was a piece of him, and a piece of me, all rolled into one.” He gestured vaguely towards the shelves lining the room, piled high with historical texts and artifacts. “I still have it, somewhere. Buried under a pile of old letters, I imagine. It’s not something I’d put on display, certainly. But knowing it’s there… it’s a comfort.”</w:t>
      </w:r>
    </w:p>
    <w:p/>
    <w:p>
      <w:r>
        <w:br/>
        <w:t>Eleanor felt a wave of profound gratitude wash over her. He had done it again. He had taken her vulnerability and, instead of recoiling, he had offered his own, a gentle mirroring that created a space for true connection. The worn wooden soldier, the fierce protectiveness – it resonated deeply with her own feelings about her locket. He understood that these were not childish attachments, but essential anchors, vital pieces of self that deserved to be cherished.</w:t>
      </w:r>
    </w:p>
    <w:p/>
    <w:p>
      <w:r>
        <w:br/>
        <w:t xml:space="preserve">“It’s amazing, isn’t it?” she said, her voice filled with a newfound wonder. “How these simple things, these objects, can hold so much emotional weight. They’re like… like little time capsules of ourselves.” She leaned forward, her professional reserve completely forgotten, replaced by a genuine, almost eager curiosity. “I wonder what stories </w:t>
      </w:r>
    </w:p>
    <w:p>
      <w:pPr>
        <w:jc w:val="left"/>
      </w:pPr>
      <w:r>
        <w:rPr>
          <w:i/>
        </w:rPr>
        <w:t>your</w:t>
      </w:r>
      <w:r>
        <w:t xml:space="preserve"> mother’s cornerstones tell. What does the pressed flower say about her?”</w:t>
      </w:r>
    </w:p>
    <w:p>
      <w:r>
        <w:br/>
        <w:t>Liam’s smile widened, a rare, uninhibited expression that lit up his face. He looked genuinely pleased by her engagement, by her willingness to delve deeper. “The pressed flower,” he began, his voice taking on a softer, more reflective tone, “that was from her very first attempt at a garden. She was… not what you’d call a natural gardener. She tended to kill everything she planted. But she persisted. She loved the idea of growing things, of nurturing them. That flower was the only thing that actually bloomed and didn’t immediately wither. It was a tiny little thing, a forget-me-not, I think. She pressed it carefully and kept it in a small, leather-bound book of poems. She said it was a reminder that even with a ‘black thumb,’ beauty could still emerge with enough effort and hope.”</w:t>
      </w:r>
    </w:p>
    <w:p/>
    <w:p>
      <w:r>
        <w:br/>
        <w:t>He paused, his gaze drifting back to the photograph. “And the stone,” he continued, “that was from a trip to the coast, years ago. We’d had a terrible argument, my father and I. He was frustrated with me, I was stubborn and angry. We drove for hours in complete silence. When we finally stopped at the beach, it was raining, a thick, grey drizzle. I remember feeling utterly miserable. He walked down to the water’s edge, and he stood there for a long time, just looking out at the sea. Then he walked back, and he had this one smooth, grey stone in his hand. He just handed it to me, didn’t say a word. It was his way of… I don’t know. An apology? A truce? It was his ‘cornerstone’ for that particular stormy day.”</w:t>
      </w:r>
    </w:p>
    <w:p/>
    <w:p>
      <w:r>
        <w:br/>
        <w:t>Eleanor felt a pang of something akin to melancholy, mixed with a deep sense of understanding. Liam’s family history, so often presented through the dry lens of historical facts, was now unfolding before her, imbued with the quiet intimacy of personal memory. She saw not just the historical figures, but the people behind them – a mother who persevered despite her lack of a green thumb, a father who communicated his feelings not with words, but with a shared, silent moment on a desolate beach.</w:t>
      </w:r>
    </w:p>
    <w:p/>
    <w:p>
      <w:r>
        <w:br/>
        <w:t>“That’s… that’s incredibly poignant,” she murmured, feeling a deep respect for the quiet, unspoken language of his family. “It’s like you’re saying these objects were the translators of their emotions, weren’t they? The things that allowed them to express what words couldn't, or wouldn't, convey.”</w:t>
      </w:r>
    </w:p>
    <w:p/>
    <w:p>
      <w:r>
        <w:br/>
        <w:t>Liam nodded slowly, his gaze thoughtful. “I think you’re right. My father was a man of few words. He dealt in facts, in logic. Emotions were… a foreign language to him. But he understood the language of objects, of tangible things. My mother, on the other hand, she was more expressive, but even she found comfort in these physical anchors. It’s as if they built their own private archive of feeling, documented in trinkets and keepsakes.”</w:t>
      </w:r>
    </w:p>
    <w:p/>
    <w:p>
      <w:r>
        <w:br/>
        <w:t>He looked directly at Eleanor, a warmth in his eyes that seemed to acknowledge the shared territory they were exploring. “It’s what we’re doing now, in a way, isn’t it? We’re building our own archive. Not with objects, perhaps, but with… with stories. With moments.” He gestured between them, a subtle acknowledgment of the conversation they were having. “You shared your locket, your shield. I shared my wooden soldier, my grandfather’s carving. These are the foundational pieces, the first entries.”</w:t>
      </w:r>
    </w:p>
    <w:p/>
    <w:p>
      <w:r>
        <w:br/>
        <w:t>Eleanor felt a tremor of excitement, a hopeful flutter in her chest. He saw it too. He saw the nascent connection, the tentative building of trust. It wasn't just about historical research anymore. It was about understanding each other, about piecing together the fragments of their pasts to form a clearer picture of who they were, and who they could become, together.</w:t>
      </w:r>
    </w:p>
    <w:p/>
    <w:p>
      <w:r>
        <w:br/>
        <w:t>“Yes,” she agreed, her voice soft but firm. “Foundation pieces. And it feels… good. It feels important.” She hesitated for a moment, then took a breath. This was a step further, a move beyond reciprocity into genuine openness. “You know, that locket… it’s not just a shield. It’s also a reminder of her belief in me. Of her hope. And sometimes, when I’m feeling particularly… adrift,” she confessed, the word feeling both familiar and new as she spoke it aloud, “I try to remember that. I try to remember the woman who believed in the power of small things, and who tied that ribbon with such care, even if she immediately took it off.”</w:t>
      </w:r>
    </w:p>
    <w:p/>
    <w:p>
      <w:r>
        <w:br/>
        <w:t>She saw Liam’s expression shift, a subtle softening around his mouth and eyes. It was the look of someone witnessing something precious, something fragile, and wanting to protect it. He didn’t offer unsolicited advice, or try to solve her perceived problems. He simply offered his presence, his quiet, steady understanding.</w:t>
      </w:r>
    </w:p>
    <w:p/>
    <w:p>
      <w:r>
        <w:br/>
        <w:t>“That’s the real anchor, isn’t it?” he said, his voice laced with genuine admiration. “Not just the object itself, but the feeling it represents. The love, the hope, the belief. Those are the things that carry us through. They’re the invisible threads that connect us to ourselves, and to the people who matter.” He reached out, not to touch her, but to rest his fingertips lightly on the table, a gesture of connection that felt more intimate than any physical contact. “Thank you for telling me, Eleanor. For sharing that. It means… it means something.”</w:t>
      </w:r>
    </w:p>
    <w:p/>
    <w:p>
      <w:r>
        <w:br/>
        <w:t>The simplicity of his gratitude, the genuine sincerity in his voice, was profoundly moving. It wasn’t an obligation; it was a heartfelt acknowledgment of her trust. In that moment, surrounded by the quiet hum of history and the warm glow of shared vulnerability, Eleanor felt a profound sense of peace settle over her. The carefully constructed walls of her professional demeanor had not so much crumbled as they had melted away, revealing a landscape of nascent trust and burgeoning emotional intimacy. The journey ahead was still long, undoubtedly filled with its own challenges and complexities, but in Liam’s quiet, empathetic response, she saw the undeniable truth: they were no longer just colleagues deciphering the past. They were two individuals, tentatively, beautifully, beginning to understand each other. And that, she realized, was the most compelling history of all. The sun, which had been a mere observer, now seemed to cast a warmer, more intimate glow upon them, as if acknowledging the quiet blossoming of connection in the heart of Havenwood.</w:t>
      </w:r>
    </w:p>
    <w:p/>
    <w:p>
      <w:r>
        <w:t>The delicate thread of trust, so recently woven between Eleanor and Liam, was about to be tested. They had spent the morning immersed in the archives, the air thick with the scent of old paper and the quiet rustle of turning pages. A particular document, a brittle, hand-stitched journal detailing the daily life of a mid-19th-century merchant family, had captured their attention. Eleanor, with her keen eye for social nuance, was fascinated by the subtle power dynamics at play within the family, the unspoken expectations and coded language that revealed so much about their era. Liam, ever the pragmatist, was focused on the economic implications, the shrewd business dealings and the intricate web of trade that sustained their affluence.</w:t>
      </w:r>
    </w:p>
    <w:p>
      <w:r>
        <w:br/>
        <w:t>It was on the interpretation of a particular entry that their first significant divergence emerged. The journal entry, penned in a spidery hand, described a rather unconventional arrangement between the merchant, Mr. Abernathy, and a local artist. Eleanor, reading between the lines, perceived it as a patronage arrangement, a symbiotic relationship where Abernathy provided financial support and, in return, received artistic pieces that subtly flattered his standing in the community. She saw the artist, a young woman named Isabella, as a shrewd businesswoman, leveraging her talent to secure her livelihood and artistic freedom in a world that offered few such opportunities for women.</w:t>
      </w:r>
    </w:p>
    <w:p/>
    <w:p>
      <w:r>
        <w:br/>
        <w:t>“It’s clear to me,” Eleanor declared, leaning back in her chair, a satisfied smile playing on her lips. “Abernathy was essentially buying his reputation. He commissioned Isabella to create these portraits and still lifes, not out of genuine artistic appreciation, but as a display of his wealth and sophistication. He wanted to be seen as a man of culture, someone who supported the arts. Isabella, in turn, was incredibly intelligent. She understood Abernathy’s ego and played to it perfectly, securing a steady income and the freedom to pursue her own artistic vision without the usual constraints placed upon female artists of the time.”</w:t>
      </w:r>
    </w:p>
    <w:p/>
    <w:p>
      <w:r>
        <w:br/>
        <w:t>Liam, however, saw it differently. He’d been poring over a ledger discovered in the same box, cross-referencing Abernathy’s expenditures. His focus was on the quantifiable, the tangible. He saw the financial transactions as far more straightforward, less layered with Eleanor’s subtle social commentary.</w:t>
      </w:r>
    </w:p>
    <w:p/>
    <w:p>
      <w:r>
        <w:br/>
        <w:t>“I’m not so sure, Eleanor,” Liam countered, his brow furrowed as he traced a line in the ledger with his finger. “These commissions weren’t exactly exorbitant. Abernathy was known for his parsimony, and these amounts are modest, even for the time. My reading suggests it was more of a simple exchange. He paid for the artwork, and he received it. There’s no indication of any undue flattery or manipulation on either side. Abernathy was a businessman; he saw value in acquiring art, perhaps for investment, perhaps simply to furnish his home. Isabella needed to earn a living, and this was a way to do it. It’s a straightforward transaction, no more, no less.”</w:t>
      </w:r>
    </w:p>
    <w:p/>
    <w:p>
      <w:r>
        <w:br/>
        <w:t>Eleanor’s smile faltered slightly. She’d been so confident in her interpretation, so drawn into the narrative she’d constructed around Isabella’s agency and Abernathy’s ego. Liam’s pragmatic approach, while valid in its own way, felt like it was stripping the story of its richer, more complex emotional and social tapestry.</w:t>
      </w:r>
    </w:p>
    <w:p/>
    <w:p>
      <w:r>
        <w:br/>
        <w:t>“But Liam,” she pressed, her voice losing a touch of its earlier warmth, “you’re overlooking the context. The societal pressures on women, the limited avenues for artistic expression. Isabella couldn’t have simply opened her own gallery. She needed a patron. And Abernathy, a man of considerable influence, would have been an obvious choice. The subtlety of the commissions, the way they were displayed in his drawing-room, all point to a deliberate strategy, not just a simple purchase.” She gestured animatedly towards the journal. “She wasn’t just painting pretty pictures; she was navigating a man’s world, and she did it with remarkable skill and discretion. She understood that by appealing to his vanity, she secured her own professional future.”</w:t>
      </w:r>
    </w:p>
    <w:p/>
    <w:p>
      <w:r>
        <w:br/>
        <w:t>Liam leaned back, his gaze steady, a familiar analytical intensity in his eyes, but softened now by the nascent trust that had begun to bloom between them. He didn’t dismiss her words, nor did he immediately concede. He understood the importance of listening, of truly hearing her perspective, even if it differed from his own. This was not about being right or wrong; it was about understanding the multifaceted nature of the past they were uncovering.</w:t>
      </w:r>
    </w:p>
    <w:p/>
    <w:p>
      <w:r>
        <w:br/>
        <w:t>“I appreciate your perspective, Eleanor, I really do,” he began, choosing his words carefully. “And I don’t deny the societal constraints you’re highlighting. They are undeniable. But when we look at the financial records, the payments are consistent, almost formulaic. If it were truly about Abernathy’s ego, wouldn’t we expect more variation? Perhaps larger sums for particularly flattering portraits, or smaller sums for less significant pieces? And Isabella’s own entries, what do they reveal? Are there hints of frustration, or of a strategic approach to securing his patronage?”</w:t>
      </w:r>
    </w:p>
    <w:p/>
    <w:p>
      <w:r>
        <w:br/>
        <w:t>Eleanor considered his words. He wasn’t being dismissive; he was genuinely engaging with her argument, seeking to reconcile their differing viewpoints. It was a far cry from the intellectual sparring matches she was used to, where opinions were often met with rigid defense. Here, there was a willingness to explore, to understand.</w:t>
      </w:r>
    </w:p>
    <w:p/>
    <w:p>
      <w:r>
        <w:br/>
        <w:t xml:space="preserve">“Her entries are… more reserved,” Eleanor admitted, turning a page in the journal. “She writes about the ‘demands of her craft’ and the ‘necessity of fulfilling her obligations.’ She mentions Abernathy’s ‘particular tastes,’ but it’s all very formal. The real story, I believe, is in what she </w:t>
      </w:r>
    </w:p>
    <w:p>
      <w:pPr>
        <w:jc w:val="left"/>
      </w:pPr>
      <w:r>
        <w:rPr>
          <w:i/>
        </w:rPr>
        <w:t>doesn’t</w:t>
      </w:r>
      <w:r>
        <w:t xml:space="preserve"> say. The absence of complaint about the financial terms, for example, suggests a satisfaction with the arrangement, a tacit understanding of its unspoken benefits. And the fact that Abernathy continued to commission her for over a decade, despite the modest sums, indicates a consistent, if unspoken, value he placed on her work, beyond mere monetary worth.”</w:t>
      </w:r>
    </w:p>
    <w:p>
      <w:r>
        <w:br/>
        <w:t>Liam nodded slowly, a flicker of understanding in his eyes. He was beginning to see the nuances she was describing, the subtle language of omission and implication. “So, you’re suggesting that the ‘modest sums’ were, in fact, a calculated offer that provided Isabella with stability, and that Abernathy, in return, received a consistent stream of art that served his social purposes without being an ostentatious display of excessive spending? It was a quiet form of mutual benefit, then?”</w:t>
      </w:r>
    </w:p>
    <w:p/>
    <w:p>
      <w:r>
        <w:br/>
        <w:t>“Exactly!” Eleanor exclaimed, a spark of renewed enthusiasm in her voice. The tension that had begun to prickle her earlier was dissolving, replaced by the familiar thrill of collaborative discovery. Liam’s ability to grasp the underlying logic, even when it differed from his initial interpretation, was remarkable. “It wasn’t about grand gestures, but about consistent, understated gestures. Abernathy wasn’t a man who would boast about his patronage; he was a man who would subtly showcase it. And Isabella wasn’t a woman who would beg for better terms; she was a woman who would discreetly secure her future. They were both incredibly adept at playing the game, just from different positions.”</w:t>
      </w:r>
    </w:p>
    <w:p/>
    <w:p>
      <w:r>
        <w:br/>
        <w:t>Liam leaned forward, his gaze shifting from the ledger to Eleanor, a warmth entering his expression that went beyond intellectual curiosity. “That’s a fascinating interpretation, Eleanor. And I can see the evidence for it now, particularly when you frame it in terms of their individual personalities and societal roles. My focus on the quantifiable data, the sheer numbers, can sometimes blind me to the qualitative aspects, the human element. You, on the other hand, excel at uncovering those hidden narratives.”</w:t>
      </w:r>
    </w:p>
    <w:p/>
    <w:p>
      <w:r>
        <w:br/>
        <w:t>He paused, a thoughtful expression on his face. “So, instead of seeing it as a simple patronage agreement where Abernathy held all the power, you see it as a more sophisticated, mutually beneficial arrangement where Isabella skillfully negotiated her position and secured her professional autonomy. She wasn’t just an artist being commissioned; she was an entrepreneur navigating the limitations of her era.”</w:t>
      </w:r>
    </w:p>
    <w:p/>
    <w:p>
      <w:r>
        <w:br/>
        <w:t>Eleanor felt a surge of satisfaction, not just from having her interpretation validated, but from the collaborative spirit with which Liam had approached their disagreement. He hadn’t dug his heels in. He had listened, questioned, and ultimately, integrated her perspective into his understanding. It was a testament to the growing trust between them, a silent acknowledgment that their combined insights were far more potent than their individual ones.</w:t>
      </w:r>
    </w:p>
    <w:p/>
    <w:p>
      <w:r>
        <w:br/>
        <w:t>“Precisely,” she affirmed, her voice filled with a newfound confidence. “She was creating her own opportunities within the existing structures. It’s a story of quiet resilience and intelligent strategy, not just artistic talent. And Abernathy, while perhaps not intentionally manipulative, certainly benefited from this arrangement, gaining aesthetically pleasing pieces that served his social standing without a significant financial outlay.”</w:t>
      </w:r>
    </w:p>
    <w:p/>
    <w:p>
      <w:r>
        <w:br/>
        <w:t>Liam smiled, a genuine, open smile that reached his eyes. “I think you’ve convinced me. The ledger alone didn’t tell the whole story. It needed your insight into the social context and Isabella’s personal narrative to truly come alive. It’s a testament to how we complement each other, isn’t it? My analytical approach, your nuanced interpretation. Together, we’re uncovering a much richer, more complete picture.”</w:t>
      </w:r>
    </w:p>
    <w:p/>
    <w:p>
      <w:r>
        <w:br/>
        <w:t>The air in the archive room, which had briefly held a subtle tension, now felt lighter, charged with a shared sense of accomplishment. This wasn’t just about solving a historical puzzle; it was about learning to navigate their differences, to build bridges of understanding across their varied approaches.</w:t>
      </w:r>
    </w:p>
    <w:p/>
    <w:p>
      <w:r>
        <w:br/>
        <w:t xml:space="preserve">“It is,” Eleanor agreed, her gaze meeting his, a silent acknowledgment of the progress they were making, not just in their research, but in their burgeoning partnership. “It’s about seeing the forest </w:t>
      </w:r>
    </w:p>
    <w:p>
      <w:pPr>
        <w:jc w:val="left"/>
      </w:pPr>
      <w:r>
        <w:rPr>
          <w:i/>
        </w:rPr>
        <w:t>and</w:t>
      </w:r>
      <w:r>
        <w:t xml:space="preserve"> the trees. And sometimes, it takes two different pairs of eyes to truly appreciate the landscape.”</w:t>
      </w:r>
    </w:p>
    <w:p>
      <w:r>
        <w:br/>
        <w:t>He gestured towards another document, a collection of Abernathy’s personal correspondence. “Perhaps these letters will offer further insight into Abernathy’s motivations, or even provide a glimpse into his interactions with Isabella beyond the business transactions. Shall we delve into them?”</w:t>
      </w:r>
    </w:p>
    <w:p/>
    <w:p>
      <w:r>
        <w:br/>
        <w:t>Eleanor’s heart gave a small, hopeful leap. The disagreement, which could have easily spiraled into a point of friction, had instead become an opportunity for growth, a demonstration of their ability to work through challenges constructively. It had solidified, rather than fractured, the fragile trust that was forming between them. They were learning to speak each other’s language, to appreciate the unique value of their differing perspectives.</w:t>
      </w:r>
    </w:p>
    <w:p/>
    <w:p>
      <w:r>
        <w:br/>
        <w:t>“I’d be delighted,” she replied, her voice warm and genuine. She reached for the stack of letters, feeling a renewed sense of purpose and a quiet excitement for what lay ahead. The journey of uncovering the past was proving to be as much about understanding the present, and the person who shared it with her, as it was about the historical figures they studied. This ability to navigate their differences, to listen and to compromise, was not just a key to successful research; it was becoming a cornerstone of their evolving relationship, a promise of a future built on mutual respect and shared understanding. The archive, once a solitary pursuit for Eleanor, was becoming a shared space, a crucible where their trust, like the artifacts they studied, was being forged and strengthened, piece by painstaking piece. They were not just colleagues anymore; they were becoming a team, and that made all the difference. The faint sunlight filtering through the high arched windows seemed to illuminate not just the dusty manuscripts, but the hopeful glimmers of a shared future.</w:t>
      </w:r>
    </w:p>
    <w:p/>
    <w:p>
      <w:r>
        <w:t>The afternoon sun, once a bright harbinger of intellectual discovery, began to cast long, weary shadows across the archive tables. Eleanor, her brow furrowed in concentration, felt the familiar prickle of fatigue begin to set in. The intricate tapestry of 19th-century social etiquette, woven through the correspondence of a minor aristocratic family, was proving more demanding than she'd anticipated. Each letter, penned with elegant, looping script, contained a dense layering of unspoken social cues and veiled sentiments. She was deep in the labyrinth of a particularly barbed exchange between two sisters-in-law, a subtle battle of wills fought with meticulously chosen words and the strategic deployment of social obligations. Her shoulders ached, a dull throb that mirrored the growing pressure behind her eyes. The air, once invigorating with the scent of aged paper and beeswax polish, now felt heavy and stagnant, a physical manifestation of her mental exhaustion. She'd been so absorbed in decoding the subtle nuances of a particular passive-aggressive missive that she hadn't realized how long she'd been hunched over the fragile document. The rhythmic tapping of Liam's fingers on his own manuscript, a sound that had become a comforting background hum, had ceased some time ago, replaced by an almost unnerving silence. She risked a glance in his direction.</w:t>
      </w:r>
    </w:p>
    <w:p>
      <w:r>
        <w:br/>
        <w:t>Liam, usually so composed, his posture invariably upright even when engrossed in research, was slumped slightly in his chair. His shoulders were hunched, and he ran a hand through his already disheveled hair, a gesture of weariness she hadn't witnessed before. He was staring blankly at the page in front of him, his gaze unfocused, the sharp, analytical glint that usually danced in his eyes replaced by a dull resignation. A stack of equally dense legal documents lay scattered around him, testament to the long hours he’d been spending wrestling with land deeds and property disputes of the era. The intensity of his focus, which she had come to admire, seemed to have finally taken its toll, leaving him looking drained and somewhat defeated. The subtle shift in his demeanor was palpable, a silent signal of his own encroaching exhaustion.</w:t>
      </w:r>
    </w:p>
    <w:p/>
    <w:p>
      <w:r>
        <w:br/>
        <w:t>Without a conscious thought, a maternal instinct, or perhaps a dawning recognition of a shared struggle, Eleanor found herself pushing away from her own desk. The rustle of her movements seemed to break the spell of Liam's disquiet. He looked up, his eyes meeting hers, and for a fleeting moment, she saw a flicker of surprise, quickly masked by his usual reserved composure.</w:t>
      </w:r>
    </w:p>
    <w:p/>
    <w:p>
      <w:r>
        <w:br/>
        <w:t>"Everything alright, Eleanor?" he asked, his voice a little rougher than usual, betraying the strain he was under.</w:t>
      </w:r>
    </w:p>
    <w:p/>
    <w:p>
      <w:r>
        <w:br/>
        <w:t>She offered a small, tired smile. "Just stretching my legs. This correspondence is proving… remarkably intricate." She gestured vaguely at her own pile of letters. "The art of the veiled insult, it seems, was highly developed."</w:t>
      </w:r>
    </w:p>
    <w:p/>
    <w:p>
      <w:r>
        <w:br/>
        <w:t>Liam managed a faint, almost imperceptible nod. He didn’t elaborate on his own struggles, but the set of his jaw and the slight slump of his shoulders spoke volumes. It was in that shared moment of quiet, unspoken weariness that something shifted. The professional barrier, already softened by their earlier collaborative breakthrough, seemed to recede further. Eleanor remembered the small, independently owned coffee shop just around the corner, the one that served the richest, darkest roast she’d ever tasted. Liam had mentioned it once, in passing, as a place he occasionally sought refuge from his academic pursuits.</w:t>
      </w:r>
    </w:p>
    <w:p/>
    <w:p>
      <w:r>
        <w:br/>
        <w:t>"You know," she began, her voice deliberately light, "I was just thinking about that little coffee shop down the street. The one with the aggressively strong coffee."</w:t>
      </w:r>
    </w:p>
    <w:p/>
    <w:p>
      <w:r>
        <w:br/>
        <w:t>Liam’s gaze sharpened slightly, a hint of curiosity replacing the fatigue. "The Daily Grind? Yes?"</w:t>
      </w:r>
    </w:p>
    <w:p/>
    <w:p>
      <w:r>
        <w:br/>
        <w:t>"I was considering an expedition," Eleanor continued, stepping away from her desk and moving towards the door. "A vital reconnaissance mission for the sake of sustained intellectual effort. Would you, by any chance, be in need of… caffeine-based reinforcement?" She offered a hopeful, slightly playful smile, the question laced with an unspoken invitation to step away from the oppressive weight of their research, even for a short while. It was a risk, a small step outside their established dynamic, but the sight of his evident fatigue compelled her.</w:t>
      </w:r>
    </w:p>
    <w:p/>
    <w:p>
      <w:r>
        <w:br/>
        <w:t>Liam hesitated for only a moment, his eyes scanning her face as if searching for an ulterior motive. But he found none, only a genuine, if somewhat tentative, offer. A slow, appreciative smile spread across his lips, softening the harsh lines of his weariness. "Reinforcement would be… most welcome, Eleanor. More than welcome." He pushed himself up from his chair, his movements still a little stiff, but with a renewed spark in his eyes. "I confess, these property deeds are beginning to feel like a personal affront."</w:t>
      </w:r>
    </w:p>
    <w:p/>
    <w:p>
      <w:r>
        <w:br/>
        <w:t>The simple act of leaving the archive, of stepping out into the bustling street with Liam by her side, felt like a small rebellion against the confines of their work. The late afternoon air was cool and crisp, a welcome contrast to the stuffy atmosphere they had been immersed in for hours. They walked in comfortable silence for a few moments, the rhythmic click of their shoes on the pavement a shared counterpoint to the city's hum. Eleanor found herself stealing glances at Liam, noticing the subtle way his shoulders seemed to relax with each step, the tension in his jaw easing. He wasn't just going for coffee; he was taking a much-needed breath, and the realization that she had facilitated that was unexpectedly satisfying.</w:t>
      </w:r>
    </w:p>
    <w:p/>
    <w:p>
      <w:r>
        <w:br/>
        <w:t>Inside The Daily Grind, the rich aroma of roasted beans enveloped them like a warm hug. The cheerful clatter of mugs and the low murmur of conversations provided a vibrant, grounding contrast to the hushed solemnity of the archive. Eleanor pointed towards a small, unoccupied table by the window. As Liam settled in, she turned to the counter, a plan forming in her mind.</w:t>
      </w:r>
    </w:p>
    <w:p/>
    <w:p>
      <w:r>
        <w:br/>
        <w:t>"Two large black coffees, please," she said to the barista, a young woman with bright pink hair and a friendly smile. Then, lowering her voice slightly, she added, "And could you add one of those almond croissants to that? For my… colleague." She winked, a gesture of conspiratorial camaraderie.</w:t>
      </w:r>
    </w:p>
    <w:p/>
    <w:p>
      <w:r>
        <w:br/>
        <w:t>The barista nodded, her smile widening. "Coming right up."</w:t>
      </w:r>
    </w:p>
    <w:p/>
    <w:p>
      <w:r>
        <w:br/>
        <w:t>Eleanor returned to the table, her heart giving a small, uncharacteristic flutter. It was such a small gesture, a mere croissant. But it felt significant. Liam was already engrossed in the menu, his brow furrowed in mock deliberation over the pastry selection.</w:t>
      </w:r>
    </w:p>
    <w:p/>
    <w:p>
      <w:r>
        <w:br/>
        <w:t>"Are you going to be indecisive all afternoon, or shall we just embrace the joy of baked goods?" Eleanor teased, sliding into the seat opposite him.</w:t>
      </w:r>
    </w:p>
    <w:p/>
    <w:p>
      <w:r>
        <w:br/>
        <w:t>Liam looked up, a genuine laugh escaping him this time. "Indecision is a crucial part of the research process, Eleanor. One must weigh all options thoroughly." He then noticed the anticipation in her eyes. "Though, I admit, the allure of a well-executed almond croissant is a powerful counterpoint to the intricacies of feudal land tenure."</w:t>
      </w:r>
    </w:p>
    <w:p/>
    <w:p>
      <w:r>
        <w:br/>
        <w:t>Their coffees arrived, steaming and fragrant. Liam took a deep, appreciative inhale. "Ah," he sighed, closing his eyes briefly. "That's the stuff." He took his first sip, his eyes widening slightly. "This is… excellent."</w:t>
      </w:r>
    </w:p>
    <w:p/>
    <w:p>
      <w:r>
        <w:br/>
        <w:t>Just as he was about to delve into his own coffee, the barista arrived with their order, placing the coffees and Liam’s croissant before him. Eleanor watched as his eyes registered the unexpected addition. A flicker of surprise crossed his face, followed by a subtle softening around his mouth.</w:t>
      </w:r>
    </w:p>
    <w:p/>
    <w:p>
      <w:r>
        <w:br/>
        <w:t>"A croissant?" he said, his voice tinged with a warmth that was new to her ears. He looked from the pastry to Eleanor, his gaze questioning but also… touched.</w:t>
      </w:r>
    </w:p>
    <w:p/>
    <w:p>
      <w:r>
        <w:br/>
        <w:t>Eleanor felt a blush creep up her neck. "Well," she began, trying to sound casual, "I thought… the property deeds might require a bit of fortification. A little something to sweeten the deal, as it were." She offered a shy smile, hoping he would understand the sentiment behind the gesture. It wasn't about the cost of the croissant; it was about acknowledging his struggle, about offering a small comfort when she saw he needed it.</w:t>
      </w:r>
    </w:p>
    <w:p/>
    <w:p>
      <w:r>
        <w:br/>
        <w:t>Liam picked up the croissant, his fingers tracing its delicate layers. He didn't say anything for a moment, his gaze fixed on the pastry, then slowly lifting to meet Eleanor's. There was a depth of understanding in his eyes now, a recognition that this was more than just a simple offer of food. It was an act of unexpected kindness, a silent acknowledgment of their shared workload and his visible exhaustion.</w:t>
      </w:r>
    </w:p>
    <w:p/>
    <w:p>
      <w:r>
        <w:br/>
        <w:t>"That's… very thoughtful of you, Eleanor," he said finally, his voice quiet and sincere. He broke off a piece of the croissant and took a bite. His eyes closed again, a small groan of pleasure escaping him. "Incredible. You have impeccable taste in both coffee and pastries."</w:t>
      </w:r>
    </w:p>
    <w:p/>
    <w:p>
      <w:r>
        <w:br/>
        <w:t>Eleanor felt a warmth spread through her, a feeling far more potent than the caffeine she was about to consume. It wasn't about scoring intellectual points or proving her research prowess. It was about this: the quiet hum of shared experience, the unspoken understanding, the simple gesture of care. She watched as Liam savored the croissant, the small, almost imperceptible tension that had been etched around his eyes beginning to ease. He was still Liam, the sharp, analytical historian, but in this moment, he was also just a man, a colleague, who was clearly overwhelmed, and who had received a small, unexpected act of support.</w:t>
      </w:r>
    </w:p>
    <w:p/>
    <w:p>
      <w:r>
        <w:br/>
        <w:t>"I have my moments," she replied, her voice lighter now, the fatigue receding slightly under the warmth of the interaction. "And I appreciate your willingness to accept my… tactical reinforcements."</w:t>
      </w:r>
    </w:p>
    <w:p/>
    <w:p>
      <w:r>
        <w:br/>
        <w:t>He chuckled, a genuine, easy sound. "Tactical reinforcements are always appreciated. Especially when they involve this level of deliciousness." He took another sip of his coffee. "You know, I was beginning to think I’d never get through that section on easements. It’s like deciphering ancient runes, but with less satisfying mythological outcomes."</w:t>
      </w:r>
    </w:p>
    <w:p/>
    <w:p>
      <w:r>
        <w:br/>
        <w:t>Eleanor laughed. "I understand completely. These sisters-in-law are proving to be masters of the passive-aggressive power play. I'm half expecting them to start dueling with knitting needles."</w:t>
      </w:r>
    </w:p>
    <w:p/>
    <w:p>
      <w:r>
        <w:br/>
        <w:t>They talked for a while longer, their conversation drifting easily from the frustrations of their respective research to lighter topics – the peculiarities of Victorian fashion, the absurdity of certain social conventions, the best places to find a decent cup of tea. It was a conversation free from the pressure of academic debate, a space where they could simply be themselves, two people sharing a brief respite from their demanding work. Eleanor found herself relaxing, the knot of tension in her shoulders loosening with each shared smile and easy laugh. Liam, too, seemed to shed some of his earlier weariness, his posture straightening, his eyes regaining their familiar spark, albeit a softer, more relaxed one.</w:t>
      </w:r>
    </w:p>
    <w:p/>
    <w:p>
      <w:r>
        <w:br/>
        <w:t>As they finished their coffees, a comfortable silence fell between them. The urgent need to return to their work hadn't vanished, but it had been tempered by the restorative power of their shared break. Liam looked at his watch. "We should probably head back," he said, a hint of reluctance in his voice. "Before those easements stage a full-scale rebellion."</w:t>
      </w:r>
    </w:p>
    <w:p/>
    <w:p>
      <w:r>
        <w:br/>
        <w:t>Eleanor nodded, a sense of quiet contentment settling over her. "Agreed. Though I might need a few more moments of contemplation before plunging back into the marital discord."</w:t>
      </w:r>
    </w:p>
    <w:p/>
    <w:p>
      <w:r>
        <w:br/>
        <w:t>Liam stood, offering her his hand to help her up. His touch was brief but firm, sending a subtle warmth through her arm. "Thank you, Eleanor," he said, his gaze direct and sincere. "For the coffee. And for the croissant. It made a significant difference."</w:t>
      </w:r>
    </w:p>
    <w:p/>
    <w:p>
      <w:r>
        <w:br/>
        <w:t>"Anytime, Liam," she replied, her voice soft. "We're in this together, after all."</w:t>
      </w:r>
    </w:p>
    <w:p/>
    <w:p>
      <w:r>
        <w:br/>
        <w:t>The walk back to the archive was different. The previous silence had been one of shared weariness, but this one was filled with a quiet camaraderie. The small act of kindness, so simple and unpretentious, had subtly altered the landscape of their burgeoning trust. It wasn't about grand gestures or declarations of affection. It was about the quiet recognition of another's struggle, the spontaneous offering of comfort, the willingness to step outside professional boundaries for a moment of shared humanity. As they re-entered the hushed sanctuary of the archive, the scent of old paper seemed less oppressive, the weight of their research a little lighter. The glimmers of trust that had begun to emerge were now shining a little brighter, illuminated by the unexpected warmth of a simple act of kindness. It was a silent promise, a testament to the evolving nature of their relationship, a subtle but profound shift from mere colleagues to something… more. And Eleanor, as she settled back into her chair, felt a quiet, hopeful anticipation for what further discoveries, both historical and personal, lay ahead.</w:t>
      </w:r>
    </w:p>
    <w:p/>
    <w:p>
      <w:r>
        <w:br w:type="page"/>
      </w:r>
    </w:p>
    <w:p>
      <w:pPr>
        <w:spacing w:before="5040"/>
        <w:jc w:val="center"/>
      </w:pPr>
      <w:r>
        <w:rPr/>
        <w:t xml:space="preserve"> Chapter 6: Deepening Intimacy</w:t>
      </w:r>
    </w:p>
    <w:p>
      <w:r>
        <w:t>The archive, a venerable institution steeped in the hushed reverence of historical pursuits, had become their shared universe. Yet, as the days bled into weeks, and the meticulous dissection of centuries-old documents forged an unexpected camaraderie, the edges of their professional engagement began to soften, revealing the contours of their individual lives. The coffee expedition, a seemingly minor interlude, had served as a subtle catalyst, a crack in the professional facade that allowed the light of personal connection to filter through. Eleanor found herself noticing Liam in a different way. It wasn't just the sharp intellect or the unwavering dedication to his research that caught her attention anymore. It was the way his eyes crinkled at the corners when he genuinely smiled, the almost imperceptible tilt of his head when he was listening intently, the quiet strength in his hands as he carefully turned the brittle pages of a manuscript.</w:t>
      </w:r>
    </w:p>
    <w:p>
      <w:r>
        <w:br/>
        <w:t>One crisp autumn afternoon, as the golden leaves of Havenwood began their flamboyant descent, a shared pang of hunger, rather than academic necessity, led them to venture beyond the archive's walls for lunch. Liam had mentioned a small, unassuming deli tucked away on a side street, a place he frequented for its surprisingly robust sandwiches. Eleanor, ever curious and always game for an exploration of the local culinary landscape, readily agreed.</w:t>
      </w:r>
    </w:p>
    <w:p/>
    <w:p>
      <w:r>
        <w:br/>
        <w:t>"I'm starting to think my diet consists solely of stale biscuits and the faint scent of decaying paper," Eleanor quipped, stretching her arms above her head as they exited the imposing stone building. The air, sharp with the scent of damp earth and fallen leaves, was a welcome sensory jolt.</w:t>
      </w:r>
    </w:p>
    <w:p/>
    <w:p>
      <w:r>
        <w:br/>
        <w:t>Liam chuckled, the sound warmer than she'd heard it before. "A valid concern. My digestive system is beginning to stage a silent protest. I believe a ham and Swiss on rye might be the most effective form of appeasement."</w:t>
      </w:r>
    </w:p>
    <w:p/>
    <w:p>
      <w:r>
        <w:br/>
        <w:t>Their walk to the deli was unhurried, a comfortable meander through the charming, tree-lined streets of Havenwood. The usual focused intensity that characterized their interactions within the archive was replaced by a more relaxed, observational cadence. They pointed out the architectural quirks of the old Victorian houses, marveled at the vibrant hues of the remaining foliage, and even paused to watch a flock of geese making their migratory journey across the impossibly blue sky.</w:t>
      </w:r>
    </w:p>
    <w:p/>
    <w:p>
      <w:r>
        <w:br/>
        <w:t>"It's easy to forget that there's a world beyond these archives," Eleanor mused, a wistful note in her voice. "A world where sunlight doesn't always have to filter through dusty windows."</w:t>
      </w:r>
    </w:p>
    <w:p/>
    <w:p>
      <w:r>
        <w:br/>
        <w:t>"Indeed," Liam agreed, his gaze sweeping over the picturesque streetscape. "Havenwood has a way of lulling you into its quiet rhythm. Sometimes, it’s a welcome respite. Other times, it feels like a gilded cage, especially when one is wrestling with the intricacies of historical land disputes." He offered a wry smile. "Today, however, the rhythm feels rather pleasant."</w:t>
      </w:r>
    </w:p>
    <w:p/>
    <w:p>
      <w:r>
        <w:br/>
        <w:t>At "The Havenwood Deli," a cozy establishment with checkered tablecloths and the comforting aroma of freshly baked bread, they found a small table by the window. The proprietor, a burly man with a flour-dusted apron and a booming laugh, greeted them like old friends, a testament to Liam's regular patronage.</w:t>
      </w:r>
    </w:p>
    <w:p/>
    <w:p>
      <w:r>
        <w:br/>
        <w:t>As they perused the extensive menu, their conversation naturally veered away from the academic. Liam, to Eleanor’s surprise, spoke with genuine enthusiasm about his passion for restoring old clocks. He described the intricate mechanisms, the patient artistry required, the satisfaction of bringing a dormant timepiece back to life.</w:t>
      </w:r>
    </w:p>
    <w:p/>
    <w:p>
      <w:r>
        <w:br/>
        <w:t>"There's a certain logic to it," he explained, his eyes lighting up. "Each gear, each spring, has a purpose. And when they all work in harmony, it's… it's like a miniature symphony. A testament to human ingenuity."</w:t>
      </w:r>
    </w:p>
    <w:p/>
    <w:p>
      <w:r>
        <w:br/>
        <w:t>Eleanor listened, captivated. This was a side of Liam she hadn't glimpsed before – a craftsman, a man with a deep appreciation for tangible creation, a stark contrast to the abstract world of historical documents. "I can see that," she said, leaning forward. "It's about understanding the interconnectedness of things. Like a well-researched argument, I suppose. Each piece of evidence, each footnote, plays its part."</w:t>
      </w:r>
    </w:p>
    <w:p/>
    <w:p>
      <w:r>
        <w:br/>
        <w:t>He nodded, a thoughtful expression on his face. "Precisely. Though, I'll admit, a faulty clock mechanism is far easier to diagnose and repair than a particularly stubborn set of 18th-century probate records."</w:t>
      </w:r>
    </w:p>
    <w:p/>
    <w:p>
      <w:r>
        <w:br/>
        <w:t>Eleanor laughed, a bright, uninhibited sound. "And considerably less likely to involve dusty legal jargon."</w:t>
      </w:r>
    </w:p>
    <w:p/>
    <w:p>
      <w:r>
        <w:br/>
        <w:t>She, in turn, shared her own nascent passion for amateur astronomy. She spoke of the vastness of the cosmos, the humbling beauty of nebulae captured through her small telescope, the quiet thrill of identifying constellations.</w:t>
      </w:r>
    </w:p>
    <w:p/>
    <w:p>
      <w:r>
        <w:br/>
        <w:t>"There's something so profound about looking up at the night sky," she confessed, her voice softening. "It reminds you of how small we are, and yet, how connected we are to something so immense. It puts everything into perspective."</w:t>
      </w:r>
    </w:p>
    <w:p/>
    <w:p>
      <w:r>
        <w:br/>
        <w:t>Liam’s gaze was steady, attentive. "I can imagine. The pursuit of knowledge, whether it's delving into the past or reaching for the stars, is a fundamentally human endeavor. It's about trying to understand our place in the grand scheme of things."</w:t>
      </w:r>
    </w:p>
    <w:p/>
    <w:p>
      <w:r>
        <w:br/>
        <w:t>Their sandwiches arrived, generously portioned and deliciously prepared. They ate with a relaxed enjoyment, the simple act of sharing a meal a silent affirmation of their growing connection. The small talk, the shared anecdotes, the comfortable silences – these were the building blocks of something more substantial than a professional alliance. They were learning each other's rhythms, appreciating each other's perspectives, and finding common ground in unexpected places.</w:t>
      </w:r>
    </w:p>
    <w:p/>
    <w:p>
      <w:r>
        <w:br/>
        <w:t>As they were finishing their meal, Liam gestured towards a small, framed photograph on the deli’s counter. It depicted a serene landscape, a field of wildflowers under a vast, open sky. "That's my sister's work," he said, a note of quiet pride in his voice. "She's a landscape artist. Spends most of her time out in the countryside, capturing these moments."</w:t>
      </w:r>
    </w:p>
    <w:p/>
    <w:p>
      <w:r>
        <w:br/>
        <w:t>Eleanor studied the photograph. The colors were vibrant, the light captured with remarkable skill. "It's beautiful. She has a wonderful eye for light and composition."</w:t>
      </w:r>
    </w:p>
    <w:p/>
    <w:p>
      <w:r>
        <w:br/>
        <w:t>"She does," Liam agreed, a fond smile playing on his lips. "She's the more… bohemian one of us. Always has been. I was always the one with my nose in a book, dissecting facts. She was the one who felt the world."</w:t>
      </w:r>
    </w:p>
    <w:p/>
    <w:p>
      <w:r>
        <w:br/>
        <w:t>"Perhaps," Eleanor mused, a thoughtful glint in her eyes, "you both have your own ways of feeling and understanding the world. Yours just happens to be through the lens of history, and hers through the stroke of a brush."</w:t>
      </w:r>
    </w:p>
    <w:p/>
    <w:p>
      <w:r>
        <w:br/>
        <w:t>The conversation flowed effortlessly, a tapestry woven with threads of shared experiences and newfound curiosities. They discussed their favorite books, the music that moved them, the places they dreamed of visiting. Eleanor learned that Liam harbored a secret ambition to write historical fiction, inspired by the very archives they now frequented. He, in turn, discovered her childhood fascination with ancient mythology, a fascination that had sparked her initial interest in history.</w:t>
      </w:r>
    </w:p>
    <w:p/>
    <w:p>
      <w:r>
        <w:br/>
        <w:t>"It was the stories," she explained, her eyes sparkling with remembered wonder. "The myths and legends. They were the first histories, weren't they? The way people understood themselves and their world before written records."</w:t>
      </w:r>
    </w:p>
    <w:p/>
    <w:p>
      <w:r>
        <w:br/>
        <w:t>"A profound truth," Liam agreed, a rare openness in his demeanor. "The human need to narrate, to make sense of the inexplicable, is a constant thread throughout our existence."</w:t>
      </w:r>
    </w:p>
    <w:p/>
    <w:p>
      <w:r>
        <w:br/>
        <w:t>The afternoon light began to slant lower, painting the deli in warm, golden hues. A gentle sense of contentment settled over Eleanor. This was more than just a lunch break; it was an exploration, a gentle peeling back of layers. The initial impression of Liam as a reserved, perhaps even aloof, academic had been replaced by a growing appreciation for his depth, his hidden passions, and his quiet kindness.</w:t>
      </w:r>
    </w:p>
    <w:p/>
    <w:p>
      <w:r>
        <w:br/>
        <w:t>As they walked back to the archive, the air between them felt lighter, infused with the easy familiarity of shared laughter and confidences. The topic of their research, though always present, no longer dominated their interactions. Instead, they found themselves discussing the merits of different tea blends, debating the best time of year to visit the coast, and even sharing amusing anecdotes about awkward childhood haircuts.</w:t>
      </w:r>
    </w:p>
    <w:p/>
    <w:p>
      <w:r>
        <w:br/>
        <w:t>"I must admit," Liam said, a playful note in his voice, "I hadn't anticipated that our professional collaboration would involve such a comprehensive exploration of my personal history, including my regrettable teenage punk phase."</w:t>
      </w:r>
    </w:p>
    <w:p/>
    <w:p>
      <w:r>
        <w:br/>
        <w:t>Eleanor laughed, a genuine, unforced sound. "Yours was a punk phase? Mine involved far too much neon and questionable perm choices. We all have our sartorial ghosts."</w:t>
      </w:r>
    </w:p>
    <w:p/>
    <w:p>
      <w:r>
        <w:br/>
        <w:t>He chuckled, the sound resonating with a warmth that seemed to reach out and touch her. "It’s reassuring to know I’m not alone in my questionable fashion choices of yesteryear."</w:t>
      </w:r>
    </w:p>
    <w:p/>
    <w:p>
      <w:r>
        <w:br/>
        <w:t>Back in the hushed stillness of the archive, the familiar scent of old paper no longer felt oppressive. It was now a backdrop to a burgeoning connection, a space where their intellectual pursuits were intertwined with a growing personal regard. Liam’s earlier weariness seemed to have receded, replaced by a quiet animation, a more open engagement with the world around him. Eleanor, too, felt a lightness she hadn't anticipated. The intricate dance of historical research was still demanding, but now it was accompanied by the subtle, yet significant, melody of shared human experience.</w:t>
      </w:r>
    </w:p>
    <w:p/>
    <w:p>
      <w:r>
        <w:br/>
        <w:t>Later that week, the opportunity for another unplanned shared moment arose. Eleanor, engrossed in deciphering a particularly dense series of legal documents pertaining to an estate dispute, found herself staring blankly at the page, her mind a fog of archaic terminology. She’d been at it for hours, and the familiar prickle of fatigue was returning with a vengeance. She glanced over at Liam, who was wrestling with a similar pile of historical land grants. He looked equally engrossed, but there was a slight, almost imperceptible frown etched between his brows.</w:t>
      </w:r>
    </w:p>
    <w:p/>
    <w:p>
      <w:r>
        <w:br/>
        <w:t>On impulse, Eleanor gathered her notes and stood up. "I think I need some fresh air," she announced, her voice a little louder than usual, a subtle invitation. "A brief constitutional through the gardens, perhaps? To clear the mental cobwebs."</w:t>
      </w:r>
    </w:p>
    <w:p/>
    <w:p>
      <w:r>
        <w:br/>
        <w:t>Liam looked up, his gaze meeting hers. He seemed to recognize the shared struggle in her tone, the unspoken plea for a temporary reprieve. A small, knowing smile touched his lips. "An excellent suggestion, Eleanor. My brain is beginning to feel like a poorly organized filing cabinet."</w:t>
      </w:r>
    </w:p>
    <w:p/>
    <w:p>
      <w:r>
        <w:br/>
        <w:t>They left the archive and made their way towards the small, meticulously maintained gardens that adjoined the university. The late afternoon sun cast long shadows across the manicured lawns, and the air was filled with the sweet, heady scent of late-blooming roses. They walked in comfortable silence for a few moments, the rhythmic crunch of their footsteps on the gravel path a soothing counterpoint to the intellectual exertion they had just left behind.</w:t>
      </w:r>
    </w:p>
    <w:p/>
    <w:p>
      <w:r>
        <w:br/>
        <w:t>"You know," Eleanor began, her voice soft, "sometimes I feel like these historical figures are playing a game of chess with us. Moving their pieces, making their pronouncements, and us, centuries later, trying to figure out their strategy."</w:t>
      </w:r>
    </w:p>
    <w:p/>
    <w:p>
      <w:r>
        <w:br/>
        <w:t>Liam chuckled. "A fitting analogy. Though I suspect their strategies were often far more complex, and perhaps less logical, than any chess game. Driven by passion, by pride, by the desperate need to preserve their lineage or their land." He paused, picking up a fallen oak leaf and examining its intricate veins. "It's the human element that’s the most fascinating, isn't it? The motivations behind the documents, the emotions that drove the decisions."</w:t>
      </w:r>
    </w:p>
    <w:p/>
    <w:p>
      <w:r>
        <w:br/>
        <w:t>"Absolutely," Eleanor agreed. "I find myself wondering about the lives they lived, the conversations they had. Were they as concerned with social niceties as their letters suggest? Did they ever just want to throw it all away and run off to the seaside?"</w:t>
      </w:r>
    </w:p>
    <w:p/>
    <w:p>
      <w:r>
        <w:br/>
        <w:t>Liam stopped, turning to face her. His expression was thoughtful, a hint of introspection in his eyes. "I believe so. Beneath all the formality and the rigid social structures, there were undoubtedly individuals grappling with the same universal desires and anxieties that we experience today. Love, loss, ambition, fear…" He looked out at the sweeping expanse of the gardens. "Perhaps the more we uncover about their lives, the more we understand about ourselves."</w:t>
      </w:r>
    </w:p>
    <w:p/>
    <w:p>
      <w:r>
        <w:br/>
        <w:t>They continued their walk, their conversation deepening with each step. Liam spoke of his early fascination with history, sparked by a childhood visit to a local historical site. He described the palpable sense of connection he felt to the past, the way it made the present seem more grounded. Eleanor, in turn, shared her own early fascination with the concept of time itself, a fascination that had led her to study its historical manifestations.</w:t>
      </w:r>
    </w:p>
    <w:p/>
    <w:p>
      <w:r>
        <w:br/>
        <w:t>As the sun began its descent, casting a warm, rosy glow over the landscape, they found themselves lingering by a weathered stone bench overlooking a small pond. The gentle lapping of water against the stone created a tranquil soundtrack to their shared moment.</w:t>
      </w:r>
    </w:p>
    <w:p/>
    <w:p>
      <w:r>
        <w:br/>
        <w:t>"It's remarkable, isn't it?" Eleanor said, her gaze fixed on the shimmering surface of the water. "How much we can learn about people through the remnants they leave behind. A letter, a diary, a property deed… they're all fragments of lives lived."</w:t>
      </w:r>
    </w:p>
    <w:p/>
    <w:p>
      <w:r>
        <w:br/>
        <w:t>"Fragments that, when pieced together, can reveal a larger, more complex narrative," Liam added, his voice resonating with quiet contemplation. "It's a constant process of interpretation, of weaving together disparate threads to form a cohesive whole. Much like the process of building trust, I suppose."</w:t>
      </w:r>
    </w:p>
    <w:p/>
    <w:p>
      <w:r>
        <w:br/>
        <w:t>He turned his gaze towards Eleanor, and in the soft, fading light, she saw a depth of understanding in his eyes that went beyond the intellectual. It was a recognition of shared endeavor, a silent acknowledgment of the journey they were on, both in their research and in their burgeoning personal connection.</w:t>
      </w:r>
    </w:p>
    <w:p/>
    <w:p>
      <w:r>
        <w:br/>
        <w:t>"Indeed," Eleanor replied softly, her heart giving a gentle, unexpected flutter. The gardens, the fading light, the shared quietude – it all coalesced into a moment of profound, unspoken connection. It wasn’t about grand gestures or declarations, but about the simple, profound act of being present with another person, of sharing the quiet spaces between the words, of recognizing the shared humanity that transcended the historical documents they so diligently studied. As they finally turned back towards the archive, the weight of their research felt a little lighter, and the path ahead, filled with both historical discoveries and personal revelations, seemed a little brighter.</w:t>
      </w:r>
    </w:p>
    <w:p/>
    <w:p>
      <w:r>
        <w:t>The air in the archive, usually thick with the scent of aged paper and quiet contemplation, seemed to hum with a newly awakened energy. The shared lunch, the stroll through the gardens – these interludes had subtly shifted the landscape of their professional relationship, allowing a nascent personal connection to bloom. Eleanor found herself noticing the minute details of Liam’s presence more keenly: the way his brow furrowed in concentration when he encountered a particularly knotty passage, the quick, almost shy smile that would surface when he’d solved a particularly thorny historical puzzle, the way his shoulders would relax ever so slightly when he finally leaned back from his desk, a silent acknowledgment of a task well done.</w:t>
      </w:r>
    </w:p>
    <w:p>
      <w:r>
        <w:br/>
        <w:t>It was during one such moment of shared intellectual exertion, a particularly grim afternoon where the rain lashed against the archive’s venerable windows, that the first deliberate, intentional touch occurred. Eleanor had been grappling with a particularly convoluted legal testament, the language dense with archaic phrasing and baffling legal precedents. Frustration had begun to gnaw at her, a low thrum of impatience that threatened to derail her focus. She’d been staring at the same paragraph for nearly twenty minutes, her eyes blurring, her mind struggling to untangle the serpentine clauses. A sigh escaped her lips, softer than she intended, yet audible in the hushed space.</w:t>
      </w:r>
    </w:p>
    <w:p/>
    <w:p>
      <w:r>
        <w:br/>
        <w:t>Liam, seated across from her at their shared table, looked up from his own stack of documents. His expression was one of sympathetic understanding, a recognition of the shared struggle that had become so familiar between them. He saw the slight tension in her shoulders, the almost imperceptible clench of her jaw. Without a word, he pushed his own papers aside, a silent signal that his immediate task could wait.</w:t>
      </w:r>
    </w:p>
    <w:p/>
    <w:p>
      <w:r>
        <w:br/>
        <w:t>He rose from his chair and walked around the table, his movements unhurried and deliberate. Eleanor watched him approach, a flicker of surprise registering through her frustration. He stopped beside her, his shadow falling over her notes. For a moment, he simply stood there, a silent, grounding presence. Then, with a gentleness that belied the intensity of his focus on historical minutiae, he reached out.</w:t>
      </w:r>
    </w:p>
    <w:p/>
    <w:p>
      <w:r>
        <w:br/>
        <w:t>His hand, broad and warm, settled on her upper arm, just above her elbow. It wasn't a casual, accidental brush. It was a conscious, deliberate touch, meant to convey reassurance. Eleanor’s breath hitched. The sensation was surprisingly potent. His skin was warm against the light fabric of her blouse, and the pressure, firm yet tender, sent a subtle tremor through her. Her mind, moments before a chaotic jumble of legal jargon, suddenly focused with laser-like clarity, not on the testament, but on the physical contact.</w:t>
      </w:r>
    </w:p>
    <w:p/>
    <w:p>
      <w:r>
        <w:br/>
        <w:t>She felt the slight roughness of his fingertips, the solidity of his palm. It was a tangible anchor in the swirling tide of her frustration. A wave of awareness washed over her, a heightened sense of her own physical presence, and his. She could feel the warmth radiating from his hand, a silent pulse of connection that bypassed words entirely. Her mind, which had been stubbornly stuck on the impenetrable text, now registered the subtle scent of old paper mingling with the fainter, cleaner scent of Liam himself – a hint of sandalwood and something uniquely his.</w:t>
      </w:r>
    </w:p>
    <w:p/>
    <w:p>
      <w:r>
        <w:br/>
        <w:t xml:space="preserve">Her gaze, which had been fixed on the dense print, lifted to meet his. His eyes, usually alight with intellectual curiosity or focused on the distant past, now held a softer, more immediate concern. There was a depth in his gaze, a silent question: </w:t>
      </w:r>
    </w:p>
    <w:p>
      <w:pPr>
        <w:jc w:val="left"/>
      </w:pPr>
      <w:r>
        <w:rPr>
          <w:i/>
        </w:rPr>
        <w:t>Are you alright?</w:t>
      </w:r>
      <w:r>
        <w:t xml:space="preserve"> The unspoken offer of support hung in the air between them, more potent than any verbal reassurance.</w:t>
      </w:r>
    </w:p>
    <w:p>
      <w:r>
        <w:br/>
        <w:t>For a beat, they remained like that, his hand a comforting weight on her arm, their eyes locked. Eleanor felt a blush creep up her neck, a warmth that had nothing to do with her momentary frustration. It was the warmth of unexpected intimacy, of being seen and acknowledged on a level beyond the purely academic. The touch, so simple, so ostensibly professional in its intent, felt charged with something more. It was a palpable shift, a physical manifestation of the growing emotional proximity they had been cultivating.</w:t>
      </w:r>
    </w:p>
    <w:p/>
    <w:p>
      <w:r>
        <w:br/>
        <w:t>She managed a small, grateful smile. "Thank you, Liam," she whispered, her voice a little shaky. The words felt inadequate, but they were all she could manage. The simple act of his touch had cut through her mental fog more effectively than any break or fresh air.</w:t>
      </w:r>
    </w:p>
    <w:p/>
    <w:p>
      <w:r>
        <w:br/>
        <w:t>Liam’s thumb stroked gently, almost imperceptibly, against the fabric of her sleeve. It was a small gesture, but it amplified the intimacy of the moment. He didn’t pull away immediately, and Eleanor didn’t want him to. She found herself leaning into the subtle pressure, a silent acknowledgment of the comfort he was offering. The tension in her shoulders eased, and the dense legal text on the page seemed to recede, momentarily losing its oppressive hold.</w:t>
      </w:r>
    </w:p>
    <w:p/>
    <w:p>
      <w:r>
        <w:br/>
        <w:t>When he finally withdrew his hand, the absence of his touch left a faint, lingering warmth on her skin. It was a sensation that seemed to imprint itself, a subtle reminder of the connection that had just been forged. She watched as he returned to his own work, the easy rhythm of his movements a reassuring sight. But something had changed. The air between them, which had always been cordial and intellectually stimulating, now held a new, subtle charge.</w:t>
      </w:r>
    </w:p>
    <w:p/>
    <w:p>
      <w:r>
        <w:br/>
        <w:t>The archive, with its hushed reverence for the past, suddenly felt like a space charged with the present. Eleanor found herself stealing glances at Liam, not just at his work, but at the way his hands moved, the line of his jaw, the quiet intensity of his focus. The memory of his touch lingered, a warm echo that resonated through her. It was a silent language, spoken not in words, but in the shared space between their desks, in the accidental brushes of their hands as they reached for the same book, and now, in a deliberate, reassuring touch.</w:t>
      </w:r>
    </w:p>
    <w:p/>
    <w:p>
      <w:r>
        <w:br/>
        <w:t>Later that week, during a more lighthearted moment, this nascent physical vocabulary continued to expand. They had been discussing a particularly amusing anecdote Eleanor had unearthed from a collection of personal letters from the late 19th century – a tale of a grand, yet spectacularly failed, society ball. Eleanor was recounting the comical details with increasing animation, her hands gesturing expressively, her laughter bubbling up freely. Liam, leaning back in his chair, his elbows resting on the table, was clearly enjoying the story, a broad smile on his face.</w:t>
      </w:r>
    </w:p>
    <w:p/>
    <w:p>
      <w:r>
        <w:br/>
        <w:t>As Eleanor reached the punchline, a particularly absurd detail about a runaway carriage and a spilled punch bowl, she let out a peal of laughter, a clear, bell-like sound that echoed in the archive. In the midst of her mirth, her hand, flung outwards in emphasis, brushed against Liam’s as he happened to be leaning forward, his own amusement evident in the crinkling of his eyes.</w:t>
      </w:r>
    </w:p>
    <w:p/>
    <w:p>
      <w:r>
        <w:br/>
        <w:t>It was a fleeting contact, a mere whisper of skin against skin, yet it felt significant. Her fingers grazed the back of his hand, the skin smooth and warm. For a fraction of a second, their hands were aligned, a silent, accidental punctuation to her laughter. Eleanor’s laughter faltered for a moment, replaced by a sudden, heightened awareness of the proximity. She felt a jolt, a spark that ignited a blush and made her heart skip a beat. It was different from the comforting reassurance of his hand on her arm; this was an unexpected, spontaneous collision, a testament to the shared joy that had momentarily bridged their professional distance.</w:t>
      </w:r>
    </w:p>
    <w:p/>
    <w:p>
      <w:r>
        <w:br/>
        <w:t>Liam’s smile widened, but his eyes met hers with a knowing glint. There was a shared understanding in that brief touch, a recognition of the fun they were having, the genuine connection that was blossoming between them. He didn’t pull his hand away immediately, and Eleanor found herself lingering in the shared space, her fingers still tingling from the contact. It was an accidental touch, yes, but it was also an affirmation. It was proof that their shared experiences, their shared laughter, were creating a new layer of intimacy, a physical expression of their growing rapport.</w:t>
      </w:r>
    </w:p>
    <w:p/>
    <w:p>
      <w:r>
        <w:br/>
        <w:t>She quickly withdrew her hand, her cheeks flushed, and resumed her story, though her voice was now a little softer, a little more hesitant. The memory of that brief touch, however, lingered like a sweet perfume. It was a testament to the fact that their interactions were no longer solely confined to the intellectual realm. There were unspoken currents now, a palpable energy that hummed beneath the surface of their conversations and their shared silences.</w:t>
      </w:r>
    </w:p>
    <w:p/>
    <w:p>
      <w:r>
        <w:br/>
        <w:t>The archive, which had initially felt like a sanctuary of quiet scholarship, was slowly transforming into a space where their personal lives were beginning to intersect. The carefully curated order of the historical documents was being mirrored, in a subtle but profound way, by the unfolding narrative of their own relationship. Each shared glance, each comfortable silence, each accidental brush of hands, was a new line in the story, a deepening of the intimacy that was becoming increasingly undeniable. The first deliberate touch, the spontaneous collision of laughter – these were not isolated incidents, but stepping stones, paving the way for a connection that was becoming as compelling and intricate as the histories they so diligently unearthed. The unspoken feelings, once a mere undercurrent, were now beginning to ripple to the surface, each touch a gentle reminder of their shared humanity and the burgeoning emotions that bound them together.</w:t>
      </w:r>
    </w:p>
    <w:p/>
    <w:p>
      <w:r>
        <w:br/>
        <w:t>The shift in their dynamic was subtle yet undeniable. It was in the way Liam would instinctively offer Eleanor a cup of tea when he made himself one, the way he’d remember her preference for a specific type of biscuit, the way their gazes would linger a moment longer than strictly necessary when their eyes met across the polished oak table. These small gestures, these unspoken courtesies, were building blocks, reinforcing the foundation of their burgeoning connection.</w:t>
      </w:r>
    </w:p>
    <w:p/>
    <w:p>
      <w:r>
        <w:br/>
        <w:t>One particularly cold and blustery evening, as the archive was preparing to close, a storm seemed to gather with unusual ferocity outside. The wind howled around the ancient stone building, and the rain lashed against the windows with a relentless intensity. Eleanor, engrossed in a fragile manuscript that demanded her absolute attention, found herself growing increasingly anxious with each gust of wind that rattled the panes. She was alone in her corner of the reading room, the vastness of the archive suddenly feeling a little intimidating.</w:t>
      </w:r>
    </w:p>
    <w:p/>
    <w:p>
      <w:r>
        <w:br/>
        <w:t>Liam, packing up his own materials at a nearby desk, noticed her slight tremor, the way her shoulders tensed with each particularly violent gust. He’d seen that flicker of unease before, usually when she was wrestling with a particularly difficult or fragmented document. But this time, it was compounded by the external chaos of the storm.</w:t>
      </w:r>
    </w:p>
    <w:p/>
    <w:p>
      <w:r>
        <w:br/>
        <w:t>He finished gathering his belongings and walked over to her table. He didn't interrupt her work directly, instead standing beside her, a silent, reassuring presence. The scent of rain on his coat, mingled with the familiar archive aroma, was surprisingly grounding. Eleanor looked up, her eyes wide with a mixture of concentration and apprehension.</w:t>
      </w:r>
    </w:p>
    <w:p/>
    <w:p>
      <w:r>
        <w:br/>
        <w:t>"Quite a storm brewing," Liam observed, his voice calm and steady, a stark contrast to the tempest outside.</w:t>
      </w:r>
    </w:p>
    <w:p/>
    <w:p>
      <w:r>
        <w:br/>
        <w:t>Eleanor managed a weak smile. "It certainly is. I’m beginning to worry about this manuscript. The pages are so delicate, and the thought of a sudden draft…" Her voice trailed off, the unspoken fear hanging in the air.</w:t>
      </w:r>
    </w:p>
    <w:p/>
    <w:p>
      <w:r>
        <w:br/>
        <w:t>Liam nodded, his gaze sweeping over the fragile pages. He understood her concern, the inherent fragility of their work. Then, in a move that surprised them both, he reached out and gently placed his hand over hers, which was resting on the edge of the manuscript.</w:t>
      </w:r>
    </w:p>
    <w:p/>
    <w:p>
      <w:r>
        <w:br/>
        <w:t>It was a different kind of touch than the previous ones. This was born of a shared concern, a protective instinct that had developed between them. His hand was warm and firm, a solid barrier against the anxieties of the storm and the vulnerability of the historical text. Eleanor’s fingers, chilled from the drafty room and the tension of her work, felt the immediate warmth of his skin. Her breath hitched in her throat.</w:t>
      </w:r>
    </w:p>
    <w:p/>
    <w:p>
      <w:r>
        <w:br/>
        <w:t>This touch was not about reassurance in a moment of intellectual frustration, nor was it a playful accident of shared laughter. This was about a deeper acknowledgment of vulnerability, a silent offering of strength and protection. She felt the steady beat of his pulse through his palm, a quiet rhythm that seemed to anchor her. Her own heart, which had been racing with the storm, began to slow, finding a new cadence in the steady presence of his hand.</w:t>
      </w:r>
    </w:p>
    <w:p/>
    <w:p>
      <w:r>
        <w:br/>
        <w:t>She didn't pull away. Instead, she allowed her fingers to rest beneath his, a silent acceptance of his comfort. The warmth seeped into her, not just physically, but emotionally. It was a profound moment of connection, a silent acknowledgment of their shared world within the archive, and their growing concern for each other within that world. The storm outside raged on, but within the small circle of their shared touch, there was a pocket of calm, a sanctuary of unspoken understanding.</w:t>
      </w:r>
    </w:p>
    <w:p/>
    <w:p>
      <w:r>
        <w:br/>
        <w:t>His thumb moved, a slow, gentle caress against her knuckles. It was a subtle gesture, almost imperceptible, but it sent a shiver through her. It was a touch that spoke of care, of a burgeoning tenderness that was as delicate and precious as the manuscript they were both safeguarding. Her gaze met his, and in the dim light of the archive, she saw a depth of feeling that mirrored her own. There was no mistaking the unspoken emotions that passed between them in that moment – a mixture of concern, admiration, and a nascent, yet powerful, attraction.</w:t>
      </w:r>
    </w:p>
    <w:p/>
    <w:p>
      <w:r>
        <w:br/>
        <w:t>The shared touch, initiated by a need to protect the fragile past, had inadvertently illuminated the fragile beginnings of their own present connection. It was a testament to how their shared intellectual pursuits had unexpectedly paved the way for a deeper, more personal intimacy. The archive, once a place of detached study, was becoming a landscape where their hearts, as well as their minds, were actively engaged. Each touch, whether a reassuring squeeze, a playful brush, or a protective covering, was a word in a new language they were learning to speak, a language of shared glances, of comfortable silences, and of the quiet, undeniable pull that was drawing them closer, page by fragile page. The storm outside, a formidable force of nature, seemed a mere whisper compared to the burgeoning storm of emotions brewing within the quiet confines of the archive, a storm that promised to be far more transformative and exhilarating.</w:t>
      </w:r>
    </w:p>
    <w:p/>
    <w:p>
      <w:r>
        <w:t>The silence in the archive had always been a companionable presence, a soft blanket woven from the rustle of pages and the distant hum of the city. But lately, it had taken on a new texture, a resonant quietude that thrummed with unspoken dialogue. Eleanor found herself observing Liam with a heightened awareness, not just of his actions, but of the subtle shifts in his posture, the flicker of an emotion across his features that bypassed spoken language entirely. It was a dance of glances, a symphony of shared breaths, a growing vocabulary of understanding that needed no translation.</w:t>
      </w:r>
    </w:p>
    <w:p>
      <w:r>
        <w:br/>
        <w:t>One afternoon, while poring over a particularly dense collection of 18th-century parish records, Eleanor stumbled upon a genealogical puzzle that had eluded her for days. The lineages were tangled, names repeated across generations, and the scribal variations in the old ink made cross-referencing a maddening task. She felt the familiar prickle of frustration begin to rise, the tight knot forming in her chest. She sighed, a barely audible sound, and leaned back, rubbing her tired eyes. Across the table, Liam looked up from his own work. Their eyes met, and in that shared instant, Eleanor felt a wave of relief wash over her.</w:t>
      </w:r>
    </w:p>
    <w:p/>
    <w:p>
      <w:r>
        <w:br/>
        <w:t xml:space="preserve">He didn't need her to articulate her struggle. He saw it in the slump of her shoulders, the slight downturn of her lips, the way her gaze had become unfocused. A slow, understanding smile spread across his face, a smile that acknowledged her predicament without needing to know the specifics. He then reached for a heavy, leather-bound tome from the shelf beside him – a general history of the region, a resource she hadn't considered. He placed it gently on the table between them, its weight a solid, grounding presence. He didn't say a word, but his gesture was a clear message: </w:t>
      </w:r>
    </w:p>
    <w:p>
      <w:pPr>
        <w:jc w:val="left"/>
      </w:pPr>
      <w:r>
        <w:rPr>
          <w:i/>
        </w:rPr>
        <w:t>I see you, and I'm here to help.</w:t>
      </w:r>
      <w:r>
        <w:t xml:space="preserve"> Eleanor’s own smile widened, a genuine expression of gratitude that reached her eyes. She nodded, a silent acknowledgment of his insight, and turned to the new volume. Within minutes, a key piece of information, a minor noble family’s intermarriage with the very line she was tracking, revealed itself. The puzzle began to unravel, all thanks to that silent offering. It wasn't just an exchange of resources; it was a shared problem-solving, a mental partnership solidified by a simple, wordless act. The archive, with its hushed reverence, had become a fertile ground for this non-verbal communication, a place where understanding grew organically, unburdened by the need for spoken explanation.</w:t>
      </w:r>
    </w:p>
    <w:p>
      <w:r>
        <w:br/>
        <w:t>Another instance, equally subtle, occurred during a research expedition to a smaller, privately owned historical society in a neighboring town. They were sifting through the effects of a local philanthropist, a woman whose life was a tapestry of charitable endeavors and social reform. Eleanor found herself captivated by a series of correspondence, intimate letters detailing the challenges and triumphs of establishing a women’s shelter in the late Victorian era. As she read, her expression softened, a quiet admiration blooming within her. She glanced at Liam, who was working through ledgers at an adjacent desk, his brow furrowed in concentration.</w:t>
      </w:r>
    </w:p>
    <w:p/>
    <w:p>
      <w:r>
        <w:br/>
        <w:t xml:space="preserve">His head snapped up, as if sensing her gaze. He met her eyes, and for a fleeting moment, the usual professional distance dissolved. Eleanor held his gaze, a silent question forming in her mind: </w:t>
      </w:r>
    </w:p>
    <w:p>
      <w:pPr>
        <w:jc w:val="left"/>
      </w:pPr>
      <w:r>
        <w:rPr>
          <w:i/>
        </w:rPr>
        <w:t>Can you imagine the courage it took?</w:t>
      </w:r>
      <w:r>
        <w:t xml:space="preserve"> Liam seemed to intuit her thoughts. His gaze softened, a flicker of recognition and shared sentiment passing between them. He gave a almost imperceptible nod, a subtle affirmation that conveyed his understanding and respect for the woman whose letters they were reading. It was a shared moment of appreciation, a silent communion that transcended the dusty pages and the decades separating them from the subject of their study. He didn't interrupt her reading, didn't ask what had caught her attention, but his nod, his lingering glance, told her that he, too, was moved by the story unfolding before them. This was more than just shared intellectual curiosity; it was a shared emotional resonance, a quiet acknowledgment of their mutual capacity for empathy and admiration.</w:t>
      </w:r>
    </w:p>
    <w:p>
      <w:r>
        <w:br/>
        <w:t>Later that same day, back in the hushed confines of their usual archive, Liam was painstakingly transcribing a series of brittle, handwritten financial accounts. The ink was faded, the handwriting cramped and almost illegible in places, and the sheer volume of entries was daunting. Eleanor, working on a nearby table, noticed the slight tension in his jaw, the way he would occasionally pause, his pen hovering over the page, a silent testament to his struggle. She knew that feeling intimately. Without a word, she pushed her own nearly finished task aside and, with a quiet grace, fetched a small, magnifying lamp she’d been using for a particularly challenging manuscript. She placed it on Liam’s desk, angling it perfectly to illuminate the dense script he was wrestling with.</w:t>
      </w:r>
    </w:p>
    <w:p/>
    <w:p>
      <w:r>
        <w:br/>
        <w:t>Liam looked up, a flicker of surprise in his eyes, quickly followed by a wave of genuine appreciation. He hadn't asked for it, hadn't even hinted at his difficulty, yet she had anticipated his need. He met her gaze, and a warmth spread through him, a silent thank you that was far more profound than any spoken words. He gave her a soft, grateful smile, a smile that conveyed a depth of understanding and a burgeoning affection. Eleanor returned his smile, her cheeks flushing slightly, a silent acknowledgment of the shared understanding that had passed between them. This was the beauty of their evolving connection: the ability to anticipate each other's needs, to offer support without prompting, to communicate volumes with a single glance, a simple gesture. The archive, once a sanctuary of solitary pursuit, was transforming into a shared space of mutual reliance and intuitive connection. It was a silent testament to their deepening intimacy, a bond forged not in grand declarations, but in the quiet, eloquent language of unspoken understanding.</w:t>
      </w:r>
    </w:p>
    <w:p/>
    <w:p>
      <w:r>
        <w:br/>
        <w:t>The burgeoning intimacy wasn't always about shared intellectual challenges or empathetic moments. It also manifested in shared moments of levity, of unspoken amusement that strengthened their connection. Eleanor remembered a particularly dry afternoon, the air thick with the scent of old paper and the drone of distant traffic, when Liam had been meticulously cataloging a collection of Victorian lace patterns. He was explaining the different stitches, his tone earnest and academic, when he reached a particularly elaborate, almost absurdly intricate design. He paused, his gaze drifting to the drawing, a mischievous glint appearing in his eyes. He then looked at Eleanor, his lips twitching with suppressed laughter.</w:t>
      </w:r>
    </w:p>
    <w:p/>
    <w:p>
      <w:r>
        <w:br/>
        <w:t>He didn’t say anything, but the look on his face was enough. Eleanor felt a smile tug at her own lips, anticipating his unspoken joke. She knew what he was thinking: the sheer absurdity of the painstaking effort involved in creating such a delicate, ultimately impractical, piece of artistry. Liam then slowly, deliberately, mimed holding a tiny needle and thread, his movements exaggerated, his brow furrowed in mock concentration. He pointed to the complex pattern with a flourish, his expression one of mock awe. Eleanor’s suppressed laughter finally bubbled over, a clear, unrestrained sound that echoed softly in the quiet room. Liam joined her, his laughter deeper, more resonant. In that shared burst of amusement, born from a silent observation and a shared appreciation for the absurd, their connection solidified further. It was a moment of pure, unadulterated joy, communicated and amplified through a shared glance, a knowing smile, and a silent understanding of the humorous undertones in their work. The lace pattern, meant to be a subject of serious study, had become a catalyst for a moment of genuine, shared laughter, a testament to the growing ease and intimacy between them.</w:t>
      </w:r>
    </w:p>
    <w:p/>
    <w:p>
      <w:r>
        <w:br/>
        <w:t>The unspoken understanding extended to their shared meals as well. The brief lunches they had begun to take together, initially a professional courtesy, had become a cherished ritual. They would often bring their own lunches, but the act of sharing the same space, the same quiet hour away from their desks, was significant. One blustery Tuesday, Eleanor had forgotten her lunch entirely, the morning having been so absorbed in deciphering a particularly convoluted legal will. She was contemplating a forlorn trip to a nearby café when Liam, who had been quietly eating his own sandwich, simply slid his lunch bag across the table towards her.</w:t>
      </w:r>
    </w:p>
    <w:p/>
    <w:p>
      <w:r>
        <w:br/>
        <w:t xml:space="preserve">He didn't make a grand gesture of it. He didn't ask if she was hungry or apologize for his own meal. He just offered it, a silent, generous act that spoke volumes. Eleanor felt a warmth spread through her chest, a feeling that went far beyond the simple relief of not having to go hungry. It was the feeling of being cared for, of being seen and considered. She met his gaze, her eyes wide with gratitude. "Liam, you don't have to," she began, but he simply gave her a small, reassuring nod, his eyes conveying an unspoken message: </w:t>
      </w:r>
    </w:p>
    <w:p>
      <w:pPr>
        <w:jc w:val="left"/>
      </w:pPr>
      <w:r>
        <w:rPr>
          <w:i/>
        </w:rPr>
        <w:t>It's no trouble at all. Take it.</w:t>
      </w:r>
    </w:p>
    <w:p>
      <w:r>
        <w:br/>
        <w:t>She accepted, a lump forming in her throat. The sandwich, a simple turkey and swiss on rye, tasted like the most delicious meal she had ever eaten. As she ate, she noticed Liam picking at a small apple and a handful of nuts, clearly making do with less. The unspoken generosity of his gesture, the quiet selflessness, struck her deeply. It was a powerful demonstration of their growing bond, a tangible representation of the unspoken promise of support and consideration that was weaving itself between them. This was intimacy, she realized, not always about grand pronouncements or passionate embraces, but about these quiet acts of service, these wordless offerings of care and consideration that solidified their connection on a fundamental, human level.</w:t>
      </w:r>
    </w:p>
    <w:p/>
    <w:p>
      <w:r>
        <w:br/>
        <w:t>The archive's atmosphere had subtly shifted, becoming a space where their emotional lives intertwined with their intellectual pursuits. The carefully arranged rows of manuscripts and the hushed reverence for the past were now imbued with the present reality of their burgeoning relationship. Each shared glance across the polished oak table, each comfortable silence that stretched between them, each accidental brush of hands as they reached for the same document, was a new line in the unfolding narrative of their connection. These were not just incidental occurrences; they were deliberate acts of communication, albeit unspoken. The gentle placement of the magnifying lamp, the shared look of amusement over a lace pattern, the generous offering of a lunch – these were all eloquent gestures that spoke of a deepening intimacy, a growing attunement to each other's emotional states and needs.</w:t>
      </w:r>
    </w:p>
    <w:p/>
    <w:p>
      <w:r>
        <w:br/>
        <w:t>It was as if they had developed a secret language, a silent code understood only by the two of them. A slight tilt of Liam's head could convey his skepticism about a particular historical interpretation, and Eleanor would know not to press the point. A subtle frown from Eleanor could signal her apprehension about a fragile document, and Liam would instinctively offer a word of caution or support. These were the nuances, the subtle shifts in expression and gesture, that demonstrated a profound level of intuitive connection. They were becoming attuned to each other’s emotional landscapes, able to navigate the complexities of their shared work and their burgeoning personal lives with a grace and understanding that bypassed the need for explicit communication. This unspoken dialogue fostered a sense of security and trust, a quiet confidence that they could rely on each other, not just professionally, but on a deeper, more personal level. The archive, with its quiet solitude, had become a sanctuary for this evolving intimacy, a place where their unspoken understanding could flourish, page by precious page.</w:t>
      </w:r>
    </w:p>
    <w:p/>
    <w:p>
      <w:r>
        <w:t>The archive had always been a sanctuary, a meticulously ordered world where Eleanor could retreat from the unpredictable currents of her personal life. Her defenses, honed over years of navigating a challenging upbringing and a demanding career, were formidable. They were the silent sentinels of her inner landscape, a carefully constructed barrier against vulnerability. But lately, those fortifications had begun to show hairline fractures, not from siege, but from a gentle, persistent warmth. Liam, with his quiet understanding and unassuming presence, had become that warmth.</w:t>
      </w:r>
    </w:p>
    <w:p>
      <w:r>
        <w:br/>
        <w:t>She caught herself watching him more often, not just for his professional insights or his quiet efficiency, but for the way his shoulders relaxed when he found a particularly satisfying piece of evidence, or the faint crinkle around his eyes when he offered her a rare, genuine smile. It was a dangerous habit, this subtle observation, a conscious unclenching of her own internal fists. She found herself actively seeking out moments of interaction, pushing past the ingrained instinct to maintain a professional distance. One afternoon, while deciphering a particularly convoluted property deed from the early 19th century, Eleanor found herself wrestling with a particularly dense passage of legalese. The ink had feathered, and the archaic phrasing felt like an impenetrable wall. Frustration began to simmer, the familiar tightness coiling in her stomach. Instead of retreating into her usual solitary struggle, she took a deep breath and, with a hesitant boldness she hadn't possessed a few months ago, turned to Liam.</w:t>
      </w:r>
    </w:p>
    <w:p/>
    <w:p>
      <w:r>
        <w:br/>
        <w:t>"Liam," she began, her voice softer than she intended, "I'm having a bit of trouble with this one. The archaic phrasing is… a labyrinth." She gestured vaguely at the document, a flicker of vulnerability crossing her face before she could suppress it. It was a small offering, a crack in her carefully constructed facade, and she braced herself for his professional, perhaps even dismissive, response.</w:t>
      </w:r>
    </w:p>
    <w:p/>
    <w:p>
      <w:r>
        <w:br/>
        <w:t>But Liam didn't offer a clinical analysis or a simple suggestion. He leaned closer, his gaze meeting hers, and she saw not just professional interest, but a genuine desire to understand her struggle. "Let me see," he said, his voice a low murmur that didn't intrude on the archive's quietude. He took the document, his fingers brushing hers briefly as he accepted it. The fleeting contact sent a surprising jolt through her, a tiny spark that ignited a warmth beneath her practiced composure. He studied the passage, his brow furrowed in concentration, and then, instead of launching into an explanation of historical legal terminology, he said, "It's like trying to read a coded message, isn't it? You have to understand the mindset of the person who wrote it, what they were trying to achieve, what assumptions they were making."</w:t>
      </w:r>
    </w:p>
    <w:p/>
    <w:p>
      <w:r>
        <w:br/>
        <w:t>His framing of the problem, not just as a linguistic puzzle but as an act of empathetic understanding, disarmed her. It was a perspective she hadn't considered, a way of approaching the text that resonated with her own desire to connect with the past. She found herself nodding, the frustration already beginning to recede. "Yes," she agreed, her voice gaining a touch of her usual analytical vigor, but with a new undercurrent of shared discovery. "It's about stepping into their shoes, imagining the context."</w:t>
      </w:r>
    </w:p>
    <w:p/>
    <w:p>
      <w:r>
        <w:br/>
        <w:t>Liam smiled, a slow, easy smile that reached his eyes. "Exactly. And sometimes, the simplest way to do that is to break it down. What's the core of what they're trying to convey here, beneath all the flourishes?" He began to trace a line of text with his finger, his voice a quiet guide as he dissected the convoluted sentence. He wasn't just explaining the archaic language; he was sharing his thought process, inviting her into his method of unraveling historical enigmas. It was a subtle shift, but for Eleanor, it was monumental. He was treating her not just as a colleague, but as an intellectual equal, someone whose perspective he valued, and whose difficulties he was willing to help navigate.</w:t>
      </w:r>
    </w:p>
    <w:p/>
    <w:p>
      <w:r>
        <w:br/>
        <w:t>The conversation, which had started as a purely academic query, had veered into more personal territory, or at least, the territory of shared intellectual experience. Eleanor found herself responding in kind, offering her own interpretations of the document's intent, the implicit social hierarchies it reflected. They spoke for several minutes, their voices a low hum, the dense legal text transforming from an obstacle into a shared challenge. By the time they had reached a satisfactory understanding, Eleanor felt a lightness she hadn't anticipated. It wasn't just about solving the puzzle; it was about the ease with which they had solved it together, the unspoken trust that had allowed her to voice her struggle and his willingness to offer genuine support.</w:t>
      </w:r>
    </w:p>
    <w:p/>
    <w:p>
      <w:r>
        <w:br/>
        <w:t>Later that week, during a quiet afternoon spent cataloging a collection of personal diaries from the early 20th century, Eleanor found herself engrossed in the poignant entries of a young woman detailing her unrequited love for a local artist. The diary entries were filled with a raw vulnerability, a yearning that resonated deeply with a part of Eleanor she usually kept carefully hidden. As she read, her own expression softened, a wistful smile playing on her lips. She found herself unconsciously tracing the faded ink of the writer's name, her mind drifting to the complexities of hidden affections.</w:t>
      </w:r>
    </w:p>
    <w:p/>
    <w:p>
      <w:r>
        <w:br/>
        <w:t>She looked up, almost involuntarily, and her gaze met Liam's across the wide, polished table. He was meticulously examining a series of old photographs, his usual focused intensity softened by a thoughtful repose. For a moment, the professional veil that usually separated them seemed to evaporate. Eleanor felt a sudden, almost overwhelming urge to share the emotional weight of the diary entries, to articulate the surge of empathy she felt for the long-gone diarist.</w:t>
      </w:r>
    </w:p>
    <w:p/>
    <w:p>
      <w:r>
        <w:br/>
        <w:t>Instead of retreating into her usual reserve, she took a breath and said, "It's remarkable, isn't it? How people's innermost thoughts and feelings can be preserved so vividly, even after all these years. This young woman's longing… it’s so palpable." She kept her voice low, carefully calibrated, but the sincerity was undeniable. It was an invitation, a tentative reaching out, a conscious lowering of her guard.</w:t>
      </w:r>
    </w:p>
    <w:p/>
    <w:p>
      <w:r>
        <w:br/>
        <w:t>Liam set down a photograph, his gaze steady on hers. He didn't offer a platitude or a dismissive comment. He seemed to understand the unspoken question in her eyes, the desire for a shared emotional experience. "It is," he replied, his voice quiet and measured. "It reminds us that history isn't just about grand events and famous figures. It's about the quiet lives, the personal dramas that shaped individuals, and in turn, shaped the world around them, often in ways we can't see from a distance." He paused, then added, "Sometimes, those personal dramas are the most compelling stories of all."</w:t>
      </w:r>
    </w:p>
    <w:p/>
    <w:p>
      <w:r>
        <w:br/>
        <w:t>His response was a revelation. He had not only acknowledged the emotional resonance of the diary, but he had also validated her own feelings about it. He had met her not with intellectual detachment, but with a shared appreciation for the human element of history. Eleanor felt a warmth bloom in her chest, a quiet sense of connection. She found herself elaborating, sharing specific passages from the diary that had particularly struck her, her voice gaining a passionate timbre. Liam listened intently, his nods of understanding and the thoughtful questions he posed making her feel heard and appreciated. It was a conversation that transcended the dusty archives, a shared exploration of human emotion that felt both intimate and profoundly validating. This was more than just professional courtesy; it was a genuine intellectual and emotional connection, forged in the quiet intimacy of shared discovery. She realized, with a jolt, that she was actively seeking out these moments, consciously pushing past her own ingrained hesitation to connect on a deeper level.</w:t>
      </w:r>
    </w:p>
    <w:p/>
    <w:p>
      <w:r>
        <w:br/>
        <w:t>This deliberate effort to engage, to share, was a new and somewhat unnerving experience for Eleanor. Her tendency was to armor herself, to keep her emotions and personal reflections carefully contained. But Liam's patient attentiveness, his ability to meet her tentative overtures with genuine engagement, was chipping away at those defenses. She found herself looking forward to their brief exchanges, to the unexpected moments of shared understanding that punctuated their days.</w:t>
      </w:r>
    </w:p>
    <w:p/>
    <w:p>
      <w:r>
        <w:br/>
        <w:t>One rainy afternoon, as the archive was bathed in the muted grey light filtering through the high windows, Eleanor was grappling with a particularly stubborn research query. She had hit a dead end, the usual avenues of investigation yielding no results. The familiar frustration began to build, a tightness in her chest. She was about to retreat into her usual stoic silence, to meticulously retrace her steps alone, when Liam, who was working at a desk nearby, cleared his throat softly.</w:t>
      </w:r>
    </w:p>
    <w:p/>
    <w:p>
      <w:r>
        <w:br/>
        <w:t>Eleanor looked up, a flicker of apprehension in her eyes. Liam offered her a small, almost imperceptible nod, a silent acknowledgment of the struggle she was clearly experiencing. He then reached for a large, worn atlas from a shelf behind him. He didn't say a word, but he placed it on the table between them, its weight a solid, grounding presence. He then gestured to a specific region on the map, a subtle suggestion that perhaps her research had overlooked a geographical connection.</w:t>
      </w:r>
    </w:p>
    <w:p/>
    <w:p>
      <w:r>
        <w:br/>
        <w:t>It was a simple gesture, but it spoke volumes. He hadn't asked her what was wrong, hadn't offered unsolicited advice, but he had seen her struggle and offered a tangible solution, a silent offering of his own extensive resources. Eleanor felt a wave of gratitude wash over her, a feeling that went beyond mere professional appreciation. It was a feeling of being seen, of being understood without the need for lengthy explanations. She met his gaze, a genuine smile finally breaking through her reserve. "Thank you, Liam," she said, her voice filled with a warmth that surprised even herself. "I hadn't considered looking at it from that angle."</w:t>
      </w:r>
    </w:p>
    <w:p/>
    <w:p>
      <w:r>
        <w:br/>
        <w:t>As she opened the atlas, her fingers brushing against the worn pages, she felt a sense of ease, a willingness to accept his help that was entirely new to her. She had always prided herself on her self-sufficiency, her ability to tackle any challenge alone. But with Liam, there was a comfort in shared problem-solving, a sense of partnership that eased the burden of her research and, more surprisingly, the burden of her own carefully guarded emotional landscape. The desire to connect, to allow herself to be vulnerable, was growing stronger, a quiet counterpoint to the ingrained fear that had always dictated her interactions.</w:t>
      </w:r>
    </w:p>
    <w:p/>
    <w:p>
      <w:r>
        <w:br/>
        <w:t>She found herself initiating conversations more often, steering them away from purely professional topics toward more personal reflections. One lunch break, as they sat in comfortable silence, each with their own packed meal, Eleanor found herself asking, "Liam, what first drew you to archival work? I mean, beyond the… smell of old paper." She smiled, a self-deprecating gesture, acknowledging the slightly unconventional nature of her question.</w:t>
      </w:r>
    </w:p>
    <w:p/>
    <w:p>
      <w:r>
        <w:br/>
        <w:t>Liam looked up from his sandwich, a faint surprise in his eyes, quickly replaced by a thoughtful expression. He leaned back slightly, his gaze drifting towards the towering shelves of manuscripts. "I think," he began, his voice slow and deliberate, "it was the idea of being a keeper of stories. Every document, every object, has a narrative. And being able to piece those narratives together, to give voice to the past… it felt like a profound responsibility. And, honestly," he added, a hint of amusement in his tone, "I've always been drawn to puzzles. And archives are full of them."</w:t>
      </w:r>
    </w:p>
    <w:p/>
    <w:p>
      <w:r>
        <w:br/>
        <w:t>Eleanor listened, captivated. It was the most personal he had ever been with her, and she felt a surge of pleasure at his willingness to share. She found herself responding with an anecdote about her own early fascination with family history, a topic she rarely discussed with anyone. She spoke about the thrill of uncovering forgotten relatives, the sense of connection she felt to generations past. As she spoke, she felt her shoulders relax, her usual tense posture softening. She realized she was not just recounting a memory; she was sharing a part of herself, a part she had long kept hidden away.</w:t>
      </w:r>
    </w:p>
    <w:p/>
    <w:p>
      <w:r>
        <w:br/>
        <w:t>Liam listened intently, his gaze never leaving her face. When she finished, he simply said, "That's a beautiful impulse. To seek out those connections." There was no judgment, no attempt to analyze her, just a quiet, heartfelt acknowledgment. And in that moment, Eleanor felt a profound sense of acceptance. The desire to connect, to be truly seen and understood, was beginning to outweigh the ingrained fear of vulnerability. Her guard, once a formidable fortress, was slowly, almost imperceptibly, being dismantled, brick by careful brick, by the quiet strength and genuine warmth of the man sitting across from her. The archive, once a haven of solitary contemplation, was becoming a space where intimacy could bloom, nurtured by shared stories and unspoken understanding. The carefully cultivated distance was dissolving, replaced by a burgeoning sense of trust and a tentative, yet undeniable, yearning for deeper connection.</w:t>
      </w:r>
    </w:p>
    <w:p/>
    <w:p>
      <w:r>
        <w:t>The archive, once a silent repository of the past, had become a stage for the unfolding of their present, and Eleanor found herself increasingly caught in the gravitational pull of Liam's presence. It wasn't a sudden, dramatic shift, but a gradual recalibration of her inner compass. The meticulously crafted walls of her self-protection, which had once seemed insurmountable, were now porous, allowing in the gentle, persistent light of Liam's attention. She noticed it in the small things: the way he’d linger for a moment after a shared research triumph, his eyes holding hers a beat longer than necessary; the subtle tilt of his head when she spoke, as if he were actively absorbing every word, not just processing them. These were not grand gestures, but the quiet intimacies that spoke of a deeper engagement, a nascent consideration of a shared horizon.</w:t>
      </w:r>
    </w:p>
    <w:p>
      <w:r>
        <w:br/>
        <w:t>One afternoon, while painstakingly piecing together fragmented correspondence related to a contentious land dispute from the late 18th century, a particularly thorny legal entanglement brought their work to a standstill. The documents were sparse, the connections obscure, and Eleanor felt the familiar prickle of frustration begin to surface. She was about to retreat into her solitary, methodical approach when Liam, leaning over a adjacent table, cleared his throat softly. He didn't offer a direct solution, but instead, he held up a small, leather-bound ledger, its pages brittle with age. "I was just looking at this," he said, his voice a low murmur that cut through the ambient quiet. "It's a record of local grievances filed with the magistrate around that period. I wonder if the individuals involved in your dispute might have also lodged complaints about other matters."</w:t>
      </w:r>
    </w:p>
    <w:p/>
    <w:p>
      <w:r>
        <w:br/>
        <w:t>Eleanor’s breath hitched, not just from the potential breakthrough his suggestion offered, but from the sheer thoughtfulness behind it. He hadn't just offered a generic piece of advice; he had seemingly anticipated her struggle, browsed his own resources, and presented a possibility tailored to her specific quandary. As she took the ledger, her fingers brushing his, a spark of something akin to anticipation, a warmth she hadn't consciously sought, unfurled within her. "That's… that's an excellent thought, Liam," she managed, her voice a little huskier than intended. "I hadn't even considered cross-referencing with general civil complaints. It’s such a… a thorough approach."</w:t>
      </w:r>
    </w:p>
    <w:p/>
    <w:p>
      <w:r>
        <w:br/>
        <w:t>He offered a quiet smile, a gesture that seemed to acknowledge the unspoken complexity of her gratitude. "Sometimes the most direct path isn't the most illuminating," he replied, his gaze meeting hers. "We have to be willing to explore the periphery, to see how all the pieces might connect." He then paused, his eyes drifting to the window where the late afternoon sun cast long shadows across the reading room. "It's a bit like anticipating future needs, isn't it? You gather what you might require, even if you can't see the exact moment you'll use it."</w:t>
      </w:r>
    </w:p>
    <w:p/>
    <w:p>
      <w:r>
        <w:br/>
        <w:t>The analogy, so casually dropped, landed with a surprising resonance. Future needs. It was a phrase that Eleanor rarely allowed herself to contemplate, especially in relation to personal matters. Her life had been a series of reactive measures, of navigating immediate crises rather than planning for distant possibilities. But Liam’s comment, woven into the fabric of their shared historical detective work, planted a seed. She found herself staring at the ledger, tracing the faded ink of its entries, her mind flitting not just to the 18th century, but to an unspoken, hypothetical future. What if, after all this… after the present circumstances that had thrown them together dissolved, they were still part of each other’s peripheral explorations? The thought was fleeting, almost embarrassing in its suddenness, yet it lingered. It was a mental snapshot, a silent acknowledgement that the possibility of a shared path, however faint, was beginning to register on her internal radar.</w:t>
      </w:r>
    </w:p>
    <w:p/>
    <w:p>
      <w:r>
        <w:br/>
        <w:t>The ensuing days saw a subtle shift in their interactions. The archive, with its hushed reverence for the past, had inadvertently become a fertile ground for cultivating a new kind of awareness between them. Eleanor found herself anticipating Liam’s presence, the soft click of his briefcase on the floor, the gentle rustle of pages as he settled in. She’d catch herself wondering what obscure historical footnote he might unearth that day, and how his unique perspective might illuminate her own research. It was a quiet indulgence, a deviation from her usual tightly controlled focus.</w:t>
      </w:r>
    </w:p>
    <w:p/>
    <w:p>
      <w:r>
        <w:br/>
        <w:t>One crisp autumn afternoon, while they were both poring over a collection of vintage architectural drawings detailing the proposed, but never realized, expansion of the town’s original library, Eleanor let out a soft sigh. The intricate details of the blueprints, the dreams of a grander, more accessible public space, spoke of a future that had been envisioned but never materialized. "It's fascinating, isn't it?" she murmured, more to herself than to him. "All these plans, all this potential, just… waiting. Imagine if they’d actually built it. How different this town might be."</w:t>
      </w:r>
    </w:p>
    <w:p/>
    <w:p>
      <w:r>
        <w:br/>
        <w:t>Liam, who was meticulously examining a section of the drawing illustrating a proposed children's wing, looked up. His gaze was thoughtful, devoid of the usual professional detachment. "It’s a powerful reminder of how much can change with time, and how many futures remain unwritten," he said, his voice gentle. He then gestured towards a meticulously rendered sketch of a reading nook, bathed in simulated sunlight. "You know, when I look at this, I don't just see the architects' intentions. I imagine the people who would have sat here, reading, dreaming. Perhaps even planning their own futures, their own little… extensions of what they hoped for."</w:t>
      </w:r>
    </w:p>
    <w:p/>
    <w:p>
      <w:r>
        <w:br/>
        <w:t>His words hung in the air, carrying an unspoken weight. He hadn't explicitly included her in his imagining, but the inference was there, subtle and undeniable. Eleanor felt a blush creep up her neck, a reaction she hadn’t experienced with such intensity in years. The idea of "extensions of what they hoped for" resonated deeply, touching upon a nascent desire she had barely dared to acknowledge. She looked at the blueprints, at the ghost of a library that might have been, and for a fleeting moment, she saw a different kind of unwritten future. Not a grand civic project, but a quieter, more personal landscape. She envisioned herself, perhaps, sharing a quiet afternoon in a sunlit reading nook, not alone with a dusty tome, but with someone who understood the weight of history and the quiet beauty of shared anticipation. The thought was ephemeral, a wisp of smoke, but it was enough to make her heart beat a little faster.</w:t>
      </w:r>
    </w:p>
    <w:p/>
    <w:p>
      <w:r>
        <w:br/>
        <w:t>Later that week, a minor crisis arose involving a corrupted digital archive. The sheer volume of irreplaceable historical data was at risk, and a wave of anxiety, sharp and potent, washed over Eleanor. Her initial reaction was to withdraw, to bury herself in the problem and solve it alone, as she always had. But as she began to meticulously assess the damage, Liam appeared by her side, not with a solution, but with a quiet, steady presence. He simply asked, "What do you need?"</w:t>
      </w:r>
    </w:p>
    <w:p/>
    <w:p>
      <w:r>
        <w:br/>
        <w:t>His question, so direct and devoid of assumption, disarmed her. She found herself articulating the technical steps required, her voice surprisingly calm. Liam listened intently, then nodded. "I can handle the initial data recovery protocols," he offered. "It will free you up to focus on verifying the integrity of the metadata once it's restored. We'll tackle it together."</w:t>
      </w:r>
    </w:p>
    <w:p/>
    <w:p>
      <w:r>
        <w:br/>
        <w:t>The offer of partnership, of shared responsibility in the face of potential loss, was a balm. As they worked side-by-side, the tension in the air gradually dissipated, replaced by a focused collaboration. Eleanor found herself offering observations, not just about the technical aspects, but about the potential impact on future researchers. "If this data is lost," she explained, her voice regaining some of its usual analytical fervor, "it could create a significant gap in our understanding of early settlement patterns. Future historians might assume… well, they might assume nothing happened, when in reality, so much was occurring."</w:t>
      </w:r>
    </w:p>
    <w:p/>
    <w:p>
      <w:r>
        <w:br/>
        <w:t>Liam paused, his fingers hovering over the keyboard. "It's about ensuring continuity, isn't it?" he mused. "Making sure that the threads of the past aren't broken, so that future generations can weave their own narratives." He looked at her then, a soft smile playing on his lips. "It's a thought that extends beyond the archive, don't you think? The idea of preserving something, not just for its own sake, but for the possibilities it holds for what comes next."</w:t>
      </w:r>
    </w:p>
    <w:p/>
    <w:p>
      <w:r>
        <w:br/>
        <w:t>The implied connection to a future beyond the immediate crisis was undeniable. Eleanor’s gaze met his, and in that shared moment of understanding, a fleeting vision flickered through her mind: a quiet afternoon, perhaps a few years down the line, where she might be recounting a similar story to Liam, not as a colleague facing a professional challenge, but as someone sharing a memory of a time when their shared future, however nascent, had begun to take shape. It was a gentle, almost imperceptible nudge towards acknowledging the possibility of their paths diverging from the confines of the archive, towards a horizon where their connection might extend beyond the dust motes dancing in the sunlight. The thought was not fully formed, not a definitive plan, but a subtle, hopeful whisper, a glimpse of a shared tomorrow that, for the first time, felt not just plausible, but almost inviting. This quiet contemplation of what might be, fueled by the unspoken understanding between them, was a testament to the deepening intimacy that was slowly, but surely, blooming in the hallowed halls of history.</w:t>
      </w:r>
    </w:p>
    <w:p/>
    <w:p>
      <w:r>
        <w:br w:type="page"/>
      </w:r>
    </w:p>
    <w:p>
      <w:pPr>
        <w:spacing w:before="5040"/>
        <w:jc w:val="center"/>
      </w:pPr>
      <w:r>
        <w:rPr/>
        <w:t xml:space="preserve"> Chapter 7: Navigating the Angst</w:t>
      </w:r>
    </w:p>
    <w:p>
      <w:r>
        <w:t>The fluorescent lights of the archive hummed, a sterile counterpoint to the churning storm brewing within Eleanor. The external setback – a crucial piece of evidence inexplicably misplaced, a potential lead turning into a dead end – had been a mere inconvenience on the surface, a minor tremor in the meticulously ordered landscape of her research. But beneath that calm façade, it had struck a nerve, a deep, resonant chord that vibrated with the echoes of past failures. The familiar icy grip of panic tightened around her chest, a cold, suffocating embrace that threatened to steal her breath. Her hands, usually steady and precise, began to tremble as she sifted through a stack of photocopies, her eyes blurring, the words on the page swimming into an indistinguishable haze. It was the same sensation, the same suffocating dread, she’d felt years ago when her academic career had teetered on the brink of collapse, a catastrophic implosion fueled by a mentor’s betrayal and her own crippling self-doubt.</w:t>
      </w:r>
    </w:p>
    <w:p>
      <w:r>
        <w:br/>
        <w:t>She saw Liam’s concerned gaze flick towards her, a silent question in his eyes. He had been so patient, so understanding, his presence a steady anchor in the turbulent waters of their shared project. But now, his proximity felt like an intrusion, a spotlight on her unraveling. She couldn't let him see this. She couldn't let him see the vulnerability, the gaping wound that lay exposed beneath her professional veneer. She forced a tight smile, a practiced mask that had served her well for years. "Just a minor hiccup," she murmured, her voice unnaturally brittle. "I'll sort it out." She turned away, seeking refuge in the anonymity of a dimly lit alcove, the scent of aging paper and dust a familiar, if unwelcome, comfort.</w:t>
      </w:r>
    </w:p>
    <w:p/>
    <w:p>
      <w:r>
        <w:br/>
        <w:t>Liam watched her retreat, a knot of unease tightening in his own stomach. He recognized the subtle shifts in her posture, the way her shoulders tensed, the almost imperceptible withdrawal that signaled a deep internal struggle. He’d seen it before, in fleeting moments, glimpses of a pain she fought so hard to conceal. His own past, a landscape scarred by loss and abandonment, had taught him to read the silent language of distress, the subtle tells of a wounded spirit. The current setback, while professionally frustrating, had also stirred something within him – a raw, gnawing fear that he was somehow responsible for Eleanor’s distress, a fear that mirrored the agonizing guilt he carried from a time when his actions, or his inaction, had led to a devastating consequence for someone he cared about.</w:t>
      </w:r>
    </w:p>
    <w:p/>
    <w:p>
      <w:r>
        <w:br/>
        <w:t>He remembered the hollow ache of helplessness, the gnawing self-recrimination that had consumed him in the aftermath of his younger brother's accident. He had been the older brother, the one who was supposed to protect, to foresee. But he hadn't been there, not truly. His mind had been elsewhere, preoccupied with his own adolescent dramas, oblivious to the impending danger. The memory, sharp and unwelcome, pricked at his conscience now. Was he being oblivious to Eleanor’s pain? Was he somehow contributing to it? He clenched his fists, the rough texture of the archival table a grounding sensation. He had to find a way to help her, to bridge the chasm that threatened to swallow her, without overstepping, without triggering her defenses.</w:t>
      </w:r>
    </w:p>
    <w:p/>
    <w:p>
      <w:r>
        <w:br/>
        <w:t>Eleanor, meanwhile, was lost in the labyrinth of her own anxieties. The misplaced evidence wasn't just a professional setback; it was a potent symbol of her deepest fear: the fear of inadequacy. It was the echo of her father’s dismissive pronouncements, his constant refrain that she wasn’t strong enough, wasn’t smart enough, to ever truly succeed. He had always favored her brother, showering him with the praise and validation that Eleanor craved but never received. The archive, with its quiet judgment and its demand for absolute accuracy, felt like a battlefield where she was perpetually destined to fall short. She gripped the edge of the table, her knuckles white, fighting the urge to flee, to disappear before her perceived failures could be laid bare for all to see.</w:t>
      </w:r>
    </w:p>
    <w:p/>
    <w:p>
      <w:r>
        <w:br/>
        <w:t>She could feel Liam’s gaze on her, a persistent, gentle pressure. It was a torment. His kindness, his unwavering support, made her feel even more exposed, more desperate to maintain the illusion of control. She imagined him seeing through her façade, recognizing the trembling girl beneath the confident researcher, and the thought sent a fresh wave of shame washing over her. She closed her eyes, the musty air of the archive suddenly suffocating. She wanted to scream, to shatter the fragile peace, to escape the suffocating weight of her own past.</w:t>
      </w:r>
    </w:p>
    <w:p/>
    <w:p>
      <w:r>
        <w:br/>
        <w:t>Liam, sensing her increasing distress, decided on a different approach. Instead of approaching her directly, he began to systematically sift through the adjacent archives, his movements deliberate and unhurried. He hummed a low, tuneless melody, a subtle disruption of the oppressive silence that seemed to surround Eleanor. He wasn’t trying to intrude, but to create a shared space, a sense of companionship in their individual struggles. He knew that sometimes, the greatest comfort wasn't offered in words, but in the quiet affirmation of shared presence, in the knowledge that one was not entirely alone in their darkness.</w:t>
      </w:r>
    </w:p>
    <w:p/>
    <w:p>
      <w:r>
        <w:br/>
        <w:t>He remembered his mother’s quiet strength, her ability to weather storms that would have shattered lesser individuals. She had lost her own mother at a young age, a loss that had left an indelible mark, a quiet sadness that never truly faded. Yet, she had always managed to find moments of light, of joy, even in the face of profound grief. He recalled one particular instance, when he was a teenager and grappling with his own adolescent angst, his mother had found him brooding in his room. She hadn’t offered platitudes or forced cheerfulness. Instead, she had simply sat on the edge of his bed, her hand resting lightly on his knee, and said, "The dark nights don't last forever, Liam. But even in the darkness, there are stars to be found." He had dismissed her words at the time, but now, they resonated with a new, profound meaning. He wanted to offer Eleanor that same quiet reassurance, that same gentle reminder that even in the midst of her personal tempest, there were stars to be found.</w:t>
      </w:r>
    </w:p>
    <w:p/>
    <w:p>
      <w:r>
        <w:br/>
        <w:t>He deliberately brought a pile of documents to a table near Eleanor’s alcove, the faint rustle of paper a soft invitation to rejoin the world outside her internal turmoil. He didn’t look at her directly, but his presence was a palpable reassurance. He knew that forcing her to confront her feelings would be counterproductive. Instead, he offered a silent testament to resilience, a quiet demonstration of how one could navigate the depths of despair without succumbing to it. He meticulously organized his materials, his movements imbued with a quiet purpose, a subtle embodiment of the steady progress he wished for Eleanor to find.</w:t>
      </w:r>
    </w:p>
    <w:p/>
    <w:p>
      <w:r>
        <w:br/>
        <w:t xml:space="preserve">Eleanor watched him from the periphery, a flicker of something akin to gratitude warring with her ingrained fear. His deliberate presence, his quiet determination, was a stark contrast to her own internal chaos. He wasn't demanding, he wasn't judging. He was simply </w:t>
      </w:r>
    </w:p>
    <w:p>
      <w:pPr>
        <w:jc w:val="left"/>
      </w:pPr>
      <w:r>
        <w:rPr>
          <w:i/>
        </w:rPr>
        <w:t>there</w:t>
      </w:r>
      <w:r>
        <w:t>, a steady point of reference in her swirling vortex of anxiety. She took a shaky breath, the scent of old paper suddenly less oppressive, more grounding. She recalled a similar moment in her childhood, a time when her grandmother, a woman who had endured immense hardship, had found her crying after a particularly harsh dressing-down from her father. Her grandmother hadn’t offered empty reassurances. Instead, she had simply taken Eleanor’s small hand in her weathered one and squeezed it, her eyes conveying a silent understanding, a shared knowledge of pain. "We are stronger than we know, child," she had whispered, her voice raspy but firm. "This pain, it shapes us, but it does not break us."</w:t>
      </w:r>
    </w:p>
    <w:p>
      <w:r>
        <w:br/>
        <w:t>That memory, a tiny ember glowing in the ashes of her distress, offered a sliver of warmth. Liam’s quiet presence was a reflection of that same unspoken strength. He wasn't trying to fix her; he was simply offering a parallel path, a reminder that she was not alone in her struggle. Slowly, tentatively, Eleanor began to sort through the documents again, her trembling hands stilling slightly. She focused on the tangible, on the factual, on the intellectual puzzle before her, using it as a bulwark against the emotional onslaught. She forced herself to reread the reports, to cross-reference the dates, to reconstruct the logical chain of events that had led to this impasse.</w:t>
      </w:r>
    </w:p>
    <w:p/>
    <w:p>
      <w:r>
        <w:br/>
        <w:t>Liam, noticing the subtle shift in her demeanor, continued his quiet work. He knew that the external trigger had served its purpose, bringing the internal wounds to the surface. Now, the delicate process of healing, of finding a way to integrate these painful memories into the present, needed to unfold organically. He found himself recalling a conversation he’d had with his therapist years ago, after a particularly difficult period of grief. She had told him, "The past is not a prison, Liam. It is a foundation. And from any foundation, however scarred, new growth can emerge." He had struggled to believe her then, but now, watching Eleanor, he saw the truth in her words. The wounds were there, undeniable, but they didn't have to define the future.</w:t>
      </w:r>
    </w:p>
    <w:p/>
    <w:p>
      <w:r>
        <w:br/>
        <w:t>He decided to offer a gentle prod, a subtle shift in their interaction that acknowledged the unspoken tension without demanding its resolution. He paused in his work, then said, his voice low and even, "You know, sometimes the most direct route to a solution is through understanding the obstacles that have been encountered before. It's like tracing the roots of a problem to understand its growth." He didn't look directly at her, but his words were carefully calibrated to resonate with her current state of mind. He was speaking about research, yes, but he was also speaking about the human condition, about the way past traumas could manifest as present-day challenges.</w:t>
      </w:r>
    </w:p>
    <w:p/>
    <w:p>
      <w:r>
        <w:br/>
        <w:t>Eleanor heard him. His words, simple yet profound, landed with a quiet impact. She thought of her father, of his constant criticism, of the way his words had burrowed into her subconscious, shaping her perception of herself. She thought of the betrayals she had experienced, the times she had placed her trust in others only to be met with disappointment. These were the obstacles, the roots of her fear, and she had spent so long trying to outrun them, to pretend they didn't exist. Liam's suggestion was an invitation to confront them, not as enemies, but as part of her history, part of the complex tapestry of her existence.</w:t>
      </w:r>
    </w:p>
    <w:p/>
    <w:p>
      <w:r>
        <w:br/>
        <w:t>She took another deep breath, the air feeling a little less heavy. She decided to take a small step, a tentative movement towards acknowledging the shared space, the shared struggle. She looked up from her documents and met Liam’s gaze. There was a softness in his eyes, a genuine concern that disarmed her defenses. "You're right," she said, her voice still a little shaky, but clearer now. "Sometimes, you have to understand the foundation to build something new." It was a small admission, a fragile bridge built across the chasm of her internal turmoil, but it was a start.</w:t>
      </w:r>
    </w:p>
    <w:p/>
    <w:p>
      <w:r>
        <w:br/>
        <w:t>Liam offered a small, reassuring smile. "And sometimes," he added, his voice gentle, "the foundation itself can be a source of strength, if we learn to understand it." He then returned to his documents, allowing Eleanor the space she needed to process his words, to integrate them into her own narrative. He knew that the path forward would not be easy, that the echoes of past wounds would continue to resurface. But he also knew that in acknowledging them, in beginning to understand them, Eleanor was taking the first, crucial steps towards healing. And he, in his own quiet way, would be there, a steady presence, a silent witness to her resilience. He understood that his own past trauma, the fear of causing harm, was intertwined with Eleanor’s struggle. His desire to help her was a testament to his own journey of seeking redemption, of striving to be a force for good in a world that had once felt so broken. He recognized that in supporting Eleanor, he was also, in a way, supporting himself, reinforcing the belief that even from the ashes of past pain, something beautiful and enduring could still bloom. The archive, which had once felt like a sanctuary of knowledge, now felt like a crucible, testing their mettle, forging their connection through the shared crucible of their deepest vulnerabilities. The weight of their past wounds was immense, a constant undertow threatening to pull them back into the depths of their individual pain, but in each other’s quiet presence, they were beginning to find the strength to swim towards the light.</w:t>
      </w:r>
    </w:p>
    <w:p/>
    <w:p>
      <w:r>
        <w:t>The air in the archive had become thick with unspoken words, a tangible weight that pressed down on Eleanor and Liam. The fragile bridge they had begun to build, reinforced by Liam's quiet presence and Eleanor's tentative admissions, now threatened to crumble under the resurfacing tide of their individual anxieties. The misplaced evidence, once a purely professional irritant, had become a catalyst, an unintended excavation of buried fears that cast a long, unsettling shadow over their connection.</w:t>
      </w:r>
    </w:p>
    <w:p>
      <w:r>
        <w:br/>
        <w:t>Eleanor watched Liam meticulously re-shelving a row of archival boxes, his movements a study in controlled efficiency. Yet, beneath the veneer of composure, she sensed a subtle shift, a withdrawal that mirrored her own inner turmoil. It was the familiar tightening of his jaw, the almost imperceptible tension in his shoulders that she had noticed before, during moments when he seemed lost in his own internal landscape. And in that moment, a fresh wave of doubt washed over her, cold and insidious. Had she misinterpreted his kindness? Was his support merely a professional courtesy, a temporary alliance born of shared purpose, now dissolving as the initial urgency waned? The memory of her father’s conditional affection, the sting of past betrayals where trust had been a currency easily devalued, whispered in her ear. She found herself replaying their earlier exchange, scrutinizing Liam’s words, searching for hidden meanings, for a betrayal lurking beneath the surface of his seemingly genuine concern.</w:t>
      </w:r>
    </w:p>
    <w:p/>
    <w:p>
      <w:r>
        <w:br/>
        <w:t>“Are you alright, Eleanor?” Liam’s voice, when it finally came, was soft, almost hesitant. He had stopped his work and turned towards her, his gaze direct but laced with a vulnerability she hadn’t anticipated.</w:t>
      </w:r>
    </w:p>
    <w:p/>
    <w:p>
      <w:r>
        <w:br/>
        <w:t>The question, meant to be an olive branch, felt to Eleanor like a probe, an invasion of the carefully guarded space she had just begun to reclaim. Her immediate instinct was to retreat, to shield herself from any further potential hurt. His inquiry, innocent as it was, triggered a deep-seated fear of being seen, of being exposed in her current state of vulnerability. She imagined him seeing the cracks, the imperfections, the very weaknesses her father had so cruelly exploited. In her mind’s eye, she saw herself as a flawed artifact, imperfectly preserved, destined for rejection.</w:t>
      </w:r>
    </w:p>
    <w:p/>
    <w:p>
      <w:r>
        <w:br/>
        <w:t>“I’m fine, Liam,” she replied, her voice tighter than she intended. She avoided his gaze, her eyes darting back to the chaotic pile of documents on her desk. “Just… lost in thought.” The lie felt thin, transparent, and the accompanying flush of shame was almost unbearable. She could feel his gaze on her, a silent question, and the pressure of it made her skin prickle. It was the same sensation she’d experienced when her mentor, a man she had admired and trusted implicitly, had subtly undermined her work, planting seeds of doubt that had bloomed into full-blown insecurity. The fear of repeating that pattern, of placing her faith in someone who would ultimately use it against her, was a constant, gnawing ache.</w:t>
      </w:r>
    </w:p>
    <w:p/>
    <w:p>
      <w:r>
        <w:br/>
        <w:t>Liam registered the subtle shift in her tone, the almost imperceptible tightening of her posture. Her “I’m fine” was laced with an urgency that screamed the opposite. It was the sound of someone building walls, reinforcing their defenses. He recognized it, not just from his own internal battles, but from the echoes of the people he had failed in the past. The fear of abandonment, the gnawing suspicion that he was inherently flawed, that he was destined to disappoint those who came to rely on him, surged within him. He saw Eleanor’s withdrawal as a reflection of his own inadequacy, a confirmation of his deepest fears. Had his attempt to offer support been clumsy, intrusive? Had he, in his eagerness to help, inadvertently pushed her further away, confirming her unspoken belief that he was incapable of truly understanding or offering genuine solace?</w:t>
      </w:r>
    </w:p>
    <w:p/>
    <w:p>
      <w:r>
        <w:br/>
        <w:t>He remembered the hollow ache that had followed his brother’s accident. He had been so young, so consumed by his own world, that he had missed the warning signs. The guilt, a heavy shroud, had never truly lifted. Now, seeing Eleanor’s distress, he felt a chilling echo of that helplessness. Was he missing something vital? Was his presence, meant to be a source of comfort, actually exacerbating her pain? He wanted to reach out, to offer a word of reassurance, but the fear of saying the wrong thing, of triggering another defensive retreat, held him captive. His mind, usually so adept at dissecting complex problems, became a tangled web of ‘what ifs’ and ‘should haves’. He questioned every interaction, every exchanged glance, dissecting them for hidden meanings, for evidence of his own failings. He found himself wishing he could rewind the last few minutes, to approach her differently, to offer a more nuanced form of support, one that wouldn’t feel like pressure.</w:t>
      </w:r>
    </w:p>
    <w:p/>
    <w:p>
      <w:r>
        <w:br/>
        <w:t>“Eleanor,” he began again, his voice softer this time, a deliberate attempt to bridge the widening chasm between them. He chose his words carefully, drawing on the insights from his own therapy sessions. “I know this setback is significant. And I know how much your research means to you. If there’s anything I can do, anything at all, to help… please, don’t hesitate to tell me.” He offered a small, hopeful smile, a silent plea for her to trust him, to allow him to be a partner in this process, not just a colleague. He wanted to convey that his concern wasn't born of obligation, but of a genuine desire to see her succeed, and, more importantly, to see her find peace.</w:t>
      </w:r>
    </w:p>
    <w:p/>
    <w:p>
      <w:r>
        <w:br/>
        <w:t>His words, intended to be an offering of support, landed with a jarring dissonance for Eleanor. The mention of his concern, the emphasis on "her research," felt like a confirmation of her fears. It was all about the work, the external achievement. Where was the acknowledgment of the emotional turmoil, the internal battle she was fighting? Her father’s voice, a relentless internal critic, resurfaced with renewed vigor. "You're too emotional for this, Eleanor. You let your feelings get in the way of logic." She interpreted Liam’s focus on the research as a subtle judgment, a sign that he, too, saw her emotional response as a weakness, a professional liability. The vulnerability she had briefly allowed herself to express now felt like a dangerous exposure, a mistake she had to rectify immediately.</w:t>
      </w:r>
    </w:p>
    <w:p/>
    <w:p>
      <w:r>
        <w:br/>
        <w:t>She forced a more convincing smile, a practiced contortion of her lips that didn't quite reach her eyes. “Thank you, Liam. I appreciate that. But truly, I just need to focus. This is my problem to solve.” The words were polite, firm, and designed to create an impenetrable barrier. She turned back to her desk, deliberately immersing herself in the dry, impersonal details of the archival materials, using them as a shield against the escalating internal conflict. Each document she handled felt like another layer of armor, a way to push back the encroaching tide of doubt and fear. She tried to channel her father’s dismissive pronouncements into a determined focus, a desperate attempt to prove him wrong, and, by extension, Liam.</w:t>
      </w:r>
    </w:p>
    <w:p/>
    <w:p>
      <w:r>
        <w:br/>
        <w:t>Liam watched her retreat, a familiar sense of defeat settling in his chest. He saw the polite dismissal for what it was: a carefully constructed defense. He understood that his own past experiences with abandonment, his ingrained fear of pushing people away, was making him hyper-vigilant, prone to projecting his own insecurities onto Eleanor. He was seeing her withdrawal through the lens of his own perceived failings, and it was distorting his perception. He wanted to believe her, to accept her assertion that she simply needed to focus. But the raw emotion he had glimpsed earlier, the tremor in her voice, the guardedness in her eyes, told a different story.</w:t>
      </w:r>
    </w:p>
    <w:p/>
    <w:p>
      <w:r>
        <w:br/>
        <w:t>He found himself grappling with the ‘what ifs’. What if he had pressed her further, insisted on understanding the root of her distress? Would that have been an act of compassion, or an unwelcome intrusion? He imagined her recoiling further, her trust in him irrevocably damaged. He recalled a time when a close friend, struggling with depression, had repeatedly pushed him away, convinced that she was a burden. Liam, young and inexperienced, had eventually, and regretfully, acquiesced, giving her the space she claimed to want, only to find out later that she had desperately needed him to stay. The memory resurfaced now, sharp and painful, a stark reminder of the consequences of misinterpreting distress signals.</w:t>
      </w:r>
    </w:p>
    <w:p/>
    <w:p>
      <w:r>
        <w:br/>
        <w:t>He decided on a different approach, one born of his own journey towards emotional maturity. He wouldn't force the issue, but he would create an environment that subtly encouraged openness. He began to work on a separate pile of documents, his movements deliberately slower, more deliberate. He hummed a low, melancholic tune, a subtle counterpoint to the oppressive silence that had settled between them. He was trying to signal his own presence, his own willingness to share the space, without demanding an equal exchange. He wanted to create a sense of shared sanctuary, a quiet acknowledgment that they were in this together, even if they were navigating their own internal storms.</w:t>
      </w:r>
    </w:p>
    <w:p/>
    <w:p>
      <w:r>
        <w:br/>
        <w:t>“This old cataloging system,” he mused aloud, his voice calm and even, directed more at the archival shelves than at Eleanor. “It’s fascinating how much information gets lost, or buried, simply due to the way things are organized. You have to really dig to find the gems.” He paused, letting the words hang in the air. He wasn’t just talking about the archives; he was alluding to the hidden depths within people, the buried emotions and experiences that shaped their present. He was subtly offering a framework for understanding Eleanor’s own internal chaos, a way to reframe her struggles not as personal failings, but as buried treasures waiting to be unearthed.</w:t>
      </w:r>
    </w:p>
    <w:p/>
    <w:p>
      <w:r>
        <w:br/>
        <w:t>Eleanor heard him, the soft resonance of his voice cutting through the fog of her anxiety. His words, veiled yet direct, struck a chord. She thought of her own father, how he had consistently dismissed her interests, her passions, labeling them as trivial. He had never encouraged her to dig deeper, to explore the nuances of her own thoughts and feelings. Instead, he had demanded a surface-level conformity, a predictable and unchallenging obedience. Liam’s words offered a stark contrast, a gentle invitation to explore the complexities, to value the process of discovery, even if it was messy and difficult.</w:t>
      </w:r>
    </w:p>
    <w:p/>
    <w:p>
      <w:r>
        <w:br/>
        <w:t>She risked a glance at him. He was absorbed in his work, his brow furrowed in concentration, yet there was a calmness about him, a groundedness that she envied. She recognized that he wasn’t trying to pry, but to offer a different perspective, a different way of approaching the challenges they were facing, both individually and as a team. He was, in his own quiet way, showing her that the process of uncovering truth, whether in a historical document or within oneself, was a valuable and worthy endeavor.</w:t>
      </w:r>
    </w:p>
    <w:p/>
    <w:p>
      <w:r>
        <w:br/>
        <w:t>“Sometimes,” she found herself responding, her voice still a little rough, but steadier, “the most valuable things are the ones that are hardest to find. They require patience. And a willingness to get your hands dirty.” It was a tentative offering, a small crack in the wall she had so carefully constructed. She was acknowledging his point, and, in doing so, acknowledging a shared understanding that extended beyond the sterile confines of the archive.</w:t>
      </w:r>
    </w:p>
    <w:p/>
    <w:p>
      <w:r>
        <w:br/>
        <w:t>Liam’s head lifted. He met her gaze, and this time, he allowed himself a small, genuine smile. There was a flicker of relief in his eyes, a quiet acknowledgment of her response. “Exactly,” he said, his voice warm. “And sometimes, the ‘getting your hands dirty’ part is less daunting when you know someone else is willing to do the same.” He returned to his work, the unspoken message clear: he was willing to share the labor, the discomfort, the messy process of uncovering truths.</w:t>
      </w:r>
    </w:p>
    <w:p/>
    <w:p>
      <w:r>
        <w:br/>
        <w:t>The tension between them hadn't entirely dissipated, but it had shifted. The raw fear and misunderstanding had softened into a more nuanced apprehension. Eleanor still felt the tremor of her past insecurities, the lingering doubt about her own capabilities. Liam still grappled with the fear of inadequacy, the persistent whisper that he would ultimately fail to meet expectations. But in that shared moment of acknowledgment, a fragile understanding had been forged. They had both, in their own ways, expressed a fear of being seen, a fear of inadequacy, and in the other's quiet willingness to persist, they had found a sliver of reassurance. The archive, with its endless shelves of forgotten histories, was becoming a crucible, not just for their research, but for their nascent connection, testing its resilience against the echoes of their past. The ‘what ifs’ were still present, a low hum beneath the surface, but now, they were accompanied by a dawning realization: perhaps, just perhaps, they didn’t have to navigate these anxieties entirely alone.</w:t>
      </w:r>
    </w:p>
    <w:p/>
    <w:p>
      <w:r>
        <w:t>The air in the archive had taken on a new weight, a palpable shift in its atmosphere. The tentative bridge Eleanor and Liam had begun to construct, built on hushed confessions and shared moments of vulnerability, now felt as precarious as a spiderweb in a gale. The misplaced evidence, a professional puzzle that had inadvertently opened a Pandora’s Box of their deepest anxieties, had thrown a long, unsettling shadow over the fragile connection blooming between them.</w:t>
      </w:r>
    </w:p>
    <w:p>
      <w:r>
        <w:br/>
        <w:t>Eleanor watched Liam’s focused movements as he meticulously re-shelved a row of archival boxes. His efficiency was a practiced art, a shield he often employed. Yet, beneath the veneer of calm, she sensed a subtle withdrawal, a familiar tightening of his jaw, a minute tension in his shoulders that signaled his descent into his own internal landscape. A cold dread washed over her. Had she misread his kindness? Was his support merely a professional courtesy, a temporary alliance destined to dissolve as the immediate crisis passed? The ghosts of her father’s conditional affection, the sting of past betrayals where trust had been a currency easily debased, whispered insidious doubts in her ear. She found herself replaying their earlier exchange, dissecting Liam’s words, searching for hidden motives, for the betrayer lurking beneath the surface of his concern.</w:t>
      </w:r>
    </w:p>
    <w:p/>
    <w:p>
      <w:r>
        <w:br/>
        <w:t>“Are you alright, Eleanor?” Liam’s voice, when it finally broke the silence, was soft, almost hesitant. He had stopped his work, his gaze direct, yet tinged with a vulnerability she hadn't expected.</w:t>
      </w:r>
    </w:p>
    <w:p/>
    <w:p>
      <w:r>
        <w:br/>
        <w:t>The question, intended as a bridge, felt to Eleanor like an unwelcome intrusion. Her immediate instinct was to retreat, to erect her defenses, to shield herself from further potential hurt. His inquiry, innocent as it was, tapped into a deep-seated fear of being seen, of being exposed in her rawest state. She pictured him seeing the cracks, the imperfections, the very weaknesses her father had so cruelly exploited. In her mind’s eye, she was an artifact, flawed and imperfectly preserved, destined for rejection.</w:t>
      </w:r>
    </w:p>
    <w:p/>
    <w:p>
      <w:r>
        <w:br/>
        <w:t>“I’m fine, Liam,” she replied, her voice tighter than she intended. She couldn’t meet his gaze, her eyes flicking back to the chaotic pile of documents on her desk. “Just… lost in thought.” The lie felt flimsy, transparent, and the accompanying flush of shame was almost unbearable. She could feel his eyes on her, a silent question that made her skin prickle. It was the same sensation she’d experienced when her mentor, a man she had revered and trusted implicitly, had subtly undermined her work, planting seeds of doubt that had blossomed into full-blown insecurity. The fear of repeating that pattern, of placing her faith in someone who would ultimately use it against her, was a constant, gnawing ache.</w:t>
      </w:r>
    </w:p>
    <w:p/>
    <w:p>
      <w:r>
        <w:br/>
        <w:t>Liam registered the subtle shift, the almost imperceptible tightening of her posture. Her placid “I’m fine” was laced with an urgency that screamed the opposite. It was the sound of walls being built, of defenses being reinforced. He recognized it, not just from his own internal battles, but from the echoes of those he had failed. The fear of abandonment, the gnawing suspicion that he was inherently flawed, destined to disappoint those who relied on him, surged. He saw Eleanor’s withdrawal as a reflection of his own inadequacy, a confirmation of his deepest fears. Had his attempt to offer support been clumsy, intrusive? Had he, in his eagerness to help, inadvertently pushed her further away, confirming her unspoken belief that he was incapable of genuine understanding or solace?</w:t>
      </w:r>
    </w:p>
    <w:p/>
    <w:p>
      <w:r>
        <w:br/>
        <w:t>He remembered the hollow ache that had followed his brother’s accident. So young, so consumed by his own world, he had missed the warning signs. The guilt, a heavy shroud, had never truly lifted. Now, seeing Eleanor’s distress, he felt a chilling echo of that helplessness. Was he missing something vital? Was his presence, meant to be a source of comfort, actually exacerbating her pain? He yearned to reach out, to offer a word of reassurance, but the fear of saying the wrong thing, of triggering another defensive retreat, held him captive. His mind, usually so adept at dissecting complex problems, became a tangled web of ‘what ifs’ and ‘should haves’. He questioned every interaction, every glance, dissecting them for hidden meanings, for evidence of his own failings. He wished he could rewind the last few minutes, to approach her differently, to offer a more nuanced form of support, one that wouldn’t feel like pressure.</w:t>
      </w:r>
    </w:p>
    <w:p/>
    <w:p>
      <w:r>
        <w:br/>
        <w:t>“Eleanor,” he began again, his voice softer this time, a deliberate attempt to bridge the widening chasm. He chose his words carefully, drawing on insights from his own therapy sessions. “I know this setback is significant. And I know how much your research means to you. If there’s anything I can do, anything at all, to help… please, don’t hesitate to tell me.” He offered a small, hopeful smile, a silent plea for her to trust him, to allow him to be a partner, not just a colleague. He wanted to convey that his concern wasn't born of obligation, but of a genuine desire to see her succeed, and, more importantly, to see her find peace.</w:t>
      </w:r>
    </w:p>
    <w:p/>
    <w:p>
      <w:r>
        <w:br/>
        <w:t>His words, intended as an offering of support, landed with a jarring dissonance for Eleanor. The mention of his concern, the emphasis on "her research," felt like a confirmation of her fears. It was all about the work, the external achievement. Where was the acknowledgment of the emotional turmoil, the internal battle she was fighting? Her father’s voice, a relentless internal critic, resurfaced with renewed vigor. "You're too emotional for this, Eleanor. You let your feelings get in the way of logic." She interpreted Liam’s focus on the research as a subtle judgment, a sign that he, too, saw her emotional response as a weakness, a professional liability. The vulnerability she had briefly allowed herself to express now felt like a dangerous exposure, a mistake she had to rectify immediately.</w:t>
      </w:r>
    </w:p>
    <w:p/>
    <w:p>
      <w:r>
        <w:br/>
        <w:t>She forced a more convincing smile, a practiced contortion of her lips that didn't quite reach her eyes. “Thank you, Liam. I appreciate that. But truly, I just need to focus. This is my problem to solve.” The words were polite, firm, and designed to create an impenetrable barrier. She turned back to her desk, deliberately immersing herself in the dry, impersonal details of the archival materials, using them as a shield against the escalating internal conflict. Each document she handled felt like another layer of armor, a way to push back the encroaching tide of doubt and fear. She tried to channel her father’s dismissive pronouncements into a determined focus, a desperate attempt to prove him wrong, and, by extension, Liam.</w:t>
      </w:r>
    </w:p>
    <w:p/>
    <w:p>
      <w:r>
        <w:br/>
        <w:t>Liam watched her retreat, a familiar sense of defeat settling in his chest. He saw the polite dismissal for what it was: a carefully constructed defense. He understood that his own past experiences with abandonment, his ingrained fear of pushing people away, was making him hyper-vigilant, prone to projecting his own insecurities onto Eleanor. He was seeing her withdrawal through the lens of his own perceived failings, and it was distorting his perception. He wanted to believe her, to accept her assertion that she simply needed to focus. But the raw emotion he had glimpsed earlier, the tremor in her voice, the guardedness in her eyes, told a different story.</w:t>
      </w:r>
    </w:p>
    <w:p/>
    <w:p>
      <w:r>
        <w:br/>
        <w:t>He found himself grappling with the ‘what ifs’. What if he had pressed her further, insisted on understanding the root of her distress? Would that have been an act of compassion, or an unwelcome intrusion? He imagined her recoiling further, her trust in him irrevocably damaged. He recalled a time when a close friend, struggling with depression, had repeatedly pushed him away, convinced that she was a burden. Liam, young and inexperienced, had eventually, and regretfully, acquiesced, giving her the space she claimed to want, only to find out later that she had desperately needed him to stay. The memory resurfaced now, sharp and painful, a stark reminder of the consequences of misinterpreting distress signals.</w:t>
      </w:r>
    </w:p>
    <w:p/>
    <w:p>
      <w:r>
        <w:br/>
        <w:t>He decided on a different approach, one born of his own journey towards emotional maturity. He wouldn't force the issue, but he would create an environment that subtly encouraged openness. He began to work on a separate pile of documents, his movements deliberately slower, more deliberate. He hummed a low, melancholic tune, a subtle counterpoint to the oppressive silence that had settled between them. He was trying to signal his own presence, his own willingness to share the space, without demanding an equal exchange. He wanted to create a sense of shared sanctuary, a quiet acknowledgment that they were in this together, even if they were navigating their own internal storms.</w:t>
      </w:r>
    </w:p>
    <w:p/>
    <w:p>
      <w:r>
        <w:br/>
        <w:t>“This old cataloging system,” he mused aloud, his voice calm and even, directed more at the archival shelves than at Eleanor. “It’s fascinating how much information gets lost, or buried, simply due to the way things are organized. You have to really dig to find the gems.” He paused, letting the words hang in the air. He wasn’t just talking about the archives; he was alluding to the hidden depths within people, the buried emotions and experiences that shaped their present. He was subtly offering a framework for understanding Eleanor’s own internal chaos, a way to reframe her struggles not as personal failings, but as buried treasures waiting to be unearthed.</w:t>
      </w:r>
    </w:p>
    <w:p/>
    <w:p>
      <w:r>
        <w:br/>
        <w:t>Eleanor heard him, the soft resonance of his voice cutting through the fog of her anxiety. His words, veiled yet direct, struck a chord. She thought of her own father, how he had consistently dismissed her interests, her passions, labeling them as trivial. He had never encouraged her to dig deeper, to explore the nuances of her own thoughts and feelings. Instead, he had demanded a surface-level conformity, a predictable and unchallenging obedience. Liam’s words offered a stark contrast, a gentle invitation to explore the complexities, to value the process of discovery, even if it was messy and difficult.</w:t>
      </w:r>
    </w:p>
    <w:p/>
    <w:p>
      <w:r>
        <w:br/>
        <w:t>She risked a glance at him. He was absorbed in his work, his brow furrowed in concentration, yet there was a calmness about him, a groundedness that she envied. She recognized that he wasn’t trying to pry, but to offer a different perspective, a different way of approaching the challenges they were facing, both individually and as a team. He was, in his own quiet way, showing her that the process of uncovering truth, whether in a historical document or within oneself, was a valuable and worthy endeavor.</w:t>
      </w:r>
    </w:p>
    <w:p/>
    <w:p>
      <w:r>
        <w:br/>
        <w:t>“Sometimes,” she found herself responding, her voice still a little rough, but steadier, “the most valuable things are the ones that are hardest to find. They require patience. And a willingness to get your hands dirty.” It was a tentative offering, a small crack in the wall she had so carefully constructed. She was acknowledging his point, and, in doing so, acknowledging a shared understanding that extended beyond the sterile confines of the archive.</w:t>
      </w:r>
    </w:p>
    <w:p/>
    <w:p>
      <w:r>
        <w:br/>
        <w:t>Liam’s head lifted. He met her gaze, and this time, he allowed himself a small, genuine smile. There was a flicker of relief in his eyes, a quiet acknowledgment of her response. “Exactly,” he said, his voice warm. “And sometimes, the ‘getting your hands dirty’ part is less daunting when you know someone else is willing to do the same.” He returned to his work, the unspoken message clear: he was willing to share the labor, the discomfort, the messy process of uncovering truths.</w:t>
      </w:r>
    </w:p>
    <w:p/>
    <w:p>
      <w:r>
        <w:br/>
        <w:t>The tension between them hadn't entirely dissipated, but it had shifted. The raw fear and misunderstanding had softened into a more nuanced apprehension. Eleanor still felt the tremor of her past insecurities, the lingering doubt about her own capabilities. Liam still grappled with the fear of inadequacy, the persistent whisper that he would ultimately fail to meet expectations. But in that shared moment of acknowledgment, a fragile understanding had been forged. They had both, in their own ways, expressed a fear of being seen, a fear of inadequacy, and in the other's quiet willingness to persist, they had found a sliver of reassurance. The archive, with its endless shelves of forgotten histories, was becoming a crucible, not just for their research, but for their nascent connection, testing its resilience against the echoes of their past. The ‘what ifs’ were still present, a low hum beneath the surface, but now, they were accompanied by a dawning realization: perhaps, just perhaps, they didn’t have to navigate these anxieties entirely alone.</w:t>
      </w:r>
    </w:p>
    <w:p/>
    <w:p>
      <w:r>
        <w:br/>
        <w:t>The urge to retreat, a primal instinct honed by years of self-preservation, pulsed through Eleanor like a fever. The brief moment of connection, the fragile thaw in the icy landscape of her fear, had already begun to recede. Liam’s quiet understanding, his gentle invitation to shared vulnerability, was a siren song she desperately wanted to heed, but the deeper, more ingrained patterns of her past held her captive. Her father’s voice, a constant, critical echo in the chambers of her mind, replayed its familiar refrain: “Don’t be weak, Eleanor. Don’t let them see you falter. They’ll only use it against you.” And Liam, despite his evident kindness, was still a man. A man who, in the grand tapestry of her experience, represented a potential source of the very hurt she so meticulously avoided. The idea of him seeing the raw, unvarnished truth of her inner turmoil – the insecurities that gnawed at her, the fear that she was fundamentally inadequate – felt like willingly walking into a trap.</w:t>
      </w:r>
    </w:p>
    <w:p/>
    <w:p>
      <w:r>
        <w:br/>
        <w:t>She found herself consciously pulling back, erecting invisible barriers, reinforcing the walls that had kept her safe, if not happy, for so long. Her focus sharpened, not on the historical documents themselves, but on the intricate details of their physical form – the brittle paper, the faded ink, the precise annotations. It was a form of mental anesthesia, a deliberate distraction from the clamoring emotions that threatened to overwhelm her. Every tick of the clock, every rustle of paper, became a small victory, a testament to her ability to compartmentalize, to shut down. She imagined herself a meticulously preserved artifact, polished and presented to the world, with all imperfections carefully concealed. The thought of Liam seeing the chipped edges, the faded pigments of her true self, was too terrifying to contemplate. She wanted to trust him, the longing for genuine connection a constant ache beneath the surface, but the fear of repeating past mistakes, of being vulnerable only to be wounded again, was a more potent force. It was easier, safer, to retreat into the familiar solitude of her own mind, to manage her anxieties on her own, even if it meant enduring the gnawing loneliness. This was her battle, her burden to bear, and inviting Liam into its depths felt like an act of profound recklessness, a betrayal of the hard-won lessons of self-reliance. The desire to open up warred fiercely with the ingrained need to protect herself, and in that internal conflict, the temptation to retreat into a state of emotional stoicism was almost unbearable.</w:t>
      </w:r>
    </w:p>
    <w:p/>
    <w:p>
      <w:r>
        <w:br/>
        <w:t>Liam, too, felt the powerful tug of his own ingrained defense mechanisms. Eleanor’s subtle withdrawal, her polite but firm dismissal, had landed like a blow, rekindling the old anxieties that always lay dormant just beneath the surface. He saw her retreat not as a sign of personal struggle, but as a direct reflection of his own perceived inadequacy. He interpreted her need for space as a rejection, a clear signal that he was somehow not enough, that his presence was more of a burden than a comfort. The familiar script of disappointment played out in his mind: he tried to connect, he offered support, and in the end, he inevitably pushed people away, or they pushed him away, confirming his deepest-seated fear that he was fundamentally incapable of fostering genuine, lasting intimacy.</w:t>
      </w:r>
    </w:p>
    <w:p/>
    <w:p>
      <w:r>
        <w:br/>
        <w:t>He found himself contemplating a strategic retreat of his own. Not a dramatic exit, but a slow, almost imperceptible distancing. He could become more absorbed in his own work, less available for casual conversation, subtly reinforcing the professional boundaries that had seemed so comforting and safe just days before. This would allow him to manage the sting of her apparent rejection without having to confront it directly. It was a familiar coping mechanism, a way to regain a sense of control when faced with the overwhelming prospect of emotional exposure. He could focus on the tangible, the solvable problems of the archive, rather than the nebulous, unpredictable landscape of human connection. The thought of further involvement with Eleanor, of risking the deeper wounds that came with genuine intimacy, began to feel like an unnecessary risk. If she was already shutting him out, why should he invest more of himself, only to be met with further resistance?</w:t>
      </w:r>
    </w:p>
    <w:p/>
    <w:p>
      <w:r>
        <w:br/>
        <w:t>He remembered the times he had thrown himself into projects, using the intense focus as a shield against personal turmoil. He could do that now. He could immerse himself in the complexities of the archival research, lose himself in the labyrinth of historical data, and effectively wall himself off from the emotional vulnerability that Eleanor’s guardedness had inadvertently triggered. The idea of creating distance, of allowing a professional buffer to reassert itself, felt like a logical, self-protective measure. It was a way to preserve his emotional equilibrium, to avoid the potential pain of being misunderstood or rejected. The desire to connect with Eleanor was still there, a faint ember glowing in the ashes of his receding hope, but the fear of deeper entanglement, of the inevitable disappointment that seemed to follow such connections, was beginning to fan those embers into dormancy. He began to catalog his thoughts, not about Eleanor, but about the next phase of his research, a mental sidestep that acknowledged the growing chasm between them.</w:t>
      </w:r>
    </w:p>
    <w:p/>
    <w:p>
      <w:pPr>
        <w:jc w:val="left"/>
      </w:pPr>
      <w:r>
        <w:t xml:space="preserve">The oppressive silence in the archive had become a tangible entity, a thick blanket woven from unspoken anxieties and the residue of their recent, fraught exchange. Eleanor, hunched over a brittle manuscript, felt its weight pressing down on her, suffocating her thoughts. Liam, across the vast mahogany table, was equally engrossed in his own pile of documents, the rhythmic rustle of pages the only sound breaking the stillness. Yet, despite the professional distance they had re-established, a current of awareness hummed between them. Eleanor couldn't shake the feeling of his presence, the subtle shift in the air when he moved, the faint scent of old paper and something distinctly </w:t>
      </w:r>
      <w:r>
        <w:rPr>
          <w:i/>
        </w:rPr>
        <w:t>him</w:t>
      </w:r>
      <w:r>
        <w:t xml:space="preserve"> that permeated the room. It was a constant, almost magnetic pull, a paradox that left her feeling both exposed and strangely anchored.</w:t>
      </w:r>
    </w:p>
    <w:p>
      <w:r>
        <w:br/>
        <w:t>She found herself stealing furtive glances in his direction, a habit she couldn't seem to break. His brow was furrowed in concentration, a familiar sight that usually brought a sense of calm. Now, it was tinged with the shadow of their recent unease. She noted the almost imperceptible tightening of his jaw, the slight slump of his shoulders, signs of an internal struggle that mirrored her own. It was in these unguarded moments, when his professional facade softened, that she saw the man beneath, the one who had offered her a fleeting glimpse of genuine empathy. And in that recognition, a flicker of something akin to comfort ignited within her. It was illogical, she knew. He was the cause, or at least the catalyst, of her current disquiet. Yet, his very presence, the steady rhythm of his work, was a form of ballast in the turbulent sea of her emotions. It was a familiar constant in a landscape that had suddenly become uncertain.</w:t>
      </w:r>
    </w:p>
    <w:p/>
    <w:p>
      <w:r>
        <w:br/>
        <w:t>Liam, too, was acutely aware of Eleanor. He felt her gaze, a subtle prickling on his skin, even when his eyes were fixed on the faded script before him. The carefully constructed walls he had begun to erect were proving surprisingly permeable. The memory of her brief flicker of vulnerability, the raw emotion he had glimpsed before she retreated, was a persistent echo in his mind. He had wanted to offer solace, to bridge the chasm that had opened between them, but his clumsy attempt had only seemed to push her further away. Now, the silence between them was fraught with unspoken questions and a shared, unspoken discomfort. Yet, as he meticulously sorted through a stack of old land deeds, he found himself gravitating towards the simple act of shared physical space. The quiet hum of the archive, once a sanctuary of solitude, now felt less daunting with her in it. Her presence, even in its guardedness, was a familiar anchor. It was a strange solace, this proximity to someone who had also been rattled by the recent events, someone who understood the unspoken weight of their shared predicament. He found himself appreciating the shared history they were building, even if it was currently overshadowed by angst.</w:t>
      </w:r>
    </w:p>
    <w:p/>
    <w:p>
      <w:r>
        <w:br/>
        <w:t>He recalled their early days, the tentative conversations, the shared laughter over a particularly absurd historical footnote. Those moments, seemingly trivial then, now felt like precious currency. They were reminders of a connection that had been forged organically, not out of obligation or circumstance, but out of a genuine, albeit nascent, affection. And it was this burgeoning affection, this unspoken understanding, that seemed to be their only true refuge from the rising tide of anxiety. He found himself taking a deep breath, not of resignation, but of a quiet acceptance. He couldn't force Eleanor to confide in him, nor could he magically erase the doubts that plagued them both. But he could be present. He could offer the silent reassurance of his company, a steady presence in the storm.</w:t>
      </w:r>
    </w:p>
    <w:p/>
    <w:p>
      <w:r>
        <w:br/>
        <w:t>Eleanor shifted in her chair, the worn leather sighing beneath her. She reached for her teacup, her fingers brushing against the cool ceramic. The warmth of the liquid was a small comfort, a physical sensation to ground her. She watched Liam absently tap a pen against his notepad, a nervous tic she had noticed before. It was a small human imperfection, a deviation from the focused scholar she had initially perceived him to be. And in that imperfection, she found an unexpected point of connection. He wasn't an infallible icon; he was as susceptible to stress and doubt as she was. This realization, far from unsettling her, brought a peculiar sense of relief. It was the relief of shared humanity, the understanding that they were both navigating treacherous waters, albeit on separate vessels.</w:t>
      </w:r>
    </w:p>
    <w:p/>
    <w:p>
      <w:r>
        <w:br/>
        <w:t>She noticed a faint smudge of ink on his index finger, a testament to his hands-on engagement with the archival material. She found herself wondering about the specific documents he was examining, what stories they held, what secrets they guarded. This intellectual curiosity, a familiar and reliable escape route, began to pull her away from the immediate vortex of her own anxieties. She realized that her focus had shifted, not entirely away from the internal turmoil, but towards a more outward-facing perspective. The problem of the misplaced evidence, the professional fallout, the internal doubts – they were still there, a persistent ache, but they were no longer the sole occupants of her mental landscape. Liam’s steady presence, his quiet dedication to the work, had created a space where other thoughts could coexist.</w:t>
      </w:r>
    </w:p>
    <w:p/>
    <w:p>
      <w:r>
        <w:br/>
        <w:t>A shared glance, fleeting and almost accidental, passed between them. His eyes met hers, and for a brief, suspended moment, the carefully constructed barriers seemed to dissolve. There was no grand declaration, no probing question, just a quiet acknowledgment of their shared space and their shared predicament. In that glance, Eleanor sensed not judgment, but a silent understanding. It was as if he was saying, "I see you struggling. I am struggling too. We are here, together, in this." The simple act of seeing and being seen, without the pressure of explanation or resolution, was surprisingly potent. It was a lifeline, a confirmation that she wasn't entirely alone in her internal battle.</w:t>
      </w:r>
    </w:p>
    <w:p/>
    <w:p>
      <w:r>
        <w:br/>
        <w:t>Liam, in turn, saw a flicker of something in Eleanor's eyes – not the guardedness he had come to expect, but a hint of weariness, a subtle softening that spoke of the immense effort it took to maintain her composure. He understood that beneath the veneer of professionalism, she was wrestling with demons that he could only guess at. His own tendency to retreat into logic and detachment felt almost crude in comparison to the emotional depth he sensed in her. He found himself appreciating her resilience, the sheer tenacity with which she faced her challenges, even when they clearly took a toll. His professional admiration was deepening, evolving into something more personal, something that resonated with the quiet strength he had come to associate with her.</w:t>
      </w:r>
    </w:p>
    <w:p/>
    <w:p>
      <w:r>
        <w:br/>
        <w:t>He cleared his throat, a small sound that seemed to amplify in the hushed room. "This particular collection," he began, his voice low and even, gesturing towards a worn leather-bound volume on his desk, "is quite fascinating. It belonged to a local magistrate from the late 18th century. His personal correspondence reveals a surprising level of… emotional investment in his cases. He wasn't just concerned with the legalities; he seemed deeply affected by the human stories behind the judgments." He paused, letting the words settle. He wasn't explicitly drawing a parallel to their own situation, but the implication hung in the air. He was subtly suggesting that acknowledging the emotional component of a situation, rather than suppressing it, could lead to a deeper understanding, and perhaps even a more effective resolution.</w:t>
      </w:r>
    </w:p>
    <w:p/>
    <w:p>
      <w:r>
        <w:br/>
        <w:t>Eleanor listened, her gaze drawn to the aged tome. The magistrate’s personal correspondence… the idea of delving into the intimate thoughts of someone from centuries past held a peculiar allure. It was a form of indirect catharsis, a way to process her own emotions by observing them reflected in another’s experience, albeit a distant one. She found herself nodding slowly. “It’s often the human element,” she murmured, her voice barely above a whisper, “that gets lost in the official records. The nuances, the motivations… they’re rarely documented with the same care as the facts.” She felt a sense of accord with Liam, a silent agreement that transcended the immediate crisis. They were both driven by a desire to uncover the truth, not just the superficial facts, but the deeper, often more complex, realities that lay beneath.</w:t>
      </w:r>
    </w:p>
    <w:p/>
    <w:p>
      <w:r>
        <w:br/>
        <w:t>Liam offered a small, almost imperceptible smile. He recognized the shift in her tone, the subtle opening in her defenses. It wasn't a full confession, not by any means, but it was an invitation to continue the dialogue, albeit on a less direct, more intellectual plane. "Precisely," he said, his voice imbued with a quiet enthusiasm. "And sometimes, unearthing those hidden motivations requires a different kind of excavation. Not just the methodical cataloging of evidence, but an intuitive understanding of the emotional landscape. It's about piecing together fragments of feeling, not just facts." He allowed his gaze to linger on her for a fraction of a second longer than strictly necessary, a silent reassurance that he understood the weight of that emotional excavation, both in their work and in their personal lives.</w:t>
      </w:r>
    </w:p>
    <w:p/>
    <w:p>
      <w:r>
        <w:br/>
        <w:t>The shared endeavor, the intellectual pursuit of uncovering hidden truths, served as a temporary balm for their anxieties. It was a distraction, yes, but it was also a form of shared purpose that had the effect of knitting them closer together. They were no longer two individuals adrift in their own personal storms, but two researchers, united in their quest for understanding. This shared focus, this intellectual camaraderie, provided a sense of stability that their personal interactions had recently lacked. It was a different kind of connection, one built on the shared passion for their work, but it was no less valuable. In fact, in its non-confrontational nature, it was perhaps even more effective at fostering a sense of comfort and mutual respect.</w:t>
      </w:r>
    </w:p>
    <w:p/>
    <w:p>
      <w:r>
        <w:br/>
        <w:t>Eleanor found herself breathing a little easier. The gnawing anxiety hadn't vanished, but it had receded to the background, replaced by a renewed focus on the task at hand. She ran a finger along the spine of a worn ledger, the textured surface a welcome sensation. She was grateful for Liam’s ability to steer the conversation towards a neutral, yet engaging, topic. It was a testament to his emotional intelligence, his awareness of her need for space while simultaneously acknowledging their shared discomfort. He wasn't pushing, but he was gently guiding them towards a place of greater equilibrium.</w:t>
      </w:r>
    </w:p>
    <w:p/>
    <w:p>
      <w:r>
        <w:br/>
        <w:t>Liam, observing the subtle relaxation in her posture, felt a surge of quiet satisfaction. He was learning to read her signals, to understand the subtle shifts in her demeanor. He recognized that their connection was not something to be rushed, but something to be nurtured, to be allowed to grow organically. The intensity of their recent interaction had been a necessary, albeit painful, catalyst for change. It had exposed the fragility of their nascent bond, but it had also revealed its underlying resilience. The fact that they could still find solace in each other's presence, even amidst the storm, spoke volumes.</w:t>
      </w:r>
    </w:p>
    <w:p/>
    <w:p>
      <w:r>
        <w:br/>
        <w:t>He leaned back in his chair, a gesture of relaxed contemplation. "You know," he mused, his gaze drifting towards the tall, arched windows that overlooked the bustling city below, "sometimes I wonder if these archives are not just repositories of historical information, but also of… emotional echoes. The lives lived, the joys experienced, the sorrows endured. They all leave a residue, a faint imprint on the very fabric of the place." He was speaking metaphorically, of course, but the sentiment resonated deeply with Eleanor. She felt the truth of his words, the palpable sense of history that permeated the archive, the unseen weight of countless human experiences.</w:t>
      </w:r>
    </w:p>
    <w:p/>
    <w:p>
      <w:r>
        <w:br/>
        <w:t>"I think you might be right," Eleanor replied, her voice soft. She found herself nodding in agreement, a sense of shared understanding settling between them. "It's like the air itself remembers. It holds onto the whispers of the past, the residue of lives lived." She felt a profound sense of connection to this place, a feeling that transcended the professional demands of their work. It was a connection to the human stories contained within its walls, and, by extension, a connection to Liam, who shared this profound appreciation.</w:t>
      </w:r>
    </w:p>
    <w:p/>
    <w:p>
      <w:r>
        <w:br/>
        <w:t>He met her gaze, and this time, the smile that touched his lips was open and genuine. "And perhaps," he continued, his voice laced with a quiet warmth, "in navigating those emotional echoes, we can find some clarity for our own present." It was a subtle invitation, a gentle suggestion that their shared experience of delving into the past might offer insights into their own unfolding present. The idea of finding solace in proximity, even when that proximity was defined by shared angst and unspoken worries, was a surprisingly comforting thought. It was a testament to the strength of their burgeoning bond, a bond that could withstand the inevitable storms of life, drawing strength from the simple, yet profound, act of being there for each other. The archive, with its silent echoes of the past, had become a sanctuary, a space where they could, paradoxically, find a measure of peace amidst the disquiet, drawn together by the quiet comfort of their shared presence.</w:t>
      </w:r>
    </w:p>
    <w:p/>
    <w:p>
      <w:r>
        <w:t>The silence in the archive, once a heavy shroud, began to shift. It wasn't that the oppressive quiet disappeared entirely, but rather that its nature changed. The stagnant air stirred, carrying with it a subtle hum of unspoken feelings that had been festering beneath the surface. Eleanor found herself tracing the intricate patterns of dust motes dancing in the shafts of sunlight that pierced the high, arched windows. Each speck seemed to hold a tiny shard of their shared unease, a testament to the unspoken words that hung between them like a fragile, invisible web. She felt a tightness in her chest, a familiar ache that had become a constant companion since their last heated exchange. It was a knot of fear, of frustration, and a deep, unsettling uncertainty about where they stood.</w:t>
      </w:r>
    </w:p>
    <w:p>
      <w:r>
        <w:br/>
        <w:t>Liam, too, felt the shift. The meticulous order he had imposed on the scattered documents on his desk suddenly seemed less important. His gaze, usually so sharp and focused on the task at hand, kept drifting towards Eleanor. He saw the subtle tremor in her hands as she reached for her teacup, the way her shoulders seemed to carry an invisible weight. He recognized the signs of an internal battle, a struggle he himself was intimately familiar with. The carefully constructed dam he had built around his own emotions was starting to show cracks, allowing a trickle of vulnerability to seep through. He wanted to reach out, to offer a word of comfort, but the fear of saying the wrong thing, of pushing her further away, held him captive.</w:t>
      </w:r>
    </w:p>
    <w:p/>
    <w:p>
      <w:r>
        <w:br/>
        <w:t>It was Eleanor who broke the delicate equilibrium first. A small, choked sound escaped her lips, a sound so fragile it might have been mistaken for a sigh. She squeezed her eyes shut, willing the prickling sensation behind them to recede. But it wouldn't. The dam within her finally broke, not with a dramatic flood, but with a quiet, insistent trickle that soon turned into a steady stream. Tears, hot and unwelcome, traced paths down her cheeks, blurring the ancient script before her. She made no attempt to wipe them away, allowing them to fall freely, a silent, desperate confession of the turmoil raging within. It was a surrender, a desperate need to release the pressure that had been building for days, weeks even.</w:t>
      </w:r>
    </w:p>
    <w:p/>
    <w:p>
      <w:r>
        <w:br/>
        <w:t>Liam’s head snapped up at the sound. His carefully maintained composure shattered. He saw the tears, the unmistakable signs of her distress, and a surge of raw empathy, sharp and unexpected, coursed through him. All his professional detachment, his carefully cultivated distance, evaporated in an instant. He stood up, the scrape of his chair a jarring intrusion in the hushed reverence of the archive. He moved towards her, not with haste, but with a deliberate, almost hesitant, urgency, as if afraid to startle her.</w:t>
      </w:r>
    </w:p>
    <w:p/>
    <w:p>
      <w:r>
        <w:br/>
        <w:t>He stopped a few feet away, his hands clasped in front of him, a gesture of almost childlike uncertainty. "Eleanor?" His voice was a low murmur, rough with an emotion he rarely allowed himself to display. He couldn't bear to see her hurting, and the knowledge that he might have contributed to that pain was a heavy burden. "Are you alright?" The question felt inadequate, almost absurd, in the face of her obvious distress. He wanted to say more, to apologize, to explain, to hold her, but the words caught in his throat, a tangled mess of regret and unspoken affection.</w:t>
      </w:r>
    </w:p>
    <w:p/>
    <w:p>
      <w:r>
        <w:br/>
        <w:t>Eleanor finally looked up, her eyes red-rimmed and shimmering. She met his gaze, and for the first time since their professional lives had become so intertwined, she didn't immediately retreat. There was a raw honesty in her eyes, a vulnerability that mirrored his own. "No," she whispered, the word barely audible. "No, I'm not alright, Liam." The admission, so simple, so profound, hung in the air between them, heavy with unspoken history and shared pain. She felt a flicker of shame, then a wave of relief. She had said it. The truth, however painful, was out.</w:t>
      </w:r>
    </w:p>
    <w:p/>
    <w:p>
      <w:r>
        <w:br/>
        <w:t>Liam took another step closer, his gaze unwavering. He saw the struggle within her, the battle between her ingrained self-reliance and the overwhelming need to simply let go. He wanted to shield her from the pain, to absorb it himself, but he knew that wasn't possible. All he could offer was his presence, his understanding, his willingness to bear witness to her grief. "I... I understand," he said, the words coming out slowly, deliberately. "It's been... a lot. For both of us." He acknowledged the shared burden, the unspoken anxieties that had been weighing them down.</w:t>
      </w:r>
    </w:p>
    <w:p/>
    <w:p>
      <w:r>
        <w:br/>
        <w:t>Eleanor let out a shaky breath. His acknowledgment, the simple validation of her feelings, was like a gentle hand reaching out to her in the darkness. She hadn't realized how much she had craved that, how much she had longed for someone to understand the depth of her unease. "It's the uncertainty," she confessed, her voice gaining a little strength. "The not knowing. It's like being adrift in a fog, with no land in sight. And the fear... the fear of what happens if we don't find what we're looking for." The words tumbled out, a torrent of pent-up emotions she had been desperately trying to suppress. She spoke of the professional repercussions, the potential damage to their reputations, but beneath it all, she spoke of a deeper fear – the fear of failure, of disappointing herself and those who believed in her.</w:t>
      </w:r>
    </w:p>
    <w:p/>
    <w:p>
      <w:r>
        <w:br/>
        <w:t>Liam listened, his own heart aching with a shared sense of dread. He understood the weight of responsibility, the crushing pressure of expectations. He nodded, his expression grim. "I know," he said, his voice laced with a shared weariness. "The stakes are high. And the possibility of… of everything unraveling… it’s a chilling thought." He admitted his own anxieties, the sleepless nights spent wrestling with worst-case scenarios. He spoke of the professional pride he felt in their work, and the devastation he would feel if it all came to nothing. He also, subtly, alluded to the personal investment he had in their success, a success that was now inextricably linked to Eleanor herself.</w:t>
      </w:r>
    </w:p>
    <w:p/>
    <w:p>
      <w:r>
        <w:br/>
        <w:t>As Eleanor spoke, a strange calm began to settle over her. The tears still flowed, but they were no longer tears of pure despair. They were tears of release, of catharsis. She was finally articulating the fears that had been lurking in the shadows, giving them form and voice. The act of speaking them aloud, of sharing them with Liam, diminished their power. They were no longer insurmountable monsters, but manageable challenges. She realized that the angst, while painful, was also a catalyst for honesty, a forcing mechanism that had chipped away at their carefully constructed facades.</w:t>
      </w:r>
    </w:p>
    <w:p/>
    <w:p>
      <w:r>
        <w:br/>
        <w:t>Liam watched her, a profound sense of tenderness washing over him. He saw not weakness in her tears, but immense strength. The strength to confront her fears, to acknowledge her vulnerability. He saw the woman beneath the meticulous archivist, the woman who felt deeply and bravely. He found himself wanting to offer more than just words of understanding. He wanted to offer reassurance, a tangible sign that they were in this together, no matter what.</w:t>
      </w:r>
    </w:p>
    <w:p/>
    <w:p>
      <w:r>
        <w:br/>
        <w:t>He reached out, his hand hovering for a moment before gently resting on her arm. His touch was light, tentative, a question more than a statement. Eleanor didn't flinch. Instead, she leaned into his touch, a small, almost imperceptible movement that spoke volumes. His fingers, warm against her skin, sent a jolt of unexpected comfort through her. It was a simple gesture, but in that moment, it felt like a lifeline.</w:t>
      </w:r>
    </w:p>
    <w:p/>
    <w:p>
      <w:r>
        <w:br/>
        <w:t>"We will find it, Eleanor," Liam said, his voice firm and steady, a quiet promise. "We will find whatever it is we're looking for. And if we don't," he paused, his gaze searching hers, "then we will deal with that, together. We'll figure it out." He offered a vision of shared resilience, of a partnership that could weather any storm. He wasn't making empty promises, but offering a commitment to face the future, whatever it held, as a united front.</w:t>
      </w:r>
    </w:p>
    <w:p/>
    <w:p>
      <w:r>
        <w:br/>
        <w:t>Eleanor nodded, a small, grateful smile touching her lips. The tears began to subside, leaving her feeling drained but strangely lighter. The catharsis wasn't a magic wand, but it had cleared the air, creating a space for genuine connection. The angst hadn't vanished, but it had been acknowledged, processed, and in doing so, had lost some of its suffocating power. She felt a newfound resolve, a quiet determination to face the challenges ahead.</w:t>
      </w:r>
    </w:p>
    <w:p/>
    <w:p>
      <w:r>
        <w:br/>
        <w:t>"Thank you, Liam," she whispered, her voice still thick with emotion. "Thank you for… for being here. For understanding." The words were simple, but they carried the weight of her gratitude, of a shared experience that had brought them closer, even amidst the turmoil. She saw the same dawning realization in his eyes – that this shared struggle, this moment of emotional release, was forging something stronger between them.</w:t>
      </w:r>
    </w:p>
    <w:p/>
    <w:p>
      <w:r>
        <w:br/>
        <w:t>Liam’s thumb brushed lightly against her arm, a comforting, reassuring gesture. He felt a similar sense of relief, a lessening of the tension that had been coiled within him. He had feared their interactions would become permanently strained, that the recent events had created an irreparable rift. But this moment of raw honesty, of shared vulnerability, had proven otherwise. It had shown him that beneath the professional concerns and the anxieties, there was a foundation of genuine care, a nascent affection that was capable of withstanding considerable pressure.</w:t>
      </w:r>
    </w:p>
    <w:p/>
    <w:p>
      <w:r>
        <w:br/>
        <w:t>"We're a team, Eleanor," he said, his gaze softening. "We always have been. We just needed to remember that." He saw the subtle shift in her demeanor, the return of a measure of her usual composure, but it was a composure now tinged with a new warmth, a deeper understanding. The tears had washed away some of the fear, leaving behind a clearer vision of their shared path.</w:t>
      </w:r>
    </w:p>
    <w:p/>
    <w:p>
      <w:r>
        <w:br/>
        <w:t>As the emotional storm began to recede, a new kind of quiet settled over them. It was a quiet born not of avoidance, but of shared experience, of mutual understanding. The archive, which had moments before felt like a pressure cooker of unspoken anxieties, now felt like a sanctuary. They had navigated a difficult emotional passage, and in doing so, had emerged on the other side, not unscathed, but stronger, more connected. The cathartic release, though painful, had served its purpose. It had stripped away the pretense, revealed the core of their shared humanity, and laid the groundwork for a more resilient future. The angst remained, a shadow that would likely linger, but it was no longer a solitary burden. It was a shared challenge, one they were now better equipped to face, together. The foundation of their relationship, tested by the storm, had been solidified, not by the absence of trouble, but by their ability to navigate it side by side. The raw, honest exchange had been a necessary purging, a vital step in processing their pain and moving forward with a clearer, albeit still uncertain, vision. It was a testament to the fact that even in the midst of deep angst, moments of profound connection and release could bloom, paving the way for growth and a deeper understanding of each other. The shared tears, the whispered confessions, the comforting touch – these were the building blocks of a stronger bond, forged in the crucible of their shared predicament.</w:t>
      </w:r>
    </w:p>
    <w:p/>
    <w:p>
      <w:r>
        <w:br w:type="page"/>
      </w:r>
    </w:p>
    <w:p>
      <w:pPr>
        <w:spacing w:before="5040"/>
        <w:jc w:val="center"/>
      </w:pPr>
      <w:r>
        <w:rPr/>
        <w:t xml:space="preserve"> Chapter 8: The Turning Point</w:t>
      </w:r>
    </w:p>
    <w:p>
      <w:r>
        <w:t>The air in the archive, still damp with the residue of Eleanor's tears and the shared release of their anxieties, felt charged with a new kind of tension. The fragile peace they had forged was not one of comfort, but of a stark, undeniable urgency. The quiet introspection of the previous moments had been shattered by an external force, a palpable shift that demanded their immediate, unadulterated focus. Liam’s hand, which had lingered on Eleanor’s arm, slowly withdrew, not out of a loss of connection, but a keen awareness that the delicate balance had tipped. The unspoken understanding they had reached, the acknowledgment of their shared burden, now served as a bedrock, a foundation upon which they would have to build their next, more precarious step.</w:t>
      </w:r>
    </w:p>
    <w:p>
      <w:r>
        <w:br/>
        <w:t>"Liam," Eleanor began, her voice still a little rough but now infused with a steely resolve, her eyes, though still bearing the faint redness of recent tears, held a sharp, almost fierce clarity. She pushed herself upright, the remnants of her emotional outpouring propelling her forward rather than paralyzing her. "We can't afford to linger in the aftermath. We know now what we're dealing with. The question is, what do we do about it?" The weight of their discovery, the chilling implications of the documents they had unearthed, pressed down on them, an invisible hand urging them towards action. The archive, a repository of the past, had become the crucible of their future, and the fire was starting to burn hotter.</w:t>
      </w:r>
    </w:p>
    <w:p/>
    <w:p>
      <w:r>
        <w:br/>
        <w:t>Liam nodded, his gaze fixed on the sprawling map unfurled across the main table, a relic of a bygone era now rendered disturbingly relevant. The intricate lines and forgotten landmarks were no longer mere historical curiosities; they were potential pathways, escape routes, or perhaps, traps. "You're right," he said, his voice low and steady, devoid of any trace of the vulnerability he had so recently displayed. That had been a necessary excavation, a purging of the personal. Now, the pragmatic strategist emerged, the man whose mind was accustomed to dissecting complex problems and devising solutions. "The information we have… it’s not just about Havenwood anymore. It’s bigger. Much bigger." He gestured towards the map, his finger tracing a faded border that now seemed to pulse with a menacing significance. "This isn't a localized threat. It's a pattern. And if it’s a pattern, it can be replicated, or worse, it has been replicated before."</w:t>
      </w:r>
    </w:p>
    <w:p/>
    <w:p>
      <w:r>
        <w:br/>
        <w:t>Eleanor moved closer, her eyes scanning the map with an intensity that mirrored his own. The detailed historical records had provided the 'what,' the 'who,' and the 'how,' but the 'where' and the 'when' remained terrifyingly vague, hinting at a network far more extensive than they had initially conceived. "The implications for the town are immediate, though," she said, her voice tight with a fear that was no longer purely personal but extended to the unwitting inhabitants of their seemingly idyllic community. "If this network is as widespread as the fragmented entries suggest, Havenwood could be a target. Or worse, a staging ground." The thought sent a shiver down her spine. The charming storefronts, the friendly faces, the quiet routines – all could be unknowingly poised on the precipice of disaster.</w:t>
      </w:r>
    </w:p>
    <w:p/>
    <w:p>
      <w:r>
        <w:br/>
        <w:t>"Precisely," Liam agreed, his brow furrowed in concentration. "And if Havenwood is a target, then we have a moral obligation, beyond our professional duty, to act. We can't simply compile a report and hope someone else handles it. The scale of this, Eleanor, demands more." He met her gaze, and in that shared look, the understanding of their predicament deepened. They were no longer just two academics deciphering historical enigmas. They were custodians of dangerous knowledge, and the responsibility was immense. "We need to decide, right now, what our next move is. We have a choice: we can try to alert the authorities, but given the nature of this… organization… who do we trust? And how do we present this without sounding like alarmists or worse, lunatics?"</w:t>
      </w:r>
    </w:p>
    <w:p/>
    <w:p>
      <w:r>
        <w:br/>
        <w:t>Eleanor considered his words, her mind racing through the labyrinthine possibilities. The idea of involving external agencies was fraught with peril. Their research was based on obscure historical texts, coded messages, and fragmented accounts. Presenting it to a modern-day law enforcement agency, without concrete, irrefutable evidence that would stand up to immediate scrutiny, would likely result in dismissal, or worse, tipping off the very people they were trying to expose. "Going to the authorities is a risk," she conceded. "We’d need proof. Real, tangible proof that goes beyond centuries-old whispers. And gathering that kind of proof will require us to be… proactive. Very proactive."</w:t>
      </w:r>
    </w:p>
    <w:p/>
    <w:p>
      <w:r>
        <w:br/>
        <w:t>Liam leaned back, his gaze sweeping across the archive, the silence now a pregnant pause before the storm. "Proactive. That implies action. Direct action. And that’s a path with its own set of dangers." He ran a hand through his hair, a rare gesture of outward frustration. "We are historians, Eleanor, not… operatives. Our skills lie in research, analysis, interpretation. Not in… reconnaissance. Not in confrontation." He admitted the limitations, the stark reality of their positions. They were intellectually equipped, but perhaps not physically or tactically prepared for what lay ahead.</w:t>
      </w:r>
    </w:p>
    <w:p/>
    <w:p>
      <w:r>
        <w:br/>
        <w:t>"But we have the knowledge," Eleanor countered, her voice firm. "And knowledge, in this instance, is power. It’s a unique advantage. They operate in the shadows, Liam. They rely on secrecy. We have pulled back the curtain, at least for ourselves. We know their methods, their history. We know they are methodical, patient, and likely underestimate anyone who isn't directly involved in their operations. They would never expect two archivists to pose a threat." A flicker of something akin to daring sparked in her eyes. The intellectual challenge was undeniable, but now, something more visceral was at play. The safety of her town, the lives of people she knew and cared about, were on the line.</w:t>
      </w:r>
    </w:p>
    <w:p/>
    <w:p>
      <w:r>
        <w:br/>
        <w:t xml:space="preserve">"And what if they </w:t>
      </w:r>
    </w:p>
    <w:p>
      <w:pPr>
        <w:jc w:val="left"/>
      </w:pPr>
      <w:r>
        <w:rPr>
          <w:i/>
        </w:rPr>
        <w:t>do</w:t>
      </w:r>
      <w:r>
        <w:t xml:space="preserve"> expect it?" Liam pressed, his gaze sharp, probing. "What if our research, however obscure, has left a trail? What if they have eyes and ears everywhere, even in places we wouldn't suspect? This isn't a game of academic chess, Eleanor. The stakes are real people, real lives. And if we make a wrong move, if we miscalculate, the consequences could be catastrophic. Not just for us, but for Havenwood." He brought the argument back to the immediate, tangible threat, the reason they were here, wrestling with ghosts of the past.</w:t>
      </w:r>
    </w:p>
    <w:p>
      <w:r>
        <w:br/>
        <w:t>Eleanor met his gaze, unflinching. The fear was still there, a cold knot in her stomach, but it was now tempered by a growing sense of purpose. "I understand the risks, Liam. Believe me, I do. But what is the alternative? To sit here, knowing what we know, and do nothing? To let this network continue to operate, to potentially prey on Havenwood, simply because we're afraid? Because it's not our 'job' to intervene?" She gestured around the archive, the quiet sanctity of the space suddenly feeling like a gilded cage. "We have stumbled upon something that could affect generations. We have a responsibility that transcends our professional titles. If we don't act, who will?"</w:t>
      </w:r>
    </w:p>
    <w:p/>
    <w:p>
      <w:r>
        <w:br/>
        <w:t>Liam was silent for a long moment, his eyes fixed on the intricate details of the historical map. He saw the forgotten trade routes, the hidden springs, the old, disused pathways that crisscrossed the landscape surrounding Havenwood. He saw them not as historical markers, but as potential conduits for illicit activity, as veins and arteries of a hidden, dangerous organism. His analytical mind, honed by years of meticulous research, began to map out possibilities, to consider the practicalities. "If we are to act," he began, his voice regaining its measured tone, "we need to be strategic. We need to leverage our strengths. Our understanding of their historical operations gives us an insight into their current ones, assuming they follow similar patterns. We need to find concrete, verifiable evidence. Something that can’t be dismissed."</w:t>
      </w:r>
    </w:p>
    <w:p/>
    <w:p>
      <w:r>
        <w:br/>
        <w:t>"And how do we get that?" Eleanor asked, her voice laced with a hint of desperation. The chasm between knowing and proving felt vast and perilous.</w:t>
      </w:r>
    </w:p>
    <w:p/>
    <w:p>
      <w:r>
        <w:br/>
        <w:t>"That," Liam said, his eyes narrowing with a renewed sense of purpose, "is the critical juncture. We have the 'what' and the 'why.' Now we need the 'how.' We need to identify a specific point of vulnerability, a place where their operations might be most visible, or most susceptible to disruption. Based on this," he tapped the map, "and the historical accounts, their tendrils often entwined with established trade routes, with places that offered both anonymity and access. Havenwood, with its relative isolation and its history as a minor hub before the highway bypassed it, fits a certain profile." He paused, his mind clearly working at an accelerated pace. "The old mill, for example. It’s been derelict for decades, but it was a significant point of activity in its time. And it’s on the outskirts of town, easily accessible, yet easily overlooked."</w:t>
      </w:r>
    </w:p>
    <w:p/>
    <w:p>
      <w:r>
        <w:br/>
        <w:t>Eleanor’s breath hitched. The old Blackwood Mill. It was a local legend, a place whispered about by children, a relic of Havenwood’s industrial past that had long since faded into disrepair. It was a place she had always associated with decay and ghosts, not with clandestine operations. "The mill?" she echoed, a tremor of unease running through her. "It's… it's practically falling down."</w:t>
      </w:r>
    </w:p>
    <w:p/>
    <w:p>
      <w:r>
        <w:br/>
        <w:t>"Exactly," Liam confirmed, a grim satisfaction in his voice. "And who would think to look there? They’d want a location that's unassuming, a place where goods can be moved in and out with minimal attention. The proximity to the old railway spur, even if it's overgrown, would have offered a convenient access point historically. It’s logical they might adapt such a site to modern methods." He pulled a long, thin ruler from a desk drawer, its metallic gleam catching the dim light. He used it to point to a faint, almost invisible line on the map. "This spur ran right past the mill. Even if the tracks are gone, the embankment and the clearing would still be there, a subtle deviation from the surrounding terrain."</w:t>
      </w:r>
    </w:p>
    <w:p/>
    <w:p>
      <w:r>
        <w:br/>
        <w:t>The weight of Liam’s analysis settled upon Eleanor. He was applying their historical understanding to the present, to the tangible reality of their town. His mind, so adept at sifting through centuries of fragmented information, was now reinterpreting the familiar landscape of Havenwood through a lens of suspicion and danger. "So, you're suggesting we… investigate the mill?" she asked, the words tasting foreign on her tongue. The shift from academic curiosity to active investigation was a monumental one.</w:t>
      </w:r>
    </w:p>
    <w:p/>
    <w:p>
      <w:r>
        <w:br/>
        <w:t>"I'm suggesting we gather evidence," Liam clarified, his tone measured. "Subtle, discreet evidence. We need to confirm if this is indeed a point of operation. If it is, we can then decide how to proceed with that concrete proof in hand. We can approach the sheriff with a more compelling case. Or, if necessary, we might need to consider other avenues. But we need to be certain. We can't act on conjecture alone." He emphasized the need for factual substantiation, a testament to his ingrained scholarly rigor, even in the face of impending danger.</w:t>
      </w:r>
    </w:p>
    <w:p/>
    <w:p>
      <w:r>
        <w:br/>
        <w:t>Eleanor’s mind raced, picturing the decaying structure, the overgrown grounds. She had always found it unsettling, even before she knew what Liam suspected. The very atmosphere of the place felt heavy, burdened by the weight of its own history. "What kind of evidence are we looking for?" she asked, her voice a low murmur, as if speaking the words aloud might somehow attract unwanted attention.</w:t>
      </w:r>
    </w:p>
    <w:p/>
    <w:p>
      <w:r>
        <w:br/>
        <w:t>"Anything that suggests ongoing activity," Liam replied, his gaze intense. "Footprints, tire tracks that don't belong to locals, discarded materials, evidence of recent repairs or modifications to the structure, or… anything that directly links this location to the network we've uncovered. It doesn't have to be a smoking gun at this stage, but it needs to be more than anecdotal. Something we can document, photograph, perhaps even collect." He looked at her, his expression serious. "This is where the synergy comes in, Eleanor. Your knowledge of local history, of Havenwood's forgotten corners, combined with my understanding of their historical patterns. We can approach this from two angles."</w:t>
      </w:r>
    </w:p>
    <w:p/>
    <w:p>
      <w:r>
        <w:br/>
        <w:t>A shiver, not entirely of fear, coursed through Eleanor. The intellectual puzzle was compelling, the prospect of uncovering a hidden truth even more so. But it was the underlying danger, the tangible risk, that now truly galvanized her. The abstract theories and historical conjectures had coalesced into a concrete threat, one that was unfolding in her own backyard. "My knowledge of local history… I know the mill well enough," she said, her voice gaining a new strength, a quiet determination. "I know the land around it, the old access roads, the blind spots. And I have a good camera, with excellent zoom capabilities. We can observe from a distance, initially."</w:t>
      </w:r>
    </w:p>
    <w:p/>
    <w:p>
      <w:r>
        <w:br/>
        <w:t>"Good," Liam said, a hint of relief in his voice. He recognized the shift in her, the transformation from hesitant archivist to a woman ready to confront a tangible threat. "We need to be methodical. We can't afford to be reckless. If we go in blindly, we risk not only our own safety but the integrity of the entire investigation. We need to plan this. When is the best time to go? What equipment do we need? What are our escape routes?" He was already in planning mode, his mind meticulously dissecting the problem, formulating a strategy.</w:t>
      </w:r>
    </w:p>
    <w:p/>
    <w:p>
      <w:r>
        <w:br/>
        <w:t>"Nightfall would be best," Eleanor suggested, her mind already conjuring images of the mill bathed in moonlight, its shadows deepening, concealing and revealing in equal measure. "Less likely to be noticed. And I have a sturdy pair of hiking boots. We'll need flashlights, of course, and perhaps some binoculars. My father’s old pair are quite powerful." She felt a surge of adrenaline, a feeling that was both terrifying and exhilarating. This was it. The moment where their academic pursuit had collided with harsh reality, forcing them to make a choice, to take a stand.</w:t>
      </w:r>
    </w:p>
    <w:p/>
    <w:p>
      <w:r>
        <w:br/>
        <w:t>Liam nodded, his gaze fixed on the map. "We'll need to be careful about our own digital footprint, too. No obvious GPS tracking on our phones, no social media posts. We need to disappear from the grid, as much as possible, for the duration of this reconnaissance." He was already considering the counter-surveillance measures, the ways in which they could move without leaving a trace. "And we need to establish a clear communication protocol. If we get separated, or if one of us is compromised, the other needs to know what to do. A pre-arranged signal, a fallback location."</w:t>
      </w:r>
    </w:p>
    <w:p/>
    <w:p>
      <w:r>
        <w:br/>
        <w:t>The gravity of the situation settled upon them, a palpable weight in the hushed atmosphere of the archive. They were standing at the precipice of something dangerous, something that would test them in ways they had never imagined. The quiet sanctuary of historical discovery had transformed into a war room, the ancient documents and maps now serving as strategic intel. The decision had been made, not through a formal vote, but through a shared understanding, a silent accord born of necessity and a dawning sense of responsibility. The external pressure cooker had intensified, forcing their hands, compelling them to shed their scholarly detachment and embrace a role they were ill-equipped for, yet uniquely positioned to fulfill.</w:t>
      </w:r>
    </w:p>
    <w:p/>
    <w:p>
      <w:r>
        <w:br/>
        <w:t>"This is… a significant undertaking, Eleanor," Liam said, his voice a low rumble, a stark acknowledgment of the path they were choosing. "It could change everything for us. For Havenwood." He met her eyes, and for the first time since their initial breakthrough, he saw not just the shared anxiety, but a glimmer of something else – a nascent courage, a shared defiance.</w:t>
      </w:r>
    </w:p>
    <w:p/>
    <w:p>
      <w:r>
        <w:br/>
        <w:t>Eleanor returned his gaze, her own eyes reflecting the same dawning realization. "I know," she whispered, the word carrying the weight of their unspoken fears and their nascent resolve. "But we can't turn back now. Not when we're this close." The critical juncture had arrived, and with it, the undeniable imperative to act. The quiet hum of unspoken feelings had been replaced by the thrum of impending action, a symphony of danger and determination that resonated through the heart of the archive. The fate of Havenwood, and perhaps much more, now rested on their ability to navigate this treacherous new territory, together. The past had yielded its secrets, and now, they had to confront the dangerous implications of those revelations in the present. The quiet custodians of history were about to step into a far more active, and perilous, role. The turning point had been reached, and there was no turning back.</w:t>
      </w:r>
    </w:p>
    <w:p/>
    <w:p>
      <w:r>
        <w:t>The dust motes danced in the slivers of moonlight that pierced the grimy windows of the archive, transforming the usually mundane space into a tableau of stark silhouettes and deep shadows. The air, thick with the scent of aging paper and forgotten histories, seemed to hold its breath, mirroring the suspended animation of Eleanor and Liam’s own anticipation. The map lay spread between them, a silent testament to the enormity of the task they had just agreed to undertake. It was no longer merely a collection of lines and labels; it was a blueprint for their next, perilous step. The decision to investigate the old mill wasn't born of bravado, but of a grim, unassailable logic. The fragments of history they had unearthed pointed to a pattern, a modus operandi that echoed through centuries, and the mill, steeped in the town's forgotten industrial past, presented itself as a logical, albeit dangerous, intersection of that past and the present threat.</w:t>
      </w:r>
    </w:p>
    <w:p>
      <w:r>
        <w:br/>
        <w:t>"Are we truly ready for this?" Eleanor voiced the question that hung heavy in the air, a fragile thread of doubt woven through the fabric of her newfound resolve. The adrenaline that had surged through her moments before was beginning to recede, leaving behind a tremor of apprehension. The weight of their collective decision, the conscious choice to step out of the comfortable confines of academic observation and into the treacherous arena of direct action, was immense. She looked at Liam, seeking a reassurance that was not in the form of words, but in the steady, unwavering gaze that met hers.</w:t>
      </w:r>
    </w:p>
    <w:p/>
    <w:p>
      <w:r>
        <w:br/>
        <w:t>Liam’s response was not immediate. He traced a faded line on the map, a path that might have once been a vital artery of commerce or communication, now a forgotten scar on the land. "Ready is a relative term, Eleanor," he said, his voice low, steady, and devoid of any false bravado. "We can't be fully prepared for what we might find, or for the repercussions of our actions. But we have something they don't expect: shared knowledge and a shared purpose. They operate in the shadows, relying on anonymity and the complacency of those around them. We, on the other hand, have illuminated their path, at least for ourselves. We know their historical methods, their patterns of operation. That gives us an edge, however precarious." He finally lifted his gaze to hers, a flicker of vulnerability in his eyes that mirrored her own. "But yes, it’s a risk. A significant one."</w:t>
      </w:r>
    </w:p>
    <w:p/>
    <w:p>
      <w:r>
        <w:br/>
        <w:t>The word "risk" settled between them, heavy and resonant. It wasn't just the potential for discovery, for uncovering evidence that could vindicate their suspicions and protect Havenwood. It was the risk of exposure, of becoming targets themselves. The thought sent a prickle of fear down Eleanor's spine. She imagined the crumbling walls of the mill, the silence broken only by the creaks and groans of decay, and the chilling possibility that they would not be alone. But then, her mind shifted, focusing on Liam, on the shared glance that had passed between them, a silent acknowledgment of their mutual understanding, their unspoken pact.</w:t>
      </w:r>
    </w:p>
    <w:p/>
    <w:p>
      <w:r>
        <w:br/>
        <w:t>"A shared purpose," Eleanor echoed, a faint smile touching her lips. "And a shared risk. That feels… important." She realized, with a clarity that surprised her, that this was more than just an intellectual pursuit. It was a partnership forged in the crucible of shared discovery and escalating danger. The academic curiosity that had initially drawn her to the archives, and then to Liam, had evolved into something deeper, something more profound. She was no longer just an archivist; she was an active participant in a unfolding drama, and Liam was her co-conspirator, her confidant, her… ally.</w:t>
      </w:r>
    </w:p>
    <w:p/>
    <w:p>
      <w:r>
        <w:br/>
        <w:t>Liam offered a small, almost imperceptible nod. "It is. We're not going into this blind. We have our strengths. You have an intimate knowledge of Havenwood's landscape, its hidden nooks and forgotten pathways. You understand the local history, the stories that even the most diligent outsider would miss. I have the analytical framework, the ability to interpret the historical precedents and apply them to present-day scenarios. Together, we can approach this from angles that neither of us could achieve alone." He gestured towards the map again, his finger hovering over the area where the old mill was marked. "Your local insight will be invaluable in navigating the terrain, identifying potential observation points, and understanding the context of what we might find. My focus will be on recognizing the patterns, the subtle signs of their continued activity, based on what we've learned."</w:t>
      </w:r>
    </w:p>
    <w:p/>
    <w:p>
      <w:r>
        <w:br/>
        <w:t>"And our combined caution," Eleanor added, her voice gaining strength. "We will be methodical. We will observe before we act. We will not let our eagerness to uncover the truth compromise our safety, or the integrity of the evidence." She thought of the methodical way Liam had approached their research, his meticulous attention to detail, his unwavering commitment to accuracy. These were not just academic virtues; they were essential survival skills in the dangerous territory they were now venturing into. She, in turn, knew she could offer a unique perspective on the town, its rhythms, its hidden stories, the very fabric of its daily life, which might hold clues invisible to an outsider.</w:t>
      </w:r>
    </w:p>
    <w:p/>
    <w:p>
      <w:r>
        <w:br/>
        <w:t>"Exactly," Liam affirmed, his eyes meeting hers with a renewed intensity. "We need to be observers, not participants, at this stage. We are gathering intelligence. And the best intelligence is gathered when you are unseen, unheard, and unremarked upon. The mill is isolated, overgrown, and largely forgotten. It's the perfect place to start, precisely because it's overlooked. They'll expect scrutiny in places of overt activity, not in a derelict monument to a bygone era." He paused, his gaze sweeping across the archive, a silent acknowledgment of the comfort and safety it represented, a stark contrast to the unknown dangers that lay beyond its walls. "This is where the shared hope comes in, Eleanor. The hope that we can find something concrete, something undeniable, that will allow us to move forward with a clear course of action, without putting ourselves or Havenwood at undue risk."</w:t>
      </w:r>
    </w:p>
    <w:p/>
    <w:p>
      <w:r>
        <w:br/>
        <w:t>Hope. It was a fragile commodity, yet it was precisely what had sustained them through the long hours of research, the frustrating dead ends, and the chilling revelations. It was the flicker of belief that their efforts would not be in vain, that they could make a difference. But it was a hope intertwined with a profound sense of vulnerability. The potential for failure loomed large, a dark cloud on the horizon of their nascent optimism. "And the fear," Eleanor said softly, acknowledging the unspoken counterpoint to their hope. "The fear of what happens if we don't find anything. Or worse, if we find something that confirms our worst fears, and we are powerless to stop it."</w:t>
      </w:r>
    </w:p>
    <w:p/>
    <w:p>
      <w:r>
        <w:br/>
        <w:t>Liam reached across the table, his fingers brushing hers, a silent gesture of solidarity. The contact was brief, but it sent a jolt of warmth through her, a physical manifestation of their shared commitment. "That's the shared risk, isn't it?" he said, his voice a low murmur. "We face that possibility together. And if we find something, we find it together. If we have to act, we act together. My hope is that by sharing the burden, we make it lighter. And by sharing the risk, we can mitigate its impact. We can support each other, rely on each other's judgment, and cover each other's blind spots."</w:t>
      </w:r>
    </w:p>
    <w:p/>
    <w:p>
      <w:r>
        <w:br/>
        <w:t>Eleanor returned his gaze, a quiet strength settling within her. The fear was still present, a dull ache in her chest, but it was no longer paralyzing. It was a healthy respect for the danger, a recognition of the stakes. But beneath it, a new emotion was stirring: a fierce determination to see this through, not just for the sake of uncovering the truth, but for the sake of protecting her home, her town, the people she cared about. And she knew, with absolute certainty, that Liam felt it too. His willingness to step outside his comfort zone, to embrace the unknown with her, spoke volumes about his own commitment.</w:t>
      </w:r>
    </w:p>
    <w:p/>
    <w:p>
      <w:r>
        <w:br/>
        <w:t>"The old mill," she mused, her gaze drifting towards the window, towards the direction of the long-abandoned structure. "I remember going there once as a child. It felt… haunted. Even then, there was a sense of something lingering, something that didn't belong. I dismissed it as childish imagination, but now..." She trailed off, the implications of her childhood memory taking on a new, ominous significance. The abandoned places, the forgotten corners of a community, often held the echoes of its past, and sometimes, its present dangers.</w:t>
      </w:r>
    </w:p>
    <w:p/>
    <w:p>
      <w:r>
        <w:br/>
        <w:t>Liam was already pulling out a notepad and pen, his mind already sketching out their plan of action. "We'll need to be discreet. No obvious trail. We'll go after dark. I have a good flashlight, and I can borrow my father's binoculars. They have excellent magnification. We can approach from the old logging trail that skirts the north side of the property. It's less visible from the main road and offers a natural cover." He began to jot down notes, his movements quick and precise. "We'll need to establish a clear rendezvous point, a fallback if anything goes wrong. And a pre-arranged signal."</w:t>
      </w:r>
    </w:p>
    <w:p/>
    <w:p>
      <w:r>
        <w:br/>
        <w:t>Eleanor found herself nodding, her own mind already cataloging the details: the sturdiest pair of walking boots she owned, the weather forecast for the coming nights, the best way to conceal their vehicle. "My camera," she said, her voice firm. "I have a good telephoto lens. We can get clear images without getting too close. And I know the area around the mill well enough to navigate even in the dark. I can guide us through the denser patches of woods, avoid the more obvious paths." The details were beginning to solidify, transforming the abstract decision into a tangible plan.</w:t>
      </w:r>
    </w:p>
    <w:p/>
    <w:p>
      <w:r>
        <w:br/>
        <w:t>"That's perfect," Liam said, a genuine smile finally gracing his lips. It was a smile of shared purpose, of mutual trust, a silent acknowledgment of their burgeoning partnership. "Your local knowledge is our greatest asset in the field. And my understanding of their historical methods will help us interpret what we see. We're a good team, Eleanor. A very good team." The words hung in the air, not as a platitude, but as a statement of fact, a recognition of the synergistic blend of their skills and their shared commitment.</w:t>
      </w:r>
    </w:p>
    <w:p/>
    <w:p>
      <w:r>
        <w:br/>
        <w:t>The archive, which had felt like a sanctuary of knowledge just hours before, now felt like a staging ground. The maps, the documents, the dusty tomes – they were no longer just artifacts of the past, but tools for navigating a dangerous present. The shared risk had not only solidified their bond, but it had also ignited a spark of hope, a belief that together, they could uncover the truth and protect the town they both, in their own ways, had come to cherish. The path ahead was uncertain, fraught with peril, but they would walk it together, their individual strengths weaving a stronger fabric of resilience than either could have achieved alone. The shared vulnerability, the acknowledgment of their fears and their hopes, had forged a connection that was far more profound than mere intellectual curiosity. It was the nascent stage of a partnership, built on the foundation of a shared risk and the enduring power of a shared hope. The turning point was not just in their decision to act, but in the realization that they were not acting alone, but together.</w:t>
      </w:r>
    </w:p>
    <w:p/>
    <w:p>
      <w:r>
        <w:t>The air in the car was thick with a silence that wasn't empty, but pregnant with unspoken thoughts. Outside, the streetlights blurred into streaks of amber and white as Liam navigated the winding roads, the familiar landscape of Havenwood taking on a different hue under the cloak of night. Eleanor watched the passing scenery, her gaze unfocused, her mind a whirlwind of the day's events, of Liam’s presence beside her, of the gnawing realization that had taken root deep within her. It wasn't just a flicker of awareness anymore; it was a steady, insistent flame, warming her from the inside out and illuminating a truth she could no longer ignore.</w:t>
      </w:r>
    </w:p>
    <w:p>
      <w:r>
        <w:br/>
        <w:t>For weeks, she had been dancing around the edges of this feeling, attributing it to shared adrenaline, to the camaraderie born of a common purpose, to the sheer proximity of their dangerous endeavor. She’d told herself it was the thrill of the chase, the intellectual stimulation of their shared research, the undeniable chemistry that crackled between them whenever their paths crossed. But tonight, as she sat beside him, the quiet hum of the engine a counterpoint to the racing of her heart, she knew it was far more than that. It was a profound emotional investment, a deep-seated certainty that Liam had become an anchor in the turbulent sea of her life.</w:t>
      </w:r>
    </w:p>
    <w:p/>
    <w:p>
      <w:r>
        <w:br/>
        <w:t>She found herself cataloging the small things, the seemingly insignificant details that had woven themselves into the fabric of her affection. The way his brow furrowed in concentration when he was deciphering a particularly cryptic passage. The rare, genuine smile that crinkled the corners of his eyes, transforming his usually serious expression into something disarmingly approachable. The steady calm he exuded, a force field against the chaos that threatened to engulf them. Even the way he sometimes ran a hand through his hair when he was lost in thought, a gesture both endearing and achingly familiar. These weren’t the hallmarks of a casual acquaintance, nor the mere signs of a successful partnership. They were the building blocks of something far more substantial, something that resonated with the deepest parts of her soul.</w:t>
      </w:r>
    </w:p>
    <w:p/>
    <w:p>
      <w:r>
        <w:br/>
        <w:t xml:space="preserve">It was the way he had looked at her earlier, when they were discussing their plan for the mill, a look that had held not just shared determination, but a flicker of something softer, something that had sent a jolt through her. It was the unconscious way his arm had brushed against hers as they stood in the archive, and the electric current that had seemed to flow between them, a silent acknowledgment of their connection. It was the easy way they fell into step, not just in their research, but in their conversation, their silences filled with an understanding that transcended words. She realized, with a startling clarity, that she no longer just </w:t>
      </w:r>
    </w:p>
    <w:p>
      <w:pPr>
        <w:jc w:val="left"/>
      </w:pPr>
      <w:r>
        <w:rPr>
          <w:i/>
        </w:rPr>
        <w:t>worked</w:t>
      </w:r>
      <w:r>
        <w:t xml:space="preserve"> with Liam; she </w:t>
      </w:r>
      <w:r>
        <w:rPr>
          <w:i/>
        </w:rPr>
        <w:t>relied</w:t>
      </w:r>
      <w:r>
        <w:t xml:space="preserve"> on him. Not just for his intellect, or his courage, but for his presence. His absence would leave a void, a tangible emptiness that she was only now beginning to comprehend.</w:t>
      </w:r>
    </w:p>
    <w:p>
      <w:r>
        <w:br/>
        <w:t>Her heart felt like a bird trapped in her chest, beating against its cage with a desperate urgency. This wasn't the superficial attraction she'd felt in the past, the fleeting infatuations that had dissolved as quickly as they had formed. This was deeper, more complex, and undeniably more terrifying. It was the recognition that Liam had become inextricably linked to her sense of self, to her hopes, and even to her fears. The thought of facing any of their future challenges without him, without the steadying influence of his presence, sent a fresh wave of apprehension through her.</w:t>
      </w:r>
    </w:p>
    <w:p/>
    <w:p>
      <w:r>
        <w:br/>
        <w:t>Liam, sensing the shift in her demeanor, or perhaps simply feeling the weight of the unspoken atmosphere in the car, turned his head slightly, his gaze meeting hers in the dim interior light. "Everything okay, Eleanor?" he asked, his voice a low rumble that somehow managed to cut through the noise in her head. There was a gentleness in his tone, a genuine concern that made her throat tighten.</w:t>
      </w:r>
    </w:p>
    <w:p/>
    <w:p>
      <w:r>
        <w:br/>
        <w:t>Eleanor hesitated for a moment, the words catching in her throat. How could she articulate the seismic shift that had occurred within her? How could she explain that the man beside her, the man she had initially sought out for his expertise, had somehow become the focal point of her emotional universe? "Yes," she managed, her voice a little breathier than she intended. "Just… thinking."</w:t>
      </w:r>
    </w:p>
    <w:p/>
    <w:p>
      <w:r>
        <w:br/>
        <w:t>Liam’s gaze lingered on her for a beat longer, a subtle searching in his eyes. He didn't press, but she felt a quiet understanding pass between them, an unspoken acknowledgment that the journey they were on was not just about uncovering Havenwood's secrets, but also about navigating the uncharted territory of their own evolving relationship. He nodded, his attention returning to the road, but she could feel his awareness of her, a comforting warmth that seeped into the silence.</w:t>
      </w:r>
    </w:p>
    <w:p/>
    <w:p>
      <w:r>
        <w:br/>
        <w:t>As they neared her house, the familiar silhouette of her small cottage coming into view, Eleanor’s internal turmoil intensified. The thought of him leaving, of returning to the solitary quiet of her own home, felt suddenly unbearable. She had grown accustomed to his presence, to the rhythm of their shared investigations, to the subtle comfort of knowing he was just a phone call away. And now, as the implications of her realization settled over her, she understood that this was no longer about convenience or shared workload. This was about a profound emotional connection, a bond that had quietly formed between them, as steadfast and as undeniable as the ancient trees that lined the road.</w:t>
      </w:r>
    </w:p>
    <w:p/>
    <w:p>
      <w:r>
        <w:br/>
        <w:t>She watched him park the car, the engine’s low thrum finally quieting, leaving them suspended in a silence that felt more charged than ever. The moment of parting, usually a simple farewell, now felt fraught with a new significance. She found herself clinging to the remnants of their shared adventure, the lingering scent of old paper and dust from the archive, the echo of Liam’s steady voice, the quiet strength that radiated from him.</w:t>
      </w:r>
    </w:p>
    <w:p/>
    <w:p>
      <w:r>
        <w:br/>
        <w:t>"Thanks for the drive, Liam," she said, her voice a little shaky. She met his eyes, and for a fleeting second, she saw a reflection of her own internal landscape in his gaze – a mixture of curiosity, apprehension, and a profound, burgeoning tenderness.</w:t>
      </w:r>
    </w:p>
    <w:p/>
    <w:p>
      <w:r>
        <w:br/>
        <w:t>Liam’s lips curved into a small, knowing smile. He wasn’t just a colleague anymore. He wasn’t just a fellow investigator. He was someone who had become essential, someone whose thoughts and feelings were now as important to her as her own. And as he looked at her, Eleanor felt an overwhelming certainty, a deep and abiding truth settling within her: she was falling, irrevocably and completely, for Liam. It wasn't just attraction; it was a recognition of a kindred spirit, a deep emotional resonance that had bloomed in the most unexpected of circumstances. This was more than a comfortable companionship; it was a profound emotional investment, a commitment to a shared future she hadn’t dared to imagine.</w:t>
      </w:r>
    </w:p>
    <w:p/>
    <w:p>
      <w:r>
        <w:br/>
        <w:t>Meanwhile, across town, Liam was experiencing a similar, albeit more carefully guarded, internal shift. As he watched Eleanor disappear into her house, a strange mixture of contentment and unease settled over him. He had always been a man of logic, of carefully constructed plans and detached observation. Emotions, especially the messy, unpredictable kind, were something he tended to keep at a safe distance. Yet, Eleanor had a way of subtly dismantling his defenses, of chipping away at the carefully constructed walls he had built around his heart.</w:t>
      </w:r>
    </w:p>
    <w:p/>
    <w:p>
      <w:r>
        <w:br/>
        <w:t>He had initially seen her as a valuable asset, a brilliant mind with an intimate knowledge of Havenwood’s history. He had appreciated her sharp intellect, her unwavering dedication to their research, and her surprising resilience in the face of danger. But somewhere along the way, his perspective had begun to change. The professional admiration had slowly, almost imperceptibly, morphed into something far more complex. He found himself looking forward to their meetings, not just for the intellectual stimulation they provided, but for the sheer pleasure of her company.</w:t>
      </w:r>
    </w:p>
    <w:p/>
    <w:p>
      <w:r>
        <w:br/>
        <w:t>He remembered the way her eyes had lit up when she unearthed a particularly significant piece of information, the infectious enthusiasm that spilled over into their shared work. He recalled the quiet determination in her voice when she spoke about protecting Havenwood, a fierce protectiveness that resonated with his own buried sense of responsibility. He found himself drawn to her vulnerability, the moments when her outward composure softened, revealing the depth of her compassion and her quiet strength.</w:t>
      </w:r>
    </w:p>
    <w:p/>
    <w:p>
      <w:r>
        <w:br/>
        <w:t>Tonight, as he drove away from her house, the image of her standing silhouetted against the porch light was seared into his mind. He realized with a jolt that she had become more than just a temporary fixture in his life, more than just a partner in their clandestine investigation. She had become a presence he actively sought, a source of comfort and inspiration. The idea of her facing any danger alone was becoming increasingly unbearable. He found himself planning for her safety with a meticulousness that went beyond professional duty.</w:t>
      </w:r>
    </w:p>
    <w:p/>
    <w:p>
      <w:r>
        <w:br/>
        <w:t>His mind replayed their conversation earlier, the subtle shifts in her expression, the way her gaze had held his for a beat too long. He had sensed her internal struggle, a mirroring of his own quiet realizations. He knew, with a certainty that surprised him, that Eleanor had become someone he cared about deeply. It wasn’t just about shared goals or intellectual compatibility. It was a deeper connection, a recognition of a soul that, in many ways, mirrored his own. The thought sent a tremor through him, a mixture of exhilaration and trepidation. He had never been one to allow himself such emotional entanglement, yet here he was, undeniably invested.</w:t>
      </w:r>
    </w:p>
    <w:p/>
    <w:p>
      <w:r>
        <w:br/>
        <w:t>He understood that Eleanor’s feelings were likely a reflection of the intense circumstances they found themselves in. The shared danger, the late nights spent poring over dusty documents, the hushed conversations in dimly lit archives – these were potent ingredients for forging strong bonds. But he knew, with a growing conviction, that what he felt for Eleanor transcended the adrenaline of their current pursuit. It was a genuine affection, a burgeoning respect, and a deep-seated desire to protect her, not just from the external threats they faced, but from any potential harm that life might throw her way.</w:t>
      </w:r>
    </w:p>
    <w:p/>
    <w:p>
      <w:r>
        <w:br/>
        <w:t>He had always prided himself on his control, his ability to remain detached and objective. But Eleanor had, quite inadvertently, managed to penetrate that carefully constructed façade. Her presence had introduced a new dimension to his life, a warmth and a vibrancy that had been conspicuously absent for too long. He realized that his feelings for her were not a fleeting attraction, but a profound emotional investment. He found himself anticipating their next meeting with an eagerness that bordered on obsession, a testament to the undeniable shift that had occurred within him. He understood that his trajectory had changed, irrevocably altered by the quiet strength and undeniable spirit of Eleanor Vance. She had become more than a partner; she had become an essential part of his world.</w:t>
      </w:r>
    </w:p>
    <w:p/>
    <w:p>
      <w:r>
        <w:t>The silence that had settled in Liam’s car as they drove back from the archive wasn't the comfortable, companionable quiet they’d grown accustomed to. It was a charged, almost vibrating stillness, heavy with the weight of unspoken truths that had surfaced during their late-night research session. Eleanor’s gaze was fixed on the passing blur of streetlights, each amber glow a stark contrast to the churning landscape within her. She had acknowledged it, finally, the profound shift that had occurred within her, the undeniable truth that Liam had become an integral part of her world. The realization, once a quiet whisper, had blossomed into a full-throated chorus, demanding to be heard, demanding to be acknowledged. It wasn’t just about shared purpose or intellectual camaraderie anymore. It was about the way her heart inexplicably quickened at the sound of his voice, the way his presence could calm the restless storm in her mind, the way she found herself unconsciously seeking his approval, his comfort, his steady gaze.</w:t>
      </w:r>
    </w:p>
    <w:p>
      <w:r>
        <w:br/>
        <w:t xml:space="preserve">She found herself replaying fragments of their conversation earlier, not just the historical details they’d unearthed, but the subtle nuances of their interaction. The way his hand had brushed hers as he pointed to a faded inscription, sending an unexpected jolt through her. The shared laughter that had erupted over a particularly absurd historical footnote, a moment of pure, unadulterated joy that had felt both rare and precious. And then there was the look he’d given her, a lingering, thoughtful expression that had held a depth she hadn't seen before, a silent acknowledgment of something that had been growing between them, a fragile bloom in the arid landscape of their investigation. She realized, with a clarity that was both exhilarating and terrifying, that she was no longer merely working </w:t>
      </w:r>
    </w:p>
    <w:p>
      <w:pPr>
        <w:jc w:val="left"/>
      </w:pPr>
      <w:r>
        <w:rPr>
          <w:i/>
        </w:rPr>
        <w:t>with</w:t>
      </w:r>
      <w:r>
        <w:t xml:space="preserve"> Liam; she was falling </w:t>
      </w:r>
      <w:r>
        <w:rPr>
          <w:i/>
        </w:rPr>
        <w:t>for</w:t>
      </w:r>
      <w:r>
        <w:t xml:space="preserve"> him. It was a descent she hadn't anticipated, a surrender to an emotion that felt both foreign and deeply familiar, like a melody she’d always known but had never heard played aloud.</w:t>
      </w:r>
    </w:p>
    <w:p>
      <w:r>
        <w:br/>
        <w:t>The fear was a cold counterpoint to the warmth blooming in her chest. Her past experiences had taught her caution, had instilled in her a deep-seated wariness of emotional entanglement. She had always maintained a certain distance, a carefully constructed boundary to protect herself from the inevitable pain of loss or betrayal. But Liam… Liam was different. He was the steady hand that had guided her through the labyrinthine depths of Havenwood’s history, the calm voice that had reassured her when doubt crept in, the quiet strength that had become her anchor. The thought of losing that, of returning to the solitary existence she had known before him, felt like a chilling prospect. This wasn’t just about a partnership anymore; it was about a connection that had woven itself into the very fabric of her being, a bond that, if broken, would leave her irrevocably diminished.</w:t>
      </w:r>
    </w:p>
    <w:p/>
    <w:p>
      <w:r>
        <w:br/>
        <w:t>As Liam pulled up to her cottage, the familiar porch light casting a warm glow, Eleanor felt a surge of reluctance. The night was drawing to a close, and with it, the shared space they had occupied for hours. The thought of him leaving, of the silence that would descend once he was gone, felt like a physical ache. She wanted to prolong this, to somehow capture the essence of this deepening connection and hold it close. She turned to him, the words forming on her lips before she had fully processed them, a rush of raw honesty that surprised even herself.</w:t>
      </w:r>
    </w:p>
    <w:p/>
    <w:p>
      <w:r>
        <w:br/>
        <w:t>"Liam," she began, her voice a little unsteady, her gaze meeting his in the dim light of the car. "I… I need to say something." She paused, gathering her courage, the vulnerability of the moment pressing in on her. "This… this research, it’s been more than just a historical inquiry for me. And you… you’ve become more than just a colleague." Her heart hammered against her ribs, each beat a testament to the gravity of her confession. "I… I care about you. More than I probably should. More than I ever intended to." The words hung in the air between them, fragile and raw. "It’s… it’s not just about the mysteries of Havenwood anymore. It’s about you. And me. And… and I’m scared, Liam. Scared of what this means, scared of… of what might happen if it all falls apart."</w:t>
      </w:r>
    </w:p>
    <w:p/>
    <w:p>
      <w:r>
        <w:br/>
        <w:t>She watched his face, searching for any flicker of rejection, any hint of discomfort. Instead, she saw a softening in his eyes, a quiet understanding that mirrored her own internal turmoil. He reached out, his fingers gently brushing her arm, a simple gesture that sent a tremor of warmth through her.</w:t>
      </w:r>
    </w:p>
    <w:p/>
    <w:p>
      <w:r>
        <w:br/>
        <w:t>"Eleanor," he said, his voice low and steady, a comforting balm to her frayed nerves. "I understand. And I… I feel it too." He took a deep breath, his gaze unwavering. "I came into this with a professional detachment, a focus on the facts, on the historical truth. But you… you’ve changed that. You’ve shown me a different kind of truth, a truth that resonates deeper than any dusty manuscript." A ghost of a smile touched his lips, a genuine, unguarded expression that made her breath catch. "I find myself thinking about you constantly, Eleanor. Not just about the research, but about you. Your passion, your intelligence, your… your spirit. It’s captivating."</w:t>
      </w:r>
    </w:p>
    <w:p/>
    <w:p>
      <w:r>
        <w:br/>
        <w:t xml:space="preserve">He moved a little closer, the confines of the car suddenly feeling too small, yet also intimate and safe. "The thought of you being in danger, of you being alone, it… it weighs on me. It’s become a part of my own concern for this town, for its history. But it’s more than that. It’s a personal concern. A desire to protect </w:t>
      </w:r>
    </w:p>
    <w:p>
      <w:pPr>
        <w:jc w:val="left"/>
      </w:pPr>
      <w:r>
        <w:rPr>
          <w:i/>
        </w:rPr>
        <w:t>you</w:t>
      </w:r>
      <w:r>
        <w:t>." He hesitated, the words carefully chosen, yet laced with a profound sincerity. "I’ve always prided myself on my control, on my ability to remain objective. But you’ve chipped away at those defenses, Eleanor. You’ve made me… vulnerable. And I don't resent it. In fact, I… I welcome it." He met her gaze directly, his eyes holding a depth of emotion that made her feel seen, truly seen, for the very first time. "I am scared too, Eleanor. Scared of what this connection might mean for my carefully constructed life. But I’m more scared of not exploring it. Of letting this… this burgeoning something between us wither away because of my own fear."</w:t>
      </w:r>
    </w:p>
    <w:p>
      <w:r>
        <w:br/>
        <w:t>He reached for her hand, his fingers interlacing with hers, a silent promise, a shared acknowledgment. "I don't have all the answers, Eleanor. This is uncharted territory for me. But I do know this: I don't want to navigate it alone. And if you’re willing to take this leap with me, to explore this… this feeling… then I’m willing to face whatever comes our way, together." The unspoken words hung in the air, a silent vow, a testament to the profound shift that had occurred not just in Eleanor, but in Liam as well. The vulnerability, once a source of fear, was now a bridge, connecting their hearts, their minds, and their futures. The turning point had arrived, not with a dramatic revelation, but with a quiet, honest confession, a shared embrace of their burgeoning emotions, and a mutual willingness to step into the unknown, together.</w:t>
      </w:r>
    </w:p>
    <w:p/>
    <w:p>
      <w:r>
        <w:br/>
        <w:t>The warmth of Liam’s hand in hers was a stark contrast to the coolness of the night air seeping into the car. Eleanor’s breath hitched as she processed his words, each syllable a testament to a vulnerability she hadn’t expected, a mirroring of her own deeply buried emotions. He, Liam, the man of meticulous planning and stoic composure, admitting to fear, to a dismantling of his defenses – it was a revelation that resonated on a profound level. It wasn't just a reciprocal affection; it was a shared acknowledgment of the profound, almost seismic shift that had occurred within both of them.</w:t>
      </w:r>
    </w:p>
    <w:p/>
    <w:p>
      <w:r>
        <w:br/>
        <w:t xml:space="preserve">“I… I don’t know what to say,” she whispered, the words tumbling out in a rush, her voice thick with emotion. “You’ve… you’ve seen right through me, haven’t you?” A small, tremulous smile touched her lips. “I’ve spent so long building walls, Liam, protecting myself from… from everything. And you, with your quiet strength and your unwavering focus, you’ve somehow managed to find the cracks. And now… now I feel like I’m standing exposed, with nothing to hide behind.” She squeezed his hand, drawing strength from the solid warmth of his touch. “The thought of losing this, of losing </w:t>
      </w:r>
    </w:p>
    <w:p>
      <w:pPr>
        <w:jc w:val="left"/>
      </w:pPr>
      <w:r>
        <w:rPr>
          <w:i/>
        </w:rPr>
        <w:t>you</w:t>
      </w:r>
      <w:r>
        <w:t>, it’s a prospect I’m not sure I can bear. And that’s… that’s a terrifying realization.”</w:t>
      </w:r>
    </w:p>
    <w:p>
      <w:r>
        <w:br/>
        <w:t>Her gaze met his, and in the depths of his eyes, she saw a reflection of her own nascent hope, a shared trepidation mingled with an undeniable spark of anticipation. “I’ve always believed that love, real love, requires a willingness to be seen, to be truly known, flaws and all. And I’ve been so afraid of that exposure. But with you, Liam, it feels… different. It feels safe. Even with the fear, there’s a profound sense of peace, a feeling that I’m finally on the right path, even if it’s a path I never imagined walking.”</w:t>
      </w:r>
    </w:p>
    <w:p/>
    <w:p>
      <w:r>
        <w:br/>
        <w:t>Liam’s thumb traced slow circles on the back of her hand, a comforting, grounding gesture. “Safety is a construct, Eleanor. True connection is about embracing the unknown, about trusting that you’ll catch each other when you fall. And I have a feeling, a very strong feeling, that we’d be very good at catching each other.” He chuckled softly, a low rumble that vibrated through her fingertips. “I’ve spent years chasing historical truths, digging through the past to uncover buried secrets. But the most profound discovery I’ve made recently isn’t in a dusty ledger or a forgotten diary. It’s right here, in this car, with you.”</w:t>
      </w:r>
    </w:p>
    <w:p/>
    <w:p>
      <w:r>
        <w:br/>
        <w:t>He turned more fully towards her, his expression earnest. “I’m not naive, Eleanor. I know the stakes are high, not just for our investigation, but for us. There’s a lot at play, a lot of history, a lot of… people who might not want us uncovering the truth. But the thought of facing any of that without you… it’s a future I’m unwilling to contemplate. You’ve become more than just an ally; you’ve become a vital part of my resolve. Your courage, your sharp mind, your unwavering belief in what’s right… it inspires me. It makes me want to be better, to fight harder.”</w:t>
      </w:r>
    </w:p>
    <w:p/>
    <w:p>
      <w:r>
        <w:br/>
        <w:t>He paused, his gaze sweeping over her face, as if memorizing every line, every expression. “And beyond all that, Eleanor, there’s a simple, undeniable attraction. A pull that goes beyond intellectual curiosity or shared purpose. It’s a feeling that settles deep in my bones, a quiet certainty that… that I want you in my life. Not just as a partner in research, but as a partner in everything. If you’ll let me.”</w:t>
      </w:r>
    </w:p>
    <w:p/>
    <w:p>
      <w:r>
        <w:br/>
        <w:t>The sincerity in his voice was palpable, a testament to the raw honesty of his confession. Eleanor’s heart swelled, a mixture of relief and exhilaration washing over her. She had been so consumed by her own fears, so convinced that she was the only one grappling with these burgeoning emotions. To hear him articulate them, to witness his own vulnerability, was an extraordinary gift.</w:t>
      </w:r>
    </w:p>
    <w:p/>
    <w:p>
      <w:r>
        <w:br/>
        <w:t>“I… I want that too, Liam,” she managed, her voice barely a whisper. “More than anything. I’ve never felt this way before. This sense of… belonging. This feeling that I can finally let my guard down, and still be accepted. Still be cherished.” Tears pricked at the corners of her eyes, not tears of sadness, but of overwhelming relief and joy. “I’m so afraid of messing this up, of my own insecurities getting in the way. But you… you make me believe that maybe, just maybe, we can do this. That we can build something real, something lasting, even amidst all this chaos.”</w:t>
      </w:r>
    </w:p>
    <w:p/>
    <w:p>
      <w:r>
        <w:br/>
        <w:t>Liam leaned in, his forehead resting against hers, their breaths mingling in the shared space. “We will, Eleanor. We’ll face it together. And if we stumble, we’ll pick each other up. That’s what partners do.” His voice was a low murmur, a promise whispered in the stillness of the night. “This is more than just about Havenwood’s secrets, isn't it? It’s about ours.”</w:t>
      </w:r>
    </w:p>
    <w:p/>
    <w:p>
      <w:r>
        <w:br/>
        <w:t>Eleanor closed her eyes, savoring the moment, the profound intimacy of their shared confession. The fear hadn’t vanished entirely, but it had receded, replaced by a powerful sense of hope and a deep, abiding gratitude. The turning point was undeniable. The careful dance around their feelings had ended, replaced by a bold, vulnerable step forward. They had laid bare their hearts, acknowledged their fears, and in doing so, had forged a bond that was stronger, deeper, and more resilient than anything they had imagined. The path ahead was uncertain, fraught with potential dangers and unforeseen challenges, but for the first time, Eleanor felt a profound sense of peace. She wasn’t walking it alone. She had Liam, and he had her. And that, she knew, was more than enough to face whatever the future held. The weight on her shoulders had lifted, replaced by the exhilarating lightness of shared vulnerability, of a love that had dared to bloom in the most unexpected of circumstances. It was the beginning of something new, something profound, something that promised to redefine not just their lives, but the very essence of who they were.</w:t>
      </w:r>
    </w:p>
    <w:p/>
    <w:p>
      <w:r>
        <w:t>The car journey back to Eleanor’s cottage had been a revelation, a delicate unraveling of carefully constructed walls. The shared confession, raw and vulnerable, had shifted the landscape of their nascent relationship irrevocably. Now, back in the quiet hum of her home, the air still thrummed with the echoes of their honesty. Yet, as they sat on her worn sofa, the intimacy of their shared space was underscored by a new awareness, a subtle but significant change in how they navigated their inner worlds. It wasn't about pretending their pasts no longer held sway; it was about revisiting those familiar, often painful, territories with a new companion by their side.</w:t>
      </w:r>
    </w:p>
    <w:p>
      <w:r>
        <w:br/>
        <w:t>Eleanor traced the rim of her mug, the warmth seeping into her chilled fingers. The archive's secrets had been complex, layered with generations of unspoken truths. But the deeper excavation, the one happening within her, felt even more intricate. Liam’s admission of fear, his willingness to be vulnerable, had been a revelation, a balm to wounds she’d long believed were too deep to ever truly heal. For so long, her past had been a solitary burden, a landscape she traversed alone, armed only with her intellect and a fierce determination to outrun the shadows. Now, the possibility of walking that terrain with Liam, of having him witness her struggles and offer his unwavering presence, felt like a radical act of self-compassion.</w:t>
      </w:r>
    </w:p>
    <w:p/>
    <w:p>
      <w:r>
        <w:br/>
        <w:t>“It’s strange,” she began, her voice soft, hesitant. “For years, I’ve… I’ve kept a part of myself locked away. A part that’s defined by… well, by what happened. The betrayals, the losses. They became the architects of my caution, the blueprints for my walls.” She looked at Liam, his gaze steady, attentive. “I always thought that confronting those wounds meant confronting them alone. That any attempt to share that burden would only weaken me, or worse, burden someone else unnecessarily.”</w:t>
      </w:r>
    </w:p>
    <w:p/>
    <w:p>
      <w:r>
        <w:br/>
        <w:t xml:space="preserve">Liam reached out, his hand resting gently on her knee. The simple gesture was a powerful anchor, a tangible reassurance. “I understand that feeling,” he murmured, his voice a low, comforting cadence. “My own past isn't exactly a picnic. The constant need to prove myself, to be indispensable, to never show weakness… it’s exhausting. And it breeds a similar kind of isolation.” He paused, his thumb stroking the worn fabric of her jeans. “But you’re right. It </w:t>
      </w:r>
    </w:p>
    <w:p>
      <w:pPr>
        <w:jc w:val="left"/>
      </w:pPr>
      <w:r>
        <w:rPr>
          <w:i/>
        </w:rPr>
        <w:t>is</w:t>
      </w:r>
      <w:r>
        <w:t xml:space="preserve"> strange, isn’t it? To realize that maybe, just maybe, sharing the weight doesn’t make it heavier. It makes it… manageable.”</w:t>
      </w:r>
    </w:p>
    <w:p>
      <w:r>
        <w:br/>
        <w:t xml:space="preserve">Eleanor nodded, a profound sense of relief washing over her. The core wounds, those deep-seated insecurities and patterns of behavior forged in the crucible of past trauma, were still there. She could feel them, a low hum beneath the surface of her newfound optimism. Her ingrained tendency to push people away when they got too close, her deep-seated fear of abandonment that had manifested as preemptive self-sabotage in past relationships, her struggle with feeling truly worthy of love and belonging – these were not simply going to vanish because she and Liam had confessed their feelings. But the </w:t>
      </w:r>
    </w:p>
    <w:p>
      <w:pPr>
        <w:jc w:val="left"/>
      </w:pPr>
      <w:r>
        <w:rPr>
          <w:i/>
        </w:rPr>
        <w:t>way</w:t>
      </w:r>
      <w:r>
        <w:t xml:space="preserve"> she perceived them, the </w:t>
      </w:r>
      <w:r>
        <w:rPr>
          <w:i/>
        </w:rPr>
        <w:t>way</w:t>
      </w:r>
      <w:r>
        <w:t xml:space="preserve"> she felt equipped to face them, had fundamentally changed.</w:t>
      </w:r>
    </w:p>
    <w:p>
      <w:r>
        <w:br/>
        <w:t>“It’s like… the pain is still real,” she continued, her gaze drifting to the window, where the moonlight painted silver streaks across the dark pane. “The memory of the hurt, the sting of disappointment… those don't disappear overnight. But when I think about it now, when I feel that familiar knot of anxiety tightening in my chest, I don’t just feel alone in it. I feel… seen. And I know you’re there. Not to fix it, not to erase it, but just… to be there. And that makes all the difference.”</w:t>
      </w:r>
    </w:p>
    <w:p/>
    <w:p>
      <w:r>
        <w:br/>
        <w:t>Liam’s hand tightened slightly on her knee. “Exactly. It’s not about magically healing everything. It’s about acknowledging that the wounds exist, but they don't have to define the entirety of who we are, or who we can become. And it’s about knowing that we don’t have to fight these battles in isolation anymore. Your past traumas, your insecurities, they don’t make you less worthy of love or connection. They make you human. And they make our connection, this decision to face things together, that much more profound. It’s not just a fleeting infatuation; it’s a conscious choice to build something real, something that acknowledges the complexities of our pasts but isn't beholden to them.”</w:t>
      </w:r>
    </w:p>
    <w:p/>
    <w:p>
      <w:r>
        <w:br/>
        <w:t>He shifted closer, his arm resting along the back of the sofa behind her. “For me, it’s that constant need for control. That belief that if I’m not meticulously managing every aspect of a situation, disaster will inevitably strike. It stems from a childhood where chaos felt like the norm, where predictability was a luxury I rarely experienced. So, when things get out of hand, even in my own life, my first instinct is to tighten my grip, to try and force order. And that’s where I’ve often ended up pushing people away, because intimacy feels like a loss of control.”</w:t>
      </w:r>
    </w:p>
    <w:p/>
    <w:p>
      <w:r>
        <w:br/>
        <w:t>Eleanor turned to him, her heart swelling with a tenderness that was both new and deeply felt. “But you’re not pushing me away, Liam. You’re leaning in. You’re sharing that vulnerability, that fear of losing control. And that takes an immense amount of courage. It tells me that what we have, what we’re building, is more important to you than the old patterns.” She reached out, her fingers brushing against his cheek. “And I know my own tendency to self-sabotage. To see a good thing and instinctively look for the flaw, for the reason it’s bound to fail. It’s a defense mechanism, born from past hurts where the good things always seemed to end abruptly, leaving me with nothing.”</w:t>
      </w:r>
    </w:p>
    <w:p/>
    <w:p>
      <w:r>
        <w:br/>
        <w:t>“But this feels different,” Liam said, his voice earnest. “This feels earned. Not in the sense that we’ve had to endure hardship to deserve it, but earned in the sense that we’re actively choosing it, consciously acknowledging its value, and committing to nurturing it, even when it’s difficult. We’re not just falling into something; we’re choosing to build something. And that choice, knowing what we both carry, makes it feel… solid. Resilient.”</w:t>
      </w:r>
    </w:p>
    <w:p/>
    <w:p>
      <w:r>
        <w:br/>
        <w:t>The archive had unearthed historical wounds, the collective scars of Havenwood, but it had also become the catalyst for them to examine their own personal histories with a new lens. The weight of Eleanor’s past betrayals, the sting of feeling unseen and unvalued, had always been a solitary battle. She had navigated it by building higher walls, by becoming fiercely independent, by believing that relying on anyone else was a weakness that would inevitably be exploited. Liam’s confession, his own admission of struggles rooted in a need for control and a fear of chaos, had chipped away at that ingrained belief.</w:t>
      </w:r>
    </w:p>
    <w:p/>
    <w:p>
      <w:r>
        <w:br/>
        <w:t>“It’s like we’re learning to fight our battles on parallel tracks, but with a shared map,” Eleanor mused, the metaphor resonating. “I’m still working through my fear of abandonment, my instinct to preemptively push people away before they can leave. But knowing that you understand that impulse, that you’ve seen it in yourself, makes it less… terrifying. It allows me to acknowledge it without letting it consume me. And when I feel that urge, that flicker of panic, I can now think, ‘Liam gets this. He knows this struggle.’ And that thought, that shared understanding, can be enough to pause, to breathe, to choose a different response.”</w:t>
      </w:r>
    </w:p>
    <w:p/>
    <w:p>
      <w:r>
        <w:br/>
        <w:t>Liam nodded, his gaze locked on hers. “And I, in turn, am learning that my need for control can be a cage, not a fortress. When I feel that familiar urge to micromanage every outcome, to plan for every possible contingency, I can remember how you’ve navigated uncertainty with such grace and resilience. Your willingness to embrace the unknown, to trust the process, even when it’s scary… it’s a lesson I’m still learning, but one I’m actively trying to integrate. Because I see that true strength doesn’t always lie in absolute control, but in the courage to let go, to trust, and to build connections that can weather the storms.”</w:t>
      </w:r>
    </w:p>
    <w:p/>
    <w:p>
      <w:r>
        <w:br/>
        <w:t>The very act of acknowledging their core wounds, not as insurmountable obstacles but as integral parts of their histories that they could now navigate together, was the turning point. It wasn’t about erasure; it was about integration. It was about recognizing that their past traumas, while painful, had also shaped them into the individuals they were today – individuals who, despite their vulnerabilities, were capable of profound connection and enduring love. The archive’s mysteries had led them to this introspection, this mutual understanding that their personal histories were as complex and as compelling as any historical narrative.</w:t>
      </w:r>
    </w:p>
    <w:p/>
    <w:p>
      <w:r>
        <w:br/>
        <w:t>“It’s almost as if Havenwood itself, with all its hidden layers and forgotten stories, has taught us something about ourselves,” Eleanor said, a smile gracing her lips. “We’ve been digging into the town’s past, uncovering its secrets, and in doing so, we’ve been forced to confront our own buried truths. The town’s history of suppression and hidden pain, it resonates with my own experiences of feeling silenced and overlooked. And your own drive, Liam, to uncover the truth, to bring what’s hidden into the light… it mirrors my own desire to finally acknowledge and process my own past, rather than letting it fester in the shadows.”</w:t>
      </w:r>
    </w:p>
    <w:p/>
    <w:p>
      <w:r>
        <w:br/>
        <w:t>“And the fact that we’re doing it together,” Liam added, his voice laced with a quiet awe, “that’s the real breakthrough. It’s not just about uncovering the past; it’s about building a future that isn’t dictated by it. Your fear of abandonment, Eleanor, it’s a powerful force. But my commitment to you, my willingness to be open and transparent, to show you that I’m not going anywhere, that I’m invested in this… that’s the counter-narrative. That’s the thing that can slowly, steadily, chip away at that deeply ingrained fear.”</w:t>
      </w:r>
    </w:p>
    <w:p/>
    <w:p>
      <w:r>
        <w:br/>
        <w:t>He met her gaze, his eyes holding a warmth that dispelled any lingering shadows. “And my own need for control, my tendency to retreat into logical analysis when emotions become too overwhelming. Your ability to connect with me on an emotional level, to gently challenge my defenses, to remind me that logic doesn’t always have all the answers… that’s what helps me break free from that self-imposed isolation. It’s a constant dance, isn’t it? A push and pull, but a dance where we’re learning to move in rhythm, to anticipate each other’s steps, to support each other when one of us falters.”</w:t>
      </w:r>
    </w:p>
    <w:p/>
    <w:p>
      <w:r>
        <w:br/>
        <w:t>The realization settled over Eleanor with a profound sense of peace. Their connection wasn't just about shared interests or mutual attraction; it was about a deep-seated compatibility that allowed them to see and accept each other’s vulnerabilities. The core wounds were still there, the scars of past traumas that would likely always leave their mark. But they were no longer defining them, no longer dictating their paths. Instead, they were becoming part of a larger, more intricate tapestry, one woven with threads of shared experience, mutual respect, and a burgeoning, resilient love.</w:t>
      </w:r>
    </w:p>
    <w:p/>
    <w:p>
      <w:r>
        <w:br/>
        <w:t>“It feels earned,” she echoed, the word taking on a new significance. “Not just the relationship, but this internal shift. The ability to look at my own struggles and feel… hopeful. To see them not as insurmountable barriers, but as challenges that I am now better equipped to face. Because I know I have you. And you have me. That shared knowledge, that mutual support, it changes everything. It makes the prospect of healing not just possible, but probable. And that, Liam, is the most profound discovery of all.”</w:t>
      </w:r>
    </w:p>
    <w:p/>
    <w:p>
      <w:r>
        <w:br/>
        <w:t>The silence that followed was no longer charged with unspoken tension, but with a comfortable, profound understanding. It was the quiet hum of two souls finding solace and strength in each other, acknowledging the ghosts of their pasts not with fear, but with a quiet determination to build a future where those ghosts no longer held dominion. The turning point wasn't just about acknowledging their feelings; it was about embracing their whole selves, wounds and all, and stepping forward, hand in hand, into a shared future that felt not just possible, but profoundly, beautifully, real.</w:t>
      </w:r>
    </w:p>
    <w:p/>
    <w:p>
      <w:r>
        <w:br w:type="page"/>
      </w:r>
    </w:p>
    <w:p>
      <w:pPr>
        <w:spacing w:before="5040"/>
        <w:jc w:val="center"/>
      </w:pPr>
      <w:r>
        <w:rPr/>
        <w:t xml:space="preserve"> Chapter 9: Building the Fire</w:t>
      </w:r>
    </w:p>
    <w:p>
      <w:r>
        <w:t>The gentle descent of twilight over Havenwood cast a painterly glow across the landscape, mirroring the deepening hues of emotion within Eleanor’s cottage. The raw honesty of their earlier conversation had smoothed away the jagged edges of their pasts, leaving behind a tender vulnerability that now craved a different kind of expression. The air, once thick with the unspoken, now hummed with a nascent warmth, a subtle but undeniable shift from the sweet, tentative beginnings of their connection. It was a transition, Eleanor realized, from the delicate unfurling of buds to the full bloom of a cherished flower.</w:t>
      </w:r>
    </w:p>
    <w:p>
      <w:r>
        <w:br/>
        <w:t>Liam’s hand, which had rested so reassuringly on her knee earlier, now found its way to her shoulder, his fingers tracing the delicate curve of her collarbone. It was a touch that was both possessive and protective, a silent affirmation of their newfound intimacy. The simple act sent a shiver, not of apprehension, but of delightful anticipation, tracing a path down her spine. Her gaze met his, and in the deepening sapphire of his eyes, she saw not just the reflection of the dying day, but a nascent fire, a mirrored warmth that mirrored the slow burn igniting within her own chest. The quiet understanding that had passed between them, the acknowledgment of their shared burdens and triumphs, had paved the way for something more tangible, something that resonated on a primal, physical level.</w:t>
      </w:r>
    </w:p>
    <w:p/>
    <w:p>
      <w:r>
        <w:br/>
        <w:t>“It’s beautiful, isn’t it?” Liam murmured, his voice a low rumble that vibrated through her. He gestured vaguely towards the window, where the first stars were beginning to prick through the velvet sky. “Havenwood, I mean. It has a way of holding onto its magic, even as the world changes.”</w:t>
      </w:r>
    </w:p>
    <w:p/>
    <w:p>
      <w:r>
        <w:br/>
        <w:t>Eleanor leaned her head back slightly, allowing his touch to linger. “It does. It’s like it breathes its own quiet history into everything.” She smiled, a soft, genuine curve of her lips. “And tonight, it feels… especially alive.” Her eyes drifted back to his, searching. “And so do we.”</w:t>
      </w:r>
    </w:p>
    <w:p/>
    <w:p>
      <w:r>
        <w:br/>
        <w:t>He shifted closer, the space between them shrinking until she could feel the warmth radiating from his body. The scent of pine and damp earth, a familiar Havenwood fragrance, now mingled with the subtle musk of his skin, creating an intoxicating aroma that clouded her senses. His thumb brushed gently against her cheekbone, a feather-light caress that was more potent than any embrace. “We do,” he agreed, his voice husky. “It feels like… finally finding the right key to a lock I didn’t even realize I was carrying.”</w:t>
      </w:r>
    </w:p>
    <w:p/>
    <w:p>
      <w:r>
        <w:br/>
        <w:t>The archive’s dusty secrets had been a puzzle, a historical mystery to be unraveled. But this – this burgeoning connection with Liam – felt like a far more profound and personal discovery. It was the uncovering of a hidden chamber within herself, a space that had long been dormant, waiting for the right catalyst to awaken. He was that catalyst, the gentle force that was coaxing her out of her self-imposed solitude, not by breaking down her walls, but by offering a warm, steady light that made her want to open the doors herself.</w:t>
      </w:r>
    </w:p>
    <w:p/>
    <w:p>
      <w:r>
        <w:br/>
        <w:t>Later that evening, as the moon climbed higher, painting the surrounding woods in an ethereal silver light, they found themselves walking along the winding path that led to the old lighthouse. The air was cool, crisp, and carried the faint, salty tang of the distant sea. The silence between them was no longer a void to be filled, but a comfortable companion, a testament to the depth of their shared understanding. Liam’s hand found hers, his fingers interlacing with hers as if they were made to fit. The simple contact sent a jolt of electricity through her, a sweet thrumming that resonated in her fingertips and spread throughout her body.</w:t>
      </w:r>
    </w:p>
    <w:p/>
    <w:p>
      <w:r>
        <w:br/>
        <w:t>“Do you ever feel,” Eleanor began, her voice barely a whisper, “like you’re rediscovering things you’d forgotten you even knew?”</w:t>
      </w:r>
    </w:p>
    <w:p/>
    <w:p>
      <w:r>
        <w:br/>
        <w:t>Liam squeezed her hand, his gaze fixed on the distant beacon of the lighthouse. “Constantly. It’s like there are layers to myself, to life, that I’d just… glossed over. Ignored because they seemed too difficult, too painful, or simply too far out of reach.” He turned to her, his expression open and earnest. “With you, Eleanor, it’s like I’m finally seeing those layers, and realizing they’re not something to fear, but something to explore. Something beautiful, even.”</w:t>
      </w:r>
    </w:p>
    <w:p/>
    <w:p>
      <w:r>
        <w:br/>
        <w:t>He stopped, pulling her gently towards him. The moon cast their intertwined shadows long and distorted across the forest floor. He lifted her chin with a tender touch, his eyes searching hers in the dim light. “You’ve made me want to feel again, Eleanor. Truly feel. Not just the intellectual pursuit, the analytical dissection of things, but the raw, messy, beautiful spectrum of human emotion.”</w:t>
      </w:r>
    </w:p>
    <w:p/>
    <w:p>
      <w:r>
        <w:br/>
        <w:t>His lips, warm and soft, met hers. It wasn’t a hurried, passionate kiss, but a slow, deliberate exploration, a deepening of the sweet affection that had been building between them. It was a kiss that spoke of trust, of vulnerability, and of a burgeoning, undeniable desire. Her hands found their way to his chest, feeling the steady rhythm of his heartbeat beneath her palms. The kiss deepened, the initial tenderness giving way to a richer, warmer intensity. It was the feeling of two kindred spirits finally finding their way home, not just to a place, but to each other.</w:t>
      </w:r>
    </w:p>
    <w:p/>
    <w:p>
      <w:r>
        <w:br/>
        <w:t>Back at the cottage, a fire crackled in the hearth, casting dancing shadows and a comforting warmth across the room. They sat side-by-side on the worn rug, the flames reflecting in their eyes. Liam’s arm was around Eleanor’s shoulders, drawing her close. The earlier tentative touches had evolved into a comfortable, natural intimacy. His hand rested on her thigh, his thumb stroking in slow, deliberate circles, sending waves of warmth through her.</w:t>
      </w:r>
    </w:p>
    <w:p/>
    <w:p>
      <w:r>
        <w:br/>
        <w:t>“Remember when we were looking through those old town records?” Liam asked, his voice a soft murmur against her hair. “The ones about the summer fairs, the dances in the old hall?”</w:t>
      </w:r>
    </w:p>
    <w:p/>
    <w:p>
      <w:r>
        <w:br/>
        <w:t>Eleanor nodded, snuggling closer. “I do. It felt so distant then. Like a world that had long since faded.”</w:t>
      </w:r>
    </w:p>
    <w:p/>
    <w:p>
      <w:r>
        <w:br/>
        <w:t>“But it wasn’t so distant, was it?” He shifted, turning to face her fully. “That same spirit of connection, of shared joy, it’s still here. We just have to be willing to see it, to feel it.” He paused, his gaze holding hers. “And to participate in it.” He leaned in, his lips brushing against her temple. “Like this.”</w:t>
      </w:r>
    </w:p>
    <w:p/>
    <w:p>
      <w:r>
        <w:br/>
        <w:t>The kiss was a gentle affirmation, a silent promise. It was the culmination of a day filled with revelations, a day where the sweet beginnings of their connection had deepened into a warm, undeniable current of affection. He held her gaze, his thumb tracing the curve of her jaw. “You know,” he said, a hint of a smile playing on his lips, “I used to think that vulnerability was a weakness. That showing any hint of uncertainty would be like handing someone a weapon.”</w:t>
      </w:r>
    </w:p>
    <w:p/>
    <w:p>
      <w:r>
        <w:br/>
        <w:t>“And now?” Eleanor prompted, her voice soft.</w:t>
      </w:r>
    </w:p>
    <w:p/>
    <w:p>
      <w:r>
        <w:br/>
        <w:t>“Now,” he confessed, his eyes full of a gentle truth, “I see it as the strongest bridge I’ve ever built. And you, Eleanor, you’re the first person I’ve ever felt truly safe crossing.” He pulled her closer still, their bodies pressing together. The warmth of the fire seemed to seep into their very bones, a tangible manifestation of the heat that had been steadily building between them. His hand cupped her face, his thumb brushing away an imaginary stray hair. “You make me want to be more than just… cautious. You make me want to be brave.”</w:t>
      </w:r>
    </w:p>
    <w:p/>
    <w:p>
      <w:r>
        <w:br/>
        <w:t>The night deepened, and with it, the quiet intimacy between them. The physical closeness was a natural extension of the emotional vulnerability they had shared. It wasn’t about grand gestures or declarations, but about the subtle, yet profound, ways they were learning to express their growing affection. The lingering touches, the shared silences that spoke volumes, the way their eyes met and held, communicating unspoken understandings – these were the threads weaving the tapestry of their burgeoning romance.</w:t>
      </w:r>
    </w:p>
    <w:p/>
    <w:p>
      <w:r>
        <w:br/>
        <w:t>As the fire dwindled to embers, casting a soft, orange glow, Liam traced the delicate line of Eleanor’s collarbone with his fingertip. “It’s funny,” he mused, his voice low and thoughtful. “I’ve spent so much of my life trying to control everything, to predict every outcome. And yet, the most profound moments, the ones that truly change you, are often the ones you can’t possibly plan for.” He looked at her, his eyes filled with a tender gratitude. “Meeting you, Eleanor, was one of those moments. It wasn’t on any of my meticulously crafted spreadsheets, but it’s by far the most valuable discovery I’ve ever made.”</w:t>
      </w:r>
    </w:p>
    <w:p/>
    <w:p>
      <w:r>
        <w:br/>
        <w:t>Eleanor leaned into his touch, a sigh of pure contentment escaping her lips. “And you, Liam. You’ve shown me that the past doesn’t have to be a prison. It can be a classroom, a place where we learn and grow, especially when we have someone to navigate it with.” She turned her head, her lips finding the pulse point on his wrist. “This warmth… it’s more than just the fire, isn’t it?”</w:t>
      </w:r>
    </w:p>
    <w:p/>
    <w:p>
      <w:r>
        <w:br/>
        <w:t>He smiled, a slow, knowing smile that reached his eyes. “Much more.” He brought her hand to his lips, pressing a soft kiss to her knuckles. “It’s the start of something. Something real. Something that feels… earned.”</w:t>
      </w:r>
    </w:p>
    <w:p/>
    <w:p>
      <w:r>
        <w:br/>
        <w:t>The shared evening was a testament to their evolving connection. The initial shy glances and hesitant conversations had blossomed into a comfortable intimacy, a shared space where vulnerability was met with unwavering support and affection. Havenwood, with its quiet charm and timeless beauty, provided the perfect backdrop for this gentle unfolding. The moonlight spilling through the windows, the crackling fire, the shared solitude – all conspired to create an atmosphere ripe for the blossoming of a deeper, warmer kind of love.</w:t>
      </w:r>
    </w:p>
    <w:p/>
    <w:p>
      <w:r>
        <w:br/>
        <w:t>Later, as Liam helped Eleanor clear away the remnants of their simple supper, their hands brushed. This time, the contact lingered, a silent acknowledgment of the unspoken energy that now pulsed between them. He didn't pull away, but instead, his fingers curled gently around hers. Eleanor’s breath hitched. It was a small gesture, almost imperceptible to an outsider, but to her, it was a significant step. It was the quiet confirmation that the tentative sweet beginnings were giving way to a more robust, warmer phase of their relationship.</w:t>
      </w:r>
    </w:p>
    <w:p/>
    <w:p>
      <w:r>
        <w:br/>
        <w:t>Liam met her gaze, his eyes alight with a tender amusement. “You know,” he began, his voice a low, resonant hum, “I’m starting to think that ‘researching’ Havenwood’s history might be a thinly veiled excuse for me to spend more time with you.”</w:t>
      </w:r>
    </w:p>
    <w:p/>
    <w:p>
      <w:r>
        <w:br/>
        <w:t>Eleanor’s cheeks flushed, a soft blush that spread across her skin like spilled wine. “And I,” she countered, her voice laced with a playful lilt, “am beginning to suspect that your ‘analytical mind’ has been rather charmed by more than just dusty manuscripts.”</w:t>
      </w:r>
    </w:p>
    <w:p/>
    <w:p>
      <w:r>
        <w:br/>
        <w:t>He chuckled, a rich, warm sound that filled the small kitchen. “Guilty as charged.” He tightened his grip on her hand, his thumb tracing slow circles on her skin. “The truth is, Eleanor, every moment I spend with you feels like… discovering a hidden treasure. Something far more valuable than any historical artifact.” He paused, his gaze serious, yet warm. “It’s like finding a part of myself I didn’t even know was missing.”</w:t>
      </w:r>
    </w:p>
    <w:p/>
    <w:p>
      <w:r>
        <w:br/>
        <w:t>The words hung in the air, potent and profound. The simple act of holding hands, of sharing a meal, of engaging in lighthearted banter, had become imbued with a new significance. It was no longer just about shared interests; it was about a deepening emotional resonance, a tangible connection that was slowly but surely weaving itself into the fabric of their lives.</w:t>
      </w:r>
    </w:p>
    <w:p/>
    <w:p>
      <w:r>
        <w:br/>
        <w:t xml:space="preserve">As they settled onto the sofa later, the fire’s embers casting a warm glow, Liam pulled Eleanor closer. Her head rested on his chest, listening to the steady beat of his heart. His arm was a comforting weight around her shoulders, his touch a gentle, reassuring presence. The initial nervousness that had once characterized their interactions had been replaced by a profound sense of ease, a comfortable intimacy that allowed them to simply </w:t>
      </w:r>
    </w:p>
    <w:p>
      <w:pPr>
        <w:jc w:val="left"/>
      </w:pPr>
      <w:r>
        <w:rPr>
          <w:i/>
        </w:rPr>
        <w:t>be</w:t>
      </w:r>
      <w:r>
        <w:t xml:space="preserve"> with each other.</w:t>
      </w:r>
    </w:p>
    <w:p>
      <w:r>
        <w:br/>
        <w:t>“I was thinking about what you said earlier,” Eleanor murmured, her voice muffled by his shirt. “About the layers of yourself. It’s true, isn’t it? We all carry so much, so many unspoken histories.”</w:t>
      </w:r>
    </w:p>
    <w:p/>
    <w:p>
      <w:r>
        <w:br/>
        <w:t>Liam’s fingers idly stroked her hair. “But sometimes,” he said, his voice soft, “those layers are meant to be peeled back, especially when someone trustworthy is there to witness it. Someone who doesn’t judge, but simply… understands.”</w:t>
      </w:r>
    </w:p>
    <w:p/>
    <w:p>
      <w:r>
        <w:br/>
        <w:t>He shifted, turning her gently to face him. The firelight danced in his eyes, softening their intensity, making them seem almost liquid. “And I’m starting to understand, Eleanor, that what I’ve been building – these defenses, these carefully constructed walls – they weren’t protecting me. They were isolating me.” He cupped her face, his touch tender. “You’ve shown me a different way. A way that’s warmer, and infinitely more rewarding.”</w:t>
      </w:r>
    </w:p>
    <w:p/>
    <w:p>
      <w:r>
        <w:br/>
        <w:t>His lips met hers, a kiss that was no longer tentative or sweet, but rich with the warmth of shared experience and growing affection. It was a kiss that spoke of a deeper connection, a tangible expression of the trust and comfort they had cultivated. It was a promise, whispered on the breath, that this was more than just a passing fascination. This was the beginning of something real, something warm, something that promised to burn brightly against the encroaching chill of the world. The quiet comfort of the cottage, the gentle crackle of the fire, the shared intimacy – it all coalesced into a moment of perfect harmony, a testament to the beautiful transformation of sweet beginnings into a steadily burning flame.</w:t>
      </w:r>
    </w:p>
    <w:p/>
    <w:p>
      <w:pPr>
        <w:jc w:val="left"/>
      </w:pPr>
      <w:r>
        <w:t xml:space="preserve">The silence in the cottage had deepened, no longer a comfortable companion but a charged atmosphere, humming with an unspoken question. The embers in the hearth cast long, dancing shadows that seemed to mimic the restless energy thrumming beneath Eleanor’s skin. Liam’s gaze, usually so steady and analytical, was now clouded with an emotion she couldn't quite decipher, a blend of longing and a vulnerability that mirrored her own. He sat beside her on the hearth rug, their shoulders brushing, the subtle heat radiating from him a stark contrast to the coolness of the evening air outside. The scent of woodsmoke and aged paper that usually filled the air now seemed infused with something entirely new, something uniquely </w:t>
      </w:r>
      <w:r>
        <w:rPr>
          <w:i/>
        </w:rPr>
        <w:t>him</w:t>
      </w:r>
      <w:r>
        <w:t>.</w:t>
      </w:r>
    </w:p>
    <w:p>
      <w:r>
        <w:br/>
        <w:t>She felt his hand, which had been resting on her knee, slowly slide upwards, his fingers tracing the seam of her sweater. Each touch was a feather-light whisper against her skin, sending tiny tremors of anticipation through her. It was a hesitant exploration, a testing of boundaries that felt both inevitable and breathtakingly new. Eleanor’s own breath hitched in her throat, her heart beginning to beat a frantic rhythm against her ribs, a drum solo only he could hear. She dared not move, dared not break the fragile spell that had descended upon them. It felt as though the entire world had narrowed to this single point in time, this quiet cottage, this charged space between two people who were, against all odds, finding their way to each other.</w:t>
      </w:r>
    </w:p>
    <w:p/>
    <w:p>
      <w:r>
        <w:br/>
        <w:t>He cleared his throat, the sound a low rumble that seemed to vibrate through the floorboards. "Eleanor," he began, his voice rougher than usual, as if the words themselves were a challenge to be overcome. He turned his head slightly, his sapphire eyes meeting hers in the flickering firelight. The depths within them held a question, a plea, a yearning that made her own insides twist with a potent mixture of fear and an undeniable, burgeoning desire. He was, she realized, on the precipice of something, and the unspoken invitation was for her to step with him into the unknown.</w:t>
      </w:r>
    </w:p>
    <w:p/>
    <w:p>
      <w:r>
        <w:br/>
        <w:t>The carefully constructed walls she had built around her heart, brick by painstaking brick, felt as though they were beginning to crumble. Liam hadn’t forced his way in; he had simply held a steady light, illuminating the cracks, making her want to open the gates herself. And now, with his gaze so intensely fixed on her, with his hand now resting on her arm, his thumb gently stroking the soft skin of her inner elbow, she felt that opening widening. It was an act of profound trust, a silent confession that the carefully curated distance was no longer something she wanted.</w:t>
      </w:r>
    </w:p>
    <w:p/>
    <w:p>
      <w:r>
        <w:br/>
        <w:t>"Liam," she whispered, her own voice barely audible, a breath of sound lost in the quietude. Her fingers, as if guided by an unseen force, reached out and gently brushed against the back of his hand. The contact was electric, a spark igniting a slow burn that spread through her veins. She saw his pupils dilate, saw a subtle tightening of his jaw, a silent testament to the effect she had on him. It was a reciprocity she had craved, a sign that this burgeoning connection was not a one-sided affair, but a shared journey.</w:t>
      </w:r>
    </w:p>
    <w:p/>
    <w:p>
      <w:r>
        <w:br/>
        <w:t>He shifted closer, the warmth of his body a tangible presence against her side. The scent of him, a blend of old books, faint pine, and something uniquely masculine, enveloped her. His thumb moved from her elbow to her wrist, his fingers now lightly encircling her pulse. She felt the frantic hammering of her own heart beneath his touch, a wild, untamed thing that was both exhilarating and a little terrifying. He watched her face, his gaze tracing the curve of her cheekbone, the slight parting of her lips.</w:t>
      </w:r>
    </w:p>
    <w:p/>
    <w:p>
      <w:r>
        <w:br/>
        <w:t>"I’ve been wanting to do this," he admitted, his voice a low murmur, so soft she almost missed it. The words hung in the air, thick with unspoken history and future possibility. "For a while now."</w:t>
      </w:r>
    </w:p>
    <w:p/>
    <w:p>
      <w:r>
        <w:br/>
        <w:t>Eleanor’s breath caught. The admission, so simple and yet so profound, sent a wave of warmth through her, a blush that she knew must be visible even in the dim light. She didn’t pull away. Instead, she leaned into his touch, a silent affirmation, an invitation to proceed. The anticipation was almost unbearable, a tightrope walk between exquisite pleasure and the fear of the fall. But with Liam, the fall felt less like a descent into darkness and more like a surrender to a warmth she hadn't known she was missing.</w:t>
      </w:r>
    </w:p>
    <w:p/>
    <w:p>
      <w:r>
        <w:br/>
        <w:t>He raised his free hand, his fingers gently cupping her jaw. His touch was both reverent and possessive, a delicate exploration of her features. He looked into her eyes, his own filled with a potent cocktail of raw emotion – desire, tenderness, and a profound sense of wonder. It was the look of a man who had found something he had long sought, something precious and unexpected. Her own gaze dropped to his lips, and she saw the subtle tremor that ran through them.</w:t>
      </w:r>
    </w:p>
    <w:p/>
    <w:p>
      <w:r>
        <w:br/>
        <w:t>Then, slowly, deliberately, he leaned in. The space between them closed, a breath held, a moment suspended. His lips, soft and warm, brushed against hers. It wasn’t a sudden, urgent claim, but a gentle, tentative inquiry, a whisper of a kiss that felt like a question. Eleanor’s eyes fluttered closed, her own lips parting slightly to welcome the contact, to answer his unspoken question with a silent, breathless assent.</w:t>
      </w:r>
    </w:p>
    <w:p/>
    <w:p>
      <w:r>
        <w:br/>
        <w:t>The initial touch was soft, a delicate dance of lips that sent a jolt of pure sensation through her. It was the taste of him – a subtle sweetness, a hint of something earthy and real, a flavor that was uniquely Liam. Her hands, which had been resting on the rug, now found their way to his chest, her fingers splayed against the fabric of his shirt, feeling the steady, powerful beat of his heart beneath. It was a counterpoint to the frantic rhythm of her own, a grounding presence in the whirlwind of sensation.</w:t>
      </w:r>
    </w:p>
    <w:p/>
    <w:p>
      <w:r>
        <w:br/>
        <w:t>His kiss deepened, the tenderness of the first contact giving way to a richer, more confident exploration. It was a slow unfolding, a gradual surrender to the mounting intensity. He tasted of longing, of years of guarded emotion finally finding an outlet. Eleanor felt a warmth spreading through her, a molten gold that seeped into every corner of her being. It was more than just physical attraction; it was the culmination of shared vulnerabilities, of unspoken understandings, of the quiet recognition that they had found something rare and profound in each other.</w:t>
      </w:r>
    </w:p>
    <w:p/>
    <w:p>
      <w:r>
        <w:br/>
        <w:t>His arm tightened around her, drawing her impossibly closer, their bodies pressing together. The firelight cast a warm, intimate glow, illuminating the subtle shifts in their expressions, the flush that bloomed on Eleanor’s cheeks, the slight parting of Liam’s lips as he deepened the kiss. Her fingers, still on his chest, now found their way to the buttons of his shirt, a tentative, almost involuntary gesture, an urge to feel him more directly, to bridge the final gap between them.</w:t>
      </w:r>
    </w:p>
    <w:p/>
    <w:p>
      <w:r>
        <w:br/>
        <w:t>The kiss was a conversation without words, a dialogue of touch and taste and shared breath. It spoke of trust, a profound and earned trust that had been built layer by painstaking layer. It spoke of desire, a simmering intensity that had been building beneath the surface of their interactions for weeks. And it spoke of a deeper connection, a recognition of kindred spirits finding solace and passion in each other's presence.</w:t>
      </w:r>
    </w:p>
    <w:p/>
    <w:p>
      <w:r>
        <w:br/>
        <w:t>She felt the soft press of his lips against her neck, a trail of kisses that sent shivers down her spine. Each touch was a confirmation, a silent promise that this was real, that this was happening. Her own hands grew bolder, her fingers tracing the strong line of his jaw, then moving to tangle in his hair, holding him close. The world outside the cottage, with its mundane worries and its past heartaches, faded into an indistinct hum. There was only this moment, this fire, this embrace, this kiss that was awakening dormant parts of her, parts she hadn’t even realized were asleep.</w:t>
      </w:r>
    </w:p>
    <w:p/>
    <w:p>
      <w:r>
        <w:br/>
        <w:t>Liam pulled back just enough to look at her, his eyes dark and alight with an emotion that made her heart swell. His thumb brushed across her lips, a tender gesture that lingered. "Eleanor," he breathed, the sound a soft sigh of contentment, of awe. "You're… everything."</w:t>
      </w:r>
    </w:p>
    <w:p/>
    <w:p>
      <w:r>
        <w:br/>
        <w:t xml:space="preserve">The simplicity of his words, the raw honesty in his gaze, sent another wave of warmth through her. She leaned her forehead against his, their breaths mingling. The air crackled with a renewed energy, a quiet understanding that this was no longer just a flirtation, no longer just a budding friendship. This was a turning point, a moment that would forever be etched in the tapestry of their lives. The kiss had been a revelation, a validation, and a powerful, undeniable declaration of their burgeoning love. It was the spark that had ignited the fire, and Eleanor knew, with a certainty that settled deep in her bones, that this flame would burn brightly for a very long time. The taste of him, the feel of his embrace, the intoxicating mix of emotions swirling within her – it was all so new, so exhilarating, so deeply </w:t>
      </w:r>
    </w:p>
    <w:p>
      <w:pPr>
        <w:jc w:val="left"/>
      </w:pPr>
      <w:r>
        <w:rPr>
          <w:i/>
        </w:rPr>
        <w:t>right</w:t>
      </w:r>
      <w:r>
        <w:t>. It was the sweet beginning of a passionate, enduring romance, born from shared history and nurtured by a present filled with mutual respect and burgeoning desire. The kiss was the punctuation mark, the exclamation point, on a story that was only just beginning to truly unfold.</w:t>
      </w:r>
    </w:p>
    <w:p>
      <w:r>
        <w:t>The lingering taste of Liam’s kiss was a sweet ember, still glowing on Eleanor’s lips. The world outside the cottage, the world of deadlines and dusty archives, felt impossibly distant. Here, bathed in the gentle flicker of the fire and the warmth of Liam’s presence, was a new reality, one painted in shades of intimacy and burgeoning desire. He hadn't released her entirely; his arms remained a comforting anchor, his body a solid, reassuring presence against hers. Her own hands, which had found their way into his hair, now felt hesitant, unsure of where to go next, yet unwilling to relinquish the connection.</w:t>
      </w:r>
    </w:p>
    <w:p>
      <w:r>
        <w:br/>
        <w:t>Liam’s thumb traced the curve of her lower lip, a feather-light touch that sent a fresh wave of shivers through her. His eyes, still dark and filled with that potent blend of awe and tenderness, searched hers. "Eleanor," he repeated, his voice a low, melodic murmur that resonated deep within her. "Are you alright?"</w:t>
      </w:r>
    </w:p>
    <w:p/>
    <w:p>
      <w:r>
        <w:br/>
        <w:t>The question was simple, almost mundane, yet the underlying concern in his tone was anything but. It was a testament to his thoughtfulness, his awareness of the seismic shift that had just occurred between them. She managed a small, almost shy smile, her heart still fluttering like a trapped bird. "More than alright, Liam," she admitted, her voice husky. "I… I didn't expect…"</w:t>
      </w:r>
    </w:p>
    <w:p/>
    <w:p>
      <w:r>
        <w:br/>
        <w:t>He smiled, a slow, genuine unfolding that lit up his features. "Neither did I," he confessed, his gaze dropping briefly to her lips before returning to meet hers. "But I'm so glad it happened." He shifted, drawing her closer still, until there was no space left between them, their bodies molding together as if they had been designed for such a fit. The steady beat of his heart against her chest was a comforting rhythm, a tangible reminder of the living, breathing man she was now so intimately connected with.</w:t>
      </w:r>
    </w:p>
    <w:p/>
    <w:p>
      <w:r>
        <w:br/>
        <w:t>His lips found hers again, not with the tentative inquiry of the first kiss, but with a more assured, though still gentle, pressure. It was a kiss that spoke of a deeper acknowledgment, a mutual understanding that this was not a fleeting moment, but a significant step. Eleanor met his kiss with a willingness that surprised even herself, her own desire rising to meet his. Her hands, no longer hesitant, slid from his hair to his shoulders, her fingers exploring the strength of his frame beneath the soft fabric of his shirt. The simple act of touching him, of feeling the solid reality of him, was an exquisite pleasure.</w:t>
      </w:r>
    </w:p>
    <w:p/>
    <w:p>
      <w:r>
        <w:br/>
        <w:t>His kiss deepened, and she responded with an eagerness that felt both natural and thrilling. It was a conversation of touch, of taste, of shared breath. He explored the contours of her mouth with a tenderness that made her knees weak, and she, in turn, found herself emboldened, her fingers tracing the line of his jaw, then moving to the sensitive skin of his neck. A soft sigh escaped her lips, and she felt him tighten his embrace, pulling her flush against him. The subtle heat radiating from his body was intoxicating, a stark contrast to the cool air of the cottage.</w:t>
      </w:r>
    </w:p>
    <w:p/>
    <w:p>
      <w:r>
        <w:br/>
        <w:t>He broke the kiss, his forehead resting against hers, their breaths mingling. "This is… good," he murmured, the words a testament to the overwhelming sense of rightness that permeated the air between them. "It feels… right."</w:t>
      </w:r>
    </w:p>
    <w:p/>
    <w:p>
      <w:r>
        <w:br/>
        <w:t>Eleanor couldn't agree more. The carefully constructed barriers she had maintained for so long, the walls of self-preservation and past hurt, seemed to be dissolving with an astonishing speed. With Liam, there was no pretense, no artifice. There was only an honest, open connection that felt both profound and exhilarating. She felt a warmth spread through her, a delicious languor that made her want to simply melt into him.</w:t>
      </w:r>
    </w:p>
    <w:p/>
    <w:p>
      <w:r>
        <w:br/>
        <w:t>His lips trailed from her forehead, down the bridge of her nose, and finally settled on her cheek. Each kiss was a gentle exploration, a silent affirmation of his desire. He lingered at the sensitive curve of her jaw, his breath warm against her skin, sending delicious shivers down her spine. Her own hands, still clasped around his neck, tightened their hold, an instinctive gesture of anchoring herself in this new, intoxicating reality. She tilted her head, exposing more of her neck to his ministrations, a silent invitation.</w:t>
      </w:r>
    </w:p>
    <w:p/>
    <w:p>
      <w:r>
        <w:br/>
        <w:t>Liam obliged, his lips moving to the hollow of her throat. Eleanor gasped softly, her fingers tightening in his hair. It was a sensation both unfamiliar and incredibly potent, the subtle press of his lips against her pulse point igniting a fire within her that spread through her entire being. She felt the frantic thrum of her own heart beneath his touch, a wild rhythm that mirrored the burgeoning desire in her own body. It was a vulnerability she hadn't felt in years, a willingness to be seen, to be touched, to be desired.</w:t>
      </w:r>
    </w:p>
    <w:p/>
    <w:p>
      <w:r>
        <w:br/>
        <w:t>He pulled back slightly, his eyes, now a deeper shade of blue, met hers. There was a question in them, a silent plea for permission to go further. Eleanor, caught in the web of sensation and emotion, could only offer a small, almost imperceptible nod. The unspoken understanding passed between them, a current of shared intent that was more powerful than any words.</w:t>
      </w:r>
    </w:p>
    <w:p/>
    <w:p>
      <w:r>
        <w:br/>
        <w:t>His hands moved from her waist, sliding upwards to cup her breasts through the soft fabric of her sweater. The touch was gentle, reverent, yet undeniably possessive. Eleanor’s breath hitched. It was the first time he had touched her in such a distinctly intimate way, and the sensation was both electrifying and incredibly intimate. She felt a wave of heat rise from her chest, flooding her entire body. Her nipples hardened against the fabric, an involuntary response that made her blush, even in the dim light.</w:t>
      </w:r>
    </w:p>
    <w:p/>
    <w:p>
      <w:r>
        <w:br/>
        <w:t>Liam’s gaze dropped to her chest, and she saw a flicker of pure, unadulterated desire in his eyes. He leaned in, his lips brushing against the underside of her jaw, sending tremors through her. "You're so beautiful, Eleanor," he whispered, his voice thick with emotion. "So incredibly beautiful."</w:t>
      </w:r>
    </w:p>
    <w:p/>
    <w:p>
      <w:r>
        <w:br/>
        <w:t>His words were a balm to her soul, a confirmation of the feelings she was only just beginning to understand. She had always been so critical of herself, so accustomed to feeling invisible. To hear Liam speak to her with such genuine admiration, such palpable desire, was a revelation. She leaned into his touch, her own hands finding their way to his chest, her fingers tracing the strong lines of his pectoral muscles through his shirt. The smooth, firm texture of his skin beneath the fabric was an invitation in itself.</w:t>
      </w:r>
    </w:p>
    <w:p/>
    <w:p>
      <w:r>
        <w:br/>
        <w:t>He shifted his weight, moving closer, his body pressing against hers. The heat intensified, the subtle scent of him, a mix of old paper, pine, and something uniquely masculine, filling her senses. His hands, still cupping her breasts, began a slow, deliberate massage, and Eleanor moaned softly, her eyes fluttering closed. It was an exquisite sensation, a dance of touch and pressure that awakened a deep, primal ache within her.</w:t>
      </w:r>
    </w:p>
    <w:p/>
    <w:p>
      <w:r>
        <w:br/>
        <w:t>"Liam," she breathed, her voice a mere whisper. She wanted to say more, to express the overwhelming emotions swirling within her, but the words caught in her throat, lost in the rising tide of sensation.</w:t>
      </w:r>
    </w:p>
    <w:p/>
    <w:p>
      <w:r>
        <w:br/>
        <w:t>He lowered his head, his lips finding the soft curve of her breast through the fabric of her sweater. Eleanor gasped, her fingers tangling in his hair, holding him close. The kiss was soft, yet held an intensity that made her arch her back, pressing herself against him. It was a slow burn, a delicious torment that built with each gentle press of his lips. She felt a potent mixture of pleasure and a desperate need for more, a hunger that had been dormant for far too long.</w:t>
      </w:r>
    </w:p>
    <w:p/>
    <w:p>
      <w:r>
        <w:br/>
        <w:t>His hand moved from her breast, sliding down her side, his touch lingering on her waist. He pulled her even closer, their bodies now intimately acquainted. She could feel the undeniable hardness of him against her, a testament to the arousal he had ignited in her. It was a powerful reminder of the physical connection that was now blossoming between them, a connection that was as emotionally charged as it was physically potent.</w:t>
      </w:r>
    </w:p>
    <w:p/>
    <w:p>
      <w:r>
        <w:br/>
        <w:t>He lifted his head, his gaze locking with hers. His eyes were dark pools of desire, and in their depths, Eleanor saw a reflection of her own longing. He gently tugged at the hem of her sweater, his fingers brushing against the bare skin of her stomach. The contact sent a jolt of pure electricity through her. She didn't pull away; instead, she met his gaze, her own eyes filled with a mixture of apprehension and a burning curiosity.</w:t>
      </w:r>
    </w:p>
    <w:p/>
    <w:p>
      <w:r>
        <w:br/>
        <w:t>"May I?" he murmured, his voice a low rumble, the question hanging heavy in the air between them. It was a question of respect, of trust, and Eleanor felt a profound sense of gratitude for his consideration.</w:t>
      </w:r>
    </w:p>
    <w:p/>
    <w:p>
      <w:r>
        <w:br/>
        <w:t>She nodded, unable to speak, her throat tight with emotion. The simple act of his asking, of his seeking her consent, meant more to her than he could possibly know. It was a testament to the deep emotional foundation they were building, a foundation that made this physical exploration feel safe, cherished, and incredibly precious.</w:t>
      </w:r>
    </w:p>
    <w:p/>
    <w:p>
      <w:r>
        <w:br/>
        <w:t>With a slow, deliberate movement, Liam began to ease the hem of her sweater upwards. Eleanor watched, her heart pounding, as the fabric rose, revealing the soft skin of her abdomen. The cool air of the cottage was a stark contrast to the heat that coursed through her veins. He paused, his gaze lingering on her stomach, a soft smile playing on his lips. He reached out, his fingers gently tracing the curve of her hipbone, his touch sending a fresh wave of goosebumps across her skin.</w:t>
      </w:r>
    </w:p>
    <w:p/>
    <w:p>
      <w:r>
        <w:br/>
        <w:t>He continued to lift the sweater, his movements unhurried, deliberate. Eleanor felt a blush creep up her neck and across her cheeks. It was a vulnerability she hadn't experienced in a long time, a feeling of being seen, truly seen, by another person. As the sweater continued its ascent, it finally cleared her head, and she blinked, her vision adjusting to the firelight. Liam’s eyes, however, were fixed on her, filled with an expression of pure wonder.</w:t>
      </w:r>
    </w:p>
    <w:p/>
    <w:p>
      <w:r>
        <w:br/>
        <w:t>He reached out, his hand hovering for a moment before gently cupping her side. His touch was warm and firm, sending a delicious tremor through her. Eleanor instinctively leaned into his touch, a silent offering of herself. He began to explore the curve of her waist, his fingers trailing upwards, teasing the sensitive skin of her ribs. Each touch was a revelation, a new sensation that ignited a deeper yearning within her.</w:t>
      </w:r>
    </w:p>
    <w:p/>
    <w:p>
      <w:r>
        <w:br/>
        <w:t>Liam’s gaze dropped to the lace of her bra, and Eleanor felt a pang of shyness. But then she met his eyes again, and the apprehension melted away, replaced by a surge of confidence. His gaze was not one of judgment, but of admiration, of a deep and abiding appreciation for her. He reached out, his fingers gently brushing against the delicate lace, his touch sending a fresh wave of heat through her.</w:t>
      </w:r>
    </w:p>
    <w:p/>
    <w:p>
      <w:r>
        <w:br/>
        <w:t>"Eleanor," he breathed, his voice laced with awe. "You're… exquisite."</w:t>
      </w:r>
    </w:p>
    <w:p/>
    <w:p>
      <w:r>
        <w:br/>
        <w:t>The sincerity in his voice, the raw emotion in his eyes, made her heart swell. She reached out, her own fingers finding the buttons of his shirt. It was a bold move for her, a step outside her usual comfort zone, but with Liam, the boundaries of her reserve seemed to blur and fade. She fumbled slightly with the buttons, her fingers trembling, and Liam offered a gentle, encouraging smile.</w:t>
      </w:r>
    </w:p>
    <w:p/>
    <w:p>
      <w:r>
        <w:br/>
        <w:t>He covered her hands with his, guiding them as he unbuttoned the remaining buttons of his shirt. The anticipation was almost unbearable. Eleanor watched, her breath catching in her throat, as he pulled the shirt open, revealing his bare chest. The sight of him, the solid expanse of his chest, the subtle dusting of dark hair, sent a thrill through her. It was a tangible manifestation of the desire that had been simmering between them for so long.</w:t>
      </w:r>
    </w:p>
    <w:p/>
    <w:p>
      <w:r>
        <w:br/>
        <w:t>Liam pulled her close, their bare chests now pressing together. Eleanor gasped at the sensation, the warmth of his skin against hers, the strong, steady beat of his heart against her own. It was an intimacy that transcended mere physical contact; it was a connection on a deeper, more profound level. She felt a sense of rightness, of belonging, that she had never experienced before.</w:t>
      </w:r>
    </w:p>
    <w:p/>
    <w:p>
      <w:r>
        <w:br/>
        <w:t>His hands, freed from the constraints of his shirt, now explored her back, his touch both tender and firm. He pulled her closer still, and Eleanor found herself melting into his embrace. His lips found hers again, a kiss that was deeper, more passionate than any before. It was a kiss that spoke of surrender, of trust, of a shared desire that was finally being unleashed.</w:t>
      </w:r>
    </w:p>
    <w:p/>
    <w:p>
      <w:r>
        <w:br/>
        <w:t>Eleanor’s own hands, no longer tentative, began to explore him in return. She traced the muscles of his shoulders, the strong line of his collarbone, her touch filled with a newfound boldness. She felt the way his body responded to her touch, the subtle tightening of his muscles, the soft groan that escaped his lips. It was a mutual exploration, a dance of discovery that was both exhilarating and incredibly intimate.</w:t>
      </w:r>
    </w:p>
    <w:p/>
    <w:p>
      <w:r>
        <w:br/>
        <w:t>Liam’s hands moved from her back to her sides, his fingers gently stroking her skin. He then moved to the clasp of her bra, his touch slow and deliberate. Eleanor held her breath, her gaze locked with his. The moment he unhooked the clasp, and the soft fabric fell away, she felt a wave of vulnerability wash over her, but it was quickly replaced by a surge of exhilaration. Liam’s eyes, dark with desire, drank in the sight of her.</w:t>
      </w:r>
    </w:p>
    <w:p/>
    <w:p>
      <w:r>
        <w:br/>
        <w:t>He lowered his head, his lips brushing against the swell of her breasts. Eleanor moaned softly, her hands instinctively moving to his hair, holding him close. His kisses were soft, reverent, each one sending a delicious shiver through her. He explored the curve of her breast, his tongue tracing its delicate outline, and Eleanor arched her back, her body trembling with pleasure.</w:t>
      </w:r>
    </w:p>
    <w:p/>
    <w:p>
      <w:r>
        <w:br/>
        <w:t>He looked up at her, his eyes filled with an emotion that made her heart ache. "You are so perfect," he whispered, his voice thick with emotion. He then lowered his head again, his mouth finding her nipple, his tongue circling it with exquisite slowness. Eleanor cried out softly, her fingers digging into his shoulders. It was a sensation so intense, so overwhelming, that she felt as though she might shatter.</w:t>
      </w:r>
    </w:p>
    <w:p/>
    <w:p>
      <w:r>
        <w:br/>
        <w:t>Liam continued his ministrations, his touch both gentle and demanding. Eleanor found herself lost in the sensations, her mind a hazy blur of pure pleasure. Her own hands roamed his back, feeling the smooth, firm skin beneath her fingertips, the subtle tremor that ran through his body in response to her touch. It was a mutual awakening, a shared journey into a realm of intimacy they had only just begun to explore.</w:t>
      </w:r>
    </w:p>
    <w:p/>
    <w:p>
      <w:r>
        <w:br/>
        <w:t>He eventually pulled back, his eyes still locked with hers, a soft smile on his lips. He gently brushed a stray strand of hair from her face, his touch feather-light. "We have all night," he murmured, his voice a low, soothing balm.</w:t>
      </w:r>
    </w:p>
    <w:p/>
    <w:p>
      <w:r>
        <w:br/>
        <w:t>Eleanor could only nod, her breath coming in ragged gasps. The fire crackled in the hearth, casting dancing shadows on the walls, mirroring the fire that raged within her. The world outside, with its deadlines and its dusty archives, had vanished completely. There was only this moment, this cottage, this man, and the intoxicating promise of a night filled with exploration, discovery, and the deep, undeniable blossoming of their shared love. The physical connection they were forging was not just about touch; it was about trust, vulnerability, and the profound realization that in each other's arms, they had found a sanctuary, a place where their souls could finally unfurl and bloom. The heat between them was no longer a gentle ember, but a steady, powerful flame, burning brightly with the promise of a passion that was only just beginning to ignite.</w:t>
      </w:r>
    </w:p>
    <w:p/>
    <w:p>
      <w:r>
        <w:t>The firelight danced, painting flickering patterns on Liam’s face as he traced the curve of Eleanor’s jaw with his thumb. The kiss, still lingering on her lips, had been a catalyst, a gentle unlocking of doors that had been shut for too long. But as the initial rush of passion subsided, a different kind of intimacy began to bloom, one born not of physical touch, but of quiet understanding and whispered confessions. The air in the cottage, once thick with the heady scent of desire, now held a fragile, precious stillness, an invitation to delve deeper.</w:t>
      </w:r>
    </w:p>
    <w:p>
      <w:r>
        <w:br/>
        <w:t>“I… I’ve never told anyone this,” Eleanor began, her voice barely a murmur, her gaze fixed on the dancing flames. The admission felt monumental, a pebble dropped into the still waters of their shared silence. She hadn’t planned on saying it, hadn’t even realized it was there, simmering beneath the surface of her carefully constructed composure, until the words had simply tumbled out. “Even when I was a child, I always felt like I was… on the outside looking in. Like everyone else had a secret language I hadn’t been taught.”</w:t>
      </w:r>
    </w:p>
    <w:p/>
    <w:p>
      <w:r>
        <w:br/>
        <w:t>Liam’s hand stilled on her jaw, his thumb stilling its caress. His eyes, which had been alight with a tenderness born of their recent intimacy, now held a profound attentiveness. He didn’t interrupt, didn’t offer platitudes, just met her gaze with an openness that encouraged her to continue. The space between them, once filled with the unspoken language of touch, was now being bridged by the even more potent currency of shared vulnerability.</w:t>
      </w:r>
    </w:p>
    <w:p/>
    <w:p>
      <w:r>
        <w:br/>
        <w:t>“I remember in school,” she continued, a faint, self-deprecating smile touching her lips, “during break times, all the other children would run out into the playground, forming groups, laughing. I’d always find myself hovering near the edge of the classroom, pretending to be absorbed in a book, or tidying my desk, anything to avoid that moment of having to consciously decide to join them. It felt like a performance I didn’t know the script for.” She took a slow breath, the memory still sharp, the sting of that childhood isolation a faint echo. “And even when I did manage to join in, I always felt like I was a beat behind, trying to catch up with their jokes, their shared experiences. I was always afraid of saying the wrong thing, of revealing that I didn’t truly belong.”</w:t>
      </w:r>
    </w:p>
    <w:p/>
    <w:p>
      <w:r>
        <w:br/>
        <w:t>Liam’s arm tightened around her, drawing her closer. He didn't speak, but the quiet strength of his embrace was an eloquent response, a silent acknowledgment that he heard her, that he understood. Eleanor found herself leaning into his warmth, the solid reality of him a comforting anchor against the tide of old insecurities.</w:t>
      </w:r>
    </w:p>
    <w:p/>
    <w:p>
      <w:r>
        <w:br/>
        <w:t>“It’s why I’ve always been drawn to history, I suppose,” she admitted, her voice softening. “The past feels safer. The people are gone, their stories are already written. There’s no pressure to react in real-time, no fear of misinterpretation. I can analyze, understand, and connect with them on my own terms. Books became my friends, my confidantes. They never judged, never expected me to be someone I wasn’t.”</w:t>
      </w:r>
    </w:p>
    <w:p/>
    <w:p>
      <w:r>
        <w:br/>
        <w:t>She risked a glance at Liam, searching his face for any sign of judgment or pity, but found only a quiet empathy. He squeezed her hand gently, his gaze never wavering. “That makes perfect sense, Eleanor,” he said softly, his voice a low, comforting rumble. “I think… I think I understand that feeling, in a way. Not the exact same experience, of course, but the desire for a place where you don’t have to perform.”</w:t>
      </w:r>
    </w:p>
    <w:p/>
    <w:p>
      <w:r>
        <w:br/>
        <w:t xml:space="preserve">He shifted slightly, turning her to face him fully. The firelight cast shadows that softened the edges of his features, making him seem even more approachable. “For me,” he began, his voice taking on a more introspective tone, “it was always about… expectations. My father, he had this very clear vision of what I should be. A lawyer, successful, respectable. He never really asked me what I wanted. It was just assumed. And for a long time, I just… went along with it. I studied what he wanted, I pursued the career path he laid out. I was so afraid of disappointing him, of becoming an outcast in my own family, that I didn’t even stop to consider what might make </w:t>
      </w:r>
    </w:p>
    <w:p>
      <w:pPr>
        <w:jc w:val="left"/>
      </w:pPr>
      <w:r>
        <w:rPr>
          <w:i/>
        </w:rPr>
        <w:t>me</w:t>
      </w:r>
      <w:r>
        <w:t xml:space="preserve"> happy.”</w:t>
      </w:r>
    </w:p>
    <w:p>
      <w:r>
        <w:br/>
        <w:t>Eleanor listened, captivated. This was a side of Liam she hadn’t seen before, a glimpse behind the confident, capable man she was coming to know. The shared vulnerability was creating a magnetic pull, drawing them closer on a level that transcended the physical.</w:t>
      </w:r>
    </w:p>
    <w:p/>
    <w:p>
      <w:r>
        <w:br/>
        <w:t>“There was this one time,” he continued, a faint sigh escaping his lips, “during university. I had this elective in… photography. I was terrible at it, technically. My shots were always a bit blurry, the lighting often off. But I loved it. I loved the way I could capture a moment, a feeling, something that felt ephemeral. I remember showing my father one of my photos – it was a shot of a storm rolling in over the coast. I thought it was beautiful, dramatic. He just looked at it for a moment and said, ‘What’s the point, Liam? It’s just a cloudy sky.’ He didn’t see the mood, the atmosphere, the raw power I’d tried to capture. He just saw an incomplete technical exercise. And I… I put the camera away. I never showed him anything again.”</w:t>
      </w:r>
    </w:p>
    <w:p/>
    <w:p>
      <w:r>
        <w:br/>
        <w:t>A shadow of regret flickered across his face, and Eleanor felt a pang of sympathy. “That’s… a terrible thing to say,” she murmured, reaching out to cover his hand with hers.</w:t>
      </w:r>
    </w:p>
    <w:p/>
    <w:p>
      <w:r>
        <w:br/>
        <w:t xml:space="preserve">He offered a wry smile. “It felt terrible at the time. And for years, I kept that part of myself buried. I told myself it was a childish pursuit, a distraction from the ‘real’ work. But the truth is, it was a part of me that felt genuine, that felt like </w:t>
      </w:r>
    </w:p>
    <w:p>
      <w:pPr>
        <w:jc w:val="left"/>
      </w:pPr>
      <w:r>
        <w:rPr>
          <w:i/>
        </w:rPr>
        <w:t>mine</w:t>
      </w:r>
      <w:r>
        <w:t>. And by suppressing it, I felt like I was suppressing a part of myself.” He met her eyes, his gaze earnest. “It’s only recently, actually, since… since we’ve been spending time together, that I’ve started to feel like I can even consider bringing that part of myself back to the surface. Because you… you see things differently, Eleanor. You appreciate the subtle, the nuanced. You don’t just see the technical aspect; you see the emotion behind it.”</w:t>
      </w:r>
    </w:p>
    <w:p>
      <w:r>
        <w:br/>
        <w:t>His words hung in the air, a powerful affirmation. Eleanor felt a warmth spread through her, a sense of being truly seen and understood that was more intoxicating than any physical touch. This was the essence of what they were building, this fragile, beautiful bridge of shared experience.</w:t>
      </w:r>
    </w:p>
    <w:p/>
    <w:p>
      <w:r>
        <w:br/>
        <w:t>“I remember when I decided to leave my firm,” Liam confessed, his voice growing quieter, more introspective. “It was a massive decision. I had built a career there, a reputation. But I was… I was miserable. I felt like I was drowning in paperwork and false politeness. Every day felt like a performance, a constant effort to maintain an image that wasn’t me. The money was good, the prestige was there, but my soul felt… shriveled.”</w:t>
      </w:r>
    </w:p>
    <w:p/>
    <w:p>
      <w:r>
        <w:br/>
        <w:t>He paused, his gaze drifting to the hearth. “When I told my father, he was furious. He called me ungrateful, foolish, a coward. He said I was throwing away everything he’d worked for. And for a while, I believed him. I questioned my own sanity. Was I being too sensitive? Was I letting my emotions get in the way of logic? It took me months to truly internalize the fact that my happiness, my mental well-being, was more important than his approval or the perception of success.”</w:t>
      </w:r>
    </w:p>
    <w:p/>
    <w:p>
      <w:r>
        <w:br/>
        <w:t>Eleanor squeezed his hand again. “It takes immense courage to do that, Liam. To choose your own path, even when it’s met with resistance.”</w:t>
      </w:r>
    </w:p>
    <w:p/>
    <w:p>
      <w:r>
        <w:br/>
        <w:t>“And you,” he turned back to her, his expression earnest, “you’ve done something similar, haven’t you? Stepping away from the academic world, the security of it, to pursue… what? What is it you’re really looking for?”</w:t>
      </w:r>
    </w:p>
    <w:p/>
    <w:p>
      <w:r>
        <w:br/>
        <w:t>Eleanor hesitated, the question striking a chord deep within her. She had spoken of her discomfort with the performative aspects of academia, but the deeper reasons, the true aspirations, had remained a guarded secret, even from herself, until recently.</w:t>
      </w:r>
    </w:p>
    <w:p/>
    <w:p>
      <w:r>
        <w:br/>
        <w:t xml:space="preserve">“I… I think I’ve always felt a disconnect between the stories I read and the way they were presented. The dry analysis, the detached objectivity. It felt like we were dissecting butterflies, admiring their beauty but killing their essence in the process,” she explained, her voice gaining a quiet intensity. “I want to bring those stories to life. Not just to be analyzed, but to be felt. To understand the human element, the passion, the folly, the triumph that drove them. I want to write them in a way that resonates, that makes people feel something. I want to share the </w:t>
      </w:r>
    </w:p>
    <w:p>
      <w:pPr>
        <w:jc w:val="left"/>
      </w:pPr>
      <w:r>
        <w:rPr>
          <w:i/>
        </w:rPr>
        <w:t>heart</w:t>
      </w:r>
      <w:r>
        <w:t xml:space="preserve"> of history, not just its skeleton.”</w:t>
      </w:r>
    </w:p>
    <w:p>
      <w:r>
        <w:br/>
        <w:t>She looked at him, her own vulnerability laid bare. “It’s a terrifying prospect. To put my own words out there, to expose my interpretation, my voice. It feels so much more exposed than simply analyzing someone else’s work. What if people don’t connect with it? What if they find it… trivial? Or worse, wrong?” The old fears, the echoes of her childhood insecurities, resurfaced, momentarily clouding her newfound resolve.</w:t>
      </w:r>
    </w:p>
    <w:p/>
    <w:p>
      <w:r>
        <w:br/>
        <w:t>Liam’s eyes softened with understanding. He reached out and gently cupped her cheek, his thumb stroking the sensitive skin. “Eleanor,” he said, his voice a low, comforting cadence, “that’s not trivial. That’s brave. That’s incredibly brave. And knowing you, I have no doubt that whatever you write will be infused with intelligence, passion, and that unique spark that makes you, you.”</w:t>
      </w:r>
    </w:p>
    <w:p/>
    <w:p>
      <w:r>
        <w:br/>
        <w:t>He leaned in, his lips brushing against her forehead. “You’ve spent so long being afraid of not belonging, of not being understood. But here, with me, you don’t have to be afraid. You can be exactly who you are. You can share your stories, your fears, your dreams, and I will listen. I will understand. And I will be here, cheering you on, every step of the way.”</w:t>
      </w:r>
    </w:p>
    <w:p/>
    <w:p>
      <w:r>
        <w:br/>
        <w:t>The sincerity in his voice was a balm to her soul. It was more than just words; it was a promise, a testament to the deepening bond between them. The fire crackled, a soft counterpoint to the quiet revolution happening within Eleanor. The carefully constructed walls she had built around her heart, brick by brick, over years of self-protection, were not just crumbling; they were dissolving, melting away under the gentle, persistent warmth of Liam’s presence and his unwavering belief in her.</w:t>
      </w:r>
    </w:p>
    <w:p/>
    <w:p>
      <w:r>
        <w:br/>
        <w:t>“It’s… it’s not just about the writing, though, is it?” she mused, the thought forming as she spoke. “It’s about… letting go of the need for approval. From anyone. My father’s memory, the ghosts of past rejections, even my own internal critic. It’s about accepting that my own voice, my own interpretation, is valid.”</w:t>
      </w:r>
    </w:p>
    <w:p/>
    <w:p>
      <w:r>
        <w:br/>
        <w:t>Liam nodded, his gaze steady. “Exactly. It’s about authenticity. And that’s something I’m still learning, too. Learning to trust my own instincts, to value my own happiness above the expectations of others. It’s a lifelong process, I think.”</w:t>
      </w:r>
    </w:p>
    <w:p/>
    <w:p>
      <w:r>
        <w:br/>
        <w:t>He pulled her closer, their bodies fitting together with an ease that still surprised and delighted her. The physical intimacy they had shared earlier had opened the door, but it was these conversations, these exchanges of vulnerability, that were truly cementing their connection. It was a delicate dance, a reciprocal unveiling, where each admission, each shared fear, each whispered hope, deepened the trust and the desire that simmered between them.</w:t>
      </w:r>
    </w:p>
    <w:p/>
    <w:p>
      <w:r>
        <w:br/>
        <w:t>“I’ve always been afraid of being seen as too… much,” Eleanor confessed, her voice barely audible. “Too intense, too emotional, too opinionated. I’ve learned to temper myself, to dial down the parts of me that might overwhelm people. It’s exhausting, trying to maintain that level of control.”</w:t>
      </w:r>
    </w:p>
    <w:p/>
    <w:p>
      <w:r>
        <w:br/>
        <w:t>Liam gently stroked her hair, his touch a soothing reassurance. “But those are the very things I find captivating about you, Eleanor. Your intensity, your passion, your sharp intellect. Don’t ever dull those parts of yourself for anyone. They are your strengths. They are what make you extraordinary.”</w:t>
      </w:r>
    </w:p>
    <w:p/>
    <w:p>
      <w:r>
        <w:br/>
        <w:t>The genuine admiration in his voice resonated deep within her. It wasn’t just flattery; it was an honest appreciation of who she was, at her core. This mutual acceptance, this willingness to embrace each other’s imperfections and unique qualities, was the bedrock upon which their relationship was being built. It was a sanctuary, a place where they could shed their pretenses and simply be.</w:t>
      </w:r>
    </w:p>
    <w:p/>
    <w:p>
      <w:r>
        <w:br/>
        <w:t>“And I,” Liam admitted, his voice laced with a vulnerability that mirrored her own, “I’ve always been afraid of… being too soft. Of being perceived as weak. My upbringing, the expectations placed upon me, they taught me that men needed to be strong, stoic, unyielding. So, I built walls. I learned to mask my emotions, to suppress any hint of vulnerability. It was a defense mechanism, I suppose. A way to protect myself from being hurt, or dismissed.”</w:t>
      </w:r>
    </w:p>
    <w:p/>
    <w:p>
      <w:r>
        <w:br/>
        <w:t>He paused, his gaze meeting hers. “But it’s a lonely way to live, Eleanor. And recently, I’ve realized that true strength isn’t about suppressing your emotions; it’s about being able to feel them, to acknowledge them, and to share them with someone you trust. And I trust you. More than I’ve ever trusted anyone.”</w:t>
      </w:r>
    </w:p>
    <w:p/>
    <w:p>
      <w:r>
        <w:br/>
        <w:t>Tears pricked at Eleanor’s eyes, not of sadness, but of profound relief and joy. This was what she had yearned for, a connection that went beyond the superficial, a love that embraced the whole of her, flaws and all. And to know that Liam, the strong, seemingly impenetrable Liam, felt the same, was incredibly moving.</w:t>
      </w:r>
    </w:p>
    <w:p/>
    <w:p>
      <w:r>
        <w:br/>
        <w:t>“It’s like… when we’re together,” she whispered, searching for the right words, “the need to be perfect just… fades away. I don’t feel like I have to perform, or impress. I just feel… comfortable. Safe. Like I can exhale for the first time in years.”</w:t>
      </w:r>
    </w:p>
    <w:p/>
    <w:p>
      <w:r>
        <w:br/>
        <w:t>“Exactly,” Liam agreed, his voice hoarse with emotion. “That’s the fire we’re building, Eleanor. Not just the passion, but the warmth of acceptance, the steady glow of trust, the unwavering flame of understanding. It’s built on honesty, on openness, on the willingness to be seen, truly seen, by another person.”</w:t>
      </w:r>
    </w:p>
    <w:p/>
    <w:p>
      <w:r>
        <w:br/>
        <w:t>He kissed her then, a deep, lingering kiss that was imbued with all the confessions and revelations they had shared. It wasn’t just a kiss of desire; it was a kiss of acknowledgment, of profound connection, of a shared commitment to this unfolding intimacy. Eleanor responded with an eagerness that came from a place of deep emotional resonance, her hands moving to his chest, feeling the steady beat of his heart against hers. It was a rhythm that spoke of shared vulnerability, of a love that was not just growing, but blossoming, nurtured by the courage to be open, and the profound beauty of being truly understood. The fire in the hearth crackled, a silent witness to the forging of a bond that was as strong and enduring as the ancient stones of the cottage itself. Their conversation had not diminished the physical spark; instead, it had ignited a deeper, more sustainable burn, fueled by the raw, honest truth of their hearts.</w:t>
      </w:r>
    </w:p>
    <w:p/>
    <w:p>
      <w:r>
        <w:t>The embers in the hearth cast long, dancing shadows across the room, mirroring the flicker of newfound boldness in Eleanor’s eyes. Liam’s hand, which had been tracing the delicate curve of her jaw, now cupped her face, his thumb brushing away a stray tear that had escaped during their vulnerable exchange. The air, thick with confessions and the scent of old woodsmoke, now hummed with a different kind of energy – an electric current born of unspoken desires that had finally found a voice. The tenderness they had shared moments before had deepened, transforming into a palpable hunger, a mutual recognition of the fire that had been smoldering beneath the surface, waiting for the right moment to ignite.</w:t>
      </w:r>
    </w:p>
    <w:p>
      <w:r>
        <w:br/>
        <w:t xml:space="preserve">“You see things differently, Eleanor,” Liam murmured, his voice a low rumble against her skin, his gaze holding hers with an intensity that made her breath hitch. “You see the heart of things. And when I look at you… I see the heart of </w:t>
      </w:r>
    </w:p>
    <w:p>
      <w:pPr>
        <w:jc w:val="left"/>
      </w:pPr>
      <w:r>
        <w:rPr>
          <w:i/>
        </w:rPr>
        <w:t>me</w:t>
      </w:r>
      <w:r>
        <w:t>.” The words were a revelation, a balm to years of self-doubt and a powerful testament to the profound connection blooming between them. He leaned in, his lips finding hers not with the tentative curiosity of their earlier kiss, but with a purposeful, insistent claim. This was no longer a gentle exploration; it was a declaration, a consuming embrace that spoke volumes of the trust they had built, the vulnerability they had shared, and the burgeoning passion that now threatened to consume them both.</w:t>
      </w:r>
    </w:p>
    <w:p>
      <w:r>
        <w:br/>
        <w:t>Eleanor’s response was immediate, an instinctive yielding to the storm of emotion and sensation. Her hands, which had been resting on his chest, now moved to tangle in his hair, pulling him closer, her body molding against his with an urgency that surprised even herself. The lingering fear of being “too much”, of overwhelming him, evaporated in the heat of his touch. Instead, she felt a liberation, a freedom to express the desire that had been held in check for so long, a desire that Liam not only reciprocated but actively encouraged.</w:t>
      </w:r>
    </w:p>
    <w:p/>
    <w:p>
      <w:r>
        <w:br/>
        <w:t>His kiss deepened, a slow, deliberate exploration that spoke of a shared language of sensation. His lips were firm yet yielding, tasting of the wine they had shared and the raw, honest emotions that had been bared between them. Eleanor met his intensity with her own, her body alive with a yearning that went beyond the physical. It was a yearning for connection, for a love that was as passionate as it was profound, a love that embraced every facet of her being, from her intellectual curiosity to her deepest insecurities.</w:t>
      </w:r>
    </w:p>
    <w:p/>
    <w:p>
      <w:r>
        <w:br/>
        <w:t>Liam’s hands, emboldened by her response, began a slow, deliberate journey down her back, tracing the elegant lines of her spine, then moving lower, cupping her hips and drawing her even tighter against him. The fabric of their clothes became an unnecessary barrier, a frustrating obstacle to the intimacy they craved. Eleanor’s fingers, still buried in his hair, tightened their grip as a low groan escaped his throat, a sound that resonated deep within her, a testament to the effect she had on him.</w:t>
      </w:r>
    </w:p>
    <w:p/>
    <w:p>
      <w:r>
        <w:br/>
        <w:t>He broke the kiss, his forehead resting against hers, their breaths mingling in the charged air. “Eleanor,” he breathed, his voice rough with emotion, “I’ve never wanted anyone like this. Not like this.” The confession hung between them, a fragile, beautiful truth that solidified the foundation of their burgeoning relationship. It wasn’t just about physical attraction; it was about a profound, soul-deep recognition, a feeling of coming home.</w:t>
      </w:r>
    </w:p>
    <w:p/>
    <w:p>
      <w:r>
        <w:br/>
        <w:t>Her own voice was a whisper, barely audible above the crackling of the fire. “I know.” And she did. She felt it in the way her body responded to his, in the way her heart seemed to beat in unison with his, in the way her mind, usually so analytical, had surrendered to the sheer, overwhelming feeling of being utterly, completely desired.</w:t>
      </w:r>
    </w:p>
    <w:p/>
    <w:p>
      <w:r>
        <w:br/>
        <w:t>Liam’s hands moved to the buttons of her blouse, his touch surprisingly gentle, almost reverent, yet laced with a palpable urgency. Each unbuttoned closure felt like another layer of armor being shed, another step towards an unprecedented level of intimacy. Eleanor’s fingers, trembling slightly, mirrored his actions, unfastening the buttons of his shirt, her gaze locking with his as the fabric parted, revealing the strong, well-defined planes of his chest. The sight sent a shiver of pure, unadulterated desire through her.</w:t>
      </w:r>
    </w:p>
    <w:p/>
    <w:p>
      <w:r>
        <w:br/>
        <w:t>The firelight played across his skin, highlighting the subtle tension in his muscles, the steady rise and fall of his chest. He lowered his head, his lips tracing a path along the newly exposed skin of her collarbone, sending tendrils of heat through her. Eleanor arched into him, a soft gasp escaping her lips as his mouth found the sensitive skin just below her ear. The sensation was exquisite, a potent blend of tenderness and raw desire.</w:t>
      </w:r>
    </w:p>
    <w:p/>
    <w:p>
      <w:r>
        <w:br/>
        <w:t>“You’re so beautiful,” he murmured against her skin, his voice thick with emotion. “Every part of you.”</w:t>
      </w:r>
    </w:p>
    <w:p/>
    <w:p>
      <w:r>
        <w:br/>
        <w:t>Her fingers traced the firm lines of his jaw, the subtle stubble that scratched pleasantly against her fingertips. “And you,” she whispered back, her voice husky, “are… everything I didn’t know I was looking for.”</w:t>
      </w:r>
    </w:p>
    <w:p/>
    <w:p>
      <w:r>
        <w:br/>
        <w:t>He moved with a languid grace, his hands now free of their clothing, exploring the contours of her body with an appreciative touch that made her skin sing. His palms were warm and firm as they cupped her breasts through the thin silk of her bra, his thumbs teasing her nipples through the fabric until they hardened, aching for his direct attention. Eleanor’s breath hitched, a soft moan escaping her lips as she instinctively pressed herself closer to him, craving the full contact of his skin against hers.</w:t>
      </w:r>
    </w:p>
    <w:p/>
    <w:p>
      <w:r>
        <w:br/>
        <w:t>He lifted her, carrying her effortlessly, as if she weighed nothing, towards the worn, comfortable sofa near the fireplace. The embers cast a warm, inviting glow, creating an intimate sanctuary for their escalating passion. He laid her down gently, his eyes never leaving hers, a silent question hanging in the air. Eleanor answered with a nod, her gaze unwavering, a silent invitation.</w:t>
      </w:r>
    </w:p>
    <w:p/>
    <w:p>
      <w:r>
        <w:br/>
        <w:t>As he shed the rest of his clothing, Eleanor found herself mesmerized by the sight of him, the culmination of their shared moments, the embodiment of the trust and desire that now pulsed between them. He was strong, confident, yet his vulnerability, revealed in the quiet sincerity of his words and the earnestness of his gaze, made him even more captivating.</w:t>
      </w:r>
    </w:p>
    <w:p/>
    <w:p>
      <w:r>
        <w:br/>
        <w:t>He joined her on the sofa, the soft cushions yielding beneath their combined weight. Their bodies, now bare to each other, pressed together, a symphony of skin against skin. The warmth radiating from the hearth mingled with the heat generated by their shared desire, creating an atmosphere of intoxicating intimacy. Liam’s hands moved with an exquisite slowness, exploring every curve, every plane of her body, igniting trails of fire wherever he touched. Eleanor reveled in his touch, her own hands mirroring his exploration, mapping the landscape of his body with a newfound boldness.</w:t>
      </w:r>
    </w:p>
    <w:p/>
    <w:p>
      <w:r>
        <w:br/>
        <w:t>He kissed her again, a deep, searching kiss that spoke of a hunger that had been patiently waiting. Eleanor met him with equal fervor, their tongues dancing, a silent conversation of passion and longing. His touch became bolder, his hands tracing the delicate swells of her breasts, his lips following their path, suckling gently, sending waves of exquisite sensation through her. Eleanor cried out softly, her hips arching off the cushions, her body craving more.</w:t>
      </w:r>
    </w:p>
    <w:p/>
    <w:p>
      <w:r>
        <w:br/>
        <w:t>Liam’s fingers, deft and sure, found the hem of her skirt, teasing it upward, his touch a slow, deliberate caress against the bare skin of her thighs. Eleanor’s breath hitched as his fingers brushed against her inner thighs, sending tremors of anticipation through her. She shifted, her legs parting instinctively, a silent offering of her desire. His gaze, dark with need, met hers, and in that shared look, there was an understanding, a consent that transcended words.</w:t>
      </w:r>
    </w:p>
    <w:p/>
    <w:p>
      <w:r>
        <w:br/>
        <w:t>He moved between her legs, his body a solid, warm presence against hers. Eleanor could feel the undeniable evidence of his arousal pressing against her, a potent reminder of the intimacy they were about to share. His eyes, however, remained locked on hers, a silent acknowledgment of the profound emotional connection that underpinned their physical desire.</w:t>
      </w:r>
    </w:p>
    <w:p/>
    <w:p>
      <w:r>
        <w:br/>
        <w:t>“Are you sure, Eleanor?” he whispered, his voice a low rasp against her ear. “There’s no turning back from this.”</w:t>
      </w:r>
    </w:p>
    <w:p/>
    <w:p>
      <w:r>
        <w:br/>
        <w:t>Eleanor’s heart swelled with a fierce, unwavering certainty. “Yes,” she breathed, her voice firm, resolute. “I’m sure.” She reached up, her hands framing his face, her thumb tracing the line of his jaw. “I trust you, Liam. More than I’ve ever trusted anyone.”</w:t>
      </w:r>
    </w:p>
    <w:p/>
    <w:p>
      <w:r>
        <w:br/>
        <w:t>His eyes softened, a flicker of emotion crossing his face. He leaned in, kissing her one last time, a kiss that was both tender and possessive, a promise of the depths they were about to explore together. Then, with a soft groan of shared desire, he moved within her, filling her with a slow, deliberate fullness that made her gasp.</w:t>
      </w:r>
    </w:p>
    <w:p/>
    <w:p>
      <w:r>
        <w:br/>
        <w:t>The sensation was overwhelming, a perfect fit that felt both brand new and anciently familiar. Eleanor wrapped her legs around his waist, drawing him closer, their bodies moving in a rhythm that was both wild and exquisitely controlled. Liam’s movements were deep and steady, each thrust a testament to the passion that had been building between them, each withdrawal a promise of the pleasure to come.</w:t>
      </w:r>
    </w:p>
    <w:p/>
    <w:p>
      <w:r>
        <w:br/>
        <w:t>Eleanor closed her eyes, her senses heightened, focusing on the exquisite sensations flooding her body. The rough texture of his skin against hers, the scent of him, the deep, resonant groans that escaped his throat, the escalating rhythm of their movements – it was a symphony of pure, unadulterated pleasure. She felt herself spiraling, losing herself in the intensity of the moment, in the profound connection she shared with Liam.</w:t>
      </w:r>
    </w:p>
    <w:p/>
    <w:p>
      <w:r>
        <w:br/>
        <w:t>His pace quickened, his body arching with a fierce intensity, and Eleanor met his escalation with her own, her own pleasure building to an unbearable peak. The world narrowed to the two of them, to the exquisite friction of their bodies, to the ragged breaths and whispered endearments that filled the small space.</w:t>
      </w:r>
    </w:p>
    <w:p/>
    <w:p>
      <w:r>
        <w:br/>
        <w:t>Liam cried out her name, his body shuddering as he found his release within her, his release mirroring her own, a tidal wave of sensation that washed over her, leaving her breathless and trembling in his arms. They clung to each other, their bodies slick with sweat, their hearts pounding in a shared rhythm of ecstasy. The fire in the hearth crackled softly, a warm, comforting presence in the aftermath of their passionate storm.</w:t>
      </w:r>
    </w:p>
    <w:p/>
    <w:p>
      <w:r>
        <w:br/>
        <w:t>As the intensity subsided, leaving behind a lingering warmth and a profound sense of peace, Eleanor nestled closer to Liam, his arm securely around her. She felt a profound sense of contentment, a feeling of having finally found a place where she could be fully seen, fully desired, and fully loved. The physical intimacy had been breathtaking, a journey into depths of passion she had never imagined, but it was the emotional resonance, the absolute trust and acceptance that had preceded and accompanied it, that made it truly extraordinary.</w:t>
      </w:r>
    </w:p>
    <w:p/>
    <w:p>
      <w:r>
        <w:br/>
        <w:t>Liam kissed the top of her head, his lips lingering. “You are,” he murmured, his voice still a little hoarse, “everything.”</w:t>
      </w:r>
    </w:p>
    <w:p/>
    <w:p>
      <w:r>
        <w:br/>
        <w:t>Eleanor smiled, a soft, contented smile. She had come seeking history, seeking stories, seeking a way to connect with the past. But in the quiet intimacy of Liam’s cottage, by the dancing flames of the hearth, she had found something even more profound: a connection that transcended time, a love that burned brighter than any fire, and a future that felt as vast and promising as the night sky. The spice of their passion had been undeniable, but it was the deep, enduring warmth of their emotional connection that had truly ignited the fire.</w:t>
      </w:r>
    </w:p>
    <w:p/>
    <w:p>
      <w:r>
        <w:br w:type="page"/>
      </w:r>
    </w:p>
    <w:p>
      <w:pPr>
        <w:spacing w:before="5040"/>
        <w:jc w:val="center"/>
      </w:pPr>
      <w:r>
        <w:rPr/>
        <w:t xml:space="preserve"> Chapter 10: Entwined Destinies</w:t>
      </w:r>
    </w:p>
    <w:p>
      <w:r>
        <w:t>The crackling of the fire, once a source of comfort and intimacy, now seemed to mirror the frenetic pace of the events unfolding outside the secluded cottage. Eleanor, though still reveling in the profound connection forged with Liam, felt an undeniable shift in the atmosphere. The world, which had seemed to shrink to the intimate space between them, now pressed in, demanding their attention. The soft glow of the embers still warmed their skin, but a shadow, cast by the looming external conflict, had begun to lengthen across their newfound sanctuary.</w:t>
      </w:r>
    </w:p>
    <w:p>
      <w:r>
        <w:br/>
        <w:t>Liam, his arm still around her, stirred. His gaze, which moments before had been filled with a tender adoration, now held a flicker of grim determination. He pulled his phone from his pocket, the screen a stark contrast to the warm, natural light of the room. The news that flashed across it was a cold splash of reality, a stark reminder that their private haven was no longer insulated from the storm brewing beyond their doorstep.</w:t>
      </w:r>
    </w:p>
    <w:p/>
    <w:p>
      <w:r>
        <w:br/>
        <w:t>“They’ve found it,” he stated, his voice low, devoid of its earlier warmth. “The document. They’re preparing to move it tonight.”</w:t>
      </w:r>
    </w:p>
    <w:p/>
    <w:p>
      <w:r>
        <w:br/>
        <w:t>Eleanor’s heart gave a lurch, a familiar knot of anxiety tightening in her chest. This was it. The culmination of weeks, months, of careful planning, dangerous investigation, and near misses. The external plot, the intricate web of corporate espionage and betrayal that had entangled them, was hurtling towards its inevitable confrontation. The resolution they had fought so hard for, the truth they were determined to expose, was finally within their grasp, but the final steps were fraught with peril.</w:t>
      </w:r>
    </w:p>
    <w:p/>
    <w:p>
      <w:r>
        <w:br/>
        <w:t>“Who?” Eleanor asked, her voice steady despite the tremor that ran through her. She knew the answer, of course. The name was whispered in hushed tones, a specter that had haunted their every move. But hearing it now, spoken with such finality, made the reality of the situation acutely, terrifyingly present.</w:t>
      </w:r>
    </w:p>
    <w:p/>
    <w:p>
      <w:r>
        <w:br/>
        <w:t>“The same people who’ve been pulling the strings all along,” Liam confirmed, his jaw tight. “They know we’re onto them, and they’re not going to let this opportunity slip through their fingers. They’re moving the original schematics, the ones that prove the corruption, before we can get them out to the press.”</w:t>
      </w:r>
    </w:p>
    <w:p/>
    <w:p>
      <w:r>
        <w:br/>
        <w:t>The weight of his words settled upon them, heavy and suffocating. The personal intimacy they had shared, the profound emotional and physical connection, now felt like a fragile shell, a momentary respite before they were thrust back into the harsh glare of the external world. The resolution of this external conflict wasn’t just about justice or exposing wrongdoing; it was about their own safety, their future, and the integrity of the work Eleanor had dedicated years to.</w:t>
      </w:r>
    </w:p>
    <w:p/>
    <w:p>
      <w:r>
        <w:br/>
        <w:t>“Tonight,” Eleanor echoed, her mind already racing, cataloging the resources they had at their disposal, the contacts they had cultivated, the risks they were willing to take. The emotional vulnerability she had so freely shared with Liam in the firelight now seemed to fuel a different kind of strength – a fierce, protective resolve. She looked at him, at the man who had not only captured her heart but had also proven to be an unwavering ally, a brilliant strategist, and a formidable force. Their destinies were, indeed, entwined, not just in love, but in this dangerous dance with deceit.</w:t>
      </w:r>
    </w:p>
    <w:p/>
    <w:p>
      <w:r>
        <w:br/>
        <w:t>“We need a plan,” she stated, her voice regaining its usual analytical edge. “A final plan. They’re moving it from the old Petrova warehouse, aren’t they? That’s their usual secure holding facility for sensitive items they don’t want officially logged.”</w:t>
      </w:r>
    </w:p>
    <w:p/>
    <w:p>
      <w:r>
        <w:br/>
        <w:t>Liam nodded, his eyes meeting hers, a silent acknowledgment of their shared purpose. “That’s right. They’ll have a heavily armed escort, and given the urgency, they won’t be taking their usual routes. They’ll be moving fast, and they’ll be expecting pursuit. The challenge isn’t just intercepting them; it’s doing it without them realizing exactly who’s coming after them until it’s too late.”</w:t>
      </w:r>
    </w:p>
    <w:p/>
    <w:p>
      <w:r>
        <w:br/>
        <w:t>The Petrova warehouse. A hulking, derelict structure on the outskirts of the city, a relic of a bygone industrial era, now repurposed as a clandestine hub for illicit operations. Eleanor had spent countless hours poring over satellite imagery, cross-referencing shipping manifests, and sifting through encrypted communications. The warehouse was a fortress, its defenses layered with both conventional security and the more insidious threat of those who would stop at nothing to protect their secrets.</w:t>
      </w:r>
    </w:p>
    <w:p/>
    <w:p>
      <w:r>
        <w:br/>
        <w:t>“They’ll want to move it under the cover of darkness,” Eleanor mused, her gaze drifting towards the window, where the night was beginning to descend. “And they’ll have contingency routes planned. We need to anticipate those routes, Liam. We can’t afford to be a step behind.”</w:t>
      </w:r>
    </w:p>
    <w:p/>
    <w:p>
      <w:r>
        <w:br/>
        <w:t>“I’ve already had Marcus and his team casing the perimeter and potential access points for the last 48 hours,” Liam replied, referring to a trusted operative he had brought into their circle. “He’s managed to get eyes on the movement protocols. They’re using a modified transport vehicle, armored, with multiple vehicles in tow for escort. And they’re moving it by land, not sea, which is a deviation from their usual protocol. It suggests they’re under pressure, more pressure than we initially thought.”</w:t>
      </w:r>
    </w:p>
    <w:p/>
    <w:p>
      <w:r>
        <w:br/>
        <w:t>This was the acceleration. The external plot wasn't just building; it was accelerating at breakneck speed. The tension, already palpable, now ratcheted up to an almost unbearable degree. The final confrontation, once a distant possibility, was now a certainty, and it was coming sooner rather than later. Eleanor felt a surge of adrenaline, a potent mix of fear and exhilaration. This was what she had trained for, what she had endured for. The moment of truth.</w:t>
      </w:r>
    </w:p>
    <w:p/>
    <w:p>
      <w:r>
        <w:br/>
        <w:t>“A land route,” Eleanor repeated, a spark of an idea igniting in her mind. “That’s our advantage. It means we can predict their path, or at least narrow it down considerably. They’ll likely stick to the major arterial roads to maximize speed, but they’ll also use less-trafficked secondary routes to avoid immediate detection by official channels.”</w:t>
      </w:r>
    </w:p>
    <w:p/>
    <w:p>
      <w:r>
        <w:br/>
        <w:t>Liam pulled up a map on his phone, the intricate network of roads spread out before them like a complex game board. “Marcus has identified three primary routes they’re likely to take based on traffic patterns and known surveillance blind spots. Route Alpha, Beta, and Gamma. Alpha is the fastest, but the most exposed. Beta is more circuitous, but offers more cover. Gamma is a complete wild card, involving a stretch of disused service roads.”</w:t>
      </w:r>
    </w:p>
    <w:p/>
    <w:p>
      <w:r>
        <w:br/>
        <w:t>Eleanor leaned closer, her finger tracing the lines on the screen. “We need to focus on the choke points. Where can we intercept them effectively? Where can we create a disruption that forces them to halt, or at least slows them down enough for us to act?”</w:t>
      </w:r>
    </w:p>
    <w:p/>
    <w:p>
      <w:r>
        <w:br/>
        <w:t>The personal intimacy of moments before felt like a distant memory, replaced by the stark realities of their mission. Yet, paradoxically, the strength of their bond, the trust they had cultivated, was now their most potent weapon. Eleanor knew that she could rely on Liam’s instincts, his experience, and his unwavering commitment. And he, in turn, knew that she possessed the intellect, the resourcefulness, and the sheer tenacity to see this through. Their combined skills, once honed in separate disciplines, were now inextricably linked, their individual strengths amplified by their partnership.</w:t>
      </w:r>
    </w:p>
    <w:p/>
    <w:p>
      <w:r>
        <w:br/>
        <w:t>“Route Beta,” Eleanor declared, pointing to a section where a winding country road intersected with a major highway. “It’s the best balance between speed and cover. They’ll want to get on the highway quickly, but the approach to that intersection will be slower, more vulnerable. We can stage an incident there.”</w:t>
      </w:r>
    </w:p>
    <w:p/>
    <w:p>
      <w:r>
        <w:br/>
        <w:t>Liam’s eyes narrowed in thought. “An incident? What kind of incident?”</w:t>
      </w:r>
    </w:p>
    <w:p/>
    <w:p>
      <w:r>
        <w:br/>
        <w:t>“Something that creates a significant traffic diversion,” Eleanor explained, her mind working at lightning speed. “A staged accident, perhaps. Something that blocks the road for a significant period, forcing them to either wait or reroute onto a less desirable path. We need to create a controlled chaos that works in our favor.”</w:t>
      </w:r>
    </w:p>
    <w:p/>
    <w:p>
      <w:r>
        <w:br/>
        <w:t>“That’s high risk, Eleanor,” Liam cautioned, though his tone conveyed a grudging admiration for her audacious thinking. “If it’s not executed perfectly, it could draw unwanted attention, either from law enforcement or from their own security forces, who will be on high alert.”</w:t>
      </w:r>
    </w:p>
    <w:p/>
    <w:p>
      <w:r>
        <w:br/>
        <w:t>“Which is why we need to leverage every resource we have,” Eleanor countered, her gaze unwavering. “Marcus and his team can set up the initial diversion. They’re masters of misdirection. While they’re creating the chaos, you and I will use that window to approach the convoy directly, from a different angle, using the confusion as cover.”</w:t>
      </w:r>
    </w:p>
    <w:p/>
    <w:p>
      <w:r>
        <w:br/>
        <w:t>The sheer audacity of the plan was breathtaking. Intercepting an armored convoy in motion, with armed escorts, on a public road, was a feat that bordered on the suicidal. But the stakes were too high to play it safe. The document, the damning evidence of widespread corruption, had to be secured. The lives of countless individuals, including those who had trusted Eleanor and Liam with sensitive information, depended on their success.</w:t>
      </w:r>
    </w:p>
    <w:p/>
    <w:p>
      <w:r>
        <w:br/>
        <w:t>Liam looked at her, his expression a mixture of concern and fierce pride. He knew the lengths to which Eleanor would go for the truth, her unwavering moral compass a guiding force that both inspired and sometimes terrified him. And he, in turn, was prepared to face any danger to protect her and to ensure that their shared mission succeeded.</w:t>
      </w:r>
    </w:p>
    <w:p/>
    <w:p>
      <w:r>
        <w:br/>
        <w:t>“We’ll need to use the modified vehicle,” Liam said, referring to a nondescript but heavily customized van they had acquired through one of Liam’s less-than-legitimate contacts. It was equipped with advanced surveillance technology, a powerful engine, and enough hidden compartments to make a spy envious. “It’s our best bet for approaching unnoticed. And we’ll need to be precise with our timing. One wrong move, and we’re exposed.”</w:t>
      </w:r>
    </w:p>
    <w:p/>
    <w:p>
      <w:r>
        <w:br/>
        <w:t>“Timing is everything,” Eleanor agreed, the thrill of the chase now coursing through her veins. The intellectual challenge of dissecting the problem, formulating a strategy, and executing it under immense pressure was something that had always called to her. Now, with Liam by her side, the stakes were immeasurably higher, and the reward infinitely more profound.</w:t>
      </w:r>
    </w:p>
    <w:p/>
    <w:p>
      <w:r>
        <w:br/>
        <w:t>“I’ll coordinate with Marcus. He’ll need exact timings for the diversion. You’ll need to brief him on the convoy’s likely speed and any patterns in their escort formation. We need to ensure the diversion lasts long enough for us to engage, but not so long that it triggers an immediate lockdown of the area by external forces.”</w:t>
      </w:r>
    </w:p>
    <w:p/>
    <w:p>
      <w:r>
        <w:br/>
        <w:t>“I’ll handle the convoy intel,” Liam confirmed. “Marcus has eyes on their departure from the Petrova warehouse. Once they’re en route, I’ll feed you real-time updates on their progress and any deviations from the projected routes. We’ll be in constant communication.”</w:t>
      </w:r>
    </w:p>
    <w:p/>
    <w:p>
      <w:r>
        <w:br/>
        <w:t>The intimacy of their earlier conversation had shifted, transformed by the urgency of their mission. The shared glances, the lingering touches, were now imbued with a different kind of meaning – a silent acknowledgment of the danger they were willingly stepping into, together. The emotional connection that had deepened between them was now a source of strength, a bedrock upon which they could build their perilous strategy.</w:t>
      </w:r>
    </w:p>
    <w:p/>
    <w:p>
      <w:r>
        <w:br/>
        <w:t>“And when we have the document,” Eleanor said, her voice firm, “we don’t stop. We have to get it to the press. We have to ensure it’s disseminated widely, irrevocably, before they can contain the damage.”</w:t>
      </w:r>
    </w:p>
    <w:p/>
    <w:p>
      <w:r>
        <w:br/>
        <w:t>“That’s the final phase,” Liam agreed, his gaze steady. “I’ve already established a secure drop-off point with a trusted journalist. They’re ready to go as soon as we confirm possession. The objective is to create an information bomb that detonates their entire operation.”</w:t>
      </w:r>
    </w:p>
    <w:p/>
    <w:p>
      <w:r>
        <w:br/>
        <w:t>The external plot was now a raging inferno, and they were walking directly into the heart of it. The resolution was no longer a matter of discovery or investigation; it was a matter of direct confrontation, of seizing the truth from the clutches of those who sought to bury it. Eleanor felt a profound sense of purpose, a clarity that cut through the fear. Her personal life, her romantic entanglements, had been irrevocably intertwined with this dangerous external struggle. There was no separating them. The love she felt for Liam was a testament to the man he was, a man who fought for what was right, even at great personal risk. And he, she knew, saw her as an equal partner in this fight, a brilliant mind and a courageous spirit whose contributions were invaluable.</w:t>
      </w:r>
    </w:p>
    <w:p/>
    <w:p>
      <w:r>
        <w:br/>
        <w:t>“We’ll need all our skills, Liam,” Eleanor said, her voice soft but resolute. “My analytical capabilities, your tactical prowess, Marcus’s operational expertise. Every piece of information, every contact, every resource we have has to be deployed. This is the culmination. There’s no turning back now.”</w:t>
      </w:r>
    </w:p>
    <w:p/>
    <w:p>
      <w:r>
        <w:br/>
        <w:t>Liam reached out, his fingers brushing against her cheek, a gesture of reassurance and shared determination. “We’ve come this far, Eleanor. We’re doing this. Together.”</w:t>
      </w:r>
    </w:p>
    <w:p/>
    <w:p>
      <w:r>
        <w:br/>
        <w:t>The night outside the cottage deepened, mirroring the increasing darkness of their mission. But within, the embers of their passion, now tempered by the fire of their shared purpose, burned brighter than ever. The external plot’s climax was not just near; it was upon them, demanding their courage, their ingenuity, and the unshakeable bond that now united their entwined destinies. They were ready.</w:t>
      </w:r>
    </w:p>
    <w:p/>
    <w:p>
      <w:r>
        <w:t>The adrenaline that had surged through Eleanor moments before, fueled by the immediate threat of the convoy and the race against time, began to recede, leaving behind a hollow echo. The plan, meticulously crafted with Liam, was their immediate focus, the shield that would protect them from the encroaching dangers of the external plot. Yet, as Liam’s hand lingered on her cheek, a different kind of vulnerability surfaced, a quiet tremor that had nothing to do with imminent danger and everything to do with the uncertain terrain of their personal lives.</w:t>
      </w:r>
    </w:p>
    <w:p>
      <w:r>
        <w:br/>
        <w:t xml:space="preserve">“Together,” Liam had said, his voice a low rumble that resonated deep within her. It was a promise, a commitment, forged in the crucible of shared danger and burgeoning affection. But as Eleanor met his gaze, a question, unasked but palpable, hung in the air between them: what came </w:t>
      </w:r>
    </w:p>
    <w:p>
      <w:pPr>
        <w:jc w:val="left"/>
      </w:pPr>
      <w:r>
        <w:rPr>
          <w:i/>
        </w:rPr>
        <w:t>after</w:t>
      </w:r>
      <w:r>
        <w:t xml:space="preserve"> “together”? What happened when the external threat was neutralized, when the adrenaline faded, and the quiet hum of their lives in Havenwood, or elsewhere, began to assert its demands?</w:t>
      </w:r>
    </w:p>
    <w:p>
      <w:r>
        <w:br/>
        <w:t>Her reasons for being in Havenwood, initially a pragmatic necessity tied to the investigation, had become a tangled mess of professional duty and burgeoning personal longing. She had come with a mission, a singular focus on uncovering the truth. But somewhere between the hushed whispers of conspiracy and the unexpected warmth of Liam’s presence, her own desires had begun to bloom, an inconvenient and beautiful complication. She had never envisioned a life here, not permanently. Her career, her ambitions, were elsewhere, tethered to the fast-paced, demanding world she knew. Havenwood, with its serene beauty and quiet rhythm, was a temporary haven, a place to regroup before she returned to the fray. But Liam was woven into the very fabric of this place, his roots sunk deep, his life inextricably linked to the land and the community.</w:t>
      </w:r>
    </w:p>
    <w:p/>
    <w:p>
      <w:r>
        <w:br/>
        <w:t>“This plan, Liam,” Eleanor began, her voice softer now, laced with an unspoken uncertainty. “It’s… it’s all consuming, isn’t it? It demands everything.” She pulled her hand away, not out of rejection, but out of a need to create space for the thoughts that were swirling within her. The intensity of their shared mission had been a powerful catalyst, pushing them closer, blurring the lines between professional partnership and something far more profound. But it had also, she realized, been a convenient distraction, a way to avoid confronting the fundamental differences in their paths.</w:t>
      </w:r>
    </w:p>
    <w:p/>
    <w:p>
      <w:r>
        <w:br/>
        <w:t>Liam’s expression shifted, a flicker of concern replacing the grim determination. He saw it too, the precipice they were standing on, the precipice between the exhilarating present and the daunting, unknown future. “It does,” he admitted, his gaze steady, honest. “And we’ll see it through. That’s what we do.” He paused, his eyes searching hers, a silent question in their depths. “But what happens when it’s over, Eleanor? What happens when the fight is won?”</w:t>
      </w:r>
    </w:p>
    <w:p/>
    <w:p>
      <w:r>
        <w:br/>
        <w:t>The question hung in the air, heavy and charged. It was the question that had been lurking at the edges of her consciousness, a ghost in the quiet moments, a whisper in the silence between their shared tasks. She had found an unexpected solace in Havenwood, a peace she hadn’t realized she craved. And in Liam, she had found a connection that went deeper than anything she had ever experienced. But how did that fit into the life she had meticulously built for herself? How did her ambition, her need for independence, her drive to make her mark on the world, reconcile with the quiet pull of this place, and the even stronger pull of the man who embodied it?</w:t>
      </w:r>
    </w:p>
    <w:p/>
    <w:p>
      <w:r>
        <w:br/>
        <w:t>“I don’t know,” she confessed, the honesty raw and a little painful. “That’s the part that… that scares me, Liam. You belong here. You have responsibilities, a life built around this town, this land. And I… I don’t. My life is… it’s built on movement, on chasing the next story, the next investigation.” She gestured vaguely, as if trying to encompass the vastness of her own world. “I’m not sure I can… I can fit into this. Into Havenwood. Into your life.”</w:t>
      </w:r>
    </w:p>
    <w:p/>
    <w:p>
      <w:r>
        <w:br/>
        <w:t>A shadow crossed Liam’s face, a fleeting expression of something akin to hurt, quickly masked by his inherent resilience. He had known, of course, that Eleanor was not a permanent fixture. Her transient nature was part of her allure, her ability to parachute into a situation, dissect it, and emerge victorious before disappearing back into the whirlwind of her work. But hearing her articulate it so plainly, so definitively, was a stark reminder of the chasm that separated their immediate realities.</w:t>
      </w:r>
    </w:p>
    <w:p/>
    <w:p>
      <w:r>
        <w:br/>
        <w:t>“You think you wouldn’t fit?” he asked, his voice soft, almost a whisper. “Because you’re… different? Because you’re not content to let things be?” He shook his head, his gaze unwavering. “Eleanor, what you are, what you do, it’s not a flaw. It’s what I admire most about you. Your drive, your intellect, your refusal to accept injustice. I never expected you to trade that for… for anything less.”</w:t>
      </w:r>
    </w:p>
    <w:p/>
    <w:p>
      <w:r>
        <w:br/>
        <w:t>His words were a balm, a reassurance that he saw her, truly saw her, and valued the very essence of who she was. But they didn’t erase the fundamental conflict. “But your life, Liam,” she pressed, her voice gaining a little of its usual analytical edge, as if trying to dissect the problem into manageable parts. “It’s here. It’s tied to Havenwood. You have the vineyard, the community… you’re part of the very soil. How can I, with my constant need to be on the move, ever truly be a part of that? I’d be a visitor, a temporary presence, and that’s not fair to you. It’s not fair to me.”</w:t>
      </w:r>
    </w:p>
    <w:p/>
    <w:p>
      <w:r>
        <w:br/>
        <w:t>Liam took a step closer, closing the small distance between them. He reached out, gently cupping her face in his hands, his thumbs tracing the delicate line of her cheekbones. “Fairness is a complicated thing, Eleanor. Sometimes, the people who are meant to be together have to navigate those complexities. You’re not just a visitor. You’re the woman who has captivated me, who has challenged me, who has made me see the world, and myself, in a new light. Does that count for nothing?”</w:t>
      </w:r>
    </w:p>
    <w:p/>
    <w:p>
      <w:r>
        <w:br/>
        <w:t>His touch sent a shiver through her, a warmth that spread through her veins, momentarily eclipsing the anxieties. But the practicalities, the undeniable realities, remained. “It counts for everything, Liam,” she admitted, her voice thick with emotion. “And that’s what makes this so terrifying. Because I’m falling for you, and I never saw it coming, and I have no idea how to make it work. My life isn’t… it’s not designed for this kind of quiet permanence.”</w:t>
      </w:r>
    </w:p>
    <w:p/>
    <w:p>
      <w:r>
        <w:br/>
        <w:t>She thought of the stark contrast between the quiet, rolling hills of Havenwood and the bustling metropolises she often called her temporary home. She thought of the anonymous hotel rooms and the constant hum of connectivity, so different from the grounded, steady rhythm of Liam’s life. She was a creature of adaptation, of swift transitions, and the idea of putting down roots, of a life so deeply intertwined with a single place, felt both incredibly alluring and profoundly alien.</w:t>
      </w:r>
    </w:p>
    <w:p/>
    <w:p>
      <w:r>
        <w:br/>
        <w:t>“And I’m not sure my life is designed for constant movement,” Liam countered softly, his gaze unwavering. “I’ve found a balance here, Eleanor. A purpose. My family’s legacy, the vineyard… it’s who I am. And while I’m willing to explore new horizons, to go where you might need me to, I can’t simply abandon everything that anchors me. This is my home. And I’d hoped… I’d hoped it could be yours too, in some way.”</w:t>
      </w:r>
    </w:p>
    <w:p/>
    <w:p>
      <w:r>
        <w:br/>
        <w:t>The unspoken invitation hung in the air, a silent plea for her to consider a future she hadn’t dared to envision. Could she? Could she trade her restless spirit for a life rooted in the earth, in the traditions of this valley? Could she find a way to reconcile her ambition with the quiet beauty of a life shared with Liam, in a place she had initially seen as a temporary refuge?</w:t>
      </w:r>
    </w:p>
    <w:p/>
    <w:p>
      <w:r>
        <w:br/>
        <w:t>“I’ve always been a bit of a nomad, Liam,” Eleanor confessed, her voice barely a whisper. “I thrive on the challenge of the unknown, on the thrill of discovery. I’m not sure I have it in me to… to settle. To be content with the familiar.” She looked away, the guilt of her honesty a heavy weight in her chest. “And you deserve someone who can offer you that. Someone who understands and embraces this life, not someone who constantly feels the pull of elsewhere.”</w:t>
      </w:r>
    </w:p>
    <w:p/>
    <w:p>
      <w:r>
        <w:br/>
        <w:t>Liam’s hands tightened slightly on her face, a gentle pressure that brought her gaze back to his. “And you deserve someone who understands your drive, Eleanor. Someone who supports your ambitions. But does ambition have to mean constant displacement? Does chasing the truth mean you can’t have a home, a place to return to, a person who waits for you?” He leaned in, his forehead touching hers. “I don’t want you to change who you are. I want you to find a way for all the parts of you to coexist. Including the part that’s falling for me, here, in Havenwood.”</w:t>
      </w:r>
    </w:p>
    <w:p/>
    <w:p>
      <w:r>
        <w:br/>
        <w:t>His words were a lifeline, a gentle invitation to explore the possibility of integration, of finding a way for their disparate worlds to converge. But the path forward was shrouded in uncertainty. The immediate threat of the convoy, the culmination of the external plot, loomed large, demanding their undivided attention. Yet, in the quiet space between them, amidst the lingering scent of woodsmoke and the distant chirping of crickets, another battle was beginning to unfold – the internal conflict of their clashing desires, the quiet struggle to reconcile ambition with love, independence with belonging, and the siren call of the open road with the steady, grounding presence of home.</w:t>
      </w:r>
    </w:p>
    <w:p/>
    <w:p>
      <w:r>
        <w:br/>
        <w:t>Eleanor pulled away, not in rejection, but in a desperate need for a moment to process. The intensity of their shared mission had been intoxicating, a potent force that had propelled them forward, eclipsing personal considerations. But now, as the immediate danger began to recede, the quieter, more insidious challenges of their differing lives began to surface, demanding acknowledgement. Her heart ached with a yearning she hadn’t anticipated, a yearning for Liam, for the sense of peace he represented, a stark contrast to the constant churn of her professional life.</w:t>
      </w:r>
    </w:p>
    <w:p/>
    <w:p>
      <w:r>
        <w:br/>
        <w:t>“I’m so used to being on my own, Liam,” she admitted, her voice tinged with a vulnerability she rarely allowed herself. “To relying only on myself. The idea of… of building something with someone, of sharing not just the dangers but the quiet moments, the everyday… it’s overwhelming. It’s a risk, a different kind of risk than the ones we’re facing tonight.” She looked at him, her eyes pleading for understanding. “My entire life has been about independence, about carving out my own space in the world. Havenwood, this… this connection with you, it’s so much of what I never realized I was missing. But it’s also so much of what I’m afraid of losing. The freedom to… to just be me, wherever ‘me’ needs to be.”</w:t>
      </w:r>
    </w:p>
    <w:p/>
    <w:p>
      <w:r>
        <w:br/>
        <w:t>Liam’s gaze softened, a deep understanding passing between them. He knew the fierce independence that fueled Eleanor, the unyielding spirit that had brought her to this point. He also recognized the subtle shift in her, the burgeoning desire that warred with her ingrained self-reliance. “And what if being ‘you’ includes being here, Eleanor?” he asked gently. “What if your path can lead you to a place of belonging, rather than just constant movement? Havenwood isn’t a cage; it’s a home. And if you were to choose to be here, it wouldn’t be about losing your freedom. It would be about finding a different kind of freedom – the freedom to love, to be loved, to build a life that’s grounded and meaningful.”</w:t>
      </w:r>
    </w:p>
    <w:p/>
    <w:p>
      <w:r>
        <w:br/>
        <w:t>His words resonated with a truth that both comforted and unsettled her. She had always equated freedom with mobility, with the absence of ties, with the ability to pack up and leave at a moment’s notice. But Liam was suggesting a different paradigm, one where freedom could be found in connection, in shared purpose, in the quiet strength of roots.</w:t>
      </w:r>
    </w:p>
    <w:p/>
    <w:p>
      <w:r>
        <w:br/>
        <w:t>“It’s a lot to… to contemplate, Liam,” she admitted, a sigh escaping her lips. “Especially now, with everything that’s about to happen. We need to focus on getting that document, on exposing them. That’s the priority.” The external plot, with its clear objectives and immediate dangers, offered a welcome, albeit temporary, respite from the complex, emotional landscape of their personal lives.</w:t>
      </w:r>
    </w:p>
    <w:p/>
    <w:p>
      <w:r>
        <w:br/>
        <w:t xml:space="preserve">“It is,” Liam agreed, his voice firming with renewed resolve. “And we will. We’ll face this together, just like we planned. But Eleanor,” he added, his gaze holding hers with an intensity that sent a tremor through her, “don’t let the fear of what might be, or what might have to change, stop you from seeing what </w:t>
      </w:r>
    </w:p>
    <w:p>
      <w:pPr>
        <w:jc w:val="left"/>
      </w:pPr>
      <w:r>
        <w:rPr>
          <w:i/>
        </w:rPr>
        <w:t>is</w:t>
      </w:r>
      <w:r>
        <w:t>. And what is, is this connection between us. This… this undeniable pull. Don’t let it disappear when the dust settles.”</w:t>
      </w:r>
    </w:p>
    <w:p>
      <w:r>
        <w:br/>
        <w:t>She nodded, a silent promise to herself, and to him, that she wouldn’t. The resolution of the external conflict was no longer just about justice or the exposure of wrongdoing; it was also about the potential future of their relationship. The choices they made in the coming hours, the risks they took, would not only determine the fate of many but would also shape the trajectory of their own entwined destinies. The path ahead was fraught with peril, both external and internal, and Eleanor knew, with a certainty that both thrilled and terrified her, that their journey was far from over. The choices they made in the aftermath of this confrontation would be just as critical, just as defining, as the daring act they were about to undertake. The conflicting desires, the clash of their individual paths, were no longer abstract concerns; they were the quiet, persistent undertow beneath the roaring wave of their immediate mission. And Eleanor, for the first time, felt the profound weight of that duality, the intricate dance between the woman she was, the woman she was becoming, and the man who had somehow managed to capture her heart amidst the chaos.</w:t>
      </w:r>
    </w:p>
    <w:p/>
    <w:p>
      <w:r>
        <w:t>The air in the dimly lit room crackled with an unspoken tension, a subtle dissonance that had begun to thread itself through Eleanor and Liam’s conversations. The meticulous planning for the convoy interception, the intricate dance of strategy and risk, had provided a welcome, almost comforting, focus. It was a tangible problem with a clear objective, a stark contrast to the nebulous anxieties that were beginning to surface in the quiet moments between their strategic discussions. The adrenaline that had propelled them through recent dangers was a powerful, unifying force, but as the endgame of their current mission drew nearer, so too did the specter of their impending separation.</w:t>
      </w:r>
    </w:p>
    <w:p>
      <w:r>
        <w:br/>
        <w:t>Eleanor found herself observing Liam with a new, almost desperate, intensity. His familiar comfort, the unwavering strength that had become her anchor, now carried a bittersweet undertone. He was rooted here, a part of the very landscape she was so transiently inhabiting. The vineyard, the community, the legacy – these were not mere abstract concepts; they were the threads that bound him to Havenwood, a tapestry of belonging she couldn’t easily replicate. Her own life, a whirlwind of deadlines, investigations, and a perpetual readiness to pack her bags, felt increasingly out of sync with the quiet permanence he represented.</w:t>
      </w:r>
    </w:p>
    <w:p/>
    <w:p>
      <w:r>
        <w:br/>
        <w:t>"Are you… are you thinking about what happens after?" Eleanor asked one evening, the words catching in her throat as they worked through schematics spread across Liam's sturdy oak desk. The flickering lamplight cast long shadows, deepening the lines of concern around his eyes, lines that had become achingly familiar to her. The question, once a distant murmur, now loomed large, a monstrous silhouette against the backdrop of their shared purpose.</w:t>
      </w:r>
    </w:p>
    <w:p/>
    <w:p>
      <w:r>
        <w:br/>
        <w:t>Liam looked up, his gaze meeting hers with an honesty that always disarmed her. He didn’t flinch from the uncomfortable truth. "Every time we talk about the next step, the next phase of the plan, it’s there," he admitted, his voice low. "The 'after.' It's like a storm cloud on the horizon, Eleanor. You know it's coming, you can see the darkening sky, but you can't quite grasp its immensity until it's upon you." He paused, a muscle ticking in his jaw. "And I'm not sure either of us is ready for that storm."</w:t>
      </w:r>
    </w:p>
    <w:p/>
    <w:p>
      <w:r>
        <w:br/>
        <w:t>"I have to go back," Eleanor stated, the words a simple declaration of fact, yet they landed with the weight of a confession. "My investigation isn't just about this single incident. There are other threads, other leads in other cities, other countries even. This was a temporary assignment, Liam. A highly volatile, incredibly important one, but still… temporary." She traced the outline of a map with her finger, avoiding his direct gaze. "My work… it demands movement. It’s not something I can do from here. Not in the way it needs to be done."</w:t>
      </w:r>
    </w:p>
    <w:p/>
    <w:p>
      <w:r>
        <w:br/>
        <w:t>Liam’s expression tightened, a flicker of something akin to pain crossing his features before he schooled them back into a mask of quiet resolve. He had known this, of course. He had never deluded himself into thinking Eleanor was anything but a temporary fixture. Her very essence was that of a force of nature, powerful and impactful, but ultimately transient. Yet, hearing her articulate it so plainly, so definitively, struck a chord of profound loss. "So, that's it then?" he asked, his voice barely a whisper. "Once this is over, you're just… gone?"</w:t>
      </w:r>
    </w:p>
    <w:p/>
    <w:p>
      <w:r>
        <w:br/>
        <w:t>"It's not that simple," Eleanor protested, finally meeting his eyes. The raw vulnerability in his question mirrored her own burgeoning fear. "It's not a matter of 'just gone.' It's a matter of… of who I am. What I've built my life around. My career is everything. It's my passion, my purpose." She took a deep breath, the scent of old paper and Liam’s subtle, earthy cologne filling her senses. "And you, Liam… you are everything here. You can't just uproot yourself. You have responsibilities. A life."</w:t>
      </w:r>
    </w:p>
    <w:p/>
    <w:p>
      <w:r>
        <w:br/>
        <w:t>"And what about a life with you?" Liam countered, his voice gaining a quiet intensity that resonated through the room. "Is that not something worth considering? Does your career preclude any possibility of… of us?" He stood, moving around the desk to stand before her. He reached out, his fingers gently brushing a stray strand of hair from her cheek. "Eleanor, I've seen how you are when you're in the thick of it, fighting for what's right. I admire that fire, that determination. But I've also seen the quiet moments, the flicker of longing in your eyes when you look at the stars over the vineyard. You're not just a professional force; you're a woman with a heart, a woman who deserves happiness, who deserves… belonging."</w:t>
      </w:r>
    </w:p>
    <w:p/>
    <w:p>
      <w:r>
        <w:br/>
        <w:t xml:space="preserve">"Belonging," Eleanor repeated the word, as if tasting its unfamiliar flavor. It was a concept that had always eluded her, a luxury she had believed herself too restless to afford. Her life had been a series of connections, intense and meaningful, but always with an escape hatch, a built-in mechanism for detachment. The idea of deep, abiding belonging, the kind that Liam exuded, felt both incredibly alluring and terrifyingly out of reach. "Liam, you </w:t>
      </w:r>
    </w:p>
    <w:p>
      <w:pPr>
        <w:jc w:val="left"/>
      </w:pPr>
      <w:r>
        <w:rPr>
          <w:i/>
        </w:rPr>
        <w:t>belong</w:t>
      </w:r>
      <w:r>
        <w:t xml:space="preserve"> here. Your roots are sunk so deep into this land. I… I'm a weed that thrives in pavement cracks. I bloom wherever I land, but I don't take root. If I stayed, I'd always be looking over my shoulder, yearning for the next horizon. And that wouldn't be fair to you. You deserve someone who can be fully present, not someone who's constantly contemplating their departure."</w:t>
      </w:r>
    </w:p>
    <w:p>
      <w:r>
        <w:br/>
        <w:t>A shadow fell across Liam’s face, a deep melancholy that tugged at Eleanor's conscience. "And you deserve someone who understands that, Eleanor. Someone who doesn't try to clip your wings. But does the drive to explore, to discover, necessarily negate the need for a home? Does chasing the truth mean you can't have a sanctuary, a place to rest and recharge? I don't want you to change who you are. I want you to find a way for all the parts of you to coexist. Including the part that's found something here, with me."</w:t>
      </w:r>
    </w:p>
    <w:p/>
    <w:p>
      <w:r>
        <w:br/>
        <w:t>His words were a gentle probe, seeking to understand the complex architecture of her soul. He saw the conflict within her, the warring desires that were tearing her apart. He recognized the profound impact Havenwood, and he, had had on her, the unexpected tenderness that had begun to bloom beneath her steely exterior. But he also understood the formidable barriers she had erected around herself, the ingrained self-sufficiency that was both her greatest strength and her most significant impediment.</w:t>
      </w:r>
    </w:p>
    <w:p/>
    <w:p>
      <w:r>
        <w:br/>
        <w:t>"It's not about clipping wings, Liam," Eleanor murmured, her voice laced with a weariness that went beyond the demands of their current mission. "It's about acknowledging that my wings are built for flight, for vast expanses. Yours are built for the steady beat of the seasons, for tending to the growth and nurture of what’s around you. We’re fundamentally different in how we’re designed to exist." She met his gaze, her own eyes brimming with a mixture of affection and a profound sense of inevitability. "And as much as I… as much as I've come to care for you, to cherish these moments, I can't pretend that I can simply shed my skin and become someone I'm not. I'd be a shadow of myself, and that wouldn't be good for either of us."</w:t>
      </w:r>
    </w:p>
    <w:p/>
    <w:p>
      <w:r>
        <w:br/>
        <w:t>The silence that followed was heavy, pregnant with unspoken fears and unacknowledged losses. The immediate threat of the convoy interception, the mission that had consumed their days and nights, was a stark, present danger. But the looming threat of their separation, the potential void that Eleanor’s departure would leave, was a far more insidious and soul-crushing prospect. It was the quiet erosion of a future that had, against all odds, begun to feel tangible, a future Eleanor had never dared to imagine, and Liam had tentatively dared to hope for.</w:t>
      </w:r>
    </w:p>
    <w:p/>
    <w:p>
      <w:r>
        <w:br/>
        <w:t>"So, you'll leave," Liam stated, the words devoid of accusation, yet heavy with a profound sadness. He turned away, walking towards the window and staring out into the moonlit darkness. "That's what you're saying. After everything, after… this," he gestured vaguely between them, encompassing their shared ordeal, their deepening connection, "you'll pack your bags and disappear back into the whirlwind."</w:t>
      </w:r>
    </w:p>
    <w:p/>
    <w:p>
      <w:r>
        <w:br/>
        <w:t xml:space="preserve">Eleanor’s heart ached at the pain in his voice. She longed to contradict him, to offer a solution, a compromise, anything that would bridge the chasm that yawned between their lives. But she was a pragmatist, a realist. And the reality was, her world and his were on fundamentally different trajectories. "Liam, it's not a lack of desire. It's a lack of… of compatibility. A fundamental difference in our paths. I can't ask you to abandon everything you are, everything you've built. And I can't ask myself to abandon everything I am, everything I've worked for, to try and force myself into a life that isn't mine." She swallowed hard, the lump in her throat making it difficult to speak. "The thought of losing this," she admitted, her voice barely a whisper, "of losing </w:t>
      </w:r>
    </w:p>
    <w:p>
      <w:pPr>
        <w:jc w:val="left"/>
      </w:pPr>
      <w:r>
        <w:rPr>
          <w:i/>
        </w:rPr>
        <w:t>you</w:t>
      </w:r>
      <w:r>
        <w:t>, is almost unbearable. But the thought of trying to make something work that’s destined to fail… that’s a different kind of heartbreak, a slower, more agonizing one."</w:t>
      </w:r>
    </w:p>
    <w:p>
      <w:r>
        <w:br/>
        <w:t>He turned back from the window, his face etched with a weariness that mirrored her own. The strength that had always been his hallmark seemed to falter, replaced by a quiet vulnerability. "So, we sacrifice what we have, what we could have, because it's… inconvenient? Because it requires effort, compromise, and perhaps a little bit of change?" He stepped towards her, his gaze intense. "Eleanor, life isn't about finding the path of least resistance. It's about building something meaningful, even when it's difficult. And I believe, with everything in me, that what we have is worth fighting for. Worth building."</w:t>
      </w:r>
    </w:p>
    <w:p/>
    <w:p>
      <w:r>
        <w:br/>
        <w:t>"But what are we fighting for, Liam?" Eleanor asked, her voice trembling. "A long-distance relationship? Sporadic visits between your vineyard and my investigations? A life lived in constant deferral, always waiting for the other to be free? That’s not a partnership; that’s a series of missed connections. And I’m not sure I have the strength to endure that, to constantly feel like I’m on the periphery of your life, or you of mine." She saw the raw hope in his eyes, a fragile thing she was inadvertently crushing with her honesty. "And what about your legacy? Your family? You're the steward of this place. You can't just pack up your life and follow me across continents."</w:t>
      </w:r>
    </w:p>
    <w:p/>
    <w:p>
      <w:r>
        <w:br/>
        <w:t>Liam exhaled slowly, a gust of air that seemed to carry away some of the hope he had held. "No, I can't," he conceded, his voice quiet. "And I wouldn't ask you to give up your own legacy. But perhaps there's a way for our legacies to intertwine, to complement each other. Perhaps Havenwood can be your sanctuary, a place where you can come to recharge, to be grounded, between your missions. Perhaps my understanding of this land, of this community, can offer you a different kind of perspective, a steadiness you've never known."</w:t>
      </w:r>
    </w:p>
    <w:p/>
    <w:p>
      <w:r>
        <w:br/>
        <w:t>His words painted a picture of a potential future, one that was both enticing and daunting. A life where she could be both the tenacious investigator and the woman who found solace in the rolling hills of Havenwood. A life where Liam’s roots could be her anchor, not her cage. But the ingrained patterns of her life, the relentless drive for independence, the fear of stagnation, felt like insurmountable obstacles.</w:t>
      </w:r>
    </w:p>
    <w:p/>
    <w:p>
      <w:r>
        <w:br/>
        <w:t>"It's a beautiful thought, Liam," Eleanor said, her voice soft with a deep-seated regret. "And I wish… I truly wish I could believe it was that simple. But my life is built on constant evolution, on pushing boundaries. I'm not sure I possess the capacity for the kind of quiet contentment that this life demands. I'm afraid that if I were to stay, if I were to try and fit myself into this mold, I would eventually resent it. And I would resent myself for giving up the parts of me that make me… me." She looked away, the prospect of losing him a physical ache in her chest. "And that's a risk I can't take. Not to you. Not to myself."</w:t>
      </w:r>
    </w:p>
    <w:p/>
    <w:p>
      <w:r>
        <w:br/>
        <w:t>The fear of separation, once a distant specter, now loomed large, a tangible entity that threatened to engulf them. It was the fear of losing the unique connection they had forged, a connection that had unexpectedly blossomed amidst danger and intrigue. It was the fear of returning to a life that, while familiar, now felt somehow incomplete, diminished by the absence of Liam’s steady presence. Eleanor saw the profound sadness in his eyes, a reflection of her own internal turmoil. The impending resolution of the external plot, the very thing they had worked so tirelessly to achieve, was now the catalyst for their potential undoing. The end of their shared mission meant the end of their forced proximity, and with it, the terrifying prospect of a future where their paths diverged irrevocably. The delicate tendrils of affection that had begun to entwine their lives were suddenly vulnerable, threatened by the harsh winds of their differing realities. The weight of their unspoken fears settled between them, a heavy shroud that threatened to suffocate the nascent hope that had dared to flicker in the heart of Havenwood. The journey that had brought them together was nearing its conclusion, but the true challenge, the battle for their hearts and their future, was only just beginning.</w:t>
      </w:r>
    </w:p>
    <w:p/>
    <w:p>
      <w:r>
        <w:t>The silence that settled between Eleanor and Liam was no longer the charged quiet of impending danger, but the reflective hush of a storm’s aftermath, where the air is thick with the scent of rain and the profound, unsettling peace that follows. They sat in Liam’s study, the same room where strategies had been meticulously laid, where the weight of their shared mission had pressed down on them, but now, it held a different kind of gravity. The schematics and maps were still present, remnants of a battle fought and, they hoped, won, but their focus had shifted inward, to the landscape of their own hearts, a territory far more complex and volatile than any battlefield.</w:t>
      </w:r>
    </w:p>
    <w:p>
      <w:r>
        <w:br/>
        <w:t>Eleanor traced the rim of her teacup, the warmth a small comfort against the chill that seemed to have settled within her. Her mind, usually a sharp, incisive instrument, felt blurred, saturated with memories of the past weeks, months, that had unfolded in the quiet embrace of Havenwood. She remembered their first meeting, a collision of wills, a clash of two worlds that felt impossibly distant from each other. She had arrived as an outsider, a transient force with a singular objective, viewing Liam and his world with a clinical, detached gaze. His groundedness, his deep connection to the land and its people, had initially seemed like a charming anachronism, an almost quaint adherence to a way of life she had long since outgrown, or so she had believed.</w:t>
      </w:r>
    </w:p>
    <w:p/>
    <w:p>
      <w:r>
        <w:br/>
        <w:t>She recalled the initial friction, the subtle skirmishes of their differing methodologies. Her relentless pursuit of facts, her tendency to dissect and analyze, had often met with Liam’s more intuitive, community-focused approach. She’d seen his methods as perhaps too soft, too trusting, while he, she suspected, had found her own approach to be too hard, too cynical. Yet, beneath the surface of their professional disagreements, something else had been quietly at play. A grudging respect, a nascent curiosity, had begun to bloom in the fertile ground of their shared purpose.</w:t>
      </w:r>
    </w:p>
    <w:p/>
    <w:p>
      <w:r>
        <w:br/>
        <w:t>The turning point, she mused, wasn't a single dramatic event, but a series of small, almost imperceptible shifts. It was in the late nights spent poring over intel, the hushed conversations that stretched into the early hours, where the veneer of professionalism began to fray. It was in the shared exhaustion, the quiet camaraderie that developed over cups of strong coffee and the low hum of the generator. It was in the unexpected moments of vulnerability, the glimpses of the man beneath the steady proprietor of Havenwood.</w:t>
      </w:r>
    </w:p>
    <w:p/>
    <w:p>
      <w:r>
        <w:br/>
        <w:t>She remembered the first time she’d seen him truly laugh, a deep, uninhibited sound that had startled her with its sheer exuberance, a sound so different from the reserved amusement she’d become accustomed to. It had been during a local harvest festival, a riot of color and music, where she’d found herself, against her better judgment, caught up in the infectious joy of the community. Liam, usually so composed, had been playfully coaxing a hesitant child into joining a folk dance, his eyes alight with a warmth that had disarmed her completely. In that moment, he hadn’t been the stoic leader; he had been simply, wonderfully, alive.</w:t>
      </w:r>
    </w:p>
    <w:p/>
    <w:p>
      <w:r>
        <w:br/>
        <w:t>And then there were the tears. Not tears of weakness, but tears of shared grief and loss. The moments when the weight of their mission, the human cost of the violence they were confronting, had become too much to bear. She remembered Liam holding her, not with the possessiveness of a lover, but with the quiet strength of a confidant, his arms a sanctuary of solace. She had never been one to easily accept comfort, to expose her own raw edges, but with Liam, it had felt natural, necessary. He had seen past her defenses, had recognized the woman beneath the hardened exterior, and had offered a tenderness that had both frightened and soothed her.</w:t>
      </w:r>
    </w:p>
    <w:p/>
    <w:p>
      <w:r>
        <w:br/>
        <w:t>Their connection hadn’t been a sudden explosion, but a slow, deliberate unfolding, like a vine slowly but surely weaving its way through a sturdy trellis. Each shared challenge, each moment of mutual reliance, had strengthened the tendrils of their bond. The risks they had taken together, the close calls and the hard-won victories, had forged an intimacy that transcended the physical, though that, too, had become an undeniable force, a silent language spoken in stolen glances and the electrifying brush of skin.</w:t>
      </w:r>
    </w:p>
    <w:p/>
    <w:p>
      <w:r>
        <w:br/>
        <w:t>She thought of the nights under the vast, star-strewn sky of Havenwood, conversations that meandered from the mundane to the profound. They had spoken of their pasts, the shadows that had shaped them, the dreams that had fueled them. Liam had spoken of his family’s legacy, the weight of responsibility that had rested on his young shoulders, the quiet pride he felt in tending to the land that had sustained generations. Eleanor, in turn, had found herself sharing fragments of her own nomadic existence, the restless search for truth that had defined her life, the loneliness that had often been her closest companion.</w:t>
      </w:r>
    </w:p>
    <w:p/>
    <w:p>
      <w:r>
        <w:br/>
        <w:t>It was during those conversations that she had begun to see the profound impact Liam had had on her, a subtle but significant reshaping of her perspective. He had taught her the value of stillness, the beauty of deep roots, the profound satisfaction of nurturing something into life. He had shown her that strength wasn’t always in the chase, in the constant pursuit of the next challenge, but could also be found in the steadfastness of commitment, in the quiet act of tending. He had, in essence, offered her a glimpse of a different kind of life, one that resonated with a part of her she had long suppressed, a part that craved belonging.</w:t>
      </w:r>
    </w:p>
    <w:p/>
    <w:p>
      <w:r>
        <w:br/>
        <w:t>And she knew, with a certainty that settled deep within her bones, that she had had a similar effect on him. She had witnessed the spark of renewed purpose ignite within him, the reawakening of a spirit that had perhaps grown dormant under the routine of his responsibilities. She had seen him challenge his own assumptions, embrace a broader worldview, and, most importantly, open his heart to the possibility of a future that extended beyond the familiar horizons of Havenwood. The guarded pragmatist had, she suspected, found a flicker of the adventurer within himself, a willingness to explore uncharted territories, both external and internal.</w:t>
      </w:r>
    </w:p>
    <w:p/>
    <w:p>
      <w:r>
        <w:br/>
        <w:t>The shared laughter, too, had been a crucial element in their journey. It had been the balm that healed the inevitable wounds of their shared ordeal, the joyful punctuation marks in the narrative of their days. From the playful banter that had initially masked their deeper feelings to the full-throated laughter that now punctuated their rare moments of unadulterated peace, it had been a testament to the genuine affection that had grown between them. It was the sound of two souls finding a rhythm, a harmony, that had been absent before they met.</w:t>
      </w:r>
    </w:p>
    <w:p/>
    <w:p>
      <w:r>
        <w:br/>
        <w:t>Their physical connection, born of necessity and adrenaline in the early days, had evolved into something far richer, far more profound. It was a language of touch, of embrace, of quiet intimacy that spoke volumes without uttering a single word. Each stolen kiss, each lingering touch, had been a confirmation of their deepening bond, a physical manifestation of the emotional intimacy they had cultivated. It was a testament to their shared vulnerability, their willingness to expose themselves to each other, not just in body, but in spirit. The initial guardedness had given way to an uninhibited exploration, a passionate surrender to the undeniable pull between them.</w:t>
      </w:r>
    </w:p>
    <w:p/>
    <w:p>
      <w:r>
        <w:br/>
        <w:t xml:space="preserve">Looking at Liam now, his gaze steady and full of a quiet understanding, Eleanor felt a profound sense of gratitude. Gratitude for the unexpected journey, for the lessons learned, for the man who had so patiently chipped away at her defenses, revealing the softer, more vulnerable woman beneath. She had arrived in Havenwood a woman driven by a singular purpose, a woman who believed her strength lay in her independence, her ability to remain detached. She was leaving, or rather, she was </w:t>
      </w:r>
    </w:p>
    <w:p>
      <w:pPr>
        <w:jc w:val="left"/>
      </w:pPr>
      <w:r>
        <w:rPr>
          <w:i/>
        </w:rPr>
        <w:t>contemplating</w:t>
      </w:r>
      <w:r>
        <w:t xml:space="preserve"> leaving, a woman profoundly changed, a woman who understood that true strength could also lie in connection, in vulnerability, and in the quiet courage to love.</w:t>
      </w:r>
    </w:p>
    <w:p>
      <w:r>
        <w:br/>
        <w:t>Liam’s hand found hers, his thumb gently stroking the back of her hand, a familiar gesture that sent a tremor of warmth through her. "You know," he began, his voice a low rumble that resonated in the quiet room, "when you first arrived, I thought you were like a storm. Powerful, unpredictable, and destined to blow through and leave devastation in your wake." A faint smile touched his lips, a smile that reached his eyes, crinkling the corners. "I was so focused on bracing myself for the damage, I didn't see that you were also capable of bringing… growth. Of clearing away the old to make way for something new."</w:t>
      </w:r>
    </w:p>
    <w:p/>
    <w:p>
      <w:r>
        <w:br/>
        <w:t>Eleanor squeezed his hand, her heart swelling with an emotion she was still learning to name. "And I thought you were like the earth," she replied, her voice soft. "Solid, immovable, rooted in a way that felt… insurmountable. Like I could never truly take root myself, not in a place so firmly established. I saw your steadiness as a limitation, not a source of strength." She met his gaze, her own eyes reflecting the depth of her shifting perspective. "But you showed me that roots don't have to be a cage. They can be an anchor. That grounding isn't about stagnation, but about having a place to return to, a place to draw strength from."</w:t>
      </w:r>
    </w:p>
    <w:p/>
    <w:p>
      <w:r>
        <w:br/>
        <w:t>He leaned closer, his forehead resting against hers, their breaths mingling in the stillness. "We were two ships passing in the night, weren't we?" he murmured, the words tinged with a gentle amusement. "Each convinced of our own solitary course, until the currents of fate, or perhaps something more intentional, decided to steer us into the same harbor."</w:t>
      </w:r>
    </w:p>
    <w:p/>
    <w:p>
      <w:r>
        <w:br/>
        <w:t>"More intentional," Eleanor corrected softly, her fingers interlacing with his. "You chose to let me in, Liam. You chose to see beyond the agent, the outsider. And I… I chose to stay, to let myself be seen. That wasn't an accident." The weight of their impending separation, the question of what came next, still hung in the air, a silent, looming presence. But for this moment, in the quiet sanctuary of his study, surrounded by the tangible evidence of their shared journey, they allowed themselves to simply be, to bask in the glow of a connection forged in the crucible of shared experience, a connection that had irrevocably altered the trajectory of both their lives. The friction of their initial encounters had been the spark, but the enduring flame of their commitment was now fueled by a deep and abiding understanding, a testament to the transformative power of shared vulnerability and the unexpected beauty of entwined destinies. They had arrived as strangers, guarded and wary, but they had found in each other a home, a sanctuary, a reason to believe in the possibility of a future where their disparate paths could, against all odds, find a way to merge. The journey had been fraught with peril and uncertainty, but it had led them here, to this quiet moment of reflection, to the profound realization that they had not only survived, but they had also, in a way neither had anticipated, truly flourished.</w:t>
      </w:r>
    </w:p>
    <w:p/>
    <w:p>
      <w:r>
        <w:t>The unspoken question hung between them, heavier than any tactical report, more complex than any geopolitical threat they had faced. It wasn’t the question of ‘if,’ but ‘what next.’ The storm had passed, the immediate danger had receded, leaving behind a stillness that was both exhilarating and terrifying. For Eleanor and Liam, this quiet was not an end, but a beginning. And beginnings, especially those that promised permanence, brought with them a host of new anxieties. The word ‘forever’ had always felt like an abstract concept, a distant shore visible only on the clearest of days, a destination she had never truly believed she would reach. Now, it loomed, not as a mirage, but as a solid, tangible reality, and with it came the resurfacing of old fears, the deep-seated insecurities that had once been her constant companions.</w:t>
      </w:r>
    </w:p>
    <w:p>
      <w:r>
        <w:br/>
        <w:t>She had built her life on ephemerality, on the constant flux of assignments, on the understanding that every situation, every relationship, was temporary. Her childhood had been a tapestry of fleeting encounters, of moving from one place to the next, her parents’ nomadic lifestyle mirroring her own internal restlessness. Trust, in its deepest sense, had been a luxury she couldn’t afford, a vulnerability she had learned to shield herself from. Love, she had convinced herself, was simply another form of impermanence, a beautiful, fleeting moment that would inevitably fade. This belief, deeply ingrained, was the bedrock of her fear of forever. The thought of anchoring herself to one place, to one person, felt like willingly stepping into a gilded cage, a beautiful prison that would ultimately stifle her spirit.</w:t>
      </w:r>
    </w:p>
    <w:p/>
    <w:p>
      <w:r>
        <w:br/>
        <w:t>Liam, observing the subtle shift in her demeanor, recognized the shadow that had fallen over her eyes. He saw the way her gaze drifted, the slight tightening of her jaw. He knew that behind her composure, a familiar battle was being waged. He had seen her at her most formidable, her most resilient, but he had also glimpsed the cracks, the raw vulnerability that lay beneath the surface. Her fear of commitment wasn’t born of a lack of love, he understood, but from a profound fear of loss, a deep-seated belief that anything precious was destined to be taken away. Her past, a carefully guarded territory, had left her with a constant expectation of abandonment, and the idea of ‘forever’ was the ultimate invitation for that fear to materialize.</w:t>
      </w:r>
    </w:p>
    <w:p/>
    <w:p>
      <w:r>
        <w:br/>
        <w:t>"Eleanor?" Liam's voice was a gentle inquiry, a lifeline thrown into the quiet churn of her thoughts. He reached for her hand, his touch a grounding force. "What are you thinking?"</w:t>
      </w:r>
    </w:p>
    <w:p/>
    <w:p>
      <w:r>
        <w:br/>
        <w:t>She turned to him, her eyes searching his, a silent plea for understanding. "It's… it's a lot, Liam," she admitted, her voice barely a whisper. "This feels so… real. So permanent."</w:t>
      </w:r>
    </w:p>
    <w:p/>
    <w:p>
      <w:r>
        <w:br/>
        <w:t>He nodded, his thumb stroking the back of her hand reassuringly. "It is. And that can be… daunting." He paused, choosing his words carefully. "I know you've spent your life on the move, Eleanor. That the idea of putting down roots, of staying in one place, might feel… unnatural."</w:t>
      </w:r>
    </w:p>
    <w:p/>
    <w:p>
      <w:r>
        <w:br/>
        <w:t>"Unnatural feels like an understatement," she confessed, a wry smile touching her lips. "It feels like trying to force a wild bird into a cage. I’m not sure I know how to be… stationary. How to be… yours." The last two words were spoken with a tremor of vulnerability, a confession that the very idea of belonging to someone, of having someone belong to her, was a monumental leap of faith.</w:t>
      </w:r>
    </w:p>
    <w:p/>
    <w:p>
      <w:r>
        <w:br/>
        <w:t>Liam tightened his grip on her hand. "You don't have to force yourself, El. And you’re not 'stationary.' You're anchored. There’s a difference. And you wouldn't be mine in a possessive sense. You would be mine because you choose to be, because our lives have become entwined. That’s not a cage, Eleanor. That’s a partnership." He met her gaze, his eyes earnest. "I know my own fears, too. My fear that I'm not enough. That I can't give you everything you deserve, everything you might eventually want. My world, for so long, was defined by duty, by responsibility to this place. It's comfortable, it's familiar, but I worry it's also… limited. And I worry that one day, you'll look at my quiet life here and realize it’s not enough for the woman you are."</w:t>
      </w:r>
    </w:p>
    <w:p/>
    <w:p>
      <w:r>
        <w:br/>
        <w:t>His honesty was a balm, a mirror reflecting her own insecurities back at her. She understood his fear of inadequacy, his worry that his steadfastness, his groundedness, would ultimately prove to be a limitation rather than a strength. He had opened his world to her, embraced her unconventionality, but the fear of not being able to match her adventurous spirit, her intellect, lingered.</w:t>
      </w:r>
    </w:p>
    <w:p/>
    <w:p>
      <w:r>
        <w:br/>
        <w:t>"Liam," she began, her voice steadying, "my ‘wild bird’ instincts have led me to some incredible, and sometimes dangerous, places. But they’ve also left me feeling… adrift. You’ve shown me that there’s a profound strength in stillness, a beauty in cultivating something that grows and flourishes over time. Your grounding isn’t a limitation; it’s a foundation. And the partnership you’re talking about… that’s not a cage. It’s a sanctuary. It’s the possibility of a home I never knew I was searching for."</w:t>
      </w:r>
    </w:p>
    <w:p/>
    <w:p>
      <w:r>
        <w:br/>
        <w:t xml:space="preserve">She traced the line of his jaw with her fingertip, her touch conveying the depth of her emotion. "My fear isn't that you won't be enough. My fear is that I won't be enough for </w:t>
      </w:r>
    </w:p>
    <w:p>
      <w:pPr>
        <w:jc w:val="left"/>
      </w:pPr>
      <w:r>
        <w:rPr>
          <w:i/>
        </w:rPr>
        <w:t>us</w:t>
      </w:r>
      <w:r>
        <w:t>. That my past will catch up to me, that I'll bring the ghosts of my nomadic life into our shared space and shatter it. That I’ll be the one to leave, to run when things get too… real. Too forever." The confession hung in the air, raw and vulnerable. This was the core of her wound – the ingrained belief that she was destined to be the one to break things, to flee before she could be hurt, to preemptively sever ties before they could be cut.</w:t>
      </w:r>
    </w:p>
    <w:p>
      <w:r>
        <w:br/>
        <w:t>Liam pulled her closer, wrapping his arms around her. She felt the steady beat of his heart against hers, a comforting rhythm that spoke of stability and strength. "You won't," he murmured into her hair. "You’ve already proven that you’re capable of so much more than running. You’ve faced down every threat, every danger, with incredible courage. And you’ve stayed, Eleanor. You’ve stayed here, with me. That’s not running. That’s choosing."</w:t>
      </w:r>
    </w:p>
    <w:p/>
    <w:p>
      <w:r>
        <w:br/>
        <w:t>He pulled back slightly, his hands framing her face. His gaze was intense, filled with a love that was both fierce and tender. "I know your past has shaped you, El. It’s given you the incredible resilience and sharp mind that I admire so much. But it doesn't define your future. Not with me. We build our future together, brick by brick. And if you ever feel the urge to run, I’ll be here, holding the door open, not to let you leave, but to remind you that you’ve already found your home."</w:t>
      </w:r>
    </w:p>
    <w:p/>
    <w:p>
      <w:r>
        <w:br/>
        <w:t>His words were a promise, a shield against the whispers of doubt that had plagued her for so long. He wasn’t asking her to abandon her past, but to integrate it, to recognize that the strength she had honed in her solitary journeys could be a vital component of their shared life. He saw her for who she was, the sum of her experiences, and loved her not in spite of them, but because of them.</w:t>
      </w:r>
    </w:p>
    <w:p/>
    <w:p>
      <w:r>
        <w:br/>
        <w:t>"And what if," she began, her voice laced with a fragile hope, "what if your fear of not being enough is simply your way of protecting yourself from the possibility of being truly loved? Of being seen, deeply and completely, and finding that you are, indeed, more than enough?"</w:t>
      </w:r>
    </w:p>
    <w:p/>
    <w:p>
      <w:r>
        <w:br/>
        <w:t>Liam’s eyes softened, a flicker of surprise, then dawning understanding crossing his face. He had always seen himself as the provider, the protector, the steady hand. The idea of being the recipient of such profound love, of being found worthy and sufficient, was a vulnerability he hadn't fully allowed himself to explore.</w:t>
      </w:r>
    </w:p>
    <w:p/>
    <w:p>
      <w:r>
        <w:br/>
        <w:t xml:space="preserve">"Perhaps," he conceded, a slow smile spreading across his face. "Perhaps you're right. Perhaps I've been so focused on what I </w:t>
      </w:r>
    </w:p>
    <w:p>
      <w:pPr>
        <w:jc w:val="left"/>
      </w:pPr>
      <w:r>
        <w:rPr>
          <w:i/>
        </w:rPr>
        <w:t>should</w:t>
      </w:r>
      <w:r>
        <w:t xml:space="preserve"> be, on the expectations of my role, that I’ve forgotten to simply </w:t>
      </w:r>
      <w:r>
        <w:rPr>
          <w:i/>
        </w:rPr>
        <w:t>be</w:t>
      </w:r>
      <w:r>
        <w:t xml:space="preserve"> loved. And loved by you… that's more than enough, Eleanor. It's everything."</w:t>
      </w:r>
    </w:p>
    <w:p>
      <w:r>
        <w:br/>
        <w:t>The air between them, once thick with unspoken fears, now thrummed with a newfound possibility. The prospect of ‘forever’ was no longer a terrifying abyss, but a vast, open landscape waiting to be explored, together. They were standing on the precipice, hand in hand, ready to take the leap, not because the fear had vanished, but because the love had grown stronger. They had faced the ghosts of their pasts, the insecurities that had defined them, and in doing so, they had found the courage to embrace a future that, for the first time, felt not like a risk, but like a reward. Their connection, forged in the fires of adversity, was now being tempered by the quiet strength of mutual vulnerability, preparing them for the ultimate test of their bond – the enduring commitment to a love that promised forever.</w:t>
      </w:r>
    </w:p>
    <w:p/>
    <w:p>
      <w:r>
        <w:br w:type="page"/>
      </w:r>
    </w:p>
    <w:p>
      <w:pPr>
        <w:spacing w:before="5040"/>
        <w:jc w:val="center"/>
      </w:pPr>
      <w:r>
        <w:rPr/>
        <w:t xml:space="preserve"> Chapter 11: The Identity Crisis</w:t>
      </w:r>
    </w:p>
    <w:p>
      <w:r>
        <w:t>The hum of the city had always been a familiar lullaby to Eleanor. It was the soundtrack to her ambition, the thrumming pulse of a life lived at breakneck speed. New York, London, Tokyo – the metropolises she had navigated with practiced ease, each with its own symphony of sirens, distant traffic, and the murmur of a million lives unfolding simultaneously. It was a world where anonymity was a cloak, and movement was a constant, invigorating state of being. She thrived in the transient, the ever-shifting landscape that demanded constant adaptation, a sharp intellect, and an almost instinctive ability to read the currents of human interaction. Her apartment, a sleek, minimalist sanctuary high above the city’s sprawl, was a testament to this life – functional, elegant, and designed for efficiency. It was a space that spoke of ambition, of a career meticulously built, of a self-assured woman who knew exactly where she was going, and more importantly, how to get there. The polished surfaces reflected not just light, but a curated version of herself, a persona honed for success in a world that valued pragmatism and precision above all else. Here, her thoughts were sharp, her strategies clear, her identity firmly rooted in her achievements and the undeniable allure of the urban jungle.</w:t>
      </w:r>
    </w:p>
    <w:p>
      <w:r>
        <w:br/>
        <w:t>Havenwood, on the other hand, was a whisper, a gentle breeze rustling through ancient trees. It was the scent of damp earth after a rain, the unhurried cadence of conversations that lingered, the quiet satisfaction of watching something grow, both literally and figuratively. Liam’s farmhouse, with its worn leather chairs, the comforting aroma of woodsmoke, and the steady rhythm of country life, was a world away from the chrome and glass towers she had called home. The silence here wasn't an absence of sound, but a presence of peace, a deep resonance that seeped into her bones. It was in the early morning light filtering through the kitchen window, illuminating the dust motes dancing in the air, in the shared silence of watching Liam work his land, in the simple act of tending to a garden, feeling the soil between her fingers. This place, and the life she was building with Liam, felt like an entirely different language, one she was only just beginning to understand, a dialect of belonging and quiet joy.</w:t>
      </w:r>
    </w:p>
    <w:p/>
    <w:p>
      <w:r>
        <w:br/>
        <w:t>The duality was unsettling. One moment, she’d find herself mentally drafting a complex proposal, envisioning the polished boardroom, the sharp questions, the satisfying click of a deal being closed. The next, her mind would drift to the intricate patterns of frost on the windowpane, or the comforting weight of Liam’s arm around her shoulders as they watched the stars. It was as if two distinct versions of Eleanor were vying for dominance, each with their own set of priorities, their own definition of happiness. The city Eleanor was driven, logical, and fiercely independent, a woman who had built her success on the understanding that relying too heavily on anyone was a potential weakness. The Havenwood Eleanor, however, was discovering a different kind of strength, one found in connection, in vulnerability, in the quiet confidence of shared existence. This burgeoning version of herself was softer, more attuned to the subtle nuances of emotion, and, to her own surprise, deeply content with a life that looked nothing like the one she had meticulously planned.</w:t>
      </w:r>
    </w:p>
    <w:p/>
    <w:p>
      <w:r>
        <w:br/>
        <w:t>The conflict wasn't just an abstract debate in her mind; it was a palpable force pulling at her. Her career, a monument to years of relentless effort, still beckoned. The board meetings, the international travel, the intellectual sparring – these were the arenas where she felt most alive, most herself. Her colleagues, her mentors, the very fabric of her professional identity, were all intrinsically tied to that urban existence. To step away from it entirely felt like severing a limb, like a betrayal of the ambitious young woman who had clawed her way to the top. There were days when the allure of the city was so strong, so familiar, that Havenwood felt like a dream, a beautiful, ephemeral escape from the reality of her carefully constructed life. She’d find herself scrolling through real estate listings for penthouses, replaying conversations about her next big project, a subtle panic rising in her chest at the thought of losing that momentum.</w:t>
      </w:r>
    </w:p>
    <w:p/>
    <w:p>
      <w:r>
        <w:br/>
        <w:t>And then there was Liam. He was the undeniable anchor to this new reality. His presence was a quiet constant, a steady hand guiding her through the often-turbulent waters of her own internal conflict. He was the embodiment of everything Havenwood represented – grounded, patient, and possessing a deep, unwavering love that was slowly, surely, rewriting her understanding of commitment. He had embraced her complexity, her sharp edges, her undeniable drive, and yet, he also saw the woman who found solace in the rustle of leaves and the warmth of a shared hearth. He didn't demand she choose, not explicitly, but the question hung in the air, unspoken. His life was here, rooted and thriving. He wasn’t a man who could easily be uprooted, and she knew, with a certainty that both thrilled and terrified her, that she couldn’t ask him to be.</w:t>
      </w:r>
    </w:p>
    <w:p/>
    <w:p>
      <w:r>
        <w:br/>
        <w:t>The possibility of losing him, of this nascent life together dissolving like mist, was a constant, gnawing fear. It amplified the stakes, transforming the internal debate into a race against time. If she didn't commit, if she couldn't reconcile the two worlds, or at least make a definitive choice, she risked losing not just a place, but the most profound connection she had ever known. The thought of returning to her city life without Liam, without the quiet strength he brought to her world, felt hollow. The sleek apartment would feel sterile, the bustling streets oppressive, the achievements suddenly meaningless without someone to share them with, someone who saw past the successes to the woman beneath.</w:t>
      </w:r>
    </w:p>
    <w:p/>
    <w:p>
      <w:r>
        <w:br/>
        <w:t>She tried to rationalize it, to intellectualize the decision as she would any business negotiation. Which offered the greater return on investment, the more sustainable future? But this wasn't a deal to be struck; it was a life to be lived. The city offered prestige, challenge, and the familiar comfort of control. Havenwood offered peace, a deep sense of belonging, and a love that felt like coming home. The irony wasn’t lost on her: the woman who had always prided herself on her ability to navigate complex situations was now paralyzed by the simplest, most fundamental of choices.</w:t>
      </w:r>
    </w:p>
    <w:p/>
    <w:p>
      <w:r>
        <w:br/>
        <w:t>One crisp autumn afternoon, Liam found her sitting on the porch swing, a half-empty mug of tea growing cold in her hands, her gaze fixed on the distant treeline. The usual sparkle in her eyes was dimmed, replaced by a thoughtful, almost melancholic, introspection. He sat beside her, not touching, but his presence a comforting weight in the quiet expanse.</w:t>
      </w:r>
    </w:p>
    <w:p/>
    <w:p>
      <w:r>
        <w:br/>
        <w:t>"Penny for your thoughts?" he asked, his voice gentle, cutting through the stillness without disturbing it.</w:t>
      </w:r>
    </w:p>
    <w:p/>
    <w:p>
      <w:r>
        <w:br/>
        <w:t>Eleanor sighed, a sound that seemed to carry the weight of her internal struggle. "They're more like a dollar for your thoughts today, Liam," she admitted, a faint smile touching her lips. "Or maybe even ten." She turned to him, her expression earnest. "I was thinking about the apartment in the city. And then I was thinking about this porch. And the view from here. And I realized… I don't know which one feels more like 'mine'."</w:t>
      </w:r>
    </w:p>
    <w:p/>
    <w:p>
      <w:r>
        <w:br/>
        <w:t>Liam reached out, his hand covering hers. His touch was warm, solid, grounding. "This is yours, Eleanor. All of it. The farmhouse, the land, the quiet. You’ve built it with me."</w:t>
      </w:r>
    </w:p>
    <w:p/>
    <w:p>
      <w:r>
        <w:br/>
        <w:t>"But it’s your life, Liam," she countered softly. "Your roots are here. I feel like I’m… visiting. A very long, very comfortable visit, but a visit nonetheless. And I worry that the woman who belongs here, who thrives here, is a different person from the woman who built a life in the city. And I don't know if I can be both. Or if I should even try."</w:t>
      </w:r>
    </w:p>
    <w:p/>
    <w:p>
      <w:r>
        <w:br/>
        <w:t>"Why can't you be both?" he asked, his thumb gently stroking the back of her hand. "Why does it have to be one or the other?"</w:t>
      </w:r>
    </w:p>
    <w:p/>
    <w:p>
      <w:r>
        <w:br/>
        <w:t>"Because life isn't built on 'both', Liam," she said, her voice tinged with frustration. "It’s built on choices. On commitment. If I choose this," she gestured around them, encompassing the rolling hills and the quiet valley, "then what about my career? What about the woman I’ve spent my entire adult life becoming? And if I choose the city, then… then what happens to us? To this?" The unspoken question of ‘us’ hung heavy between them.</w:t>
      </w:r>
    </w:p>
    <w:p/>
    <w:p>
      <w:r>
        <w:br/>
        <w:t xml:space="preserve">"We can make it work," Liam said, his gaze steady. "I can come to the city. We can find a way. Or you can continue with your work from here. There are more possibilities than you think, Eleanor." He paused, choosing his words carefully. "But I also know you, El. I know that your drive, your ambition, isn't just about a career. It’s part of who you are. And I don't want you to lose that. But I also don't want to lose </w:t>
      </w:r>
    </w:p>
    <w:p>
      <w:pPr>
        <w:jc w:val="left"/>
      </w:pPr>
      <w:r>
        <w:rPr>
          <w:i/>
        </w:rPr>
        <w:t>this</w:t>
      </w:r>
      <w:r>
        <w:t>," he squeezed her hand, "and I don't want to lose you. So, if the choice is between me and the city, then that’s a choice I’m not prepared to make. Because my heart is here, with you. But I won't ask you to sacrifice everything you are for me. That wouldn't be love; it would be a cage."</w:t>
      </w:r>
    </w:p>
    <w:p>
      <w:r>
        <w:br/>
        <w:t>His words, while reassuring, only highlighted the stark reality of her dilemma. He was willing to adapt, to compromise, but ultimately, his life was here. And her career, her identity, was so inextricably linked to the urban landscape. She could picture it so clearly: the weekly flights back and forth, the strain of maintaining two separate lives, the constant negotiation of time and space. It felt unsustainable, a recipe for resentment and eventual heartbreak.</w:t>
      </w:r>
    </w:p>
    <w:p/>
    <w:p>
      <w:r>
        <w:br/>
        <w:t>"It's not just about the career, Liam," she confessed, her voice dropping to a whisper. "It's about who I am. I’ve always been the one in control, the one charting the course. The thought of giving that up, of letting go of the reins, even for something as wonderful as this… it’s terrifying. I’ve built my entire life on self-reliance, on the idea that I can handle anything, and that usually means handling it alone. This," she indicated their clasped hands, "this interdependence, it’s a different kind of strength, and I’m still learning how to wield it. I worry that if I lean too heavily on this, I’ll lose the very essence of myself that you fell in love with."</w:t>
      </w:r>
    </w:p>
    <w:p/>
    <w:p>
      <w:r>
        <w:br/>
        <w:t>Liam turned to face her fully, his expression earnest. "And I worry that if you don't lean into this, El, you'll lose a part of yourself that you haven't even discovered yet. The part that finds joy in the sunrise, that finds peace in the quiet, that finds love not in conquering, but in belonging. Your self-reliance is a superpower, Eleanor, I know that. But even superheroes need a support system. They need a place to recharge, to be seen not just as the protector, but as the person beneath the cape. This place, this life with me, can be that for you. It doesn't diminish your strength; it enhances it. It gives it context."</w:t>
      </w:r>
    </w:p>
    <w:p/>
    <w:p>
      <w:r>
        <w:br/>
        <w:t>He stood up, pulling her gently to her feet. He led her to the edge of the porch, where the vast expanse of the valley stretched out before them, painted in the vibrant hues of late afternoon. "Look at it, Eleanor. It's not a limitation. It's an opportunity. An opportunity to build something new, something that blends the best of both worlds. You don't have to abandon your past, or your ambitions. You can integrate them. You can be the brilliant strategist who also knows how to nurture a garden. You can be the woman who can navigate a boardroom and also find solace in a starlit sky. It's not about choosing between the city and the small town. It's about creating your own space, a space that is uniquely yours, a space where Eleanor, the city dweller, and Eleanor, the woman of Havenwood, can coexist and thrive."</w:t>
      </w:r>
    </w:p>
    <w:p/>
    <w:p>
      <w:r>
        <w:br/>
        <w:t>His words resonated deep within her, a soothing balm to her anxieties. He wasn’t asking her to erase herself, but to expand. To see that her identity wasn't a rigid construct, but a fluid, evolving entity. The city had shaped her, yes, but Havenwood was shaping her too, in ways she was only beginning to understand. The fear of losing herself was, perhaps, a fear of embracing a richer, more multifaceted version of who she could be.</w:t>
      </w:r>
    </w:p>
    <w:p/>
    <w:p>
      <w:r>
        <w:br/>
        <w:t>"But what if… what if I make the wrong choice?" she asked, the question a vulnerable tremor in her voice. "What if I choose this, and I realize I’ve made a terrible mistake? Or what if I choose the city, and I realize I’ve lost… you?"</w:t>
      </w:r>
    </w:p>
    <w:p/>
    <w:p>
      <w:r>
        <w:br/>
        <w:t xml:space="preserve">Liam wrapped his arms around her, holding her close. She could feel the steady beat of his heart against hers, a reassuring rhythm in the face of her uncertainty. "There are no wrong choices, Eleanor," he murmured into her hair. "Only different paths. And if you choose the city, and you find yourself missing this, missing me, then you'll know what to do. We'll find our way back to each other. Love like ours isn't easily extinguished. And if you choose this," he pulled back slightly, his eyes searching hers, "and you find that you're still the woman who craves the challenge and the energy of the city, then we'll figure it out. We'll build bridges, not walls. But the choice, ultimately, has to be yours. It has to be what truly makes you happy, Eleanor. Not what you think you </w:t>
      </w:r>
    </w:p>
    <w:p>
      <w:pPr>
        <w:jc w:val="left"/>
      </w:pPr>
      <w:r>
        <w:rPr>
          <w:i/>
        </w:rPr>
        <w:t>should</w:t>
      </w:r>
      <w:r>
        <w:t xml:space="preserve"> want, but what your heart truly desires."</w:t>
      </w:r>
    </w:p>
    <w:p>
      <w:r>
        <w:br/>
        <w:t>He kissed her then, a deep, tender kiss that spoke of promises and possibilities. In that moment, the internal debate began to quiet. The city and the small town, once opposing forces, started to merge in her mind, not as a dichotomy, but as complementary landscapes within the larger territory of her evolving self. She was Eleanor, the woman who had conquered cities, and Eleanor, the woman who was learning to bloom in the quiet earth of Havenwood. And perhaps, just perhaps, the greatest adventure of all was not in conquering new territories, but in building a home, wherever that might be, with the person who saw all of her, and loved her all the more for it. The path forward was still a little hazy, the final destination not yet clear, but for the first time, the prospect of the journey ahead didn't feel like a crisis of identity, but an invitation to a richer, more authentic existence.</w:t>
      </w:r>
    </w:p>
    <w:p/>
    <w:p>
      <w:r>
        <w:t>The silence that had once been a sanctuary in Havenwood now felt charged, thick with unspoken anxieties. Eleanor found herself pacing the worn floorboards of the farmhouse, her city-bred restlessness manifesting as a nervous energy that Liam’s gentle presence couldn’t entirely soothe. The conversation on the porch had been a turning point, a moment where the glittering facade of her carefully constructed life began to crack, revealing the raw, vulnerable self beneath. Liam had offered her a way forward, a bridge between her two worlds, but the foundation of that bridge, she was beginning to realize, had to be built on the crumbling ruins of her own deeply ingrained fears.</w:t>
      </w:r>
    </w:p>
    <w:p>
      <w:r>
        <w:br/>
        <w:t>Her fear of commitment, of true emotional entanglement, wasn't a new revelation. It was a specter that had shadowed her professional life, a silent alarm that had always warned her against placing too much trust, too much reliance, on anyone. She had honed her independence like a weapon, a shield against the perceived weakness of vulnerability. But in Havenwood, with Liam, that shield felt heavy, cumbersome. His unwavering affection, his quiet strength, demanded a reciprocity she was terrified to give. To truly let him in, to allow herself to be seen in her entirety, meant acknowledging the possibility of pain, of loss, on a scale she had never dared to contemplate. She had built walls so high and so thick, not to keep others out, but to keep herself contained, safe from the very real possibility of being shattered.</w:t>
      </w:r>
    </w:p>
    <w:p/>
    <w:p>
      <w:r>
        <w:br/>
        <w:t>Liam, too, carried his own burdens. Though he rarely spoke of them directly, Eleanor had glimpsed the shadows in his eyes, the moments of quiet contemplation that hinted at a past he held close. She knew enough to understand that his own experiences had taught him the harsh lessons of betrayal and abandonment. His steadfastness, his capacity for unconditional love, was a conscious choice, a deliberate counterpoint to the hurt he had endured. And in that, Eleanor saw a terrifying mirror. Her fear of getting hurt, of being left, was a direct echo of his own potential for pain. If she couldn’t overcome her own defenses, she risked inflicting the very same wounds he had so bravely worked to heal.</w:t>
      </w:r>
    </w:p>
    <w:p/>
    <w:p>
      <w:r>
        <w:br/>
        <w:t>“Are you okay?” Liam’s voice, soft as the morning mist, broke through her agitated thoughts. He stood in the doorway of the living room, a mug of coffee in his hands, his gaze filled with a concern that made her chest ache.</w:t>
      </w:r>
    </w:p>
    <w:p/>
    <w:p>
      <w:r>
        <w:br/>
        <w:t>Eleanor stopped pacing, running a hand through her hair. “I’m… thinking,” she said, the word feeling inadequate, a flimsy veil over the storm raging within her. “About what you said. About the bridges.”</w:t>
      </w:r>
    </w:p>
    <w:p/>
    <w:p>
      <w:r>
        <w:br/>
        <w:t>He walked towards her, his movements unhurried, deliberate. He didn’t crowd her, but his presence was a solid anchor in the swirling chaos of her mind. “Bridges take time to build, El. They don’t appear overnight.”</w:t>
      </w:r>
    </w:p>
    <w:p/>
    <w:p>
      <w:r>
        <w:br/>
        <w:t>“But the foundations,” she countered, her voice barely a whisper. “They have to be solid. And mine feel… shaky. Like they’re built on sand.” She looked at him, her eyes pleading for understanding, for a wisdom she couldn’t seem to access on her own. “I’ve spent my entire life trying to prove I don’t need anyone. That I can handle anything. That I’m strong enough to stand alone. And now… now I’m standing here, with you, and I’m terrified that if I lean, I’ll fall. Not just physically, but… existentially. Like if I let go of my own strength, I’ll disappear.”</w:t>
      </w:r>
    </w:p>
    <w:p/>
    <w:p>
      <w:r>
        <w:br/>
        <w:t>Liam set his coffee mug on a nearby table and gently cupped her face in his hands. His touch was warm, grounding, a stark contrast to the icy grip of her fear. “You won’t disappear, Eleanor. You’ll transform. And you won’t fall. You’ll learn to fly. This isn’t about letting go of your strength; it’s about discovering a new kind of strength. The strength of connection. The strength of trust.”</w:t>
      </w:r>
    </w:p>
    <w:p/>
    <w:p>
      <w:r>
        <w:br/>
        <w:t>He leaned in, his forehead resting against hers. “My past taught me that relying on others can be dangerous. It taught me that love can be conditional, that promises can be broken. It left scars, Eleanor. Deep ones. And for a long time, I thought the only way to protect myself was to build walls, to keep everyone at arm’s length, to never let anyone see the parts of me that were broken.”</w:t>
      </w:r>
    </w:p>
    <w:p/>
    <w:p>
      <w:r>
        <w:br/>
        <w:t>He pulled back slightly, his eyes searching hers, raw and honest. “But then I met you. And slowly, painstakingly, you began to chip away at those walls, not with force, but with kindness, with understanding, with a quiet persistence that I couldn’t resist. You saw past the facade, Eleanor. You saw the man beneath, with all his flaws and his fears. And you didn’t flinch. You stayed.”</w:t>
      </w:r>
    </w:p>
    <w:p/>
    <w:p>
      <w:r>
        <w:br/>
        <w:t>A tear traced a path down Eleanor’s cheek. “And I’m still here,” she admitted, her voice thick with emotion. “But the thought of truly, fully committing, of weaving my life into yours so tightly that we’re inseparable… it triggers something deep inside me. A panic. A voice that screams, ‘Run! Before it’s too late! Before they realize you’re not enough, or before they leave you!’”</w:t>
      </w:r>
    </w:p>
    <w:p/>
    <w:p>
      <w:r>
        <w:br/>
        <w:t xml:space="preserve">“That voice,” Liam said, his thumb gently wiping away her tear, “is the echo of your past trauma, Eleanor. It’s the voice of your younger self, the one who perhaps wasn’t seen, or wasn’t enough, or was abandoned. It’s a powerful voice, I know. Mine was loud for a long time. But it’s not the </w:t>
      </w:r>
    </w:p>
    <w:p>
      <w:pPr>
        <w:jc w:val="left"/>
      </w:pPr>
      <w:r>
        <w:rPr>
          <w:i/>
        </w:rPr>
        <w:t>only</w:t>
      </w:r>
      <w:r>
        <w:t xml:space="preserve"> voice. There’s another voice, a quieter one, that recognizes the truth of what we have here. That recognizes safety. That recognizes love.”</w:t>
      </w:r>
    </w:p>
    <w:p>
      <w:r>
        <w:br/>
        <w:t>He held her gaze, his own filled with a love that felt both ancient and brand new. “My own trauma taught me that keeping love at bay only leads to a different kind of pain – loneliness. The pain of never truly belonging. I don’t want that for you, Eleanor. And I don’t want that for us.”</w:t>
      </w:r>
    </w:p>
    <w:p/>
    <w:p>
      <w:r>
        <w:br/>
        <w:t>The raw honesty in his confession was disarming. It stripped away the layers of pretense and ambition, revealing two flawed, vulnerable souls reaching out for connection. Eleanor had always prided herself on her ability to dissect problems, to strategize, to find solutions. But this wasn’t a business deal; it was a confrontation with the deepest, most guarded parts of herself.</w:t>
      </w:r>
    </w:p>
    <w:p/>
    <w:p>
      <w:r>
        <w:br/>
        <w:t>“I’m afraid,” she confessed, the words a shaky exhalation. “I’m so profoundly afraid of losing myself in this. Of becoming someone I don’t recognize. Of losing the edge that has made me successful, that has kept me safe.”</w:t>
      </w:r>
    </w:p>
    <w:p/>
    <w:p>
      <w:r>
        <w:br/>
        <w:t>“But what if, in losing that perceived safety, you find true freedom?” Liam countered gently. “What if, in letting go of the need to control everything, you discover a capacity for joy that you never knew existed? Your ambition, your drive, they are not incompatible with love, Eleanor. They are not incompatible with belonging. They are simply facets of a more complete you. A you that is capable of both conquering the world and finding peace in a quiet morning. A you that is capable of deep, unwavering love.”</w:t>
      </w:r>
    </w:p>
    <w:p/>
    <w:p>
      <w:r>
        <w:br/>
        <w:t>He stepped back, taking her hands in his. “My own past made me believe that vulnerability was a weakness. That showing my hurt was an invitation for more pain. But it was the opposite. It was only when I began to be vulnerable, to admit my own brokenness, that I could truly begin to heal. And it was only when I was willing to be vulnerable with you that we could even begin to build what we have.”</w:t>
      </w:r>
    </w:p>
    <w:p/>
    <w:p>
      <w:r>
        <w:br/>
        <w:t>Eleanor looked down at their clasped hands, tracing the lines on his palm. His touch was a promise, a testament to his own journey of healing. He had faced his demons, and he had emerged not weakened, but stronger, more compassionate, more whole. She wondered if she had the same courage.</w:t>
      </w:r>
    </w:p>
    <w:p/>
    <w:p>
      <w:r>
        <w:br/>
        <w:t>“It feels like… a precipice,” she admitted, her voice barely audible. “Like if I step forward, there’s no turning back. And if I don’t, I’m forever stuck on this side, looking over at a life I could have had, a love I could have shared.”</w:t>
      </w:r>
    </w:p>
    <w:p/>
    <w:p>
      <w:r>
        <w:br/>
        <w:t>“Every significant choice feels like a precipice, Eleanor,” Liam said, his voice steady. “That’s what makes it meaningful. That’s what makes it a choice. You’re not choosing a destination, my love. You’re choosing a direction. And if, at any point, you feel lost, or if the path becomes too difficult, we’ll find our way together. I’m not asking you to shed your past, or to forget who you are. I’m asking you to integrate it. To allow it to become part of a richer, fuller tapestry of your life.”</w:t>
      </w:r>
    </w:p>
    <w:p/>
    <w:p>
      <w:r>
        <w:br/>
        <w:t>He pulled her closer, his arms encircling her waist. “My fear was that I would always be alone. That I would never find someone who could see past the scars. That I would never find a home. And then I found you. And in you, I found not just a home, but a partner. Someone who challenges me, who inspires me, and who loves me for exactly who I am. And that, Eleanor, is worth facing any fear for.”</w:t>
      </w:r>
    </w:p>
    <w:p/>
    <w:p>
      <w:r>
        <w:br/>
        <w:t>The weight of her own past, the ingrained patterns of self-protection, felt immense. She had spent so long guarding her heart, she wasn't sure she remembered how to open it fully. The thought of exposing those tender, vulnerable parts of herself, the parts that craved belonging and love, to the potential of rejection or pain, was almost unbearable. Her core wound, the deep-seated belief that she was fundamentally alone and had to rely only on herself, was a formidable adversary.</w:t>
      </w:r>
    </w:p>
    <w:p/>
    <w:p>
      <w:r>
        <w:br/>
        <w:t>“But what if… what if I’m not strong enough?” she whispered, the question laced with a vulnerability that surprised even herself. “What if I try to be open, to trust, and it shatters me? What if I can’t heal from that?”</w:t>
      </w:r>
    </w:p>
    <w:p/>
    <w:p>
      <w:r>
        <w:br/>
        <w:t>Liam held her tighter, his touch a silent reassurance. “You are stronger than you think, Eleanor. Your ambition, your resilience, your ability to navigate the complexities of the world – those are all testaments to your strength. And your capacity for love, for connection, is not a weakness; it’s your greatest strength. It’s the part of you that can build bridges, that can create something beautiful and enduring.”</w:t>
      </w:r>
    </w:p>
    <w:p/>
    <w:p>
      <w:r>
        <w:br/>
        <w:t>He gently tilted her chin up, meeting her tear-filled gaze. “And if you do shatter, my love, I’ll be here to help you pick up the pieces. We’ll do it together. Because that’s what happens when you build a life with someone. You become each other’s safety net. You become each other’s refuge. My past taught me the pain of being left to pick up the pieces alone. I will never let that happen to you.”</w:t>
      </w:r>
    </w:p>
    <w:p/>
    <w:p>
      <w:r>
        <w:br/>
        <w:t>The sincerity in his eyes, the unwavering conviction in his voice, began to chip away at the hardened shell around her heart. She saw not just a man who loved her, but a man who understood the deep-seated fears that had shaped her. He wasn’t asking her to abandon her past, but to integrate it, to understand that her journey of self-reliance had led her to this moment, to this capacity for love.</w:t>
      </w:r>
    </w:p>
    <w:p/>
    <w:p>
      <w:r>
        <w:br/>
        <w:t>“It’s not just about you, Liam,” she confessed, her voice trembling. “It’s about me too. I’ve always defined myself by what I’ve accomplished, by my independence. The idea of that changing, of my identity being so intertwined with another person… it’s unsettling. It feels like a loss, in a way.”</w:t>
      </w:r>
    </w:p>
    <w:p/>
    <w:p>
      <w:r>
        <w:br/>
        <w:t>“It’s not a loss, Eleanor, it’s an expansion,” he corrected softly. “Think of it not as losing a part of yourself, but as gaining a new dimension. You are the woman who conquered boardrooms and cities, and you are also the woman who finds joy in the quiet rhythm of the countryside. You are complex, multifaceted, and that is beautiful. This connection with me doesn’t diminish who you are; it allows you to become even more of yourself. It gives you a new perspective, a new landscape to explore within your own being.”</w:t>
      </w:r>
    </w:p>
    <w:p/>
    <w:p>
      <w:r>
        <w:br/>
        <w:t>He kissed her then, a slow, tender kiss that spoke of understanding and acceptance. It wasn’t a kiss of conquest, but of surrender, a mutual acknowledgement of their shared vulnerability and their burgeoning trust. In that embrace, the sharp edges of her fear began to soften, replaced by a quiet warmth, a burgeoning hope. The path ahead was still uncertain, the journey of confronting her core wounds a daunting one, but for the first time, she didn’t feel entirely alone on the precipice. Liam was there, a steady hand, a compassionate heart, reminding her that true strength wasn't in standing alone, but in daring to build something together, even when the foundations felt shaky. The city and the country, once opposing forces in her identity, began to blur, merging into a more expansive, more authentic landscape of self, a landscape she was finally ready to explore, with him by her side.</w:t>
      </w:r>
    </w:p>
    <w:p/>
    <w:p>
      <w:r>
        <w:t>The air in the farmhouse, once a comforting embrace of woodsmoke and possibility, now felt heavy with an unspoken weight. Eleanor traced the rim of her teacup, the warmth doing little to dispel the chill that had settled in her bones. Liam had spoken of choices, of paths diverging, and the implications of those words hung in the silence between them, vast and echoing. She understood, with a clarity that was both terrifying and exhilarating, that the life she had meticulously built, the identity she had so fiercely protected, was no longer hers alone to command. It was a shared canvas, and the strokes she made now would inevitably touch him, irrevocably alter the landscape of his own existence.</w:t>
      </w:r>
    </w:p>
    <w:p>
      <w:r>
        <w:br/>
        <w:t>Her career. The word itself felt like a relic from a former life, a gleaming, sharp-edged artifact from the world she had left behind. The law firm, the high-stakes cases, the exhilarating dance of ambition and intellect – it had been her oxygen, her purpose. She had clawed her way to the top, a testament to her own unwavering resolve, her refusal to be defined by anything less than her own formidable achievements. Now, the prospect of that life, that singular focus, felt… hollow. Not because she no longer valued it, but because Liam, and the future they were tentatively forging, demanded a recalibration of her priorities. He wasn’t asking her to abandon her intelligence or her drive, but to redirect it, to weave it into the fabric of their shared life, rather than letting it be the sole defining thread.</w:t>
      </w:r>
    </w:p>
    <w:p/>
    <w:p>
      <w:r>
        <w:br/>
        <w:t>Liam, too, was facing a sacrifice. His life in Havenwood, while seemingly simple, was deeply rooted. The land, passed down through generations, was not just his livelihood but his heritage. The rhythm of the seasons, the quiet satisfaction of nurturing life from the earth, was ingrained in his very being. To consider leaving that, to uproot himself from the only home he had ever known, for her, for a life in the city that was so alien to his nature, was a sacrifice of immeasurable magnitude. It wasn't just about leaving behind the physical place; it was about leaving behind a part of himself, a connection to his past and his identity that was as vital as the air he breathed.</w:t>
      </w:r>
    </w:p>
    <w:p/>
    <w:p>
      <w:r>
        <w:br/>
        <w:t>“We don’t have to decide tonight,” Liam said, his voice a low rumble that vibrated through the quiet room. He had seen the turmoil etched on her face, the almost imperceptible tremor in her hands. He knew the magnitude of what was being asked of them both.</w:t>
      </w:r>
    </w:p>
    <w:p/>
    <w:p>
      <w:r>
        <w:br/>
        <w:t>Eleanor met his gaze, her own eyes swimming with a complex mix of love, fear, and a dawning sense of responsibility. “But we do, Liam. We can’t pretend this isn’t real. We can’t build a bridge without knowing if the other side can bear the weight.” She paused, her breath catching. “My career… it’s everything I’ve worked for. It’s who I am. The thought of walking away from it… it feels like amputating a limb.”</w:t>
      </w:r>
    </w:p>
    <w:p/>
    <w:p>
      <w:r>
        <w:br/>
        <w:t>He reached across the small table, his large hand covering hers. His touch was steady, a silent anchor. “And my life here,” he said, his voice soft but firm, “is the only one I’ve ever known. It’s the earth beneath my feet, the sky above my head. To leave it… it would be like asking a tree to grow without its roots.”</w:t>
      </w:r>
    </w:p>
    <w:p/>
    <w:p>
      <w:r>
        <w:br/>
        <w:t>A silence fell between them again, heavy with the unspoken understanding of the immense personal costs involved. Eleanor had always viewed love as an addition, a beautiful, enriching element that could coexist with her established life. She had never considered that it might demand a fundamental restructuring, a complete reevaluation of what mattered most. The city, with its relentless pace and its unforgiving demands, was where her professional life resided. Liam, on the other hand, was intrinsically tied to the tranquility and earthiness of Havenwood.</w:t>
      </w:r>
    </w:p>
    <w:p/>
    <w:p>
      <w:r>
        <w:br/>
        <w:t>“Could you… could you ever imagine yourself in the city, Liam?” she asked, the question a hesitant probe into the unknown. “Not just visiting, but living there? The noise, the crowds, the constant rush…” She trailed off, picturing him navigating the concrete jungle, a wild creature trapped in a gilded cage.</w:t>
      </w:r>
    </w:p>
    <w:p/>
    <w:p>
      <w:r>
        <w:br/>
        <w:t>He offered a small, wry smile. “I’ve imagined it. And I’ve imagined the other side of it, too.” He squeezed her hand. “I’ve imagined the satisfaction of seeing you thrive, Eleanor. Of being there to support you as you continue to build your empire. That has value. It’s a different kind of harvest, but a harvest nonetheless.” He paused, his gaze drifting towards the window, towards the dark, starlit expanse of his world. “But it’s not my world. My hands understand the soil, the grain. My spirit finds solace in the quiet. I don’t know if I could truly be happy, truly be myself, so far removed from that.”</w:t>
      </w:r>
    </w:p>
    <w:p/>
    <w:p>
      <w:r>
        <w:br/>
        <w:t>His honesty was a balm, even as it underscored the chasm that threatened to divide them. Eleanor felt a pang of guilt, a realization that her own ambitions, her own comfort zone, had been the primary focus of her consideration. She had assumed, perhaps, that Liam would be more adaptable, more willing to bend. But he was offering a glimpse into his own deeply held values, his own immutable sense of self.</w:t>
      </w:r>
    </w:p>
    <w:p/>
    <w:p>
      <w:r>
        <w:br/>
        <w:t>“And I,” she confessed, her voice barely a whisper, “I don’t know if I could ever truly be content with a life that didn’t challenge me, didn’t push me to my limits. The quiet… it’s beautiful, Liam, I know it is. But my mind races. It needs the stimulation, the problems to solve, the victories to achieve. The thought of settling into a life where my greatest achievement is a well-tended garden… it feels like a diminishment.”</w:t>
      </w:r>
    </w:p>
    <w:p/>
    <w:p>
      <w:r>
        <w:br/>
        <w:t>The words hung in the air, stark and unvarnished. They were not accusations, but honest assessments of their core selves. This was not a matter of one person loving the other more, but of two distinct, deeply formed individuals grappling with the possibility of merging their lives without sacrificing their essential natures. The sacrifice, Eleanor realized, wasn’t just about choosing one life over the other; it was about finding a way to honor both, or acknowledging that such a balance might be an impossible dream.</w:t>
      </w:r>
    </w:p>
    <w:p/>
    <w:p>
      <w:r>
        <w:br/>
        <w:t>“So, what do we do?” Liam asked, his eyes earnest, searching hers for an answer she didn’t possess. “We can’t both be in two places at once. We can’t both have everything we’ve always known and everything we’re discovering here, together.”</w:t>
      </w:r>
    </w:p>
    <w:p/>
    <w:p>
      <w:r>
        <w:br/>
        <w:t>Eleanor’s mind, ever the strategist, began to churn. The legal world was a demanding mistress, but it was also a world of negotiation, of compromise. Could that apply here, to the most important negotiation of her life? She thought of the partners at her firm, the grueling hours they kept, the sacrifices they made for their careers. It was a life of immense personal cost, often at the expense of relationships, of family, of any semblance of a balanced existence. She had always admired their dedication, but lately, watching Liam’s serene contentment with the simple, profound rhythms of his life, she had begun to question the price of her own relentless pursuit.</w:t>
      </w:r>
    </w:p>
    <w:p/>
    <w:p>
      <w:r>
        <w:br/>
        <w:t>“My firm… they’re always looking for new blood, for expansion,” she mused, more to herself than to him. “There are satellite offices. Perhaps, hypothetically, a position could be negotiated. A less demanding role, perhaps, or a position that allows for more flexibility.” The words felt hollow, a desperate attempt to find a compromise that didn’t truly exist. The truth was, her current trajectory was inextricably linked to her presence in the city, to the demands of a high-powered legal career that left little room for anything else.</w:t>
      </w:r>
    </w:p>
    <w:p/>
    <w:p>
      <w:r>
        <w:br/>
        <w:t>Liam nodded slowly, his gaze steady. “And my farm? It requires my presence. It’s not a business I can simply hand over to someone else, not without years of training, and even then…” He shook his head. “My connection to this land is… visceral. It’s who I am.”</w:t>
      </w:r>
    </w:p>
    <w:p/>
    <w:p>
      <w:r>
        <w:br/>
        <w:t>The stark reality of their situation settled upon Eleanor like a shroud. There was no easy answer, no clever loophole. This was not a contract to be drafted or a lawsuit to be won. This was a matter of the heart, and the heart, she was discovering, often demanded more than logic could provide.</w:t>
      </w:r>
    </w:p>
    <w:p/>
    <w:p>
      <w:r>
        <w:br/>
        <w:t>“What if,” Eleanor began, her voice hesitant, “what if I took a sabbatical? A year, perhaps. A year to truly immerse myself here. To see if I can find that balance, that contentment you speak of. To see if my mind can quiet itself, if my spirit can find solace in the rhythm of the seasons.” It was a terrifying proposition, a voluntary stepping away from the spotlight, from the constant validation of her professional achievements. It felt like admitting defeat, like a betrayal of the driven, ambitious woman she had always been.</w:t>
      </w:r>
    </w:p>
    <w:p/>
    <w:p>
      <w:r>
        <w:br/>
        <w:t>Liam’s eyes widened slightly, a flicker of hope igniting within them. “A sabbatical?” he repeated, the word a gentle caress. “You’d consider that? For us?”</w:t>
      </w:r>
    </w:p>
    <w:p/>
    <w:p>
      <w:r>
        <w:br/>
        <w:t>“For us,” she confirmed, her voice gaining a newfound strength. “But Liam, it’s not a guarantee. I can’t promise you that I’ll suddenly discover a hidden passion for crop rotation or a deep connection to the local quilting circle. I’m… I’m a city person. I thrive on urgency, on the pulse of a metropolis.” She met his gaze directly, her own raw with vulnerability. “And if, after a year, I find myself desperate to return, if I’m miserable, then we have to be honest. We have to acknowledge that perhaps our paths are too divergent.”</w:t>
      </w:r>
    </w:p>
    <w:p/>
    <w:p>
      <w:r>
        <w:br/>
        <w:t>He reached for her again, his touch more urgent this time, pulling her closer. He held her as if she were made of spun glass, his concern palpable. “And if you are miserable, Eleanor, then we’ll face that together too. That’s part of the deal, isn’t it? Facing the difficult things, not just the beautiful ones.” He pulled back, his hands framing her face. “But I believe in you. I believe in your capacity to find joy in new things, to adapt, to grow. And I believe in us. I believe that if we truly want this, we can find a way to make it work.”</w:t>
      </w:r>
    </w:p>
    <w:p/>
    <w:p>
      <w:r>
        <w:br/>
        <w:t>The sincerity in his eyes was a powerful force, capable of chipping away at even her most hardened defenses. She saw not a plea, but a deep, abiding faith in their connection. The idea of a sabbatical felt like a leap of faith into the unknown, a radical departure from her carefully constructed life. It was a sacrifice of her immediate comfort, her professional momentum, and her ingrained identity. But the alternative – the potential loss of Liam, of this burgeoning, profound love – was a sacrifice she wasn’t willing to make.</w:t>
      </w:r>
    </w:p>
    <w:p/>
    <w:p>
      <w:r>
        <w:br/>
        <w:t>“It’s a huge leap, Liam,” she admitted, her voice trembling slightly. “It’s like… like trading in a perfectly good car for a horse and buggy, just to see if I like the feel of the wind in my hair.”</w:t>
      </w:r>
    </w:p>
    <w:p/>
    <w:p>
      <w:r>
        <w:br/>
        <w:t>He chuckled, a warm, resonant sound that filled the room. “Perhaps. But sometimes, Eleanor, the wind in your hair is worth more than all the horsepower in the world. And who knows,” he added, his eyes twinkling, “you might discover you have a knack for judging the weather, for predicting the rain. You might find a different kind of mastery here.”</w:t>
      </w:r>
    </w:p>
    <w:p/>
    <w:p>
      <w:r>
        <w:br/>
        <w:t>The thought of him, the skilled farmer, the man of the land, offering to guide her, to teach her, to patiently usher her into his world, was a powerful incentive. It wasn’t just about her sacrificing her career; it was about him offering to share his world, to invest his time and knowledge in helping her adapt. It was a reciprocal act of profound generosity.</w:t>
      </w:r>
    </w:p>
    <w:p/>
    <w:p>
      <w:r>
        <w:br/>
        <w:t>“And you?” she asked, her gaze softening. “What would you sacrifice? If I were to stay, if I were to try to make this work, and you were to… to consider leaving Havenwood for good?” The thought was almost unbearable. Liam, divorced from the land, from his heritage. It felt like asking him to cut off his own roots.</w:t>
      </w:r>
    </w:p>
    <w:p/>
    <w:p>
      <w:r>
        <w:br/>
        <w:t>He was quiet for a long moment, his expression thoughtful. “My family has been on this land for generations, Eleanor. My father, his father before him. It’s not just soil and crops; it’s history, it’s memory. It’s a part of my soul.” He looked at her, his eyes clear and steady. “But love… love can forge new connections, can create new landscapes of the soul. If it came down to it, if my heart truly believed that my home, my true home, was with you, wherever that might be… then I would find a way to build that home. I would learn to find the rhythm of a new place, to plant new seeds, even if the soil felt foreign at first. Because you, Eleanor, have become more precious to me than any piece of land.”</w:t>
      </w:r>
    </w:p>
    <w:p/>
    <w:p>
      <w:r>
        <w:br/>
        <w:t>His words were a revelation, a testament to the depth of his feelings. He was willing to consider a sacrifice that, to him, was every bit as significant as hers. It was a shared vulnerability, a mutual willingness to step into the terrifying unknown for the sake of their love.</w:t>
      </w:r>
    </w:p>
    <w:p/>
    <w:p>
      <w:r>
        <w:br/>
        <w:t>“But we don’t have to make that decision now,” Eleanor said, her voice laced with relief. “The sabbatical… it’s a start. It’s a chance for us to explore this, without burning all our bridges, so to speak.”</w:t>
      </w:r>
    </w:p>
    <w:p/>
    <w:p>
      <w:r>
        <w:br/>
        <w:t>Liam smiled, a genuine, heart-warming smile that reached his eyes. “A bridge that leads to a new possibility. I like the sound of that.” He pulled her into his arms, holding her close. “It won’t be easy, El. There will be days when you miss the city, when you feel restless and frustrated. And there will be days when I wonder if I’ve made a terrible mistake, if I’ve asked too much of you, or if I’ve betrayed my own legacy.”</w:t>
      </w:r>
    </w:p>
    <w:p/>
    <w:p>
      <w:r>
        <w:br/>
        <w:t>“But we’ll face those days together,” Eleanor murmured into his chest, the steady beat of his heart a comforting rhythm against her ear. “We’ll remind each other why we’re doing this. We’ll remember the alternative.”</w:t>
      </w:r>
    </w:p>
    <w:p/>
    <w:p>
      <w:r>
        <w:br/>
        <w:t>He held her tighter. “And we’ll remember the sacrifices we’re willing to make. Because that, my love, is the true measure of our commitment. It’s not just about the joy we find together, but about the willingness to endure the challenges, to give up something precious, for the sake of something even more precious.”</w:t>
      </w:r>
    </w:p>
    <w:p/>
    <w:p>
      <w:r>
        <w:br/>
        <w:t>The weight of the decision, the enormity of the sacrifice, still lingered, a shadow at the edges of their newfound hope. But for the first time, Eleanor felt a sense of agency, a belief that they could navigate this uncharted territory. It wasn't about choosing one life over the other, but about creating a new life, a life forged from the willingness to let go of what was comfortable and familiar, and to embrace the profound, transformative power of love, even when it demanded the ultimate test of sacrifice. The city lights might beckon, the scent of opportunity might still linger, but here, in the quiet embrace of Havenwood, a different kind of future was beginning to take root, a future built on the courage to give, and the unwavering faith in a love that was worth every risk.</w:t>
      </w:r>
    </w:p>
    <w:p/>
    <w:p>
      <w:pPr>
        <w:jc w:val="left"/>
      </w:pPr>
      <w:r>
        <w:t xml:space="preserve">The soft glow of the afternoon sun, filtering through the lace curtains of the general store, painted dancing patterns on the worn wooden floor. Eleanor found herself lingering, not by design, but by a peculiar gravitational pull. It was a sensation she was becoming increasingly familiar with in Havenwood – a gentle tug away from her own urgent thoughts, a quiet invitation to simply </w:t>
      </w:r>
      <w:r>
        <w:rPr>
          <w:i/>
        </w:rPr>
        <w:t>be</w:t>
      </w:r>
      <w:r>
        <w:t>. Mrs. Gable, her hands dusted with flour from a fresh batch of scones, hummed a tuneless melody as she arranged jars of preserves. Her presence, a constant, unwavering fixture in the heart of the town, exuded a peculiar kind of wisdom, one that didn’t rely on grand pronouncements but on the quiet observation of life unfolding.</w:t>
      </w:r>
    </w:p>
    <w:p>
      <w:r>
        <w:br/>
        <w:t>“You’re looking thoughtful today, Eleanor,” Mrs. Gable observed, her voice like warm honey. She didn’t pry, didn’t demand an explanation, but her simple acknowledgment felt like an open door, an invitation to share if she wished. Eleanor found herself inexplicably drawn to the woman's calm demeanor. In the city, interactions were often transactional, efficient, a means to an end. Here, in Havenwood, there was a depth, a genuine interest in the well-being of others, that felt like a forgotten language.</w:t>
      </w:r>
    </w:p>
    <w:p/>
    <w:p>
      <w:r>
        <w:br/>
        <w:t>Eleanor offered a small, hesitant smile. “Just… contemplating things, Mrs. Gable.”</w:t>
      </w:r>
    </w:p>
    <w:p/>
    <w:p>
      <w:r>
        <w:br/>
        <w:t>“Havenwood has a way of doing that to a person,” the older woman said, her eyes crinkling at the corners. She placed a warm scone on a small plate and pushed it towards Eleanor. “Sometimes, the quietest places stir the loudest thoughts within us.”</w:t>
      </w:r>
    </w:p>
    <w:p/>
    <w:p>
      <w:r>
        <w:br/>
        <w:t>Later that day, as Eleanor walked along the dusty lane that led back to Liam’s farm, she passed old Mr. Henderson, his face a roadmap of sun-weathered lines, tending to his prize-winning roses. He offered a nod and a gruff, “Afternoon, Eleanor.” He didn’t ask about her city life, her legal career, or the weighty decisions she was wrestling with. Instead, he launched into a detailed, almost poetic, description of how the recent rain had been a blessing for his blooms, how the particular angle of the morning sun was crucial for their vibrancy. He spoke of patience, of nurture, of the rewards of diligent, unwavering care.</w:t>
      </w:r>
    </w:p>
    <w:p/>
    <w:p>
      <w:r>
        <w:br/>
        <w:t xml:space="preserve">His words, seemingly about roses, resonated deeply. Eleanor had always prided herself on her ability to strategize, to anticipate, to control outcomes. But here, in Havenwood, the most profound lessons were about surrender, about working </w:t>
      </w:r>
    </w:p>
    <w:p>
      <w:pPr>
        <w:jc w:val="left"/>
      </w:pPr>
      <w:r>
        <w:rPr>
          <w:i/>
        </w:rPr>
        <w:t>with</w:t>
      </w:r>
      <w:r>
        <w:t xml:space="preserve"> nature rather than bending it to her will. She watched as Mr. Henderson gently pruned a stray branch, his movements deliberate and unhurried. It was a stark contrast to the frantic pace of her urban existence, where deadlines loomed and every moment was accounted for. Mr. Henderson’s garden, like Liam’s farm, was a testament to a different kind of success, one measured not in monetary gain or professional accolades, but in the quiet beauty of growth and the satisfaction of nurturing life.</w:t>
      </w:r>
    </w:p>
    <w:p>
      <w:r>
        <w:br/>
        <w:t>As the week unfolded, these seemingly small interactions began to weave a subtle but undeniable tapestry of influence. She found herself drawn into conversations at the weekly farmers’ market, not just as an observer, but as a participant. She heard Mrs. Gable sharing her secret for the perfect apple pie with a young mother, saw Liam patiently explaining the best way to store root vegetables to a neighbor, and witnessed the easy camaraderie between the townsfolk as they bartered goods and exchanged stories. There was an inherent trust, a shared understanding, that transcended the superficial.</w:t>
      </w:r>
    </w:p>
    <w:p/>
    <w:p>
      <w:r>
        <w:br/>
        <w:t>One evening, while helping Liam mend a fence, a task that felt both alien and surprisingly grounding, they were joined by Sarah, a woman Liam had known his entire life. Sarah, with her bright eyes and an infectious laugh, was a whirlwind of energy, involved in nearly every aspect of town life. She spoke of organizing the upcoming harvest festival with the same fervor she discussed her plans for improving the local library’s children’s section.</w:t>
      </w:r>
    </w:p>
    <w:p/>
    <w:p>
      <w:r>
        <w:br/>
        <w:t>“It’s all about community, isn’t it?” Sarah had said, pausing to lean against the fence post, her gaze sweeping across the rolling fields. “We all lean on each other. When someone’s in trouble, everyone rallies. When there’s a celebration, everyone contributes. It’s not always easy, mind you. We’re all stubborn folk here,” she’d added with a grin, nudging Liam playfully. “But there’s a strength in knowing you’re not alone, that your neighbors have your back, no matter what.”</w:t>
      </w:r>
    </w:p>
    <w:p/>
    <w:p>
      <w:r>
        <w:br/>
        <w:t>Eleanor listened, captivated. In her city life, community often felt like a collection of individuals coexisting, sometimes amiably, often not. The bonds were looser, more fragile. Here, it was a living, breathing entity, a network of mutual support woven from shared experiences and a deep-seated belief in collective well-being. She saw how Liam, despite his solitary nature, was an integral part of this fabric. His quiet generosity, his willingness to help a neighbor with a difficult harvest or to lend his expertise with machinery, was deeply ingrained. It wasn’t an obligation; it was a way of life.</w:t>
      </w:r>
    </w:p>
    <w:p/>
    <w:p>
      <w:r>
        <w:br/>
        <w:t>She remembered a conversation she’d had with her mentor back in the city, a formidable woman who had scaled the corporate ladder with ruthless efficiency. “Relationships are a liability, Eleanor,” she’d advised. “They distract from the goal. Focus on your own trajectory. Success is a solitary pursuit.” Eleanor had, for years, subscribed to that philosophy. But watching the effortless interconnectedness of Havenwood, the genuine warmth that flowed between its residents, she began to question the true definition of success. Was it merely personal achievement, or was it something richer, something that involved shared purpose and a sense of belonging?</w:t>
      </w:r>
    </w:p>
    <w:p/>
    <w:p>
      <w:r>
        <w:br/>
        <w:t>The traditions of Havenwood, too, once viewed with a detached amusement, began to hold a different kind of appeal. The annual pie-baking contest, the bonfire storytelling nights, the communal planting days – these weren’t mere quaint customs. They were rituals that solidified the town’s identity, that celebrated their shared history and their connection to the land. Eleanor found herself noticing the subtle shifts in the landscape, the way the light changed, the scent of rain on dry earth – all elements that had been part of her life in the city, but had been drowned out by the cacophony of urban existence. Here, they were amplified, becoming part of a larger, more meaningful rhythm.</w:t>
      </w:r>
    </w:p>
    <w:p/>
    <w:p>
      <w:r>
        <w:br/>
        <w:t>One afternoon, as she sat on the porch swing, watching Liam work the fields, an elderly woman named Agnes, a fixture in Havenwood for decades, stopped by. Agnes’s hands, gnarled with age, still possessed a surprising dexterity, and she often brought Eleanor small, hand-knitted gifts – a pair of impossibly soft socks, a delicate scarf. Today, she simply sat beside Eleanor, her gaze fixed on the horizon.</w:t>
      </w:r>
    </w:p>
    <w:p/>
    <w:p>
      <w:r>
        <w:br/>
        <w:t>“It’s a good life, this,” Agnes said, her voice raspy but warm. “Not always easy, mind you. The winters can be long, and the work is hard. But there’s a peace here, a deep-down knowing that you’re where you’re supposed to be. You become part of the turning of the seasons, part of something bigger than yourself.” She turned her head, her faded blue eyes meeting Eleanor’s. “You know, I used to think I wanted to see the world, to live in the big cities. I even lived in Chicago for a few years, worked in an office. But my heart, it always ached for this. For the smell of the earth, for the quiet stars at night, for the faces of the people who know my story, and I know theirs.”</w:t>
      </w:r>
    </w:p>
    <w:p/>
    <w:p>
      <w:r>
        <w:br/>
        <w:t>Agnes’s words struck a chord deep within Eleanor. She saw a reflection of her own internal struggle in the elder woman’s past aspirations and eventual return to the roots she had once yearned to escape. Agnes wasn’t just sharing a story; she was offering a perspective, a quiet validation of the values that Havenwood embodied. It wasn’t about rejecting the allure of the wider world, but about recognizing the profound richness that could be found in a life rooted in place, in community, in a slower, more deliberate rhythm.</w:t>
      </w:r>
    </w:p>
    <w:p/>
    <w:p>
      <w:r>
        <w:br/>
        <w:t>Later that evening, Eleanor found herself telling Liam about her conversation with Agnes. “She said her heart ached for this place,” Eleanor mused, tracing the rim of her teacup. “Even after she’d experienced the city. It made me wonder… is it possible to feel that strongly about a place? To have it become so intrinsically woven into who you are?”</w:t>
      </w:r>
    </w:p>
    <w:p/>
    <w:p>
      <w:r>
        <w:br/>
        <w:t>Liam put down his book, his gaze thoughtful. “I think so. For me, it is. This land… it’s not just dirt and crops, El. It’s generations of my family. It’s the memories of my father teaching me how to drive a tractor, of my mother’s laughter echoing across the fields. It’s the satisfaction of seeing something grow, something tangible that I’ve helped to create. It’s a connection that runs deeper than anything I can explain.” He reached for her hand, his thumb gently stroking her skin. “And it’s not just the land. It’s the people here, too. We may not always agree on everything, but there’s a fundamental respect, a sense of shared history and purpose. We’re all part of the same story.”</w:t>
      </w:r>
    </w:p>
    <w:p/>
    <w:p>
      <w:r>
        <w:br/>
        <w:t>He paused, his eyes searching hers. “I used to think that was enough, that my life was complete here. But then you came along, and you opened up a whole new world for me. A world of ambition, of challenges, of a different kind of fulfillment. And I realized that while this place is my home, my heart has found a new home in you. And that’s a powerful thing. It makes you question what ‘home’ truly means.”</w:t>
      </w:r>
    </w:p>
    <w:p/>
    <w:p>
      <w:r>
        <w:br/>
        <w:t>His words, so honest and vulnerable, resonated with Eleanor’s own internal turmoil. She had always defined herself by her achievements, by her career. Her identity was inextricably linked to the demanding, fast-paced world of law. But the experiences in Havenwood, the quiet observations, the genuine connections, had begun to chip away at that singular definition. She saw the possibility of a different kind of self, one that wasn’t solely defined by external validation, but by a deeper sense of belonging and purpose.</w:t>
      </w:r>
    </w:p>
    <w:p/>
    <w:p>
      <w:r>
        <w:br/>
        <w:t>She thought of the legal battles she’d fought, the complex cases she’d won, the promotions she’d earned. They were achievements, yes, but they were also solitary victories. The applause had been fleeting, the satisfaction often overshadowed by the next challenge, the next hurdle. Here, the victories were different – a successful harvest, a neighbor’s gratitude, the shared joy of a community gathering. These were smaller, perhaps, but they felt more enduring, more deeply felt.</w:t>
      </w:r>
    </w:p>
    <w:p/>
    <w:p>
      <w:r>
        <w:br/>
        <w:t>“It’s like… it’s like the more I’m here, the more I understand what they mean,” Eleanor confessed, her voice soft. “What they mean when they talk about ‘roots.’ I’ve always been a traveler, Liam. My life has been about moving forward, about reaching the next destination. The idea of putting down roots… it felt limiting, like a cage.” She looked out at the darkening fields, the first stars beginning to prick the velvet sky. “But here, it doesn’t feel like a cage. It feels like… an anchor. Something that holds you steady while the rest of the world spins around you.”</w:t>
      </w:r>
    </w:p>
    <w:p/>
    <w:p>
      <w:r>
        <w:br/>
        <w:t>Liam’s hand tightened on hers. “And maybe,” he said, his voice filled with a quiet hope, “maybe you can have both. Maybe you can be the woman who flies, but who also knows where her nest is. Maybe Havenwood can offer you that sense of stability, that connection, without asking you to give up who you are.”</w:t>
      </w:r>
    </w:p>
    <w:p/>
    <w:p>
      <w:r>
        <w:br/>
        <w:t>The conversation, the gentle influence of Havenwood’s community, had shifted something within Eleanor. It wasn't a sudden, dramatic revelation, but a slow, steady unfolding. The town, with its unpretentious wisdom, its unwavering support, and its deep-seated values, had become more than just a backdrop to her and Liam’s personal crisis. It had become a mirror, reflecting back to her the possibility of a life rich in connection, a life where identity wasn't solely forged in the crucible of ambition, but in the quiet strength of belonging. The question of sacrifice remained, a weighty truth hanging between them, but now, Eleanor felt a growing sense of possibility, a dawning awareness that perhaps, just perhaps, the path forward might not require the complete demolition of one life for the construction of another, but rather a delicate, courageous weaving of both. The quirky, supportive community of Havenwood had subtly, undeniably, begun to influence the very core of her understanding of what it meant to be, and where her true home might be.</w:t>
      </w:r>
    </w:p>
    <w:p/>
    <w:p>
      <w:r>
        <w:t>The air in Havenwood had a certain stillness to it, a quiet that usually soothed Eleanor’s city-jangled nerves. But now, it felt charged, heavy with unspoken questions and the humming thrum of her own internal conflict. The verdant fields, once a calming balm, now seemed to hold a thousand different paths, each diverging into an uncertain future. She stood on the porch of Liam’s farmhouse, the familiar scent of drying hay and damp earth a stark contrast to the sterile, ozone-tinged air of her old office. It was here, in this unpretentious landscape, that her carefully constructed identity was beginning to unravel, thread by painstaking thread.</w:t>
      </w:r>
    </w:p>
    <w:p>
      <w:r>
        <w:br/>
        <w:t>She had arrived in Havenwood seeking an escape, a temporary reprieve from the relentless pressure cooker of her legal career. She’d sought solitude, a quiet place to lick her wounds and regroup. But Havenwood, with its subtle wisdom and its deeply rooted community, had offered something far more profound and infinitely more terrifying: a mirror. It had reflected back a woman she was only beginning to recognize, a woman whose desires extended beyond boardrooms and billable hours.</w:t>
      </w:r>
    </w:p>
    <w:p/>
    <w:p>
      <w:r>
        <w:br/>
        <w:t>Liam. The very mention of his name sent a tremor through her. He was the anchor that had pulled her in, the quiet strength that had anchored her in the swirling currents of her own doubt. He represented a life she had never dared to envision for herself – a life of shared sunrises, of muddy boots and calloused hands, of a love that was as steady and dependable as the turning of the seasons. But the woman who had built her empire on ambition, on the relentless pursuit of success, how could she reconcile that with the quiet contentment he offered? Her entire professional life had been a testament to her independence, her self-reliance. The thought of willingly stepping away from that, of subsuming her own trajectory into a shared one, felt like an act of profound betrayal against the woman she had worked so hard to become.</w:t>
      </w:r>
    </w:p>
    <w:p/>
    <w:p>
      <w:r>
        <w:br/>
        <w:t>Her mind replayed snippets of conversations, echoes of the advice she’d received over the years. Her mentor’s voice, sharp and unyielding: “Sentiment is a luxury, Eleanor. It clouds judgment. You are defined by your achievements.” Her father’s proud pronouncements: “My daughter, the sharpest legal mind in the city.” These were the cornerstones of her identity, the pillars that held up the imposing edifice of Eleanor Vance, Esquire. To dismantle them felt like inviting utter collapse.</w:t>
      </w:r>
    </w:p>
    <w:p/>
    <w:p>
      <w:r>
        <w:br/>
        <w:t>Yet, Liam’s touch, the way his gaze held hers with an uncomplicated sincerity, had a power that defied logic. He saw past the polished veneer, past the perfectly crafted defenses. He saw the vulnerability, the quiet longing she had long buried beneath layers of professional armor. He offered not just love, but acceptance – an acceptance that didn’t demand she be someone she wasn’t, but rather encouraged her to be more of who she truly was, a self she was only now discovering.</w:t>
      </w:r>
    </w:p>
    <w:p/>
    <w:p>
      <w:r>
        <w:br/>
        <w:t>She walked to the edge of the porch, her bare feet cool against the weathered wood. The fields stretched out before her, bathed in the golden light of late afternoon. It was a landscape that promised peace, a slower rhythm, a different kind of fulfillment. But it also demanded a sacrifice, a renunciation of the life she had painstakingly built, the identity she had so fiercely protected. Could she truly let go of the roar of the city, the intellectual sparring, the intoxicating rush of victory in the courtroom? Could she trade the sharp edges of ambition for the softer contours of domesticity and community?</w:t>
      </w:r>
    </w:p>
    <w:p/>
    <w:p>
      <w:r>
        <w:br/>
        <w:t>And Liam… what of him? He had spoken of his own internal tug-of-war, his realization that his life, once seemingly complete, was now irrevocably intertwined with hers. He had confessed that she had shown him a new horizon, a different kind of ambition. Was it fair to ask him to choose between the land that had shaped him, the life he understood, and the uncertain future she represented? He was not a man who made demands, but Eleanor sensed the weight of his unspoken question, the quiet hope that she would find a way to bridge the chasm between their worlds.</w:t>
      </w:r>
    </w:p>
    <w:p/>
    <w:p>
      <w:r>
        <w:br/>
        <w:t>The notion of “home” had become a complex, almost overwhelming concept. For so long, home had been a place of transient comfort, a temporary base from which to launch her next assault on the professional world. It was the sleek, minimalist apartment in the city, chosen for its proximity to her office, not for any sense of warmth or belonging. Havenwood, however, had begun to infiltrate her definition. It was the quiet mornings, the shared meals, the genuine smiles of strangers. It was Liam’s steady presence, his laughter, the way he instinctively knew how to make her feel safe.</w:t>
      </w:r>
    </w:p>
    <w:p/>
    <w:p>
      <w:r>
        <w:br/>
        <w:t>But was that enough? Could the deep, ingrained need for professional validation, for the recognition of her intellect and her drive, be satisfied by the quiet hum of a rural life? Her past was a labyrinth of hard-won battles, of late nights fueled by caffeine and sheer willpower. Her future, if she stayed, was an open field, vast and fertile, but also daunting in its lack of familiar signposts.</w:t>
      </w:r>
    </w:p>
    <w:p/>
    <w:p>
      <w:r>
        <w:br/>
        <w:t>She imagined the phone calls she would have to make, the explanations she would have to offer. To her colleagues, to her firm, to the network of people who knew her as the formidable Eleanor Vance. The thought of their bewilderment, their subtle judgments, sent a fresh wave of anxiety through her. She pictured their raised eyebrows, their unspoken questions about what had happened to the driven, ambitious lawyer they knew.</w:t>
      </w:r>
    </w:p>
    <w:p/>
    <w:p>
      <w:r>
        <w:br/>
        <w:t>Then, her thoughts turned to Liam. She saw him in her mind’s eye, his hands stained with earth, his eyes reflecting the vast, star-dusted sky. He was a man of the land, a man of quiet strength and deep integrity. He had offered her a sanctuary, a love that asked for nothing but her true self. But he also deserved a partner who could fully embrace his world, not one who constantly looked over her shoulder, yearning for the life she had left behind.</w:t>
      </w:r>
    </w:p>
    <w:p/>
    <w:p>
      <w:r>
        <w:br/>
        <w:t>The weight of the decision pressed down on her, a physical ache in her chest. It wasn’t just about choosing a place; it was about choosing a version of herself. Could she be the woman who thrived on the quiet rhythms of Havenwood, the woman who found fulfillment in nurturing life and building a home? Or was she irrevocably bound to the woman who chased challenges, who thrived on the edge of her own capabilities, who measured success in tangible, hard-won achievements?</w:t>
      </w:r>
    </w:p>
    <w:p/>
    <w:p>
      <w:r>
        <w:br/>
        <w:t>She closed her eyes, trying to silence the cacophony of voices in her head – the echoes of her past, the whispers of her ambition, the gentle pull of her heart. She sought a quiet space within herself, a place where truth resided, unvarnished by fear or expectation.</w:t>
      </w:r>
    </w:p>
    <w:p/>
    <w:p>
      <w:r>
        <w:br/>
        <w:t>Liam emerged from the house, his silhouette framed against the warm light spilling from the doorway. He paused, his gaze finding her, a silent question in his eyes. He didn’t intrude, didn’t demand an answer. He simply stood there, a silent testament to the life she was contemplating, the love she was wrestling with.</w:t>
      </w:r>
    </w:p>
    <w:p/>
    <w:p>
      <w:r>
        <w:br/>
        <w:t>Eleanor took a deep breath, the scent of pine and damp earth filling her lungs. She knew, with a certainty that both terrified and exhilarated her, that she was standing at a precipice. The familiar landscape of her past lay behind her, a well-trodden path, albeit one that now felt constricting. Before her lay the unknown, a vast expanse of possibility, both beautiful and daunting. The choice was hers, and hers alone. The stakes were immense, not just for her future, but for Liam’s too. The carefully constructed walls of her identity were crumbling, and in their place, something new was struggling to take root. The question was, would it be strong enough to grow, to flourish, in the fertile, yet demanding, soil of Havenwood?</w:t>
      </w:r>
    </w:p>
    <w:p/>
    <w:p>
      <w:r>
        <w:br/>
        <w:t>She met Liam’s gaze, a silent conversation passing between them. The sun dipped lower, casting long shadows that stretched across the fields, blurring the lines between the past and the future, between who she was and who she might become. The decision, the ultimate reckoning, loomed, a storm gathering on the horizon, and Eleanor knew she had to face it, no matter the cost. The air thrummed with anticipation, the quiet of Havenwood holding its breath, waiting for her to speak the words that would irrevocably shape their lives.</w:t>
      </w:r>
    </w:p>
    <w:p/>
    <w:p>
      <w:r>
        <w:br w:type="page"/>
      </w:r>
    </w:p>
    <w:p>
      <w:pPr>
        <w:spacing w:before="5040"/>
        <w:jc w:val="center"/>
      </w:pPr>
      <w:r>
        <w:rPr/>
        <w:t xml:space="preserve"> Chapter 12: The Resolution Approach</w:t>
      </w:r>
    </w:p>
    <w:p>
      <w:r>
        <w:t>The air in Havenwood, usually a gentle murmur of everyday life, now vibrated with an almost palpable sense of anticipation. For months, the looming shadow of the Willow Creek development had cast a pall over the close-knit community, a silent threat to the idyllic existence they cherished. But as Eleanor and Liam stood on the cusp of resolving this external conflict, a collective energy, a shared determination, had begun to coalesce, transforming anxiety into a focused, resolute drive. This wasn't just Eleanor's or Liam's battle; it was Havenwood's, and its resolution would be a testament to their united spirit.</w:t>
      </w:r>
    </w:p>
    <w:p>
      <w:r>
        <w:br/>
        <w:t xml:space="preserve">The plan, hatched in the hushed intimacy of Liam’s barn, amidst the comforting scent of hay and worn leather, had been ambitious, bordering on audacious. It involved not just legal maneuvering, but a deeply ingrained understanding of Havenwood’s heart. The developers, a faceless corporation from the city, had underestimated the tenacity of a community that valued its heritage more than profit margins. Eleanor, with her sharp legal mind honed by years of corporate battles, and Liam, with his intimate knowledge of the land and its people, had become the unlikely architects of Havenwood’s defense. They weren’t just fighting against something; they were fighting </w:t>
      </w:r>
    </w:p>
    <w:p>
      <w:pPr>
        <w:jc w:val="left"/>
      </w:pPr>
      <w:r>
        <w:rPr>
          <w:i/>
        </w:rPr>
        <w:t>for</w:t>
      </w:r>
      <w:r>
        <w:t xml:space="preserve"> something, for the preservation of a way of life that had shaped generations.</w:t>
      </w:r>
    </w:p>
    <w:p>
      <w:r>
        <w:br/>
        <w:t>The cornerstone of their strategy was the upcoming Harvest Festival. Traditionally a celebration of bounty and community, this year it would serve a dual purpose: a vibrant display of Havenwood’s spirit and the stage for their final, decisive move. Eleanor had spent countless late nights poring over zoning regulations, uncovering loopholes and precedents that the developers had likely overlooked in their arrogance. Liam, meanwhile, had galvanized the community, his quiet charisma a powerful force. He’d organized the farmers, the artisans, the local businesses, each playing a vital role. There were petitions being signed in every storefront, bake sales to raise funds for legal fees, and community meetings where ideas flowed as freely as the local cider. The sense of shared purpose was intoxicating, a powerful counterpoint to the isolating anxieties that had plagued Eleanor for so long.</w:t>
      </w:r>
    </w:p>
    <w:p/>
    <w:p>
      <w:r>
        <w:br/>
        <w:t>The day of the Harvest Festival dawned bright and crisp, the autumn air alive with the scent of woodsmoke and roasting corn. The town square, usually bustling with a gentle hum, was transformed into a kaleidoscope of color and sound. Hay bales provided rustic seating, strings of fairy lights twinkled even in the daylight, and the air was thick with the murmur of excited voices and the lively strains of a local bluegrass band. Children, faces painted with whimsical designs, chased each other through the throng, their laughter a joyful melody. Local farmers proudly displayed their prize-winning pumpkins and crisp apples, while artisans showcased intricate pottery, hand-knitted scarves, and fragrant soaps. It was a living tapestry of Havenwood’s soul, a vibrant testament to everything they stood to lose.</w:t>
      </w:r>
    </w:p>
    <w:p/>
    <w:p>
      <w:r>
        <w:br/>
        <w:t>Eleanor, dressed in a simple, elegant dress that felt both comfortable and subtly sophisticated, moved through the crowd with a newfound ease. Gone was the tight, guarded demeanor that had characterized her city self. Here, she was simply Eleanor, Liam’s partner, a part of this community. She exchanged warm greetings, her smile genuine, her eyes meeting those of her neighbors with a quiet confidence. She still possessed the sharp intellect that had defined her career, but it was now tempered with a warmth, a groundedness that Havenwood had cultivated within her.</w:t>
      </w:r>
    </w:p>
    <w:p/>
    <w:p>
      <w:r>
        <w:br/>
        <w:t>Liam, his presence a comforting anchor beside her, was in his element. He greeted everyone with a firm handshake and a genuine smile, his calloused hands a testament to his connection with the land. He moved with an easy grace, a natural leader who didn't need to command, but simply inspire. He’d organized the festival’s logistics with his usual quiet efficiency, ensuring everything ran smoothly, from the placement of the food stalls to the timing of the barn dance.</w:t>
      </w:r>
    </w:p>
    <w:p/>
    <w:p>
      <w:r>
        <w:br/>
        <w:t>As the afternoon wore on, the focus of the festival began to shift. Mayor Thompson, a man whose weathered face reflected years of dedication to Havenwood, stepped onto the makeshift stage. His voice, amplified by a crackling microphone, carried across the assembled crowd. He spoke of community, of heritage, and of the unwavering spirit of Havenwood. Then, he introduced Eleanor and Liam, acknowledging their tireless efforts in protecting the town from the Willow Creek development.</w:t>
      </w:r>
    </w:p>
    <w:p/>
    <w:p>
      <w:r>
        <w:br/>
        <w:t>Eleanor’s heart gave a nervous flutter, but as she stepped forward, a wave of support washed over her. She saw familiar faces, friends she had made in these past months, their expressions filled with trust and encouragement. Liam placed a reassuring hand on her arm, a silent promise of unwavering support. Taking a deep breath, she began to speak, her voice clear and steady.</w:t>
      </w:r>
    </w:p>
    <w:p/>
    <w:p>
      <w:r>
        <w:br/>
        <w:t>She didn't deliver a dry legal brief. Instead, she painted a vivid picture of the proposed development, detailing its potential impact on the local environment, the strain on resources, and the irreversible erosion of Havenwood’s character. She spoke of the financial promises made by the developers, the seductive allure of progress, but she countered it with the intrinsic value of what they already possessed: a thriving ecosystem, a strong sense of belonging, and a legacy of sustainability.</w:t>
      </w:r>
    </w:p>
    <w:p/>
    <w:p>
      <w:r>
        <w:br/>
        <w:t>“They offer us concrete and steel,” Eleanor declared, her voice resonating with passion, “but we have something far more valuable: soil that has nourished generations, water that runs clean and pure, and a community that stands united. They see an opportunity for profit; we see a future worth protecting.”</w:t>
      </w:r>
    </w:p>
    <w:p/>
    <w:p>
      <w:r>
        <w:br/>
        <w:t>She then detailed their counter-proposal, a collaborative effort that involved the town council, local environmental experts, and even some of the more forward-thinking farmers who had initially been tempted by the development's promises. It wasn’t a simple rejection; it was a sophisticated alternative. They proposed a sustainable, eco-tourism initiative, one that would leverage Havenwood’s natural beauty and existing infrastructure without sacrificing its soul. It involved low-impact accommodations, guided nature tours, educational programs focused on local agriculture and conservation, and a commitment to supporting local businesses.</w:t>
      </w:r>
    </w:p>
    <w:p/>
    <w:p>
      <w:r>
        <w:br/>
        <w:t>“This isn’t about saying ‘no’ to progress,” Eleanor explained, her gaze sweeping across the attentive faces. “It’s about redefining what progress means for Havenwood. It means embracing our unique strengths, preserving our natural heritage, and creating a sustainable future that benefits everyone, not just a distant corporation.”</w:t>
      </w:r>
    </w:p>
    <w:p/>
    <w:p>
      <w:r>
        <w:br/>
        <w:t>Following Eleanor’s presentation, Liam stepped forward again. He introduced a delegation of Havenwood residents who, with their own personal stories, amplified Eleanor’s message. There was Mrs. Gable, whose family had farmed the same land for over a century, her voice trembling as she spoke of the threat to her livelihood and the irreplaceable heritage of her farm. There was young Tom, a recent graduate who had chosen to return to Havenwood to apprentice with Liam, his hope for a future rooted in the land palpable. Each story was a brick in the foundation of their collective argument, a testament to the human cost of unchecked development.</w:t>
      </w:r>
    </w:p>
    <w:p/>
    <w:p>
      <w:r>
        <w:br/>
        <w:t>The climax of the afternoon arrived with a symbolic gesture. Mayor Thompson unveiled a large, beautifully rendered map of Havenwood, meticulously detailing the proposed eco-tourism initiative. It was a vision of a vibrant, sustainable future, a stark contrast to the sterile renderings the developers had presented. Then, Liam, with a flourish, presented the meticulously compiled petition, signed by nearly every adult resident of Havenwood, a powerful declaration of their unified stance.</w:t>
      </w:r>
    </w:p>
    <w:p/>
    <w:p>
      <w:r>
        <w:br/>
        <w:t>The developers, represented by a sharp-suited, impatient man named Mr. Sterling, had been present throughout the day, their initial dismissiveness slowly morphing into grudging respect, then visible unease. They had underestimated the power of a united community, the depth of their commitment. Sterling, clearly taken aback by the sophistication and scope of Eleanor and Liam’s counter-proposal, attempted to dismiss it as a pipe dream, a romantic notion.</w:t>
      </w:r>
    </w:p>
    <w:p/>
    <w:p>
      <w:r>
        <w:br/>
        <w:t>But Eleanor was ready. She produced a detailed financial analysis, prepared by a respected regional economist who had been quietly consulted, demonstrating the long-term economic viability of the eco-tourism plan. It projected job creation, increased local revenue, and a sustainable model that would ensure Havenwood’s prosperity for generations to come. She highlighted the potential for grants and partnerships with conservation organizations, further bolstering their financial case.</w:t>
      </w:r>
    </w:p>
    <w:p/>
    <w:p>
      <w:r>
        <w:br/>
        <w:t>“Mr. Sterling,” Eleanor stated calmly, her voice cutting through the lingering skepticism, “we are not asking for charity. We are presenting a robust, well-researched, and economically sound alternative that aligns with the values and aspirations of this community. This is not just about preserving our past; it’s about building a brighter, more sustainable future.”</w:t>
      </w:r>
    </w:p>
    <w:p/>
    <w:p>
      <w:r>
        <w:br/>
        <w:t>The negotiations that followed were intense, conducted in the mayor’s office under the fading light of the festival’s end. Sterling, realizing the strength of their opposition and the compelling nature of their alternative, was forced to concede. The developers, recognizing the potential for negative publicity and the clear refusal of the Havenwood community to be intimidated, agreed to withdraw their current proposal. More importantly, they agreed to enter into discussions with the town council about the proposed eco-tourism initiative, signaling a willingness to collaborate rather than conquer.</w:t>
      </w:r>
    </w:p>
    <w:p/>
    <w:p>
      <w:r>
        <w:br/>
        <w:t>As the news spread through the town square, a collective sigh of relief, followed by an eruption of joyous cheers, swept through the remaining festival-goers. Hugs were exchanged, tears of happiness were shed, and the bluegrass band struck up a triumphant tune. Eleanor and Liam, standing hand in hand, watched the celebration unfold, a profound sense of accomplishment settling over them. They had not only protected Havenwood; they had helped it forge a new path forward, a path that honored its past while embracing its future.</w:t>
      </w:r>
    </w:p>
    <w:p/>
    <w:p>
      <w:r>
        <w:br/>
        <w:t>The resolution of the Willow Creek development wasn’t just a victory for the town; it was a pivotal moment for Eleanor and Liam. The shared struggle, the intense collaboration, and the ultimate triumph had solidified their bond in ways neither could have anticipated. The external conflict, the looming threat that had occupied so much of their attention, was finally resolved, clearing the emotional and mental space for them to fully confront the internal landscape of their relationship. The external plot's final push had been a resounding success, a testament to their combined strengths and the unwavering spirit of Havenwood, and it had, in essence, cleared the runway for the most important flight of all – the one that would carry them, together, into their shared future. The town, united and invigorated, had not only saved itself but had also, in doing so, illuminated the path forward for its two most cherished residents, allowing them to finally focus on the deeply personal resolution that awaited them. The cheers of Havenwood echoed not just the town’s victory, but the promise of a new beginning, a quiet promise whispered between Eleanor and Liam as the last embers of the festival fire glowed in the twilight.</w:t>
      </w:r>
    </w:p>
    <w:p/>
    <w:p>
      <w:r>
        <w:t>The lingering echoes of celebration still resonated in the crisp autumn air, a joyous counterpoint to the quiet intimacy that now settled between Eleanor and Liam. The triumphant cheers of Havenwood had subsided, replaced by the gentle rustle of leaves and the distant hoot of an owl. They stood hand-in-hand, the warmth of their clasped fingers a silent language of shared victory and, more importantly, shared future. The external storm had passed, leaving in its wake a sky cleared for the deep, personal reckoning that had been simmering beneath the surface of their shared endeavors.</w:t>
      </w:r>
    </w:p>
    <w:p>
      <w:r>
        <w:br/>
        <w:t>“We did it, Liam,” Eleanor’s voice was a soft murmur, laced with an exhaustion that was profoundly satisfying. Her gaze, usually sharp and analytical, was soft, reflecting the dappled moonlight that filtered through the ancient oak trees bordering the town square. The arduous months of planning, strategizing, and fighting had culminated in this moment of profound peace. It wasn't just the Willow Creek development that had been vanquished; it was a heavy cloak of uncertainty that had draped itself over her heart, a constant hum of ‘what if’ that had dulled the edges of her own happiness.</w:t>
      </w:r>
    </w:p>
    <w:p/>
    <w:p>
      <w:r>
        <w:br/>
        <w:t>Liam squeezed her hand, his thumb tracing a gentle path over her knuckles. “We did,” he agreed, his voice a low rumble that vibrated with contentment. He looked at Eleanor, truly looked at her, seeing not just the formidable lawyer who had held her own against corporate giants, but the woman who had bared her soul, who had allowed him to see her vulnerability and her strength intertwined. The shared fight had forged them, not just as allies in a battle, but as partners in life. “Havenwood did. We were just the conductors of an orchestra that was already perfectly tuned.”</w:t>
      </w:r>
    </w:p>
    <w:p/>
    <w:p>
      <w:r>
        <w:br/>
        <w:t>A small, genuine laugh escaped Eleanor. “Perhaps. But even the most perfectly tuned orchestra needs a conductor, and you, my dear Liam, were a masterful one.” She turned to face him fully, her eyes searching his. The resolution of the external threat had been monumental, a collective exhale of relief for the entire town. But for Eleanor and Liam, it was the opening of a new, even more significant chapter. The unspoken questions, the tentative hopes, the quiet fears that had been held at bay by the urgency of the crisis, now demanded their attention.</w:t>
      </w:r>
    </w:p>
    <w:p/>
    <w:p>
      <w:r>
        <w:br/>
        <w:t>“Liam,” she began, her voice dropping to a more serious tone, the lawyerly precision softening into heartfelt sincerity. “What happened with the development… it was… everything. It brought us together, challenged us, and ultimately, I think, it showed us what we are capable of, both as individuals and as a unit.” She paused, gathering her thoughts, the sheer magnitude of their shared experience settling upon her. “I came here with walls so high, I didn’t think they could ever be breached. I was so focused on building my career, on protecting myself, that I didn’t realize I was building a prison.”</w:t>
      </w:r>
    </w:p>
    <w:p/>
    <w:p>
      <w:r>
        <w:br/>
        <w:t>Liam’s gaze remained steady, his expression one of unwavering attention. He’d seen the gradual dismantling of those walls, brick by painstaking brick, and he’d been both awestruck and humbled by the process. He’d never pushed, never demanded, simply offered his presence, his support, and his quiet belief in her.</w:t>
      </w:r>
    </w:p>
    <w:p/>
    <w:p>
      <w:r>
        <w:br/>
        <w:t>“And then Havenwood happened,” Eleanor continued, a gentle smile returning to her lips. “And you happened. You saw past the defenses, Liam. You saw… me. And you didn’t flinch. You met every challenge with a quiet strength that I’ve come to rely on, to… to love.” The word, 'love', hung in the air between them, not as a tentative confession, but as a resounding declaration. It was a statement of fact, solidified by shared trials and quiet intimacies.</w:t>
      </w:r>
    </w:p>
    <w:p/>
    <w:p>
      <w:r>
        <w:br/>
        <w:t>He stepped closer, his hands finding their way to her waist, drawing her gently towards him. The scent of hay and earth, so intrinsically Liam, enveloped her. “And I love you, Eleanor,” he said, his voice thick with emotion. “I fell in love with the woman who fought so fiercely for this town, who poured her brilliant mind and her compassionate heart into protecting what she believed in. I fell in love with the woman who learned to laugh again, to trust again, to find joy in the simple things, like a walk through the woods or a quiet evening by the fire.” He paused, his gaze drifting to the now-darkened sky, dotted with the first shy stars. “I thought I knew what love was, but you… you showed me a depth, a commitment, a partnership I never dared to dream of.”</w:t>
      </w:r>
    </w:p>
    <w:p/>
    <w:p>
      <w:r>
        <w:br/>
        <w:t>He pulled her closer still, their bodies fitting together as if they had been molded for each other. The tension of the past few months, the constant undercurrent of worry, the gnawing fear of failure, had receded, leaving a space for something profound and enduring to bloom. “When we were fighting Willow Creek, I was fighting for this town, for its future. But more than that, Eleanor, I was fighting for us. I knew, deep down, that if we could navigate that, if we could face that beast together and come out on the other side, then there was nothing we couldn’t face. This town’s future became intrinsically tied to our own, and I wouldn’t have it any other way.”</w:t>
      </w:r>
    </w:p>
    <w:p/>
    <w:p>
      <w:r>
        <w:br/>
        <w:t>Eleanor rested her head against his chest, listening to the steady beat of his heart, a rhythm that had become the soundtrack to her own peace. “It’s not just about surviving challenges, Liam,” she said softly, her voice muffled against his worn flannel shirt. “It’s about thriving. And I want to thrive with you. I want to build something real, something lasting, here in Havenwood. Not just a home, but a life. A future.” She looked up at him, her eyes shining with an unwavering certainty. “I want to marry you, Liam. I want to be your wife. I want to build a family with you, here, surrounded by the life we’ve fought so hard to protect.”</w:t>
      </w:r>
    </w:p>
    <w:p/>
    <w:p>
      <w:r>
        <w:br/>
        <w:t>The words, spoken with such quiet conviction, resonated deeply within him. He’d yearned for this, hoped for it, but to hear it from her, so freely and so completely, was more than he could have imagined. He pulled back slightly, his hands framing her face, his gaze intense. “Eleanor,” he breathed, his voice husky. “You want to marry me? You want to build a life here, with me?” The question wasn't one of doubt, but of disbelief, of profound gratitude. It was an affirmation of everything he had dared to hope for.</w:t>
      </w:r>
    </w:p>
    <w:p/>
    <w:p>
      <w:r>
        <w:br/>
        <w:t>“Yes,” she whispered, her voice firm. “More than anything. I’ve found my place, Liam. And my place is with you, in Havenwood. We’ve proven that we can face anything, that our partnership is strong, that our love is not just a fleeting feeling, but a deep, abiding commitment. The development is resolved, and the path forward for Havenwood is secure. Now, it’s time to secure our own path, together.” She reached up and cupped his cheek, her touch sending a jolt of pure joy through him. “I want to wake up every morning and see your face, to go to sleep every night knowing I’m loved by you. I want to be a part of your life, in every way, for all of our days.”</w:t>
      </w:r>
    </w:p>
    <w:p/>
    <w:p>
      <w:r>
        <w:br/>
        <w:t>He leaned into her touch, his eyes closing for a moment, savoring the simple, profound connection. “Eleanor,” he said, his voice barely a whisper, filled with a joy that bordered on overwhelming. “Yes. A thousand times, yes. I want to marry you. I want to build our lives, our family, right here. You are my Havenwood, Eleanor. You are the home I never knew I was searching for.” He pressed his forehead against hers, a silent promise exchanged between their souls. The challenges they had faced had not broken them; they had tempered them, like steel forged in fire, making their bond stronger, more resilient, and infinitely more precious.</w:t>
      </w:r>
    </w:p>
    <w:p/>
    <w:p>
      <w:r>
        <w:br/>
        <w:t>The resolution of the Willow Creek development had been a battle fought and won, a testament to their collective strength and unwavering determination. But in the quiet aftermath, under the vast expanse of the star-dusted sky, Eleanor and Liam had found an even greater victory. They had navigated the complexities of external conflict and emerged not just unscathed, but profoundly changed, their hearts open, their commitment absolute. The uncertainty that had once shadowed their relationship had dissolved, replaced by a clear, luminous vision of a shared future. They had moved beyond the brink of ‘what if’ and stepped boldly into the realm of ‘what will be,’ their hands clasped, their hearts beating as one, ready to build a life together, a testament to the enduring power of love and the unwavering strength of a community united.</w:t>
      </w:r>
    </w:p>
    <w:p/>
    <w:p>
      <w:r>
        <w:br/>
        <w:t>Liam gently pulled away, his eyes still locked on hers, a warmth spreading through him that had nothing to do with the autumn chill. “This… this changes everything,” he murmured, a profound sense of peace settling over him. “We fought so hard for this town, for its future. And in doing so, we built our own.” He chuckled, a deep, rumbling sound of pure happiness. “It’s funny, isn’t it? Sometimes you have to lose yourself in the fight for something bigger to truly find what’s most important.”</w:t>
      </w:r>
    </w:p>
    <w:p/>
    <w:p>
      <w:r>
        <w:br/>
        <w:t>Eleanor nodded, her heart overflowing. “It’s more than important, Liam. It’s everything. I used to think that success was measured by the size of my office or the complexity of the cases I handled. I believed that happiness was a byproduct of achievement, something to be earned. But you… you showed me that happiness isn’t a destination; it’s the journey. And the most fulfilling journey is one shared with someone you love, someone who sees you, truly sees you, and loves you anyway.” She took a deep breath, letting the cool night air fill her lungs. “The legal battles, the community meetings, the late nights poring over documents – they were all just steps leading us here. To this moment. To this certainty.”</w:t>
      </w:r>
    </w:p>
    <w:p/>
    <w:p>
      <w:r>
        <w:br/>
        <w:t>Liam’s gaze softened, his eyes reflecting the faint glow of the town’s streetlights. “I never imagined… when I first met you, all polished and determined, heading into that initial town meeting… I never imagined we’d end up here. I admired your fire, Eleanor, but I was also a little intimidated by it. I thought you were so far removed from everything I knew, everything I was.” He smiled, a hint of a long-ago insecurity flashing in his eyes. “But you were brave enough to let your guard down, to show me the woman beneath the armor. And I… I was lucky enough to be the one to see it.”</w:t>
      </w:r>
    </w:p>
    <w:p/>
    <w:p>
      <w:r>
        <w:br/>
        <w:t>“Lucky?” Eleanor countered softly, her fingers tracing the curve of his jaw. “I think we were both incredibly lucky, Liam. You grounded me when I felt I was flying too high, and I, I hope, gave you a different perspective, a glimpse into a world beyond the fields and the barns. We’ve balanced each other, Liam. We’ve made each other better.” She leaned in, her lips brushing against his. “And now, I want to spend the rest of my life proving that to you, every single day.”</w:t>
      </w:r>
    </w:p>
    <w:p/>
    <w:p>
      <w:r>
        <w:br/>
        <w:t>He captured her mouth in a kiss that was both tender and passionate, a reaffirmation of their shared vows, spoken and unspoken. It was a kiss that promised quiet mornings, shared laughter, and the enduring comfort of knowing they were home. It was a kiss that sealed their commitment, not with a contract or a legal decree, but with the profound certainty of two souls finding their perfect match.</w:t>
      </w:r>
    </w:p>
    <w:p/>
    <w:p>
      <w:r>
        <w:br/>
        <w:t>“Marry me, Eleanor,” Liam whispered against her lips, his voice raw with emotion. “Make me the luckiest man in Havenwood. Let’s build that future, together. Let’s fill this town with the sound of our laughter, the joy of our children, and the quiet strength of our enduring love.”</w:t>
      </w:r>
    </w:p>
    <w:p/>
    <w:p>
      <w:r>
        <w:br/>
        <w:t>Eleanor pulled back, her eyes shining with unshed tears of pure joy. “Yes, Liam. Oh, yes. A thousand times, yes.” She threw her arms around his neck, holding him tightly, the resolution of their external struggle pale in comparison to the profound, personal victory they had achieved. The path ahead was clear, not just for Havenwood, but for them. It was a path paved with love, trust, and the unwavering commitment they had found in each other. The future, once a hazy uncertainty, was now a vibrant, beckoning landscape, and they were ready to explore it, hand in hand, forever. The stars overhead seemed to shine a little brighter, bearing witness to the quiet, powerful promise they had made, a promise that echoed the enduring spirit of Havenwood itself – a spirit of resilience, community, and, above all, of love.</w:t>
      </w:r>
    </w:p>
    <w:p/>
    <w:p>
      <w:r>
        <w:t>The night was still, the air cool and crisp, a gentle balm against the residual heat of their shared victory. Eleanor leaned into Liam, the comforting weight of his arm around her a familiar anchor. The words of their commitment had been spoken, their future charted, yet as they stood there, bathed in the soft moonlight, a tiny, persistent whisper of unease began to stir within Eleanor. It wasn't doubt about Liam, not about their love, but about the monumental shift her life was about to undergo. Her carefully constructed world, built on the foundations of ambition and relentless independence, was about to be dismantled and rebuilt, brick by hopeful brick, alongside Liam’s.</w:t>
      </w:r>
    </w:p>
    <w:p>
      <w:r>
        <w:br/>
        <w:t>"Liam," she began, her voice barely above a whisper, tracing the outline of a faint scar on his hand. Her lawyer's mind, so adept at dissecting complex arguments and anticipating every counterpoint, now grappled with a more personal, more vulnerable logic. "This… this is all happening so fast. It's wonderful, more wonderful than I ever dreamed possible. But… leaving my life in the city, the career I’ve poured everything into… it feels like stepping off a cliff.” She swallowed, the words catching in her throat. “I know we’ve built something strong here, something real. But the life I’ve known… it’s so ingrained. Will I… will I regret leaving it all behind?” The question hung in the air, heavy with the unspoken fear of missing out, of a future that might feel too small, too quiet, after the roar of her previous existence.</w:t>
      </w:r>
    </w:p>
    <w:p/>
    <w:p>
      <w:r>
        <w:br/>
        <w:t>Liam turned her to face him, his hands gently cupping her face, his thumbs stroking her cheeks. His gaze was steady, full of an understanding that went deeper than words. He’d witnessed her transition, had seen the gradual shedding of her protective layers, and he knew the magnitude of the courage it took for her to even voice this. “Eleanor, my love,” he said softly, his voice a comforting balm. “It’s not about leaving it all behind. It’s about carrying the best parts of it with you, and weaving them into something new, something even richer. Your brilliance, your drive, your sharp intellect – those aren’t tied to an office building in the city. They’re a part of who you are, and they will only blossom further here, in a life where you can also find rest, and joy, and a deep, abiding love.”</w:t>
      </w:r>
    </w:p>
    <w:p/>
    <w:p>
      <w:r>
        <w:br/>
        <w:t>He pulled her closer, his embrace firm and reassuring. "You're not stepping off a cliff; you're stepping onto a path that leads to a different kind of fulfillment. A fulfillment you deserve, Eleanor. A fulfillment we will build together. Think of it not as an ending, but as an expansion. You’re not losing your old life; you’re gaining a new one, a life where your ambition can fuel not just your career, but our future. Where your strength can be a foundation for our family. Where your heart, which you’ve so bravely opened, can finally find the peace and belonging it has always craved.”</w:t>
      </w:r>
    </w:p>
    <w:p/>
    <w:p>
      <w:r>
        <w:br/>
        <w:t>Eleanor closed her eyes, letting his words wash over her. He saw it, didn’t he? He saw the woman beneath the lawyer, the person beneath the ambition. He understood that her past wasn’t something to be discarded, but integrated. "But what if I… what if I lose myself in it all?" she whispered, the vulnerability of the question a testament to how far she had come. "What if the quiet of Havenwood becomes too much? What if I miss the intensity, the challenge of the legal world so much that it overshadows everything else?" It was a fear rooted in her very identity, a fear that the core of her being might not adapt, might wither in this new soil.</w:t>
      </w:r>
    </w:p>
    <w:p/>
    <w:p>
      <w:r>
        <w:br/>
        <w:t>Liam’s response was immediate, a gentle shake of his head. "You won't lose yourself, Eleanor. You'll find a different part of yourself. The part that can appreciate the sunrise over the fields, the part that finds joy in a simple shared meal, the part that knows true strength lies not just in fighting, but in nurturing. And the intensity? It will come, but in a different form. It will be the intensity of building a life, of raising a family, of contributing to this community in ways that touch people’s lives more directly than any courtroom victory ever could. Your mind is a powerful instrument, Eleanor. It can dissect a complex legal case, and it can also, with time and intention, find beauty and purpose in the rhythm of a smaller town. And I will be here, every step of the way, reminding you of your own incredible resilience and capacity for joy."</w:t>
      </w:r>
    </w:p>
    <w:p/>
    <w:p>
      <w:r>
        <w:br/>
        <w:t>He pulled back slightly, his gaze searching hers. "And if you ever feel the pull of the intensity you miss, we'll find ways to channel it. You can still consult, you can still mentor, you can still use your legal acumen to help this community in new and meaningful ways. Your voice is too powerful to be silenced. But it will be a voice that also knows the melody of peace, the harmony of belonging." He smiled, a slow, warm smile that reached his eyes. "Besides, with the children we hope to have, I suspect there will be plenty of intensity to go around."</w:t>
      </w:r>
    </w:p>
    <w:p/>
    <w:p>
      <w:r>
        <w:br/>
        <w:t>A small, hesitant laugh escaped Eleanor’s lips. The thought of children, of a family, was still a tender, nascent dream, one she had once considered impossible for herself. Now, it felt like a tangible possibility, a beautiful consequence of the love she shared with Liam. "Children," she mused, a wistful note in her voice. "That’s another leap, isn’t it? I’ve always been so focused on my career, on independence. The idea of… of being responsible for another life, of shaping a human being… it’s daunting." The thought of motherhood, while longed for, was also a source of profound insecurity. Had she the patience? The nurturing instinct? Would she be the mother she envisioned, or the driven, often absent, woman she had once been?</w:t>
      </w:r>
    </w:p>
    <w:p/>
    <w:p>
      <w:r>
        <w:br/>
        <w:t>Liam’s expression softened with a tenderness that made Eleanor’s breath catch. He reached out, his fingers gently brushing away a stray strand of hair from her temple. "And you will be an extraordinary mother, Eleanor. You have a depth of compassion that you’ve shown so consistently, even when you tried to hide it. You have a fierce protective instinct, which we’ve seen in action countless times. And you have a boundless capacity for love, a love that you’ve generously shared with me, and that you will pour into your children. It's not about being perfect; it's about being present, being loving, and being true to yourself. And I have no doubt that you will embody all of that, and so much more."</w:t>
      </w:r>
    </w:p>
    <w:p/>
    <w:p>
      <w:r>
        <w:br/>
        <w:t>He paused, his voice growing more earnest. "Think of the lessons you'll impart, Eleanor. The strength, the resilience, the importance of fighting for what you believe in. But also, the beauty of kindness, the joy of learning, the comfort of a loving home. You'll teach them how to navigate the world, how to find their own voices, just as you have found yours. And I will be right there beside you, learning and growing alongside them, supporting you in every way I can. We'll be a team, Eleanor, just like we've always been. We'll learn together, we'll make mistakes together, and we'll celebrate every milestone together."</w:t>
      </w:r>
    </w:p>
    <w:p/>
    <w:p>
      <w:r>
        <w:br/>
        <w:t>Eleanor’s shoulders relaxed, the tight knot of anxiety in her chest beginning to loosen. His unwavering belief in her, in their shared future, was a powerful antidote to her fears. He didn't dismiss her concerns; he acknowledged them, validated them, and then gently offered a vision of strength and possibility. "But what if… what if we aren't compatible long-term?" The question, so raw and so fundamental, had to be asked. Despite all they had been through, despite the undeniable connection they shared, the fear of a future where their differences might eventually create an insurmountable chasm was a persistent shadow.</w:t>
      </w:r>
    </w:p>
    <w:p/>
    <w:p>
      <w:r>
        <w:br/>
        <w:t>Liam held her gaze, his eyes reflecting the starlight, and for a moment, Eleanor saw a flicker of his own vulnerability. He hadn't been immune to the uncertainties. "Eleanor, we’ve navigated a corporate lawsuit, community disputes, public opinion, and more late nights than I care to count, all while falling in love. We've seen each other at our best and, I’m sure, at our worst. We’ve argued, we’ve disagreed, but we’ve always come back to each other. We’ve learned to listen, to understand, and to compromise. That’s not just compatibility; that’s a deep, abiding partnership. That’s the bedrock of a lasting love."</w:t>
      </w:r>
    </w:p>
    <w:p/>
    <w:p>
      <w:r>
        <w:br/>
        <w:t>He pulled her closer, his voice a low, comforting rumble against her ear. "Our differences aren't obstacles; they're strengths. Your analytical mind, my practical approach. Your drive, my steady presence. We complement each other, Eleanor. We balance each other. And as we grow and change, we'll continue to adapt. The key isn't to be exactly the same, but to be willing to grow together, to understand each other's evolving needs, and to always, always communicate. And I promise you, Eleanor, I will always communicate. I will always tell you what's on my mind, what I'm feeling, what I need. And I will always be here to listen to you."</w:t>
      </w:r>
    </w:p>
    <w:p/>
    <w:p>
      <w:r>
        <w:br/>
        <w:t>He tilted her chin up, his lips brushing hers in a whisper of a kiss. "This isn’t just about the fire that ignited between us. It’s about the quiet embers that continue to glow, the warmth that sustains us. It’s about the trust we’ve built, the respect we have for each other’s journey, and the unwavering commitment to make this work, for the rest of our lives. Our compatibility isn't a static thing, Eleanor. It’s a dynamic process of two people choosing each other, day after day, year after year. And I choose you. I choose us. Without a shadow of a doubt."</w:t>
      </w:r>
    </w:p>
    <w:p/>
    <w:p>
      <w:r>
        <w:br/>
        <w:t>Eleanor leaned into his embrace, the last vestiges of her anxiety dissolving into the profound sense of security she found in his arms. The fears, the doubts, the "what ifs" – they were all valid, all human. But Liam had met them not with dismissal, but with reassurance, with honesty, and with an unwavering demonstration of his love and commitment. He had shown her that their connection was not fragile, but resilient. It wasn’t a fairy tale that would shatter at the first sign of trouble, but a strong, living entity, capable of weathering storms and blossoming in the sunlight.</w:t>
      </w:r>
    </w:p>
    <w:p/>
    <w:p>
      <w:r>
        <w:br/>
        <w:t>"You're right," she murmured, her voice thick with emotion. "You're so right. It's not about avoiding doubt; it's about knowing that when it arises, we can face it together. And we can overcome it." She looked up at him, her eyes shining with unshed tears of gratitude and love. "I was so afraid of leaving my old life, of the unknown. But you’ve shown me that the greatest unknown, the most beautiful frontier, is the one we will build together. You are my home, Liam. You are my Havenwood."</w:t>
      </w:r>
    </w:p>
    <w:p/>
    <w:p>
      <w:r>
        <w:br/>
        <w:t>He held her tightly, a silent promise passing between them, a shared understanding that transcended words. The lingering doubts, once formidable mountains, had been reduced to pebbles, easily brushed aside by the solid ground of their love. They had not just won a battle for their town; they had won the battle for their hearts, for their future, proving that true resolution wasn't just about defeating external threats, but about conquering the internal fears that often held us captive. And in conquering those fears, hand in hand, they had discovered a strength and a certainty that would guide them, always.</w:t>
      </w:r>
    </w:p>
    <w:p/>
    <w:p>
      <w:r>
        <w:t>The soft glow of the bedside lamp cast a warm, intimate circle in their bedroom, a stark contrast to the harsh fluorescent lights of the courtrooms Eleanor had once navigated with such formidable skill. Liam was reading, a well-worn book resting open on his lap, while Eleanor, propped against an array of pillows, scrolled through her tablet. The silence between them was no longer pregnant with unspoken anxieties, but filled with a comfortable, lived-in peace. Yet, as she paused on an article about corporate law, a familiar phantom ache, the echo of a life left behind, stirred within her. It wasn’t regret, not precisely, but a quiet recognition of the immense shift.</w:t>
      </w:r>
    </w:p>
    <w:p>
      <w:r>
        <w:br/>
        <w:t>Liam, attuned to the subtle shifts in her posture, lowered his book. "Everything alright?" he asked, his voice a low rumble that always soothed her.</w:t>
      </w:r>
    </w:p>
    <w:p/>
    <w:p>
      <w:r>
        <w:br/>
        <w:t>Eleanor sighed, a soft sound that was more reflective than distressed. "Yes," she confirmed, her gaze still on the screen. "Just… old habits. I was reading about a new case, a real David and Goliath situation. My lawyer brain immediately started dissecting their strategy." She looked up at him, a small smile playing on her lips. "It's like a reflex, ingrained so deeply that even when the arena changes, the instinct remains."</w:t>
      </w:r>
    </w:p>
    <w:p/>
    <w:p>
      <w:r>
        <w:br/>
        <w:t>He set his book aside and reached for her hand, his touch grounding her. "And that's not a bad thing, Eleanor. That sharp mind, that ability to see through complexity, it’s a part of you. It’s why you were so brilliant, and it’s why you'll bring so much to everything you do here." He squeezed her hand gently. "The trick isn't to erase the instinct, but to re-direct it. To find new battles worth fighting, new strategies to devise."</w:t>
      </w:r>
    </w:p>
    <w:p/>
    <w:p>
      <w:r>
        <w:br/>
        <w:t>She leaned her head on his shoulder, inhaling the comforting scent of him. "I know. It's just… the echoes are still there. Sometimes, when I’m in the middle of a particularly lively town meeting, or when I’m helping Mrs. Gable decipher that complicated insurance form, I can almost feel the adrenaline of closing a major deal. It’s a different kind of fight, a different kind of victory, but the intensity… it was a powerful drug." Her gaze drifted towards the window, where the dark sky was beginning to lighten with the first hint of dawn. "I used to think that intensity was synonymous with purpose. That if I wasn't constantly on the precipice of a major crisis, I wasn't truly living."</w:t>
      </w:r>
    </w:p>
    <w:p/>
    <w:p>
      <w:r>
        <w:br/>
        <w:t>Liam’s arm tightened around her. "And I used to think that purpose only lay in the predictable routines of the farm. In the unbroken cycle of planting and harvesting. I found my own brand of intensity in that, too. The intensity of coaxing life from the earth, of battling a late frost, of seeing the tangible results of hard work. But I also learned that intensity can be found in stillness, in connection, in the quiet cultivation of a life with someone you love." He paused, then added softly, "Your past was built on fighting external battles, on dissecting and conquering. My past was built on nurturing and enduring. Neither is inherently better. They're just different ways of engaging with the world. And now, we're learning to integrate them."</w:t>
      </w:r>
    </w:p>
    <w:p/>
    <w:p>
      <w:r>
        <w:br/>
        <w:t>Eleanor nodded, feeling the truth of his words resonate deep within her. Her legal career had been a constant state of high alert, a rigorous discipline of intellectual combat. She had excelled at it, thrived on it even, but it had also taken a toll, leaving her perpetually on edge, her boundaries blurred with the demands of her profession. The wounds she carried were subtle but significant: a deep-seated fear of failure, a tendency to over-identify with her work, and a struggle to truly switch off. Liam, with his grounded presence and his innate understanding of cycles and patience, was the perfect counterpoint. He had learned the hard way that life's most profound victories were often won not through aggressive confrontation, but through quiet resilience and the steadfast belief in a better outcome.</w:t>
      </w:r>
    </w:p>
    <w:p/>
    <w:p>
      <w:r>
        <w:br/>
        <w:t>"It's like," she began, searching for the right analogy, "when you’re facing a difficult negotiation, you prepare for every possible scenario, you anticipate every objection, you build your case meticulously. But at some point, you have to trust your preparation, trust your instincts, and make the leap. You can’t paralyze yourself with ‘what ifs’ forever. And I think that’s what I’m doing now, but on a much grander scale. I’m trusting the preparation we’ve done, the foundation we’ve built, and I’m choosing to trust the leap into this new life, even when the old instincts try to pull me back."</w:t>
      </w:r>
    </w:p>
    <w:p/>
    <w:p>
      <w:r>
        <w:br/>
        <w:t>Liam smiled. "Exactly. And your ‘what ifs’ are less about what might go wrong, and more about how you can contribute. How you can use those incredible skills you honed. Remember when you helped Mrs. Henderson navigate that impossible zoning dispute? You didn't just win the case; you empowered her. You showed her how to stand up for herself. That’s not a skill that belongs solely in a law firm, Eleanor. That's a skill that belongs wherever people need a voice, wherever there’s a need for clarity and advocacy. And there is so much need right here."</w:t>
      </w:r>
    </w:p>
    <w:p/>
    <w:p>
      <w:r>
        <w:br/>
        <w:t>He shifted, pulling her closer. "Think about the children we want to have. They’ll need someone to advocate for them, to teach them how to use their own voices, to instill in them that same fierce sense of justice you possess. You won’t be a passive observer of their lives; you’ll be an active participant, shaping their futures. That requires a different kind of intensity, a different kind of brilliance. The brilliance of nurturing, of guidance, of unconditional love. It’s not about abandoning who you are; it’s about expanding who you are."</w:t>
      </w:r>
    </w:p>
    <w:p/>
    <w:p>
      <w:r>
        <w:br/>
        <w:t>Eleanor closed her eyes, letting his words paint a vivid picture in her mind. She saw herself, not in a sterile boardroom, but on a sun-drenched porch, patiently explaining to a child the importance of fairness, of empathy. She saw herself using her legal acumen not to cross-examine a witness, but to help a young entrepreneur navigate the complexities of starting a local business. The intensity was still there, but it was transformed, softened, infused with a warmth and a depth she hadn't previously understood.</w:t>
      </w:r>
    </w:p>
    <w:p/>
    <w:p>
      <w:r>
        <w:br/>
        <w:t>"It's the integration," she murmured, the concept crystallizing. "It’s not about choosing one life over the other, but about weaving them together. Taking the strength from my past and applying it to the opportunities of my present and future. It’s acknowledging the ambition that drove me, but allowing it to be tempered by the peace I’ve found here. It's understanding that my drive doesn't have to be a solitary pursuit; it can be a shared engine."</w:t>
      </w:r>
    </w:p>
    <w:p/>
    <w:p>
      <w:r>
        <w:br/>
        <w:t>Liam kissed the top of her head. "Precisely. And it’s understanding that healing isn't a destination, but a continuous process. You’ve done so much work on yourself, Eleanor. You’ve faced down some pretty formidable inner demons. And you’ve done it with such courage. But you don’t have to do it alone anymore. I’m here to support you, to be a safe harbor when those old wounds ache, to celebrate the victories, big and small. We’re a team, remember? We face the storms together, and we savor the sunshine together."</w:t>
      </w:r>
    </w:p>
    <w:p/>
    <w:p>
      <w:r>
        <w:br/>
        <w:t>He gently turned her to face him, his gaze earnest and loving. "Your past gave you the tools, Eleanor. The resilience, the sharp intellect, the tenacity. Those aren’t things to be shed like a worn-out coat. They are the very fabric of who you are. But now, you have the opportunity to use those tools to build something new, something lasting. A life that nourishes your soul as much as it challenges your mind. A life where your successes are shared, and your burdens are lightened."</w:t>
      </w:r>
    </w:p>
    <w:p/>
    <w:p>
      <w:r>
        <w:br/>
        <w:t>She traced the line of his jaw, her touch soft and full of affection. "I used to think that my independence was my greatest strength. That relying on anyone else was a sign of weakness. It took coming here, to Havenwood, and to you, to realize that true strength lies in connection. In allowing yourself to be vulnerable, to be supported, to be loved. My past taught me how to fight for myself. You are teaching me how to fight for us. And that, Liam, is a profound difference."</w:t>
      </w:r>
    </w:p>
    <w:p/>
    <w:p>
      <w:r>
        <w:br/>
        <w:t>He pulled her into his arms, holding her close. "And I’m learning from you, too, Eleanor. You’ve shown me that there’s more than one way to be strong. That courage isn’t always loud; sometimes it’s a quiet insistence on doing what’s right, even when it’s difficult. You’ve challenged my assumptions, broadened my perspectives, and shown me the power of a well-reasoned argument. You’ve made me a better man, Eleanor, just as I hope I’m helping you build the life you’ve always deserved."</w:t>
      </w:r>
    </w:p>
    <w:p/>
    <w:p>
      <w:r>
        <w:br/>
        <w:t>They sat in comfortable silence for a long moment, the gentle rhythm of their breathing a testament to their shared peace. The echoes of Eleanor's past were still present, like faint whispers on the wind, but they no longer held the power to disrupt the present. She had learned that acknowledging her history, her vulnerabilities, her ingrained habits, was not a sign of weakness, but of immense strength. It was the foundation upon which a truly integrated, truly resilient relationship could be built. Her ambition, once a solitary pursuit, was now a shared engine, powering a future that promised not just professional success, but a deep, abiding personal fulfillment.</w:t>
      </w:r>
    </w:p>
    <w:p/>
    <w:p>
      <w:r>
        <w:br/>
        <w:t>"You know," Eleanor said softly, her voice laced with a newfound lightness, "I was reading about this fascinating concept in developmental psychology the other day. It’s about how early experiences, even the difficult ones, shape our adult personalities, but they don't have to dictate our future. We can consciously choose to reinterpret those experiences, to learn from them, and to integrate them into a more positive narrative. It’s about understanding that the child who felt unheard can grow into an adult who learns to speak with confidence, not because they’ve forgotten the feeling of being unheard, but because they’ve learned to value their own voice."</w:t>
      </w:r>
    </w:p>
    <w:p/>
    <w:p>
      <w:r>
        <w:br/>
        <w:t>Liam nodded, his eyes twinkling. "And that sounds exactly like what you’ve been doing, my love. You've taken the fierce advocate, the sharp mind, the driven woman who learned to fight for every inch, and you're channeling that into something even more powerful. You're not leaving Eleanor Vance, the brilliant lawyer, behind. You're evolving her. You're adding layers, depth, and a beautiful, profound capacity for peace. You're integrating the old Eleanor with the new Eleanor, and the result is someone even more extraordinary."</w:t>
      </w:r>
    </w:p>
    <w:p/>
    <w:p>
      <w:r>
        <w:br/>
        <w:t xml:space="preserve">She smiled, a genuine, unburdened smile that reached her eyes. "And you, my steady Liam, are the anchor that allows me to fly. You remind me that strength isn't just about pushing forward, but about knowing when to rest, when to nurture, when to simply </w:t>
      </w:r>
    </w:p>
    <w:p>
      <w:pPr>
        <w:jc w:val="left"/>
      </w:pPr>
      <w:r>
        <w:rPr>
          <w:i/>
        </w:rPr>
        <w:t>be</w:t>
      </w:r>
      <w:r>
        <w:t>. Your understanding of the land, of the seasons, of patience… it’s a wisdom that has seeped into me, and it’s helped me to understand that some things are best cultivated, not conquered."</w:t>
      </w:r>
    </w:p>
    <w:p>
      <w:r>
        <w:br/>
        <w:t>He kissed her then, a long, deep kiss that spoke of shared histories and a boundless future. It was a kiss of understanding, of acceptance, of a love that had been forged in the fires of challenge and tempered by the quiet strength of commitment. It was a kiss that acknowledged the integration of their pasts, the healing that was ongoing, and the beautiful, complex tapestry of the life they were weaving together, one thread at a time. The resolution wasn't a singular event, but a continuous, conscious effort to honor where they had come from, while wholeheartedly embracing where they were going, together.</w:t>
      </w:r>
    </w:p>
    <w:p/>
    <w:p>
      <w:r>
        <w:t>The scent of late-blooming jasmine, a fragrance that had become synonymous with Havenwood’s summer evenings, hung heavy in the air. Eleanor sat on the porch swing, the gentle creak a familiar counterpoint to the chirping symphony of crickets. Beside her, Liam’s arm was a comforting weight around her shoulders. The tablet rested on her lap, its screen dark, but her mind was far from idle. It was a landscape of meticulously planned contingencies, a strategic blueprint for a moment that felt both terrifyingly real and impossibly distant. This was the prelude to the grand gesture, the quiet hum of preparation that preceded the crescendo.</w:t>
      </w:r>
    </w:p>
    <w:p>
      <w:r>
        <w:br/>
        <w:t>"Are you sure about this, Liam?" she murmured, her gaze fixed on the faint outline of the distant hills, silhouetted against a sky dusted with a million stars. Her voice, though soft, carried the undercurrent of a mind accustomed to weighing consequences, to dissecting risks. "It’s… a lot. A really lot."</w:t>
      </w:r>
    </w:p>
    <w:p/>
    <w:p>
      <w:r>
        <w:br/>
        <w:t xml:space="preserve">Liam pressed a gentle kiss to her temple. "I'm sure, Ellie. More sure than I've ever been about anything. Havenwood, our life here, you… it’s worth everything. And this is the only way to truly show it. To show </w:t>
      </w:r>
    </w:p>
    <w:p>
      <w:pPr>
        <w:jc w:val="left"/>
      </w:pPr>
      <w:r>
        <w:rPr>
          <w:i/>
        </w:rPr>
        <w:t>you</w:t>
      </w:r>
      <w:r>
        <w:t>." He paused, his thumb tracing slow circles on her arm. "You spent so long fighting for other people’s justice, for corporate victories. Now it's our turn to fight for our own kind of happiness, for our own future. And this gesture… it's not just a declaration. It's a building block."</w:t>
      </w:r>
    </w:p>
    <w:p>
      <w:r>
        <w:br/>
        <w:t>Eleanor leaned her head against his shoulder, the solid warmth of him a grounding force. She understood his logic, the undeniable truth that lay beneath his steady conviction. Her own journey had been one of shedding the armor, of learning to allow vulnerability, of understanding that strength wasn't always about defense, but about the courage to be open, to be seen. And Liam, with his quiet strength and his unwavering belief in her, had been the architect of that understanding. This grand gesture, she knew, was an extension of that newfound openness, a public testament to the private world they had painstakingly built together.</w:t>
      </w:r>
    </w:p>
    <w:p/>
    <w:p>
      <w:r>
        <w:br/>
        <w:t>"I know," she sighed, a breath of contentment rather than resignation. "It's just… the lawyer in me is still cataloging potential pitfalls. What if it doesn't land the way we imagine? What if it’s too much? Too… performative?" The thought sent a faint tremor through her. Her career had been about precision, about calculated moves. This felt like a leap into the unknown, a trust fall with the entire town as the safety net.</w:t>
      </w:r>
    </w:p>
    <w:p/>
    <w:p>
      <w:r>
        <w:br/>
        <w:t xml:space="preserve">Liam chuckled softly, a warm sound that vibrated through her. "Performative? Ellie, you think I'd let us do anything that wasn't utterly, authentically </w:t>
      </w:r>
    </w:p>
    <w:p>
      <w:pPr>
        <w:jc w:val="left"/>
      </w:pPr>
      <w:r>
        <w:rPr>
          <w:i/>
        </w:rPr>
        <w:t>us</w:t>
      </w:r>
      <w:r>
        <w:t>? This isn't about putting on a show. It's about marking a moment. Acknowledging that what we have isn't just good, it's extraordinary. And that it deserves to be celebrated, not just whispered about in quiet corners." He shifted, turning her to face him, his hands cradling her face. His eyes, so often reflecting the quiet resilience of the land, now held a bright, determined spark. "This is about making our commitment tangible, not just for us, but for everyone who’s seen us navigate the rough patches and celebrate the small victories. It's about showing Havenwood that our love story, like theirs, is woven into the fabric of this town."</w:t>
      </w:r>
    </w:p>
    <w:p>
      <w:r>
        <w:br/>
        <w:t>His words settled over her like a warm blanket. Havenwood. The town that had welcomed her with open arms, offering a respite from the relentless pace of her former life. The town where she had begun to redefine success, where she had learned the quiet power of community, and where she had found a love that anchored her soul. This gesture had to be more than just a romantic declaration; it had to be a reflection of that integration, a testament to the life she had chosen, the community that had embraced her, and the man who had shown her what true belonging felt like.</w:t>
      </w:r>
    </w:p>
    <w:p/>
    <w:p>
      <w:r>
        <w:br/>
        <w:t>"And the community's involvement…" Eleanor mused, her lawyerly mind already re-engaging, but this time with a different kind of purpose. "Old Man Hemlock and his 'legendary' blueberry pies. Mrs. Gable knitting enough bunting to decorate the entire town square. Even the notoriously grumpy Sheriff Brody offering his… quiet supervision." She smiled, a genuine, fond smile. "It’s incredible, really. That they’re so invested. It’s not just our story; it’s become theirs, too."</w:t>
      </w:r>
    </w:p>
    <w:p/>
    <w:p>
      <w:r>
        <w:br/>
        <w:t>"Because they've seen the change," Liam said, his voice low and earnest. "They saw the woman who arrived here, carrying the weight of the world, and they saw her soften. They saw her find her laughter again. They saw her build a life, not just a career. And they saw how much she loves this place, how much she cares about its future. They see us as part of the tapestry, Eleanor. And this gesture… it’s us adding our strongest, most vibrant thread to that tapestry."</w:t>
      </w:r>
    </w:p>
    <w:p/>
    <w:p>
      <w:r>
        <w:br/>
        <w:t>He pulled her closer, resting his chin on her head. "We’ve talked about the importance of showing, not just telling. And this is our grand ‘showing.’ It’s a declaration that we are here, we are committed, and we are deeply, irrevocably in love with each other, and with this life we’re building together." He lifted a finger, gently tracing the curve of her eyebrow. "Remember how you felt when you first realized that the adrenaline rush of a closing argument was nothing compared to the quiet satisfaction of watching a garden bloom? Or the thrill of securing a landmark victory was less profound than the comfort of holding my hand after a long day?"</w:t>
      </w:r>
    </w:p>
    <w:p/>
    <w:p>
      <w:r>
        <w:br/>
        <w:t>Eleanor nodded, a profound sense of peace washing over her. "Yes. It's a different kind of intensity. A more sustainable one. One that nourishes rather than depletes." She had come to Havenwood seeking solace, a place to heal and regroup. She had found so much more. She had found Liam, a love that was as solid and enduring as the ancient oaks on his land. She had found a community that felt like family. And she had found herself, a version of herself she hadn't known existed, one who was capable of both fierce ambition and gentle contentment.</w:t>
      </w:r>
    </w:p>
    <w:p/>
    <w:p>
      <w:r>
        <w:br/>
        <w:t>"So, this gesture," she continued, her mind now fully on board, embracing the concept with her characteristic strategic prowess, "it needs to be a reflection of that journey. It can't be just about a proposal, or a vow renewal, or some fleeting romantic notion. It needs to encapsulate the resilience, the growth, the integration we’ve both experienced."</w:t>
      </w:r>
    </w:p>
    <w:p/>
    <w:p>
      <w:r>
        <w:br/>
        <w:t>Liam smiled, his eyes crinkling at the corners. "Exactly. And that's where the ‘coordination’ comes in. The planning. Because while the heart of it is spontaneous, the execution requires a bit of… lawyerly precision, wouldn't you say?" He winked, and Eleanor couldn't help but laugh, a bright, clear sound that echoed in the quiet night.</w:t>
      </w:r>
    </w:p>
    <w:p/>
    <w:p>
      <w:r>
        <w:br/>
        <w:t>"I suppose," she conceded, her initial apprehension melting away, replaced by a growing excitement. The planning itself had become a shared endeavor, a testament to their partnership. Liam, with his innate understanding of the rhythm of Havenwood, and Eleanor, with her meticulous attention to detail, had formed a formidable planning committee. They had consulted with Mayor Thompson, discreetly approached the town council about using the square, and even enlisted the help of the local baker, a woman whose skill with frosting was legendary, to create a centerpiece cake that would tell their story in edible art.</w:t>
      </w:r>
    </w:p>
    <w:p/>
    <w:p>
      <w:r>
        <w:br/>
        <w:t>"The unveiling of the town mural," Eleanor murmured, recalling one of their many hushed meetings. "That was the perfect opportunity. A public event, a celebration of Havenwood itself, and the perfect backdrop for our own little piece of theatre."</w:t>
      </w:r>
    </w:p>
    <w:p/>
    <w:p>
      <w:r>
        <w:br/>
        <w:t xml:space="preserve">"And the choir," Liam added, his voice filled with a warm nostalgia. "Remember how nervous you were about them singing </w:t>
      </w:r>
    </w:p>
    <w:p>
      <w:pPr>
        <w:jc w:val="left"/>
      </w:pPr>
      <w:r>
        <w:rPr>
          <w:i/>
        </w:rPr>
        <w:t>our</w:t>
      </w:r>
      <w:r>
        <w:t xml:space="preserve"> song? The one we first danced to at the Harvest Festival?"</w:t>
      </w:r>
    </w:p>
    <w:p>
      <w:r>
        <w:br/>
        <w:t>Eleanor’s cheeks flushed slightly. "I still am a little nervous. But seeing their faces, hearing their enthusiasm… it's infectious. They’ve embraced this wholeheartedly. They understand that it’s not just about us; it’s about celebrating love in all its forms, here in Havenwood."</w:t>
      </w:r>
    </w:p>
    <w:p/>
    <w:p>
      <w:r>
        <w:br/>
        <w:t>She had been hesitant at first. The idea of such a public display felt… exposed. Her professional life had been about controlled environments, about presenting a polished, impenetrable front. But Liam had gently persuaded her. He had explained that in a town like Havenwood, where lives were so intrinsically intertwined, a grand gesture wasn’t an intrusion; it was a communal celebration. It was a way of saying, “This is us, and we are part of this community, and our love is a part of the town’s story.”</w:t>
      </w:r>
    </w:p>
    <w:p/>
    <w:p>
      <w:r>
        <w:br/>
        <w:t>"And the children," Eleanor’s voice softened as she thought of the future, of the little ones who might one day run through the very square they were planning to transform. "The idea of them seeing this, of them understanding the depth of commitment that went into building this life… that’s what truly anchors me."</w:t>
      </w:r>
    </w:p>
    <w:p/>
    <w:p>
      <w:r>
        <w:br/>
        <w:t>Liam held her closer. "They’ll see a love that was earned, Ellie. A love that weathered storms and celebrated sunshine. They’ll see that true commitment isn't just a promise, but a living, breathing thing that requires dedication, understanding, and a willingness to always, always show up for each other."</w:t>
      </w:r>
    </w:p>
    <w:p/>
    <w:p>
      <w:r>
        <w:br/>
        <w:t>The planning had involved subtle maneuvers, coded conversations, and a clandestine network of townspeople all sworn to secrecy. Eleanor had found herself rediscovering a playful side, a knack for orchestrating behind-the-scenes magic that had been buried beneath years of corporate battles. She had relished the challenge, the opportunity to use her strategic mind for something that brought so much joy.</w:t>
      </w:r>
    </w:p>
    <w:p/>
    <w:p>
      <w:r>
        <w:br/>
        <w:t>"The scavenger hunt across town," she recalled with a smile, "leading to different landmarks that represent milestones in our relationship. It's brilliant, Liam. It makes everyone a participant, an active witness to our journey."</w:t>
      </w:r>
    </w:p>
    <w:p/>
    <w:p>
      <w:r>
        <w:br/>
        <w:t>"And that’s the beauty of Havenwood," he agreed. "Everyone has a story here. Everyone has played a part, in one way or another. Whether it was Mrs. Gable offering you a cup of tea when you were first overwhelmed, or Sheriff Brody quietly making sure the roads were clear after that unexpected blizzard. They’ve all contributed to the foundation of our life here. And this is our way of saying thank you, of weaving our story into the ongoing narrative of this remarkable town."</w:t>
      </w:r>
    </w:p>
    <w:p/>
    <w:p>
      <w:r>
        <w:br/>
        <w:t>The specific details of the grand gesture remained a closely guarded secret, a delicious anticipation building with each passing day. Eleanor found herself watching the townsfolk with a new kind of appreciation, recognizing the subtle nods, the shared smiles, the whispered secrets that all pointed towards the impending event. She saw the twinkle in Mayor Thompson’s eye when he spoke of community spirit, the knowing smile on Mrs. Gable’s face as she knit, her needles flying with an almost frantic energy, and the almost imperceptible nod from Sheriff Brody as he surveyed the town square, his gaze lingering on the empty space where the future would soon be revealed.</w:t>
      </w:r>
    </w:p>
    <w:p/>
    <w:p>
      <w:r>
        <w:br/>
        <w:t>"It feels like orchestrating a symphony," Eleanor admitted, marveling at the seamless collaboration. "Every note, every movement, perfectly placed. And the conductors," she looked up at Liam, her eyes shining with affection, "are the best I could have ever asked for."</w:t>
      </w:r>
    </w:p>
    <w:p/>
    <w:p>
      <w:r>
        <w:br/>
        <w:t>Liam squeezed her hand. "And the music is our love, Ellie. Loud and clear, for everyone to hear. It’s the culmination of everything we’ve been through, everything we’ve learned, and everything we’re building. It’s the final resolution, the ultimate declaration of commitment, not just to each other, but to the life we’ve found here. It’s our grand gesture, and it’s going to be perfect."</w:t>
      </w:r>
    </w:p>
    <w:p/>
    <w:p>
      <w:r>
        <w:br/>
        <w:t>The jasmine’s perfume intensified as the night deepened, a sweet promise of the days to come. Eleanor leaned into Liam, feeling the steady beat of his heart against hers. The echoes of her past were quieter now, their voices less insistent, overshadowed by the resonant melody of their shared present and the hopeful crescendo of their future. The grand gesture was no longer a looming challenge, but a welcomed celebration, a vibrant testament to a love that had found its home, its rhythm, and its voice, right here in the heart of Havenwood. The preparations were almost complete, the final notes being tuned, and soon, their symphony of love would begin.</w:t>
      </w:r>
    </w:p>
    <w:p/>
    <w:p>
      <w:r>
        <w:br w:type="page"/>
      </w:r>
    </w:p>
    <w:p>
      <w:pPr>
        <w:spacing w:before="5040"/>
        <w:jc w:val="center"/>
      </w:pPr>
      <w:r>
        <w:rPr/>
        <w:t xml:space="preserve"> Chapter 13: The Grand Gesture</w:t>
      </w:r>
    </w:p>
    <w:p>
      <w:r>
        <w:t>The humid summer air, thick with the scent of honeysuckle and the distant hum of the town fair setting up for the weekend, wrapped around Eleanor like a comforting, familiar blanket. She watched Liam from the kitchen window as he meticulously pruned the rose bushes that lined the winding path to their farmhouse. His movements were precise, unhurried, a quiet dance with nature that always soothed her. It was a scene of domestic tranquility, a tableau painted with the colors of their hard-won peace. Yet, beneath the serene surface, a new understanding, a profound realization, had begun to crystallize within her, a silent impetus that had been gathering strength with every shared sunrise and every whispered confession.</w:t>
      </w:r>
    </w:p>
    <w:p>
      <w:r>
        <w:br/>
        <w:t>It hadn't been a single, dramatic event that had sparked the idea for the grand gesture. Instead, it was a slow, dawning awareness, a recognition of how far they had both come, individually and as a couple. Eleanor, the hardened litigator, had arrived in Havenwood carrying the weight of past betrayals and professional cynicism. Her world had been one of calculated risks and carefully guarded emotions. She had learned to build walls, not bridges, and her heart had been a fortress, impenetrable and isolated. Liam, with his quiet resilience and unwavering belief in the goodness of people, had been the architect of her undoing, not through force, but through gentle persistence and an authentic love that had chipped away at her defenses, stone by painstaking stone.</w:t>
      </w:r>
    </w:p>
    <w:p/>
    <w:p>
      <w:r>
        <w:br/>
        <w:t>The initial catalyst, she now understood, had been the near-loss of the Havenwood Historical Society building. The frantic scramble to rally the community, the unexpected outpouring of support from every corner of the town, had been a revelation. Eleanor, accustomed to fighting corporate battles with legal briefs and sharp rebuttals, found herself unexpectedly moved by the collective will of a small town determined to preserve its heritage. She had seen Liam, in his element, bridging divides, galvanizing spirits, his quiet determination a powerful force that resonated with the very soul of Havenwood. In that moment, witnessing his deep connection to this place and its people, a seed of understanding was planted. She saw not just a man she loved, but a man who was intrinsically woven into the fabric of a community, a man whose life was a testament to the power of belonging.</w:t>
      </w:r>
    </w:p>
    <w:p/>
    <w:p>
      <w:r>
        <w:br/>
        <w:t>This realization had been amplified during the intense negotiations for the land adjacent to Liam’s farm. The threat of a large, impersonal development looming over their tranquil valley had brought out a ferocity in Eleanor that surprised even herself. But it wasn't the legal maneuvering that had truly cemented the idea for the gesture. It was the way Liam had stood by her side, not as a passive observer, but as an active partner, his calm presence a steady anchor in the storm. He had trusted her instincts, supported her strategies, and when the dust settled, and the land was secured for community use, the shared victory had felt monumental. It wasn't just about winning; it was about defending something precious together, about solidifying their shared future by safeguarding the very essence of the life they were building.</w:t>
      </w:r>
    </w:p>
    <w:p/>
    <w:p>
      <w:r>
        <w:br/>
        <w:t>She remembered a quiet evening, not long after the land deal had been finalized. They were sitting on the porch swing, the same one where they had shared so many conversations, the fireflies painting fleeting streaks of light against the darkening sky. Liam had been unusually pensive. He had confessed, his voice laced with a vulnerability she rarely heard, that he had been afraid, truly afraid, of losing her. Not just to another place, but to the lingering shadows of her past, to the cynicism she sometimes battled. He had revealed that his constant efforts to anchor her to Havenwood, to create a life so rich and full of shared experiences, were his way of building a fortress around their love, a testament to its enduring strength. He confessed, with a wry smile, that he worried she might one day feel the pull of her old life, the allure of the high-stakes world she had left behind. It was that admission, that raw honesty about his own fears, that had struck Eleanor with the force of a revelation.</w:t>
      </w:r>
    </w:p>
    <w:p/>
    <w:p>
      <w:r>
        <w:br/>
        <w:t>Her own journey had been one of dismantling the walls she had built, brick by deliberate brick. She had arrived in Havenwood feeling adrift, a seasoned professional adrift in a sea of quiet simplicity. The legal battles she had fought had been for others, for abstract notions of justice, for corporate clients. Her own life, her own happiness, had often taken a backseat. She had been so focused on winning the external battles that she had neglected the internal one – the battle for her own peace, her own joy. Liam, with his gentle, persistent love, had shown her that true strength wasn't in the armor, but in the courage to be vulnerable, to be seen, to allow herself to be loved. He had taught her that the most important victories were the ones fought within the heart.</w:t>
      </w:r>
    </w:p>
    <w:p/>
    <w:p>
      <w:r>
        <w:br/>
        <w:t>The decision to create the grand gesture wasn’t an impulsive one, born from a fleeting romantic notion. It was a carefully considered, deeply felt response to their shared journey, to the profound understanding they had reached about the nature of their love. It was an acknowledgment that their commitment transcended mere words, that it deserved a physical, public manifestation. It was Eleanor’s way of responding to Liam’s confession of fear, of reassuring him, and indeed, herself, that their love was not a fragile bloom susceptible to the winds of doubt, but a deeply rooted tree, its branches reaching for the sky, its roots intertwined with the very soil of Havenwood.</w:t>
      </w:r>
    </w:p>
    <w:p/>
    <w:p>
      <w:r>
        <w:br/>
        <w:t>She saw it then, with a clarity that was almost breathtaking. Liam’s love for her was as steadfast and unwavering as the ancient oaks on his land. He had offered her not just romance, but a sanctuary, a place where she could finally shed the heavy cloak of her past and embrace the woman she was meant to be. Her own past, with its betrayals and disappointments, had left her with a deep-seated fear of vulnerability, a constant vigilance that had kept her emotionally guarded. Liam, through his consistent affection and unwavering belief in her, had begun to heal those wounds. He had shown her that love could be a source of strength, not weakness, and that true security lay not in building walls, but in building trust.</w:t>
      </w:r>
    </w:p>
    <w:p/>
    <w:p>
      <w:r>
        <w:br/>
        <w:t>The grand gesture was to be a tangible embodiment of this transformation, a public declaration that their love story was not just a private affair, but a vibrant thread woven into the very fabric of Havenwood. It was to be a celebration of the resilience of their bond, a testament to the courage it had taken for both of them to open their hearts, and a powerful statement of their commitment to a shared future. It was their collective answer to the quiet anxieties that had sometimes surfaced in the stillness of the night, their unwavering "yes" to the life they had so painstakingly built together.</w:t>
      </w:r>
    </w:p>
    <w:p/>
    <w:p>
      <w:r>
        <w:br/>
        <w:t>She recalled a conversation they’d had a few weeks prior, during one of their late-night strategy sessions, a blend of Liam’s intuitive understanding of Havenwood’s heart and Eleanor’s sharp, analytical mind. The idea had initially been Liam’s, a seed of a thought planted in the fertile ground of their shared happiness. He had spoken of wanting to do something that would truly mark their presence, their commitment, not just to each other, but to the town that had become their home. Eleanor, initially cautious, had been drawn into the idea, her lawyer’s mind finding a new purpose in orchestrating this intricate dance of love and community.</w:t>
      </w:r>
    </w:p>
    <w:p/>
    <w:p>
      <w:r>
        <w:br/>
        <w:t>"It needs to be more than just a proposal, Ellie," Liam had said, his gaze steady and earnest as they sat by the fireplace, the flickering flames casting dancing shadows on their faces. "It needs to be a statement. A declaration that we are here, we are committed, and we are building something that will last. Something that will be a part of Havenwood’s story for generations to come."</w:t>
      </w:r>
    </w:p>
    <w:p/>
    <w:p>
      <w:r>
        <w:br/>
        <w:t>Eleanor had nodded, her own thoughts coalescing around his words. The fear of the unknown, the lingering echo of past hurts, had always been a subtle undercurrent in her life. She had learned to be self-reliant, to anticipate betrayal, to guard her heart with a fierce tenacity. Liam’s love had been the force that had begun to dismantle those defenses, but she knew that a deep-seated insecurity could still surface, a whisper of doubt in the quiet moments. The grand gesture, she realized, was her opportunity to silence those whispers, not just for Liam, but for herself. It was a way of publicly affirming her own belief in their love, in their future, in a way that felt both profound and irrefutable.</w:t>
      </w:r>
    </w:p>
    <w:p/>
    <w:p>
      <w:r>
        <w:br/>
        <w:t>"What if it’s too much?" she had voiced her concern, the ingrained caution of her profession surfacing. "What if it feels… performative? We’re not people who crave the spotlight."</w:t>
      </w:r>
    </w:p>
    <w:p/>
    <w:p>
      <w:r>
        <w:br/>
        <w:t>Liam had smiled, a slow, reassuring smile that reached his eyes. "It’s not about the spotlight, Ellie. It’s about the light. The light of our love, shining for everyone to see. It’s about showing Havenwood that they have a stake in our happiness, just as we have a stake in theirs. It’s about weaving our story into the tapestry of this town, a tapestry that’s already so rich with the stories of its people." He had taken her hand then, his thumb tracing soothing circles on her skin. "This is about permanence, Eleanor. It’s about creating a moment that will be etched not just in our memories, but in the heart of this community. It’s our way of saying, ‘We are here. We belong. And we are all in.’"</w:t>
      </w:r>
    </w:p>
    <w:p/>
    <w:p>
      <w:r>
        <w:br/>
        <w:t>That had been the turning point. The realization that the gesture needed to be more than just a romantic declaration; it needed to be a testament to their integration into Havenwood, to the deep roots they were growing together. It was about acknowledging the community’s role in their journey, the way they had embraced Eleanor, the way they had welcomed Liam’s love for her. It was about creating a shared experience, a moment of joy that would resonate with everyone, a celebration of love in all its forms, anchored by their own unwavering commitment.</w:t>
      </w:r>
    </w:p>
    <w:p/>
    <w:p>
      <w:r>
        <w:br/>
        <w:t>The idea of the scavenger hunt had emerged from Eleanor’s innate sense of strategic planning, her desire to make the event interactive, engaging, and deeply personal. She wanted every resident of Havenwood to feel like a part of their story, to retrace the steps that had led them to this profound commitment. Each clue, each landmark, would represent a milestone in their relationship, a shared memory, a testament to the journey they had undertaken together. It was a way of transforming a grand gesture into a communal experience, a collective affirmation of love and belonging.</w:t>
      </w:r>
    </w:p>
    <w:p/>
    <w:p>
      <w:r>
        <w:br/>
        <w:t>She remembered the day they had approached Mayor Thompson, the gleam of excitement in his eyes as they laid out their plan. He had immediately grasped the significance of the gesture, recognizing it not as an imposition, but as an opportunity to celebrate the vibrant spirit of Havenwood. His enthusiastic support had been a crucial piece of the puzzle, ensuring that the town’s resources and goodwill would be readily available.</w:t>
      </w:r>
    </w:p>
    <w:p/>
    <w:p>
      <w:r>
        <w:br/>
        <w:t>Then there was Mrs. Gable, her knitting needles a blur of motion, already envisioning the festive decorations that would transform the town square. Her offer to create a special bunting, emblazoned with symbols that represented their journey, had touched Eleanor deeply. It was these small acts of kindness, these enthusiastic contributions from the community, that solidified Eleanor’s belief that they were doing the right thing. This wasn't just about them; it was about celebrating the interconnectedness of lives in a town that valued tradition, community, and the enduring power of love.</w:t>
      </w:r>
    </w:p>
    <w:p/>
    <w:p>
      <w:r>
        <w:br/>
        <w:t>Even Sheriff Brody, whose gruff exterior often masked a deeply caring heart, had offered his quiet support, ensuring the smooth flow of traffic and the general safety of the festivities. His mere presence, a silent guardian of their shared happiness, was a comforting reassurance. It was the collective embrace of the town, the unspoken understanding that their gesture was a celebration of more than just their love, but of the very essence of Havenwood itself, that had truly ignited the impetus for action.</w:t>
      </w:r>
    </w:p>
    <w:p/>
    <w:p>
      <w:r>
        <w:br/>
        <w:t>The near-loss of the old mill, a historical landmark that had been on the brink of collapse, had also played a significant role. Eleanor, drawing on her legal expertise and her newfound passion for preservation, had worked tirelessly alongside Liam and other community members to secure its future. The experience had been an awakening for her. She had discovered a deep satisfaction in fighting for something tangible, something that held meaning for the entire community. It was during the celebratory gathering after the mill’s preservation that she had truly understood the depth of Liam’s connection to Havenwood and the profound impact he had on the lives of its residents. Seeing him so at ease, so respected, so clearly a part of this place, had solidified her own commitment, not just to him, but to the life they were building together.</w:t>
      </w:r>
    </w:p>
    <w:p/>
    <w:p>
      <w:r>
        <w:br/>
        <w:t>She remembered a specific moment, standing beside Liam as he addressed the crowd gathered at the newly secured mill. His words were simple, heartfelt, speaking of shared responsibility and the power of collective action. Eleanor had watched him, a wave of overwhelming love and pride washing over her. In that moment, she had seen not just the man she loved, but a man who embodied the values she had come to cherish in Havenwood – integrity, community, and a deep, abiding respect for the past, present, and future. It was then that the idea for the grand gesture began to truly take root, a quiet certainty blooming in her heart. She wanted to mirror that public declaration of commitment, to shout their love from the rooftops, to make it an indelible part of Havenwood’s narrative.</w:t>
      </w:r>
    </w:p>
    <w:p/>
    <w:p>
      <w:r>
        <w:br/>
        <w:t>Liam had sensed her shift in perspective, the subtle change in her gaze. Later that evening, as they sat on their porch, the stars a dazzling canopy above them, he had simply said, "You’ve found your voice again, Ellie. Not the courtroom voice, but your own voice. The one that speaks from the heart."</w:t>
      </w:r>
    </w:p>
    <w:p/>
    <w:p>
      <w:r>
        <w:br/>
        <w:t>And she had. She had found her voice, and it was speaking of love, of commitment, of a future firmly rooted in the fertile soil of Havenwood. The grand gesture was not an impulsive act, but a deliberate, deeply considered response to the profound understanding they had reached. It was their way of saying, unequivocally, "This is us. This is our love. And this is our home." It was a testament to their shared journey, a celebration of their individual transformations, and a powerful affirmation of their unwavering commitment to a future built together, brick by loving brick, in the heart of this welcoming town. It was the culmination of their journey, the ultimate expression of their courage to love, to trust, and to build a life that was as enduring and beautiful as the landscape that surrounded them.</w:t>
      </w:r>
    </w:p>
    <w:p/>
    <w:p>
      <w:r>
        <w:t>The decision solidified, Eleanor and Liam were a well-oiled machine, their shared vision now translating into a meticulously orchestrated plan. The “grand gesture,” as they’d come to affectionately call it, wasn’t about flash or spectacle for its own sake. It was about weaving their personal narrative into the very fabric of Havenwood, creating a moment that would resonate not just for them, but for the town that had become their sanctuary. It was about acknowledging the journey, the stumbles, the triumphs, and the quiet, unwavering love that had seen them through it all.</w:t>
      </w:r>
    </w:p>
    <w:p>
      <w:r>
        <w:br/>
        <w:t xml:space="preserve">The timing was paramount. They settled on the upcoming annual Havenwood Harvest Festival. It was a date already circled on every calendar, a time of communal joy and celebration, a perfect backdrop for a declaration that was as much about their love for each other as it was about their commitment to the town. It wouldn’t be a surprise to the </w:t>
      </w:r>
    </w:p>
    <w:p>
      <w:pPr>
        <w:jc w:val="left"/>
      </w:pPr>
      <w:r>
        <w:rPr>
          <w:i/>
        </w:rPr>
        <w:t>entire</w:t>
      </w:r>
      <w:r>
        <w:t xml:space="preserve"> town – that would be impossible given the nature of their collaborative planning – but the precise moment, the unfolding of the grand gesture itself, would hold an element of delightful reveal for most. They wanted to harness the collective spirit of the festival, to let the town’s own palpable sense of community amplify the emotions of their personal milestone.</w:t>
      </w:r>
    </w:p>
    <w:p>
      <w:r>
        <w:br/>
        <w:t>Choosing the location within Havenwood was equally deliberate. The town square, with its ancient oak tree at its center, had witnessed generations of Havenwood’s history. It was where children learned to ride their bikes, where summer concerts echoed, where countless first dates had blossomed and proposals had been whispered. It was the heart of their adopted home, a place steeped in shared memories and communal spirit. Liam, with his intimate knowledge of the town’s pulse, knew that this was where their story would find its most potent echo. He remembered Eleanor’s first hesitant steps into the square, a stranger in a familiar landscape, and how quickly she had become an integral part of its bustling life. It felt right, almost sacred, to mark their deepening commitment in this very spot.</w:t>
      </w:r>
    </w:p>
    <w:p/>
    <w:p>
      <w:r>
        <w:br/>
        <w:t>The core of the grand gesture was to be a series of interconnected events, a scavenger hunt that would wind through Havenwood, culminating in a public declaration. This wasn’t just about romantic flair; it was a tangible representation of their journey. Eleanor, with her lawyer’s meticulousness and a newfound appreciation for narrative, designed the clues. Each one was a coded reference to a significant moment in their relationship, a whisper of shared experiences that only they, and perhaps a few of Havenwood’s oldest residents, would fully understand.</w:t>
      </w:r>
    </w:p>
    <w:p/>
    <w:p>
      <w:r>
        <w:br/>
        <w:t>The first clue, for instance, was hidden within the weathered pages of a book at the Havenwood Public Library, a place where Eleanor had often sought refuge in the quiet solitude of her early days in town. The book itself, an obscure volume on local botany, held a passage underlined with a barely perceptible pencil mark – a reference to the wild irises that bloomed near Liam’s farm, the first flowers he had ever given her, a simple, unprompted gesture that had chipped away at her carefully constructed armor. The clue within the underlined passage was a riddle, its answer leading to the old mill.</w:t>
      </w:r>
    </w:p>
    <w:p/>
    <w:p>
      <w:r>
        <w:br/>
        <w:t>The mill, a symbol of Havenwood’s industrial past, had also been a battleground, a place where Eleanor had discovered a fierce advocate within herself, fighting alongside Liam to preserve its heritage. Here, a small, antique key, disguised as a decorative embellishment on a newly installed plaque commemorating its restoration, would be the next tangible piece of the puzzle. This key wouldn’t unlock anything physical, but its inscription would be the next riddle, pointing towards the town’s picturesque covered bridge.</w:t>
      </w:r>
    </w:p>
    <w:p/>
    <w:p>
      <w:r>
        <w:br/>
        <w:t>The covered bridge, with its weathered timbers and the gentle murmur of the creek below, had been the site of one of their most intimate conversations, a moment of vulnerability where Liam had confessed his fears, and Eleanor had begun to shed her own. The clue there would be etched onto a smooth, river stone, tucked discreetly within a knot of the bridge's wooden railing. This stone would bear a simple inscription: "Where our future first took flight." This would lead them to the small, disused airfield on the outskirts of town, a place that held a bittersweet memory of a past relationship that had ended before Liam, but now, through their collective efforts to see it repurposed for community events, represented a new beginning.</w:t>
      </w:r>
    </w:p>
    <w:p/>
    <w:p>
      <w:r>
        <w:br/>
        <w:t>Eleanor had agonized over the wording of each clue, ensuring they were not too obscure, yet not too obvious. She wanted the participants, a select group of their closest friends and family, along with key community figures like Mayor Thompson and Mrs. Gable, to feel a sense of discovery, of engaging with the story of their love. She envisioned them piecing together the narrative, feeling the emotional weight of each location, each memory.</w:t>
      </w:r>
    </w:p>
    <w:p/>
    <w:p>
      <w:r>
        <w:br/>
        <w:t>Meanwhile, Liam was coordinating the logistics, a task he approached with the same calm competence he applied to his farm. He worked with Sheriff Brody to ensure a smooth, unobtrusive flow for the scavenger hunt participants, particularly through the busier parts of town. He enlisted the help of some of the younger townsfolk, charming them with his enthusiasm and his vision of a community-wide celebration, to help set up decorations and manage small tasks on the day of the festival. His own family, accustomed to the rhythms of rural life, embraced the idea wholeheartedly, offering their support and lending an extra hand wherever needed.</w:t>
      </w:r>
    </w:p>
    <w:p/>
    <w:p>
      <w:r>
        <w:br/>
        <w:t>Mrs. Gable, of course, was in her element. She had taken Eleanor’s initial ideas for decorative bunting and transformed them into a masterpiece. Yards of hand-stitched fabric, adorned with embroidered symbols representing their journey – a stylized oak leaf for Liam’s grounded nature, a delicate iris for their nascent love, a tiny mill silhouette for their shared fight for heritage, and a small, soaring kite for their dreams – were being prepared to adorn the town square and the route of the scavenger hunt. She even proposed a special “Harvest of Love” themed cake for the town square celebration that would follow, a sweet, edible testament to their union.</w:t>
      </w:r>
    </w:p>
    <w:p/>
    <w:p>
      <w:r>
        <w:br/>
        <w:t>Eleanor and Liam also collaborated on the words of their public commitment. It wasn’t a formal proposal in the traditional sense; it was a deeper, more profound declaration of their enduring partnership, their shared vision for the future, and their gratitude to Havenwood. Eleanor drafted several versions, her legal mind seeking precision, but it was Liam’s simple, heartfelt contributions that truly captured the essence of their bond. They decided to recite their vows, not just to each other, but to the assembled community, a public affirmation that their love was a cornerstone of their lives and a contribution to the life of the town.</w:t>
      </w:r>
    </w:p>
    <w:p/>
    <w:p>
      <w:r>
        <w:br/>
        <w:t>The day of the Harvest Festival dawned bright and crisp, the air alive with the scent of apple cider and woodsmoke. The town square buzzed with anticipation. Families milled about, children’s laughter echoing through the festive decorations. Eleanor, dressed in a simple yet elegant cream-colored dress, felt a nervous flutter in her stomach, a familiar sensation before a big court case, but this time, it was laced with an overwhelming joy. Liam, looking impossibly handsome in a crisp blue shirt and dark trousers, squeezed her hand, his steady presence a calming balm.</w:t>
      </w:r>
    </w:p>
    <w:p/>
    <w:p>
      <w:r>
        <w:br/>
        <w:t>As the scavenger hunt began, a small group of their closest friends and family, each holding a beautifully calligraphed clue, dispersed into the town, their hushed excitement a prelude to the main event. Eleanor and Liam, however, remained in the town square, observing the unfolding festivities, the joy on people's faces a mirror of their own. They watched as Mayor Thompson, his face beaming, officially opened the festival, his speech a warm tribute to the spirit of community that made Havenwood so special.</w:t>
      </w:r>
    </w:p>
    <w:p/>
    <w:p>
      <w:r>
        <w:br/>
        <w:t>As the scavenger hunt participants converged back at the town square, a hush fell over the crowd. Liam stepped forward, Eleanor by his side, their hands clasped. He looked out at the sea of familiar faces, at the people who had become their family, their community.</w:t>
      </w:r>
    </w:p>
    <w:p/>
    <w:p>
      <w:r>
        <w:br/>
        <w:t>“Good afternoon, everyone,” Liam began, his voice clear and resonant, amplified by a small microphone. “We’re so glad you could all be here today to celebrate the Havenwood Harvest Festival. This town has given us so much – a home, a sense of belonging, and a love that has deepened with every passing season.”</w:t>
      </w:r>
    </w:p>
    <w:p/>
    <w:p>
      <w:r>
        <w:br/>
        <w:t>He turned to Eleanor, his eyes filled with an emotion that made her heart swell. “Eleanor, when I first met you, I knew you were special. I saw the strength, the intelligence, the fierce protectiveness. But over time, I’ve come to see the depth of your heart, the incredible capacity for love you possess, and the way you’ve embraced this town as your own.”</w:t>
      </w:r>
    </w:p>
    <w:p/>
    <w:p>
      <w:r>
        <w:br/>
        <w:t>Eleanor’s breath hitched. This was it. The moment they had so carefully planned, the culmination of their journey.</w:t>
      </w:r>
    </w:p>
    <w:p/>
    <w:p>
      <w:r>
        <w:br/>
        <w:t>“We wanted to do something today,” Liam continued, his grip tightening on her hand, “something that would truly represent what this town, and what you, Eleanor, mean to me. And to us. We haven’t just found a home here; we’ve built a life. A life filled with shared dreams, hard-won victories, and a love that grows stronger every day.”</w:t>
      </w:r>
    </w:p>
    <w:p/>
    <w:p>
      <w:r>
        <w:br/>
        <w:t>He paused, then gestured to the various elements that now dotted the town square, the culmination of the scavenger hunt. Small displays showcased mementos from each clue’s location – a pressed iris, a replica of the mill key, a smooth river stone, a tiny model of the airfield.</w:t>
      </w:r>
    </w:p>
    <w:p/>
    <w:p>
      <w:r>
        <w:br/>
        <w:t>“This little journey,” Liam explained, “was our way of reminding ourselves, and all of you, of the path that has led us to this moment. Each step, each memory, has brought us closer, not just to each other, but to the heart of Havenwood.”</w:t>
      </w:r>
    </w:p>
    <w:p/>
    <w:p>
      <w:r>
        <w:br/>
        <w:t>He then turned fully to Eleanor, his voice softening, his gaze locking with hers. “Eleanor, you have not only captured my heart, but you have become the anchor of my world. You are my confidante, my partner, my best friend, and the love of my life. Today, in front of all the people who have become our extended family, I want to reaffirm my commitment to you, to us, and to the life we are building together here.”</w:t>
      </w:r>
    </w:p>
    <w:p/>
    <w:p>
      <w:r>
        <w:br/>
        <w:t>He then produced a small, intricately carved wooden box. Inside, nestled on a bed of soft velvet, was not a traditional diamond ring, but a stunning, handcrafted pendant. It featured a delicate silver oak leaf, intertwined with a single, deep blue sapphire, the color of the twilight sky they so often shared. It was a piece that spoke of nature, of depth, and of enduring commitment, perfectly embodying their shared values.</w:t>
      </w:r>
    </w:p>
    <w:p/>
    <w:p>
      <w:r>
        <w:br/>
        <w:t>“Eleanor,” Liam said, his voice thick with emotion, as he carefully fastened the pendant around her neck, “Will you continue this journey with me, forever, as my wife?”</w:t>
      </w:r>
    </w:p>
    <w:p/>
    <w:p>
      <w:r>
        <w:br/>
        <w:t>Tears welled in Eleanor’s eyes, a cascade of pure, unadulterated happiness. The carefully constructed walls had long since crumbled, and in their place was a love so profound, so real, it felt as if it could sustain them for a lifetime.</w:t>
      </w:r>
    </w:p>
    <w:p/>
    <w:p>
      <w:r>
        <w:br/>
        <w:t>“Oh, Liam,” she whispered, her voice catching. “Yes. A thousand times, yes.”</w:t>
      </w:r>
    </w:p>
    <w:p/>
    <w:p>
      <w:r>
        <w:br/>
        <w:t>The crowd erupted in cheers and applause. Eleanor felt Liam’s arms encircle her, pulling her into a warm, secure embrace. As they held each other, a sense of profound peace settled over them. This was more than just a proposal; it was a declaration. A public, heartfelt testament to their love, their journey, and their unwavering commitment to their future, woven into the very soul of Havenwood. The grand gesture wasn’t just about the words spoken or the treasures exchanged, but about the tangible, communal celebration of a love that had found its truest, most beautiful expression in this small, vibrant town. The intricate planning, the deliberate choices, the carefully crafted words – all had coalesced into a single, breathtaking moment, a moment that felt as rooted and enduring as the ancient oak in the town square. It was their story, now indelibly etched into the history of Havenwood.</w:t>
      </w:r>
    </w:p>
    <w:p/>
    <w:p>
      <w:r>
        <w:t>He looked at Eleanor, his eyes, usually so steady and full of quiet strength, now brimming with an emotion so raw and powerful it stole her breath. The carefully constructed facade of calm competence he often wore had dissolved, revealing the vulnerable, deeply devoted man beneath. “Eleanor,” he began, his voice a low rumble that seemed to vibrate through the very air, amplified by the microphone but more so by the sheer weight of his feelings. “This… this whole thing,” he gestured vaguely around the jubilant square, the faces of their friends and family blurring into a tapestry of love and support, “it’s all a testament to you. To us.”</w:t>
      </w:r>
    </w:p>
    <w:p>
      <w:r>
        <w:br/>
        <w:t>He paused, taking a deep, shaky breath that Eleanor felt in her own chest. “Remember when we first started this… this dance?” A ghost of a smile touched his lips, a private recollection shared between them. “You were so guarded. I understood why. You’d been hurt, deeply. And I… I was afraid too. Afraid of not being enough, afraid of messing it all up, of pushing away the one person who made me feel truly seen.” His gaze softened, his eyes finding hers, holding them captive. “But you… you broke down every wall, brick by careful brick. Not with force, but with grace. With a quiet strength that outshines any storm. You showed me that vulnerability isn’t a weakness, but the gateway to true connection.”</w:t>
      </w:r>
    </w:p>
    <w:p/>
    <w:p>
      <w:r>
        <w:br/>
        <w:t>The crowd, sensing the shift from public celebration to intimate confession, grew hushed. They leaned in, captivated by the palpable sincerity radiating from the couple. Eleanor’s heart hammered against her ribs, a frantic drumbeat of anticipation and overwhelming love. She could feel the years of unspoken feelings, of tentative steps forward and moments of profound understanding, coalescing into this singular, breathtaking moment.</w:t>
      </w:r>
    </w:p>
    <w:p/>
    <w:p>
      <w:r>
        <w:br/>
        <w:t xml:space="preserve">“I never thought I’d find this kind of love, Eleanor,” Liam confessed, his voice thick with emotion. “Not after… well, not ever. I’d resigned myself to a life of quiet contentment, of sturdy routine. And then you walked into Havenwood, and you didn’t just walk in, you </w:t>
      </w:r>
    </w:p>
    <w:p>
      <w:pPr>
        <w:jc w:val="left"/>
      </w:pPr>
      <w:r>
        <w:rPr>
          <w:i/>
        </w:rPr>
        <w:t>arrived</w:t>
      </w:r>
      <w:r>
        <w:t>. You brought with you a spark, a fire that lit up every corner of my world. You challenged me, you inspired me, you made me believe in possibilities I’d long since discarded.” He looked down at their clasped hands, his thumb tracing the delicate lines of her knuckles. “Every single day with you is an adventure, a lesson, a gift. Even the hard days, the ones where we’ve had to dig deep, they’ve only served to forge our bond, to prove its resilience.”</w:t>
      </w:r>
    </w:p>
    <w:p>
      <w:r>
        <w:br/>
        <w:t xml:space="preserve">He raised his head again, his eyes locking with hers, a silent conversation passing between them that transcended words. “You are my home, Eleanor. Not just this house, not just this town, but </w:t>
      </w:r>
    </w:p>
    <w:p>
      <w:pPr>
        <w:jc w:val="left"/>
      </w:pPr>
      <w:r>
        <w:rPr>
          <w:i/>
        </w:rPr>
        <w:t>you</w:t>
      </w:r>
      <w:r>
        <w:t>. You are the calm in my chaos, the light in my darkness, the steady beat of my heart. You are the woman I want to wake up next to for the rest of my life, the one I want to share every sunrise and every sunset with. You are the mother I hope our future children will have, the partner who will stand beside me through every triumph and every tribulation.”</w:t>
      </w:r>
    </w:p>
    <w:p>
      <w:r>
        <w:br/>
        <w:t>His voice cracked, the raw emotion escaping in a rush. “And I love you, Eleanor. I love you more than words can ever express. I love the way you laugh, the way your brow furrows when you’re concentrating, the fierce passion you bring to everything you do. I love the quiet moments we share, the comfortable silence that speaks volumes. I love the future I see with you, a future filled with shared dreams, unwavering support, and a love that will only continue to grow and deepen.”</w:t>
      </w:r>
    </w:p>
    <w:p/>
    <w:p>
      <w:r>
        <w:br/>
        <w:t>He gently lifted her left hand, his gaze still fixed on her face, his thumb caressing the smooth skin of her palm. “When I first envisioned this grand gesture, it was about more than just a public declaration. It was about acknowledging everything that has brought us to this point. Every fear overcome, every doubt silenced, every moment of pure, unadulterated joy. And it all leads back to this. To you.”</w:t>
      </w:r>
    </w:p>
    <w:p/>
    <w:p>
      <w:r>
        <w:br/>
        <w:t>He then reached into his pocket, his movements slow and deliberate. The crowd held its collective breath. He produced a small, velvet box. But as he opened it, it wasn’t a ring that lay within. It was a stunning, handcrafted pendant, a delicate silver oak leaf intricately intertwined with a single, deep blue sapphire. It pulsed with a quiet brilliance, reflecting the afternoon sun. Liam carefully lifted the pendant, the chain cool against his fingers, and with a tenderness that made Eleanor’s eyes well up, he fastened it around her neck. The sapphire rested just above her heart, a tangible symbol of their shared journey, of the deep, abiding love that had blossomed between them.</w:t>
      </w:r>
    </w:p>
    <w:p/>
    <w:p>
      <w:r>
        <w:br/>
        <w:t>“Eleanor,” he whispered, his voice husky with unshed tears. “This is not just a promise, it’s a pact. A declaration to the world, and more importantly, to you, that I am all yours. Forever. Will you do me the honor of becoming my wife? Will you continue this extraordinary journey with me, as my partner, my love, my wife?”</w:t>
      </w:r>
    </w:p>
    <w:p/>
    <w:p>
      <w:r>
        <w:br/>
        <w:t>The world seemed to fade away, the cheering crowd, the bright sunshine, the festive atmosphere all receding into a soft, blurred background. There was only Liam, his earnest gaze, his trembling hand, the pendant resting against her skin, and the overwhelming, all-consuming love that filled every fiber of her being. This was not just a proposal; it was a confession, a culmination, a new beginning. It was the grand gesture, distilled into its purest, most heartfelt essence.</w:t>
      </w:r>
    </w:p>
    <w:p/>
    <w:p>
      <w:r>
        <w:br/>
        <w:t>Tears streamed down Eleanor’s face, not of sadness, but of an overwhelming, breathtaking joy. The careful composure she’d maintained throughout the day, the practiced poise of a woman who had learned to shield her heart, shattered into a million shimmering pieces. She reached up, her fingers brushing against the sapphire pendant, the cool metal a grounding sensation against the whirlwind of emotions.</w:t>
      </w:r>
    </w:p>
    <w:p/>
    <w:p>
      <w:r>
        <w:br/>
        <w:t>“Liam,” she whispered, her voice barely audible, yet carrying the weight of a thousand unspoken words. The simple word, uttered with such profound emotion, seemed to echo through the quieted square. Her heart, which had been pounding a frantic rhythm, now beat with a steady, powerful cadence, a symphony of love and gratitude. “Oh, Liam.”</w:t>
      </w:r>
    </w:p>
    <w:p/>
    <w:p>
      <w:r>
        <w:br/>
        <w:t>She searched his eyes, finding there the same overwhelming love, the same vulnerability, the same certainty that had been building between them for months, for years. It was a look that spoke of shared laughter and quiet comforts, of fierce protectiveness and gentle understanding. It was the look of a man who had found his anchor, his home, his everything.</w:t>
      </w:r>
    </w:p>
    <w:p/>
    <w:p>
      <w:r>
        <w:br/>
        <w:t>“Yes,” she breathed, the single word a torrent of emotion. “Yes, Liam. A thousand times, yes.”</w:t>
      </w:r>
    </w:p>
    <w:p/>
    <w:p>
      <w:r>
        <w:br/>
        <w:t>She didn’t need a ring; the pendant was more than enough. It was a symbol of their unique journey, of the strength of Liam’s love, and of the deep roots they had planted together in Havenwood. It was a promise, etched in sapphire and silver, a testament to a love that was as enduring as the ancient oak that stood sentinel over their town.</w:t>
      </w:r>
    </w:p>
    <w:p/>
    <w:p>
      <w:r>
        <w:br/>
        <w:t>As the words left her lips, a wave of pure, unadulterated happiness washed over her. It was a feeling so profound, so complete, it felt as if it could sustain them for a lifetime. The carefully constructed walls she had built around her heart, the defenses that had served her for so long, had not just crumbled; they had dissolved, leaving her bare, open, and utterly in love.</w:t>
      </w:r>
    </w:p>
    <w:p/>
    <w:p>
      <w:r>
        <w:br/>
        <w:t>Liam’s arms came around her, pulling her into an embrace so tight, so warm, it felt like coming home. She buried her face in his chest, inhaling the familiar, comforting scent of earth and sunshine that always clung to him. She could feel the steady thrum of his heart against hers, a rhythm that had become as familiar and essential as her own heartbeat.</w:t>
      </w:r>
    </w:p>
    <w:p/>
    <w:p>
      <w:r>
        <w:br/>
        <w:t>The cheers of the crowd, which had erupted with her “yes,” now softened into a chorus of happy murmurs and applause. But in that moment, Eleanor and Liam were in their own world, a private sanctuary carved out of the public square. It was a space filled with the quiet understanding of two souls who had found each other, who had weathered storms, and who were now, undeniably, irrevocably, irrevocably in love.</w:t>
      </w:r>
    </w:p>
    <w:p/>
    <w:p>
      <w:r>
        <w:br/>
        <w:t>“You have no idea,” Liam murmured into her hair, his voice muffled but filled with an emotion that resonated deep within her. “No idea how much you mean to me.”</w:t>
      </w:r>
    </w:p>
    <w:p/>
    <w:p>
      <w:r>
        <w:br/>
        <w:t>Eleanor tilted her head back, her eyes meeting his again. “And you, Liam,” she whispered, her voice thick with tears. “You are my everything.”</w:t>
      </w:r>
    </w:p>
    <w:p/>
    <w:p>
      <w:r>
        <w:br/>
        <w:t>This was more than a proposal, more than a confession. It was a testament. A public, heartfelt affirmation of a love that had not only survived challenges but had thrived because of them. It was a declaration of their unwavering commitment, not just to each other, but to the life they were building together, a life that was inextricably woven into the fabric of Havenwood. The grand gesture wasn’t just about the meticulously planned clues or the beautiful words spoken; it was about the tangible, communal celebration of a love that had found its truest, most beautiful expression in this vibrant, welcoming town. It was their story, now a permanent, indelible part of Havenwood’s rich history, a story etched not in stone, but in the enduring power of love.</w:t>
      </w:r>
    </w:p>
    <w:p/>
    <w:p>
      <w:r>
        <w:br/>
        <w:t>The weight of the pendant against her skin was a constant, gentle reminder of the promise made, the love declared. It was a beacon of their shared future, a symbol of the deep, unwavering connection that had brought them to this beautiful, perfect moment. As they held each other, surrounded by the warmth and love of their community, Eleanor knew with absolute certainty that this was just the beginning. Their grand gesture had culminated not in an ending, but in a profound and beautiful new chapter, a chapter written in the language of love, resilience, and an unshakeable belief in their shared destiny. The festival, the planned events, the entire town square celebration, had all served as the perfect stage for this deeply personal, yet universally felt, expression of their love. It was a moment that would be etched in their memories, and in the heart of Havenwood, forever. The air was alive with a palpable sense of joy, a reflection of the profound happiness that now bloomed within Eleanor and Liam, a happiness as vibrant and abundant as the harvest itself. This was not just a declaration of love; it was a commitment, a solemn vow made not just to each other, but to the life they would build, brick by loving brick, in this town that had become their home.</w:t>
      </w:r>
    </w:p>
    <w:p/>
    <w:p>
      <w:r>
        <w:t>The immediate aftermath of Liam’s heartfelt confession and the presentation of the exquisite oak leaf pendant was a kaleidoscope of overwhelming emotion for Eleanor. The world, which had narrowed to the intense gaze of the man she loved, now rushed back in, a roaring tide of cheers and excited chatter. Yet, amidst the din, Liam’s arms remained a solid, comforting anchor, pulling her even closer. Eleanor buried her face against his chest, the steady beat of his heart a reassuring counterpoint to the frantic thrumming of her own. The scent of him, a comforting blend of damp earth and warm sunshine, enveloped her, grounding her in the present while simultaneously launching her into an imagined future.</w:t>
      </w:r>
    </w:p>
    <w:p>
      <w:r>
        <w:br/>
        <w:t xml:space="preserve">Tears streamed down her face, but they were not tears of sorrow or of doubt. These were tears of pure, unadulterated joy, of relief so profound it felt like a physical release. Years of guardedness, of carefully constructed defenses, had melted away in the heat of Liam’s sincerity. Every word he’d spoken had resonated with a truth that had been simmering beneath the surface of their lives for so long. The vulnerability he’d shown, the depth of his love laid bare for all to see, had cracked open the last vestiges of her own fear. She squeezed her eyes shut for a moment, letting the sheer magnitude of the moment wash over her. He hadn’t just proposed; he had </w:t>
      </w:r>
    </w:p>
    <w:p>
      <w:pPr>
        <w:jc w:val="left"/>
      </w:pPr>
      <w:r>
        <w:rPr>
          <w:i/>
        </w:rPr>
        <w:t>declared</w:t>
      </w:r>
      <w:r>
        <w:t>. He had poured out his soul, not just to her, but in a way that acknowledged the journey they had taken together, the community that had supported them, and the very essence of who they had become.</w:t>
      </w:r>
    </w:p>
    <w:p>
      <w:r>
        <w:br/>
        <w:t>When she finally tilted her head back, her eyes, still glistening, met his. His own were rimmed with unshed tears, his gaze a raw testament to the depth of his feelings. The pendant, the sapphire catching the sunlight and glowing against her skin, felt like a warm ember, a constant reminder of the profound commitment he had just made. “Yes,” she managed to whisper, the single word a fragile vessel carrying the weight of everything she felt. “Yes, Liam. A thousand times, yes.” It wasn’t a question anymore; it was a certainty, a bedrock upon which their future would be built.</w:t>
      </w:r>
    </w:p>
    <w:p/>
    <w:p>
      <w:r>
        <w:br/>
        <w:t>The crowd surged forward then, a wave of delighted faces and congratulatory shouts. Friends and family, their own emotions evident, enveloped them in hugs and excited exclamations. Eleanor found herself caught in a whirlwind of affection, but Liam’s hand never left hers. He held her tight, his thumb stroking circles on the back of her hand, a silent communication passing between them that transcended the surrounding chaos. He was her anchor, her steady presence in the midst of the storm of celebration.</w:t>
      </w:r>
    </w:p>
    <w:p/>
    <w:p>
      <w:r>
        <w:br/>
        <w:t>“I love you, Liam,” she murmured, the words a soft breath against his ear, a promise whispered in the heart of the jubilant square. It felt inadequate, a pale imitation of the ocean of love swelling within her, but it was a start. It was a continuation of the conversation that had begun the moment he’d looked at her with that soul-deep devotion.</w:t>
      </w:r>
    </w:p>
    <w:p/>
    <w:p>
      <w:r>
        <w:br/>
        <w:t>“And I love you, Eleanor,” he replied, his voice rough with emotion. He pulled back just enough to look her in the eyes, his gaze unwavering. “More than you can possibly imagine. This… this is everything I’ve ever wanted. You are everything I’ve ever wanted.”</w:t>
      </w:r>
    </w:p>
    <w:p/>
    <w:p>
      <w:r>
        <w:br/>
        <w:t>The pendant, she realized, was more than just a symbol of a proposal; it was a tangible representation of their shared history, of the resilience of their love, and of the deep roots they had planted in Havenwood. The oak leaf, a symbol of strength and endurance, entwined with the sapphire, a gemstone of loyalty and truth, perfectly encapsulated their journey. It was a promise made visible, a pact sealed not just with words, but with a beautiful, handcrafted piece that would forever rest against her heart.</w:t>
      </w:r>
    </w:p>
    <w:p/>
    <w:p>
      <w:r>
        <w:br/>
        <w:t>As they held each other, Eleanor felt a profound sense of peace settle over her. The anxieties that had sometimes gnawed at her, the lingering doubts that had occasionally surfaced despite her best efforts, felt utterly irrelevant now. Liam’s grand gesture had not just been about a public declaration; it had been about a complete and utter surrender of his heart, and in accepting it, she had done the same. She had opened herself up completely, and he had met her there, with a love that was both fierce and gentle, unwavering and all-encompassing.</w:t>
      </w:r>
    </w:p>
    <w:p/>
    <w:p>
      <w:r>
        <w:br/>
        <w:t>The days that followed the proposal were a blur of joyous planning and shared dreams. The engagement was met with an outpouring of happiness from the Havenwood community, a testament to the genuine affection and respect they had earned. Every conversation, every shared glance, was infused with a new depth, a quiet understanding that they were no longer just a couple building something, but a couple who had made a lifelong commitment. The grand gesture had not just been a moment; it had been a catalyst, accelerating their journey and solidifying their bond in a way that felt both exhilarating and deeply reassuring.</w:t>
      </w:r>
    </w:p>
    <w:p/>
    <w:p>
      <w:r>
        <w:br/>
        <w:t>Eleanor found herself constantly touching the pendant, its cool weight a comforting presence. It was a reminder of Liam’s sincerity, of the courage it had taken him to lay his heart bare, and of the unequivocal acceptance that had flowed from her own. They were on the same page, their hearts beating in unison, their future stretching out before them like an open road, promising adventure and unwavering love. The acceptance was not just a verbal affirmation; it was a soul-deep resonance, a knowing that they were meant to face whatever came their way, together. The grand gesture had been the exclamation point at the end of their courtship, and now, hand in hand, they were ready to write the next chapter, a chapter filled with the quiet strength of their enduring love. The relief was palpable, a quiet hum beneath the surface of their happiness, the knowledge that they had reached this point, this absolute certainty, together. It was their happy ending, not as an end, but as a beautiful, breathtaking beginning. The weight of the pendant was a constant, comforting reminder of the promise that had been made and the love that had been undeniably, irrevocably accepted, sealing their union with a love as enduring as the ancient oaks that graced their beloved Havenwood.</w:t>
      </w:r>
    </w:p>
    <w:p/>
    <w:p>
      <w:r>
        <w:t>The cheers, at first a distant hum, swelled into a jubilant roar that washed over Eleanor like a warm wave. It wasn't the superficial clamor of a crowd simply witnessing an event; it was the genuine, heartfelt outpouring of a community that had watched their story unfold. She felt it in the earnest smiles of Mrs. Gable, who dabbed at her eyes with a lace handkerchief, and in the robust clap on Liam’s back from Silas, his eyes crinkling at the corners. Even Mayor Thompson, a man usually as stoic as the town hall’s stone facade, offered a rare, beaming grin. This wasn't just Liam's grand gesture; it was Havenwood's collective embrace of their love, a testament to the roots they had so firmly planted in its soil.</w:t>
      </w:r>
    </w:p>
    <w:p>
      <w:r>
        <w:br/>
        <w:t>Liam’s arms tightened around her, a silent acknowledgment of the shared moment. He tilted his head, his lips brushing against her temple. "They're happy for us," he murmured, his voice thick with emotion. "Truly happy."</w:t>
      </w:r>
    </w:p>
    <w:p/>
    <w:p>
      <w:r>
        <w:br/>
        <w:t>Eleanor leaned into him, breathing in the familiar scent of pine and earth. "They are," she agreed, her voice a little shaky but filled with a profound sense of peace. "Because they've seen it. They've seen what we have." The oak leaf pendant, nestled against her skin, felt warm, a tangible piece of this shared joy. It was more than just a symbol of their engagement; it was a beacon, reflecting the light of their love back onto the community that had nurtured it. The intricate veins of the oak leaf, the deep, rich hue of the sapphire – they were all imbued with the spirit of Havenwood, with the quiet strength and unwavering loyalty that characterized this place and its people.</w:t>
      </w:r>
    </w:p>
    <w:p/>
    <w:p>
      <w:r>
        <w:br/>
        <w:t>Her gaze swept across the square, taking in the faces. There was old Mr. Henderson, who had always offered gruff advice from his porch, now nodding approvingly, his weathered face softened by the occasion. Young Lily, who Eleanor had tutored in math, waved enthusiastically, her bright pink ribbon bobbing. Even the usually reserved shopkeepers had emerged from their establishments, their faces alight with a shared happiness. It was as if the very heart of Havenwood had gathered to bear witness, to bless their union. This wasn't a performance for an audience; it was an organic expression of belonging, a mutual affirmation. Liam’s bold declaration had not only sealed their love but had also woven it more tightly into the tapestry of the town.</w:t>
      </w:r>
    </w:p>
    <w:p/>
    <w:p>
      <w:r>
        <w:br/>
        <w:t>She remembered the initial hesitations, the cautious steps they had taken, the slow unfolding of trust. Havenwood had been there through it all, a silent, steady observer. They had seen Liam’s quiet devotion, his unwavering support for Eleanor’s burgeoning pottery business. They had witnessed Eleanor’s gradual shedding of her old anxieties, her growing confidence and joy in Liam’s presence. They had watched their tentative friendship blossom into a love that was as natural and enduring as the ancient oaks that fringed the town. And now, seeing them together, truly together, their happiness seemed to amplify the town's own sense of well-being.</w:t>
      </w:r>
    </w:p>
    <w:p/>
    <w:p>
      <w:r>
        <w:br/>
        <w:t>Liam’s thumb traced the delicate curve of her jaw. "You know," he said, his voice low and intimate, "I wasn't sure how this would go. I mean, it's… a lot. A public declaration like that." He chuckled, a warm, rumbling sound. "But looking at them, seeing their faces… it feels right. It feels like we're not just building a life for ourselves, but for this place, too."</w:t>
      </w:r>
    </w:p>
    <w:p/>
    <w:p>
      <w:r>
        <w:br/>
        <w:t>Eleanor’s heart swelled. "It is right," she affirmed, her hand finding his, interlacing their fingers. The rough texture of his skin, the firm grip of his hand – it was all so familiar, so comforting. "They've given us so much, Liam. Support, friendship, a sense of home. It feels only right that our happiness should be a part of theirs." The pendant swung gently as she moved, a subtle glint catching the sunlight. It was a promise, yes, but it was also a shared token, a symbol of their integration into the very soul of Havenwood.</w:t>
      </w:r>
    </w:p>
    <w:p/>
    <w:p>
      <w:r>
        <w:br/>
        <w:t>The planning for the wedding, when it began, was a joyous affair, imbued with the same community spirit that had marked the proposal. Eleanor found herself fielding suggestions from all corners of Havenwood. Mrs. Gable insisted on providing all the floral arrangements, her eyes sparkling with the prospect of decorating the entire church and reception venue. Silas offered to help with the heavy lifting, promising to enlist his strong sons for any task that required muscle. Even the typically reticent baker, Mr. Fitzwilliam, who usually only offered a curt nod, presented Eleanor with a meticulously crafted tiered cake design, his hands dusted with flour as he explained the delicate sugar work.</w:t>
      </w:r>
    </w:p>
    <w:p/>
    <w:p>
      <w:r>
        <w:br/>
        <w:t>"He said," Eleanor recounted to Liam one evening, a smile playing on her lips, "that he’d never seen a love as pure as ours, and that the cake had to reflect that purity." She touched the oak leaf pendant, its cool metal a familiar sensation against her skin. "It feels like everyone's invested, Liam. Not just in our marriage, but in our story."</w:t>
      </w:r>
    </w:p>
    <w:p/>
    <w:p>
      <w:r>
        <w:br/>
        <w:t>Liam pulled her onto his lap, his arm encircling her waist. He kissed the top of her head. "And why shouldn't they be? They watched us find each other. They saw the doubts, the fears, the slow burn. And then they saw the fire. This isn't just our story, El. It's Havenwood's story, too. We’re part of its living history now." He kissed the pendant through her shirt, a soft, warm press against the cool metal. "This… this is a symbol of that connection, isn't it? Strong like the oak, honest like the sapphire. It’s for us, but it’s also for them. A reminder of what happens when love finds a good home."</w:t>
      </w:r>
    </w:p>
    <w:p/>
    <w:p>
      <w:r>
        <w:br/>
        <w:t>The idea resonated deeply with Eleanor. She had always felt a sense of unease in larger cities, a feeling of being a small, insignificant cog in a vast, indifferent machine. Havenwood, however, had offered something different. It had offered belonging. The gentle hum of life in the town, the familiar faces, the shared rhythm of the seasons – it all contributed to a profound sense of security and purpose. Liam’s grand gesture had solidified that feeling, transforming it from a quiet comfort into a vibrant, joyful certainty.</w:t>
      </w:r>
    </w:p>
    <w:p/>
    <w:p>
      <w:r>
        <w:br/>
        <w:t>She remembered the initial awkwardness she’d felt when she first moved to Havenwood, the invisible walls she’d kept around herself, remnants of past hurts and betrayals. Liam, with his quiet patience and unwavering affection, had been the one to gently dismantle those walls, brick by careful brick. And the town, in its own subtle way, had mirrored his acceptance. They had offered smiles, a friendly wave, a shared conversation at the market. They had absorbed her into their fabric, not with fanfare, but with a steady, grounding presence.</w:t>
      </w:r>
    </w:p>
    <w:p/>
    <w:p>
      <w:r>
        <w:br/>
        <w:t>"I used to think," Eleanor confessed, tracing the outline of the oak leaf with her fingertip, "that grand gestures were for movies and fairy tales. That they were something manufactured, not real." She looked up at Liam, her eyes shining. "But yours… it was so real. It was honest and brave, and it came from the deepest part of you. And the way Havenwood responded… it just proves that when love is genuine, the whole world – or at least, our little corner of it – seems to notice. And celebrate."</w:t>
      </w:r>
    </w:p>
    <w:p/>
    <w:p>
      <w:r>
        <w:br/>
        <w:t>Liam’s gaze softened. "It’s because they know us, El. They know the truth of us. They've seen how we are, how we support each other, how we've grown together. It's not just about a proposal; it's about the life we've built, the foundation we've laid here. This pendant," he said, his fingers brushing over the oak leaf, "is a reminder of that strength, of our roots. And Havenwood," he gestured around them, to the quaint shops and the cobblestone square, "is our proving ground. This is where our love took root and blossomed, and they’ve watched it all."</w:t>
      </w:r>
    </w:p>
    <w:p/>
    <w:p>
      <w:r>
        <w:br/>
        <w:t>The sapphire, a deep, captivating blue, seemed to hold the light of the afternoon sun. Eleanor imagined it glowing with the collective warmth of Havenwood, a small, contained universe of shared joy. The oak leaf was a symbol of Liam's strength and steadfastness, but the sapphire, she thought, was a symbol of their shared journey, of the truth they had found in each other, and of the loyalty that bound them. And the way the community had embraced their engagement, with open hearts and beaming smiles, was a testament to the authenticity of that truth and loyalty. It was a public acknowledgment that their love was not an isolated event, but a vibrant thread woven into the very fabric of Havenwood.</w:t>
      </w:r>
    </w:p>
    <w:p/>
    <w:p>
      <w:r>
        <w:br/>
        <w:t>She thought about the days immediately following the proposal. The town buzzed with happy gossip, each shared story adding another layer to their collective narrative. Liam’s mother, who had been skeptical at first, had been visibly moved by the community’s embrace of Eleanor. She had pulled Eleanor aside, her eyes brimming with tears, and confessed that she had never seen Liam so happy, so utterly at peace. That conversation, and the outpouring of affection from Liam’s family, had been a comfort, but it was the unprompted joy of Havenwood that had truly sealed the deal for Eleanor. It was the validation from the people who saw them every day, who witnessed their quiet moments, their shared laughter, their mutual support.</w:t>
      </w:r>
    </w:p>
    <w:p/>
    <w:p>
      <w:r>
        <w:br/>
        <w:t>"It's like," Eleanor mused, tilting her head back to look at Liam, "we've been given their blessing. Not just as individuals, but as a unit. They see us, Liam. They see us, and they approve. And that feels… enormous."</w:t>
      </w:r>
    </w:p>
    <w:p/>
    <w:p>
      <w:r>
        <w:br/>
        <w:t>Liam’s lips curved into a smile. "It is enormous," he agreed, his gaze steady and full of a love that made her breath catch. "Because we've earned it. We've put in the work. We've been honest, we've been vulnerable, and we've built something real, here. And they've seen it. They've seen the genuine article." He reached up, his fingers brushing against the pendant. "This little piece of jewelry… it's more than just a ring. It’s a key, El. A key that unlocked their hearts, and solidified our place here. It's a promise made visible, and a life being built, witnessed by everyone who matters."</w:t>
      </w:r>
    </w:p>
    <w:p/>
    <w:p>
      <w:r>
        <w:br/>
        <w:t>The feeling of belonging was a tangible thing now, an almost physical presence that settled over Eleanor. It was a quiet hum beneath the surface of her happiness, a constant reminder that she was not alone, that she was deeply connected to this place and its people. The grand gesture had been a pivotal moment, a catalyst that had not only confirmed their love but had also cemented their place within the community. It had been a public declaration, yes, but more importantly, it had been a private affirmation, a shared understanding between her, Liam, and the town that their love was a welcomed, celebrated part of Havenwood’s enduring story. The pendant, resting against her heart, was a constant, comforting weight, a symbol of that profound and beautiful acceptance. It was a testament to the fact that love, when truly shared and nurtured, could not only thrive but could also become a beacon, illuminating the lives of those around it. The cheers had faded into a gentle murmur, but the feeling of warmth and belonging they had ignited would forever be a part of Eleanor's heart, a constant echo of Liam's grand gesture and Havenwood's generous embrace.</w:t>
      </w:r>
    </w:p>
    <w:p/>
    <w:p>
      <w:r>
        <w:br w:type="page"/>
      </w:r>
    </w:p>
    <w:p>
      <w:pPr>
        <w:spacing w:before="5040"/>
        <w:jc w:val="center"/>
      </w:pPr>
      <w:r>
        <w:rPr/>
        <w:t xml:space="preserve"> Chapter 14: A New Beginning</w:t>
      </w:r>
    </w:p>
    <w:p>
      <w:r>
        <w:t>The lingering warmth of the public declaration had settled deep within Eleanor and Liam, a quiet hum that resonated with their souls. The cheers, once a vibrant crescendo, had now softened into a gentle, persistent melody that underscored their every shared glance, every intertwined touch. It was the soundtrack to their contentment, a melody composed of relief, profound joy, and an unwavering certainty. The weight of past uncertainties, the shadows of their individual journeys, had finally begun to recede, replaced by the radiant glow of a shared future. They were no longer simply Eleanor and Liam, two individuals navigating life’s complexities, but Eleanor-and-Liam, a unified force, bound by a love that had been tested, refined, and ultimately, triumphed.</w:t>
      </w:r>
    </w:p>
    <w:p>
      <w:r>
        <w:br/>
        <w:t>Liam’s hand, warm and calloused, rested on Eleanor’s knee, his thumb tracing lazy circles against the denim. They sat by the window of their small cottage, the late afternoon sun casting long, golden fingers across the worn wooden floor. The scent of drying herbs from Eleanor’s small garden mingled with the faint aroma of woodsmoke from a distant hearth, creating an atmosphere of profound peace. Eleanor leaned her head against Liam’s shoulder, a contented sigh escaping her lips. It was a sigh born not of weariness, but of an exquisite, almost overwhelming sense of arrival. This was it. The place they had longed for, the feeling they had yearned for, the person they had found.</w:t>
      </w:r>
    </w:p>
    <w:p/>
    <w:p>
      <w:r>
        <w:br/>
        <w:t>“Can you believe it?” Eleanor murmured, her voice soft, barely disturbing the quiet air. “It feels… surreal. Like a dream I’m afraid I’ll wake up from.”</w:t>
      </w:r>
    </w:p>
    <w:p/>
    <w:p>
      <w:r>
        <w:br/>
        <w:t>Liam chuckled, a deep, resonant sound that vibrated through her. “No waking up from this, El. This is the real deal. This is our forever.” He shifted, turning his body to face her more fully, his eyes, the color of a clear summer sky, meeting hers. In them, she saw a reflection of her own burgeoning happiness, an unadulterated joy that mirrored her own. “I used to think forever was this distant, unattainable thing. Something you read about in books or saw in movies. But looking at you, feeling this… this is forever.”</w:t>
      </w:r>
    </w:p>
    <w:p/>
    <w:p>
      <w:r>
        <w:br/>
        <w:t xml:space="preserve">She reached up, her fingers tracing the faint line of a scar above his eyebrow, a memento from a childhood mishap. Every imperfection on his face, every nuance of his expression, was etched into her memory, cherished. “And it’s ours,” she whispered, her heart swelling with an emotion so potent it felt like it might spill out. “We built this. Not just the house, not just the life here, but </w:t>
      </w:r>
    </w:p>
    <w:p>
      <w:pPr>
        <w:jc w:val="left"/>
      </w:pPr>
      <w:r>
        <w:rPr>
          <w:i/>
        </w:rPr>
        <w:t>this</w:t>
      </w:r>
      <w:r>
        <w:t>. This feeling. This connection.”</w:t>
      </w:r>
    </w:p>
    <w:p>
      <w:r>
        <w:br/>
        <w:t>The proposal, in its grand, public spectacle, had been the catalyst, the seismic event that had irrevocably shifted their landscape. But the true magic, Eleanor realized, lay not in the spectacle itself, but in the quiet aftermath. It was in the stolen moments, the hushed conversations, the shared silences that spoke volumes. It was in the way Liam’s hand instinctively found hers under the dinner table, the way he looked at her when he thought she wasn’t watching, a look of pure adoration that made her knees go weak. It was in the comfort of their shared routines, the mundane transformed into something sacred by the presence of their mutual love.</w:t>
      </w:r>
    </w:p>
    <w:p/>
    <w:p>
      <w:r>
        <w:br/>
        <w:t>“Remember how scared we were?” Eleanor mused, her gaze drifting to the oak leaf pendant that lay nestled against her collarbone. Its cool metal was a constant reminder of Liam’s promise, a promise that had been not just spoken, but demonstrated with an intensity that had taken her breath away. “Scared of opening ourselves up, of being vulnerable. Scared of… failing.”</w:t>
      </w:r>
    </w:p>
    <w:p/>
    <w:p>
      <w:r>
        <w:br/>
        <w:t>Liam’s arm tightened around her, drawing her closer. “We were good at being scared,” he admitted, a wry smile touching his lips. “But we were better at being brave. You were braver than me, though. Stepping into all of this, letting yourself believe in it.”</w:t>
      </w:r>
    </w:p>
    <w:p/>
    <w:p>
      <w:r>
        <w:br/>
        <w:t>“You gave me reason to believe,” she countered softly. “You showed me what true strength looked like. It wasn’t about being fearless, it was about facing your fears and choosing love anyway. And Havenwood… they showed us that love shared is love amplified.” She thought of the wedding preparations, a whirlwind of joyous chaos orchestrated by the entire town. Mrs. Gable’s floral arrangements, a riot of color and fragrance that filled the church; Silas’s unwavering offer of any physical help needed; Mr. Fitzwilliam’s exquisite cake, a testament to his belief in their story. Each gesture, small or large, was a brick in the foundation of their shared happiness.</w:t>
      </w:r>
    </w:p>
    <w:p/>
    <w:p>
      <w:r>
        <w:br/>
        <w:t>“They saw something in us,” Liam said, his voice thoughtful. “Something worth celebrating. And that’s a rare gift, El. A lot of people go through life without ever finding that kind of acceptance, that kind of validation.” He paused, his thumb stroking her arm. “We’re not defined by our past anymore. Not by the loneliness, or the hurt, or the mistakes. We’re defined by this. By what we have together.”</w:t>
      </w:r>
    </w:p>
    <w:p/>
    <w:p>
      <w:r>
        <w:br/>
        <w:t>Eleanor closed her eyes, letting his words wash over her. He was right. The past was a chapter, now closed. The wounds, though they had left scars, had healed. They were no longer the defining features of their identities. Instead, their love was the defining characteristic, the luminous thread that wove through their every thought, their every action. The insecurities that had once plagued her, the constant whisper of inadequacy, had been silenced by Liam’s unwavering devotion and the palpable sense of belonging she felt within Havenwood.</w:t>
      </w:r>
    </w:p>
    <w:p/>
    <w:p>
      <w:r>
        <w:br/>
        <w:t>She thought about the quiet mornings, the ritual of brewing coffee, the shared silence as they read or worked on their respective crafts. The pottery studio, once a sanctuary from the world, was now a space shared with Liam, who often found solace in its quiet rhythm after a long day working the land. The gentle clink of clay, the whir of the wheel, the earthy scent of the unfired pieces – it was all infused with a new layer of meaning, a testament to their shared life. Her hands, once hesitant to create, now moved with a confidence that stemmed from the knowledge that her art, like her heart, was cherished.</w:t>
      </w:r>
    </w:p>
    <w:p/>
    <w:p>
      <w:r>
        <w:br/>
        <w:t>“It’s the quiet moments that tell the truest story, isn’t it?” Eleanor mused, opening her eyes and meeting Liam’s gaze. “The big gestures get the attention, but it’s the everyday kindness, the steady support, that builds something truly lasting.” She pictured their future, not as a grand, sweeping epic, but as a series of intimate, beautiful moments. Sunday mornings spent reading by the fire, evenings tending their garden, the slow unfolding of years filled with shared laughter and quiet companionship.</w:t>
      </w:r>
    </w:p>
    <w:p/>
    <w:p>
      <w:r>
        <w:br/>
        <w:t>Liam brought her hand to his lips, pressing a soft kiss to her knuckles. “And we have a lifetime of those quiet moments ahead of us. We get to build a whole universe out of them.” He smiled, a gentle, knowing smile that radiated warmth. “No more second-guessing, El. No more wondering if it’s real. It’s as real as the sun on our faces, as real as the air we breathe.”</w:t>
      </w:r>
    </w:p>
    <w:p/>
    <w:p>
      <w:r>
        <w:br/>
        <w:t>The contentment that settled over Eleanor was unlike anything she had ever experienced. It was not a fleeting happiness, a temporary joy that would inevitably fade. This was a deep, abiding peace, a sense of rightness that permeated her very being. She was exactly where she was meant to be, with the person she was meant to be with. The external validation from Havenwood had been beautiful, a testament to their story, but the internal validation, the profound certainty that they had chosen each other, was the true prize. It was a hard-won peace, earned through shared vulnerability, unwavering commitment, and a love that had proven itself resilient.</w:t>
      </w:r>
    </w:p>
    <w:p/>
    <w:p>
      <w:r>
        <w:br/>
        <w:t>“I feel… whole,” Eleanor confessed, the word feeling inadequate to capture the depth of her emotion. “Like all the missing pieces finally fell into place. And the center of it all is you.”</w:t>
      </w:r>
    </w:p>
    <w:p/>
    <w:p>
      <w:r>
        <w:br/>
        <w:t>Liam’s grip tightened, his eyes shining. “And you are the center of mine. Always have been, even before I knew it.” He leaned in, his lips brushing against hers in a tender, lingering kiss that spoke of promises kept and futures embraced. It was a kiss that sealed their happiness, a silent affirmation of their HEA. It was the sweet, profound conclusion to their journey, the moment where all the struggle, all the doubt, dissolved into the pure, unadulterated bliss of finally, unequivocally, being home. Their story wasn't just beginning; it was unfolding, a vibrant tapestry woven with threads of love, trust, and the quiet, enduring strength of a happily ever after found in the heart of Havenwood.</w:t>
      </w:r>
    </w:p>
    <w:p/>
    <w:p>
      <w:r>
        <w:t>The early morning mist still clung to the rolling hills surrounding Havenwood, softening the edges of the familiar landscape into a watercolor painting. Eleanor, her hands dusted with flour, watched Liam leave for the fields, a familiar ache of contentment settling in her chest. It wasn’t the sharp, exhilarating rush of new love, but a deep, resonant hum, like the earth breathing beneath her feet. This was home. And she wasn't just a visitor anymore; she was woven into its fabric.</w:t>
      </w:r>
    </w:p>
    <w:p>
      <w:r>
        <w:br/>
        <w:t>Her days in Havenwood had settled into a rhythm that felt both comforting and invigorating. The frantic pace of city life, with its constant clamor and demanding schedules, felt like a distant dream. Here, time unfolded at its own pace, dictated by the sun’s arc across the sky, the changing seasons, and the quiet pulse of the town. Her mornings now began not with the blare of an alarm, but with the gentle chirping of birds and the soft light filtering through the lace curtains.</w:t>
      </w:r>
    </w:p>
    <w:p/>
    <w:p>
      <w:r>
        <w:br/>
        <w:t>She found herself increasingly drawn to the communal activities that were the lifeblood of Havenwood. The weekly farmers’ market, once a charming curiosity, had become a cherished ritual. She’d arrive early, her basket in hand, eager to chat with the vendors whose stalls overflowed with the bounty of the land. Mrs. Gable, her rosy cheeks dusted with flour, would always press an extra scone into Eleanor’s bag, her eyes twinkling with approval. Silas, his hands calloused from years of working the soil, would proudly display his vibrant tomatoes, regaling Eleanor with tales of their growth. Even Mr. Fitzwilliam, usually a man of few words, would offer a gruff nod and a knowing smile as he presented his freshly baked bread. These weren't just transactions; they were moments of genuine connection, of shared pride in the community’s harvest.</w:t>
      </w:r>
    </w:p>
    <w:p/>
    <w:p>
      <w:r>
        <w:br/>
        <w:t>Eleanor had also discovered a surprising joy in participating in the town’s various traditions. The annual Summer Solstice picnic, a joyous explosion of music, laughter, and shared dishes, had been her first true immersion. She’d arrived a little hesitantly, a plate of her lemon bars – a recipe she’d perfected after several experimental batches – clutched in her hands. But within minutes, she was swept into the fold. Young children chased fireflies, their laughter echoing through the twilight. Adults mingled, their conversations easy and unhurried. Silas’s homemade cider flowed freely, and the air buzzed with the scent of grilled corn and sweet berries. She found herself dancing with Liam under the fairy lights, his hand warm and steady on her waist, the familiar ease of their connection amplified by the joyful atmosphere. It was a far cry from the sterile, impersonal gatherings she’d attended in the city. This was a celebration of life, of togetherness, of a shared sense of belonging.</w:t>
      </w:r>
    </w:p>
    <w:p/>
    <w:p>
      <w:r>
        <w:br/>
        <w:t>Then there was the Fall Harvest Festival, a riot of orange and gold that transformed the town square. Eleanor, along with a handful of other women, had volunteered to help decorate. They’d spent an afternoon weaving corn husks into intricate garlands, carving pumpkins with gleeful abandon, and arranging hay bales into cozy seating areas. Eleanor, initially a bit self-conscious about her city-bred clumsiness, found herself easily falling into step with the others. Sarah, a young mother with a quick wit and an infectious laugh, shared tips on pumpkin carving techniques. Martha, a grandmother whose hands moved with practiced grace, showed Eleanor how to tie a perfect corn husk doll. By the end of the afternoon, Eleanor felt not just like a participant, but like a vital part of the collaborative effort. The air was filled with shared stories, good-natured teasing, and the comforting camaraderie of women working together. It was a different kind of strength than she was used to – a quiet, collaborative power that built something beautiful from shared effort.</w:t>
      </w:r>
    </w:p>
    <w:p/>
    <w:p>
      <w:r>
        <w:br/>
        <w:t>Her pottery studio, once a solitary refuge, had become a hub of sorts. While she still cherished her quiet hours of creation, she also found herself opening her doors to others. Children from the local school would visit for workshops, their small hands eager to mold clay into fantastical creatures. Eleanor, with a patience she hadn’t known she possessed, guided them, her own heart soaring with their uninhibited creativity. She’d discovered a new dimension to her art, not just in the pieces she created, but in the joy she could share through it. Liam often joined her in the studio in the evenings, his presence a grounding force. He’d watch her work, his quiet admiration a balm to her soul, or sometimes he’d try his hand at the wheel, his strong hands surprisingly adept at coaxing form from the raw clay. Their shared artistic endeavors, however simple, were another thread binding them together.</w:t>
      </w:r>
    </w:p>
    <w:p/>
    <w:p>
      <w:r>
        <w:br/>
        <w:t>Beyond the communal activities, Eleanor had cultivated deeper friendships within Havenwood. Sarah, the quick-witted mother she’d met at the Harvest Festival, had become a confidante. They’d spend afternoons sipping tea on Eleanor’s porch, their conversations flowing effortlessly from the mundane to the profound. Sarah shared her insights on raising children in a small town, her frustrations and joys, and Eleanor, in turn, offered a listening ear and a fresh perspective. There was a refreshing honesty in their interactions, a lack of pretense that Eleanor found deeply liberating.</w:t>
      </w:r>
    </w:p>
    <w:p/>
    <w:p>
      <w:r>
        <w:br/>
        <w:t>Martha, the wise grandmother with the nimble fingers, had become another pillar of support. Eleanor found herself seeking Martha’s counsel on everything from gardening to navigating the intricacies of small-town dynamics. Martha’s quiet wisdom, steeped in years of experience, was invaluable. She’d share stories of Havenwood’s past, of generations who had loved and lived within its embrace, offering Eleanor a deeper understanding of the town’s enduring spirit. Eleanor realized that these friendships weren’t just about pleasant company; they were about building a network of support, a chosen family that enriched her life immeasurably.</w:t>
      </w:r>
    </w:p>
    <w:p/>
    <w:p>
      <w:r>
        <w:br/>
        <w:t>The transition from the demanding, often isolating, world of the city to the nurturing embrace of Havenwood had been more profound than Eleanor could have ever anticipated. It wasn't just Liam who had brought her here; it was the lifestyle, the sense of community, the quiet fulfillment she found in the simple rhythms of life. She had arrived seeking a happily ever after with the man she loved, but she had discovered something more – a sense of belonging, a deep-rooted peace that had eluded her for so long.</w:t>
      </w:r>
    </w:p>
    <w:p/>
    <w:p>
      <w:r>
        <w:br/>
        <w:t>One crisp autumn afternoon, as she walked through the woods bordering their property, the scent of damp earth and decaying leaves filling the air, Eleanor felt an overwhelming sense of gratitude. She stopped by a gnarled oak tree, its branches reaching towards the sky like ancient arms, and traced the rough bark with her fingers. This was it. This was the life she had yearned for, even before she knew it existed. The city’s allure, its promise of ambition and success, now seemed like a pale imitation of the richness she had found here.</w:t>
      </w:r>
    </w:p>
    <w:p/>
    <w:p>
      <w:r>
        <w:br/>
        <w:t>She remembered her initial anxieties, the fear of not fitting in, of being an outsider forever. But Havenwood had a way of absorbing people, of making them feel seen and valued. It wasn’t about changing who she was, but about allowing her true self to emerge, unburdened by the pressures and expectations of her former life. Her creativity, once confined to her studio, now flowed into her garden, her cooking, her interactions with others. Her hands, once accustomed to the sterile touch of a keyboard, now found joy in the earth, the clay, the shared labor of community.</w:t>
      </w:r>
    </w:p>
    <w:p/>
    <w:p>
      <w:r>
        <w:br/>
        <w:t>Liam found her there, the sunlight dappling through the leaves, illuminating her face as she looked out at the valley. He walked up behind her, his arms wrapping around her waist, his chin resting on her shoulder.</w:t>
      </w:r>
    </w:p>
    <w:p/>
    <w:p>
      <w:r>
        <w:br/>
        <w:t>“Lost in thought?” he murmured, his voice a low rumble against her ear.</w:t>
      </w:r>
    </w:p>
    <w:p/>
    <w:p>
      <w:r>
        <w:br/>
        <w:t>Eleanor leaned back into his embrace, a soft smile gracing her lips. “Just… appreciating,” she said. “Appreciating all of this. You. Havenwood. Us.”</w:t>
      </w:r>
    </w:p>
    <w:p/>
    <w:p>
      <w:r>
        <w:br/>
        <w:t>He pressed a kiss to her temple. “It’s good, isn’t it?”</w:t>
      </w:r>
    </w:p>
    <w:p/>
    <w:p>
      <w:r>
        <w:br/>
        <w:t>“It’s more than good, Liam,” she replied, turning in his arms to face him. His eyes, the clear blue of a summer sky, met hers, and in them, she saw the reflection of her own profound happiness. “It’s everything. I thought… I thought I was coming here for you. And I am, of course. But I’m also coming here for me. For this life. This feeling of truly being home.”</w:t>
      </w:r>
    </w:p>
    <w:p/>
    <w:p>
      <w:r>
        <w:br/>
        <w:t>She looked out at the town nestled in the valley, the smoke curling from chimneys, the distant sound of children’s laughter. It was a simple life, perhaps, by some standards. But it was a life rich in connection, in purpose, in a quiet, unwavering joy. The city woman who had once felt adrift was gone, replaced by Eleanor, a vital part of Havenwood, her heart full, her spirit at peace. The transition had been complete, and it was, unequivocally, a new and beautiful beginning. She was not just living in Havenwood; she was thriving in it, her roots growing deeper with each passing day, entwined with the town’s own enduring strength.</w:t>
      </w:r>
    </w:p>
    <w:p/>
    <w:p>
      <w:r>
        <w:t>The evening air in Havenwood had a gentle chill, carrying with it the scent of woodsmoke and the faint, sweet perfume of late-blooming honeysuckle. Eleanor sat by the hearth, the firelight casting dancing shadows on the worn wooden floorboards of their cottage. Liam was beside her, his arm a comforting weight around her shoulders, his thumb tracing slow, soothing circles on her arm. The easy silence between them was a testament to the depth of their connection, a quiet understanding that had grown from shared laughter and whispered confessions, but also from navigating the tender, sometimes jagged, edges of their pasts.</w:t>
      </w:r>
    </w:p>
    <w:p>
      <w:r>
        <w:br/>
        <w:t xml:space="preserve">Just that afternoon, a seemingly innocuous comment from Mrs. Gable at the market – a casual remark about how Eleanor’s family had always been known for their resilience – had sent a faint tremor through Eleanor. Her mother, a woman Eleanor had always perceived as a pillar of strength, had in reality, been a brittle facade, cracking under the weight of unspoken anxieties and a desperate need for control. The resilience Mrs. Gable spoke of had been a carefully constructed performance, and Eleanor had inherited the tendency to mask her own vulnerabilities. Liam, sensing the subtle shift in her demeanor, had simply squeezed her hand, his gaze conveying a silent acknowledgment of the unspoken weight she carried. He didn’t pry, didn’t demand an explanation. He simply </w:t>
      </w:r>
    </w:p>
    <w:p>
      <w:pPr>
        <w:jc w:val="left"/>
      </w:pPr>
      <w:r>
        <w:rPr>
          <w:i/>
        </w:rPr>
        <w:t>knew</w:t>
      </w:r>
      <w:r>
        <w:t>. It was this quiet attunement, this effortless grace in their shared space, that allowed the old wounds to surface without threatening to consume them.</w:t>
      </w:r>
    </w:p>
    <w:p>
      <w:r>
        <w:br/>
        <w:t>“You were quiet today, El,” Liam murmured, his voice soft against her hair. He knew her tells – the slight tightening of her jaw, the way her gaze would drift, searching for an escape route that no longer existed because she no longer needed one.</w:t>
      </w:r>
    </w:p>
    <w:p/>
    <w:p>
      <w:r>
        <w:br/>
        <w:t>Eleanor sighed, a gentle expulsion of air that seemed to carry away a sliver of the day’s residual tension. “Just thinking about what Mrs. Gable said. My mother… she was always so put-together. Seemed like nothing could touch her. But I know now, it was just a very good act.” She paused, gathering her thoughts. “I find myself doing that sometimes. Putting on the ‘put-together’ face. Especially when I feel… uncertain.”</w:t>
      </w:r>
    </w:p>
    <w:p/>
    <w:p>
      <w:r>
        <w:br/>
        <w:t>Liam pulled her closer, his embrace firm and reassuring. “You don’t have to do that with me, Eleanor. Ever.” He tilted her chin up, his eyes earnest in the firelight. “I’ve seen you when you’re uncertain. I’ve seen you when you’re scared, or frustrated, or just plain tired. And I love every single part of you. The parts that are strong and capable, and the parts that are… still learning to be gentle with themselves.”</w:t>
      </w:r>
    </w:p>
    <w:p/>
    <w:p>
      <w:r>
        <w:br/>
        <w:t>His words were a balm. Eleanor leaned into his chest, listening to the steady rhythm of his heartbeat. Her childhood had been a landscape of unspoken expectations and a constant pressure to be perfect, to avoid causing any ripples. Her mother’s anxieties had cast a long shadow, and Eleanor had learned to internalize them, to believe that any sign of weakness was a personal failing. Liam’s acceptance, so unconditional and present, was slowly dismantling those ingrained beliefs.</w:t>
      </w:r>
    </w:p>
    <w:p/>
    <w:p>
      <w:r>
        <w:br/>
        <w:t>“It’s the fear of disappointing you,” she confessed, the words tumbling out in a rush. “Or of not being enough. After everything… after the way things ended with Mark, and then the chaos in the city… I just… I don’t want to fall back into old patterns. I want this to be strong. For both of us.”</w:t>
      </w:r>
    </w:p>
    <w:p/>
    <w:p>
      <w:r>
        <w:br/>
        <w:t>Liam gently brushed a stray strand of hair from her forehead. “We will be strong, Eleanor. Because we’re building this together, brick by brick. And we’re not afraid to admit when a brick is a little wobbly. We just reinforce it. Together.” He gestured towards the hearth. “Think about this fire. It needs tending. Sometimes a log needs adjusting, sometimes a little more air is needed. It doesn’t mean the fire is failing. It means it’s alive, and it needs attention.”</w:t>
      </w:r>
    </w:p>
    <w:p/>
    <w:p>
      <w:r>
        <w:br/>
        <w:t>This was the difference. In her past, any sign of needing attention was perceived as a flaw, a weakness that invited criticism or, worse, abandonment. Here, in Liam’s presence, in the heart of Havenwood, needing attention was simply part of being alive, part of nurturing what was precious.</w:t>
      </w:r>
    </w:p>
    <w:p/>
    <w:p>
      <w:r>
        <w:br/>
        <w:t>Later that week, the memory of her father’s aloofness resurfaced. Eleanor had been sketching in her studio, a delicate floral pattern taking shape under her charcoal. Her father, a man who had always treated her artistic pursuits as a quaint hobby, had once dismissed her efforts with a curt, “Don’t waste your time on frivolous things, Eleanor. Focus on what’s practical.” The memory, sharp and cold, had made her hand falter, her lines becoming hesitant.</w:t>
      </w:r>
    </w:p>
    <w:p/>
    <w:p>
      <w:r>
        <w:br/>
        <w:t>Liam found her staring at the smudged charcoal on the paper, a familiar shadow clouding her eyes. He didn’t ask what was wrong. Instead, he picked up a piece of clay, his fingers immediately starting to work, shaping it with an intuitive grace. “My grandfather,” he said, his voice low and steady, “he built this farm with his bare hands. Plowed fields that were nothing but rock and scrub. He always said the land only gave back what you put into it. But he also knew when to let it rest, when to let the rain do its work.” He looked at Eleanor, his gaze warm and understanding. “Sometimes, Eleanor, the most practical thing you can do is to create. To put something beautiful into the world. It feeds the soul. And your soul needs feeding, just like this farm needs the sun and the rain.”</w:t>
      </w:r>
    </w:p>
    <w:p/>
    <w:p>
      <w:r>
        <w:br/>
        <w:t>He placed the small, rough-hewn bird he had sculpted on her workbench, its form simple but undeniably charming. “This isn’t frivolous,” he continued, his thumb smoothing the clay. “This is making something exist that didn’t before. And that’s never a waste of time. It’s the opposite of a waste.”</w:t>
      </w:r>
    </w:p>
    <w:p/>
    <w:p>
      <w:r>
        <w:br/>
        <w:t>Eleanor picked up the little bird, its weight surprisingly comforting in her palm. Liam’s words, his actions, were a constant counterpoint to the old, critical voices in her head. He didn’t just tell her she was capable; he demonstrated it, not by dismissing her past, but by gently re-contextualizing it, offering a new narrative built on acceptance and inherent worth.</w:t>
      </w:r>
    </w:p>
    <w:p/>
    <w:p>
      <w:r>
        <w:br/>
        <w:t>One evening, during a particularly fierce thunderstorm that rattled the cottage windows, Eleanor found herself curled up on the sofa, her knees pulled to her chest. The raw power of the storm, the sudden flashes of lightning, stirred a deep-seated fear in her, a primal anxiety that she hadn’t felt in years. She knew, intellectually, that they were safe. But the instinctual fear was a stubborn residue of a childhood spent in a precarious environment, where sudden storms often meant chaos and uncertainty.</w:t>
      </w:r>
    </w:p>
    <w:p/>
    <w:p>
      <w:r>
        <w:br/>
        <w:t>Liam didn’t hesitate. He came and sat beside her, pulling her gently into his lap. He didn’t try to talk her out of her fear, didn’t tell her to be brave. Instead, he simply held her, his arms a protective circle, his presence a solid anchor against the tempest outside and the storm within. He began to hum a low, steady tune, a melody that seemed to vibrate with the same reassuring rhythm as his heartbeat.</w:t>
      </w:r>
    </w:p>
    <w:p/>
    <w:p>
      <w:r>
        <w:br/>
        <w:t>“It’s just noise, El,” he whispered, his voice a soft rumble against her ear, as a particularly loud clap of thunder shook the house. “It can’t hurt us. We’re right here. Safe.” He stroked her hair, his touch infinitely gentle. “Remember that time we got caught in the rain at the fair? We just laughed and ran for cover. We didn’t let it ruin the day.”</w:t>
      </w:r>
    </w:p>
    <w:p/>
    <w:p>
      <w:r>
        <w:br/>
        <w:t>Eleanor, her face buried in his chest, nodded weakly. She remembered. She remembered the exhilaration of that spontaneous dash through the downpour, Liam’s hand in hers, their laughter echoing through the deserted fairgrounds. It was a stark contrast to the paralyzing fear that often gripped her now at the first sign of a storm.</w:t>
      </w:r>
    </w:p>
    <w:p/>
    <w:p>
      <w:r>
        <w:br/>
        <w:t>“It’s just… the sound,” she managed to say, her voice muffled. “It feels so… overwhelming.”</w:t>
      </w:r>
    </w:p>
    <w:p/>
    <w:p>
      <w:r>
        <w:br/>
        <w:t>“I know,” Liam replied, his arms tightening slightly. “But I’m here. And the storm will pass. It always does. And then the sun will come out, and everything will be washed clean. Like new.” He kissed the top of her head. “Just breathe with me, El. In and out. We’ll weather this storm, just like we weather everything else.”</w:t>
      </w:r>
    </w:p>
    <w:p/>
    <w:p>
      <w:r>
        <w:br/>
        <w:t xml:space="preserve">They sat like that for a long time, Eleanor gradually unwinding from her tightly coiled fear as Liam’s steady presence and soothing words worked their magic. The storm eventually subsided, leaving behind a sky washed clean and the scent of rain-soaked earth. But more importantly, Eleanor felt a different kind of cleansing within herself, a quiet acknowledgment that her past fears, while still present, no longer held absolute power over her. Liam’s unwavering support, his willingness to simply </w:t>
      </w:r>
    </w:p>
    <w:p>
      <w:pPr>
        <w:jc w:val="left"/>
      </w:pPr>
      <w:r>
        <w:rPr>
          <w:i/>
        </w:rPr>
        <w:t>be</w:t>
      </w:r>
      <w:r>
        <w:t xml:space="preserve"> with her in her vulnerability, was a testament to the enduring strength of their partnership.</w:t>
      </w:r>
    </w:p>
    <w:p>
      <w:r>
        <w:br/>
        <w:t>The process of integration wasn't about erasing the past, but about weaving it into the present in a way that honored their experiences without letting them dictate their future. It was in the quiet moments, like Liam’s gentle touch when she was lost in thought, or the way he would hum a familiar tune when he sensed her anxiety, or the simple act of him sculpting a small bird to remind her of her own worth. These weren't grand gestures, but a steady, consistent offering of love and understanding that built a foundation of trust far more solid than any unblemished surface could provide.</w:t>
      </w:r>
    </w:p>
    <w:p/>
    <w:p>
      <w:r>
        <w:br/>
        <w:t>Eleanor found herself reciprocating this understanding. When Liam, in the quiet hours of the night, would sometimes toss and turn, a faint frown creasing his brow, she knew the echoes of his own difficult past were visiting him. She wouldn't prod him to speak, but would simply reach out, her fingers finding his, her touch a silent promise of presence. Sometimes, she would softly say, “I’m here, Liam. You’re not alone.” And that was enough. It was enough to know that they had created a sanctuary within their relationship, a safe harbor where past wounds could be acknowledged, tended to, and ultimately, allowed to heal, not in isolation, but in the comforting embrace of a shared, enduring love.</w:t>
      </w:r>
    </w:p>
    <w:p/>
    <w:p>
      <w:r>
        <w:br/>
        <w:t>Their conversations, once dominated by the exhilarating newness of their romance, had deepened. They spoke about the fear of repeating mistakes, the lingering insecurities that childhood or past heartbreaks had instilled. Eleanor confessed her fear of becoming like her mother, controlled by anxieties she couldn’t articulate. Liam shared his own struggle with self-doubt, the ingrained belief that he wasn't good enough, a legacy of his demanding upbringing. These were not conversations filled with recrimination or judgment, but with empathy and a shared commitment to growth.</w:t>
      </w:r>
    </w:p>
    <w:p/>
    <w:p>
      <w:r>
        <w:br/>
        <w:t>“I still worry, sometimes,” Eleanor admitted one starlit evening, as they sat on their porch swing, the rhythmic creak a gentle counterpoint to the night sounds. “That I’ll somehow mess this up. That I’ll revert back to being the anxious, controlling person I sometimes was.”</w:t>
      </w:r>
    </w:p>
    <w:p/>
    <w:p>
      <w:r>
        <w:br/>
        <w:t>Liam turned to her, his eyes reflecting the starlight. “And I worry that I’ll push you away when I get… distant. When I’m wrestling with something and don’t know how to let you in.” He paused, his hand finding hers. “But then I remember that we’ve already faced these fears, haven’t we? We’ve seen the wobble in the brick, and we’ve reinforced it. We’ve talked about it. We’ve shown each other that we’re not afraid of the imperfections.”</w:t>
      </w:r>
    </w:p>
    <w:p/>
    <w:p>
      <w:r>
        <w:br/>
        <w:t>He squeezed her hand. “You don’t have to be perfect for me, Eleanor. You just have to be you. And ‘you’ is more than enough. You’re resilient, you’re kind, and you have a heart that’s capable of so much love. The fact that you worry about messing this up… that just shows me how much you care.”</w:t>
      </w:r>
    </w:p>
    <w:p/>
    <w:p>
      <w:r>
        <w:br/>
        <w:t>Eleanor’s heart swelled. This was the essence of their healing, not a sudden, miraculous cure, but a continuous, collaborative effort. It was the understanding that healing wasn’t a destination, but a journey, and they were walking it hand-in-hand. They offered each other the comfort of knowing they were seen, truly seen, with all their flaws and scars. They offered each other forgiveness, not just for past transgressions, but for the inevitable missteps that would occur as they continued to grow.</w:t>
      </w:r>
    </w:p>
    <w:p/>
    <w:p>
      <w:r>
        <w:br/>
        <w:t>It was in the small gestures: Liam making her favorite tea when he saw she was stressed, even if he didn't know the exact cause. Eleanor leaving a note of encouragement on his workbench before he headed out for a long day of farm work, knowing the physical labor could be taxing. They were learning to read each other’s subtle cues, to anticipate needs, and to offer support not as a grand declaration, but as a consistent, quiet presence.</w:t>
      </w:r>
    </w:p>
    <w:p/>
    <w:p>
      <w:r>
        <w:br/>
        <w:t>One afternoon, Eleanor found a small, intricately carved wooden bird on her pillow. It was perfect, delicate, and clearly made with immense care. Liam, seeing her fascination, explained. "My father taught me to carve when I was a boy," he said, his voice tinged with a rare vulnerability. "It was one of the few times he seemed… present. But he was always so critical. Every knot in the wood, every slip of the knife, was a flaw. I stopped carving for years because I couldn't stand the constant feeling of not being good enough." He looked at Eleanor, his blue eyes soft. "But seeing you create here… it made me want to try again. And I realized… the imperfections are part of the story. They show it was made by human hands, with all their struggles and their triumphs." He gestured to the bird. "This knot here? That’s where I almost gave up. But I didn't. And I'm glad. Because it's part of its journey. Just like our pasts are part of ours."</w:t>
      </w:r>
    </w:p>
    <w:p/>
    <w:p>
      <w:r>
        <w:br/>
        <w:t>Eleanor gently traced the wood grain, feeling the slight imperfections, the subtle marks of Liam’s hand. She understood. This bird wasn't just a carving; it was a symbol of his own healing, his reclaiming of a part of himself that had been wounded by criticism. She held it tightly, a silent promise passing between them – a promise to continue creating, to continue healing, to continue loving each other through the beautiful, imperfect tapestry of their lives. Their relationship wasn't defined by the absence of past pain, but by their shared courage to integrate it, to learn from it, and to build a future that was stronger, more compassionate, and infinitely more real because of it. Havenwood wasn't just a place for a new beginning; it was the crucible where their past wounds were being transformed into the enduring strength of their present love.</w:t>
      </w:r>
    </w:p>
    <w:p/>
    <w:p>
      <w:r>
        <w:t>The air in Havenwood on market day was a vibrant tapestry of scents and sounds. The sweet tang of ripening apples mingled with the earthy aroma of freshly dug potatoes, while the lively chatter of vendors and the occasional bleating of a stray sheep created a cheerful symphony. Eleanor, with Liam’s arm a comfortable presence around her waist, strolled through the bustling stalls, their laughter a bright counterpoint to the general din. It was a scene of quintessential small-town life, a world away from the hurried anonymity of the city.</w:t>
      </w:r>
    </w:p>
    <w:p>
      <w:r>
        <w:br/>
        <w:t xml:space="preserve">As they paused to admire a display of hand-knitted scarves, a young woman with a cascade of fiery red hair and a mischievous glint in her eyes bumped into Liam, nearly sending a basket of plump blueberries tumbling to the ground. “Oh, so sorry!” she exclaimed, her voice a melodic blend of surprise and apology, her cheeks flushing a delicate pink. She righted herself, her gaze sweeping over Liam with an appreciative, albeit brief, flicker before landing on Eleanor. “You must be Eleanor. Liam’s mentioned you, of course. I’m Clara. Clara Hayes.” Her smile was wide and genuine, her handshake firm. “I’m hoping to open a little bakery down by the old mill sometime next spring. If I can convince the council that Havenwood needs more than just Mrs. Gable’s undeniably excellent, but frankly </w:t>
      </w:r>
    </w:p>
    <w:p>
      <w:pPr>
        <w:jc w:val="left"/>
      </w:pPr>
      <w:r>
        <w:rPr>
          <w:i/>
        </w:rPr>
        <w:t>stodgy</w:t>
      </w:r>
      <w:r>
        <w:t>, tea cakes.”</w:t>
      </w:r>
    </w:p>
    <w:p>
      <w:r>
        <w:br/>
        <w:t>Liam chuckled, his eyes twinkling. “Clara’s got a passion for pastries, El. And a healthy dose of ambition.” He steered Eleanor gently forward. “She’s one of the reasons this town has a bit more spark than you might expect.”</w:t>
      </w:r>
    </w:p>
    <w:p/>
    <w:p>
      <w:r>
        <w:br/>
        <w:t>Eleanor returned Clara’s smile, intrigued. “A bakery sounds wonderful, Clara. I’m sure Liam will be one of your most frequent customers.”</w:t>
      </w:r>
    </w:p>
    <w:p/>
    <w:p>
      <w:r>
        <w:br/>
        <w:t>Clara’s laugh was bright and infectious. “You bet he will! And you too, I hope. Just… try not to compare them too much to Mrs. Gable’s.” She winked, then with another quick, friendly nod, she flitted away, her red hair a vibrant streak disappearing into the crowd.</w:t>
      </w:r>
    </w:p>
    <w:p/>
    <w:p>
      <w:r>
        <w:br/>
        <w:t>Later, as they collected their provisions, a quiet intensity drew Eleanor’s attention to a man at the far end of the market, his brow furrowed in concentration as he meticulously arranged a display of antique books. He was younger than she’d first estimated, perhaps only a few years older than Liam, with a thoughtful expression etched onto his face and hands that seemed to possess a quiet reverence for the worn spines and brittle pages. He wore spectacles that magnified his intelligent, dark eyes, and his movements were precise, deliberate. He caught Eleanor’s eye for a fleeting moment, offering a polite, almost shy nod before returning his attention to his wares. There was an aura of quiet contemplation about him, a sense that he was more comfortable in the company of stories than people. Liam, noticing her gaze, gave a soft nudge. “That’s Daniel Sterling,” he murmured. “He’s the resident historian, of sorts. Keeps all the old records, helps people trace their family trees. Knows more about Havenwood’s past than anyone alive. He’s got a real knack for finding the hidden gems, too.”</w:t>
      </w:r>
    </w:p>
    <w:p/>
    <w:p>
      <w:r>
        <w:br/>
        <w:t>Eleanor watched Daniel for another moment. There was a depth to his quietude, a hint of untold stories within his own eyes. She felt a strange pull, a nascent curiosity about the world he inhabited, a world of forgotten narratives and dusty archives. She could almost picture him, surrounded by the hushed whispers of history, unearthing secrets that even the oldest residents had long forgotten. It was a different kind of passion from Clara’s vibrant energy, but no less compelling.</w:t>
      </w:r>
    </w:p>
    <w:p/>
    <w:p>
      <w:r>
        <w:br/>
        <w:t>As the afternoon waned, and the market began to pack up, Eleanor and Liam found themselves walking past the village green, where a group of children were chasing a stray dog, their laughter echoing through the trees. A young man, lean and athletic, with a shock of sandy hair and a grin that could charm the birds from the trees, was trying, with amused exasperation, to corral the boisterous animal. He caught Eleanor’s eye and offered a disarming wave. “Evening!” he called out, his voice carrying easily on the breeze. “This little menace is trying to make a break for it! Never seen such spirit in a stray.”</w:t>
      </w:r>
    </w:p>
    <w:p/>
    <w:p>
      <w:r>
        <w:br/>
        <w:t>Liam grinned back. “He’s a stubborn one, that’s for sure. Careful, he bites!”</w:t>
      </w:r>
    </w:p>
    <w:p/>
    <w:p>
      <w:r>
        <w:br/>
        <w:t>The young man laughed, his eyes crinkling at the corners. “I’ll keep that in mind! Name’s Finn, by the way. Finnigan O’Malley. Just moved into the old cottage by the creek. Helping out with some of the seasonal work on the farms.” He finally managed to scoop up the dog, cradling it like a triumphant conqueror. “And this fellow,” he added, ruffling the dog’s fur, “seems to have adopted me as his personal chauffeur.” He gave Eleanor another cheerful nod. “Hope to see you around!”</w:t>
      </w:r>
    </w:p>
    <w:p/>
    <w:p>
      <w:r>
        <w:br/>
        <w:t>Eleanor watched him go, a lightness in his step that spoke of optimism and a life lived with an easy grace. Finnigan O’Malley. The name conjured images of open fields and boundless energy. She suspected he would find his own adventures in Havenwood, perhaps even a few love stories to unfold, just as she and Liam were.</w:t>
      </w:r>
    </w:p>
    <w:p/>
    <w:p>
      <w:r>
        <w:br/>
        <w:t>The encounters were subtle, fleeting moments woven into the fabric of their day. Clara with her dreams of a bustling bakery, Daniel with his quiet immersion in the past, Finn with his easy charm and adventurous spirit. Each an individual, yet all contributing to the rich tapestry of Havenwood. They weren't characters actively seeking out Eleanor and Liam, but rather fellow inhabitants of this charming, evolving community. Their paths crossed naturally, organically, like ripples spreading outward from a single stone dropped into a calm pond. Each introduction felt less like a plot device and more like an observation, a quiet acknowledgment that life in Havenwood, much like life itself, was a continuous unfolding, a series of connections waiting to be made.</w:t>
      </w:r>
    </w:p>
    <w:p/>
    <w:p>
      <w:r>
        <w:br/>
        <w:t>Eleanor felt a surge of quiet contentment. Havenwood was more than just a sanctuary for her and Liam; it was a place brimming with potential, a fertile ground where new beginnings weren't just hers and Liam’s, but a shared promise for many. She found herself wondering about Clara’s baking, about the historical mysteries Daniel might uncover, about the adventures Finn would undoubtedly embark on. These weren't intrusive thoughts, but rather a gentle curiosity, a recognition of the myriad stories that coexisted within this small, vibrant town.</w:t>
      </w:r>
    </w:p>
    <w:p/>
    <w:p>
      <w:r>
        <w:br/>
        <w:t>Later, back in the quiet intimacy of their cottage, the scent of woodsmoke and lavender filling the air, Eleanor leaned against Liam, tracing the outline of his jaw with her fingertip. “It’s funny,” she mused, her voice soft. “The market today felt… like a peek into the future. So many new faces, so many dreams just starting to take root.”</w:t>
      </w:r>
    </w:p>
    <w:p/>
    <w:p>
      <w:r>
        <w:br/>
        <w:t>Liam wrapped his arms around her, pulling her closer. “Havenwood has a way of drawing people in, El. People with something to offer, something they want to build. Clara’s got fire, and Daniel has a deep well of knowledge. Finn’s got that spark of adventure. They’ll all find their place here, their own stories to tell.”</w:t>
      </w:r>
    </w:p>
    <w:p/>
    <w:p>
      <w:r>
        <w:br/>
        <w:t>“And we’re part of their story now, aren’t we?” Eleanor whispered, a smile playing on her lips. “We’re the couple who found their happily ever after here. They’ll see us, and it’ll be a beacon for them, too.”</w:t>
      </w:r>
    </w:p>
    <w:p/>
    <w:p>
      <w:r>
        <w:br/>
        <w:t>Liam kissed the top of her head, his voice a low rumble against her hair. “We’re all just finding our way, El. Together. And this town, it’s big enough for all of us. For all our different kinds of love, all our different kinds of dreams.” He held her tighter, a silent promise of shared futures and the quiet strength of a community built on connection. The seeds of the future, she realized, were not just her own and Liam's, but were scattered throughout Havenwood, waiting for the right conditions to bloom. And she, along with Liam, was ready to watch them grow.</w:t>
      </w:r>
    </w:p>
    <w:p/>
    <w:p>
      <w:r>
        <w:t>The soft glow of the morning sun, filtered through the lace curtains, painted shifting patterns across the bedroom floor. Eleanor stirred, a contented sigh escaping her lips as Liam’s steady breathing provided a gentle rhythm to the quiet dawn. His arm was a familiar, comforting weight around her waist, a silent anchor in the stillness. This was not a new feeling, this sense of profound peace, but rather a deepening, a solidifying of a happiness she’d once only dared to dream of. The frantic uncertainty of her past felt like a distant echo, a faded photograph in the album of her life. Now, life was a symphony of quiet joys, a comforting melody composed of shared moments.</w:t>
      </w:r>
    </w:p>
    <w:p>
      <w:r>
        <w:br/>
        <w:t>Liam’s hand stirred against her, his thumb tracing lazy circles on her skin. He murmured something in his sleep, a soft, unintelligible sound that sent a ripple of warmth through her. She shifted slightly, not wanting to disturb him, but cherishing the simple intimacy of their shared space. The scent of him, a blend of clean linen and that indefinable essence that was uniquely Liam, filled her senses. It was the scent of home, of safety, of belonging.</w:t>
      </w:r>
    </w:p>
    <w:p/>
    <w:p>
      <w:r>
        <w:br/>
        <w:t>Eventually, he began to stir in earnest, his eyelids fluttering open. He blinked against the soft light, his gaze finding hers. A slow, genuine smile spread across his face, erasing the last vestiges of sleep. "Morning," he rasped, his voice still thick with slumber.</w:t>
      </w:r>
    </w:p>
    <w:p/>
    <w:p>
      <w:r>
        <w:br/>
        <w:t>"Morning," Eleanor replied, her own smile mirroring his. She reached up, her fingers brushing a stray lock of hair from his forehead. "Sleep well?"</w:t>
      </w:r>
    </w:p>
    <w:p/>
    <w:p>
      <w:r>
        <w:br/>
        <w:t>"Perfectly," he said, his eyes holding hers. There was a depth in his gaze, a quiet contentment that spoke volumes. It wasn't the fiery passion of their early days, but something richer, more enduring. It was the quiet understanding of two souls who had found their haven in each other, a love that had weathered storms and emerged stronger, more resilient. He pulled her closer, burying his face in her hair. "You smell like sunshine and possibility."</w:t>
      </w:r>
    </w:p>
    <w:p/>
    <w:p>
      <w:r>
        <w:br/>
        <w:t>Eleanor laughed, a soft, melodic sound. "And you smell like a contented bear waking from hibernation."</w:t>
      </w:r>
    </w:p>
    <w:p/>
    <w:p>
      <w:r>
        <w:br/>
        <w:t>He grunted playfully. "A very happy bear, nonetheless."</w:t>
      </w:r>
    </w:p>
    <w:p/>
    <w:p>
      <w:r>
        <w:br/>
        <w:t>Their mornings had settled into a gentle, unhurried rhythm. No longer were they driven by the anxieties of hidden truths or the urgency of uncertain futures. Now, there was time for lingering embraces, for whispered conversations over steaming mugs of coffee, for the simple pleasure of shared silence. Liam would often read to her while she dressed, his voice a soothing balm, or she would recount snippets of her dreams, finding amusement in their often nonsensical narratives. These were the small threads that wove the fabric of their everyday lives, each one imbued with a quiet significance, a testament to the love that held them together.</w:t>
      </w:r>
    </w:p>
    <w:p/>
    <w:p>
      <w:r>
        <w:br/>
        <w:t>Breakfast was a shared ritual, a simple affair of toast and eggs, or sometimes, if the mood struck, Liam would surprise her with pancakes, his attempts at flipping them often resulting in more batter on the ceiling than in the pan, much to Eleanor’s delight. They would talk about their plans for the day, mundane yet meaningful. Eleanor might mention a particular flower she wanted to tend to in their small garden, or Liam might talk about a section of the old stone wall he intended to repair. These were not grand pronouncements, but the quiet commitments of a life built together, brick by painstaking, loving brick.</w:t>
      </w:r>
    </w:p>
    <w:p/>
    <w:p>
      <w:r>
        <w:br/>
        <w:t>“I was thinking,” Eleanor began one morning, buttering a piece of toast, “that we could perhaps visit the old lighthouse this afternoon. The weather looks perfect for it.”</w:t>
      </w:r>
    </w:p>
    <w:p/>
    <w:p>
      <w:r>
        <w:br/>
        <w:t>Liam looked up from his newspaper, his eyes crinkling at the corners. “The lighthouse? I haven’t been there in years. That sounds like a wonderful idea, El. We can pack a picnic. Mrs. Gable’s still making those legendary fruitcakes, isn’t she? I’m sure she’d be happy to oblige.”</w:t>
      </w:r>
    </w:p>
    <w:p/>
    <w:p>
      <w:r>
        <w:br/>
        <w:t>Eleanor’s heart swelled. It was these effortless suggestions, these shared desires, that made their life together so profoundly fulfilling. There was no pressure, no obligation, just a mutual understanding and a desire to share experiences. Their relationship wasn’t built on a series of dramatic events, but on the quiet accumulation of everyday moments, each one a building block in the foundation of their enduring love.</w:t>
      </w:r>
    </w:p>
    <w:p/>
    <w:p>
      <w:r>
        <w:br/>
        <w:t>Later that week, Eleanor found herself in the kitchen, humming a cheerful tune as she sorted through a basket of freshly picked apples. Liam entered, his shoulders dusted with flour, a faint smile playing on his lips. He had been helping Finn O’Malley with some work on the farm, a task he now approached with a quiet enthusiasm that Eleanor adored.</w:t>
      </w:r>
    </w:p>
    <w:p/>
    <w:p>
      <w:r>
        <w:br/>
        <w:t>"Smells good in here," he said, leaning against the doorframe, his eyes tracking her movements.</w:t>
      </w:r>
    </w:p>
    <w:p/>
    <w:p>
      <w:r>
        <w:br/>
        <w:t>"Just preparing for the inevitable apple crumble craving," she replied, winking. "And I thought, while I'm at it, I might try my hand at that jam recipe Clara was telling me about. The one with the ginger."</w:t>
      </w:r>
    </w:p>
    <w:p/>
    <w:p>
      <w:r>
        <w:br/>
        <w:t>Liam chuckled. "Clara and her culinary experiments. I swear, that woman has more recipes tucked away than a seasoned chef." He walked over to her, wrapping his arms around her waist. "You know," he murmured, his voice a low rumble against her ear, "I saw Daniel Sterling at the library yesterday. He was poring over some old town records. Looked like he was on the verge of discovering the cure for a lost civilization."</w:t>
      </w:r>
    </w:p>
    <w:p/>
    <w:p>
      <w:r>
        <w:br/>
        <w:t>Eleanor laughed. "He has such a quiet intensity, doesn't he? I sometimes wonder what secrets are locked away in those books, and in his mind."</w:t>
      </w:r>
    </w:p>
    <w:p/>
    <w:p>
      <w:r>
        <w:br/>
        <w:t>"He’s a good soul, though," Liam said. "He was asking after you, actually. Wondering how you were settling in."</w:t>
      </w:r>
    </w:p>
    <w:p/>
    <w:p>
      <w:r>
        <w:br/>
        <w:t>"That's kind of him," Eleanor said, leaning back into his embrace. "It's nice, isn't it? Knowing that people here, Clara, Daniel, Finn... that they care. That we're becoming a part of this place, and it's becoming a part of us."</w:t>
      </w:r>
    </w:p>
    <w:p/>
    <w:p>
      <w:r>
        <w:br/>
        <w:t>"It is," Liam agreed, his voice filled with a quiet conviction. "Havenwood has a way of weaving you in. It's not just about finding a sanctuary, El. It's about finding your people. Your community." He turned her around to face him, his gaze earnest. "And I’m so incredibly grateful that I found mine in you."</w:t>
      </w:r>
    </w:p>
    <w:p/>
    <w:p>
      <w:r>
        <w:br/>
        <w:t>The honesty in his eyes, the simple sincerity of his words, always had the power to move her. This was the core of their HEA – not a fleeting moment of triumph, but the steady, unwavering beat of a love that had found its rhythm. It was in the way Liam always made sure her favourite tea was stocked, in the way Eleanor always left a fresh flower on his bedside table, in the way they instinctively knew when the other needed a quiet presence or a gentle word.</w:t>
      </w:r>
    </w:p>
    <w:p/>
    <w:p>
      <w:r>
        <w:br/>
        <w:t>Their evenings were often spent curled up by the fireplace, the crackling flames casting a warm glow on their faces. Liam would read aloud from his favourite authors, his voice a comforting baritone, or they would simply talk, their conversations meandering through the day’s events, their hopes for the future, their shared memories. There were no more unspoken words, no more hidden fears. Their love had shed its armour, revealing a vulnerability that was not weakness, but strength.</w:t>
      </w:r>
    </w:p>
    <w:p/>
    <w:p>
      <w:r>
        <w:br/>
        <w:t>One evening, as they sat in comfortable silence, Eleanor resting her head on Liam’s shoulder, she reflected on the journey that had brought them here. It had been a path paved with uncertainty, with pain, with the arduous process of healing and rediscovery. But at its end, they had found this. This quiet contentment, this profound sense of belonging.</w:t>
      </w:r>
    </w:p>
    <w:p/>
    <w:p>
      <w:r>
        <w:br/>
        <w:t>"Do you ever think about it?" she asked, her voice barely a whisper. "About how far we've come?"</w:t>
      </w:r>
    </w:p>
    <w:p/>
    <w:p>
      <w:r>
        <w:br/>
        <w:t xml:space="preserve">Liam’s arm tightened around her. "Every day," he confessed. "And every day, I'm amazed that we made it. That </w:t>
      </w:r>
    </w:p>
    <w:p>
      <w:pPr>
        <w:jc w:val="left"/>
      </w:pPr>
      <w:r>
        <w:rPr>
          <w:i/>
        </w:rPr>
        <w:t>we</w:t>
      </w:r>
      <w:r>
        <w:t xml:space="preserve"> are here." He turned his head, his lips brushing against her temple. "But I wouldn't trade a single moment of it, El. Not the hard ones, not the scary ones. Because they led me to you. They led us to this."</w:t>
      </w:r>
    </w:p>
    <w:p>
      <w:r>
        <w:br/>
        <w:t>He gestured vaguely around their cozy living room, at the simple furnishings, the worn rug, the bookshelves overflowing with their shared literary adventures. It wasn't a grand estate, nor was it filled with opulent displays of wealth. It was their home, built on a foundation of shared dreams and unwavering love, and it was perfect.</w:t>
      </w:r>
    </w:p>
    <w:p/>
    <w:p>
      <w:r>
        <w:br/>
        <w:t>"Sometimes," Eleanor mused, "I think we get so caught up in the idea of grand gestures, of dramatic declarations of love, that we forget the power of the ordinary. The quiet consistency. The steady, unwavering support."</w:t>
      </w:r>
    </w:p>
    <w:p/>
    <w:p>
      <w:r>
        <w:br/>
        <w:t>"That's where true strength lies, though," Liam said, his voice serious. "In the everyday. In knowing that no matter what, you have someone to share it with. Someone who sees you, truly sees you, and loves you anyway." He paused, then added with a soft smile, "And who occasionally makes you apple crumble that tastes like pure magic."</w:t>
      </w:r>
    </w:p>
    <w:p/>
    <w:p>
      <w:r>
        <w:br/>
        <w:t>Eleanor laughed, a warm, genuine sound. "You're too sweet."</w:t>
      </w:r>
    </w:p>
    <w:p/>
    <w:p>
      <w:r>
        <w:br/>
        <w:t>"Only for you," he murmured, pulling her closer.</w:t>
      </w:r>
    </w:p>
    <w:p/>
    <w:p>
      <w:r>
        <w:br/>
        <w:t>Their days were filled with a gentle rhythm, a predictable cadence that was anything but boring. It was the rhythm of a life well-lived, of a love that had found its footing. They would walk hand-in-hand through the surrounding countryside, the familiar landscape a comforting backdrop to their shared intimacy. They would visit the local market, not with the frantic energy of a first encounter, but with the easy familiarity of neighbours, exchanging pleasantries with Clara, nodding respectfully to Daniel, sharing a laugh with Finn.</w:t>
      </w:r>
    </w:p>
    <w:p/>
    <w:p>
      <w:r>
        <w:br/>
        <w:t>Eleanor found a quiet joy in tending to their garden, her hands in the rich earth, coaxing life and beauty from the soil. Liam would often join her, his large hands surprisingly gentle as he helped weed or water. They would discuss the merits of different fertilizers with the same seriousness they might once have discussed the fate of nations. These were the small victories, the everyday triumphs that punctuated their lives, solidifying their bond.</w:t>
      </w:r>
    </w:p>
    <w:p/>
    <w:p>
      <w:r>
        <w:br/>
        <w:t>One afternoon, Eleanor was sketching in her notebook, a half-finished drawing of a particularly vibrant rose blooming in their garden. Liam sat nearby, engrossed in a book, but his presence was a constant, grounding force. The silence between them was not empty, but full, rich with unspoken understanding.</w:t>
      </w:r>
    </w:p>
    <w:p/>
    <w:p>
      <w:r>
        <w:br/>
        <w:t>"You know," Eleanor said, her pencil hovering over the page, "when I first came here, I thought I was running from something. From a past that had broken me. But I realize now, I wasn't running. I was walking towards something. Towards this." She gestured with her pencil, encompassing their home, their garden, and Liam himself. "Towards you. Towards peace."</w:t>
      </w:r>
    </w:p>
    <w:p/>
    <w:p>
      <w:r>
        <w:br/>
        <w:t>Liam closed his book, his gaze meeting hers. His eyes, those deep, warm pools, held a tenderness that never failed to make her heart ache, in the best possible way. "And I'm so glad you found your way here, El," he said, his voice husky with emotion. "You brought the sunshine with you."</w:t>
      </w:r>
    </w:p>
    <w:p/>
    <w:p>
      <w:r>
        <w:br/>
        <w:t>He stood, crossing the small distance between them, and knelt beside her chair. He gently took the sketchbook from her hands, setting it aside. Then, he cupped her face, his thumbs stroking her cheekbones. "This," he said, his voice low and resonant, "this is what I always wanted. Not fireworks. Not grand pronouncements. Just this. You and me. Building a life, day by day. Loving each other in the quiet moments, the ordinary moments, because that's where love truly lives."</w:t>
      </w:r>
    </w:p>
    <w:p/>
    <w:p>
      <w:r>
        <w:br/>
        <w:t>He kissed her then, a soft, lingering kiss that spoke of years of shared laughter, of tears shed and comforts given, of a deep and abiding affection that had only grown stronger with time. It was a kiss that said "I love you" in a thousand silent ways, a testament to the enduring power of their connection.</w:t>
      </w:r>
    </w:p>
    <w:p/>
    <w:p>
      <w:r>
        <w:br/>
        <w:t>As the seasons turned, and the landscape around Havenwood shifted from the vibrant greens of summer to the fiery hues of autumn, and then to the stark beauty of winter, their love remained a constant, warm hearth. They learned to navigate the subtle shifts in each other’s moods, to anticipate needs before they were spoken, to offer comfort and support without question. Their HEA wasn't a destination they had reached, but a journey they were still very much on, a path walked together, hand in hand, their steps steady and sure.</w:t>
      </w:r>
    </w:p>
    <w:p/>
    <w:p>
      <w:r>
        <w:br/>
        <w:t>The comfort of routine, once a sign of stagnation, had become a source of profound joy. It was the gentle hum of their shared life, a melody that played in the background of their days, punctuated by the sweet notes of shared laughter, the comforting harmonies of mutual respect, and the deep, resonant chords of an unwavering love. Eleanor knew, with a certainty that settled deep in her soul, that she was home. And home, she had discovered, was not a place, but a person. It was Liam. It was them. And their beautiful, ordinary, extraordinary life together.</w:t>
      </w:r>
    </w:p>
    <w:p/>
    <w:p>
      <w:r>
        <w:br w:type="page"/>
      </w:r>
    </w:p>
    <w:p>
      <w:pPr>
        <w:spacing w:before="5040"/>
        <w:jc w:val="center"/>
      </w:pPr>
      <w:r>
        <w:rPr/>
        <w:t xml:space="preserve"> Chapter 15: Echoes of Havenwood</w:t>
      </w:r>
    </w:p>
    <w:p>
      <w:r>
        <w:t>The scent of salt and pine, a familiar perfume of Havenwood, wafted through the open window, a gentle invitation to the new day. Eleanor traced the rim of her teacup, the warmth seeping into her fingers, a mirroring sensation to the quiet contentment that had settled into the very marrow of her bones. A year. It had been a year since the last vestiges of her past had finally faded into the soft focus of memory, a year since Liam had become not just her refuge, but her home. The frantic pulse of her former life, the gnawing uncertainty, the desperate scramble for safety – all of it felt like a story she’d read, a poignant tale about someone else’s journey.</w:t>
      </w:r>
    </w:p>
    <w:p>
      <w:r>
        <w:br/>
        <w:t>Liam’s presence beside her was a steady, grounding force, as vital as the air she breathed. He was reading the local paper, his brow furrowed slightly in concentration, the familiar lines around his eyes etched a little deeper, speaking of laughter and quiet contemplation. The gentle rise and fall of his chest, the occasional rustle of the newspaper, the rhythmic ticking of the grandfather clock in the hall – these were the sounds that now composed the soundtrack of her peace. They weren’t the dramatic crescendos of a life lived on the edge, but the harmonious melodies of a life embraced, a love that had found its enduring rhythm.</w:t>
      </w:r>
    </w:p>
    <w:p/>
    <w:p>
      <w:r>
        <w:br/>
        <w:t>“Anything interesting happening in Havenwood this morning?” Eleanor asked, her voice soft, not wanting to break the spell of their shared morning ritual.</w:t>
      </w:r>
    </w:p>
    <w:p/>
    <w:p>
      <w:r>
        <w:br/>
        <w:t>Liam lowered the paper, his gaze meeting hers, and that familiar, soul-deep smile bloomed on his face. It was a smile that had witnessed her unraveling and celebrated her mending, a smile that held the quiet understanding of shared histories, both turbulent and tranquil. “Just the usual,” he said, his voice a low, comforting rumble. “Mrs. Gable is organizing the annual bake sale, and Finn O’Malley is lamenting the stubbornness of his prize-winning pumpkin. And,” he added, his eyes twinkling, “it seems a flock of seagulls has declared war on the fishing boats down at the harbour. Standard Tuesday, really.”</w:t>
      </w:r>
    </w:p>
    <w:p/>
    <w:p>
      <w:r>
        <w:br/>
        <w:t>Eleanor chuckled, a light, airy sound that seemed to fill the sun-drenched kitchen. She loved these exchanges, the mundane details that, in their ordinariness, had become the cornerstones of their happiness. They were no longer secrets whispered in hushed tones, but shared observations, woven into the tapestry of their everyday existence. She found herself reaching for the jam, a homemade concoction of blackberries and a hint of ginger, a recipe Clara had enthusiastically shared. It was a testament to how far they had come, how fully they had integrated into the fabric of this small, resilient community.</w:t>
      </w:r>
    </w:p>
    <w:p/>
    <w:p>
      <w:r>
        <w:br/>
        <w:t>“Seagulls versus fishing boats,” Eleanor mused, spreading the jam with a deliberate slowness. “I wonder who will win this epic battle.”</w:t>
      </w:r>
    </w:p>
    <w:p/>
    <w:p>
      <w:r>
        <w:br/>
        <w:t>“Given the gulls’ unwavering commitment to pilfering, I’d put my money on them,” Liam replied, folding the newspaper neatly. “Though Finn’s pumpkin might have something to say about it if it gets any bigger.” He leaned back in his chair, his gaze lingering on her. “You know, I saw Daniel Sterling at the library yesterday. He’s been deep-diving into the town’s maritime history. Apparently, there’s a legend about a smuggler’s cove just north of here that’s supposedly still undiscovered.”</w:t>
      </w:r>
    </w:p>
    <w:p/>
    <w:p>
      <w:r>
        <w:br/>
        <w:t>“Daniel,” Eleanor sighed, a fond smile playing on her lips. “He’s so dedicated to his research. I admire that about him. He’s found his passion, just as we have.” She thought of Daniel, always with a book in hand, a quiet observer with a mind that seemed to hold the secrets of ages. He had been one of the first to welcome them, his reserved nature belying a genuine warmth and curiosity. His initial inquiries about her well-being had evolved into genuine friendships, a shared appreciation for the quiet corners of Havenwood and the stories they held.</w:t>
      </w:r>
    </w:p>
    <w:p/>
    <w:p>
      <w:r>
        <w:br/>
        <w:t>“He has,” Liam agreed, his voice laced with a quiet pride. “And speaking of passions, how is our little garden performing this year? Did those rose bushes I planted for you take?”</w:t>
      </w:r>
    </w:p>
    <w:p/>
    <w:p>
      <w:r>
        <w:br/>
        <w:t>Eleanor’s heart swelled at the memory of Liam, his hands calloused but gentle, carefully planting the delicate rose bushes, each one a symbol of their burgeoning love. “They’re thriving, Liam. Absolutely beautiful. One of them is already blooming, a deep crimson, just like you promised.” She met his gaze, a silent conversation passing between them, a shared understanding that went beyond words. These weren’t just plants; they were living embodiments of their journey, of the life they were cultivating together.</w:t>
      </w:r>
    </w:p>
    <w:p/>
    <w:p>
      <w:r>
        <w:br/>
        <w:t>Their days had settled into a comfortable, yet never monotonous, rhythm. Eleanor, with her keen eye for detail and her innate understanding of form and colour, had found a creative outlet in assisting Clara at the local craft shop. It was more than just a job; it was a way to connect with the town’s artisans, to learn their techniques, to contribute to the vibrant creative spirit that infused Havenwood. She’d discovered a knack for designing intricate lacework and for restoring antique pieces, her touch bringing a renewed vibrancy to forgotten treasures. The shop, once a quaint establishment, now buzzed with a new energy, a reflection of Eleanor’s subtle, yet significant, influence. Clara, in turn, had become a confidante, a sister of sorts, her boisterous laughter and unwavering support a constant source of joy for Eleanor.</w:t>
      </w:r>
    </w:p>
    <w:p/>
    <w:p>
      <w:r>
        <w:br/>
        <w:t>Liam, meanwhile, had fully embraced his role as the quiet guardian of Havenwood’s natural beauty. His work with Finn O’Malley, the burly farmer whose gruff exterior hid a heart of gold, had expanded. Liam now managed a significant portion of Finn’s land, overseeing the planting and harvesting with a practiced hand and a deep respect for the earth. He had also taken on the responsibility of maintaining the town’s coastal paths, ensuring they were safe and accessible for hikers and locals alike. He spoke of the changing tides, the migrating birds, the subtle shifts in the seasons with an intimacy that spoke of a profound connection to the land. His days were filled with the honest labour of the outdoors, a stark contrast to the corporate world he had left behind, a world that now felt as distant and insubstantial as a half-forgotten dream.</w:t>
      </w:r>
    </w:p>
    <w:p/>
    <w:p>
      <w:r>
        <w:br/>
        <w:t>Evenings were often spent in a comfortable silence, punctuated by shared reading, quiet conversations, or the simple act of watching the sunset paint the sky in hues of orange and purple. Sometimes, they would walk down to the harbour, the salty breeze ruffling their hair, and watch the fishing boats return, their nets heavy with the day’s catch. They would exchange nods with the fishermen, a silent acknowledgement of shared purpose, of lives lived in harmony with the rhythm of the sea. They were no longer outsiders, but integral parts of this coastal tapestry, their presence woven into the very fabric of Havenwood.</w:t>
      </w:r>
    </w:p>
    <w:p/>
    <w:p>
      <w:r>
        <w:br/>
        <w:t>One crisp autumn afternoon, as they were walking along the cliff path, the wind whipping around them, Eleanor stopped, pulling Liam to a halt beside her. Below, the waves crashed against the rocky shore with a powerful, rhythmic cadence. “Liam,” she began, her voice carrying over the wind, “do you ever think about how much has changed?”</w:t>
      </w:r>
    </w:p>
    <w:p/>
    <w:p>
      <w:r>
        <w:br/>
        <w:t>He turned to her, his eyes, the colour of a stormy sea, held a depth of emotion that always made her breath catch. He reached out, his thumb gently brushing a stray strand of hair from her cheek. “Every single day, El,” he said, his voice low and resonant. “And every single day, I’m grateful for it. For this. For us.”</w:t>
      </w:r>
    </w:p>
    <w:p/>
    <w:p>
      <w:r>
        <w:br/>
        <w:t xml:space="preserve">He pulled her closer, his embrace a sanctuary against the wildness of the elements. “I remember when I first arrived here, thinking I was seeking refuge. I was running, not walking. But Havenwood… it didn’t just offer me shelter. It gave me a home. It gave me </w:t>
      </w:r>
    </w:p>
    <w:p>
      <w:pPr>
        <w:jc w:val="left"/>
      </w:pPr>
      <w:r>
        <w:rPr>
          <w:i/>
        </w:rPr>
        <w:t>you</w:t>
      </w:r>
      <w:r>
        <w:t>.” His gaze was earnest, unwavering. “And you, my love, you found your peace here too. You found your strength, not in hiding, but in building. In creating.”</w:t>
      </w:r>
    </w:p>
    <w:p>
      <w:r>
        <w:br/>
        <w:t>Eleanor leaned into his embrace, the familiar scent of him – pine, sea salt, and something uniquely Liam – filling her senses. “It wasn’t just Havenwood, though, was it?” she whispered, her voice muffled against his chest. “It was you. You were the anchor that kept me grounded, the steady hand that guided me through the storm. You saw the woman I could be, even when I couldn’t see her myself.”</w:t>
      </w:r>
    </w:p>
    <w:p/>
    <w:p>
      <w:r>
        <w:br/>
        <w:t>“We saw it in each other,” Liam corrected, his voice soft. “We saw the possibility, the strength, the resilience. And we chose to nurture it. Together.” He pulled back slightly, his gaze sweeping over the rugged coastline, the quaint cottages dotting the hills, the distant silhouette of the lighthouse standing sentinel. “This life,” he continued, “it’s not about grand gestures or earth-shattering revelations anymore. It’s about the quiet strength of knowing someone has your back, always. It’s about the shared laughter over a burnt dinner, the comfortable silence during a long drive, the simple joy of waking up next to the person you love.”</w:t>
      </w:r>
    </w:p>
    <w:p/>
    <w:p>
      <w:r>
        <w:br/>
        <w:t>He kissed her then, a gentle, lingering kiss that tasted of salt and promises. It wasn’t a kiss of desperate passion, but of deep, abiding contentment, a testament to the enduring power of their connection. It was a kiss that said, “We made it. We are here. And we are home.”</w:t>
      </w:r>
    </w:p>
    <w:p/>
    <w:p>
      <w:r>
        <w:br/>
        <w:t>Later, back in their cozy cottage, the fire crackling merrily in the hearth, Eleanor found herself sketching in her notebook. She was capturing the play of light on the worn wooden table, the familiar contours of Liam’s hand as he held a book. The scene was so ordinary, so devoid of drama, yet it held a profound beauty, a quiet testament to the life they had built. She remembered the fear that had once been her constant companion, the gnawing anxiety that had shadowed her every step. Now, that fear was a distant echo, a ghost of a past she had finally laid to rest.</w:t>
      </w:r>
    </w:p>
    <w:p/>
    <w:p>
      <w:r>
        <w:br/>
        <w:t>Liam looked up from his book, his gaze softening as he watched her. “What are you creating now, my love?” he asked, his voice a warm caress.</w:t>
      </w:r>
    </w:p>
    <w:p/>
    <w:p>
      <w:r>
        <w:br/>
        <w:t>“Just… this,” Eleanor replied, gesturing with her pencil. “The beauty of the everyday. The quiet hum of our life. The peace.” She looked up at him, her heart overflowing. “It’s more than I ever dared to dream of.”</w:t>
      </w:r>
    </w:p>
    <w:p/>
    <w:p>
      <w:r>
        <w:br/>
        <w:t>“And it’s only the beginning, El,” Liam said, closing his book and crossing the room to sit beside her. He gently took her sketchbook, his fingers brushing hers. “We’ve weathered the storms, we’ve found our harbour, and now, we get to simply live. To love. To build our future, one quiet, beautiful day at a time.” He wrapped an arm around her, pulling her close. “And I wouldn’t trade a single moment of it, not one, for anything in the world.”</w:t>
      </w:r>
    </w:p>
    <w:p/>
    <w:p>
      <w:r>
        <w:br/>
        <w:t>The years that followed were not marked by dramatic upheavals, but by a gentle unfolding, a deepening of roots, a solidification of belonging. Eleanor became a beloved figure in Havenwood, her creative spirit and warm heart a welcome addition to the community. She championed local artists, organized workshops, and her designs graced many of the homes and businesses in town. Liam, with his quiet strength and unwavering integrity, became a respected pillar of the community, his dedication to the land and its people earning him the admiration of all.</w:t>
      </w:r>
    </w:p>
    <w:p/>
    <w:p>
      <w:r>
        <w:br/>
        <w:t>They were the couple who walked hand-in-hand through the Saturday market, sharing smiles and easy banter with Clara and Daniel. They were the ones who always had a pot of coffee brewing for unexpected visitors, their home a haven of warmth and acceptance. They were the living embodiment of a love that had not only survived but thrived, a love that had found its truest expression in the quiet moments, the shared laughter, and the unwavering commitment to building a life together. Havenwood, once a place of refuge, had become their sanctuary, their home, and in the gentle rhythm of their days, they had found their forever. The echoes of their past had faded, replaced by the steady, unwavering melody of a love that had found its enduring harmony.</w:t>
      </w:r>
    </w:p>
    <w:p/>
    <w:p>
      <w:r>
        <w:t>The late afternoon sun cast long shadows across Havenwood’s cobbled streets, a gentle warmth that belied the approaching autumn chill. Eleanor found herself drawn to the familiar, comforting aroma of roasted coffee beans drifting from “The Daily Grind,” a small café tucked away near the harbour, its windows perpetually misted with the steam of brewing espresso. Liam had mentioned needing to discuss some landscaping plans with Finn O’Malley, and Eleanor, with a book tucked under her arm and a sense of quiet anticipation for their shared evening, decided to treat herself to a leisurely hour of reading amidst the gentle hum of the town.</w:t>
      </w:r>
    </w:p>
    <w:p>
      <w:r>
        <w:br/>
        <w:t>As she pushed open the café door, a small bell chimed overhead, announcing her arrival. The interior was cozy, a mélange of mismatched wooden tables, worn leather armchairs, and walls adorned with local art. The air buzzed with the low murmur of conversation and the clatter of ceramic cups. Eleanor scanned the room, her gaze settling on a small, secluded table by the window. Just as she was about to make her way towards it, a voice, bright and clear as a summer stream, called out, "Eleanor! Over here!"</w:t>
      </w:r>
    </w:p>
    <w:p/>
    <w:p>
      <w:r>
        <w:br/>
        <w:t>She turned, a smile blooming on her face as she recognized Clara, her dear friend and proprietor of the craft shop, waving her over from a table already occupied by a man Eleanor hadn’t seen before. He was tall, with a shock of unruly auburn hair that seemed to defy gravity and eyes the colour of a moss-covered stone, currently crinkling at the corners as he offered a disarming grin. Beside him, Clara, a whirlwind of vibrant energy even in repose, beamed.</w:t>
      </w:r>
    </w:p>
    <w:p/>
    <w:p>
      <w:r>
        <w:br/>
        <w:t>"Eleanor, darling, come join us!" Clara exclaimed, patting the empty chair beside her. "I wanted you to meet someone. This is Rowan. Rowan, this is Eleanor, the reason our little craft shop has become the most sought-after treasure trove in Havenwood."</w:t>
      </w:r>
    </w:p>
    <w:p/>
    <w:p>
      <w:r>
        <w:br/>
        <w:t>Rowan rose to his feet, extending a hand towards Eleanor. His grip was firm, his smile genuine. "It's a pleasure to finally meet you, Eleanor. Clara has sung your praises so many times, I was beginning to think you were a figment of her creative imagination." His voice was warm, with a hint of an accent Eleanor couldn't quite place – perhaps a touch of Irish or Scottish heritage, she mused.</w:t>
      </w:r>
    </w:p>
    <w:p/>
    <w:p>
      <w:r>
        <w:br/>
        <w:t>"And Clara has told me all about your legendary sailing skills," Eleanor replied, her own hand meeting his. "She claims you can navigate Havenwood’s notoriously fickle waters blindfolded."</w:t>
      </w:r>
    </w:p>
    <w:p/>
    <w:p>
      <w:r>
        <w:br/>
        <w:t>Rowan chuckled, a rich, resonant sound. "Clara tends to embellish. I can navigate them with my eyes open, which is usually sufficient. Though I do occasionally get lucky and find myself in the right place at the right time." He gestured for her to sit. "Please, join us. We were just discussing the upcoming maritime festival. Clara is trying to convince me that a life-sized papier-mâché whale is absolutely essential for the opening parade."</w:t>
      </w:r>
    </w:p>
    <w:p/>
    <w:p>
      <w:r>
        <w:br/>
        <w:t>Eleanor settled into the chair, the scent of coffee and companionship enveloping her. "A life-sized whale, Clara? That's ambitious, even for you."</w:t>
      </w:r>
    </w:p>
    <w:p/>
    <w:p>
      <w:r>
        <w:br/>
        <w:t>Clara waved a dismissive hand. "Nonsense! It's a statement piece. And Rowan here," she nudged him playfully, "is the resident expert on all things oceanic. He runs the boat repair shop down by the docks. His family has been a fixture in Havenwood for generations."</w:t>
      </w:r>
    </w:p>
    <w:p/>
    <w:p>
      <w:r>
        <w:br/>
        <w:t>"Generations of keeping boats afloat and their owners mostly dry," Rowan added with a self-deprecating smile. "Though I'm starting to suspect some of these older vessels have more holes than actual boat." He turned his attention back to Eleanor, his gaze thoughtful. "Speaking of the sea, have you ever taken to the water, Eleanor? Havenwood’s coastline is spectacular from a different perspective."</w:t>
      </w:r>
    </w:p>
    <w:p/>
    <w:p>
      <w:r>
        <w:br/>
        <w:t>Eleanor felt a familiar flutter of apprehension, a ghost of a past she had worked so hard to leave behind. She had always associated the sea with peril, with the vast, untamed forces that had once threatened to swallow her whole. But as she looked at Rowan, his eyes open and curious, devoid of any hidden agenda, she found herself wanting to push past that old fear. "I… I haven't had much opportunity, honestly," she admitted, her voice softer than she intended. "My interests have always been more land-based."</w:t>
      </w:r>
    </w:p>
    <w:p/>
    <w:p>
      <w:r>
        <w:br/>
        <w:t>Clara, ever perceptive, sensed the slight shift in Eleanor’s demeanour. She reached over and squeezed Eleanor's hand. "Well, perhaps Rowan can change that. He's offering free sailing lessons to anyone brave enough to face the waves this autumn."</w:t>
      </w:r>
    </w:p>
    <w:p/>
    <w:p>
      <w:r>
        <w:br/>
        <w:t>Rowan’s expression was gentle. "No pressure, of course. But there's a unique kind of peace to be found out there, Eleanor. The rhythm of the waves, the vastness of the horizon… it has a way of putting things into perspective." He paused, his gaze sweeping over the busy café, then back to her. "It’s a different kind of peace than the one you find on solid ground, perhaps. More… expansive."</w:t>
      </w:r>
    </w:p>
    <w:p/>
    <w:p>
      <w:r>
        <w:br/>
        <w:t>Before Eleanor could formulate a response, the café door chimed again, and a young woman with a shock of fiery red hair and an infectious laugh strode in, her presence immediately brightening the room. She spotted Clara and waved enthusiastically.</w:t>
      </w:r>
    </w:p>
    <w:p/>
    <w:p>
      <w:r>
        <w:br/>
        <w:t>"Clara! You won't believe what happened down at the pottery studio!" she exclaimed, her voice ringing with excitement as she approached their table. "Mr. Henderson's prize-winning gargoyle… well, let's just say it's taken a rather dramatic tumble from its pedestal. It's currently in several very artistic pieces."</w:t>
      </w:r>
    </w:p>
    <w:p/>
    <w:p>
      <w:r>
        <w:br/>
        <w:t>Clara threw her head back and laughed. "Oh, Willow! Always bringing the drama." She then turned to Eleanor and Rowan. "This is Willow, another of our local artisans. She's a potter, and frankly, the most wonderfully chaotic force Havenwood has seen in years. Willow, this is Eleanor, and Rowan."</w:t>
      </w:r>
    </w:p>
    <w:p/>
    <w:p>
      <w:r>
        <w:br/>
        <w:t>Willow’s bright blue eyes, flecked with gold, sparkled as she took in Eleanor and Rowan. "It’s so lovely to meet you both!" she said, her energy almost palpable. "Clara has told me so much about you, Eleanor. Your eye for detail is legendary. And Rowan," she winked at him, "I hear you managed to rescue Mrs. Gable's prize-winning petunias from that seagull menace yesterday. A true hero."</w:t>
      </w:r>
    </w:p>
    <w:p/>
    <w:p>
      <w:r>
        <w:br/>
        <w:t>Rowan flushed slightly. "Just doing my civic duty, Willow. The seagulls were unusually aggressive."</w:t>
      </w:r>
    </w:p>
    <w:p/>
    <w:p>
      <w:r>
        <w:br/>
        <w:t>"Aggressive is Willow's middle name when it comes to her clay," Clara chimed in, a fond smile on her face. "She can coax the most incredible forms out of it. And she has a knack for finding the humour in every situation, even a shattered gargoyle."</w:t>
      </w:r>
    </w:p>
    <w:p/>
    <w:p>
      <w:r>
        <w:br/>
        <w:t>Willow grinned. "Well, the gargoyle might be in pieces, but its artistic integrity remains intact, I assure you! I was thinking we could reassemble it into something new, perhaps a mosaic of despair and renewal." She turned to Eleanor, her expression earnest. "You should come down to the studio sometime, Eleanor. We're always looking for new perspectives. Perhaps you could help me decide if my new line of teacups should be aggressively cheerful or quietly contemplative."</w:t>
      </w:r>
    </w:p>
    <w:p/>
    <w:p>
      <w:r>
        <w:br/>
        <w:t>Eleanor found herself charmed by Willow’s unbridled enthusiasm. It was a stark contrast to her own often more reserved nature, yet there was something undeniably magnetic about it. "I'd love that, Willow," she said, a genuine smile gracing her lips. "I’m fascinated by the process of creation, of taking raw materials and bringing them to life."</w:t>
      </w:r>
    </w:p>
    <w:p/>
    <w:p>
      <w:r>
        <w:br/>
        <w:t>"Exactly!" Willow beamed. "It's like breathing life into the world, isn't it? Rowan, you do that with boats. Clara, you do it with fabric and yarn. And Eleanor," she gestured encompassing her, "you do it with… well, with everything you touch. You have a way of seeing the beauty in things, the potential. That's why Havenwood is so lucky to have you."</w:t>
      </w:r>
    </w:p>
    <w:p/>
    <w:p>
      <w:r>
        <w:br/>
        <w:t>As the conversation flowed, Eleanor felt a sense of warmth and belonging that had become so familiar in her life here. Rowan, the steady, skilled craftsman with a gentle spirit and a deep connection to the sea. Willow, the vibrant, artistic soul who saw the world through a kaleidoscope of colour and creativity. They were new threads being woven into the rich tapestry of Havenwood, each with their own unique stories and potential.</w:t>
      </w:r>
    </w:p>
    <w:p/>
    <w:p>
      <w:r>
        <w:br/>
        <w:t>Rowan, listening to Willow’s animated description of her latest kiln mishap, found himself studying Eleanor. He had seen her around town, of course – her quiet grace and the thoughtful way she moved had always caught his eye. But meeting her, hearing her speak, he understood why Clara held her in such high regard. There was a depth to Eleanor, a quiet strength that belied her gentle demeanor. He found himself intrigued by the hints of a past she seemed hesitant to share, a curiosity piqued by the subtle shadows that occasionally flickered in her eyes. He had a feeling that Eleanor, like the old sea charts he sometimes restored, held layers of untold stories.</w:t>
      </w:r>
    </w:p>
    <w:p/>
    <w:p>
      <w:r>
        <w:br/>
        <w:t>"You know," Rowan said, turning back to Eleanor, "if you ever do decide to brave the waters, I'd be happy to take you out. No gargoyles involved, I promise. Just the open sea, the wind in your hair, and perhaps a thermos of Clara's surprisingly excellent coffee." He offered another one of his disarming smiles, a genuine invitation that felt warm and welcoming.</w:t>
      </w:r>
    </w:p>
    <w:p/>
    <w:p>
      <w:r>
        <w:br/>
        <w:t>Willow, ever the instigator, chimed in, "Oh, you absolutely must, Eleanor! Rowan is the best captain, and the sunsets over the water are simply breathtaking. We could make it a whole adventure. The three of us! A grand voyage of discovery!"</w:t>
      </w:r>
    </w:p>
    <w:p/>
    <w:p>
      <w:r>
        <w:br/>
        <w:t>Eleanor felt a tug of apprehension, but it was quickly overshadowed by a burgeoning sense of excitement. The prospect of experiencing Havenwood from a new vantage point, under the guidance of someone so clearly passionate about his craft, was undeniably appealing. And the idea of sharing that experience with Clara and Willow, two women who embodied the vibrant spirit of this town, felt like a natural extension of the life she had so carefully built.</w:t>
      </w:r>
    </w:p>
    <w:p/>
    <w:p>
      <w:r>
        <w:br/>
        <w:t>"Perhaps," Eleanor said, a tentative smile playing on her lips. "Perhaps I will." She met Rowan's gaze, and in his eyes, she saw not just the promise of an adventure, but a quiet understanding, a willingness to meet her where she was, to let her set the pace. It was a subtle invitation, free of expectation, and it settled comfortably in her heart.</w:t>
      </w:r>
    </w:p>
    <w:p/>
    <w:p>
      <w:r>
        <w:br/>
        <w:t>As the afternoon wore on, the conversation meandered, touching on everything from the challenges of sourcing sustainable yarn to the best place to find perfectly ripe apples for baking. Eleanor listened, absorbing the distinct personalities of Rowan and Willow, recognizing in them the same fierce passion and deep-rooted sense of community that had drawn her to Havenwood in the first place. They were new faces, yes, but their spirits felt instantly familiar, like old friends she was only just beginning to know.</w:t>
      </w:r>
    </w:p>
    <w:p/>
    <w:p>
      <w:r>
        <w:br/>
        <w:t>Liam arrived then, his usual calm presence a reassuring anchor in the lively café. He greeted Clara with a warm embrace and Rowan with a friendly nod. His eyes met Eleanor’s, and the unspoken connection between them was as palpable as ever, a quiet reassurance in the midst of the new introductions.</w:t>
      </w:r>
    </w:p>
    <w:p/>
    <w:p>
      <w:r>
        <w:br/>
        <w:t>"Liam, darling!" Clara exclaimed, her eyes twinkling. "Just in time. We were just about to convince Eleanor to embark on a perilous sea voyage with Rowan here."</w:t>
      </w:r>
    </w:p>
    <w:p/>
    <w:p>
      <w:r>
        <w:br/>
        <w:t>Liam raised an eyebrow, a playful smile touching his lips as he looked at Eleanor. "A sea voyage? Sounds exciting. Is there a specific reason you're trying to get rid of her, Clara?"</w:t>
      </w:r>
    </w:p>
    <w:p/>
    <w:p>
      <w:r>
        <w:br/>
        <w:t>"Never!" Clara declared, feigning outrage. "Just introducing her to the finest people Havenwood has to offer. Eleanor, you know Liam, of course. And this is Rowan, the captain of the good ship 'Fix-It-All,' and Willow, our resident clay whisperer."</w:t>
      </w:r>
    </w:p>
    <w:p/>
    <w:p>
      <w:r>
        <w:br/>
        <w:t>Liam shook Rowan’s hand warmly. "It’s good to finally meet you properly, Rowan. I’ve heard good things about your work down at the docks. Keeping those old boats from sinking is a heroic feat."</w:t>
      </w:r>
    </w:p>
    <w:p/>
    <w:p>
      <w:r>
        <w:br/>
        <w:t>"Just trying to keep them afloat," Rowan replied, his smile easy. "And I hear you're quite the expert on making things grow. Finn tells me you’re responsible for the most impressive pumpkin patch this side of the county."</w:t>
      </w:r>
    </w:p>
    <w:p/>
    <w:p>
      <w:r>
        <w:br/>
        <w:t>The easy banter between Liam and Rowan, the shared appreciation for honest work and the land, was immediately evident. Eleanor watched them, a quiet contentment settling over her. She saw Liam’s comfortable ease with these new arrivals, the way he embraced the expanding circle of their lives in Havenwood.</w:t>
      </w:r>
    </w:p>
    <w:p/>
    <w:p>
      <w:r>
        <w:br/>
        <w:t>Willow, sensing the transition, turned to Liam. "And you, Liam, have you heard about the gargoyle incident? Mr. Henderson is beside himself. I was thinking Eleanor and I could try and salvage some of the pieces for a new project. A monument to artistic resilience, perhaps?"</w:t>
      </w:r>
    </w:p>
    <w:p/>
    <w:p>
      <w:r>
        <w:br/>
        <w:t>Liam chuckled, his gaze returning to Eleanor. "That sounds like a truly inspired undertaking. You two would make a formidable team." He then turned to Rowan. "If Eleanor does decide to join you on the water, Rowan, please bring her back in one piece. She’s rather essential to my day-to-day operations."</w:t>
      </w:r>
    </w:p>
    <w:p/>
    <w:p>
      <w:r>
        <w:br/>
        <w:t>Eleanor felt a blush creep up her neck, but it was a blush of warmth, of feeling seen and cherished. The casual inclusion, the gentle teasing, the seamless integration of these new people into their lives – it was all part of the quiet magic of Havenwood.</w:t>
      </w:r>
    </w:p>
    <w:p/>
    <w:p>
      <w:r>
        <w:br/>
        <w:t>As they lingered, the conversation became a comfortable tapestry of shared interests and burgeoning friendships. Rowan spoke of the intricate workings of a boat’s engine with the same passion Willow described the delicate firing of her pottery. Eleanor found herself listening intently, not just to their words, but to the currents of connection flowing between them all. She saw the potential for deep friendships, for shared laughter and support, for the kind of bonds that enriched life in ways she had only ever dreamed of.</w:t>
      </w:r>
    </w:p>
    <w:p/>
    <w:p>
      <w:r>
        <w:br/>
        <w:t>Later, as the sun dipped below the horizon, casting a warm, golden glow over the café, Eleanor knew she had stumbled upon something special. Rowan and Willow, with their distinct energies and shared love for Havenwood, were not just new faces; they were new stories waiting to unfold, new chapters in the vibrant narrative of this place she now called home. And as she looked at Liam, his hand finding hers under the table, she felt a profound sense of gratitude for the life they were building, a life that was constantly growing, expanding, and embracing the beautiful, unpredictable unfolding of new beginnings. The echoes of her past were a faint whisper now, easily drowned out by the vibrant symphony of the present, a symphony that was only just beginning to find its full voice.</w:t>
      </w:r>
    </w:p>
    <w:p/>
    <w:p>
      <w:r>
        <w:t>Havenwood. The very name conjured images of ancient oaks, their branches reaching towards a sky that always seemed a shade of cerulean reserved just for this corner of the world. It wasn't just a town; it was a feeling, a gentle embrace that seeped into your bones and made you forget the urgency of the outside world. Eleanor had discovered this truth slowly, tentatively at first, and now, months into her life here, she understood its profound pull. It was a place where time seemed to stretch, allowing for the cultivation of not just gardens and crafts, but of something far more precious: enduring love stories.</w:t>
      </w:r>
    </w:p>
    <w:p>
      <w:r>
        <w:br/>
        <w:t xml:space="preserve">The atmosphere of Havenwood was a carefully orchestrated symphony of sensory delights. The salty tang of the sea air, ever-present, mingled with the sweet perfume of roses from Mrs. Gable’s prize-winning bushes and the earthy scent of damp soil after a gentle rain. Cobblestone streets, worn smooth by generations of footsteps, wound through the town, lined with cottages boasting whimsical painted doors and window boxes overflowing with vibrant blooms. In the morning, the air buzzed with the industrious chirping of seagulls and the distant clang of the blacksmith’s hammer, a rhythmic pulse that spoke of a community in motion. By afternoon, a quiet hum settled over the town, punctuated by the murmur of conversations spilling from “The Daily Grind” or the cheerful calls of children playing in the town square. Evenings brought a softer light, a golden haze that settled over the rooftops, casting long, inviting shadows and beckoning inhabitants to gather, to share, to simply </w:t>
      </w:r>
    </w:p>
    <w:p>
      <w:pPr>
        <w:jc w:val="left"/>
      </w:pPr>
      <w:r>
        <w:rPr>
          <w:i/>
        </w:rPr>
        <w:t>be</w:t>
      </w:r>
      <w:r>
        <w:t>.</w:t>
      </w:r>
    </w:p>
    <w:p>
      <w:r>
        <w:br/>
        <w:t>It was this unique charm, this unhurried pace, that made Havenwood such fertile ground for love. Here, romance wasn't a fleeting spark, a whirlwind affair that burned out as quickly as it ignited. Instead, it was more like the slow, steady growth of an ancient oak, its roots deepening with each passing season, its branches reaching out to shelter and sustain. The town itself seemed to encourage it. There were no towering skyscrapers to dwarf the human spirit, no relentless traffic to drown out the quiet whispers of the heart. Instead, there were intimate cafes where chance encounters blossomed, quiet seaside paths perfect for hand-in-hand strolls, and cozy community events where shared laughter built bridges between souls.</w:t>
      </w:r>
    </w:p>
    <w:p/>
    <w:p>
      <w:r>
        <w:br/>
        <w:t>The quirky traditions of Havenwood were more than just quaint customs; they were the threads that wove the community together, creating a shared history and a sense of belonging. The annual ‘Blessing of the Boats’ ceremony, where Father Michael sprinkled holy water on every vessel moored in the harbour, ensuring safe passage for the year ahead, was a testament to their reliance on the sea and their faith. The Midsummer’s Eve bonfire on the beach, where villagers tossed notes of their worries into the flames, was a cathartic ritual that purged the old and welcomed the new. And then there was the ‘Harvest Moon Ball,’ a magical evening held under the celestial glow of the autumn moon, where dancing under the stars was as much about celebrating the bounty of the land as it was about celebrating the bounty of human connection. These traditions weren’t imposed; they were organic, born from the collective spirit of the town, and they provided a natural, unforced backdrop for relationships to deepen and solidify.</w:t>
      </w:r>
    </w:p>
    <w:p/>
    <w:p>
      <w:r>
        <w:br/>
        <w:t>The sense of community in Havenwood was not just a concept; it was a tangible force. It was in the way Mrs. Henderson, the baker, always saved a warm loaf of sourdough for Mr. Fitzwilliam, the retired fisherman, knowing he couldn't manage the walk to the bakery himself. It was in the way Clara, with her boundless energy, organized ‘Crafting for a Cause’ events, bringing together artisans and volunteers to create handmade blankets for the local animal shelter or knitted hats for premature babies. It was in the way Liam, with his quiet strength, was always the first to offer a helping hand, whether it was mending a fence or simply lending an ear to someone in need. This interwoven fabric of mutual support and genuine care created a safety net for its inhabitants, a silent promise that no one was ever truly alone. It was this deep-seated interconnectedness that allowed love to flourish, unburdened by suspicion or isolation. Here, hearts were open, and the warmth of one was felt by all.</w:t>
      </w:r>
    </w:p>
    <w:p/>
    <w:p>
      <w:r>
        <w:br/>
        <w:t>Eleanor had witnessed this firsthand. She had seen friendships blossom between people who, in another setting, might have remained strangers. She had seen tentative connections grow into deep, abiding love, nurtured by the town’s inherent embrace. She had seen Rowan, with his rugged charm and gentle spirit, find a kindred soul in Willow, her vibrant creativity a perfect complement to his grounded nature. She had seen Liam, so steady and true, build a life with her that felt as natural and essential as the tides themselves. Havenwood didn't just house these stories; it actively participated in their creation. It provided the quiet moments, the shared experiences, the gentle nudges that allowed love to find its way.</w:t>
      </w:r>
    </w:p>
    <w:p/>
    <w:p>
      <w:r>
        <w:br/>
        <w:t>The town wasn’t without its eccentricities, of course. Mr. Abernathy, the resident historian, claimed to have seen a mermaid once, and he maintained a small shrine to her near the lighthouse, complete with offerings of seashells and sea glass. The annual ‘Gnome Garden Competition’ saw residents meticulously crafting miniature villages in their backyards, complete with tiny mushroom houses and dewdrop-filled ponds. And then there was the peculiar phenomenon of the ‘Whispering Wind Chimes’ that hung from the eaves of several old houses, said to carry messages from loved ones lost at sea. These quirks, far from being an oddity, were part of Havenwood’s unique charm, testament to the individual spirits that called this place home. They were the little details that made Havenwood more than just a picturesque postcard; they were the very soul of the town, vibrant and alive.</w:t>
      </w:r>
    </w:p>
    <w:p/>
    <w:p>
      <w:r>
        <w:br/>
        <w:t>Eleanor found herself increasingly drawn to these details, these small pockets of joy and wonder. She would often wander down to the harbour, watching Rowan meticulously repair a fishing boat, his hands calloused but sure, his brow furrowed in concentration. She would see Willow emerge from her pottery studio, her apron dusted with clay, a wild, joyful grin on her face, eager to share her latest creation. These were moments of quiet observation, but they spoke volumes about the lives being lived in Havenwood, lives rooted in passion, creativity, and an unwavering connection to the place they called home.</w:t>
      </w:r>
    </w:p>
    <w:p/>
    <w:p>
      <w:r>
        <w:br/>
        <w:t>The town’s resilience was another enduring characteristic. It had weathered storms, both literal and metaphorical, and always emerged stronger, more unified. There was a quiet strength in its inhabitants, a refusal to be defeated, a deep-seated belief in the power of community to overcome any obstacle. This resilience, Eleanor realized, was an intrinsic part of the town’s allure, a subtle reassurance that life here, while not without its challenges, was fundamentally good, and that love, in its many forms, would always find a way to bloom.</w:t>
      </w:r>
    </w:p>
    <w:p/>
    <w:p>
      <w:r>
        <w:br/>
        <w:t>Havenwood wasn't a place of grand pronouncements or dramatic declarations. Its magic lay in the subtle, the understated, the quietly profound. It was in the shared glance across a crowded room, the gentle touch of a hand, the comforting presence of a familiar face. It was in the way the sea breeze whispered secrets through the ancient oaks, carrying with it the echoes of past love stories and the promise of new ones yet to unfold. It was a town that understood the enduring power of connection, a place where hearts found their home, and where love, in its most beautiful and lasting forms, was not just possible, but inevitable. It was a living, breathing entity, this Havenwood, and Eleanor felt its heartbeat synchronizing with her own, a beautiful, reassuring rhythm that promised a lifetime of belonging. The town wasn't just a backdrop; it was a character in its own right, a benevolent force that nurtured happiness and guided its inhabitants towards fulfilling lives, woven with the golden thread of love.</w:t>
      </w:r>
    </w:p>
    <w:p/>
    <w:p>
      <w:r>
        <w:t>The gentle rhythm of Havenwood had a way of seeping into your soul, smoothing out the rough edges that life had carved into you. For Eleanor, it had been a sanctuary, a place where the frantic pace of her past life began to fade, replaced by the slow, deliberate bloom of something far more profound. She’d arrived with a carefully constructed facade, a fortress built brick by brick around a heart that had learned too early to protect itself. But Havenwood, with its quiet kindness and unhurried charm, had chipped away at those walls, not with force, but with a persistent, gentle light. It had been Liam, of course, who had been the most potent force in that gentle dismantling. He hadn’t stormed the ramparts; instead, he had simply sat outside, offering warmth, patience, and a steady presence that slowly, irrevocably, began to melt the ice.</w:t>
      </w:r>
    </w:p>
    <w:p>
      <w:r>
        <w:br/>
        <w:t>She remembered the early days, the hesitant steps she’d taken towards him, each one a monumental effort of will. Her fear of vulnerability, a deep-seated wound from past betrayals, had been a constant shadow. She’d anticipated the worst, the inevitable disappointment, the eventual abandonment. But Liam had met her vulnerability not with judgment, but with an open heart and a quiet strength that had become her anchor. He’d shown her that true strength wasn't in building higher walls, but in daring to lower them, in trusting that the person on the other side would see your imperfections and love you all the more for them. His own journey, she knew, had been equally arduous. He, too, carried scars, the quiet ache of a life lived with a sense of duty that had often overshadowed his own desires. He had learned, through their shared experiences, that love wasn't about sacrifice in the name of obligation, but about genuine connection, about two souls finding a shared rhythm that nourished them both.</w:t>
      </w:r>
    </w:p>
    <w:p/>
    <w:p>
      <w:r>
        <w:br/>
        <w:t>Their love story wasn't a fairy tale written in the stars, a preordained destiny. It was a testament to hard work, to the painstaking effort of truly seeing another person, and more importantly, of being seen. They had learned to articulate the unspoken, to translate the subtle shifts in their moods, the fleeting shadows of doubt that would sometimes cross their minds. Eleanor had learned that honesty, even when it felt like exposing a raw nerve, was the bedrock upon which genuine intimacy was built. Liam had taught her that vulnerability wasn't a weakness to be hidden, but a powerful bridge that connected two hearts on a level deeper than words.</w:t>
      </w:r>
    </w:p>
    <w:p/>
    <w:p>
      <w:r>
        <w:br/>
        <w:t>She recalled a particular evening, not long after they had truly begun to trust each other. A misunderstanding, small in its origins but potent in its effect, had left them both feeling a familiar sting of anxiety. Eleanor had felt the old defenses begin to rise, the urge to retreat, to build her walls higher than ever before. But Liam, sensing her withdrawal, had reached out, not to pull her back, but to simply hold her hand. He hadn’t demanded an explanation, hadn’t accused her of shutting him out. Instead, he had said, his voice a low rumble of quiet understanding, "We can talk about this. Or we can sit in it for a while. Whatever you need, Eleanor. But we’re in this together." That simple offer, that unwavering reassurance, had been a revelation. It had been the moment she understood that love wasn't about never having disagreements, but about having a shared commitment to navigate them, hand in hand, with grace and unwavering support.</w:t>
      </w:r>
    </w:p>
    <w:p/>
    <w:p>
      <w:r>
        <w:br/>
        <w:t>Liam, in turn, had learned to articulate his own fears, his own insecurities that had often been buried beneath his stoic exterior. He had confessed his worries about not being enough, about the fear of failing to live up to the expectations he perceived others had of him, and, perhaps most poignantly, the expectations he’d placed upon himself for so long. Eleanor had listened, her heart aching with a fierce, protective love. She had shown him that his worth wasn't measured by his achievements or the burdens he carried, but by the quiet integrity of his spirit, the unwavering kindness that flowed from him like a gentle stream. She had learned that embracing your own imperfections, and allowing your partner to embrace them too, was the truest form of self-acceptance, and the most profound expression of love.</w:t>
      </w:r>
    </w:p>
    <w:p/>
    <w:p>
      <w:r>
        <w:br/>
        <w:t>Their journey had been a continuous process of shedding old skins, of unlearning the habits of self-protection and embracing the courage it took to be truly open. They had learned that love wasn't a destination, but a dynamic, evolving force. It required constant attention, a willingness to adapt and grow, to forgive and to be forgiven. They had discovered that true partnership meant celebrating each other’s triumphs with genuine joy and offering solace during times of struggle, not as an obligation, but as an intrinsic part of their shared existence.</w:t>
      </w:r>
    </w:p>
    <w:p/>
    <w:p>
      <w:r>
        <w:br/>
        <w:t>The foundation of their relationship was now as solid and enduring as the ancient oaks that dotted the Havenwood landscape. It was built not on fleeting passion, though that was certainly present, but on a profound understanding that came from shared vulnerability, mutual respect, and an unshakeable belief in each other's inherent goodness. They had learned that the most beautiful love stories weren't the ones without challenges, but the ones where two people faced those challenges together, emerging stronger, more connected, and more deeply in love with each passing season. Their HEA felt not just earned, but deeply and truly lived, a vibrant testament to the transformative power of love that had found its home in the heart of Havenwood. They understood that the echoes of their past wounds had not disappeared, but they no longer defined them. Instead, they had become part of their story, a reminder of the strength they had found in each other, and the enduring power of a love that chose to heal, to grow, and to endure.</w:t>
      </w:r>
    </w:p>
    <w:p/>
    <w:p>
      <w:r>
        <w:t>The soft twilight deepened over Havenwood, painting the sky in hues of lavender and rose. Eleanor watched the last vestiges of sunlight fade from the horizon, a sense of profound contentment settling over her. Liam’s arm was a warm, solid weight around her shoulders as they stood on the porch of their cottage, the familiar scent of pine and damp earth a comforting embrace. The air, usually alive with the rustle of leaves and the distant murmur of the creek, was hushed, as if holding its breath in anticipation. Anticipation for what? Eleanor wasn't entirely sure, but the feeling was electric, a subtle hum beneath the surface of their peaceful existence.</w:t>
      </w:r>
    </w:p>
    <w:p>
      <w:r>
        <w:br/>
        <w:t>Their HEA, the hard-won, deeply cherished happy ending, was not a static destination but a vibrant, living tapestry woven with the threads of their shared journey. It was in the quiet mornings spent sipping coffee on this very porch, Liam’s hand finding hers as naturally as breathing. It was in the shared laughter that echoed through the rooms of their home, a testament to the lightness they had found in each other’s presence. It was in the unspoken understanding that passed between them with a glance, a shared smile, a gentle touch. The echoes of their past wounds, the scars that had once seemed so insurmountable, had not vanished entirely. Instead, they had been integrated, softened, transformed into a deeper appreciation for the present, a quiet gratitude for the love that had healed them. They were no longer defined by the pain, but by the resilience they had found in each other, by the unwavering belief that they were, and always would be, enough for one another.</w:t>
      </w:r>
    </w:p>
    <w:p/>
    <w:p>
      <w:r>
        <w:br/>
        <w:t>But Havenwood, with its enduring charm and ever-present undercurrent of possibility, was more than just the backdrop to their love story. It was a living, breathing entity, a community that seemed to draw souls in and nurture them, inviting them to shed their old skins and bloom. Eleanor had found her sanctuary here, her peace, her true north in Liam. Yet, as she looked out at the darkening landscape, a new kind of anticipation began to stir within her. It was a gentle curiosity, a sense of an unfolding future that extended beyond the boundaries of their personal happiness.</w:t>
      </w:r>
    </w:p>
    <w:p/>
    <w:p>
      <w:r>
        <w:br/>
        <w:t>She thought of the people who had become threads in the fabric of their Havenwood lives. There was old Mr. Abernathy, whose gruff exterior hid a heart of gold, always ready with a cryptic piece of advice or a perfectly ripe tomato from his garden. Then there was Clara, the owner of the local bookstore, whose bright spirit and infectious enthusiasm for literature had a way of igniting sparks of joy in everyone she encountered. And the younger generation, like Maya, the bright, artistic teenager who often helped out at Liam’s workshop, her eyes brimming with a fierce determination that promised great things. Each of them, in their own way, was a story waiting to be told, a unique melody in the symphony of Havenwood.</w:t>
      </w:r>
    </w:p>
    <w:p/>
    <w:p>
      <w:r>
        <w:br/>
        <w:t>Liam squeezed her hand, his thumb tracing a gentle circle on her skin. "Penny for your thoughts?" he murmured, his voice a low, comforting rumble.</w:t>
      </w:r>
    </w:p>
    <w:p/>
    <w:p>
      <w:r>
        <w:br/>
        <w:t>Eleanor leaned her head against his shoulder, a contented sigh escaping her lips. "Just… thinking about how much this place has given us, Liam. Not just to us, but to everyone who finds their way here."</w:t>
      </w:r>
    </w:p>
    <w:p/>
    <w:p>
      <w:r>
        <w:br/>
        <w:t>He turned his head, pressing a kiss to her temple. "It has a way of doing that, doesn't it? It’s like it knows what you need before you do." He paused, his gaze sweeping across the darkening trees. "And it seems to have a knack for bringing people together, for helping them find their own kind of peace."</w:t>
      </w:r>
    </w:p>
    <w:p/>
    <w:p>
      <w:r>
        <w:br/>
        <w:t>That was it, Eleanor realized. The true magic of Havenwood wasn't just in its breathtaking beauty or its tranquil atmosphere. It was in its ability to foster connection, to create a fertile ground where new relationships could blossom, where old ones could deepen, and where everyone, regardless of their past, could find a sense of belonging. She thought of the initial hesitations, the carefully constructed defenses she had brought with her, the wall she had believed was impenetrable. Liam, with his unwavering patience and open heart, had been the architect of her deconstruction, but Havenwood itself had provided the gentle, persistent light that had allowed the cracks to form, the sunshine to pour in.</w:t>
      </w:r>
    </w:p>
    <w:p/>
    <w:p>
      <w:r>
        <w:br/>
        <w:t>As the stars began to prick the velvet sky, Eleanor felt a profound sense of gratitude wash over her. She had found her home, her heart’s true north, in Liam. They had weathered storms, navigated the treacherous currents of their pasts, and emerged stronger, more deeply in love than she could have ever imagined. Their HEA wasn’t an ending; it was a beautiful, sprawling beginning. The quiet hum of possibility that she felt wasn't a sign of impending disruption, but an invitation. An invitation to witness the unfolding stories of others, to be a part of the vibrant tapestry of Havenwood, to continue growing and loving and living, hand in hand, in this place that had become their own personal haven.</w:t>
      </w:r>
    </w:p>
    <w:p/>
    <w:p>
      <w:r>
        <w:br/>
        <w:t>She pictured Clara, poring over a new manuscript, her eyes alight with discovery. She saw Mr. Abernathy, tending to his beloved roses, a silent guardian of the town’s quiet rhythm. She imagined Maya, perhaps sketching under the moonlight, her youthful dreams taking flight. These were not just fleeting images; they were promises. Promises of laughter yet to be shared, of challenges yet to be overcome, of connections yet to be forged. Havenwood was a place of constant renewal, a place where stories never truly ended, but merely evolved, weaving themselves into the rich, enduring narrative of the community. And Eleanor knew, with a certainty that settled deep in her soul, that she and Liam were not just inhabitants of this magical place, but integral threads in its ongoing story. The future, like the starlit sky above them, was vast, shimmering with potential, and utterly, beautifully, full of more.</w:t>
      </w:r>
    </w:p>
    <w:p/>
    <w:p>
      <w:r>
        <w:br w:type="page"/>
      </w:r>
    </w:p>
    <w:p>
      <w:pPr>
        <w:spacing w:before="5040"/>
        <w:jc w:val="center"/>
      </w:pPr>
      <w:r>
        <w:rPr/>
        <w:t xml:space="preserve"> Back Matter</w:t>
      </w:r>
    </w:p>
    <w:p>
      <w:r>
        <w:t>To the kindred spirits who walk through life with open hearts and unwavering hope, this story is for you. Thank you to my own personal Havenwood – my family and friends whose love and support are the bedrock of every word I write. Your belief in me, even when my own wavered, has been an endless source of strength. To my incredible editor, whose keen eye and insightful feedback transformed this manuscript into something truly special, my deepest gratitude. And to the universe, for the inspiration found in quiet moments and grand adventures alike, thank you.</w:t>
      </w:r>
    </w:p>
    <w:p>
      <w:r>
        <w:t>This novel is a work of fiction. While the charming setting of Havenwood, with its close-knit community and natural beauty, draws inspiration from various idyllic rural landscapes, the town and its inhabitants are products of the author's imagination. Any resemblance to actual places, living or deceased, or events is purely coincidental. The themes explored, such as healing from past trauma, the power of community, and the search for belonging, are universal human experiences.</w:t>
      </w:r>
    </w:p>
    <w:p>
      <w:pPr>
        <w:jc w:val="left"/>
      </w:pPr>
      <w:r>
        <w:rPr>
          <w:b/>
        </w:rPr>
        <w:t>HEA (Happy Ever After):</w:t>
      </w:r>
      <w:r>
        <w:t xml:space="preserve"> In contemporary romance, this signifies the longed-for, satisfying conclusion where the main couple achieves lasting happiness and fulfillment together, having overcome obstacles and personal challenges.</w:t>
      </w:r>
    </w:p>
    <w:p>
      <w:pPr>
        <w:jc w:val="left"/>
      </w:pPr>
      <w:r>
        <w:rPr>
          <w:b/>
        </w:rPr>
        <w:t>Havenwood:</w:t>
      </w:r>
      <w:r>
        <w:t xml:space="preserve"> A fictional small town, characterized by its serene natural surroundings and a strong sense of community, serving as a sanctuary for its residents.</w:t>
      </w:r>
    </w:p>
    <w:p>
      <w:pPr>
        <w:jc w:val="left"/>
      </w:pPr>
      <w:r>
        <w:rPr>
          <w:b/>
        </w:rPr>
        <w:t>Sanctuary:</w:t>
      </w:r>
      <w:r>
        <w:t xml:space="preserve"> A place of refuge, peace, and safety, where individuals can find solace and begin to heal.</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i w:val="0"/>
      <w:color w:val="000000"/>
      <w:sz w:val="26"/>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val="0"/>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val="0"/>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i w:val="0"/>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 w:val="0"/>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 w:val="0"/>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i w:val="0"/>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 w:val="0"/>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2026-01-05T17:56:33Z</dcterms:created>
  <dcterms:modified xsi:type="dcterms:W3CDTF">2026-01-05T17:56:33Z</dcterms:modified>
  <cp:category/>
</cp:coreProperties>
</file>